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Living between Angels and Satan I 26th Jan.08</w:t>
      </w:r>
    </w:p>
    <w:p>
      <w:r>
        <w:t>https://www.youtube.com/watch?v=V6qfjCkiRcc</w:t>
      </w:r>
    </w:p>
    <w:p>
      <w:r>
        <w:rPr>
          <w:b/>
        </w:rPr>
        <w:t xml:space="preserve">[00:06] </w:t>
      </w:r>
      <w:r>
        <w:t>Bismillah al-Rahman al-Rahim, wa sallallahu ala al-nabi al-karim. Rabbi ishrah li sadri, wa yassir li amri, wa hl uqdatan min lisani yafqahu qawli. The theme for the present talk is "Living Between</w:t>
      </w:r>
    </w:p>
    <w:p>
      <w:pPr>
        <w:jc w:val="right"/>
      </w:pPr>
      <w:r>
        <w:t>بسم اللہ الرحمن الرحیم، وصلی اللہ علی النبی الکریم۔ رب اشرح لی صدری، ویسر لی امری، واحل العقدۃ من لسانی یفقہ قولی۔ The theme for the present talk is "Living Between</w:t>
      </w:r>
    </w:p>
    <w:p>
      <w:r>
        <w:rPr>
          <w:b/>
        </w:rPr>
        <w:t xml:space="preserve">[00:38] </w:t>
      </w:r>
      <w:r>
        <w:t>Saturn and Angel." This seem—this theme—seems to be a very strange theme, but it is not; it is a fact. It is a fact that we have two unseen companions every time. It is our destiny; we</w:t>
      </w:r>
    </w:p>
    <w:p>
      <w:pPr>
        <w:jc w:val="right"/>
      </w:pPr>
      <w:r>
        <w:t>Saturn and Angel." This seem—this theme—seems to be a very strange theme, but it is not; it is a fact. It is a fact that we have two unseen companions every time. It is our destiny; we</w:t>
      </w:r>
    </w:p>
    <w:p>
      <w:r>
        <w:rPr>
          <w:b/>
        </w:rPr>
        <w:t xml:space="preserve">[01:08] </w:t>
      </w:r>
      <w:r>
        <w:t>cannot escape from it. So every day and night, every morning and evening, we have two unseen companions. These companions are Angels and Saturn. Why these are our companions</w:t>
      </w:r>
    </w:p>
    <w:p>
      <w:pPr>
        <w:jc w:val="right"/>
      </w:pPr>
      <w:r>
        <w:t>cannot escape from it. So every day and night, every morning and evening, we have two unseen companions. These companions are Angels and Saturn. Why these are our companions</w:t>
      </w:r>
    </w:p>
    <w:p>
      <w:r>
        <w:rPr>
          <w:b/>
        </w:rPr>
        <w:t xml:space="preserve">[01:38] </w:t>
      </w:r>
      <w:r>
        <w:t>? Who made them our companions? It is God Almighty, the Creator of—of the universe. God created man for test. You know, to understand this, you have to know the Creation Plan of God.</w:t>
      </w:r>
    </w:p>
    <w:p>
      <w:pPr>
        <w:jc w:val="right"/>
      </w:pPr>
      <w:r>
        <w:t>? Who made them our companions? It is God Almighty, the Creator of—of the universe. God created man for test. You know, to understand this, you have to know the Creation Plan of God.</w:t>
      </w:r>
    </w:p>
    <w:p>
      <w:r>
        <w:rPr>
          <w:b/>
        </w:rPr>
        <w:t xml:space="preserve">[02:11] </w:t>
      </w:r>
      <w:r>
        <w:t>The fact is that God created a very beautiful world that is Paradise, a perfect world. Then He wanted to—some people who deserve to be settled in this perfect world. So He created man and put them</w:t>
      </w:r>
    </w:p>
    <w:p>
      <w:pPr>
        <w:jc w:val="right"/>
      </w:pPr>
      <w:r>
        <w:t>The fact is that God created a very beautiful world that is Paradise, a perfect world. Then He wanted to—some people who deserve to be settled in this perfect world. So He created man and put them</w:t>
      </w:r>
    </w:p>
    <w:p>
      <w:r>
        <w:rPr>
          <w:b/>
        </w:rPr>
        <w:t xml:space="preserve">[02:41] </w:t>
      </w:r>
      <w:r>
        <w:t>on this earth. This earth is a—is like a—like an in—imperfect model of Paradise. So we are here, and every time we are under the watch, under divine watch. So God has made two companions with us</w:t>
      </w:r>
    </w:p>
    <w:p>
      <w:pPr>
        <w:jc w:val="right"/>
      </w:pPr>
      <w:r>
        <w:t>on this earth. This earth is a—is like a—like an in—imperfect model of Paradise. So we are here, and every time we are under the watch, under divine watch. So God has made two companions with us</w:t>
      </w:r>
    </w:p>
    <w:p>
      <w:r>
        <w:rPr>
          <w:b/>
        </w:rPr>
        <w:t xml:space="preserve">[03:12] </w:t>
      </w:r>
      <w:r>
        <w:t>: Angels and Saturn. Now, the fact is that we are living in different situations in this world. God wants to know our reactions, our response. If our response is negative, then we failed. And if our response is positive, then</w:t>
      </w:r>
    </w:p>
    <w:p>
      <w:pPr>
        <w:jc w:val="right"/>
      </w:pPr>
      <w:r>
        <w:t>: Angels and Saturn. Now, the fact is that we are living in different situations in this world. God wants to know our reactions, our response. If our response is negative, then we failed. And if our response is positive, then</w:t>
      </w:r>
    </w:p>
    <w:p>
      <w:r>
        <w:rPr>
          <w:b/>
        </w:rPr>
        <w:t xml:space="preserve">[03:42] </w:t>
      </w:r>
      <w:r>
        <w:t>we are—we have passed the test. So this is not a very simple process. It is not a very simple process; it is not an accidental process. Every time we have two companions. So in every situation, these companions activate us. Angels</w:t>
      </w:r>
    </w:p>
    <w:p>
      <w:pPr>
        <w:jc w:val="right"/>
      </w:pPr>
      <w:r>
        <w:t>we are—we have passed the test. So this is not a very simple process. It is not a very simple process; it is not an accidental process. Every time we have two companions. So in every situation, these companions activate us. Angels</w:t>
      </w:r>
    </w:p>
    <w:p>
      <w:r>
        <w:rPr>
          <w:b/>
        </w:rPr>
        <w:t xml:space="preserve">[04:13] </w:t>
      </w:r>
      <w:r>
        <w:t>activate us to adopt positive behavior, and Saturn activates us to adopt negative behavior. So this is their duty. Both have no power. They cannot impose their decision. Man is free. Man is free</w:t>
      </w:r>
    </w:p>
    <w:p>
      <w:pPr>
        <w:jc w:val="right"/>
      </w:pPr>
      <w:r>
        <w:t>activate us to adopt positive behavior, and Saturn activates us to adopt negative behavior. So this is their duty. Both have no power. They cannot impose their decision. Man is free. Man is free</w:t>
      </w:r>
    </w:p>
    <w:p>
      <w:r>
        <w:rPr>
          <w:b/>
        </w:rPr>
        <w:t xml:space="preserve">[04:43] </w:t>
      </w:r>
      <w:r>
        <w:t>to—to—to listen to their advice or not to listen to their advice, to adhere to their advice or not to adhere to their advice. So man is free. But they are perpetual comp—they are perpetually in your companion. And you know, by creation, we have two wind</w:t>
      </w:r>
    </w:p>
    <w:p>
      <w:pPr>
        <w:jc w:val="right"/>
      </w:pPr>
      <w:r>
        <w:t>to—to—to listen to their advice or not to listen to their advice, to adhere to their advice or not to adhere to their advice. So man is free. But they are perpetual comp—they are perpetually in your companion. And you know, by creation, we have two wind</w:t>
      </w:r>
    </w:p>
    <w:p>
      <w:r>
        <w:rPr>
          <w:b/>
        </w:rPr>
        <w:t xml:space="preserve">[05:13] </w:t>
      </w:r>
      <w:r>
        <w:t>ows in our personality. Two windows, two different windows. Now, what are these two windows? They are—these are ego of—these are windows of ego and windows of conscience. Ego and conscience are two different</w:t>
      </w:r>
    </w:p>
    <w:p>
      <w:pPr>
        <w:jc w:val="right"/>
      </w:pPr>
      <w:r>
        <w:t>ows in our personality. Two windows, two different windows. Now, what are these two windows? They are—these are ego of—these are windows of ego and windows of conscience. Ego and conscience are two different</w:t>
      </w:r>
    </w:p>
    <w:p>
      <w:r>
        <w:rPr>
          <w:b/>
        </w:rPr>
        <w:t xml:space="preserve">[05:44] </w:t>
      </w:r>
      <w:r>
        <w:t>windows in our personality. These windows are mentioned in the Quran as an-nafsul—an-nafsul ambara and an-nafsul lawwama. An-nafsul—an-nafsul ambara means the ego. The window—an-nafsul ambara means the window of ego. And an-nafsul lawwama means the ego of</w:t>
      </w:r>
    </w:p>
    <w:p>
      <w:pPr>
        <w:jc w:val="right"/>
      </w:pPr>
      <w:r>
        <w:t>windows in our personality. These windows are mentioned in the Quran as an-nafsul—an-nafsul ambara and an-nafsul lawwama. An-nafsul—an-nafsul ambara means the ego. The window—an-nafsul ambara means the window of ego. And an-nafsul lawwama means the ego of</w:t>
      </w:r>
    </w:p>
    <w:p>
      <w:r>
        <w:rPr>
          <w:b/>
        </w:rPr>
        <w:t xml:space="preserve">[06:16] </w:t>
      </w:r>
      <w:r>
        <w:t>conscience. So at every time, these windows—these windows are open every time. So Saturn wants to enter through nafsul ambara or through—through ego, and set—and angels want to enter in your personality through—through conscience.</w:t>
      </w:r>
    </w:p>
    <w:p>
      <w:pPr>
        <w:jc w:val="right"/>
      </w:pPr>
      <w:r>
        <w:t>conscience. So at every time, these windows—these windows are open every time. So Saturn wants to enter through nafsul ambara or through—through ego, and set—and angels want to enter in your personality through—through conscience.</w:t>
      </w:r>
    </w:p>
    <w:p>
      <w:r>
        <w:rPr>
          <w:b/>
        </w:rPr>
        <w:t xml:space="preserve">[06:47] </w:t>
      </w:r>
      <w:r>
        <w:t>So this is the Creation Plan of God. This is a—this—this pattern is set by God Himself. So every time you have to be alert. Every time you have to be alert. For example, when someone provokes you and you become angry, then Saturn enters in your personality through the w</w:t>
      </w:r>
    </w:p>
    <w:p>
      <w:pPr>
        <w:jc w:val="right"/>
      </w:pPr>
      <w:r>
        <w:t>So this is the Creation Plan of God. This is a—this—this pattern is set by God Himself. So every time you have to be alert. Every time you have to be alert. For example, when someone provokes you and you become angry, then Saturn enters in your personality through the w</w:t>
      </w:r>
    </w:p>
    <w:p>
      <w:r>
        <w:rPr>
          <w:b/>
        </w:rPr>
        <w:t xml:space="preserve">[07:18] </w:t>
      </w:r>
      <w:r>
        <w:t>indow of—of ego, and—and he tells you to teach him a lesson, to take revenge. Then at the same time, at the same moment, angels—angel enters through the window of—of conscience. Angel says to you</w:t>
      </w:r>
    </w:p>
    <w:p>
      <w:pPr>
        <w:jc w:val="right"/>
      </w:pPr>
      <w:r>
        <w:t>indow of—of ego, and—and he tells you to teach him a lesson, to take revenge. Then at the same time, at the same moment, angels—angel enters through the window of—of conscience. Angel says to you</w:t>
      </w:r>
    </w:p>
    <w:p>
      <w:r>
        <w:rPr>
          <w:b/>
        </w:rPr>
        <w:t xml:space="preserve">[07:51] </w:t>
      </w:r>
      <w:r>
        <w:t>that, "O man, forgive. O man, keep patience, and you will be rewarded by God." So every time we are receiving these both—these two advices. So this is our test. Angels are—angels</w:t>
      </w:r>
    </w:p>
    <w:p>
      <w:pPr>
        <w:jc w:val="right"/>
      </w:pPr>
      <w:r>
        <w:t>that, "O man, forgive. O man, keep patience, and you will be rewarded by God." So every time we are receiving these both—these two advices. So this is our test. Angels are—angels</w:t>
      </w:r>
    </w:p>
    <w:p>
      <w:r>
        <w:rPr>
          <w:b/>
        </w:rPr>
        <w:t xml:space="preserve">[08:22] </w:t>
      </w:r>
      <w:r>
        <w:t>provide us their help when we adopt positive attitude, positive response. And Saturn becomes our helper when we adopt negative response. This is very important. And this—we have to</w:t>
      </w:r>
    </w:p>
    <w:p>
      <w:pPr>
        <w:jc w:val="right"/>
      </w:pPr>
      <w:r>
        <w:t>provide us their help when we adopt positive attitude, positive response. And Saturn becomes our helper when we adopt negative response. This is very important. And this—we have to</w:t>
      </w:r>
    </w:p>
    <w:p>
      <w:r>
        <w:rPr>
          <w:b/>
        </w:rPr>
        <w:t xml:space="preserve">[08:53] </w:t>
      </w:r>
      <w:r>
        <w:t>be alert every time, every moment, because every moment we are surrounded by these two companions. Now, I will give you an example from the early period of Islam to illustrate this point. Prophet of Islam—when the Prophet of Islam was in Madinah,</w:t>
      </w:r>
    </w:p>
    <w:p>
      <w:pPr>
        <w:jc w:val="right"/>
      </w:pPr>
      <w:r>
        <w:t>be alert every time, every moment, because every moment we are surrounded by these two companions. Now, I will give you an example from the early period of Islam to illustrate this point. Prophet of Islam—when the Prophet of Islam was in Madinah,</w:t>
      </w:r>
    </w:p>
    <w:p>
      <w:r>
        <w:rPr>
          <w:b/>
        </w:rPr>
        <w:t xml:space="preserve">[09:25] </w:t>
      </w:r>
      <w:r>
        <w:t>Madinah, this happened in—in the first quarter of the 7th century. So when the Prophet was in Madinah, there was a companion, or a Muslim, his name was Abu Mas'ud al-Ansari. No, this is another story. Now, what happened? One day, the Prophet was</w:t>
      </w:r>
    </w:p>
    <w:p>
      <w:pPr>
        <w:jc w:val="right"/>
      </w:pPr>
      <w:r>
        <w:t>Madinah, this happened in—in the first quarter of the 7th century. So when the Prophet was in Madinah, there was a companion, or a Muslim, his name was Abu Mas'ud al-Ansari. No, this is another story. Now, what happened? One day, the Prophet was</w:t>
      </w:r>
    </w:p>
    <w:p>
      <w:r>
        <w:rPr>
          <w:b/>
        </w:rPr>
        <w:t xml:space="preserve">[09:55] </w:t>
      </w:r>
      <w:r>
        <w:t>with—with Abu Bakr. The Prophet was with Abu Bakr, and someone came over there, and he—he was, for some reason, due to some reason, he was angry with Abu Bakr. Abu Bakr ibn al-Shaddak. So he became—he</w:t>
      </w:r>
    </w:p>
    <w:p>
      <w:pPr>
        <w:jc w:val="right"/>
      </w:pPr>
      <w:r>
        <w:t>with—with Abu Bakr. The Prophet was with Abu Bakr, and someone came over there, and he—he was, for some reason, due to some reason, he was angry with Abu Bakr. Abu Bakr ibn al-Shaddak. So he became—he</w:t>
      </w:r>
    </w:p>
    <w:p>
      <w:r>
        <w:rPr>
          <w:b/>
        </w:rPr>
        <w:t xml:space="preserve">[10:26] </w:t>
      </w:r>
      <w:r>
        <w:t>—he showed his anger. He—he started abusing him and this and that. So Abu Bakr was silent. Silent, simply listening. But when this man kept on—when this man kept on saying all those negative words,</w:t>
      </w:r>
    </w:p>
    <w:p>
      <w:pPr>
        <w:jc w:val="right"/>
      </w:pPr>
      <w:r>
        <w:t>—he showed his anger. He—he started abusing him and this and that. So Abu Bakr was silent. Silent, simply listening. But when this man kept on—when this man kept on saying all those negative words,</w:t>
      </w:r>
    </w:p>
    <w:p>
      <w:r>
        <w:rPr>
          <w:b/>
        </w:rPr>
        <w:t xml:space="preserve">[10:57] </w:t>
      </w:r>
      <w:r>
        <w:t>so Abu Bakr—Abu Bakr al-Shaddak wanted to defend himself. So he—but when he wanted to defend himself, the Prophet left and went away. Then Abu Bakr al-Shaddak met the Prophet of Islam and asked,</w:t>
      </w:r>
    </w:p>
    <w:p>
      <w:pPr>
        <w:jc w:val="right"/>
      </w:pPr>
      <w:r>
        <w:t>so Abu Bakr—Abu Bakr al-Shaddak wanted to defend himself. So he—but when he wanted to defend himself, the Prophet left and went away. Then Abu Bakr al-Shaddak met the Prophet of Islam and asked,</w:t>
      </w:r>
    </w:p>
    <w:p>
      <w:r>
        <w:rPr>
          <w:b/>
        </w:rPr>
        <w:t xml:space="preserve">[11:27] </w:t>
      </w:r>
      <w:r>
        <w:t>"When that man was abusing and I am silent, you were over there. But when I wanted to defend myself, you left me and you went away. Why?" The Prophet said that when you was—when you were silent, when you</w:t>
      </w:r>
    </w:p>
    <w:p>
      <w:pPr>
        <w:jc w:val="right"/>
      </w:pPr>
      <w:r>
        <w:t>"When that man was abusing and I am silent, you were over there. But when I wanted to defend myself, you left me and you went away. Why?" The Prophet said that when you was—when you were silent, when you</w:t>
      </w:r>
    </w:p>
    <w:p>
      <w:r>
        <w:rPr>
          <w:b/>
        </w:rPr>
        <w:t xml:space="preserve">[11:57] </w:t>
      </w:r>
      <w:r>
        <w:t>were silent, the angel was giving response from your side. But when you started speaking, the angel went away. So I left you, I also went away. This—this story is not a simply a story.</w:t>
      </w:r>
    </w:p>
    <w:p>
      <w:pPr>
        <w:jc w:val="right"/>
      </w:pPr>
      <w:r>
        <w:t>were silent, the angel was giving response from your side. But when you started speaking, the angel went away. So I left you, I also went away. This—this story is not a simply a story.</w:t>
      </w:r>
    </w:p>
    <w:p>
      <w:r>
        <w:rPr>
          <w:b/>
        </w:rPr>
        <w:t xml:space="preserve">[12:27] </w:t>
      </w:r>
      <w:r>
        <w:t>It gives you a very, very important lesson. By this story, we can understand what is the Creation Plan of God, what is our situation in this world. Every time when we face some situation, so an angel tries to activate you to give positive response. Positive response means</w:t>
      </w:r>
    </w:p>
    <w:p>
      <w:pPr>
        <w:jc w:val="right"/>
      </w:pPr>
      <w:r>
        <w:t>It gives you a very, very important lesson. By this story, we can understand what is the Creation Plan of God, what is our situation in this world. Every time when we face some situation, so an angel tries to activate you to give positive response. Positive response means</w:t>
      </w:r>
    </w:p>
    <w:p>
      <w:r>
        <w:rPr>
          <w:b/>
        </w:rPr>
        <w:t xml:space="preserve">[12:59] </w:t>
      </w:r>
      <w:r>
        <w:t>keep patience, be peaceful, and ignore all those things. This is the angel—this is the advice of angels given to you at that time. Then Saturn comes. Then Saturn enters from the window of ego, and Saturn tries to activate you to—to</w:t>
      </w:r>
    </w:p>
    <w:p>
      <w:pPr>
        <w:jc w:val="right"/>
      </w:pPr>
      <w:r>
        <w:t>keep patience, be peaceful, and ignore all those things. This is the angel—this is the advice of angels given to you at that time. Then Saturn comes. Then Saturn enters from the window of ego, and Saturn tries to activate you to—to</w:t>
      </w:r>
    </w:p>
    <w:p>
      <w:r>
        <w:rPr>
          <w:b/>
        </w:rPr>
        <w:t xml:space="preserve">[13:29] </w:t>
      </w:r>
      <w:r>
        <w:t>show anger, to take revenge, or to—to give some negative response. So now the option is for you. Both are simply advisors. Angel and Saturn, both are simply advisors. Both have no power. So angel</w:t>
      </w:r>
    </w:p>
    <w:p>
      <w:pPr>
        <w:jc w:val="right"/>
      </w:pPr>
      <w:r>
        <w:t>show anger, to take revenge, or to—to give some negative response. So now the option is for you. Both are simply advisors. Angel and Saturn, both are simply advisors. Both have no power. So angel</w:t>
      </w:r>
    </w:p>
    <w:p>
      <w:r>
        <w:rPr>
          <w:b/>
        </w:rPr>
        <w:t xml:space="preserve">[13:59] </w:t>
      </w:r>
      <w:r>
        <w:t>and Saturn both have no power. Both are simply advisors. It is upon you. The choice is yours. Either you accept the advice of angel or accept the advice of Saturn. This is the crucial test of a man or woman in this world.</w:t>
      </w:r>
    </w:p>
    <w:p>
      <w:pPr>
        <w:jc w:val="right"/>
      </w:pPr>
      <w:r>
        <w:t>and Saturn both have no power. Both are simply advisors. It is upon you. The choice is yours. Either you accept the advice of angel or accept the advice of Saturn. This is the crucial test of a man or woman in this world.</w:t>
      </w:r>
    </w:p>
    <w:p>
      <w:r>
        <w:rPr>
          <w:b/>
        </w:rPr>
        <w:t xml:space="preserve">[14:37] </w:t>
      </w:r>
      <w:r>
        <w:t>Now, let us take another example. This example was given in the early history of man. You know, when God created man, the first man, that is Adam, God asked two angels and jinnat. You</w:t>
      </w:r>
    </w:p>
    <w:p>
      <w:pPr>
        <w:jc w:val="right"/>
      </w:pPr>
      <w:r>
        <w:t>Now, let us take another example. This example was given in the early history of man. You know, when God created man, the first man, that is Adam, God asked two angels and jinnat. You</w:t>
      </w:r>
    </w:p>
    <w:p>
      <w:r>
        <w:rPr>
          <w:b/>
        </w:rPr>
        <w:t xml:space="preserve">[15:07] </w:t>
      </w:r>
      <w:r>
        <w:t>know, Iblis was the—the head of the jinnat. So at that time, there were angels and also there were jinnat. So God sent both the communities to—to—to bow before Adam. So what happened? Angels bowed. But Iblis, that was the head of jinnat, I</w:t>
      </w:r>
    </w:p>
    <w:p>
      <w:pPr>
        <w:jc w:val="right"/>
      </w:pPr>
      <w:r>
        <w:t>know, Iblis was the—the head of the jinnat. So at that time, there were angels and also there were jinnat. So God sent both the communities to—to—to bow before Adam. So what happened? Angels bowed. But Iblis, that was the head of jinnat, I</w:t>
      </w:r>
    </w:p>
    <w:p>
      <w:r>
        <w:rPr>
          <w:b/>
        </w:rPr>
        <w:t xml:space="preserve">[15:37] </w:t>
      </w:r>
      <w:r>
        <w:t>blis refused. Then what he sent, what he said, he said that man is inferior and I am superior. You created man from clay, and you created me by—by fire. So this was his logic. This was the logic of Iblis,</w:t>
      </w:r>
    </w:p>
    <w:p>
      <w:pPr>
        <w:jc w:val="right"/>
      </w:pPr>
      <w:r>
        <w:t>blis refused. Then what he sent, what he said, he said that man is inferior and I am superior. You created man from clay, and you created me by—by fire. So this was his logic. This was the logic of Iblis,</w:t>
      </w:r>
    </w:p>
    <w:p>
      <w:r>
        <w:rPr>
          <w:b/>
        </w:rPr>
        <w:t xml:space="preserve">[16:08] </w:t>
      </w:r>
      <w:r>
        <w:t>that is the head of the jinnat community. So this was the first example set by the—by the history. And this history is repeated every day in every human—every human's life. This history is repeated every day in every—in the life of every man and woman.</w:t>
      </w:r>
    </w:p>
    <w:p>
      <w:pPr>
        <w:jc w:val="right"/>
      </w:pPr>
      <w:r>
        <w:t>that is the head of the jinnat community. So this was the first example set by the—by the history. And this history is repeated every day in every human—every human's life. This history is repeated every day in every—in the life of every man and woman.</w:t>
      </w:r>
    </w:p>
    <w:p>
      <w:r>
        <w:rPr>
          <w:b/>
        </w:rPr>
        <w:t xml:space="preserve">[16:38] </w:t>
      </w:r>
      <w:r>
        <w:t>Every time you face some—some—some man or woman, and he says to you something, he presents something before you, and you—you feel that if I acknowledge it, then I will be—I will be inf</w:t>
      </w:r>
    </w:p>
    <w:p>
      <w:pPr>
        <w:jc w:val="right"/>
      </w:pPr>
      <w:r>
        <w:t>Every time you face some—some—some man or woman, and he says to you something, he presents something before you, and you—you feel that if I acknowledge it, then I will be—I will be inf</w:t>
      </w:r>
    </w:p>
    <w:p>
      <w:r>
        <w:rPr>
          <w:b/>
        </w:rPr>
        <w:t xml:space="preserve">[17:08] </w:t>
      </w:r>
      <w:r>
        <w:t>erior, and that person will—will be—will emerge as superior. So when you—when you—when you develop this kind of psychology in your mind, when you develop this kind of psychology in your mind, you see things in this way: that if I accept this</w:t>
      </w:r>
    </w:p>
    <w:p>
      <w:pPr>
        <w:jc w:val="right"/>
      </w:pPr>
      <w:r>
        <w:t>erior, and that person will—will be—will emerge as superior. So when you—when you—when you develop this kind of psychology in your mind, when you develop this kind of psychology in your mind, you see things in this way: that if I accept this</w:t>
      </w:r>
    </w:p>
    <w:p>
      <w:r>
        <w:rPr>
          <w:b/>
        </w:rPr>
        <w:t xml:space="preserve">[17:40] </w:t>
      </w:r>
      <w:r>
        <w:t>and I—if I acknowledge him, I will be inferior, and that person will be inferior, superior. So this is a Satanic psychology. This is a Satanic psychology. It means that you are a victim of Saturn. But if you follow the—the path that was followed by angels, angels acknowledged</w:t>
      </w:r>
    </w:p>
    <w:p>
      <w:pPr>
        <w:jc w:val="right"/>
      </w:pPr>
      <w:r>
        <w:t>and I—if I acknowledge him, I will be inferior, and that person will be inferior, superior. So this is a Satanic psychology. This is a Satanic psychology. It means that you are a victim of Saturn. But if you follow the—the path that was followed by angels, angels acknowledged</w:t>
      </w:r>
    </w:p>
    <w:p>
      <w:r>
        <w:rPr>
          <w:b/>
        </w:rPr>
        <w:t xml:space="preserve">[18:12] </w:t>
      </w:r>
      <w:r>
        <w:t>man's position, angels bowed before Adam. So angel—so if you adopt the—if you adopt the way of angel, then you stood the test. And if you adopt the—the way of Saturn, then you failed.</w:t>
      </w:r>
    </w:p>
    <w:p>
      <w:pPr>
        <w:jc w:val="right"/>
      </w:pPr>
      <w:r>
        <w:t>man's position, angels bowed before Adam. So angel—so if you adopt the—if you adopt the way of angel, then you stood the test. And if you adopt the—the way of Saturn, then you failed.</w:t>
      </w:r>
    </w:p>
    <w:p>
      <w:r>
        <w:rPr>
          <w:b/>
        </w:rPr>
        <w:t xml:space="preserve">[18:43] </w:t>
      </w:r>
      <w:r>
        <w:t>This is the—this is the crucial aspect of our life. We have to acknowledge. Otherwise, we—we become the victim of Saturn. Acknowledgment is a worship</w:t>
      </w:r>
    </w:p>
    <w:p>
      <w:pPr>
        <w:jc w:val="right"/>
      </w:pPr>
      <w:r>
        <w:t>This is the—this is the crucial aspect of our life. We have to acknowledge. Otherwise, we—we become the victim of Saturn. Acknowledgment is a worship</w:t>
      </w:r>
    </w:p>
    <w:p>
      <w:r>
        <w:rPr>
          <w:b/>
        </w:rPr>
        <w:t xml:space="preserve">[19:13] </w:t>
      </w:r>
      <w:r>
        <w:t>. Again, to my knowledge, I can say that acknowledgment is a—is a worship. There is a hadith that, "Mal lam yashkurun naas, lam yashkurullah." One who—one who—one who fails to acknowledge man, he will fail to acknowledge God Almighty. So acknowledgment is a—is a high quality, very</w:t>
      </w:r>
    </w:p>
    <w:p>
      <w:pPr>
        <w:jc w:val="right"/>
      </w:pPr>
      <w:r>
        <w:t>. Again, to my knowledge, I can say that acknowledgment is a—is a worship. There is a hadith that, "Mal lam yashkurun naas, lam yashkurullah." One who—one who—one who fails to acknowledge man, he will fail to acknowledge God Almighty. So acknowledgment is a—is a high quality, very</w:t>
      </w:r>
    </w:p>
    <w:p>
      <w:r>
        <w:rPr>
          <w:b/>
        </w:rPr>
        <w:t xml:space="preserve">[19:43] </w:t>
      </w:r>
      <w:r>
        <w:t>important quality in a human being. To acknowledge the other's position, to acknowledge—to acknowledge the other's—other's—other's importance, it is a worship. It is—it is a—it is a—it is a blessing for you. When you acknowledge,</w:t>
      </w:r>
    </w:p>
    <w:p>
      <w:pPr>
        <w:jc w:val="right"/>
      </w:pPr>
      <w:r>
        <w:t>important quality in a human being. To acknowledge the other's position, to acknowledge—to acknowledge the other's—other's—other's importance, it is a worship. It is—it is a—it is a—it is a blessing for you. When you acknowledge,</w:t>
      </w:r>
    </w:p>
    <w:p>
      <w:r>
        <w:rPr>
          <w:b/>
        </w:rPr>
        <w:t xml:space="preserve">[20:14] </w:t>
      </w:r>
      <w:r>
        <w:t>you are in worship. You will be rewarded. You will be rewarded for this act. Now, this—you know, the—in China, there was a great reformer, Zoro</w:t>
      </w:r>
    </w:p>
    <w:p>
      <w:pPr>
        <w:jc w:val="right"/>
      </w:pPr>
      <w:r>
        <w:t>you are in worship. You will be rewarded. You will be rewarded for this act. Now, this—you know, the—in China, there was a great reformer, Zoro</w:t>
      </w:r>
    </w:p>
    <w:p>
      <w:r>
        <w:rPr>
          <w:b/>
        </w:rPr>
        <w:t xml:space="preserve">[20:45] </w:t>
      </w:r>
      <w:r>
        <w:t>astri. So he—his philosophy was that—that our world is a perpetual battleground of—of bad and of good and evil forces. It is Zoroastrian philosophy that our world is a perpetual battleground</w:t>
      </w:r>
    </w:p>
    <w:p>
      <w:pPr>
        <w:jc w:val="right"/>
      </w:pPr>
      <w:r>
        <w:t>astri. So he—his philosophy was that—that our world is a perpetual battleground of—of bad and of good and evil forces. It is Zoroastrian philosophy that our world is a perpetual battleground</w:t>
      </w:r>
    </w:p>
    <w:p>
      <w:r>
        <w:rPr>
          <w:b/>
        </w:rPr>
        <w:t xml:space="preserve">[21:17] </w:t>
      </w:r>
      <w:r>
        <w:t>between good and evil forces. I can say that this was a—a kind of misunderstanding. It is not a battleground of two forces. No. It is a battleground of two advisors. Man is between two companions, and these two companions per</w:t>
      </w:r>
    </w:p>
    <w:p>
      <w:pPr>
        <w:jc w:val="right"/>
      </w:pPr>
      <w:r>
        <w:t>between good and evil forces. I can say that this was a—a kind of misunderstanding. It is not a battleground of two forces. No. It is a battleground of two advisors. Man is between two companions, and these two companions per</w:t>
      </w:r>
    </w:p>
    <w:p>
      <w:r>
        <w:rPr>
          <w:b/>
        </w:rPr>
        <w:t xml:space="preserve">[21:47] </w:t>
      </w:r>
      <w:r>
        <w:t>petually provide advices, either negative or positive. So it was misunderstood by Zoroastri, and he said that there are two gods and both are engaged in fighting. This is wrong. There are no two gods. Two companions of a—of a man. The fact is that man is here</w:t>
      </w:r>
    </w:p>
    <w:p>
      <w:pPr>
        <w:jc w:val="right"/>
      </w:pPr>
      <w:r>
        <w:t>petually provide advices, either negative or positive. So it was misunderstood by Zoroastri, and he said that there are two gods and both are engaged in fighting. This is wrong. There are no two gods. Two companions of a—of a man. The fact is that man is here</w:t>
      </w:r>
    </w:p>
    <w:p>
      <w:r>
        <w:rPr>
          <w:b/>
        </w:rPr>
        <w:t xml:space="preserve">[22:17] </w:t>
      </w:r>
      <w:r>
        <w:t>as Khalifa, and—and there are two different companions with this Khalifa. It is not two gods, but two advisors. So this is the situation of man in this world. So I think that although both the companions are unseen, their voices cannot be heard by this</w:t>
      </w:r>
    </w:p>
    <w:p>
      <w:pPr>
        <w:jc w:val="right"/>
      </w:pPr>
      <w:r>
        <w:t>as Khalifa, and—and there are two different companions with this Khalifa. It is not two gods, but two advisors. So this is the situation of man in this world. So I think that although both the companions are unseen, their voices cannot be heard by this</w:t>
      </w:r>
    </w:p>
    <w:p>
      <w:r>
        <w:rPr>
          <w:b/>
        </w:rPr>
        <w:t xml:space="preserve">[22:47] </w:t>
      </w:r>
      <w:r>
        <w:t>ear. You cannot see them. You cannot hear them. But it is there. You can understand their voice by introspection, by contemplation. If you are sincere, if you—if you take things seriously, then you will find that both the voices are here.</w:t>
      </w:r>
    </w:p>
    <w:p>
      <w:pPr>
        <w:jc w:val="right"/>
      </w:pPr>
      <w:r>
        <w:t>ear. You cannot see them. You cannot hear them. But it is there. You can understand their voice by introspection, by contemplation. If you are sincere, if you—if you take things seriously, then you will find that both the voices are here.</w:t>
      </w:r>
    </w:p>
    <w:p>
      <w:r>
        <w:rPr>
          <w:b/>
        </w:rPr>
        <w:t xml:space="preserve">[23:20] </w:t>
      </w:r>
      <w:r>
        <w:t>In every situation, you will hear both the voices. The voice of Saturn and the voice of—of angel. They are here. You can—you can feel those voices. Although you cannot hear, you can't listen to those voices, but you can feel.</w:t>
      </w:r>
    </w:p>
    <w:p>
      <w:pPr>
        <w:jc w:val="right"/>
      </w:pPr>
      <w:r>
        <w:t>In every situation, you will hear both the voices. The voice of Saturn and the voice of—of angel. They are here. You can—you can feel those voices. Although you cannot hear, you can't listen to those voices, but you can feel.</w:t>
      </w:r>
    </w:p>
    <w:p>
      <w:r>
        <w:rPr>
          <w:b/>
        </w:rPr>
        <w:t xml:space="preserve">[23:51] </w:t>
      </w:r>
      <w:r>
        <w:t>And it is not very difficult to understand the—those voices. So this is the—all God put us on test. At the same time, he provided us a helper in the form of angels. Angels are—there is a—there is a verse in the Quran, "Alladhina qaalu rabbirallah subhastaqamu, tatanazzalu alayhimul malaika."</w:t>
      </w:r>
    </w:p>
    <w:p>
      <w:pPr>
        <w:jc w:val="right"/>
      </w:pPr>
      <w:r>
        <w:t>And it is not very difficult to understand the—those voices. So this is the—all God put us on test. At the same time, he provided us a helper in the form of angels. Angels are—there is a—there is a verse in the Quran, "Alladhina qaalu rabbirallah subhastaqamu, tatanazzalu alayhimul malaika."</w:t>
      </w:r>
    </w:p>
    <w:p>
      <w:r>
        <w:rPr>
          <w:b/>
        </w:rPr>
        <w:t xml:space="preserve">[24:37] </w:t>
      </w:r>
      <w:r>
        <w:t>It means that when a person—it means that when a person says that there is no god but one god, when a person adopts God Almighty as his Rabb, as his Lord, then—then angels—</w:t>
      </w:r>
    </w:p>
    <w:p>
      <w:pPr>
        <w:jc w:val="right"/>
      </w:pPr>
      <w:r>
        <w:t>It means that when a person—it means that when a person says that there is no god but one god, when a person adopts God Almighty as his Rabb, as his Lord, then—then angels—</w:t>
      </w:r>
    </w:p>
    <w:p>
      <w:r>
        <w:rPr>
          <w:b/>
        </w:rPr>
        <w:t xml:space="preserve">[25:07] </w:t>
      </w:r>
      <w:r>
        <w:t>then angels become his companions and say that, "Don't be—don't—don't be fearful. We are with you." In silent language, they say, "When you adopt the divine path, you—</w:t>
      </w:r>
    </w:p>
    <w:p>
      <w:pPr>
        <w:jc w:val="right"/>
      </w:pPr>
      <w:r>
        <w:t>then angels become his companions and say that, "Don't be—don't—don't be fearful. We are with you." In silent language, they say, "When you adopt the divine path, you—</w:t>
      </w:r>
    </w:p>
    <w:p>
      <w:r>
        <w:rPr>
          <w:b/>
        </w:rPr>
        <w:t xml:space="preserve">[25:38] </w:t>
      </w:r>
      <w:r>
        <w:t>you become under the blessing of God, and God sent angels for your help." These help—these—these angels live in your company every time. So they give you psychological support. They—they provide you intellectual support. They</w:t>
      </w:r>
    </w:p>
    <w:p>
      <w:pPr>
        <w:jc w:val="right"/>
      </w:pPr>
      <w:r>
        <w:t>you become under the blessing of God, and God sent angels for your help." These help—these—these angels live in your company every time. So they give you psychological support. They—they provide you intellectual support. They</w:t>
      </w:r>
    </w:p>
    <w:p>
      <w:r>
        <w:rPr>
          <w:b/>
        </w:rPr>
        <w:t xml:space="preserve">[26:08] </w:t>
      </w:r>
      <w:r>
        <w:t>give you support from inside. They give you conviction about your path. So if you—if you take their advice, if you are sincere about your—about your decision, then every time you will—you will find their advice,</w:t>
      </w:r>
    </w:p>
    <w:p>
      <w:pPr>
        <w:jc w:val="right"/>
      </w:pPr>
      <w:r>
        <w:t>give you support from inside. They give you conviction about your path. So if you—if you take their advice, if you are sincere about your—about your decision, then every time you will—you will find their advice,</w:t>
      </w:r>
    </w:p>
    <w:p>
      <w:r>
        <w:rPr>
          <w:b/>
        </w:rPr>
        <w:t xml:space="preserve">[26:38] </w:t>
      </w:r>
      <w:r>
        <w:t>their help. But if you become—but if you deviate from the—from theright path, if you become a victim of negative thoughts, then—then it means that you are under the influence of Saturn. In one—if</w:t>
      </w:r>
    </w:p>
    <w:p>
      <w:pPr>
        <w:jc w:val="right"/>
      </w:pPr>
      <w:r>
        <w:t>their help. But if you become—but if you deviate from the—from theright path, if you become a victim of negative thoughts, then—then it means that you are under the influence of Saturn. In one—if</w:t>
      </w:r>
    </w:p>
    <w:p>
      <w:r>
        <w:rPr>
          <w:b/>
        </w:rPr>
        <w:t xml:space="preserve">[27:08] </w:t>
      </w:r>
      <w:r>
        <w:t>you adopt the—theright path, the divine path, then it—it means that you are under the influence of angel. But if you adopt the wrong path, if you adopt the deviated path, then it means that you are—you are under the influence of Saturn. So every time you have to be alert. Every—every time you have to live</w:t>
      </w:r>
    </w:p>
    <w:p>
      <w:pPr>
        <w:jc w:val="right"/>
      </w:pPr>
      <w:r>
        <w:t>you adopt the—theright path, the divine path, then it—it means that you are under the influence of angel. But if you adopt the wrong path, if you adopt the deviated path, then it means that you are—you are under the influence of Saturn. So every time you have to be alert. Every—every time you have to live</w:t>
      </w:r>
    </w:p>
    <w:p>
      <w:r>
        <w:rPr>
          <w:b/>
        </w:rPr>
        <w:t xml:space="preserve">[27:38] </w:t>
      </w:r>
      <w:r>
        <w:t>in introspection. Every time you have to watch yourself. Every time you have to watch yourself. Every time you have to see what you are—how—how is your thinking, what is your speech, what are your activities, everything. So</w:t>
      </w:r>
    </w:p>
    <w:p>
      <w:pPr>
        <w:jc w:val="right"/>
      </w:pPr>
      <w:r>
        <w:t>in introspection. Every time you have to watch yourself. Every time you have to watch yourself. Every time you have to see what you are—how—how is your thinking, what is your speech, what are your activities, everything. So</w:t>
      </w:r>
    </w:p>
    <w:p>
      <w:r>
        <w:rPr>
          <w:b/>
        </w:rPr>
        <w:t xml:space="preserve">[28:08] </w:t>
      </w:r>
      <w:r>
        <w:t>you have to be—you have to be—you have to watch—you have to watch your all—all your—of your activities. You have to be god of your own. Be god of your own. Otherwise, you will—you will—will be—you will go under the influ</w:t>
      </w:r>
    </w:p>
    <w:p>
      <w:pPr>
        <w:jc w:val="right"/>
      </w:pPr>
      <w:r>
        <w:t>you have to be—you have to be—you have to watch—you have to watch your all—all your—of your activities. You have to be god of your own. Be god of your own. Otherwise, you will—you will—will be—you will go under the influ</w:t>
      </w:r>
    </w:p>
    <w:p>
      <w:r>
        <w:rPr>
          <w:b/>
        </w:rPr>
        <w:t xml:space="preserve">[28:38] </w:t>
      </w:r>
      <w:r>
        <w:t>ence of Saturn. Then what is the—how you can keep yourself on theright path? Again, to my knowledge, first of all, you have to read the Quran every day. Someone hasrightly said that</w:t>
      </w:r>
    </w:p>
    <w:p>
      <w:pPr>
        <w:jc w:val="right"/>
      </w:pPr>
      <w:r>
        <w:t>ence of Saturn. Then what is the—how you can keep yourself on theright path? Again, to my knowledge, first of all, you have to read the Quran every day. Someone hasrightly said that</w:t>
      </w:r>
    </w:p>
    <w:p>
      <w:r>
        <w:rPr>
          <w:b/>
        </w:rPr>
        <w:t xml:space="preserve">[29:09] </w:t>
      </w:r>
      <w:r>
        <w:t>, "One verse away, keep Saturn away." One verse a day—one verse a day, keep Saturn away. So if you read the Quran every day with contemplation and at least one verse—at least you—you keep your—at least</w:t>
      </w:r>
    </w:p>
    <w:p>
      <w:pPr>
        <w:jc w:val="right"/>
      </w:pPr>
      <w:r>
        <w:t>, "One verse away, keep Saturn away." One verse a day—one verse a day, keep Saturn away. So if you read the Quran every day with contemplation and at least one verse—at least you—you keep your—at least</w:t>
      </w:r>
    </w:p>
    <w:p>
      <w:r>
        <w:rPr>
          <w:b/>
        </w:rPr>
        <w:t xml:space="preserve">[29:39] </w:t>
      </w:r>
      <w:r>
        <w:t>you keep one verse in your mind, then it means that you are—you are—you have saved yourself from the Satanic influence. So first of all, you have to read the Quran every day. Every day. At least one page or</w:t>
      </w:r>
    </w:p>
    <w:p>
      <w:pPr>
        <w:jc w:val="right"/>
      </w:pPr>
      <w:r>
        <w:t>you keep one verse in your mind, then it means that you are—you are—you have saved yourself from the Satanic influence. So first of all, you have to read the Quran every day. Every day. At least one page or</w:t>
      </w:r>
    </w:p>
    <w:p>
      <w:r>
        <w:rPr>
          <w:b/>
        </w:rPr>
        <w:t xml:space="preserve">[30:09] </w:t>
      </w:r>
      <w:r>
        <w:t>two pages. At least one page or two pages. So make this your daily routine. Make this your daily routine, to read the Quran. Then make also this your daily routine, that you read some part of—of the life of the</w:t>
      </w:r>
    </w:p>
    <w:p>
      <w:pPr>
        <w:jc w:val="right"/>
      </w:pPr>
      <w:r>
        <w:t>two pages. At least one page or two pages. So make this your daily routine. Make this your daily routine, to read the Quran. Then make also this your daily routine, that you read some part of—of the life of the</w:t>
      </w:r>
    </w:p>
    <w:p>
      <w:r>
        <w:rPr>
          <w:b/>
        </w:rPr>
        <w:t xml:space="preserve">[30:39] </w:t>
      </w:r>
      <w:r>
        <w:t>Prophet of Islam, in hadith or sunnah. All these things are available in different languages. It is not necessary to know the Arabic language. Although the text is in Arabic. Text of the Quran, text of the hadith is in Arabic. But I don't think that it is—it is necessary to know Arabic language. No. You can read it</w:t>
      </w:r>
    </w:p>
    <w:p>
      <w:pPr>
        <w:jc w:val="right"/>
      </w:pPr>
      <w:r>
        <w:t>Prophet of Islam, in hadith or sunnah. All these things are available in different languages. It is not necessary to know the Arabic language. Although the text is in Arabic. Text of the Quran, text of the hadith is in Arabic. But I don't think that it is—it is necessary to know Arabic language. No. You can read it</w:t>
      </w:r>
    </w:p>
    <w:p>
      <w:r>
        <w:rPr>
          <w:b/>
        </w:rPr>
        <w:t xml:space="preserve">[31:09] </w:t>
      </w:r>
      <w:r>
        <w:t>in your own language. In English, in Urdu, or any other language. Because translations are available in every language. So you have to read every day some part of the Prophet's life. I have found that the Prophet's life was—the Prophet lived a life very, very eventful life. The Prophet's life</w:t>
      </w:r>
    </w:p>
    <w:p>
      <w:pPr>
        <w:jc w:val="right"/>
      </w:pPr>
      <w:r>
        <w:t>in your own language. In English, in Urdu, or any other language. Because translations are available in every language. So you have to read every day some part of the Prophet's life. I have found that the Prophet's life was—the Prophet lived a life very, very eventful life. The Prophet's life</w:t>
      </w:r>
    </w:p>
    <w:p>
      <w:r>
        <w:rPr>
          <w:b/>
        </w:rPr>
        <w:t xml:space="preserve">[31:39] </w:t>
      </w:r>
      <w:r>
        <w:t>was an eventful life. All kinds of events are there. When I read hadith and sunnah, I am astonished at how all kinds of events are there. Every time I find some guidance about my life, about the society, about the Muslim community, there are so many</w:t>
      </w:r>
    </w:p>
    <w:p>
      <w:pPr>
        <w:jc w:val="right"/>
      </w:pPr>
      <w:r>
        <w:t>was an eventful life. All kinds of events are there. When I read hadith and sunnah, I am astonished at how all kinds of events are there. Every time I find some guidance about my life, about the society, about the Muslim community, there are so many</w:t>
      </w:r>
    </w:p>
    <w:p>
      <w:r>
        <w:rPr>
          <w:b/>
        </w:rPr>
        <w:t xml:space="preserve">[32:11] </w:t>
      </w:r>
      <w:r>
        <w:t>—so many examples in the Prophet's life. So if you read the life of the Prophet of Islam, you will find—you will find that it is a comp—it provides a complete guidance. It provides a complete guidance. Then you have to read the companions of the</w:t>
      </w:r>
    </w:p>
    <w:p>
      <w:pPr>
        <w:jc w:val="right"/>
      </w:pPr>
      <w:r>
        <w:t>—so many examples in the Prophet's life. So if you read the life of the Prophet of Islam, you will find—you will find that it is a comp—it provides a complete guidance. It provides a complete guidance. Then you have to read the companions of the</w:t>
      </w:r>
    </w:p>
    <w:p>
      <w:r>
        <w:rPr>
          <w:b/>
        </w:rPr>
        <w:t xml:space="preserve">[32:41] </w:t>
      </w:r>
      <w:r>
        <w:t>Prophet of Islam. Companions of the Prophet of Islam. There is a hadith that the Prophet of Islam has said—that said that, "Ashabi kan najum biyahim iqtadaytum ihtiadaytum." My companions are like stars. My companions</w:t>
      </w:r>
    </w:p>
    <w:p>
      <w:pPr>
        <w:jc w:val="right"/>
      </w:pPr>
      <w:r>
        <w:t>Prophet of Islam. Companions of the Prophet of Islam. There is a hadith that the Prophet of Islam has said—that said that, "Ashabi kan najum biyahim iqtadaytum ihtiadaytum." My companions are like stars. My companions</w:t>
      </w:r>
    </w:p>
    <w:p>
      <w:r>
        <w:rPr>
          <w:b/>
        </w:rPr>
        <w:t xml:space="preserve">[33:12] </w:t>
      </w:r>
      <w:r>
        <w:t>are like stars. So you can take guidance from these stars. So you have to read also the life of the companions. There are many, many books about the life of the companions. And also these books also are available in translations. Although the</w:t>
      </w:r>
    </w:p>
    <w:p>
      <w:pPr>
        <w:jc w:val="right"/>
      </w:pPr>
      <w:r>
        <w:t>are like stars. So you can take guidance from these stars. So you have to read also the life of the companions. There are many, many books about the life of the companions. And also these books also are available in translations. Although the</w:t>
      </w:r>
    </w:p>
    <w:p>
      <w:r>
        <w:rPr>
          <w:b/>
        </w:rPr>
        <w:t xml:space="preserve">[33:43] </w:t>
      </w:r>
      <w:r>
        <w:t>—the original books are in Arabic, but you don't know to learn Arabic. You can read it in your own languages. Then simply reading is not enough. Simply reading is not enough. You have to live a life of contemplation. There is tafakkur and tadabbur.</w:t>
      </w:r>
    </w:p>
    <w:p>
      <w:pPr>
        <w:jc w:val="right"/>
      </w:pPr>
      <w:r>
        <w:t>—the original books are in Arabic, but you don't know to learn Arabic. You can read it in your own languages. Then simply reading is not enough. Simply reading is not enough. You have to live a life of contemplation. There is tafakkur and tadabbur.</w:t>
      </w:r>
    </w:p>
    <w:p>
      <w:r>
        <w:rPr>
          <w:b/>
        </w:rPr>
        <w:t xml:space="preserve">[34:14] </w:t>
      </w:r>
      <w:r>
        <w:t>You have to adopt a life of tawassum, tafakkur, tadabbur. That is contemplation. When you adopt the life of contemplation, you will discover so many things every day. You know, the universe of facts is enormous. There are enormous facts in this universe. Our—and our</w:t>
      </w:r>
    </w:p>
    <w:p>
      <w:pPr>
        <w:jc w:val="right"/>
      </w:pPr>
      <w:r>
        <w:t>You have to adopt a life of tawassum, tafakkur, tadabbur. That is contemplation. When you adopt the life of contemplation, you will discover so many things every day. You know, the universe of facts is enormous. There are enormous facts in this universe. Our—and our</w:t>
      </w:r>
    </w:p>
    <w:p>
      <w:r>
        <w:rPr>
          <w:b/>
        </w:rPr>
        <w:t xml:space="preserve">[34:44] </w:t>
      </w:r>
      <w:r>
        <w:t>mind is capable to—to understand all these facts. But we need contemplation. Through contemplation, we unfold our mind. Through contemplation, we can understand all those facts. So simply reading some books is not enough. Also, you have to adopt</w:t>
      </w:r>
    </w:p>
    <w:p>
      <w:pPr>
        <w:jc w:val="right"/>
      </w:pPr>
      <w:r>
        <w:t>mind is capable to—to understand all these facts. But we need contemplation. Through contemplation, we unfold our mind. Through contemplation, we can understand all those facts. So simply reading some books is not enough. Also, you have to adopt</w:t>
      </w:r>
    </w:p>
    <w:p>
      <w:r>
        <w:rPr>
          <w:b/>
        </w:rPr>
        <w:t xml:space="preserve">[35:14] </w:t>
      </w:r>
      <w:r>
        <w:t>the—adopt the what is called contemplation. Contemplation is a great—contemplation is a very, very useful habit. Very, very useful habit. Through contemplation, we reach to all those great thing</w:t>
      </w:r>
    </w:p>
    <w:p>
      <w:pPr>
        <w:jc w:val="right"/>
      </w:pPr>
      <w:r>
        <w:t>the—adopt the what is called contemplation. Contemplation is a great—contemplation is a very, very useful habit. Very, very useful habit. Through contemplation, we reach to all those great thing</w:t>
      </w:r>
    </w:p>
    <w:p>
      <w:r>
        <w:rPr>
          <w:b/>
        </w:rPr>
        <w:t xml:space="preserve">[35:46] </w:t>
      </w:r>
      <w:r>
        <w:t>s. Then it is also very necessary to—to enter into intellectual exchange. You have to find some intellectual partners. At present, people are interested in enjoyment, in entertainment. So</w:t>
      </w:r>
    </w:p>
    <w:p>
      <w:pPr>
        <w:jc w:val="right"/>
      </w:pPr>
      <w:r>
        <w:t>s. Then it is also very necessary to—to enter into intellectual exchange. You have to find some intellectual partners. At present, people are interested in enjoyment, in entertainment. So</w:t>
      </w:r>
    </w:p>
    <w:p>
      <w:r>
        <w:rPr>
          <w:b/>
        </w:rPr>
        <w:t xml:space="preserve">[36:17] </w:t>
      </w:r>
      <w:r>
        <w:t>they adopt entertainment partner, enjoyment partner. But this is a waste of time. All these things are a waste of time. You have to seek at least one intellectual partner. At least one intellectual partner. Because it is my experience that through intellectual exchange,</w:t>
      </w:r>
    </w:p>
    <w:p>
      <w:pPr>
        <w:jc w:val="right"/>
      </w:pPr>
      <w:r>
        <w:t>they adopt entertainment partner, enjoyment partner. But this is a waste of time. All these things are a waste of time. You have to seek at least one intellectual partner. At least one intellectual partner. Because it is my experience that through intellectual exchange,</w:t>
      </w:r>
    </w:p>
    <w:p>
      <w:r>
        <w:rPr>
          <w:b/>
        </w:rPr>
        <w:t xml:space="preserve">[36:48] </w:t>
      </w:r>
      <w:r>
        <w:t>we develop our mind. Intellectual development. It is my experience that intellectual exchange is very, very important for intellectual development. Without intellectual exchange, there is no intellectual development. Although study is necessary. Although contemplation is necessary. But at the same time,</w:t>
      </w:r>
    </w:p>
    <w:p>
      <w:pPr>
        <w:jc w:val="right"/>
      </w:pPr>
      <w:r>
        <w:t>we develop our mind. Intellectual development. It is my experience that intellectual exchange is very, very important for intellectual development. Without intellectual exchange, there is no intellectual development. Although study is necessary. Although contemplation is necessary. But at the same time,</w:t>
      </w:r>
    </w:p>
    <w:p>
      <w:r>
        <w:rPr>
          <w:b/>
        </w:rPr>
        <w:t xml:space="preserve">[37:19] </w:t>
      </w:r>
      <w:r>
        <w:t>intellectual—intellectual exchange is very important. There is a—I have read about—about Umar Farooq. He was the second caliph. He was a great pillar of Islam. So about the life of the—of the—of the second cal</w:t>
      </w:r>
    </w:p>
    <w:p>
      <w:pPr>
        <w:jc w:val="right"/>
      </w:pPr>
      <w:r>
        <w:t>intellectual—intellectual exchange is very important. There is a—I have read about—about Umar Farooq. He was the second caliph. He was a great pillar of Islam. So about the life of the—of the—of the second cal</w:t>
      </w:r>
    </w:p>
    <w:p>
      <w:r>
        <w:rPr>
          <w:b/>
        </w:rPr>
        <w:t xml:space="preserve">[37:49] </w:t>
      </w:r>
      <w:r>
        <w:t>iph, there is a reference in some book that, "Kana yata'allamu min kulli ahad?" "Kana yata'allamu min kulli ahad?" It means that he was—he was always in the learning process. He always tried to—to learn something from others. Every time he was a seeker.</w:t>
      </w:r>
    </w:p>
    <w:p>
      <w:pPr>
        <w:jc w:val="right"/>
      </w:pPr>
      <w:r>
        <w:t>iph, there is a reference in some book that, "Kana yata'allamu min kulli ahad?" "Kana yata'allamu min kulli ahad?" It means that he was—he was always in the learning process. He always tried to—to learn something from others. Every time he was a seeker.</w:t>
      </w:r>
    </w:p>
    <w:p>
      <w:r>
        <w:rPr>
          <w:b/>
        </w:rPr>
        <w:t xml:space="preserve">[38:20] </w:t>
      </w:r>
      <w:r>
        <w:t>Every time he was a learner. Every time he wanted to know something more. So this is intellectual—this is the process of intellectual development. You know, everyone has something to give, something to add in your knowledge. Everyone has something to add your knowledge.</w:t>
      </w:r>
    </w:p>
    <w:p>
      <w:pPr>
        <w:jc w:val="right"/>
      </w:pPr>
      <w:r>
        <w:t>Every time he was a learner. Every time he wanted to know something more. So this is intellectual—this is the process of intellectual development. You know, everyone has something to give, something to add in your knowledge. Everyone has something to add your knowledge.</w:t>
      </w:r>
    </w:p>
    <w:p>
      <w:r>
        <w:rPr>
          <w:b/>
        </w:rPr>
        <w:t xml:space="preserve">[38:52] </w:t>
      </w:r>
      <w:r>
        <w:t>Everything—everyone has something to add to your knowledge. So you have to seek help from everyone. So learning process means seeking help from everyone. But intellectual exchange must be in a very serious manner. Not for</w:t>
      </w:r>
    </w:p>
    <w:p>
      <w:pPr>
        <w:jc w:val="right"/>
      </w:pPr>
      <w:r>
        <w:t>Everything—everyone has something to add to your knowledge. So you have to seek help from everyone. So learning process means seeking help from everyone. But intellectual exchange must be in a very serious manner. Not for</w:t>
      </w:r>
    </w:p>
    <w:p>
      <w:r>
        <w:rPr>
          <w:b/>
        </w:rPr>
        <w:t xml:space="preserve">[39:22] </w:t>
      </w:r>
      <w:r>
        <w:t>gossips. Not for entertainment. Not for enjoyment. No. But for enhance your knowledge, for increase your—your knowledge. For intellectual development. So intellectual exchange is a great</w:t>
      </w:r>
    </w:p>
    <w:p>
      <w:pPr>
        <w:jc w:val="right"/>
      </w:pPr>
      <w:r>
        <w:t>gossips. Not for entertainment. Not for enjoyment. No. But for enhance your knowledge, for increase your—your knowledge. For intellectual development. So intellectual exchange is a great</w:t>
      </w:r>
    </w:p>
    <w:p>
      <w:r>
        <w:rPr>
          <w:b/>
        </w:rPr>
        <w:t xml:space="preserve">[39:52] </w:t>
      </w:r>
      <w:r>
        <w:t>—is a—is a great helper towards intellectual development. So it is also very necessary. So first of all, you have to read the Quran. Then you have to read the life of the Prophet of Islam, and hadith and sunnah. Then you have to read the life of the companions.</w:t>
      </w:r>
    </w:p>
    <w:p>
      <w:pPr>
        <w:jc w:val="right"/>
      </w:pPr>
      <w:r>
        <w:t>—is a—is a great helper towards intellectual development. So it is also very necessary. So first of all, you have to read the Quran. Then you have to read the life of the Prophet of Islam, and hadith and sunnah. Then you have to read the life of the companions.</w:t>
      </w:r>
    </w:p>
    <w:p>
      <w:r>
        <w:rPr>
          <w:b/>
        </w:rPr>
        <w:t xml:space="preserve">[40:23] </w:t>
      </w:r>
      <w:r>
        <w:t>And then you have to find some intellectual partner for you. It is also very important. So it is a complete course of life. If you want to live in this world as a—as a—as a true Muslim, if you want to live on this earth as a true Muslim, you have to adopt this culture</w:t>
      </w:r>
    </w:p>
    <w:p>
      <w:pPr>
        <w:jc w:val="right"/>
      </w:pPr>
      <w:r>
        <w:t>And then you have to find some intellectual partner for you. It is also very important. So it is a complete course of life. If you want to live in this world as a—as a—as a true Muslim, if you want to live on this earth as a true Muslim, you have to adopt this culture</w:t>
      </w:r>
    </w:p>
    <w:p>
      <w:r>
        <w:rPr>
          <w:b/>
        </w:rPr>
        <w:t xml:space="preserve">[40:53] </w:t>
      </w:r>
      <w:r>
        <w:t>. This culture. And when you adopt this culture, you will find that angels are there, providing help. Although you—they are not observable. Although angels are not observable. But they are present over there. And they are giv</w:t>
      </w:r>
    </w:p>
    <w:p>
      <w:pPr>
        <w:jc w:val="right"/>
      </w:pPr>
      <w:r>
        <w:t>. This culture. And when you adopt this culture, you will find that angels are there, providing help. Although you—they are not observable. Although angels are not observable. But they are present over there. And they are giv</w:t>
      </w:r>
    </w:p>
    <w:p>
      <w:r>
        <w:rPr>
          <w:b/>
        </w:rPr>
        <w:t xml:space="preserve">[41:23] </w:t>
      </w:r>
      <w:r>
        <w:t>ing constantly advice to you. So when you adopt this culture, that is study, that is taking lessons, that is learning process, that is contemplation, that is intellectual exchange, then you will find that angels are giving you great, great help.</w:t>
      </w:r>
    </w:p>
    <w:p>
      <w:pPr>
        <w:jc w:val="right"/>
      </w:pPr>
      <w:r>
        <w:t>ing constantly advice to you. So when you adopt this culture, that is study, that is taking lessons, that is learning process, that is contemplation, that is intellectual exchange, then you will find that angels are giving you great, great help.</w:t>
      </w:r>
    </w:p>
    <w:p>
      <w:r>
        <w:rPr>
          <w:b/>
        </w:rPr>
        <w:t xml:space="preserve">[41:55] </w:t>
      </w:r>
      <w:r>
        <w:t>Great help. But if you adopt the—the other way, if you are not interested in—in study, if you are not interested in—in contemplation, if you—if you are not interested in serious exchange, then you</w:t>
      </w:r>
    </w:p>
    <w:p>
      <w:pPr>
        <w:jc w:val="right"/>
      </w:pPr>
      <w:r>
        <w:t>Great help. But if you adopt the—the other way, if you are not interested in—in study, if you are not interested in—in contemplation, if you—if you are not interested in serious exchange, then you</w:t>
      </w:r>
    </w:p>
    <w:p>
      <w:r>
        <w:rPr>
          <w:b/>
        </w:rPr>
        <w:t xml:space="preserve">[42:25] </w:t>
      </w:r>
      <w:r>
        <w:t>will—will become victim of Satan. You will be—you will fall under the influence of Satan. So I can say that life is a very, very, very, very serious opportunity. Life is a very important th</w:t>
      </w:r>
    </w:p>
    <w:p>
      <w:pPr>
        <w:jc w:val="right"/>
      </w:pPr>
      <w:r>
        <w:t>will—will become victim of Satan. You will be—you will fall under the influence of Satan. So I can say that life is a very, very, very, very serious opportunity. Life is a very important th</w:t>
      </w:r>
    </w:p>
    <w:p>
      <w:r>
        <w:rPr>
          <w:b/>
        </w:rPr>
        <w:t xml:space="preserve">[42:55] </w:t>
      </w:r>
      <w:r>
        <w:t>ing. We have to understand this importance. This is a—we are—we are not any—this is the first chance. When we are here in this world, this is the first chance for us. There is no second chance. After death, we are not going to return to this world again.</w:t>
      </w:r>
    </w:p>
    <w:p>
      <w:pPr>
        <w:jc w:val="right"/>
      </w:pPr>
      <w:r>
        <w:t>ing. We have to understand this importance. This is a—we are—we are not any—this is the first chance. When we are here in this world, this is the first chance for us. There is no second chance. After death, we are not going to return to this world again.</w:t>
      </w:r>
    </w:p>
    <w:p>
      <w:r>
        <w:rPr>
          <w:b/>
        </w:rPr>
        <w:t xml:space="preserve">[43:25] </w:t>
      </w:r>
      <w:r>
        <w:t>So avail this opportunity. Avail this opportunity. Every moment is a very precious moment. Every day is a very precious day. So you have to avail this opportunity. You have to develop a true Muslim personality.</w:t>
      </w:r>
    </w:p>
    <w:p>
      <w:pPr>
        <w:jc w:val="right"/>
      </w:pPr>
      <w:r>
        <w:t>So avail this opportunity. Avail this opportunity. Every moment is a very precious moment. Every day is a very precious day. So you have to avail this opportunity. You have to develop a true Muslim personality.</w:t>
      </w:r>
    </w:p>
    <w:p>
      <w:r>
        <w:rPr>
          <w:b/>
        </w:rPr>
        <w:t xml:space="preserve">[43:59] </w:t>
      </w:r>
      <w:r>
        <w:t>You have to understand everything in a serious manner. Then there are other—there are other very important aspects. That is dua. All these things are not enough. If you read Quran, if you read life of the Prophet, if you read life of the comp</w:t>
      </w:r>
    </w:p>
    <w:p>
      <w:pPr>
        <w:jc w:val="right"/>
      </w:pPr>
      <w:r>
        <w:t>You have to understand everything in a serious manner. Then there are other—there are other very important aspects. That is dua. All these things are not enough. If you read Quran, if you read life of the Prophet, if you read life of the comp</w:t>
      </w:r>
    </w:p>
    <w:p>
      <w:r>
        <w:rPr>
          <w:b/>
        </w:rPr>
        <w:t xml:space="preserve">[44:29] </w:t>
      </w:r>
      <w:r>
        <w:t>anions, if you read all those Islamic literature, and if you—all those things, if you are engaged in all those things, but at the same time, you have to adopt dua. Dua is also very important. Very, very important. Without dua, you cannot complete your personality.</w:t>
      </w:r>
    </w:p>
    <w:p>
      <w:pPr>
        <w:jc w:val="right"/>
      </w:pPr>
      <w:r>
        <w:t>anions, if you read all those Islamic literature, and if you—all those things, if you are engaged in all those things, but at the same time, you have to adopt dua. Dua is also very important. Very, very important. Without dua, you cannot complete your personality.</w:t>
      </w:r>
    </w:p>
    <w:p>
      <w:r>
        <w:rPr>
          <w:b/>
        </w:rPr>
        <w:t xml:space="preserve">[45:01] </w:t>
      </w:r>
      <w:r>
        <w:t>Dua means asking God. Dua means saying, "O God, I have endured. I am in a struggle. I am trying my best. O God, I am trying my best. But my effort is not enough. You have to provide me help. Without your help</w:t>
      </w:r>
    </w:p>
    <w:p>
      <w:pPr>
        <w:jc w:val="right"/>
      </w:pPr>
      <w:r>
        <w:t>Dua means asking God. Dua means saying, "O God, I have endured. I am in a struggle. I am trying my best. O God, I am trying my best. But my effort is not enough. You have to provide me help. Without your help</w:t>
      </w:r>
    </w:p>
    <w:p>
      <w:r>
        <w:rPr>
          <w:b/>
        </w:rPr>
        <w:t xml:space="preserve">[45:31] </w:t>
      </w:r>
      <w:r>
        <w:t>, I am incomplete. I am nothing." So this is dua. Dua means seeking God's help. Seeking God's blessing. Because man is helpless. Man has no power. Man knows nothing. God is</w:t>
      </w:r>
    </w:p>
    <w:p>
      <w:pPr>
        <w:jc w:val="right"/>
      </w:pPr>
      <w:r>
        <w:t>, I am incomplete. I am nothing." So this is dua. Dua means seeking God's help. Seeking God's blessing. Because man is helpless. Man has no power. Man knows nothing. God is</w:t>
      </w:r>
    </w:p>
    <w:p>
      <w:r>
        <w:rPr>
          <w:b/>
        </w:rPr>
        <w:t xml:space="preserve">[46:02] </w:t>
      </w:r>
      <w:r>
        <w:t>all-knowing. God is all-powerful. God is the Lord of the universe. So we need God every time. We need God's help every time. So you have to adopt dua as a permanent culture in your life. Dua is a complete culture. Now, dua</w:t>
      </w:r>
    </w:p>
    <w:p>
      <w:pPr>
        <w:jc w:val="right"/>
      </w:pPr>
      <w:r>
        <w:t>all-knowing. God is all-powerful. God is the Lord of the universe. So we need God every time. We need God's help every time. So you have to adopt dua as a permanent culture in your life. Dua is a complete culture. Now, dua</w:t>
      </w:r>
    </w:p>
    <w:p>
      <w:r>
        <w:rPr>
          <w:b/>
        </w:rPr>
        <w:t xml:space="preserve">[46:32] </w:t>
      </w:r>
      <w:r>
        <w:t>is not simply to recite some—some memorized words. Dua is not simply to recite some memorized words. No. It is not dua. Dua is—dua is to express your feeling, your deep feeling. D</w:t>
      </w:r>
    </w:p>
    <w:p>
      <w:pPr>
        <w:jc w:val="right"/>
      </w:pPr>
      <w:r>
        <w:t>is not simply to recite some—some memorized words. Dua is not simply to recite some memorized words. No. It is not dua. Dua is—dua is to express your feeling, your deep feeling. D</w:t>
      </w:r>
    </w:p>
    <w:p>
      <w:r>
        <w:rPr>
          <w:b/>
        </w:rPr>
        <w:t xml:space="preserve">[47:02] </w:t>
      </w:r>
      <w:r>
        <w:t>ua is to express your deep feeling towards God. Dua involves your mind. Dua involves your heart. Dua involves all your spiritual faculty. Dua involves all your personality. Then it is dua. Simply recitation is not dua.</w:t>
      </w:r>
    </w:p>
    <w:p>
      <w:pPr>
        <w:jc w:val="right"/>
      </w:pPr>
      <w:r>
        <w:t>ua is to express your deep feeling towards God. Dua involves your mind. Dua involves your heart. Dua involves all your spiritual faculty. Dua involves all your personality. Then it is dua. Simply recitation is not dua.</w:t>
      </w:r>
    </w:p>
    <w:p>
      <w:r>
        <w:rPr>
          <w:b/>
        </w:rPr>
        <w:t xml:space="preserve">[47:35] </w:t>
      </w:r>
      <w:r>
        <w:t>That is ritual. Dua is a—a living practice. Dua is a living practice. When you consciously involve your whole personality, then it is dua. And there is a hadith that, that, "Ad-dawatu la turaddu."</w:t>
      </w:r>
    </w:p>
    <w:p>
      <w:pPr>
        <w:jc w:val="right"/>
      </w:pPr>
      <w:r>
        <w:t>That is ritual. Dua is a—a living practice. Dua is a living practice. When you consciously involve your whole personality, then it is dua. And there is a hadith that, that, "Ad-dawatu la turaddu."</w:t>
      </w:r>
    </w:p>
    <w:p>
      <w:r>
        <w:rPr>
          <w:b/>
        </w:rPr>
        <w:t xml:space="preserve">[48:07] </w:t>
      </w:r>
      <w:r>
        <w:t>"Ad-dawatu la turaddu." It means that God is not going to reject your dua. When you make dua, a true dua, you have to believe that God will accept your dua. But it must be a true dua, not simply</w:t>
      </w:r>
    </w:p>
    <w:p>
      <w:pPr>
        <w:jc w:val="right"/>
      </w:pPr>
      <w:r>
        <w:t>"Ad-dawatu la turaddu." It means that God is not going to reject your dua. When you make dua, a true dua, you have to believe that God will accept your dua. But it must be a true dua, not simply</w:t>
      </w:r>
    </w:p>
    <w:p>
      <w:r>
        <w:rPr>
          <w:b/>
        </w:rPr>
        <w:t xml:space="preserve">[48:37] </w:t>
      </w:r>
      <w:r>
        <w:t>a recitation. So with all those things that are required, you have to adopt the culture of dua. Without dua, everything is—is incomplete. For example, if you read Quran, that also involves dua.</w:t>
      </w:r>
    </w:p>
    <w:p>
      <w:pPr>
        <w:jc w:val="right"/>
      </w:pPr>
      <w:r>
        <w:t>a recitation. So with all those things that are required, you have to adopt the culture of dua. Without dua, everything is—is incomplete. For example, if you read Quran, that also involves dua.</w:t>
      </w:r>
    </w:p>
    <w:p>
      <w:r>
        <w:rPr>
          <w:b/>
        </w:rPr>
        <w:t xml:space="preserve">[49:09] </w:t>
      </w:r>
      <w:r>
        <w:t>If you read Quran, that also involves dua. Because you know, the author of the Quran is God Himself. And when you are—when you read Quran and you feel that some verses are not very clear to you, you ask God, "O God, make me clear." So it means that you are consulting the aut</w:t>
      </w:r>
    </w:p>
    <w:p>
      <w:pPr>
        <w:jc w:val="right"/>
      </w:pPr>
      <w:r>
        <w:t>If you read Quran, that also involves dua. Because you know, the author of the Quran is God Himself. And when you are—when you read Quran and you feel that some verses are not very clear to you, you ask God, "O God, make me clear." So it means that you are consulting the aut</w:t>
      </w:r>
    </w:p>
    <w:p>
      <w:r>
        <w:rPr>
          <w:b/>
        </w:rPr>
        <w:t xml:space="preserve">[49:39] </w:t>
      </w:r>
      <w:r>
        <w:t>hor of the Quran. It is very, very important to know that Quran is the only book the author of which is available every time. You are connected to this author every time. You know, the author of a book can explain that book better than everyone else.</w:t>
      </w:r>
    </w:p>
    <w:p>
      <w:pPr>
        <w:jc w:val="right"/>
      </w:pPr>
      <w:r>
        <w:t>hor of the Quran. It is very, very important to know that Quran is the only book the author of which is available every time. You are connected to this author every time. You know, the author of a book can explain that book better than everyone else.</w:t>
      </w:r>
    </w:p>
    <w:p>
      <w:r>
        <w:rPr>
          <w:b/>
        </w:rPr>
        <w:t xml:space="preserve">[50:10] </w:t>
      </w:r>
      <w:r>
        <w:t>So God is available every time. It means that the author of the Quran is available every time, and you consult Him. There is a very relevant story in the—there was a great scholar, his name was Imam Ibn Taymiyyah. Ibn Taymiyyah was a great scholar of Islam</w:t>
      </w:r>
    </w:p>
    <w:p>
      <w:pPr>
        <w:jc w:val="right"/>
      </w:pPr>
      <w:r>
        <w:t>So God is available every time. It means that the author of the Quran is available every time, and you consult Him. There is a very relevant story in the—there was a great scholar, his name was Imam Ibn Taymiyyah. Ibn Taymiyyah was a great scholar of Islam</w:t>
      </w:r>
    </w:p>
    <w:p>
      <w:r>
        <w:rPr>
          <w:b/>
        </w:rPr>
        <w:t xml:space="preserve">[50:42] </w:t>
      </w:r>
      <w:r>
        <w:t>. So he was a regular reader—regular reader of the Quran. So when he—when he felt that some verse is not clear to him, so he used to go to some place and—and pray salat</w:t>
      </w:r>
    </w:p>
    <w:p>
      <w:pPr>
        <w:jc w:val="right"/>
      </w:pPr>
      <w:r>
        <w:t>. So he was a regular reader—regular reader of the Quran. So when he—when he felt that some verse is not clear to him, so he used to go to some place and—and pray salat</w:t>
      </w:r>
    </w:p>
    <w:p>
      <w:r>
        <w:rPr>
          <w:b/>
        </w:rPr>
        <w:t xml:space="preserve">[51:12] </w:t>
      </w:r>
      <w:r>
        <w:t>and do sajdah. And when he is in sajdah, he says, "Ya muallama Ibrahim, alimni." "O mu—ya muallama Ibrahim, alimni." "O teacher of Ibrahim, tell me." Just like Ibrahim, "You explain the verses to Ibrahim, so exp</w:t>
      </w:r>
    </w:p>
    <w:p>
      <w:pPr>
        <w:jc w:val="right"/>
      </w:pPr>
      <w:r>
        <w:t>and do sajdah. And when he is in sajdah, he says, "Ya muallama Ibrahim, alimni." "O mu—ya muallama Ibrahim, alimni." "O teacher of Ibrahim, tell me." Just like Ibrahim, "You explain the verses to Ibrahim, so exp</w:t>
      </w:r>
    </w:p>
    <w:p>
      <w:r>
        <w:rPr>
          <w:b/>
        </w:rPr>
        <w:t xml:space="preserve">[51:42] </w:t>
      </w:r>
      <w:r>
        <w:t>lain verses to me also." So it—it was—it means—it means that consultation to the author of the Quran. When you read Quran and you ask God that this passage is not very clear, "Please explain to me." It means that you are consulting the author. You are consulting the author of</w:t>
      </w:r>
    </w:p>
    <w:p>
      <w:pPr>
        <w:jc w:val="right"/>
      </w:pPr>
      <w:r>
        <w:t>lain verses to me also." So it—it was—it means—it means that consultation to the author of the Quran. When you read Quran and you ask God that this passage is not very clear, "Please explain to me." It means that you are consulting the author. You are consulting the author of</w:t>
      </w:r>
    </w:p>
    <w:p>
      <w:r>
        <w:rPr>
          <w:b/>
        </w:rPr>
        <w:t xml:space="preserve">[52:12] </w:t>
      </w:r>
      <w:r>
        <w:t>the Quran. It is very, very great things. Because author can explain his books. Author is the only authority to explain his books. So God is the author of the book, and He is available every time.</w:t>
      </w:r>
    </w:p>
    <w:p>
      <w:pPr>
        <w:jc w:val="right"/>
      </w:pPr>
      <w:r>
        <w:t>the Quran. It is very, very great things. Because author can explain his books. Author is the only authority to explain his books. So God is the author of the book, and He is available every time.</w:t>
      </w:r>
    </w:p>
    <w:p>
      <w:r>
        <w:rPr>
          <w:b/>
        </w:rPr>
        <w:t xml:space="preserve">[52:43] </w:t>
      </w:r>
      <w:r>
        <w:t>God Almighty is the author of this book. God Almighty is the author of the Quran. And He is available at every time. Every moment you can ask, "O God, help me to understand Your book. O God, help me to understand Your book." So when y</w:t>
      </w:r>
    </w:p>
    <w:p>
      <w:pPr>
        <w:jc w:val="right"/>
      </w:pPr>
      <w:r>
        <w:t>God Almighty is the author of this book. God Almighty is the author of the Quran. And He is available at every time. Every moment you can ask, "O God, help me to understand Your book. O God, help me to understand Your book." So when y</w:t>
      </w:r>
    </w:p>
    <w:p>
      <w:r>
        <w:rPr>
          <w:b/>
        </w:rPr>
        <w:t xml:space="preserve">[53:14] </w:t>
      </w:r>
      <w:r>
        <w:t>ou make this your habit, then you are under the influence of angels. When you make this your habit, then it means that you are under the influence of angels. So this is the secret of life. Secret of Islamic life. A true believer must adopt this kind of</w:t>
      </w:r>
    </w:p>
    <w:p>
      <w:pPr>
        <w:jc w:val="right"/>
      </w:pPr>
      <w:r>
        <w:t>ou make this your habit, then you are under the influence of angels. When you make this your habit, then it means that you are under the influence of angels. So this is the secret of life. Secret of Islamic life. A true believer must adopt this kind of</w:t>
      </w:r>
    </w:p>
    <w:p>
      <w:r>
        <w:rPr>
          <w:b/>
        </w:rPr>
        <w:t xml:space="preserve">[53:47] </w:t>
      </w:r>
      <w:r>
        <w:t>—this kind of behavior. So you have to know that every moment we are under the influence of two companions, angel and Satan. A negative companion and a positive companion. Every moment we are—we are—we are—</w:t>
      </w:r>
    </w:p>
    <w:p>
      <w:pPr>
        <w:jc w:val="right"/>
      </w:pPr>
      <w:r>
        <w:t>—this kind of behavior. So you have to know that every moment we are under the influence of two companions, angel and Satan. A negative companion and a positive companion. Every moment we are—we are—we are—</w:t>
      </w:r>
    </w:p>
    <w:p>
      <w:r>
        <w:rPr>
          <w:b/>
        </w:rPr>
        <w:t xml:space="preserve">[54:17] </w:t>
      </w:r>
      <w:r>
        <w:t>we are compelled to live with two companions. It is our destiny. Negative companion and positive companion. So every time we are under the influence of these two companions. So—so we have to watch ourselves. So we have to watch ourselves.</w:t>
      </w:r>
    </w:p>
    <w:p>
      <w:pPr>
        <w:jc w:val="right"/>
      </w:pPr>
      <w:r>
        <w:t>we are compelled to live with two companions. It is our destiny. Negative companion and positive companion. So every time we are under the influence of these two companions. So—so we have to watch ourselves. So we have to watch ourselves.</w:t>
      </w:r>
    </w:p>
    <w:p>
      <w:r>
        <w:rPr>
          <w:b/>
        </w:rPr>
        <w:t xml:space="preserve">[54:51] </w:t>
      </w:r>
      <w:r>
        <w:t>We have to save ourselves by the influence of Satan. It means that we are not alone in this world. It is really a great news that we are not alone in this world. Our companion is—is—is—is angel of God</w:t>
      </w:r>
    </w:p>
    <w:p>
      <w:pPr>
        <w:jc w:val="right"/>
      </w:pPr>
      <w:r>
        <w:t>We have to save ourselves by the influence of Satan. It means that we are not alone in this world. It is really a great news that we are not alone in this world. Our companion is—is—is—is angel of God</w:t>
      </w:r>
    </w:p>
    <w:p>
      <w:r>
        <w:rPr>
          <w:b/>
        </w:rPr>
        <w:t xml:space="preserve">[55:23] </w:t>
      </w:r>
      <w:r>
        <w:t>. It is very great news that we are not alone in this world. Every time we are in companionship of angel. So you have to know this fact. You have to know—avail this opportunity. It is a great, great blessing for us. Ever</w:t>
      </w:r>
    </w:p>
    <w:p>
      <w:pPr>
        <w:jc w:val="right"/>
      </w:pPr>
      <w:r>
        <w:t>. It is very great news that we are not alone in this world. Every time we are in companionship of angel. So you have to know this fact. You have to know—avail this opportunity. It is a great, great blessing for us. Ever</w:t>
      </w:r>
    </w:p>
    <w:p>
      <w:r>
        <w:rPr>
          <w:b/>
        </w:rPr>
        <w:t xml:space="preserve">[55:53] </w:t>
      </w:r>
      <w:r>
        <w:t>y time we are in a blessed position, the only condition is that we must—we must—we must not accept the Satanic influence. This is the only condition</w:t>
      </w:r>
    </w:p>
    <w:p>
      <w:pPr>
        <w:jc w:val="right"/>
      </w:pPr>
      <w:r>
        <w:t>y time we are in a blessed position, the only condition is that we must—we must—we must not accept the Satanic influence. This is the only condition</w:t>
      </w:r>
    </w:p>
    <w:p>
      <w:r>
        <w:rPr>
          <w:b/>
        </w:rPr>
        <w:t xml:space="preserve">[56:24] </w:t>
      </w:r>
      <w:r>
        <w:t>. Don't go—don't—don't give Satan to enter in your—to enter in your personality from the—the—the—the window of ego. Ego is—is a window from which Satan enters in your personality. Don't give a chance to Satan.</w:t>
      </w:r>
    </w:p>
    <w:p>
      <w:pPr>
        <w:jc w:val="right"/>
      </w:pPr>
      <w:r>
        <w:t>. Don't go—don't—don't give Satan to enter in your—to enter in your personality from the—the—the—the window of ego. Ego is—is a window from which Satan enters in your personality. Don't give a chance to Satan.</w:t>
      </w:r>
    </w:p>
    <w:p>
      <w:r>
        <w:rPr>
          <w:b/>
        </w:rPr>
        <w:t xml:space="preserve">[56:56] </w:t>
      </w:r>
      <w:r>
        <w:t>And if you save yourself from Satan—Satanic influence, that's—that's enough. Because angel is there. Angel is there. So I can say that we must understand the creation plan of God</w:t>
      </w:r>
    </w:p>
    <w:p>
      <w:pPr>
        <w:jc w:val="right"/>
      </w:pPr>
      <w:r>
        <w:t>And if you save yourself from Satan—Satanic influence, that's—that's enough. Because angel is there. Angel is there. So I can say that we must understand the creation plan of God</w:t>
      </w:r>
    </w:p>
    <w:p>
      <w:r>
        <w:rPr>
          <w:b/>
        </w:rPr>
        <w:t xml:space="preserve">[57:29] </w:t>
      </w:r>
      <w:r>
        <w:t>. Without knowing the creation plan of God, we cannot plan our life in a better way. So this is the most important aspect for every human being. He must know the creation plan of God. Then he must</w:t>
      </w:r>
    </w:p>
    <w:p>
      <w:pPr>
        <w:jc w:val="right"/>
      </w:pPr>
      <w:r>
        <w:t>. Without knowing the creation plan of God, we cannot plan our life in a better way. So this is the most important aspect for every human being. He must know the creation plan of God. Then he must</w:t>
      </w:r>
    </w:p>
    <w:p>
      <w:r>
        <w:rPr>
          <w:b/>
        </w:rPr>
        <w:t xml:space="preserve">[58:01] </w:t>
      </w:r>
      <w:r>
        <w:t>plan his life in accordance with that creation plan. There is no other way to live on this earth. This is the onlyright way. This is the onlyright way. We have to plan our life in accordance with</w:t>
      </w:r>
    </w:p>
    <w:p>
      <w:pPr>
        <w:jc w:val="right"/>
      </w:pPr>
      <w:r>
        <w:t>plan his life in accordance with that creation plan. There is no other way to live on this earth. This is the onlyright way. This is the onlyright way. We have to plan our life in accordance with</w:t>
      </w:r>
    </w:p>
    <w:p>
      <w:r>
        <w:rPr>
          <w:b/>
        </w:rPr>
        <w:t xml:space="preserve">[58:32] </w:t>
      </w:r>
      <w:r>
        <w:t>God's scheme. We have no other option. Every other option is disastrous. So help you, and God will help you. This is the simple formula. Aqul qawli hadha, wa astaghfirullah</w:t>
      </w:r>
    </w:p>
    <w:p>
      <w:pPr>
        <w:jc w:val="right"/>
      </w:pPr>
      <w:r>
        <w:t>God's scheme. We have no other option. Every other option is disastrous. So help you, and God will help you. This is the simple formula. Aqul qawli hadha, wa astaghfirullah</w:t>
      </w:r>
    </w:p>
    <w:p>
      <w:r>
        <w:rPr>
          <w:b/>
        </w:rPr>
        <w:t xml:space="preserve">[59:02] </w:t>
      </w:r>
      <w:r>
        <w:t>alayh wa lakum ajma'in.</w:t>
      </w:r>
    </w:p>
    <w:p>
      <w:pPr>
        <w:jc w:val="right"/>
      </w:pPr>
      <w:r>
        <w:t>alayh wa lakum ajma'in.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