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and Non Violence - 11. 08. 2007</w:t>
      </w:r>
    </w:p>
    <w:p>
      <w:r>
        <w:t>https://www.youtube.com/watch?v=e4iKH4GUT3E</w:t>
      </w:r>
    </w:p>
    <w:p>
      <w:r>
        <w:rPr>
          <w:b/>
        </w:rPr>
        <w:t xml:space="preserve">[00:07] </w:t>
      </w:r>
      <w:r>
        <w:t>bismillah rahman rahim, wasallallahu ala nabiyyil karim. Rabbishrah li sadri, wa yassir li amri, wahlul uqdatan min lisani yafqahu qawli. The topic for this evening is "Peace and Nonvi</w:t>
      </w:r>
    </w:p>
    <w:p>
      <w:pPr>
        <w:jc w:val="right"/>
      </w:pPr>
      <w:r>
        <w:t>بسم اللہ الرحمن الرحیم، وصلی اللہ علی النبی الکریم۔ رب اشرح لی صدری، ویسر لی امری، واحل العقدۃ من لسانی یفقہ قولی۔ The topic for this evening is "Peace and Nonvi</w:t>
      </w:r>
    </w:p>
    <w:p>
      <w:r>
        <w:rPr>
          <w:b/>
        </w:rPr>
        <w:t xml:space="preserve">[00:37] </w:t>
      </w:r>
      <w:r>
        <w:t>olence in Islam." I can say that Islam is a religion of peace. The very name of Islam has a connotation of peace. You know, the word "Islam" is derived from "silm." Silm is the root word of Islam</w:t>
      </w:r>
    </w:p>
    <w:p>
      <w:pPr>
        <w:jc w:val="right"/>
      </w:pPr>
      <w:r>
        <w:t>olence in Islam." I can say that Islam is a religion of peace. The very name of Islam has a connotation of peace. You know, the word "Islam" is derived from "silm." Silm is the root word of Islam</w:t>
      </w:r>
    </w:p>
    <w:p>
      <w:r>
        <w:rPr>
          <w:b/>
        </w:rPr>
        <w:t xml:space="preserve">[01:07] </w:t>
      </w:r>
      <w:r>
        <w:t>, and silm means peace. So Islam is a religion of peace. If you take a copy of the Quran and start reading, you'll find that almost all the verses of the Quran are related to peace, either directly or indirectly. I know that there are some vers</w:t>
      </w:r>
    </w:p>
    <w:p>
      <w:pPr>
        <w:jc w:val="right"/>
      </w:pPr>
      <w:r>
        <w:t>, and silm means peace. So Islam is a religion of peace. If you take a copy of the Quran and start reading, you'll find that almost all the verses of the Quran are related to peace, either directly or indirectly. I know that there are some vers</w:t>
      </w:r>
    </w:p>
    <w:p>
      <w:r>
        <w:rPr>
          <w:b/>
        </w:rPr>
        <w:t xml:space="preserve">[01:37] </w:t>
      </w:r>
      <w:r>
        <w:t>es—maybe two dozen verses—that deal with qital, that is, war. But these verses are related to defensive war. I can say that in Islam, peace is the rule and war is an exception. And that exception is at</w:t>
      </w:r>
    </w:p>
    <w:p>
      <w:pPr>
        <w:jc w:val="right"/>
      </w:pPr>
      <w:r>
        <w:t>es—maybe two dozen verses—that deal with qital, that is, war. But these verses are related to defensive war. I can say that in Islam, peace is the rule and war is an exception. And that exception is at</w:t>
      </w:r>
    </w:p>
    <w:p>
      <w:r>
        <w:rPr>
          <w:b/>
        </w:rPr>
        <w:t xml:space="preserve">[02:08] </w:t>
      </w:r>
      <w:r>
        <w:t>the time of defense. So in Islam, there is no war other than defensive war. No war other than defensive war. All these wars which you know these days, like guerrilla war, and proxy war, and secret war, all</w:t>
      </w:r>
    </w:p>
    <w:p>
      <w:pPr>
        <w:jc w:val="right"/>
      </w:pPr>
      <w:r>
        <w:t>the time of defense. So in Islam, there is no war other than defensive war. No war other than defensive war. All these wars which you know these days, like guerrilla war, and proxy war, and secret war, all</w:t>
      </w:r>
    </w:p>
    <w:p>
      <w:r>
        <w:rPr>
          <w:b/>
        </w:rPr>
        <w:t xml:space="preserve">[02:38] </w:t>
      </w:r>
      <w:r>
        <w:t>these wars are unlawful in Islam. You know, there is a well-established principle in Islam that is al-Rahi lil-Imam. It means to declare a war is a prerogative of a state. So any agency other than the state is not allowed to go to war.</w:t>
      </w:r>
    </w:p>
    <w:p>
      <w:pPr>
        <w:jc w:val="right"/>
      </w:pPr>
      <w:r>
        <w:t>these wars are unlawful in Islam. You know, there is a well-established principle in Islam that is al-Rahi lil-Imam. It means to declare a war is a prerogative of a state. So any agency other than the state is not allowed to go to war.</w:t>
      </w:r>
    </w:p>
    <w:p>
      <w:r>
        <w:rPr>
          <w:b/>
        </w:rPr>
        <w:t xml:space="preserve">[03:10] </w:t>
      </w:r>
      <w:r>
        <w:t>Now, even in a genuine war, there are some conditions. For example, even in a genuine war, you cannot kill ghayr muqatil. You can kill only muqatil, that is, combatant and non-combatant. So Islam differentiates between combatant and non-combatant. Islam allows to</w:t>
      </w:r>
    </w:p>
    <w:p>
      <w:pPr>
        <w:jc w:val="right"/>
      </w:pPr>
      <w:r>
        <w:t>Now, even in a genuine war, there are some conditions. For example, even in a genuine war, you cannot kill ghayr muqatil. You can kill only muqatil, that is, combatant and non-combatant. So Islam differentiates between combatant and non-combatant. Islam allows to</w:t>
      </w:r>
    </w:p>
    <w:p>
      <w:r>
        <w:rPr>
          <w:b/>
        </w:rPr>
        <w:t xml:space="preserve">[03:40] </w:t>
      </w:r>
      <w:r>
        <w:t>kill combatant, but not the non-combatant. So when you see that now we are living in an age that is weapons of mass destruction, so I can say that now war is not an option for Muslims. Because in such an age, you cannot save yourself from killing non-combatant. Because now the age is</w:t>
      </w:r>
    </w:p>
    <w:p>
      <w:pPr>
        <w:jc w:val="right"/>
      </w:pPr>
      <w:r>
        <w:t>kill combatant, but not the non-combatant. So when you see that now we are living in an age that is weapons of mass destruction, so I can say that now war is not an option for Muslims. Because in such an age, you cannot save yourself from killing non-combatant. Because now the age is</w:t>
      </w:r>
    </w:p>
    <w:p>
      <w:r>
        <w:rPr>
          <w:b/>
        </w:rPr>
        <w:t xml:space="preserve">[04:11] </w:t>
      </w:r>
      <w:r>
        <w:t>ages of weapons of mass destruction. So I am, I can say with conviction that now there is now Muslims have no option other than peaceful activism. Now war is not the next option for us. Here I can this is the yesterday issue of Times of India.</w:t>
      </w:r>
    </w:p>
    <w:p>
      <w:pPr>
        <w:jc w:val="right"/>
      </w:pPr>
      <w:r>
        <w:t>ages of weapons of mass destruction. So I am, I can say with conviction that now there is now Muslims have no option other than peaceful activism. Now war is not the next option for us. Here I can this is the yesterday issue of Times of India.</w:t>
      </w:r>
    </w:p>
    <w:p>
      <w:r>
        <w:rPr>
          <w:b/>
        </w:rPr>
        <w:t xml:space="preserve">[04:42] </w:t>
      </w:r>
      <w:r>
        <w:t>Yesterday, that is August 10. In this Times of India issue, there is a news item about Pakistan. One responsible person of Pakistan says in parliament, he is a member of parliament and also he is a member of ruling party, he says that jihad against India and US.</w:t>
      </w:r>
    </w:p>
    <w:p>
      <w:pPr>
        <w:jc w:val="right"/>
      </w:pPr>
      <w:r>
        <w:t>Yesterday, that is August 10. In this Times of India issue, there is a news item about Pakistan. One responsible person of Pakistan says in parliament, he is a member of parliament and also he is a member of ruling party, he says that jihad against India and US.</w:t>
      </w:r>
    </w:p>
    <w:p>
      <w:r>
        <w:rPr>
          <w:b/>
        </w:rPr>
        <w:t xml:space="preserve">[05:13] </w:t>
      </w:r>
      <w:r>
        <w:t>Jihad against India and America. When I read this news item, I was bewildered. Why these people talk in terms of jihad? Jihad already you are doing already jihad. You are busy in jihad. I can say that since long time</w:t>
      </w:r>
    </w:p>
    <w:p>
      <w:pPr>
        <w:jc w:val="right"/>
      </w:pPr>
      <w:r>
        <w:t>Jihad against India and America. When I read this news item, I was bewildered. Why these people talk in terms of jihad? Jihad already you are doing already jihad. You are busy in jihad. I can say that since long time</w:t>
      </w:r>
    </w:p>
    <w:p>
      <w:r>
        <w:rPr>
          <w:b/>
        </w:rPr>
        <w:t xml:space="preserve">[05:44] </w:t>
      </w:r>
      <w:r>
        <w:t>all the Muslims are either doing jihad or thinking in terms of jihad. Everywhere in the world. So why they say why they are engaged such like in this news item that he said that no talk but jihad, that is war. No talk but war. Why?</w:t>
      </w:r>
    </w:p>
    <w:p>
      <w:pPr>
        <w:jc w:val="right"/>
      </w:pPr>
      <w:r>
        <w:t>all the Muslims are either doing jihad or thinking in terms of jihad. Everywhere in the world. So why they say why they are engaged such like in this news item that he said that no talk but jihad, that is war. No talk but war. Why?</w:t>
      </w:r>
    </w:p>
    <w:p>
      <w:r>
        <w:rPr>
          <w:b/>
        </w:rPr>
        <w:t xml:space="preserve">[06:16] </w:t>
      </w:r>
      <w:r>
        <w:t>When you are doing jihad, when you are doing war and no result, no positive result, except losses. Loss in term of in term of life, in term of money, in term of property. So why you are why there no reassessment? Why no reassessment? Why you are talking in term of jihad</w:t>
      </w:r>
    </w:p>
    <w:p>
      <w:pPr>
        <w:jc w:val="right"/>
      </w:pPr>
      <w:r>
        <w:t>When you are doing jihad, when you are doing war and no result, no positive result, except losses. Loss in term of in term of life, in term of money, in term of property. So why you are why there no reassessment? Why no reassessment? Why you are talking in term of jihad</w:t>
      </w:r>
    </w:p>
    <w:p>
      <w:r>
        <w:rPr>
          <w:b/>
        </w:rPr>
        <w:t xml:space="preserve">[06:46] </w:t>
      </w:r>
      <w:r>
        <w:t>? I can say that the reason is that these people these people are victim of dichotomous thinking. These people are victim of victim of dichotomous thinking. They know nothing except either do jihad or or sit idle.</w:t>
      </w:r>
    </w:p>
    <w:p>
      <w:pPr>
        <w:jc w:val="right"/>
      </w:pPr>
      <w:r>
        <w:t>? I can say that the reason is that these people these people are victim of dichotomous thinking. These people are victim of victim of dichotomous thinking. They know nothing except either do jihad or or sit idle.</w:t>
      </w:r>
    </w:p>
    <w:p>
      <w:r>
        <w:rPr>
          <w:b/>
        </w:rPr>
        <w:t xml:space="preserve">[07:16] </w:t>
      </w:r>
      <w:r>
        <w:t>They have no third option. They are victim of dichotomous thinking. They don't know nothing except two position. Either we fight or we sit idle. I think that here we need ijtihad. Ijtihad shows you the third option. Ijtihad literally means to strive.</w:t>
      </w:r>
    </w:p>
    <w:p>
      <w:pPr>
        <w:jc w:val="right"/>
      </w:pPr>
      <w:r>
        <w:t>They have no third option. They are victim of dichotomous thinking. They don't know nothing except two position. Either we fight or we sit idle. I think that here we need ijtihad. Ijtihad shows you the third option. Ijtihad literally means to strive.</w:t>
      </w:r>
    </w:p>
    <w:p>
      <w:r>
        <w:rPr>
          <w:b/>
        </w:rPr>
        <w:t xml:space="preserve">[07:47] </w:t>
      </w:r>
      <w:r>
        <w:t>Ijtihad means it is a very important institution in Islam. Ijtihad is a very important institution in Islam. So when you are faced with some situation in which you have no guidance in traditional knowledge, so you have to ponder over the problem. You have to find out some new answ</w:t>
      </w:r>
    </w:p>
    <w:p>
      <w:pPr>
        <w:jc w:val="right"/>
      </w:pPr>
      <w:r>
        <w:t>Ijtihad means it is a very important institution in Islam. Ijtihad is a very important institution in Islam. So when you are faced with some situation in which you have no guidance in traditional knowledge, so you have to ponder over the problem. You have to find out some new answ</w:t>
      </w:r>
    </w:p>
    <w:p>
      <w:r>
        <w:rPr>
          <w:b/>
        </w:rPr>
        <w:t xml:space="preserve">[08:19] </w:t>
      </w:r>
      <w:r>
        <w:t>er. So I can say that without ijtihad, Islam becomes like a pond, a stagnant pond. But with with ijtihad, Islam becomes like a flowing river. Flowing river. So now we are in need of ijtihad. And there is a hadith in Sahih al-Bukhari, it emphas</w:t>
      </w:r>
    </w:p>
    <w:p>
      <w:pPr>
        <w:jc w:val="right"/>
      </w:pPr>
      <w:r>
        <w:t>er. So I can say that without ijtihad, Islam becomes like a pond, a stagnant pond. But with with ijtihad, Islam becomes like a flowing river. Flowing river. So now we are in need of ijtihad. And there is a hadith in Sahih al-Bukhari, it emphas</w:t>
      </w:r>
    </w:p>
    <w:p>
      <w:r>
        <w:rPr>
          <w:b/>
        </w:rPr>
        <w:t xml:space="preserve">[08:49] </w:t>
      </w:r>
      <w:r>
        <w:t>izes on ijtihad. According to this hadith, we have to do ijtihad even by taking the risk of that we we may we may mistake. Hadith says that if your ijtihad is correct, then you will be given double award. Double reward. And if your ijtihad is wrong,</w:t>
      </w:r>
    </w:p>
    <w:p>
      <w:pPr>
        <w:jc w:val="right"/>
      </w:pPr>
      <w:r>
        <w:t>izes on ijtihad. According to this hadith, we have to do ijtihad even by taking the risk of that we we may we may mistake. Hadith says that if your ijtihad is correct, then you will be given double award. Double reward. And if your ijtihad is wrong,</w:t>
      </w:r>
    </w:p>
    <w:p>
      <w:r>
        <w:rPr>
          <w:b/>
        </w:rPr>
        <w:t xml:space="preserve">[09:19] </w:t>
      </w:r>
      <w:r>
        <w:t>then you will be given single jihad. Which means that do jihad without any excuse at the risk of doing wrong jihad, wrong ijtihad. Do ijtihad even if there is risk to to to to fail in in some wrong ijtihad. Why? Because without ijtihad,</w:t>
      </w:r>
    </w:p>
    <w:p>
      <w:pPr>
        <w:jc w:val="right"/>
      </w:pPr>
      <w:r>
        <w:t>then you will be given single jihad. Which means that do jihad without any excuse at the risk of doing wrong jihad, wrong ijtihad. Do ijtihad even if there is risk to to to to fail in in some wrong ijtihad. Why? Because without ijtihad,</w:t>
      </w:r>
    </w:p>
    <w:p>
      <w:r>
        <w:rPr>
          <w:b/>
        </w:rPr>
        <w:t xml:space="preserve">[09:49] </w:t>
      </w:r>
      <w:r>
        <w:t>Islam becomes like a pond. And ijtihad and with ijtihad, Islam becomes like a river. So here what is ijtihad in in present situation? When you when you see the situation, when you gain the knowledge of present world, you can say that we are at present we are living in a very different kind of</w:t>
      </w:r>
    </w:p>
    <w:p>
      <w:pPr>
        <w:jc w:val="right"/>
      </w:pPr>
      <w:r>
        <w:t>Islam becomes like a pond. And ijtihad and with ijtihad, Islam becomes like a river. So here what is ijtihad in in present situation? When you when you see the situation, when you gain the knowledge of present world, you can say that we are at present we are living in a very different kind of</w:t>
      </w:r>
    </w:p>
    <w:p>
      <w:r>
        <w:rPr>
          <w:b/>
        </w:rPr>
        <w:t xml:space="preserve">[10:19] </w:t>
      </w:r>
      <w:r>
        <w:t>age. Now we enjoy freedom. Now we enjoy communication. Now we enjoy institutions, organizations. We are free to organize. We are free to to do anything except violence. Present world is a quite different world. Now there is one thing that is not permitted, that is violence.</w:t>
      </w:r>
    </w:p>
    <w:p>
      <w:pPr>
        <w:jc w:val="right"/>
      </w:pPr>
      <w:r>
        <w:t>age. Now we enjoy freedom. Now we enjoy communication. Now we enjoy institutions, organizations. We are free to organize. We are free to to do anything except violence. Present world is a quite different world. Now there is one thing that is not permitted, that is violence.</w:t>
      </w:r>
    </w:p>
    <w:p>
      <w:r>
        <w:rPr>
          <w:b/>
        </w:rPr>
        <w:t xml:space="preserve">[10:49] </w:t>
      </w:r>
      <w:r>
        <w:t>If you save yourself from violence, then you can't do anything. When I visit America, when I visited visited America, I found that there is a Muslim group. They're they're they're they openly say that we will establish khilafat in America. They are say they say that California is California. California was a</w:t>
      </w:r>
    </w:p>
    <w:p>
      <w:pPr>
        <w:jc w:val="right"/>
      </w:pPr>
      <w:r>
        <w:t>If you save yourself from violence, then you can't do anything. When I visit America, when I visited visited America, I found that there is a Muslim group. They're they're they're they openly say that we will establish khilafat in America. They are say they say that California is California. California was a</w:t>
      </w:r>
    </w:p>
    <w:p>
      <w:r>
        <w:rPr>
          <w:b/>
        </w:rPr>
        <w:t xml:space="preserve">[11:19] </w:t>
      </w:r>
      <w:r>
        <w:t>khilafat. And now we are we are to we want to revive California. So they say openly that we want to establish khilafat in America. And they are free. Modern civilization is very different from ancient civilizations. Now everything now you can do everything, everything, everything except viol</w:t>
      </w:r>
    </w:p>
    <w:p>
      <w:pPr>
        <w:jc w:val="right"/>
      </w:pPr>
      <w:r>
        <w:t>khilafat. And now we are we are to we want to revive California. So they say openly that we want to establish khilafat in America. And they are free. Modern civilization is very different from ancient civilizations. Now everything now you can do everything, everything, everything except viol</w:t>
      </w:r>
    </w:p>
    <w:p>
      <w:r>
        <w:rPr>
          <w:b/>
        </w:rPr>
        <w:t xml:space="preserve">[11:49] </w:t>
      </w:r>
      <w:r>
        <w:t>ence. So you have to you have to avail this opportunity. In our present age, all the opportunities are open. We fail to understand that in our present age, we have new kind of opportunities. So these people who are doing war and fighting, they don't know</w:t>
      </w:r>
    </w:p>
    <w:p>
      <w:pPr>
        <w:jc w:val="right"/>
      </w:pPr>
      <w:r>
        <w:t>ence. So you have to you have to avail this opportunity. In our present age, all the opportunities are open. We fail to understand that in our present age, we have new kind of opportunities. So these people who are doing war and fighting, they don't know</w:t>
      </w:r>
    </w:p>
    <w:p>
      <w:r>
        <w:rPr>
          <w:b/>
        </w:rPr>
        <w:t xml:space="preserve">[12:19] </w:t>
      </w:r>
      <w:r>
        <w:t>that we are living in an age of in an age of opportunities. In in olden times, there were there was just there was just persecution. There was kingship. There was no freedom. But now we are living in age of democracy, in age of freedom, in an age of in our nations. So why you are doing</w:t>
      </w:r>
    </w:p>
    <w:p>
      <w:pPr>
        <w:jc w:val="right"/>
      </w:pPr>
      <w:r>
        <w:t>that we are living in an age of in an age of opportunities. In in olden times, there were there was just there was just persecution. There was kingship. There was no freedom. But now we are living in age of democracy, in age of freedom, in an age of in our nations. So why you are doing</w:t>
      </w:r>
    </w:p>
    <w:p>
      <w:r>
        <w:rPr>
          <w:b/>
        </w:rPr>
        <w:t xml:space="preserve">[12:49] </w:t>
      </w:r>
      <w:r>
        <w:t>why why you are engaged in fighting? You must opt for peaceful activism. So now people are very people's mind are not very clear about peace. What is peace? Scholars generally define peace as as absence of war</w:t>
      </w:r>
    </w:p>
    <w:p>
      <w:pPr>
        <w:jc w:val="right"/>
      </w:pPr>
      <w:r>
        <w:t>why why you are engaged in fighting? You must opt for peaceful activism. So now people are very people's mind are not very clear about peace. What is peace? Scholars generally define peace as as absence of war</w:t>
      </w:r>
    </w:p>
    <w:p>
      <w:r>
        <w:rPr>
          <w:b/>
        </w:rPr>
        <w:t xml:space="preserve">[13:21] </w:t>
      </w:r>
      <w:r>
        <w:t>. Absence of war. Technically, it is a correct definition. Technically, it is correct definition. But it does not include the positive aspect of of of peace. Because where there is peace, there are opportunities. If you say that light means absence of darkness, so technically this definition is correct.</w:t>
      </w:r>
    </w:p>
    <w:p>
      <w:pPr>
        <w:jc w:val="right"/>
      </w:pPr>
      <w:r>
        <w:t>. Absence of war. Technically, it is a correct definition. Technically, it is correct definition. But it does not include the positive aspect of of of peace. Because where there is peace, there are opportunities. If you say that light means absence of darkness, so technically this definition is correct.</w:t>
      </w:r>
    </w:p>
    <w:p>
      <w:r>
        <w:rPr>
          <w:b/>
        </w:rPr>
        <w:t xml:space="preserve">[13:52] </w:t>
      </w:r>
      <w:r>
        <w:t>But you know where there is light, there are opportunities. Light doesn't mean that there is no darkness. At the same time, the light has some positive positive aspect. Without when there is light, you can see everything. You know without light, you cannot see anything. Where there is light, there are activities. All kind of activities. So so this this kind of definition</w:t>
      </w:r>
    </w:p>
    <w:p>
      <w:pPr>
        <w:jc w:val="right"/>
      </w:pPr>
      <w:r>
        <w:t>But you know where there is light, there are opportunities. Light doesn't mean that there is no darkness. At the same time, the light has some positive positive aspect. Without when there is light, you can see everything. You know without light, you cannot see anything. Where there is light, there are activities. All kind of activities. So so this this kind of definition</w:t>
      </w:r>
    </w:p>
    <w:p>
      <w:r>
        <w:rPr>
          <w:b/>
        </w:rPr>
        <w:t xml:space="preserve">[14:23] </w:t>
      </w:r>
      <w:r>
        <w:t>that peace means absence of war is not not complete. You have to add the positive aspect to this definition. So people generally don't know this aspect. So they fail to avail the opportunities. I visited several time Palestine and Arab countries. I said, why you are fighting?</w:t>
      </w:r>
    </w:p>
    <w:p>
      <w:pPr>
        <w:jc w:val="right"/>
      </w:pPr>
      <w:r>
        <w:t>that peace means absence of war is not not complete. You have to add the positive aspect to this definition. So people generally don't know this aspect. So they fail to avail the opportunities. I visited several time Palestine and Arab countries. I said, why you are fighting?</w:t>
      </w:r>
    </w:p>
    <w:p>
      <w:r>
        <w:rPr>
          <w:b/>
        </w:rPr>
        <w:t xml:space="preserve">[14:53] </w:t>
      </w:r>
      <w:r>
        <w:t>Why? I visited two time Israel and there are I I found there are there is freedom also in Israel also. You can do anything in Israel except violence. It was it was my direct observation. So I said, why you are not availing these opportunities? In educ in term of education,</w:t>
      </w:r>
    </w:p>
    <w:p>
      <w:pPr>
        <w:jc w:val="right"/>
      </w:pPr>
      <w:r>
        <w:t>Why? I visited two time Israel and there are I I found there are there is freedom also in Israel also. You can do anything in Israel except violence. It was it was my direct observation. So I said, why you are not availing these opportunities? In educ in term of education,</w:t>
      </w:r>
    </w:p>
    <w:p>
      <w:r>
        <w:rPr>
          <w:b/>
        </w:rPr>
        <w:t xml:space="preserve">[15:24] </w:t>
      </w:r>
      <w:r>
        <w:t>in term of industry, in term of business, in term of dawah, all these things are free. If you save yourself from violence, you can do you can do anything in Israel also. So I asked, why you are fighting? Why you are you are not availing these opportunities? They said, yes, we want peace, but peace with just</w:t>
      </w:r>
    </w:p>
    <w:p>
      <w:pPr>
        <w:jc w:val="right"/>
      </w:pPr>
      <w:r>
        <w:t>in term of industry, in term of business, in term of dawah, all these things are free. If you save yourself from violence, you can do you can do anything in Israel also. So I asked, why you are fighting? Why you are you are not availing these opportunities? They said, yes, we want peace, but peace with just</w:t>
      </w:r>
    </w:p>
    <w:p>
      <w:r>
        <w:rPr>
          <w:b/>
        </w:rPr>
        <w:t xml:space="preserve">[15:54] </w:t>
      </w:r>
      <w:r>
        <w:t>ice. As-salam ma'al 'adl. This was their answer. Peace with justice. I can say that this is a this is a result of confusion. You know peace justice is not a part of pe</w:t>
      </w:r>
    </w:p>
    <w:p>
      <w:pPr>
        <w:jc w:val="right"/>
      </w:pPr>
      <w:r>
        <w:t>ice. As-salam ma'al 'adl. This was their answer. Peace with justice. I can say that this is a this is a result of confusion. You know peace justice is not a part of pe</w:t>
      </w:r>
    </w:p>
    <w:p>
      <w:r>
        <w:rPr>
          <w:b/>
        </w:rPr>
        <w:t xml:space="preserve">[16:24] </w:t>
      </w:r>
      <w:r>
        <w:t>ace. Justice is not a part of peace. Justice gives you opportunities. Justice open no, peace gives you opportunities. Peace opens the door of opportunities. Then by availing those opportunities, you can achieve justice. So it is great confusion. These</w:t>
      </w:r>
    </w:p>
    <w:p>
      <w:pPr>
        <w:jc w:val="right"/>
      </w:pPr>
      <w:r>
        <w:t>ace. Justice is not a part of peace. Justice gives you opportunities. Justice open no, peace gives you opportunities. Peace opens the door of opportunities. Then by availing those opportunities, you can achieve justice. So it is great confusion. These</w:t>
      </w:r>
    </w:p>
    <w:p>
      <w:r>
        <w:rPr>
          <w:b/>
        </w:rPr>
        <w:t xml:space="preserve">[16:54] </w:t>
      </w:r>
      <w:r>
        <w:t>people think that first of all, give us justice, then we will accept your peace. It is impossible. It is unnatural. You see, the prophet of Islam the prophet of Islam in in in life of prophet of Islam, there was an agreement which called Hudaibiyya agreement. Well-known agreement. If you read the provision</w:t>
      </w:r>
    </w:p>
    <w:p>
      <w:pPr>
        <w:jc w:val="right"/>
      </w:pPr>
      <w:r>
        <w:t>people think that first of all, give us justice, then we will accept your peace. It is impossible. It is unnatural. You see, the prophet of Islam the prophet of Islam in in in life of prophet of Islam, there was an agreement which called Hudaibiyya agreement. Well-known agreement. If you read the provision</w:t>
      </w:r>
    </w:p>
    <w:p>
      <w:r>
        <w:rPr>
          <w:b/>
        </w:rPr>
        <w:t xml:space="preserve">[17:25] </w:t>
      </w:r>
      <w:r>
        <w:t>of this agreement, you will find that this agreement was completely on the conditions of other party. The opposite party. Opposite party was not ready to accept any condition given by the prophet of Islam. But prophet of Islam accepted their conditions and he entered into the Hudaibiyya agreement. Why?</w:t>
      </w:r>
    </w:p>
    <w:p>
      <w:pPr>
        <w:jc w:val="right"/>
      </w:pPr>
      <w:r>
        <w:t>of this agreement, you will find that this agreement was completely on the conditions of other party. The opposite party. Opposite party was not ready to accept any condition given by the prophet of Islam. But prophet of Islam accepted their conditions and he entered into the Hudaibiyya agreement. Why?</w:t>
      </w:r>
    </w:p>
    <w:p>
      <w:r>
        <w:rPr>
          <w:b/>
        </w:rPr>
        <w:t xml:space="preserve">[17:55] </w:t>
      </w:r>
      <w:r>
        <w:t>Because Hudaibiyya agreement, although it was finalized according to their conditions, but Hudaibiyya agreement gave peace to the prophet of Islam. Hudaibiyya agreement established peace among the both parties, among Muslims and non-Muslims. So this this after this agreement, there was revelation in the Quran that</w:t>
      </w:r>
    </w:p>
    <w:p>
      <w:pPr>
        <w:jc w:val="right"/>
      </w:pPr>
      <w:r>
        <w:t>Because Hudaibiyya agreement, although it was finalized according to their conditions, but Hudaibiyya agreement gave peace to the prophet of Islam. Hudaibiyya agreement established peace among the both parties, among Muslims and non-Muslims. So this this after this agreement, there was revelation in the Quran that</w:t>
      </w:r>
    </w:p>
    <w:p>
      <w:r>
        <w:rPr>
          <w:b/>
        </w:rPr>
        <w:t xml:space="preserve">[18:29] </w:t>
      </w:r>
      <w:r>
        <w:t>we gave you clear victory. Now what was that victory? What was that victory? That victory was in term of opportunity, not in term of justice. Quran says that in Hudaibiyya agreement is a clear victory for you. But there was no victory in term of justice.</w:t>
      </w:r>
    </w:p>
    <w:p>
      <w:pPr>
        <w:jc w:val="right"/>
      </w:pPr>
      <w:r>
        <w:t>we gave you clear victory. Now what was that victory? What was that victory? That victory was in term of opportunity, not in term of justice. Quran says that in Hudaibiyya agreement is a clear victory for you. But there was no victory in term of justice.</w:t>
      </w:r>
    </w:p>
    <w:p>
      <w:r>
        <w:rPr>
          <w:b/>
        </w:rPr>
        <w:t xml:space="preserve">[19:00] </w:t>
      </w:r>
      <w:r>
        <w:t>No. What achieved what was achieved by Muslims was only in term of opportunity. Opportunity of interaction, opportunity of dialogue, opportunity of dawah work, opportunity of of all kind of activities except war. So prophet accepted this agre</w:t>
      </w:r>
    </w:p>
    <w:p>
      <w:pPr>
        <w:jc w:val="right"/>
      </w:pPr>
      <w:r>
        <w:t>No. What achieved what was achieved by Muslims was only in term of opportunity. Opportunity of interaction, opportunity of dialogue, opportunity of dawah work, opportunity of of all kind of activities except war. So prophet accepted this agre</w:t>
      </w:r>
    </w:p>
    <w:p>
      <w:r>
        <w:rPr>
          <w:b/>
        </w:rPr>
        <w:t xml:space="preserve">[19:30] </w:t>
      </w:r>
      <w:r>
        <w:t>ement. And the result was miraculous. Within two years, the prophet was victorious. So it is very important to know that peace is a great boon for any society. You know our modern mind believe that that that</w:t>
      </w:r>
    </w:p>
    <w:p>
      <w:pPr>
        <w:jc w:val="right"/>
      </w:pPr>
      <w:r>
        <w:t>ement. And the result was miraculous. Within two years, the prophet was victorious. So it is very important to know that peace is a great boon for any society. You know our modern mind believe that that that</w:t>
      </w:r>
    </w:p>
    <w:p>
      <w:r>
        <w:rPr>
          <w:b/>
        </w:rPr>
        <w:t xml:space="preserve">[20:01] </w:t>
      </w:r>
      <w:r>
        <w:t>freedom is saman bonam. Freedom is saman bonam. But I don't think so. Freedom is not saman bonam. Because freedom is not absolute good. It was absolute good. You know unlimited freedom becomes anarchy. Unlimited freedom becomes anarchy. So</w:t>
      </w:r>
    </w:p>
    <w:p>
      <w:pPr>
        <w:jc w:val="right"/>
      </w:pPr>
      <w:r>
        <w:t>freedom is saman bonam. Freedom is saman bonam. But I don't think so. Freedom is not saman bonam. Because freedom is not absolute good. It was absolute good. You know unlimited freedom becomes anarchy. Unlimited freedom becomes anarchy. So</w:t>
      </w:r>
    </w:p>
    <w:p>
      <w:r>
        <w:rPr>
          <w:b/>
        </w:rPr>
        <w:t xml:space="preserve">[20:31] </w:t>
      </w:r>
      <w:r>
        <w:t>one scholar, one American scholar had published a book. He says in this book, we can't afford freedom. We can't afford freedom. That is, we can't afford unlimited freedom. So he says that only limited freedom is good. Unlimited freedom is not good. But there is no limitation in in peace.</w:t>
      </w:r>
    </w:p>
    <w:p>
      <w:pPr>
        <w:jc w:val="right"/>
      </w:pPr>
      <w:r>
        <w:t>one scholar, one American scholar had published a book. He says in this book, we can't afford freedom. We can't afford freedom. That is, we can't afford unlimited freedom. So he says that only limited freedom is good. Unlimited freedom is not good. But there is no limitation in in peace.</w:t>
      </w:r>
    </w:p>
    <w:p>
      <w:r>
        <w:rPr>
          <w:b/>
        </w:rPr>
        <w:t xml:space="preserve">[21:01] </w:t>
      </w:r>
      <w:r>
        <w:t>Peace has no limitations. So peace is saman bonam and not freedom. It is by conviction that peace is the saman bonam and freedom is not saman bonam. So we have to know the importance of peace, the value of peace. Now I can I want to</w:t>
      </w:r>
    </w:p>
    <w:p>
      <w:pPr>
        <w:jc w:val="right"/>
      </w:pPr>
      <w:r>
        <w:t>Peace has no limitations. So peace is saman bonam and not freedom. It is by conviction that peace is the saman bonam and freedom is not saman bonam. So we have to know the importance of peace, the value of peace. Now I can I want to</w:t>
      </w:r>
    </w:p>
    <w:p>
      <w:r>
        <w:rPr>
          <w:b/>
        </w:rPr>
        <w:t xml:space="preserve">[21:32] </w:t>
      </w:r>
      <w:r>
        <w:t>give you some references. The prophet of Islam has said that to his companions when he was in Mecca, this hadith you can see in an-Nasa'i. An-Nasa'i is one of very well-known hadith book. The prophet of Islam has said to his companions,</w:t>
      </w:r>
    </w:p>
    <w:p>
      <w:pPr>
        <w:jc w:val="right"/>
      </w:pPr>
      <w:r>
        <w:t>give you some references. The prophet of Islam has said that to his companions when he was in Mecca, this hadith you can see in an-Nasa'i. An-Nasa'i is one of very well-known hadith book. The prophet of Islam has said to his companions,</w:t>
      </w:r>
    </w:p>
    <w:p>
      <w:r>
        <w:rPr>
          <w:b/>
        </w:rPr>
        <w:t xml:space="preserve">[22:05] </w:t>
      </w:r>
      <w:r>
        <w:t>it means that God has commanded me forgiveness. God has commanded me forgiveness. So God has commanded me forgiveness. So do not make war upon people. So do not make war upon people</w:t>
      </w:r>
    </w:p>
    <w:p>
      <w:pPr>
        <w:jc w:val="right"/>
      </w:pPr>
      <w:r>
        <w:t>it means that God has commanded me forgiveness. God has commanded me forgiveness. So God has commanded me forgiveness. So do not make war upon people. So do not make war upon people</w:t>
      </w:r>
    </w:p>
    <w:p>
      <w:r>
        <w:rPr>
          <w:b/>
        </w:rPr>
        <w:t xml:space="preserve">[22:37] </w:t>
      </w:r>
      <w:r>
        <w:t>. What it mean? It means that we have to avoid all those atrocities. We have to avoid all those unpleasant situations. We have to avoid all those all those harmful activities from the other party. Why? Because to establish normalcy, to establish normal situ</w:t>
      </w:r>
    </w:p>
    <w:p>
      <w:pPr>
        <w:jc w:val="right"/>
      </w:pPr>
      <w:r>
        <w:t>. What it mean? It means that we have to avoid all those atrocities. We have to avoid all those unpleasant situations. We have to avoid all those all those harmful activities from the other party. Why? Because to establish normalcy, to establish normal situ</w:t>
      </w:r>
    </w:p>
    <w:p>
      <w:r>
        <w:rPr>
          <w:b/>
        </w:rPr>
        <w:t xml:space="preserve">[23:08] </w:t>
      </w:r>
      <w:r>
        <w:t>ation, where there is normalcy, there are all kind of constructive activities. So prophet said that we will establish peace at at any cost. At any cost. War is not our option. Only option is peace. Then you you know the prophet of Islam has said,</w:t>
      </w:r>
    </w:p>
    <w:p>
      <w:pPr>
        <w:jc w:val="right"/>
      </w:pPr>
      <w:r>
        <w:t>ation, where there is normalcy, there are all kind of constructive activities. So prophet said that we will establish peace at at any cost. At any cost. War is not our option. Only option is peace. Then you you know the prophet of Islam has said,</w:t>
      </w:r>
    </w:p>
    <w:p>
      <w:r>
        <w:rPr>
          <w:b/>
        </w:rPr>
        <w:t xml:space="preserve">[23:47] </w:t>
      </w:r>
      <w:r>
        <w:t>don't wish confrontation with your enemy. Ask peace from God. This is a saying of the prophet of Islam. Then the Quran has said very clear in clear words, sulh means conciliation. You</w:t>
      </w:r>
    </w:p>
    <w:p>
      <w:pPr>
        <w:jc w:val="right"/>
      </w:pPr>
      <w:r>
        <w:t>don't wish confrontation with your enemy. Ask peace from God. This is a saying of the prophet of Islam. Then the Quran has said very clear in clear words, sulh means conciliation. You</w:t>
      </w:r>
    </w:p>
    <w:p>
      <w:r>
        <w:rPr>
          <w:b/>
        </w:rPr>
        <w:t xml:space="preserve">[24:17] </w:t>
      </w:r>
      <w:r>
        <w:t>can say sulh means peace. Peace is reconciliation. As-sulh means peace is the good. As-sulh reconciliation is the best. Peace is the best. By taking this concept, this Quranic concept, Sufi people have formulated</w:t>
      </w:r>
    </w:p>
    <w:p>
      <w:pPr>
        <w:jc w:val="right"/>
      </w:pPr>
      <w:r>
        <w:t>can say sulh means peace. Peace is reconciliation. As-sulh means peace is the good. As-sulh reconciliation is the best. Peace is the best. By taking this concept, this Quranic concept, Sufi people have formulated</w:t>
      </w:r>
    </w:p>
    <w:p>
      <w:r>
        <w:rPr>
          <w:b/>
        </w:rPr>
        <w:t xml:space="preserve">[24:47] </w:t>
      </w:r>
      <w:r>
        <w:t>formulated a principle that is in Persian, sulh-e-qul. This was the formula of Sufi people. It was based on this Quranic verse, sulh-e-qul. That is peace with all. Peace with all. I think that this is the best policy of Sufi people, not only Sufi</w:t>
      </w:r>
    </w:p>
    <w:p>
      <w:pPr>
        <w:jc w:val="right"/>
      </w:pPr>
      <w:r>
        <w:t>formulated a principle that is in Persian, sulh-e-qul. This was the formula of Sufi people. It was based on this Quranic verse, sulh-e-qul. That is peace with all. Peace with all. I think that this is the best policy of Sufi people, not only Sufi</w:t>
      </w:r>
    </w:p>
    <w:p>
      <w:r>
        <w:rPr>
          <w:b/>
        </w:rPr>
        <w:t xml:space="preserve">[25:17] </w:t>
      </w:r>
      <w:r>
        <w:t>people but of all the Islamic people. Peace with all. This is the best best policy of Muslims. There is a hadith in Sahih al-Bukhari. Aisha, the wife of the prophet of Islam, says about the. What was the general policy of the prophet of Islam?</w:t>
      </w:r>
    </w:p>
    <w:p>
      <w:pPr>
        <w:jc w:val="right"/>
      </w:pPr>
      <w:r>
        <w:t>people but of all the Islamic people. Peace with all. This is the best best policy of Muslims. There is a hadith in Sahih al-Bukhari. Aisha, the wife of the prophet of Islam, says about the. What was the general policy of the prophet of Islam?</w:t>
      </w:r>
    </w:p>
    <w:p>
      <w:r>
        <w:rPr>
          <w:b/>
        </w:rPr>
        <w:t xml:space="preserve">[25:49] </w:t>
      </w:r>
      <w:r>
        <w:t>What was the general policy of the prophet of Islam? He says, whenever the prophet had to choose between the two, he always opted for easier option rather than harder option.</w:t>
      </w:r>
    </w:p>
    <w:p>
      <w:pPr>
        <w:jc w:val="right"/>
      </w:pPr>
      <w:r>
        <w:t>What was the general policy of the prophet of Islam? He says, whenever the prophet had to choose between the two, he always opted for easier option rather than harder option.</w:t>
      </w:r>
    </w:p>
    <w:p>
      <w:r>
        <w:rPr>
          <w:b/>
        </w:rPr>
        <w:t xml:space="preserve">[26:19] </w:t>
      </w:r>
      <w:r>
        <w:t>Now what is easier option and what is harder option? I I would like to say that easier option means peaceful method and harder option means violent method. So whenever peaceful method is available, you are not allowed to go to to violent method. This I said to my Palestinian</w:t>
      </w:r>
    </w:p>
    <w:p>
      <w:pPr>
        <w:jc w:val="right"/>
      </w:pPr>
      <w:r>
        <w:t>Now what is easier option and what is harder option? I I would like to say that easier option means peaceful method and harder option means violent method. So whenever peaceful method is available, you are not allowed to go to to violent method. This I said to my Palestinian</w:t>
      </w:r>
    </w:p>
    <w:p>
      <w:r>
        <w:rPr>
          <w:b/>
        </w:rPr>
        <w:t xml:space="preserve">[26:50] </w:t>
      </w:r>
      <w:r>
        <w:t>brothers that in Israel, in Palestine, and also for other Muslims, I said that in every country, including Palestine, peaceful method is available. So why you opt for for violent method? Why? It is against the policy of the prophet of Islam. I can say with conviction, according</w:t>
      </w:r>
    </w:p>
    <w:p>
      <w:pPr>
        <w:jc w:val="right"/>
      </w:pPr>
      <w:r>
        <w:t>brothers that in Israel, in Palestine, and also for other Muslims, I said that in every country, including Palestine, peaceful method is available. So why you opt for for violent method? Why? It is against the policy of the prophet of Islam. I can say with conviction, according</w:t>
      </w:r>
    </w:p>
    <w:p>
      <w:r>
        <w:rPr>
          <w:b/>
        </w:rPr>
        <w:t xml:space="preserve">[27:20] </w:t>
      </w:r>
      <w:r>
        <w:t>to my experience and my knowledge, in every country in every country, including Kashmir, including Palestine, including Iraq and Iraq, everywhere, peaceful method is is the the is opened open for all. Peaceful method is open for all. So why you opt for violent method</w:t>
      </w:r>
    </w:p>
    <w:p>
      <w:pPr>
        <w:jc w:val="right"/>
      </w:pPr>
      <w:r>
        <w:t>to my experience and my knowledge, in every country in every country, including Kashmir, including Palestine, including Iraq and Iraq, everywhere, peaceful method is is the the is opened open for all. Peaceful method is open for all. So why you opt for violent method</w:t>
      </w:r>
    </w:p>
    <w:p>
      <w:r>
        <w:rPr>
          <w:b/>
        </w:rPr>
        <w:t xml:space="preserve">[27:50] </w:t>
      </w:r>
      <w:r>
        <w:t>? It is against the policy of of the prophet of Islam. The prophet of Islam has said, God grants to non-violence what He does not grant to violence.</w:t>
      </w:r>
    </w:p>
    <w:p>
      <w:pPr>
        <w:jc w:val="right"/>
      </w:pPr>
      <w:r>
        <w:t>? It is against the policy of of the prophet of Islam. The prophet of Islam has said, God grants to non-violence what He does not grant to violence.</w:t>
      </w:r>
    </w:p>
    <w:p>
      <w:r>
        <w:rPr>
          <w:b/>
        </w:rPr>
        <w:t xml:space="preserve">[28:22] </w:t>
      </w:r>
      <w:r>
        <w:t>It is very clear. When peaceful when peaceful method is open, then you are not allowed to to opt for violent method. They are not good for you. Now everywhere Muslims are engaged in violent method and they are losing. They are losing. They are losing.</w:t>
      </w:r>
    </w:p>
    <w:p>
      <w:pPr>
        <w:jc w:val="right"/>
      </w:pPr>
      <w:r>
        <w:t>It is very clear. When peaceful when peaceful method is open, then you are not allowed to to opt for violent method. They are not good for you. Now everywhere Muslims are engaged in violent method and they are losing. They are losing. They are losing.</w:t>
      </w:r>
    </w:p>
    <w:p>
      <w:r>
        <w:rPr>
          <w:b/>
        </w:rPr>
        <w:t xml:space="preserve">[28:54] </w:t>
      </w:r>
      <w:r>
        <w:t>There is a great example in India. I can say that God it it is it was God's blessing that God gave a demonstration of of effectiveness of peaceful method in India. I think the Gandhi was a demonstration. Gandhi you know Gandhi opted for non-violent method for peaceful method and</w:t>
      </w:r>
    </w:p>
    <w:p>
      <w:pPr>
        <w:jc w:val="right"/>
      </w:pPr>
      <w:r>
        <w:t>There is a great example in India. I can say that God it it is it was God's blessing that God gave a demonstration of of effectiveness of peaceful method in India. I think the Gandhi was a demonstration. Gandhi you know Gandhi opted for non-violent method for peaceful method and</w:t>
      </w:r>
    </w:p>
    <w:p>
      <w:r>
        <w:rPr>
          <w:b/>
        </w:rPr>
        <w:t xml:space="preserve">[29:24] </w:t>
      </w:r>
      <w:r>
        <w:t>he was successful. So it was like a demonstration that even in in in present age, peaceful method is far more effective than the violent method. So Gandhi was a demonstration by God to open the eyes of Muslims. Here you can see that peaceful method was far more effec</w:t>
      </w:r>
    </w:p>
    <w:p>
      <w:pPr>
        <w:jc w:val="right"/>
      </w:pPr>
      <w:r>
        <w:t>he was successful. So it was like a demonstration that even in in in present age, peaceful method is far more effective than the violent method. So Gandhi was a demonstration by God to open the eyes of Muslims. Here you can see that peaceful method was far more effec</w:t>
      </w:r>
    </w:p>
    <w:p>
      <w:r>
        <w:rPr>
          <w:b/>
        </w:rPr>
        <w:t xml:space="preserve">[29:54] </w:t>
      </w:r>
      <w:r>
        <w:t>tive than the violent method. You know our freedom struggle started in in 1857. Our freedom struggle started in 1857 and it is a failure, completely failure, that Gandhi came and he become the leader of the freedom struggle in 1919</w:t>
      </w:r>
    </w:p>
    <w:p>
      <w:pPr>
        <w:jc w:val="right"/>
      </w:pPr>
      <w:r>
        <w:t>tive than the violent method. You know our freedom struggle started in in 1857. Our freedom struggle started in 1857 and it is a failure, completely failure, that Gandhi came and he become the leader of the freedom struggle in 1919</w:t>
      </w:r>
    </w:p>
    <w:p>
      <w:r>
        <w:rPr>
          <w:b/>
        </w:rPr>
        <w:t xml:space="preserve">[30:25] </w:t>
      </w:r>
      <w:r>
        <w:t>. And you know he opted for non-violent method and he was success, completely success. So this is a demonstration. We may take lesson from Gandhian experience. This is very interesting story. When Gandhi declared that we will we will follow the peace</w:t>
      </w:r>
    </w:p>
    <w:p>
      <w:pPr>
        <w:jc w:val="right"/>
      </w:pPr>
      <w:r>
        <w:t>. And you know he opted for non-violent method and he was success, completely success. So this is a demonstration. We may take lesson from Gandhian experience. This is very interesting story. When Gandhi declared that we will we will follow the peace</w:t>
      </w:r>
    </w:p>
    <w:p>
      <w:r>
        <w:rPr>
          <w:b/>
        </w:rPr>
        <w:t xml:space="preserve">[30:55] </w:t>
      </w:r>
      <w:r>
        <w:t>ful method or non-violent method or or ahimsa, so it is said that some British officer was bewildered what to do. So he sent a telegram to his secretariat. In this telegram he said that kindly war instructions how to kill a tiger non-violently</w:t>
      </w:r>
    </w:p>
    <w:p>
      <w:pPr>
        <w:jc w:val="right"/>
      </w:pPr>
      <w:r>
        <w:t>ful method or non-violent method or or ahimsa, so it is said that some British officer was bewildered what to do. So he sent a telegram to his secretariat. In this telegram he said that kindly war instructions how to kill a tiger non-violently</w:t>
      </w:r>
    </w:p>
    <w:p>
      <w:r>
        <w:rPr>
          <w:b/>
        </w:rPr>
        <w:t xml:space="preserve">[31:27] </w:t>
      </w:r>
      <w:r>
        <w:t>. It means that peaceful method is so effective that you can overpower other party although he has gun and bomb. At that time Britishers were having gun and bomb. In term of arms there were strong very very strong. In term of arm British Britishers were very very strong but</w:t>
      </w:r>
    </w:p>
    <w:p>
      <w:pPr>
        <w:jc w:val="right"/>
      </w:pPr>
      <w:r>
        <w:t>. It means that peaceful method is so effective that you can overpower other party although he has gun and bomb. At that time Britishers were having gun and bomb. In term of arms there were strong very very strong. In term of arm British Britishers were very very strong but</w:t>
      </w:r>
    </w:p>
    <w:p>
      <w:r>
        <w:rPr>
          <w:b/>
        </w:rPr>
        <w:t xml:space="preserve">[31:57] </w:t>
      </w:r>
      <w:r>
        <w:t>they failed and Gandhi was successful. So I think the I think that Muslims must opt for peaceful method. There is no other option. Generally people don't know the changes don't know the present world. Although there is a hadith that</w:t>
      </w:r>
    </w:p>
    <w:p>
      <w:pPr>
        <w:jc w:val="right"/>
      </w:pPr>
      <w:r>
        <w:t>they failed and Gandhi was successful. So I think the I think that Muslims must opt for peaceful method. There is no other option. Generally people don't know the changes don't know the present world. Although there is a hadith that</w:t>
      </w:r>
    </w:p>
    <w:p>
      <w:r>
        <w:rPr>
          <w:b/>
        </w:rPr>
        <w:t xml:space="preserve">[32:28] </w:t>
      </w:r>
      <w:r>
        <w:t>Mumin is one who knows the who knows the who knows the situation of his of his of his time. So I can say that we are living in age that is completely a different age. Scientific revolution, industrial revolution has changed everything. Everything ever</w:t>
      </w:r>
    </w:p>
    <w:p>
      <w:pPr>
        <w:jc w:val="right"/>
      </w:pPr>
      <w:r>
        <w:t>Mumin is one who knows the who knows the who knows the situation of his of his of his time. So I can say that we are living in age that is completely a different age. Scientific revolution, industrial revolution has changed everything. Everything ever</w:t>
      </w:r>
    </w:p>
    <w:p>
      <w:r>
        <w:rPr>
          <w:b/>
        </w:rPr>
        <w:t xml:space="preserve">[32:58] </w:t>
      </w:r>
      <w:r>
        <w:t>ything everything. Now you know now for example during kingship everything was in the in the hand of political ruler. Political ruler. King was master of all things. At that time no that was a agricultural period and everything was in in the hand</w:t>
      </w:r>
    </w:p>
    <w:p>
      <w:pPr>
        <w:jc w:val="right"/>
      </w:pPr>
      <w:r>
        <w:t>ything everything. Now you know now for example during kingship everything was in the in the hand of political ruler. Political ruler. King was master of all things. At that time no that was a agricultural period and everything was in in the hand</w:t>
      </w:r>
    </w:p>
    <w:p>
      <w:r>
        <w:rPr>
          <w:b/>
        </w:rPr>
        <w:t xml:space="preserve">[33:28] </w:t>
      </w:r>
      <w:r>
        <w:t>of king. But now everything is now decentralized. Now there is no king. At present state is simply source of administration. Administration. All other things are in the hand of of of non-political fields. For example you see I I can say</w:t>
      </w:r>
    </w:p>
    <w:p>
      <w:pPr>
        <w:jc w:val="right"/>
      </w:pPr>
      <w:r>
        <w:t>of king. But now everything is now decentralized. Now there is no king. At present state is simply source of administration. Administration. All other things are in the hand of of of non-political fields. For example you see I I can say</w:t>
      </w:r>
    </w:p>
    <w:p>
      <w:r>
        <w:rPr>
          <w:b/>
        </w:rPr>
        <w:t xml:space="preserve">[33:58] </w:t>
      </w:r>
      <w:r>
        <w:t>that in this age you can build an empire of your own. Empire of your own. Jewish community has established a media empire in in USA. Christian community has established a educational empire in in India. Parsi community has has established an empire an industrial empire in India. Although they are not government</w:t>
      </w:r>
    </w:p>
    <w:p>
      <w:pPr>
        <w:jc w:val="right"/>
      </w:pPr>
      <w:r>
        <w:t>that in this age you can build an empire of your own. Empire of your own. Jewish community has established a media empire in in USA. Christian community has established a educational empire in in India. Parsi community has has established an empire an industrial empire in India. Although they are not government</w:t>
      </w:r>
    </w:p>
    <w:p>
      <w:r>
        <w:rPr>
          <w:b/>
        </w:rPr>
        <w:t xml:space="preserve">[34:28] </w:t>
      </w:r>
      <w:r>
        <w:t>they have no political power. So Muslims can establish a da'wah empire, a non-political empire in India every everywhere in the world. So why you are fighting? Why this fighting? Why this fighting? We are in a position to establish a non-political empire in term of education, in term of da'wah work</w:t>
      </w:r>
    </w:p>
    <w:p>
      <w:pPr>
        <w:jc w:val="right"/>
      </w:pPr>
      <w:r>
        <w:t>they have no political power. So Muslims can establish a da'wah empire, a non-political empire in India every everywhere in the world. So why you are fighting? Why this fighting? Why this fighting? We are in a position to establish a non-political empire in term of education, in term of da'wah work</w:t>
      </w:r>
    </w:p>
    <w:p>
      <w:r>
        <w:rPr>
          <w:b/>
        </w:rPr>
        <w:t xml:space="preserve">[34:59] </w:t>
      </w:r>
      <w:r>
        <w:t>, in term of industry, in term of business, in term of organization, in term of institution. So we are in a position to establish a a non-political empire. So why fighting? Why you are fighting? So I am a great I am a I am great believer of peace, power of pe</w:t>
      </w:r>
    </w:p>
    <w:p>
      <w:pPr>
        <w:jc w:val="right"/>
      </w:pPr>
      <w:r>
        <w:t>, in term of industry, in term of business, in term of organization, in term of institution. So we are in a position to establish a a non-political empire. So why fighting? Why you are fighting? So I am a great I am a I am great believer of peace, power of pe</w:t>
      </w:r>
    </w:p>
    <w:p>
      <w:r>
        <w:rPr>
          <w:b/>
        </w:rPr>
        <w:t xml:space="preserve">[35:29] </w:t>
      </w:r>
      <w:r>
        <w:t>ace. I am great believer of power of peace. And then there is a very clear example in Japan. You know before Second World War Japan was a a fighting nation. Before Second World War Japanese were a fighting nation. But but but in the Second World War</w:t>
      </w:r>
    </w:p>
    <w:p>
      <w:pPr>
        <w:jc w:val="right"/>
      </w:pPr>
      <w:r>
        <w:t>ace. I am great believer of power of peace. And then there is a very clear example in Japan. You know before Second World War Japan was a a fighting nation. Before Second World War Japanese were a fighting nation. But but but in the Second World War</w:t>
      </w:r>
    </w:p>
    <w:p>
      <w:r>
        <w:rPr>
          <w:b/>
        </w:rPr>
        <w:t xml:space="preserve">[35:59] </w:t>
      </w:r>
      <w:r>
        <w:t>they defeated by Americans. They were defeated by Americans. Then they opted for peace. At that time their king was Hirohito. Hirohito was very learned person. He gave a lecture. He gave a message on radio. At that time there was no TV. So he said addressing to his nation, we have to bear the unbearable</w:t>
      </w:r>
    </w:p>
    <w:p>
      <w:pPr>
        <w:jc w:val="right"/>
      </w:pPr>
      <w:r>
        <w:t>they defeated by Americans. They were defeated by Americans. Then they opted for peace. At that time their king was Hirohito. Hirohito was very learned person. He gave a lecture. He gave a message on radio. At that time there was no TV. So he said addressing to his nation, we have to bear the unbearable</w:t>
      </w:r>
    </w:p>
    <w:p>
      <w:r>
        <w:rPr>
          <w:b/>
        </w:rPr>
        <w:t xml:space="preserve">[36:30] </w:t>
      </w:r>
      <w:r>
        <w:t>. We have to bear the unbearable. We have to suffer the unsufferable. Why? It means that at that time American have dropped two bombs. They destroyed our cities. So it is a great it was a great loss. It was against our dignity, our national dignity. So we suffered a loss a lot. We have suffered a lot.</w:t>
      </w:r>
    </w:p>
    <w:p>
      <w:pPr>
        <w:jc w:val="right"/>
      </w:pPr>
      <w:r>
        <w:t>. We have to bear the unbearable. We have to suffer the unsufferable. Why? It means that at that time American have dropped two bombs. They destroyed our cities. So it is a great it was a great loss. It was against our dignity, our national dignity. So we suffered a loss a lot. We have suffered a lot.</w:t>
      </w:r>
    </w:p>
    <w:p>
      <w:r>
        <w:rPr>
          <w:b/>
        </w:rPr>
        <w:t xml:space="preserve">[37:01] </w:t>
      </w:r>
      <w:r>
        <w:t>But he said that one field is open. Although we have defeated military in the field of military, in field of fighting, in field of war, but one field is still open. That is peaceful activism in term of education, in term of industry. So they abandoned war. They accepted American</w:t>
      </w:r>
    </w:p>
    <w:p>
      <w:pPr>
        <w:jc w:val="right"/>
      </w:pPr>
      <w:r>
        <w:t>But he said that one field is open. Although we have defeated military in the field of military, in field of fighting, in field of war, but one field is still open. That is peaceful activism in term of education, in term of industry. So they abandoned war. They accepted American</w:t>
      </w:r>
    </w:p>
    <w:p>
      <w:r>
        <w:rPr>
          <w:b/>
        </w:rPr>
        <w:t xml:space="preserve">[37:31] </w:t>
      </w:r>
      <w:r>
        <w:t>hegemony, American supremacy and there was a breaking. Within 30 years Japan emerged as a as a economic superpower. This was a breaking of peaceful activism. It was this that mentioned in the hadith in these words as I have said earlier.</w:t>
      </w:r>
    </w:p>
    <w:p>
      <w:pPr>
        <w:jc w:val="right"/>
      </w:pPr>
      <w:r>
        <w:t>hegemony, American supremacy and there was a breaking. Within 30 years Japan emerged as a as a economic superpower. This was a breaking of peaceful activism. It was this that mentioned in the hadith in these words as I have said earlier.</w:t>
      </w:r>
    </w:p>
    <w:p>
      <w:r>
        <w:rPr>
          <w:b/>
        </w:rPr>
        <w:t xml:space="preserve">[38:05] </w:t>
      </w:r>
      <w:r>
        <w:t>God grants to non-violence what He does not grant to violence. It means that God grants to peace what He does not grant to violence. If you opt for peaceful method you will be success. So power of success was was emphasized by the prophet of Islam in these words. Power</w:t>
      </w:r>
    </w:p>
    <w:p>
      <w:pPr>
        <w:jc w:val="right"/>
      </w:pPr>
      <w:r>
        <w:t>God grants to non-violence what He does not grant to violence. It means that God grants to peace what He does not grant to violence. If you opt for peaceful method you will be success. So power of success was was emphasized by the prophet of Islam in these words. Power</w:t>
      </w:r>
    </w:p>
    <w:p>
      <w:r>
        <w:rPr>
          <w:b/>
        </w:rPr>
        <w:t xml:space="preserve">[38:35] </w:t>
      </w:r>
      <w:r>
        <w:t>of success. We must know the present situation. We must know the changes in our world and we have to reassess the whole situation. Now the time of now time is for reassessment. We have to reassess the whole things. And</w:t>
      </w:r>
    </w:p>
    <w:p>
      <w:pPr>
        <w:jc w:val="right"/>
      </w:pPr>
      <w:r>
        <w:t>of success. We must know the present situation. We must know the changes in our world and we have to reassess the whole situation. Now the time of now time is for reassessment. We have to reassess the whole things. And</w:t>
      </w:r>
    </w:p>
    <w:p>
      <w:r>
        <w:rPr>
          <w:b/>
        </w:rPr>
        <w:t xml:space="preserve">[39:06] </w:t>
      </w:r>
      <w:r>
        <w:t>according to my assessment, first of all we have to abandon all kind of violence, all kind of hate. We have to abandon hate. Hate generates violence. Where there is hate there is violence. So the prophet Jesus Christ hasrightly said that love your enemy. These are so Islamic formula. The prophet Jesus</w:t>
      </w:r>
    </w:p>
    <w:p>
      <w:pPr>
        <w:jc w:val="right"/>
      </w:pPr>
      <w:r>
        <w:t>according to my assessment, first of all we have to abandon all kind of violence, all kind of hate. We have to abandon hate. Hate generates violence. Where there is hate there is violence. So the prophet Jesus Christ hasrightly said that love your enemy. These are so Islamic formula. The prophet Jesus</w:t>
      </w:r>
    </w:p>
    <w:p>
      <w:r>
        <w:rPr>
          <w:b/>
        </w:rPr>
        <w:t xml:space="preserve">[39:36] </w:t>
      </w:r>
      <w:r>
        <w:t>has Jesus Christ has said in those those days Romans were rulers of Palestine. So he said that give give to Caesar what is due to Caesar and give to God what is due to God. Some Muslims say that it is not Islam. Islam believes in jihad and Christian</w:t>
      </w:r>
    </w:p>
    <w:p>
      <w:pPr>
        <w:jc w:val="right"/>
      </w:pPr>
      <w:r>
        <w:t>has Jesus Christ has said in those those days Romans were rulers of Palestine. So he said that give give to Caesar what is due to Caesar and give to God what is due to God. Some Muslims say that it is not Islam. Islam believes in jihad and Christian</w:t>
      </w:r>
    </w:p>
    <w:p>
      <w:r>
        <w:rPr>
          <w:b/>
        </w:rPr>
        <w:t xml:space="preserve">[40:06] </w:t>
      </w:r>
      <w:r>
        <w:t>formula is based on submission. But it is wrong. This is also Islamic formula. You know the prophet of Islam has said this you can read in Sahih al-Bukhari. The same was the same was advised by the prophet of Islam. It means that</w:t>
      </w:r>
    </w:p>
    <w:p>
      <w:pPr>
        <w:jc w:val="right"/>
      </w:pPr>
      <w:r>
        <w:t>formula is based on submission. But it is wrong. This is also Islamic formula. You know the prophet of Islam has said this you can read in Sahih al-Bukhari. The same was the same was advised by the prophet of Islam. It means that</w:t>
      </w:r>
    </w:p>
    <w:p>
      <w:r>
        <w:rPr>
          <w:b/>
        </w:rPr>
        <w:t xml:space="preserve">[40:36] </w:t>
      </w:r>
      <w:r>
        <w:t>that it means that that that give to rulers what is due to rulers and what is due what is your dues ask from God. The same was given the same formula was given by</w:t>
      </w:r>
    </w:p>
    <w:p>
      <w:pPr>
        <w:jc w:val="right"/>
      </w:pPr>
      <w:r>
        <w:t>that it means that that that give to rulers what is due to rulers and what is due what is your dues ask from God. The same was given the same formula was given by</w:t>
      </w:r>
    </w:p>
    <w:p>
      <w:r>
        <w:rPr>
          <w:b/>
        </w:rPr>
        <w:t xml:space="preserve">[41:06] </w:t>
      </w:r>
      <w:r>
        <w:t>the Quran by the prophet of Islam. Theright translation is is this that pay pay their dues to them. Pay their dues to them and ask your ask for ask for your dues from God</w:t>
      </w:r>
    </w:p>
    <w:p>
      <w:pPr>
        <w:jc w:val="right"/>
      </w:pPr>
      <w:r>
        <w:t>the Quran by the prophet of Islam. Theright translation is is this that pay pay their dues to them. Pay their dues to them and ask your ask for ask for your dues from God</w:t>
      </w:r>
    </w:p>
    <w:p>
      <w:r>
        <w:rPr>
          <w:b/>
        </w:rPr>
        <w:t xml:space="preserve">[41:38] </w:t>
      </w:r>
      <w:r>
        <w:t>. Ask pay their dues to them and ask for your dues from God. ان کا جو حق ہے وہ ان کو دو. تمہارا جو حق ہے وہ خدا سے مانگو. Both formula is similar. The Christian formula Islamic formula both one and the same.</w:t>
      </w:r>
    </w:p>
    <w:p>
      <w:pPr>
        <w:jc w:val="right"/>
      </w:pPr>
      <w:r>
        <w:t>. Ask pay their dues to them and ask for your dues from God. ان کا جو حق ہے وہ ان کو دو. تمہارا جو حق ہے وہ خدا سے مانگو. Both formula is similar. The Christian formula Islamic formula both one and the same.</w:t>
      </w:r>
    </w:p>
    <w:p>
      <w:r>
        <w:rPr>
          <w:b/>
        </w:rPr>
        <w:t xml:space="preserve">[42:10] </w:t>
      </w:r>
      <w:r>
        <w:t>It means that we have to reassess and we have to abandon all those that all those violence and hate and revenge. We have to adopt the policy of peace, policy of love. This is the only solution to our problems.</w:t>
      </w:r>
    </w:p>
    <w:p>
      <w:pPr>
        <w:jc w:val="right"/>
      </w:pPr>
      <w:r>
        <w:t>It means that we have to reassess and we have to abandon all those that all those violence and hate and revenge. We have to adopt the policy of peace, policy of love. This is the only solution to our problems.</w:t>
      </w:r>
    </w:p>
    <w:p>
      <w:r>
        <w:rPr>
          <w:b/>
        </w:rPr>
        <w:t xml:space="preserve">[42:41] </w:t>
      </w:r>
      <w:r>
        <w:t>Iraqis and many more displaced. How can peace be restored there? According to my assessment the responsibility goes to Muslim Muslims and not to US.</w:t>
      </w:r>
    </w:p>
    <w:p>
      <w:pPr>
        <w:jc w:val="right"/>
      </w:pPr>
      <w:r>
        <w:t>Iraqis and many more displaced. How can peace be restored there? According to my assessment the responsibility goes to Muslim Muslims and not to US.</w:t>
      </w:r>
    </w:p>
    <w:p>
      <w:r>
        <w:rPr>
          <w:b/>
        </w:rPr>
        <w:t xml:space="preserve">[43:11] </w:t>
      </w:r>
      <w:r>
        <w:t>Why? Because US demanded Saddam Hussein to to to to leave the seat. This was his demand. Saddam Hussein was ruler at that time. They said that you are not a</w:t>
      </w:r>
    </w:p>
    <w:p>
      <w:pPr>
        <w:jc w:val="right"/>
      </w:pPr>
      <w:r>
        <w:t>Why? Because US demanded Saddam Hussein to to to to leave the seat. This was his demand. Saddam Hussein was ruler at that time. They said that you are not a</w:t>
      </w:r>
    </w:p>
    <w:p>
      <w:r>
        <w:rPr>
          <w:b/>
        </w:rPr>
        <w:t xml:space="preserve">[43:42] </w:t>
      </w:r>
      <w:r>
        <w:t>you are not a democratic ruler so you have to abandon your seat. Although it was not justified. I don't say that US was justified for this demand. But there is a a reference in the Quran about coinsaba. The same was demanded by by Suleiman and he accepted that that demand.</w:t>
      </w:r>
    </w:p>
    <w:p>
      <w:pPr>
        <w:jc w:val="right"/>
      </w:pPr>
      <w:r>
        <w:t>you are not a democratic ruler so you have to abandon your seat. Although it was not justified. I don't say that US was justified for this demand. But there is a a reference in the Quran about coinsaba. The same was demanded by by Suleiman and he accepted that that demand.</w:t>
      </w:r>
    </w:p>
    <w:p>
      <w:r>
        <w:rPr>
          <w:b/>
        </w:rPr>
        <w:t xml:space="preserve">[44:13] </w:t>
      </w:r>
      <w:r>
        <w:t>So I can say that Saddam Hussein it was it was good for Saddam Hussein to abandon the seat and at that time he was owner of eight eight palaces in Iraq. Eight great palaces. Huge palaces. So better option for Saddam was was to abandon the political seat and establish eight colleges in Iraq. Eight colleges.</w:t>
      </w:r>
    </w:p>
    <w:p>
      <w:pPr>
        <w:jc w:val="right"/>
      </w:pPr>
      <w:r>
        <w:t>So I can say that Saddam Hussein it was it was good for Saddam Hussein to abandon the seat and at that time he was owner of eight eight palaces in Iraq. Eight great palaces. Huge palaces. So better option for Saddam was was to abandon the political seat and establish eight colleges in Iraq. Eight colleges.</w:t>
      </w:r>
    </w:p>
    <w:p>
      <w:r>
        <w:rPr>
          <w:b/>
        </w:rPr>
        <w:t xml:space="preserve">[44:45] </w:t>
      </w:r>
      <w:r>
        <w:t>So it was a better option for him. But fortunately it it it it it it it did not happen because all the Muslim world became either silent or they they started abusing America. But according to that reference which</w:t>
      </w:r>
    </w:p>
    <w:p>
      <w:pPr>
        <w:jc w:val="right"/>
      </w:pPr>
      <w:r>
        <w:t>So it was a better option for him. But fortunately it it it it it it it did not happen because all the Muslim world became either silent or they they started abusing America. But according to that reference which</w:t>
      </w:r>
    </w:p>
    <w:p>
      <w:r>
        <w:rPr>
          <w:b/>
        </w:rPr>
        <w:t xml:space="preserve">[45:16] </w:t>
      </w:r>
      <w:r>
        <w:t>I I find in in in Quran with the reference of Suleiman and Saba I can say that this was the best option for Saddam Hussein. This question is from his neighbor. Maulana taking a quick survey. Most of the Muslim countries today have no peace. Each day is marked by an untoward incident. Don't you think the root cause of this is America's hegemony? No.</w:t>
      </w:r>
    </w:p>
    <w:p>
      <w:pPr>
        <w:jc w:val="right"/>
      </w:pPr>
      <w:r>
        <w:t>I I find in in in Quran with the reference of Suleiman and Saba I can say that this was the best option for Saddam Hussein. This question is from his neighbor. Maulana taking a quick survey. Most of the Muslim countries today have no peace. Each day is marked by an untoward incident. Don't you think the root cause of this is America's hegemony? No.</w:t>
      </w:r>
    </w:p>
    <w:p>
      <w:r>
        <w:rPr>
          <w:b/>
        </w:rPr>
        <w:t xml:space="preserve">[45:46] </w:t>
      </w:r>
      <w:r>
        <w:t>Not at all. It is due to Muslims backwardness in term of modern education, in term of modern thought. The greatest shortcoming of Muslim is that they are living in in modern age but they but they don't know what is modern age. It is this backwardness, intellectual backwardness that is the reason of all those</w:t>
      </w:r>
    </w:p>
    <w:p>
      <w:pPr>
        <w:jc w:val="right"/>
      </w:pPr>
      <w:r>
        <w:t>Not at all. It is due to Muslims backwardness in term of modern education, in term of modern thought. The greatest shortcoming of Muslim is that they are living in in modern age but they but they don't know what is modern age. It is this backwardness, intellectual backwardness that is the reason of all those</w:t>
      </w:r>
    </w:p>
    <w:p>
      <w:r>
        <w:rPr>
          <w:b/>
        </w:rPr>
        <w:t xml:space="preserve">[46:16] </w:t>
      </w:r>
      <w:r>
        <w:t>things. This question is from Mr. Yogendar Sikhan. As you have pointed out Islam does allow for violence or war in self-defense. Given this in the face of American aggression as in Iraq and Afghanistan or Israeli operation in Palestine do you think it is legitimate for Muslims to take to violence in self-defense especially so since the other side does not seem</w:t>
      </w:r>
    </w:p>
    <w:p>
      <w:pPr>
        <w:jc w:val="right"/>
      </w:pPr>
      <w:r>
        <w:t>things. This question is from Mr. Yogendar Sikhan. As you have pointed out Islam does allow for violence or war in self-defense. Given this in the face of American aggression as in Iraq and Afghanistan or Israeli operation in Palestine do you think it is legitimate for Muslims to take to violence in self-defense especially so since the other side does not seem</w:t>
      </w:r>
    </w:p>
    <w:p>
      <w:r>
        <w:rPr>
          <w:b/>
        </w:rPr>
        <w:t xml:space="preserve">[46:46] </w:t>
      </w:r>
      <w:r>
        <w:t>at all serious in engaging in peaceful negotiation? Yes. There is another condition. You can you are allowed to go to war as defense. But there are two conditions. Only states are allowed to go to war. Other other than state no one is allowed to go to war. So so</w:t>
      </w:r>
    </w:p>
    <w:p>
      <w:pPr>
        <w:jc w:val="right"/>
      </w:pPr>
      <w:r>
        <w:t>at all serious in engaging in peaceful negotiation? Yes. There is another condition. You can you are allowed to go to war as defense. But there are two conditions. Only states are allowed to go to war. Other other than state no one is allowed to go to war. So so</w:t>
      </w:r>
    </w:p>
    <w:p>
      <w:r>
        <w:rPr>
          <w:b/>
        </w:rPr>
        <w:t xml:space="preserve">[47:17] </w:t>
      </w:r>
      <w:r>
        <w:t>at present you see that all those jihad all those people who are engaged in jihad they are not they are not men of state. You cannot find anywhere that state is involved in this jihad. Only some non-governmental agencies are involved. This is wrong. Then the other formula is other principle is that</w:t>
      </w:r>
    </w:p>
    <w:p>
      <w:pPr>
        <w:jc w:val="right"/>
      </w:pPr>
      <w:r>
        <w:t>at present you see that all those jihad all those people who are engaged in jihad they are not they are not men of state. You cannot find anywhere that state is involved in this jihad. Only some non-governmental agencies are involved. This is wrong. Then the other formula is other principle is that</w:t>
      </w:r>
    </w:p>
    <w:p>
      <w:r>
        <w:rPr>
          <w:b/>
        </w:rPr>
        <w:t xml:space="preserve">[47:48] </w:t>
      </w:r>
      <w:r>
        <w:t>it means that if you have power then you you have you are you are allowed to go to jihad to war. But you if you have no power you are not allowed to go to war. You know in in when prophet was in in Mecca there were so many atrocities and said that we we will we</w:t>
      </w:r>
    </w:p>
    <w:p>
      <w:pPr>
        <w:jc w:val="right"/>
      </w:pPr>
      <w:r>
        <w:t>it means that if you have power then you you have you are you are allowed to go to jihad to war. But you if you have no power you are not allowed to go to war. You know in in when prophet was in in Mecca there were so many atrocities and said that we we will we</w:t>
      </w:r>
    </w:p>
    <w:p>
      <w:r>
        <w:rPr>
          <w:b/>
        </w:rPr>
        <w:t xml:space="preserve">[48:18] </w:t>
      </w:r>
      <w:r>
        <w:t>will do jihad against these these people. Prophet said Umar inna qalil. Oh Umar we are we are not strong. So when Muslims are not strong they are not allowed to go to war. So there are two two conditions. Maulana he has another question. The US had noright to demand Saddam's resignation</w:t>
      </w:r>
    </w:p>
    <w:p>
      <w:pPr>
        <w:jc w:val="right"/>
      </w:pPr>
      <w:r>
        <w:t>will do jihad against these these people. Prophet said Umar inna qalil. Oh Umar we are we are not strong. So when Muslims are not strong they are not allowed to go to war. So there are two two conditions. Maulana he has another question. The US had noright to demand Saddam's resignation</w:t>
      </w:r>
    </w:p>
    <w:p>
      <w:r>
        <w:rPr>
          <w:b/>
        </w:rPr>
        <w:t xml:space="preserve">[48:48] </w:t>
      </w:r>
      <w:r>
        <w:t>especially since US had all these years backed him including in launching a war against Iran. Why does USA not demand that other dictators in the Arab world who are valuing in luxury also resign? In life there is no in life any in life</w:t>
      </w:r>
    </w:p>
    <w:p>
      <w:pPr>
        <w:jc w:val="right"/>
      </w:pPr>
      <w:r>
        <w:t>especially since US had all these years backed him including in launching a war against Iran. Why does USA not demand that other dictators in the Arab world who are valuing in luxury also resign? In life there is no in life any in life</w:t>
      </w:r>
    </w:p>
    <w:p>
      <w:r>
        <w:rPr>
          <w:b/>
        </w:rPr>
        <w:t xml:space="preserve">[49:18] </w:t>
      </w:r>
      <w:r>
        <w:t>you know there is there is a saying politics is not possible. So you are you you have to be realist. If you seeright or wrong then it is not it it is not a good thinking. In life seldom</w:t>
      </w:r>
    </w:p>
    <w:p>
      <w:pPr>
        <w:jc w:val="right"/>
      </w:pPr>
      <w:r>
        <w:t>you know there is there is a saying politics is not possible. So you are you you have to be realist. If you seeright or wrong then it is not it it is not a good thinking. In life seldom</w:t>
      </w:r>
    </w:p>
    <w:p>
      <w:r>
        <w:rPr>
          <w:b/>
        </w:rPr>
        <w:t xml:space="preserve">[49:48] </w:t>
      </w:r>
      <w:r>
        <w:t>you can findright. Mostly you have to accept the wrong because you have no power. So I think that in life the option is not betweenright or wrong. The option is between lesser evil and greater evil. It is a it is a Islamic formula that in life there is no option between</w:t>
      </w:r>
    </w:p>
    <w:p>
      <w:pPr>
        <w:jc w:val="right"/>
      </w:pPr>
      <w:r>
        <w:t>you can findright. Mostly you have to accept the wrong because you have no power. So I think that in life the option is not betweenright or wrong. The option is between lesser evil and greater evil. It is a it is a Islamic formula that in life there is no option between</w:t>
      </w:r>
    </w:p>
    <w:p>
      <w:r>
        <w:rPr>
          <w:b/>
        </w:rPr>
        <w:t xml:space="preserve">[50:20] </w:t>
      </w:r>
      <w:r>
        <w:t>right or wrong. But the the real option is between between what is possible and what is impossible. Prophet himself accepted this formula several times. This question is from Ms. Jamuna Rangachari. The concept of brotherhood in Islam is confused to mean non-inclusion of</w:t>
      </w:r>
    </w:p>
    <w:p>
      <w:pPr>
        <w:jc w:val="right"/>
      </w:pPr>
      <w:r>
        <w:t>right or wrong. But the the real option is between between what is possible and what is impossible. Prophet himself accepted this formula several times. This question is from Ms. Jamuna Rangachari. The concept of brotherhood in Islam is confused to mean non-inclusion of</w:t>
      </w:r>
    </w:p>
    <w:p>
      <w:r>
        <w:rPr>
          <w:b/>
        </w:rPr>
        <w:t xml:space="preserve">[50:50] </w:t>
      </w:r>
      <w:r>
        <w:t>others particularly kafirs. Those who do not belong for the Semitic religion. How can this be resolved? It is a it is a misunder misunderstanding. At present Muslims think that all those who are not who are not Muslim they are kafirs. This is wrong. They are insan. They are human being.</w:t>
      </w:r>
    </w:p>
    <w:p>
      <w:pPr>
        <w:jc w:val="right"/>
      </w:pPr>
      <w:r>
        <w:t>others particularly kafirs. Those who do not belong for the Semitic religion. How can this be resolved? It is a it is a misunderstand misunderstanding. At present Muslims think that all those who are not who are not Muslim they are kafirs. This is wrong. They are insan. They are human being.</w:t>
      </w:r>
    </w:p>
    <w:p>
      <w:r>
        <w:rPr>
          <w:b/>
        </w:rPr>
        <w:t xml:space="preserve">[51:21] </w:t>
      </w:r>
      <w:r>
        <w:t>This kind this kind of belief is completely wrong that all those people who are not Muslim they are kafirs. It is wrong. All those people who are not Muslims they are insan. They are human being. There is very good example in Sahih al-Bukhari that once prophet of Islam stood up in respect of a Jew. So one of his companions said that he was a non-Muslim. Prophet</w:t>
      </w:r>
    </w:p>
    <w:p>
      <w:pPr>
        <w:jc w:val="right"/>
      </w:pPr>
      <w:r>
        <w:t>This kind this kind of belief is completely wrong that all those people who are not Muslim they are kafirs. It is wrong. All those people who are not Muslims they are insan. They are human being. There is very good example in Sahih al-Bukhari that once prophet of Islam stood up in respect of a Jew. So one of his companions said that he was a non-Muslim. Prophet</w:t>
      </w:r>
    </w:p>
    <w:p>
      <w:r>
        <w:rPr>
          <w:b/>
        </w:rPr>
        <w:t xml:space="preserve">[51:51] </w:t>
      </w:r>
      <w:r>
        <w:t>said was he not a human being? So here here you can see that prophet of Islam discovered a commonality between himself and that that Jew. So everyone who is not a Muslim he is a insan. He is a human being. This concept is completely wrong that they are kafirs. This question is from Maulana Zakwan. What is Darul Harb,</w:t>
      </w:r>
    </w:p>
    <w:p>
      <w:pPr>
        <w:jc w:val="right"/>
      </w:pPr>
      <w:r>
        <w:t>said was he not a human being? So here here you can see that prophet of Islam discovered a commonality between himself and that that Jew. So everyone who is not a Muslim he is a insan. He is a human being. This concept is completely wrong that they are kafirs. This question is from Maulana Zakwan. What is Darul Harb,</w:t>
      </w:r>
    </w:p>
    <w:p>
      <w:r>
        <w:rPr>
          <w:b/>
        </w:rPr>
        <w:t xml:space="preserve">[52:21] </w:t>
      </w:r>
      <w:r>
        <w:t>Darul Kufr and Darul Islam? Please explain. This is also an un-Islamic idea. You cannot find in Quran and hadith these terms. These terms were coined during a Basit period. I I I can say that these concept were wrong. These people divided world into two parts.</w:t>
      </w:r>
    </w:p>
    <w:p>
      <w:pPr>
        <w:jc w:val="right"/>
      </w:pPr>
      <w:r>
        <w:t>Darul Kufr and Darul Islam? Please explain. This is also an un-Islamic idea. You cannot find in Quran and hadith these terms. These terms were coined during a Basit period. I I I can say that these concept were wrong. These people divided world into two parts.</w:t>
      </w:r>
    </w:p>
    <w:p>
      <w:r>
        <w:rPr>
          <w:b/>
        </w:rPr>
        <w:t xml:space="preserve">[52:52] </w:t>
      </w:r>
      <w:r>
        <w:t>Darul Islam and Darul Harb. Those countries are that land which was occupied by Muslims that was Darul Islam. And those countries are those land that was not occupied by Muslims that was Darul Harb. Darul Harb means any potentially at war. This kind this kind of thinking is quite wrong. Quite wrong. I can say that when the prophet of Islam was in Mecca at that time Mecca</w:t>
      </w:r>
    </w:p>
    <w:p>
      <w:pPr>
        <w:jc w:val="right"/>
      </w:pPr>
      <w:r>
        <w:t>Darul Islam and Darul Harb. Those countries are that land which was occupied by Muslims that was Darul Islam. And those countries are those land that was not occupied by Muslims that was Darul Harb. Darul Harb means any potentially at war. This kind this kind of thinking is quite wrong. Quite wrong. I can say that when the prophet of Islam was in Mecca at that time Mecca</w:t>
      </w:r>
    </w:p>
    <w:p>
      <w:r>
        <w:rPr>
          <w:b/>
        </w:rPr>
        <w:t xml:space="preserve">[53:22] </w:t>
      </w:r>
      <w:r>
        <w:t>was in this sense Darul Harb but prophet never said there is Darul Harb. And when prophet migrated and settled in Madinah Madinah became Darul Islam in modern term but he never said that Madinah is Darul Islam. So this term was not used by by prophet of Islam. This term these these terms were were coined by by fuqaha during a Basit period and I quite against</w:t>
      </w:r>
    </w:p>
    <w:p>
      <w:pPr>
        <w:jc w:val="right"/>
      </w:pPr>
      <w:r>
        <w:t>was in this sense Darul Harb but prophet never said there is Darul Harb. And when prophet migrated and settled in Madinah Madinah became Darul Islam in modern term but he never said that Madinah is Darul Islam. So this term was not used by by the prophet of Islam. This term these these terms were were coined by by fuqaha during a Basit period and I quite against</w:t>
      </w:r>
    </w:p>
    <w:p>
      <w:r>
        <w:rPr>
          <w:b/>
        </w:rPr>
        <w:t xml:space="preserve">[53:52] </w:t>
      </w:r>
      <w:r>
        <w:t>this these term. These these all all these terms are un-Islamic. Even I can say that you cannot say that Pakistan is Darul Islam. Iran is Darul Islam. No. Simply say Iran and Pakistan. Just just like prophet. Prophet of Islam never used this term. When Madinah was when Madinah he was able to establish a state he never said that Madinah is the is Darul Islam</w:t>
      </w:r>
    </w:p>
    <w:p>
      <w:pPr>
        <w:jc w:val="right"/>
      </w:pPr>
      <w:r>
        <w:t>this these term. These these all all these terms are un-Islamic. Even I can say that you cannot say that Pakistan is Darul Islam. Iran is Darul Islam. No. Simply say Iran and Pakistan. Just just like prophet. Prophet of Islam never used this term. When Madinah was when Madinah he was able to establish a state he never said that Madinah is the is Darul Islam</w:t>
      </w:r>
    </w:p>
    <w:p>
      <w:r>
        <w:rPr>
          <w:b/>
        </w:rPr>
        <w:t xml:space="preserve">[54:22] </w:t>
      </w:r>
      <w:r>
        <w:t>or is Jamhureh Jamhureh Madinah. Islami Jamhureh Madinah. Never said he. So so you have to call all those countries in their own name. India is India. Pakistan is Pakistan. Iran is Iran. America is America. So these terms are completely wrong un-Islamic. This question is from Dr. Pradhan. Why does the Quran contain verses that command the Muslims to fight</w:t>
      </w:r>
    </w:p>
    <w:p>
      <w:pPr>
        <w:jc w:val="right"/>
      </w:pPr>
      <w:r>
        <w:t>or is Jamhureh Jamhureh Madinah. Islami Jamhureh Madinah. Never said he. So so you have to call all those countries in their own name. India is India. Pakistan is Pakistan. Iran is Iran. America is America. So these terms are completely wrong un-Islamic. This question is from Dr. Pradhan. Why does the Quran contain verses that command the Muslims to fight</w:t>
      </w:r>
    </w:p>
    <w:p>
      <w:r>
        <w:rPr>
          <w:b/>
        </w:rPr>
        <w:t xml:space="preserve">[54:52] </w:t>
      </w:r>
      <w:r>
        <w:t>? These verses are about defensive war. Defensive war is is is genuine war according to all all religions and all systems and all philosophies. But only only state can declare a war. Other than state no one hasright to declare a war. So those people who have who have</w:t>
      </w:r>
    </w:p>
    <w:p>
      <w:pPr>
        <w:jc w:val="right"/>
      </w:pPr>
      <w:r>
        <w:t>? These verses are about defensive war. Defensive war is is is genuine war according to all all religions and all systems and all philosophies. But only only state can declare a war. Other than state no one hasright to declare a war. So those people who have who have</w:t>
      </w:r>
    </w:p>
    <w:p>
      <w:r>
        <w:rPr>
          <w:b/>
        </w:rPr>
        <w:t xml:space="preserve">[55:22] </w:t>
      </w:r>
      <w:r>
        <w:t>acknowledged some jamaat and they are doing jihad that is wrong. They are un-Islamic. This question is from Dr. Parviz. Isn't it true that at present violence can be triggered only by the educated means? If Muslims are backward then how can they be responsible for non-violence in the world? I'm not saying that you can you can finish violence</w:t>
      </w:r>
    </w:p>
    <w:p>
      <w:pPr>
        <w:jc w:val="right"/>
      </w:pPr>
      <w:r>
        <w:t>acknowledged some jamaat and they are doing jihad that is wrong. They are un-Islamic. This question is from Dr. Parviz. Isn't it true that at present violence can be triggered only by the educated means? If Muslims are backward then how can they be responsible for non-violence in the world? I'm not saying that you can you can finish violence</w:t>
      </w:r>
    </w:p>
    <w:p>
      <w:r>
        <w:rPr>
          <w:b/>
        </w:rPr>
        <w:t xml:space="preserve">[55:54] </w:t>
      </w:r>
      <w:r>
        <w:t>by education. I'm not saying like this. But if you analysis the situation of Muslims you will find that the greatest shortcoming of Muslim is that they are backward in education. This in this world you cannot establish an ideal society an ideal state. That is impossible. So and I'm not saying in term of ideology idealism. Idealism is not possible. Ideal cannot be achieved.</w:t>
      </w:r>
    </w:p>
    <w:p>
      <w:pPr>
        <w:jc w:val="right"/>
      </w:pPr>
      <w:r>
        <w:t>by education. I'm not saying like this. But if you analysis the situation of Muslims you will find that the greatest shortcoming of Muslim is that they are backward in education. This in this world you cannot establish an ideal society an ideal state. That is impossible. So and I'm not saying in term of ideology idealism. Idealism is not possible. Ideal cannot be achieved.</w:t>
      </w:r>
    </w:p>
    <w:p>
      <w:r>
        <w:rPr>
          <w:b/>
        </w:rPr>
        <w:t xml:space="preserve">[56:24] </w:t>
      </w:r>
      <w:r>
        <w:t>But I'm saying in practical sense Muslims Muslims are it is a fact that Muslims are backward in in modern modern science modern education. So it is their greatest shortcoming greatest shortcomings. This question is from Maria. What should be jihad in the contemporary world? Please comment. You can find the answer in the Quran. There is a verse in the Quran</w:t>
      </w:r>
    </w:p>
    <w:p>
      <w:pPr>
        <w:jc w:val="right"/>
      </w:pPr>
      <w:r>
        <w:t>But I'm saying in practical sense Muslims Muslims are it is a fact that Muslims are backward in in modern modern science modern education. So it is their greatest shortcoming greatest shortcomings. This question is from Maria. What should be jihad in the contemporary world? Please comment. You can find the answer in the Quran. There is a verse in the Quran</w:t>
      </w:r>
    </w:p>
    <w:p>
      <w:r>
        <w:rPr>
          <w:b/>
        </w:rPr>
        <w:t xml:space="preserve">[57:00] </w:t>
      </w:r>
      <w:r>
        <w:t>and do great jihad by the help of the Quran. Here you you here you see that Quran mentions that Quran mentions that you must do great jihad but by the help of the Quran. And you know Quran is not a sword. It's not a gun. Quran is a book of ideology. So according to this verse jihad means ideological jihad. Ide</w:t>
      </w:r>
    </w:p>
    <w:p>
      <w:pPr>
        <w:jc w:val="right"/>
      </w:pPr>
      <w:r>
        <w:t>and do great jihad by the help of the Quran. Here you you here you see that Quran mentions that Quran mentions that you must do great jihad but by the help of the Quran. And you know Quran is not a sword. It's not a gun. Quran is a book of ideology. So according to this verse jihad means ideological jihad. Ide</w:t>
      </w:r>
    </w:p>
    <w:p>
      <w:r>
        <w:rPr>
          <w:b/>
        </w:rPr>
        <w:t xml:space="preserve">[57:30] </w:t>
      </w:r>
      <w:r>
        <w:t>ological jihad. Do great jihad with the help of the Quran. The Quran is not a source of violence. Quran is a book of ideas. Ideas. So it means that jihad means and great jihad means ideological jihad. In other in other words da'wah work. Da'wah work is the greatest jihad.</w:t>
      </w:r>
    </w:p>
    <w:p>
      <w:pPr>
        <w:jc w:val="right"/>
      </w:pPr>
      <w:r>
        <w:t>ological jihad. Do great jihad with the help of the Quran. The Quran is not a source of violence. Quran is a book of ideas. Ideas. So it means that jihad means and great jihad means ideological jihad. In other in other words da'wah work. Da'wah work is the greatest jihad.</w:t>
      </w:r>
    </w:p>
    <w:p>
      <w:r>
        <w:rPr>
          <w:b/>
        </w:rPr>
        <w:t xml:space="preserve">[58:01] </w:t>
      </w:r>
      <w:r>
        <w:t>This question is from Dr. Farida Khanam. Why do Muslims forget the violence they have perpetrated all over the world? Even going to the extent of destroying World Trade Center. When other nations react they start blaming them for everything. Why is this so? According to my analysis the reason is</w:t>
      </w:r>
    </w:p>
    <w:p>
      <w:pPr>
        <w:jc w:val="right"/>
      </w:pPr>
      <w:r>
        <w:t>This question is from Dr. Farida Khanam. Why do Muslims forget the violence they have perpetrated all over the world? Even going to the extent of destroying World Trade Center. When other nations react they start blaming them for everything. Why is this so? According to my analysis the reason is</w:t>
      </w:r>
    </w:p>
    <w:p>
      <w:r>
        <w:rPr>
          <w:b/>
        </w:rPr>
        <w:t xml:space="preserve">[58:31] </w:t>
      </w:r>
      <w:r>
        <w:t>the reason lies in their backward backwardness in education. I have traveled everywhere in the world. I found that Muslims are many Muslims are some Muslims you can find that they are degree holder but no learning. Education doesn't mean degree holding. If you are degree holder it means it doesn't mean that you are educated person. So some Muslims</w:t>
      </w:r>
    </w:p>
    <w:p>
      <w:pPr>
        <w:jc w:val="right"/>
      </w:pPr>
      <w:r>
        <w:t>the reason lies in their backward backwardness in education. I have traveled everywhere in the world. I found that Muslims are many Muslims are some Muslims you can find that they are degree holder but no learning. Education doesn't mean degree holding. If you are degree holder it means it doesn't mean that you are educated person. So some Muslims</w:t>
      </w:r>
    </w:p>
    <w:p>
      <w:r>
        <w:rPr>
          <w:b/>
        </w:rPr>
        <w:t xml:space="preserve">[59:01] </w:t>
      </w:r>
      <w:r>
        <w:t>have secured degree and so that they may find a job. That is not education. Education means learning. Learning. In this sense Muslims are very very backward throughout the world and this is the reason. This question is from Adnan. Maulana Islam is a religion of peace and tolerance. Unfortunately it is</w:t>
      </w:r>
    </w:p>
    <w:p>
      <w:pPr>
        <w:jc w:val="right"/>
      </w:pPr>
      <w:r>
        <w:t>have secured degree and so that they may find a job. That is not education. Education means learning. Learning. In this sense Muslims are very very backward throughout the world and this is the reason. This question is from Adnan. Maulana Islam is a religion of peace and tolerance. Unfortunately it is</w:t>
      </w:r>
    </w:p>
    <w:p>
      <w:r>
        <w:rPr>
          <w:b/>
        </w:rPr>
        <w:t xml:space="preserve">[59:31] </w:t>
      </w:r>
      <w:r>
        <w:t>linked with terrorism, violence and hatred. Why and who is responsible for all this? I think that the basic reason is that people fail to differentiate between Islam and Muslims. The only formula to to toright thinking is that you must differentiate between</w:t>
      </w:r>
    </w:p>
    <w:p>
      <w:pPr>
        <w:jc w:val="right"/>
      </w:pPr>
      <w:r>
        <w:t>linked with terrorism, violence and hatred. Why and who is responsible for all this? I think that the basic reason is that people fail to differentiate between Islam and Muslims. The only formula to to toright thinking is that you must differentiate between</w:t>
      </w:r>
    </w:p>
    <w:p>
      <w:r>
        <w:rPr>
          <w:b/>
        </w:rPr>
        <w:t xml:space="preserve">[1:00:02] </w:t>
      </w:r>
      <w:r>
        <w:t>Islam and Muslims. You have to judge Muslims in the light of Islamic teachings and not vice versa. This is the main formula. This question is from Ansar. Can you tell us what is the literal meaning of jihad? Jihad literally means to strive to struggle.</w:t>
      </w:r>
    </w:p>
    <w:p>
      <w:pPr>
        <w:jc w:val="right"/>
      </w:pPr>
      <w:r>
        <w:t>Islam and Muslims. You have to judge Muslims in the light of Islamic teachings and not vice versa. This is the main formula. This question is from Ansar. Can you tell us what is the literal meaning of jihad? Jihad literally means to strive to struggle.</w:t>
      </w:r>
    </w:p>
    <w:p>
      <w:r>
        <w:rPr>
          <w:b/>
        </w:rPr>
        <w:t xml:space="preserve">[1:00:32] </w:t>
      </w:r>
      <w:r>
        <w:t>In Urdu koushish karna. Jihad has nothing to do with with with with fighting. Quran uses two different words jihad and qatal. Qatal means war. Qatal means defensive war. And jihad means peaceful struggle. I believe that</w:t>
      </w:r>
    </w:p>
    <w:p>
      <w:pPr>
        <w:jc w:val="right"/>
      </w:pPr>
      <w:r>
        <w:t>In Urdu koushish karna. Jihad has nothing to do with with with with fighting. Quran uses two different words jihad and qatal. Qatal means war. Qatal means defensive war. And jihad means peaceful struggle. I believe that</w:t>
      </w:r>
    </w:p>
    <w:p>
      <w:r>
        <w:rPr>
          <w:b/>
        </w:rPr>
        <w:t xml:space="preserve">[1:01:02] </w:t>
      </w:r>
      <w:r>
        <w:t>jihad means peaceful struggle. Qatal means war. But war in the in the situation of defense. Other than defense there is no war in Islam. This question is from Bhav Chawla. Is war mostly a result of fear? How effective is the advocacy of peace in the aloud presence of a gunman carrying a weapon of</w:t>
      </w:r>
    </w:p>
    <w:p>
      <w:pPr>
        <w:jc w:val="right"/>
      </w:pPr>
      <w:r>
        <w:t>jihad means peaceful struggle. Qatal means war. But war in the in the situation of defense. Other than defense there is no war in Islam. This question is from Bhav Chawla. Is war mostly a result of fear? How effective is the advocacy of peace in the aloud presence of a gunman carrying a weapon of</w:t>
      </w:r>
    </w:p>
    <w:p>
      <w:r>
        <w:rPr>
          <w:b/>
        </w:rPr>
        <w:t xml:space="preserve">[1:01:32] </w:t>
      </w:r>
      <w:r>
        <w:t>mass destruction? According to my experience one most important thing is that you must know that in this world you cannot establish ideal soci</w:t>
      </w:r>
    </w:p>
    <w:p>
      <w:pPr>
        <w:jc w:val="right"/>
      </w:pPr>
      <w:r>
        <w:t>mass destruction? According to my experience one most important thing is that you must know that in this world you cannot establish ideal soci</w:t>
      </w:r>
    </w:p>
    <w:p>
      <w:r>
        <w:rPr>
          <w:b/>
        </w:rPr>
        <w:t xml:space="preserve">[1:02:02] </w:t>
      </w:r>
      <w:r>
        <w:t>ety and ideal state. You cannot build a world where there is no problem. I don't I'm not saying that there is there is a we can establish an European world there is no problem. Problem was there. Problem is part of life. I face problems every day. But the the the but the</w:t>
      </w:r>
    </w:p>
    <w:p>
      <w:pPr>
        <w:jc w:val="right"/>
      </w:pPr>
      <w:r>
        <w:t>ety and ideal state. You cannot build a world where there is no problem. I don't I'm not saying that there is there is a we can establish an European world there is no problem. Problem was there. Problem is part of life. I face problems every day. But the the the but the</w:t>
      </w:r>
    </w:p>
    <w:p>
      <w:r>
        <w:rPr>
          <w:b/>
        </w:rPr>
        <w:t xml:space="preserve">[1:02:32] </w:t>
      </w:r>
      <w:r>
        <w:t>but the but the but the question is what is the solution? Solution is demonstrated by nature itself in form of rose plant. In rose plant you see that there are thorns but at the same time there are there are flowers. So thorns are part of life. You have to face thorns. You have to face problems. So my formula is that this formula is according to the Quran</w:t>
      </w:r>
    </w:p>
    <w:p>
      <w:pPr>
        <w:jc w:val="right"/>
      </w:pPr>
      <w:r>
        <w:t>but the but the question is what is the solution? Solution is demonstrated by nature itself in form of rose plant. In rose plant you see that there are thorns but at the same time there are there are flowers. So thorns are part of life. You have to face thorns. You have to face problems. So my formula is that this formula is according to the Quran</w:t>
      </w:r>
    </w:p>
    <w:p>
      <w:r>
        <w:rPr>
          <w:b/>
        </w:rPr>
        <w:t xml:space="preserve">[1:03:03] </w:t>
      </w:r>
      <w:r>
        <w:t>that avoid the problem and avail the opportunity. Avoid the thorns and and and avoid the thorns and avail the flowers. So there is no other option. You cannot remove thorns. You cannot remove problems. Because God Almighty has created this world as a as a testing ground</w:t>
      </w:r>
    </w:p>
    <w:p>
      <w:pPr>
        <w:jc w:val="right"/>
      </w:pPr>
      <w:r>
        <w:t>that avoid the problem and avail the opportunity. Avoid the thorns and and and avoid the thorns and avail the flowers. So there is no other option. You cannot remove thorns. You cannot remove problems. Because God Almighty has created this world as a as a testing ground</w:t>
      </w:r>
    </w:p>
    <w:p>
      <w:r>
        <w:rPr>
          <w:b/>
        </w:rPr>
        <w:t xml:space="preserve">[1:03:34] </w:t>
      </w:r>
      <w:r>
        <w:t>. Due to this plan God has given freedom to all mankind. And where there is freedom there is misuse of freedom also. So all these problems are due to misuse of freedom. So anyone anyone who want to live in a ideal world he must wait for akhira. Only in the world hereafter you can paradise. Paradise is an ideal world. So one</w:t>
      </w:r>
    </w:p>
    <w:p>
      <w:pPr>
        <w:jc w:val="right"/>
      </w:pPr>
      <w:r>
        <w:t>. Due to this plan God has given freedom to all mankind. And where there is freedom there is misuse of freedom also. So all these problems are due to misuse of freedom. So anyone anyone who want to live in a ideal world he must wait for akhira. Only in the world hereafter you can paradise. Paradise is an ideal world. So one</w:t>
      </w:r>
    </w:p>
    <w:p>
      <w:r>
        <w:rPr>
          <w:b/>
        </w:rPr>
        <w:t xml:space="preserve">[1:04:04] </w:t>
      </w:r>
      <w:r>
        <w:t>who is able to one who is a deserving candidate for paradise he must find he may find in paradise an ideal state. In this world it is not possible. This question is from Anwar Hussain. Can we achieve peace without entering into some kind of politics or political structure of any place? Yes it is possible</w:t>
      </w:r>
    </w:p>
    <w:p>
      <w:pPr>
        <w:jc w:val="right"/>
      </w:pPr>
      <w:r>
        <w:t>who is able to one who is a deserving candidate for paradise he must find he may find in paradise an ideal state. In this world it is not possible. This question is from Anwar Hussain. Can we achieve peace without entering into some kind of politics or political structure of any place? Yes it is possible</w:t>
      </w:r>
    </w:p>
    <w:p>
      <w:r>
        <w:rPr>
          <w:b/>
        </w:rPr>
        <w:t xml:space="preserve">[1:04:36] </w:t>
      </w:r>
      <w:r>
        <w:t>. You can avoid politics and you can enjoy peace. Just like myself I always avoid politics and at the same time I am enjoying peace peace of mind. It is quite possible. This question is from Ramesh. Why did Prophet Muhammad take up arms and Christ did not? You know there is a verse there</w:t>
      </w:r>
    </w:p>
    <w:p>
      <w:pPr>
        <w:jc w:val="right"/>
      </w:pPr>
      <w:r>
        <w:t>. You can avoid politics and you can enjoy peace. Just like myself I always avoid politics and at the same time I am enjoying peace peace of mind. It is quite possible. This question is from Ramesh. Why did Prophet Muhammad take up arms and Christ did not? You know there is a verse there</w:t>
      </w:r>
    </w:p>
    <w:p>
      <w:r>
        <w:rPr>
          <w:b/>
        </w:rPr>
        <w:t xml:space="preserve">[1:05:07] </w:t>
      </w:r>
      <w:r>
        <w:t>is a there is a saying by the prophet himself by Jesus Christ himself in New Testament. Jesus Christ has said that this you can see in New Testament. I did not come I did not come for peace but a sword. I did not come for a peace but a sword. So sword was not</w:t>
      </w:r>
    </w:p>
    <w:p>
      <w:pPr>
        <w:jc w:val="right"/>
      </w:pPr>
      <w:r>
        <w:t>is a there is a saying by the prophet himself by Jesus Christ himself in New Testament. Jesus Christ has said that this you can see in New Testament. I did not come I did not come for peace but a sword. I did not come for a peace but a sword. So sword was not</w:t>
      </w:r>
    </w:p>
    <w:p>
      <w:r>
        <w:rPr>
          <w:b/>
        </w:rPr>
        <w:t xml:space="preserve">[1:05:39] </w:t>
      </w:r>
      <w:r>
        <w:t>used by by Jesus Christ is correct. But you cannot say that that it was haram in the in his sharia. Prophet of Islam used sword as a defense. Other than defense sword is not allowed in in Islam in any any religion. In any religion.</w:t>
      </w:r>
    </w:p>
    <w:p>
      <w:pPr>
        <w:jc w:val="right"/>
      </w:pPr>
      <w:r>
        <w:t>used by by Jesus Christ is correct. But you cannot say that that it was haram in the in his sharia. Prophet of Islam used sword as a defense. Other than defense sword is not allowed in in Islam in any any religion. In any religion.</w:t>
      </w:r>
    </w:p>
    <w:p>
      <w:r>
        <w:rPr>
          <w:b/>
        </w:rPr>
        <w:t xml:space="preserve">[1:06:10] </w:t>
      </w:r>
      <w:r>
        <w:t>I believe that all the religions were one and the same. All those religion that were revealed by the by God were one and the same. The only difference is that Islam is greatly preserved religion. In other religion you can find something preserved and something mixed. This is the only difference. Otherwise every religion</w:t>
      </w:r>
    </w:p>
    <w:p>
      <w:pPr>
        <w:jc w:val="right"/>
      </w:pPr>
      <w:r>
        <w:t>I believe that all the religions were one and the same. All those religion that were revealed by the by God were one and the same. The only difference is that Islam is greatly preserved religion. In other religion you can find something preserved and something mixed. This is the only difference. Otherwise every religion</w:t>
      </w:r>
    </w:p>
    <w:p>
      <w:r>
        <w:rPr>
          <w:b/>
        </w:rPr>
        <w:t xml:space="preserve">[1:06:40] </w:t>
      </w:r>
      <w:r>
        <w:t>was originally was one and the same. Originally one and the same. So I think that sword was not used by Jesus Christ is is correct but it was included in his list also. So he said that I I did not come for peace but a sword. So it was not out of his list. We'll end the session now</w:t>
      </w:r>
    </w:p>
    <w:p>
      <w:pPr>
        <w:jc w:val="right"/>
      </w:pPr>
      <w:r>
        <w:t>was originally was one and the same. Originally one and the same. So I think that sword was not used by Jesus Christ is is correct but it was included in his list also. So he said that I I did not come for peace but a sword. So it was not out of his list. We'll end the session now</w:t>
      </w:r>
    </w:p>
    <w:p>
      <w:r>
        <w:rPr>
          <w:b/>
        </w:rPr>
        <w:t xml:space="preserve">[1:07:11] </w:t>
      </w:r>
      <w:r>
        <w:t>. Thank you very much. Please join us with the answers. We have two more questions. Can you take it?</w:t>
      </w:r>
    </w:p>
    <w:p>
      <w:pPr>
        <w:jc w:val="right"/>
      </w:pPr>
      <w:r>
        <w:t>. Thank you very much. Please join us with the answers. We have two more questions. Can you take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