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the Life of the Prophet Muhammad I 31st July 07</w:t>
      </w:r>
    </w:p>
    <w:p>
      <w:r>
        <w:t>https://www.youtube.com/watch?v=8lkGaZIXReA</w:t>
      </w:r>
    </w:p>
    <w:p>
      <w:r>
        <w:rPr>
          <w:b/>
        </w:rPr>
        <w:t xml:space="preserve">[00:21] </w:t>
      </w:r>
      <w:r>
        <w:t>bismillah rahman rahim, wasallallahu ala nabi al-karim. Rab ishrah li sadri, wa yassir li amri, wah lul uqdatan min lisani yafqahu qawli. The topic for this day is life of the Prophet of Islam. You know, life of the Prophet is a very vast</w:t>
      </w:r>
    </w:p>
    <w:p>
      <w:pPr>
        <w:jc w:val="right"/>
      </w:pPr>
      <w:r>
        <w:t>بسم اللہ الرحمن الرحیم، وصلی اللہ علی النبی الکریم۔ رب اشرح لی صدری، ویسر لی امری، واحل العقدۃ من لسانی یفقہ قولی۔ The topic for this day is life of the Prophet of Islam. You know, life of the Prophet is a very vast</w:t>
      </w:r>
    </w:p>
    <w:p>
      <w:r>
        <w:rPr>
          <w:b/>
        </w:rPr>
        <w:t xml:space="preserve">[00:51] </w:t>
      </w:r>
      <w:r>
        <w:t>topic; there are numerous aspects. At present, I would like to say about only some aspects. You know, the Prophet of Islam, Muhammad bin Abdullah bin Abdul Muttalib, was born in Makkah in 570 AD,</w:t>
      </w:r>
    </w:p>
    <w:p>
      <w:pPr>
        <w:jc w:val="right"/>
      </w:pPr>
      <w:r>
        <w:t>topic; there are numerous aspects. At present, I would like to say about only some aspects. You know, the Prophet of Islam, Muhammad bin Abdullah bin Abdul Muttalib, was born in Makkah in 570 AD,</w:t>
      </w:r>
    </w:p>
    <w:p>
      <w:r>
        <w:rPr>
          <w:b/>
        </w:rPr>
        <w:t xml:space="preserve">[01:22] </w:t>
      </w:r>
      <w:r>
        <w:t>and he was appointed by God as a Prophet in 610 AD. He started his mission in Makkah; he lived in Makkah up to 13 years, then he migrated to Madinah,</w:t>
      </w:r>
    </w:p>
    <w:p>
      <w:pPr>
        <w:jc w:val="right"/>
      </w:pPr>
      <w:r>
        <w:t>and he was appointed by God as a Prophet in 610 AD. He started his mission in Makkah; he lived in Makkah up to 13 years, then he migrated to Madinah,</w:t>
      </w:r>
    </w:p>
    <w:p>
      <w:r>
        <w:rPr>
          <w:b/>
        </w:rPr>
        <w:t xml:space="preserve">[01:52] </w:t>
      </w:r>
      <w:r>
        <w:t>and after 10 years he died in Madinah in 632. Life was a very eventful life; perhaps all kinds of events you can find in his life. So he is an example for our life in every aspect. Is preserved, and it is very ex</w:t>
      </w:r>
    </w:p>
    <w:p>
      <w:pPr>
        <w:jc w:val="right"/>
      </w:pPr>
      <w:r>
        <w:t>and after 10 years he died in Madinah in 632. Life was a very eventful life; perhaps all kinds of events you can find in his life. So he is an example for our life in every aspect. Is preserved, and it is very ex</w:t>
      </w:r>
    </w:p>
    <w:p>
      <w:r>
        <w:rPr>
          <w:b/>
        </w:rPr>
        <w:t xml:space="preserve">[02:23] </w:t>
      </w:r>
      <w:r>
        <w:t>ceptional. There were thousands and thousands of prophets in the previous history, but no prophet was recorded in history except Muhammad. His first the events of his life were, first of all,</w:t>
      </w:r>
    </w:p>
    <w:p>
      <w:pPr>
        <w:jc w:val="right"/>
      </w:pPr>
      <w:r>
        <w:t>ceptional. There were thousands and thousands of prophets in the previous history, but no prophet was recorded in history except Muhammad. His first the events of his life were, first of all,</w:t>
      </w:r>
    </w:p>
    <w:p>
      <w:r>
        <w:rPr>
          <w:b/>
        </w:rPr>
        <w:t xml:space="preserve">[02:53] </w:t>
      </w:r>
      <w:r>
        <w:t>his it was reported in Hadith. You know, there is a book of Hadith that is called Musnad Ahmad bin Hanbal. In this book, there are 30,000 Hadith, 30,000, and there are many, many events related to the life of the Prophet of Islam. So Musnad Ahmad is</w:t>
      </w:r>
    </w:p>
    <w:p>
      <w:pPr>
        <w:jc w:val="right"/>
      </w:pPr>
      <w:r>
        <w:t>his it was reported in Hadith. You know, there is a book of Hadith that is called Musnad Ahmad bin Hanbal. In this book, there are 30,000 Hadith, 30,000, and there are many, many events related to the life of the Prophet of Islam. So Musnad Ahmad is</w:t>
      </w:r>
    </w:p>
    <w:p>
      <w:r>
        <w:rPr>
          <w:b/>
        </w:rPr>
        <w:t xml:space="preserve">[03:23] </w:t>
      </w:r>
      <w:r>
        <w:t>a kind of encyclopedia of Hadith, also of Sira. So the first person who prepared a book on Sira was Ibn Ishaq, Muhammad bin Ishaq. He was a Tabig, that is,</w:t>
      </w:r>
    </w:p>
    <w:p>
      <w:pPr>
        <w:jc w:val="right"/>
      </w:pPr>
      <w:r>
        <w:t>a kind of encyclopedia of Hadith, also of Sira. So the first person who prepared a book on Sira was Ibn Ishaq, Muhammad bin Ishaq. He was a Tabig, that is,</w:t>
      </w:r>
    </w:p>
    <w:p>
      <w:r>
        <w:rPr>
          <w:b/>
        </w:rPr>
        <w:t xml:space="preserve">[03:56] </w:t>
      </w:r>
      <w:r>
        <w:t>Companion of the Companions. So he was the first who prepared a life. Ibn Ishaq was the first. He was a Tabig, that is, Companion of the Companions.</w:t>
      </w:r>
    </w:p>
    <w:p>
      <w:pPr>
        <w:jc w:val="right"/>
      </w:pPr>
      <w:r>
        <w:t>Companion of the Companions. So he was the first who prepared a life. Ibn Ishaq was the first. He was a Tabig, that is, Companion of the Companions.</w:t>
      </w:r>
    </w:p>
    <w:p>
      <w:r>
        <w:rPr>
          <w:b/>
        </w:rPr>
        <w:t xml:space="preserve">[04:26] </w:t>
      </w:r>
      <w:r>
        <w:t>Then his disciple was Ibn Hisham. He prepared the second book. It is called Sirat Ibn Hisham in four volumes. Then there was Ibn Sad; he also recorded the</w:t>
      </w:r>
    </w:p>
    <w:p>
      <w:pPr>
        <w:jc w:val="right"/>
      </w:pPr>
      <w:r>
        <w:t>Then his disciple was Ibn Hisham. He prepared the second book. It is called Sirat Ibn Hisham in four volumes. Then there was Ibn Sad; he also recorded the</w:t>
      </w:r>
    </w:p>
    <w:p>
      <w:r>
        <w:rPr>
          <w:b/>
        </w:rPr>
        <w:t xml:space="preserve">[04:56] </w:t>
      </w:r>
      <w:r>
        <w:t>life of the Prophet of Islam in his in his book of history. Then, you know, Ibn Jarir Tabari recorded the life of the Prophet of Islam in his history. These so Ibn Ishaq, Ibn Hisham, Ibn Sad, Ibn Jarir, they were the first biographer of the Prophet of Islam. Then</w:t>
      </w:r>
    </w:p>
    <w:p>
      <w:pPr>
        <w:jc w:val="right"/>
      </w:pPr>
      <w:r>
        <w:t>life of the Prophet of Islam in his in his book of history. Then, you know, Ibn Jarir Tabari recorded the life of the Prophet of Islam in his history. These so Ibn Ishaq, Ibn Hisham, Ibn Sad, Ibn Jarir, they were the first biographer of the Prophet of Islam. Then</w:t>
      </w:r>
    </w:p>
    <w:p>
      <w:r>
        <w:rPr>
          <w:b/>
        </w:rPr>
        <w:t xml:space="preserve">[05:29] </w:t>
      </w:r>
      <w:r>
        <w:t>in history you find thousands and thousands of biographers. There are numerous books in different languages: in Arabic, in Persian, in Urdu, in Turkish, in English, every in every language. So the life of the Prophet of Islam is is a recorded life, a well-known life. It is not a mythology</w:t>
      </w:r>
    </w:p>
    <w:p>
      <w:pPr>
        <w:jc w:val="right"/>
      </w:pPr>
      <w:r>
        <w:t>in history you find thousands and thousands of biographers. There are numerous books in different languages: in Arabic, in Persian, in Urdu, in Turkish, in English, every in every language. So the life of the Prophet of Islam is is a recorded life, a well-known life. It is not a mythology</w:t>
      </w:r>
    </w:p>
    <w:p>
      <w:r>
        <w:rPr>
          <w:b/>
        </w:rPr>
        <w:t xml:space="preserve">[05:59] </w:t>
      </w:r>
      <w:r>
        <w:t>; it is not a fiction like other religious personalities. All the previous religious personalities are a mythological figure; they were not recorded in the history. Prophet of Islam was first who was recorded in the history. You know, Muhammad sallallahu alaihi wasallam was the last</w:t>
      </w:r>
    </w:p>
    <w:p>
      <w:pPr>
        <w:jc w:val="right"/>
      </w:pPr>
      <w:r>
        <w:t>; it is not a fiction like other religious personalities. All the previous religious personalities are a mythological figure; they were not recorded in the history. Prophet of Islam was first who was recorded in the history. You know, Muhammad صلى الله عليه وسلم was the last</w:t>
      </w:r>
    </w:p>
    <w:p>
      <w:r>
        <w:rPr>
          <w:b/>
        </w:rPr>
        <w:t xml:space="preserve">[06:30] </w:t>
      </w:r>
      <w:r>
        <w:t>Prophet, was the final Prophet. It is mentioned in the Quran in these verse: rasulullah wa khatimun nabiyyin. ma kana muhammadun aba ahadٍ min rijalikum wa lakin rasulullah wa khatimun nabiyyin. khatamun nabiyyin means last of the Prophets,</w:t>
      </w:r>
    </w:p>
    <w:p>
      <w:pPr>
        <w:jc w:val="right"/>
      </w:pPr>
      <w:r>
        <w:t>Prophet, was the final Prophet. It is mentioned in the Quran in these verse: رَسُولَ اللهِ وَخَاتِمُ النَّبِيِّينَ مَا كَانَ مُحَمَّدٌ أَبَا آدِمٍ مِنْ رَجَالِكُمْ وَلَٰكِنْ رَسُولَ اللهِ وَخَاتِمُ النَّبِيِّينَ . خاتم النبیین means last of the Prophets,</w:t>
      </w:r>
    </w:p>
    <w:p>
      <w:r>
        <w:rPr>
          <w:b/>
        </w:rPr>
        <w:t xml:space="preserve">[07:00] </w:t>
      </w:r>
      <w:r>
        <w:t>last of the Prophets. There is a there is a we find a number of Hadith. For example, the Prophet of Islam has said: wa khutima baynan nabiyyun. wa khutima baynan nabiyyun. It means that I am the last Prophet; there is no Prophet after me. Then last Prophet</w:t>
      </w:r>
    </w:p>
    <w:p>
      <w:pPr>
        <w:jc w:val="right"/>
      </w:pPr>
      <w:r>
        <w:t>last of the Prophets. There is a there is a we find a number of Hadith. For example, the Prophet of Islam has said: وَخُتِمَ بَيَ النَّبِيُّونَ . وَخُتِمَ بَيَ النَّبِيُّونَ. It means that I am the last Prophet; there is no Prophet after me. Then last Prophet</w:t>
      </w:r>
    </w:p>
    <w:p>
      <w:r>
        <w:rPr>
          <w:b/>
        </w:rPr>
        <w:t xml:space="preserve">[07:30] </w:t>
      </w:r>
      <w:r>
        <w:t>doesn't mean that he was the superior Prophet. No. No. Why Prophet of Islam was last Prophet? Because at that time the civilizational development reached to such an extent that it was possible to record the life and world of a person</w:t>
      </w:r>
    </w:p>
    <w:p>
      <w:pPr>
        <w:jc w:val="right"/>
      </w:pPr>
      <w:r>
        <w:t>doesn't mean that he was the superior Prophet. No. No. Why Prophet of Islam was last Prophet? Because at that time the civilizational development reached to such an extent that it was possible to record the life and world of a person</w:t>
      </w:r>
    </w:p>
    <w:p>
      <w:r>
        <w:rPr>
          <w:b/>
        </w:rPr>
        <w:t xml:space="preserve">[08:02] </w:t>
      </w:r>
      <w:r>
        <w:t>. Previous Prophets were born in pre prehistoric period, so they were not recorded in the in the history. It is also mentioned in the Quran. Quran says about the Prophet of Islam that there is Maqam-e-Mahmud.</w:t>
      </w:r>
    </w:p>
    <w:p>
      <w:pPr>
        <w:jc w:val="right"/>
      </w:pPr>
      <w:r>
        <w:t>. Previous Prophets were born in pre prehistoric period, so they were not recorded in the in the history. It is also mentioned in the Quran. Quran says about the Prophet of Islam that there is Maqam-e-Mahmud.</w:t>
      </w:r>
    </w:p>
    <w:p>
      <w:r>
        <w:rPr>
          <w:b/>
        </w:rPr>
        <w:t xml:space="preserve">[08:36] </w:t>
      </w:r>
      <w:r>
        <w:t>yab'athka maqaman mahmuda. It means that God is determined to give you the status of Mahmud, Prophet of Mahmud Prophet. asalan yab'athka rabbuka maqaman mahmuda. Maqam-e-Mahmud means historical Prophet, recorded in history. Maqam-e-Mahmud means</w:t>
      </w:r>
    </w:p>
    <w:p>
      <w:pPr>
        <w:jc w:val="right"/>
      </w:pPr>
      <w:r>
        <w:t>يَبْعَثَكَ مَقَامًا مَّحْمُودًا . It means that God is determined to give you the status of Mahmud, Prophet of Mahmud Prophet. أَصَلًا يَبْعَثَكَ رَبَّكَ مَقَامًا مَّحْمُودًا . Maqam-e-Mahmud means historical Prophet, recorded in history. Maqam-e-Mahmud means</w:t>
      </w:r>
    </w:p>
    <w:p>
      <w:r>
        <w:rPr>
          <w:b/>
        </w:rPr>
        <w:t xml:space="preserve">[09:07] </w:t>
      </w:r>
      <w:r>
        <w:t>a Prophet recorded in history, historically authentic Prophet. Then about the Quran, there is a verse in the Quran: fi lauhin mahfuz. Lawh-e-Mahfuz means that his the word revealed upon him, or the Quran revealed him</w:t>
      </w:r>
    </w:p>
    <w:p>
      <w:pPr>
        <w:jc w:val="right"/>
      </w:pPr>
      <w:r>
        <w:t>a Prophet recorded in history, historically authentic Prophet. Then about the Quran, there is a verse in the Quran: فِي لَوْحٍ مَحْفُوظٍ . Lawh-e-Mahfuz means that his the word revealed upon him, or the Quran revealed him</w:t>
      </w:r>
    </w:p>
    <w:p>
      <w:r>
        <w:rPr>
          <w:b/>
        </w:rPr>
        <w:t xml:space="preserve">[09:37] </w:t>
      </w:r>
      <w:r>
        <w:t>, is preserved clong, preserved word. There is no addition, no omission. So this this was the specificity of the Prophet of Islam, that he became a historical Prophet, and also his Quran was a preserved clong, preserved book. So after this preservation, they no need</w:t>
      </w:r>
    </w:p>
    <w:p>
      <w:pPr>
        <w:jc w:val="right"/>
      </w:pPr>
      <w:r>
        <w:t>, is preserved clong, preserved word. There is no addition, no omission. So this this was the specificity of the Prophet of Islam, that he became a historical Prophet, and also his Quran was a preserved clong, preserved book. So after this preservation, they no need</w:t>
      </w:r>
    </w:p>
    <w:p>
      <w:r>
        <w:rPr>
          <w:b/>
        </w:rPr>
        <w:t xml:space="preserve">[10:07] </w:t>
      </w:r>
      <w:r>
        <w:t>of Prophet. When Prophet's guidance is recorded in history, when Prophet's guidance is preserved in history, they no need to new Prophet. In previous centuries, there were living Prophets. Now we are in the age where there is recorded Prophet. So when Prophet was recorded in</w:t>
      </w:r>
    </w:p>
    <w:p>
      <w:pPr>
        <w:jc w:val="right"/>
      </w:pPr>
      <w:r>
        <w:t>of Prophet. When Prophet's guidance is recorded in history, when Prophet's guidance is preserved in history, they no need to new Prophet. In previous centuries, there were living Prophets. Now we are in the age where there is recorded Prophet. So when Prophet was recorded in</w:t>
      </w:r>
    </w:p>
    <w:p>
      <w:r>
        <w:rPr>
          <w:b/>
        </w:rPr>
        <w:t xml:space="preserve">[10:37] </w:t>
      </w:r>
      <w:r>
        <w:t>history, everything is is preserved. Then there is no need of a new Prophet. So it is it is not a mysterious thing that Prophet of Islam was a last Prophet. No. It is a scientific thing. It is a natural thing. Living living Prophet is not necessary. In previous centuries,</w:t>
      </w:r>
    </w:p>
    <w:p>
      <w:pPr>
        <w:jc w:val="right"/>
      </w:pPr>
      <w:r>
        <w:t>history, everything is is preserved. Then there is no need of a new Prophet. So it is it is not a mysterious thing that Prophet of Islam was a last Prophet. No. It is a scientific thing. It is a natural thing. Living living Prophet is not necessary. In previous centuries,</w:t>
      </w:r>
    </w:p>
    <w:p>
      <w:r>
        <w:rPr>
          <w:b/>
        </w:rPr>
        <w:t xml:space="preserve">[11:10] </w:t>
      </w:r>
      <w:r>
        <w:t>the word of the word the word revealed to the Prophets was not recorded. His life was not recorded. So living Prophets was a necessity. At that time, when there there was no record, so living Prophets were a necessity. But now, after Muhammad sallallahu alaihi wasallam, everything is in a preserved form</w:t>
      </w:r>
    </w:p>
    <w:p>
      <w:pPr>
        <w:jc w:val="right"/>
      </w:pPr>
      <w:r>
        <w:t>the word of the word the word revealed to the Prophets was not recorded. His life was not recorded. So living Prophets was a necessity. At that time, when there there was no record, so living Prophets were a necessity. But now, after Muhammad صلى الله عليه وسلم, everything is in a preserved form</w:t>
      </w:r>
    </w:p>
    <w:p>
      <w:r>
        <w:rPr>
          <w:b/>
        </w:rPr>
        <w:t xml:space="preserve">[11:40] </w:t>
      </w:r>
      <w:r>
        <w:t>, in a recorded form. It is this fact that Prophet became the last Prophet, the final Prophet. Then the life of the Prophet of Islam gives us a complete model from the Prophet of Islam, Muhammad sallallahu alaihi wasallam. We can kn</w:t>
      </w:r>
    </w:p>
    <w:p>
      <w:pPr>
        <w:jc w:val="right"/>
      </w:pPr>
      <w:r>
        <w:t>, in a recorded form. It is this fact that Prophet became the last Prophet, the final Prophet. Then the life of the Prophet of Islam gives us a complete model from the Prophet of Islam, Muhammad صلى الله عليه وسلم . We can kn</w:t>
      </w:r>
    </w:p>
    <w:p>
      <w:r>
        <w:rPr>
          <w:b/>
        </w:rPr>
        <w:t xml:space="preserve">[12:10] </w:t>
      </w:r>
      <w:r>
        <w:t>ow how to live in this world, how to behave with others, how to launch a movement, how to do da'wah work, how to establish an Islamic society. I would like to to mention some aspects from the life life of the Prophet of Islam.</w:t>
      </w:r>
    </w:p>
    <w:p>
      <w:pPr>
        <w:jc w:val="right"/>
      </w:pPr>
      <w:r>
        <w:t>ow how to live in this world, how to behave with others, how to launch a movement, how to do da'wah work, how to establish an Islamic society. I would like to to mention some aspects from the life life of the Prophet of Islam.</w:t>
      </w:r>
    </w:p>
    <w:p>
      <w:r>
        <w:rPr>
          <w:b/>
        </w:rPr>
        <w:t xml:space="preserve">[12:41] </w:t>
      </w:r>
      <w:r>
        <w:t>When Prophet started his mission in Makkah, there was a great problem. Makkah was built by Prophet Ibrahim as a center of Tawheed. He built Kaaba. Kaaba was the center of the of Tawheed. But after the but in in later period</w:t>
      </w:r>
    </w:p>
    <w:p>
      <w:pPr>
        <w:jc w:val="right"/>
      </w:pPr>
      <w:r>
        <w:t>When Prophet started his mission in Makkah, there was a great problem. Makkah was built by Prophet Ibrahim as a center of Tawheed. He built Kaaba. Kaaba was the center of the of Tawheed. But after the but in in later period</w:t>
      </w:r>
    </w:p>
    <w:p>
      <w:r>
        <w:rPr>
          <w:b/>
        </w:rPr>
        <w:t xml:space="preserve">[13:11] </w:t>
      </w:r>
      <w:r>
        <w:t>s, people were influenced by by the Mushrik civilization. At that time, everywhere there was Mushrikana civilization, civilization based on polytheism. At that time, Shirk was was the dominating force</w:t>
      </w:r>
    </w:p>
    <w:p>
      <w:pPr>
        <w:jc w:val="right"/>
      </w:pPr>
      <w:r>
        <w:t>s, people were influenced by by the Mushrik civilization. At that time, everywhere there was Mushrikana civilization, civilization based on polytheism. At that time, Shirk was was the dominating force</w:t>
      </w:r>
    </w:p>
    <w:p>
      <w:r>
        <w:rPr>
          <w:b/>
        </w:rPr>
        <w:t xml:space="preserve">[13:42] </w:t>
      </w:r>
      <w:r>
        <w:t>everywhere in the world. So Makkan people became influenced by this by this civilization. So they placed some idols in the Kaaba, and the number of these idols reached to</w:t>
      </w:r>
    </w:p>
    <w:p>
      <w:pPr>
        <w:jc w:val="right"/>
      </w:pPr>
      <w:r>
        <w:t>everywhere in the world. So Makkan people became influenced by this by this civilization. So they placed some idols in the Kaaba, and the number of these idols reached to</w:t>
      </w:r>
    </w:p>
    <w:p>
      <w:r>
        <w:rPr>
          <w:b/>
        </w:rPr>
        <w:t xml:space="preserve">[14:13] </w:t>
      </w:r>
      <w:r>
        <w:t>360. So when the Prophet of Islam came, there were 360 idols in the in the premises of Kaaba. The Prophet of Islam was Prophet of Tawheed. His mission was based on the on the theory of oneness of God. He was against the idol worship. So how</w:t>
      </w:r>
    </w:p>
    <w:p>
      <w:pPr>
        <w:jc w:val="right"/>
      </w:pPr>
      <w:r>
        <w:t>360. So when the Prophet of Islam came, there were 360 idols in the in the premises of Kaaba. The Prophet of Islam was Prophet of Tawheed. His mission was based on the on the theory of oneness of God. He was against the idol worship. So how</w:t>
      </w:r>
    </w:p>
    <w:p>
      <w:r>
        <w:rPr>
          <w:b/>
        </w:rPr>
        <w:t xml:space="preserve">[14:43] </w:t>
      </w:r>
      <w:r>
        <w:t>to do? Prophet of Islam was given a very unique formula from God. God sent this verse in the Quran, this guiding verse: innama al-usra yusra innama al-usra yusra . It means that this ayat, this Quranic verse, refers to a law of nature, universal law of nature.</w:t>
      </w:r>
    </w:p>
    <w:p>
      <w:pPr>
        <w:jc w:val="right"/>
      </w:pPr>
      <w:r>
        <w:t>to do? Prophet of Islam was given a very unique formula from God. God sent this verse in the Quran, this guiding verse: إِنَّ مَا الْعُصْرَ يُسْرَىٰ إِنَّ مَا الْعُصْرَ يُسْرَىٰ . It means that this ayat, this Quranic verse, refers to a law of nature, universal law of nature.</w:t>
      </w:r>
    </w:p>
    <w:p>
      <w:r>
        <w:rPr>
          <w:b/>
        </w:rPr>
        <w:t xml:space="preserve">[15:16] </w:t>
      </w:r>
      <w:r>
        <w:t>This Quranic verse refers to a universal law of nature. And what is that universal law of nature? It is that this world was created in such a way that with every thorn there are flowers. So with every problem there are opportunities.</w:t>
      </w:r>
    </w:p>
    <w:p>
      <w:pPr>
        <w:jc w:val="right"/>
      </w:pPr>
      <w:r>
        <w:t>This Quranic verse refers to a universal law of nature. And what is that universal law of nature? It is that this world was created in such a way that with every thorn there are flowers. So with every problem there are opportunities.</w:t>
      </w:r>
    </w:p>
    <w:p>
      <w:r>
        <w:rPr>
          <w:b/>
        </w:rPr>
        <w:t xml:space="preserve">[15:47] </w:t>
      </w:r>
      <w:r>
        <w:t>So rose plant is a demonstration from God. It is a demonstration of law of nature. We see that with every branch of rose plant there are thorn, and at the same time there are flowers. So is the so is the position of human life, human</w:t>
      </w:r>
    </w:p>
    <w:p>
      <w:pPr>
        <w:jc w:val="right"/>
      </w:pPr>
      <w:r>
        <w:t>So rose plant is a demonstration from God. It is a demonstration of law of nature. We see that with every branch of rose plant there are thorn, and at the same time there are flowers. So is the so is the position of human life, human</w:t>
      </w:r>
    </w:p>
    <w:p>
      <w:r>
        <w:rPr>
          <w:b/>
        </w:rPr>
        <w:t xml:space="preserve">[16:17] </w:t>
      </w:r>
      <w:r>
        <w:t>society. In human society, if there are problems, at the same time there are opportunities. So Prophet of Islam was direct directed by God that you have to ignore the problem and you have to avail the opportunities. So Prophet adopted this formula.</w:t>
      </w:r>
    </w:p>
    <w:p>
      <w:pPr>
        <w:jc w:val="right"/>
      </w:pPr>
      <w:r>
        <w:t>society. In human society, if there are problems, at the same time there are opportunities. So Prophet of Islam was direct directed by God that you have to ignore the problem and you have to avail the opportunities. So Prophet adopted this formula.</w:t>
      </w:r>
    </w:p>
    <w:p>
      <w:r>
        <w:rPr>
          <w:b/>
        </w:rPr>
        <w:t xml:space="preserve">[16:48] </w:t>
      </w:r>
      <w:r>
        <w:t>At that time, what was the situation at Kaaba? As there were 360 idols, people turn out every day to visit their idols, to offer to to worship their idols. So Kaaba became a place of assembly, a place of gathering.</w:t>
      </w:r>
    </w:p>
    <w:p>
      <w:pPr>
        <w:jc w:val="right"/>
      </w:pPr>
      <w:r>
        <w:t>At that time, what was the situation at Kaaba? As there were 360 idols, people turn out every day to visit their idols, to offer to to worship their idols. So Kaaba became a place of assembly, a place of gathering.</w:t>
      </w:r>
    </w:p>
    <w:p>
      <w:r>
        <w:rPr>
          <w:b/>
        </w:rPr>
        <w:t xml:space="preserve">[17:19] </w:t>
      </w:r>
      <w:r>
        <w:t>So Prophet of Islam followed this formula that he simply ignored the presence of idols and he tried those assembly as his audience. This was the formula. So Prophet introduced in history first time in the history this formula. Any philosoph</w:t>
      </w:r>
    </w:p>
    <w:p>
      <w:pPr>
        <w:jc w:val="right"/>
      </w:pPr>
      <w:r>
        <w:t>So Prophet of Islam followed this formula that he simply ignored the presence of idols and he tried those assembly as his audience. This was the formula. So Prophet introduced in history first time in the history this formula. Any philosoph</w:t>
      </w:r>
    </w:p>
    <w:p>
      <w:r>
        <w:rPr>
          <w:b/>
        </w:rPr>
        <w:t xml:space="preserve">[17:49] </w:t>
      </w:r>
      <w:r>
        <w:t>er, any thinker, any reformer failed to discover this formula. All the reformers were obsessed with with with problems. According to their thinking, the starting point was to remove the obstacle, to eliminate the problem. This was the starting point from their according to their</w:t>
      </w:r>
    </w:p>
    <w:p>
      <w:pPr>
        <w:jc w:val="right"/>
      </w:pPr>
      <w:r>
        <w:t>er, any thinker, any reformer failed to discover this formula. All the reformers were obsessed with with with problems. According to their thinking, the starting point was to remove the obstacle, to eliminate the problem. This was the starting point from their according to their</w:t>
      </w:r>
    </w:p>
    <w:p>
      <w:r>
        <w:rPr>
          <w:b/>
        </w:rPr>
        <w:t xml:space="preserve">[18:19] </w:t>
      </w:r>
      <w:r>
        <w:t>thinking. Prophet of Islam introduced a new kind of strategy. That is, he said that starting point is not removing the removing the obstacles. Starting point is to avail the opportunities. This was the this was the first time in history, never in history before</w:t>
      </w:r>
    </w:p>
    <w:p>
      <w:pPr>
        <w:jc w:val="right"/>
      </w:pPr>
      <w:r>
        <w:t>thinking. Prophet of Islam introduced a new kind of strategy. That is, he said that starting point is not removing the removing the obstacles. Starting point is to avail the opportunities. This was the this was the first time in history, never in history before</w:t>
      </w:r>
    </w:p>
    <w:p>
      <w:r>
        <w:rPr>
          <w:b/>
        </w:rPr>
        <w:t xml:space="preserve">[18:49] </w:t>
      </w:r>
      <w:r>
        <w:t>Muhammad, anyone was able to discover this formula. So Prophet of Islam introduced a new formula from where to begin. Every time you you face this question, from where to begin? Why is the starting point? So starting point is ignore the problems, ignore the obstacles, and avail the opportunities. This kind of start</w:t>
      </w:r>
    </w:p>
    <w:p>
      <w:pPr>
        <w:jc w:val="right"/>
      </w:pPr>
      <w:r>
        <w:t>Muhammad, anyone was able to discover this formula. So Prophet of Islam introduced a new formula from where to begin. Every time you you face this question, from where to begin? Why is the starting point? So starting point is ignore the problems, ignore the obstacles, and avail the opportunities. This kind of start</w:t>
      </w:r>
    </w:p>
    <w:p>
      <w:r>
        <w:rPr>
          <w:b/>
        </w:rPr>
        <w:t xml:space="preserve">[19:19] </w:t>
      </w:r>
      <w:r>
        <w:t>ing point was first introduced in history by the Prophet of Islam. Everyone was obsessed with problems. Everyone wanted to to confront confront with problems. Everyone wanted to remove problem, to remove obstacles. So they wasted time. Because problems are</w:t>
      </w:r>
    </w:p>
    <w:p>
      <w:pPr>
        <w:jc w:val="right"/>
      </w:pPr>
      <w:r>
        <w:t>ing point was first introduced in history by the Prophet of Islam. Everyone was obsessed with problems. Everyone wanted to to confront confront with problems. Everyone wanted to remove problem, to remove obstacles. So they wasted time. Because problems are</w:t>
      </w:r>
    </w:p>
    <w:p>
      <w:r>
        <w:rPr>
          <w:b/>
        </w:rPr>
        <w:t xml:space="preserve">[19:49] </w:t>
      </w:r>
      <w:r>
        <w:t>part of life. You cannot remove problems permanently from life. So life is just like rose plant. You cannot remove thorns from the rose plant. Rose thorns are an integral part of the plant. So is the case of human society. You cannot remove the problems from human soci</w:t>
      </w:r>
    </w:p>
    <w:p>
      <w:pPr>
        <w:jc w:val="right"/>
      </w:pPr>
      <w:r>
        <w:t>part of life. You cannot remove problems permanently from life. So life is just like rose plant. You cannot remove thorns from the rose plant. Rose thorns are an integral part of the plant. So is the case of human society. You cannot remove the problems from human soci</w:t>
      </w:r>
    </w:p>
    <w:p>
      <w:r>
        <w:rPr>
          <w:b/>
        </w:rPr>
        <w:t xml:space="preserve">[20:20] </w:t>
      </w:r>
      <w:r>
        <w:t>ety. So you have to find some other formula. And that formula is ignore the problem and avail the opportunities. So Prophet of Islam ignored the presence of idols and he availed the that meetings, that gatherings as his audience.</w:t>
      </w:r>
    </w:p>
    <w:p>
      <w:pPr>
        <w:jc w:val="right"/>
      </w:pPr>
      <w:r>
        <w:t>ety. So you have to find some other formula. And that formula is ignore the problem and avail the opportunities. So Prophet of Islam ignored the presence of idols and he availed the that meetings, that gatherings as his audience.</w:t>
      </w:r>
    </w:p>
    <w:p>
      <w:r>
        <w:rPr>
          <w:b/>
        </w:rPr>
        <w:t xml:space="preserve">[20:51] </w:t>
      </w:r>
      <w:r>
        <w:t>Thus he was able to perform da'wah work from the very beginning. He never wasted his time to to remove the obstacles, to to remove the those idols. He never wasted his time. From the day one, he was able to start his mission. This was the this was the first great contribu</w:t>
      </w:r>
    </w:p>
    <w:p>
      <w:pPr>
        <w:jc w:val="right"/>
      </w:pPr>
      <w:r>
        <w:t>Thus he was able to perform da'wah work from the very beginning. He never wasted his time to to remove the obstacles, to to remove the those idols. He never wasted his time. From the day one, he was able to start his mission. This was the this was the first great contribu</w:t>
      </w:r>
    </w:p>
    <w:p>
      <w:r>
        <w:rPr>
          <w:b/>
        </w:rPr>
        <w:t xml:space="preserve">[21:21] </w:t>
      </w:r>
      <w:r>
        <w:t>tion of Prophet of Islam to the human to humanity. Then in Makkah, there were some some other problems, some common problems. For example, there was no irrigation. So there was no agriculture. There was no irrigation. So there was no agriculture. Then there were some social problems.</w:t>
      </w:r>
    </w:p>
    <w:p>
      <w:pPr>
        <w:jc w:val="right"/>
      </w:pPr>
      <w:r>
        <w:t>tion of Prophet of Islam to the human to humanity. Then in Makkah, there were some some other problems, some common problems. For example, there was no irrigation. So there was no agriculture. There was no irrigation. So there was no agriculture. Then there were some social problems.</w:t>
      </w:r>
    </w:p>
    <w:p>
      <w:r>
        <w:rPr>
          <w:b/>
        </w:rPr>
        <w:t xml:space="preserve">[21:54] </w:t>
      </w:r>
      <w:r>
        <w:t>Some social problems. So Makkan people wanted to Makkan people asked Prophet of Islam to involve in these problems. They said that we are facing here very very some other common problem. We have to do we have to solve these problems</w:t>
      </w:r>
    </w:p>
    <w:p>
      <w:pPr>
        <w:jc w:val="right"/>
      </w:pPr>
      <w:r>
        <w:t>Some social problems. So Makkan people wanted to Makkan people asked Prophet of Islam to involve in these problems. They said that we are facing here very very some other common problem. We have to do we have to solve these problems</w:t>
      </w:r>
    </w:p>
    <w:p>
      <w:r>
        <w:rPr>
          <w:b/>
        </w:rPr>
        <w:t xml:space="preserve">[22:26] </w:t>
      </w:r>
      <w:r>
        <w:t>by irrigation problem and other problems. They were ready to appoint him as a king of Makkah, as a leader leader of Makkah. But he refused. He said, "I was not sent to you for this purpose." Thus he</w:t>
      </w:r>
    </w:p>
    <w:p>
      <w:pPr>
        <w:jc w:val="right"/>
      </w:pPr>
      <w:r>
        <w:t>by irrigation problem and other problems. They were ready to appoint him as a king of Makkah, as a leader leader of Makkah. But he refused. He said, "I was not sent to you for this purpose." Thus he</w:t>
      </w:r>
    </w:p>
    <w:p>
      <w:r>
        <w:rPr>
          <w:b/>
        </w:rPr>
        <w:t xml:space="preserve">[22:58] </w:t>
      </w:r>
      <w:r>
        <w:t>set a very important example that we call priority, principle of priority. Although all these problems were were important, to find some ways of irrigation, to remove the social evils, these were very important. It was not haram, but it was lawful. But</w:t>
      </w:r>
    </w:p>
    <w:p>
      <w:pPr>
        <w:jc w:val="right"/>
      </w:pPr>
      <w:r>
        <w:t>set a very important example that we call priority, principle of priority. Although all these problems were were important, to find some ways of irrigation, to remove the social evils, these were very important. It was not haram, but it was lawful. But</w:t>
      </w:r>
    </w:p>
    <w:p>
      <w:r>
        <w:rPr>
          <w:b/>
        </w:rPr>
        <w:t xml:space="preserve">[23:28] </w:t>
      </w:r>
      <w:r>
        <w:t>Prophet refused to indulge in these things. He said, "I was not sent to you for this purpose." It means that this is not my priority. When he said that I was not sent for this purpose, in other words, he said this is not my priority. In other words, he said that this is not my</w:t>
      </w:r>
    </w:p>
    <w:p>
      <w:pPr>
        <w:jc w:val="right"/>
      </w:pPr>
      <w:r>
        <w:t>Prophet refused to indulge in these things. He said, "I was not sent to you for this purpose." It means that this is not my priority. When he said that I was not sent for this purpose, in other words, he said this is not my priority. In other words, he said that this is not my</w:t>
      </w:r>
    </w:p>
    <w:p>
      <w:r>
        <w:rPr>
          <w:b/>
        </w:rPr>
        <w:t xml:space="preserve">[23:59] </w:t>
      </w:r>
      <w:r>
        <w:t>priority. My priority is da'wah work. You can do social work. You can do for irrigation. You can do some something in to to evolve our agriculture system. You can do. You are free. But it is not my priority. My priority is da'wah work. My priority</w:t>
      </w:r>
    </w:p>
    <w:p>
      <w:pPr>
        <w:jc w:val="right"/>
      </w:pPr>
      <w:r>
        <w:t>priority. My priority is da'wah work. You can do social work. You can do for irrigation. You can do some something in to to evolve our agriculture system. You can do. You are free. But it is not my priority. My priority is da'wah work. My priority</w:t>
      </w:r>
    </w:p>
    <w:p>
      <w:r>
        <w:rPr>
          <w:b/>
        </w:rPr>
        <w:t xml:space="preserve">[24:29] </w:t>
      </w:r>
      <w:r>
        <w:t>is inzar of tafsir. My priority is to convey the message of God to all mankind. This is my priority. So priority is a very important principle. If you want to do something in an effective manner, if you want to do something and want to bring about result, then you have to to</w:t>
      </w:r>
    </w:p>
    <w:p>
      <w:pPr>
        <w:jc w:val="right"/>
      </w:pPr>
      <w:r>
        <w:t>is inzar of tafsir. My priority is to convey the message of God to all mankind. This is my priority. So priority is a very important principle. If you want to do something in an effective manner, if you want to do something and want to bring about result, then you have to to</w:t>
      </w:r>
    </w:p>
    <w:p>
      <w:r>
        <w:rPr>
          <w:b/>
        </w:rPr>
        <w:t xml:space="preserve">[24:59] </w:t>
      </w:r>
      <w:r>
        <w:t>to adopt this principle that is priority. So Prophet of Islam never indulged himself in social work, in community work, in agricultural work. Although all these things were good, but it was matter of priority. It was matter of priority. So he</w:t>
      </w:r>
    </w:p>
    <w:p>
      <w:pPr>
        <w:jc w:val="right"/>
      </w:pPr>
      <w:r>
        <w:t>to adopt this principle that is priority. So Prophet of Islam never indulged himself in social work, in community work, in agricultural work. Although all these things were good, but it was matter of priority. It was matter of priority. So he</w:t>
      </w:r>
    </w:p>
    <w:p>
      <w:r>
        <w:rPr>
          <w:b/>
        </w:rPr>
        <w:t xml:space="preserve">[25:29] </w:t>
      </w:r>
      <w:r>
        <w:t>adopted da'wah work. Then you know in every society there are different issues, different problems. If you indulge yourself in all these problems, in all these issues, then you'll be like</w:t>
      </w:r>
    </w:p>
    <w:p>
      <w:pPr>
        <w:jc w:val="right"/>
      </w:pPr>
      <w:r>
        <w:t>adopted da'wah work. Then you know in every society there are different issues, different problems. If you indulge yourself in all these problems, in all these issues, then you'll be like</w:t>
      </w:r>
    </w:p>
    <w:p>
      <w:r>
        <w:rPr>
          <w:b/>
        </w:rPr>
        <w:t xml:space="preserve">[26:02] </w:t>
      </w:r>
      <w:r>
        <w:t>like a then you will you will waste your times. You cannot you cannot perform your duty effectively. Then you will become jack of all and master of none. If you involve yourself in different issues, then you will become jack</w:t>
      </w:r>
    </w:p>
    <w:p>
      <w:pPr>
        <w:jc w:val="right"/>
      </w:pPr>
      <w:r>
        <w:t>like a then you will you will waste your times. You cannot you cannot perform your duty effectively. Then you will become jack of all and master of none. If you involve yourself in different issues, then you will become jack</w:t>
      </w:r>
    </w:p>
    <w:p>
      <w:r>
        <w:rPr>
          <w:b/>
        </w:rPr>
        <w:t xml:space="preserve">[26:32] </w:t>
      </w:r>
      <w:r>
        <w:t>of all and master of none. So Prophet adopted the formula of priority, priority. And his priority was da'wah work. His priority was da'wah work. Then there were some atrocities in Makkah. Makkan people were idol worshippers.</w:t>
      </w:r>
    </w:p>
    <w:p>
      <w:pPr>
        <w:jc w:val="right"/>
      </w:pPr>
      <w:r>
        <w:t>of all and master of none. So Prophet adopted the formula of priority, priority. And his priority was da'wah work. His priority was da'wah work. Then there were some atrocities in Makkah. Makkan people were idol worshippers.</w:t>
      </w:r>
    </w:p>
    <w:p>
      <w:r>
        <w:rPr>
          <w:b/>
        </w:rPr>
        <w:t xml:space="preserve">[27:03] </w:t>
      </w:r>
      <w:r>
        <w:t>The message of the Prophet of Islam was that you have to worship one God. There is no God but one God. So there was contradiction. There was a great difference between the two. So they became they turned hostile. They became enemy. Even they wanted to</w:t>
      </w:r>
    </w:p>
    <w:p>
      <w:pPr>
        <w:jc w:val="right"/>
      </w:pPr>
      <w:r>
        <w:t>The message of the Prophet of Islam was that you have to worship one God. There is no God but one God. So there was contradiction. There was a great difference between the two. So they became they turned hostile. They became enemy. Even they wanted to</w:t>
      </w:r>
    </w:p>
    <w:p>
      <w:r>
        <w:rPr>
          <w:b/>
        </w:rPr>
        <w:t xml:space="preserve">[27:33] </w:t>
      </w:r>
      <w:r>
        <w:t>kill the Prophet of Islam. So he he was facing all kind of difficulties in Makkah. At that time, there were more than 200 companions with the Prophets. Some from Makkah, some from other side, some also from Medina. So they wanted to do jihad. His companions wanted to do jihad against those Makkan people</w:t>
      </w:r>
    </w:p>
    <w:p>
      <w:pPr>
        <w:jc w:val="right"/>
      </w:pPr>
      <w:r>
        <w:t>kill the Prophet of Islam. So he he was facing all kind of difficulties in Makkah. At that time, there were more than 200 companions with the Prophets. Some from Makkah, some from other side, some also from Medina. So they wanted to do jihad. His companions wanted to do jihad against those Makkan people</w:t>
      </w:r>
    </w:p>
    <w:p>
      <w:r>
        <w:rPr>
          <w:b/>
        </w:rPr>
        <w:t xml:space="preserve">[28:04] </w:t>
      </w:r>
      <w:r>
        <w:t>because they were committing they were committing zulm, atrocities. So they said that we do jihad. But Prophet of Islam has said every time he said, "Keep patience. Keep patience. I am not allowed</w:t>
      </w:r>
    </w:p>
    <w:p>
      <w:pPr>
        <w:jc w:val="right"/>
      </w:pPr>
      <w:r>
        <w:t>because they were committing they were committing zulm, atrocities. So they said that we do jihad. But Prophet of Islam has said every time he said, "Keep patience. Keep patience. I am not allowed</w:t>
      </w:r>
    </w:p>
    <w:p>
      <w:r>
        <w:rPr>
          <w:b/>
        </w:rPr>
        <w:t xml:space="preserve">[28:35] </w:t>
      </w:r>
      <w:r>
        <w:t>to go to to qatal, to war, to fighting." Here, Prophet gave a very important formula, very very important formula. War is a department of state and not individuals. At that time, Prophet was simply an individual. His compan</w:t>
      </w:r>
    </w:p>
    <w:p>
      <w:pPr>
        <w:jc w:val="right"/>
      </w:pPr>
      <w:r>
        <w:t>to go to to qatal, to war, to fighting." Here, Prophet gave a very important formula, very very important formula. War is a department of state and not individuals. At that time, Prophet was simply an individual. His compan</w:t>
      </w:r>
    </w:p>
    <w:p>
      <w:r>
        <w:rPr>
          <w:b/>
        </w:rPr>
        <w:t xml:space="preserve">[29:05] </w:t>
      </w:r>
      <w:r>
        <w:t>ion was his his companions were not government or state. That war is a prerogative of a state and not of individuals. If individuals go to war, then the result will be anarchy. Only state has the has the that kind of source that is needed for war.</w:t>
      </w:r>
    </w:p>
    <w:p>
      <w:pPr>
        <w:jc w:val="right"/>
      </w:pPr>
      <w:r>
        <w:t>ion was his his companions were not government or state. That war is a prerogative of a state and not of individuals. If individuals go to war, then the result will be anarchy. Only state has the has the that kind of source that is needed for war.</w:t>
      </w:r>
    </w:p>
    <w:p>
      <w:r>
        <w:rPr>
          <w:b/>
        </w:rPr>
        <w:t xml:space="preserve">[29:39] </w:t>
      </w:r>
      <w:r>
        <w:t>So he never accepted their offer that we want to do jihad. He said no. Then when he migrated from Makkah to Medina and there he was able to establish a state. So Medina was a city state at that time.</w:t>
      </w:r>
    </w:p>
    <w:p>
      <w:pPr>
        <w:jc w:val="right"/>
      </w:pPr>
      <w:r>
        <w:t>So he never accepted their offer that we want to do jihad. He said no. Then when he migrated from Makkah to Medina and there he was able to establish a state. So Medina was a city state at that time.</w:t>
      </w:r>
    </w:p>
    <w:p>
      <w:r>
        <w:rPr>
          <w:b/>
        </w:rPr>
        <w:t xml:space="preserve">[30:09] </w:t>
      </w:r>
      <w:r>
        <w:t>So at that time so when when he was able to to establish a state in Medina, Makkan people became enemy of this state. So they attacked several times. Then Prophet war a defensive war. When he was ahead of the state and they attacked</w:t>
      </w:r>
    </w:p>
    <w:p>
      <w:pPr>
        <w:jc w:val="right"/>
      </w:pPr>
      <w:r>
        <w:t>So at that time so when when he was able to to establish a state in Medina, Makkan people became enemy of this state. So they attacked several times. Then Prophet war a defensive war. When he was ahead of the state and they attacked</w:t>
      </w:r>
    </w:p>
    <w:p>
      <w:r>
        <w:rPr>
          <w:b/>
        </w:rPr>
        <w:t xml:space="preserve">[30:40] </w:t>
      </w:r>
      <w:r>
        <w:t>from Makkah, then he engaged himself in defensive war. So by this he set a very very important example that war is a prerogative of state. No individual, no agency other than state is allowed to go to war. So he never all</w:t>
      </w:r>
    </w:p>
    <w:p>
      <w:pPr>
        <w:jc w:val="right"/>
      </w:pPr>
      <w:r>
        <w:t>from Makkah, then he engaged himself in defensive war. So by this he set a very very important example that war is a prerogative of state. No individual, no agency other than state is allowed to go to war. So he never all</w:t>
      </w:r>
    </w:p>
    <w:p>
      <w:r>
        <w:rPr>
          <w:b/>
        </w:rPr>
        <w:t xml:space="preserve">[31:10] </w:t>
      </w:r>
      <w:r>
        <w:t>owed to his companions to go to war, to go to fighting, to go to violence. Never, never, never. So all kind of those all kind of those guerrilla wars, proxy wars, are are unlawful in Islam because these are useless. Through guerrilla war or proxy war, you can achie</w:t>
      </w:r>
    </w:p>
    <w:p>
      <w:pPr>
        <w:jc w:val="right"/>
      </w:pPr>
      <w:r>
        <w:t>owed to his companions to go to war, to go to fighting, to go to violence. Never, never, never. So all kind of those all kind of those guerrilla wars, proxy wars, are are unlawful in Islam because these are useless. Through guerrilla war or proxy war, you can achie</w:t>
      </w:r>
    </w:p>
    <w:p>
      <w:r>
        <w:rPr>
          <w:b/>
        </w:rPr>
        <w:t xml:space="preserve">[31:40] </w:t>
      </w:r>
      <w:r>
        <w:t>ve a positive result. It is simply an outburst. All those so-called guerrilla wars or so-called proxy wars or so-called secret wars are nothing but useless outburst. It's not war. It is self-killing. It is self-killing.</w:t>
      </w:r>
    </w:p>
    <w:p>
      <w:pPr>
        <w:jc w:val="right"/>
      </w:pPr>
      <w:r>
        <w:t>ve a positive result. It is simply an outburst. All those so-called guerrilla wars or so-called proxy wars or so-called secret wars are nothing but useless outburst. It's not war. It is self-killing. It is self-killing.</w:t>
      </w:r>
    </w:p>
    <w:p>
      <w:r>
        <w:rPr>
          <w:b/>
        </w:rPr>
        <w:t xml:space="preserve">[32:12] </w:t>
      </w:r>
      <w:r>
        <w:t>Through guerrilla war, through proxy war, through secret wars, you cannot get a positive result. So Prophet of Islam prohibited all all these kind of war. He allowed only one war, that is war by state. This example was set by Prophet perhaps first in he</w:t>
      </w:r>
    </w:p>
    <w:p>
      <w:pPr>
        <w:jc w:val="right"/>
      </w:pPr>
      <w:r>
        <w:t>Through guerrilla war, through proxy war, through secret wars, you cannot get a positive result. So Prophet of Islam prohibited all all these kind of war. He allowed only one war, that is war by state. This example was set by Prophet perhaps first in he</w:t>
      </w:r>
    </w:p>
    <w:p>
      <w:r>
        <w:rPr>
          <w:b/>
        </w:rPr>
        <w:t xml:space="preserve">[32:42] </w:t>
      </w:r>
      <w:r>
        <w:t>was the first in history. Perhaps he was the first in history to differentiate between state war and individual war. He was first in history to differentiate between state war and individual war. He said individual has noright to go to war. Organizations other than state have noright to go to war</w:t>
      </w:r>
    </w:p>
    <w:p>
      <w:pPr>
        <w:jc w:val="right"/>
      </w:pPr>
      <w:r>
        <w:t>was the first in history. Perhaps he was the first in history to differentiate between state war and individual war. He was first in history to differentiate between state war and individual war. He said individual has noright to go to war. Organizations other than state have noright to go to war</w:t>
      </w:r>
    </w:p>
    <w:p>
      <w:r>
        <w:rPr>
          <w:b/>
        </w:rPr>
        <w:t xml:space="preserve">[33:12] </w:t>
      </w:r>
      <w:r>
        <w:t>. Only state has theright to war. Only state hasright to go to war. This example was set by the Prophet of Islam, perhaps first in the history, first time in the history. Then Prophet of Islam set another example that there is no war except defensive war. Even a state</w:t>
      </w:r>
    </w:p>
    <w:p>
      <w:pPr>
        <w:jc w:val="right"/>
      </w:pPr>
      <w:r>
        <w:t>. Only state has theright to war. Only state hasright to go to war. This example was set by the Prophet of Islam, perhaps first in the history, first time in the history. Then Prophet of Islam set another example that there is no war except defensive war. Even a state</w:t>
      </w:r>
    </w:p>
    <w:p>
      <w:r>
        <w:rPr>
          <w:b/>
        </w:rPr>
        <w:t xml:space="preserve">[33:42] </w:t>
      </w:r>
      <w:r>
        <w:t>is not allowed to go to war as as an aggression. Even a state is allowed to go to war in defensive situation. Other than defensive war is is not allowed. It is haram in Islam. So this was a also</w:t>
      </w:r>
    </w:p>
    <w:p>
      <w:pPr>
        <w:jc w:val="right"/>
      </w:pPr>
      <w:r>
        <w:t>is not allowed to go to war as as an aggression. Even a state is allowed to go to war in defensive situation. Other than defensive war is is not allowed. It is haram in Islam. So this was a also</w:t>
      </w:r>
    </w:p>
    <w:p>
      <w:r>
        <w:rPr>
          <w:b/>
        </w:rPr>
        <w:t xml:space="preserve">[34:12] </w:t>
      </w:r>
      <w:r>
        <w:t>a very important example set by the Prophet of Islam. Then also he adopted a very unique formula that is avoidance. According to the record, the Makkan people tried to tried to attack Medina no no less than 83</w:t>
      </w:r>
    </w:p>
    <w:p>
      <w:pPr>
        <w:jc w:val="right"/>
      </w:pPr>
      <w:r>
        <w:t>a very important example set by the Prophet of Islam. Then also he adopted a very unique formula that is avoidance. According to the record, the Makkan people tried to tried to attack Medina no no less than 83</w:t>
      </w:r>
    </w:p>
    <w:p>
      <w:r>
        <w:rPr>
          <w:b/>
        </w:rPr>
        <w:t xml:space="preserve">[34:42] </w:t>
      </w:r>
      <w:r>
        <w:t>times. But Prophet of Islam also avoided, avoided, avoided. Only there were only three wars: Battle of Badr, Battle of Uhud, and Battle of Hunayn. Other than three wars, there were no wars between Prophet of Islam and and Quraysh. So avoidance is also a way of defense. This is a unique concept given by the Prophet of Islam</w:t>
      </w:r>
    </w:p>
    <w:p>
      <w:pPr>
        <w:jc w:val="right"/>
      </w:pPr>
      <w:r>
        <w:t>times. But Prophet of Islam also avoided, avoided, avoided. Only there were only three wars: Battle of Badr, Battle of Uhud, and Battle of Hunayn. Other than three wars, there were no wars between Prophet of Islam and and Quraysh. So avoidance is also a way of defense. This is a unique concept given by the Prophet of Islam</w:t>
      </w:r>
    </w:p>
    <w:p>
      <w:r>
        <w:rPr>
          <w:b/>
        </w:rPr>
        <w:t xml:space="preserve">[35:14] </w:t>
      </w:r>
      <w:r>
        <w:t>. If there is attack, if there is aggression, then first of all you have to avoid war. Avoidance is also a way of defense. It is a unique concept. I will give an example of this kind of principle. You know Makkan people attacked Medina</w:t>
      </w:r>
    </w:p>
    <w:p>
      <w:pPr>
        <w:jc w:val="right"/>
      </w:pPr>
      <w:r>
        <w:t>. If there is attack, if there is aggression, then first of all you have to avoid war. Avoidance is also a way of defense. It is a unique concept. I will give an example of this kind of principle. You know Makkan people attacked Medina</w:t>
      </w:r>
    </w:p>
    <w:p>
      <w:r>
        <w:rPr>
          <w:b/>
        </w:rPr>
        <w:t xml:space="preserve">[35:46] </w:t>
      </w:r>
      <w:r>
        <w:t>with with great army that was consisted 12,000 people. It was a very it was a very dangerous situation. But Prophet of Islam what what was his his strategy at that time? When he</w:t>
      </w:r>
    </w:p>
    <w:p>
      <w:pPr>
        <w:jc w:val="right"/>
      </w:pPr>
      <w:r>
        <w:t>with with great army that was consisted 12,000 people. It was a very it was a very dangerous situation. But Prophet of Islam what what was his his strategy at that time? When he</w:t>
      </w:r>
    </w:p>
    <w:p>
      <w:r>
        <w:rPr>
          <w:b/>
        </w:rPr>
        <w:t xml:space="preserve">[36:18] </w:t>
      </w:r>
      <w:r>
        <w:t>when he when he became aware that people have planned to to to attack Medina, so he dug a trench. After great labor after great labor, he dug a trench. You know Makkah so your Medina was a very unique type of</w:t>
      </w:r>
    </w:p>
    <w:p>
      <w:pPr>
        <w:jc w:val="right"/>
      </w:pPr>
      <w:r>
        <w:t>when he when he became aware that people have planned to to to attack Medina, so he dug a trench. After great labor after great labor, he dug a trench. You know Makkah so your Medina was a very unique type of</w:t>
      </w:r>
    </w:p>
    <w:p>
      <w:r>
        <w:rPr>
          <w:b/>
        </w:rPr>
        <w:t xml:space="preserve">[36:48] </w:t>
      </w:r>
      <w:r>
        <w:t>city. Medina was surrounded by three sides. One side there were mountains. One side there were mountains and two sides there were jungles of of of dead trees. In this sense, Medina was a unique city. It was surrounded by by tre</w:t>
      </w:r>
    </w:p>
    <w:p>
      <w:pPr>
        <w:jc w:val="right"/>
      </w:pPr>
      <w:r>
        <w:t>city. Medina was surrounded by three sides. One side there were mountains. One side there were mountains and two sides there were jungles of of of dead trees. In this sense, Medina was a unique city. It was surrounded by by tre</w:t>
      </w:r>
    </w:p>
    <w:p>
      <w:r>
        <w:rPr>
          <w:b/>
        </w:rPr>
        <w:t xml:space="preserve">[37:18] </w:t>
      </w:r>
      <w:r>
        <w:t>es and jungles and mountains by by three from three sides. So only one side was open. So he dug a trench. You know at that time there were no helicopters. So it was not accessible. It became accessible. They they came with their army of 12,000.</w:t>
      </w:r>
    </w:p>
    <w:p>
      <w:pPr>
        <w:jc w:val="right"/>
      </w:pPr>
      <w:r>
        <w:t>es and jungles and mountains by by three from three sides. So only one side was open. So he dug a trench. You know at that time there were no helicopters. So it was not accessible. It became accessible. They they came with their army of 12,000.</w:t>
      </w:r>
    </w:p>
    <w:p>
      <w:r>
        <w:rPr>
          <w:b/>
        </w:rPr>
        <w:t xml:space="preserve">[37:49] </w:t>
      </w:r>
      <w:r>
        <w:t>But when they say that there is a trench and they cannot so they they they stopped their march. They were not able to to cross the the the trench and attack the Medina. So it was a way of avoidance. Our books refer this event as</w:t>
      </w:r>
    </w:p>
    <w:p>
      <w:pPr>
        <w:jc w:val="right"/>
      </w:pPr>
      <w:r>
        <w:t>But when they say that there is a trench and they cannot so they they they stopped their march. They were not able to to cross the the the trench and attack the Medina. So it was a way of avoidance. Our books refer this event as</w:t>
      </w:r>
    </w:p>
    <w:p>
      <w:r>
        <w:rPr>
          <w:b/>
        </w:rPr>
        <w:t xml:space="preserve">[38:19] </w:t>
      </w:r>
      <w:r>
        <w:t>a battle of battle of trench. But it was not battle. It is a it is a kind of avoidance. So every time Prophet avoided. So although Makkan people tried to involve him in war more than 80 times, but he avoided, avoided, avoid</w:t>
      </w:r>
    </w:p>
    <w:p>
      <w:pPr>
        <w:jc w:val="right"/>
      </w:pPr>
      <w:r>
        <w:t>a battle of battle of trench. But it was not battle. It is a it is a kind of avoidance. So every time Prophet avoided. So although Makkan people tried to involve him in war more than 80 times, but he avoided, avoided, avoid</w:t>
      </w:r>
    </w:p>
    <w:p>
      <w:r>
        <w:rPr>
          <w:b/>
        </w:rPr>
        <w:t xml:space="preserve">[38:49] </w:t>
      </w:r>
      <w:r>
        <w:t>ed. Only three times there was defensive war, full-fledged war. There were three full-fledged war. So Prophet of Islam introduced a very unique concept in the in the history of battles that is avoidance. So when it means that when there is attack from enemy, there is aggression from enemy.</w:t>
      </w:r>
    </w:p>
    <w:p>
      <w:pPr>
        <w:jc w:val="right"/>
      </w:pPr>
      <w:r>
        <w:t>ed. Only three times there was defensive war, full-fledged war. There were three full-fledged war. So Prophet of Islam introduced a very unique concept in the in the history of battles that is avoidance. So when it means that when there is attack from enemy, there is aggression from enemy.</w:t>
      </w:r>
    </w:p>
    <w:p>
      <w:r>
        <w:rPr>
          <w:b/>
        </w:rPr>
        <w:t xml:space="preserve">[39:22] </w:t>
      </w:r>
      <w:r>
        <w:t>So don't go to to fight. Before fighting, you try to avoid avoid war, avoid fighting. For the Prophet of Islam, war was a compulsive option. A compulsive option. So this was unknown in</w:t>
      </w:r>
    </w:p>
    <w:p>
      <w:pPr>
        <w:jc w:val="right"/>
      </w:pPr>
      <w:r>
        <w:t>So don't go to to fight. Before fighting, you try to avoid avoid war, avoid fighting. For the Prophet of Islam, war was a compulsive option. A compulsive option. So this was unknown in</w:t>
      </w:r>
    </w:p>
    <w:p>
      <w:r>
        <w:rPr>
          <w:b/>
        </w:rPr>
        <w:t xml:space="preserve">[39:52] </w:t>
      </w:r>
      <w:r>
        <w:t>history before Muhammad ibn Al-Arab. This was quite unknown that when war becomes compulsion, then you can go to defensive war. Otherwise, you have to engage yourself in in in constructive activities. There are so many activities other than war. In term of education, in term of da'wah, in</w:t>
      </w:r>
    </w:p>
    <w:p>
      <w:pPr>
        <w:jc w:val="right"/>
      </w:pPr>
      <w:r>
        <w:t>history before Muhammad ibn Al-Arab. This was quite unknown that when war becomes compulsion, then you can go to defensive war. Otherwise, you have to engage yourself in in in constructive activities. There are so many activities other than war. In term of education, in term of da'wah, in</w:t>
      </w:r>
    </w:p>
    <w:p>
      <w:r>
        <w:rPr>
          <w:b/>
        </w:rPr>
        <w:t xml:space="preserve">[40:22] </w:t>
      </w:r>
      <w:r>
        <w:t>term of agriculture, in term of history, in term of business, there are so many fields. So you have to engage in these fields. You have to you have to consolidate your position. Consolidation is also a very important aspect of life. Why go to war</w:t>
      </w:r>
    </w:p>
    <w:p>
      <w:pPr>
        <w:jc w:val="right"/>
      </w:pPr>
      <w:r>
        <w:t>term of agriculture, in term of history, in term of business, there are so many fields. So you have to engage in these fields. You have to you have to consolidate your position. Consolidation is also a very important aspect of life. Why go to war</w:t>
      </w:r>
    </w:p>
    <w:p>
      <w:r>
        <w:rPr>
          <w:b/>
        </w:rPr>
        <w:t xml:space="preserve">[40:52] </w:t>
      </w:r>
      <w:r>
        <w:t>? So Prophet of Islam adopted this formula that consolidate your position. Engage yourself in in in constructive fields. Don't go to war except it becomes a compulsion. Then the Prophet of Islam also set a very important example how to build a better soci</w:t>
      </w:r>
    </w:p>
    <w:p>
      <w:pPr>
        <w:jc w:val="right"/>
      </w:pPr>
      <w:r>
        <w:t>? So Prophet of Islam adopted this formula that consolidate your position. Engage yourself in in in constructive fields. Don't go to war except it becomes a compulsion. Then the Prophet of Islam also set a very important example how to build a better soci</w:t>
      </w:r>
    </w:p>
    <w:p>
      <w:r>
        <w:rPr>
          <w:b/>
        </w:rPr>
        <w:t xml:space="preserve">[41:22] </w:t>
      </w:r>
      <w:r>
        <w:t>ety, how to organize a society, how to implement those religious norms, spiritual norms in a society. Prophet of Islam never tried to implement these norms by by force. It was common in the previous histor</w:t>
      </w:r>
    </w:p>
    <w:p>
      <w:pPr>
        <w:jc w:val="right"/>
      </w:pPr>
      <w:r>
        <w:t>ety, how to organize a society, how to implement those religious norms, spiritual norms in a society. Prophet of Islam never tried to implement these norms by by force. It was common in the previous histor</w:t>
      </w:r>
    </w:p>
    <w:p>
      <w:r>
        <w:rPr>
          <w:b/>
        </w:rPr>
        <w:t xml:space="preserve">[41:55] </w:t>
      </w:r>
      <w:r>
        <w:t>y. People always wanted to implement their their the court system through by force. But Prophet of Islam set a new example that first of all you have to persuade people. You have to prepare the society. You have to change</w:t>
      </w:r>
    </w:p>
    <w:p>
      <w:pPr>
        <w:jc w:val="right"/>
      </w:pPr>
      <w:r>
        <w:t>y. People always wanted to implement their their the court system through by force. But Prophet of Islam set a new example that first of all you have to persuade people. You have to prepare the society. You have to change</w:t>
      </w:r>
    </w:p>
    <w:p>
      <w:r>
        <w:rPr>
          <w:b/>
        </w:rPr>
        <w:t xml:space="preserve">[42:25] </w:t>
      </w:r>
      <w:r>
        <w:t>the mind of the peoples. You have to change the people's mind. Their heart, their mind, their thinking. Then you can implement those laws and those principles. There is a very relevant hadith in Bukhari narrated by Aisha. He says that alt</w:t>
      </w:r>
    </w:p>
    <w:p>
      <w:pPr>
        <w:jc w:val="right"/>
      </w:pPr>
      <w:r>
        <w:t>the mind of the peoples. You have to change the people's mind. Their heart, their mind, their thinking. Then you can implement those laws and those principles. There is a very relevant hadith in Bukhari narrated by Aisha. He says that alt</w:t>
      </w:r>
    </w:p>
    <w:p>
      <w:r>
        <w:rPr>
          <w:b/>
        </w:rPr>
        <w:t xml:space="preserve">[42:55] </w:t>
      </w:r>
      <w:r>
        <w:t>hough although Islam wanted to ban on wine, to impose ban on adultery, but she says that God Almighty never revealed this kind of verses in the in the Quran in early periods. So from Makkah to Medina, Prophet was engaged</w:t>
      </w:r>
    </w:p>
    <w:p>
      <w:pPr>
        <w:jc w:val="right"/>
      </w:pPr>
      <w:r>
        <w:t>hough although Islam wanted to ban on wine, to impose ban on adultery, but she says that God Almighty never revealed this kind of verses in the in the Quran in early periods. So from Makkah to Medina, Prophet was engaged</w:t>
      </w:r>
    </w:p>
    <w:p>
      <w:r>
        <w:rPr>
          <w:b/>
        </w:rPr>
        <w:t xml:space="preserve">[43:25] </w:t>
      </w:r>
      <w:r>
        <w:t>in the work of da'wah. He wanted to persuade people. He wanted to prepare mind. He wanted to change the heart of the people. He wanted to make them prepare. The first target was to prepare society in in in intellectual term, in intellectual sense. So first he prepared a</w:t>
      </w:r>
    </w:p>
    <w:p>
      <w:pPr>
        <w:jc w:val="right"/>
      </w:pPr>
      <w:r>
        <w:t>in the work of da'wah. He wanted to persuade people. He wanted to prepare mind. He wanted to change the heart of the people. He wanted to make them prepare. The first target was to prepare society in in in intellectual term, in intellectual sense. So first he prepared a</w:t>
      </w:r>
    </w:p>
    <w:p>
      <w:r>
        <w:rPr>
          <w:b/>
        </w:rPr>
        <w:t xml:space="preserve">[43:55] </w:t>
      </w:r>
      <w:r>
        <w:t>society. First he changed us people's thinking. Then these verses were revealed that don't that that adultery is haram and wine is haram. So she says that if these verses were revealed before the preparation of society, they would say</w:t>
      </w:r>
    </w:p>
    <w:p>
      <w:pPr>
        <w:jc w:val="right"/>
      </w:pPr>
      <w:r>
        <w:t>society. First he changed us people's thinking. Then these verses were revealed that don't that that adultery is haram and wine is haram. So she says that if these verses were revealed before the preparation of society, they would say</w:t>
      </w:r>
    </w:p>
    <w:p>
      <w:r>
        <w:rPr>
          <w:b/>
        </w:rPr>
        <w:t xml:space="preserve">[44:31] </w:t>
      </w:r>
      <w:r>
        <w:t>we are not going to abandon adultery. We are not going to abandon wine, alcohol. So this this was also a very important example set by the Prophet of Islam. What is the correct way of of bring about reform society? How you can build a better societ</w:t>
      </w:r>
    </w:p>
    <w:p>
      <w:pPr>
        <w:jc w:val="right"/>
      </w:pPr>
      <w:r>
        <w:t>we are not going to abandon adultery. We are not going to abandon wine, alcohol. So this this was also a very important example set by the Prophet of Islam. What is the correct way of of bring about reform society? How you can build a better societ</w:t>
      </w:r>
    </w:p>
    <w:p>
      <w:r>
        <w:rPr>
          <w:b/>
        </w:rPr>
        <w:t xml:space="preserve">[45:03] </w:t>
      </w:r>
      <w:r>
        <w:t>y. Everyone tries to bring about change in society. Everyone want to to bring about reform in society. But everyone tries to bring about this through through laws. People know nothing except legal activism</w:t>
      </w:r>
    </w:p>
    <w:p>
      <w:pPr>
        <w:jc w:val="right"/>
      </w:pPr>
      <w:r>
        <w:t>y. Everyone tries to bring about change in society. Everyone want to to bring about reform in society. But everyone tries to bring about this through through laws. People know nothing except legal activism</w:t>
      </w:r>
    </w:p>
    <w:p>
      <w:r>
        <w:rPr>
          <w:b/>
        </w:rPr>
        <w:t xml:space="preserve">[45:33] </w:t>
      </w:r>
      <w:r>
        <w:t>, judicial activism, and legal activism. So they try to implement these these principles, these laws through through by by force. And you know everyone fails. No one was able to to establish a better society. Here I would like to give a comparative example.</w:t>
      </w:r>
    </w:p>
    <w:p>
      <w:pPr>
        <w:jc w:val="right"/>
      </w:pPr>
      <w:r>
        <w:t>, judicial activism, and legal activism. So they try to implement these these principles, these laws through through by by force. And you know everyone fails. No one was able to to establish a better society. Here I would like to give a comparative example.</w:t>
      </w:r>
    </w:p>
    <w:p>
      <w:r>
        <w:rPr>
          <w:b/>
        </w:rPr>
        <w:t xml:space="preserve">[46:04] </w:t>
      </w:r>
      <w:r>
        <w:t>United States of America wanted to prohibit alcohol on a national scale. So they made a law of prohibition against alcohol. This prohibition law was passed by their by their parliament in</w:t>
      </w:r>
    </w:p>
    <w:p>
      <w:pPr>
        <w:jc w:val="right"/>
      </w:pPr>
      <w:r>
        <w:t>United States of America wanted to prohibit alcohol on a national scale. So they made a law of prohibition against alcohol. This prohibition law was passed by their by their parliament in</w:t>
      </w:r>
    </w:p>
    <w:p>
      <w:r>
        <w:rPr>
          <w:b/>
        </w:rPr>
        <w:t xml:space="preserve">[46:34] </w:t>
      </w:r>
      <w:r>
        <w:t>1919. Then from 1919 up to 1938 from 1919 up to 1938, the whole administration was the whole administration was engaged in this in this task. United States of America wanted to to eradicate</w:t>
      </w:r>
    </w:p>
    <w:p>
      <w:pPr>
        <w:jc w:val="right"/>
      </w:pPr>
      <w:r>
        <w:t>1919. Then from 1919 up to 1938 from 1919 up to 1938, the whole administration was the whole administration was engaged in this in this task. United States of America wanted to to eradicate</w:t>
      </w:r>
    </w:p>
    <w:p>
      <w:r>
        <w:rPr>
          <w:b/>
        </w:rPr>
        <w:t xml:space="preserve">[47:06] </w:t>
      </w:r>
      <w:r>
        <w:t>alcohol from its territory through law, through force. But they failed. They spent all their strength to implement prohibited laws. But they failed. From 1919 up to 1983 is a very inter</w:t>
      </w:r>
    </w:p>
    <w:p>
      <w:pPr>
        <w:jc w:val="right"/>
      </w:pPr>
      <w:r>
        <w:t>alcohol from its territory through law, through force. But they failed. They spent all their strength to implement prohibited laws. But they failed. From 1919 up to 1983 is a very inter</w:t>
      </w:r>
    </w:p>
    <w:p>
      <w:r>
        <w:rPr>
          <w:b/>
        </w:rPr>
        <w:t xml:space="preserve">[47:36] </w:t>
      </w:r>
      <w:r>
        <w:t>esting story. You can see it in in any book like like Encyclopedia Britannica. Under the prohibition law, they failed and then they removed that law in 1938 and they allowed the society because they failed. There were unlawful industry. So people</w:t>
      </w:r>
    </w:p>
    <w:p>
      <w:pPr>
        <w:jc w:val="right"/>
      </w:pPr>
      <w:r>
        <w:t>esting story. You can see it in in any book like like Encyclopedia Britannica. Under the prohibition law, they failed and then they removed that law in 1938 and they allowed the society because they failed. There were unlawful industry. So people</w:t>
      </w:r>
    </w:p>
    <w:p>
      <w:r>
        <w:rPr>
          <w:b/>
        </w:rPr>
        <w:t xml:space="preserve">[48:07] </w:t>
      </w:r>
      <w:r>
        <w:t>refused that we are not going to to abandon alcohol. So administration failed. US administration failed. So they said that no use of this this kind of law. So they remove all those laws and they gave free</w:t>
      </w:r>
    </w:p>
    <w:p>
      <w:pPr>
        <w:jc w:val="right"/>
      </w:pPr>
      <w:r>
        <w:t>refused that we are not going to to abandon alcohol. So administration failed. US administration failed. So they said that no use of this this kind of law. So they remove all those laws and they gave free</w:t>
      </w:r>
    </w:p>
    <w:p>
      <w:r>
        <w:rPr>
          <w:b/>
        </w:rPr>
        <w:t xml:space="preserve">[48:38] </w:t>
      </w:r>
      <w:r>
        <w:t>they gave freedom to to American peop to the American people. This was the fate of America. This was the fate of of of America's struggle in from 1919 up to 1983. They wanted to impose prohibition</w:t>
      </w:r>
    </w:p>
    <w:p>
      <w:pPr>
        <w:jc w:val="right"/>
      </w:pPr>
      <w:r>
        <w:t>they gave freedom to to American peop to the American people. This was the fate of America. This was the fate of of of America's struggle in from 1919 up to 1983. They wanted to impose prohibition</w:t>
      </w:r>
    </w:p>
    <w:p>
      <w:r>
        <w:rPr>
          <w:b/>
        </w:rPr>
        <w:t xml:space="preserve">[49:08] </w:t>
      </w:r>
      <w:r>
        <w:t>but they failed. But now there is another story and that story you can read in the early history of the Islam. Prophet of Islam was against the alcohol. He wanted to eradicate eradicate alcohol. But he never tried to implement</w:t>
      </w:r>
    </w:p>
    <w:p>
      <w:pPr>
        <w:jc w:val="right"/>
      </w:pPr>
      <w:r>
        <w:t>but they failed. But now there is another story and that story you can read in the early history of the Islam. Prophet of Islam was against the alcohol. He wanted to eradicate eradicate alcohol. But he never tried to implement</w:t>
      </w:r>
    </w:p>
    <w:p>
      <w:r>
        <w:rPr>
          <w:b/>
        </w:rPr>
        <w:t xml:space="preserve">[49:39] </w:t>
      </w:r>
      <w:r>
        <w:t>this principle by force. No. He persuaded his people. He prepared their mind. He he told them that it is it is harmless. It is a harmful practice for you in this world and also in the world hereafter.</w:t>
      </w:r>
    </w:p>
    <w:p>
      <w:pPr>
        <w:jc w:val="right"/>
      </w:pPr>
      <w:r>
        <w:t>this principle by force. No. He persuaded his people. He prepared their mind. He he told them that it is it is harmless. It is a harmful practice for you in this world and also in the world hereafter.</w:t>
      </w:r>
    </w:p>
    <w:p>
      <w:r>
        <w:rPr>
          <w:b/>
        </w:rPr>
        <w:t xml:space="preserve">[50:10] </w:t>
      </w:r>
      <w:r>
        <w:t>He made them believe that alcohol is a harmless habit, a harmless practice for you in this world and also in the world hereafter. So after so when he when he successfully changed the</w:t>
      </w:r>
    </w:p>
    <w:p>
      <w:pPr>
        <w:jc w:val="right"/>
      </w:pPr>
      <w:r>
        <w:t>He made them believe that alcohol is a harmless habit, a harmless practice for you in this world and also in the world hereafter. So after so when he when he successfully changed the</w:t>
      </w:r>
    </w:p>
    <w:p>
      <w:r>
        <w:rPr>
          <w:b/>
        </w:rPr>
        <w:t xml:space="preserve">[50:41] </w:t>
      </w:r>
      <w:r>
        <w:t>heart of the heart of the people and and mind of the people when he was able to change their thinking. Then those verses were revealed in the Quran that alcohol is haram. So when this verse was revealed in the Quran, all the people suddenly abandoned alcohol. After after this verse,</w:t>
      </w:r>
    </w:p>
    <w:p>
      <w:pPr>
        <w:jc w:val="right"/>
      </w:pPr>
      <w:r>
        <w:t>heart of the heart of the people and and mind of the people when he was able to change their thinking. Then those verses were revealed in the Quran that alcohol is haram. So when this verse was revealed in the Quran, all the people suddenly abandoned alcohol. After after this verse,</w:t>
      </w:r>
    </w:p>
    <w:p>
      <w:r>
        <w:rPr>
          <w:b/>
        </w:rPr>
        <w:t xml:space="preserve">[51:12] </w:t>
      </w:r>
      <w:r>
        <w:t>no one took alcohol. So it is the it is the by this comparative study you can understand that what was the Prophet's Prophet's method. All the all other people, all the reformers, all other leaders want to implement their principles by force,</w:t>
      </w:r>
    </w:p>
    <w:p>
      <w:pPr>
        <w:jc w:val="right"/>
      </w:pPr>
      <w:r>
        <w:t>no one took alcohol. So it is the it is the by this comparative study you can understand that what was the Prophet's Prophet's method. All the all other people, all the reformers, all other leaders want to implement their principles by force,</w:t>
      </w:r>
    </w:p>
    <w:p>
      <w:r>
        <w:rPr>
          <w:b/>
        </w:rPr>
        <w:t xml:space="preserve">[51:42] </w:t>
      </w:r>
      <w:r>
        <w:t>by law. And they are failure. They are failure. But Prophet of Islam gained complete success. You know there was a Indian leader, M. N. Roy. He published a book with the name with the title Historical Role</w:t>
      </w:r>
    </w:p>
    <w:p>
      <w:pPr>
        <w:jc w:val="right"/>
      </w:pPr>
      <w:r>
        <w:t>by law. And they are failure. They are failure. But Prophet of Islam gained complete success. You know there was a Indian leader, M. N. Roy. He published a book with the name with the title Historical Role</w:t>
      </w:r>
    </w:p>
    <w:p>
      <w:r>
        <w:rPr>
          <w:b/>
        </w:rPr>
        <w:t xml:space="preserve">[52:12] </w:t>
      </w:r>
      <w:r>
        <w:t>of Islam. In this book, he he says about Muhammad that he performed a great breaker. He changed the society. His wording is that the most breakless of all breakers. He refers to to Prophet Muhammad's revolution and says about it that it was</w:t>
      </w:r>
    </w:p>
    <w:p>
      <w:pPr>
        <w:jc w:val="right"/>
      </w:pPr>
      <w:r>
        <w:t>of Islam. In this book, he he says about Muhammad that he performed a great breaker. He changed the society. His wording is that the most breakless of all breakers. He refers to to Prophet Muhammad's revolution and says about it that it was</w:t>
      </w:r>
    </w:p>
    <w:p>
      <w:r>
        <w:rPr>
          <w:b/>
        </w:rPr>
        <w:t xml:space="preserve">[52:42] </w:t>
      </w:r>
      <w:r>
        <w:t>the most breakless of all breakers. Then Dr. Dr. Hart of Dr. Michael Hart of of America says that Muhammad was supremely successful even in in secular matters. But what was the method? How he was so successful? So I</w:t>
      </w:r>
    </w:p>
    <w:p>
      <w:pPr>
        <w:jc w:val="right"/>
      </w:pPr>
      <w:r>
        <w:t>the most breakless of all breakers. Then Dr. Dr. Hart of Dr. Michael Hart of of America says that Muhammad was supremely successful even in in secular matters. But what was the method? How he was so successful? So I</w:t>
      </w:r>
    </w:p>
    <w:p>
      <w:r>
        <w:rPr>
          <w:b/>
        </w:rPr>
        <w:t xml:space="preserve">[53:12] </w:t>
      </w:r>
      <w:r>
        <w:t>tried to give some example of his methodology. By these references you can understand how the Prophet of Islam was so successful. So we have to follow his methodology.</w:t>
      </w:r>
    </w:p>
    <w:p>
      <w:pPr>
        <w:jc w:val="right"/>
      </w:pPr>
      <w:r>
        <w:t>tried to give some example of his methodology. By these references you can understand how the Prophet of Islam was so successful. So we have to follow his methodology.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