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Morality In Islam | 26th May 07</w:t>
      </w:r>
    </w:p>
    <w:p>
      <w:r>
        <w:t>https://www.youtube.com/watch?v=9EiP6aXv1sE</w:t>
      </w:r>
    </w:p>
    <w:p>
      <w:r>
        <w:rPr>
          <w:b/>
        </w:rPr>
        <w:t xml:space="preserve">[00:22] </w:t>
      </w:r>
      <w:r>
        <w:t>bismillah al-rahman al-rahim, wa salli allah ala al-nabi al-karim. rab ishrah li sadri, wa yassir li amri, wa halla al-uqdatan min lisani, yafqahu qawli. da topic for this day is da concept of morality in Islam,</w:t>
      </w:r>
    </w:p>
    <w:p>
      <w:pPr>
        <w:jc w:val="right"/>
      </w:pPr>
      <w:r>
        <w:t>بسم اللہ الرحمن الرحیم، و صلی اللہ علی النبی الکریم۔ رب اشرح لی صدری، ویسر لی امری، واحل العقدۃ من لسانی، یفقہ قولی۔ دا ٹاپک فار دس ڈے از دا کانسیپٹ اف موریلٹی ان اسلام،</w:t>
      </w:r>
    </w:p>
    <w:p>
      <w:r>
        <w:rPr>
          <w:b/>
        </w:rPr>
        <w:t xml:space="preserve">[00:56] </w:t>
      </w:r>
      <w:r>
        <w:t>da concept of morality in Islam. Recently I was interviewed by a TV channel, interviewer said during interview, during interview</w:t>
      </w:r>
    </w:p>
    <w:p>
      <w:pPr>
        <w:jc w:val="right"/>
      </w:pPr>
      <w:r>
        <w:t>دا کانسیپٹ اف موریلٹی ان اسلام۔ ریسنٹلی آئی واز انٹرویوڈ بائی اے ٹی وی چینل، انٹرویوور سیڈ ڈیورنگ انٹرویو، ڈیورنگ انٹرویو</w:t>
      </w:r>
    </w:p>
    <w:p>
      <w:r>
        <w:rPr>
          <w:b/>
        </w:rPr>
        <w:t xml:space="preserve">[01:27] </w:t>
      </w:r>
      <w:r>
        <w:t>da interview, during interview da interviewer said that it is a general impression that the concept of philanthropy does not exist in Islam. I said, why this impression? He said that, you know,</w:t>
      </w:r>
    </w:p>
    <w:p>
      <w:pPr>
        <w:jc w:val="right"/>
      </w:pPr>
      <w:r>
        <w:t>دا انٹرویو، ڈیورنگ انٹرویو دا انٹرویوور سیڈ دیٹ اٹ از اے جنرل امپریشن دیٹ دا کانسیپٹ اف فلینتھراپی ڈز ناٹ ایگزسٹ ان اسلام۔ آئی سیڈ، وائی دس امپریشن؟ ہی سیڈ دیٹ، یو نو،</w:t>
      </w:r>
    </w:p>
    <w:p>
      <w:r>
        <w:rPr>
          <w:b/>
        </w:rPr>
        <w:t xml:space="preserve">[01:59] </w:t>
      </w:r>
      <w:r>
        <w:t>every day there are news in the media, every day there are news of Muslim violence and Muslim militancy in the media. It is this reporting by media that created this imp</w:t>
      </w:r>
    </w:p>
    <w:p>
      <w:pPr>
        <w:jc w:val="right"/>
      </w:pPr>
      <w:r>
        <w:t>ایوری ڈے دیر آر نیوز ان دا میڈیا، ایوری ڈے دیر آر نیوز اف مسلم وائلنس اینڈ مسلم ملیٹنسی ان دا میڈیا۔ اٹ از دس رپورٹنگ بائی میڈیا دیٹ کریٹڈ دس امپ</w:t>
      </w:r>
    </w:p>
    <w:p>
      <w:r>
        <w:rPr>
          <w:b/>
        </w:rPr>
        <w:t xml:space="preserve">[02:29] </w:t>
      </w:r>
      <w:r>
        <w:t>ression, that has created this impression. I said that media is not a right source in this regard, because media is an industry</w:t>
      </w:r>
    </w:p>
    <w:p>
      <w:pPr>
        <w:jc w:val="right"/>
      </w:pPr>
      <w:r>
        <w:t>ریشن، دیٹ ہیز کریٹڈ دس امپریشن۔ آئی سیڈ دیٹ میڈیا از ناٹ ا رائٹ سورس ان دس ریگارڈ، بیکاز میڈیا از این انڈسٹری</w:t>
      </w:r>
    </w:p>
    <w:p>
      <w:r>
        <w:rPr>
          <w:b/>
        </w:rPr>
        <w:t xml:space="preserve">[02:59] </w:t>
      </w:r>
      <w:r>
        <w:t>, industry of industry of reporting hot news. India wants media. I said that media is an industry, media wants to sell</w:t>
      </w:r>
    </w:p>
    <w:p>
      <w:pPr>
        <w:jc w:val="right"/>
      </w:pPr>
      <w:r>
        <w:t>، انڈسٹری اف انڈسٹری اف رپورٹنگ ہاٹ نیوز۔ انڈیا وانٹس میڈیا۔ آئی سیڈ دیٹ میڈیا از این انڈسٹری، میڈیا وانٹس ٹو سیل</w:t>
      </w:r>
    </w:p>
    <w:p>
      <w:r>
        <w:rPr>
          <w:b/>
        </w:rPr>
        <w:t xml:space="preserve">[03:29] </w:t>
      </w:r>
      <w:r>
        <w:t>news in the market. And you know, in the market only hot news are sellable, soft news are not sellable in the market. So media always reports selectively.</w:t>
      </w:r>
    </w:p>
    <w:p>
      <w:pPr>
        <w:jc w:val="right"/>
      </w:pPr>
      <w:r>
        <w:t>نیوز ان دا مارکیٹ۔ اینڈ یو نو، ان دا مارکیٹ اونلی ہاٹ نیوز ار سیلیبل، سافٹ نیوز ار ناٹ سیلیبل ان دا مارکیٹ۔ سو میڈیا الویز رپورٹس سلیکٹیولی۔</w:t>
      </w:r>
    </w:p>
    <w:p>
      <w:r>
        <w:rPr>
          <w:b/>
        </w:rPr>
        <w:t xml:space="preserve">[03:59] </w:t>
      </w:r>
      <w:r>
        <w:t>I said that there are more than one million, more than one billion Muslims in the world. Only I said that less than one percent Muslims maybe involved in these violence and militancy, and more than</w:t>
      </w:r>
    </w:p>
    <w:p>
      <w:pPr>
        <w:jc w:val="right"/>
      </w:pPr>
      <w:r>
        <w:t>آئی سیڈ دیٹ دیر ار مور دین ون ملین، مور دین ون بلین مسلم ان دا ورلڈ۔ اونلی آئی سیڈ دیٹ لیس دین ون پرسنٹ مسلمز می بی انوالوڈ ان دیز وائلنس اینڈ ملیٹنسی، اینڈ مور دین</w:t>
      </w:r>
    </w:p>
    <w:p>
      <w:r>
        <w:rPr>
          <w:b/>
        </w:rPr>
        <w:t xml:space="preserve">[04:30] </w:t>
      </w:r>
      <w:r>
        <w:t>99 percent Muslims are doing the same job that other do. I said that all the people, all the communities are engaged in money culture, and Muslims are not an exception. So, one is engaged in money culture, acquiring</w:t>
      </w:r>
    </w:p>
    <w:p>
      <w:pPr>
        <w:jc w:val="right"/>
      </w:pPr>
      <w:r>
        <w:t>99 پرسنٹ مسلمز ار ڈوئنگ دا سیم جاب دیٹ ادر ڈو۔ آئی سیڈ دیٹ ال دا پیپل، ال دا کمیونٹیز ار انگیجڈ ان منی کلچر، اینڈ مسلمز ار ناٹ ان ایکسیپشن۔ سو، ون از انگیجڈ ان منی کلچر، اکوائرنگ</w:t>
      </w:r>
    </w:p>
    <w:p>
      <w:r>
        <w:rPr>
          <w:b/>
        </w:rPr>
        <w:t xml:space="preserve">[05:00] </w:t>
      </w:r>
      <w:r>
        <w:t>money. Very few people, less than one percent, are engaged in violence. But media reports selectively, because their job is to sell that news, and only hot news are sellable. So media is not a proper source in this regard.</w:t>
      </w:r>
    </w:p>
    <w:p>
      <w:pPr>
        <w:jc w:val="right"/>
      </w:pPr>
      <w:r>
        <w:t>منی۔ ویری فیو پیپل، لیس دین ون پرسنٹ، ار انگیجڈ ان وائلنس۔ بٹ میڈیا رپورٹس سلیکٹیولی، بیکاز دیر جاب از ٹو سیل دیٹ نیوز، اینڈ اونلی ہاٹ نیوز ار سیلیبل۔ سو میڈیا از ناٹ ا پراپر سورس ان دس ریگارڈ۔</w:t>
      </w:r>
    </w:p>
    <w:p>
      <w:r>
        <w:rPr>
          <w:b/>
        </w:rPr>
        <w:t xml:space="preserve">[05:30] </w:t>
      </w:r>
      <w:r>
        <w:t>Then I said that you have to differentiate between Muslims and Islam. If you want to know what is the teachings of Islam in this regard, so you have to see the scriptures, you have see the Quran, you have see the Hadith literature.</w:t>
      </w:r>
    </w:p>
    <w:p>
      <w:pPr>
        <w:jc w:val="right"/>
      </w:pPr>
      <w:r>
        <w:t>دین آئی سیڈ دیٹ یو ہیو ٹو ڈیفرنشیٹ بٹوین مسلمز اینڈ اسلام۔ اف یو وانٹ ٹو نو واٹ از دا ٹیچنگز اف اسلام ان دس ریگارڈ، سو یو ہیو ٹو سی دا سکرپچرز، یو ہیو سی دا قران، یو ہیو سی دا حدیث لٹریچر۔</w:t>
      </w:r>
    </w:p>
    <w:p>
      <w:r>
        <w:rPr>
          <w:b/>
        </w:rPr>
        <w:t xml:space="preserve">[06:01] </w:t>
      </w:r>
      <w:r>
        <w:t>If you read Quran and Hadith literature, you will find that there is great emphasis on philanthropy. The exact word of philanthropy mentioned in the Quran is marhamah, wa tawasaw bil haqq, wa tawasaw bil marhamah</w:t>
      </w:r>
    </w:p>
    <w:p>
      <w:pPr>
        <w:jc w:val="right"/>
      </w:pPr>
      <w:r>
        <w:t>اف یو ریڈ قران اینڈ حدیث لٹریچر، یو ویل فائنڈ دیٹ دیر از گریٹ ایمفیسز ان فلینتھراپی۔ دا ایگزیکٹ ورڈ اف فلینتھراپی مینشن ان دا قران از مرحمہ، وتواصو بالحق، وتواصو بالمرحمہ</w:t>
      </w:r>
    </w:p>
    <w:p>
      <w:r>
        <w:rPr>
          <w:b/>
        </w:rPr>
        <w:t xml:space="preserve">[06:31] </w:t>
      </w:r>
      <w:r>
        <w:t>. Marhamah has the same meaning. Marhamah has in the Quran, the word used is marhamah, and in the same sense there is another word that is used in the Hadith, it is muwasat. And muwasat and marhamah both are</w:t>
      </w:r>
    </w:p>
    <w:p>
      <w:pPr>
        <w:jc w:val="right"/>
      </w:pPr>
      <w:r>
        <w:t>۔ مرحمہ ہیز دا سیم میننگ۔ مرحمہ ہیز ان دی قران، دا ورڈ یوزڈ از مرحمہ، اینڈ ان دا سیم سینس دیر از انادر ورڈ دیٹ از یوزڈ ان دا حدیث، اٹ از مواسات۔ اینڈ مواسات اینڈ مرحمہ بوتھ ار</w:t>
      </w:r>
    </w:p>
    <w:p>
      <w:r>
        <w:rPr>
          <w:b/>
        </w:rPr>
        <w:t xml:space="preserve">[07:02] </w:t>
      </w:r>
      <w:r>
        <w:t>just like philanthropy. So according to Islamic teachings, philanthropy is a very important teaching, and there are several words in this regard: marhamah, muwasat, and zakat, and sadaqat, and infaq,</w:t>
      </w:r>
    </w:p>
    <w:p>
      <w:pPr>
        <w:jc w:val="right"/>
      </w:pPr>
      <w:r>
        <w:t>جسٹ لائک فلینتھراپی۔ سو اکارڈنگ ٹو اسلامک ٹیچنگز، فلینتھراپی از ا ویری امپورٹنٹ ٹیچنگ، اینڈ دیر ار سیورل ورڈز ان دس ریگارڈ: مرحمہ، مواسات، اینڈ زکوۃ، اینڈ صدقات، اینڈ انفاق،</w:t>
      </w:r>
    </w:p>
    <w:p>
      <w:r>
        <w:rPr>
          <w:b/>
        </w:rPr>
        <w:t xml:space="preserve">[07:32] </w:t>
      </w:r>
      <w:r>
        <w:t>and aita al-mal, etc. So it is very important teaching of Islam. If you want to know what is Islamic teachings, you have to see the scriptures, and not simply the practice of Muslims. Now, according to the Islamic fiqh,</w:t>
      </w:r>
    </w:p>
    <w:p>
      <w:pPr>
        <w:jc w:val="right"/>
      </w:pPr>
      <w:r>
        <w:t>اینڈ ایتا المال، ایٹسٹرا۔ سو اٹ از ویری امپورٹنٹ ٹیچنگ اف اسلام۔ اف یو وانٹ ٹو نو واٹ از اسلامک ٹیچنگز، یو ہیو ٹو سی دا سکرپچرز، اینڈ ناٹ سمپلی دا پریکٹس اف مسلمز۔ ناؤ، اکارڈنگ ٹو دا اسلامک فقہ،</w:t>
      </w:r>
    </w:p>
    <w:p>
      <w:r>
        <w:rPr>
          <w:b/>
        </w:rPr>
        <w:t xml:space="preserve">[08:04] </w:t>
      </w:r>
      <w:r>
        <w:t>there are four categories of Islamic teachings: aqidah, and ibadah, and akhlaq, and muamalat. These are the four categories. Aqidah means belief or belief system, ibadah means worship</w:t>
      </w:r>
    </w:p>
    <w:p>
      <w:pPr>
        <w:jc w:val="right"/>
      </w:pPr>
      <w:r>
        <w:t>دیر ار فور کیٹگریز اف اسلامک ٹیچنگز: عقیدہ، اینڈ عبادت، اینڈ اخلاق، اینڈ معاملات۔ دیز ار دا فور کیٹگریز۔ عقیدہ مینز بیلیف اور بیلیف سسٹم، عبادت مینز ورشپ</w:t>
      </w:r>
    </w:p>
    <w:p>
      <w:r>
        <w:rPr>
          <w:b/>
        </w:rPr>
        <w:t xml:space="preserve">[08:35] </w:t>
      </w:r>
      <w:r>
        <w:t>, akhlaq means morality, and muamalat means dealing. So these are four categories of all Islamic teachings. I think that aqidah or belief system is the ideology of Islam, or inner content of Islam</w:t>
      </w:r>
    </w:p>
    <w:p>
      <w:pPr>
        <w:jc w:val="right"/>
      </w:pPr>
      <w:r>
        <w:t>، اخلاق مینز موریلٹی، اینڈ معاملات مینز ڈیلنگ۔ سو دیز ار فور کیٹگریز اف ال اسلامک ٹیچنگز۔ آئی تھنک دیٹ عقیدہ اور بیلیف سسٹم از دی ائیڈیالوجی اف اسلام، اور انر کنٹینٹ اف اسلام</w:t>
      </w:r>
    </w:p>
    <w:p>
      <w:r>
        <w:rPr>
          <w:b/>
        </w:rPr>
        <w:t xml:space="preserve">[09:06] </w:t>
      </w:r>
      <w:r>
        <w:t>. It is the central principle of Islam. So belief system means ideological system, or inner content, or inner content of the religion of Islam. All other teachings are derived from this ideology. Ibadah or worship</w:t>
      </w:r>
    </w:p>
    <w:p>
      <w:pPr>
        <w:jc w:val="right"/>
      </w:pPr>
      <w:r>
        <w:t>۔ اٹ از دا سینٹرل پرنسپل اف اسلام۔ سو بیلیف سسٹم مینز ائیڈیالوجیکل سسٹم، اور انر کنٹینٹ، اور انر کنٹینٹ اف دا ریلیجن اف اسلام۔ ال ادر ٹیچنگز ار ڈرائیوڈ فرام دس ائیڈیالوجی۔ عبادت اور ورشپ</w:t>
      </w:r>
    </w:p>
    <w:p>
      <w:r>
        <w:rPr>
          <w:b/>
        </w:rPr>
        <w:t xml:space="preserve">[09:36] </w:t>
      </w:r>
      <w:r>
        <w:t>is is is practical expression of this inner content towards God Almighty. When you believe in God, naturally you want to bow before Him</w:t>
      </w:r>
    </w:p>
    <w:p>
      <w:pPr>
        <w:jc w:val="right"/>
      </w:pPr>
      <w:r>
        <w:t>از از از پریکٹیکل ایکسپریشن اف دس انر کنٹینٹ ٹورڈز گاڈ المائٹی۔ وین یو بیلیو ان گاڈ، نیچرلی یو وانٹ ٹو باؤ بیفور ہم</w:t>
      </w:r>
    </w:p>
    <w:p>
      <w:r>
        <w:rPr>
          <w:b/>
        </w:rPr>
        <w:t xml:space="preserve">[10:07] </w:t>
      </w:r>
      <w:r>
        <w:t>. So this is ibadah, this is worship. To ibadah or worship is an external expression of the inner content of Islam. This is ibadah. Then let us take akhlaq and muamalat, that is mor</w:t>
      </w:r>
    </w:p>
    <w:p>
      <w:pPr>
        <w:jc w:val="right"/>
      </w:pPr>
      <w:r>
        <w:t>۔ سو دس از عبادت، دس از ورشپ۔ تو عبادت اور ورشپ از این ایکسٹرنل ایکسپریشن اف دی انر کنٹینٹ اف اسلام۔ دس از عبادت۔ دین لیٹ اس ٹیک اخلاق اینڈ معاملات، دیٹ از م</w:t>
      </w:r>
    </w:p>
    <w:p>
      <w:r>
        <w:rPr>
          <w:b/>
        </w:rPr>
        <w:t xml:space="preserve">[10:37] </w:t>
      </w:r>
      <w:r>
        <w:t>ality and dealing. Both are related to other people, to mankind. So when the inner spirit of Islam translates into social relationship, that is akhlaq and muamalat. In other words, I can say that</w:t>
      </w:r>
    </w:p>
    <w:p>
      <w:pPr>
        <w:jc w:val="right"/>
      </w:pPr>
      <w:r>
        <w:t>وریلٹی اینڈ ڈیلنگ۔ بوتھ ار ریلیٹڈ ٹو ادر پیپل، ٹو مین کائنڈ۔ سو وین دا انر اسپرٹ اف اسلام ٹرانسلیٹس انٹو سوشل ریلیشن شپ، دیٹ از اخلاق اینڈ معاملات۔ ان ادر ورڈز، آئی کین سے دیٹ</w:t>
      </w:r>
    </w:p>
    <w:p>
      <w:r>
        <w:rPr>
          <w:b/>
        </w:rPr>
        <w:t xml:space="preserve">[11:10] </w:t>
      </w:r>
      <w:r>
        <w:t>akhlaq and muamalat is only the other name of duty culture. When a believer lives in society among people, and he thinks of his responsibility, that inculcate in him the concept of duty.</w:t>
      </w:r>
    </w:p>
    <w:p>
      <w:pPr>
        <w:jc w:val="right"/>
      </w:pPr>
      <w:r>
        <w:t>اخلاق اینڈ معاملات از اونلی دی ادر نیم اف ڈیوٹی کلچر۔ وین ا بیلیور لیوز ان سوسائٹی امنگ پیپل، اینڈ ہی تھنکس اف ہز ریسپانسبیلٹی، دیٹ انکلکیٹ ان ہم دا کانسیپٹ اف ڈیوٹی</w:t>
      </w:r>
    </w:p>
    <w:p>
      <w:r>
        <w:rPr>
          <w:b/>
        </w:rPr>
        <w:t xml:space="preserve">[11:41] </w:t>
      </w:r>
      <w:r>
        <w:t>so believer is a duty conscious person. the other system are based are right. all the other systems makes people right conscious people. so right conscious thinking is based on exploitation. so either, so if you are a believer</w:t>
      </w:r>
    </w:p>
    <w:p>
      <w:pPr>
        <w:jc w:val="right"/>
      </w:pPr>
      <w:r>
        <w:t>۔ سو بیلیور از ا ڈیوٹی کانشیس پرسن۔ دی ادر سسٹم ار بیسڈ ار رائٹ۔ ال دی ادر سسٹمز میکس پیپل رائٹ کانشیس پیپل۔ سو رائٹ کانشیس تھنکنگ از بیسڈ ان ایکسپلائٹیشن۔ سو ائیدر، سو اف یو ار ا بیلیور</w:t>
      </w:r>
    </w:p>
    <w:p>
      <w:r>
        <w:rPr>
          <w:b/>
        </w:rPr>
        <w:t xml:space="preserve">[12:12] </w:t>
      </w:r>
      <w:r>
        <w:t>, you will be a duty conscious person. otherwise, you will be a right conscious person, that is exploitation. so this is the difference between the two kind of ideology. it is a very important part. akhlaq or ethics is very important part of islamic life. about the prophet of islam, quran said:</w:t>
      </w:r>
    </w:p>
    <w:p>
      <w:pPr>
        <w:jc w:val="right"/>
      </w:pPr>
      <w:r>
        <w:t>، یو ول بی ا ڈیوٹی کانشیس پرسن۔ ادروائز، یو ول بی ا رائٹ کانشیس پرسن، دیٹ از ایکسپلائٹیشن۔ سو دس از دا ڈفرنس بٹوین دا ٹو کائنڈ اف ائیڈیالوجی۔ اٹ از ا ویری امپورٹنٹ پارٹ۔ اخلاق اور ایتھکس از ویری امپورٹنٹ پارٹ اف اسلامک لائف۔ اباؤٹ دی پرافٹ اف اسلام، قران سیڈ:</w:t>
      </w:r>
    </w:p>
    <w:p>
      <w:r>
        <w:rPr>
          <w:b/>
        </w:rPr>
        <w:t xml:space="preserve">[12:43] </w:t>
      </w:r>
      <w:r>
        <w:t>"innaka laqalaqul azim". you are your character is sublime character. this is the statement of quran about the prophet. your character is a sublime character. then there is then, there are a number of</w:t>
      </w:r>
    </w:p>
    <w:p>
      <w:pPr>
        <w:jc w:val="right"/>
      </w:pPr>
      <w:r>
        <w:t>"انک لالا خلق عظیم"۔ یو ار یور کریکٹر از سبلائم کریکٹر۔ دس از دا سٹیٹمنٹ اف قران اباؤٹ دا پرافٹ۔ یور کریکٹر از ا سبلائم کریکٹر۔ دین دیر از دین، دیر ار ا نمبر اف</w:t>
      </w:r>
    </w:p>
    <w:p>
      <w:r>
        <w:rPr>
          <w:b/>
        </w:rPr>
        <w:t xml:space="preserve">[13:16] </w:t>
      </w:r>
      <w:r>
        <w:t>ethical teachings in islam, in hadith literature. for example, prophet of islam had said: "albirru husnul khuluq". "albirru husnul khuluq" it means that good conduct is most important virtue. "albirru husnul khuluq" good</w:t>
      </w:r>
    </w:p>
    <w:p>
      <w:pPr>
        <w:jc w:val="right"/>
      </w:pPr>
      <w:r>
        <w:t>ایتھیکل ٹیچنگز ان اسلام، ان حدیث لٹریچر۔ فار ایگزمپل، پرافٹ اف اسلام ہیڈ سیڈ: "البر حسن الخلق"۔ "البر حسن الخلق" اٹ مینز دیٹ گڈ کنڈکٹ از موسٹ امپورٹنٹ ورچو۔ "البر حسن الخلق" گڈ</w:t>
      </w:r>
    </w:p>
    <w:p>
      <w:r>
        <w:rPr>
          <w:b/>
        </w:rPr>
        <w:t xml:space="preserve">[13:46] </w:t>
      </w:r>
      <w:r>
        <w:t>conduct, good behavior or good akhlaq is most important part of virtue. virtuous character means good moral character. this is hadith "albirru husnul khuluq". then there is</w:t>
      </w:r>
    </w:p>
    <w:p>
      <w:pPr>
        <w:jc w:val="right"/>
      </w:pPr>
      <w:r>
        <w:t>کنڈکٹ، گڈ بیہیویئر اور گڈ اخلاق از موسٹ امپورٹنٹ پارٹ اف ورچو۔ ورچوس کریکٹر مینز گڈ مورل کریکٹر۔ دس از حدیث "البر حسن الخلق"۔ دین دیر از</w:t>
      </w:r>
    </w:p>
    <w:p>
      <w:r>
        <w:rPr>
          <w:b/>
        </w:rPr>
        <w:t xml:space="preserve">[14:16] </w:t>
      </w:r>
      <w:r>
        <w:t>hadith "aqwal momineen imana akhlaqa". best believer is one who's character is best. "aqwal momineen imana akhlaqa". best believer is one who's</w:t>
      </w:r>
    </w:p>
    <w:p>
      <w:pPr>
        <w:jc w:val="right"/>
      </w:pPr>
      <w:r>
        <w:t>حدیث "اکبل المومنین ایمانا خلقا"۔ بیسٹ بیلیور از ون ہوز کریکٹر از بیسٹ۔ "اکبل المومنین ایمانا خلقا"۔ بیسٹ بیلیور از ون ہوز</w:t>
      </w:r>
    </w:p>
    <w:p>
      <w:r>
        <w:rPr>
          <w:b/>
        </w:rPr>
        <w:t xml:space="preserve">[14:47] </w:t>
      </w:r>
      <w:r>
        <w:t>ethical character, who's moral conduct is good. after reading hadith literature, i found that there are two different level of akhlaq or moral behaviors. akhlaq means moral behavior. minimum and maximum. minimum ethics and maximum</w:t>
      </w:r>
    </w:p>
    <w:p>
      <w:pPr>
        <w:jc w:val="right"/>
      </w:pPr>
      <w:r>
        <w:t>ایتھیکل کریکٹر، ہوز مورل کنڈکٹ از گڈ۔ افٹر ریڈنگ حدیث لٹریچر، آئی فاؤنڈ دیٹ دیر ار ٹو ڈفرنٹ لیول اف اخلاق اور مورل بیہیویئرز۔ اخلاق مینز مورل بیہیویئر۔ منیمم اینڈ میکسیمم۔ منیمم ایتھکس اینڈ میکسیم</w:t>
      </w:r>
    </w:p>
    <w:p>
      <w:r>
        <w:rPr>
          <w:b/>
        </w:rPr>
        <w:t xml:space="preserve">[15:17] </w:t>
      </w:r>
      <w:r>
        <w:t>ethics. i will give you two references. there is hadith, the prophet of islam had said: "wallahi la yumin". "wallahi la yumin". "wallahi la yumin". allazi la yaman jaro boaiqahu. it means that he is not</w:t>
      </w:r>
    </w:p>
    <w:p>
      <w:pPr>
        <w:jc w:val="right"/>
      </w:pPr>
      <w:r>
        <w:t>م ایتھکس۔ آئی ول گیو یو ٹو ریفرنسز۔ دیر از حدیث، دا پرافٹ اف اسلام ہیڈ سیڈ: "واللہ لایومن"۔ "واللہ لایومن"۔ "واللہ لایومن"۔ الذی لا یامن جارہ بوائقہ۔ اٹ مینز دیٹ ہی از نا</w:t>
      </w:r>
    </w:p>
    <w:p>
      <w:r>
        <w:rPr>
          <w:b/>
        </w:rPr>
        <w:t xml:space="preserve">[15:47] </w:t>
      </w:r>
      <w:r>
        <w:t>a believer. he is not a believer. he is not a believer. prophet said three times. prophet repeated it three times: "he is not a believer". "he is not a believer". "he is not a believer". who creates problems for his neighbors. allazi la yaman jaro boai</w:t>
      </w:r>
    </w:p>
    <w:p>
      <w:pPr>
        <w:jc w:val="right"/>
      </w:pPr>
      <w:r>
        <w:t>ٹ ا بیلیور۔ ہی از ناٹ ا بیلیور۔ ہی از ناٹ ا بیلیور۔ پرافٹ سیڈ تھری ٹائمز۔ پرافٹ ریپیٹڈ اٹ تھری ٹائمز: "ہی از ناٹ ا بیلیور"۔ "ہی از ناٹ ا بیلیور"۔ "ہی از ناٹ ا بیلیور"۔ ہو کریٹس پرابلمز فار ہز نیبرز۔ الذی لایمن جارہ بوائ</w:t>
      </w:r>
    </w:p>
    <w:p>
      <w:r>
        <w:rPr>
          <w:b/>
        </w:rPr>
        <w:t xml:space="preserve">[16:17] </w:t>
      </w:r>
      <w:r>
        <w:t>qahu. he is not a true believer who creates problems for his neighbors. i think it is the minimum criterion, the minimum level of ethics. so the minimum ethics is that you refrain yourself from</w:t>
      </w:r>
    </w:p>
    <w:p>
      <w:pPr>
        <w:jc w:val="right"/>
      </w:pPr>
      <w:r>
        <w:t>قہ۔ ہی از ناٹ ا ٹرو بیلیور ہو کریٹس پرابلمز فار ہز نیبرز۔ آئی تھنک اٹ از دا منیمم کرائٹیرین، دا منیمم لیول اف ایتھکس۔ سو دا منیمم ایتھکس از دیٹ یو ریفرین یور سیلف فرام</w:t>
      </w:r>
    </w:p>
    <w:p>
      <w:r>
        <w:rPr>
          <w:b/>
        </w:rPr>
        <w:t xml:space="preserve">[16:48] </w:t>
      </w:r>
      <w:r>
        <w:t>creating problem for other. in other words, you can say that a true believer is a no problem person of society. you have to live among people as a no problem member of the society. no prob</w:t>
      </w:r>
    </w:p>
    <w:p>
      <w:pPr>
        <w:jc w:val="right"/>
      </w:pPr>
      <w:r>
        <w:t>کریٹنگ پرابلم فار ادر۔ ان ادر ورڈز، یو کین سے دیٹ ا ٹرو بیلیور از ا نو پرابلم پرسن اف سوسائٹی۔ یو ہیو ٹو لیو امنگ پیپل ایز ا نو پرابلم ممبر اف دا سوسائٹی۔ نو پراب</w:t>
      </w:r>
    </w:p>
    <w:p>
      <w:r>
        <w:rPr>
          <w:b/>
        </w:rPr>
        <w:t xml:space="preserve">[17:18] </w:t>
      </w:r>
      <w:r>
        <w:t>lem neighbor. so this is the minimum criterion of of islam. at least you have to adopt a no problem culture. at least everyone lives in family, everyone lives in society, everyone lives in com</w:t>
      </w:r>
    </w:p>
    <w:p>
      <w:pPr>
        <w:jc w:val="right"/>
      </w:pPr>
      <w:r>
        <w:t>لم نیبر۔ سو دس از دا منیمم کرائٹیرین اف اف اسلام۔ ایٹ لیسٹ یو ہیو ٹو اڈاپٹ ا نو پرابلم کلچر۔ ایٹ لیسٹ ایوری ون لیوز ان فیملی، ایوری ون لیوز ان سوسائٹی، ایوری ون لیوز ان ک</w:t>
      </w:r>
    </w:p>
    <w:p>
      <w:r>
        <w:rPr>
          <w:b/>
        </w:rPr>
        <w:t xml:space="preserve">[17:48] </w:t>
      </w:r>
      <w:r>
        <w:t>munity. so he must live as a no problem person in your family, in your society, in your community, in your nation. you have to live as a no problem person. it is not very easy, because every time there are provocations. every</w:t>
      </w:r>
    </w:p>
    <w:p>
      <w:pPr>
        <w:jc w:val="right"/>
      </w:pPr>
      <w:r>
        <w:t>میونٹی۔ سو ہی مسٹ لیو ایز ا نو پرابلم پرسن ان یور فیملی، ان یور سوسائٹی، ان یور کمیونٹی، ان یور نیشن۔ یو ہیو ٹو لیو ایز ا نو پرابلم پرسن۔ اٹ از ناٹ ویری ایزی، بیکاز ایوری ٹائم دیر ار پرووکیشنز۔ ایوری</w:t>
      </w:r>
    </w:p>
    <w:p>
      <w:r>
        <w:rPr>
          <w:b/>
        </w:rPr>
        <w:t xml:space="preserve">[18:18] </w:t>
      </w:r>
      <w:r>
        <w:t>time there are some excuses for negative behavior. people are engaged in negative behavior, and then they present some excuses. to living as a no problem person is not very easy. you have to ignore the problems. you have to be patient. you have to adopt</w:t>
      </w:r>
    </w:p>
    <w:p>
      <w:pPr>
        <w:jc w:val="right"/>
      </w:pPr>
      <w:r>
        <w:t>ٹائم دیر ار سم ایکسکیوزز فار نیگیٹیو بیہیویئر۔ پیپل ار انگیجڈ ان نیگیٹیو بیہیویئر، اینڈ دین دے پریزنٹ سم ایکسکیوزز۔ تو لیونگ ایز ا نو پرابلم پرسن از ناٹ ویری ایزی۔ یو ہیو ٹو اگنور دا پرابلمز۔ یو ہیو ٹو بی پیشنٹ۔ یو ہیو ٹو اڈاپٹ</w:t>
      </w:r>
    </w:p>
    <w:p>
      <w:r>
        <w:rPr>
          <w:b/>
        </w:rPr>
        <w:t xml:space="preserve">[18:48] </w:t>
      </w:r>
      <w:r>
        <w:t>the habit not to provoke, even in provoke situation. otherwise, you will become a problem in your society. so living as a no problem person is not very easy. it requires patience. it requires forgiveness. it requires</w:t>
      </w:r>
    </w:p>
    <w:p>
      <w:pPr>
        <w:jc w:val="right"/>
      </w:pPr>
      <w:r>
        <w:t>دا ہیبٹ ناٹ ٹو پرووک، ایون ان پرووکیو سچویشن۔ ادروائز، یو ویل بیکم ا پرابلم ان یور سوسائٹی۔ سو لیونگ ایز ا نو پرابلم پرسن از ناٹ ویری ایزی۔ اٹ ریکوائرز پیشنس۔ اٹ ریکوائرز فارگیوننس۔ اٹ ریکوائرز</w:t>
      </w:r>
    </w:p>
    <w:p>
      <w:r>
        <w:rPr>
          <w:b/>
        </w:rPr>
        <w:t xml:space="preserve">[19:18] </w:t>
      </w:r>
      <w:r>
        <w:t>tolerance. it requires conscious mind. it requires sympathy to other. it requires love to other, because every time there are provocations. every time there are excuses</w:t>
      </w:r>
    </w:p>
    <w:p>
      <w:pPr>
        <w:jc w:val="right"/>
      </w:pPr>
      <w:r>
        <w:t>ٹالرنس۔ اٹ ریکوائرز کاشس مائنڈ۔ اٹ ریکوائرز سمپتھی ٹو ادر۔ اٹ ریکوائرز لو ٹو ادر، بیکاز ایوری ٹائم دیر ار پرووکیشنز۔ ایوری ٹائم دیر ار ایکسکیوزز</w:t>
      </w:r>
    </w:p>
    <w:p>
      <w:r>
        <w:rPr>
          <w:b/>
        </w:rPr>
        <w:t xml:space="preserve">[19:50] </w:t>
      </w:r>
      <w:r>
        <w:t>. so you have to adopt the formula: if you have good excuse, don't use it. if you want to live as a no problem person, you have to adopt this formula: if you have good excuse, don't use it. to this is the minimum condition</w:t>
      </w:r>
    </w:p>
    <w:p>
      <w:pPr>
        <w:jc w:val="right"/>
      </w:pPr>
      <w:r>
        <w:t>۔ سو یو ہیو ٹو اڈاپٹ دا فارمولا: اف یو ہیو گڈ ایکسکیوز، ڈونٹ یوز اٹ۔ اف یو وانٹ ٹو لیو ایز ا نو پرابلم پرسن، یو ہیو ٹو اڈاپٹ دس فارمولا: اف یو ہیو گڈ ایکسکیوز، ڈونٹ یوز اٹ۔ تو دس از دا منیمم کنڈیشن</w:t>
      </w:r>
    </w:p>
    <w:p>
      <w:r>
        <w:rPr>
          <w:b/>
        </w:rPr>
        <w:t xml:space="preserve">[20:21] </w:t>
      </w:r>
      <w:r>
        <w:t>of islamic ethics. this is the minimum condition of islamic ethics. living as a no problem person. living as a no problem person in the society. then what is the maximum condition? maximum condition is the</w:t>
      </w:r>
    </w:p>
    <w:p>
      <w:pPr>
        <w:jc w:val="right"/>
      </w:pPr>
      <w:r>
        <w:t>اف اسلامک ایتھکس۔ دس از دا منیمم کنڈیشن اف اسلامک ایتھکس۔ لیونگ ایز ا نو پرابلم پرسن۔ لیونگ ایز ا نو پرابلم پرسن ان دا سوسائٹی۔ دین واٹ از دا میکسیمم کنڈیشن؟ میکسیمم کنڈیشن از دی</w:t>
      </w:r>
    </w:p>
    <w:p>
      <w:r>
        <w:rPr>
          <w:b/>
        </w:rPr>
        <w:t xml:space="preserve">[20:51] </w:t>
      </w:r>
      <w:r>
        <w:t>t you have to live in your society as a giver person. as a giver person. this is giving spirit. there is hadith: "</w:t>
      </w:r>
    </w:p>
    <w:p>
      <w:pPr>
        <w:jc w:val="right"/>
      </w:pPr>
      <w:r>
        <w:t>ٹ یو ہیو ٹو لیو ان یور سوسائٹی ایز ا گیور پرسن۔ ایز ا گیور پرسن۔ دس از گیونگ اسپرٹ۔ دیر از حدیث: "</w:t>
      </w:r>
    </w:p>
    <w:p>
      <w:r>
        <w:rPr>
          <w:b/>
        </w:rPr>
        <w:t xml:space="preserve">[21:21] </w:t>
      </w:r>
      <w:r>
        <w:t>". it means that". it is the saying of the prophet of islam. "it means that if you can not live as a giver person, live as a no problem person in your society". "if you can not live</w:t>
      </w:r>
    </w:p>
    <w:p>
      <w:pPr>
        <w:jc w:val="right"/>
      </w:pPr>
      <w:r>
        <w:t>اٹ مینز دیٹ"۔ اٹ از دا سینگ اف دا پرافٹ اف اسلام۔ "اٹ مینز دیٹ اف یو کین ناٹ لیو ایز ا گیور پرسن، لیو ایز ا نو پرابلم پرسن ان یور سوسائٹی"۔ "اف یو کین ناٹ لیو</w:t>
      </w:r>
    </w:p>
    <w:p>
      <w:r>
        <w:rPr>
          <w:b/>
        </w:rPr>
        <w:t xml:space="preserve">[21:52] </w:t>
      </w:r>
      <w:r>
        <w:t>in your society as a giver person, live as a no problem person in your society". so in this hadith you can find minimum and maximum both. minimum ethics and maximum ethics both are mentioned in this hadith.</w:t>
      </w:r>
    </w:p>
    <w:p>
      <w:pPr>
        <w:jc w:val="right"/>
      </w:pPr>
      <w:r>
        <w:t>ان یور سوسائٹی ایز ا گیور پرسن، لیو ایز ا نو پرابلم پرسن ان یور سوسائٹی"۔ سو ان دس حدیث یو کین فائنڈ منیمم اینڈ میکسیمم بوتھ۔ منیمم ایتھکس اینڈ میکسیمم ایتھکس بوتھ ار مینشنڈ ان دس حدیث۔</w:t>
      </w:r>
    </w:p>
    <w:p>
      <w:r>
        <w:rPr>
          <w:b/>
        </w:rPr>
        <w:t xml:space="preserve">[22:24] </w:t>
      </w:r>
      <w:r>
        <w:t>so minimum akhlaq or minimum ethics is to live as a no problem person, and the maximum akhlaq or maximum ethics is to live as a giver person. as a giver person. this is the basic teachings</w:t>
      </w:r>
    </w:p>
    <w:p>
      <w:pPr>
        <w:jc w:val="right"/>
      </w:pPr>
      <w:r>
        <w:t>سو منیمم اخلاق اور منیمم ایتھکس از ٹو لیو ایز ا نو پرابلم پرسن، اینڈ دی میکسیمم اخلاق اور میکسیمم ایتھکس از ٹو لیو ایز ا گیور پرسن۔ ایز ا گیور پرسن۔ دس از دا بیسک ٹیچنگز</w:t>
      </w:r>
    </w:p>
    <w:p>
      <w:r>
        <w:rPr>
          <w:b/>
        </w:rPr>
        <w:t xml:space="preserve">[22:54] </w:t>
      </w:r>
      <w:r>
        <w:t>of islam, of islamic ethics. islam tries to inculcate this spirit in every believer's, in every human being. there is no third position according to islamic teachings. there is no third category. third category is animal category.</w:t>
      </w:r>
    </w:p>
    <w:p>
      <w:pPr>
        <w:jc w:val="right"/>
      </w:pPr>
      <w:r>
        <w:t>اف اسلام، اف اسلامک ایتھکس۔ اسلام ٹرائیز ٹو انکلکیٹ دس سپرٹ ان ایوری بیلیورز، ان ایوری ہیومن بینگ۔ دیر از نو تھرڈ پوزیشن اکارڈنگ ٹو اسلامک ٹیچنگز۔ دیر از نو تھرڈ کیٹگری۔ تھرڈ کیٹگری از اینیمل کیٹگری۔</w:t>
      </w:r>
    </w:p>
    <w:p>
      <w:r>
        <w:rPr>
          <w:b/>
        </w:rPr>
        <w:t xml:space="preserve">[23:24] </w:t>
      </w:r>
      <w:r>
        <w:t>if you are not living as no problem person, and if you are not living as a giver person, then you belong to animal category. there is no third category at all. so it is very important to understand that what is islamic ethics and what is not islamic ethics. because</w:t>
      </w:r>
    </w:p>
    <w:p>
      <w:pPr>
        <w:jc w:val="right"/>
      </w:pPr>
      <w:r>
        <w:t>اف یو ار ناٹ لیونگ ایز نو پرابلم پرسن، اینڈ اف یو ار ناٹ لیونگ ایز ا گیور پرسن، دین یو بیلانگ ٹو اینیمل کیٹگری۔ دیر از نو تھرڈ کیٹگری ایٹ ال۔ سو اٹ از ویری امپورٹنٹ ٹو انڈرسٹینڈ دیٹ واٹ از اسلامک ایتھکس اینڈ واٹ از ناٹ اسلامک ایتھکس۔ بیکاز</w:t>
      </w:r>
    </w:p>
    <w:p>
      <w:r>
        <w:rPr>
          <w:b/>
        </w:rPr>
        <w:t xml:space="preserve">[23:55] </w:t>
      </w:r>
      <w:r>
        <w:t>according to hadith: "aqbal al muslimeen imana". "aqbal al momineen imana ahsan akhlaqa". "aqbal al momineen imana akhlaqa". it means that best momin, best believer is one who is best in character. best believer is one who is best in</w:t>
      </w:r>
    </w:p>
    <w:p>
      <w:pPr>
        <w:jc w:val="right"/>
      </w:pPr>
      <w:r>
        <w:t>اکارڈنگ ٹو حدیث: "اکبل المسلمین ایمانا"۔ "اکبل المومنین ایمانا احسن خلقا"۔ "اکبل المومنین ایمانا خلقا"۔ اٹ مینز دیٹ بیسٹ مومن، بیسٹ بیلیور از ون ہو از بیسٹ ان کریکٹر۔ بیسٹ بیلیور از ون ہو از بیسٹ ان</w:t>
      </w:r>
    </w:p>
    <w:p>
      <w:r>
        <w:rPr>
          <w:b/>
        </w:rPr>
        <w:t xml:space="preserve">[24:26] </w:t>
      </w:r>
      <w:r>
        <w:t>in his moral conduct. so this is the definition of best muslim. this is the definition of best believer. anyone who claims that i am a momin, i am a believer, but he lacks of these two qualities, then according to this hadith he is not a believer.</w:t>
      </w:r>
    </w:p>
    <w:p>
      <w:pPr>
        <w:jc w:val="right"/>
      </w:pPr>
      <w:r>
        <w:t>ان ہز مورل کنڈکٹ۔ سو دس از دا ڈیفینیشن اف بیسٹ مسلم۔ دس از دا ڈیفینیشن اف بیسٹ بیلیور۔ اینی ون ہو کلیمز دیٹ ائی ایم ا مومن، ائی ایم ا بیلیور، بٹ ہی لیکس اف دیز ٹو کوالٹیز، دین اکارڈنگ ٹو دس حدیث ہی از ناٹ ا بیلیور۔</w:t>
      </w:r>
    </w:p>
    <w:p>
      <w:r>
        <w:rPr>
          <w:b/>
        </w:rPr>
        <w:t xml:space="preserve">[24:57] </w:t>
      </w:r>
      <w:r>
        <w:t>simply claim is not enough. simply claim is not enough. simply lip service is not enough. so you have to fulfill this criterion. if you claim that i am a momin, i am a believer, then you have to fulfill this condition.</w:t>
      </w:r>
    </w:p>
    <w:p>
      <w:pPr>
        <w:jc w:val="right"/>
      </w:pPr>
      <w:r>
        <w:t>سمپلی کلیم از ناٹ انف۔ سمپلی کلیم از ناٹ انف۔ سمپلی لپ سروس از ناٹ انف۔ سو یو ہیو ٹو فلفل دس کرائٹیرین۔ اف یو کلیم دیٹ ائی ایم ا مومن، ائی ایم ا بیلیور، دین یو ہیو ٹو فلفل دس کنڈیشن۔</w:t>
      </w:r>
    </w:p>
    <w:p>
      <w:r>
        <w:rPr>
          <w:b/>
        </w:rPr>
        <w:t xml:space="preserve">[25:28] </w:t>
      </w:r>
      <w:r>
        <w:t>and that condition is that you have adopted the best character. the minimum of this character is to live as a no problem person, and maximum is to live as a giver person. there is no third position at all. so this is the islamic</w:t>
      </w:r>
    </w:p>
    <w:p>
      <w:pPr>
        <w:jc w:val="right"/>
      </w:pPr>
      <w:r>
        <w:t>اینڈ دیٹ کنڈیشن از دیٹ یو ہیو اڈاپٹ دا بیسٹ کریکٹر۔ دا منیمم اف دس کریکٹر از ٹو لیو ایز ا نو پرابلم پرسن، اینڈ میکسیمم از ٹو لیو ایز ا گیور پرسن۔ دیر از نو تھرڈ پوزیشن ایٹ ال۔ سو دس از دا اسلامک</w:t>
      </w:r>
    </w:p>
    <w:p>
      <w:r>
        <w:rPr>
          <w:b/>
        </w:rPr>
        <w:t xml:space="preserve">[25:58] </w:t>
      </w:r>
      <w:r>
        <w:t>ethics. then i would like to say a few word about the rational basis of islamic ethics. islamic ethics, islamic ethics does not based on simply dos and don'ts. it has a rational basis also. and what is that rational b</w:t>
      </w:r>
    </w:p>
    <w:p>
      <w:pPr>
        <w:jc w:val="right"/>
      </w:pPr>
      <w:r>
        <w:t>ایتھکس۔ دین ائی وڈ لائک ٹو سے ا فیو ورڈ اباؤٹ دا ریشنل بیسس اف اسلامک ایتھکس۔ اسلامک ایتھکس، اسلامک ایتھکس ڈز ناٹ بیسڈ ان سمپلی ڈوز اینڈ ڈونٹس۔ اٹ ہیز ا ریشنل بیسس السو۔ اینڈ واٹ از دیٹ ریشنل ب</w:t>
      </w:r>
    </w:p>
    <w:p>
      <w:r>
        <w:rPr>
          <w:b/>
        </w:rPr>
        <w:t xml:space="preserve">[26:28] </w:t>
      </w:r>
      <w:r>
        <w:t>asis? it is mentioned in the hadith. the prophet of islam has said: "muslim yashkur an-nas lam yashkur Allah". one who fails to acknowledge people, he will also fail, he will also fail to acknowledge God.</w:t>
      </w:r>
    </w:p>
    <w:p>
      <w:pPr>
        <w:jc w:val="right"/>
      </w:pPr>
      <w:r>
        <w:t>یسس؟ اٹ از مینشن ان دا حدیث۔ دا پرافٹ اف اسلام ہیز سیڈ: "مللم یشکر الناس لم یشکر اللہ"۔ ون ہو فیلز ٹو اکنالج پیپل، ہی ویل السو فیل، ہی ویل السو فیل ٹو اکنالج گاڈ۔</w:t>
      </w:r>
    </w:p>
    <w:p>
      <w:r>
        <w:rPr>
          <w:b/>
        </w:rPr>
        <w:t xml:space="preserve">[27:01] </w:t>
      </w:r>
      <w:r>
        <w:t>so good behavior is nothing but a kind of acknowledgement. it is to acknowledge other contribution in your life. good character, good akhlaq, good behavior, good ethics is nothing but a kind of acknowledgement of other contribution in your in your life. then shukr means acknowledgement.</w:t>
      </w:r>
    </w:p>
    <w:p>
      <w:pPr>
        <w:jc w:val="right"/>
      </w:pPr>
      <w:r>
        <w:t>سو گڈ بیہیویئر از نتھنگ بٹ ا کائنڈ اف اکنالجمنٹ۔ اٹ از ٹو اکنالج ادر کنٹریبیوشن ان یور لائف۔ گڈ کریکٹر، گڈ اخلاق، گڈ بیہیویئر، گڈ ایتھکس از نتھنگ بٹ ا کائنڈ اف اکنالجمنٹ اف ادر کنٹریبیوشن ان یور ان یور لائف۔ دین شکر مینز اکنالجمنٹ۔</w:t>
      </w:r>
    </w:p>
    <w:p>
      <w:r>
        <w:rPr>
          <w:b/>
        </w:rPr>
        <w:t xml:space="preserve">[27:32] </w:t>
      </w:r>
      <w:r>
        <w:t>you have to acknowledge God, and also you have to acknowledge man. this is shukr. so God has provided you all things, all those item which is called, which are called, all those item that is called, that are called life support system. so who</w:t>
      </w:r>
    </w:p>
    <w:p>
      <w:pPr>
        <w:jc w:val="right"/>
      </w:pPr>
      <w:r>
        <w:t>یو ہیو ٹو اکنالج گاڈ، اینڈ السو یو ہیو ٹو اکنالج مین۔ دس از شکر۔ سو گاڈ ہیز پرووائیڈڈ یو ال تھنگز، ال دوز ائٹم وچ از کالڈ، وچ ار کالڈ، ال دوز ائٹم دیٹ از کالڈ، دیٹ ار کالڈ لائف سپورٹ سسٹم۔ سو ہو</w:t>
      </w:r>
    </w:p>
    <w:p>
      <w:r>
        <w:rPr>
          <w:b/>
        </w:rPr>
        <w:t xml:space="preserve">[28:02] </w:t>
      </w:r>
      <w:r>
        <w:t>provided life support system. God Almighty, God Almighty has provided life support system. life support system means water, light, gravitational pull in our earth, oxygen, all million and billion things without</w:t>
      </w:r>
    </w:p>
    <w:p>
      <w:pPr>
        <w:jc w:val="right"/>
      </w:pPr>
      <w:r>
        <w:t>پرووائیڈڈ لائف سپورٹ سسٹم۔ گاڈ المائٹی، گاڈ المائٹی ہیز پرووائیڈڈ لائف سپورٹ سسٹم۔ لائف سپورٹ سسٹم مینز واٹر، لائٹ، گریویٹیشنل پل ان اور ارتھ، اکسیجن، ال ملین اینڈ بلین تھنگز ودا اؤٹ</w:t>
      </w:r>
    </w:p>
    <w:p>
      <w:r>
        <w:rPr>
          <w:b/>
        </w:rPr>
        <w:t xml:space="preserve">[28:32] </w:t>
      </w:r>
      <w:r>
        <w:t>which you can't live in this earth. so all those things who are necessary part of your life, that are called life support system. so it is God Almighty who has created and provided this support, this this life support system. so you have to acknowledge God.</w:t>
      </w:r>
    </w:p>
    <w:p>
      <w:pPr>
        <w:jc w:val="right"/>
      </w:pPr>
      <w:r>
        <w:t>وچ یو کینٹ لیو ان دس ارتھ۔ سو ال دوز تھنگز ہو ار نسیسری پارٹ اف یور لائف، دیٹ ار کالڈ لائف سپورٹ سسٹم۔ سو اٹ از گاڈ المائٹی ہو ہیو کریٹڈ اینڈ پرووائیڈڈ دس سپورٹ، دس دس لائف سپورٹ سسٹم۔ سو یو ہیو ٹو اکنالج گاڈ۔</w:t>
      </w:r>
    </w:p>
    <w:p>
      <w:r>
        <w:rPr>
          <w:b/>
        </w:rPr>
        <w:t xml:space="preserve">[29:03] </w:t>
      </w:r>
      <w:r>
        <w:t>that is alhamdulillah, that is shukr. when you discover that there is God who created this world, who created this universe. when you realize that there is God who has provided all those things without which you can't live in this earth</w:t>
      </w:r>
    </w:p>
    <w:p>
      <w:pPr>
        <w:jc w:val="right"/>
      </w:pPr>
      <w:r>
        <w:t>دیٹ از الحمد، دیٹ از شکر۔ وین یو ڈسکور دیٹ دیر از گاڈ ہو کریٹڈ دس ورلڈ، ہو کریٹڈ دس یونیورس۔ وین یو ریلائز دیٹ دیر از گاڈ ہو ہیز پرووائیڈڈ ال دوز تھنگز ودا اؤٹ وچ یو کینٹ لیو ان دس ارتھ</w:t>
      </w:r>
    </w:p>
    <w:p>
      <w:r>
        <w:rPr>
          <w:b/>
        </w:rPr>
        <w:t xml:space="preserve">[29:34] </w:t>
      </w:r>
      <w:r>
        <w:t>. so when you discover, when you realize this fact, and you say alhamdulillah rabbil alamin, that is shukr, that is acknowledgement. then the same spirit is required towards human being, because there are so many ways by which man k</w:t>
      </w:r>
    </w:p>
    <w:p>
      <w:pPr>
        <w:jc w:val="right"/>
      </w:pPr>
      <w:r>
        <w:t>۔ سو وین یو ڈسکور، وین یو ریلائز دس فیکٹ، اینڈ یو سے الحمدللہ رب العالمین، دیٹ از شکر، دیٹ از اکنالجمنٹ۔ دین دا سیم سپرٹ از ریکوائرڈ ٹوڈز ہیومن بینگ، بیکاز دیر ار سو مینی ویز بائی وچ مین ک</w:t>
      </w:r>
    </w:p>
    <w:p>
      <w:r>
        <w:rPr>
          <w:b/>
        </w:rPr>
        <w:t xml:space="preserve">[30:04] </w:t>
      </w:r>
      <w:r>
        <w:t>ind is supporting you, which is called, which you call civilization. what is civilization? civilization is a community effort. civilization is a united, a long civilization is result of a long, long united effort of humanity.</w:t>
      </w:r>
    </w:p>
    <w:p>
      <w:pPr>
        <w:jc w:val="right"/>
      </w:pPr>
      <w:r>
        <w:t>ائنڈ از سپورٹنگ یو، وچ از کالڈ، وچ از وچ یو کال سیولائزیشن۔ واٹ از سیولائزیشن؟ سیولائزیشن از اے کمیونٹی ایفرٹ۔ سیولائزیشن از ا یونائٹڈ، ا لانگ سیولائزیشن از رزلٹ اف ا لانگ، لانگ یونائٹڈ ایفرٹ اف ہیومینٹی۔</w:t>
      </w:r>
    </w:p>
    <w:p>
      <w:r>
        <w:rPr>
          <w:b/>
        </w:rPr>
        <w:t xml:space="preserve">[30:34] </w:t>
      </w:r>
      <w:r>
        <w:t>then there is civilization. so you need contribution of civilization. so at one hand, you are, you are, you are receiving civilizational contribution. at one hand, at one, at one hand, you are receiving civilizational contribution.</w:t>
      </w:r>
    </w:p>
    <w:p>
      <w:pPr>
        <w:jc w:val="right"/>
      </w:pPr>
      <w:r>
        <w:t>دین دیر از سیولائزیشن۔ سو یو نیڈ کنٹریبیوشن اف سیولائزیشن۔ سو ایٹ ون ہینڈ، یو ار، یو ار، یو ار ریسیونگ سیولائزیشنل کنٹریبیوشن۔ ایٹ ون ہینڈ، ایٹ ون، ایٹ ون ہینڈ، یو ار ریسیونگ سیولائزیشنل کنٹریبیوشن۔</w:t>
      </w:r>
    </w:p>
    <w:p>
      <w:r>
        <w:rPr>
          <w:b/>
        </w:rPr>
        <w:t xml:space="preserve">[31:05] </w:t>
      </w:r>
      <w:r>
        <w:t>otherwise, you can't live. for example, this glass is a contribution of civilization. everything is contribution of civilization. you alone can not not invent all these things. it is long, long</w:t>
      </w:r>
    </w:p>
    <w:p>
      <w:pPr>
        <w:jc w:val="right"/>
      </w:pPr>
      <w:r>
        <w:t>ادروائز، یو کینٹ لیو۔ فار ایگزامپل، دس گلاس از اے کنٹریبیوشن اف سیولائزیشن۔ ایوری تھنگ از کنٹریبیوشن اف سیولائزیشن۔ یو الون کینٹ ناٹ انوینٹ ال دیز تھنگز۔ اٹ از لانگ، لانگ</w:t>
      </w:r>
    </w:p>
    <w:p>
      <w:r>
        <w:rPr>
          <w:b/>
        </w:rPr>
        <w:t xml:space="preserve">[31:36] </w:t>
      </w:r>
      <w:r>
        <w:t>civilizational effort that has provided all these things. so what is akhlaq? what is ethical? what is moral behavior? what is ethical behavior? it is an acknowledgement. when you acknowledge the civilizational contribution of human</w:t>
      </w:r>
    </w:p>
    <w:p>
      <w:pPr>
        <w:jc w:val="right"/>
      </w:pPr>
      <w:r>
        <w:t>سیولائزیشنل ایفرٹ دیٹ ہیز پرووائیڈڈ ال دیز تھنگز۔ سو واٹ از اخلاق؟ واٹ از ایتھیکل؟ واٹ از مورل بیہیویئر؟ واٹ از ایتھیکل بیہیویئر؟ اٹ از این اکنالجمنٹ۔ وین یو اکنالج دا سیولائزیشنل کنٹریبیوشن اف ہیومین</w:t>
      </w:r>
    </w:p>
    <w:p>
      <w:r>
        <w:rPr>
          <w:b/>
        </w:rPr>
        <w:t xml:space="preserve">[32:06] </w:t>
      </w:r>
      <w:r>
        <w:t>ity, that is akhlaq. when you acknowledge the civilizational contribution of humanity, your heart is full of sympathy, full of willing towards mankind. so this translates, this spirit translates into good behavior towards other.</w:t>
      </w:r>
    </w:p>
    <w:p>
      <w:pPr>
        <w:jc w:val="right"/>
      </w:pPr>
      <w:r>
        <w:t>ٹی، دیٹ از اخلاق۔ وین یو اکنالج دا سیولائزیشنل کنٹریبیوشن اف ہیومینٹی، یور ہارٹ از فل اف سمپتھی، فل اف ولشنگ ٹوڈز مین کائنڈ۔ سو دس ٹرانسلیٹس، دس سپرٹ ٹرانسلیٹس انٹو گڈ بیہیویئر ٹوڈز ادر۔</w:t>
      </w:r>
    </w:p>
    <w:p>
      <w:r>
        <w:rPr>
          <w:b/>
        </w:rPr>
        <w:t xml:space="preserve">[32:37] </w:t>
      </w:r>
      <w:r>
        <w:t>good ethical behavior is simply an acknowledgement of civilizational contribution of humanity. one who fails to acknowledge man, he will also, he will also fail to acknowledge God. so when you acknowledge the contribution of God</w:t>
      </w:r>
    </w:p>
    <w:p>
      <w:pPr>
        <w:jc w:val="right"/>
      </w:pPr>
      <w:r>
        <w:t>گڈ ایتھیکل بیہیویئر از سمپلی این اکنالجمنٹ اف سیولائزیشنل کنٹریبیوشن اف ہیومینٹی۔ ون ہو فیلز ٹو اکنالج مین، ہی ویل السو، ہی ویل السو فیل ٹو اکنالج گاڈ۔ سو وین یو اکنالج دا کنٹریبیوشن اف گاڈ</w:t>
      </w:r>
    </w:p>
    <w:p>
      <w:r>
        <w:rPr>
          <w:b/>
        </w:rPr>
        <w:t xml:space="preserve">[33:07] </w:t>
      </w:r>
      <w:r>
        <w:t>in your life, that is shukr. and when you acknowledge the contribution of humanity in your life, that is akhlaq. so akhlaq is not simple thing. it is an acknowledgement. then i would like to say that, although moral teachings</w:t>
      </w:r>
    </w:p>
    <w:p>
      <w:pPr>
        <w:jc w:val="right"/>
      </w:pPr>
      <w:r>
        <w:t>ان یور لائف، دیٹ از شکر۔ اینڈ وین یو اکنالج دا کنٹریبیوشن اف ہیومینٹی ان یور لائف، دیٹ از اخلاق۔ سو اخلاق از ناٹ سمپل تھنگ۔ اٹ از این اکنالجمنٹ۔ دین ائی وڈ لائک ٹو سے دیٹ، التھو مورل ٹیچنگز</w:t>
      </w:r>
    </w:p>
    <w:p>
      <w:r>
        <w:rPr>
          <w:b/>
        </w:rPr>
        <w:t xml:space="preserve">[33:38] </w:t>
      </w:r>
      <w:r>
        <w:t>are mentioned in every system, in every religion. in every traditions, but here is specialty, specialty of Islam. Islam has a very special contribution towards ethics. that is Islam provides incentive, a very strong incentive. there</w:t>
      </w:r>
    </w:p>
    <w:p>
      <w:pPr>
        <w:jc w:val="right"/>
      </w:pPr>
      <w:r>
        <w:t>ار مینشنڈ ان ایوری سسٹم، ان ایوری ریلیجن۔ ان ایوری ٹریڈیشنز، بٹ ہیر از اسپیشلٹی، اسپیشلٹی اف اسلام۔ اسلام ہیز ا ویری اسپیشل کنٹریبیوشن ٹوڈز ایتھکس۔ دیٹ از اسلام پرووائیڈز انسنٹو، ا ویری سٹرونگ انسنٹو۔ دیر</w:t>
      </w:r>
    </w:p>
    <w:p>
      <w:r>
        <w:rPr>
          <w:b/>
        </w:rPr>
        <w:t xml:space="preserve">[34:08] </w:t>
      </w:r>
      <w:r>
        <w:t>is hadith: "ittaqi Allah wa ahsin ila man hasan ilaika". the prophet of Islam has said: "fear God and live with good conduct among people". so here you can see that good conduct and fear</w:t>
      </w:r>
    </w:p>
    <w:p>
      <w:pPr>
        <w:jc w:val="right"/>
      </w:pPr>
      <w:r>
        <w:t>از حدیث: "اتق اللہ حسن"۔ دا پرافٹ اف اسلام ہیز سیڈ: "فیئر گاڈ اینڈ لیو ود گڈ کنڈکٹ امنگ پیپل"۔ سو ہیر یو کین سی دیٹ گڈ کنڈکٹ اینڈ فیئر</w:t>
      </w:r>
    </w:p>
    <w:p>
      <w:r>
        <w:rPr>
          <w:b/>
        </w:rPr>
        <w:t xml:space="preserve">[34:38] </w:t>
      </w:r>
      <w:r>
        <w:t>of God, both are interlinked. a believer is one who fears God, who think that i am accountable to, accountable to God. so this sense of accountability inculcate in him a spirit, an incentive. he feels that</w:t>
      </w:r>
    </w:p>
    <w:p>
      <w:pPr>
        <w:jc w:val="right"/>
      </w:pPr>
      <w:r>
        <w:t>اف گاڈ، بوتھ ار انٹر لنکڈ۔ ا بیلیور از ون ہو فیئرز گاڈ، ہو تھنک دیٹ ائی ایم اکاؤنٹیبل ٹو، اکاؤنٹیبل ٹو گاڈ۔ سو دس سینس اف اکاؤنٹیبلٹی انکلکیٹ ان ہم ا سپرٹ، ا انسنٹو۔ ہی فیلز دیٹ</w:t>
      </w:r>
    </w:p>
    <w:p>
      <w:r>
        <w:rPr>
          <w:b/>
        </w:rPr>
        <w:t xml:space="preserve">[35:08] </w:t>
      </w:r>
      <w:r>
        <w:t>if i, a true believer feels that if i fail to live, fail to live with good conduct among muslim, good conduct among people, then i will be accountable to God. God will punish me. there is hadith: "be</w:t>
      </w:r>
    </w:p>
    <w:p>
      <w:pPr>
        <w:jc w:val="right"/>
      </w:pPr>
      <w:r>
        <w:t>اف ائی، ا ٹرو بیلیور فیلز دیٹ اف ائی فیل ٹو لیو، فیل ٹو لیو ود گڈ کنڈکٹ امنگ مسلم، گڈ کنڈکٹ امنگ پیپل، دین ائی ویل بی اکاؤنٹیبل ٹو گاڈ۔ گاڈ ویل پنش می۔ دیر از حدیث: "بی</w:t>
      </w:r>
    </w:p>
    <w:p>
      <w:r>
        <w:rPr>
          <w:b/>
        </w:rPr>
        <w:t xml:space="preserve">[35:40] </w:t>
      </w:r>
      <w:r>
        <w:t>merciful to others". God will be merciful to you. "be merciful to others". God will be merciful to you. means that if you want to receive mercy from God, you have to, you have to show mercy towards others.</w:t>
      </w:r>
    </w:p>
    <w:p>
      <w:pPr>
        <w:jc w:val="right"/>
      </w:pPr>
      <w:r>
        <w:t>مرسیفل ٹو ادر"۔ گاڈ ویل بی مرسیفل ٹو یو۔ "بی مرسیفل ٹو ادر"۔ گاڈ ویل بی مرسیفل ٹو یو۔ مینز دیٹ اف یو وانٹ ٹو ریسیو مرسی فرام گاڈ، یو ہیو ٹو، یو ہیو ٹو شو مرسی ٹوڈز ادر۔</w:t>
      </w:r>
    </w:p>
    <w:p>
      <w:r>
        <w:rPr>
          <w:b/>
        </w:rPr>
        <w:t xml:space="preserve">[36:10] </w:t>
      </w:r>
      <w:r>
        <w:t>if you want to have forgiveness from God, you have to forgive, you have to forgive others. if you want to find, if you want to receive good reward from God, you have to to give good reward to others.</w:t>
      </w:r>
    </w:p>
    <w:p>
      <w:pPr>
        <w:jc w:val="right"/>
      </w:pPr>
      <w:r>
        <w:t>اف یو وانٹ ٹو ہیو فارگیونس فرام گاڈ، یو ہیو ٹو فارگیو، یو ہیو ٹو فارگیو ادر۔ اف یو وانٹ ٹو فائنڈ، اف یو وانٹ ٹو ریسیو گڈ ریوارڈ فرام گاڈ، یو ہیو ٹو ٹو گیو گڈ ریوارڈ ٹو ادر۔</w:t>
      </w:r>
    </w:p>
    <w:p>
      <w:r>
        <w:rPr>
          <w:b/>
        </w:rPr>
        <w:t xml:space="preserve">[36:41] </w:t>
      </w:r>
      <w:r>
        <w:t>so this this provides a strong incentive, a strong motivation towards akhlaq or good behavior. so the concept of day of judgment, the concept of day of judgment, the concept of accountability gives a strong incentive. after this believe, one can't</w:t>
      </w:r>
    </w:p>
    <w:p>
      <w:pPr>
        <w:jc w:val="right"/>
      </w:pPr>
      <w:r>
        <w:t>سو دس دس پرووائیڈز ا سٹرونگ انسنٹو، ا سٹرونگ موٹیویشن ٹوڈز اخلاق اور گڈ بیہیویئر۔ سو دا کانسیپٹ اف ڈے اف ججمنٹ، دا کانسیپٹ اف ڈے اف ججمنٹ، دا کانسیپٹ اف اکاؤنٹیبلٹی گیوز ا سٹرونگ انسنٹو۔ افٹر دس بیلیو، ون کینٹ</w:t>
      </w:r>
    </w:p>
    <w:p>
      <w:r>
        <w:rPr>
          <w:b/>
        </w:rPr>
        <w:t xml:space="preserve">[37:12] </w:t>
      </w:r>
      <w:r>
        <w:t>afford to, one can't afford to, one can't afford to, to ignore good conduct to others, because he will feel that it is, it will go, it goes against myself. I will</w:t>
      </w:r>
    </w:p>
    <w:p>
      <w:pPr>
        <w:jc w:val="right"/>
      </w:pPr>
      <w:r>
        <w:t>افورڈ ٹو، ون کینٹ افورڈ ٹو، ون کینٹ افورڈ ٹو، ٹو اگنور گڈ کنڈکٹ ٹو ادر، بیکاز ہی ویل فیل دیٹ اٹ از، اٹ ویل گو، اٹ گوز اگینسٹ مائی سیلف۔ ائی ویل</w:t>
      </w:r>
    </w:p>
    <w:p>
      <w:r>
        <w:rPr>
          <w:b/>
        </w:rPr>
        <w:t xml:space="preserve">[37:42] </w:t>
      </w:r>
      <w:r>
        <w:t>be a deprived person in the hereafter. If I try to deprive others, then I will be deprived person in the hereafter. So the belief in hereafter provides a strong incentive in favor of moral behavior.</w:t>
      </w:r>
    </w:p>
    <w:p>
      <w:pPr>
        <w:jc w:val="right"/>
      </w:pPr>
      <w:r>
        <w:t>بی ا ڈیپرائیڈ پرسن ان دی ہیر افٹر۔ اف ائی ٹرائی ٹو ڈیپرائیو ادر، دین ائی ویل بی ڈیپرائیڈ پرسن ان دا ہیر افٹر۔ سو دا بیلیف ان ہیر افٹر پرووائیڈز ا سٹرونگ انسنٹو ان فیور اف مورل بیہیویئر۔</w:t>
      </w:r>
    </w:p>
    <w:p>
      <w:r>
        <w:rPr>
          <w:b/>
        </w:rPr>
        <w:t xml:space="preserve">[38:12] </w:t>
      </w:r>
      <w:r>
        <w:t>So the prophet of Islam has said: "Taqi Allah, Taqi Allah". Fear always live in fear of God, and and adopt good conduct towards others. Be good towards others.</w:t>
      </w:r>
    </w:p>
    <w:p>
      <w:pPr>
        <w:jc w:val="right"/>
      </w:pPr>
      <w:r>
        <w:t>سو دا پرافٹ اف اسلام ہیز سیڈ: "اتق اللہ، اتق اللہ"۔ فیئر الویز لیو ان فیئر اف گاڈ، اینڈ اینڈ اڈاپٹ گڈ کنڈکٹ ٹوڈز ادر۔ بی گڈ ٹوڈز ادر۔</w:t>
      </w:r>
    </w:p>
    <w:p>
      <w:r>
        <w:rPr>
          <w:b/>
        </w:rPr>
        <w:t xml:space="preserve">[38:44] </w:t>
      </w:r>
      <w:r>
        <w:t>So here you can see that God fearing is linked with with good behavior. So Islam provides a strong incentive, a strong motivation in favor of good conduct towards other people.</w:t>
      </w:r>
    </w:p>
    <w:p>
      <w:pPr>
        <w:jc w:val="right"/>
      </w:pPr>
      <w:r>
        <w:t>سو ہیر یو کین سی دیٹ گاڈ فیئرنگ از لنکڈ ود ود گڈ بیہیویئر۔ سو اسلام پرووائیڈز ا سٹرونگ انسنٹو، ا سٹرونگ موٹیویشن ان فیور اف گڈ کنڈکٹ ٹوڈز ادر پیپل۔</w:t>
      </w:r>
    </w:p>
    <w:p>
      <w:r>
        <w:rPr>
          <w:b/>
        </w:rPr>
        <w:t xml:space="preserve">[39:14] </w:t>
      </w:r>
      <w:r>
        <w:t>Then there is hadith, the prophet of Islam has said: "Husan al-akhlaq". The prophet of Islam has said that I was sent</w:t>
      </w:r>
    </w:p>
    <w:p>
      <w:pPr>
        <w:jc w:val="right"/>
      </w:pPr>
      <w:r>
        <w:t>دین دیر از حدیث، دا پرافٹ اف اسلام ہیز سیڈ: "حسن الاخلاق"۔ دا پرافٹ اف اسلام ہیز سیڈ دیٹ ائی واز سینڈ</w:t>
      </w:r>
    </w:p>
    <w:p>
      <w:r>
        <w:rPr>
          <w:b/>
        </w:rPr>
        <w:t xml:space="preserve">[39:45] </w:t>
      </w:r>
      <w:r>
        <w:t>to set models for moral behavior. So Islam provides a historical model. It is a, it is great contribution of Islam towards ethical system. Prophet of Islam was historical personality. Muhammad was born</w:t>
      </w:r>
    </w:p>
    <w:p>
      <w:pPr>
        <w:jc w:val="right"/>
      </w:pPr>
      <w:r>
        <w:t>ٹو سیٹ ماڈلز فار مورل بیہیویئر۔ سو اسلام پرووائیڈز ا ہسٹوریکل ماڈل۔ اٹ از ا، اٹ از گریٹ کنٹریبیوشن اف اسلام ٹوڈز ایتھیکل سسٹم۔ پرافٹ اف اسلام واز ہسٹوریکل پرسنیلٹی۔ محمد واز بارن</w:t>
      </w:r>
    </w:p>
    <w:p>
      <w:r>
        <w:rPr>
          <w:b/>
        </w:rPr>
        <w:t xml:space="preserve">[40:16] </w:t>
      </w:r>
      <w:r>
        <w:t>within the full light of history. So everything about Muhammad (peace be upon him) is well known, and he lived eventful, a very eventful life. Prophet of Islam lived a very eventful life. You can find every kind of experience. You can find e</w:t>
      </w:r>
    </w:p>
    <w:p>
      <w:pPr>
        <w:jc w:val="right"/>
      </w:pPr>
      <w:r>
        <w:t>ود ان دا فل لائٹ اف ہسٹری۔ سو ایوری تھنگ اباؤٹ محمد صلی اللہ علیہ وسلم از ویل نون، اینڈ ہی لیوڈ ایونٹ فل، ا ویری ایونٹ فل لائف۔ پرافٹ اف اسلام لیوڈ ا ویری ایونٹ فل لائف۔ یو کین فائنڈ ایوری کائنڈ اف ایکسپیرینس۔ یو کین فائنڈ ای</w:t>
      </w:r>
    </w:p>
    <w:p>
      <w:r>
        <w:rPr>
          <w:b/>
        </w:rPr>
        <w:t xml:space="preserve">[40:46] </w:t>
      </w:r>
      <w:r>
        <w:t>very kind of experience in his life. So everything in the prophet of Islam is history. Is not simply mythology. Is not superstition. Is not simply a story. Is not phenomena of story teller. Story tellers, there are so many stories given by story tellers.</w:t>
      </w:r>
    </w:p>
    <w:p>
      <w:pPr>
        <w:jc w:val="right"/>
      </w:pPr>
      <w:r>
        <w:t>وری کائنڈ اف ایکسپیرینس ان ہز لائف۔ سو ایوری تھنگ ان دا پرافٹ اف اسلام از ہسٹری۔ از ناٹ سمپلی مائتھالوجی۔ از ناٹ سپرٹیشن۔ از ناٹ سمپلی ا سٹوری۔ از ناٹ فیناومینا اف سٹوری ٹیلر۔ سٹوری ٹیلرز، دیر ار سو مینی سٹوریز گیون بائے سٹوری ٹیلرز۔</w:t>
      </w:r>
    </w:p>
    <w:p>
      <w:r>
        <w:rPr>
          <w:b/>
        </w:rPr>
        <w:t xml:space="preserve">[41:18] </w:t>
      </w:r>
      <w:r>
        <w:t>Every novel is a phenomena of story telling. But the life of the prophet of Islam is completely a history. The life of, the life of the prophet of Islam is, is a history in every aspect of the world. So in, in the prophet of Islam, in the life of the prophet of Islam</w:t>
      </w:r>
    </w:p>
    <w:p>
      <w:pPr>
        <w:jc w:val="right"/>
      </w:pPr>
      <w:r>
        <w:t>ایوری ناول از ا فیناومینا اف سٹوری ٹیلنگ۔ بٹ دا لائف اف دا پرافٹ اف اسلام از کمپلیٹلی ا ہسٹری۔ دا لائف اف، دا لائف اف دا پرافٹ اف اسلام از، از ا ہسٹری ان ایوری اسپیکٹ اف دا ورلڈ۔ سو ان، ان دا پرافٹ اف اسلام، ان دا لائف اف دا پرافٹ اف اسلام</w:t>
      </w:r>
    </w:p>
    <w:p>
      <w:r>
        <w:rPr>
          <w:b/>
        </w:rPr>
        <w:t xml:space="preserve">[41:48] </w:t>
      </w:r>
      <w:r>
        <w:t>, we find a historical model. Historical model is very important. Here you can find a historical model, not mythological model. There are so many character, but that character, that characters are mythological</w:t>
      </w:r>
    </w:p>
    <w:p>
      <w:pPr>
        <w:jc w:val="right"/>
      </w:pPr>
      <w:r>
        <w:t>، وی فائنڈ ا ہسٹوریکل ماڈل۔ ہسٹوریکل ماڈل از ویری امپورٹنٹ۔ ہیر یو کین فائنڈ ا ہسٹوریکل ماڈل، ناٹ میتھولوجیکل ماڈل۔ دیر ار سو مینی کریکٹر، بٹ دیٹ کریکٹر، دیٹ کریکٹرز ار میتھولوجیکل</w:t>
      </w:r>
    </w:p>
    <w:p>
      <w:r>
        <w:rPr>
          <w:b/>
        </w:rPr>
        <w:t xml:space="preserve">[42:18] </w:t>
      </w:r>
      <w:r>
        <w:t>character. Only phenomena of story tellers, but here everything is history. For example, there was a during the prophet of Islam, there was a defensive war. That is called war of Badr, or battle of Badr. It</w:t>
      </w:r>
    </w:p>
    <w:p>
      <w:pPr>
        <w:jc w:val="right"/>
      </w:pPr>
      <w:r>
        <w:t>کریکٹر۔ اونلی فیناومینا اف سٹوری ٹیلرز، بٹ ہیر ایوری تھنگ از ہسٹری۔ فار ایگزامپل، دیر واز ا ڈیورنگ دا پرافٹ اف اسلام، دیر واز ا ڈیفنسو وار۔ دیٹ از کالڈ وار اف بدر، اور بیٹل اف بدر۔ اٹ</w:t>
      </w:r>
    </w:p>
    <w:p>
      <w:r>
        <w:rPr>
          <w:b/>
        </w:rPr>
        <w:t xml:space="preserve">[42:48] </w:t>
      </w:r>
      <w:r>
        <w:t>was defensive war. In this war was won by the prophet of Islam. Prophet of Islam became victorious, although he fought a defensive war, but he was victorious. Then some of the enemy were arrested</w:t>
      </w:r>
    </w:p>
    <w:p>
      <w:pPr>
        <w:jc w:val="right"/>
      </w:pPr>
      <w:r>
        <w:t>واز ڈیفنسو وار۔ ان دس وار واز ون بائی دا پرافٹ اف اسلام۔ پرافٹ اف اسلام بیکم وکٹوریس، التھو ہی فاٹ ا ڈیفنسو وار، بٹ ہی واز وکٹوریس۔ دین سم اف دا اینمی ویر اریسٹڈ</w:t>
      </w:r>
    </w:p>
    <w:p>
      <w:r>
        <w:rPr>
          <w:b/>
        </w:rPr>
        <w:t xml:space="preserve">[43:19] </w:t>
      </w:r>
      <w:r>
        <w:t>, became and became war prisoners. They brought out to Madinah as war prisoners. One of them was Suhail. His name was Suhail. He was a strong enemy of Islam. He was man of great personality. He was a great orator, and he was a strong enemy of Islam.</w:t>
      </w:r>
    </w:p>
    <w:p>
      <w:pPr>
        <w:jc w:val="right"/>
      </w:pPr>
      <w:r>
        <w:t>، بیکم اینڈ بیکم وار پریزنرز۔ دے براٹ اؤٹ ٹو مدینہ ایز وار پریزنرز۔ ون اف دیم واز سہیل۔ ہز نیم واز سہیل۔ ہی واز ا سٹرونگ اینمی اف اسلام۔ ہی واز مین اف گریٹ پرسنیلٹی۔ ہی واز ا گریٹ اریٹر، اینڈ ہی واز ا سٹرونگ اینمی اف اسلام۔</w:t>
      </w:r>
    </w:p>
    <w:p>
      <w:r>
        <w:rPr>
          <w:b/>
        </w:rPr>
        <w:t xml:space="preserve">[43:50] </w:t>
      </w:r>
      <w:r>
        <w:t>So he became prisoner of war in the hand of the prophet of Islam. So one of his companion, his name was Umar ibn al-Khattab. Umar ibn al-Khattab was a senior companion of the prophet of Islam. So Umar ibn Khattab said to the prophet: "O prophet,</w:t>
      </w:r>
    </w:p>
    <w:p>
      <w:pPr>
        <w:jc w:val="right"/>
      </w:pPr>
      <w:r>
        <w:t>سو ہی بیکم پریزنر اف وار ان دا ہینڈ اف دا پرافٹ اف اسلام۔ سو ون اف ہز کمپینین، ہز نیم واز عمر بن الخطاب۔ عمر بن الخطاب واز ا سینیئر کمپینین اف دا پرافٹ اف اسلام۔ سو عمر بن خطاب سیڈ ٹو دا پرافٹ: "او پرافٹ،</w:t>
      </w:r>
    </w:p>
    <w:p>
      <w:r>
        <w:rPr>
          <w:b/>
        </w:rPr>
        <w:t xml:space="preserve">[44:20] </w:t>
      </w:r>
      <w:r>
        <w:t>now this enemy is in our hand." He was a bitter enemy at the time, a bitter enemy. So Umar ibn Khattab said to the prophet: "O prophet, now this bitter enemy is in our hand." So he advised to disfigure his face</w:t>
      </w:r>
    </w:p>
    <w:p>
      <w:pPr>
        <w:jc w:val="right"/>
      </w:pPr>
      <w:r>
        <w:t>ناؤ دس اینمی از ان اور ہینڈ۔" ہی واز ا بٹر اینمی ایٹ دا ٹائم، ا بٹر اینمی۔ سو عمر بن خطاب سیڈ ٹو دا پرافٹ: "او پرافٹ، ناؤ دس بٹر اینمی از ان اور ہینڈ۔" سو ہی ایڈوائزڈ ٹو ڈسفگر ہز فیس</w:t>
      </w:r>
    </w:p>
    <w:p>
      <w:r>
        <w:rPr>
          <w:b/>
        </w:rPr>
        <w:t xml:space="preserve">[44:50] </w:t>
      </w:r>
      <w:r>
        <w:t>. Umar ibn Khattab advised to disfigure his face. It was quite possible for the prophet of Islam, because he was prisoner of war at the time. But the prophet of Islam replied: "No."</w:t>
      </w:r>
    </w:p>
    <w:p>
      <w:pPr>
        <w:jc w:val="right"/>
      </w:pPr>
      <w:r>
        <w:t>۔ عمر بن الخطاب ایڈوائزڈ ٹو ڈسفگر ہز فیس۔ اٹ واز کوائٹ پوسیبل فار دا پرافٹ اف اسلام، بیکاز ہی واز پریزنر اف وار ایٹ دا ٹائم۔ بٹ دا پرافٹ اف اسلام ریپلائیڈ: "نو۔"</w:t>
      </w:r>
    </w:p>
    <w:p>
      <w:r>
        <w:rPr>
          <w:b/>
        </w:rPr>
        <w:t xml:space="preserve">[45:21] </w:t>
      </w:r>
      <w:r>
        <w:t>He said this historical word. It is history. It is not mythology. It is not a story. It is not a dialogue adopted from any novel. So it is history. Prophet of Islam said: "No." If I disfigure his face, God will disfigure</w:t>
      </w:r>
    </w:p>
    <w:p>
      <w:pPr>
        <w:jc w:val="right"/>
      </w:pPr>
      <w:r>
        <w:t>ہی سیڈ دس ہسٹوریکل ورڈ۔ اٹ از ہسٹری۔ اٹ از ناٹ مائتھالوجی۔ اٹ از ناٹ ا سٹوری۔ اٹ از ناٹ ا ڈائیلاگ اڈاپٹڈ فرام اینی ناول۔ سو اٹ از ہسٹری۔ پرافٹ اف اسلام سیڈ: "نو۔" اف ائی ڈسفگر ہز فیس، گاڈ ویل ڈسفگر</w:t>
      </w:r>
    </w:p>
    <w:p>
      <w:r>
        <w:rPr>
          <w:b/>
        </w:rPr>
        <w:t xml:space="preserve">[45:51] </w:t>
      </w:r>
      <w:r>
        <w:t>my face in the hereafter. If I disfigure his face, God will disfigure my face in the hereafter. This is the historical model given by the prophet of Islam. So in this model there is lesson,</w:t>
      </w:r>
    </w:p>
    <w:p>
      <w:pPr>
        <w:jc w:val="right"/>
      </w:pPr>
      <w:r>
        <w:t>مائی فیس ان دی ہیر افٹر۔ اف ائی ڈسفگر ہز فیس، گاڈ ویل ڈسفگر مائی فیس ان دا ہیر افٹر۔ دس از دا ہسٹوریکل ماڈل گیون بائی دا پرافٹ اف اسلام۔ سو ان دس ماڈل دیر از لیسن،</w:t>
      </w:r>
    </w:p>
    <w:p>
      <w:r>
        <w:rPr>
          <w:b/>
        </w:rPr>
        <w:t xml:space="preserve">[46:23] </w:t>
      </w:r>
      <w:r>
        <w:t>and that lesson is that: Don't take revenge. Don't involve in malice. Don't try to punish people, but you have to adopt good conduct, even against your enemy.</w:t>
      </w:r>
    </w:p>
    <w:p>
      <w:pPr>
        <w:jc w:val="right"/>
      </w:pPr>
      <w:r>
        <w:t>اینڈ دیٹ لیسن از دیٹ: ڈونٹ ٹیک ریونج۔ ڈونٹ انوالو ان میلش۔ ڈونٹ ٹرائی ٹو پنش پیپل، بٹ یو ہیو ٹو اڈاپٹ گڈ کنڈکٹ، ایون اگینسٹ یور اینمی۔</w:t>
      </w:r>
    </w:p>
    <w:p>
      <w:r>
        <w:rPr>
          <w:b/>
        </w:rPr>
        <w:t xml:space="preserve">[46:56] </w:t>
      </w:r>
      <w:r>
        <w:t>According to this model, this model tells us that we are not allowed to take the path of revenge. We have to be patient. We have to adopt the path of compassion.</w:t>
      </w:r>
    </w:p>
    <w:p>
      <w:pPr>
        <w:jc w:val="right"/>
      </w:pPr>
      <w:r>
        <w:t>اکارڈنگ ٹو دس ماڈل، دس ماڈل ٹیلز اس دیٹ وی ار ناٹ الاؤڈ ٹو ٹیک دا پاتھ اف ریونج۔ وی ہیو ٹو بی پیشنٹ۔ وی ہیو ٹو اڈاپٹ دا پاتھ اف کمپیشن۔</w:t>
      </w:r>
    </w:p>
    <w:p>
      <w:r>
        <w:rPr>
          <w:b/>
        </w:rPr>
        <w:t xml:space="preserve">[47:30] </w:t>
      </w:r>
      <w:r>
        <w:t>Otherwise, we will face the punishment of God in the hereafter. This is true model. This historical model. Historical lesson. Simply character of novel. Simply character of mythology. No, it is history. So I can call it that it is historical model. It gives us</w:t>
      </w:r>
    </w:p>
    <w:p>
      <w:pPr>
        <w:jc w:val="right"/>
      </w:pPr>
      <w:r>
        <w:t>ادروائز، ویل وی ویل فیس دا پنشمنٹ اف گاڈ ان دا ہیر افٹر۔ دس از ٹرو ماڈل۔ دس ہسٹوریکل ماڈل۔ ہسٹوریکل لیسن۔ سمپلی کریکٹر اف ناول۔ سمپلی کریکٹر اف میتھالوجی۔ نو، اٹ از ہسٹری۔ سو ائی کین کال اٹ دیٹ اٹ از ہسٹوریکل ماڈل۔ اٹ گیوز اس</w:t>
      </w:r>
    </w:p>
    <w:p>
      <w:r>
        <w:rPr>
          <w:b/>
        </w:rPr>
        <w:t xml:space="preserve">[48:02] </w:t>
      </w:r>
      <w:r>
        <w:t>, it gives us lesson. It gives us inspiration. It gives us how to follow in such such situation. How to overcome your your anger. There is verse in the Quran: "</w:t>
      </w:r>
    </w:p>
    <w:p>
      <w:pPr>
        <w:jc w:val="right"/>
      </w:pPr>
      <w:r>
        <w:t>، اٹ گیوز اس لیسن۔ اٹ گیوز اس انسپریشن۔ اٹ گیوز اس ہاؤ ٹو فالو ان سچ سچویشن۔ ہاؤ ٹو اوورکم یور یور اینگر۔ دیر از ورس ان دا قران: "</w:t>
      </w:r>
    </w:p>
    <w:p>
      <w:r>
        <w:rPr>
          <w:b/>
        </w:rPr>
        <w:t xml:space="preserve">[48:43] </w:t>
      </w:r>
      <w:r>
        <w:t>They are definition of true believer." Who are believer. Who are true believer. They are control their anger. They control their anger. They forgive people. So this was the, this was t</w:t>
      </w:r>
    </w:p>
    <w:p>
      <w:pPr>
        <w:jc w:val="right"/>
      </w:pPr>
      <w:r>
        <w:t>دے از ڈیفینیشن اف ٹرو بیلیور۔" ہو ار بیلیور۔ ہو ار ٹرو بیلیور۔ دے ار کنٹرول دیر اینگر۔ دے کنٹرول دیر اینگر۔ دے فارگیو پیپل۔ سو دس واز دا، دس واز ٹ</w:t>
      </w:r>
    </w:p>
    <w:p>
      <w:r>
        <w:rPr>
          <w:b/>
        </w:rPr>
        <w:t xml:space="preserve">[49:13] </w:t>
      </w:r>
      <w:r>
        <w:t>aught given by the Quran. This was principle given by the Quran. And prophet of Islam set model, historical model. This this teaching of Islam</w:t>
      </w:r>
    </w:p>
    <w:p>
      <w:pPr>
        <w:jc w:val="right"/>
      </w:pPr>
      <w:r>
        <w:t>یلڈ گیون بائی دا قران۔ دس واز پرنسپل گیون بائی دا قران۔ اینڈ پرافٹ اف اسلام سیٹ ماڈل، ہسٹوریکل ماڈل۔ دس دس ٹیچنگ اف اسلام</w:t>
      </w:r>
    </w:p>
    <w:p>
      <w:r>
        <w:rPr>
          <w:b/>
        </w:rPr>
        <w:t xml:space="preserve">[49:43] </w:t>
      </w:r>
      <w:r>
        <w:t>was translated in life of prophet of Islam. Voice was wife of prophet of Islam. So after the death of the prophet, one asked Aisha: "How was character of prophet?" Aisha was asked by someone after the death of the prophet: "How was the character of</w:t>
      </w:r>
    </w:p>
    <w:p>
      <w:pPr>
        <w:jc w:val="right"/>
      </w:pPr>
      <w:r>
        <w:t>واز ٹرانسلیٹڈ ان لائف اف پرافٹ اف اسلام۔ وائس واز وائف اف پرافٹ اف اسلام۔ سو افٹر دی ڈیتھ اف دا پرافٹ، ون اسکڈ عائشہ: "ہاؤ واز کریکٹر اف پرافٹ؟" عائشہ واز اسکڈ بائی سم ون افٹر دی ڈیتھ اف دا پرافٹ: "ہاؤ واز دی کریکٹر اف</w:t>
      </w:r>
    </w:p>
    <w:p>
      <w:r>
        <w:rPr>
          <w:b/>
        </w:rPr>
        <w:t xml:space="preserve">[50:13] </w:t>
      </w:r>
      <w:r>
        <w:t>da profit of islam? aisha replied: kana khalqah al-quran. his character was character of the quran. the character of the prophet was the character of the quran. it means that what was revealed in the quran</w:t>
      </w:r>
    </w:p>
    <w:p>
      <w:pPr>
        <w:jc w:val="right"/>
      </w:pPr>
      <w:r>
        <w:t>دا پرافٹ اف اسلام؟" عائشہ ریپلائیڈ: "کانا خلقہ القران۔" ہز کریکٹر واز کریکٹر اف دا قران۔ دا کریکٹر اف دا پرافٹ واز دی کریکٹر اف دا قران۔ اٹ مینز دیٹ واٹ واز ریویلڈ ان دا قران</w:t>
      </w:r>
    </w:p>
    <w:p>
      <w:r>
        <w:rPr>
          <w:b/>
        </w:rPr>
        <w:t xml:space="preserve">[50:44] </w:t>
      </w:r>
      <w:r>
        <w:t>as as an injunction, as a as a principle that was translated in life of the prophet in practical term. kana khalqah al-quran. his character was character of the quran.</w:t>
      </w:r>
    </w:p>
    <w:p>
      <w:pPr>
        <w:jc w:val="right"/>
      </w:pPr>
      <w:r>
        <w:t>ایز ایز این انجنکشن، ایز ا ایز ا پرنسپل دیٹ واز ٹرانسلیٹڈ ان لائف اف دا پرافٹ ان پریکٹیکل ٹرم۔ کانا خلقہ القران۔ ہز کریکٹر واز کریکٹر اف دا قران۔</w:t>
      </w:r>
    </w:p>
    <w:p>
      <w:r>
        <w:rPr>
          <w:b/>
        </w:rPr>
        <w:t xml:space="preserve">[51:17] </w:t>
      </w:r>
      <w:r>
        <w:t>so what was, what in the quran was in term of teaching that was translated in life of the prophet in term of practice. so if you want to know what is the teachings of islam, you can read quran. and if you want to know how this teaching, how</w:t>
      </w:r>
    </w:p>
    <w:p>
      <w:pPr>
        <w:jc w:val="right"/>
      </w:pPr>
      <w:r>
        <w:t>سو واٹ واز، واٹ ان دا قران واز ان ٹرم اف ٹیچنگ دیٹ واز ٹرانسلیٹڈ ان لائف اف دا پرافٹ ان ٹرم اف پریکٹس۔ سو اف یو وانٹ ٹو نو واٹ از دا ٹیچنگز اف اسلام، یو کین ریڈ قران۔ اینڈ اف یو وانٹ ٹو نو ہاؤ دس ٹیچنگ، ہاؤ</w:t>
      </w:r>
    </w:p>
    <w:p>
      <w:r>
        <w:rPr>
          <w:b/>
        </w:rPr>
        <w:t xml:space="preserve">[51:47] </w:t>
      </w:r>
      <w:r>
        <w:t>these teachings can be translated into life, you have to see the prophet of islam. so here you can see theory and practice both. quran is theory and prophet is practice. both are historical. so the prophet of islam has said: "bahisht to lewtem mamma husn al-akhlaq."</w:t>
      </w:r>
    </w:p>
    <w:p>
      <w:pPr>
        <w:jc w:val="right"/>
      </w:pPr>
      <w:r>
        <w:t>دیز ٹیچنگز کین بی ٹرانسلیٹڈ انٹو لائف، یو ہیو ٹو سی دا پرافٹ اف اسلام۔ سو ہیر یو کین سی تھیوری اینڈ پریکٹس بوتھ۔ قران از تھیوری اینڈ پرافٹ از پریکٹس۔ بوتھ ار ہسٹوریکل۔ سو دا پرافٹ اف اسلام ہیز سیڈ: "بہشت تو لیوتم مما حسن الاخلاق۔"</w:t>
      </w:r>
    </w:p>
    <w:p>
      <w:r>
        <w:rPr>
          <w:b/>
        </w:rPr>
        <w:t xml:space="preserve">[52:18] </w:t>
      </w:r>
      <w:r>
        <w:t>i was sent to set the historical model of morality. so quran is the book of principles. if want to, if you want to know what are the principles of islam, you must read the quran.</w:t>
      </w:r>
    </w:p>
    <w:p>
      <w:pPr>
        <w:jc w:val="right"/>
      </w:pPr>
      <w:r>
        <w:t>ائی واز سینڈ ٹو سیٹ دا ہسٹوریکل ماڈل اف موریلٹی۔ سو قران از دا بک اف پرنسپلز۔ اف وانٹ ٹو، اف یو وانٹ ٹو نو واٹ ار دا پرنسپلز اف اسلام، یو مسٹ ریڈ دا قران۔</w:t>
      </w:r>
    </w:p>
    <w:p>
      <w:r>
        <w:rPr>
          <w:b/>
        </w:rPr>
        <w:t xml:space="preserve">[52:49] </w:t>
      </w:r>
      <w:r>
        <w:t>and if you want what is the practical model of islam, you can see the life of the prophet of islam. and both are historical. this is the islamic ethics. so islam teaches</w:t>
      </w:r>
    </w:p>
    <w:p>
      <w:pPr>
        <w:jc w:val="right"/>
      </w:pPr>
      <w:r>
        <w:t>اینڈ اف یو وانٹ واٹ از دا پریکٹیکل ماڈل اف اسلام، یو کین سی دا لائف اف دا پرافٹ اف اسلام۔ اینڈ بوتھ ار ہسٹوریکل۔ دس از دا اسلامک ایتھکس۔ سو اسلام ٹیچز</w:t>
      </w:r>
    </w:p>
    <w:p>
      <w:r>
        <w:rPr>
          <w:b/>
        </w:rPr>
        <w:t xml:space="preserve">[53:19] </w:t>
      </w:r>
      <w:r>
        <w:t>high brillity, and this high brillity was practiced by the prophet of islam. aqool qawli haza wastaghfirullaha ajmaeen</w:t>
      </w:r>
    </w:p>
    <w:p>
      <w:pPr>
        <w:jc w:val="right"/>
      </w:pPr>
      <w:r>
        <w:t>ہائی بریلٹی، اینڈ دس ہائی بریلٹی واز پریکٹس بائی دا پرافٹ اف اسلام۔ اقول قولیھذا واستغفراللہ اجمعین</w:t>
      </w:r>
    </w:p>
    <w:p>
      <w:r>
        <w:rPr>
          <w:b/>
        </w:rPr>
        <w:t xml:space="preserve">[59:49]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