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Freedom of Expression in Islam | 30th Sep  2012</w:t>
      </w:r>
    </w:p>
    <w:p>
      <w:r>
        <w:t>https://www.youtube.com/watch?v=UCG6uWyvK6Q</w:t>
      </w:r>
    </w:p>
    <w:p>
      <w:r>
        <w:rPr>
          <w:b/>
        </w:rPr>
        <w:t xml:space="preserve">[01:11] </w:t>
      </w:r>
      <w:r>
        <w:t>bismillah rahman rahim, wa salla allahu ala al-nabi al-karim. rab ishrah li sadri, wa yassir li amri, wa ahlul uqdatan min lisani, yafqahu qawli. aaj ka topic hai: freedom</w:t>
      </w:r>
    </w:p>
    <w:p>
      <w:pPr>
        <w:jc w:val="right"/>
      </w:pPr>
      <w:r>
        <w:t>بسم اللہ الرحمن الرحیم، و صلی اللہ علی النبی الکریم۔ رب اشرح لی صدری، ویسر لی امری، واحل العقدۃ من لسانی، یفقہ قولی۔ آج کا ٹاپک ہے: فریڈم</w:t>
      </w:r>
    </w:p>
    <w:p>
      <w:r>
        <w:rPr>
          <w:b/>
        </w:rPr>
        <w:t xml:space="preserve">[01:42] </w:t>
      </w:r>
      <w:r>
        <w:t>of expression and islam. dekhiye, 1988 mein salman rushdie ki kitab "satanic verses" thi, uske baad ulama ne fatwa diya ke yeh fa'al qabil-e-gardan</w:t>
      </w:r>
    </w:p>
    <w:p>
      <w:pPr>
        <w:jc w:val="right"/>
      </w:pPr>
      <w:r>
        <w:t>آف ایکسپریشن اینڈ اسلام۔ دیکھیے، 1988 میں سلمان رشدی کی کتاب "سیٹک ورسز سپی" تھی، اس کے بعد علماء نے فتویٰ دیا کہ یہ فعل قابلِ گردن ز</w:t>
      </w:r>
    </w:p>
    <w:p>
      <w:r>
        <w:rPr>
          <w:b/>
        </w:rPr>
        <w:t xml:space="preserve">[02:12] </w:t>
      </w:r>
      <w:r>
        <w:t>zani hai. jo aadmi isko maar dale, usko itna dollar inaam diya jayega. sari duniya ke tamam ulama iske haq mein bolne lage, sirf mein akela tha ke maine kaha ke yeh bilkul galat hai. baharhal, rushdie ko to nahi maar sake woh log, aur fatwa dene wale khatm ho gaye. achha, uske baad phir aur qisse hue</w:t>
      </w:r>
    </w:p>
    <w:p>
      <w:pPr>
        <w:jc w:val="right"/>
      </w:pPr>
      <w:r>
        <w:t>دنی ہے۔ جو آدمی اس کو مار ڈالے، اس کو اتنا ڈالر انعام دیا جائے گا۔ ساری دنیا کے تمام علماء اس کے حق میں بولنے لگے، صرف میں اکیلا تھا کہ میں نے کہا کہ یہ بالکل غلط ہے۔ بہرحال، رشدی کو تو نہیں مار سکے وہ لوگ، اور فتویٰ دینے والے ختم ہو گئے۔ اچھا، اس کے بعد پھر اور قصے ہوئے</w:t>
      </w:r>
    </w:p>
    <w:p>
      <w:r>
        <w:rPr>
          <w:b/>
        </w:rPr>
        <w:t xml:space="preserve">[02:42] </w:t>
      </w:r>
      <w:r>
        <w:t>jaise denmark ka cartoon chhapa, aur kuch qisse hue. abhi haal mein america mein film bani "innocence of muslims", to in waqiyat ko le kar pichhle lagbhag 25 saal se sari muslim duniya mein hangama jaari hai. iske khilaf</w:t>
      </w:r>
    </w:p>
    <w:p>
      <w:pPr>
        <w:jc w:val="right"/>
      </w:pPr>
      <w:r>
        <w:t>، جیسے ڈنمارک کا کارٹون چھپا، اور کچھ قصے ہوئے۔ ابھی حال میں امریکہ میں فلم بنی "انوسنس آف مسلمز"، تو ان واقعات کو لے کر پچھلے تقریباً 25 سال سے ساری مسلم دنیا میں ہنگامہ جاری ہے۔ اس کے خلاف</w:t>
      </w:r>
    </w:p>
    <w:p>
      <w:r>
        <w:rPr>
          <w:b/>
        </w:rPr>
        <w:t xml:space="preserve">[03:15] </w:t>
      </w:r>
      <w:r>
        <w:t>abhi haal mein bbc london ne ek ek muslim duniya mein, ek muslim country mein, ek ek position nikala gaya tha is masle par, to uska photo diya tha ismein. to ismein ek banner tha: "to hell with your freedom of expression", yaani tumhari free</w:t>
      </w:r>
    </w:p>
    <w:p>
      <w:pPr>
        <w:jc w:val="right"/>
      </w:pPr>
      <w:r>
        <w:t>ابھی حال میں بی بی سی لندن نے ایک ایک مسلم دنیا میں، ایک مسلم کنٹری میں، ایک ایک پوزیشن نکالا گیا تھا اس مسئلے پر، تو اس کا فوٹو دیا تھا اس میں۔ تو اس میں ایک بینر تھا: "ٹو ہیل ود یور فریڈم آف ایکسپریشن"، یعنی تمہاری فری</w:t>
      </w:r>
    </w:p>
    <w:p>
      <w:r>
        <w:rPr>
          <w:b/>
        </w:rPr>
        <w:t xml:space="preserve">[03:45] </w:t>
      </w:r>
      <w:r>
        <w:t>dom of expression bhaad mein jaye. naare lag rahe the isi qism ke. to ab sari duniya mein ek ek debate ho raha hai. sari duniya mein woh debate kya hai? ek taraf to secular log hain, woh yeh keh rahe hain ke kitab likhna, film banana, article chhapna, speech dena,</w:t>
      </w:r>
    </w:p>
    <w:p>
      <w:pPr>
        <w:jc w:val="right"/>
      </w:pPr>
      <w:r>
        <w:t>ڈم آف ایکسپریشن بھاڑ میں جائے۔ نعرے لگ رہے تھے اسی قسم کے۔ تو اب ساری دنیا میں ایک ایک ڈیبیٹ ہو رہا ہے۔ ساری دنیا میں وہ ڈیبیٹ کیا ہے؟ ایک طرف تو سیکولر لوگ ہیں، وہ یہ کہہ رہے ہیں کہ کتاب لکھنا، فلم بنانا، آرٹیکل چھاپنا، اسپیچ دینا،</w:t>
      </w:r>
    </w:p>
    <w:p>
      <w:r>
        <w:rPr>
          <w:b/>
        </w:rPr>
        <w:t xml:space="preserve">[04:16] </w:t>
      </w:r>
      <w:r>
        <w:t>yeh ek aadmi ka right hai jab tak woh violence na kare, woh kisi ko physical harm na pahunchaye. to universal norm jo aaj ka hai, uske mutabiq yeh har insaan ka ek right hai, yeh human rights mein shamil hai. ek taraf to woh log yeh kehte hain, doosra musalman yeh</w:t>
      </w:r>
    </w:p>
    <w:p>
      <w:pPr>
        <w:jc w:val="right"/>
      </w:pPr>
      <w:r>
        <w:t>یہ ایک آدمی کا رائٹ ہے جب تک وہ وائلنس نہ کرے، وہ کسی کو فزیکل ہارم نہ پہنچائے۔ تو یونیورسل نارم جو آج کا ہے، اس کے مطابق یہ ہر انسان کا ایک رائٹ ہے، یہ ہیومن رائٹس میں شامل ہے۔ ایک طرف تو وہ لوگ یہ کہتے ہیں، دوسرا مسلمان یہ</w:t>
      </w:r>
    </w:p>
    <w:p>
      <w:r>
        <w:rPr>
          <w:b/>
        </w:rPr>
        <w:t xml:space="preserve">[04:46] </w:t>
      </w:r>
      <w:r>
        <w:t>kehte hain ke yeh hum isko accept nahi karenge. sari muslim duniya, yaani arab se le kar ajam tak, sirf mhi ismein exception ho, bas yeh ek hi boli bol rahe hain, ek hi boli. abhi misr ke jo president hain, abhi woh gaye the america, wahan pe uranium unki taqreer thi, wahan bhi yahi boli bole woh. to kya jo chhote hain, bade hain, padhe likhe hain ya aam log hain,</w:t>
      </w:r>
    </w:p>
    <w:p>
      <w:pPr>
        <w:jc w:val="right"/>
      </w:pPr>
      <w:r>
        <w:t>کہتے ہیں کہ یہ ہم اس کو ایکسیپٹ نہیں کریں گے۔ ساری مسلم دنیا، یعنی عرب سے لے کر عجم تک، صرف مہی اس میں ایکسیپشن ہو، بس یہ ایک ہی بولی بول رہے ہیں، ایک ہی بولی۔ ابھی مصر کے جو پریزیڈنٹ ہیں، ابھی وہ گئے تھے امریکہ، وہاں پہ یورینم ان کی تقریر تھی، وہاں بھی یہی بولی بولے وہ۔ تو کیا جو چھوٹے ہیں، بڑے ہیں، پڑھے لکھے ہیں یا عام لوگ ہیں،</w:t>
      </w:r>
    </w:p>
    <w:p>
      <w:r>
        <w:rPr>
          <w:b/>
        </w:rPr>
        <w:t xml:space="preserve">[05:18] </w:t>
      </w:r>
      <w:r>
        <w:t>sab yahi boli bol rahe hain. is tarah se duniya mein ek image bani hai, ya ek ek tasawwur bana hai ke islam freedom of expression ka mukhalif hai, jabke secular civilization jo hai, woh iski haami hai. isliye aaj maine socha hai ke isi par mein kuch apne khayal zahir karoon. dekhiye, maine sari umar islam ko padha hai,</w:t>
      </w:r>
    </w:p>
    <w:p>
      <w:pPr>
        <w:jc w:val="right"/>
      </w:pPr>
      <w:r>
        <w:t>سب یہی بولی بول رہے ہیں۔ اس طرح سے دنیا میں ایک امیج بنی ہے، یا ایک ایک تصور بنا ہے کہ اسلام فریڈم آف ایکسپریشن کا مخالف ہے، جبکہ سیکولر سولائزیشن جو ہے، وہ اس کی حامی ہے۔ اس لیے آج میں نے سوچا ہے کہ اسی پر میں کچھ اپنے خیال ظاہر کروں۔ دیکھیے، میں نے ساری عمر اسلام کو پڑھا ہے،</w:t>
      </w:r>
    </w:p>
    <w:p>
      <w:r>
        <w:rPr>
          <w:b/>
        </w:rPr>
        <w:t xml:space="preserve">[05:50] </w:t>
      </w:r>
      <w:r>
        <w:t>aur mein keh sakta hoon ke islam par jo woh kitabein hain jo authentic kitab samajhati hain, un sab ko maine padha hai, inshallah. to mein keh sakta hoon ke yeh bilkul hi baseless baat hai yeh kehna ke islam mein freedom of expression nahi hai. islam mein freedom of expression absolute sales mein hai, absolute sales mein.</w:t>
      </w:r>
    </w:p>
    <w:p>
      <w:pPr>
        <w:jc w:val="right"/>
      </w:pPr>
      <w:r>
        <w:t>اور میں کہہ سکتا ہوں کہ اسلام پر جو وہ کتابیں ہیں جو اتھینٹک کتاب سمجھاتی ہیں، ان سب کو میں نے پڑھا ہے، انشاءاللہ۔ تو میں کہہ سکتا ہوں کہ یہ بالکل ہی بیس لیس بات ہے یہ کہنا کہ اسلام میں فریڈم آف ایکسپریشن نہیں ہے۔ اسلام میں فریڈم آف ایکسپریشن ایبسولیوٹ سیلز میں ہے، ایبسولیوٹ سیلز میں۔</w:t>
      </w:r>
    </w:p>
    <w:p>
      <w:r>
        <w:rPr>
          <w:b/>
        </w:rPr>
        <w:t xml:space="preserve">[06:23] </w:t>
      </w:r>
      <w:r>
        <w:t>mein iski misaal deta hoon aap ko. dekhiye, sabse pehli misaal kya hai? allah taala ne insaan ko paida kiya, yaani adam ko. adam pehle insan the, to allah taala ne ailaan kiya ke insaan zameen ka khalifa hoga. khalifa matlab hoga zameen ka incharge hoga,</w:t>
      </w:r>
    </w:p>
    <w:p>
      <w:pPr>
        <w:jc w:val="right"/>
      </w:pPr>
      <w:r>
        <w:t>میں اس کی مثال دیتا ہوں آپ کو۔ دیکھیے، سب سے پہلی مثال کیا ہے؟ اللہ تعالی نے انسان کو پیدا کیا، یعنی آدم کو۔ آدم پہلے انسان تھے، تو اللہ تعالی نے اعلان کیا کہ انسان زمین کا خلیفہ ہوگا۔ خلیفہ مطلب ہوگا زمین کا انچارج ہوگا،</w:t>
      </w:r>
    </w:p>
    <w:p>
      <w:r>
        <w:rPr>
          <w:b/>
        </w:rPr>
        <w:t xml:space="preserve">[06:54] </w:t>
      </w:r>
      <w:r>
        <w:t>aazad hoga woh. is woh puri tarah aazad hoga apne action ke liye. to farishton ko is par objection hua, shakk hua. unhone kaha ke "ata yaj'al fiha man yufsidu fiha wa yasfiku al-dimaa", kya zameen par aap aise ko basa rahe hain, aise insaan ko jo wahan fasad kare, khoon bahaye? goya ke farishton ne apna dissent show kiya, dissent</w:t>
      </w:r>
    </w:p>
    <w:p>
      <w:pPr>
        <w:jc w:val="right"/>
      </w:pPr>
      <w:r>
        <w:t>آزاد ہوگا وہ۔ اس وہ پوری طرح آزاد ہوگا اپنے ایکشن کے لیے۔ تو فرشتوں کو اس پر ابجیکشن ہوا، شک ہوا۔ انہوں نے کہا کہ "اتا جلفیہ میفسوفیہ"، کیا زمین پر آپ ایسے کو بسا رہے ہیں، ایسے انسان کو جو وہاں فساد کرے، خون بہائے؟ گویا کہ فرشتوں نے اپنا ڈیسنٹ شو کیا، ڈیسنٹ</w:t>
      </w:r>
    </w:p>
    <w:p>
      <w:r>
        <w:rPr>
          <w:b/>
        </w:rPr>
        <w:t xml:space="preserve">[07:24] </w:t>
      </w:r>
      <w:r>
        <w:t>ya ikhtilaf-e-ray kiya. yeh pehla waqea tha ikhtilaf-e-ray ka, dissent ka. to us waqt kya hua? yeh direct allah taala ki scheme se dissent karna tha. allah taala ne yeh nahi kaha ke tum kya jano, tum ko halaak kar deta allah taala inko. allah ki shaan yeh hai: "kun fayakun". woh kehta ke "ae farishton, tum halaak ho jao", to sab khatm</w:t>
      </w:r>
    </w:p>
    <w:p>
      <w:pPr>
        <w:jc w:val="right"/>
      </w:pPr>
      <w:r>
        <w:t>یا اختلاف رائے کیا۔ یہ پہلا واقعہ تھا اختلاف رائے کا، ڈیسنٹ کا۔ تو اس وقت کیا ہوا؟ یہ ڈائریکٹ اللہ تعالی کی اسکیم سے ڈیسنٹ کرنا تھا۔ اللہ تعالی نے یہ نہیں کہا کہ تم کیا جانو، تم کو ہلاک کر دیتا اللہ تعالی ان کو۔ اللہ کی شان یہ ہے: "کن فیکون"۔ وہ کہتا کہ "اے فرشتوں، تم ہلاک ہو جاؤ"، تو سب ختم</w:t>
      </w:r>
    </w:p>
    <w:p>
      <w:r>
        <w:rPr>
          <w:b/>
        </w:rPr>
        <w:t xml:space="preserve">[07:54] </w:t>
      </w:r>
      <w:r>
        <w:t>ho jate. lekin allah taala ne kya kiya? apni jo reason pesh ki, reason reason se unko satisfy kiya. iska matlab kya hua? ke insaan ki paidaish ke waqt hi allah taala ne exempts set kiya, khud apni zaat se, ke insaan ko poori tarah free</w:t>
      </w:r>
    </w:p>
    <w:p>
      <w:pPr>
        <w:jc w:val="right"/>
      </w:pPr>
      <w:r>
        <w:t>ہو جاتے۔ لیکن اللہ تعالی نے کیا کیا؟ اپنی جو ریزن پیش کی، ریزن ریزن سے ان کو سیٹسفائی کیا۔ اس کا مطلب کیا ہوا؟ کہ انسان کی پیدائش کے وقت ہی اللہ تعالی نے ایگزیمپٹس سیٹ کیا، خود اپنی ذات سے، کہ انسان کو پوری طرح فری</w:t>
      </w:r>
    </w:p>
    <w:p>
      <w:r>
        <w:rPr>
          <w:b/>
        </w:rPr>
        <w:t xml:space="preserve">[08:24] </w:t>
      </w:r>
      <w:r>
        <w:t>dom of expression, freedom of expression hasil rahega. ikhtilaf-e-ray ka haq hasil hoga, jo us se mutafiq na ho to woh usko maar nahi sakta. usko haq hai ke woh ek jawab-e-reason pesh kare, usko mutma'in kare. bas, is se aage woh kuch nahi kar sakta. to islam mein yaad rakhiye,</w:t>
      </w:r>
    </w:p>
    <w:p>
      <w:pPr>
        <w:jc w:val="right"/>
      </w:pPr>
      <w:r>
        <w:t>ڈم آف ایکسپریشن، فریڈم آف ایکسپریشن حاصل رہے گی۔ اختلاف رائے کا حق حاصل ہوگا، جو اس سے متفق نہ ہو تو وہ اس کو مار نہیں سکتا۔ اس کو حق ہے کہ وہ ایک جوابی ریزن پیش کرے، اس کو مطمئن کرے۔ بس، اس سے آگے وہ کچھ نہیں کر سکتا۔ تو اسلام میں یاد رکھیے،</w:t>
      </w:r>
    </w:p>
    <w:p>
      <w:r>
        <w:rPr>
          <w:b/>
        </w:rPr>
        <w:t xml:space="preserve">[08:56] </w:t>
      </w:r>
      <w:r>
        <w:t>izhar-e-khayal ki aazadi absolute right hai insaan ka, koi usko abuse nahi kar sakta. aap ko ikhtilaf hai to aap apni daleel dijiye, apni reason pesh kijiye, apni logic pesh kijiye. achha, aisa kyun hai? dekhiye, saada baat nahi hai. allah taala ne insaan ko paida kiya hai kis liye? sare log</w:t>
      </w:r>
    </w:p>
    <w:p>
      <w:pPr>
        <w:jc w:val="right"/>
      </w:pPr>
      <w:r>
        <w:t>اظہار خیال کی آزادی ایبسولیوٹ رائٹ ہے انسان کا، کوئی اس کو ابائز نہیں کر سکتا۔ آپ کو اختلاف ہے تو آپ اپنی دلیل دیجیے، اپنی ریزن پیش کیجیے، اپنی لاجک پیش کیجیے۔ اچھا، ایسا کیوں ہے؟ دیکھیے، سادہ بات نہیں ہے۔ اللہ تعالی نے انسان کو پیدا کیا ہے کس لیے؟ سارے لوگ</w:t>
      </w:r>
    </w:p>
    <w:p>
      <w:r>
        <w:rPr>
          <w:b/>
        </w:rPr>
        <w:t xml:space="preserve">[09:26] </w:t>
      </w:r>
      <w:r>
        <w:t>jante hain ke imtehan ke liye, test ke liye. quran mein baar baar bataya gaya hai ke insaan ki paidaish ka maqsad itla hai, yaani test hai. yeh zameen hamare liye testing ground hai. ab aap jante hain ke test ke liye aazadi laazmi hai. aazadi nahi to test nahi. to allah</w:t>
      </w:r>
    </w:p>
    <w:p>
      <w:pPr>
        <w:jc w:val="right"/>
      </w:pPr>
      <w:r>
        <w:t>جانتے ہیں کہ امتحان کے لیے، ٹیسٹ کے لیے۔ قرآن میں بار بار بتایا گیا ہے کہ انسان کی پیدائش کا مقصد اطلاع ہے، یعنی ٹیسٹ ہے۔ یہ زمین ہمارے لیے ٹیسٹنگ گراؤنڈ ہے۔ اب آپ جانتے ہیں کہ ٹیسٹ کے لیے آزادی لازمی ہے۔ آزادی نہیں تو ٹیسٹ نہیں۔ تو اللہ</w:t>
      </w:r>
    </w:p>
    <w:p>
      <w:r>
        <w:rPr>
          <w:b/>
        </w:rPr>
        <w:t xml:space="preserve">[09:57] </w:t>
      </w:r>
      <w:r>
        <w:t>ta'ala ka jo creation plan hai, us mein inherent inherentli yeh shamil hai ke insaan ko azadi rahe gi. azadi agar cheen li jaye to phir freedom to phir test kis baat ka hoga? kisi ka hath bandh dein, paon bandh dein, zuban band kar dein, sochna band kar dein to phir test kiya? test ka koi sense hi nahi rehta. to is liye</w:t>
      </w:r>
    </w:p>
    <w:p>
      <w:pPr>
        <w:jc w:val="right"/>
      </w:pPr>
      <w:r>
        <w:t>تعالی کا جو کریشن پلان ہے، اس میں انہیر انہیرنٹلی یہ شامل ہے کہ انسان کو آزادی رہے گی۔ آزادی اگر چھین لی جائے تو پھر فریڈم تو پھر ٹیسٹ کس بات کا ہوگا؟ کسی کا ہاتھ باندھ دیں، پاؤں باندھ دیں، زبان بند کر دیں، سوچنا بند کر دیں تو پھر ٹیسٹ کیا؟ ٹیسٹ کا کوئی سینس ہی نہیں رہتا۔ تو اس لیے</w:t>
      </w:r>
    </w:p>
    <w:p>
      <w:r>
        <w:rPr>
          <w:b/>
        </w:rPr>
        <w:t xml:space="preserve">[10:28] </w:t>
      </w:r>
      <w:r>
        <w:t>azadi, azadi izhar-e-khayal ki azadi, dissent ki azadi, freedom of expression, yeh bilashuba, bilashuba Islam ke mutabiq har aurat aur har mard ka absolute right hai. absolute right. is mein sirf aik hi, aik hi condition hai, woh yeh ke aap kisi ke liye harmful nahi ban sakte. dekhi</w:t>
      </w:r>
    </w:p>
    <w:p>
      <w:pPr>
        <w:jc w:val="right"/>
      </w:pPr>
      <w:r>
        <w:t>آزادی، آزادی اظہار خیال کی آزادی، ڈیسنٹ کی آزادی، فریڈم آف ایکسپریشن، یہ بلاشبہ، بلاشبہ اسلام کے مطابق ہر عورت اور ہر مرد کا ایبسولیوٹ رائٹ ہے۔ ایبسولیوٹ رائٹ۔ اس میں صرف ایک ہی، ایک ہی کنڈیشن ہے، وہ یہ کہ آپ کسی کے لیے ہارم فل نہیں بن سکتے۔ دیکھی</w:t>
      </w:r>
    </w:p>
    <w:p>
      <w:r>
        <w:rPr>
          <w:b/>
        </w:rPr>
        <w:t xml:space="preserve">[10:58] </w:t>
      </w:r>
      <w:r>
        <w:t>ye, jo modern concept hai azadi ka, to us ke silsile mein aik waqia bayan kiya jata hai ke America jab azad hua European qabze se to aik admi nikla, woh road pe chal raha tha, apne hath ko phailate hue, to aik passer bhai ki naak se us</w:t>
      </w:r>
    </w:p>
    <w:p>
      <w:pPr>
        <w:jc w:val="right"/>
      </w:pPr>
      <w:r>
        <w:t>ے، جو ماڈرن کانسیپٹ ہے آزادی کا، تو اس کے سلسلے میں ایک واقعہ بیان کیا جاتا ہے کہ امریکہ جب آزاد ہوا یورپی قبضے سے تو ایک آدمی نکلا، وہ روڈ پہ چل رہا تھا، اپنے ہاتھ کو پھیلاتے ہوئے، تو ایک پاسر بھائی کی ناک سے اس</w:t>
      </w:r>
    </w:p>
    <w:p>
      <w:r>
        <w:rPr>
          <w:b/>
        </w:rPr>
        <w:t xml:space="preserve">[11:28] </w:t>
      </w:r>
      <w:r>
        <w:t>ka hath lag gaya. to us ne kaha, "what is nonsense? why you hit my nose?" to meri naak pe kyun mara tum ne? to us admi ne kaha ke "aaj India, aaj America azad hai, mein apne freedom ko exercise kar raha hoon." us ne kaha ke "you are free,</w:t>
      </w:r>
    </w:p>
    <w:p>
      <w:pPr>
        <w:jc w:val="right"/>
      </w:pPr>
      <w:r>
        <w:t>کا ہاتھ لگ گیا۔ تو اس نے کہا، "واٹ از نان سینس؟ وائی یو ہٹ مائی نوز؟" تو میری ناک پہ کیوں مارا تم نے؟ تو اس آدمی نے کہا کہ "آج انڈیا، آج امریکہ آزاد ہے، میں اپنے فریڈم کو ایکسرسائز کر رہا ہوں۔" اس نے کہا کہ "یو آر فری،</w:t>
      </w:r>
    </w:p>
    <w:p>
      <w:r>
        <w:rPr>
          <w:b/>
        </w:rPr>
        <w:t xml:space="preserve">[11:58] </w:t>
      </w:r>
      <w:r>
        <w:t>but your freedom ends where my nose begins." matlab hai ke tum free ho, lekin tum kisi ko harm nahi pohncha sakte, physical harm nahi pohncha sakte. sirf us waqt tak tum free ho jab tak tum kisi ko physical, physical harm na pohnchaao. theek hai, Islam ka nuqta nazar theek yahi hai ke poori freedom aap ko hai, poori total freedom.</w:t>
      </w:r>
    </w:p>
    <w:p>
      <w:pPr>
        <w:jc w:val="right"/>
      </w:pPr>
      <w:r>
        <w:t>بٹ یور فریڈم اینڈز ویئر مائی نوز بیگنز۔" مطلب ہے کہ تم فری ہو، لیکن تم کسی کو ہارم نہیں پہنچا سکتے، فزیکل ہارم نہیں پہنچا سکتے۔ صرف اس وقت تک تم فری ہو جب تک تم کسی کو فزیکل، فزیکل ہارم نہ پہنچاؤ۔ ٹھیک ہے، اسلام کا نقطہ نظر ٹھیک یہی ہے کہ پوری فریڈم آپ کو ہے، پوری ٹوٹل فریڈم۔</w:t>
      </w:r>
    </w:p>
    <w:p>
      <w:r>
        <w:rPr>
          <w:b/>
        </w:rPr>
        <w:t xml:space="preserve">[12:30] </w:t>
      </w:r>
      <w:r>
        <w:t>sirf aik hi is pe condition hai ke aap kisi ke liye, kisi ko physical harm na pohnchaein. ab aik shakhs yeh kahe ga ke "sahib, woh gaali de, woh prophet ko abuse kare, woh blasphemy ka fe'l kare" to theek hai, woh kar sakta hai, us ke liye bhi azad hai. woh hamara aitmad yaad rakhiye is par hai ke Islam aik</w:t>
      </w:r>
    </w:p>
    <w:p>
      <w:pPr>
        <w:jc w:val="right"/>
      </w:pPr>
      <w:r>
        <w:t>صرف ایک ہی اس پہ کنڈیشن ہے کہ آپ کسی کے لیے، کسی کو فزیکل ہارم نہ پہنچائیں۔ اب ایک شخص یہ کہے گا کہ "صاحب، وہ گالی دے، وہ پرافٹ کو ابیوز کرے، وہ بلاسفیمی کا فعل کرے" تو ٹھیک ہے، وہ کر سکتا ہے، اس کے لیے بھی آزاد ہے۔ وہ ہمارا اعتماد یاد رکھیے اس پر ہے کہ اسلام ایک</w:t>
      </w:r>
    </w:p>
    <w:p>
      <w:r>
        <w:rPr>
          <w:b/>
        </w:rPr>
        <w:t xml:space="preserve">[13:01] </w:t>
      </w:r>
      <w:r>
        <w:t>sahih tareen ideology hai. is par nahi hai ke Islam ke paas danda hai. dande ki logic to kingship zamane mein thi. pehle zamane mein badshah logon ko jante hain ke takht par badshah baithta tha aur us ke aik taraf jallad khada hota tha, talwar le kar ke. har badshah ke haan bas kisi ne dissent kiya to badshah ne kaha, "gardan maro is ki!" yeh to</w:t>
      </w:r>
    </w:p>
    <w:p>
      <w:pPr>
        <w:jc w:val="right"/>
      </w:pPr>
      <w:r>
        <w:t>صحیح ترین آئیڈالوجی ہے۔ اس پر نہیں ہے کہ اسلام کے پاس ڈنڈا ہے۔ ڈنڈے کی لاجک تو کنگشپ زمانے میں تھی۔ پہلے زمانے میں بادشاہ لوگوں کو جانتے ہیں کہ تخت پر بادشاہ بیٹھتا تھا اور اس کے ایک طرف جلاد کھڑا ہوتا تھا، تلوار لے کر کے۔ ہر بادشاہ کے ہاں بس کسی نے ڈیسنٹ کیا تو بادشاہ نے کہا، "گرد مارو اس کی!" یہ تو</w:t>
      </w:r>
    </w:p>
    <w:p>
      <w:r>
        <w:rPr>
          <w:b/>
        </w:rPr>
        <w:t xml:space="preserve">[13:32] </w:t>
      </w:r>
      <w:r>
        <w:t>badshahi culture tha, Islam ka culture yeh nahi hai. Islam ka jo aqeedah hai, woh apne nazariye ki sadaqat par hai, apni ideology ki sadaqat par hai, talwar par ya dande par nahi hai. to hum yeh jante hain, koi abuse kare, koi kuch bhi bolay, tab bhi Islam ki sadaqat ko thori woh khatam kar de ga.</w:t>
      </w:r>
    </w:p>
    <w:p>
      <w:pPr>
        <w:jc w:val="right"/>
      </w:pPr>
      <w:r>
        <w:t>بادشاہی کلچر تھا، اسلام کا کلچر یہ نہیں ہے۔ اسلام کا جو اعتقاد ہے، وہ اپنے نظریے کی صداقت پر ہے، اپنی آئیڈالوجی کی صداقت پر ہے، تلوار پر یا ڈنڈے پر نہیں ہے۔ تو ہم یہ جانتے ہیں، کوئی ابیوز کرے، کوئی کچھ بھی بولے، تب بھی اسلام کی صداقت کو تھوڑی وہ ختم کر دے گا۔</w:t>
      </w:r>
    </w:p>
    <w:p>
      <w:r>
        <w:rPr>
          <w:b/>
        </w:rPr>
        <w:t xml:space="preserve">[14:04] </w:t>
      </w:r>
      <w:r>
        <w:t>koi agar kehta hai ke "agar aap, agar mein kehta hoon ke do aur do aur mil kar char, ab koi mujhe danda marta hai" to kya aap samajhte hain ke is se yeh sachai khatam ho jaye gi ke do aur do mil kar char hotay hain? to apni jagah baqi rahe gi. jaise Galileo ko aap jante hain, Galileo ke daur mein wahan church ko bohat power mila hua tha, un ki apni</w:t>
      </w:r>
    </w:p>
    <w:p>
      <w:pPr>
        <w:jc w:val="right"/>
      </w:pPr>
      <w:r>
        <w:t>کوئی اگر کہتا ہے کہ "اگر آپ، اگر میں کہتا ہوں کہ دو اور دو اور مل کر چار، اب کوئی مجھے ڈنڈا مارتا ہے" تو کیا آپ سمجھتے ہیں کہ اس سے یہ سچائی ختم ہو جائے گی کہ دو اور دو مل کر چار ہوتے ہیں؟ تو اپنی جگہ باقی رہے گی۔ جیسے گلیلیو کو آپ جانتے ہیں، گلیلیو کے دور میں وہاں چرچ کو بہت پاور ملا ہوا تھا، ان کی اپنی</w:t>
      </w:r>
    </w:p>
    <w:p>
      <w:r>
        <w:rPr>
          <w:b/>
        </w:rPr>
        <w:t xml:space="preserve">[14:34] </w:t>
      </w:r>
      <w:r>
        <w:t>independent, independent adalatain theen. to Galileo ne kaha ke pehle nazariya yeh tha, church is ko manta tha ke suraj zameen ke gird ghoomta hai, yani geo-centric theory ko manta tha. to Galileo ne kaha ke nahi, zameen suraj ke gird ghoomta hai. us ne helio-centric theory pesh ki. jab church ghussa ho gaya, us ko bulaya gaya aur us ko keh</w:t>
      </w:r>
    </w:p>
    <w:p>
      <w:pPr>
        <w:jc w:val="right"/>
      </w:pPr>
      <w:r>
        <w:t>انڈیپینڈنٹ، انڈیپینڈنٹ عدالتیں تھیں۔ تو گلیلیو نے کہا کہ پہلے نظریہ یہ تھا، چرچ اس کو مانتا تھا کہ سورج زمین کے گرد گھومتا ہے، یعنی جیو سینٹرک تھیوری کو مانتا تھا۔ تو گلیلیو نے کہا کہ نہیں، زمین سورج کے گرد گھومتا ہے۔ اس نے ہیلیو سینٹرک تھیوری پیش کیا۔ جب چرچ غصہ ہو گیا، اس کو بلایا گیا اور اس کو کہ</w:t>
      </w:r>
    </w:p>
    <w:p>
      <w:r>
        <w:rPr>
          <w:b/>
        </w:rPr>
        <w:t xml:space="preserve">[15:04] </w:t>
      </w:r>
      <w:r>
        <w:t>a gaya ke "tum ko qatal kar diya jaye ga, tum ko yeh kiya jaye ga, woh kiya jaye ga!" to dar ke apni jaan bachane ke liye us ne kaha ke "haan, zameen hi ghoom, zameen woh suraj ghoomta hai!" us ne apni jaan bachane ke liye wahan adalat mein keh diya ke "suraj ghoomta hai!" lekin jab bahar nikla woh to us ne kaha ke "sachi baat hai ke abhi tak zameen hi ghoom rahi hai,</w:t>
      </w:r>
    </w:p>
    <w:p>
      <w:pPr>
        <w:jc w:val="right"/>
      </w:pPr>
      <w:r>
        <w:t>ا گیا کہ "تو تم کو قتل کر دیا جائے گا، تم کو یہ کیا جائے گا، وہ کیا جائے گا!" تو ڈر کے اپنی جان بچانے کے لیے اس نے کہا کہ "ہاں، زمین ہی گھوم، زمین وہ سورج گھومتا ہے!" اس نے اپنی جان بچانے کے لیے وہاں عدالت میں کہہ دیا کہ "سورج گھومتا ہے!" لیکن جب باہر نکلا وہ تو اس نے کہا کہ "سچی بات ہے کہ ابھی تک زمین ہی گھوم رہی ہے،</w:t>
      </w:r>
    </w:p>
    <w:p>
      <w:r>
        <w:rPr>
          <w:b/>
        </w:rPr>
        <w:t xml:space="preserve">[15:36] </w:t>
      </w:r>
      <w:r>
        <w:t>suraj nahi ghoom raha zameen ke gird, balkeh zameen ghoom rahi hai suraj ke gird!" to kisi ka danda, kisi ki talwar sachai ko nahi badal de gi. to Islam ka aitmad sachai par hai, talwar par nahi hai. koi kitab likhta hai to likhta hai, hum bhi kitab likhein ge. koi statement deta hai to hum bhi statement dein ge. koi kuch bhi kehta hai, hum bhi us ke jawab mein apni daleel pesh karein ge.</w:t>
      </w:r>
    </w:p>
    <w:p>
      <w:pPr>
        <w:jc w:val="right"/>
      </w:pPr>
      <w:r>
        <w:t>سورج نہیں گھوم رہا زمین کے گرد، بلکہ زمین گھوم رہی ہے سورج کے گرد!" تو کسی کا ڈنڈا، کسی کی تلوار سچائی کو نہیں بدل دے گی۔ تو اسلام کا اعتماد سچائی پر ہے، تلوار پر نہیں ہے۔ کوئی کتاب لکھتا ہے تو لکھتا ہے، ہم بھی کتاب لکھیں گے۔ کوئی سٹیٹمنٹ دیتا ہے تو ہم بھی سٹیٹمنٹ دیں گے۔ کوئی کچھ بھی کہتا ہے، ہم بھی اس کے جواب میں اپنی دلیل پیش کریں گے۔</w:t>
      </w:r>
    </w:p>
    <w:p>
      <w:r>
        <w:rPr>
          <w:b/>
        </w:rPr>
        <w:t xml:space="preserve">[16:06] </w:t>
      </w:r>
      <w:r>
        <w:t>yeh protest aur hungama aur marna aur kaatna aur fatwa dena, yeh to bilkul baseless baat hai, baseless. is ka Islam se koi ta'alluq nahi. mein soch raha tha ke aakhir yeh Musalman itna, aap itna emotional kyun ho jatay hain? kyun ho gaye emotional? to is ka jawab mujhe aik is se mila. dekhiye, aik paper hai, aik Muslim country mein</w:t>
      </w:r>
    </w:p>
    <w:p>
      <w:pPr>
        <w:jc w:val="right"/>
      </w:pPr>
      <w:r>
        <w:t>یہ پروٹیسٹ اور ہنگامہ اور مارنا اور کاٹنا اور فتوی دینا، یہ تو بالکل بیس لیس بات ہے، بیس لیس۔ اس کا اسلام سے کوئی تعلق نہیں۔ میں سوچ رہا تھا کہ آخر یہ مسلمان اتنا، آپ اتنا ایموشنل کیوں ہو جاتے ہیں؟ کیوں ہو گئے ایموشنل؟ تو اس کا جواب مجھے ایک اس سے ملا۔ دیکھیے، ایک پیپر ہے، ایک مسلم کنٹری میں</w:t>
      </w:r>
    </w:p>
    <w:p>
      <w:r>
        <w:rPr>
          <w:b/>
        </w:rPr>
        <w:t xml:space="preserve">[16:37] </w:t>
      </w:r>
      <w:r>
        <w:t>hungama ho raha hai, isi ko le kar jaloos hai aur log shor ghoul kar rahe hain. to is mein aik banner hai, is mein ke "Prophet is our pride, our Prophet is our pride, our Prophet is our pride!" is se mein samjha ke aakhir raaz kya hai? yani Paighambar ko aap ne bana liya apna pride,</w:t>
      </w:r>
    </w:p>
    <w:p>
      <w:pPr>
        <w:jc w:val="right"/>
      </w:pPr>
      <w:r>
        <w:t>ہنگامہ ہو رہا ہے، اسی کو لے کر جلوس ہے اور لوگ شور غول کر رہے ہیں۔ تو اس میں ایک بینر ہے، اس میں کہ "پرافٹ از اور آرڈر، اور پرافٹ از اور آرڈر، اور پرافٹ از اور آرڈر!" اس سے میں سمجھا کہ آخر راز کیا ہے؟ یعنی پیغمبر کو آپ نے بنا لیا اپنا پرائیڈ،</w:t>
      </w:r>
    </w:p>
    <w:p>
      <w:r>
        <w:rPr>
          <w:b/>
        </w:rPr>
        <w:t xml:space="preserve">[17:07] </w:t>
      </w:r>
      <w:r>
        <w:t>apna fakhr. to yeh mizaj hai ke jab bhi aap kisi ko apna pride bana lein, apne dada ka pride bana lein, koi dada criticize kare to bura lage ga aap ko. kisi bhi cheez ko aap apna pride bana lein. ab sawal yeh hai ke kya Paighambar hamara pride hai, hamara honor hai? to sawal yeh hai ke Quran mein kahan likha hai? Hadees mein kahan bataya gaya</w:t>
      </w:r>
    </w:p>
    <w:p>
      <w:pPr>
        <w:jc w:val="right"/>
      </w:pPr>
      <w:r>
        <w:t>اپنا فخر۔ تو یہ مزاج ہے کہ جب بھی آپ کسی کو اپنا پرائیڈ بنا لیں، اپنے دادا کا پرائیڈ بنا لیں، کوئی دادا کریٹیسائز کرے تو برا لگے گا آپ کو۔ کسی بھی چیز کو آپ اپنا پرائیڈ بنا لیں۔ اب سوال یہ ہے کہ کیا پیغمبر ہمارا پرائیڈ ہے، ہمارا آنر ہے؟ تو سوال یہ ہے کہ قرآن میں کہاں لکھا ہے؟ حدیث میں کہاں بتایا گیا ہے</w:t>
      </w:r>
    </w:p>
    <w:p>
      <w:r>
        <w:rPr>
          <w:b/>
        </w:rPr>
        <w:t xml:space="preserve">[17:37] </w:t>
      </w:r>
      <w:r>
        <w:t>hai? Hadees mein hai ke "من" ke jo cheez Islam mein na ho aur koi innovation ke taur par is mein shamil kare to woh rejected hai, rejected!" to yeh concept rejected mana jaye ga, radd radd radd kar diya jaye ga. kyun? Quran mein is ke bar aks yeh hai ke</w:t>
      </w:r>
    </w:p>
    <w:p>
      <w:pPr>
        <w:jc w:val="right"/>
      </w:pPr>
      <w:r>
        <w:t>؟ حدیث میں ہے کہ "من کہ جو چیز اسلام میں نہ ہو اور کوئی انوویشن کے طور پر اس میں شامل کرے تو وہ ریجیکٹڈ ہے، ریجیکٹڈ!" تو یہ کانسیپٹ ریجیکٹڈ مانا جائے گا، رد رد رد کر دیا جائے گا۔ کیوں؟ قرآن میں اس کے برعکس یہ ہے کہ</w:t>
      </w:r>
    </w:p>
    <w:p>
      <w:r>
        <w:rPr>
          <w:b/>
        </w:rPr>
        <w:t xml:space="preserve">[18:07] </w:t>
      </w:r>
      <w:r>
        <w:t>"لَقَدْ كَانَ لَكُمْ فِي رَسُولِ اللَّهِ أُسْوَةٌ حَسَنَةٌ" "لَقَدْ كَانَ لَكُمْ فِي رَسُولِ اللَّهِ أُسْوَةٌ حَسَنَةٌ" "لَقَدْ كَانَ لَكُمْ فِي رَسُولِ اللَّهِ أُسْوَةٌ حَسَنَةٌ"! Rasool Allah ke liye tumhare behtareen model hai, uswa hai. Uswa ka matlab model. to Rasool Allah hamare liye model hain, hamare liye pride nahi hai. Pride ka concept bilkul jahili con</w:t>
      </w:r>
    </w:p>
    <w:p>
      <w:pPr>
        <w:jc w:val="right"/>
      </w:pPr>
      <w:r>
        <w:t>"کانا وہ لقد کانکم فی رسول اللہ، لقد کانکم فی رسول اللہ!" لقد کانکم فی رسول اللہ! رسول اللہ کے لیے تمہارے بہترین ماڈل ہے، اسوہ ہے۔ اسوہ کا مطلب ماڈل۔ تو رسول اللہ ہمارے لیے ماڈل ہیں، ہمارے لیے پرائیڈ نہیں ہے۔ پرائیڈ کا کانسیپٹ بالکل جاہلی کان</w:t>
      </w:r>
    </w:p>
    <w:p>
      <w:r>
        <w:rPr>
          <w:b/>
        </w:rPr>
        <w:t xml:space="preserve">[18:37] </w:t>
      </w:r>
      <w:r>
        <w:t>cept hai, baseless hai. Islam mein koi si haqeeqat nahi, innovation hai. innovation! "لَقَدْ كَانَ لَكُمْ فِي رَسُولِ اللَّهِ أُسْوَةٌ حَسَنَةٌ"! to agar aap Rasool Allah ka model maanein to is se kya hoga? follow karne ka maza aa jaye ga. follow karne ka! ab pride maane to ladne ladne ka maza aa jata hai. yeh sara raaz hai.</w:t>
      </w:r>
    </w:p>
    <w:p>
      <w:pPr>
        <w:jc w:val="right"/>
      </w:pPr>
      <w:r>
        <w:t>سیپٹ ہے، بیس لیس ہے۔ اسلام میں کوئی سی حقیقت نہیں، انوویشن ہے۔ انوویشن! لقد کانکم فی رسول اللہ! تو اگر آپ رسول اللہ کا ماڈل مانیں تو اس سے کیا ہوگا؟ فالو کرنے کا مزہ آ جائے گا۔ فالو کرنے کا! اب پرائیڈ مانے تو لڑنے لڑنے کا مزہ آ جاتا ہے۔ یہ سارا راز ہے۔</w:t>
      </w:r>
    </w:p>
    <w:p>
      <w:r>
        <w:rPr>
          <w:b/>
        </w:rPr>
        <w:t xml:space="preserve">[19:10] </w:t>
      </w:r>
      <w:r>
        <w:t>to yeh bohat zyada sochne ki baat hai, yeh koi saada baat nahi hai. yeh bohat zyada sochne ki baat hai. is par mein ne aik maqala likha hai, is mein mein ne yeh dikhaya hai ke yeh tasawwur jo hai, shatb-e-Rasool ka jo tasawwur hai, yeh Musalmanon mein do sau saal ke baad aaya hai, is se pehle nahi tha. yani kab aaya hai?</w:t>
      </w:r>
    </w:p>
    <w:p>
      <w:pPr>
        <w:jc w:val="right"/>
      </w:pPr>
      <w:r>
        <w:t>تو یہ بہت زیادہ سوچنے کی بات ہے، یہ کوئی سادہ بات نہیں ہے۔ یہ بہت زیادہ سوچنے کی بات ہے۔ اس پر میں نے ایک مقالہ لکھا ہے، اس میں میں نے یہ دکھایا ہے کہ یہ تصور جو ہے، شطب رسول کا جو تصور ہے، یہ مسلمانوں میں دو سو سال کے بعد آیا ہے، اس سے پہلے نہیں تھا۔ یعنی کب آیا ہے؟</w:t>
      </w:r>
    </w:p>
    <w:p>
      <w:r>
        <w:rPr>
          <w:b/>
        </w:rPr>
        <w:t xml:space="preserve">[19:42] </w:t>
      </w:r>
      <w:r>
        <w:t>jab Muslim empire qaim hua, Musalmanon ki bari bari saltanatein qaim huin. to us zamane mein jo tha culture, woh tha "al-nas din muluk". log badshah ke mazhab par hotay hain. jaise aap jante hain ke Christian badshah jo tha, woh European badshah tha, Constantine. woh jab Christian ho gaya to sara Europe Christian ho gaya. Const</w:t>
      </w:r>
    </w:p>
    <w:p>
      <w:pPr>
        <w:jc w:val="right"/>
      </w:pPr>
      <w:r>
        <w:t>جب مسلم ایمپائر قائم ہوا، مسلمانوں کی بڑی بڑی سلطنتیں قائم ہوئیں۔ تو اس زمانے میں جو تھا کلچر، وہ تھا "الناس دین ملوک"۔ لوگ بادشاہ کے مذہب پر ہوتے ہیں۔ جیسے آپ جانتے ہیں کہ کرسچن بادشاہ جو تھا، وہ یورپین بادشاہ تھا، کانسٹنٹین۔ وہ جب کرسچن ہو گیا تو سارا یورپ کرسچن ہو گیا۔ کانسٹ</w:t>
      </w:r>
    </w:p>
    <w:p>
      <w:r>
        <w:rPr>
          <w:b/>
        </w:rPr>
        <w:t xml:space="preserve">[20:12] </w:t>
      </w:r>
      <w:r>
        <w:t>antine first jab Christian ho gaya to sara Europe Christian ho gaya. is zamane mein yahi hota tha. Raja, badshah, sardar jis mazhab ko ikhtiyar kare, sab log usi mazhab ko lete thay. to jab Muslim empire qaim hua to mass conversion hua. mass conversion! ab yeh mass conversion hua jo hua tha ke beshumar log Islam mein dakhil ho gaye, to un ki tarb</w:t>
      </w:r>
    </w:p>
    <w:p>
      <w:pPr>
        <w:jc w:val="right"/>
      </w:pPr>
      <w:r>
        <w:t>نٹین فرسٹ جب کرسچن ہو گیا تو سارا یورپ کرسچن ہو گیا۔ اس زمانے میں یہی ہوتا تھا۔ راجہ، بادشاہ، سردار جس مذہب کو اختیار کرے، سب لوگ اسی مذہب کو لیتے تھے۔ تو جب مسلم ایمپائر قائم ہوا تو ماس کنورژن ہوا۔ ماس کنورژن! اب یہ ماس کنورژن ہوا جو ہوا تھا کہ بے شمار لوگ اسلام میں داخل ہو گئے، تو ان کی ترب</w:t>
      </w:r>
    </w:p>
    <w:p>
      <w:r>
        <w:rPr>
          <w:b/>
        </w:rPr>
        <w:t xml:space="preserve">[20:42] </w:t>
      </w:r>
      <w:r>
        <w:t>iyat nahi ho saki, education nahi ho saki. to pichlay khayalat ko le kar ke unhon ne Islam mein dakhil kar diya. is tarah ki cheezein jo hain, yeh kya hain? Islam, Islam! yani jahili zindagi jo un ki thi, pehlay ki zindagi, is mein jo baton ko mante thay, woh to taleem hui nahi, tarbiyat hui nahi, bas kalma parh liya.</w:t>
      </w:r>
    </w:p>
    <w:p>
      <w:pPr>
        <w:jc w:val="right"/>
      </w:pPr>
      <w:r>
        <w:t>یت نہیں ہو سکی، ایجوکیشن نہیں ہو سکی۔ تو پچھلے خیالات کو لے کر کے انہوں نے اسلام میں داخل کر دیا۔ اس طرح کی چیزیں جو ہیں، یہ کیا ہیں؟ اسلام، اسلام! یعنی جاہلی زندگی جو ان کی تھی، پہلے کی زندگی، اس میں جو باتوں کو مانتے تھے، وہ تو تعلیم ہوئی نہیں، تربیت ہوئی نہیں، بس کلمہ پڑھ لیا۔</w:t>
      </w:r>
    </w:p>
    <w:p>
      <w:r>
        <w:rPr>
          <w:b/>
        </w:rPr>
        <w:t xml:space="preserve">[21:13] </w:t>
      </w:r>
      <w:r>
        <w:t>kalma parh ke Islam mein dakhil ho gaye. mass conversion ka matlab yeh hota hai. to pichli baton ko unhon ne Islam mein inter kar diya, sirf naam badal kar. to blasphemy ka concept Christian concept hai. is Christian concept ko aik Arabi lafz bol kar ke, sadq ka lafz bol kar ke Islam mein dakhil kar diya. jaise India mein aap dekhte hain ke yahan bhi mass conversion hua. to bohat si</w:t>
      </w:r>
    </w:p>
    <w:p>
      <w:pPr>
        <w:jc w:val="right"/>
      </w:pPr>
      <w:r>
        <w:t>کلمہ پڑھ کے اسلام میں داخل ہو گئے۔ ماس کنورژن کا مطلب یہ ہوتا ہے۔ تو پچھلی باتوں کو انہوں نے اسلام میں انٹر کر دیا، صرف نام بدل کر۔ تو بلاسفیمی کا کانسیپٹ کرسچن کانسیپٹ ہے۔ اس کرسچن کانسیپٹ کو ایک عربی لفظ بول کر کے، صدق کا لفظ بول کر کے اسلام میں داخل کر دیا۔ جیسے انڈیا میں آپ دیکھتے ہیں کہ یہاں بھی ماس کنورژن ہوا۔ تو بہت سی</w:t>
      </w:r>
    </w:p>
    <w:p>
      <w:r>
        <w:rPr>
          <w:b/>
        </w:rPr>
        <w:t xml:space="preserve">[21:43] </w:t>
      </w:r>
      <w:r>
        <w:t>cheezein jo yeh log pehle jo un ki aadatein theen, jo riwaj thay, us ko Islam mein dakhil kar diya unhon ne. isi ko to bid'at kehte hain. bid'at kya hai? pichli rasmon ka Islamization hai. to yeh kuch bhi is ki haqeeqat nahi hai. Islam mein aik kitab likhi hai, aik woh "God Delusion". is mein unhon</w:t>
      </w:r>
    </w:p>
    <w:p>
      <w:pPr>
        <w:jc w:val="right"/>
      </w:pPr>
      <w:r>
        <w:t>چیزیں جو یہ لوگ پہلے جو ان کی عادتیں تھیں، جو رواج تھے، اس کو اسلام میں داخل کر دیا انہوں نے۔ اسی کو تو بدعت کہتے ہیں۔ بدعت کیا ہے؟ پچھلی رسموں کا اسلامائزیشن ہے۔ تو یہ کچھ بھی اس کی حقیقت نہیں ہے۔ اسلام میں ایک کتاب لکھی ہے، ایک وہ "گاڈ ڈیلیوژن"۔ اس میں انہوں</w:t>
      </w:r>
    </w:p>
    <w:p>
      <w:r>
        <w:rPr>
          <w:b/>
        </w:rPr>
        <w:t xml:space="preserve">[22:13] </w:t>
      </w:r>
      <w:r>
        <w:t>ne dikhaya ke Islam thought crime ko manta hai. yeh bilkul baseless baat hai. harghiz Islam mein thought crime nahi hai. yani mujarrad sochna yeh aik jurm hai. harghiz aisa nahi hai. aap azad hain, jo chahein sochein, azad hain, jo chahein bolein, azad hain, jo chahein kitab likhein. haan, agar aap kisi ko physical harm pohnchaein ge, kisi ka maal cheinein ge, kisi ka hath paon torein ge, to</w:t>
      </w:r>
    </w:p>
    <w:p>
      <w:pPr>
        <w:jc w:val="right"/>
      </w:pPr>
      <w:r>
        <w:t>نے دکھایا کہ اسلام تھاٹ کرائم کو مانتا ہے۔ یہ بالکل بیس لیس بات ہے۔ ہرگز اسلام میں تھاٹ کرائم نہیں ہے۔ یعنی مجرّد سوچنا یہ ایک جرم ہے۔ ہرگز ایسا نہیں ہے۔ آپ آزاد ہیں، جو چاہیں سوچیں، آزاد ہیں، جو چاہیں بولیں، آزاد ہیں، جو چاہیں کتاب لکھیں۔ ہاں، اگر آپ کسی کو فزیکل ہارم پہنچائیں گے، کسی کا مال چھینیں گے، کسی کا ہاتھ پاؤں توڑیں گے، تو</w:t>
      </w:r>
    </w:p>
    <w:p>
      <w:r>
        <w:rPr>
          <w:b/>
        </w:rPr>
        <w:t xml:space="preserve">[22:44] </w:t>
      </w:r>
      <w:r>
        <w:t>wo hai capital punishment ban jayega. wo, wo, wo, wo punishable, punishable crime ban jayega. yeh hai islam. ab ek aur pehlu se sochiye, ek aur pehlu sochiye.</w:t>
      </w:r>
    </w:p>
    <w:p>
      <w:pPr>
        <w:jc w:val="right"/>
      </w:pPr>
      <w:r>
        <w:t>وہ ہے کیپیٹل پنشمنٹ بن جائے گا۔ وہ، وہ، وہ، وہ پنشبل، پنشبل کرائم بن جائے گا۔ یہ ہے اسلام۔ اب ایک اور پلٹ سے سوچیے، ایک اور پلٹ سوچیے۔</w:t>
      </w:r>
    </w:p>
    <w:p>
      <w:r>
        <w:rPr>
          <w:b/>
        </w:rPr>
        <w:t xml:space="preserve">[23:20] </w:t>
      </w:r>
      <w:r>
        <w:t>dekhiye, islam mein quran mein ek ayat hai, us mein bataya gaya hai ke sirf do buniyadein hain: ek hai revelation, ek hai reason. do hi base hain jo insaan yeh khada ho sakta hai: ya revision ya reason. to is zamane mein aap dekhiye ke revision ka</w:t>
      </w:r>
    </w:p>
    <w:p>
      <w:pPr>
        <w:jc w:val="right"/>
      </w:pPr>
      <w:r>
        <w:t>دیکھیں، اسلام میں قرآن میں ایک آیت ہے، اس میں بتایا گیا ہے کہ صرف دو بنیادیں ہیں: ایک ہے ریولیشن، ایک ہے ریزن۔ دو ہی بیس ہیں جو انسان یہ کھڑا ہو سکتا ہے: یا ریویژن یا ریزن۔ تو اس زمانے میں آپ دیکھیے کہ ریویژن کا</w:t>
      </w:r>
    </w:p>
    <w:p>
      <w:r>
        <w:rPr>
          <w:b/>
        </w:rPr>
        <w:t xml:space="preserve">[23:50] </w:t>
      </w:r>
      <w:r>
        <w:t>ka stand hai aur reason ka ka stand hai. jaisa ke maine bataya, quran mein islam mein jo stand hai is mamle mein wo yeh hai ke chunke insaan ko is duniya mein test ke liye rakha gaya hai, yeh duniya dar-ul-imtihaan hai, is liye lazman is ko azadi hasil rahegi us waqt tak jab tak kisi ka maal na chhene, kisi ko physical, physical mein inj</w:t>
      </w:r>
    </w:p>
    <w:p>
      <w:pPr>
        <w:jc w:val="right"/>
      </w:pPr>
      <w:r>
        <w:t>کا اسٹینڈ ہے اور ریزن کا کا اسٹینڈ ہے۔ جیسا کہ میں نے بتایا، قرآن میں اسلام میں جو اسٹینڈ ہے اس معاملے میں وہ یہ ہے کہ چونکہ انسان کو اس دنیا میں ٹیسٹ کے لیے رکھا گیا ہے، یہ دنیا دارالامتحان ہے، اس لیے لازماً اس کو آزادی حاصل رہے گی اس وقت تک جب تک کسی کا مال نہ چھینے، کسی کو فزیکل، فزیکل میں انج</w:t>
      </w:r>
    </w:p>
    <w:p>
      <w:r>
        <w:rPr>
          <w:b/>
        </w:rPr>
        <w:t xml:space="preserve">[24:20] </w:t>
      </w:r>
      <w:r>
        <w:t>ury na kare, kisi ko nuqsan na pahunchaye, tab tak is ko azadi rahegi. aap naseehat kar sakte hain, aap daleel de sakte hain, aap tableegh-o-da'wat kar sakte hain is ke upar. bas is se aage kuch nahi. wo nahi manta to na maane. yeh stand hai islam ka, yani reveal religion ka stand hai. achha, secular jo civilization hai, is ka</w:t>
      </w:r>
    </w:p>
    <w:p>
      <w:pPr>
        <w:jc w:val="right"/>
      </w:pPr>
      <w:r>
        <w:t>ری نہ کرے، کسی کو نقصان نہ پہنچائے، تب تک اس کو آزادی رہے گی۔ آپ نصیحت کر سکتے ہیں، آپ دلیل دے سکتے ہیں، آپ تبلیغ و دعوت کر سکتے ہیں اس کے اوپر۔ بس اس سے آگے کچھ نہیں۔ وہ نہیں مانتا تو نہ مانے۔ یہ اسٹینڈ ہے اسلام کا، یعنی ریویل ریلیجن کا اسٹینڈ ہے۔ اچھا، سیکولر جو سویلائزیشن ہے، اس کا</w:t>
      </w:r>
    </w:p>
    <w:p>
      <w:r>
        <w:rPr>
          <w:b/>
        </w:rPr>
        <w:t xml:space="preserve">[24:50] </w:t>
      </w:r>
      <w:r>
        <w:t>kya stand hai? is ka bhi stand yahi hai. is ka stand bhi yahi hai ke freedom of expression jo hai, wo human rights mein shamil kiya gaya hai. united nations ka jo charter hai, jo 1948 mein, jis ko sare qaumon ne is par sign kiya tha, jo kehte hain "universal declaration of human rights". to sab ne is par sign kiya tha.</w:t>
      </w:r>
    </w:p>
    <w:p>
      <w:pPr>
        <w:jc w:val="right"/>
      </w:pPr>
      <w:r>
        <w:t>کیا اسٹینڈ ہے؟ اس کا بھی اسٹینڈ یہی ہے۔ اس کا اسٹینڈ بھی یہی ہے کہ فریڈم آف ایکسپریشن جو ہے، وہ ہیومن رائٹس میں شامل کیا گیا ہے۔ یونائٹ نیشنز کا جو چارٹر ہے، جو 1948 میں، جس کو سارے قوموں نے اس پر سائن کیا تھا، جو کہتے ہیں "یونیورسل ڈیکلریشن آف ہیومن رائٹس"۔ تو سب نے اس پر سائن کیا تھا۔</w:t>
      </w:r>
    </w:p>
    <w:p>
      <w:r>
        <w:rPr>
          <w:b/>
        </w:rPr>
        <w:t xml:space="preserve">[25:20] </w:t>
      </w:r>
      <w:r>
        <w:t>is mein freedom of expression ko absolute right ke taur par mana gaya hai. to reason ke aitbar se bhi wo absolute right hai aur mazhab ke aitbar se bhi absolute right hai. aap is ko abalish nahi kar sakte. ab koi right nahi hai is ko abalish karne ka. aap ko agar ikhtilaf hai to aap kitaab likhiye, article likhiye, statement dijiye, ja ke samjhaiye. is ko</w:t>
      </w:r>
    </w:p>
    <w:p>
      <w:pPr>
        <w:jc w:val="right"/>
      </w:pPr>
      <w:r>
        <w:t>اس میں فریڈم آف ایکسپریشن کو ایبسولیوٹ رائٹ کے طور پر مانا گیا ہے۔ تو ریزن کے اعتبار سے بھی وہ ایبسولیوٹ رائٹ ہے اور مذہب کے اعتبار سے بھی ایبسولیوٹ رائٹ ہے۔ آپ اس کو ابالش نہیں کر سکتے۔ اب کوئی رائٹ نہیں ہے اس کو ابالش کرنے کا۔ آپ کو اگر اختلاف ہے تو آپ کتاب لکھیے، آرٹیکل لکھیے، اسٹیٹمنٹ دیجیے، جا کے سمجھائیے۔ اس کو</w:t>
      </w:r>
    </w:p>
    <w:p>
      <w:r>
        <w:rPr>
          <w:b/>
        </w:rPr>
        <w:t xml:space="preserve">[25:50] </w:t>
      </w:r>
      <w:r>
        <w:t>maar nahi sakte aap. achha, doosri baat, is mein bohat important baat yeh hai ke musalman yeh kehte hain ke "to hell with your freedom of expression". lekin yeh saada baat hai, yeh aap ko munafiqat tak le aati hai. munafiqat tak, munafiqat. is ka jo end result munafiqat hai, wo</w:t>
      </w:r>
    </w:p>
    <w:p>
      <w:pPr>
        <w:jc w:val="right"/>
      </w:pPr>
      <w:r>
        <w:t>مار نہیں سکتے آپ۔ اچھا، دوسری بات، اس میں بہت امپورٹنٹ بات یہ ہے کہ مسلمان یہ کہتے ہیں کہ "ٹو ہیل ود یور فریڈم آف ایکسپریشن"۔ لیکن یہ سادہ بات ہے، یہ آپ کو منافقت تک لے آتی ہے۔ منافقت تک، منافقت۔ اس کا جو اینڈ رزلٹ منافقت ہے، وہ</w:t>
      </w:r>
    </w:p>
    <w:p>
      <w:r>
        <w:rPr>
          <w:b/>
        </w:rPr>
        <w:t xml:space="preserve">[26:21] </w:t>
      </w:r>
      <w:r>
        <w:t>kaise hai? jo log yeh kehte hain ke freedom of expression absolute right hai insaan ka, wo kon log hain? wo western nations hain. un ki daleel kya hai? is ko samjhiye. un ki daleel yeh hai ke duniya mein jab azadi nahi thi to koi taraqqi nahi thi. jab azadi nahi thi to koi taraqqi nahi thi. misaal ke taur par dekhiye, roman empire duniya</w:t>
      </w:r>
    </w:p>
    <w:p>
      <w:pPr>
        <w:jc w:val="right"/>
      </w:pPr>
      <w:r>
        <w:t>کیسے ہے؟ جو لوگ یہ کہتے ہیں کہ فریڈم آف ایکسپریشن ایبسولیوٹ رائٹ ہے انسان کا، وہ کون لوگ ہیں؟ وہ ویسٹرن نیشنز ہیں۔ ان کی دلیل کیا ہے؟ اس کو سمجھیے۔ ان کی دلیل یہ ہے کہ دنیا میں جب آزادی نہیں تھی تو کوئی ترقی نہیں تھی۔ جب آزادی نہیں تھی تو کوئی ترقی نہیں تھی۔ مثال کے طور پر دیکھیے، رومن ایمپائر دنیا</w:t>
      </w:r>
    </w:p>
    <w:p>
      <w:r>
        <w:rPr>
          <w:b/>
        </w:rPr>
        <w:t xml:space="preserve">[26:51] </w:t>
      </w:r>
      <w:r>
        <w:t>mein do hazar saal tak tha, 2000 years. lekin tareekh batati hai ke in do hazar saalon mein koi scientific development nahi hua, kyunke wo har nayi cheez ke mukhalif they. dekhiye, yeh jo emperor jo hota hai, ya king hota hai, is ka hamesha ek hi cheez ka, ek hi cheez is ka sab se zyada concern hoti hai ke is ke khilaf koi revolt na ho. bas</w:t>
      </w:r>
    </w:p>
    <w:p>
      <w:pPr>
        <w:jc w:val="right"/>
      </w:pPr>
      <w:r>
        <w:t>میں دو ہزار سال تک تھا، 2000 ایئرز۔ لیکن تاریخ بتاتی ہے کہ ان دو ہزار سالوں میں کوئی سائنٹیفک ڈیویلپمنٹ نہیں ہوا، کیونکہ وہ ہر نئی چیز کے مخالف تھے۔ دیکھیں، یہ جو ایمپرر جو ہوتا ہے، یا کنگ ہوتا ہے، اس کا ہمیشہ ایک ہی چیز کا، ایک ہی چیز اس کا سب سے زیادہ کنسرن ہوتی ہے کہ اس کے خلاف کوئی ریوٹ نہ ہو۔ بس</w:t>
      </w:r>
    </w:p>
    <w:p>
      <w:r>
        <w:rPr>
          <w:b/>
        </w:rPr>
        <w:t xml:space="preserve">[27:22] </w:t>
      </w:r>
      <w:r>
        <w:t>koi is ke empire ko koi khatra na bane. to har nayi cheez ke khilaf hote hain wo log. wo samajhte hain ke bas jo hai wahi rahe. chunache yeh bataya jata hai ke roman faujein jab greece mein dakhil hui thin, yunan mein, to wahan par ek koi philosopher tha jo zameen par baitha hua mathematics ka ek problem solve kar raha tha.</w:t>
      </w:r>
    </w:p>
    <w:p>
      <w:pPr>
        <w:jc w:val="right"/>
      </w:pPr>
      <w:r>
        <w:t>کوئی اس کے ایمپائر کو کوئی خطرہ نہ بنے۔ تو ہر نئی چیز کے خلاف ہوتے ہیں وہ لوگ۔ وہ سمجھتے ہیں کہ بس جو ہے وہی رہے۔ چنانچہ یہ بتایا جاتا ہے کہ رومن فوجیں جب گریس میں داخل ہوئی تھیں، یونان میں، تو وہاں پر ایک کوئی فلاسفر تھا جو زمین پر بیٹھا ہوا میتھمیٹک کا ایک پرابلم سالو کر رہا تھا۔</w:t>
      </w:r>
    </w:p>
    <w:p>
      <w:r>
        <w:rPr>
          <w:b/>
        </w:rPr>
        <w:t xml:space="preserve">[27:53] </w:t>
      </w:r>
      <w:r>
        <w:t>aap jante hain, is zamane mein kaghaz waghera bohat zyada nahi hua karta tha. to wo zameen par saaf hamwar zameen par baitha hua ek mathematics ka problem solve kar raha tha, likh raha tha. to jab aadmi wahan dakhil hue to jante hain kya hua? us ko talwar maar kar gardan se, is ka sir juda kar diya gaya, kyunke wo ek naya kaam, ek naya</w:t>
      </w:r>
    </w:p>
    <w:p>
      <w:pPr>
        <w:jc w:val="right"/>
      </w:pPr>
      <w:r>
        <w:t>آپ جانتے ہیں، اس زمانے میں کاغذ وغیرہ بہت زیادہ نہیں ہوا کرتا تھا۔ تو وہ زمین پر صاف ہموار زمین پر بیٹھا ہوا ایک میتھمیٹکس کا پرابلم سالو کر رہا تھا، لکھ رہا تھا۔ تو جب آدمی وہاں داخل ہوئے تو جانتے ہیں کیا ہوا؟ اس کو تلوار مار کر گردن سے، اس کا سر جدا کر دیا گیا، کیونکہ وہ ایک نیا کام، ایک نیا</w:t>
      </w:r>
    </w:p>
    <w:p>
      <w:r>
        <w:rPr>
          <w:b/>
        </w:rPr>
        <w:t xml:space="preserve">[28:23] </w:t>
      </w:r>
      <w:r>
        <w:t>kaam kar raha tha. badshahi daur mein, jo ke french revolution se pehle sari duniya mein tha, badshahi daur mein nayi cheez ke sakht khilaf hua karte they log. khud islam ke zamane mein bhi yeh halat qaim thi. maslan dekhiye, makki daur mein jo waqiyat hue, is mein se ek waqea yeh hai ke qabail-e-arab jo they, wo</w:t>
      </w:r>
    </w:p>
    <w:p>
      <w:pPr>
        <w:jc w:val="right"/>
      </w:pPr>
      <w:r>
        <w:t>کام کر رہا تھا۔ بادشاہی دور میں، جو کہ فرینچ ریولیوشن سے پہلے ساری دنیا میں تھا، بادشاہی دور میں نئی چیز کے سخت خلاف ہوا کرتے تھے لوگ۔ خود اسلام کے زمانے میں بھی یہ حالت قائم تھی۔ مثلاً دیکھیے، مکی دور میں جو واقعات ہوئے، اس میں سے ایک واقعہ یہ ہے کہ قبائل عرب جو تھے، وہ</w:t>
      </w:r>
    </w:p>
    <w:p>
      <w:r>
        <w:rPr>
          <w:b/>
        </w:rPr>
        <w:t xml:space="preserve">[28:55] </w:t>
      </w:r>
      <w:r>
        <w:t>kaaba ki ziyarat ke liye mukhtalif ilaqon se aaya karte they har saal. ek saal aisa hua ke jab qabail aaye ke rasool Allah salallahu alaihi wasallam gaye wahan par tableegh ke liye, quran logon ko batane ke liye. to is mein ek qabila tha, is ka naam tha banu shaiyban. is ke paas aap gaye to aap ne quran sunaya un ko, is toheed ki baat batayi. jo sardar jo tha,</w:t>
      </w:r>
    </w:p>
    <w:p>
      <w:pPr>
        <w:jc w:val="right"/>
      </w:pPr>
      <w:r>
        <w:t>کعبہ کی زیارت کے لیے مختلف علاقوں سے آیا کرتے تھے ہر سال۔ ایک سال ایسا ہوا کہ جب قبائل آئے کہ رسول اللہ صلی اللہ علیہ وسلم گئے وہاں پر تبلیغ کے لیے، قرآن لوگوں کو بتانے کے لیے۔ تو اس میں ایک قبیلہ تھا، اس کا نام تھا بنو شیبان۔ اس کے پاس آپ گئے تو آپ نے قرآن سنایا ان کو، اس توحید کی بات بتائی۔ جو سردار جو تھا،</w:t>
      </w:r>
    </w:p>
    <w:p>
      <w:r>
        <w:rPr>
          <w:b/>
        </w:rPr>
        <w:t xml:space="preserve">[29:25] </w:t>
      </w:r>
      <w:r>
        <w:t>wo mutasir hua, us ko aap ki baatein achhi lagin, lekin us ne maana nahi. kyun? us ne daleel yeh di thi, aap wo kitaab hamare paas maujood hai, yahan bhi dekh sakte hain aap ke hum jahan rehte hain, wo arab ki wo sarhad hai jo iran se milti hai. hum irani badshah ki sarhad par rehte hain aur irani badshah</w:t>
      </w:r>
    </w:p>
    <w:p>
      <w:pPr>
        <w:jc w:val="right"/>
      </w:pPr>
      <w:r>
        <w:t>وہ متاثر ہوا، اس کو آپ کی باتیں اچھی لگیں، لیکن اس کو مانا نہیں۔ کیوں؟ اس نے دلیل یہ دی تھی، آپ وہ کتاب ہمارے پاس موجود ہے، یہاں بھی دیکھ سکتے ہیں آپ کہ ہم جہاں رہتے ہیں، وہ عرب کی وہ سرحد ہے جو ایران سے ملتی ہے۔ ہم ایرانی بادشاہ کی سرحد پر رہتے ہیں اور ایرانی بادشاہ</w:t>
      </w:r>
    </w:p>
    <w:p>
      <w:r>
        <w:rPr>
          <w:b/>
        </w:rPr>
        <w:t xml:space="preserve">[29:55] </w:t>
      </w:r>
      <w:r>
        <w:t>on se hamare muahde hain. us ne is mein kaha tha ke badshah log is ko pasand nahi karte, koi nayi cheez introduce ki, koi nayi cheez ikhtiyar ki jaye, koi nayi cheez ikhtiyar ki jaye. to aap ki cheez jo hai, ek nayi cheez hai. yani duniya jo hai, wo yani jo duniya ka jo is waqt culture hai, wo shirk culture hai. aap toheed culture ko pesh kar rahe hain, jo ek nayi cheez hai.</w:t>
      </w:r>
    </w:p>
    <w:p>
      <w:pPr>
        <w:jc w:val="right"/>
      </w:pPr>
      <w:r>
        <w:t>وں سے ہمارے معاہدے ہیں۔ اس نے اس میں کہا تھا کہ بادشاہ لوگ اس کو پسند نہیں کرتے، کوئی نئی چیز انٹروڈوس کی، کوئی نئی چیز اختیار کی جائے، کوئی نئی چیز اختیار کی جائے۔ تو آپ کی چیز جو ہے، ایک نئی چیز ہے۔ یعنی دنیا جو ہے، وہ یعنی جو دنیا کا جو اس وقت کلچر ہے، وہ شرک کلچر ہے۔ آپ توحید کلچر کو پیش کر رہے ہیں، جو ایک نئی چیز ہے۔</w:t>
      </w:r>
    </w:p>
    <w:p>
      <w:r>
        <w:rPr>
          <w:b/>
        </w:rPr>
        <w:t xml:space="preserve">[30:26] </w:t>
      </w:r>
      <w:r>
        <w:t>to us ne kaha ke shahan-e-kisra jo hain, is ko pasand nahi karenge. yeh is, yeh is mein kaha tha. is ne kya lafz tha? "mimmā takrahu al-mulūk, mimmā takrahu al-mulūk". yeh wo cheez hai, yeh ek nayi cheez hai, is liye badshah log is ko pasand nahi karenge. is liye main is ko ikhtiyar nahi kar sakta. to wo zamana jo tha ke ikhtilaf-e-ray, distant alag koi ray rakhna, yeh bil</w:t>
      </w:r>
    </w:p>
    <w:p>
      <w:pPr>
        <w:jc w:val="right"/>
      </w:pPr>
      <w:r>
        <w:t>تو اس نے کہا کہ شاہان کسری جو ہیں، اس کو پسند نہیں کریں گے۔ یہ اس، یہ اس میں کہا تھا۔ اس نے کیا لفظ تھا؟ مما تکر الملوک، مما تکر الملوک۔ یہ وہ چیز ہے، یہ ایک نئی چیز ہے، اس لیے بادشاہ لوگ اس کو پسند نہیں کریں گے۔ اس لیے میں اس کو اختیار نہیں کر سکتا۔ تو وہ زمانہ جو تھا کہ اختلاف رائے، ڈسٹنٹ الگ کوئی رائے رکھنا، یہ بال</w:t>
      </w:r>
    </w:p>
    <w:p>
      <w:r>
        <w:rPr>
          <w:b/>
        </w:rPr>
        <w:t xml:space="preserve">[30:56] </w:t>
      </w:r>
      <w:r>
        <w:t>kul shajar-e-mamnu'a tha, pabandi thi. is liye science ko koi taraqqi nahi hui. europe mein is ke khilaf tehreekein uthin, bade bade log paida hue aur takrao hua. ek taraf badshahon se takrao hua, doosra church se hua, kyunke church bhi bohat zyada is ka yani taqatwar bana hua tha. ek zamane mein church poore europe ko dominate karta tha. agarche badshahatain thi</w:t>
      </w:r>
    </w:p>
    <w:p>
      <w:pPr>
        <w:jc w:val="right"/>
      </w:pPr>
      <w:r>
        <w:t>کل شجر ممنوعہ تھا، پابندی تھی۔ اس لیے سائنس کو کوئی ترقی نہیں ہوئی۔ یورپ میں اس کے خلاف تحریکیں اٹھیں، بڑے بڑے لوگ پیدا ہوئے اور ٹکراؤ ہوا۔ ایک طرف بادشاہوں سے ٹکراؤ ہوا، دوسرا چرچ سے ہوا، کیونکہ چرچ بھی بہت زیادہ اس کا یعنی طاقتور بنا ہوا تھا۔ ایک زمانے میں چرچ پورے یورپ کو ڈومینیٹ کرتا تھا۔ اگرچہ بادشاہتیں تھ</w:t>
      </w:r>
    </w:p>
    <w:p>
      <w:r>
        <w:rPr>
          <w:b/>
        </w:rPr>
        <w:t xml:space="preserve">[31:26] </w:t>
      </w:r>
      <w:r>
        <w:t>n, agarche mulkon mein badshah hua karte they, lekin church ka zabardast domination tha un ke upar. to church bhi sakht khilaf tha kisi nayi cheez ke. to zabardast takrao hua europe mein. aap renaissance ki history padh lijiye. renaissance ki history mein aap ko sirf do kitaab ka hawala deta hoon: ek badshahon se takrao ka aur doosra</w:t>
      </w:r>
    </w:p>
    <w:p>
      <w:pPr>
        <w:jc w:val="right"/>
      </w:pPr>
      <w:r>
        <w:t>یں، اگرچہ ملکوں میں بادشاہ ہوا کرتے تھے، لیکن چرچ کا زبردست ڈومینیشن تھا ان کے اوپر۔ تو چرچ بھی سخت خلاف تھا کسی نئی چیز کے۔ تو زبردست ٹکراؤ ہوا یورپ میں۔ آپ رینیساں کی ہسٹری پڑھ لیجئے۔ رینیساں کی ہسٹری میں آپ کو صرف دو کتاب کا حوالہ دیتا ہوں: ایک بادشاہوں سے ٹکراؤ کا اور دوسرا</w:t>
      </w:r>
    </w:p>
    <w:p>
      <w:r>
        <w:rPr>
          <w:b/>
        </w:rPr>
        <w:t xml:space="preserve">[31:57] </w:t>
      </w:r>
      <w:r>
        <w:t>church se takrao ka. badshahon se takrao ki kahani aap dhoondna hai to aap padhiye russo ki kitaab "social contract". "social contract" jis ka pehla sentence hai ke "man was born free but I am I am in chains". to badshahon se zabardast takrao hua, yahan tak ke badshahat khatm hui. pehle france mein, us ke baad poore europe mein. tab wahan par azadi aayi, tab science ki taraqqi shuru hui</w:t>
      </w:r>
    </w:p>
    <w:p>
      <w:pPr>
        <w:jc w:val="right"/>
      </w:pPr>
      <w:r>
        <w:t>چرچ سے ٹکراؤ کا۔ بادشاہوں سے ٹکراؤ کی کہانی آپ ڈھونڈنا ہے تو آپ پڑھیے روسو کی کتاب "سوشل کنٹریکٹ"۔ "سوشل کنٹریکٹ" جس کا پہلا سینٹنس ہے کہ "مین واز بارن فری بٹ آئی ایم آئی سی ہم ان چینج"۔ تو بادشاہوں سے زبردست ٹکراؤ ہوا، یہاں تک کہ بادشاہت ختم ہوئی۔ پہلے فرانس میں، اس کے بعد پورے یورپ میں۔ تب وہاں پر آزادی آئی، تب سائنس کی ترقی شروع ہوئی</w:t>
      </w:r>
    </w:p>
    <w:p>
      <w:r>
        <w:rPr>
          <w:b/>
        </w:rPr>
        <w:t xml:space="preserve">[32:27] </w:t>
      </w:r>
      <w:r>
        <w:t>ye. yeh mamla church ke sath pesh aaya. church se zabardast takrao hua. church ne galileo ko aur bohat se logon ko bilkul zabani bandi kar di un ki. to aakhir kar yeh yani wo log jeete aur church ko unhone ek chote se raqbe mein rehne par majboor kar diya. agar aap italy jayein to wahan par ek bohat chota sa raqba hai, bohat chota,</w:t>
      </w:r>
    </w:p>
    <w:p>
      <w:pPr>
        <w:jc w:val="right"/>
      </w:pPr>
      <w:r>
        <w:t>۔ یہ معاملہ چرچ کے ساتھ پیش آیا۔ چرچ سے زبردست ٹکراؤ ہوا۔ چرچ نے گلیلیوں کو اور بہت سے لوگوں کو بالکل زبابندی کر دی ان کی۔ تو آخر کار یہ یعنی وہ لوگ جیتے اور چرچ کو انہوں نے ایک چھوٹے سے رقبے میں رہنے پر مجبور کر دیا۔ اگر آپ اٹلی جائیں تو وہاں پر ایک بہت چھوٹا سا رقبہ ہے، بہت چھوٹا،</w:t>
      </w:r>
    </w:p>
    <w:p>
      <w:r>
        <w:rPr>
          <w:b/>
        </w:rPr>
        <w:t xml:space="preserve">[32:57] </w:t>
      </w:r>
      <w:r>
        <w:t>jis ko kehte hain "Vatican". "Vatican" hamare dilli ke college se bhi chota hai. bas isi mein church ki, church ka sara mamla hai. baqi sari sara europe is se yani bahar hai, is se azad hai. is ki kahani aap janna chahein to is ki aap padh lijiye. Draper ki kitaab "Conflict between Science and Religion". to ek taraf badshahon se takrao hua aur badsh</w:t>
      </w:r>
    </w:p>
    <w:p>
      <w:pPr>
        <w:jc w:val="right"/>
      </w:pPr>
      <w:r>
        <w:t>جس کو کہتے ہیں "ویٹیکن"۔ "ویٹیکن" ہمارے دلی کے کالج سے بھی چھوٹا ہے۔ بس اسی میں چرچ کی، چرچ کا سارا معاملہ ہے۔ باقی ساری سارا یورپ اس سے یعنی باہر ہے، اس سے آزاد ہے۔ اس کی کہانی آپ جاننا چاہیں تو اس کی آپ پڑھ لیجئے۔ ڈریپر کی کتاب "کانٹری بیٹو سائنس اینڈ ریلیجن" تو ایک طرف بادشاہوں سے ٹکراؤ ہوا اور بادش</w:t>
      </w:r>
    </w:p>
    <w:p>
      <w:r>
        <w:rPr>
          <w:b/>
        </w:rPr>
        <w:t xml:space="preserve">[33:27] </w:t>
      </w:r>
      <w:r>
        <w:t>ahon ko unseat kiya gaya aur democracy duniya mein aayi. democracy doosri taraf church ko unseat kiya gaya, us ko Vatican mein yani mehsoor kar diya gaya aur phir logon ko azadi mili. is ki kahani aap dekh lijiye, yani "Conflict between Science and Religion" mein Draper ki kitaab. to yeh europe ki sab baaton ko ek ek is tareekh europe ne banayi hai aur us ke baad taraqqiyan huin.</w:t>
      </w:r>
    </w:p>
    <w:p>
      <w:pPr>
        <w:jc w:val="right"/>
      </w:pPr>
      <w:r>
        <w:t>اہوں کو انسیٹ کیا گیا اور ڈیموکریسی دنیا میں آئی۔ ڈیموکریسی دوسری طرف چرچ کو انسیٹ کیا گیا، اس کو ویٹیکن میں یعنی محصور کر دیا گیا اور پھر لوگوں کو آزادی ملی۔ اس کی کہانی آپ دیکھ لیجئے، یعنی "کانٹری بیٹو سائنس اینڈ ریلیجن" میں ڈریپر کی کتاب۔ تو یہ یورپ کی سب باتوں کو ایک ایک اس تاریخ یورپ نے بنائی ہے اور اس کے بعد ترقیاں ہوئیں۔</w:t>
      </w:r>
    </w:p>
    <w:p>
      <w:r>
        <w:rPr>
          <w:b/>
        </w:rPr>
        <w:t xml:space="preserve">[33:57] </w:t>
      </w:r>
      <w:r>
        <w:t>jitni taraqqi jo scientific development, jis ko hum kehte hain, usi ke baad hui hai. yeh sari taraqqi, western civilization, modern progress, jo kuch bhi hai, wo hua. yani europe ke in qaumon ne bohat hi ek naya daur paida kiya. misaal ke taur par dekhiye, ek misaal lijiye aap ke qadeem zamane mein duniya char</w:t>
      </w:r>
    </w:p>
    <w:p>
      <w:pPr>
        <w:jc w:val="right"/>
      </w:pPr>
      <w:r>
        <w:t>جتنی ترقی جو سائنٹیفک ڈیولپمنٹ، جس کو ہم کہتے ہیں، اسی کے بعد ہوئی ہے۔ یہ ساری ترقی، ویسٹرن سویلائزیشن، ماڈرن پروگریس، جو کچھ بھی ہے، وہ ہوا۔ یعنی یورپ کے ان قوموں نے بہت ہی ایک نیا دور پیدا کیا۔ مثال کے طور پر دیکھیے، ایک مثال لیجئے آپ کہ قدیم زمانے میں دنیا چار</w:t>
      </w:r>
    </w:p>
    <w:p>
      <w:r>
        <w:rPr>
          <w:b/>
        </w:rPr>
        <w:t xml:space="preserve">[34:27] </w:t>
      </w:r>
      <w:r>
        <w:t>cheezon ko manti thi, yani matter, plant, animal. bas yani three dimensional world mein thi duniya hazaron saal se. maghrib ne kya kiya ke matter ko harkat de di, harkat yani moving matter wajood mein aaya. moving matter, yeh jo hawai jahaz hai, yeh jo boat hai, yeh jo machinein hain, yeh jo mobile hai, yeh telephone, yeh sab kya hai? moving matter</w:t>
      </w:r>
    </w:p>
    <w:p>
      <w:pPr>
        <w:jc w:val="right"/>
      </w:pPr>
      <w:r>
        <w:t>چیزوں کو مانتی تھی، یعنی میٹر، پلانٹ، اینیمل۔ بس یعنی تھری ڈائمنشنل ورلڈ میں تھی دنیا ہزاروں سال سے۔ مغرب نے کیا کیا کہ میٹر کو حرکت دے دی، حرکت یعنی موونگ میٹر وجود میں آیا۔ موونگ میٹر، یہ جو ہوا جہاز ہے، یہ جو بوٹر ہے، یہ جو مشینیں ہیں، یہ جو موبائل ہے، یہ ٹیلی فون، یہ سب کیا ہے؟ موونگ میٹر</w:t>
      </w:r>
    </w:p>
    <w:p>
      <w:r>
        <w:rPr>
          <w:b/>
        </w:rPr>
        <w:t xml:space="preserve">[34:57] </w:t>
      </w:r>
      <w:r>
        <w:t>hai. yeh communication, age of communication kya hai? yeh moving matter hai. to three dimensional world ko unhone four dimensional world mein pahuncha diya. kaisi ajeeb baat hai! ab duniya jo hai, matter, plant, animal aur ek moving matter, ek aur daur, is se itni sari taraqqiyan huin. ab ab yeh musalman yeh hain jo</w:t>
      </w:r>
    </w:p>
    <w:p>
      <w:pPr>
        <w:jc w:val="right"/>
      </w:pPr>
      <w:r>
        <w:t>ہے۔ یہ کمیونیکیشن، ایج آف کمیونیکیشن کیا ہے؟ یہ موونگ میٹر ہے۔ تو تھری ڈائمنشنل ورلڈ کو انہوں نے فور ڈائمنشنل ورلڈ میں پہنچا دیا۔ کیسی عجیب بات ہے! اب دنیا جو ہے، میٹر، پلانٹ، اینیمل اور ایک موونگ میٹر، ایک اور دور، اس سے اتنی ساری ترقیاں ہوئیں۔ اب اب یہ مسلمان یہ ہیں جو</w:t>
      </w:r>
    </w:p>
    <w:p>
      <w:r>
        <w:rPr>
          <w:b/>
        </w:rPr>
        <w:t xml:space="preserve">[35:27] </w:t>
      </w:r>
      <w:r>
        <w:t>shorgol kar rahe hain. to ab dekhiye, in ka mamla ke shorgol karne ke bawajood woh sari abilities ko istemal karte hain jo inhi qaumon ne banai hain. jitni taraqqi hain, jitne jo modern abilities hain, jitni bhi shandar ghar, shandar carain, shandar hawai jahaz ka safar, shandar furniture, shandar e</w:t>
      </w:r>
    </w:p>
    <w:p>
      <w:pPr>
        <w:jc w:val="right"/>
      </w:pPr>
      <w:r>
        <w:t>شورگول کر رہے ہیں۔ تو اب دیکھیے، ان کا معاملہ کہ شورگول کرنے کے باوجود وہ ساری ایبیلیٹیز کو استعمال کرتے ہیں جو انہی قوموں نے بنائی ہیں۔ جتنی ترقی ہیں، جتنے جو ماڈرن ایبیلیٹیز ہیں، جتنی بھی شاندار گھر، شاندار کاریں، شاندار ہوا جہاز کا سفر، شاندار فرنیچر، شاندار ای</w:t>
      </w:r>
    </w:p>
    <w:p>
      <w:r>
        <w:rPr>
          <w:b/>
        </w:rPr>
        <w:t xml:space="preserve">[35:57] </w:t>
      </w:r>
      <w:r>
        <w:t>ducation, yeh yeh isi ka nateeja hai. to ek taraf to aap kehte hain ke "to hell with your freedom of expression" aur isi se, isi se paida hui hain. isi ke nateeje mein to sara civilization dunya mein aai hai, modern abilities aai hain. to kya aap is ko chhod sakte hain? kya aap is ko chhod sakte hain? is ka matlab hai ke aap ek taraf mukhalifat karte hain, phir bhi inhi culture ko liye hue hain.</w:t>
      </w:r>
    </w:p>
    <w:p>
      <w:pPr>
        <w:jc w:val="right"/>
      </w:pPr>
      <w:r>
        <w:t>جوکیشن، یہ یہ اسی کا نتیجہ ہے۔ تو ایک طرف تو آپ کہتے ہیں کہ "ٹو ہیل ود یور فریڈم آف ایکسپریشن" اور اسی سے، اسی سے پیدا ہوئی ہیں۔ اسی کے نتیجے میں تو سارا سویلائزیشن دنیا میں آئی ہے، ماڈرن ایبیلیٹیز آئی ہیں۔ تو کیا آپ اس کو چھوڑ سکتے ہیں؟ کیا آپ اس کو چھوڑ سکتے ہیں؟ اس کا معنی ہے کہ آپ ایک طرف مخالفت کرتے ہیں، پھر بھی انہی کلچر کو لیے ہوئے ہیں۔</w:t>
      </w:r>
    </w:p>
    <w:p>
      <w:r>
        <w:rPr>
          <w:b/>
        </w:rPr>
        <w:t xml:space="preserve">[36:29] </w:t>
      </w:r>
      <w:r>
        <w:t>wohi modern abilities, wohi modern culture, wohi modern taraqqi jo jo ke in ki wajah se wajood mein aai hain dunya mein, isi mein aap phir bhi jee rahe hain. yaani ghari aur mobile se le kar hawai jahaz tak, sab unhon ne banaya hai aur is ko dhoom se istemal karte hain, fakhr karte hain is par. agar aap aisa karein ke freedom of expression ke zariye jo dunya mein jo tehzeeb bani hai, jo kal</w:t>
      </w:r>
    </w:p>
    <w:p>
      <w:pPr>
        <w:jc w:val="right"/>
      </w:pPr>
      <w:r>
        <w:t>وہی ماڈرن ایبیلیٹیز، وہی ماڈرن کلچر، وہی ماڈرن ترقیاں جو جو کہ ان کی وجہ سے وجود میں آئی ہیں دنیا میں، اسی میں آپ پھر بھی جی رہے ہیں۔ یعنی گھڑی اور موبائل سے لے کر ہوا جہاز تک، سب انہوں نے بنایا ہے اور اس کو دھوم سے استعمال کرتے ہیں، فخر کرتے ہیں اس پر۔ اگر آپ ایسا کریں کہ فریڈم آف ایکسپریشن کے ذریعے جو دنیا میں جو تہذیب بنی ہے، جو کل</w:t>
      </w:r>
    </w:p>
    <w:p>
      <w:r>
        <w:rPr>
          <w:b/>
        </w:rPr>
        <w:t xml:space="preserve">[36:59] </w:t>
      </w:r>
      <w:r>
        <w:t>ture dunya mein aaya hai, is ko aap chhod dein to aap jante hain kya hoga? aap onton ke daur mein chale jayenge, khachar ke daur mein chale jayenge, kuch bhi nahi rahega aap ke paas, sab kuch inhi logon ne wajood kiya. aur aur isi waqt wajood mein aaya hai jabke dunya mein freedom aai. freedom, freedom, democracy, aazadi-e-khayal, aazadi-e-rai, decent, yeh sab aaya hai. main ek martaba America gaya, wahan poocha maine ek professor se</w:t>
      </w:r>
    </w:p>
    <w:p>
      <w:pPr>
        <w:jc w:val="right"/>
      </w:pPr>
      <w:r>
        <w:t>چر دنیا میں آیا ہے، اس کو آپ چھوڑ دیں تو آپ جانتے ہیں کیا ہوگا؟ آپ اونٹوں کے دور میں چلے جائیں گے، خچر کے دور میں چلے جائیں گے، کچھ بھی نہیں رہے گا آپ کے پاس، سب کچھ انہی لوگوں نے وجود کیا۔ اور اور اسی وقت وجود میں آیا ہے جبکہ دنیا میں فریڈم آئی۔ فریڈم، فریڈم، ڈیموکریسی، آزادی خیال، آزادی رائے، ڈیسنٹ، یہ سب آیا ہے۔ میں ایک مرتبہ امریکہ گیا، وہاں پوچھا میں نے ایک پروفیسر سے</w:t>
      </w:r>
    </w:p>
    <w:p>
      <w:r>
        <w:rPr>
          <w:b/>
        </w:rPr>
        <w:t xml:space="preserve">[37:29] </w:t>
      </w:r>
      <w:r>
        <w:t>ke western world ki taraqqi ka raaz kya hai? us ne ek hi raaz bola, us ka decent. ek hi raaz, decent. us ne kaha hum decent ko ek aadmi ka muqaddas haq samajhte hain. decent ko hum insaan ka muqaddas haq samajhte hain. to aap ek taraf is ke khilaf jhanda utha rahe hain, to phir aap chhod dijiye is se jo nati</w:t>
      </w:r>
    </w:p>
    <w:p>
      <w:pPr>
        <w:jc w:val="right"/>
      </w:pPr>
      <w:r>
        <w:t>کہ ویسٹرن ورلڈ کی ترقی کا راز کیا ہے؟ اس نے ایک ہی راز بولا، اس کا ڈیسنٹ۔ ایک ہی راز، ڈیسنٹ۔ اس نے کہا ہم ڈیسنٹ کو ایک آدمی کا مقدس حق سمجھتے ہیں۔ ڈیسنٹ کو ہم انسان کا مقدس حق سمجھتے ہیں۔ تو آپ ایک طرف اس کے خلاف جھنڈا اٹھا رہے ہیں، تو پھر آپ چھوڑ دیجیے اس سے جو ن</w:t>
      </w:r>
    </w:p>
    <w:p>
      <w:r>
        <w:rPr>
          <w:b/>
        </w:rPr>
        <w:t xml:space="preserve">[38:00] </w:t>
      </w:r>
      <w:r>
        <w:t>je, is ke nateeje mein jo taraqqi hui, us ko bhi chhod dijiye. isi se to taraqqi hui sab. jab tak dunya mein aazadi-e-rai nahi thi, tab tak koi taraqqi bhi nahi thi. jab tak dunya mein aazadi-e-rai nahi thi, tab tak taraqqi bhi nahi thi. aazad, aazadi-e-rai ko minus kiye to sari taraqqi minus ho jayengi. agar aap aazadi-e-rai ko minus karein, is ko hadaf karein to sari taraqqi bhi hadaf. to aap kya karenge?</w:t>
      </w:r>
    </w:p>
    <w:p>
      <w:pPr>
        <w:jc w:val="right"/>
      </w:pPr>
      <w:r>
        <w:t>تیجے، اس کے نتیجے میں جو ترقیاں ہوئیں، اس کو بھی چھوڑ دیجیے۔ اسی سے تو ترقیاں ہوئیں سب۔ جب تک دنیا میں آزادی رائے نہیں تھی، تب تک کوئی ترقی بھی نہیں تھی۔ جب تک دنیا میں آزادی رائے نہیں تھی، تب تک ترقی بھی نہیں تھی۔ آزاد، آزادی رائے کو مائنس کیے تو ساری ترقیاں مائنس ہو جائیں گی۔ اگر آپ آزادی رائے کو مائنس کریں، اس کو حذف کریں تو ساری ترقیاں بھی حذف۔ تو آپ کیا کریں گے؟</w:t>
      </w:r>
    </w:p>
    <w:p>
      <w:r>
        <w:rPr>
          <w:b/>
        </w:rPr>
        <w:t xml:space="preserve">[38:30] </w:t>
      </w:r>
      <w:r>
        <w:t>onton par sawari karenge? khachar par baithenge? kya karenge? bataiye! to yeh munaafiqat, yeh yeh munaafiqat hai ke ek taraf aazadi-e-rai ke khilaf jhanda uthate hain, doosri taraf sari modern abilities ko istemal karte hain, inhi mulkon mein ja ke service karte hain, isi America, Europe mein ja kar ke apne bete ko, apni beti ko basate hain. yeh munaafiqat hai.</w:t>
      </w:r>
    </w:p>
    <w:p>
      <w:pPr>
        <w:jc w:val="right"/>
      </w:pPr>
      <w:r>
        <w:t>اونٹوں پر سواری کریں گے؟ خچر پر بیٹھیں گے؟ کیا کریں گے؟ بتائیے! تو یہ منافقت، یہ یہ منافقت ہے کہ ایک طرف آزادی رائے کے خلاف جھنڈا اٹھاتے ہیں، دوسری طرف ساری ماڈرن ایبیلیٹیز کو استعمال کرتے ہیں، انہی ملکوں میں جا کے سروس کرتے ہیں، اسی امریکہ، یورپ میں جا کر کے اپنے بیٹے کو، اپنی بیٹی کو بساتے ہیں۔ یہ منافقت ہے۔</w:t>
      </w:r>
    </w:p>
    <w:p>
      <w:r>
        <w:rPr>
          <w:b/>
        </w:rPr>
        <w:t xml:space="preserve">[39:01] </w:t>
      </w:r>
      <w:r>
        <w:t>kya koi ek aisa musalman aisa karega ke apne aap ko America se wapas bula le? ke wahan is tarah ki Islam ke khilaf gustakhi ki baatein hoti hain? ek bhi nahi aisa karega. ek sahab, main America gaya tha to ek sahab ne kaha ke jab aap ko shikayat hai America se to aap rehte kahan hain? yahan rehne ki kya zaroorat hai? aap jaiye, wapas jaiye apne apne watan. to kya kaha unhon ne? unhon ne kaha ke</w:t>
      </w:r>
    </w:p>
    <w:p>
      <w:pPr>
        <w:jc w:val="right"/>
      </w:pPr>
      <w:r>
        <w:t>کیا کوئی ایک ایسا مسلمان ایسا کرے گا کہ اپنے آپ کو امریکہ سے واپس بلا لے؟ کہ وہاں اس طرح کی اسلام کے خلاف گستاخی کی باتیں ہوتی ہیں؟ ایک بھی نہیں ایسا کرے گا۔ ایک صاحب، میں امریکہ گیا تھا تو ایک صاحب نے کہا کہ جب آپ کو شکایت ہے امریکہ سے تو آپ رہتے کہاں ہیں؟ یہاں رہنے کی کیا ضرورت ہے؟ آپ جائیے، واپس جائیے اپنے اپنے وطن۔ تو کیا کہا انہوں نے؟ انہوں نے کہا کہ</w:t>
      </w:r>
    </w:p>
    <w:p>
      <w:r>
        <w:rPr>
          <w:b/>
        </w:rPr>
        <w:t xml:space="preserve">[39:31] </w:t>
      </w:r>
      <w:r>
        <w:t>aadmi ka rizq jahan rahega, woh to wahan jayega. to maine kaha kaisi ajeeb baat hai ke shaitani mulk mein aap ka rizq hai aur aap ka jo Islami mulk hai, woh rizq nahi hai. aap ka jis mulk ko aap Islami mulk kehte hain, us mein rizq nahi tha. aap ka yahan chhod kar aa gaye, aap jis ko aap shaitani mulk kehte hain, yeh munaafiqat hai. to yeh saada baat nahi hai, yeh saada baat nahi hai. yeh</w:t>
      </w:r>
    </w:p>
    <w:p>
      <w:pPr>
        <w:jc w:val="right"/>
      </w:pPr>
      <w:r>
        <w:t>آدمی کا رزق جہاں رہے گا، وہ تو وہاں جائے گا۔ تو میں نے کہا کیسی عجیب بات ہے کہ شیطانی ملک میں آپ کا رزق ہے اور آپ کا جو اسلامی ملک ہے، وہ رزق نہیں ہے۔ آپ کا جس ملک کو آپ اسلامی ملک کہتے ہیں، اس میں رزق نہیں تھا۔ آپ کا یہاں چھوڑ کر آ گئے، آپ جس کو آپ شیطانی ملک کہتے ہیں، یہ منافقت ہے۔ تو یہ سادہ بات نہیں ہے، یہ سادہ بات نہیں ہے۔ یہ</w:t>
      </w:r>
    </w:p>
    <w:p>
      <w:r>
        <w:rPr>
          <w:b/>
        </w:rPr>
        <w:t xml:space="preserve">[40:02] </w:t>
      </w:r>
      <w:r>
        <w:t>dekhiye, doosri baat yeh hai ke Rasool Allah Sal Allahu Alaihi Wasallam, aap Quran ko padhiye, Quran ko padhiye aap. to jitne bhi paighambar aaye, sab ke paighambaron ke sath gustakhi ki gai. 200 se zyada aisi aayatein hain Quran majeed mein jo batati hain ke jo jo paighambar aaya, us ko kaha gaya ke tum to majnoon ho, tum to yeh ho, tum to woh. yaani wohi cheezein jis ko hum aaj gustakhi kehte hain, woh</w:t>
      </w:r>
    </w:p>
    <w:p>
      <w:pPr>
        <w:jc w:val="right"/>
      </w:pPr>
      <w:r>
        <w:t>دیکھیے، دوسری بات یہ ہے کہ رسول اللہ صلی اللہ علیہ وسلم، آپ قرآن کو پڑھیے، قرآن کو پڑھیے آپ۔ تو جتنے بھی پیغمبر آئے، سب کے پیغمبروں کے ساتھ گستاخی کی گئی۔ 200 سے زیادہ ایسی آیتیں ہیں قرآن مجید میں جو بتاتی ہیں کہ جو جو پیغمبر آیا، اس کو کہا گیا کہ تم تو مجنون ہو، تم تو یہ ہو، تم تو وہ۔ یعنی وہی چیزیں جس کو ہم آج گستاخی کہتے ہیں، وہ</w:t>
      </w:r>
    </w:p>
    <w:p>
      <w:r>
        <w:rPr>
          <w:b/>
        </w:rPr>
        <w:t xml:space="preserve">[40:32] </w:t>
      </w:r>
      <w:r>
        <w:t>sab har paighambar ko kaha gaya. maslan ek aayat yeh hai: "ya hasrat al-ibad ma yatihim min rasulin illa kanu bihi yastahziun." bandon par hasrat hai ke jo bhi paighambar aaya, har paighambar ka unhon ne mazaaq uraya. mazaaq urana gustakhi hai ke kya hai? ke un ko izzat dena hai. khud Rasool Allah Sal Allahu Alaihi Wasallam ko munh dar munh kaha ke "</w:t>
      </w:r>
    </w:p>
    <w:p>
      <w:pPr>
        <w:jc w:val="right"/>
      </w:pPr>
      <w:r>
        <w:t>سب ہر پیغمبر کو کہا گیا۔ مثلاً ایک آیت یہ ہے: "یا حسرت الباد ما یات رسول الا کان بندوں پر حسرت ہے کہ جو بھی پیغمبر آیا، ہر پیغمبر کا انہوں نے مذاق اڑایا۔" مذاق اڑانا گستاخی ہے کہ کیا ہے؟ کہ ان کو عزت دینا ہے۔ خود رسول اللہ صلی اللہ علیہ وسلم کو منہ در منہ کہا کہ "</w:t>
      </w:r>
    </w:p>
    <w:p>
      <w:r>
        <w:rPr>
          <w:b/>
        </w:rPr>
        <w:t xml:space="preserve">[41:02] </w:t>
      </w:r>
      <w:r>
        <w:t>ae paighambar, you are a condemnable person, anta madhmum." munh dar munh kaha ke "anta madhmum, you are a condemnable person." to kaha Rasool Allah Sal Allahu Alaihi Wasallam ne Sahaba se kaha ke "maro in ko." to main aap se ek baat arz karunga ke aap Quran ko padhiye to aap ko kuch aisi cheezein milengi jo Quran ke nazdeek jurm hain. maslan hath kaatna, chori par</w:t>
      </w:r>
    </w:p>
    <w:p>
      <w:pPr>
        <w:jc w:val="right"/>
      </w:pPr>
      <w:r>
        <w:t>اے پیغمبر، یو آر اے کنڈم پرسن، انت مذمم۔" منہ در منہ کہا کہ "انت مذمم، یو آر کنڈم پرسن۔" تو کہا رسول اللہ صلی اللہ علیہ وسلم نے صحابہ سے کہا کہ "مارو ان کو۔" تو میں آپ سے ایک بات عرض کروں گا کہ آپ قرآن کو پڑھیے تو آپ کو کچھ ایسی چیزیں ملیں گی جو قرآن کے نزدیک جرم ہیں۔ مثلاً ہاتھ کاٹنا، چوری پر</w:t>
      </w:r>
    </w:p>
    <w:p>
      <w:r>
        <w:rPr>
          <w:b/>
        </w:rPr>
        <w:t xml:space="preserve">[41:33] </w:t>
      </w:r>
      <w:r>
        <w:t>۔ chori ek jurm hai, is par hath kaata kaat diya jayega. to Quran mein ek "al-sariq wa al-sariqa" jo chori kare, uska hath kaat do. jurm ka zikr hai to punishment ka bhi zikr hai. is par ghaur kijiye aap. Quran ke nazdeek chori</w:t>
      </w:r>
    </w:p>
    <w:p>
      <w:pPr>
        <w:jc w:val="right"/>
      </w:pPr>
      <w:r>
        <w:t>۔ چوری ایک جرم ہے، اس پر ہاتھ کاٹا کاٹ دیا جائے گا۔ تو قرآن میں ایک "الصارق وصارقت" جو چوری کرے، اس کا ہاتھ کاٹ دو۔ جرم کا ذکر ہے تو پرشمن کا بھی ذکر ہے۔ اس پر غور کیجئے آپ۔ قرآن کے نزدیک چوری</w:t>
      </w:r>
    </w:p>
    <w:p>
      <w:r>
        <w:rPr>
          <w:b/>
        </w:rPr>
        <w:t xml:space="preserve">[42:03] </w:t>
      </w:r>
      <w:r>
        <w:t>jurem hai. to chori ke jurm hone ka jab ailaan kiya gaya to yeh bhi kaha gaya ke is ka is ki saza kya hai? saza kya hai? "al-sariq wa al-sariqa" to jurm bhi bataya gaya aur punishment bhi bataya gaya. ab bataiye ke jo paighambar hain jo aaye jin ke mutalliq Quran mein bataya gaya ke gustakhi ka jurm har ek ke khilaf kiya gaya, to wahan kya unhein zikr hai saza ka?</w:t>
      </w:r>
    </w:p>
    <w:p>
      <w:pPr>
        <w:jc w:val="right"/>
      </w:pPr>
      <w:r>
        <w:t>جرم ہے۔ تو چوری کے جرم ہونے کا جب اعلان کیا گیا تو یہ بھی کہا گیا کہ اس کا اس کی سزا کیا ہے؟ سزا کیا ہے؟ "الصارق وصارقت" تو جرم بھی بتایا گیا اور پنشمنٹ بھی بتایا گیا۔ اب بتائیے کہ جو پیغمبر ہیں جو آئے جن کے متعلق قرآن میں بتایا گیا کہ گستاخی کا جرم ہر ایک کے خلاف کیا گیا، تو وہاں کیا انہیں ذکر ہے سزا کا؟</w:t>
      </w:r>
    </w:p>
    <w:p>
      <w:r>
        <w:rPr>
          <w:b/>
        </w:rPr>
        <w:t xml:space="preserve">[42:34] </w:t>
      </w:r>
      <w:r>
        <w:t>saare Quran mein mujhe bataiye kahan yeh bataya gaya hai ke jo gustakhi kare woh maar dalo, jabke jurm ka zikr hai. yaani jurm mein gustakhi ka zikr hai aur is par saza ka zikr nahi. kaisi ajeeb baat hai yeh! ek taraf to woh Quran yeh karta hai ke jurm bhi batata hai, saza bhi batata hai. doosri taraf sirf jurm ka zikr hai, saza ka zikr nahi. is se kya maloom hua?</w:t>
      </w:r>
    </w:p>
    <w:p>
      <w:pPr>
        <w:jc w:val="right"/>
      </w:pPr>
      <w:r>
        <w:t>سارے قرآن میں مجھے بتائیے کہاں یہ بتایا گیا ہے کہ جو گستاخی کرے وہ مار ڈالو، جبکہ جرم کا ذکر ہے۔ یعنی جرم میں گستاخی کا ذکر ہے اور اس پر سزا کا ذکر نہیں۔ کیسی عجیب بات ہے یہ! ایک طرف تو وہ قرآن یہ کرتا ہے کہ جرم بھی بتاتا ہے، سزا بھی بتاتا ہے۔ دوسری طرف صرف جرم کا ذکر ہے، سزا کا ذکر نہیں۔ اس سے کیا معلوم ہوا؟</w:t>
      </w:r>
    </w:p>
    <w:p>
      <w:r>
        <w:rPr>
          <w:b/>
        </w:rPr>
        <w:t xml:space="preserve">[43:04] </w:t>
      </w:r>
      <w:r>
        <w:t>"there is difference between the two". is se difference maloom hua, woh yeh ke ek woh cheez hoti hai jis jo ke liable to punishment hoti hai. ek woh cheez hoti hai jo jahan aap ko dawat karna hai, tableegh karna hai, samjhana hai. to is ka matlab kya ho gaya? ke jis cheez ko aap gustakhi kehte hain ya blasphemy kehte hain, us par discussion kiya jayega. discussion samjhaya bujhaya jayega, daleel</w:t>
      </w:r>
    </w:p>
    <w:p>
      <w:pPr>
        <w:jc w:val="right"/>
      </w:pPr>
      <w:r>
        <w:t>"دیر از ڈیفرنس بیٹو دا ٹو"۔ اس سے ڈیفرنس معلوم ہوا، وہ یہ کہ ایک وہ چیز ہوتی ہے جس جو کہ لائبل ٹو پنشمنٹ ہوتی ہے۔ ایک وہ چیز ہوتی ہے جو جہاں آپ کو دعوت کرنا ہے، تبلیغ کرنا ہے، سمجھانا ہے۔ تو اس کا معنی کیا ہو گیا؟ کہ جس چیز کو آپ گستاخی کہتے ہیں یا بلاسٹ فہمی کہتے ہیں، اس پر ڈسکشن کیا جائے گا۔ ڈسکشن سمجھایا بجھایا جائے گا، دلیل</w:t>
      </w:r>
    </w:p>
    <w:p>
      <w:r>
        <w:rPr>
          <w:b/>
        </w:rPr>
        <w:t xml:space="preserve">[43:34] </w:t>
      </w:r>
      <w:r>
        <w:t>pesh ki jayegi. mara peeta nahi jayega. agar marne peetne ki baat hoti hai to jab Quran mein jurm ka zikr hua to saza ka zikr hona chahiye tha. yaani jurm gustakhi ka zikr hai aur saza-e-gustakhi ka zikr nahi. to dekhiye, yeh saada baat nahi hai. Islam ek Islam ek deen-e-rehmat hai. deen-e-rehmat</w:t>
      </w:r>
    </w:p>
    <w:p>
      <w:pPr>
        <w:jc w:val="right"/>
      </w:pPr>
      <w:r>
        <w:t>پیش کی جائے گی۔ مارا پیٹا نہیں جائے گا۔ اگر مارنے پیٹنے کی بات ہوتی ہے تو جب قرآن میں جرم کا ذکر ہوا تو سزا کا ذکر ہونا چاہیے تھا۔ یعنی جرم گستاخی کا ذکر ہے اور سزائے گستاخی کا ذکر نہیں۔ تو دیکھیں، یہ سادہ بات نہیں ہے۔ اسلام ایک اسلام ایک دین رحمت ہے۔ دین رحمت</w:t>
      </w:r>
    </w:p>
    <w:p>
      <w:r>
        <w:rPr>
          <w:b/>
        </w:rPr>
        <w:t xml:space="preserve">[44:04] </w:t>
      </w:r>
      <w:r>
        <w:t>، deen koda nahi ho sakta hai. deen falan ke nahi ho sakta hai. deen rehmat ka matlab yeh hai ke Islam ek aisa deen hai jo insaan ki aql ko appeal karta hai, insaan ki fitrat ko appeal karta hai. to is ko aap daleel se pesh karenge. jab aql ko appeal karta hai to aql se pesh karenge. is ko fitrat ko appeal karta hai to fitrat wali boli bolenge. aap is mein</w:t>
      </w:r>
    </w:p>
    <w:p>
      <w:pPr>
        <w:jc w:val="right"/>
      </w:pPr>
      <w:r>
        <w:t>، دین کوڑا نہیں ہو سکتا ہے۔ دین فلاں کے نہیں ہو سکتا ہے۔ دین رحمت کا مطلب یہ ہے کہ اسلام ایک ایسا دین ہے جو انسان کی عقل کو اپیل کرتا ہے، انسان کی فطرت کو اپیل کرتا ہے۔ تو اس کو آپ دلیل سے پیش کریں گے۔ جب عقل کو اپیل کرتا ہے تو عقل سے پیش کریں گے۔ اس کو فطرت کو اپیل کرتا ہے تو فطرت والی بولی بولیں گے۔ آپ اس میں</w:t>
      </w:r>
    </w:p>
    <w:p>
      <w:r>
        <w:rPr>
          <w:b/>
        </w:rPr>
        <w:t xml:space="preserve">[44:35] </w:t>
      </w:r>
      <w:r>
        <w:t>talwar ka, bandook ka koi koi is mein kaam hi nahi. Allah taala ne Islam ko bheja hai is liye ke logon ko rehmat ka rasta mile, logon ko jannat ka rasta mile, logon ko sachai mile. to sachai talwar se thodi milegi, samjhane bujhane se milegi. to yeh nazariya bilkul hi baseless nazariya hai. yeh</w:t>
      </w:r>
    </w:p>
    <w:p>
      <w:pPr>
        <w:jc w:val="right"/>
      </w:pPr>
      <w:r>
        <w:t>تلوار کا، بندوق کا کوئی کوئی اس میں کام ہی نہیں ہے۔ اللہ تعالی نے اسلام کو بھیجا ہے اس لیے کہ لوگوں کو رحمت کا راستہ ملے، لوگوں کو جنت کا راستہ ملے، لوگوں کو سچائی ملے۔ تو سچائی تلوار سے تھوڑی ملے گی، سمجھانے بجھانے سے ملے گی۔ تو یہ نظریہ بالکل ہی بیسلس نظریہ ہے۔ یہ</w:t>
      </w:r>
    </w:p>
    <w:p>
      <w:r>
        <w:rPr>
          <w:b/>
        </w:rPr>
        <w:t xml:space="preserve">[45:05] </w:t>
      </w:r>
      <w:r>
        <w:t>Islam ko bilkul Islam ke liye ajnabi nazariya hai. yeh alien hai, bilkul Islam mein. yeh ab Rasool Allah Sal Allahu Alaihi Wasallam ko us waqt aap dekhiye, jab wahan par Rasool Allah ke khilaf logon ne is tarah ki baatein keen, yeh aap ko badnaam karne ki baatein, aap ke khilaf gustakhi wali baatein, aap ko pareshan karne wali baatein. to wahan par</w:t>
      </w:r>
    </w:p>
    <w:p>
      <w:pPr>
        <w:jc w:val="right"/>
      </w:pPr>
      <w:r>
        <w:t>اسلام کو بالکل اسلام کے لیے اجنبی نظریہ ہے۔ یہ ایلین ہے، بالکل اسلام میں۔ یہ اب رسول اللہ صلی اللہ علیہ وسلم کو اس وقت آپ دیکھیے، جب وہاں پر رسول اللہ کے خلاف لوگوں نے اس طرح کی باتیں کیں، یہ آپ کو بدنام کرنے کی باتیں، آپ کے خلاف گستاخی والی باتیں، آپ کو پریشان کرنے والی باتیں۔ تو وہاں پر</w:t>
      </w:r>
    </w:p>
    <w:p>
      <w:r>
        <w:rPr>
          <w:b/>
        </w:rPr>
        <w:t xml:space="preserve">[45:35] </w:t>
      </w:r>
      <w:r>
        <w:t>Rasool Allah ne kya kiya? logon se kaha ke logon ko ja kar Quran padh kar sunao. log muqri kahne lage, muqri, kyunke ja ja kar Quran padh ke suna dete the. Sahaba jo hain, muqri kahne lagay. muqri ka matlab hota hai padh ke sunana. padh ke, padh ke sunao, padh ke sunao. to unhon ne jo kuch kiya, jo jis ko aap kehte hain blasphemy ya shatm ya gustakhi, uska jawab kya diya gaya</w:t>
      </w:r>
    </w:p>
    <w:p>
      <w:pPr>
        <w:jc w:val="right"/>
      </w:pPr>
      <w:r>
        <w:t>رسول اللہ نے کیا کیا؟ لوگوں سے کہا کہ لوگوں کو جا کر قرآن پڑھ کر سناؤ۔ لوگ مقری کہے جانے لگے، مقری، کیونکہ جا جا کر قرآن پڑھ کے سنا دیتے تھے۔ صحابہ جو ہیں، مقری کہے جانے لگے۔ مقری کا مطلب ہوتا ہے پڑھ کے سنانا۔ پڑھ کے، پڑھ کے سناؤ، پڑھ کے سناؤ۔ تو انہوں نے جو کچھ کیا، جو جس کو آپ کہتے ہیں بلاسٹ فہمی یا شتم یا گستاخی، اس کا جواب کیا دیا گیا</w:t>
      </w:r>
    </w:p>
    <w:p>
      <w:r>
        <w:rPr>
          <w:b/>
        </w:rPr>
        <w:t xml:space="preserve">[46:05] </w:t>
      </w:r>
      <w:r>
        <w:t>؟ Quran padh padh ke sunao un ko. to aaj hamein kya chahiye karna? aap Quran distribute kijiye. ek printing press ka zamana hai, is ko chhapiye, chhaap ke logon ko pahunchaiye. tab to press hua nahi karta tha, paper hua nahi karta tha, book form mein Quran available nahi tha. ab hum printing press ke zamane mein hain. to agar dunya mein gustakhi ki baatein ho rahi hain to bahut achha hai, is se log janna</w:t>
      </w:r>
    </w:p>
    <w:p>
      <w:pPr>
        <w:jc w:val="right"/>
      </w:pPr>
      <w:r>
        <w:t>؟ قرآن پڑھ پڑھ کے سناؤ ان کو۔ تو آج ہمیں کیا چاہیے کرنا؟ آپ قرآن ڈسٹریبیوٹ کیجیے۔ ایک پرنٹنگ پریس کا زمانہ ہے، اس کو چھاپیے، چھاپ کے لوگوں کو پہنچائیے۔ تب تو پریس ہوا نہیں کرتا تھا، پیپر ہوا نہیں کرتا تھا، بک فارم میں قرآن اویلیبل نہیں تھا۔ اب ہم پرنٹنگ پریس کے زمانے میں ہیں۔ تو اگر دنیا میں گستاخی کی باتیں ہو رہی ہیں تو بہت اچھا ہے، اس سے لوگ جاننا</w:t>
      </w:r>
    </w:p>
    <w:p>
      <w:r>
        <w:rPr>
          <w:b/>
        </w:rPr>
        <w:t xml:space="preserve">[46:35] </w:t>
      </w:r>
      <w:r>
        <w:t>chahenge ke Quran hai kya? woh news create kar rahe hain, woh logon ka curious bana rahe hain logon ko. to aap Quran distribute kijiye, Quran distribute kijiye. yeh kya ke aap demonstration, hungama aur maro aur kaato, is ka Islam se kuch bhi ta'alluq nahi. one percent bhi is ka Islam se koi ta'alluq nahi.</w:t>
      </w:r>
    </w:p>
    <w:p>
      <w:pPr>
        <w:jc w:val="right"/>
      </w:pPr>
      <w:r>
        <w:t>چاہیں گے کہ قرآن ہے کیا؟ وہ نیوز کریٹ کر رہے ہیں، وہ لوگوں کا کیوریس بنا رہے ہیں لوگوں کو۔ تو آپ قرآن ڈسٹریبیوٹ کیجیے، قرآن ڈسٹریبیوٹ کیجیے۔ یہ کیا کہ آپ ڈیمونسٹریشن، ہنگامہ اور مارو اور کاٹو، اس کا اسلام سے کچھ بھی تعلق نہیں۔ ون پرسنٹ بھی اس کا اسلام سے کوئی تعلق نہیں۔</w:t>
      </w:r>
    </w:p>
    <w:p>
      <w:r>
        <w:rPr>
          <w:b/>
        </w:rPr>
        <w:t xml:space="preserve">[47:06] </w:t>
      </w:r>
      <w:r>
        <w:t>to jo Rasool Allah Sal Allahu Alaihi Wasallam ko agar aap model manen, yeh model Rasool Allah Sal Allahu Alaihi Wasallam ka. kyunke jab aap Rasool Allah Sal Allahu Alaihi Wasallam ko apne fakhr manen, fakhr to phir aap ko kuch karna nahi rehta siwaye is ke ke yaani jo jis se lage ke jo aap ki nazar mein gustakhi jis ne ki hai, bas us ko manne ke liye khade ho jayenge. aap yeh mizaj banega. to main kah</w:t>
      </w:r>
    </w:p>
    <w:p>
      <w:pPr>
        <w:jc w:val="right"/>
      </w:pPr>
      <w:r>
        <w:t>تو جو رسول اللہ صلی اللہ علیہ وسلم کو اگر آپ ماڈل مانیں، یہ ماڈل رسول اللہ صلی اللہ علیہ وسلم کا۔ کیونکہ جب آپ رسول اللہ صلی اللہ علیہ وسلم کو اپنے فخر مانیں، فخر تو پھر آپ کو کچھ کرنا نہیں رہتا سوائے اس کے کہ یعنی جو جس سے لگے کہ جو آپ کی نظر میں گستاخی جس نے کی ہے، بس اس کو ماننے کے لیے کھڑے ہو جائیں گے۔ آپ یہ مزاج بنے گا۔ تو میں کہ</w:t>
      </w:r>
    </w:p>
    <w:p>
      <w:r>
        <w:rPr>
          <w:b/>
        </w:rPr>
        <w:t xml:space="preserve">[47:36] </w:t>
      </w:r>
      <w:r>
        <w:t>unga ke aap log khud is ko samjhen aur doosron ko ja kar ja kar batayen ke yeh shor o gul, yeh hungama, is ka Islam se koi ta'alluq nahi hai. Islam ek dawati mazhab hai, Islam ek ek message Islam ke paas hai, us ko use pahunchana hai aur har surat mein pahunchana hai. is ko jahan tak punishment ki baat hai, woh Allah ka mamla hai.</w:t>
      </w:r>
    </w:p>
    <w:p>
      <w:pPr>
        <w:jc w:val="right"/>
      </w:pPr>
      <w:r>
        <w:t>وں گا کہ آپ لوگ خود اس کو سمجھیں اور دوسروں کو جا کر جا کر بتائیں کہ یہ شور و گل، یہ ہنگامہ، اس کا اسلام سے کوئی تعلق نہیں ہے۔ اسلام ایک دعوتی مذہب ہے، اسلام ایک ایک میسج اسلام کے پاس ہے، اس کو اسے پہنچانا ہے اور ہر صورت میں پہنچانا ہے۔ اس کو جہاں تک پنشمنٹ کی بات ہے، وہ اللہ کا معاملہ ہے۔</w:t>
      </w:r>
    </w:p>
    <w:p>
      <w:r>
        <w:rPr>
          <w:b/>
        </w:rPr>
        <w:t xml:space="preserve">[48:08] </w:t>
      </w:r>
      <w:r>
        <w:t>det is det is god domain. quran mein saaf saaf yeh hai: "in lastu alaihim bimusaitarin". musaitar ka matlab ke darogha, ke tum un ke oopar darogha nahi ho. tumhara kaam faraghi karna nahi hai, tumhara kaam pohanchana hai. to yeh woh kaam kar rahe hain jo quran mein mana kiya gaya hai: "in lastu alaihim bimusaitar</w:t>
      </w:r>
    </w:p>
    <w:p>
      <w:pPr>
        <w:jc w:val="right"/>
      </w:pPr>
      <w:r>
        <w:t>دیٹ از دیٹ از گاڈ ڈومین۔ قرآن میں صاف صاف یہ ہے: "إن لست عليهم بمسيطرین"۔ مسيطر کا معنی کہ داروغہ، کہ تم ان کے اوپر داروغہ نہیں ہو۔ تمہارا کام فراغی کرنا نہیں ہے، تمہارا کام پہنچانا ہے۔ تو یہ وہ کام کر رہے ہیں جو قرآن میں منع کیا گیا ہے: "إن لست عليهم بمسيطر</w:t>
      </w:r>
    </w:p>
    <w:p>
      <w:r>
        <w:rPr>
          <w:b/>
        </w:rPr>
        <w:t xml:space="preserve">[48:38] </w:t>
      </w:r>
      <w:r>
        <w:t>in". tumhara kaam faraghi karna nahi hai, tumhara kaam logon ko maarna peetna nahi hai, tumhara kaam hai baat ko pohanchana.</w:t>
      </w:r>
    </w:p>
    <w:p>
      <w:pPr>
        <w:jc w:val="right"/>
      </w:pPr>
      <w:r>
        <w:t>ين"۔ تمہارا کام فراغی کرنا نہیں ہے، تمہارا کام لوگوں کو مارنا پیٹنا نہیں ہے، تمہارا کام ہے بات کو پہنچانا۔</w:t>
      </w:r>
    </w:p>
    <w:p>
      <w:r>
        <w:rPr>
          <w:b/>
        </w:rPr>
        <w:t xml:space="preserve">[49:20] </w:t>
      </w:r>
      <w:r>
        <w:t>is waqt yeh jo taqreeban 25 saal se yeh jaari hai, is ki wajah se islam ki image bohat hi kharab ho gayi hai. log yeh samajhne lage hain ke islam is land of violence. islam mein azadi-e-rai nahi hai, islam mein peace nahi hai. yeh sab se bara kaam is waqt yeh hai ke is is image ko bad</w:t>
      </w:r>
    </w:p>
    <w:p>
      <w:pPr>
        <w:jc w:val="right"/>
      </w:pPr>
      <w:r>
        <w:t>اس وقت یہ جو تقریباً 25 سال سے یہ جاری ہے، اس کی وجہ سے اسلام کی امیج بہت ہی خراب ہو گئی ہے۔ لوگ یہ سمجھنے لگے ہیں کہ اسلام از لینڈ آف وائلنس۔ اسلام میں آزادی رائے نہیں ہے، اسلام میں پیس نہیں ہے۔ یہ سب سے بڑا کام اس وقت یہ ہے کہ اس اس امیج کو بد</w:t>
      </w:r>
    </w:p>
    <w:p>
      <w:r>
        <w:rPr>
          <w:b/>
        </w:rPr>
        <w:t xml:space="preserve">[49:50] </w:t>
      </w:r>
      <w:r>
        <w:t>la jae. jis ko kehte hain image building, yeh image building ka time aa gaya hai. yeh ulti image ban gayi hai islam ki. to hamara farz yeh hai ke hum aik tarah bhi koi aisa kaam na karein jis se logon ko yaqeen ho ke waqai islam aise hi aik mazhab hai, is mein jis mein violence hai, jis mein azadi-e-rai nahi hai. yeh farz ke darje mein zaroori hai ke hum aisi koi harkat</w:t>
      </w:r>
    </w:p>
    <w:p>
      <w:pPr>
        <w:jc w:val="right"/>
      </w:pPr>
      <w:r>
        <w:t>لا جائے۔ جس کو کہتے ہیں امیج بلڈنگ، یہ امیج بلڈنگ کا ٹائم آ گیا ہے۔ یہ الٹی امیج بن گئی ہے اسلام کی۔ تو ہمارا فرض یہ ہے کہ ہم ایک طرح بھی کوئی ایسا کام نہ کریں جس سے لوگوں کو یقین ہو کہ واقعی اسلام ایسے ہی ایک مذہب ہے، اس میں جس میں وائلنس ہے، جس میں آزادی رائے نہیں ہے۔ یہ فرض کے درجے میں ضروری ہے کہ ہم ایسی کوئی حرکت</w:t>
      </w:r>
    </w:p>
    <w:p>
      <w:r>
        <w:rPr>
          <w:b/>
        </w:rPr>
        <w:t xml:space="preserve">[50:20] </w:t>
      </w:r>
      <w:r>
        <w:t>na karein jis se logon ke is shakk ko taqviyat pohanche, un ka shakk yaqeen mein badal jae. yeh farz hai, farz hai hamare oopar ke hum aisa koi kaam na karein jis se islam ki image bigadti ho. yeh farz ke darje mein zaroori hai. to koi bhi shakhs jo is maamle ko janna chahta hai, woh is ko</w:t>
      </w:r>
    </w:p>
    <w:p>
      <w:pPr>
        <w:jc w:val="right"/>
      </w:pPr>
      <w:r>
        <w:t>نہ کریں جس سے لوگوں کے اس شک کو تقویت پہنچے، ان کا شک یقین میں بدل جائے۔ یہ فرض ہے، فرض ہے ہمارے اوپر کہ ہم ایسا کوئی کام نہ کریں جس سے اسلام کی امیج بگڑتی ہو۔ یہ فرض کے درجے میں ضروری ہے۔ تو کوئی بھی شخص جو اس معاملے کو جاننا چاہتا ہے، وہ اس کو</w:t>
      </w:r>
    </w:p>
    <w:p>
      <w:r>
        <w:rPr>
          <w:b/>
        </w:rPr>
        <w:t xml:space="preserve">[50:53] </w:t>
      </w:r>
      <w:r>
        <w:t>yani is ki tehqeeq kar sakta hai. main aap ko teen kitabon ke hawale deta hoon, dekhiye jo is mauzu par likhi gayi hain. yani shatm ke mauzu par, shatm ke mauzu par pehli baqayda kitaab, baqayda aik moti kitaab jo hoti hai, likhi gayi hai ghaliban ibn taimiya ki. ghaliban ibn taimiya ki kitaab likhi gayi hai, woh islam</w:t>
      </w:r>
    </w:p>
    <w:p>
      <w:pPr>
        <w:jc w:val="right"/>
      </w:pPr>
      <w:r>
        <w:t>یعنی اس کی تحقیق کر سکتا ہے۔ میں آپ کو تین کتابوں کے حوالے دیتا ہوں، دیکھیے جو اس موضوع پر لکھی گئی ہیں۔ یعنی شتم کے موضوع پر، شتم کے موضوع پر پہلی باقاعدہ کتاب، باقاعدہ ایک موٹی کتاب جو ہوتی ہے، لکھی گئی ہے غالباً ابن تیمیہ کی۔ غالباً ابن تیمیہ کی کتاب لکھی گئی ہے، وہ اسلام</w:t>
      </w:r>
    </w:p>
    <w:p>
      <w:r>
        <w:rPr>
          <w:b/>
        </w:rPr>
        <w:t xml:space="preserve">[51:23] </w:t>
      </w:r>
      <w:r>
        <w:t>ke daur-e-awwal ke 600 saal baad likhi gayi. is ka naam hai "al-sariq al-maslul". yani aaghaz-e-islam ke 600 saal baad, is se pehle koi baqayda kitaab mere ilm ke mutabiq nahi likhi gayi. is ke baad doosri kitaab jo likhi gayi, woh 700 saal ke baad, woh subh ki kitaab hai is mauzu par. phir teesri kitaab jo bari likhi gayi is</w:t>
      </w:r>
    </w:p>
    <w:p>
      <w:pPr>
        <w:jc w:val="right"/>
      </w:pPr>
      <w:r>
        <w:t>کے دور اول کے 600 سال بعد لکھی گئی۔ اس کا نام ہے "الصارق المسلول"۔ یعنی آغاز اسلام کے 600 سال بعد، اس سے پہلے کوئی باقاعدہ کتاب میرے علم کے مطابق نہیں لکھی گئی۔ اس کے بعد دوسری کتاب جو لکھی گئی، وہ 700 سال کے بعد، وہ صبح کی کتاب ہے اس موضوع پر۔ پھر تیسری کتاب جو بڑی لکھی گئی اس</w:t>
      </w:r>
    </w:p>
    <w:p>
      <w:r>
        <w:rPr>
          <w:b/>
        </w:rPr>
        <w:t xml:space="preserve">[51:53] </w:t>
      </w:r>
      <w:r>
        <w:t>mauzu par, woh ibn abidin, ibn abidin sani ki kitaab hai. woh aur bhi baad mein, woh 10, woh aik hazar saal ke baad likhi gayi. to shuru zamaney mein is par koi kitaab hi nahi likhi gayi thi. doosri kitaab bohat likhi gayi tafsir par, hadith par, bohat seerat par, tareekh par. lekin shatm-e-rasool ke sawal par jo pehli baqayda kitaab likhi gayi, woh 600 saal baad, 700 saal baad, 1000 saal baad.</w:t>
      </w:r>
    </w:p>
    <w:p>
      <w:pPr>
        <w:jc w:val="right"/>
      </w:pPr>
      <w:r>
        <w:t>موضوع پر، وہ ابن عابدین، ابن عابدین ثانی کی کتاب ہے۔ وہ اور بھی بعد میں، وہ 10، وہ ایک ہزار سال کے بعد لکھی گئی۔ تو شروع زمانے میں اس پر کوئی کتاب ہی نہیں لکھی گئی تھی۔ دوسری کتاب بہت لکھی گئی تفسیر پر، حدیث پر، بہت سیرت پر، تاریخ پر۔ لیکن شتم رسول کے سوال پر جو پہلی باقاعدہ کتاب لکھی گئی، وہ 600 سال بعد، 700 سال بعد، 1000 سال بعد۔</w:t>
      </w:r>
    </w:p>
    <w:p>
      <w:r>
        <w:rPr>
          <w:b/>
        </w:rPr>
        <w:t xml:space="preserve">[52:24] </w:t>
      </w:r>
      <w:r>
        <w:t>is hisab se samajh sakte hain ke yeh yeh baad ka masla hai. islam jab apne urooj par tha, jab apni asal haisiyat mein tha, jis mein jab islam ke jab musalmanon ko bigadne aaya tha, jo adhe awwal jis ko hum kehte hain, us zamaney mein is ka wajood hi nahi tha. yeh baad ko yeh sab cheezein aayin jo main ne arz kiya ke jab mask ka inversion hua aur doosri qaumon ke log islam mein dakhil hue, to</w:t>
      </w:r>
    </w:p>
    <w:p>
      <w:pPr>
        <w:jc w:val="right"/>
      </w:pPr>
      <w:r>
        <w:t>اس حساب سے سمجھ سکتے ہیں کہ یہ یہ بعد کا مسئلہ ہے۔ اسلام جب اپنے عروج پر تھا، جب اپنی اصل حیثیت میں تھا، جس میں جب اسلام کے جب مسلمانوں کو بگاڑنے آیا تھا، جو ادھے اول جس کو ہم کہتے ہیں، اس زمانے میں اس کا وجود ہی نہیں تھا۔ یہ بعد کو یہ سب چیزیں آئیں جو میں نے عرض کیا کہ جب ماسک کا انورژن ہوا اور دوسری قوموں کے لوگ اسلام میں داخل ہوئے، تو</w:t>
      </w:r>
    </w:p>
    <w:p>
      <w:r>
        <w:rPr>
          <w:b/>
        </w:rPr>
        <w:t xml:space="preserve">[52:55] </w:t>
      </w:r>
      <w:r>
        <w:t>is ke nateeje mein yeh sab baatein paida huin ke woh log jo apne khayalat un ke thay, le le kar aaye, is ko islamize karna shuru kar diya. unhone islami term hai, is ko bayan karna shuru kar diya. to yeh koi saada baat nahi hai, yeh bohat zyada sochne ki baat hai. aap log khud bhi sochein aur doosron ko batayein ke koi bhi</w:t>
      </w:r>
    </w:p>
    <w:p>
      <w:pPr>
        <w:jc w:val="right"/>
      </w:pPr>
      <w:r>
        <w:t>اس کے نتیجے میں یہ سب باتیں پیدا ہوئیں کہ وہ لوگ جو اپنے خیالات ان کے تھے، لے لے کر آئے، اس کو اسلامائز کرنا شروع کر دیا۔ انہوں نے اسلامی ٹرم ہے، اس کو بیان کرنا شروع کر دیا۔ تو یہ کوئی سادہ بات نہیں ہے، یہ بہت زیادہ سوچنے کی بات ہے۔ آپ لوگ خود بھی سوچیں اور دوسروں کو بتائیں کہ کوئی بھی</w:t>
      </w:r>
    </w:p>
    <w:p>
      <w:r>
        <w:rPr>
          <w:b/>
        </w:rPr>
        <w:t xml:space="preserve">[53:25] </w:t>
      </w:r>
      <w:r>
        <w:t>action hamara judge kiya jaega quran o hadith se, hamari emotion se nahi. hamari emotion se nahi, aap ke jazbat ko theek lagti hai to lage, yeh insaan doosre insaanon ka concern nahi hai. agar aap yeh kahein ke hamare jazbat ko thes lagti hai to yeh aap ka zaati masla hai, yeh doosre insaanon ka masla nahi hai. aap is ko manage kijiye, aap khud is ko sochein ke aap ko kya karna hai.</w:t>
      </w:r>
    </w:p>
    <w:p>
      <w:pPr>
        <w:jc w:val="right"/>
      </w:pPr>
      <w:r>
        <w:t>ایکشن ہمارا جج کیا جائے گا قرآن و حدیث سے، ہماری ایموشن سے نہیں۔ ہماری ایموشن سے نہیں، آپ کے جذبات کو ٹھیک لگتی ہے تو لگے، یہ انسان دوسرے انسانوں کا کنسرن نہیں ہے۔ اگر آپ یہ کہیں کہ ہمارے جذبات کو ٹھیس لگتی ہے تو یہ آپ کا ذاتی مسئلہ ہے، یہ دوسرے انسانوں کا مسئلہ نہیں ہے۔ آپ اس کو مینج کیجیے، آپ خود اس کو سوچیں کہ آپ کو کیا کرنا ہے۔</w:t>
      </w:r>
    </w:p>
    <w:p>
      <w:r>
        <w:rPr>
          <w:b/>
        </w:rPr>
        <w:t xml:space="preserve">[53:55] </w:t>
      </w:r>
      <w:r>
        <w:t>mujhe aik qissa yaad aata hai ke aik shakhs ne aik shakhs ki dawat di to jo mehman jo tha, us ke samne khana rakha gaya to us mein shehad bhi thi, achhe qism ki shehad, zyada kaafi shehad thi. woh to woh mehman jo tha, woh shehad ko zyada khane laga, usi ko zyada khaye chala ja raha tha.</w:t>
      </w:r>
    </w:p>
    <w:p>
      <w:pPr>
        <w:jc w:val="right"/>
      </w:pPr>
      <w:r>
        <w:t>مجھے ایک قصہ یاد آتا ہے کہ ایک شخص نے ایک شخص کی دعوت دی تو جو مہمان جو تھا، اس کے سامنے کھانا رکھا گیا تو اس میں شہد بھی تھی، اچھے قسم کی شہد، زیادہ کافی شہد تھی۔ وہ تو وہ مہمان جو تھا، وہ شہد کو زیادہ کھانے لگا، اسی کو زیادہ کھائے چلا جا رہا تھا۔</w:t>
      </w:r>
    </w:p>
    <w:p>
      <w:r>
        <w:rPr>
          <w:b/>
        </w:rPr>
        <w:t xml:space="preserve">[54:27] </w:t>
      </w:r>
      <w:r>
        <w:t>to jo mezban tha, us ne kaha ke "al-aslu yuhriqu al-qalb", matlab woh chahta tha ke doosri cheezein khaye, shadi ko khatam kar raha hai, kha kar ke. to us ne kaha ke "al-aslu yuhriqu al-qalb" ke shehad jo hai, dil ko jalata hai. "al-aslu yuhriqu al-qalb" shehad dil ko jalata hai.</w:t>
      </w:r>
    </w:p>
    <w:p>
      <w:pPr>
        <w:jc w:val="right"/>
      </w:pPr>
      <w:r>
        <w:t>تو جو میزبان تھا، اس نے کہا کہ "الاصل یحرق القلب"، مطلب وہ چاہتا تھا کہ دوسری چیزیں کھائے، شادی کو ختم کر رہا ہے، کھا کر کے۔ تو اس نے کہا کہ "الاصل یحرق القلب" کہ شہد جو ہے، دل کو جلاتا ہے۔ "الاصل یحرق القلب" شہد دل کو جلاتا ہے۔</w:t>
      </w:r>
    </w:p>
    <w:p>
      <w:r>
        <w:rPr>
          <w:b/>
        </w:rPr>
        <w:t xml:space="preserve">[54:58] </w:t>
      </w:r>
      <w:r>
        <w:t>to jo mehman tha, us ne kaha "yuhriquhu qalb" jalata hai, magar tumhara dil jalata hai. to tumhara dil jalta hai, jale. mera, mera bara problem nahi hai, main to khaunga shehad. wohi haal hai is waqt, bhai kisi ke dil, kisi ko dil ko thes deti hai to woh khud us ko manage kare, khud manage kare, yeh doosre ka masla nahi hai.</w:t>
      </w:r>
    </w:p>
    <w:p>
      <w:pPr>
        <w:jc w:val="right"/>
      </w:pPr>
      <w:r>
        <w:t>تو جو مہمان تھا، اس نے کہا "یحرقہ قلب" جلاتا ہے، مگر تمہارا دل جلاتا ہے۔ تو تمہارا دل جلتا ہے، جلے۔ میرا، میرا بڑا پرابلم نہیں ہے، میں تو کھاؤں گا شہد۔ وہی حال ہے اس وقت، بھئی کسی کے دل، کسی کو دل کو ٹھیس دیتی ہے تو وہ خود اس کو مینج کرے، خود مینج کرے، یہ دوسرے کا مسئلہ نہیں ہے۔</w:t>
      </w:r>
    </w:p>
    <w:p>
      <w:r>
        <w:rPr>
          <w:b/>
        </w:rPr>
        <w:t xml:space="preserve">[55:28] </w:t>
      </w:r>
      <w:r>
        <w:t>aur bohat hi khatarnak, bohat hi, bohat hi zyada aik is mein, bohat hi zyada yani shani baat, bohat hi galat baat yeh hai. dekhiye ke jo main ne arz kiya aap ko qissa malaika ka aur shaitan ka, iblis ka, us ko le kar sochein aap ke iblis jo tha, woh is par ghussa ho gaya ke Allah</w:t>
      </w:r>
    </w:p>
    <w:p>
      <w:pPr>
        <w:jc w:val="right"/>
      </w:pPr>
      <w:r>
        <w:t>اور بہت ہی خطرناک، بہت ہی، بہت ہی زیادہ ایک اس میں، بہت ہی زیادہ یعنی شنی بات، بہت ہی غلط بات یہ ہے۔ دیکھیے کہ جو میں نے عرض کیا آپ کو قصہ ملائکہ کا اور شیطان کا، ابلیس کا، اس کو لے کر سوچیے آپ کہ ابلیس جو تھا، وہ اس پر غصہ ہو گیا کہ اللہ</w:t>
      </w:r>
    </w:p>
    <w:p>
      <w:r>
        <w:rPr>
          <w:b/>
        </w:rPr>
        <w:t xml:space="preserve">[55:58] </w:t>
      </w:r>
      <w:r>
        <w:t>ne adam ko khaleefa bana diya aur kaha ke log is ke aage jhuk jayein, is ke aage adam ke aage aur iblis ke aage jhukne ke liye nahi kaha, is ko khaleefa nahi banaya. to yeh ghussa ho gaya. to to wahan par aap jante hain ke teen thay, yani iblis tha, adam tha aur farishte thay. to farishte jo thay, unhone Allah ke is faisle ko padh liya, unhone, unhone is ko</w:t>
      </w:r>
    </w:p>
    <w:p>
      <w:pPr>
        <w:jc w:val="right"/>
      </w:pPr>
      <w:r>
        <w:t>نے آدم کو خلیفہ بنا دیا اور کہا کہ لوگ اس کے آگے جھک جائیں، اس کے آگے آدم کے آگے اور ابلیس کے آگے جھکنے کے لیے نہیں کہا، اس کو خلیفہ نہیں بنایا۔ تو یہ غصہ ہو گیا۔ تو تو وہاں پر آپ جانتے ہیں کہ تین تھے، یعنی ابلیس تھا، آدم تھا اور فرشتے تھے۔ تو فرشتے جو تھے، انہوں نے اللہ کے اس فیصلے کو پڑھ لیا، انہوں نے، انہوں نے اس کو</w:t>
      </w:r>
    </w:p>
    <w:p>
      <w:r>
        <w:rPr>
          <w:b/>
        </w:rPr>
        <w:t xml:space="preserve">[56:28] </w:t>
      </w:r>
      <w:r>
        <w:t>ko, is par koi jhanda nahi khada kiya. to is is par ghaur kijiye aap. to farishte ka case kya tha? iblis ka case kya tha? iblis ka case yeh tha ke iblis jo tha, woh yani is ka self centered approach tha, is ka yani apne lihaz se sochta tha. woh apne lihaz se mujhe izzat mile to phir doosre ko izzat milti hai to main nahi manunga is ko.</w:t>
      </w:r>
    </w:p>
    <w:p>
      <w:pPr>
        <w:jc w:val="right"/>
      </w:pPr>
      <w:r>
        <w:t>کوئی، اس پر کوئی جھنڈا نہیں کھڑا کیا۔ تو اس اس پر غور کیجیے آپ۔ تو فرشتے کا کیس کیا تھا؟ ابلیس کا کیس کیا تھا؟ ابلیس کا کیس یہ تھا کہ ابلیس جو تھا، وہ یعنی اس کا سیلف سینٹرڈ اپروچ تھا، اس کا یعنی اپنے لحاظ سے سوچتا تھا۔ وہ اپنے لحاظ سے مجھے عزت ملے تو پھر دوسرے کو عزت ملتی ہے تو میں نہیں مانوں گا اس کو۔</w:t>
      </w:r>
    </w:p>
    <w:p>
      <w:r>
        <w:rPr>
          <w:b/>
        </w:rPr>
        <w:t xml:space="preserve">[56:58] </w:t>
      </w:r>
      <w:r>
        <w:t>to yeh tha self centered approach. is ke baraks malaika ka approach tha, universal approach tha. to Allah taala ne universal approach pasand kiya aur self centered approach pasand nahi kiya. is maamle mein dekhiye, musalmanon ka jo nuqta hai, woh self centered approach hai, woh ke mere dil ko thes lag rahi hai. sari duniya ka faida jo ho raha hai, us ko sochein aap. is azadi ki wajah se duniya mein tarqqiyan huin, jab tak</w:t>
      </w:r>
    </w:p>
    <w:p>
      <w:pPr>
        <w:jc w:val="right"/>
      </w:pPr>
      <w:r>
        <w:t>تو یہ تھا سیلف سینٹرڈ اپروچ۔ اس کے برعکس ملائکہ کا اپروچ تھا، یونیورسل اپروچ تھا۔ تو اللہ تعالی نے یونیورسل اپروچ پسند کیا اور سیلف سینٹرڈ اپروچ پسند نہیں کیا۔ اس معاملے میں دیکھیے، مسلمانوں کا جو نقطہ ہے، وہ سیلف سینٹرڈ اپروچ ہے، وہ کہ میرے دل کو ٹھیس لگ رہی ہے۔ ساری دنیا کا فائدہ جو ہو رہا ہے، اس کو سوچیے آپ۔ اس آزادی کی وجہ سے دنیا میں ترقیاں ہوئیں، جب تک</w:t>
      </w:r>
    </w:p>
    <w:p>
      <w:r>
        <w:rPr>
          <w:b/>
        </w:rPr>
        <w:t xml:space="preserve">[57:28] </w:t>
      </w:r>
      <w:r>
        <w:t>azadi nahi thi, tab tarqqi bhi nahi thi. aur phir aik pul dekhein, yeh bhi hai ke isi azadi se hum ko dawat ki opportunities khuli hamari. dekhein, jab tak azadi nahi thi, tab tak dawat ke mauqe bhi nahi thay. pehle zamaney mein azadi bilkul nahi thi. khud quran mein dekhein, kai aisi aayatein hain, maslan teen hazar saal pehle jab Hazrat</w:t>
      </w:r>
    </w:p>
    <w:p>
      <w:pPr>
        <w:jc w:val="right"/>
      </w:pPr>
      <w:r>
        <w:t>آزادی نہیں تھی، تب ترقی بھی نہیں تھی۔ اور پھر ایک پل دیکھیں، یہ بھی ہے کہ اسی آزادی سے ہم کو دعوت کی اپرچونیٹیز کھلی ہماری۔ دیکھیں، جب تک آزادی نہیں تھی، تب تک دعوت کے موقع بھی نہیں تھے۔ پہلے زمانے میں آزادی بالکل نہیں تھی۔ خود قرآن میں دیکھیں، کئی ایسی آیتیں ہیں، مثلاً تین ہزار سال پہلے جب حضرت</w:t>
      </w:r>
    </w:p>
    <w:p>
      <w:r>
        <w:rPr>
          <w:b/>
        </w:rPr>
        <w:t xml:space="preserve">[57:58] </w:t>
      </w:r>
      <w:r>
        <w:t>musa aaye misr mein, firoun ke samne dawat pesh ki, unhone to firoun ne kaha ke main tum ko qatl kar dunga, tum mere deen ke siwa aik aur deen pesh kar rahe ho, to main tum ko qatl kar dunga. to is mein aik insaan maujood tha, us ke darbar mein jis ko rajal momin kaha jata hai, us ne kaha ke "rabbi Allah" aik aadmi ko tum is liye qatl</w:t>
      </w:r>
    </w:p>
    <w:p>
      <w:pPr>
        <w:jc w:val="right"/>
      </w:pPr>
      <w:r>
        <w:t>موسیٰ آئے مصر میں، فرعون کے سامنے دعوت پیش کی، انہوں نے تو فرعون نے کہا کہ میں تم کو قتل کر دوں گا، تم میرے دین کے سوا ایک اور دین پیش کر رہے ہو، تو میں تم کو قتل کر دوں گا۔ تو اس میں ایک انسان موجود تھا، اس کے دربار میں جس کو رجل مومن کہا جاتا ہے، اس نے کہا کہ "رب اللہ" ایک آدمی کو تم اس لیے قتل</w:t>
      </w:r>
    </w:p>
    <w:p>
      <w:r>
        <w:rPr>
          <w:b/>
        </w:rPr>
        <w:t xml:space="preserve">[58:28] </w:t>
      </w:r>
      <w:r>
        <w:t>kar do ke woh kehta hai ke Allah mera rab hai. to kaha qaul par qatl hota tha, khuda ne qaul par qatl, yeh woh daur tha. woh doosri jagah quran mein surah al-buruj mein hai ke "wa ma naqamu minhum illa billahil azizil hamid" yani Allah ko aik manne par woh mujrim qarar de diye gaye, un ke sath saza di gayi. to mujarrad iman, mujarrad qaul, mujarrad aik alag</w:t>
      </w:r>
    </w:p>
    <w:p>
      <w:pPr>
        <w:jc w:val="right"/>
      </w:pPr>
      <w:r>
        <w:t>کر دو کہ وہ کہتا ہے کہ اللہ میرا رب ہے۔ تو کہا قول پر قتل ہوتا تھا، خدا نے قول پر قتل، یہ وہ دور تھا۔ وہ دوسری جگہ قرآن میں سورہ البروج میں ہے کہ "وما نقوی منہم الا باللہ العزیز الحمید" یعنی اللہ کو ایک ماننے پر وہ مجرم قرار دے دیے گئے، ان کے ساتھ سزا دی گئی۔ تو مجرد ایمان، مجرد قول، مجرد ایک الگ</w:t>
      </w:r>
    </w:p>
    <w:p>
      <w:r>
        <w:rPr>
          <w:b/>
        </w:rPr>
        <w:t xml:space="preserve">[58:58] </w:t>
      </w:r>
      <w:r>
        <w:t>rai, yeh yeh is zamaney mein jurm hua karti thi. to tabligh ke mauqe band thay, dawat ke mauqe band thay. ab jo hai, dawat ke mauqe khule ho gaye hain. jab duniya mein azadi aayi, rai ki azadi aayi to hamare liye bhi to azadi aayi. woh istemal karte hain to un ko istemal karne dein, un ko aap is ko dawat ke liye istemal kijiye. woh apne lihaz se istemal kar rahe hain, karne dein un ko</w:t>
      </w:r>
    </w:p>
    <w:p>
      <w:pPr>
        <w:jc w:val="right"/>
      </w:pPr>
      <w:r>
        <w:t>رائے، یہ یہ اس زمانے میں جرم ہوا کرتی تھی۔ تو تبلیغ کے مواقع بند تھے، دعوت کے مواقع بند تھے۔ اب جو ہے، دعوت کے مواقع کھلے ہو گئے ہیں۔ جب دنیا میں آزادی آئی، رائے کی آزادی آئی تو ہمارے لیے بھی تو آزادی آئی۔ وہ استعمال کرتے ہیں تو ان کو استعمال کرنے دیجیے، ان کو آپ اس کو دعوت کے لیے استعمال کیجیے۔ وہ اپنے لحاظ سے استعمال کر رہے ہیں، کرنے دیجیے ان کو</w:t>
      </w:r>
    </w:p>
    <w:p>
      <w:r>
        <w:rPr>
          <w:b/>
        </w:rPr>
        <w:t xml:space="preserve">[59:29] </w:t>
      </w:r>
      <w:r>
        <w:t>aap apne lihaz se kijiye. in in yani azadi-e-rai ke mauqe ko bharpoor taur par dawat ke liye istemal kijiye. to duniya ka qanoon Allah taala ne banaya hai ke "inna ma yusar" yahan yusar bhi aega to ausat bhi aega, yani problem bhi aenge to opportunities bhi hon gi. to woh aik pehlu ko liye hue hain, to aap un ko lene dein, un ko</w:t>
      </w:r>
    </w:p>
    <w:p>
      <w:pPr>
        <w:jc w:val="right"/>
      </w:pPr>
      <w:r>
        <w:t>، آپ اپنے لحاظ سے کیجیے۔ ان ان یعنی آزادی رائے کے مواقع کو بھرپور طور پر دعوت کے لیے استعمال کیجیے۔ تو دنیا کا قانون اللہ تعالی نے بنایا ہے کہ "انا مال یوسر" یہاں یوسر بھی آئے گا تو اوسط بھی آئے گا، یعنی پرابلم بھی آئیں گے تو اپرچونیٹیز بھی ہوں گی۔ تو وہ ایک پہلو کو لیے ہوئے ہیں، تو آپ ان کو لینے دیجیے، ان کو</w:t>
      </w:r>
    </w:p>
    <w:p>
      <w:r>
        <w:rPr>
          <w:b/>
        </w:rPr>
        <w:t xml:space="preserve">[59:59] </w:t>
      </w:r>
      <w:r>
        <w:t>aap doosre pehlu ko lijiye, aur is is ko yani azadi-e-rai ko ba taur opportunity ke le kar aap dawat ke kaam ko aage badhaiye. khoob quran ko distribute kijiye, khoob islam ki baatein logon ko failaiye. yeh yeh hai positive positive approach. to main dua karta hoon ke Allah taala hamare andar positive approach paida kare aur negative approach ka</w:t>
      </w:r>
    </w:p>
    <w:p>
      <w:pPr>
        <w:jc w:val="right"/>
      </w:pPr>
      <w:r>
        <w:t>آپ دوسرے پہلو کو لیجیے، اور اس اس کو یعنی آزادی رائے کو بطور اپرچونیٹی کے لے کر آپ دعوت کے کام کو آگے بڑھائیے۔ خوب قرآن کو ڈسٹریبیوٹ کیجیے، خوب اسلام کی باتیں لوگوں کو پھیلائیے۔ یہ یہ ہے پازیٹیو پازیٹیو اپروچ۔ تو میں دعا کرتا ہوں کہ اللہ تعالی ہمارے اندر پازیٹیو اپروچ پیدا کرے اور نیگیٹیو اپروچ کا</w:t>
      </w:r>
    </w:p>
    <w:p>
      <w:r>
        <w:rPr>
          <w:b/>
        </w:rPr>
        <w:t xml:space="preserve">[1:00:30] </w:t>
      </w:r>
      <w:r>
        <w:t>hamare andar khatma ho jae. qaul o qaul, wastaghfirullah.</w:t>
      </w:r>
    </w:p>
    <w:p>
      <w:pPr>
        <w:jc w:val="right"/>
      </w:pPr>
      <w:r>
        <w:t>ہمارے اندر خاتمہ ہو جائے۔ قول و قول، واستغفراللہ۔</w:t>
      </w:r>
    </w:p>
    <w:p>
      <w:r>
        <w:rPr>
          <w:b/>
        </w:rPr>
        <w:t xml:space="preserve">[1:02:45] </w:t>
      </w:r>
      <w:r>
        <w:t>okay, will start with the question answer session now. all the online viewers who are watching this talk and wants to ask question to Maulana, they can send it info at cpsglobal.org. i repeat, info at cpsglobal.org.</w:t>
      </w:r>
    </w:p>
    <w:p>
      <w:pPr>
        <w:jc w:val="right"/>
      </w:pPr>
      <w:r>
        <w:t>اوکے، ویل سٹارٹ ود دی کوئسچن انسر سیشن ناؤ۔ ال دی ان لائن ویوورز ہو آر واچنگ دس ٹاک اینڈ وانٹس ٹو اسک کوسچن ٹو مولانا، دے کین سینڈ اٹ انفو ایٹ سی پی ایس گلوبل ڈاٹ او آر جی۔ ائی ریپیٹ، انفو ایٹ سی پی ایس گلوبل ڈاٹ او آر جی۔</w:t>
      </w:r>
    </w:p>
    <w:p>
      <w:r>
        <w:rPr>
          <w:b/>
        </w:rPr>
        <w:t xml:space="preserve">[1:03:30] </w:t>
      </w:r>
      <w:r>
        <w:t>Maulana, yeh sawal aaya hai raipur se Idrees sahib ka. unhon ne likha hai: "Maulana sahib, i am puzzled by two different categories of news. firstly, whenever anyone hurts religious sentiments of Muslims, there is strong protest by them. secondly, Muslims themselves damage Buddha statues in Afghanistan, damage the Mahaviri statue in UP. all this hurts religious</w:t>
      </w:r>
    </w:p>
    <w:p>
      <w:pPr>
        <w:jc w:val="right"/>
      </w:pPr>
      <w:r>
        <w:t>مولانا، یہ سوال آیا ہے رائے پور سے ادریس صاحب کا۔ انہوں نے لکھا ہے: "مولانا صاحب، ائی ایم پزلڈ بائے ٹو ڈفرنٹ کیٹگریز اف نیوز۔ فرسٹلی، وین ایور اینی ون ہرٹس ریلیجیس سینٹیمنٹس اف مسلمز، دیر از سٹرونگ پروٹیسٹ بائی دیم۔ سیکنڈلی، مسلمز دیم سیلف ڈیمج بدھا سٹیچوز ان افغانستان، ڈیمجز دی مہاویری سٹیچو ان یو پی۔ ال دس ہرٹس ریلیجیس</w:t>
      </w:r>
    </w:p>
    <w:p>
      <w:r>
        <w:rPr>
          <w:b/>
        </w:rPr>
        <w:t xml:space="preserve">[1:04:00] </w:t>
      </w:r>
      <w:r>
        <w:t>sentiments of others. it shows that Muslims are practicing the same thing, what it is fighting against. it is confusing. are Muslims in principle against or in favor of the practice of hurting religious sentiments?" kindly comment. aap sahi keh rahe hain, jab aadmi emotional ho jata hai to woh aise hi ban jata hai. contradictory</w:t>
      </w:r>
    </w:p>
    <w:p>
      <w:pPr>
        <w:jc w:val="right"/>
      </w:pPr>
      <w:r>
        <w:t>سینٹیمنٹس اف ادرز۔ اٹ شوز دیٹ مسلمز ار پریکٹسنگ دا سیم تھنگ، واٹ اٹ از فائٹنگ اگینسٹ۔ اٹ از کنفیوزنگ۔ ار مسلمز ان پرنسپل اگینسٹ اور ان فیور اف دا پریکٹس اف ہرٹنگ ریلیجیس سینٹیمنٹس؟" کائنڈلی کمنٹ۔ آپ صحیح کہہ رہے ہیں، جب آدمی ایموشنل ہو جاتا ہے تو وہ ایسے ہی بن جاتا ہے۔ کنٹراڈکٹری</w:t>
      </w:r>
    </w:p>
    <w:p>
      <w:r>
        <w:rPr>
          <w:b/>
        </w:rPr>
        <w:t xml:space="preserve">[1:04:32] </w:t>
      </w:r>
      <w:r>
        <w:t>iska behavior, contradictory behavior ban jata hai ke jo Musalman kar rahe hain, iska taluq na aql se hai, na Islam se hai, kisi se nahi. woh to jazbat mein hai. yeh sirf in yani apne sentiment ko jante hain, apne emotions ko jante hain. bas jo aadmi bhi jazbat mein rahega, woh uska behavior jo hai, con</w:t>
      </w:r>
    </w:p>
    <w:p>
      <w:pPr>
        <w:jc w:val="right"/>
      </w:pPr>
      <w:r>
        <w:t>اس کا بیہیویئر، کنٹراڈکٹری بیہیویئر بن جاتا ہے کہ جو مسلمان کر رہے ہیں، اس کا تعلق نہ عقل سے ہے، نہ اسلام سے ہے، کسی سے نہیں۔ وہ تو جذبات میں ہے۔ یہ صرف ان یعنی اپنے سینٹیمنٹ کو جانتے ہیں، اپنے ایموشنز کو جانتے ہیں۔ بس جو آدمی بھی جذبات میں رہے گا، وہ اس کا بیہیویئر جو ہے، کن</w:t>
      </w:r>
    </w:p>
    <w:p>
      <w:r>
        <w:rPr>
          <w:b/>
        </w:rPr>
        <w:t xml:space="preserve">[1:05:02] </w:t>
      </w:r>
      <w:r>
        <w:t>tradictory behavior ban jayega. agar aql pe hote, Musalman tab bhi aisa na karte. Islam pe hote, tab bhi aisa na karte. positive thinking unki taraf, unki taraf hoti, tab bhi aisa na karte. woh sirf jazbat mein par rahe hain. bas jazbat, jazbat, jazbat. aur unke jo so called leader hain, unke liye ek cheap property gain karne ka bara asan tareeqa mil gaya hai. yeh sab Musalman nahi hain,</w:t>
      </w:r>
    </w:p>
    <w:p>
      <w:pPr>
        <w:jc w:val="right"/>
      </w:pPr>
      <w:r>
        <w:t>ٹراڈکٹری بیہیویئر بن جائے گا۔ اگر عقل پہ ہوتے، مسلمان تب بھی ایسا نہ کرتے۔ اسلام پہ ہوتے، تب بھی ایسا نہ کرتے۔ پازیٹیو تھنکنگ ان کی طرف، ان کی طرف ہوتی، تب بھی ایسا نہ کرتے۔ وہ صرف جذبات میں پڑھ رہے ہیں۔ بس جذبات، جذبات، جذبات۔ اور ان کے جو سو کالڈ لیڈر ہیں، ان کے لیے ایک چپ پراپرٹی گین کرنے کا بڑا آسان طریقہ مل گیا ہے۔ یہ سب مسلمان نہیں ہیں،</w:t>
      </w:r>
    </w:p>
    <w:p>
      <w:r>
        <w:rPr>
          <w:b/>
        </w:rPr>
        <w:t xml:space="preserve">[1:05:32] </w:t>
      </w:r>
      <w:r>
        <w:t>yeh yeh unke so called leader hain jo unko bharka bharka kar ke aisa karte hain. main aap ko ek qissa bataun: Imam Taimiya, jo ab Imam kahe jate hain, khazan Imam nahi kahe jate the. woh to unki mashhoor kitab jo hai, "Al-Sarib Al-Rasool", "Al-Ishad Al-Rasool". to us zamane mein kuch ek qissa hua tha, ek Christian ne Rasool Allah ke bare mein ghaliban kuch keh diya tha. to uske baad</w:t>
      </w:r>
    </w:p>
    <w:p>
      <w:pPr>
        <w:jc w:val="right"/>
      </w:pPr>
      <w:r>
        <w:t>یہ یہ ان کے سو کالڈ لیڈر ہیں جو ان کو بھڑکا بھڑکا کر کے ایسا کرتے ہیں۔ میں آپ کو ایک قصہ بتاؤں: امام تیمیہ، جو اب امام کہے جاتے ہیں، خزان امام نہیں کہے جاتے تھے۔ وہ تو ان کی مشہور کتاب جو ہے، "الصارب الرسول"، "الاشاد الرسول"۔ تو اس زمانے میں کچھ ایک قصہ ہوا تھا، ایک کرسچن نے رسول اللہ کے بارے میں غالباً کچھ کہہ دیا تھا۔ تو اس کے بعد</w:t>
      </w:r>
    </w:p>
    <w:p>
      <w:r>
        <w:rPr>
          <w:b/>
        </w:rPr>
        <w:t xml:space="preserve">[1:06:02] </w:t>
      </w:r>
      <w:r>
        <w:t>unhon ne yeh kitab likhi thi. to Ibn Taymiyyah ne taqreer waghera ki aur ek bheed jama ho gayi. usko le kar ke woh Sham mein jo Muslim Sultan tha, uske paas gaye. to jante hain kya hua? Muslim Sultan ne Ibn Taymiyyah ke kode marwaye. aaj jin ko aap Imam kehte hain, jo is kitab ke writer hain, unko kode marwaye. aap ko shaq ho to aap</w:t>
      </w:r>
    </w:p>
    <w:p>
      <w:pPr>
        <w:jc w:val="right"/>
      </w:pPr>
      <w:r>
        <w:t>انہوں نے یہ کتاب لکھی تھی۔ تو ابن تیمیہ نے تقریر وغیرہ کی اور ایک بھیڑ اکٹھا ہو گئی۔ اس کو لے کر کے وہ شام میں جو مسلم سلطان تھا، اس کے پاس گئے۔ تو جانتے ہیں کیا ہوا؟ مسلم سلطان نے ابن تیمیہ کے کوڑے مروائے۔ آج جن کو آپ امام کہتے ہیں، جو اس کتاب کے رائٹر ہیں، ان کو کوڑے مروائے۔ آپ کو شک ہو تو آپ</w:t>
      </w:r>
    </w:p>
    <w:p>
      <w:r>
        <w:rPr>
          <w:b/>
        </w:rPr>
        <w:t xml:space="preserve">[1:06:33] </w:t>
      </w:r>
      <w:r>
        <w:t>aap yeh sari maloomat internet par maujood hain, aap internet par dekh sakte hain. usko usne Sultan ne kaha ke tum ne taqreer kar ke bharkaye logon ke bhark uthe ho. main ne kaun janta tha kis ne kaha tha, kis ne kaha tha. to invens wahi qissa aaj bhi hai. invens of invens of Muslim jo thi, woh kahin internet pe thi. kaun janta tha us ko? yahi jo hamare so</w:t>
      </w:r>
    </w:p>
    <w:p>
      <w:pPr>
        <w:jc w:val="right"/>
      </w:pPr>
      <w:r>
        <w:t>آپ یہ ساری معلومات انٹرنیٹ پر موجود ہیں، آپ انٹرنیٹ پر دیکھ سکتے ہیں۔ اس کو اس نے سلطان نے کہا کہ تم نے تقریر کر کے بھڑکائے لوگوں کے بھڑک اٹھے ہو۔ میں نے کون جانتا جانتا تھا کس نے کہا تھا، کس نے کہا تھا۔ تو انوینس وہی قصہ آج بھی ہے۔ انوینس اف انوینس اف مسلم جو تھی، وہ کہیں انٹرنیٹ پہ تھی۔ کون جانتا تھا اس کو؟ یہی جو ہمارے سو</w:t>
      </w:r>
    </w:p>
    <w:p>
      <w:r>
        <w:rPr>
          <w:b/>
        </w:rPr>
        <w:t xml:space="preserve">[1:07:03] </w:t>
      </w:r>
      <w:r>
        <w:t>called leader hain, yahi bharka bharka kar taqreer karte hain aur bheed jama karte hain. asaf mujrim jo hain, yaad rakhiye, awam nahi hain. asaf mujrim wahi leader hain jo taqreer karte hain, jo Quran mein akabir mujrimiya, akabir mujrimiya ka matlab yeh hai ke taqreer karne wale jazbati taqreer kar ke bharka kar logon ko bheed jama karte hain. yeh hai chief property gain karne ka bahut asan nuskha</w:t>
      </w:r>
    </w:p>
    <w:p>
      <w:pPr>
        <w:jc w:val="right"/>
      </w:pPr>
      <w:r>
        <w:t>کالڈ لیڈر ہیں، یہی بھڑکا بھڑکا کر تقریں کرتے ہیں اور بھیڑ اکٹھا کرتے ہیں۔ اصف مجرم جو ہیں، یاد رکھیے، عوام نہیں ہیں۔ اصف مجرم وہی لیڈر ہیں جو تقریریں کرتے ہیں، جو قرآن میں اکابر مجرمیہ، اکابر مجرمیہ کا مطلب یہ ہے کہ تقریر کرنے والے جذباتی تقریر کر کے بھڑکا کر لوگوں کو بھیڑ اکٹھا کرتے ہیں۔ یہ ہے چیف پراپرٹی گین کرنے کا بہت آسان نسخہ</w:t>
      </w:r>
    </w:p>
    <w:p>
      <w:r>
        <w:rPr>
          <w:b/>
        </w:rPr>
        <w:t xml:space="preserve">[1:07:33] </w:t>
      </w:r>
      <w:r>
        <w:t>۔ to aise log aise hi karenge, yani unka unka behavior hamesha contradictory behavior rahega. Maulana, agla sawal Karachi Pakistan se aaya hai Abdul Latif sahib ka. unhon ne likha hai: "Quran o Hadees ke mutale se yeh baat maloom hoti hai ke har insaan maut aate hi apne anjam se dochar ho jata hai. dos</w:t>
      </w:r>
    </w:p>
    <w:p>
      <w:pPr>
        <w:jc w:val="right"/>
      </w:pPr>
      <w:r>
        <w:t>۔ تو ایسے لوگ ایسے ہی کریں گے، یعنی ان کا ان کا بیہیویئر ہمیشہ کنٹراڈکٹری بیہیویئر رہے گا۔ مولانا، اگلا سوال کراچی پاکستان سے آیا ہے عبداللطیف صاحب کا۔ انہوں نے لکھا ہے: "قرآن و حدیث کے مطالعے سے یہ بات معلوم ہوتی ہے کہ ہر انسان موت آتے ہی اپنے انجام سے دو چار ہو جاتا ہے۔ دوس</w:t>
      </w:r>
    </w:p>
    <w:p>
      <w:r>
        <w:rPr>
          <w:b/>
        </w:rPr>
        <w:t xml:space="preserve">[1:08:03] </w:t>
      </w:r>
      <w:r>
        <w:t>ri taraf Quran o Hadees se hi yeh baat wazeh hai ke maidan-e-mehshar ki mukhtalif halaton se guzar guzarne ke baad har insaan ya jannat mein dakhil hoga ya jahannum mein." Maulana sahib, is masle ko kis tarah samjha jaye? is ko wazeh karen. dekhiye, yeh masla hai time and space ka masla. to hum aap time time and space</w:t>
      </w:r>
    </w:p>
    <w:p>
      <w:pPr>
        <w:jc w:val="right"/>
      </w:pPr>
      <w:r>
        <w:t>ری طرف قرآن و حدیث سے ہی یہ بات واضح ہے کہ میدان محشر کی مختلف حالتوں سے گزر گزرنے کے بعد ہر انسان یا جنت میں داخل ہوگا یا جہنم میں۔" مولانا صاحب، اس مسئلے کو کس طرح سمجھا جائے؟ اس کو واضح کریں۔ دیکھیے، یہ مسئلہ ہے ٹائم اینڈ سپیس کا مسئلہ۔ تو ہم آپ ٹائم ٹائم اینڈ سپیس</w:t>
      </w:r>
    </w:p>
    <w:p>
      <w:r>
        <w:rPr>
          <w:b/>
        </w:rPr>
        <w:t xml:space="preserve">[1:08:34] </w:t>
      </w:r>
      <w:r>
        <w:t>ki duniya mein jeete hain, aur woh daur jo hai akhirat ka, woh bayan time and space hai. bayan time and space. to jab tak aap is daur mein na pahunche, aap samajh sakte hain. aap ko sirf ijbaari taur par hi is ko iman rakh sakte hain. aap bayan space and time ki jo duniya hai, us ko ijbaari iman hi ke zareeye aap samajh sakte hain. us ko reason out nahi kar sakte aap, kyunke aap reason out karenge to time space ke andar karenge,</w:t>
      </w:r>
    </w:p>
    <w:p>
      <w:pPr>
        <w:jc w:val="right"/>
      </w:pPr>
      <w:r>
        <w:t>کی دنیا میں جیتے ہیں، اور وہ دور جو ہے آخرت کا، وہ بیان ٹائم اینڈ سپیس ہے۔ بیان ٹائم اینڈ سپیس۔ تو جب تک آپ اس دور میں نہ پہنچے، آپ سمجھ سکتے ہیں۔ آپ کو صرف اجباری طور پر ہی اس کو ایمان رکھ سکتے ہیں۔ آپ بیان سپیس اینڈ ٹائم کی جو دنیا ہے، اس کو اجباری ایمان ہی کے ذریعے آپ سمجھ سکتے ہیں۔ اس کو ریزن آؤٹ نہیں کر سکتے آپ، کیونکہ آپ ریزن آؤٹ کریں گے تو ٹائم اسپیس کے اندر کریں گے،</w:t>
      </w:r>
    </w:p>
    <w:p>
      <w:r>
        <w:rPr>
          <w:b/>
        </w:rPr>
        <w:t xml:space="preserve">[1:09:05] </w:t>
      </w:r>
      <w:r>
        <w:t>aur time time space ki language se us ko explain nahi kar sakta. yeh yeh mamla jo hai, Einstein ki jo theory hai, theory of relativity, us se bachche yeh cheez clear hoti hai ke main ne likha hai risale mein. us ke upar aap padh lijiye. us ko Maulana, doosra sawal bhi Karachi Pakistan se hai, Miss Saima Latif ka. unhon ne likha hai: "Ek bhai ne khoob mehnat ki,</w:t>
      </w:r>
    </w:p>
    <w:p>
      <w:pPr>
        <w:jc w:val="right"/>
      </w:pPr>
      <w:r>
        <w:t>اور ٹائم ٹائم اسپیس کی لینگویج سے اس کو ایکسپلین نہیں کر سکتا۔ یہ یہ معاملہ جو ہے، آئنسٹین کی جو تھیوری ہے، تھیوری اف ریلیٹیوٹی، اس سے بچے یہ چیز کلیئر ہوتی ہے کہ میں نے لکھا ہے رسالے میں۔ اس کے اوپر آپ پڑھ لیجئے۔ اس کو مولانا، دوسرا سوال بھی کراچی پاکستان سے ہے، مس صائمہ لطیف کا۔ انہوں نے لکھا ہے: "ایک بھائی نے خوب محنت کی،</w:t>
      </w:r>
    </w:p>
    <w:p>
      <w:r>
        <w:rPr>
          <w:b/>
        </w:rPr>
        <w:t xml:space="preserve">[1:09:36] </w:t>
      </w:r>
      <w:r>
        <w:t>acchi education li, aur aala ohde par pahunche, aur uski maishi halat achhi rahi. doosra bhai sust raha, mehnat se bhagta raha. uski maishi halat uski apni nahili ki wajah se kamzor rahi, aur woh bhai ghurbat ka shikar raha. ab doosra bhai ke bare mein yeh kehna ke uski azmaish ghurbat mein hai, kis had tak sahi hai?"</w:t>
      </w:r>
    </w:p>
    <w:p>
      <w:pPr>
        <w:jc w:val="right"/>
      </w:pPr>
      <w:r>
        <w:t>اچھی ایجوکیشن لی، اور اعلیٰ عہدے پر پہنچے، اور اس کی معاشی حالت اچھی رہی۔ دوسرا بھائی سست رہا، محنت سے بھاگتا رہا۔ اس کی معاشی حالت اس کی اپنی نااہلی کی وجہ سے کمزور رہی، اور وہ بھائی غربت کا شکار رہا۔ اب دوسرا بھائی کے بارے میں یہ کہنا کہ اس کی آزمائش غربت میں ہے، کس حد تک صحیح ہے؟"</w:t>
      </w:r>
    </w:p>
    <w:p>
      <w:r>
        <w:rPr>
          <w:b/>
        </w:rPr>
        <w:t xml:space="preserve">[1:10:06] </w:t>
      </w:r>
      <w:r>
        <w:t>Maulana sahib, is doosre bhai ke ghurbat ko kam azmaish samajhna ya uski sust aur nahili ka nateeja hai? aur aur is qism ke mamle mein azmaish ke mafhoom ko kis tarah samjha jaye? us ke bare mein batayen. azmaish ka matlab yeh hai ke aadmi aazad hai amal karne ke liye. koi amal</w:t>
      </w:r>
    </w:p>
    <w:p>
      <w:pPr>
        <w:jc w:val="right"/>
      </w:pPr>
      <w:r>
        <w:t>مولانا صاحب، اس دوسرے بھائی کے غربت کو کم آزمائش سمجھنا یا اس کی سست اور نااہلی کا نتیجہ ہے؟ اور اور اس قسم کے معاملے میں آزمائش کے مفہوم کو کس طرح سمجھا جائے؟ اس کے بارے میں بتائیں۔ آزمائش کا مطلب یہ ہے کہ آدمی آزاد ہے عمل کرنے کے لیے۔ کوئی عمل</w:t>
      </w:r>
    </w:p>
    <w:p>
      <w:r>
        <w:rPr>
          <w:b/>
        </w:rPr>
        <w:t xml:space="preserve">[1:10:36] </w:t>
      </w:r>
      <w:r>
        <w:t>na kare to us ke liye bhi aazad hai. amal na karna bhi azadi ka uska ek istemal hai. to jo amal kar ke aaj jo kamyabi hasil karega, to us ke liye uski kamyabi test paper rahegi. jo amal na kar ke apne aap ko kisi halat mein mubtala karega, to woh halat us ke liye uski test paper rahegi. to jaisa aadmi karega, us ke lehaz se uska test paper banega.</w:t>
      </w:r>
    </w:p>
    <w:p>
      <w:pPr>
        <w:jc w:val="right"/>
      </w:pPr>
      <w:r>
        <w:t>نہ کرے تو اس کے لیے بھی آزاد ہے۔ عمل نہ کرنا بھی آزادی کا اس کا ایک استعمال ہے۔ تو جو عمل کر کے آج جو کامیابی حاصل کرے گا، تو اس کے لیے اس کی کامیابی ٹیسٹ پیپر رہے گی۔ جو عمل نہ کر کے اپنے آپ کو کسی حالت میں مبتلا کرے گا، تو وہ حالت اس کے لیے اس کی ٹیسٹ پیپر رہے گی۔ تو جیسا آدمی کرے گا، اس کے لحاظ سے اس کا ٹیسٹ پیپر بنے گا۔</w:t>
      </w:r>
    </w:p>
    <w:p>
      <w:r>
        <w:rPr>
          <w:b/>
        </w:rPr>
        <w:t xml:space="preserve">[1:11:07] </w:t>
      </w:r>
      <w:r>
        <w:t>yeh matlab hai us ko main samajhta hoon. Maulana, agla sawal Delhi se aaya hai Shakeel Rehman sahib ka. unhon ne aapse poocha hai ke "Please explain the meaning of Inshallah which Muslims use frequently?" aaj kal to ek cultural part ban gaya hai. woh jitne Musalman dhara dhara bolte hain, Inshallah, Inshallah, yeh to ek ek culture ban gaya</w:t>
      </w:r>
    </w:p>
    <w:p>
      <w:pPr>
        <w:jc w:val="right"/>
      </w:pPr>
      <w:r>
        <w:t>یہ مطلب ہے اس کو میں سمجھتا ہوں۔ مولانا، اگلا سوال دلی سے آیا ہے شکیل الرحمن صاحب کا۔ انہوں نے آپ سے پوچھا ہے کہ "پلیز ایکسپلین دا میننگ اف انشاءاللہ وچ مسلمز یوز فریکونٹلی؟" آج کل تو ایک کلچرل پارٹ بن گیا ہے۔ وہ جتنے مسلمان دھرا دھرا بولتے ہیں، انشاءاللہ، انشاءاللہ، یہ تو ایک ایک کلچر بن گیا</w:t>
      </w:r>
    </w:p>
    <w:p>
      <w:r>
        <w:rPr>
          <w:b/>
        </w:rPr>
        <w:t xml:space="preserve">[1:11:37] </w:t>
      </w:r>
      <w:r>
        <w:t>hai. culture iska Islam se koi taluq mein nahi manta. yeh yeh Inshallah ki rooh jo hai, Musalman bilkul maujood hi nahi hai. Inshallah ki jo spirit hai, woh bilkul leak kar rahi hai. bas culture ke taur par Inshallah Inshallah karte rehte hain. iski iski koi ibadat hai ya koi Islami value hai? kuch bhi nahi. iski koi iski koi harkat nahi. yeh to ek bahut badi</w:t>
      </w:r>
    </w:p>
    <w:p>
      <w:pPr>
        <w:jc w:val="right"/>
      </w:pPr>
      <w:r>
        <w:t>ہے۔ کلچر اس کا اسلام سے کوئی تعلق میں نہیں مانتا۔ یہ یہ انشاءاللہ کی روح جو ہے، مسلمان بالکل موجود ہی نہیں ہے۔ انشاءاللہ کی جو سپرٹ ہے، وہ بالکل لیک کر رہی ہے۔ بس کلچر کے طور پر انشاءاللہ انشاءاللہ کرتے رہتے ہیں۔ اس کی اس کی کوئی عبادت ہے یا کوئی اسلامی ویلیو ہے؟ کچھ بھی نہیں۔ اس کی کوئی اس کی کوئی حرکت نہیں۔ یہ تو ایک بہت بڑی</w:t>
      </w:r>
    </w:p>
    <w:p>
      <w:r>
        <w:rPr>
          <w:b/>
        </w:rPr>
        <w:t xml:space="preserve">[1:12:07] </w:t>
      </w:r>
      <w:r>
        <w:t>yani Inshallah ka matlab hai. agar Allah ne chaha, yeh to ek bahut bade iman ki baat hai. jab aap discover karte hain Allah ko, Allah ki qudrat ko, to us discovery se aap ko yeh baat aap ke aap jante hain ke sab kuch Allah ke qabze mein hai. to Musalmanon ko yeh discovery to hui nahi. woh to ek cultural ek ek riwaj hai. Inshallah Inshallah karte rehte hain. iska Islam se mere nazdeek koi taluq nahi.</w:t>
      </w:r>
    </w:p>
    <w:p>
      <w:pPr>
        <w:jc w:val="right"/>
      </w:pPr>
      <w:r>
        <w:t>یعنی انشاءاللہ کا مطلب ہے۔ اگر اللہ نے چاہا، یہ تو ایک بہت بڑے ایمان کی بات ہے۔ جب آپ ڈسکور کرتے ہیں اللہ کو، اللہ کی قدرت کو، تو اس ڈسکوری سے آپ کو یہ بات آپ کے آپ جانتے ہیں کہ سب کچھ اللہ کے قبضے میں ہے۔ تو مسلمانوں کو یہ ڈسکوری تو ہوئی نہیں۔ وہ تو ایک کلچرل ایک ایک رواج ہے۔ انشاءاللہ انشاءاللہ کرتے رہتے ہیں۔ اس کا اسلام سے میرے نزدیک کوئی تعلق نہیں۔</w:t>
      </w:r>
    </w:p>
    <w:p>
      <w:r>
        <w:rPr>
          <w:b/>
        </w:rPr>
        <w:t xml:space="preserve">[1:12:37] </w:t>
      </w:r>
      <w:r>
        <w:t xml:space="preserve">woh sirf culture hai. bas aur Maulana, agla sawal Delhi se hai Mr. Kaif ka. unhon ne likha hai: "After the death of the Prophet, the Arabs conquered a huge part of the world, from Morocco in the west to Persia in the east, within less than hundred years. People often think of this as a sign of Islam being spread by force. </w:t>
      </w:r>
    </w:p>
    <w:p>
      <w:pPr>
        <w:jc w:val="right"/>
      </w:pPr>
      <w:r>
        <w:t>وہ صرف کلچر ہے۔ بس اور مولانا، اگلا سوال دلی سے ہے مسٹر کائف کا۔ انہوں نے لکھا ہے: "افٹر دا ڈیتھ اف دا پرافٹ، دی عربز کنکرڈ ا ہیوج پارٹ اف دا ورلڈ، فرام مروکو ان دا ویسٹ ٹو پرشیا ان دا ایسٹ، ود ان لیس دین ہنڈرڈ ایئرز۔ پیپل افن تھنک اف دس ایز ا سائن اف اسلام بینگ سپریڈ بائے فورس۔</w:t>
      </w:r>
    </w:p>
    <w:p>
      <w:r>
        <w:rPr>
          <w:b/>
        </w:rPr>
        <w:t xml:space="preserve">[1:13:08] </w:t>
      </w:r>
      <w:r>
        <w:t>Could you please clarify what the motivations of the Arab armies were? Why did they feel need to conquer the world? Also explain the reasons behind the wars of apostasy which by Abu Bakr?" bhai, is mein to kai sawal mila diye unhon ne. kai sawal mila diye. ek hi mein ek hi baat kahunga ke political expansion alag cheez hai aur</w:t>
      </w:r>
    </w:p>
    <w:p>
      <w:pPr>
        <w:jc w:val="right"/>
      </w:pPr>
      <w:r>
        <w:t>کڈ یو پلیز کلیریفائی واٹ دی موٹیویشنز اف دی عرب ارمیز وار؟ وائی ڈیڈ دے فیل نیڈ ٹو کنکر دا ورلڈ؟ السو ایکسپلین دا ریزنز بیہائنڈ دا وارز اف اپوسٹیسی ویچ بائے ابوبکر؟" بھائی، اس میں تو کئی سوال ملا دیے انہوں نے۔ کئی سوال ملا دیے۔ ایک ہی میں ایک ہی بات کہوں گا کہ پولیٹیکل ایکسپینشن الگ چیز ہے اور</w:t>
      </w:r>
    </w:p>
    <w:p>
      <w:r>
        <w:rPr>
          <w:b/>
        </w:rPr>
        <w:t xml:space="preserve">[1:13:38] </w:t>
      </w:r>
      <w:r>
        <w:t>religious expansion alag cheez hai. is baat ka koi saboot nahi hai ke Islam ko phailane ke liye talwar istemal ki gayi. koi iska saboot nahi hai. woh alag cheez hai. woh alag cheez hai. kuch darash cheezein theen. Muslim khandan the. woh woh apna apne political expansion ke liye fateh karte rahe. yahan se wahan, wahan se wahan. lekin iska koi bhi proof history mein nahi hai ke</w:t>
      </w:r>
    </w:p>
    <w:p>
      <w:pPr>
        <w:jc w:val="right"/>
      </w:pPr>
      <w:r>
        <w:t>ریلیجیس ایکسپینشن الگ چیز ہے۔ اس بات کا کوئی ثبوت نہیں ہے کہ اسلام کو پھیلانے کے لیے تلوار استعمال کی گئی۔ کوئی اس کا ثبوت نہیں ہے۔ وہ الگ چیز ہے۔ وہ الگ چیز ہے۔ کچھ داراش چیز تھیں۔ مسلم خاندان تھے۔ وہ وہ اپنا اپنے پولیٹیکل ایکسپینشن کے لیے فتح کرتے رہے۔ یہاں سے وہاں، وہاں سے وہاں۔ لیکن اس کا کوئی بھی پروف ہسٹری میں نہیں ہے کہ</w:t>
      </w:r>
    </w:p>
    <w:p>
      <w:r>
        <w:rPr>
          <w:b/>
        </w:rPr>
        <w:t xml:space="preserve">[1:14:09] </w:t>
      </w:r>
      <w:r>
        <w:t>kahin ek kaha gaya ke tum Islam qabool kar lo, warna tumhein qatl kar diya jayega. aisa koi saboot nahi hai. main aap ko do misaal deta hoon. Swami Vivekananda ki kitab hai "Letters of Vivekananda". us mein unhon ne ek jagah likha hai ke "It is nonsense to say that Hindus were converted to Islam by force"</w:t>
      </w:r>
    </w:p>
    <w:p>
      <w:pPr>
        <w:jc w:val="right"/>
      </w:pPr>
      <w:r>
        <w:t>کہیں ایک کہا گیا کہ تم اسلام قبول کر لو، ورنہ تمہیں قتل کر دیا جائے گا۔ ایسا کوئی ثبوت نہیں ہے۔ میں آپ کو دو مثال دیتا ہوں۔ سوامی ویکانند کی کتاب ہے "لیٹرز اف ویوکانندہ"۔ اس میں انہوں نے ایک جگہ لکھا ہے کہ "اٹ از نان سینس ٹو سے دیٹ ہندوز ویر کروٹڈ ٹو اسلام بائی فورس"</w:t>
      </w:r>
    </w:p>
    <w:p>
      <w:r>
        <w:rPr>
          <w:b/>
        </w:rPr>
        <w:t xml:space="preserve">[1:14:40] </w:t>
      </w:r>
      <w:r>
        <w:t>۔ yeh wording unki hai. woh kitab mere paas maujood hai. aap dekh sakte hain. "It is nonsense to say that Muslims were converted to Islam by force". doosra example yeh hai ke Arab world mein Misr bahut bada mulk hai aur us majority Islam mein dakhil ho gayi thi. us par study kiya hai ek Angrez, ek British historian ne, jis ka naam hai Sir Arthur Keith. us ki kitab mein woh likh</w:t>
      </w:r>
    </w:p>
    <w:p>
      <w:pPr>
        <w:jc w:val="right"/>
      </w:pPr>
      <w:r>
        <w:t>۔ یہ ورڈنگ ان کی ہے۔ وہ کتاب میرے پاس موجود ہے۔ آپ دیکھ سکتے ہیں۔ "اٹ از نان سینس ٹو سے دیٹ مسلمز ویر کنورٹڈ ٹو اسلام بائی فورس"۔ دوسرا ایگزیمپل یہ ہے کہ عرب ورلڈ میں مصر بہت بڑا ملک ہے اور اس میجورٹی اسلام میں داخل ہو گئی تھی۔ اس پر اسٹڈی کیا ہے ایک انگریز، ایک برٹش ہسٹورین نے، جس کا نام ہے سر ارتھر کیتھ۔ اس کی کتاب میں وہ لکھ</w:t>
      </w:r>
    </w:p>
    <w:p>
      <w:r>
        <w:rPr>
          <w:b/>
        </w:rPr>
        <w:t xml:space="preserve">[1:15:10] </w:t>
      </w:r>
      <w:r>
        <w:t>ta hai ke "Egyptians were Egyptians" kya hai? woh Egyptians accepted Islam nahi. kya aap ko yaad hai? kya word hai? Egyptians were conquered hain. Egyptians were conquered by haan. Egyptians were conquered not by sword but by the Quran. yeh hai: "Egyptians were conquered not by the sword but by the Qur</w:t>
      </w:r>
    </w:p>
    <w:p>
      <w:pPr>
        <w:jc w:val="right"/>
      </w:pPr>
      <w:r>
        <w:t>تا ہے کہ "ایجپشنز ویر ایجپشنز" کیا ہے؟ وہ ایجپشنز ایکسیپٹڈ اسلام نہیں۔ کیا آپ کو یاد ہے؟ کیا ورڈ ہے؟ ایجپشنز ویر کانکرڈ ہیں۔ ایجپشنز ویر کانکرڈ بائے ہاں۔ ایجپشنز ویر کانکرڈ ناٹ بائی سوٹ بٹ بائی دا قران۔ یہ ہے: "ایجپشنز ویر کانکرڈ ناٹ بائی دا سوٹ بٹ بائی دا قر</w:t>
      </w:r>
    </w:p>
    <w:p>
      <w:r>
        <w:rPr>
          <w:b/>
        </w:rPr>
        <w:t xml:space="preserve">[1:15:40] </w:t>
      </w:r>
      <w:r>
        <w:t>in"۔ to jo history hai, history se kahin bhi proof nahi hota ke talwar istemal ki gayi Islam ki religious expansion ke liye. baqi kuch log thay, wo wo apna apni hukumat ka kaam ke liye karte rahe. wo unka zaati fe'l tha. to that is political expansion. yeh aap nahi sakte keh sakte ke wo religious expansion tha. baqi jo doosri baat hai, to is par maine kitab mein likha hai. aap parh</w:t>
      </w:r>
    </w:p>
    <w:p>
      <w:pPr>
        <w:jc w:val="right"/>
      </w:pPr>
      <w:r>
        <w:t>ان"۔ تو جو ہسٹری ہے، ہسٹری سے کہیں بھی پروف نہیں ہوتا کہ تلوار استعمال کی گئی اسلام کی ریلیجیس ایکسپینشن کے لیے۔ باقی کچھ لوگ تھے، وہ وہ اپنا اپنی حکومت کا کام کے لیے کرتے رہے۔ وہ ان کا ذاتی فعل تھا۔ تو دیٹ از پولیٹیکل ایکسپینشن۔ یہ آپ نہیں سکتے کہہ سکتے کہ وہ ریلیجیس ایکسپینشن تھا۔ باقی جو دوسری بات ہے، تو اس پر میں نے کتاب میں لکھا ہے۔ آپ پڑ</w:t>
      </w:r>
    </w:p>
    <w:p>
      <w:r>
        <w:rPr>
          <w:b/>
        </w:rPr>
        <w:t xml:space="preserve">[1:16:10] </w:t>
      </w:r>
      <w:r>
        <w:t>le lijiye. wo meri kitab "hikmat-e-Islam" is par iski tafseel maujood hai. Maulana, agla sawal Delhi se hai Miss Naghma Siddiqui ka. unhon ne likha hai: "What things should be develop in our self for universal approach? Kindly advice." Kya phir se parhiye: "What things should be develop in our self for universal approach? Kindly advice."</w:t>
      </w:r>
    </w:p>
    <w:p>
      <w:pPr>
        <w:jc w:val="right"/>
      </w:pPr>
      <w:r>
        <w:t>ھ لیجئے۔ وہ میری کتاب "حکمت اسلام" اس پر اس کی تفصیل موجود ہے۔ مولانا، اگلا سوال دلی سے ہے مس نغمہ صدیقی کا۔ انہوں نے لکھا ہے: "واٹ تھنگز شوڈ بی ڈیویلپ ان اور سیلف فار یونیورسل اپروچ؟ کائنڈلی ایڈوائس۔" کیا پھر سے پڑھیے: "واٹ تھنگز شوڈ بی ڈیویلپ ان اور سیلف فار یونیورسل اپروچ؟ کائنڈلی ایڈوائس۔"</w:t>
      </w:r>
    </w:p>
    <w:p>
      <w:r>
        <w:rPr>
          <w:b/>
        </w:rPr>
        <w:t xml:space="preserve">[1:16:46] </w:t>
      </w:r>
      <w:r>
        <w:t>ab main to samajhta hoon ke jitna aadmi ke andar objective thinking aayegi, utna hi universal approach aayega. sara mamla hai ke logon ke andar subjective thinking hoti hai, yani apne aap ko le kar sochna, apni family ko le kar sochna, apni qaum ko le kar sochna, poore mankind ko le kar nahi sochte log aam taur par. to is soch ko aadmi jab tak badlega ke wo poori mankind ko le kar sochega,</w:t>
      </w:r>
    </w:p>
    <w:p>
      <w:pPr>
        <w:jc w:val="right"/>
      </w:pPr>
      <w:r>
        <w:t>اب میں تو سمجھتا ہوں کہ جتنا آدمی کے اندر ابجیکٹو تھنکنگ آئے گی، اتنا ہی یونیورسل اپروچ آئے گا۔ سارا معاملہ ہے کہ لوگوں کے اندر سبجیکٹو تھنکنگ ہوتی ہے، یعنی اپنے آپ کو لے کر سوچنا، اپنی فیملی کو لے کر سوچنا، اپنی قوم کو لے کر سوچنا، پورے مین کائنڈ کو لے کر نہیں سوچتے لوگ عام طور پر۔ تو اس سوچ کو آدمی جب تک بدلے گا کہ وہ پوری مین کائنڈ کو لے کر سوچے گا،</w:t>
      </w:r>
    </w:p>
    <w:p>
      <w:r>
        <w:rPr>
          <w:b/>
        </w:rPr>
        <w:t xml:space="preserve">[1:17:16] </w:t>
      </w:r>
      <w:r>
        <w:t>to universal approach apne aap aa jayega. to har aadmi ko chahiye ke wo apna interest kare aur wo jaane ke main meri soch kya hai? Self-certain soch hai ya universal soch hai? Yeh khud hi aadmi apne ko jaan sakta hai, khud hi aadmi apne ko theek bhi kar sakta hai. Maulana, agla sawal Delhi se hai Mr. Naeem Bilal sahib ka. unhon ne</w:t>
      </w:r>
    </w:p>
    <w:p>
      <w:pPr>
        <w:jc w:val="right"/>
      </w:pPr>
      <w:r>
        <w:t>تو یونیورسل اپروچ اپنے آپ آ جائے گا۔ تو ہر آدمی کو چاہیے کہ وہ اپنا انٹراسٹ کرے اور وہ جانے کہ میں میری سوچ کیا ہے؟ سیلف سرٹن سوچ ہے یا یونیورسل سوچ ہے؟ یہ خود ہی آدمی اپنے کو جان سکتا ہے، خود ہی آدمی اپنے کو ٹھیک بھی کر سکتا ہے۔ مولانا، اگلا سوال دلی سے ہے مسٹر نعیم بلال صاحب کا۔ انہوں نے</w:t>
      </w:r>
    </w:p>
    <w:p>
      <w:r>
        <w:rPr>
          <w:b/>
        </w:rPr>
        <w:t xml:space="preserve">[1:17:46] </w:t>
      </w:r>
      <w:r>
        <w:t>likha hai: "Imam Malik ke ek jumle ka kya matlab hai ke is ummat ka sudhaar isi cheez se hoga jis se pehle sudhaar aaya tha?" Iski wazahat kar dein. Yeh ek bohat bada sawal hai. Inshallah, main agle Sunday ko maine socha hai ke isi ki roshni mein kuch karenge. to aap agle Sunday ka main shirkat ki</w:t>
      </w:r>
    </w:p>
    <w:p>
      <w:pPr>
        <w:jc w:val="right"/>
      </w:pPr>
      <w:r>
        <w:t>لکھا ہے: "امام ملک کے ایک جملے کا کیا مطلب ہے کہ اس امت کا سدھار اسی چیز سے ہوگا جس سے پہلے سدھار آیا تھا؟" اس کی وضاحت کر دیں۔ یہ ایک بہت بڑا سوال ہے۔ انشاءاللہ، میں اگلے سنڈے کو میں نے سوچا ہے کہ اسی کی روشنی میں کچھ کریں گے۔ تو آپ اگلے سنڈے کا میں شرکت کی</w:t>
      </w:r>
    </w:p>
    <w:p>
      <w:r>
        <w:rPr>
          <w:b/>
        </w:rPr>
        <w:t xml:space="preserve">[1:18:16] </w:t>
      </w:r>
      <w:r>
        <w:t>dijiye. Inshallah, main iski tafseel bayan karunga. Aisa irada hai mera. Maulana, agla sawal Delhi se hai Mr. Ramesh Siddiqui ka. Iski wording hai ke "Laan saluh akhir hazir al-ummah illa ma saluh awwalah". Bohat ahem jumla hai aur Imam Malik ka yeh hai. to Inshallah, agle Sunday ko main mera irada hai ke iski wazahat karunga.</w:t>
      </w:r>
    </w:p>
    <w:p>
      <w:pPr>
        <w:jc w:val="right"/>
      </w:pPr>
      <w:r>
        <w:t>جئے۔ انشاءاللہ، میں اس کی تفصیل بیان کروں گا۔ ایسا ارادہ ہے میرا۔ مولانا، اگلا سوال دلی سے ہے مسٹر رامیش صدیقی کا۔ اس کی ورڈنگ ہے کہ "لین صلح آخر حاضر الامہ الا ما صلح اولہ"۔ بہت اہم جملہ ہے اور امام مالک کا یہ ہے۔ تو انشاءاللہ، اگلے سنڈے کو میں میرا ارادہ ہے کہ اس کی وضاحت کروں گا۔</w:t>
      </w:r>
    </w:p>
    <w:p>
      <w:r>
        <w:rPr>
          <w:b/>
        </w:rPr>
        <w:t xml:space="preserve">[1:18:48] </w:t>
      </w:r>
      <w:r>
        <w:t>Maulana, agla sawal Mr. Ramesh Siddiqui ka Delhi se hai. Unhon ne likha hai: "I meet a group of people who wanted to know my opinion on blasphemy. I said that the Quran does not prescribe any punishment for blasphemy." In reply to this, they quoted a verse from the Quran which says: "May his hands, that is Abu Lahab's hands, perish." Maulana, why do Muslims misinterpret</w:t>
      </w:r>
    </w:p>
    <w:p>
      <w:pPr>
        <w:jc w:val="right"/>
      </w:pPr>
      <w:r>
        <w:t>مولانا، اگلا سوال مسٹر رامیش صدیقی کا دلی سے ہے۔ انہوں نے لکھا ہے: "آئی میٹ ا گروپ اف پیپل ہو وانٹڈ ٹو نو مائی اوپینین ان بلاسفیمی۔ آئی سیڈ دیٹ دا قران ڈز ناٹ پریسکرائب اینی پنشمنٹ فار بلاسفیمی۔" ان ریپلائی ٹو دس، دے کوٹڈ ا ورس فرام دا قران وچ سیز: "مے ہز ہینڈز، دیٹ از ابو لہابز ہینڈز، پیرش۔" مولانا، وائی ڈو مسلمز مس انٹرپریٹ</w:t>
      </w:r>
    </w:p>
    <w:p>
      <w:r>
        <w:rPr>
          <w:b/>
        </w:rPr>
        <w:t xml:space="preserve">[1:19:18] </w:t>
      </w:r>
      <w:r>
        <w:t>Quran? Please comment. Ke sahib, yeh kya hai? Abu Lahab ko parh rahe ho? Kyun ke shatm karta hai. Nahi, hain nahi. Yeh to aise hi ek unhon ne kaha hai ke main Delhi mein hoon. Iska matlab hai ke jo shatm kare, wo qatl kar raha hai. to aise to koi baat sabit nahi hoti. Tabbat hai, Tabbat ya</w:t>
      </w:r>
    </w:p>
    <w:p>
      <w:pPr>
        <w:jc w:val="right"/>
      </w:pPr>
      <w:r>
        <w:t>قران؟ پلیز کمنٹ۔ کہ صاحب، یہ کیا ہے؟ ابو لہب کو پڑھ رہے ہو؟ کیونکہ شتم کرتا ہے۔ نہیں، ہیں نہیں۔ یہ تو ایسے ہی ایک انہوں نے کہا ہے کہ میں دلی میں ہوں۔ اس کا معنی ہے کہ جو شتم کرے، وہ قتل کر رہا ہے۔ تو ایسے تو کوئی بات ثابت نہیں ہوتی۔ تبت ہے، تبت یا</w:t>
      </w:r>
    </w:p>
    <w:p>
      <w:r>
        <w:rPr>
          <w:b/>
        </w:rPr>
        <w:t xml:space="preserve">[1:19:48] </w:t>
      </w:r>
      <w:r>
        <w:t>Abu Lahab ka koi ta'alluq shatm-e-Rasool se masle se nahi hai. Yeh to bilkul zabardasti ki ek dhundhli ki baat hai. Is there any other question? Or well end the session.</w:t>
      </w:r>
    </w:p>
    <w:p>
      <w:pPr>
        <w:jc w:val="right"/>
      </w:pPr>
      <w:r>
        <w:t>ابی لہب کا کوئی تعلق شتم رسول سے مسئلے سے نہیں ہے۔ یہ تو بالکل زبردستی کی ایک دھاندلی کی بات ہے۔ از دیر اینی ادر کوسچن؟ اور ویل اینڈ دی سیشن۔</w:t>
      </w:r>
    </w:p>
    <w:p>
      <w:r>
        <w:rPr>
          <w:b/>
        </w:rPr>
        <w:t xml:space="preserve">[1:20:34] </w:t>
      </w:r>
      <w:r>
        <w:t>Maulana, yeh sawal aaya hai Dr. Najma Siddiqui ka Delhi se. Unhon ne likha hai: "Maulana sahib, do you think that most people can understand Quran by simply reading it? Further, would they be able to relate it to Muslims reactions or demonstrations as in Islamic? Or we need to have straight forward articles written explaining with specific Quran surah. What is your opinion?"</w:t>
      </w:r>
    </w:p>
    <w:p>
      <w:pPr>
        <w:jc w:val="right"/>
      </w:pPr>
      <w:r>
        <w:t>مولانا، یہ سوال آیا ہے ڈاکٹر نجمہ صدیقی کا دلی سے۔ انہوں نے لکھا ہے: "مولانا صاحب، ڈو یو تھنک دیٹ موسٹ پیپل کین انڈرسٹینڈ قران بائی سمپلی ریڈنگ اٹ؟ فردر، وڈ دے بی ایبل ٹو ریلیٹ اٹ ٹو مسلمز ری ایکشنز اور ڈیمونسٹریشنز ایز ان اسلامک؟ اور وی نیڈ ٹو ہیو سٹریٹ فارورڈ آرٹیکلز رٹن ایکسپلیننگ ود سپیسیفک قران سورہ۔ واٹ از یور اوپینین؟"</w:t>
      </w:r>
    </w:p>
    <w:p>
      <w:r>
        <w:rPr>
          <w:b/>
        </w:rPr>
        <w:t xml:space="preserve">[1:21:05] </w:t>
      </w:r>
      <w:r>
        <w:t>Dekhiye, asal mein do level hain. Ek to yeh hai ke Quran ki jo teaching hai, saada taur par is ko jaanein, is ko amal karein. Jaise Quran mein "Aqim-us-Salat" to hum namaz ada karne lage hain. Is tarah ki aur bohat si teaching hai. to Quran ko saada taur par samajhna aur apni daily life mein</w:t>
      </w:r>
    </w:p>
    <w:p>
      <w:pPr>
        <w:jc w:val="right"/>
      </w:pPr>
      <w:r>
        <w:t>دیکھیے، اصل میں دو لیول ہیں۔ ایک تو یہ ہے کہ قران کی جو ٹیچنگ ہے، سادہ طور پر اس کو جانیں، اس کو عمل کریں۔ جیسے قران میں "اقیم الصلوۃ" تو ہم نماز ادا کرنے لگے ہیں۔ اس طرح کی اور بہت سی ٹیچنگ ہے۔ تو قران کو سادہ طور پر سمجھنا اور اپنی ڈیلی لائف میں</w:t>
      </w:r>
    </w:p>
    <w:p>
      <w:r>
        <w:rPr>
          <w:b/>
        </w:rPr>
        <w:t xml:space="preserve">[1:21:35] </w:t>
      </w:r>
      <w:r>
        <w:t>is par is ko follow karna, yeh to sirf translation parh kar ho jata hai. Translation kafi hai is ke liye. Lekin deeper meaning jo Quran ki hai, to wo to is ke liye baqayda Arabic jaanna chahiye aur bohat garam study karni padegi. to wo wo ulama ka kaam hai, wo har ek ka kaam nahi hai. Har ek ki yeh zaroorat nahi hai ke wo deep bani tak pahunche. Aam logon ko itni</w:t>
      </w:r>
    </w:p>
    <w:p>
      <w:pPr>
        <w:jc w:val="right"/>
      </w:pPr>
      <w:r>
        <w:t>اس پر اس کو فالو کرنا، یہ تو صرف ٹرانسلیشن پڑھ کر ہو جاتا ہے۔ ٹرانسلیشن کافی ہے اس کے لیے۔ لیکن ڈیپر میننگ جو قران کی ہے، تو وہ تو اس کے لیے باقاعدہ عربی جاننا چاہیے اور بہت گرم اسٹڈی کرنی پڑے گی۔ تو وہ وہ علماء کا کام ہے، وہ ہر ایک کا کام نہیں ہے۔ ہر ایک کی یہ ضرورت نہیں ہے کہ وہ ڈیپ بنی تک پہنچے۔ عام لوگوں کو اتنی</w:t>
      </w:r>
    </w:p>
    <w:p>
      <w:r>
        <w:rPr>
          <w:b/>
        </w:rPr>
        <w:t xml:space="preserve">[1:22:05] </w:t>
      </w:r>
      <w:r>
        <w:t>kafi hai ke wo tarjuma parh lein aur is se jo saada taur par jo meaning samajh mein aa rahi hai, us ko follow karein. Wo baqi ulama ka kaam hai ke wo is ko, yani is ka modern application daryaft karein, is ko redefine karein, is ko aaj ke lehaz se interpretation dein. Is ka yeh ulama ka kaam hai. Agarche ulama yeh kaam kar nahi rahe hain, lekin behal yeh ulama ki zimmedari hai ke unhein aisa karna chahiye.</w:t>
      </w:r>
    </w:p>
    <w:p>
      <w:pPr>
        <w:jc w:val="right"/>
      </w:pPr>
      <w:r>
        <w:t>کافی ہے کہ وہ ترجمہ پڑھ لیں اور اس سے جو سادہ طور پر جو میننگ سمجھ میں آ رہی ہے، اس کو فالو کریں۔ وہ باقی علماء کا کام ہے کہ وہ اس کو، یعنی اس کا ماڈرن ایپلیکیشن دریافت کریں، اس کو ری ڈیفائن کریں، اس کو آج کے لحاظ سے انٹرپریٹیشن دیں۔ اس کا یہ علماء کا کام ہے۔ اگرچہ علماء یہ کام کر نہیں رہے ہیں، لیکن بہرحال یہ علماء کی ذمہ داری ہے کہ انہیں ایسا کرنا چاہیے۔</w:t>
      </w:r>
    </w:p>
    <w:p>
      <w:r>
        <w:rPr>
          <w:b/>
        </w:rPr>
        <w:t xml:space="preserve">[1:22:35] </w:t>
      </w:r>
      <w:r>
        <w:t>Hadees mein aata hai ke ulama ummati ka anbiya bani Israel ke pichhle zamane mein yeh kaam anbiya karte thay, ab ulama ummat ko yeh kaam karna hai. to ab wo apni zimmedari ada karein ya na karein, alag baat hai, lekin usoolan yeh ulama ka kaam hai, awam ka kaam nahi hai. Maulana, agla sawal Delhi se hai Mr. Ramesh Siddiqui ka. Unhon ne</w:t>
      </w:r>
    </w:p>
    <w:p>
      <w:pPr>
        <w:jc w:val="right"/>
      </w:pPr>
      <w:r>
        <w:t>حدیث میں آتا ہے کہ علماء امتی کا انبیاء بنی اسرائیل کہ پچھلے زمانے میں یہ کام انبیاء کرتے تھے، اب علماء امت کو یہ کام کرنا ہے۔ تو اب وہ اپنی ذمہ داری ادا کریں یا نہ کریں، الگ بات ہے، لیکن اصولاً یہ علماء کا کام ہے، عوام کا کام نہیں ہے۔ مولانا، اگلا سوال دلی سے ہے مسٹر رامیش صدیقی کا۔ انہوں نے</w:t>
      </w:r>
    </w:p>
    <w:p>
      <w:r>
        <w:rPr>
          <w:b/>
        </w:rPr>
        <w:t xml:space="preserve">[1:23:05] </w:t>
      </w:r>
      <w:r>
        <w:t>likha hai: "Why is it that all the Muslims who are engaged in protest against blasphemy? But none of them have made any attempts to kill Salman Rushdie. Is it hypocrisy?" B'lshubah hypocrisy hai. Meri mulaqat ek sahib se hui, un ka naam tha Dr. Abdus Salam M.Sc. thay. Wo un ka inteqal ho gaya, to wo America ke ek university mein parhate thay. Us ka professor thay wo.</w:t>
      </w:r>
    </w:p>
    <w:p>
      <w:pPr>
        <w:jc w:val="right"/>
      </w:pPr>
      <w:r>
        <w:t>لکھا ہے: "وائی از اٹ دیٹ ال دا مسلمز ہو آر انگیجڈ ان پروٹیسٹ اگینسٹ بلاسفیمی؟ بٹ نن اف دیم ہیو میڈ اینی اٹیمپٹس ٹو کل سلمان رشڈی۔ از اٹ ہپوکریسی؟" بلاشبہ ہپوکریسی ہے۔ میری ملاقات ایک صاحب سے ہوئی، ان کا نام تھا ڈاکٹر عبدالسلام ایم ایس سی تھے۔ وہ ان کا انتقال ہو گیا، تو وہ امریکہ کے ایک یونیورسٹی میں پڑھاتے تھے۔ اس کا پروفیسر تھے وہ۔</w:t>
      </w:r>
    </w:p>
    <w:p>
      <w:r>
        <w:rPr>
          <w:b/>
        </w:rPr>
        <w:t xml:space="preserve">[1:23:36] </w:t>
      </w:r>
      <w:r>
        <w:t>to un se mulaqat hui to unhon ne bataya ke hamari university mein jo Muslim talba hain, unhon ne is zamane ki baat hai jab Rushdie ka bada badi dhoom machi hui thi, tab ki baat hai. to wahan par ek seminar kiya gaya. to ek student aaya stage par, bohat dhoom se laga bolne ke Rushdie ko qatl karo, Rushdie ko zinda rehne na mat do. wo</w:t>
      </w:r>
    </w:p>
    <w:p>
      <w:pPr>
        <w:jc w:val="right"/>
      </w:pPr>
      <w:r>
        <w:t>تو ان سے ملاقات ہوئی تو انہوں نے بتایا کہ ہماری یونیورسٹی میں جو مسلم طلبہ ہیں، انہوں نے اس زمانے کی بات ہے جب رشدی کا بڑا بڑی دھوم مچی ہوئی تھی، تب کی بات ہے۔ تو وہاں پر ایک سیمینار کیا گیا۔ تو ایک اسٹوڈنٹ آیا اسٹیج پر، بہت دھوم سے لگا بولنے کہ رشدی کو قتل کرو، رشدی کو زندہ رہنے نہ مت دو۔ وہ</w:t>
      </w:r>
    </w:p>
    <w:p>
      <w:r>
        <w:rPr>
          <w:b/>
        </w:rPr>
        <w:t xml:space="preserve">[1:24:06] </w:t>
      </w:r>
      <w:r>
        <w:t>us ko qatl karna farz hai musalmanon par. to Dr. Abdus Salam sahib stage par aaye, unhon ne bohat hi, bohat hi, wo bohat hi thande mizaj ke aadmi thay. unhon ne kaha ke mere bhai, tum apne kehne mein sincere nahi ho. Agar tum apne kehne mein sincere hotay to us waqt tum London mein hotay. Yeh sare musalmanon ka haal yeh hai ke nare laga rahe hain aur koi bhi sincere nahi,</w:t>
      </w:r>
    </w:p>
    <w:p>
      <w:pPr>
        <w:jc w:val="right"/>
      </w:pPr>
      <w:r>
        <w:t>اس کو قتل کرنا فرض ہے مسلمانوں پر۔ تو ڈاکٹر عبدالسلام صاحب اسٹیج پر آئے، انہوں نے بہت ہی، بہت ہی، وہ بہت ہی ٹھنڈے مزاج کے آدمی تھے۔ انہوں نے کہا کہ میرے بھائی، تم اپنے کہنے میں سنسیر نہیں ہو۔ اگر تم اپنے کہنے میں سنسیر ہوتے تو اس وقت تم لندن میں ہوتے۔ یہ سارے مسلمانوں کا حال یہ ہے کہ نعرے لگا رہے ہیں اور کوئی بھی سنسیر نہیں،</w:t>
      </w:r>
    </w:p>
    <w:p>
      <w:r>
        <w:rPr>
          <w:b/>
        </w:rPr>
        <w:t xml:space="preserve">[1:24:37] </w:t>
      </w:r>
      <w:r>
        <w:t>koi bhi sincere nahi. to isi ka naam munaafiqat hai, isi ka naam hypocrisy hai. Is mein to koi shakk hi nahi. Sab se badi hypocrisy yeh hai ke musalman jis West se nafrat karte hain, usi West ke culture ko apnaaye hue hain. Usi West mein apne apne beta beti ko bhej kar khush hotay hain ke mera ladka USA mein settle ho gaya, meri beti yeh America mein settle ho gayi. Isi ko fakhr karte hain aur isi ko nafrat bhi karte</w:t>
      </w:r>
    </w:p>
    <w:p>
      <w:pPr>
        <w:jc w:val="right"/>
      </w:pPr>
      <w:r>
        <w:t>کوئی بھی سنسیر نہیں۔ تو اسی کا نام منافقت ہے، اسی کا نام ہپوکریسی ہے۔ اس میں تو کوئی شک ہی نہیں۔ سب سے بڑی ہپوکریسی یہ ہے کہ مسلمان جس ویسٹ سے نفرت کرتے ہیں، اسی ویسٹ کے کلچر کو اپنائے ہوئے ہیں۔ اسی ویسٹ میں اپنے اپنے بیٹا بیٹی کو بھیج کر خوش ہوتے ہیں کہ میرا لڑکا یو ایس اے میں سیٹل ہو گیا، میری بیٹی یہ امریکہ میں سیٹل ہو گئی۔ اسی کو فخر کرتے ہیں اور اسی کو نفرت بھی کرتے</w:t>
      </w:r>
    </w:p>
    <w:p>
      <w:r>
        <w:rPr>
          <w:b/>
        </w:rPr>
        <w:t xml:space="preserve">[1:25:07] </w:t>
      </w:r>
      <w:r>
        <w:t>hain. Yeh to har taraf hypocrisy ka daur daura hai. Ab kya kya jaye? Main ek martaba wahan tha Birmingham mein, to wahan par chand log, hum log baithe hue thay, to sab musalman thay. Wo un mein ek Pakistan ka journalist bhi tha, bohat us ko tajruba tha. to kisi ne us ne kaha ke is zamane ke musalman jo hain, sau mein</w:t>
      </w:r>
    </w:p>
    <w:p>
      <w:pPr>
        <w:jc w:val="right"/>
      </w:pPr>
      <w:r>
        <w:t>ہیں۔ یہ تو ہر طرف ہپوکریسی کا دور دورہ ہے۔ اب کیا کیا جائے؟ میں ایک مرتبہ وہاں تھا برمنگم میں، تو وہاں پر چند لوگ، ہم لوگ بیٹھے ہوئے تھے، تو سب مسلمان تھے۔ وہ ان میں ایک پاکستان کا جرنلسٹ بھی تھا، بہت اس کو تجربہ تھا۔ تو کسی نے اس نے کہا کہ اس زمانے کے مسلمان جو ہیں، سو میں</w:t>
      </w:r>
    </w:p>
    <w:p>
      <w:r>
        <w:rPr>
          <w:b/>
        </w:rPr>
        <w:t xml:space="preserve">[1:25:37] </w:t>
      </w:r>
      <w:r>
        <w:t>99 hypocrite ho gaye hain. to journalist ne kaha ke tum sau mein 99 kehte ho, ek lakh mein kya kaha jayega? Yani kitne hazar? Yani lakh mein ek goya hai, kya kaha jayega? 999, kya ek lakh mein ek</w:t>
      </w:r>
    </w:p>
    <w:p>
      <w:pPr>
        <w:jc w:val="right"/>
      </w:pPr>
      <w:r>
        <w:t>99 ہپوکریٹ ہو گئے ہیں۔ تو جرنلسٹ نے کہا کہ تم سو میں 99 کہتے ہو، ایک لاکھ میں کیا کہا جائے گا؟ یعنی کتنے ہزار؟ یعنی لاکھ میں ایک گویا ہے، کیا کہا جائے گا؟ 999، کیا ایک لاکھ میں ایک</w:t>
      </w:r>
    </w:p>
    <w:p>
      <w:r>
        <w:rPr>
          <w:b/>
        </w:rPr>
        <w:t xml:space="preserve">[1:26:08] </w:t>
      </w:r>
      <w:r>
        <w:t>، one and lakh, one and lakh, one and lakh. Yani sau mein ek nahi, lakh mein ek koi hoga jo munafiq na hoga. Aur kisi ne is ko, is ko kaata nahi, is ko baat ko. to yeh sara munaafiqat ka hangama hai. Is ka Islam se koi ta'alluq nahi hai, koi Islam se ta'alluq nahi hai. Na koi, na kisi ne, yani na kisi ne Islam ko parha hai, na kisi ne</w:t>
      </w:r>
    </w:p>
    <w:p>
      <w:pPr>
        <w:jc w:val="right"/>
      </w:pPr>
      <w:r>
        <w:t>، ون اینڈ لاکھ، ون اینڈ لاکھ، ون اینڈ لاکھ۔ یعنی سو میں ایک نہیں، لاکھ میں ایک کوئی ہوگا جو منافق نہ ہوگا۔ اور کسی نے اس کو، اس کو کاٹا نہیں، اس کو بات کو۔ تو یہ سارا منافقت کا ہنگامہ ہے۔ اس کا اسلام سے کوئی تعلق نہیں ہے، کوئی اسلام سے تعلق نہیں ہے۔ نہ کوئی، نہ کسی نے، یعنی نہ کسی نے اسلام کو پڑھا ہے، نہ کسی نے</w:t>
      </w:r>
    </w:p>
    <w:p>
      <w:r>
        <w:rPr>
          <w:b/>
        </w:rPr>
        <w:t xml:space="preserve">[1:26:38] </w:t>
      </w:r>
      <w:r>
        <w:t>is ke liye duaen ki hain, na is ke liye koi dua work kiya hai. Koi bas ek jhanda le ke khada ho gaya stage par. Abhi main dekh raha tha TV mein, sab coat pant pehne hue, thath ke sath thay. Sab to wo coat pant kahan se aaya hai? Wo West se to aaya hai. Coat pant kyun pehante ho tum? Wo kapda kyun pehante ho jo un ke blue banta hai? Behtareen kapde pehne hue, coat pant aur</w:t>
      </w:r>
    </w:p>
    <w:p>
      <w:pPr>
        <w:jc w:val="right"/>
      </w:pPr>
      <w:r>
        <w:t>اس کے لیے دعائیں کی ہیں، نہ اس کے لیے کوئی دعا ورک کیا ہے۔ کوئی بس ایک جھنڈا لے کے کھڑا ہو گیا اسٹیج پر۔ ابھی میں دیکھ رہا تھا ٹی وی میں، سب کوٹ پتھر پہنے ہوئے، ٹھاٹ کے ساتھ تھے۔ سب تو وہ کوٹ پتھر کہاں سے آیا ہے؟ وہ ویسٹ سے تو آیا ہے۔ کوٹ پتھر کیوں پہنتے ہو تم؟ وہ کپڑا کیوں پہنتے ہو جو ان کے بلو بنتا ہے؟ بہترین کپڑے پہنے ہوئے، کوٹ پتھر اور</w:t>
      </w:r>
    </w:p>
    <w:p>
      <w:r>
        <w:rPr>
          <w:b/>
        </w:rPr>
        <w:t xml:space="preserve">[1:27:09] </w:t>
      </w:r>
      <w:r>
        <w:t>shandar un ke jism, wo sab usi se, usi par jeete hain sare log. Apne bachchon ko usi culture mein paalte hain aur nare laga rahe hain. Yeh to b'lshubah hypocrisy hai, b'lshubah munaafqat hai. Allah Ta'ala ke haan is ka one percent bhi koi value nahi hai, kuch bhi value nahi hai. Maulana, agla sawal Tamil Nadu se hai Maulana Iqbal Umri sahib ka. Unhon ne aap se poocha hai ke</w:t>
      </w:r>
    </w:p>
    <w:p>
      <w:pPr>
        <w:jc w:val="right"/>
      </w:pPr>
      <w:r>
        <w:t>شاندار ان کے جسم، وہ سب اسی سے، اسی کے، اسی پر جیتے ہیں سارے لوگ۔ اپنے بچوں کو اسی کلچر میں پالتے ہیں اور نعرہ لگا رہے ہیں۔ یہ تو بلاشبہ ہپوکریسی ہے، بلاشبہ منافقت ہے۔ اللہ تعالی کے ہاں اس کا ون پرسنٹ بھی کوئی ویلیو نہیں ہے، کچھ بھی ویلیو نہیں ہے۔ مولانا، اگلا سوال تمل ناڈو سے ہے مولانا اقبال عمری صاحب کا۔ انہوں نے آپ سے پوچھا ہے کہ</w:t>
      </w:r>
    </w:p>
    <w:p>
      <w:r>
        <w:rPr>
          <w:b/>
        </w:rPr>
        <w:t xml:space="preserve">[1:27:39] </w:t>
      </w:r>
      <w:r>
        <w:t>parman احتجاج kya hota hai? Chand log is ko badi baat samajhte hain. Is ke bare mein bataein. Ehtejaj chahe parman ho, Islam mein hai hi nahi. Ehtejaj ka concept Islam mein hai hi nahi. Parman ho ya partashaddud ho, dono halaton ko wo ghair Islami hai. Is ka saboot yeh hai ke Rasool Allah ke zamane mein Ka'aba mein, jo ke sab se muqaddas masjid hai, goya is mein</w:t>
      </w:r>
    </w:p>
    <w:p>
      <w:pPr>
        <w:jc w:val="right"/>
      </w:pPr>
      <w:r>
        <w:t>پرامن احتجاج کیا ہوتا ہے؟ چند لوگ اس کو بڑی بات سمجھتے ہیں۔ اس کے بارے میں بتائیں۔ احتجاج چاہے پرامن ہو، اسلام میں ہے ہی نہیں۔ احتجاج کا کانسیپٹ اسلام میں ہے ہی نہیں۔ پرامن ہو یا پرتشدد ہو، دونوں حالتوں کو وہ غیر اسلامی ہے۔ اس کا ثبوت یہ ہے کہ رسول اللہ کے زمانے میں کعبہ میں، جو کہ سب سے مقدس مسجد ہے، گویا اس میں</w:t>
      </w:r>
    </w:p>
    <w:p>
      <w:r>
        <w:rPr>
          <w:b/>
        </w:rPr>
        <w:t xml:space="preserve">[1:28:11] </w:t>
      </w:r>
      <w:r>
        <w:t>kai sau ki tadad mein but rakhe hue thay. But Rasool Allah ne kabhi protest nahi kiya, kabhi ehtejaj nahi kiya. Koi saboot is baat ka nahi hai ke Rasool Allah ne Sahaba ko le kar wahan koi protest kiya ho. Yeh to bilkul Islam se koi ta'alluq nahi hai. Chahe parman ho, tab bhi wo ghair Islami hai. Parman ho, tab bhi wo ghair Islami hai. Maulana, agla sawal Raipur se hai Idrees sahib ka. Unhon ne likha hai: "There are</w:t>
      </w:r>
    </w:p>
    <w:p>
      <w:pPr>
        <w:jc w:val="right"/>
      </w:pPr>
      <w:r>
        <w:t>کئی سو کی تعداد میں بت رکھے ہوئے تھے۔ بت رسول اللہ نے کبھی پروٹیسٹ نہیں کیا، کبھی احتجاج نہیں کیا۔ کوئی ثبوت اس بات کا نہیں ہے کہ رسول اللہ نے صحابہ کو لے کر وہاں کوئی پروٹیسٹ کیا ہو۔ یہ تو بالکل اسلام سے کوئی تعلق نہیں ہے۔ چاہے پرامن ہو، تب بھی وہ غیر اسلامی ہے۔ پرامن ہو، تب بھی وہ غیر اسلامی ہے۔ مولانا، اگلا سوال رائے پور سے ہے ادریس صاحب کا۔ انہوں نے لکھا ہے: "دیر ار</w:t>
      </w:r>
    </w:p>
    <w:p>
      <w:r>
        <w:rPr>
          <w:b/>
        </w:rPr>
        <w:t xml:space="preserve">[1:28:41] </w:t>
      </w:r>
      <w:r>
        <w:t>only two possible causes for blasphemy: first, ignorance, that is they don't know the truth. second, propaganda, they know but intentionally spread the false hold. protest or violence are not effective tools to fight ignorance or propaganda. the effective tools are promoting education and propagating the truth. incidents in past confirms that with reference to blasphemy, prot</w:t>
      </w:r>
    </w:p>
    <w:p>
      <w:pPr>
        <w:jc w:val="right"/>
      </w:pPr>
      <w:r>
        <w:t>اونلی ٹو پوسیبل کازز فار بلاسفیمی: فرسٹ، اگنورنس، دیٹ از دے ڈونٹ نو دا ٹرتھ۔ سیکنڈ، پروپیگنڈا، دے نو بٹ انٹینشنلی سپریڈ دا فالس ہولڈ۔ پروٹیسٹ اور وائلنس ار ناٹ ایفیکٹیو ٹولز ٹو فائٹ اگنورنس اور پروپیگنڈا۔ دا ایفیکٹیو ٹولز ار پروموٹنگ ایجوکیشن اینڈ پروپیگیٹنگ دا ٹرتھ۔ انسیڈنٹس ان پاسٹ کنفرمز دیٹ ود ریفرنس ٹو بلاسفیمی، پرو</w:t>
      </w:r>
    </w:p>
    <w:p>
      <w:r>
        <w:rPr>
          <w:b/>
        </w:rPr>
        <w:t xml:space="preserve">[1:29:11] </w:t>
      </w:r>
      <w:r>
        <w:t>est do not produce any positive results, while promoting education does. Maulana sahib, why do ulema and leaders do not learn this from their past experience?" mujhe bahar aap ki poori baat se main agree karta hoon, is se ittifaq hai. mujh ko poora poora ittifaq hai. baqi ulama jo is zamane mein hain, woh awam se mukhtalif nahi hain, woh bhi jazbati ho gaye hain.</w:t>
      </w:r>
    </w:p>
    <w:p>
      <w:pPr>
        <w:jc w:val="right"/>
      </w:pPr>
      <w:r>
        <w:t>ٹیسٹ ڈو ناٹ پروڈیوس اینی پوزیٹیو رزلٹس، وائل پروموٹنگ ایجوکیشن ڈز۔ مولانا صاحب، وائی ڈو علماء اینڈ لیڈرز ڈو ناٹ لرن دس فرام دیر پاسٹ ایکسپیرینس؟" مجھے باہر آپ کی پوری بات سے میں ایگری کرتا ہوں، اس سے اتفاق ہے۔ مجھ کو پورا پورا اتفاق ہے۔ باقی علماء جو اس زمانے میں ہیں، وہ عوام سے مختلف نہیں ہیں، وہ بھی جذباتی ہو گئے ہیں۔</w:t>
      </w:r>
    </w:p>
    <w:p>
      <w:r>
        <w:rPr>
          <w:b/>
        </w:rPr>
        <w:t xml:space="preserve">[1:29:42] </w:t>
      </w:r>
      <w:r>
        <w:t>mujhe ek sahib ka telephone aaya tha wahan se south se ke ek wahan baqayda ek aalim, ek sahib hain, unhon ne taqreer ki. taqreer bare josh se unhon ne kaha ke tum hum ko gaali do, hum bardasht kar lenge. tum musalmanon ko gaali do, hum bardasht kar lenge. tum hamare prophet gaali do, hum is ko bardasht nahi kar sakte. yeh aalim ki boli hai. to main samajhta hoon ke is mamle mein aalim aur ghair aalim sab</w:t>
      </w:r>
    </w:p>
    <w:p>
      <w:pPr>
        <w:jc w:val="right"/>
      </w:pPr>
      <w:r>
        <w:t>مجھے ایک صاحب کا ٹیلی فون آیا تھا وہاں سے ساؤتھ سے کہ ایک وہاں باقاعدہ ایک عالم، ایک صاحب ہیں، انہوں نے تقریر کی۔ تقریر بڑے جوش سے انہوں نے کہا کہ تم ہم کو گالی دو، ہم برداشت کر لیں گے۔ تم مسلمانوں کو گالی دو، ہم برداشت کر لیں گے۔ تم ہمارے پرافٹ گالی دو، ہم اس کو برداشت نہیں کر سکتے۔ یہ عالم کی بولی ہے۔ تو میں سمجھتا ہوں کہ اس معاملے میں عالم اور غیر عالم سب</w:t>
      </w:r>
    </w:p>
    <w:p>
      <w:r>
        <w:rPr>
          <w:b/>
        </w:rPr>
        <w:t xml:space="preserve">[1:30:12] </w:t>
      </w:r>
      <w:r>
        <w:t>barabar ho gaye hain, sab jazbati ho gaye hain. koi bhi, yani tamam dunya bhar ke ulama mein apne siwa main kisi ko nahi pata jo is mamle mein exception, koi ek bhi nahi, koi exception nahi. kyunke jazbat mein beh rahe hain, sab nafrat mein beh rahe hain. ab kya kiya jaye? yeh Allah taala ka hi faisla hoga is baat ka. dunya mein hum is ka faisla nahi kar sakte. okay, we will end the session now. thank</w:t>
      </w:r>
    </w:p>
    <w:p>
      <w:pPr>
        <w:jc w:val="right"/>
      </w:pPr>
      <w:r>
        <w:t>برابر ہو گئے ہیں، سب جذباتی ہو گئے ہیں۔ کوئی بھی، یعنی تمام دنیا بھر کے علماء میں اپنے سوا میں کسی کو نہیں پاتا جو اس معاملے میں ایکسیپشن، کوئی ایک بھی نہیں، کوئی ایکسیپشن نہیں۔ کیونکہ جذبات میں بہہ رہے ہیں، سب نفرت میں بہہ رہے ہیں۔ اب کیا کیا جائے؟ یہ اللہ تعالی کا ہی فیصلہ ہوگا اس بات کا۔ دنیا میں ہم اس کا فیصلہ نہیں کر سکتے۔ اوکے، وی ویل اینڈ دی سیشن ناؤ۔ تھینک</w:t>
      </w:r>
    </w:p>
    <w:p>
      <w:r>
        <w:rPr>
          <w:b/>
        </w:rPr>
        <w:t xml:space="preserve">[1:30:42] </w:t>
      </w:r>
      <w:r>
        <w:t>you. achha, theek hai. koi aap aage ho to bula do.</w:t>
      </w:r>
    </w:p>
    <w:p>
      <w:pPr>
        <w:jc w:val="right"/>
      </w:pPr>
      <w:r>
        <w:t>یو۔ اچھا، ٹھیک ہے۔ کوئی آپ آگے ہو تو بلا دو۔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