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Dawah in Scientific Age- 8 April 2011</w:t>
      </w:r>
    </w:p>
    <w:p>
      <w:r>
        <w:t>https://www.youtube.com/watch?v=1casDo8bzXM</w:t>
      </w:r>
    </w:p>
    <w:p>
      <w:r>
        <w:rPr>
          <w:b/>
        </w:rPr>
        <w:t xml:space="preserve">[00:06] </w:t>
      </w:r>
      <w:r>
        <w:t>bismillah rahman rahim. bismillah rahman rahim, theek hai?</w:t>
      </w:r>
    </w:p>
    <w:p>
      <w:pPr>
        <w:jc w:val="right"/>
      </w:pPr>
      <w:r>
        <w:t>بسم اللہ الرحمن الرحیم۔ بسم اللہ الرحمن الرحیم، ٹھیک ہے؟</w:t>
      </w:r>
    </w:p>
    <w:p>
      <w:r>
        <w:rPr>
          <w:b/>
        </w:rPr>
        <w:t xml:space="preserve">[00:14] </w:t>
      </w:r>
      <w:r>
        <w:t>ji, start karen.</w:t>
      </w:r>
    </w:p>
    <w:p>
      <w:pPr>
        <w:jc w:val="right"/>
      </w:pPr>
      <w:r>
        <w:t>جی، سٹارٹ کریں۔</w:t>
      </w:r>
    </w:p>
    <w:p>
      <w:r>
        <w:rPr>
          <w:b/>
        </w:rPr>
        <w:t xml:space="preserve">[00:20] </w:t>
      </w:r>
      <w:r>
        <w:t>bismillah rahman rahim, wasalli Allahu alal nabiyyil karim. rab ishrah li sadri, wa yassir li amri, wahlul uqdatan min lisani, yafqahu qawli. aaj kal jo musalmanon ki soch hai, har jagah,</w:t>
      </w:r>
    </w:p>
    <w:p>
      <w:pPr>
        <w:jc w:val="right"/>
      </w:pPr>
      <w:r>
        <w:t>بسم اللہ الرحمن الرحیم، وصلی اللہ علی النبی الکریم۔ رب اشرح لی صدری، ویسر لی امری، واحل العقدۃ من لسانی، یفقہ قولی۔ آج کل جو مسلمانوں کی سوچ ہے، ہر جگہ،</w:t>
      </w:r>
    </w:p>
    <w:p>
      <w:r>
        <w:rPr>
          <w:b/>
        </w:rPr>
        <w:t xml:space="preserve">[00:51] </w:t>
      </w:r>
      <w:r>
        <w:t>poori dunya mein, woh yeh hai ke Islam ka sab se bara problem yeh hai ke doosre jo group hain, doosre jo nations hain, woh Islam ke dushman ban gayi hain. Islam ke khilaf har waqt conspiracy karti hain woh. to doosron ki conspiracy hi Islam ka sab se</w:t>
      </w:r>
    </w:p>
    <w:p>
      <w:pPr>
        <w:jc w:val="right"/>
      </w:pPr>
      <w:r>
        <w:t>پوری دنیا میں، وہ یہ ہے کہ اسلام کا سب سے بڑا پرابلم یہ ہے کہ دوسرے جو گروپ ہیں، دوسرے جو نیشنز ہیں، وہ اسلام کے دشمن بن گئی ہیں۔ اسلام کے خلاف ہر وقت کانسپریسی کرتی ہیں وہ۔ تو دوسروں کی کانسپریسی ہی اسلام کا سب سے</w:t>
      </w:r>
    </w:p>
    <w:p>
      <w:r>
        <w:rPr>
          <w:b/>
        </w:rPr>
        <w:t xml:space="preserve">[01:21] </w:t>
      </w:r>
      <w:r>
        <w:t>bara problem hai. aap yahan se le kar America tak chale jayen, har jagah yahi sunai dega aap ko. magar main apne ilm aur tajrube ki bina par kahunga ke yeh completely wrong, completely baseless, baseless. is liye ke Quran mein saaf saaf likha hua hai ke "وَإِن تَصْبُرُوا فَتَتَّقُوا لَا يَضُرُّكُ</w:t>
      </w:r>
    </w:p>
    <w:p>
      <w:pPr>
        <w:jc w:val="right"/>
      </w:pPr>
      <w:r>
        <w:t>بڑا پرابلم ہے۔ آپ یہاں سے لے کر امریکہ تک چلے جائیں، ہر جگہ یہی سنائی دے گا آپ کو۔ مگر میں اپنے علم اور تجربے کی بنا پر کہوں گا کہ یہ کمپلیٹلی رونگ، کمپلیٹلی بیس لیس، بیس لیس۔ اس لیے کہ قرآن میں صاف صاف لکھا ہوا ہے کہ "وَإِن تَسْبُرُوا فَتَتَّقُوا لَا يَضِرُّكُ</w:t>
      </w:r>
    </w:p>
    <w:p>
      <w:r>
        <w:rPr>
          <w:b/>
        </w:rPr>
        <w:t xml:space="preserve">[01:51] </w:t>
      </w:r>
      <w:r>
        <w:t>مْ كَيْدُهُمْ شَيْئًا"۔ yani kisi ki conspiracy, kisi ki enmity, tum ko kuch bhi harmful nahi banegi. itna clear jab likha hua hai Quran mein, to bataiye ke yeh proposition hi galat hai? yeh proposition apne aap mein baseless hai. dekhen, jo asal baat hai,</w:t>
      </w:r>
    </w:p>
    <w:p>
      <w:pPr>
        <w:jc w:val="right"/>
      </w:pPr>
      <w:r>
        <w:t>مْ كَيْدُهُمْ شَيْئًا"۔ یعنی کسی کی کانسپریسی، کسی کی انوِٹی، تم کو کچھ بھی ہارم فل نہیں بنے گی۔ اتنا کلیئر جب لکھا ہوا ہے قرآن میں، تو بتائیے کہ یہ پروپوزیشن ہی غلط ہے؟ یہ پروپوزیشن اپنے آپ میں بیس لیس ہے۔ دیکھیں، جو اصل بات ہے،</w:t>
      </w:r>
    </w:p>
    <w:p>
      <w:r>
        <w:rPr>
          <w:b/>
        </w:rPr>
        <w:t xml:space="preserve">[02:21] </w:t>
      </w:r>
      <w:r>
        <w:t>woh Muslims ka failure hai. Muslim intellectuals, Muslim leaders, Muslim thinkers ka failure hai. doosron ki conspiracy, ya doosron ki enmity, yeh kuch bhi problem nahi hai. woh failure kya hai? woh failure yeh hai ke Muslim mind jo the is zamane mein, woh Islam ko update nahi kar sake</w:t>
      </w:r>
    </w:p>
    <w:p>
      <w:pPr>
        <w:jc w:val="right"/>
      </w:pPr>
      <w:r>
        <w:t>وہ مسلمز کا فیلیر ہے۔ مسلم انٹلیکچولز، مسلم لیڈرز، مسلم تھنکرز کا فیلیر ہے۔ دوسروں کی کانسپریسی، یا دوسروں کی انوِٹی، یہ کچھ بھی پرابلم نہیں ہے۔ وہ فیلیر کیا ہے؟ وہ فیلیر یہ ہے کہ مسلم مائنڈ جو تھے اس زمانے میں، وہ اسلام کو اپڈیٹ نہیں کر سکے</w:t>
      </w:r>
    </w:p>
    <w:p>
      <w:r>
        <w:rPr>
          <w:b/>
        </w:rPr>
        <w:t xml:space="preserve">[02:51] </w:t>
      </w:r>
      <w:r>
        <w:t>woh. update karne ka matlab yeh nahi ke Islam ki teaching ko revise karna. nahi. Islam ko aaj ke idiom mein batana, aaj ki language mein logon ke samne lana, yeh is sense mein bol raha hoon main. Islam to apni ideology ke aitbar se eternal hai. is mein kisi revision ki zaroorat nahi hai. lekin "وَمَا أَرْسَلْنَا مِن رَسُولِ الل</w:t>
      </w:r>
    </w:p>
    <w:p>
      <w:pPr>
        <w:jc w:val="right"/>
      </w:pPr>
      <w:r>
        <w:t>وہ۔ اپڈیٹ کرنے کا مطلب یہ نہیں کہ اسلام کی ٹیچنگ کو ریوائز کرنا۔ نہیں۔ اسلام کو آج کے ایڈیم میں بتانا، آج کی لینگویج میں لوگوں کے سامنے لانا، یہ اس سینس میں بول رہا ہوں میں۔ اسلام تو اپنی آئیڈیالوجی کے اعتبار سے ایٹرنل ہے۔ اس میں کسی ریویژن کی ضرورت نہیں ہے۔ لیکن "وَمَا أَرْسَلْنَا مِن رَسُولِ الل</w:t>
      </w:r>
    </w:p>
    <w:p>
      <w:r>
        <w:rPr>
          <w:b/>
        </w:rPr>
        <w:t xml:space="preserve">[03:21] </w:t>
      </w:r>
      <w:r>
        <w:t>ّٰهِ بِلِسَانِ قَوْمِهِ"۔ to language har zaban mein alag alag hoti hai. language ka matlab hai language plus idiom, language plus style. is sense mein main keh raha hoon ke asal failure yahan hai ke log aaj ki jo language hai, aaj ka jo idiom hai, us mein Islam ko pesh nahi kar</w:t>
      </w:r>
    </w:p>
    <w:p>
      <w:pPr>
        <w:jc w:val="right"/>
      </w:pPr>
      <w:r>
        <w:t>ّٰهِ بِلِسَانِ قَوْمِهِ"۔ تو لینگویج ہر زبان میں الگ الگ ہوتی ہے۔ لینگویج کا مطلب ہے لینگویج پلس ایڈیم، لینگویج پلس اسٹائل۔ اس سینس میں میں کہہ رہا ہوں کہ اصل فیلیر یہاں ہے کہ لوگ آج کی جو لینگویج ہے، آج کا جو ایڈیم ہے، اس میں اسلام کو پیش نہیں کر</w:t>
      </w:r>
    </w:p>
    <w:p>
      <w:r>
        <w:rPr>
          <w:b/>
        </w:rPr>
        <w:t xml:space="preserve">[03:51] </w:t>
      </w:r>
      <w:r>
        <w:t>sake. yahan par yeh failure hai khud musalmanon ka. main aap ko kal ka apna ek experience batata hoon. kal ek English daily mein, bahut hi well known English daily hai, us mein main ne kal hi ek article padha. yeh article ek Hindu journalist ka hai.</w:t>
      </w:r>
    </w:p>
    <w:p>
      <w:pPr>
        <w:jc w:val="right"/>
      </w:pPr>
      <w:r>
        <w:t>سکے۔ یہاں پر یہ فیلیر ہے خود مسلمانوں کا۔ میں آپ کو کل کا اپنا ایک ایکسپیرینس بتاتا ہوں۔ کل ایک انگلش ڈیلی میں، بہت ہی ویل نون انگلش ڈیلی ہے، اس میں میں نے کل ہی ایک آرٹیکل پڑھا۔ یہ آرٹیکل ایک ہندو جرنلسٹ کا ہے۔</w:t>
      </w:r>
    </w:p>
    <w:p>
      <w:r>
        <w:rPr>
          <w:b/>
        </w:rPr>
        <w:t xml:space="preserve">[04:22] </w:t>
      </w:r>
      <w:r>
        <w:t>yeh paper mere pas maujood hai, mere ghar par. us article mein woh kehta hai ke ek Islami party ke log mere pas aaye, do aadmi, unhon ne mujh ko do kitaben din Islam par, English mein. is ka naam likha hai unhon ne ke yeh kitaben. to us kitab ka unhon ne zikr kiya</w:t>
      </w:r>
    </w:p>
    <w:p>
      <w:pPr>
        <w:jc w:val="right"/>
      </w:pPr>
      <w:r>
        <w:t>یہ پیپر میرے پاس موجود ہے، میرے گھر پر۔ اس آرٹیکل میں وہ کہتا ہے کہ ایک اسلامی پارٹی کے لوگ میرے پاس آئے، دو آدمی، انہوں نے مجھ کو دو کتابیں دیں اسلام پر، انگلش میں۔ اس کا نام لکھا ہے انہوں نے کہ یہ کتابیں۔ تو اس کتاب کا انہوں نے ذکر کیا</w:t>
      </w:r>
    </w:p>
    <w:p>
      <w:r>
        <w:rPr>
          <w:b/>
        </w:rPr>
        <w:t xml:space="preserve">[04:52] </w:t>
      </w:r>
      <w:r>
        <w:t>hai apne article ke shuru mein. lekin phir is article mein us kitab ka kuch bhi zikr nahi. is kitab ke bare mein kuch bhi nahi is article mein. is mein doosri doosri baaten hain ke Islam jo hai woh militancy sikhata hai waghera. extremist hai, extremist mazhab hai Islam waghera. to kyun? woh kitab un ke nazdeek is qabil thi nahi ke woh padhen us ko.</w:t>
      </w:r>
    </w:p>
    <w:p>
      <w:pPr>
        <w:jc w:val="right"/>
      </w:pPr>
      <w:r>
        <w:t>ہے اپنے آرٹیکل کے شروع میں۔ لیکن پھر اس آرٹیکل میں اس کتاب کا کچھ بھی ذکر نہیں۔ اس کتاب کے بارے میں کچھ بھی نہیں اس آرٹیکل میں۔ اس میں دوسری دوسری باتیں ہیں کہ اسلام جو ہے وہ ملٹینسی سکھاتا ہے وغیرہ۔ ایکسٹریمسٹ ہے، ایکسٹریمسٹ مذہب ہے اسلام وغیرہ۔ تو کیوں؟ وہ کتاب ان کے نزدیک اس قابل تھی نہیں کہ وہ پڑھیں اس کو۔</w:t>
      </w:r>
    </w:p>
    <w:p>
      <w:r>
        <w:rPr>
          <w:b/>
        </w:rPr>
        <w:t xml:space="preserve">[05:23] </w:t>
      </w:r>
      <w:r>
        <w:t>woh that was not a readable book for this journalist. woh kaise? main batata hoon aap ko. yeh dono kitaben main ne padhi hain, main janta hoon in dono kitabon ko. ek kitab mein kya hai? ek kitab mein unhon ne yeh theory pesh ki hai ke Islam jo hai sab se zyada</w:t>
      </w:r>
    </w:p>
    <w:p>
      <w:pPr>
        <w:jc w:val="right"/>
      </w:pPr>
      <w:r>
        <w:t>وہ دیٹ واز ناٹ ا ریڈیبل بک فار دس جرنلسٹ۔ وہ کیسے؟ میں بتاتا ہوں آپ کو۔ یہ دونوں کتابیں میں نے پڑھی ہیں، میں جانتا ہوں ان دونوں کتابوں کو۔ ایک کتاب میں کیا ہے؟ ایک کتاب میں انہوں نے یہ تھیوری پیش کی ہے کہ اسلام جو ہے سب سے زیادہ</w:t>
      </w:r>
    </w:p>
    <w:p>
      <w:r>
        <w:rPr>
          <w:b/>
        </w:rPr>
        <w:t xml:space="preserve">[05:55] </w:t>
      </w:r>
      <w:r>
        <w:t>yani, developed religion hai. woh kehte hain ke civilization jo hai woh progress karti rahi, us mein evolution hota raha. isi nisbat se mazhab aate rahe. pehle civilization less developed thi, to less developed mazhab bhi aaya, us waqt ke insan ke hisab se. phir jab civilization apni final stage pe pahunch gayi</w:t>
      </w:r>
    </w:p>
    <w:p>
      <w:pPr>
        <w:jc w:val="right"/>
      </w:pPr>
      <w:r>
        <w:t>، یعنی، ڈیولپڈ ریلیجن ہے۔ وہ کہتے ہیں کہ سیولائزیشن جو ہے وہ پروگریس کرتی رہی، اس میں ایولوشن ہوتا رہا۔ اسی نسبت سے مذہب آتے رہے۔ پہلے سیولائزیشن لیس ڈیولپڈ تھی، تو لیس ڈیولپڈ ریلیجن بھی آیا، اس وقت کے انسان کے حساب سے۔ پھر جب سیولائزیشن اپنی فائنل اسٹیج پہ پہنچ گئی</w:t>
      </w:r>
    </w:p>
    <w:p>
      <w:r>
        <w:rPr>
          <w:b/>
        </w:rPr>
        <w:t xml:space="preserve">[06:25] </w:t>
      </w:r>
      <w:r>
        <w:t>to aakhri mazhab Khuda ne bhej diya, zyada developed mazhab, woh hai Islam. yeh hai is ka khulasa. to ab aap ko pichhle mazhab ko chhod kar ke Islam ko lena chahiye, kyunke woh up to the standard hai. aaj ka jo mayar hai civilization ka, us ke mutabiq hai. dekhen, yeh jo argument hai, yeh padhe likhe aadmi ke liye bilkul baseless hai. kuch bhi nahi hai woh. kyun? aaj ka padha likha aadmi janta hai ke</w:t>
      </w:r>
    </w:p>
    <w:p>
      <w:pPr>
        <w:jc w:val="right"/>
      </w:pPr>
      <w:r>
        <w:t>، تو آخری مذہب خدا نے بھیج دیا، زیادہ ڈیولپڈ مذہب، وہ ہے اسلام۔ یہ ہے اس کا خلاصہ۔ تو اب آپ کو پچھلے ریلیجن کو چھوڑ کر کے اسلام کو لینا چاہیے، کیونکہ وہ اپ ٹو دا اسٹینڈرڈ ہے۔ آج کا جو معیار ہے سیولائزیشن کا، اس کے مطابق ہے۔ دیکھیں، یہ جو آرگومنٹ ہے، یہ پڑھے لکھے آدمی کے لیے بالکل بیس لیس ہے۔ کچھ بھی نہیں ہے وہ۔ کیوں؟ آج کا پڑھا لکھا آدمی جانتا ہے کہ</w:t>
      </w:r>
    </w:p>
    <w:p>
      <w:r>
        <w:rPr>
          <w:b/>
        </w:rPr>
        <w:t xml:space="preserve">[06:56] </w:t>
      </w:r>
      <w:r>
        <w:t>seven century AD mein Islam aaya. us waqt civilization apne final stage ko pahunchi nahi thi. woh to pahunchi hai scientific revolution ke baad. seven century AD mein civilization jo thi traditional stage mein thi. ab woh scientific stage mein hai. to final stage to ab aaya hai. to seven century mein kaise aa jayega woh mazhab jo</w:t>
      </w:r>
    </w:p>
    <w:p>
      <w:pPr>
        <w:jc w:val="right"/>
      </w:pPr>
      <w:r>
        <w:t>سیون سینچری ایڈین میں اسلام آیا۔ اس وقت سیولائزیشن اپنے فائنل اسٹیج کو پہنچی نہیں تھی۔ وہ تو پہنچی ہے سائنٹیفک ریولوشن کے بعد۔ سیون سینچری ایڈین میں سیولائزیشن جو تھی ٹریڈیشنل اسٹیج میں تھی۔ اب وہ سائنٹیفک اسٹیج میں ہے۔ تو فائنل اسٹیج تو اب آیا ہے۔ تو سیون سینچری میں کیسے آ جائے گا وہ مذہب جو</w:t>
      </w:r>
    </w:p>
    <w:p>
      <w:r>
        <w:rPr>
          <w:b/>
        </w:rPr>
        <w:t xml:space="preserve">[07:26] </w:t>
      </w:r>
      <w:r>
        <w:t>civilization ke aakhri, yani, aakhri taraqqi pe pahunch chuka ho jab civilization, to us ko woh cater kare? kitna contradiction hai. aaj ka har aadmi janta hai ke Islam aaya seven century mein. aur civilization jo hai apne final stage pe pahunchi hai twentyeth century mein. Islam aaya seven century AD mein. aur civilization</w:t>
      </w:r>
    </w:p>
    <w:p>
      <w:pPr>
        <w:jc w:val="right"/>
      </w:pPr>
      <w:r>
        <w:t>سیولائزیشن کے آخری، یعنی، آخری ترقی پہ پہنچ چکا ہو جب سیولائزیشن، تو اس کو وہ کیٹر کرے؟ کتنا کنٹراڈکشن ہے۔ آج کا ہر آدمی جانتا ہے کہ اسلام آیا سیون سینچری میں۔ اور سیولائزیشن جو ہے اپنے فائنل اسٹیج پہ پہنچی ہے ٹوئنٹیٹھ سینچری میں۔ اسلام آیا سیون سینچری ایڈین میں۔ اور سیولائزیشن</w:t>
      </w:r>
    </w:p>
    <w:p>
      <w:r>
        <w:rPr>
          <w:b/>
        </w:rPr>
        <w:t xml:space="preserve">[07:56] </w:t>
      </w:r>
      <w:r>
        <w:t>apne final stage ko pahunchi hai twentyeth century mein. to yeh kehna ke us waqt tehzeeb, us waqt civilization jo hai apne taraqqi ko pahunch chuki thi, is liye taraqqi yafta mazhab aaya, to bilkul ek absurd baat hai. to main samajhta hoon ke is aadmi ne us ko dust bin mein daal diya, us kitab ko. us ko padhne ke qabil nahi samjha. ab doosri kitab ko lijiyye.</w:t>
      </w:r>
    </w:p>
    <w:p>
      <w:pPr>
        <w:jc w:val="right"/>
      </w:pPr>
      <w:r>
        <w:t>اپنے فائنل اسٹیج کو پہنچی ہے ٹوئنٹیٹھ سینچری میں۔ تو یہ کہنا کہ اس وقت تہذیب، اس وقت سیولائزیشن جو ہے اپنے ترقی کو پہنچ چکی تھی، اس لیے ترقی یافتہ مذہب آیا، تو بالکل ایک ایبسرڈ بات ہے۔ تو میں سمجھتا ہوں کہ اس آدمی نے اس کو ڈسٹ بن میں ڈال دیا، اس کتاب کو۔ اس کو پڑھنے کے قابل نہیں سمجھا۔ اب دوسری کتاب کو لیجیے۔</w:t>
      </w:r>
    </w:p>
    <w:p>
      <w:r>
        <w:rPr>
          <w:b/>
        </w:rPr>
        <w:t xml:space="preserve">[08:26] </w:t>
      </w:r>
      <w:r>
        <w:t>doosri kitab jo hai, us mein yeh theory develop ki gayi hai ke musalman Khaleefatullah fil arz hai. musalman jo hain woh Khaleefatullah fil arz hain. musalman ka kaam kya hai? hukumat ilahia dunya mein qaim karna. yeh hai. yani sari dunya ke upar hukumat ilahia qaim karen musalman, kingdom of God. yeh un ka mansab hai. yeh</w:t>
      </w:r>
    </w:p>
    <w:p>
      <w:pPr>
        <w:jc w:val="right"/>
      </w:pPr>
      <w:r>
        <w:t>دوسری کتاب جو ہے، اس میں یہ تھیوری ڈیولپ کی گئی ہے کہ مسلمان خلیفۃ اللہ فی الارض ہے۔ مسلمان جو ہیں وہ خلیفۃ اللہ فی الارض ہیں۔ مسلمان کا کام کیا ہے؟ حکومت الہیہ دنیا میں قائم کرنا۔ یہ ہے۔ یعنی ساری دنیا کے اوپر حکومت الہیہ قائم کریں مسلمان، کنگڈم آف گاڈ۔ یہ ان کا منصب ہے۔ یہ</w:t>
      </w:r>
    </w:p>
    <w:p>
      <w:r>
        <w:rPr>
          <w:b/>
        </w:rPr>
        <w:t xml:space="preserve">[08:56] </w:t>
      </w:r>
      <w:r>
        <w:t>bhi bilkul absurd baat hai is zamane ke insan ke liye. aaj ka insan believe karta hai democracy mein. democracy ka matlab kya hai? government of the people, by the people, for the people. to yeh theocratic state jo hai, aaj ke insan ke liye understandable nahi hai. theocratic state kehte hain us ko jis mein koi mazhabi group rule kare. us ko right mil jaye ke us ko r</w:t>
      </w:r>
    </w:p>
    <w:p>
      <w:pPr>
        <w:jc w:val="right"/>
      </w:pPr>
      <w:r>
        <w:t>بھی بالکل ایبسرڈ بات ہے اس زمانے کے انسان کے لیے۔ آج کا انسان بیلیو کرتا ہے ڈیموکریسی میں۔ ڈیموکریسی کا مطلب کیا ہے؟ گورنمنٹ آف دی پیپل، بائی دی پیپل، فار دی پیپل۔ تو یہ تھیوکریٹک اسٹیٹ جو ہے، آج کے انسان کے لیے انڈرسٹینڈ ایبل نہیں ہے۔ تھیوکریٹک اسٹیٹ کہتے ہیں اس کو جس میں کوئی مذہبی گروپ رول کرے۔ اس کو رائٹ مل جائے کہ اس کو ر</w:t>
      </w:r>
    </w:p>
    <w:p>
      <w:r>
        <w:rPr>
          <w:b/>
        </w:rPr>
        <w:t xml:space="preserve">[09:26] </w:t>
      </w:r>
      <w:r>
        <w:t>aur karna hai sari dunya mein. to aap pesh kar rahe hain is insaan ke samne theocratic rule ka concept, jabke insaan believe kar raha hai democracy mein, democratic rule ka uske zehn mein chhaya hua hai. ab dekhen ke jo Islam aap pesh kar rahe hain, is Islam mein aur aaj ke mind mein antar aa gaya hai, difference aa gaya hai. to yeh Islam un logon ke liye understandable</w:t>
      </w:r>
    </w:p>
    <w:p>
      <w:pPr>
        <w:jc w:val="right"/>
      </w:pPr>
      <w:r>
        <w:t>ول کرنا ہے ساری دنیا میں۔ تو آپ پیش کر رہے ہیں اس انسان کے سامنے تھیوکریٹک رول کا کانسیپٹ، جبکہ انسان بیلیو کر رہا ہے ڈیموکریسی میں، ڈیموکریٹک رول کا اس کے ذہن میں چھایا ہوا ہے۔ اب دیکھیں کہ جو اسلام آپ پیش کر رہے ہیں، اس اسلام میں اور آج کے مائنڈ میں انتر آ گیا ہے، ڈیفرنس آ گیا ہے۔ تو یہ اسلام ان لوگوں کے لیے انڈرس</w:t>
      </w:r>
    </w:p>
    <w:p>
      <w:r>
        <w:rPr>
          <w:b/>
        </w:rPr>
        <w:t xml:space="preserve">[09:56] </w:t>
      </w:r>
      <w:r>
        <w:t>nahi raha. understandable nahi raha. aaj ka parha likha insaan jo hai, jo uski soch hai, jo uski thinking hai, usmein yeh baithta hi nahi hai Islam. ab bataen ke is tarah se log pesh kar rahe hain, to kaise woh samjhe insaan aisi kitaab ko? ek</w:t>
      </w:r>
    </w:p>
    <w:p>
      <w:pPr>
        <w:jc w:val="right"/>
      </w:pPr>
      <w:r>
        <w:t>ٹینڈ ایبل نہیں رہا۔ انڈرسٹینڈ ایبل نہیں رہا۔ آج کا پڑھا لکھا انسان جو ہے، جو اس کی سوچ ہے، جو اس کی تھنکنگ ہے، اس میں یہ بیٹھتا ہی نہیں ہے اسلام۔ اب بتائیں کہ اس طرح سے لوگ پیش کر رہے ہیں، تو کیسے وہ سمجھے انسان ایسی کتاب کو؟ ایک</w:t>
      </w:r>
    </w:p>
    <w:p>
      <w:r>
        <w:rPr>
          <w:b/>
        </w:rPr>
        <w:t xml:space="preserve">[10:27] </w:t>
      </w:r>
      <w:r>
        <w:t>bahut bade aalim Islam mein guzre hain, Shatibi. unki kitaab hai "Al-Muwafaqat". to usmein unhone badi achhi baat likhi hai. yeh Arabic mein yeh kitaab hai. usmein likha hai unhone ke what is reasoning, istidlal kya hai? yaani effective reasoning kya hai? isko woh batate hain. effective reasoning unke nazdeek yeh hai ke</w:t>
      </w:r>
    </w:p>
    <w:p>
      <w:pPr>
        <w:jc w:val="right"/>
      </w:pPr>
      <w:r>
        <w:t>بہت بڑے عالم اسلام میں گزرے ہیں، شاطبی۔ ان کی کتاب ہے "الموافقات"۔ تو اس میں انہوں نے بڑی اچھی بات لکھی ہے۔ یہ عربی میں یہ کتاب ہے۔ اس میں لکھا ہے انہوں نے کہ واٹ از ریزننگ، استدلال کیا ہے؟ یعنی ایفیکٹیو ریزننگ کیا ہے؟ اس کو وہ بتاتے ہیں۔ ایفیکٹیو ریزننگ ان کے نزدیک یہ ہے کہ</w:t>
      </w:r>
    </w:p>
    <w:p>
      <w:r>
        <w:rPr>
          <w:b/>
        </w:rPr>
        <w:t xml:space="preserve">[10:57] </w:t>
      </w:r>
      <w:r>
        <w:t>unke alfaaz mein khasm ke, khasm ke meyar aqli par apni baat ko pesh karna. khasm means other party jo hai. khasm ke meyar aqli par apni baat ko pesh karna, apni baat ko mudallal karna. yaani aapka jo audience hai, us audience ki soch kya hai? us aud, us uske soch ko lekar apni baat ko aap uske liye understandable banayen</w:t>
      </w:r>
    </w:p>
    <w:p>
      <w:pPr>
        <w:jc w:val="right"/>
      </w:pPr>
      <w:r>
        <w:t>ان کے الفاظ میں خصم کے، خصم کے معیار عقلی پر اپنی بات کو پیش کرنا۔ خصم مینز ادر پارٹی جو ہے۔ خصم کے معیار عقلی پر اپنی بات کو پیش کرنا، اپنی بات کو مدلل کرنا۔ یعنی آپ کا جو آڈینس ہے، اس آڈینس کی سوچ کیا ہے؟ اس آڈ، اس اس کے سوچ کو لے کر اپنی بات کو آپ اس کے لیے انڈرسٹینڈ ایبل بنائیں</w:t>
      </w:r>
    </w:p>
    <w:p>
      <w:r>
        <w:rPr>
          <w:b/>
        </w:rPr>
        <w:t xml:space="preserve">[11:27] </w:t>
      </w:r>
      <w:r>
        <w:t>acceptable banayen. yeh hai reasoning. ab aap, ab aap bataiye ke insaan to yeh manta hai ke civilization jo hai 20th century mein apni final stage ko pahunchi hai. aap keh rahe hain ke 7th century AD mein pahunch chuki thi, uske lehaz se Islam aa gaya, superior religion. to usko hansayega woh? kya absurd baat kar rahe hain yeh? phir to Islam jo hai matter of past hai.</w:t>
      </w:r>
    </w:p>
    <w:p>
      <w:pPr>
        <w:jc w:val="right"/>
      </w:pPr>
      <w:r>
        <w:t>، ایکسیپٹیبل بنائیں۔ یہ ہے ریزننگ۔ اب آپ، اب آپ بتائیے کہ انسان تو یہ مانتا ہے کہ سیولائزیشن جو ہے ٹوئنٹیٹھ سینچری میں اپنی فائنل اسٹیج کو پہنچی ہے۔ آپ کہہ رہے ہیں کہ سیون سینچری ایڈین میں پہنچ چکی تھی، اس کے لحاظ سے اسلام آ گیا، سپیئر ریلیجن۔ تو اس کو ہنسائے گا وہ؟ کیا ایبسرڈ بات کر رہے ہیں یہ؟ پھر تو اسلام جو ہے میٹر آف پاسٹ ہے۔</w:t>
      </w:r>
    </w:p>
    <w:p>
      <w:r>
        <w:rPr>
          <w:b/>
        </w:rPr>
        <w:t xml:space="preserve">[11:58] </w:t>
      </w:r>
      <w:r>
        <w:t>aaj ka nahi hai woh. aur phir aap jo khaleefatullah fil arz ka jo nazariya de rahe hain ke har mulk mulk mast ke mulk Khudae mast, yeh bilkul absurd baat hai yeh. har mulk mulk mast ke mulk Khudae mast. to sari zameen jo hai woh Khuda ki hai, main Khuda ka khaleefa hoon, isliye main dunya par Khuda ka rule qaim karunga. yeh absurd baat hai yeh. kyunke aaj ka insaan</w:t>
      </w:r>
    </w:p>
    <w:p>
      <w:pPr>
        <w:jc w:val="right"/>
      </w:pPr>
      <w:r>
        <w:t>آج کا نہیں ہے وہ۔ اور پھر آپ جو خلیفۃ اللہ فی الارض کا جو نظریہ دے رہے ہیں کہ ہر ملک ملک ماست کے ملک خدائے ماست، یہ بالکل ایبسرڈ بات ہے یہ۔ ہر ملک ملک ماست کے ملک خدائے ماست۔ تو ساری زمین جو ہے وہ خدا کی ہے، میں خدا کا خلیفہ ہوں، اس لیے میں دنیا پر خدا کا رول قائم کروں گا۔ یہ ایبسرڈ بات ہے یہ۔ کیونکہ آج کا انسان</w:t>
      </w:r>
    </w:p>
    <w:p>
      <w:r>
        <w:rPr>
          <w:b/>
        </w:rPr>
        <w:t xml:space="preserve">[12:28] </w:t>
      </w:r>
      <w:r>
        <w:t>ji raha hai democracy mein. ek secular aadmi mujhko mile, woh Musalman hain, lekin ab pakke woh secular ho chuke hain. to unhone kaha ke meri shadi hui hai, lekin abhi bachcha paida nahi hua hai. jab bachcha paida hoga to main kya karunga? traditionally yeh hota hai ke bachcha paida hota hai to koi molvi bulaya jata hai. molvi kaan mein azan deta hai. Allahu Akbar, Allahu Akbar kehta hai uske kaan mein. to</w:t>
      </w:r>
    </w:p>
    <w:p>
      <w:pPr>
        <w:jc w:val="right"/>
      </w:pPr>
      <w:r>
        <w:t>جی رہا ہے ڈیموکریسی میں۔ ایک سیکولر آدمی مجھ کو ملے، وہ مسلمان ہیں، لیکن اب پکے وہ سیکولر ہو چکے ہیں۔ تو انہوں نے کہا کہ میری شادی ہوئی ہے، لیکن ابھی بچہ پیدا نہیں ہوا ہے۔ جب بچہ پیدا ہوگا تو میں کیا کروں گا؟ ٹریڈیشنلی یہ ہوتا ہے کہ بچہ پیدا ہوتا ہے تو کوئی مولوی بلایا جاتا ہے۔ مولوی کان میں اذان دیتا ہے۔ اللہ اکبر، اللہ اکبر کہتا ہے اس کے کان میں۔ تو</w:t>
      </w:r>
    </w:p>
    <w:p>
      <w:r>
        <w:rPr>
          <w:b/>
        </w:rPr>
        <w:t xml:space="preserve">[12:58] </w:t>
      </w:r>
      <w:r>
        <w:t>usne kaha ke main aisa nahi karunga. mera bachcha paida hoga to uske kaan mein kahunga main democracy, democracy, democracy. aaj ka insaan democracy mein believe karta hai. yaani government of the people. uske liye yeh unthinkable hai yeh government of God. theocratic state ka concept. yeh hai asal masla ke hamare log jo hain woh fail ho gaye</w:t>
      </w:r>
    </w:p>
    <w:p>
      <w:pPr>
        <w:jc w:val="right"/>
      </w:pPr>
      <w:r>
        <w:t>اس نے کہا کہ میں ایسا نہیں کروں گا۔ میرا بچہ پیدا ہوگا تو اس کے کان میں کہوں گا میں ڈیموکریسی، ڈیموکریسی، ڈیموکریسی۔ آج کا انسان ڈیموکریسی میں بیلیو کرتا ہے۔ یعنی گورنمنٹ آف دی پیپل۔ اس کے لیے یہ ان تھنکیبل ہے یہ گورنمنٹ آف گاڈ۔ تھیوکریٹک اسٹیٹ کا کانسیپٹ۔ یہ ہے اصل مسئلہ کہ ہمارے لوگ جو ہیں وہ فیل ہو گئے</w:t>
      </w:r>
    </w:p>
    <w:p>
      <w:r>
        <w:rPr>
          <w:b/>
        </w:rPr>
        <w:t xml:space="preserve">[13:28] </w:t>
      </w:r>
      <w:r>
        <w:t>is baat mein ke Islam ko is tarah pesh karen ke aaj ke insaan ko woh relevant maloom ho. relevant maloom ho. asal failure yahan par hai. doosron ko blame dena yeh to bilkul absurd baat hai. bilkul absurd baat hai.</w:t>
      </w:r>
    </w:p>
    <w:p>
      <w:pPr>
        <w:jc w:val="right"/>
      </w:pPr>
      <w:r>
        <w:t>اس بات میں کہ اسلام کو اس طرح پیش کریں کہ آج کے انسان کو وہ ریلیونٹ معلوم ہو۔ ریلیونٹ معلوم ہو۔ اصل فیلیر یہاں پر ہے۔ دوسروں کو بلیم دینا یہ تو بالکل ایبسرڈ بات ہے۔ بالکل ایبسرڈ بات ہے۔</w:t>
      </w:r>
    </w:p>
    <w:p>
      <w:r>
        <w:rPr>
          <w:b/>
        </w:rPr>
        <w:t xml:space="preserve">[14:01] </w:t>
      </w:r>
      <w:r>
        <w:t>mujhe apna ek qissa yaad aata hai jo usko illustrate karta hai bahut achhe tarike se. 1994 mein ek conference thi Guwahati mein. Guwahati Assam ka capital hai. to 1994 mein wahan par ek conference thi. India bhar ke intellectuals bulaye gaye the. to ek sahab jo kisi university se the, gaaliban Assam ki kisi university se,</w:t>
      </w:r>
    </w:p>
    <w:p>
      <w:pPr>
        <w:jc w:val="right"/>
      </w:pPr>
      <w:r>
        <w:t>مجھے اپنا ایک قصہ یاد آتا ہے جو اس کو ایلسٹریٹ کرتا ہے بہت اچھے طریقے سے۔ 1994 میں ایک کانفرنس تھی گوہاٹی میں۔ گوہاٹی آسام کا کیپیٹل ہے۔ تو 1994 میں وہاں پر ایک کانفرنس تھی۔ انڈیا بھر کے انٹلیکچولز بلائے گئے تھے۔ تو ایک صاحب جو کسی یونیورسٹی سے تھے، غالباً آسام کی کسی یونیورسٹی سے،</w:t>
      </w:r>
    </w:p>
    <w:p>
      <w:r>
        <w:rPr>
          <w:b/>
        </w:rPr>
        <w:t xml:space="preserve">[14:32] </w:t>
      </w:r>
      <w:r>
        <w:t>to unhone ek ek paper padha tha. us paper mein unhone bataya tha ke hamare Assam mein ek samsya hai jisko unhone kaha tha Jhoomi Cultivation. Assam ki yeh samsya batayi thi, Jhoomi Cultivation. meri samajh mein nahi aaya ke Jhoomi Cultivation kya cheez hai? achha, main kisi wajah se kisi se pooch nahi saka ke bhai Jhoomi Cultivation kya cheez hai? kyunke Jhoomi jo hai local word hai. Jhoomi,</w:t>
      </w:r>
    </w:p>
    <w:p>
      <w:pPr>
        <w:jc w:val="right"/>
      </w:pPr>
      <w:r>
        <w:t>تو انہوں نے ایک ایک پیپر پڑھا تھا۔ اس پیپر میں انہوں نے بتایا تھا کہ ہمارے آسام میں ایک سمسیا ہے جس کو انہوں نے کہا تھا جھومی کلٹیویشن۔ آسام کی یہ سمسیا بتائی تھی، جھومی کلٹیویشن۔ میری سمجھ میں نہیں آیا کہ جھومی کلٹیویشن کیا چیز ہے۔ اچھا، میں کسی وجہ سے کسی سے پوچھ نہیں سکا کہ بھئی جھومی کلٹیویشن کیا چیز ہے؟ کیونکہ جھومی جو ہے لوکل ورڈ ہے۔ جھومی،</w:t>
      </w:r>
    </w:p>
    <w:p>
      <w:r>
        <w:rPr>
          <w:b/>
        </w:rPr>
        <w:t xml:space="preserve">[15:02] </w:t>
      </w:r>
      <w:r>
        <w:t>Jhoomi English word nahi hai. Cultivation to English word hai. Jhoomi local language se liya gaya hai. to unhone bar bar apne paper mein is word ko dohrata tha, Jhoomi Cultivation. to meri samajh mein kuch nahi aaya, lekin main poocha bhi nahi kisi se ke bhai kya matlab iska hai? ab dekhiye ke taqreeban 15 saal beet gaye. aur main is se bilkul hi unaware raha ke what is Jhoomi Culti</w:t>
      </w:r>
    </w:p>
    <w:p>
      <w:pPr>
        <w:jc w:val="right"/>
      </w:pPr>
      <w:r>
        <w:t>جھومی انگلش ورڈ نہیں ہے۔ کلٹیویشن تو انگلش ورڈ ہے۔ جھومی لوکل لینگویج سے لیا گیا ہے۔ تو انہوں نے بار بار اپنے پیپر میں اس ورڈ کو دہرایا تھا، جھومی کلٹیویشن۔ تو میری سمجھ میں کچھ نہیں آیا، لیکن میں پوچھا بھی نہیں کسی سے کہ بھئی کیا مطلب اس کا ہے؟ اب دیکھیے کہ تقریباً 15 سال بیت گئے۔ اور میں اس سے بالکل ہی ان اویئر رہا کہ واٹ از جھومی کل</w:t>
      </w:r>
    </w:p>
    <w:p>
      <w:r>
        <w:rPr>
          <w:b/>
        </w:rPr>
        <w:t xml:space="preserve">[15:32] </w:t>
      </w:r>
      <w:r>
        <w:t>vation? kyun yahan par problem tha idiom ka. abhi main radio sun raha tha, yeh IGNO jo hota hai, jo uske program aate rehte hain radio par, IGNO ka aap jante honge. to ek program mein ek sahab bulaye gaye the, to woh lecture de rahe the us par, agriculture par.</w:t>
      </w:r>
    </w:p>
    <w:p>
      <w:pPr>
        <w:jc w:val="right"/>
      </w:pPr>
      <w:r>
        <w:t>ٹیویشن؟ کیوں یہاں پر پرابلم تھا ایڈیم کا۔ ابھی میں ریڈیو سن رہا تھا، یہ اگنو جو ہوتا ہے، جو اس کے پروگرام آتے رہتے ہیں ریڈیو پر، اگنو کا آپ جانتے ہوں گے۔ تو ایک پروگرام میں ایک صاحب بلائے گئے تھے، تو وہ لیکچر دے رہے تھے اس پر، ایگریکلچر پر۔</w:t>
      </w:r>
    </w:p>
    <w:p>
      <w:r>
        <w:rPr>
          <w:b/>
        </w:rPr>
        <w:t xml:space="preserve">[16:02] </w:t>
      </w:r>
      <w:r>
        <w:t>different kind of agriculture. usmein ek word use kiya unhone, shifting agriculture. us lecture mein unhone use kiya shifting agriculture. again, I was not understand, I was, again, I was not able to understand this word. what is shifting agriculture? to phir unhone isi mein kisi ne sawal kiya unse ke yeh shifting, what is shifting agriculture? to</w:t>
      </w:r>
    </w:p>
    <w:p>
      <w:pPr>
        <w:jc w:val="right"/>
      </w:pPr>
      <w:r>
        <w:t>ڈفرنٹ کائنڈ آف ایگریکلچر۔ اس میں ایک ورڈ یوز کیا انہوں نے، شفٹنگ ایگریکلچر۔ اس لیکچر میں انہوں نے یوز کیا شفٹنگ ایگریکلچر۔ اگین، آئی واز ناٹ انڈرسٹینڈ، آئی واز، اگین، آئی واز ناٹ ایبل ٹو انڈرسٹینڈ دس ورڈ۔ واٹ از شفٹنگ ایگریکلچر؟ تو پھر انہوں نے اسی میں کسی نے سوال کیا ان سے کہ یہ شفٹنگ، واٹ از شفٹنگ ایگریکلچر؟ تو</w:t>
      </w:r>
    </w:p>
    <w:p>
      <w:r>
        <w:rPr>
          <w:b/>
        </w:rPr>
        <w:t xml:space="preserve">[16:32] </w:t>
      </w:r>
      <w:r>
        <w:t>unhone bataya ke yeh jo area hain, is tarah ke hilly area, jahan jangla waghera hote hain, Assam jaise hai, wahan iska riwaj hai shifting agriculture ka. iska matlab kya hota hai? yahan se wahan chale jana. to woh log ab ek family hai ya ek chhota sa group hai, ek jagah gaye, wahan par ped hain aur thorny bushes hain aur</w:t>
      </w:r>
    </w:p>
    <w:p>
      <w:pPr>
        <w:jc w:val="right"/>
      </w:pPr>
      <w:r>
        <w:t>انہوں نے بتایا کہ یہ جو ایریا ہیں، اس طرح کے ہیلی ایریا، جہاں جنگل وغیرہ ہوتے ہیں، آسام جیسے ہے، وہاں اس کا رواج ہے شفٹنگ ایگریکلچر کا۔ اس کا مطلب کیا ہوتا ہے؟ یہاں سے وہاں چلے جانا۔ تو وہ لوگ اب ایک فیملی ہے یا ایک چھوٹا سا گروپ ہے، ایک جگہ گئے، وہاں پر پیڑ ہیں اور تھارنی بشز ہیں اور</w:t>
      </w:r>
    </w:p>
    <w:p>
      <w:r>
        <w:rPr>
          <w:b/>
        </w:rPr>
        <w:t xml:space="preserve">[17:03] </w:t>
      </w:r>
      <w:r>
        <w:t>woh hain pathar hain, to saaf karenge usko. ek chhota sa area lenge woh, usko saaf kar ke wahan par woh, woh zaraat, kheti karenge. lekin mushkil se teen saal wahan rehte hain, woh phir chhod ke chale jate hain. kyunke teen saal tak woh wahan par fertility rehti hai usmein. woh khaad istemal nahi karte. fertilizer nahi use karte woh. to zameen ki jo natural jo fertility hai, usko use k</w:t>
      </w:r>
    </w:p>
    <w:p>
      <w:pPr>
        <w:jc w:val="right"/>
      </w:pPr>
      <w:r>
        <w:t>وہ ہیں پتھر ہیں، تو صاف کریں گے اس کو۔ ایک چھوٹا سا ایریا لیں گے وہ، اس کو صاف کر کے وہاں پر وہ، وہ زراعت، کھیتی کریں گے۔ لیکن مشکل سے تین سال وہاں رہتے ہیں، وہ پھر چھوڑ کے چلے جاتے ہیں۔ کیونکہ تین سال تک وہ وہاں پر فرٹیلٹی رہتی ہے اس میں۔ وہ کھاد استعمال نہیں کرتے۔ فرٹیلائزر نہیں یوز کرتے وہ۔ تو زمین کی جو نیچرل جو فرٹیلٹی ہے، اس کو یوز ک</w:t>
      </w:r>
    </w:p>
    <w:p>
      <w:r>
        <w:rPr>
          <w:b/>
        </w:rPr>
        <w:t xml:space="preserve">[17:33] </w:t>
      </w:r>
      <w:r>
        <w:t>arenge. aur jab woh dekhenge ke ab kami aa gayi hai to chhod ke aur chale jayenge. phir kahin aur safai karenge. phir wahan par aisi karenge. wahan bhi jab fertility na rahegi to phir wahan se wahan chale jayenge. isko kehte hain shifting agriculture. isi ko unhone bole woh ke isi ko wahan Assam mein kehte hain Jhoomi agriculture, cultivation. tab main samjha. it took 15 years to understand thi</w:t>
      </w:r>
    </w:p>
    <w:p>
      <w:pPr>
        <w:jc w:val="right"/>
      </w:pPr>
      <w:r>
        <w:t>ریں گے۔ اور جب وہ دیکھیں گے کہ اب کمی آ گئی ہے تو چھوڑ کے اور چلے جائیں گے۔ پھر کہیں اور صفائی کریں گے۔ پھر وہاں پر ایسی کریں گے۔ وہاں بھی جب فرٹیلٹی نہ رہے گی تو پھر وہاں سے وہاں چلے جائیں گے۔ اس کو کہتے ہیں شفٹنگ ایگریکلچر۔ اسی کو انہوں نے بولے وہ کہ اسی کو وہاں آسام میں کہتے ہیں جھومی ایگریکلچر، کلٹیویشن۔ تب میں سمجھا۔ اٹ ٹک 15 ایئرز ٹو انڈرسٹینڈ د</w:t>
      </w:r>
    </w:p>
    <w:p>
      <w:r>
        <w:rPr>
          <w:b/>
        </w:rPr>
        <w:t xml:space="preserve">[18:03] </w:t>
      </w:r>
      <w:r>
        <w:t>s, this term. kyun? mere mind mein iska concept tha nahi. Jhoomi concept nahi tha. yahi haal aaj ki dunya ka ho gaya hai ke jo concept unke mind mein maujood nahi hai, us us language mein aap bol rahe hain. to there is a language gap. there is an idiom gap. jaise mere aur us lecturer ke, mere us professor ke beech mein language gap</w:t>
      </w:r>
    </w:p>
    <w:p>
      <w:pPr>
        <w:jc w:val="right"/>
      </w:pPr>
      <w:r>
        <w:t>س، دس ٹرم۔ کیوں؟ میرے مائنڈ میں اس کا کانسیپٹ تھا نہیں۔ جھومی کانسیپٹ نہیں تھا۔ یہی حال آج کی دنیا کا ہو گیا ہے کہ جو کانسیپٹ ان کے مائنڈ میں موجود نہیں ہے، اس اس لینگویج میں آپ بول رہے ہیں۔ تو دیر از اے لینگویج گیپ۔ دیر از اے ایڈیم گیپ۔ جیسے میرے اور اس لیکچرر کے، میرے اس پروفیسر کے بیچ میں لینگویج گی</w:t>
      </w:r>
    </w:p>
    <w:p>
      <w:r>
        <w:rPr>
          <w:b/>
        </w:rPr>
        <w:t xml:space="preserve">[18:33] </w:t>
      </w:r>
      <w:r>
        <w:t>aa gaya tha. woh Jhoomi Cultivation bole aur main janta nahi tha usko. yahi cheez zyada bade level par, greater scale par, Islam aur aaj ke generation ke beech mein aa gayi hai. there is a language gap. there is an idiom gap. yaani jo traditional language hum bolte hain, yeh jo kitaab maine aapko batayi,</w:t>
      </w:r>
    </w:p>
    <w:p>
      <w:pPr>
        <w:jc w:val="right"/>
      </w:pPr>
      <w:r>
        <w:t>پ آ گیا تھا۔ وہ جھومی کلٹیویشن بولے اور میں جانتا نہیں تھا اس کو۔ یہی چیز زیادہ بڑے لیول پر، گریٹر اسکیل پر، اسلام اور آج کے جنریشن کے بیچ میں آ گئی ہے۔ دیر از اے لینگویج گیپ۔ دیر از اے ایڈیم گیپ۔ یعنی جو ٹریڈیشنل لینگویج ہم بولتے ہیں، یہ جو کتاب میں نے آپ کو بتائی،</w:t>
      </w:r>
    </w:p>
    <w:p>
      <w:r>
        <w:rPr>
          <w:b/>
        </w:rPr>
        <w:t xml:space="preserve">[19:04] </w:t>
      </w:r>
      <w:r>
        <w:t>yeh pichhle sainkdo saal mein is tarah ke ideas develop hue the. scientific age jab zyada nahi aaya tha dunya mein, isi ko dohra rahe hain log. ab woh dunya usko discard kar chuki hai usko. jab kingship ka zamana tha, tab log shayad yeh samajh paate rahe honge ke hum khaleefa hain dunya mein, humne dunya mein government of God qaim karni hai. to kingship ka framework tha sochne ka us zamane mein. to log samajh paate the us</w:t>
      </w:r>
    </w:p>
    <w:p>
      <w:pPr>
        <w:jc w:val="right"/>
      </w:pPr>
      <w:r>
        <w:t>یہ پچھلے سینکڑوں سال میں اس طرح کے آئیڈیاز ڈیولپ ہوئے تھے۔ سائنٹیفک ایج جب زیادہ نہیں آیا تھا دنیا میں، اسی کو دہرا رہے ہیں لوگ۔ اب وہ دنیا اس کو ڈسکارڈ کر چکی ہے اس کو۔ جب کنگ شپ کا زمانہ تھا، تب لوگ شاید یہ سمجھ پاتے رہے ہوں گے کہ ہم خلیفہ ہیں دنیا میں، ہم نے دنیا میں گورنمنٹ آف گاڈ قائم کرنی ہے۔ تو کنگ شپ کا فریم ورک تھا سوچنے کا اس زمانے میں۔ تو لوگ سمجھ پاتے تھے اس</w:t>
      </w:r>
    </w:p>
    <w:p>
      <w:r>
        <w:rPr>
          <w:b/>
        </w:rPr>
        <w:t xml:space="preserve">[19:34] </w:t>
      </w:r>
      <w:r>
        <w:t>ko. aaj kingship ka framework khatm ho chuka hai. aaj democracy ka framework hai. aaj democracy ka framework hai. pehle zamane mein jab thodi si taraqqi kuch hui to samajh lein ke bas civilization taraqqi kar chuki hai. to keh diya ke Islam superior religion hai. kyunke taraqqi zyada developed civilization mein Islam aaya, isliye Islami sabse bada mazhab hai. abhi tak scientific age aaya nahi tha dunya</w:t>
      </w:r>
    </w:p>
    <w:p>
      <w:pPr>
        <w:jc w:val="right"/>
      </w:pPr>
      <w:r>
        <w:t>کو۔ آج کنگ شپ کا فریم ورک ختم ہو چکا ہے۔ آج ڈیموکریسی کا فریم ورک ہے۔ آج ڈیموکریسی کا فریم ورک ہے۔ پہلے زمانے میں جب تھوڑی سی ترقی کچھ ہوئی تو سمجھ لیں کہ بس سیولائزیشن ترقی کر چکی ہے۔ تو کہہ دیا کہ اسلام سپیئر ریلیجن ہے۔ کیونکہ ترقی زیادہ ڈیولپڈ سیولائزیشن میں اسلام آیا، اس لیے اسلامی سب سے بڑا مذہب ہے۔ ابھی تک سائنٹیفک ایج آیا نہیں تھا دنیا</w:t>
      </w:r>
    </w:p>
    <w:p>
      <w:r>
        <w:rPr>
          <w:b/>
        </w:rPr>
        <w:t xml:space="preserve">[20:04] </w:t>
      </w:r>
      <w:r>
        <w:t>mein. scientific age abhi tak dunya mein nahi aaya tha. hamare gaon mein ek qissa bataun aapko, jo hand pump hota hai, hand pump jab aaya pehli bar, yaani zameen se pani nikalne ka, to ek jahil aurat ne kaha usko jab usko dekha aise chalaya ja raha ho, pani nikal raha hai. to usne kaha ke apni dehati zuban mein kaha ke munh maut se haara hai.</w:t>
      </w:r>
    </w:p>
    <w:p>
      <w:pPr>
        <w:jc w:val="right"/>
      </w:pPr>
      <w:r>
        <w:t>میں۔ سائنٹیفک ایج ابھی تک دنیا میں نہیں آیا تھا۔ ہمارے گاؤں میں ایک قصہ بتاؤں آپ کو، جو ہینڈ پمپ ہوتا ہے، ہینڈ پمپ جب آیا پہلی بار، یعنی زمین سے پانی نکالنے کا، تو ایک جاہل عورت نے کہا اس کو جب اس کو دیکھا ایسے چلایا جا رہا ہو، پانی نکل رہا ہے۔ تو اس نے کہا کہ اپنی دیہاتی زبان میں کہا کہ منع موت سے ہارا ہے۔</w:t>
      </w:r>
    </w:p>
    <w:p>
      <w:r>
        <w:rPr>
          <w:b/>
        </w:rPr>
        <w:t xml:space="preserve">[20:35] </w:t>
      </w:r>
      <w:r>
        <w:t>yaani insaan jo hai sirf yahi uske bas mein nahi hai ke maut ko roke. baqi sab kar liya usne. yaani hand pump ko samjha usne ke bahut badi cheez ho gayi. to usne kaha ke munh, munh matlab insaan. munh maut se haara hai. ke insaan ki wajah se yahi nahi ke maut roke, baqi itna bada kaam kar liya ke zameen ke andar se pani nikal liya. us waqt badi cheez wahi nazar aati thi usko. to jab pehle zamane mein jab ghoda gaadi aur baghi bani, to log samjhe ke bas</w:t>
      </w:r>
    </w:p>
    <w:p>
      <w:pPr>
        <w:jc w:val="right"/>
      </w:pPr>
      <w:r>
        <w:t>یعنی انسان جو ہے صرف یہی اس کے بس میں نہیں ہے کہ موت کو روکے۔ باقی سب کر لیا اس نے۔ یعنی ہینڈ پمپ کو سمجھا اس نے کہ بہت بڑی چیز ہو گئی۔ تو اس نے کہا کہ منع، منع مطلب انسان۔ منع موت سے ہارا ہے۔ کہ انسان کی وجہ سے یہی نہیں کہ موت روکے، باقی اتنا بڑا کام کر لیا کہ زمین کے اندر سے پانی نکال لیا۔ اس وقت بڑی چیز وہی نظر آتی تھی اس کو۔ تو جب پہلے زمانے میں جب گھوڑا گاڑی اور بگھی بنی، تو لوگ سمجھے کہ بس</w:t>
      </w:r>
    </w:p>
    <w:p>
      <w:r>
        <w:rPr>
          <w:b/>
        </w:rPr>
        <w:t xml:space="preserve">[21:05] </w:t>
      </w:r>
      <w:r>
        <w:t>civilization aakhri had ko pahunch gayi. insaan pehle chalta tha paidal. phir usne ghoda gaadi banaya, baghi banayi, jis par nawab log, raja log, badshah log baitha karte the. to logon ne samjha ke bas civilization ka aakhri darja aa gaya. to keh diya ke dekho aakhri darje mein Islam aaya hai to Islam jo hai superior mazhab hai. aur scientific age abhi baqi tha. jab scientific age aaya to maloom hua ke yeh to bilkul</w:t>
      </w:r>
    </w:p>
    <w:p>
      <w:pPr>
        <w:jc w:val="right"/>
      </w:pPr>
      <w:r>
        <w:t>سیولائزیشن آخری حد کو پہنچ گئی۔ انسان پہلے چلتا تھا پیدل۔ پھر اس نے گھوڑا گاڑی بنایا، بگھی بنائی، جس پر نواب لوگ، راجہ لوگ، بادشاہ لوگ بیٹھا کرتے تھے۔ تو لوگوں نے سمجھا کہ بس سیولائزیشن کا آخری درجہ آ گیا۔ تو کہہ دیا کہ دیکھو آخری درجے میں اسلام آیا ہے تو اسلام جو ہے سپیئر مذہب ہے۔ اور سائنٹیفک ایج ابھی باقی تھا۔ جب سائنٹیفک ایج آیا تو معلوم ہوا کہ یہ تو بالکل</w:t>
      </w:r>
    </w:p>
    <w:p>
      <w:r>
        <w:rPr>
          <w:b/>
        </w:rPr>
        <w:t xml:space="preserve">[21:35] </w:t>
      </w:r>
      <w:r>
        <w:t>absurd baat hai yeh. aisi kitaben log aaj pesh kar rahe hain tarjuma kar kar ke usko. yeh kitaab asal mein Urdu mein likhi gayi thi. dono kitaben. usne English mein translate kar liya hai. aap usko ja ke bant rahe hain. to the greater problem kya hai? there is a gap between your and madhu. intellectual gap. there is an intellectual gap. there is</w:t>
      </w:r>
    </w:p>
    <w:p>
      <w:pPr>
        <w:jc w:val="right"/>
      </w:pPr>
      <w:r>
        <w:t>ایبسرڈ بات ہے یہ۔ ایسی کتابیں لوگ آج پیش کر رہے ہیں ترجمہ کر کر کے اس کو۔ یہ کتاب اصلًا اردو میں لکھی گئی تھی۔ دونوں کتابیں۔ اس نے انگلش میں ٹرانسلیٹ کر لیا ہے۔ آپ اس کو جا کے بانٹ رہے ہیں۔ تو دا گریٹر پرابلم کیا ہے؟ دیر از اے گیپ بٹوین دائی اور مدھو۔ انٹلیکچول گیپ۔ دیر از اے انٹلیکچول گیپ۔ دیر از</w:t>
      </w:r>
    </w:p>
    <w:p>
      <w:r>
        <w:rPr>
          <w:b/>
        </w:rPr>
        <w:t xml:space="preserve">[22:05] </w:t>
      </w:r>
      <w:r>
        <w:t>ain intellectual gap bitween dai or madhu. der iz a problem. woh jhoomi culture, jhoomi cultivation ka lafz bol rahe hain aur main usay samajh nahin pata. yeh jhoomi cultivation ke word mein explain kar rahe hain woh. aur main is idiom se waqif nahin, is language se waqif nahin. to mere aur un ke beech mein aik language gap aa gaya hai. isi se aap samajh sakte hain ke aaj ka problem kya hai?</w:t>
      </w:r>
    </w:p>
    <w:p>
      <w:pPr>
        <w:jc w:val="right"/>
      </w:pPr>
      <w:r>
        <w:t>این انٹلیکچول گیپ بٹوین دائی اور مدھو۔ دیر از اے پرابلم۔ وہ جھومی کلچر، جھومی کلٹیویشن کا لفظ بول رہے ہیں اور میں اسے سمجھ نہیں پاتا۔ یہ جھومی کلٹیویشن کے ورڈ میں ایکسپلین کر رہے ہیں وہ۔ اور میں اس ایڈیم سے واقف نہیں، اس لینگویج سے واقف نہیں۔ تو میرے اور ان کے بیچ میں ایک لینگویج گیپ آ گیا ہے۔ اسی سے آپ سمجھ سکتے ہیں کہ آج کا پرابلم کیا ہے؟</w:t>
      </w:r>
    </w:p>
    <w:p>
      <w:r>
        <w:rPr>
          <w:b/>
        </w:rPr>
        <w:t xml:space="preserve">[22:36] </w:t>
      </w:r>
      <w:r>
        <w:t>aaj ka problem kya hai? ab main aap ko aik misaal deta hoon, zyada clear misaal. dekhen aik hadith hai, woh albukhari mein bhi hai, sahih muslim mein bhi hai. is hadith mein rasool Allah ne bataya ke</w:t>
      </w:r>
    </w:p>
    <w:p>
      <w:pPr>
        <w:jc w:val="right"/>
      </w:pPr>
      <w:r>
        <w:t>آج کا پرابلم کیا ہے؟ اب میں آپ کو ایک مثال دیتا ہوں، زیادہ کلیئر مثال۔ دیکھیں ایک حدیث ہے، وہ البخاری میں بھی ہے، صحیح مسلم میں بھی ہے۔ اس حدیث میں رسول اللہ نے بتایا کہ</w:t>
      </w:r>
    </w:p>
    <w:p>
      <w:r>
        <w:rPr>
          <w:b/>
        </w:rPr>
        <w:t xml:space="preserve">[23:07] </w:t>
      </w:r>
      <w:r>
        <w:t>logon ko, peghambaron ko jo ayat di gayeen, aaj kal hum bolte hain moajza, woh apne zamanay ke lehaz se theen. apne zamanay mein jis cheez ka chalan tha, jis cheez ko log bara samajhte the, usi ke lehaz se moajza diya gaya. moajze ke baray mein aagay main bataunga ke yeh is yeh term hi ghalat hai yeh. lekin khair is mein ayat ka word hai, ayat, nishani. yeh dekhen Hazrat Masih ke zamanay mein,</w:t>
      </w:r>
    </w:p>
    <w:p>
      <w:pPr>
        <w:jc w:val="right"/>
      </w:pPr>
      <w:r>
        <w:t>لوگوں کو، پیغمبروں کو جو آیات دی گئیں، آج کل ہم بولتے ہیں معجزہ، وہ اپنے زمانے کے لحاظ سے تھیں۔ اپنے زمانے میں جس چیز کا چلن تھا، جس چیز کو لوگ بڑا سمجھتے تھے، اسی کے لحاظ سے معجزہ دیا گیا۔ معجزے کے بارے میں آگے میں بتاؤں گا کہ یہ اس یہ ٹرم ہی غلط ہے یہ۔ لیکن خیر اس میں آیت کا ورڈ ہے، آیت، نشانی۔ یہ دیکھیں حضرت مسیح کے زمانے میں،</w:t>
      </w:r>
    </w:p>
    <w:p>
      <w:r>
        <w:rPr>
          <w:b/>
        </w:rPr>
        <w:t xml:space="preserve">[23:38] </w:t>
      </w:r>
      <w:r>
        <w:t>is zamanay mein bohat zyada woh tha, yaani tibb ka riwaj tha. to Hazrat Masih ko tibb ke lehaz se moajza diya gaya ke woh acha karte the bohat hi chronic diseases ko. chronic diseases ko acha karte the woh. Hazrat Musa ke zamanay mein magic ka zor tha, magic. to magic ki nisbat se unhein aik moajza diya gaya ke un ka jo staff</w:t>
      </w:r>
    </w:p>
    <w:p>
      <w:pPr>
        <w:jc w:val="right"/>
      </w:pPr>
      <w:r>
        <w:t>اس زمانے میں بہت زیادہ وہ تھا، یعنی طب کا رواج تھا۔ تو حضرت مسیح کو طب کے لحاظ سے معجزہ دیا گیا کہ وہ اچھا کرتے تھے بہت ہی کرونک ڈیزیزز کو۔ کرونک ڈیزیزز کو اچھا کرتے تھے وہ۔ حضرت موسیٰ کے زمانے میں میجک کا زور تھا، میجک۔ تو میجک کی نسبت سے انہیں ایک معجزہ دیا گیا کہ ان کا جو اسٹاف</w:t>
      </w:r>
    </w:p>
    <w:p>
      <w:r>
        <w:rPr>
          <w:b/>
        </w:rPr>
        <w:t xml:space="preserve">[24:08] </w:t>
      </w:r>
      <w:r>
        <w:t>tha woh saanp ban gaya. that was according to the age. woh age tha ke wahan magic, magician bohat hua karte the is zamanay mein. magician. scientific age ne magician ko khatam kar diya. ab koi magic dunya mein nahin hai. kyunke science jo hai super magic ban gayi. to Hazrat Musa ko kya diya gaya?</w:t>
      </w:r>
    </w:p>
    <w:p>
      <w:pPr>
        <w:jc w:val="right"/>
      </w:pPr>
      <w:r>
        <w:t>تھا وہ سانپ بن گیا۔ دیٹ واز اکارڈنگ ٹو دا ایج۔ وہ ایج تھا کہ وہاں میجک، میجیشن بہت ہوا کرتے تھے اس زمانے میں۔ میجیشن۔ سائنٹیفک ایج نے میجیشن کو ختم کر دیا۔ اب کوئی میجک دنیا میں نہیں ہے۔ کیونکہ سائنس جو ہے سپر میجک بن گئی۔ تو حضرت موسیٰ کو کیا دیا گیا؟</w:t>
      </w:r>
    </w:p>
    <w:p>
      <w:r>
        <w:rPr>
          <w:b/>
        </w:rPr>
        <w:t xml:space="preserve">[24:39] </w:t>
      </w:r>
      <w:r>
        <w:t>moajza. yaani jab gaye woh farooh ke darbar mein to un ke hath mein aik aik asaa tha, staff. to us ne kaha ke koi nishani tum laye ho, dikhao. koi sign, nishani means sign, s-i-g-n. to unhon ne apna staff ya apna asaa dala zameen par, to woh serpent ban gaya. woh serpent ban gaya. yeh</w:t>
      </w:r>
    </w:p>
    <w:p>
      <w:pPr>
        <w:jc w:val="right"/>
      </w:pPr>
      <w:r>
        <w:t>معجزہ۔ یعنی جب گئے وہ فاروق کے دربار میں تو ان کے ہاتھ میں ایک ایک عصا تھا، اسٹاف۔ تو اس نے کہا کہ کوئی نشانی تم لائے ہو، دکھاؤ۔ کوئی سائن، نشانی مینز سائن، ایس آئی جی این۔ تو انہوں نے اپنا اسٹاف یا اپنا عصا ڈالا زمین پر، تو وہ سرپنٹ بن گیا۔ وہ سرپنٹ بن گیا۔ یہ</w:t>
      </w:r>
    </w:p>
    <w:p>
      <w:r>
        <w:rPr>
          <w:b/>
        </w:rPr>
        <w:t xml:space="preserve">[25:09] </w:t>
      </w:r>
      <w:r>
        <w:t>tha un ka moajza. is par main thora detail mein batana chahta hoon aap ko ke kyunke bohat hi, bohat hi zyada important point hai yeh. sab se pehle aap dekhiye ke moajza ka word jo hai woh na Quran mein hai na hadith mein hai. yeh bohat hi important baat hai samajhna is ko ke musalmanon ne bohat si kitabein likh rakhi hain moajzat par. moti moti kitabein hain. ab ghor kijiye ke moajza ka to word hi y</w:t>
      </w:r>
    </w:p>
    <w:p>
      <w:pPr>
        <w:jc w:val="right"/>
      </w:pPr>
      <w:r>
        <w:t>تھا ان کا معجزہ۔ اس پر میں تھوڑا ڈیٹیل میں بتانا چاہتا ہوں آپ کو کہ کیونکہ بہت ہی، بہت ہی زیادہ امپورٹنٹ پوائنٹ ہے یہ۔ سب سے پہلے آپ دیکھیے کہ معجزہ کا ورڈ جو ہے وہ نہ قرآن میں ہے نہ حدیث میں ہے۔ یہ بہت ہی امپورٹنٹ بات ہے سمجھنا اس کو کہ مسلمانوں نے بہت سی کتابیں لکھ رکھی ہیں معجزات پر۔ موٹی موٹی کتابیں ہیں۔ اب غور کیجیے کہ معجزہ کا تو ورڈ ہی ی</w:t>
      </w:r>
    </w:p>
    <w:p>
      <w:r>
        <w:rPr>
          <w:b/>
        </w:rPr>
        <w:t xml:space="preserve">[25:39] </w:t>
      </w:r>
      <w:r>
        <w:t>uz nahin hua Quran mein, na hadith mein. ab shayad thinking jo hai de-realment ho gaya thinking ka. log in term of moajza sochne lage. jabke moajza kuch tha nahin Quran mein na hadith mein. Quran mein jo hai ayat ka word hai, ayat. ayat means sign. s-i-g-n sign. yeh kitna bara de-realment tha, intellectual de-realment. yaani aik cheez, aik</w:t>
      </w:r>
    </w:p>
    <w:p>
      <w:pPr>
        <w:jc w:val="right"/>
      </w:pPr>
      <w:r>
        <w:t>وز نہیں ہوا قرآن میں، نہ حدیث میں۔ اب شاید تھنکنگ جو ہے ڈی ریلمنٹ ہو گیا تھنکنگ کا۔ لوگ ان ٹرم آف معجزہ سوچنے لگے۔ جبکہ معجزہ کچھ تھا نہیں قرآن میں نہ حدیث میں۔ قرآن میں جو ہے آیت کا ورڈ ہے، آیت۔ آیت مینز سائن۔ ایس آئی جی این سائن۔ یہ کتنا بڑا ڈی ریلمنٹ تھا، انٹلیکچول ڈی ریلمنٹ۔ یعنی ایک چیز، ایک</w:t>
      </w:r>
    </w:p>
    <w:p>
      <w:r>
        <w:rPr>
          <w:b/>
        </w:rPr>
        <w:t xml:space="preserve">[26:09] </w:t>
      </w:r>
      <w:r>
        <w:t>concept jo Quran mein tha hi nahin, jo hadith mein tha hi nahin, woh aap ne induct kar diya. moajza ke maani hote hain? aur ayat ke maani hote hain? is baat ko samajh lijiye ke Quran mein moajza ka word aaya hi nahin sary se, jo hum bohat bolte hain. ayat ka word aaya hai. moajza ke maani hote hain, moajza yaani jeem par zer, moajza. is ka matlab kya hota hai?</w:t>
      </w:r>
    </w:p>
    <w:p>
      <w:pPr>
        <w:jc w:val="right"/>
      </w:pPr>
      <w:r>
        <w:t>کانسیپٹ جو قرآن میں تھا ہی نہیں، جو حدیث میں تھا ہی نہیں، وہ آپ نے انڈکٹ کر دیا۔ معجزہ کے معنی کیا ہوتے ہیں؟ اور آیت کے معنی کیا ہوتے ہیں؟ اس بات کو سمجھ لیجیے کہ قرآن میں معجزہ کا ورڈ آیا ہی نہیں سرے سے، جو ہم بہت بولتے ہیں۔ آیت کا ورڈ آیا ہے۔ معجزہ کے معنی ہوتے ہیں، معجزہ یعنی جیم پر زیر، معجزہ۔ اس کا مطلب کیا ہوتا ہے؟</w:t>
      </w:r>
    </w:p>
    <w:p>
      <w:r>
        <w:rPr>
          <w:b/>
        </w:rPr>
        <w:t xml:space="preserve">[26:39] </w:t>
      </w:r>
      <w:r>
        <w:t>ke aijz kar dene wala, yaani doosra aadmi jis ko repeat na kar sake. english mein kehte hain is ko miracle. miracle. ke jis ko aik aadmi kare aur doosra aadmi na kar sake. to is word se kya point banta hai? ke moajza jo hai woh Hazrat Musa ki aik karamat thi. aik aisa kaam</w:t>
      </w:r>
    </w:p>
    <w:p>
      <w:pPr>
        <w:jc w:val="right"/>
      </w:pPr>
      <w:r>
        <w:t>کہ عاجز کر دینے والا، یعنی دوسرا آدمی جس کو ریپیٹ نہ کر سکے۔ انگلش میں کہتے ہیں اس کو میریکل۔ میریکل۔ کہ جس کو ایک آدمی کرے اور دوسرا آدمی نہ کر سکے۔ تو اس ورڈ سے کیا پوائنٹ بنتا ہے؟ کہ معجزہ جو ہے وہ حضرت موسیٰ کی ایک کرامت تھی۔ ایک ایسا کام</w:t>
      </w:r>
    </w:p>
    <w:p>
      <w:r>
        <w:rPr>
          <w:b/>
        </w:rPr>
        <w:t xml:space="preserve">[27:10] </w:t>
      </w:r>
      <w:r>
        <w:t>unhon ne kiya jo wohi kar sakte the, koi kar nahin sakta tha. to ancient, ancient Egypt ke liye to moajza tha, woh aaj ke liye kuch bhi nahin hai. aaj hum moajza nahin dikha sakte. hum lakri ko serpent nahin bana sakte. to kaha ke moajza khatam. ab aaj ke dai ke paas koi moajza nahin. lekin aap dekhen Quran mein jo word aaya hai woh aaya ayat. s-i-g-n sign. sign aaj bhi possible hai.</w:t>
      </w:r>
    </w:p>
    <w:p>
      <w:pPr>
        <w:jc w:val="right"/>
      </w:pPr>
      <w:r>
        <w:t>انہوں نے کیا جو وہی کر سکتے تھے، کوئی کر نہیں سکتا تھا۔ تو اینشنٹ، اینشنٹ ایجپٹ کے لیے تو معجزہ تھا، وہ آج کے لیے کچھ بھی نہیں ہے۔ آج ہم معجزہ نہیں دکھا سکتے۔ ہم لکڑی کو سرپنٹ نہیں بنا سکتے۔ تو کہا کہ معجزہ ختم۔ اب آج کے دائی کے پاس کوئی معجزہ نہیں۔ لیکن آپ دیکھیں قرآن میں جو ورڈ آیا ہے وہ آیا آیت۔ ایس آئی جی این سائن۔ سائن آج بھی پاسیبل ہے۔</w:t>
      </w:r>
    </w:p>
    <w:p>
      <w:r>
        <w:rPr>
          <w:b/>
        </w:rPr>
        <w:t xml:space="preserve">[27:41] </w:t>
      </w:r>
      <w:r>
        <w:t>bohat hi important baat hai, is ko sochiye aap ke sign jo hai nishani aaj bhi possible hai. to woh kaise? dekhiye, ab is ko aap ghor kijiye. what was that sign which was performed by Moses? woh tha conversion. yaani un ke hath mein aik lakri thi, aik asaa tha, aik staff tha, us ko zameen par dala to woh</w:t>
      </w:r>
    </w:p>
    <w:p>
      <w:pPr>
        <w:jc w:val="right"/>
      </w:pPr>
      <w:r>
        <w:t>بہت ہی امپورٹنٹ بات ہے، اس کو سوچیے آپ کہ سائن جو ہے نشانی آج بھی پاسیبل ہے۔ تو وہ کیسے؟ دیکھیے، اب اس کو آپ غور کیجیے۔ واٹ واز دیٹ سائن وچ وار پرفارمڈ بائی موزیس؟ وہ تھا کنورژن۔ یعنی ان کے ہاتھ میں ایک لکڑی تھی، ایک عصا تھا، ایک اسٹاف تھا، اس کو زمین پر ڈالا تو وہ</w:t>
      </w:r>
    </w:p>
    <w:p>
      <w:r>
        <w:rPr>
          <w:b/>
        </w:rPr>
        <w:t xml:space="preserve">[28:11] </w:t>
      </w:r>
      <w:r>
        <w:t>serpent ban gaya. that was a conversion. conversion. yaani aik piece of wood ka convert ho jana serpent ki shakal mein. to main samajhta hoon ke yeh it was a token miracle. it was not a final miracle. Hazrat Musa ne yeh kar ke dikhaya ke universe ka jo nizam hai woh sara conversion par base karta hai.</w:t>
      </w:r>
    </w:p>
    <w:p>
      <w:pPr>
        <w:jc w:val="right"/>
      </w:pPr>
      <w:r>
        <w:t>سرپنٹ بن گیا۔ دیٹ واز اے کنورژن۔ کنورژن۔ یعنی ایک پیس آف وڈ کا کنورٹ ہو جانا سرپنٹ کی شکل میں۔ تو میں سمجھتا ہوں کہ یہ اٹ واز اے ٹوکن میریکل۔ اٹ واز ناٹ اے فائنل میریکل۔ حضرت موسیٰ نے یہ کر کے دکھایا کہ یونیورس کا جو نظام ہے وہ سارا کنورژن پر بیس کرتا ہے۔</w:t>
      </w:r>
    </w:p>
    <w:p>
      <w:r>
        <w:rPr>
          <w:b/>
        </w:rPr>
        <w:t xml:space="preserve">[28:42] </w:t>
      </w:r>
      <w:r>
        <w:t>conversion. conversion ka matlab kya hai? conversion aik english word hai, is ka matlab kya hota hai? is ka matlab hai the act of changing something from one form to another form. aik form ko doosra form bana dena. that is conversion. Hazrat Musa ne aik token ke roop mein, aik alamat ke roop mein yeh bataya</w:t>
      </w:r>
    </w:p>
    <w:p>
      <w:pPr>
        <w:jc w:val="right"/>
      </w:pPr>
      <w:r>
        <w:t>کنورژن۔ کنورژن کا مطلب کیا ہے؟ کنورژن ایک انگلش ورڈ ہے، اس کا مطلب کیا ہوتا ہے؟ اس کا مطلب ہے دی ایکٹ آف چینجنگ سم تھنگ فرام ون فارم ٹو انادر فارم۔ ایک فارم کو دوسرا فارم بنا دینا۔ دیٹ از کنورژن۔ حضرت موسیٰ نے ایک ٹوکن کے روپ میں، ایک علامت کے روپ میں یہ بتایا</w:t>
      </w:r>
    </w:p>
    <w:p>
      <w:r>
        <w:rPr>
          <w:b/>
        </w:rPr>
        <w:t xml:space="preserve">[29:13] </w:t>
      </w:r>
      <w:r>
        <w:t>ke Khuda ka poora nizam, jis ko hum nature kehte hain, poora nature conversion par qaim hai. conversion par. super, super miracle hai. woh kaise? yeh science ne bataya hai. Quran mein hai ke yaani in science ke zariye ayatain kholi jayengi. yeh matlab hai is nishaniyan kholi jayengi. Quran ki yeh jo verse hai yeh bata</w:t>
      </w:r>
    </w:p>
    <w:p>
      <w:pPr>
        <w:jc w:val="right"/>
      </w:pPr>
      <w:r>
        <w:t>کہ خدا کا پورا نظام، جس کو ہم نیچر کہتے ہیں، پورا نیچر کنورژن پر قائم ہے۔ کنورژن پر۔ سپر، سپر میریکل ہے۔ وہ کیسے؟ یہ سائنس نے بتایا ہے۔ قرآن میں ہے کہ یعنی ان سائنس کے ذریعے آیتیں کھولی جائیں گی۔ یہ مطلب ہے اس نشانیاں کھولی جائیں گی۔ قرآن کی یہ جو ورس ہے یہ بت</w:t>
      </w:r>
    </w:p>
    <w:p>
      <w:r>
        <w:rPr>
          <w:b/>
        </w:rPr>
        <w:t xml:space="preserve">[29:43] </w:t>
      </w:r>
      <w:r>
        <w:t>ti hai ke science ke zariye future mein nishaniyan, science kholi jayengi. yaani conversion ka jo ke science hai, woh jab science ka zamanay aayega us waqt insan janay ga. ab main aap se batata hoon ke dekhiye science ki study kya batati hai hum ko. sara poora nature jo hai aakhir mein kya hai woh atom hai. atom kya hai?</w:t>
      </w:r>
    </w:p>
    <w:p>
      <w:pPr>
        <w:jc w:val="right"/>
      </w:pPr>
      <w:r>
        <w:t>اتی ہے کہ سائنس کے ذریعے فیوچر میں نشانیاں، سائنس کھولی جائیں گی۔ یعنی کنورژن کا جو کہ سائنس ہے، وہ جب سائنس کا زمانہ آئے گا اس وقت انسان جانے گا۔ اب میں آپ سے بتاتا ہوں کہ دیکھیے سائنس کی اسٹڈی کیا بتاتی ہے ہم کو۔ سارا پورا نیچر جو ہے آخر میں کیا ہے وہ ایٹم ہے۔ ایٹم کیا ہے؟</w:t>
      </w:r>
    </w:p>
    <w:p>
      <w:r>
        <w:rPr>
          <w:b/>
        </w:rPr>
        <w:t xml:space="preserve">[30:14] </w:t>
      </w:r>
      <w:r>
        <w:t>electronic particle, electric particle ka conversion. electric particle jab convert hote hain to atom ban jate hain. atom phir convert hota hai to molecule ban jata hai. molecule convert hota hai to compound ban jata hai. compound convert hota hai to element ban jata hai. element ban jata hai to sari cheezein is se banti hain. yeh sara act of conversion hai. kisi cheez ko bhi dekhen aap. yaani aik cheez jo non serpent thi woh serpent</w:t>
      </w:r>
    </w:p>
    <w:p>
      <w:pPr>
        <w:jc w:val="right"/>
      </w:pPr>
      <w:r>
        <w:t>الیکٹرانک پارٹیکل، الیکٹرک پارٹیکل کا کنورژن۔ الیکٹرک پارٹیکل جب کنورٹ ہوتے ہیں تو ایٹم بن جاتے ہیں۔ ایٹم پھر کنورٹ ہوتا ہے تو مالیکیول بن جاتا ہے۔ مالیکیول کنورٹ ہوتا ہے تو کمپاؤنڈ بن جاتا ہے۔ کمپاؤنڈ کنورٹ ہوتا ہے تو ایلیمنٹ بن جاتا ہے۔ ایلیمنٹ بن جاتا ہے تو ساری چیزیں اس سے بنتی ہیں۔ یہ سارا ایکٹ آف کنورژن ہے۔ کسی چیز کو بھی دیکھیں آپ۔ یعنی ایک چیز جو نان سرپنٹ تھی وہ سرپنٹ</w:t>
      </w:r>
    </w:p>
    <w:p>
      <w:r>
        <w:rPr>
          <w:b/>
        </w:rPr>
        <w:t xml:space="preserve">[30:44] </w:t>
      </w:r>
      <w:r>
        <w:t>ban gayi. that was a conversion. Hazrat Musa ne kya kiya? ke non serpent ko serpent bana diya. that was a conversion. yeh to poore universe mein ho raha hai. aik tree ko dekhiye, aik non tree jo hai tree ban gaya. tree kya tha? soil tha ya seed tha ya pani tha? tree to tree ibtida mein pehle kya tha? non tree tha.</w:t>
      </w:r>
    </w:p>
    <w:p>
      <w:pPr>
        <w:jc w:val="right"/>
      </w:pPr>
      <w:r>
        <w:t>بن گئی۔ دیٹ واز اے کنورژن۔ حضرت موسیٰ نے کیا کیا؟ کہ نان سرپنٹ کو سرپنٹ بنا دیا۔ دیٹ واز اے کنورژن۔ یہ تو پورے یونیورس میں ہو رہا ہے۔ ایک ٹری کو دیکھیے، ایک نان ٹری جو ہے ٹری بن گیا۔ ٹری کیا تھا؟ سائل تھا یا سیڈ تھا یا پانی تھا؟ ٹری تو ٹری ابتدا میں پہلے کیا تھا؟ نان ٹری تھا۔</w:t>
      </w:r>
    </w:p>
    <w:p>
      <w:r>
        <w:rPr>
          <w:b/>
        </w:rPr>
        <w:t xml:space="preserve">[31:15] </w:t>
      </w:r>
      <w:r>
        <w:t>non tree convert ho kar tree ban gaya. insan bhi kya hai? non insan convert ho kar insan ban gaya. aik gene ki shakal mein hum the. to woh insan to nahin tha woh. non insan convert ho kar insan ban gaya. water kya hai? do gases, hydrogen oxygen, woh convert ho kar pani ban gayi. to non water, non water convert ho kar water ban gaya. poore universe mein</w:t>
      </w:r>
    </w:p>
    <w:p>
      <w:pPr>
        <w:jc w:val="right"/>
      </w:pPr>
      <w:r>
        <w:t>نان ٹری کنورٹ ہو کر ٹری بن گیا۔ انسان بھی کیا ہے؟ نان انسان کنورٹ ہو کر انسان بن گیا۔ ایک جین کی شکل میں ہم تھے۔ تو وہ انسان تو نہیں تھا وہ۔ نان انسان کنورٹ ہو کر انسان بن گیا۔ واٹر کیا ہے؟ دو گیسز، ہائیڈروجن اکسیجن، وہ کنورٹ ہو کر پانی بن گئی۔ تو نان واٹر، نان واٹر کنورٹ ہو کر واٹر بن گیا۔ پورے یونیورس میں</w:t>
      </w:r>
    </w:p>
    <w:p>
      <w:r>
        <w:rPr>
          <w:b/>
        </w:rPr>
        <w:t xml:space="preserve">[31:45] </w:t>
      </w:r>
      <w:r>
        <w:t>yehi ho raha hai, poore universe mein. koi bhi cheez aap le lijiye. it is a act of conversion. to Hazrat Musa ne jo dikhaya woh traditional age ka moajza tha. aaj hamein scientific age ke moajze is zamanay mein hum jee rahe hain. ab hum yeh keh sakte hain ke Moses ka jo miracle tha woh tha is baat ka demonstration ke</w:t>
      </w:r>
    </w:p>
    <w:p>
      <w:pPr>
        <w:jc w:val="right"/>
      </w:pPr>
      <w:r>
        <w:t>یہی ہو رہا ہے، پورے یونیورس میں۔ کوئی بھی چیز آپ لے لیجیے۔ اٹ از اے ایکٹ آف کنورژن۔ تو حضرت موسیٰ نے جو دکھایا وہ ٹریڈیشنل ایج کا معجزہ تھا۔ آج ہمیں سائنٹیفک ایج کے معجزے اس زمانے میں ہم جی رہے ہیں۔ اب ہم یہ کہہ سکتے ہیں کہ موزیس کا جو میریکل تھا وہ تھا اس بات کا ڈیمونسٹریشن کہ</w:t>
      </w:r>
    </w:p>
    <w:p>
      <w:r>
        <w:rPr>
          <w:b/>
        </w:rPr>
        <w:t xml:space="preserve">[32:15] </w:t>
      </w:r>
      <w:r>
        <w:t>is dunya mein sab kuch conversion ke zariye ho raha hai. sab kuch conversion ke zariye ho raha hai. jaise is ka yaani cow ke pait mein non milk convert ho kar milk ban jata hai. khud cow jo hai woh non cow thi pehle, phir woh cow ban gayi. to cow bhi non cow ka conversion hai. milk jo hai non milk ka conversion hai. wheat jo hai non wheat ka conversion hai.</w:t>
      </w:r>
    </w:p>
    <w:p>
      <w:pPr>
        <w:jc w:val="right"/>
      </w:pPr>
      <w:r>
        <w:t>اس دنیا میں سب کچھ کنورژن کے ذریعے ہو رہا ہے۔ سب کچھ کنورژن کے ذریعے ہو رہا ہے۔ جیسے اس کا یعنی کاؤ کے پیٹ میں نان ملک کنورٹ ہو کر ملک بن جاتا ہے۔ خود کاؤ جو ہے وہ نان کاؤ تھی پہلے، پھر وہ کاؤ بن گئی۔ تو کاؤ بھی نان کاؤ کا کنورژن ہے۔ ملک جو ہے نان ملک کا کنورژن ہے۔ ویٹ جو ہے نان ویٹ کا کنورژن ہے۔</w:t>
      </w:r>
    </w:p>
    <w:p>
      <w:r>
        <w:rPr>
          <w:b/>
        </w:rPr>
        <w:t xml:space="preserve">[32:46] </w:t>
      </w:r>
      <w:r>
        <w:t>water jo hai woh non water convert ho kar water ban gaya. to asal miracle jo hai woh universal miracle hai yeh. Hazrat Musa ne aik demonstration diya aur Quran ki is ayat se maloom hota hai ke yeh yeh jo miracle hai, yeh jo yeh jo act of conversion hai, yeh universal hi prove ho jayega, universal hi. wahan par traditional zamanay tha</w:t>
      </w:r>
    </w:p>
    <w:p>
      <w:pPr>
        <w:jc w:val="right"/>
      </w:pPr>
      <w:r>
        <w:t>واٹر جو ہے وہ نان واٹر کنورٹ ہو کر واٹر بن گیا۔ تو اصل میریکل جو ہے وہ یونیورسل میریکل ہے یہ۔ حضرت موسیٰ نے ایک ڈیمونسٹریشن دیا اور قرآن کی اس آیت سے معلوم ہوتا ہے کہ یہ یہ جو میریکل ہے، یہ جو یہ جو ایکٹ آف کنورژن ہے، یہ یونیورسل ہی پروف ہو جائے گا، یونیورسل ہی۔ وہاں پر ٹریڈیشنل زمانہ تھا</w:t>
      </w:r>
    </w:p>
    <w:p>
      <w:r>
        <w:rPr>
          <w:b/>
        </w:rPr>
        <w:t xml:space="preserve">[33:16] </w:t>
      </w:r>
      <w:r>
        <w:t>tha, ab hum scientific zamanay mein jee rahe hain. to non serpent, non serpent jo hai woh serpent ban gaya. ab pata chala ke sab kuch conversion hi conversion hai yahan par. sab kuch conversion hi conversion hai. woh wood, woh wood bhi conversion thi, non wood se wood bani thi woh. aap sochiye ke pehle kya hota hai? wood to kisi kisi jagah aik peir ugah. to peir to nahin tha zameen</w:t>
      </w:r>
    </w:p>
    <w:p>
      <w:pPr>
        <w:jc w:val="right"/>
      </w:pPr>
      <w:r>
        <w:t>، اب ہم سائنٹیفک زمانے میں جی رہے ہیں۔ تو نان سرپنٹ، نان سرپنٹ جو ہے وہ سرپنٹ بن گیا۔ اب پتہ چلا کہ سب کچھ کنورژن ہی کنورژن ہے یہاں پر۔ سب کچھ کنورژن ہی کنورژن ہے۔ وہ وڈ، وہ وڈ بھی کنورژن تھی، نان وڈ سے وڈ بنی تھی وہ۔ آپ سوچیے کہ پہلے کیا ہوتا ہے؟ وڈ تو کسی کسی جگہ ایک پیڑ اگا۔ تو پیڑ تو نہیں تھا زمین</w:t>
      </w:r>
    </w:p>
    <w:p>
      <w:r>
        <w:rPr>
          <w:b/>
        </w:rPr>
        <w:t xml:space="preserve">[33:46] </w:t>
      </w:r>
      <w:r>
        <w:t>mein. zameen mein to peir nahin tha. woh to ban gaya, convert ho kar peir ban gaya. insan bhi aik gene tha, insan ban gaya. the whole universe is based on the law of conversion. this was the indication of that miracle performed by Moses. ab aaj ke insan ko aap yeh kahein ke Khuda jo hai itna bara miracle</w:t>
      </w:r>
    </w:p>
    <w:p>
      <w:pPr>
        <w:jc w:val="right"/>
      </w:pPr>
      <w:r>
        <w:t>میں۔ زمین میں تو پیڑ نہیں تھا۔ وہ تو بن گیا، کنورٹ ہو کر پیڑ بن گیا۔ انسان بھی ایک جین تھا، انسان بن گیا۔ دا ہول یونیورس از بیسڈ ان دا لا آف کنورژن۔ دس واز دا انڈیکیشن آف دیٹ میریکل پرفارمڈ بائی موزیس۔ اب آج کے انسان کو آپ یہ کہیں کہ خدا جو ہے اتنا بڑا میریکل</w:t>
      </w:r>
    </w:p>
    <w:p>
      <w:r>
        <w:rPr>
          <w:b/>
        </w:rPr>
        <w:t xml:space="preserve">[34:16] </w:t>
      </w:r>
      <w:r>
        <w:t>dikha raha hai sari universe mein, tab us ki samajh mein aayegi importance Khuda ke deen ki. to yeh hai modern idiom mein Islam ko batana. ab main aap ko kal ke paper ka aik dikhata hoon, aik aik namoona. dekhiye, yeh aik item chupa hai ocean ke baray mein. ocean, yeh kal ka pa</w:t>
      </w:r>
    </w:p>
    <w:p>
      <w:pPr>
        <w:jc w:val="right"/>
      </w:pPr>
      <w:r>
        <w:t>دکھا رہا ہے ساری یونیورس میں، تب اس کی سمجھ میں آئے گی امپورٹنس خدا کے دین کی۔ تو یہ ہے ماڈرن ایڈیم میں اسلام کو بتانا۔ اب میں آپ کو کل کے پیپر کا ایک دکھاتا ہوں، ایک ایک نمونہ۔ دیکھیے، یہ ایک آئٹم چھپا ہے اوشن کے بارے میں۔ اوشن، یہ کل کا پی</w:t>
      </w:r>
    </w:p>
    <w:p>
      <w:r>
        <w:rPr>
          <w:b/>
        </w:rPr>
        <w:t xml:space="preserve">[34:46] </w:t>
      </w:r>
      <w:r>
        <w:t>par hai. is ki heading hai human shadows in worlds oceans. dunya ke samundaron par insan ka saya. yeh kal ka paper hai. is mein batate hain ke is mein batate hain ke aaj jo jo sea hai, jo ocean hai, woh itna zyada</w:t>
      </w:r>
    </w:p>
    <w:p>
      <w:pPr>
        <w:jc w:val="right"/>
      </w:pPr>
      <w:r>
        <w:t>پر ہے۔ اس کی ہیڈنگ ہے ہیومن شیڈوز ان ورلڈز اوشنز۔ دنیا کے سمندروں پر انسان کا سایہ۔ یہ کل کا پیپر ہے۔ اس میں بتاتے ہیں کہ اس میں بتاتے ہیں کہ آج جو جو سی ہے، جو اوشن ہے، وہ اتنا زیادہ</w:t>
      </w:r>
    </w:p>
    <w:p>
      <w:r>
        <w:rPr>
          <w:b/>
        </w:rPr>
        <w:t xml:space="preserve">[35:17] </w:t>
      </w:r>
      <w:r>
        <w:t>pollution ho chuka hai ke sirf four percent pure pani hai. dunya ke samundaron mein sirf four percent pani pure reh gaya, sab polluted, pollution hi pollution ho gaya hai. bohat anokhi baat hai yeh. bohat hi recenty yeh discovery hui hai. bohat lambe kai baras ki, kai baras ke survey ke baad. ab mein aap ko aik quran ki aik ayat yaad dilata hoon. quran mein hai aik bohat hi, yaani ab se 1400 saal pehle aa</w:t>
      </w:r>
    </w:p>
    <w:p>
      <w:pPr>
        <w:jc w:val="right"/>
      </w:pPr>
      <w:r>
        <w:t>پولیوشن ہو چکا ہے کہ صرف فور پرسنٹ پیور پانی ہے۔ دنیا کے سمندروں میں صرف فور پرسنٹ پانی پیور رہ گیا، سب پولیوٹڈ، پولیوشن ہی پولیوشن ہو گیا ہے۔ بہت انوکھی بات ہے یہ۔ بہت ہی ریسنٹلی یہ ڈسکوری ہوئی ہے۔ بہت لمبے کئی برس کی، کئی برس کے سروے کے بعد۔ اب میں آپ کو ایک قرآن کی ایک آیت یاد دلاتا ہوں۔ قرآن میں ہے ایک بہت ہی، یعنی اب سے 1400 سال پہلے آ</w:t>
      </w:r>
    </w:p>
    <w:p>
      <w:r>
        <w:rPr>
          <w:b/>
        </w:rPr>
        <w:t xml:space="preserve">[35:47] </w:t>
      </w:r>
      <w:r>
        <w:t>yat utri thi. is ka matlab kya hai? land aur sea mein corruption phail gaya. aur sara save jo hai woh sare sea mein pollution phail gaya.</w:t>
      </w:r>
    </w:p>
    <w:p>
      <w:pPr>
        <w:jc w:val="right"/>
      </w:pPr>
      <w:r>
        <w:t>یت اتری تھی۔ اس کا مطلب کیا ہے؟ لینڈ اور سی میں کرپشن پھیل گیا۔ اور سارا سیو جو ہے وہ سارے سی میں پولیوشن پھیل گیا۔</w:t>
      </w:r>
    </w:p>
    <w:p>
      <w:r>
        <w:rPr>
          <w:b/>
        </w:rPr>
        <w:t xml:space="preserve">[36:18] </w:t>
      </w:r>
      <w:r>
        <w:t>yeh samundar ke sare pani mein pollution phail gaya. sare land mein aur sare sea mein corruption ki wajah se pollution phail gaya. ab dekhiye ke aaj se 1400 saal pehle yeh bilkul unthinkable tha ke kabhi bhi samundar jo hai is mein itna pollution ho sakta hai. kyun? samundar mein us waqt log jatay thay,</w:t>
      </w:r>
    </w:p>
    <w:p>
      <w:pPr>
        <w:jc w:val="right"/>
      </w:pPr>
      <w:r>
        <w:t>یہ سمندر کے سارے پانی میں پولیوشن پھیل گیا۔ سارے لینڈ میں اور سارے سی میں کرپشن کی وجہ سے پولیوشن پھیل گیا۔ اب دیکھیے کہ آج سے 1400 سال پہلے یہ بالکل ان تھنکیبل تھا کہ کبھی بھی سمندر جو ہے اس میں اتنا پولیوشن ہو سکتا ہے۔ کیوں؟ سمندر میں اس وقت لوگ جاتے تھے،</w:t>
      </w:r>
    </w:p>
    <w:p>
      <w:r>
        <w:rPr>
          <w:b/>
        </w:rPr>
        <w:t xml:space="preserve">[36:48] </w:t>
      </w:r>
      <w:r>
        <w:t>woh boat chalti thi jo jis mein chapu se chalate thay. chapu kya kehte hain english mein? jo lakri hoti hai. chapu kehte hain is ko urdu mein. hain? oar. behrhaal aap jantay hain is zamane mein steam power daryaft nahi hua tha. engine nahi banay thay.</w:t>
      </w:r>
    </w:p>
    <w:p>
      <w:pPr>
        <w:jc w:val="right"/>
      </w:pPr>
      <w:r>
        <w:t>وہ بوٹ چلتی تھی جو جس میں چپو سے چلاتے تھے۔ چپو کیا کہتے ہیں انگلش میں؟ جو لکڑی ہوتی ہے۔ چپو کہتے ہیں اس کو اردو میں۔ ہیں؟ او اے ار۔ بہرحال آپ جانتے ہیں اس زمانے میں اسٹیم پاور دریافت نہیں ہوا تھا۔ انجن نہیں بنے تھے۔</w:t>
      </w:r>
    </w:p>
    <w:p>
      <w:r>
        <w:rPr>
          <w:b/>
        </w:rPr>
        <w:t xml:space="preserve">[37:18] </w:t>
      </w:r>
      <w:r>
        <w:t>to mamooli qism ki lakri ki boat mallah chalate thay, boatman. us waqt industry nahi thi. koi concept nahi tha ke samundar jo ke jo ke sare globe ko chaye hue hain, woh kabhi in mein pollution ho saktay hain, in ka pani se pollute ho sakta hai. koi soch, koi soch nahi sakta tha is baat ko. yeh to jab industry aayi aur jab</w:t>
      </w:r>
    </w:p>
    <w:p>
      <w:pPr>
        <w:jc w:val="right"/>
      </w:pPr>
      <w:r>
        <w:t>تو معمولی قسم کی لکڑی کے بوٹ ملاح چلاتے تھے، بوٹ مین۔ اس وقت انڈسٹری نہیں تھی۔ کوئی کانسیپٹ نہیں تھا کہ سمندر جو کہ جو کہ سارے گلوب کو چھائے ہوئے ہیں، وہ کبھی ان میں پولیوشن ہو سکتے ہیں، ان کا پانی سے پولیوٹ ہو سکتا ہے۔ کوئی سوچ، کوئی سوچ نہیں سکتا تھا اس بات کو۔ یہ تو جب انڈسٹری آئی اور جب</w:t>
      </w:r>
    </w:p>
    <w:p>
      <w:r>
        <w:rPr>
          <w:b/>
        </w:rPr>
        <w:t xml:space="preserve">[37:50] </w:t>
      </w:r>
      <w:r>
        <w:t>steamship banay aur dunya bhar ki tarqqiyan huin, tab ja kar yeh hua ke samundaron mein dunya ka kooda janay laga. misaal ke tor par aaye din aap suntay hain akhbaron mein ke tanker woh mein phat gaya aur sara tel jo hai pani mein beh gaya. aaye din khabrein aati rehti hain. ab yeh jo tel hota hai, oil, pani mein escalate nahi hota. pani alag rehta hai, woh alag rehta</w:t>
      </w:r>
    </w:p>
    <w:p>
      <w:pPr>
        <w:jc w:val="right"/>
      </w:pPr>
      <w:r>
        <w:t>اسٹیم شپ بنے اور دنیا بھر کی ترقیاں ہوئیں، تب جا کر یہ ہوا کہ سمندروں میں دنیا کا کوڑا جانے لگا۔ مثال کے طور پر آئے دن آپ سنتے ہیں اخباروں میں کہ ٹینکر وہ میں پھٹ گیا اور سارا تیل جو ہے پانی میں بہہ گیا۔ آئے دن خبریں آتی رہتی ہیں۔ اب یہ جو تیل ہوتا ہے، آئل، پانی میں ایسکلیٹ نہیں ہوتا۔ پانی الگ رہتا ہے، وہ الگ رہتا</w:t>
      </w:r>
    </w:p>
    <w:p>
      <w:r>
        <w:rPr>
          <w:b/>
        </w:rPr>
        <w:t xml:space="preserve">[38:20] </w:t>
      </w:r>
      <w:r>
        <w:t>hai. yaani eternally woh pani ko kharab kar deta hai. coral reef jo hai, coral reef ka bohat bara function hai, woh sab kharab ho rahi hain. machhliyan mar kar ke jo machhliyan yaani ecological balance qaim karti thi, woh mar kar ke aur is mein pollution paida kar rahi hain. kyun ke jo industrial jo kooda dal parta hai samundaron mein, us ki wajah se sara pollution hi bhar gaya samundar mein.</w:t>
      </w:r>
    </w:p>
    <w:p>
      <w:pPr>
        <w:jc w:val="right"/>
      </w:pPr>
      <w:r>
        <w:t>ہے۔ یعنی ایٹرنلی وہ پانی کو خراب کر دیتا ہے۔ کورل ریف جو ہے، کورل ریف کا بہت بڑا فنکشن ہے، وہ سب خراب ہو رہی ہیں۔ مچھلیاں مر کر کے جو مچھلیاں یعنی ایکولوجیکل بیلنس قائم کرتی تھیں، وہ مر کر کے اور اس میں پولیوشن پیدا کر رہی ہیں۔ کیونکہ جو انڈسٹریل جو کوڑا ڈال پڑتا ہے سمندروں میں، اس کی وجہ سے سارا پولیوشن ہی بھر گیا سمندر میں۔</w:t>
      </w:r>
    </w:p>
    <w:p>
      <w:r>
        <w:rPr>
          <w:b/>
        </w:rPr>
        <w:t xml:space="preserve">[38:50] </w:t>
      </w:r>
      <w:r>
        <w:t>to scientific age chahiye tha. scientific age mein jo industrial revolution aaya tha, woh darkar tha is baat ke liye ke samundaron mein itna itna kasafat ka pollution phailay. jo ke is zamane mein unthinkable tha. koi janta hi nahi tha ke kabhi aisi industry aayegi, kabhi aisa scientific age aayega, kabhi aisi technology aayegi. to 1400 saal ho gaye is ayat ko utray hue. yeh is baat</w:t>
      </w:r>
    </w:p>
    <w:p>
      <w:pPr>
        <w:jc w:val="right"/>
      </w:pPr>
      <w:r>
        <w:t>تو سائنٹیفک ایج چاہیے تھا۔ سائنٹیفک ایج میں جو انڈسٹریل ریولوشن آیا تھا، وہ درکار تھا اس بات کے لیے کہ سمندروں میں اتنا اتنا کثافت کا پولیوشن پھیلے۔ جو کہ اس زمانے میں ان تھنکیبل تھا۔ کوئی جانتا ہی نہیں تھا کہ کبھی ایسی انڈسٹری آئے گی، کبھی ایسا سائنٹیفک ایج آئے گا، کبھی ایسی ٹیکنالوجی آئے گی۔ تو 1400 سال ہو گئے اس آیت کو اترے ہوئے۔ یہ اس بات</w:t>
      </w:r>
    </w:p>
    <w:p>
      <w:r>
        <w:rPr>
          <w:b/>
        </w:rPr>
        <w:t xml:space="preserve">[39:20] </w:t>
      </w:r>
      <w:r>
        <w:t>ka proof hai ke yeh jo quran hai, yeh khuda ki kitab hai. kyun ke itna pehle sirf khuda hi jaan sakta tha jis ko ke ghayb ka ilm hai. kaun janta tha ke aisa kabhi honay wala hai ke sare samundar jo hain woh polluted ho jayen. to asal cheez yeh hai ke hum islam ko is ke sahi shakal mein pesh nahi kar rahe. koi pesh kar raha hai fazail ki zuban mein, koi pesh kar raha hai political zuban mein, koi</w:t>
      </w:r>
    </w:p>
    <w:p>
      <w:pPr>
        <w:jc w:val="right"/>
      </w:pPr>
      <w:r>
        <w:t>کا کا پروف ہے کہ یہ جو قرآن ہے، یہ خدا کی کتاب ہے۔ کیونکہ اتنا پہلے صرف خدا ہی جان سکتا تھا جس کو کہ غیب کا علم ہے۔ کون جانتا تھا کہ ایسا کبھی ہونے والا ہے کہ سارے سمندر جو ہیں وہ پولیوٹڈ ہو جائیں۔ تو اصل چیز یہ ہے کہ ہم اسلام کو اس کے صحیح شکل میں پیش نہیں کر رہے۔ کوئی پیش کر رہا ہے فضائل کی زبان میں، کوئی پیش کر رہا ہے پولیٹیکل زبان میں، کوئی</w:t>
      </w:r>
    </w:p>
    <w:p>
      <w:r>
        <w:rPr>
          <w:b/>
        </w:rPr>
        <w:t xml:space="preserve">[39:50] </w:t>
      </w:r>
      <w:r>
        <w:t>pesh kar raha hai khilafat ki zuban mein, koi keh raha hai ke islam superior religion hai. yeh sari baatein aaj ke insan ke liye understandable nahi hain. yeh terminology acceptable nahi hai. matlab woh jhoomi ki zuban bol raha hai aur mein jhoomi ki zuban samajhta nahi. yeh samajh lijiye aisa ho raha hai. aap is zuban mein boliye jo aaj ke insan ke liye understandable hai. scientific zuban, rational language</w:t>
      </w:r>
    </w:p>
    <w:p>
      <w:pPr>
        <w:jc w:val="right"/>
      </w:pPr>
      <w:r>
        <w:t>پیش کر رہا ہے خلافت کی زبان میں، کوئی کہہ رہا ہے کہ اسلام سپیئر ریلیجن ہے۔ یہ ساری باتیں آج کے انسان کے لیے انڈرسٹینڈ ایبل نہیں ہیں۔ یہ ٹرمینالوجی ایکسیپٹیبل نہیں ہے۔ مطلب وہ جھومی کی زبان بول رہا ہے اور میں جھومی کی زبان سمجھتا نہیں۔ یہ سمجھ لیجیے ایسا ہو رہا ہے۔ آپ اس زبان میں بولیے جو آج کے انسان کے لیے انڈرسٹینڈ ایبل ہے۔ سائنٹیفک زبان، ریشنل لینگویج</w:t>
      </w:r>
    </w:p>
    <w:p>
      <w:r>
        <w:rPr>
          <w:b/>
        </w:rPr>
        <w:t xml:space="preserve">[40:20] </w:t>
      </w:r>
      <w:r>
        <w:t>mein boliye aap. to tab is ko insan ka mind address hoga. mind address nahi hoga. aik sahib ne bataya mujhe jo jo UK se aaye thay, unhon ne kaha tha ke arab countries mein aik bohat bara department khula hua hai english translation ka. traditional kitaben jo hain woh angrezi mein tarjuma ki</w:t>
      </w:r>
    </w:p>
    <w:p>
      <w:pPr>
        <w:jc w:val="right"/>
      </w:pPr>
      <w:r>
        <w:t>میں بولیے آپ۔ تو تب اس کو انسان کا مائنڈ ایڈریس ہوگا۔ مائنڈ ایڈریس نہیں ہوگا۔ ایک صاحب نے بتایا مجھے جو جو یو کے سے آئے تھے، انہوں نے کہا تھا کہ عرب کنٹریز میں ایک بہت بڑا ڈیپارٹمنٹ کھلا ہوا ہے انگلش ٹرانسلیشن کا۔ ٹریڈیشنل کتابیں جو ہیں وہ انگریزی میں ترجمہ کی</w:t>
      </w:r>
    </w:p>
    <w:p>
      <w:r>
        <w:rPr>
          <w:b/>
        </w:rPr>
        <w:t xml:space="preserve">[40:50] </w:t>
      </w:r>
      <w:r>
        <w:t>ja rahi hain. aur bohat zyada bhejay ja rahe hain western countries mein. aur woh sab kehte hain dump hoti hain wahan par. koi parhta parhata nahi. in traditional kitabon ko aap angrezi mein translate kar dein to us se kuch nahi kaam banta. log samajhte hain ke english language mein kar do, is ko bas ho gaya. bhai is ka idiom doosra hai, is ka style doosra hai, is ka argument doosra hai. to english mein karne se kya faida? to unhon ne kaha ke</w:t>
      </w:r>
    </w:p>
    <w:p>
      <w:pPr>
        <w:jc w:val="right"/>
      </w:pPr>
      <w:r>
        <w:t>جا رہی ہیں۔ اور بہت زیادہ بھیجے جا رہے ہیں ویسٹرن کنٹریز میں۔ اور وہ سب کہتے ہیں ڈمپ ہوتی ہیں وہاں پر۔ کوئی پڑھتا پڑھاتا نہیں۔ ان ٹریڈیشنل کتابوں کو آپ انگلش میں ٹرانسلیٹ کر دیں تو اس سے کچھ نہیں کام بنتا۔ لوگ سمجھتے ہیں کہ انگلش لینگویج میں کر دو، اس کو بس ہو گیا۔ بھئی اس کا ایڈیم دوسرا ہے، اس کا اسٹائل دوسرا ہے، اس کا ارگومنٹ دوسرا ہے۔ تو انگلش میں کرنے سے کیا فائدہ؟ تو انہوں نے کہا کہ</w:t>
      </w:r>
    </w:p>
    <w:p>
      <w:r>
        <w:rPr>
          <w:b/>
        </w:rPr>
        <w:t xml:space="preserve">[41:20] </w:t>
      </w:r>
      <w:r>
        <w:t>wohi kitaben jo sirf traditional insan ko satisfy kar sakti thi, us ko woh tarjuma kar rahe hain, translation kar rahe hain english mein, aur woh wahan bhi bhej jati hain, woh sab wahan dump hoti hain, koi parhta parhata nahi hai is ko. to asal cheez yeh nahi ke english language mein aap inhi kitabon ko chhap dein. aaj ka idiom chahiye, aaj ka style jo hai, aaj ka argument chahiye, is mein aap ko pesh karna</w:t>
      </w:r>
    </w:p>
    <w:p>
      <w:pPr>
        <w:jc w:val="right"/>
      </w:pPr>
      <w:r>
        <w:t>وہی کتابیں جو صرف ٹریڈیشنل انسان کو سیٹسفائی کر سکتی تھیں، اس کو وہ ترجمہ کر رہے ہیں، ٹرانسلیشن کر رہے ہیں انگلش میں، اور وہ وہاں بھیج جاتی ہیں، وہ سب وہاں ڈمپ ہوتی ہیں، کوئی پڑھتا پڑھاتا نہیں ہے اس کو۔ تو اصل چیز یہ نہیں کہ انگلش لینگویج میں آپ انہی کتابوں کو چھاپ دیں۔ آج کا ایڈیم چاہیے، آج کا اسٹائل جو ہے، آج کا ارگومنٹ چاہیے، اس میں آپ کو پیش کرنا پ</w:t>
      </w:r>
    </w:p>
    <w:p>
      <w:r>
        <w:rPr>
          <w:b/>
        </w:rPr>
        <w:t xml:space="preserve">[41:50] </w:t>
      </w:r>
      <w:r>
        <w:t>parhega. to aap dekhen ke sab log is ko to yeh jo mein ne baat kahi Hazrat Musa wali, yeh mujhe kahan se is ka clue mila ke aik din mujhe abhi jaldi ki baat hai ke mein sochne laga ke is ko hum moajza kehte hain. baray baray kitaben likh rakhi hain, moajza, moajzat ul rasool, moajzat ul anbiya. to mein ne socha ke moajza ka word kahan hai? ab mein ne jab index dek</w:t>
      </w:r>
    </w:p>
    <w:p>
      <w:pPr>
        <w:jc w:val="right"/>
      </w:pPr>
      <w:r>
        <w:t>ڑے گا۔ تو آپ دیکھیں کہ سب لوگ اس کو تو یہ جو میں نے بات کہی حضرت موسیٰ والی، یہ مجھے کہاں سے اس کا کلو ملا کہ ایک دن مجھے ابھی جلدی کی بات ہے کہ میں سوچنے لگا کہ اس کو ہم معجزہ کہتے ہیں۔ بڑے بڑی کتابیں لکھ رکھی ہیں، معجزہ، معجزات الرسول، معجزات الانبیاء۔ تو میں نے سوچا کہ معجزہ کا ورڈ کہاں ہے؟ اب میں نے جب انڈیکس دیک</w:t>
      </w:r>
    </w:p>
    <w:p>
      <w:r>
        <w:rPr>
          <w:b/>
        </w:rPr>
        <w:t xml:space="preserve">[42:20] </w:t>
      </w:r>
      <w:r>
        <w:t>ha to moajza ka word na quran mein mila, na hadith mein mila. first clue, first clue. ab hum jab madrasay mein parhte hain tab se moajza, moajza, moajza suntay aaye hain. to moajza aik hum is ko use to ho gaye thay moajza ki terminology mein. ab moti moti kitab mein likh rakhe hain moajzat ul rasool par. to achaanak</w:t>
      </w:r>
    </w:p>
    <w:p>
      <w:pPr>
        <w:jc w:val="right"/>
      </w:pPr>
      <w:r>
        <w:t>ھی تو معجزہ کا ورڈ نہ قرآن میں ملا، نہ حدیث میں ملا۔ فرسٹ کلو، فرسٹ کلو۔ اب ہم جب مدرسے میں پڑھتے ہیں تب سے معجزہ، معجزہ، معجزہ سنتے آئے ہیں۔ تو معجزہ ایک ہم اس کو یوز ٹو ہو گئے تھے معجزہ کی ٹرمینالوجی میں۔ اب موٹی موٹی کتاب میں لکھ رکھے ہیں معجزات الرسول پر۔ تو اچانک</w:t>
      </w:r>
    </w:p>
    <w:p>
      <w:r>
        <w:rPr>
          <w:b/>
        </w:rPr>
        <w:t xml:space="preserve">[42:50] </w:t>
      </w:r>
      <w:r>
        <w:t>mujhe khayal aaya ke moajza ka word kahan hai quran mein? woh kahan hai hadith mein? jab index dekha to maloom hua ke quran mein to yeh word hi nahi hai, hadith mein to yeh word hi nahi hai. achha doosra word jo use hua hai woh kya hai? ayat. ayat means sign. to moajza ka matlab hota hai jis ko koi doosra kaam, jis ko doosra aadmi na kar sakay. moajza ka matlab hota hai ajiz kar denay wala, helpless kar denay wala. yaani literal meaning hoti hai moa</w:t>
      </w:r>
    </w:p>
    <w:p>
      <w:pPr>
        <w:jc w:val="right"/>
      </w:pPr>
      <w:r>
        <w:t>مجھے خیال آیا کہ معجزہ کا ورڈ کہاں ہے قرآن میں؟ وہ کہاں ہے حدیث میں؟ جب انڈیکس دیکھا تو معلوم ہوا کہ قرآن میں تو یہ ورڈ ہی نہیں ہے، حدیث میں تو یہ ورڈ ہی نہیں ہے۔ اچھا دوسرا ورڈ جو یوز ہوا ہے وہ کیا ہے؟ آیت۔ آیت مینز سائن۔ تو معجزہ کا مطلب ہوتا ہے جس کو کوئی دوسرا کام، جس کو دوسرا آدمی نہ کر سکے۔ معجزہ کا مطلب ہوتا ہے عاجز کر دینے والا، ہیلپ لیس کر دینے والا۔ یعنی لٹرل میننگ ہوتی ہے مع</w:t>
      </w:r>
    </w:p>
    <w:p>
      <w:r>
        <w:rPr>
          <w:b/>
        </w:rPr>
        <w:t xml:space="preserve">[43:20] </w:t>
      </w:r>
      <w:r>
        <w:t>jza ki ke doosra aadmi apne aap ko helpless feel kare. yeh hai moajza. to ab yeh to sirf aik prophet kar sakta tha. jab aap bolen lafz moajza to us mane hai ke sirf aik prophet chahiye tha is ko perform karne ke liye. isi par ghor kijiye aap ke jab aap ne is kaam, is kaam ko title de diya moajza ka apni taraf se to us mane ke aap ne yeh impression diya ke is kaam</w:t>
      </w:r>
    </w:p>
    <w:p>
      <w:pPr>
        <w:jc w:val="right"/>
      </w:pPr>
      <w:r>
        <w:t>جزہ کی کہ دوسرا آدمی اپنے آپ کو ہیلپ لیس فیل کرے۔ یہ ہے معجزہ۔ تو اب یہ تو صرف ایک پرافٹ کر سکتا تھا۔ جب آپ بولیں لفظ معجزہ تو اس معنی ہے کہ صرف ایک پرافٹ چاہیے تھا اس کو پرفارم کرنے کے لیے۔ اسی پر غور کیجیے آپ کہ جب آپ نے اس کام، اس کام کو ٹائٹل دے دیا معجزہ کا اپنی طرف سے تو اس معنی کہ آپ نے یہ امپریشن دیا کہ اس کام</w:t>
      </w:r>
    </w:p>
    <w:p>
      <w:r>
        <w:rPr>
          <w:b/>
        </w:rPr>
        <w:t xml:space="preserve">[43:50] </w:t>
      </w:r>
      <w:r>
        <w:t>ko karne ke liye aik prophet chahiye. prophet nahi hai to woh kaam bhi nahi ho sakta. dekhen ab quran ka kamal dekhiye, is ko is ne kaha ayat, nishani, sign, sign. to sign to nature mein phaili hui hai. sign kehte hi khuda ne is ko natural phenomena bana diya. jab ke aap moajza keh kar is ko profetic phenomena banaye hue thay. kitna zabardast baat hai yeh.</w:t>
      </w:r>
    </w:p>
    <w:p>
      <w:pPr>
        <w:jc w:val="right"/>
      </w:pPr>
      <w:r>
        <w:t>کو کرنے کے لیے ایک پرافٹ چاہیے۔ پرافٹ نہیں ہے تو وہ کام بھی نہیں ہو سکتا۔ دیکھیں اب قرآن کا کمال دیکھیے، اس کو اس نے کہا آیت، نشانی، سائن، ایس آئی جی این۔ تو سائن تو نیچر میں پھیلی ہوئی ہے۔ سائن کہتے ہی خدا نے اس کو نیچرل فیناومینا بنا دیا۔ جبکہ آپ معجزہ کہہ کر اس کو پرافٹک فیناومینا بنائے ہوئے تھے۔ کتنا زبردست بات ہے یہ۔</w:t>
      </w:r>
    </w:p>
    <w:p>
      <w:r>
        <w:rPr>
          <w:b/>
        </w:rPr>
        <w:t xml:space="preserve">[44:21] </w:t>
      </w:r>
      <w:r>
        <w:t>jab mujhe moajza ki woh karte hue pata chala ke moajza ka word hi use nahi hua hai. ayat ka word use hua. is mein aik bohat bari mujhe discovery ho gayi ke moajza keh kar aap ne is ko aik profetic phenomena bana diya tha. lekin quran ne ayat keh kar is ko natural phenomena bana diya. it was yani eternally it was usable</w:t>
      </w:r>
    </w:p>
    <w:p>
      <w:pPr>
        <w:jc w:val="right"/>
      </w:pPr>
      <w:r>
        <w:t>جب مجھے معجزہ کی وہ کرتے ہوئے پتہ چلا کہ معجزہ کا ورڈ ہی یوز نہیں ہوا ہے۔ آیت کا ورڈ یوز ہوا۔ اس میں ایک بہت بڑی مجھے ڈسکوری ہو گئی کہ معجزہ کہہ کر آپ نے اس کو ایک پرافٹک فیناومینا بنا دیا تھا۔ لیکن قرآن نے آیت کہہ کر اس کو نیچرل فیناومینا بنا دیا۔ اٹ واز یعنی ایٹرنلی اٹ واز یوزیبل</w:t>
      </w:r>
    </w:p>
    <w:p>
      <w:r>
        <w:rPr>
          <w:b/>
        </w:rPr>
        <w:t xml:space="preserve">[44:51] </w:t>
      </w:r>
      <w:r>
        <w:t>for us every one. jab woh nishani hai, jab woh ayat hai, jab woh sign hai, jab woh natural phenomena hai to nature to hamesha se hai, hamesha rahegi. aaj bhi is ko aap use kar sakte hain. is baat ko samjhiye ke kis tarah se aik word se aadmi ka zehn kuch se kuch badal jata hai. mein khud bhi is sari umar yahi sochta raha ke moajza aik profetic</w:t>
      </w:r>
    </w:p>
    <w:p>
      <w:pPr>
        <w:jc w:val="right"/>
      </w:pPr>
      <w:r>
        <w:t>فار اس ایوری ون۔ جب وہ نشانی ہے، جب وہ آیت ہے، جب وہ سائن ہے، جب وہ نیچرل فیناومینا ہے تو نیچر تو ہمیشہ سے ہے، ہمیشہ رہے گی۔ آج بھی اس کو آپ یوز کر سکتے ہیں۔ اس بات کو سمجھیے کہ کس طرح سے ایک ورڈ سے آدمی کا ذہن کچھ سے کچھ بدل جاتا ہے۔ میں خود بھی اس ساری عمر یہی سوچتا رہا کہ معجزہ ایک پرافٹک</w:t>
      </w:r>
    </w:p>
    <w:p>
      <w:r>
        <w:rPr>
          <w:b/>
        </w:rPr>
        <w:t xml:space="preserve">[45:21] </w:t>
      </w:r>
      <w:r>
        <w:t>phenomena hai. moajza karne ke liye aik prophet chahiye. hum to kar nahi sakte kuch. yaani sari umar mein bhi isi mein jeeta raha. jab se madrasay mein parha tab se aaj tak. recently i discovered that is universal phenomena. it natural phenomena. jab natural phenomena hai to hum bhi is ko istemal kar sakte hain. aaj ka daee bhi istemal kar sakta hai. aaj bhi woh is qabil hai ke aap is ko kisi samnay pesh karen.</w:t>
      </w:r>
    </w:p>
    <w:p>
      <w:pPr>
        <w:jc w:val="right"/>
      </w:pPr>
      <w:r>
        <w:t>فیناومینا ہے۔ معجزہ کرنے کے لیے ایک پرافٹ چاہیے۔ ہم تو کر نہیں سکتے کچھ۔ یعنی ساری عمر میں میں بھی اسی میں جیتا رہا۔ جب سے مدرسے میں پڑھا تب سے آج تک۔ ریسنٹلی آئی ڈسکورڈ دیٹ از یونیورسل فیناومینا۔ اٹ نیچرل فیناومینا۔ جب نیچرل فیناومینا ہے تو ہم بھی اس کو استعمال کر سکتے ہیں۔ آج کا داعی بھی استعمال کر سکتا ہے۔ آج بھی وہ اس قابل ہے کہ آپ اس کو کسی سامنے پیش کریں۔</w:t>
      </w:r>
    </w:p>
    <w:p>
      <w:r>
        <w:rPr>
          <w:b/>
        </w:rPr>
        <w:t xml:space="preserve">[45:52] </w:t>
      </w:r>
      <w:r>
        <w:t>kitni bari baat hai yeh. to mein samajhta hoon ke hamein islam ko rediscover karna hai. jaise mein ne is moajza ko rediscover kiya. itni lambi muddat guzar gayi jab se hum ne madrasay mein parha tha tab se aaj tak. 1938 mein madrasay mein admit hua tha mein. mein admission liya tha madrasay mein 1938 se. aap ghor kijiye kitni muddat guzar gayi. aur abhi isi week mein mujhe pata chala</w:t>
      </w:r>
    </w:p>
    <w:p>
      <w:pPr>
        <w:jc w:val="right"/>
      </w:pPr>
      <w:r>
        <w:t>کتنی بڑی بات ہے یہ۔ تو میں سمجھتا ہوں کہ ہمیں اسلام کو ری ڈسکور کرنا ہے۔ جیسے میں نے اس معجزہ کو ری ڈسکور کیا۔ اتنی لمبی مدت گزر گئی جب سے ہم نے مدرسے میں پڑھا تھا تب سے آج تک۔ 1938 میں مدرسے میں ایڈمٹ ہوا تھا میں۔ میں ایڈمیشن لیا تھا مدرسے میں 1938 سے۔ آپ غور کیجیے کتنی مدت گزر گئی۔ اور ابھی اسی ویک میں مجھے پتہ چلا</w:t>
      </w:r>
    </w:p>
    <w:p>
      <w:r>
        <w:rPr>
          <w:b/>
        </w:rPr>
        <w:t xml:space="preserve">[46:23] </w:t>
      </w:r>
      <w:r>
        <w:t>ke moajza ka ka use hua hi nahi quran mein na hadith mein kahin. kyun ke aadmi conditioned ho jata hai. aadmi dekhen conditioning ke us mein sochta hai. is aik cheez se kitni bari baat discover ho gayi mujhe ke moajza keh kar aap yeh impression de rahe hain ke woh to aik prophet ho tab moajza samnay aayega. there is profetic phenomena. no one no one else is</w:t>
      </w:r>
    </w:p>
    <w:p>
      <w:pPr>
        <w:jc w:val="right"/>
      </w:pPr>
      <w:r>
        <w:t>کہ معجزہ کا کا یوز ہوا ہی نہیں قرآن میں نہ حدیث میں کہیں۔ کیونکہ آدمی کنڈیشن ہو جاتا ہے۔ آدمی دیکھیں کنڈیشننگ کے اس میں سوچتا ہے۔ اس ایک چیز سے کتنی بڑی بات ڈسکور ہو گئی مجھے کہ معجزہ کہہ کر آپ یہ امپریشن دے رہے ہیں کہ وہ تو ایک پرافٹ ہو تب معجزہ سامنے آئے گا۔ دیر از پرافٹک فیناومینا۔ نو ون نو نو ون ایلس از</w:t>
      </w:r>
    </w:p>
    <w:p>
      <w:r>
        <w:rPr>
          <w:b/>
        </w:rPr>
        <w:t xml:space="preserve">[46:55] </w:t>
      </w:r>
      <w:r>
        <w:t>able to perform this break. lekin jab quran mein kaha lein aap ayat nishani sign to nature mein phaila hua hai moajza woh aik grass mein bhi moajza hai grass bhi kya non grass convert ho kar grass bani hai grass bhi convert ho kar non grass bani to khuda kaisa ajeeb qudrat hai khuda ki dikhana yeh tha ke khuda ki qudrat dekho kaise woh non grass grass banata hai non water ko water banata</w:t>
      </w:r>
    </w:p>
    <w:p>
      <w:pPr>
        <w:jc w:val="right"/>
      </w:pPr>
      <w:r>
        <w:t>ایبل ٹو پرفارم دس بریک۔ لیکن جب قرآن میں کہا لیں آپ آیت نشانی سائن تو نیچر میں پھیلا ہوا ہے معجزہ وہ ایک گراس میں بھی معجزہ ہے گراس بھی کیا نان گراس کنورٹ ہو کر گراس بنی ہے گراس بھی کنورٹ ہو کر نان گراس بنی تو خدا کیسا عجیب قدرت ہے خدا کی دکھانا یہ تھا کہ خدا کی قدرت دیکھو کیسے وہ نان گراس گراس بناتا ہے نان واٹر کو واٹر بناتا</w:t>
      </w:r>
    </w:p>
    <w:p>
      <w:r>
        <w:rPr>
          <w:b/>
        </w:rPr>
        <w:t xml:space="preserve">[47:25] </w:t>
      </w:r>
      <w:r>
        <w:t>hai kaise woh ek ek cheez ko jo yeh think ko out of yani nothing se think bana raha hai jo insaan ke bas se bahar hai yani khuda jo hai nothing se thing bana raha hai nahi se hai bana raha hai har subah shaam kar raha hai woh toh hazrat moosa ko jo jo dikhaya tha woh ayat thi woh moajza nahi tha woh</w:t>
      </w:r>
    </w:p>
    <w:p>
      <w:pPr>
        <w:jc w:val="right"/>
      </w:pPr>
      <w:r>
        <w:t>ہے کیسے وہ ایک ایک چیز کو جو یہ تھنک کو اؤٹ اف یعنی نتھنگ سے تھنک بنا رہا ہے جو انسان کے بس سے باہر ہے یعنی خدا جو ہے نتھنگ سے تھنگ بنا رہا ہے نہیں سے ہے بنا رہا ہے ہر صبح شام کر رہا ہے وہ تو حضرت موسیٰ کو جو جو دکھایا تھا وہ آیت تھی وہ معجزہ نہیں تھا وہ</w:t>
      </w:r>
    </w:p>
    <w:p>
      <w:r>
        <w:rPr>
          <w:b/>
        </w:rPr>
        <w:t xml:space="preserve">[47:55] </w:t>
      </w:r>
      <w:r>
        <w:t>that was a sign and not miracle hazrat moosa ne woh paida hue ab se yani sixteen century bc mein paida hue the hazrat moosa yani hazrat masih se 1600 saal pehle aur bohat lambi umar unki hui toh main samajhta hoon ke 15 century</w:t>
      </w:r>
    </w:p>
    <w:p>
      <w:pPr>
        <w:jc w:val="right"/>
      </w:pPr>
      <w:r>
        <w:t>دیٹ واز اے سائن اینڈ ناٹ میریکل حضرت موسیٰ نے وہ پیدا ہوئے اب سے یعنی سکسٹین سنچری بی سی میں پیدا ہوئے تھے حضرت موسیٰ یعنی حضرت مسیح سے 1600 سال پہلے اور بہت لمبی عمر ان کی ہوئی تو میں سمجھتا ہوں کہ 15 سنچری</w:t>
      </w:r>
    </w:p>
    <w:p>
      <w:r>
        <w:rPr>
          <w:b/>
        </w:rPr>
        <w:t xml:space="preserve">[48:25] </w:t>
      </w:r>
      <w:r>
        <w:t>bc mein unhone yeh miracle dikhaya hoga ancient egypt mein us waqt traditional duniya thi science ka duniya mein riwaj nahi hua tha nature discover nahi hui thi tab toh nature ko log poochte the lekin unhone ek ek demonstration diya sochne ka ek ek hamein ek sochne ke liye hamein bataya ke socho socho socho</w:t>
      </w:r>
    </w:p>
    <w:p>
      <w:pPr>
        <w:jc w:val="right"/>
      </w:pPr>
      <w:r>
        <w:t>بی سی میں انہوں نے یہ میریکل دکھایا ہوگا اینشینٹ ایجپٹ میں اس وقت ٹریڈیشنل دنیا تھی سائنس کا دنیا میں رواج نہیں ہوا تھا نیچر ڈسکور نہیں ہوئی تھی تب تو نیچر کو لوگ پوچھتے تھے لیکن انہوں نے ایک ایک ڈیمونسٹریشن دیا سوچنے کا ایک ایک ہمیں ایک سوچنے کے لیے ہمیں بتایا کہ سوچو سوچو سوچو</w:t>
      </w:r>
    </w:p>
    <w:p>
      <w:r>
        <w:rPr>
          <w:b/>
        </w:rPr>
        <w:t xml:space="preserve">[48:56] </w:t>
      </w:r>
      <w:r>
        <w:t>toh khuda ki qudrat ko tum paoge toh woh moosa ka moajza nahi tha balkeh khuda ki qudrat ka ek ek demonstration tha woh ke khuda woh hai jo non serpent ko serpent banata hai non wood ko wood banata hai non grass ko grass banata hai non water ko water banata hai kaun yeh taqat rakhta hai ke hydrogen oxygen ko milakar ke pani bana diya tha kis ko</w:t>
      </w:r>
    </w:p>
    <w:p>
      <w:pPr>
        <w:jc w:val="right"/>
      </w:pPr>
      <w:r>
        <w:t>تو خدا کی قدرت کو تم پاؤ گے تو وہ موسیٰ کا معجزہ نہیں تھا بلکہ خدا کی قدرت کا ایک ایک ڈیمونسٹریشن تھا وہ کہ خدا وہ ہے جو نان سرپنٹ کو سرپنٹ بناتا ہے نان وڈ کو وڈ بناتا ہے نان گراس کو گراس بناتا ہے نان واٹر کو واٹر بناتا ہے کون یہ طاقت رکھتا ہے کہ ہائیڈروجن اکسیجن کو ملا کر کے پانی بنا دیا تھا کس کو</w:t>
      </w:r>
    </w:p>
    <w:p>
      <w:r>
        <w:rPr>
          <w:b/>
        </w:rPr>
        <w:t xml:space="preserve">[49:26] </w:t>
      </w:r>
      <w:r>
        <w:t>kis ko itni power hai is mein dekhiye agar eternally pani hota yani pani hi shuru se hota conversion na hota toh aap is mein ek act of intermission ko daryaft na kar pate yani pehle woh hydrogen oxygen tha phir pani bana toh is pani kisi ne intervene kiya is ko that is proof of intervention yeh g</w:t>
      </w:r>
    </w:p>
    <w:p>
      <w:pPr>
        <w:jc w:val="right"/>
      </w:pPr>
      <w:r>
        <w:t>کس کو اتنی پاور ہے اس میں دیکھیے اگر ایٹرنلی پانی ہوتا یعنی پانی ہی شروع سے ہوتا کنورژن نہ ہوتا تو آپ اس میں ایک ایکٹ اف انٹرمیشن کو دریافت نہ کر پاتے یعنی پہلے وہ ہائیڈروجن اکسیجن تھا پھر پانی بنا تو اس پانی کسی نے انٹروین کیا اس کو دیٹ از پروف اف انٹروینشن یہ گ</w:t>
      </w:r>
    </w:p>
    <w:p>
      <w:r>
        <w:rPr>
          <w:b/>
        </w:rPr>
        <w:t xml:space="preserve">[49:56] </w:t>
      </w:r>
      <w:r>
        <w:t>grass se lekar ke ocean aur ocean tak hai ke agar pehle din se grass hoti toh aap soch na pate lekin pehle woh non grass thi phir grass ban gayi toh kis ne intervene kar ke aisa kiya is ko who was interven intervener yani har cheez mein ek question laga hua hai har cheez mein har cheez mein ek question laga hua hai ke kis ne aisa kiya kis ne</w:t>
      </w:r>
    </w:p>
    <w:p>
      <w:pPr>
        <w:jc w:val="right"/>
      </w:pPr>
      <w:r>
        <w:t>راس سے لے کر کے اوشن اور اوشن تک ہے کہ اگر پہلے دن سے گراس ہوتی تو آپ سوچ نہ پاتے لیکن پہلے وہ نان گراس تھی پھر گراس بن گئی تو کس نے انٹروین کر کے ایسا کیا اس کو ہو واز انٹروین انٹروینر یعنی ہر چیز میں ایک کویسچن لگا ہوا ہے ہر چیز میں ہر چیز میں ایک کویسچن لگا ہوا ہے کہ کس نے ایسا کیا کس نے</w:t>
      </w:r>
    </w:p>
    <w:p>
      <w:r>
        <w:rPr>
          <w:b/>
        </w:rPr>
        <w:t xml:space="preserve">[50:26] </w:t>
      </w:r>
      <w:r>
        <w:t>non tree ko tree banaya jab non tree convert hokar tree bana toh is pani koi koi wahan pe intervener hai kisi ne is mein intervene kar ke aisa kiya hai toh everything is proof that there is an intervener yeh hai is mein sare mamla jaise wood mein kisi ne intervene kiya toh servant ban gaya hazrat moosa ke zamane mein is mein unhone ek indication diya ke socho ke universal int</w:t>
      </w:r>
    </w:p>
    <w:p>
      <w:pPr>
        <w:jc w:val="right"/>
      </w:pPr>
      <w:r>
        <w:t>نان ٹری کو ٹری بنایا جب نان ٹری کنورٹ ہو کر ٹری بنا تو اس پانی کوئی کوئی وہاں پہ انٹروینر ہے کسی نے اس میں انٹروین کر کے ایسا کیا ہے تو ایوری تھنگ از پروف دیٹ دیر از این انٹروینر یہ ہے اس میں سارے معاملہ جیسے وڈ میں کسی نے انٹروین کیا تو سرونٹ بن گیا حضرت موسیٰ کے زمانے میں اس میں انہوں نے ایک انڈیکیشن دیا کہ سوچو کہ یونیورسل انٹ</w:t>
      </w:r>
    </w:p>
    <w:p>
      <w:r>
        <w:rPr>
          <w:b/>
        </w:rPr>
        <w:t xml:space="preserve">[50:56] </w:t>
      </w:r>
      <w:r>
        <w:t>ervention is duniya mein hai universal intermission jaise ke ab science ne daryaft kiya hai ke ek ek cosmic ball tha woh cosmic ball mein explosion hua phir sari duniya ban gayi toh explosion kaise ho gaya is proof of intervention jab cosmic ball jo hai us ke andar explosion hota hai aur us ke particle p</w:t>
      </w:r>
    </w:p>
    <w:p>
      <w:pPr>
        <w:jc w:val="right"/>
      </w:pPr>
      <w:r>
        <w:t>روینشن اس دنیا میں ہے یونیورسل انٹرمیشن جیسے کہ اب سائنس نے دریافت کیا ہے کہ ایک ایک کاسمک بال تھا وہ کاسمک بال میں ایکسپلوژن ہوا پھر ساری دنیا بن گئی تو ایکسپلوژن کیسے ہو گیا از پروف اف انٹروینشن جب کاسمک بال جو ہے اس کے اندر ایکسپلوژن ہوتا ہے اور اس کے پارٹیکل پ</w:t>
      </w:r>
    </w:p>
    <w:p>
      <w:r>
        <w:rPr>
          <w:b/>
        </w:rPr>
        <w:t xml:space="preserve">[51:26] </w:t>
      </w:r>
      <w:r>
        <w:t>heel kar universe bana dalte hain jis ko hum big bang theory kehte hain toh big bang theory proves that there was an intervention toh hazrat moosa ne jo demonstration diya tha woh yeh tha ke har cheez mein intervention ka proof hai har cheez mein conversion means intervention ab kitna bara yeh ek super proof hai main samajhta hoon yeh jis ko ke hazrat moosa ke zamane mein d</w:t>
      </w:r>
    </w:p>
    <w:p>
      <w:pPr>
        <w:jc w:val="right"/>
      </w:pPr>
      <w:r>
        <w:t>ھیل کر یونیورس بنا ڈالتے ہیں جس کو ہم بگ بینگ تھیوری کہتے ہیں تو بگ بینگ تھیوری پرووز دیٹ دیر واز ان انٹروینشن تو حضرت موسیٰ نے جو ڈیمونسٹریشن دیا تھا وہ یہ تھا کہ ہر چیز میں انٹروینشن کا پروف ہے ہر چیز میں کنورژن مینز انٹروینشن اب کتنا بڑا یہ ایک سپر پروف ہے میں سمجھتا ہوں یہ جس کو کہ حضرت موسیٰ کے زمانے میں د</w:t>
      </w:r>
    </w:p>
    <w:p>
      <w:r>
        <w:rPr>
          <w:b/>
        </w:rPr>
        <w:t xml:space="preserve">[51:56] </w:t>
      </w:r>
      <w:r>
        <w:t>ikhaya gaya ab se saade teen hazar saal pehle saade teen hazar saal pehle toh main jo baat kehna chahta hoon woh yeh hai ke kal jo maine jis ka reference diya jis jis angre</w:t>
      </w:r>
    </w:p>
    <w:p>
      <w:pPr>
        <w:jc w:val="right"/>
      </w:pPr>
      <w:r>
        <w:t>کھایا گیا اب سے ساڑھے تین ہزار سال پہلے ساڑھے تین ہزار سال پہلے تو میں جو بات کہنا چاہتا ہوں وہ یہ ہے کہ کل جو میں نے جس کا ریفرنس دیا جس جس انگری</w:t>
      </w:r>
    </w:p>
    <w:p>
      <w:r>
        <w:rPr>
          <w:b/>
        </w:rPr>
        <w:t xml:space="preserve">[52:26] </w:t>
      </w:r>
      <w:r>
        <w:t>zi jo english daily ka is mein ek word use kiya tha us ne imaginary insult us ne likha tha ke musalman jo hain imaginary insult mein pade hue hain yani khayali toheen ke har ek hamein be izzat kar raha hai har ek hamein hamare khilaf kuch kar raha hai toh musalman is is se niklein is is se bahar niklein kyun kitab chhap gayi toh hamare islam ki toheen ho gayi kahin koi kahin koi</w:t>
      </w:r>
    </w:p>
    <w:p>
      <w:pPr>
        <w:jc w:val="right"/>
      </w:pPr>
      <w:r>
        <w:t>زی جو انگلش ڈیلی کا اس میں ایک ورڈ یوز کیا تھا اس نے امیجنری انسلٹ اس نے لکھا تھا کہ مسلمان جو ہیں امیجنری انسلٹ میں پڑے ہوئے ہیں یعنی خیالی توہین کہ ہر ایک ہمیں بے عزت کر رہا ہے ہر ایک ہمیں ہمارے خلاف کچھ کر رہا ہے تو مسلمان اس اس سے نکلیں اس اس سے باہر نکلیں کیوں کتاب چھپ گئی تو ہمارے اسلام کی توہین ہو گئی کہیں کوئی کہیں کوئی</w:t>
      </w:r>
    </w:p>
    <w:p>
      <w:r>
        <w:rPr>
          <w:b/>
        </w:rPr>
        <w:t xml:space="preserve">[52:56] </w:t>
      </w:r>
      <w:r>
        <w:t>cartoon chhap gaya toh hamare rasool ki toheen ho gayi toh us ne likha yeh word us ne likha tha ke is zamane ke musalmanon ka masla yeh hai ka problem ke woh imaginary insult mein jee rahe hain kahin ho nahi raha kuch nahi hum samajhte hain ke log hamari toheen kar rahe hain ho raha hai kahin kuch nahi that is imaginary khayali wahmi farzi toh yahan par hai sara problem</w:t>
      </w:r>
    </w:p>
    <w:p>
      <w:pPr>
        <w:jc w:val="right"/>
      </w:pPr>
      <w:r>
        <w:t>کارٹون چھپ گیا تو ہمارے رسول کی توہین ہو گئی تو اس نے لکھا یہ ورڈ اس نے لکھا تھا کہ اس زمانے کے مسلمانوں کا مسئلہ یہ ہے کا پرابلم کہ وہ امیجنری انسلٹ میں جی رہے ہیں کہیں ہو نہیں رہا کچھ نہیں ہم سمجھتے ہیں کہ لوگ ہماری توہین کر رہے ہیں ہو رہا ہے کہیں کچھ نہیں دیٹ از امیجنری خیالی وہمی فرضی تو یہاں پر ہے سارا پرابلم</w:t>
      </w:r>
    </w:p>
    <w:p>
      <w:r>
        <w:rPr>
          <w:b/>
        </w:rPr>
        <w:t xml:space="preserve">[53:28] </w:t>
      </w:r>
      <w:r>
        <w:t>toh main samajhta hoon ke sab se pehli zaroorat yeh hai ke musalman is besieged mentality se niklein ek besieged mentality apne ko samajhte hain ke hum ghare hue hain is se niklein aur sochein islam ko rediscover karein duniya ko rediscover karein science ko rediscover karein ab bachpan se hum sunte the ke science jo hai woh islam ke mukhalif koi cheez hai hamare zamane mein bachpan mein jo science padhta tha us ko kehte the naturey kehte the naturey naturey</w:t>
      </w:r>
    </w:p>
    <w:p>
      <w:pPr>
        <w:jc w:val="right"/>
      </w:pPr>
      <w:r>
        <w:t>تو میں سمجھتا ہوں کہ سب سے پہلی ضرورت یہ ہے کہ مسلمان اس بسیجڈ مینٹیلیٹی سے نکلیں ایک بسیجڈ مینٹیلیٹی اپنے کو سمجھتے ہیں کہ ہم گھرے ہوئے ہیں اس سے نکلیں اور سوچیں اسلام کو ری ڈسکور کریں دنیا کو ری ڈسکور کریں سائنس کو ری ڈسکور کریں اب بچپن سے ہم سنتے تھے کہ سائنس جو ہے وہ اسلام کے مخالف کوئی چیز ہے ہمارے زمانے میں بچپن میں جو سائنس پڑھتا تھا اس کو کہتے تھے نیچری کہتے تھے نیچری نیچری</w:t>
      </w:r>
    </w:p>
    <w:p>
      <w:r>
        <w:rPr>
          <w:b/>
        </w:rPr>
        <w:t xml:space="preserve">[53:59] </w:t>
      </w:r>
      <w:r>
        <w:t>jo tha taqreeban atheist ke maene mein hota tha toh hum bhi usi bhi condition ho gaye the jab tak khud se nahi padha science tab tak hum hum bhi yeh samajhte hain ke science koi science aur atheist dono ko hum samajhte the ke dono equivalent word hain jo atheism hai wahi science hai aur jo science hai woh atheism hai yeh madrasay mein zehan bana tha hamara toh musalmanon ko kya karna hai islam ko rediscover karna hai</w:t>
      </w:r>
    </w:p>
    <w:p>
      <w:pPr>
        <w:jc w:val="right"/>
      </w:pPr>
      <w:r>
        <w:t>جو تھا تقریبا ایتھیسٹ کے معنی میں ہوتا تھا تو ہم بھی اسی بھی کنڈیشن ہو گئے تھے جب تک خود سے نہیں پڑھا سائنس تب تک ہم ہم بھی یہ سمجھتے ہیں کہ سائنس کوئی سائنس اور اتھیسٹ دونوں کو ہم سمجھتے تھے کہ دونوں ایکولنٹ ورڈ ہیں جو اتھیزم ہے وہی سائنس ہے اور جو سائنس ہے وہ اتھیزم ہے یہ مدرسے میں ذہن بنا تھا ہمارا تو مسلمانوں کو کیا کرنا ہے اسلام کو ری ڈسکور کرنا ہے</w:t>
      </w:r>
    </w:p>
    <w:p>
      <w:r>
        <w:rPr>
          <w:b/>
        </w:rPr>
        <w:t xml:space="preserve">[54:30] </w:t>
      </w:r>
      <w:r>
        <w:t>aaj ka jo age hai is ko rediscover karna hai aaj ka jo insaan hai is ko bhi rediscover karna hai aaj ke insaan ko musalman nahi jante aaj ka insaan jo hai musalman is ko bhi nahi jante kitni bara ek change aaya duniya mein ke aaj ka insaan jo hai woh rational insaan hai is se pehle kabhi bhi aisa nahi tha ke reason jo hai ek hi criterion ho jaye kabhi aisa nahi tha duniya mein log baap dada sun liya toh sahi maan liya</w:t>
      </w:r>
    </w:p>
    <w:p>
      <w:pPr>
        <w:jc w:val="right"/>
      </w:pPr>
      <w:r>
        <w:t>اج کا جو ایج ہے اس کو ری ڈسکور کرنا ہے اج کا جو انسان ہے اس کو بھی ری ڈسکور کرنا ہے اج کے انسان کو مسلمان نہیں جانتے اج کا انسان جو ہے مسلمان اس کو بھی نہیں جانتے کتنی بڑا ایک چینج ایا دنیا میں کہ اج کا انسان جو ہے وہ ریشنل انسان ہے اس سے پہلے کبھی بھی ایسا نہیں تھا کہ ریزن جو ہے ایک ہی کرائٹیرین ہو جائے کبھی ایسا نہیں تھا دنیا میں لوگ باپ دادا سن لیا تو صحیح مان لیا</w:t>
      </w:r>
    </w:p>
    <w:p>
      <w:r>
        <w:rPr>
          <w:b/>
        </w:rPr>
        <w:t xml:space="preserve">[55:01] </w:t>
      </w:r>
      <w:r>
        <w:t>jo custom hai us ko sahi maan liya jo tradition hai us ko sahi maan liya jo rituals hain us ko sahi maan liya jo suppression hai us ko sahi maan liya yahan tak ke jo story tellers the un ki baaton ko bhi sahi maan lete the log woh zamana tha main aap ko ek misaal deta hoon ancient greek mein ancient greece mein ek kahani thi jo scientific age mein khatam hui bohat si kitabon mein aati thi yeh ke</w:t>
      </w:r>
    </w:p>
    <w:p>
      <w:pPr>
        <w:jc w:val="right"/>
      </w:pPr>
      <w:r>
        <w:t>جو کسٹم ہے اس کو صحیح مان لیا جو ٹریڈیشن ہے اس کو صحیح مان لیا جو ریچولز ہیں اس کو صحیح مان لیا جو سپریسیشن ہے اس کو صحیح مان لیا یہاں تک کہ جو اسٹوری ٹیلرز تھے ان کی باتوں کو بھی صحیح مان لیتے تھے لوگ وہ زمانہ تھا میں اپ کو ایک مثال دیتا ہوں اینشینٹ گریک میں اینشینٹ گریس میں ایک کہانی تھی جو سائنٹیفک ایج میں ختم ہوئی بہت سی کتابوں میں اتی تھی یہ کہ</w:t>
      </w:r>
    </w:p>
    <w:p>
      <w:r>
        <w:rPr>
          <w:b/>
        </w:rPr>
        <w:t xml:space="preserve">[55:31] </w:t>
      </w:r>
      <w:r>
        <w:t>ani woh kya kuch log jo gaye jo tourist idhar udhar unhone a kar bataya ke hum ek ek island mein gaye toh wahan hum ne ek ghoda dekha is ghode ke ka sir insaan jaisa tha yani body ghoda aur sir insaan ab is ko phailaye yeh sari europe mein kahani phail gayi ke koi island hai jahan par aise ghode hain jis ka sir insaan ka hota hai bohat baat ko</w:t>
      </w:r>
    </w:p>
    <w:p>
      <w:pPr>
        <w:jc w:val="right"/>
      </w:pPr>
      <w:r>
        <w:t>انی وہ کیا کچھ لوگ جو گئے جو ٹورسٹ ادھر ادھر انہوں نے ا کر بتایا کہ ہم ایک ایک ائی لینڈ میں گئے تو وہاں ہم نے ایک گھوڑا دیکھا اس گھوڑے کے کا سر انسان جیسا تھا یعنی باڈی گھوڑا اور سر انسان اب اس کو پھیلائے یہ ساری یورپ میں کہانی پھیل گئی کہ کوئی ائی لینڈ ہے جہاں پر ایسے گھوڑے ہیں جس کا سر انسان کا ہوتا ہے بہت بات کو</w:t>
      </w:r>
    </w:p>
    <w:p>
      <w:r>
        <w:rPr>
          <w:b/>
        </w:rPr>
        <w:t xml:space="preserve">[56:01] </w:t>
      </w:r>
      <w:r>
        <w:t>science ne discover kiya ke yeh toh jhooti kahani hai kyun dekhiye jis ko kehte hain nostril urdu mein kehte hain natthna nostril toh ghoda jo hai us ko zyada oxygen chahiye hamare nostril jo hai ghode ko jitni oxygen chahiye woh nahi is is mein pahunch sakta body ke andar toh agar agar aisa koi ghoda ho jis ka sir insaan jaisa ho toh woh toh mar jayega kyunke woh itna us ko oxygen nahi milega</w:t>
      </w:r>
    </w:p>
    <w:p>
      <w:pPr>
        <w:jc w:val="right"/>
      </w:pPr>
      <w:r>
        <w:t>سائنس نے ڈسکور کیا کہ یہ تو جھوٹی کہانی ہے کیوں دیکھیے جس کو کہتے ہیں ناسٹرل اردو میں کہتے ہیں نتھنا ناسٹرل تو گھوڑا جو ہے اس کو زیادہ اکسیجن چاہیے ہمارے ناسٹرل جو ہے گھوڑے کو جتنی اکسیجن چاہیے وہ نہیں اس اس میں پہنچ سکتا باڈی کے اندر تو اگر اگر ایسا کوئی گھوڑا ہو جس کا سر انسان جیسا ہو تو وہ تو مر جائے گا کیونکہ وہ اتنا اس کو اکسیجن نہیں ملے گا</w:t>
      </w:r>
    </w:p>
    <w:p>
      <w:r>
        <w:rPr>
          <w:b/>
        </w:rPr>
        <w:t xml:space="preserve">[56:31] </w:t>
      </w:r>
      <w:r>
        <w:t>kyunke nostril hamara chhota hai ghode ka nostril bohat bada hota hai kabhi aap dekhiye is ka jo natthna ya nostril jo kehte hain bohat bada hota hai kyunke zyada oxygen leta hai woh tab ja ke maloom hua ke jhooti kahani hai yeh toh sare log yeh rehte hain suppression mein jhooti kahaniyon mein science ne pehli bar aisa kiya ke insaan ko rational banaya rational rational is se pehle insaan rational nahi hua karta tha ab</w:t>
      </w:r>
    </w:p>
    <w:p>
      <w:pPr>
        <w:jc w:val="right"/>
      </w:pPr>
      <w:r>
        <w:t>کیونکہ ناسٹرل ہمارا چھوٹا ہے گھوڑے کا ناسٹرل بہت بڑا ہوتا ہے کبھی اپ دیکھیے اس کا جو نتھنا یا ناسٹرل جو کہتے ہیں بہت بڑا ہوتا ہے کیونکہ زیادہ اکسیجن لیتا ہے وہ تب جا کے معلوم ہوا کہ جھوٹی کہانی ہے یہ تو سارے لوگ یہ رہتے ہیں سپریسیشن میں جھوٹی کہانیوں میں سائنس نے پہلی بار ایسا کیا کہ انسان کو ریشنل بنایا ریشنل ریشنل اس سے پہلے انسان ریشنل نہیں ہوا کرتا تھا اب</w:t>
      </w:r>
    </w:p>
    <w:p>
      <w:r>
        <w:rPr>
          <w:b/>
        </w:rPr>
        <w:t xml:space="preserve">[57:02] </w:t>
      </w:r>
      <w:r>
        <w:t>dekhiye ke islam jo hai completely ek rational religion hai hum ne jo bara us ne jo hum ne jo is mein jo jo hamara obligation hai woh toh sab rational hai musalmanon ki jo kitabein hain musalmanon ki jo jo edition hai woh sab ke sab irrational lekin jo jo text hai islam ka woh toh completely rational hai is ko agar aap pesh karein insaan ke samne toh aaj ka insaan toh is ko yani dil o jaan se</w:t>
      </w:r>
    </w:p>
    <w:p>
      <w:pPr>
        <w:jc w:val="right"/>
      </w:pPr>
      <w:r>
        <w:t>دیکھیے کہ اسلام جو ہے کمپلیٹلی ایک ریشنل ریلیجن ہے ہم نے جو بڑا اس نے جو ہم نے جو اس میں جو جو ہمارا ابلیگیشن ہے وہ تو سب ریشنل ہے مسلمانوں کی جو کتابیں ہیں مسلمانوں کی جو جو ایڈیشن ہے وہ سب کے سب اریشنل لیکن جو جو ٹیکسٹ ہے اسلام کا وہ تو کمپلیٹلی ریشنل ہے اس کو اگر اپ پیش کریں انسان کے سامنے تو اج کا انسان تو اس کو یعنی دل و جان سے</w:t>
      </w:r>
    </w:p>
    <w:p>
      <w:r>
        <w:rPr>
          <w:b/>
        </w:rPr>
        <w:t xml:space="preserve">[57:32] </w:t>
      </w:r>
      <w:r>
        <w:t>le lega kyunke is ke reason is ka jo mind hai woh ek rational mazhab ko chahta hai abhi ek research aayi hai ke ke poori history mein kabhi bhi aisa nahi hua ke insaan religion ko na chahe god ko na chahe yeh inter women hai insaan ke andar lekin aaj ka insaan chahta hai rational mazhab aur aap ne mazhab bana rakha hai ek irrational apni apni jo edition kiya aap ne is</w:t>
      </w:r>
    </w:p>
    <w:p>
      <w:pPr>
        <w:jc w:val="right"/>
      </w:pPr>
      <w:r>
        <w:t>لے لے گا کیونکہ اس کے ریزن اس کا جو مائنڈ ہے وہ ایک ریشنل مذہب کو چاہتا ہے ابھی ایک ریسرچ ائی ہے کہ کہ پوری ہسٹری میں کبھی بھی ایسا نہیں ہوا کہ انسان ریلیجن کو نہ چاہے گاڈ کو نہ چاہے یہ انٹر وومن ہے انسان کے اندر لیکن اج کا انسان چاہتا ہے ریشنل مذہب اور اپ نے مذہب بنا رکھا ہے ایک اریشنل اپنی اپنی جو ایڈیشن کیا اپ نے اس</w:t>
      </w:r>
    </w:p>
    <w:p>
      <w:r>
        <w:rPr>
          <w:b/>
        </w:rPr>
        <w:t xml:space="preserve">[58:02] </w:t>
      </w:r>
      <w:r>
        <w:t>ke andar apni edition se aap ne islam ko irrational bana diya toh insaan aaj ka insaan is ko bhi samajhta hai ke yeh bhi aisa hi hai toh aap islam ko rediscover kijiye is ko is ke pure form mein pesh kijiye aaj ki age mein pesh kijiye toh aaj ka insaan jo completely rational insaan hai woh bilkul is ko apne dil ki baat samjhega kyunke is ko is ka mind address hona chahiye jab tak aaj ke insaan ka mind address na ho</w:t>
      </w:r>
    </w:p>
    <w:p>
      <w:pPr>
        <w:jc w:val="right"/>
      </w:pPr>
      <w:r>
        <w:t>کے اندر اپنی ایڈیشن سے اپ نے اسلام کو اریشنل بنا دیا تو انسان اج کا انسان اس کو بھی سمجھتا ہے کہ یہ بھی ایسا ہی ہے تو اپ اسلام کو ری ڈسکور کیجئے اس کو اس کے پیور فارم میں پیش کیجئے اج کی ایڈیم میں پیش کیجئے تو اج کا انسان جو کمپلیٹلی ریشنل انسان ہے وہ بالکل اس کو اپنے دل کی بات سمجھے گا کیونکہ اس کو اس کا مائنڈ ایڈریس ہونا چاہیے جب تک اج کے انسان کا مائنڈ ایڈریس نہ ہو</w:t>
      </w:r>
    </w:p>
    <w:p>
      <w:r>
        <w:rPr>
          <w:b/>
        </w:rPr>
        <w:t xml:space="preserve">[58:32] </w:t>
      </w:r>
      <w:r>
        <w:t>woh baat ko samajh nahi sakta aap jhoomi ki zuban bol rahe hain ab woh jhoomi ki zuban us ko maloom hi nahi woh ek qissa hai ya jo kitab mein ne hawala diya yeh sari kitabein isi type ki hain toh khulasa yeh hai ke islam ko rediscover kijiye zamane ko rediscover kijiye aaj ke insaan ko phir se samjhiye aur phir aap dekhein ke na koi ilmi hai na koi dushman hai na koi conspiracy shayad duniya aap ki duniya hai</w:t>
      </w:r>
    </w:p>
    <w:p>
      <w:pPr>
        <w:jc w:val="right"/>
      </w:pPr>
      <w:r>
        <w:t>وہ بات کو سمجھ نہیں سکتا اپ جھومی کی زبان بول رہے ہیں اب وہ جھومی کی زبان اس کو معلوم ہی نہیں وہ ایک قصہ ہے یا جو کتاب میں نے حوالہ دیا یہ ساری کتابیں اسی ٹائپ کی ہیں تو خلاصہ یہ ہے کہ اسلام کو ری ڈسکور کیجئے زمانے کو ری ڈسکور کیجئے اج کے انسان کو پھر سے سمجھیے اور پھر اپ دیکھیں کہ نہ کوئی علمی ہے نہ کوئی دشمن ہے نہ کوئی کانسپریسی شاید دنیا اپ کی دنیا ہے</w:t>
      </w:r>
    </w:p>
    <w:p>
      <w:r>
        <w:rPr>
          <w:b/>
        </w:rPr>
        <w:t xml:space="preserve">[59:04] </w:t>
      </w:r>
      <w:r>
        <w:t>insaan ki duniya jo hai aap bhi insaan woh bhi insaan yeh hai universal approach aqool qaul wastaghfirullah ajmaeen.</w:t>
      </w:r>
    </w:p>
    <w:p>
      <w:pPr>
        <w:jc w:val="right"/>
      </w:pPr>
      <w:r>
        <w:t>انسان کی دنیا جو ہے اپ بھی انسان وہ بھی انسان یہ ہے یونیورسل اپروچ اقول قول واستغفراللہ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