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 Maulana Wahiduddin Khan |  4 October 2009</w:t>
      </w:r>
    </w:p>
    <w:p>
      <w:r>
        <w:t>https://www.youtube.com/watch?v=dRR8aqMAVww</w:t>
      </w:r>
    </w:p>
    <w:p>
      <w:r>
        <w:rPr>
          <w:b/>
        </w:rPr>
        <w:t xml:space="preserve">[00:02] </w:t>
      </w:r>
      <w:r>
        <w:t>bismillah rahman rahim, wasalli allah ala nabiyil karim. rab ishrah li sadri, wa yassir li amri, wah lul uqdatan min lisani yafqahu qawli. aaj ka topic hai: hub e ilahi, ya</w:t>
      </w:r>
    </w:p>
    <w:p>
      <w:pPr>
        <w:jc w:val="right"/>
      </w:pPr>
      <w:r>
        <w:t>بسم اللہ الرحمن الرحیم، وصلی اللہ علی النبی الکریم۔ رب اشرح لی صدری، ویسر لی امری، واحل العقدۃ من لسانی یفقہ قولی۔ آج کا ٹاپک ہے: حب الہی، یع</w:t>
      </w:r>
    </w:p>
    <w:p>
      <w:r>
        <w:rPr>
          <w:b/>
        </w:rPr>
        <w:t xml:space="preserve">[00:32] </w:t>
      </w:r>
      <w:r>
        <w:t>ni lo of gaad, allah se muhabbat. islam mein aur doosre mazhabon mein bhi allah se muhabbat ko bohat ooncha darja diya gaya hai. dekhen, bible mein—yani old testament aur new testament dono mein—</w:t>
      </w:r>
    </w:p>
    <w:p>
      <w:pPr>
        <w:jc w:val="right"/>
      </w:pPr>
      <w:r>
        <w:t>نی لو آف گاڈ، اللہ سے محبت۔ اسلام میں اور دوسرے مذہبوں میں بھی اللہ سے محبت کو بہت اونچا درجہ دیا گیا ہے۔ دیکھیں، بائبل میں—یعنی اولڈ ٹیسٹمنٹ اور نیو ٹیسٹمنٹ دونوں میں—</w:t>
      </w:r>
    </w:p>
    <w:p>
      <w:r>
        <w:rPr>
          <w:b/>
        </w:rPr>
        <w:t xml:space="preserve">[01:02] </w:t>
      </w:r>
      <w:r>
        <w:t>yeh aaya hai ke: "you shall love your god with all your heart, with all your soul, with all your mind". tum apne allah se muhabbat karo poore dil se, poori rooh se, aur poore dimaagh se. yeh bible mein aaya hai. quran mein</w:t>
      </w:r>
    </w:p>
    <w:p>
      <w:pPr>
        <w:jc w:val="right"/>
      </w:pPr>
      <w:r>
        <w:t>یہ آیا ہے کہ: "یو شیل لو یور گاڈ ود آل یور ہارٹ، ود آل یور سول، ود آل یور مائنڈ"۔ تم اپنے اللہ سے محبت کرو پورے دل سے، پوری روح سے، اور پورے دماغ سے۔ یہ بائبل میں آیا ہے۔ قرآن میں</w:t>
      </w:r>
    </w:p>
    <w:p>
      <w:r>
        <w:rPr>
          <w:b/>
        </w:rPr>
        <w:t xml:space="preserve">[01:33] </w:t>
      </w:r>
      <w:r>
        <w:t>yeh aayat aayi hai: "wallazeena aamanoo ashadd huban lillah". jo imaan wale hain, jo believers hain, woh allah se bohat zyada muhabbat karne wale hote hain. iska matlab kya hai?</w:t>
      </w:r>
    </w:p>
    <w:p>
      <w:pPr>
        <w:jc w:val="right"/>
      </w:pPr>
      <w:r>
        <w:t>یہ آیت آئی ہے: "والذین آمنوا أشدّ حبًا لله"۔ جو ایمان والے ہیں، جو بلیورز ہیں، وہ اللہ سے بہت زیادہ محبت کرنے والے ہوتے ہیں۔ اس کا مطلب کیا ہے؟</w:t>
      </w:r>
    </w:p>
    <w:p>
      <w:r>
        <w:rPr>
          <w:b/>
        </w:rPr>
        <w:t xml:space="preserve">[02:03] </w:t>
      </w:r>
      <w:r>
        <w:t>dekhen, khuda aur muhabbat dono alag alag subject nahi hain. jab aap sochte hain, jab aap contemplation ke state mein jaate hain, to aap ko ek discovery hoti hai: paida karne wale ki, khaliq ki, jo rab ul alameen hai. yani isne aap ko</w:t>
      </w:r>
    </w:p>
    <w:p>
      <w:pPr>
        <w:jc w:val="right"/>
      </w:pPr>
      <w:r>
        <w:t>دیکھیں، خدا اور محبت دونوں الگ الگ سبجیکٹ نہیں ہیں۔ جب آپ سوچتے ہیں، جب آپ کنٹمپلیشن کے اسٹٹیٹ میں جاتے ہیں، تو آپ کو ایک ڈسکوری ہوتی ہے: پیدا کرنے والے کی، خالق کی، جو رب العالمین ہے۔ یعنی اس نے آپ کو</w:t>
      </w:r>
    </w:p>
    <w:p>
      <w:r>
        <w:rPr>
          <w:b/>
        </w:rPr>
        <w:t xml:space="preserve">[02:35] </w:t>
      </w:r>
      <w:r>
        <w:t>wujood diya, aap ko family di, aap ko mahaul diya, aap ko yeh zameen di, jaisi zameen saare universe mein kahin bhi is tarah ki zameen maujood nahi hai. aap ko life support system diya. in sab cheezon ko le kar jab aap sochte hain to lagta hai ke khuda to hamara sab se bara ehsaan mohsin hai,</w:t>
      </w:r>
    </w:p>
    <w:p>
      <w:pPr>
        <w:jc w:val="right"/>
      </w:pPr>
      <w:r>
        <w:t>وجود دیا، آپ کو فیملی دی، آپ کو ماحول دیا، آپ کو یہ زمین دی، جیسی زمین سارے یونیورس میں کہیں بھی اس طرح کی زمین موجود نہیں ہے۔ آپ کو لائف سپورٹ سسٹم دیا۔ ان سب چیزوں کو لے کر جب آپ سوچتے ہیں تو لگتا ہے کہ خدا تو ہمارا سب سے بڑا احسان محسن ہے،</w:t>
      </w:r>
    </w:p>
    <w:p>
      <w:r>
        <w:rPr>
          <w:b/>
        </w:rPr>
        <w:t xml:space="preserve">[03:05] </w:t>
      </w:r>
      <w:r>
        <w:t>benefactor hai. to sach poochhein to inaam ko le kar jo soch banti hai momin ke liye, usi ka nateeja hota hai muhabbat. alag koi cheez nahi hai muhabbat. to jitna zyada aap sochenge ke khuda ne aap ko sab kuch khuda hi ne diya hai, koi aisi cheez nahi hai jo aap ke paas ho, woh kahin aur se mili ho aap ko</w:t>
      </w:r>
    </w:p>
    <w:p>
      <w:pPr>
        <w:jc w:val="right"/>
      </w:pPr>
      <w:r>
        <w:t>بینیفیکٹر ہے۔ تو سچ پوچھیں تو انعام کو لے کر جو سوچ بنتی ہے منیم کے لیے، اسی کا نتیجہ ہوتا ہے محبت۔ الگ کوئی چیز نہیں ہے محبت۔ تو جتنا زیادہ آپ سوچیں گے کہ خدا نے آپ کو سب کچھ خدا ہی نے دیا ہے، کوئی ایسی چیز نہیں ہے جو آپ کے پاس ہو، وہ کہیں اور سے ملی ہو آپ کو</w:t>
      </w:r>
    </w:p>
    <w:p>
      <w:r>
        <w:rPr>
          <w:b/>
        </w:rPr>
        <w:t xml:space="preserve">[03:36] </w:t>
      </w:r>
      <w:r>
        <w:t>, to khuda aap ka sab se bara concern ban jata hai. aur khuda se aap ko khuda se aap ko hub e shadeed ho jata hai. muhabbat kya hai? muhabbat ka matlab hai strong affection, bohat zyada, bohat zyada</w:t>
      </w:r>
    </w:p>
    <w:p>
      <w:pPr>
        <w:jc w:val="right"/>
      </w:pPr>
      <w:r>
        <w:t>، تو خدا آپ کا سب سے بڑا کنسرن بن جاتا ہے۔ اور خدا سے آپ کو خدا سے آپ کو حب شدید ہو جاتا ہے۔ محبت کیا ہے؟ محبت کا مطلب ہے اسٹرانگ افیکشن، بہت زیادہ، بہت زیادہ</w:t>
      </w:r>
    </w:p>
    <w:p>
      <w:r>
        <w:rPr>
          <w:b/>
        </w:rPr>
        <w:t xml:space="preserve">[04:06] </w:t>
      </w:r>
      <w:r>
        <w:t>ta'alluq jab kisi se ho jaye to usi ko kehte hain muhabbat. to yeh muhabbat, ya strong affection, jo hai, woh paida hota hai kaise? allah ko discover karne se, sochne se, contemplation se. iska koi mysterious method nahi hai. lekin yaad rakhiye, yeh koi saada baat nahi</w:t>
      </w:r>
    </w:p>
    <w:p>
      <w:pPr>
        <w:jc w:val="right"/>
      </w:pPr>
      <w:r>
        <w:t>تعلق جب کسی سے ہو جائے تو اسی کو کہتے ہیں محبت۔ تو یہ محبت، یا اسٹرانگ افیکشن، جو ہے، وہ پیدا ہوتا ہے کیسے؟ اللہ کو ڈسکور کرنے سے، سوچنے سے، کنٹمپلیشن سے۔ اس کا کوئی مسٹیریس میتھڈ نہیں ہے۔ لیکن یاد رکھیے، یہ کوئی سادہ بات نہیں</w:t>
      </w:r>
    </w:p>
    <w:p>
      <w:r>
        <w:rPr>
          <w:b/>
        </w:rPr>
        <w:t xml:space="preserve">[04:37] </w:t>
      </w:r>
      <w:r>
        <w:t>hai. quran mein hai ke: "ma ja'alallahu lirajulin min qalbain fi jawfihi". allah ne ek seene mein do dil nahi banaaye. iska matlab kya hai? iska matlab yeh hai ke khuda se muhabbat karne ke liye aap ko nafrat ko chhodna padega.</w:t>
      </w:r>
    </w:p>
    <w:p>
      <w:pPr>
        <w:jc w:val="right"/>
      </w:pPr>
      <w:r>
        <w:t>ہے۔ قرآن میں ہے کہ: "ما جعل اللہ لرجل من قلبین فی جوفی"۔ اللہ نے ایک سینے میں دو دل نہیں بنائے۔ اس کا مطلب کیا ہے؟ اس کا مطلب یہ ہے کہ خدا سے محبت کرنے کے لیے آپ کو نفرت کو چھوڑنا پڑے گا۔</w:t>
      </w:r>
    </w:p>
    <w:p>
      <w:r>
        <w:rPr>
          <w:b/>
        </w:rPr>
        <w:t xml:space="preserve">[05:11] </w:t>
      </w:r>
      <w:r>
        <w:t>nafrat ko chhodna padega. ek hi dil mein nafrat aur muhabbat dono ekatha nahi ho sakte. agar aap ko insaan se shikayat hai, insaan se nafrat hai, insaan ke bare mein aap negative hain, to impossible hai ke aap ke dil mein khuda ki muhabbat paida ho. "ma ja'alallahu lirajulin min qalbain fi jawfihi".</w:t>
      </w:r>
    </w:p>
    <w:p>
      <w:pPr>
        <w:jc w:val="right"/>
      </w:pPr>
      <w:r>
        <w:t>نفرت کو چھوڑنا پڑے گا۔ ایک ہی دل میں نفرت اور محبت دونوں اکٹھا نہیں ہو سکتے۔ اگر آپ کو انسان سے شکایت ہے، انسان سے نفرت ہے، انسان کے بارے میں آپ نیگیٹو ہیں، تو امپاسیبل ہے کہ آپ کے دل میں خدا کی محبت پیدا ہو۔ "ما جعل اللہ لجل من قلبین فی جوفی"۔</w:t>
      </w:r>
    </w:p>
    <w:p>
      <w:r>
        <w:rPr>
          <w:b/>
        </w:rPr>
        <w:t xml:space="preserve">[05:43] </w:t>
      </w:r>
      <w:r>
        <w:t>dekhiye, insaan aisi makhlooq hai ke woh contradictory approach mein jee nahi sakta hai. impossible hai. ek taraf hate bhi, doosri taraf muhabbat bhi. to yeh impossible hai. aisa nahi hai ke do compartment hain aap ke dil mein, aap ke dimaagh mein. to ek compartment mein muhabbat rakh do, ek compartment mein nafrat rakh do. yeh nahi ho sakta. aap ko ek</w:t>
      </w:r>
    </w:p>
    <w:p>
      <w:pPr>
        <w:jc w:val="right"/>
      </w:pPr>
      <w:r>
        <w:t>دیکھیے، انسان ایسی مخلوق ہے کہ وہ کنٹراڈکٹری اپروچ میں جی نہیں سکتا ہے۔ امپاسیبل ہے۔ ایک طرف ہیٹ بھی، دوسری طرف محبت بھی۔ تو یہ امپاسیبل ہے۔ ایسا نہیں ہے کہ دو کمپارٹمنٹ ہیں آپ کے دل میں، آپ کے دماغ میں۔ تو ایک کمپارٹمنٹ میں محبت رکھ دو، ایک کمپارٹمنٹ میں نفرت رکھ دو۔ یہ نہیں ہو سکتا۔ آپ کو ایک</w:t>
      </w:r>
    </w:p>
    <w:p>
      <w:r>
        <w:rPr>
          <w:b/>
        </w:rPr>
        <w:t xml:space="preserve">[06:13] </w:t>
      </w:r>
      <w:r>
        <w:t>price deni padegi muhabbat ilahi ki. koi bhi cheez duniya mein aisi nahi hai jo price ke baghair aap ko haasil ho jaye. to allah se muhabbat ki price kya hai? insaan se nafrat na karna. insaan se hate na karna. insaan se shikayat na karna. at any cost, unilaterally. aur agar aap nafrat se uth nahi sakte hain</w:t>
      </w:r>
    </w:p>
    <w:p>
      <w:pPr>
        <w:jc w:val="right"/>
      </w:pPr>
      <w:r>
        <w:t>پرائس دینی پڑے گی محبت الہی کی۔ کوئی بھی چیز دنیا میں ایسی نہیں ہے جو پرائس کے بغیر آپ کو حاصل ہو جائے۔ تو اللہ سے محبت کی پرائس کیا ہے؟ انسان سے نفرت نہ کرنا۔ انسان سے ہیٹ نہ کرنا۔ انسان سے شکایت نہ کرنا۔ ایٹ اینی کاسٹ، یونی لیٹرلی۔ اور اگر آپ نفرت سے اٹھ نہیں سکتے ہیں</w:t>
      </w:r>
    </w:p>
    <w:p>
      <w:r>
        <w:rPr>
          <w:b/>
        </w:rPr>
        <w:t xml:space="preserve">[06:43] </w:t>
      </w:r>
      <w:r>
        <w:t>to yeh bhi jaan lijiye ke aap ko khuda ke haan muhabbat ilahi ka title nahi milega. kitna bara risk hai, ghaur kijiye. kitna bara risk hai. aaj kal aap—main boodha ho gaya, duniya mein jagah jagah maine safar kiye—jis musalman se milta hoon main, woh shikayat ki</w:t>
      </w:r>
    </w:p>
    <w:p>
      <w:pPr>
        <w:jc w:val="right"/>
      </w:pPr>
      <w:r>
        <w:t>تو یہ بھی جان لیجیے کہ آپ کو خدا کے ہاں محبت الہی کا ٹائٹل نہیں ملے گا۔ کتنا بڑا رسک ہے، غور کیجیے۔ کتنا بڑا رسک ہے۔ آج کل آپ—میں بوڑھا ہو گیا، دنیا میں جگہ جگہ میں نے سفر کیے—جس مسلمان سے ملتا ہوں میں، وہ شکایت کی</w:t>
      </w:r>
    </w:p>
    <w:p>
      <w:r>
        <w:rPr>
          <w:b/>
        </w:rPr>
        <w:t xml:space="preserve">[07:13] </w:t>
      </w:r>
      <w:r>
        <w:t>baat bolta hai. yahood se shikayat, hindu se shikayat, america se shikayat, isai se shikayat. har musalman, mujhe koi exception nahi maloom, jo shikayaton mein jeeta hai. shikayat ka matlab hai nafrat, yani hate. isi liye maine abhi tak koi woh musalman dekha nahi jis ke dil mein allah se</w:t>
      </w:r>
    </w:p>
    <w:p>
      <w:pPr>
        <w:jc w:val="right"/>
      </w:pPr>
      <w:r>
        <w:t>بات بولتا ہے۔ یہود سے شکایت، ہندو سے شکایت، امریکہ سے شکایت، عیسائی سے شکایت۔ ہر مسلمان، مجھے کوئی ایکسیپشن نہیں معلوم، جو شکایتوں میں جیتا ہے۔ شکایت کا مطلب ہے نفرت، یعنی ہیٹ۔ اسی لیے میں نے ابھی تک کوئی وہ مسلمان دیکھا نہیں جس کے دل میں اللہ سے</w:t>
      </w:r>
    </w:p>
    <w:p>
      <w:r>
        <w:rPr>
          <w:b/>
        </w:rPr>
        <w:t xml:space="preserve">[07:43] </w:t>
      </w:r>
      <w:r>
        <w:t>, sach much allah se muhabbat ho. allah se muhabbat ki alamaten, jaise ghodiya se muhabbat karta hai, woh muhabbat hai. allah rab ul alameen hai. allah se muhabbat ka matlab yeh hai ke aap ke dil mein muhabbat ka samandar umad pade. oceanic love aap ke dil mein paida ho jaye.</w:t>
      </w:r>
    </w:p>
    <w:p>
      <w:pPr>
        <w:jc w:val="right"/>
      </w:pPr>
      <w:r>
        <w:t>، سچ مچ اللہ سے محبت ہو۔ اللہ سے محبت کی علامتیں، جیسے گھوڑیا سے محبت کرتا ہے، وہ محبت ہے۔ اللہ رب العالمین ہے۔ اللہ سے محبت کا مطلب یہ ہے کہ آپ کے دل میں محبت کا سمندر امڈ پڑے۔ اوشیانک لو آپ کے دل میں پیدا ہو جائے۔</w:t>
      </w:r>
    </w:p>
    <w:p>
      <w:r>
        <w:rPr>
          <w:b/>
        </w:rPr>
        <w:t xml:space="preserve">[08:14] </w:t>
      </w:r>
      <w:r>
        <w:t>warna woh love nahi hogi, woh to bohat hi koi, koi aur cheez hogi. to yeh muhabbat logon ke dilon mein kyun nahi aa rahi hai? is liye ke woh insaan se nafrat karte hain. dekhiye, yahan par main ek baat wazeh kar doon ke har aadmi jo nafrat karta hai, woh koi wajah batayega ke kaise hum na is se nafrat karein.</w:t>
      </w:r>
    </w:p>
    <w:p>
      <w:pPr>
        <w:jc w:val="right"/>
      </w:pPr>
      <w:r>
        <w:t>ورنہ وہ لو نہیں ہوگی، وہ تو بہت ہی کوئی، کوئی اور چیز ہوگی۔ تو یہ محبت لوگوں کے دلوں میں کیوں نہیں آ رہی ہے؟ اس لیے کہ وہ انسان سے نفرت کرتے ہیں۔ دیکھیے، یہاں پر میں ایک بات واضح کر دوں کہ ہر آدمی جو نفرت کرتا ہے، وہ کوئی وجہ بتائے گا کہ کیسے ہم نہ اس سے نفرت کریں۔</w:t>
      </w:r>
    </w:p>
    <w:p>
      <w:r>
        <w:rPr>
          <w:b/>
        </w:rPr>
        <w:t xml:space="preserve">[08:47] </w:t>
      </w:r>
      <w:r>
        <w:t>misalan ek sahab mere paas aaye to woh da'wati kaam karte hain. unhone kaha ke main da'wati kaam karta hoon. maine kaha ke dekhiye, da'wati kaam woh karega jo nafrat se paak ho. to maine un se poocha ke aap hindu se nafrat karte hain? unhone kaha ke nahi. unhone kaha isai se nafrat karte hain? nahi. aisi kuch poocha maine. phir maine kaha ke yehood se nafrat karte hain aap?</w:t>
      </w:r>
    </w:p>
    <w:p>
      <w:pPr>
        <w:jc w:val="right"/>
      </w:pPr>
      <w:r>
        <w:t>مثلاً ایک صاحب میرے پاس آئے تو وہ دعوتی کام کرتے ہیں۔ انہوں نے کہا کہ میں دعوتی کام کرتا ہوں۔ میں نے کہا کہ دیکھیے، دعوتی کام وہ کرے گا جو نفرت سے پاک ہو۔ تو میں نے ان سے پوچھا کہ آپ ہندو سے نفرت کرتے ہیں؟ انہوں نے کہا کہ نہیں۔ انہوں نے کہا عیسائی سے نفرت کرتے ہیں؟ نہیں۔ ایسی کچھ پوچھا میں نے۔ پھر میں نے کہا کہ یہود سے نفرت کرتے ہیں آپ؟</w:t>
      </w:r>
    </w:p>
    <w:p>
      <w:r>
        <w:rPr>
          <w:b/>
        </w:rPr>
        <w:t xml:space="preserve">[09:17] </w:t>
      </w:r>
      <w:r>
        <w:t>yahood se nafrat karni padegi. yahood ne itna bara zulm kar rakha hai musalmanon ke khilaf. to maine kaha ke there is no exception in this principle. yahood se bhi aap ko muhabbat karni padegi. nahi to dai ka title nahi milega aap ko. dai ka title nahi milega aap ko. yaad rakhiye, koi exception is mein nahi hai. dek</w:t>
      </w:r>
    </w:p>
    <w:p>
      <w:pPr>
        <w:jc w:val="right"/>
      </w:pPr>
      <w:r>
        <w:t>یہود سے نفرت کرنی پڑے گی۔ یہود نے اتنا بڑا ظلم کر رکھا ہے مسلمانوں کے خلاف۔ تو میں نے کہا کہ دیر از نو ایکسیپشن ان دس پرنسپل۔ یہود سے بھی آپ کو محبت کرنی پڑے گی۔ نہیں تو دائی کا ٹائٹل نہیں ملے گا آپ کو۔ دائی کا ٹائٹل نہیں ملے گا آپ کو۔ یاد رکھیے، کوئی ایکسیپشن اس میں نہیں ہے۔ دیک</w:t>
      </w:r>
    </w:p>
    <w:p>
      <w:r>
        <w:rPr>
          <w:b/>
        </w:rPr>
        <w:t xml:space="preserve">[09:47] </w:t>
      </w:r>
      <w:r>
        <w:t>hiye, fiqh ka masla hai ke agar ek tub paani hai, us mein sirf ek drop aap gandagi ka daal dein to saara paani jo hai woh ganda ho jayega, najeis ho jayega. wuzu ke qabil nahi rahega, nahane ke qabil nahi rahega. ek drop. to yeh mamla aur izafe ke sath aap ke dil aur dimaagh ke bare mein hai.</w:t>
      </w:r>
    </w:p>
    <w:p>
      <w:pPr>
        <w:jc w:val="right"/>
      </w:pPr>
      <w:r>
        <w:t>ھیے، فقہ کا مسئلہ ہے کہ اگر ایک ٹب پانی ہے، اس میں صرف ایک ڈراپ آپ گندگی کا ڈال دیں تو سارا پانی جو ہے وہ گندا ہو جائے گا، نجس ہو جائے گا۔ وضو کے قابل نہیں رہے گا، نہانے کے قابل نہیں رہے گا۔ ایک ڈراپ۔ تو یہ معاملہ اور اضافے کے ساتھ آپ کے دل اور دماغ کے بارے میں ہے۔</w:t>
      </w:r>
    </w:p>
    <w:p>
      <w:r>
        <w:rPr>
          <w:b/>
        </w:rPr>
        <w:t xml:space="preserve">[10:19] </w:t>
      </w:r>
      <w:r>
        <w:t>aap ke dil aur dimaagh mein agar ek drop hate ka pad jaye to saara aap ki soch, aap ke jazbaat sab negative ho jayenge. khuda ki muhabbat ke qabil aap nahi rahenge. isi liye dekhiye, rasool allah sallallahu alaihi wasallam aur aap ke ashaab jo hain, unilaterally woh logon se, logon</w:t>
      </w:r>
    </w:p>
    <w:p>
      <w:pPr>
        <w:jc w:val="right"/>
      </w:pPr>
      <w:r>
        <w:t>آپ کے دل اور دماغ میں اگر ایک ڈراپ ہیٹ کا پڑ جائے تو سارا آپ کی سوچ، آپ کے جذبات سب منفی ہو جائیں گے۔ خدا کی محبت کے قابل آپ نہیں رہیں گے۔ اسی لیے دیکھیے، رسول اللہ صلی اللہ علیہ وسلم اور آپ کے اصحاب جو ہیں، یونی لیٹرل طور پر وہ لوگوں سے، لوگ</w:t>
      </w:r>
    </w:p>
    <w:p>
      <w:r>
        <w:rPr>
          <w:b/>
        </w:rPr>
        <w:t xml:space="preserve">[10:49] </w:t>
      </w:r>
      <w:r>
        <w:t>on ke wal wa shair the, logon ke khair khwah the. bohat kuch woh karte the, lekin unhone is ko le kar ke is ka excuse nahi banaya. unhone kaha: "if you have good excuse for hate, never use it". yeh hai formula da'wat ka. "if you have good excuse for hate</w:t>
      </w:r>
    </w:p>
    <w:p>
      <w:pPr>
        <w:jc w:val="right"/>
      </w:pPr>
      <w:r>
        <w:t>وں کے ول وشر تھے، لوگوں کے خیر خواہ تھے۔ بہت کچھ وہ کرتے تھے، لیکن انہوں نے اس کو لے کر کے اس کا ایکسکیوز نہیں بنایا۔ انہوں نے کہا: "اف یو ہیو گڈ ایکسکیوز فار ہیٹ، نیور یوز اٹ"۔ یہ ہے فارمولا دعوت کا۔ "اف یو ہیو گڈ ایکسکیوز فار ہی</w:t>
      </w:r>
    </w:p>
    <w:p>
      <w:r>
        <w:rPr>
          <w:b/>
        </w:rPr>
        <w:t xml:space="preserve">[11:19] </w:t>
      </w:r>
      <w:r>
        <w:t>, never use it". nahi to aap na to dai hain, na allah se muhabbat karne wale hain, kuch nahi hain, nothing hain. main aap ko chand hawale deta hoon. dekhiye, hazrat abubakar siddiq ka waqia lijiye. un ki sahibzadi thi ayesha, jo rasool allah ki alia theen. to</w:t>
      </w:r>
    </w:p>
    <w:p>
      <w:pPr>
        <w:jc w:val="right"/>
      </w:pPr>
      <w:r>
        <w:t>ٹ، نیور یوز اٹ"۔ نہیں تو آپ نہ تو داعی ہیں، نہ اللہ سے محبت کرنے والے ہیں، کچھ نہیں ہیں، نتھنگ ہیں۔ میں آپ کو چند حوالے دیتا ہوں۔ دیکھیے، حضرت ابوبکر صدیق کا واقعہ لیجیے۔ ان کی صاحبزادی تھی عائشہ، جو رسول اللہ کی عالیہ تھیں۔ تو</w:t>
      </w:r>
    </w:p>
    <w:p>
      <w:r>
        <w:rPr>
          <w:b/>
        </w:rPr>
        <w:t xml:space="preserve">[11:49] </w:t>
      </w:r>
      <w:r>
        <w:t>madine ke kuch galat logon ne hazrat ayesha ke khilaf bohat hi bura, bohat hi ganda ilzaam lagaya. jo sab se bura ilzaam ek aurat ke liye ho sakta hai, woh laga diya. zahir hai ke yeh bohat hi—aur woh bohat masoom theen, woh burai ko jaanti bhi nahi theen. to hazrat abubakar jo the, un ko zahir hai ke bohat zyada dukh hua. to un ko ek ghareeb aadmi the wahan</w:t>
      </w:r>
    </w:p>
    <w:p>
      <w:pPr>
        <w:jc w:val="right"/>
      </w:pPr>
      <w:r>
        <w:t>مدینے کے کچھ غلط لوگوں نے حضرت عائشہ کے خلاف بہت ہی برا، بہت ہی گندا الزام لگایا۔ جو سب سے برا الزام ایک عورت کے لیے ہو سکتا ہے، وہ لگا دیا۔ ظاہر ہے کہ یہ بہت ہی—اور وہ بہت معصوم تھیں، وہ برائی کو جانتی بھی نہیں تھیں۔ تو حضرت ابوبکر جو تھے، ان کو ظاہر ہے کہ بہت زیادہ دکھ ہوا۔ تو ان کو ایک غریب آدمی تھے وہاں</w:t>
      </w:r>
    </w:p>
    <w:p>
      <w:r>
        <w:rPr>
          <w:b/>
        </w:rPr>
        <w:t xml:space="preserve">[12:19] </w:t>
      </w:r>
      <w:r>
        <w:t>ke madine mein, un ka naam tha misata. musalman the woh. to unhone bhi is mein saath de diya un logon ka, un shareer logon ka, jo hazrat ayesha ko badnaam kar rahe the. to jab maloom hua hazrat abubakar ko, to un ki madad kiya karte? hazrat abubakar jo the, woh tajir the. to misata ki woh har mahine kuch un ko raqam dete the madad ke taur par.</w:t>
      </w:r>
    </w:p>
    <w:p>
      <w:pPr>
        <w:jc w:val="right"/>
      </w:pPr>
      <w:r>
        <w:t>کے مدینے میں، ان کا نام تھا مستہ۔ مسلمان تھے وہ۔ تو انہوں نے بھی اس میں ساتھ دے دیا ان لوگوں کا، ان شریر لوگوں کا، جو حضرت عائشہ کو بدنام کر رہے تھے۔ تو جب معلوم ہوا حضرت ابوبکر کو، تو ان کی مدد کیا کرتے؟ حضرت ابوبکر جو تھے، وہ تاجر تھے۔ تو مستہ کی وہ ہر مہینے کچھ ان کو رقم دیتے تھے مدد کے طور پر۔</w:t>
      </w:r>
    </w:p>
    <w:p>
      <w:r>
        <w:rPr>
          <w:b/>
        </w:rPr>
        <w:t xml:space="preserve">[12:50] </w:t>
      </w:r>
      <w:r>
        <w:t>to jab maloom hua hazrat abubakar ko, to unhone qasam kha kar kaha ke main ab misata ki koi madad nahi karunga. qasam kha kar kaha ke ab misata ki koi madad nahi karunga. is ke baad surah an-noor aap padhiye, us mein ek aayat utri is waqie ke background mein ke jo log madad karte hain</w:t>
      </w:r>
    </w:p>
    <w:p>
      <w:pPr>
        <w:jc w:val="right"/>
      </w:pPr>
      <w:r>
        <w:t>تو جب معلوم ہوا حضرت ابوبکر کو، تو انہوں نے قسم کھا کر کہا کہ میں اب مستہ کی کوئی مدد نہیں کروں گا۔ قسم کھا کر کہا کہ اب مستہ کی کوئی مدد نہیں کروں گا۔ اس کے بعد سورہ النور آپ پڑھیے، اس میں ایک آیت اتری اس واقعے کے بیک گراؤنڈ میں کہ جو لوگ مدد کرتے ہیں</w:t>
      </w:r>
    </w:p>
    <w:p>
      <w:r>
        <w:rPr>
          <w:b/>
        </w:rPr>
        <w:t xml:space="preserve">[13:20] </w:t>
      </w:r>
      <w:r>
        <w:t>kamzor logon ki, to qasam na khayein ke woh is ki madad na karein ge, chahe woh kuch bhi kar rahe hon. to is mein aya hai ke "ila tahibbun yaghfirullah lakum". kya tum ko yeh pasand nahi ke Allah tumhein bakhsh de? yani Allah tum ko apne blessed logon mein shamil kare. Allah in logon</w:t>
      </w:r>
    </w:p>
    <w:p>
      <w:pPr>
        <w:jc w:val="right"/>
      </w:pPr>
      <w:r>
        <w:t>کمزور لوگوں کی، تو قسم نہ کھائیں کہ وہ اس کی مدد نہ کریں گے، چاہے وہ کچھ بھی کر رہے ہوں۔ تو اس میں آیا ہے کہ "الا تحبون یغفر اللہ لکم"۔ کیا تم کو یہ پسند نہیں کہ اللہ تمہیں بخش دے؟ یعنی اللہ تم کو اپنے بلیسڈ لوگوں میں شامل کرے۔ اللہ ان لوگوں</w:t>
      </w:r>
    </w:p>
    <w:p>
      <w:r>
        <w:rPr>
          <w:b/>
        </w:rPr>
        <w:t xml:space="preserve">[13:50] </w:t>
      </w:r>
      <w:r>
        <w:t>mein shamil kare jin ko Khuda ki blessing mile gi. sunte hi jaise ayat utri, yeh sunte hi Hazrat Abu Bakr ne kaha ke Khuda ya, hum teri maghfirat chahte hain, teri blessing chahte hain, teri rehmat chahte hain. isi waqt unhon ne ailan kar diya ke main apni qasam todta hoon aur main us ko barabar jo deta tha madad, woh karta rahoon ga. kyun? dekhiye,</w:t>
      </w:r>
    </w:p>
    <w:p>
      <w:pPr>
        <w:jc w:val="right"/>
      </w:pPr>
      <w:r>
        <w:t>میں شامل کرے جن کو خدا کی بلیسنگ ملے گی۔ سنتے ہی جیسے آیت اتری، یہ سنتے ہی حضرت ابوبکر نے کہا کہ خدایا، ہم تیری مغفرت چاہتے ہیں، تیری بلیسنگ چاہتے ہیں، تیری رحمت چاہتے ہیں۔ اسی وقت انہوں نے اعلان کر دیا کہ میں اپنی قسم توڑتا ہوں اور میں اس کو برابر جو دیتا تھا مدد، وہ کرتا رہوں گا۔ کیوں؟ دیکھیے،</w:t>
      </w:r>
    </w:p>
    <w:p>
      <w:r>
        <w:rPr>
          <w:b/>
        </w:rPr>
        <w:t xml:space="preserve">[14:21] </w:t>
      </w:r>
      <w:r>
        <w:t>yahan par Khuda ki mohabbat at stake thi. yaad rakhiye, masla mustah ka nahi tha. masla mustah ka nahi tha. khud apna masla tha. Khuda ki blessing at stake ho gayi ke agar woh mustah se nafrat karein to Khuda ki blessing unhein nahi milne wali hai. to woh afford nahi kar sakte the ke Khuda ki blessing un se chhin jaye.</w:t>
      </w:r>
    </w:p>
    <w:p>
      <w:pPr>
        <w:jc w:val="right"/>
      </w:pPr>
      <w:r>
        <w:t>یہاں پر خدا کی محبت ایٹ اسٹیک تھی۔ یاد رکھیے، مسئلہ مستہ کا نہیں تھا۔ مسئلہ مستہ کا نہیں تھا۔ خود اپنا مسئلہ تھا۔ خدا کی بلیسنگ ایٹ اسٹیک ہو گئی کہ اگر وہ مستہ سے نفرت کریں تو خدا کی بلیسنگ انہیں نہیں ملنے والی ہے۔ تو وہ افورڈ نہیں کر سکتے تھے کہ خدا کی بلیسنگ ان سے چھن جائے۔</w:t>
      </w:r>
    </w:p>
    <w:p>
      <w:r>
        <w:rPr>
          <w:b/>
        </w:rPr>
        <w:t xml:space="preserve">[14:52] </w:t>
      </w:r>
      <w:r>
        <w:t>to yeh saada masla nahi hai. jo log nafratein karte hain, to saada masla nahi. yaad rakhiye, nafratein kar ke woh apne aap ko Allah ki blessing se mehroom kar rahe hain. to kaun afford kar sakta hai itni bari mehroomi ko? to dekhiye, agar aap Allah ki blessing chah</w:t>
      </w:r>
    </w:p>
    <w:p>
      <w:pPr>
        <w:jc w:val="right"/>
      </w:pPr>
      <w:r>
        <w:t>تو یہ سادہ مسئلہ نہیں ہے۔ جو لوگ نفرتیں کرتے ہیں، تو سادہ مسئلہ نہیں۔ یاد رکھیے، نفرتیں کر کے وہ اپنے آپ کو اللہ کی بلیسنگ سے محروم کر رہے ہیں۔ تو کون افورڈ کر سکتا ہے اتنی بڑی محرومی کو؟ تو دیکھیے، اگر آپ اللہ کی بلیسنگ چاہ</w:t>
      </w:r>
    </w:p>
    <w:p>
      <w:r>
        <w:rPr>
          <w:b/>
        </w:rPr>
        <w:t xml:space="preserve">[15:22] </w:t>
      </w:r>
      <w:r>
        <w:t>te hain to aap ko unilateral tor par logon ko maaf karna pare ga. chahe woh Isaai ho, chahe America ho, chahe koi bhi ho, xyz. aap is mein koi exception nahi hai. to masla yeh nahi ke doosra aadmi kya zulm kar raha hai. masla yeh hai ke aap ka apna jo divine blessing hai, woh at stake hai.</w:t>
      </w:r>
    </w:p>
    <w:p>
      <w:pPr>
        <w:jc w:val="right"/>
      </w:pPr>
      <w:r>
        <w:t>تے ہیں تو آپ کو یونی لیٹرل طور پر لوگوں کو معاف کرنا پڑے گا۔ چاہے وہ عیسائی ہو، چاہے امریکہ ہو، چاہے کوئی بھی ہو، ایکس وائی زیڈ۔ آپ اس میں کوئی ایکسیپشن نہیں ہے۔ تو مسئلہ یہ نہیں کہ دوسرا آدمی کیا ظلم کر رہا ہے۔ مسئلہ یہ ہے کہ آپ کا اپنا جو ڈیوائن بلیسنگ ہے، وہ ایٹ اسٹیک ہے۔</w:t>
      </w:r>
    </w:p>
    <w:p>
      <w:r>
        <w:rPr>
          <w:b/>
        </w:rPr>
        <w:t xml:space="preserve">[15:55] </w:t>
      </w:r>
      <w:r>
        <w:t>to yeh masla to billion trillion times zyada bara hai. kisi ne jo kiya hai, so called zulm, atrocity ya conspiracy, woh to bohat choti hai. aur aap eternally Khuda ki blessing se mehroom ho jayein, yeh to billion billion billion times zyada bara masla hai. kaun is ko afford kar sakta hai?</w:t>
      </w:r>
    </w:p>
    <w:p>
      <w:pPr>
        <w:jc w:val="right"/>
      </w:pPr>
      <w:r>
        <w:t>تو یہ مسئلہ تو بلین ٹریلین ٹائمز زیادہ بڑا ہے۔ کسی نے جو کیا ہے، سو کالڈ ظلم، ایٹراسٹی یا کانسپریسی، وہ تو بہت چھوٹی ہے۔ اور آپ ایٹرنلی خدا کی بلیسنگ سے محروم ہو جائیں، یہ تو بلین بلین بلین ٹائمز زیادہ بڑا مسئلہ ہے۔ کون اس کو افورڈ کر سکتا ہے؟</w:t>
      </w:r>
    </w:p>
    <w:p>
      <w:r>
        <w:rPr>
          <w:b/>
        </w:rPr>
        <w:t xml:space="preserve">[16:25] </w:t>
      </w:r>
      <w:r>
        <w:t>to yaad rakhiye, jo log meri baat sun rahe hain, woh aaj hi abhi baithe baithe yeh tay kar lein ke aaj se hum ne Allah ko gawah bana kar, farishton ko gawah bana kar yeh ehad kiya ke kisi insan se hum mohabbat nahi karein ge, chahe woh zulm kar raha ho, chahe woh sazish kar raha ho, chahe kuch bhi kar raha ho. is ka zulm Allah ke hawale hai.</w:t>
      </w:r>
    </w:p>
    <w:p>
      <w:pPr>
        <w:jc w:val="right"/>
      </w:pPr>
      <w:r>
        <w:t>تو یاد رکھیے، جو لوگ میری بات سن رہے ہیں، وہ آج ہی ابھی بیٹھے بیٹھے یہ طے کر لیں کہ آج سے ہم نے اللہ کو گواہ بنا کر، فرشتوں کو گواہ بنا کر یہ عہد کیا کہ کسی انسان سے ہم محبت نہیں کریں گے، چاہے وہ ظلم کر رہا ہو، چاہے وہ سازش کر رہا ہو، چاہے کچھ بھی کر رہا ہو۔ اس کا ظلم اللہ کے حوالے ہے۔</w:t>
      </w:r>
    </w:p>
    <w:p>
      <w:r>
        <w:rPr>
          <w:b/>
        </w:rPr>
        <w:t xml:space="preserve">[17:01] </w:t>
      </w:r>
      <w:r>
        <w:t>jo bhi meri awaz sun raha hai, direct ya indirect, abhi yeh baithe baithe, abhi sun kar ke yeh yeh pledge le le, yeh ehad kar le ke aaj se main kisi insan se hate nahi karoon ga, chahe us ne kuch bhi kiya ho. aap ghor kijiye ke paighambar ko pathar mara gaya</w:t>
      </w:r>
    </w:p>
    <w:p>
      <w:pPr>
        <w:jc w:val="right"/>
      </w:pPr>
      <w:r>
        <w:t>جو بھی میری آواز سن رہا ہے، ڈائریکٹ یا ان ڈائریکٹ، ابھی یہ بیٹھے بیٹھے، ابھی سن کر کے یہ یہ پلج لے لے، یہ عہد کر لے کہ آج سے میں کسی انسان سے ہیٹ نہیں کروں گا، چاہے اس نے کچھ بھی کیا ہو۔ آپ غور کیجیے کہ پیغمبر کو پتھر مارا گیا</w:t>
      </w:r>
    </w:p>
    <w:p>
      <w:r>
        <w:rPr>
          <w:b/>
        </w:rPr>
        <w:t xml:space="preserve">[17:32] </w:t>
      </w:r>
      <w:r>
        <w:t>aur paighambar ka dant toot gaya, khoon behne laga, bleeding hone lagi. us waqt paighambar ke dil mein ek shikayat aa gayi us aadmi ke khilaf. kuch jab aap ki zuban se kalma nikal gaya, shikayati kalma, usi waqt aap ko tanbih ki gayi. farishte ne aa kar kaha, aap ne usi waqt apni zuban badal di. usi</w:t>
      </w:r>
    </w:p>
    <w:p>
      <w:pPr>
        <w:jc w:val="right"/>
      </w:pPr>
      <w:r>
        <w:t>اور پیغمبر کا دانت ٹوٹ گیا، خون بہنے لگا، بلیڈنگ ہونے لگی۔ اس وقت پیغمبر کے دل میں ایک شکایت آ گئی اس آدمی کے خلاف۔ کچھ جب آپ کی زبان سے کلمہ نکل گیا، شکایتی کلمہ، اسی وقت آپ کو تنبیہ کی گئی۔ فرشتے نے آ کر کہا، آپ نے اسی وقت اپنی زبان بدل دی۔ اسی</w:t>
      </w:r>
    </w:p>
    <w:p>
      <w:r>
        <w:rPr>
          <w:b/>
        </w:rPr>
        <w:t xml:space="preserve">[18:02] </w:t>
      </w:r>
      <w:r>
        <w:t>waqt apni zuban badal di. aap ne kaha ke "rabbih qawmi fa innahum la yalamoon". Khuda ya, un ko maaf kar de, yeh jante nahi. yaad rakhiye, momin aur daai is ka afford nahi kar sakta ke apne dil mein woh ayat ke barabar bhi hate ko jagah de.</w:t>
      </w:r>
    </w:p>
    <w:p>
      <w:pPr>
        <w:jc w:val="right"/>
      </w:pPr>
      <w:r>
        <w:t>وقت اپنی زبان بدل دی۔ آپ نے کہا کہ "ربّہ قومی فان لا یعلم"۔ خدایا، ان کو معاف کر دے، یہ جانتے نہیں۔ یاد رکھیے، مومن اور داعی اس کا افورڈ نہیں کر سکتا کہ اپنے دل میں وہ آیت کے برابر بھی ہیٹ کو جگہ دے۔</w:t>
      </w:r>
    </w:p>
    <w:p>
      <w:r>
        <w:rPr>
          <w:b/>
        </w:rPr>
        <w:t xml:space="preserve">[18:32] </w:t>
      </w:r>
      <w:r>
        <w:t>makkah dor ka ek waqia hai ke wahan par ek Arab mein us waqt ek dost qabila tha, dost. is qabile ke ek sahib mile Rasool Allah se aur woh iman laye. phir wapas gaye apne qabile mein, apne tribe mein. wahan unhon ne dawat ka kaam kiya. qabila dushman ho gaya, woh mushrik the, woh log hard worshipper the, woh aur un ko bohat bura sulook kiya un ke sath</w:t>
      </w:r>
    </w:p>
    <w:p>
      <w:pPr>
        <w:jc w:val="right"/>
      </w:pPr>
      <w:r>
        <w:t>مکے دور کا ایک واقعہ ہے کہ وہاں پر ایک عرب میں اس وقت ایک دوست قبیلہ تھا، دوست۔ اس قبیلے کے ایک صاحب ملے رسول اللہ سے اور وہ ایمان لائے۔ پھر واپس گئے اپنے قبیلے میں، اپنے ٹرائب میں۔ وہاں انہوں نے دعوتی کام کیا۔ قبیلہ دشمن ہو گیا، وہ مشرک تھے، وہ لوگ ہارڈ ورشپر تھے، وہ اور ان کو بہت برا سلوک کیا ان کے ساتھ</w:t>
      </w:r>
    </w:p>
    <w:p>
      <w:r>
        <w:rPr>
          <w:b/>
        </w:rPr>
        <w:t xml:space="preserve">[19:02] </w:t>
      </w:r>
      <w:r>
        <w:t>۔ to dobara makkah wapas aaye, unhon ne kaha ke Rasool Allah, aap qabila dost ko bad dua kijiye. woh sarkash ho gaye hain. aap ne hath uthaya, aap ke alfaaz kya nikle? "Allah mahd Allah mahd dost, Allah mahd dost". aye Allah, qabila dost ko hidayat de. aye Allah, qabila dost ko</w:t>
      </w:r>
    </w:p>
    <w:p>
      <w:pPr>
        <w:jc w:val="right"/>
      </w:pPr>
      <w:r>
        <w:t>۔ تو دوبارہ مکہ واپس آئے، انہوں نے کہا کہ رسول اللہ، آپ قبیلہ دوست کو بد دعا کیجیے۔ وہ سرکش ہو گئے ہیں۔ آپ نے ہاتھ اٹھایا، آپ کے الفاظ کیا نکلے؟ "اللہ مہد اللہ مہد دوست، اللہ مہد دوست"۔ اے اللہ، قبیلہ دوست کو ہدایت دے۔ اے اللہ، قبیلہ دوست کو</w:t>
      </w:r>
    </w:p>
    <w:p>
      <w:r>
        <w:rPr>
          <w:b/>
        </w:rPr>
        <w:t xml:space="preserve">[19:32] </w:t>
      </w:r>
      <w:r>
        <w:t>hidayat de. to hate ko afford nahi kar sakte aap, kyun ke hate, hate jo hai, is mein khud aap at stake ho jate hain. log samajhte hain ke main hate kar raha hoon falan ke sath. apne future ko tabah kar rahe hain aap. Allah ki blessing se aap mehroom ho rahe hain aap. ek bohat hi ajeeb waqia Rasool Allah ka</w:t>
      </w:r>
    </w:p>
    <w:p>
      <w:pPr>
        <w:jc w:val="right"/>
      </w:pPr>
      <w:r>
        <w:t>ہدایت دے۔ تو ہیٹ کو افورڈ نہیں کر سکتے آپ، کیونکہ ہیٹ، ہیٹ جو ہے، اس میں خود آپ ایٹ اسٹیک ہو جاتے ہیں۔ لوگ سمجھتے ہیں کہ میں ہیٹ کر رہا ہوں فلاں کے ساتھ۔ اپنے فیوچر کو تباہ کر رہے ہیں آپ۔ اللہ کی بلیسنگ سے آپ محروم ہو رہے ہیں آپ۔ ایک بہت ہی عجیب واقعہ رسول اللہ کا</w:t>
      </w:r>
    </w:p>
    <w:p>
      <w:r>
        <w:rPr>
          <w:b/>
        </w:rPr>
        <w:t xml:space="preserve">[20:02] </w:t>
      </w:r>
      <w:r>
        <w:t>hai ke makkah dor ke aakhir mein jab Abu Talib ki wafat ho gayi to Rasool Allah Taif gaye. Taif us zamane ka bohat hi kehna chahiye ke developed city tha. to woh log bohat sarkash the, kyun ke un ki</w:t>
      </w:r>
    </w:p>
    <w:p>
      <w:pPr>
        <w:jc w:val="right"/>
      </w:pPr>
      <w:r>
        <w:t>ہے کہ مکے دور کے آخر میں جب ابو طالب کی وفات ہو گئی تو رسول اللہ طائف گئے۔ طائف اس زمانے کا بہت ہی کہنا چاہیے کہ ڈیولپڈ سٹی تھا۔ تو وہ لوگ بہت سرکش تھے، کیونکہ ان کی</w:t>
      </w:r>
    </w:p>
    <w:p>
      <w:r>
        <w:rPr>
          <w:b/>
        </w:rPr>
        <w:t xml:space="preserve">[20:35] </w:t>
      </w:r>
      <w:r>
        <w:t>maashi halat bohat achi thi. un ke haan pani tha aur ziraat thi. to do sardaron se aap mile wahan par aur aap ne un ko dawat pesh ki, tauheed ki dawat. woh sardaron ne aap ke sath bohat hi gustakhi ka sulook kiya, jis ko aaj kal kehte hain ke sab o shatm, sab o shatm ka sulook kiya. aaj kal</w:t>
      </w:r>
    </w:p>
    <w:p>
      <w:pPr>
        <w:jc w:val="right"/>
      </w:pPr>
      <w:r>
        <w:t>معاشی حالت بہت اچھی تھی۔ ان کے ہاں پانی تھا اور زراعت تھی۔ تو دو سرداروں سے آپ ملے وہاں پر اور آپ نے ان کو دعوت پیش کی، توحید کی دعوت۔ وہ سرداروں نے آپ کے ساتھ بہت ہی گستاخی کا سلوک کیا، جس کو آج کل کہتے ہیں کہ سب و شتم، سب و شتم کا سلوک کیا۔ آج کل</w:t>
      </w:r>
    </w:p>
    <w:p>
      <w:r>
        <w:rPr>
          <w:b/>
        </w:rPr>
        <w:t xml:space="preserve">[21:05] </w:t>
      </w:r>
      <w:r>
        <w:t>ke musalmanon ka tareeqa yeh hai ke shatm e rasool ko samajhte hain ke shatm e rasool jo kare, us ko maar dalo. yeh yaqeen kijiye ke yeh jhoota masla hai. har giz Islam se koi ta'alluq is ka nahi hai. yeh khud musalmanon ki sarkashi hai. yeh Islam ka masla nahi hai. main batata hoon qissa aap ko. to dono sardaron ne aap ke sath gustakhi ka muamla kiya. aap kitaab mein parh lijiye,</w:t>
      </w:r>
    </w:p>
    <w:p>
      <w:pPr>
        <w:jc w:val="right"/>
      </w:pPr>
      <w:r>
        <w:t>کے مسلمانوں کا طریقہ یہ ہے کہ شتم رسول کو سمجھتے ہیں کہ شتم رسول جو کرے، اس کو مار ڈالو۔ یہ یقین کیجیے کہ یہ جھوٹا مسئلہ ہے۔ ہرگز اسلام سے کوئی تعلق اس کا نہیں ہے۔ یہ خود مسلمانوں کی سرکشی ہے۔ یہ اسلام کا مسئلہ نہیں ہے۔ میں بتاتا ہوں قصہ آپ کو۔ تو دونوں سرداروں نے آپ کے ساتھ گستاخی کا معاملہ کیا۔ آپ کتاب میں پڑھ لیجئے،</w:t>
      </w:r>
    </w:p>
    <w:p>
      <w:r>
        <w:rPr>
          <w:b/>
        </w:rPr>
        <w:t xml:space="preserve">[21:35] </w:t>
      </w:r>
      <w:r>
        <w:t>seerat ki har kitaab mein mile ga aap ko. mazaq uraya aap ka. aur yahan tak kiya ke ek shehar ke bachon ko ishara kar diya unhon ne. to woh un ko pathar maar maar ke bahar nikala. Rasool Allah ko pathar maar maar ke bahar nikala. sirf shatm nahi kiya, pathar bhi mara. yahan tak ke kitabon mein aata hai ke aap ke jism pe khoon banne laga.</w:t>
      </w:r>
    </w:p>
    <w:p>
      <w:pPr>
        <w:jc w:val="right"/>
      </w:pPr>
      <w:r>
        <w:t>سیرت کی ہر کتاب میں ملے گا آپ کو۔ مذاق اڑایا آپ کا۔ اور یہاں تک کیا کہ ایک شہر کے بچوں کو اشارہ کر دیا انہوں نے۔ تو وہ ان کو پتھر مار مار کے باہر نکالا۔ رسول اللہ کو پتھر مار مار کے باہر نکالا۔ صرف شتم نہیں کیا، پتھر بھی مارا۔ یہاں تک کہ کتابوں میں آتا ہے کہ آپ کے جسم پہ خون بننے لگا۔</w:t>
      </w:r>
    </w:p>
    <w:p>
      <w:r>
        <w:rPr>
          <w:b/>
        </w:rPr>
        <w:t xml:space="preserve">[22:06] </w:t>
      </w:r>
      <w:r>
        <w:t>to aap Taif se nikle. phir raat ka waqt ho chuka tha. to angoor ka ek bagh tha rastay mein, wahan par aap ne panah li raat guzarne ke liye. us waqt kya hua ke Allah taala ne Malik ul Jibal ko bheja, yani angel of mountain, farisht</w:t>
      </w:r>
    </w:p>
    <w:p>
      <w:pPr>
        <w:jc w:val="right"/>
      </w:pPr>
      <w:r>
        <w:t>تو آپ طائف سے نکلے۔ پھر رات کا وقت ہو چکا تھا۔ تو انگور کا ایک باغ تھا راستے میں، وہاں پر آپ نے پناہ لی رات گزارنے کے لیے۔ اس وقت کیا ہوا کہ اللہ تعالی نے ملک الجبال کو بھیجا، یعنی اینجل اف ماؤنٹین، فرشت</w:t>
      </w:r>
    </w:p>
    <w:p>
      <w:r>
        <w:rPr>
          <w:b/>
        </w:rPr>
        <w:t xml:space="preserve">[22:36] </w:t>
      </w:r>
      <w:r>
        <w:t>on, yani paharon ka farishta, woh aap ke pas aaya. dunya ka jo nizam chal raha tha, har us ke liye, har region ke liye farishte hain. har region ke liye farishte hain. beshumar farishte us ko manage kar rahe hain. to woh farishta aaya, us ne aap ko salam kiya aur kaha ke main Malik ul Jibal hoon.</w:t>
      </w:r>
    </w:p>
    <w:p>
      <w:pPr>
        <w:jc w:val="right"/>
      </w:pPr>
      <w:r>
        <w:t>وں، یعنی پہاڑوں کا فرشتہ، وہ آپ کے پاس آیا۔ دنیا کا جو نظام چل رہا تھا، ہر اس کے لیے، ہر ریجن کے لیے فرشتے ہیں۔ ہر ریجن کے لیے فرشتے ہیں۔ بے شمار فرشتے اس کو مینج کر رہے ہیں۔ تو وہ فرشتہ آیا، اس نے آپ کو سلام کیا اور کہا کہ میں ملک الجبال ہوں۔</w:t>
      </w:r>
    </w:p>
    <w:p>
      <w:r>
        <w:rPr>
          <w:b/>
        </w:rPr>
        <w:t xml:space="preserve">[23:11] </w:t>
      </w:r>
      <w:r>
        <w:t>yani paharon ka farishta. to wahan par Taif jo basti thi, us ke do taraf pahar the, idhar pahar, idhar pahar, beech mein town tha. to farishte ne kaha ke agar aap kahein to main dono paharon ko aise mila doon, chakki ke paat ki tarah se. is mein kuchal kar reh jayein ge.</w:t>
      </w:r>
    </w:p>
    <w:p>
      <w:pPr>
        <w:jc w:val="right"/>
      </w:pPr>
      <w:r>
        <w:t>یعنی پہاڑوں کا فرشتہ۔ تو وہاں پر طائف جو بستی تھی، اس کے دو طرف پہاڑ تھے، ادھر پہاڑ، ادھر پہاڑ، بیچ میں ٹاؤن تھا۔ تو فرشتے نے کہا کہ اگر آپ کہیں تو میں دونوں پہاڑوں کو ایسے ملا دوں، چکی کے پاٹ کی طرف سے۔ اس میں کچل کر رہ جائیں گے۔</w:t>
      </w:r>
    </w:p>
    <w:p>
      <w:r>
        <w:rPr>
          <w:b/>
        </w:rPr>
        <w:t xml:space="preserve">[23:44] </w:t>
      </w:r>
      <w:r>
        <w:t>do paharon ke beech mein woh town tha Taif ka. to us ne kaha ke main Malik ul Jibal hoon, angel of mountains. to main chahoon to aap kahein to main un ke dono paharon ko aise milaon ga aur sab kuch kar ke khatam ho jayein ge log. to Rasool Allah ne yeh nahi kaha ke haan, unhon ne shatm kiya hai,</w:t>
      </w:r>
    </w:p>
    <w:p>
      <w:pPr>
        <w:jc w:val="right"/>
      </w:pPr>
      <w:r>
        <w:t>دو پہاڑوں کے بیچ میں وہ ٹاؤن تھا طائف کا۔ تو اس نے کہا کہ میں ملک الجبال ہوں، اینجل اف ماؤنٹینز۔ تو میں چاہوں تو آپ کہیں تو میں ان کے دونوں پہاڑوں کو ایسے ملاؤں گا اور سب کچل کر ختم ہو جائیں گے لوگ۔ تو رسول اللہ نے یہ نہیں کہا کہ ہاں، انہوں نے شتم کیا ہے،</w:t>
      </w:r>
    </w:p>
    <w:p>
      <w:r>
        <w:rPr>
          <w:b/>
        </w:rPr>
        <w:t xml:space="preserve">[24:15] </w:t>
      </w:r>
      <w:r>
        <w:t>mujhe pathar mare hain, yeh to isi qabil hain, un ko karo aisa. yeh yeh masla hi jhoota hai ke shatm e rasool jo kare, us ko maar dalo. bilashuba jhoota masla hai. is ka Islam se koi ta'alluq nahi hai. yeh sarkashi hai. to Rasool Allah ne jante hain kya kaha? aap ne kaha ke nahi, aaj in logon ne mera inkar kiya hai, mere</w:t>
      </w:r>
    </w:p>
    <w:p>
      <w:pPr>
        <w:jc w:val="right"/>
      </w:pPr>
      <w:r>
        <w:t>مجھے پتھر مارے ہیں، یہ تو اسی قابل ہیں، ان کو کرو ایسا۔ یہ یہ مسئلہ ہی جھوٹا ہے کہ شتم رسول جو کرے، اس کو مار ڈالو۔ بلاشبہ جھوٹا مسئلہ ہے۔ اس کا اسلام سے کوئی تعلق نہیں ہے۔ یہ سرکشی ہے۔ تو رسول اللہ نے جانتے ہیں کیا کہا؟ آپ نے کہا کہ نہیں، آج ان لوگوں نے میرا انکار کیا ہے، میرے</w:t>
      </w:r>
    </w:p>
    <w:p>
      <w:r>
        <w:rPr>
          <w:b/>
        </w:rPr>
        <w:t xml:space="preserve">[24:45] </w:t>
      </w:r>
      <w:r>
        <w:t>sath bura sulook kiya hai, lekin main umeed rakhta hoon ke un ki agli naslein sachai ko discover karein gi. agli naslein jo hain, sachai ka sath dein gi. yahan farishta laut gaya. is ka matlab kya hua? Rasool Allah jo hai, present generation to dar kinare, future generation tak apni hope ko extend karne ke liye tayyar hote the.</w:t>
      </w:r>
    </w:p>
    <w:p>
      <w:pPr>
        <w:jc w:val="right"/>
      </w:pPr>
      <w:r>
        <w:t>ساتھ برا سلوک کیا ہے، لیکن میں امید رکھتا ہوں کہ ان کی اگلی نسلیں سچائی کو ڈسکور کریں گی۔ اگلی نسلیں جو ہیں، سچائی کا ساتھ دیں گی۔ یہاں فرشتہ لوٹ گیا۔ اس کا مطلب کیا ہوا؟ رسول اللہ جو ہے، پریزنٹ جنریشن تو درکنار، فیوچر جنریشن تک اپنی ہوپ کو ایکسٹینڈ کرنے کے لیے تیار ہوتے تھے۔</w:t>
      </w:r>
    </w:p>
    <w:p>
      <w:r>
        <w:rPr>
          <w:b/>
        </w:rPr>
        <w:t xml:space="preserve">[25:16] </w:t>
      </w:r>
      <w:r>
        <w:t>kaisi ajeeb baat hai yeh. yani future generation tak apni hope ko extend kiye hue the aap ke aaj nahi to kal jo log ayein ge, woh sachai ko discover karein ge aur sachai ka sath dein ge. kaisi ajeeb baat hai. yeh musalman jo Rasool Allah par nahi hain, yeh yeh ishq e rasool bhi jhoota un ka hai. yaad rakhiye,</w:t>
      </w:r>
    </w:p>
    <w:p>
      <w:pPr>
        <w:jc w:val="right"/>
      </w:pPr>
      <w:r>
        <w:t>کیسی عجیب بات ہے یہ۔ یعنی فیوچر جنریشن تک اپنی ہوپ کو ایکسٹینڈ کیے ہوئے تھے آپ کہ آج نہیں تو کل جو لوگ آئیں گے، وہ سچائی کو ڈسکور کریں گے اور سچائی کا ساتھ دیں گے۔ کیسی عجیب بات ہے۔ یہ مسلمان جو رسول اللہ پر نہیں ہیں، یہ یہ عشق رسول بھی جھوٹا ان کا ہے۔ یاد رکھیے،</w:t>
      </w:r>
    </w:p>
    <w:p>
      <w:r>
        <w:rPr>
          <w:b/>
        </w:rPr>
        <w:t xml:space="preserve">[25:46] </w:t>
      </w:r>
      <w:r>
        <w:t>mujhe is kehne mein kuch bhi pak nahi ke sare musalman jo hain, apne ko aashiq e rasool samajhte hain. bilashuba yeh jhooti baat hai. kyun? agar tum aashiq e rasool ho to rasool ka kaam karo. yeh kaun sa aashiq e rasool ka? yeh koi love affair hai? koi boyfriend, girlfriend ka love affair? koi hai? dekhiye, main aap ko mohabbat e rasool ka ka woh criteria batata hoon aap ko.</w:t>
      </w:r>
    </w:p>
    <w:p>
      <w:pPr>
        <w:jc w:val="right"/>
      </w:pPr>
      <w:r>
        <w:t>مجھے اس کہنے میں کچھ بھی پاک نہیں کہ سارے مسلمان جو ہیں، اپنے کو عاشق رسول سمجھتے ہیں۔ بلاشبہ یہ جھوٹی بات ہے۔ کیوں؟ اگر تم عاشق رسول ہو تو رسول کا کام کرو۔ یہ کون سا عاشق رسول کا؟ یہ کوئی لو افیئر ہے؟ کوئی بوائے فرینڈ، گرل فرینڈ کا لو افیئر؟ کوئی ہے؟ دیکھیے، میں آپ کو محبت رسول کا کا وہ کرائٹیریا بتاتا ہوں آپ کو۔</w:t>
      </w:r>
    </w:p>
    <w:p>
      <w:r>
        <w:rPr>
          <w:b/>
        </w:rPr>
        <w:t xml:space="preserve">[26:17] </w:t>
      </w:r>
      <w:r>
        <w:t>is par aik bhi musalman par nahi utarta. un ka ishq rasool jhoota hai. to rasool Allah aakhri zamane mein aap ne haj kiya tha. yaani apni wafat se do dhai mahine pehle, is ko hajja tul wida kehte hain. is waqt taqreeban aik lakh chalis hazar sahabi maujood thay arafat ke maidan mein.</w:t>
      </w:r>
    </w:p>
    <w:p>
      <w:pPr>
        <w:jc w:val="right"/>
      </w:pPr>
      <w:r>
        <w:t>اس پر ایک بھی مسلمان پر نہیں اترتا۔ ان کا عشق رسول جھوٹا ہے۔ تو رسول اللہ آخری زمانے میں آپ نے حج کیا تھا۔ یعنی اپنی وفات سے دو ڈھائی مہینے پہلے، اس کو حجۃ الوداع کہتے ہیں۔ اس وقت تقریباً ایک لاکھ چالیس ہزار صحابی موجود تھے عرفات کے میدان میں۔</w:t>
      </w:r>
    </w:p>
    <w:p>
      <w:r>
        <w:rPr>
          <w:b/>
        </w:rPr>
        <w:t xml:space="preserve">[26:50] </w:t>
      </w:r>
      <w:r>
        <w:t>to aap ne wahan par kaha ke kya tum gawahi do ke maine tum ko pohancha diya? to sab log boley ke haan, aap ne pohancha diya sachai ko. to aap ne kaha, khuda ya gawah raha, khuda ya tu gawah raha ke maine pohancha diya in</w:t>
      </w:r>
    </w:p>
    <w:p>
      <w:pPr>
        <w:jc w:val="right"/>
      </w:pPr>
      <w:r>
        <w:t>تو آپ نے وہاں پر کہا کہ کیا تم گواہی دو کہ میں نے تم کو پہنچا دیا؟ تو سب لوگ بولے کہ ہاں، آپ نے پہنچا دیا سچائی کو۔ تو آپ نے کہا، خدایا گواہ رہا، خدایا تو گواہ رہا کہ میں نے پہنچا دیا ان</w:t>
      </w:r>
    </w:p>
    <w:p>
      <w:r>
        <w:rPr>
          <w:b/>
        </w:rPr>
        <w:t xml:space="preserve">[27:20] </w:t>
      </w:r>
      <w:r>
        <w:t>logon ko jo message tha mera. phir aap ne sahaba ko kya paigham diya? fal yubligh al shahid al ghaib. yeh paigham diya aap ne. fal yubligh al shahid al ghaib. jo yahan maujood hain, woh baad walon ko pohanchate rahen. jis tarah se rasool Allah ne pohanchaya, waise hi sahaba ko pohanchana hai. jis</w:t>
      </w:r>
    </w:p>
    <w:p>
      <w:pPr>
        <w:jc w:val="right"/>
      </w:pPr>
      <w:r>
        <w:t>لوگوں کو جو میسج تھا میرا۔ پھر آپ نے صحابہ کو کیا پیغام دیا؟ فلیبلغ الشاہد الغائب۔ یہ پیغام دیا آپ نے۔ فلیبلغ الشاہد الغائب۔ جو یہاں موجود ہیں، وہ بعد والوں کو پہنچاتے رہیں۔ جس طرح سے رسول اللہ نے پہنچایا، ویسے ہی صحابہ کو پہنچانا ہے۔ جس</w:t>
      </w:r>
    </w:p>
    <w:p>
      <w:r>
        <w:rPr>
          <w:b/>
        </w:rPr>
        <w:t xml:space="preserve">[27:50] </w:t>
      </w:r>
      <w:r>
        <w:t>sahaba ne pohanchaya, isi tabieen ko pohanchana hai. jis tabieen ne pohanchaya, tabay tabieen ko pohanchana hai. yeh silsila jaari rahega, jaari rahega, yahan tak ke hum logon tak pohanchay. to Allah ne bheja tha rasool Allah ko li yakuun lil alameen nazeera. sare alam ke liye. hadith mein aata hai ke Allah mujh se poochega ke kya tum ne pohanchaya?</w:t>
      </w:r>
    </w:p>
    <w:p>
      <w:pPr>
        <w:jc w:val="right"/>
      </w:pPr>
      <w:r>
        <w:t>صحابہ نے پہنچایا، اسی تابعین کو پہنچانا ہے۔ جس تابعین نے پہنچایا، تبع تابعین کو پہنچانا ہے۔ یہ سلسلہ جاری رہے گا، جاری رہے گا، یہاں تک کہ ہم لوگوں تک پہنچ جائے۔ تو اللہ نے بھیجا تھا رسول اللہ کو لیکون للعالمین نظیرا۔ سارے عالم کے لیے۔ حدیث میں آتا ہے کہ اللہ مجھ سے پوچھے گا کہ کیا تم نے پہنچایا؟</w:t>
      </w:r>
    </w:p>
    <w:p>
      <w:r>
        <w:rPr>
          <w:b/>
        </w:rPr>
        <w:t xml:space="preserve">[28:22] </w:t>
      </w:r>
      <w:r>
        <w:t>yaani peghambar se poocha jaye, kya tum ne pohanchaya? to peghambar ki pusht jo hogi, us ke liye kaun uthne wala hai? ummat uthne wali hai. ummat uth kar, uth kar har har daur mein uth kar ke rasool Allah ke mission ko jaari rakhna hai. taake jab akhirat poocha jaye to aap keh saken ke haan, maine aur meri ummat ne qayamat tak logon tak</w:t>
      </w:r>
    </w:p>
    <w:p>
      <w:pPr>
        <w:jc w:val="right"/>
      </w:pPr>
      <w:r>
        <w:t>یعنی پیغمبر سے پوچھا جائے، کیا تم نے پہنچایا؟ تو پیغمبر کی پشت جو ہوگی، اس کے لیے کون اٹھنے والا ہے؟ امت اٹھنے والی ہے۔ امت اٹھ کر، اٹھ کر ہر ہر دور میں اٹھ کر کے رسول اللہ کے مشن کو جاری رکھنا ہے۔ تاکہ جب آخرت پوچھا جائے تو آپ کہہ سکیں کہ ہاں، میں نے اور میری امت نے قیامت تک لوگوں تک</w:t>
      </w:r>
    </w:p>
    <w:p>
      <w:r>
        <w:rPr>
          <w:b/>
        </w:rPr>
        <w:t xml:space="preserve">[28:52] </w:t>
      </w:r>
      <w:r>
        <w:t>pohanchate rahe, pohanchate rahe. yahan tak ke qayamat aa gayi. yeh hai, yeh hai mohabbat rasool ke jis cheez ke bare mein Allah poochega rasool Allah se, woh kaam aap jaari rakhen apne zamane mein ke Allah ke rasool keh saken Allah ke samne ke haan, maine aur meri ummat ne tamam paida shuda insanon ko pohancha diya, pohancha diya, pohancha diya.</w:t>
      </w:r>
    </w:p>
    <w:p>
      <w:pPr>
        <w:jc w:val="right"/>
      </w:pPr>
      <w:r>
        <w:t>پہنچاتے رہے، پہنچاتے رہے۔ یہاں تک کہ قیامت آ گئی۔ یہ ہے، یہ ہے محبت رسول کہ جس چیز کے بارے میں اللہ پوچھے گا رسول اللہ سے، وہ کام آپ جاری رکھیں اپنے زمانے میں کہ اللہ کے رسول کہہ سکیں اللہ کے سامنے کہ ہاں، میں نے اور میری امت نے تمام پیدا شدہ انسانوں کو پہنچا دیا، پہنچا دیا، پہنچا دیا۔</w:t>
      </w:r>
    </w:p>
    <w:p>
      <w:r>
        <w:rPr>
          <w:b/>
        </w:rPr>
        <w:t xml:space="preserve">[29:23] </w:t>
      </w:r>
      <w:r>
        <w:t>yeh hai mohabbat rasool. to kaun musalman yeh kaam kar raha hai? is liye main kehta hoon yeh jhoota ishq rasool ke toofan har jagah hai. naat khwani karte hain, qawali karte hain, woh samajhte hain ke hum ishq rasool kar rahe hain. har giz nahi, har giz nahi, har giz nahi. jis ko mohabbat rasool ka dawah hai, us ko dawah rasool karna chahiye. har zamane ke logon tak Allah ke rasool ne jo paigham diya, us ko diya, us ko pohanchana chahiye.</w:t>
      </w:r>
    </w:p>
    <w:p>
      <w:pPr>
        <w:jc w:val="right"/>
      </w:pPr>
      <w:r>
        <w:t>یہ ہے محبت رسول۔ تو کون مسلمان یہ کام کر رہا ہے؟ اس لیے میں کہتا ہوں یہ جھوٹا عشق رسول کے طوفان ہر جگہ ہے۔ نعت خوانی کرتے ہیں، قوالی کرتے ہیں، وہ سمجھتے ہیں کہ ہم عشق رسول کر رہے ہیں۔ ہرگز نہیں، ہرگز نہیں، ہرگز نہیں۔ جس کو محبت رسول کا دعویٰ ہے، اس کو دعوت رسول کرنا چاہیے۔ ہر زمانے کے لوگوں تک اللہ کے رسول نے جو پیغام دیا، اس کو دیا، اس کو پہنچانا چاہی</w:t>
      </w:r>
    </w:p>
    <w:p>
      <w:r>
        <w:rPr>
          <w:b/>
        </w:rPr>
        <w:t xml:space="preserve">[29:53] </w:t>
      </w:r>
      <w:r>
        <w:t>woh. to dekhiye, Allah se mohabbat, love of God, yeh Islam mein khair aala hai, yaani sumum bonum. is se bari koi cheez nahi. is se bari koi cheez nahi hai.</w:t>
      </w:r>
    </w:p>
    <w:p>
      <w:pPr>
        <w:jc w:val="right"/>
      </w:pPr>
      <w:r>
        <w:t>ے۔ تو دیکھیے، اللہ سے محبت، لو اف گاڈ، یہ اسلام میں خیر اعلیٰ ہے، یعنی سبم بونم ہے۔ اس سے بڑی کوئی چیز نہیں۔ اس سے بڑی کوئی چیز نہیں ہے۔</w:t>
      </w:r>
    </w:p>
    <w:p>
      <w:r>
        <w:rPr>
          <w:b/>
        </w:rPr>
        <w:t xml:space="preserve">[30:23] </w:t>
      </w:r>
      <w:r>
        <w:t>yaani greatest good hai Islam mein. yeh Allah ke haan kisi ka jo darja hoga, woh isi par hoga. kyun ke Quran mein saaf saaf hai ke ashadd uhibban lillah, sab se zyada Allah se mohabbat karne wale, sab se zyada Allah se mohabbat karne wale. aur jaisa ke maine arz kiya ke mohabbat aik qimat</w:t>
      </w:r>
    </w:p>
    <w:p>
      <w:pPr>
        <w:jc w:val="right"/>
      </w:pPr>
      <w:r>
        <w:t>یعنی گریٹسٹ گڈ ہے اسلام میں۔ یہ اللہ کے ہاں کسی کا جو درجہ ہوگا، وہ اسی پر ہوگا۔ کیونکہ قرآن میں صاف صاف ہے کہ اشد تحبل للہ، سب سے زیادہ اللہ سے محبت کرنے والے، سب سے زیادہ اللہ سے محبت کرنے والے۔ اور جیسا کہ میں نے عرض کیا کہ محبت ایک قیمت</w:t>
      </w:r>
    </w:p>
    <w:p>
      <w:r>
        <w:rPr>
          <w:b/>
        </w:rPr>
        <w:t xml:space="preserve">[30:53] </w:t>
      </w:r>
      <w:r>
        <w:t>chahti hai, qimat, woh qimat agar nahi denge to aap mohabbat bhi nahi kar sakte. aap aaj kal musalman, musalman jo hain, Allah se mohabbat bilkul maujood hi nahi hai. koi dawah kare ke maujood hai to mujhe woh insan lao, woh insan mujhe batao, us ka naam batao, main us ki alfhon mein baat karun ga. mohabbat maujood hi nahi hai, mohabbat ilahi. kyun? nafraton mein jeete hain,</w:t>
      </w:r>
    </w:p>
    <w:p>
      <w:pPr>
        <w:jc w:val="right"/>
      </w:pPr>
      <w:r>
        <w:t>چاہتی ہے، قیمت، وہ قیمت اگر نہیں دیں گے تو آپ محبت بھی نہیں کر سکتے۔ آپ آج کل مسلمان، مسلمان جو ہیں، اللہ سے محبت بالکل موجود ہی نہیں ہے۔ کوئی دعویٰ کرے کہ موجود ہے تو مجھے وہ انسان لاؤ، وہ انسان مجھے بتاؤ، اس کا نام بتاؤ، میں اس کی الفوں میں بات کروں گا۔ محبت موجود ہی نہیں ہے، محبت الہی۔ کیوں؟ نفرتوں میں جیتے ہیں،</w:t>
      </w:r>
    </w:p>
    <w:p>
      <w:r>
        <w:rPr>
          <w:b/>
        </w:rPr>
        <w:t xml:space="preserve">[31:24] </w:t>
      </w:r>
      <w:r>
        <w:t>nafraton mein jeete hain. koi un ke excuse le kar ke nafrat kar rahe hain. hindu se nafrat, isai se nafrat, America se nafrat, aur yahoodi se nafrat, sab nafrat hai. bilashuba gunah hai, bilashuba gunah hai, bilashuba gunah hai. lekin rasool Allah sal Allah aleh wasalam ne, yaani seven century ka first quarter jo hai,</w:t>
      </w:r>
    </w:p>
    <w:p>
      <w:pPr>
        <w:jc w:val="right"/>
      </w:pPr>
      <w:r>
        <w:t>نفرتوں میں جیتے ہیں۔ کوئی ان کے ایکسکیوز لے کر کے نفرت کر رہے ہیں۔ ہندو سے نفرت، عیسائی سے نفرت، امریکہ سے نفرت، اور یہودی سے نفرت، سب نفرت ہے۔ بلاشبہ گناہ ہے، بلاشبہ گناہ ہے، بلاشبہ گناہ ہے۔ لیکن رسول اللہ صلی اللہ علیہ وسلم نے، یعنی سیون سینچری کا فرسٹ کوارٹر جو ہے،</w:t>
      </w:r>
    </w:p>
    <w:p>
      <w:r>
        <w:rPr>
          <w:b/>
        </w:rPr>
        <w:t xml:space="preserve">[31:54] </w:t>
      </w:r>
      <w:r>
        <w:t>woh tha aap ka zamana dawah ka. seven century ka first quarter, is zamane mein kya tha? woh zamana tha religious intolerance ka zamana. religious intolerance, yaani mazhab ke mamle mein ikhtilaf bardasht nahi kiya jata tha. mazhab ke mamle mein ikhtilaf, aaj jaise aaj aap dekhte hain, aisa nahi tha pehle zamane mein.</w:t>
      </w:r>
    </w:p>
    <w:p>
      <w:pPr>
        <w:jc w:val="right"/>
      </w:pPr>
      <w:r>
        <w:t>وہ تھا آپ کا زمانہ دعوت کا۔ سیون سینچری کا فرسٹ کوارٹر، اس زمانے میں کیا تھا؟ وہ زمانہ تھا ریلیجس انٹالرنس کا زمانہ۔ ریلیجس انٹالرنس، یعنی مذہب کے معاملے میں اختلاف برداشت نہیں کیا جاتا تھا۔ مذہب کے معاملے میں اختلاف، آج جیسے آج آپ دیکھتے ہیں، ایسا نہیں تھا پہلے زمانے میں۔</w:t>
      </w:r>
    </w:p>
    <w:p>
      <w:r>
        <w:rPr>
          <w:b/>
        </w:rPr>
        <w:t xml:space="preserve">[32:25] </w:t>
      </w:r>
      <w:r>
        <w:t>ya to mere mazhab maro, warna qatl kar doon ga tum ko. yaani religious intolerance. aaj to bohat lambe process ke baad humein is daur mein pohanch gaye hain jahan ke religious tolerance hai, religious freedom hai, yeh sab cheezen hain. to jab aap ne apna mission shuru kiya, us waqt shirk ghalib tha, sab log idol worshipper thay.</w:t>
      </w:r>
    </w:p>
    <w:p>
      <w:pPr>
        <w:jc w:val="right"/>
      </w:pPr>
      <w:r>
        <w:t>یا تو میرے مذہب مارو، ورنہ قتل کر دوں گا تم کو۔ یعنی ریلیجس انٹالرنس۔ آج تو بہت لمبے پراسیس کے بعد ہمیں اس دور میں پہنچ گئے ہیں جہاں کہ ریلیجس ٹالرنس ہے، ریلیجس فریڈم ہے، یہ سب چیزیں ہیں۔ تو جب آپ نے اپنا مشن شروع کیا، اس وقت شرک غالب تھا، سب لوگ آئیڈل ورشپر تھے۔</w:t>
      </w:r>
    </w:p>
    <w:p>
      <w:r>
        <w:rPr>
          <w:b/>
        </w:rPr>
        <w:t xml:space="preserve">[32:55] </w:t>
      </w:r>
      <w:r>
        <w:t>aap ne tauheed ki baat kahi to sab aap ke mukhalif ho gaye, mukhalif ho gaye. yaani aap ke khilaf hate propaganda chalaya, hate propaganda. aap ko muzammam kaha. rasool Allah ka naam tha Muhammad. Muhammad maani hai parhez vardi. un ko kaha ke nahi, muzammam, muzammam maani hai condemned person.</w:t>
      </w:r>
    </w:p>
    <w:p>
      <w:pPr>
        <w:jc w:val="right"/>
      </w:pPr>
      <w:r>
        <w:t>آپ نے توحید کی بات کہی تو سب آپ کے مخالف ہو گئے، مخالف ہو گئے۔ یعنی آپ کے خلاف ہیٹ پروپیگنڈا چلایا، ہیٹ پروپیگنڈا۔ آپ کو مزمم کہا۔ رسول اللہ کا نام تھا محمد۔ محمد معنی ہے پرہیز وردی۔ ان کو کہا کہ نہیں، مزمم، مزمم معنی ہے کنڈیمڈ پرسن۔</w:t>
      </w:r>
    </w:p>
    <w:p>
      <w:r>
        <w:rPr>
          <w:b/>
        </w:rPr>
        <w:t xml:space="preserve">[33:27] </w:t>
      </w:r>
      <w:r>
        <w:t>yaani super, yeh super gustakhi thi. lekin rasool Allah ne is par kuch un ko nahi kaha, siwaye dua dene ke. phir dekhiye, Kaaba jo tha, Hazrat Ibrahim ne banaya tha, mushrik logon ne nahi banaya tha. to Kaaba jo tha, woh tauheed ka ghar tha, Allah ki ibadat karne ke liye banaya gaya tha. woh to rasool Allah jatay thay wahan namaz parhne ke liye, aur aap ke sahaba to woh log wahan marte thay, bhagate thay.</w:t>
      </w:r>
    </w:p>
    <w:p>
      <w:pPr>
        <w:jc w:val="right"/>
      </w:pPr>
      <w:r>
        <w:t>یعنی سپر، یہ سپر گستاخی تھی۔ لیکن رسول اللہ نے اس پر کچھ ان کو نہیں کہا، سوائے دعا دینے کے۔ پھر دیکھیے، کعبہ جو تھا، حضرت ابراہیم نے بنایا تھا، مشرک لوگوں نے نہیں بنایا تھا۔ تو کعبہ جو تھا، وہ توحید کا گھر تھا، اللہ کی عبادت کرنے کے لیے بنایا گیا تھا۔ وہ تو رسول اللہ جاتے تھے وہاں نماز پڑھنے کے لیے، اور آپ کے صحابہ تو وہ لوگ وہاں مارتے تھے، بھگاتے تھے۔</w:t>
      </w:r>
    </w:p>
    <w:p>
      <w:r>
        <w:rPr>
          <w:b/>
        </w:rPr>
        <w:t xml:space="preserve">[33:58] </w:t>
      </w:r>
      <w:r>
        <w:t>Quran mein likha hua hai, aur ayat allazi abda sallu, aur ayat allazi abda sallu. dekho in logon ko ke Kaaba jo banaya gaya tha, isi liye Allah ki ibadat ke liye wahan yeh log rokte hain. Kaaba but to rakhe hi rakhe thay wahan par, aur wahan ibadat nahi karne dete thay. aik martaba</w:t>
      </w:r>
    </w:p>
    <w:p>
      <w:pPr>
        <w:jc w:val="right"/>
      </w:pPr>
      <w:r>
        <w:t>قرآن میں لکھا ہوا ہے، اور آیت الذی عبدا صلی اللہ، اور آیت الذی عبدا صلی اللہ۔ دیکھو ان لوگوں کو کہ کعبہ جو بنایا گیا تھا، اسی لیے اللہ کی عبادت کے لیے وہاں یہ لوگ روکتے ہیں۔ کعبہ بت تو رکھے ہی رکھے تھے وہاں پر، اور وہاں عبادت نہیں کرنے دیتے تھے۔ ایک مرت</w:t>
      </w:r>
    </w:p>
    <w:p>
      <w:r>
        <w:rPr>
          <w:b/>
        </w:rPr>
        <w:t xml:space="preserve">[34:28] </w:t>
      </w:r>
      <w:r>
        <w:t>Hazrat Abu Bakr wahan gaye, wahan namaz parhe hue thay, itna mara ke sab chehra phool gaya, pehchan nahi aata tha ke kaun hai yeh aadmi. khud rasool Allah ke sath bura sulook kiya. yaani sirf Kaaba pe namaz parhne par. phir dekhiye, aap ko itna sataya, itna sataya ke aap ko Makkah chhod kar Madinah jana pada. phir aap ke khilaf ladai chhed di,</w:t>
      </w:r>
    </w:p>
    <w:p>
      <w:pPr>
        <w:jc w:val="right"/>
      </w:pPr>
      <w:r>
        <w:t>بہ حضرت ابوبکر وہاں گئے، وہاں نماز پڑھے ہوئے تھے، اتنا مارا کہ کہ سب چہرہ پھول گیا، پہچان نہیں آتا تھا کہ کون ہے یہ آدمی۔ خود رسول اللہ کے ساتھ برا سلوک کیا۔ یعنی صرف کعبہ پہ نماز پڑھنے پر۔ پھر دیکھیے، آپ کو اتنا ستایا، اتنا ستایا کہ آپ کو مکہ چھوڑ کر مدینہ جانا پڑا۔ پھر آپ کے خلاف لڑائی چھیڑ دی،</w:t>
      </w:r>
    </w:p>
    <w:p>
      <w:r>
        <w:rPr>
          <w:b/>
        </w:rPr>
        <w:t xml:space="preserve">[34:58] </w:t>
      </w:r>
      <w:r>
        <w:t>without the slightest provocation ke hamla kiya, attack kiya, ladai chhed di. itni sab baaten, aisi hazaron baaten hain, is ke bawajood aap ke dil mein kisi ke khilaf koi hate nahi tha. yaani mushrikeen ke khilaf, wahan mushrik bhi thay, wahan isai bhi thay, wahan yahoodi bhi thay. ab dekhiye ke itne sare zulm kisane ke baad,</w:t>
      </w:r>
    </w:p>
    <w:p>
      <w:pPr>
        <w:jc w:val="right"/>
      </w:pPr>
      <w:r>
        <w:t>ودا آؤٹ سلائیٹسٹ پروووکیشن کے حملہ کیا، اٹیک کیا، لڑائی چھیڑ دی۔ اتنی سب باتیں، ایسی ہزاروں باتیں ہیں، اس کے باوجود آپ کے دل میں کسی کے خلاف کوئی ہیٹ نہیں تھا۔ یعنی مشرکین کے خلاف، وہاں مشرک بھی تھے، وہاں عیسائی بھی تھے، وہاں یہودی بھی تھے۔ اب دیکھیے کہ اتنے سارے ظلم کسانے کے بعد،</w:t>
      </w:r>
    </w:p>
    <w:p>
      <w:r>
        <w:rPr>
          <w:b/>
        </w:rPr>
        <w:t xml:space="preserve">[35:29] </w:t>
      </w:r>
      <w:r>
        <w:t>13 saal ke baad jab aap Makkah gaye, phir Madinah gaye, to aaj jo taqreer ki, koi is mein koi, yaani aik indirect way mein bhi koi is ka ishara nahi tha ke Makkah wale ne zulm kiya hai. zulm ka koi reference nahi hai. zulm kiya, unhon ne humein mara, humein kuch bhi nahi, kuch bhi nahi, kuch bhi nahi. balkeh apne daawti kaam jo tha, misbat us mein lag gaye.</w:t>
      </w:r>
    </w:p>
    <w:p>
      <w:pPr>
        <w:jc w:val="right"/>
      </w:pPr>
      <w:r>
        <w:t>13 سال کے بعد جب آپ مکہ گئے، پھر مدینہ گئے، تو آج جو تقریر کی، کوئی اس میں کوئی، یعنی ایک ان ڈائریکٹ وے میں بھی کوئی اس کا اشارہ نہیں تھا کہ مکہ والے نے ظلم کیا ہے۔ ظلم کا کوئی ریفرنس نہیں ہے۔ ظلم کیا، انہوں نے ہمیں مارا، ہمیں کچھ بھی نہیں، کچھ بھی نہیں، کچھ بھی نہیں۔ بلکہ اپنے دعوتی کام جو تھا، مثبت اس میں لگ گئے۔</w:t>
      </w:r>
    </w:p>
    <w:p>
      <w:r>
        <w:rPr>
          <w:b/>
        </w:rPr>
        <w:t xml:space="preserve">[36:00] </w:t>
      </w:r>
      <w:r>
        <w:t>wahan par jo taqreer ki thi aap ne, wahi wahan pe Quran parh ke sunane lagay. aap bhi, aap ke sahaba bhi, poori zindagi jo hai rasool Allah ki aur sahaba ki nafrat se khali hai. agarche un ke sath woh sab kuch kiya gaya, aaj se zyada jo aaj jis ke jo clear musalman shikayaten karte hain, nafrat karte hain, is se bohat zyada, bohat zyada, bohat zyada</w:t>
      </w:r>
    </w:p>
    <w:p>
      <w:pPr>
        <w:jc w:val="right"/>
      </w:pPr>
      <w:r>
        <w:t>وہاں پر جو تقریر کی تھی آپ نے، وہی وہاں پہ قرآن پڑھ کے سنانے لگے۔ آپ بھی، آپ کے صحابہ بھی، پوری زندگی جو ہے رسول اللہ کی اور صحابہ کی نفرت سے خالی ہے۔ اگرچہ ان کے ساتھ وہ سب کچھ کیا گیا، آج سے زیادہ جو آج جس کے جو کلیر مسلمان شکایتیں کرتے ہیں، نفرت کرتے ہیں، اس سے بہت زیادہ، بہت زیادہ، بہت زیادہ</w:t>
      </w:r>
    </w:p>
    <w:p>
      <w:r>
        <w:rPr>
          <w:b/>
        </w:rPr>
        <w:t xml:space="preserve">[36:31] </w:t>
      </w:r>
      <w:r>
        <w:t>koi shikayat na dil mein, na zuban par. kyun? aik sadah baat nahi, yaad rakhiye, yaad rakhiye, yeh sirf akhlaqi baat nahi hai, is mein ethical matter nahi hai. yaad rakhiye, is ko achi tarah samajh lijiye, yeh sirf ethical matter nahi ke nafrat nahi karte thay, woh nahi, un se nafrat karte to Allah se mohabbat idealistic ho jati hai. masla yeh tha, they can't afford to have</w:t>
      </w:r>
    </w:p>
    <w:p>
      <w:pPr>
        <w:jc w:val="right"/>
      </w:pPr>
      <w:r>
        <w:t>کوئی شکایت نہ دل میں، نہ زبان پر۔ کیوں؟ ایک سادہ بات نہیں، یاد رکھیے، یاد رکھیے، یہ صرف اخلاقی بات نہیں ہے، اس میں ایتھیکل میٹر نہیں ہے۔ یاد رکھیے، اس کو اچھی طرح سمجھ لیجیے، یہ صرف ایتھیکل میٹر نہیں کہ نفرت نہیں کرتے تھے، وہ نہیں، ان سے نفرت کرتے تو اللہ سے محبت آئیٹسٹک ہو جاتی ہے۔ مسئلہ یہ تھا، دے کینٹ افورڈ ٹو ہی</w:t>
      </w:r>
    </w:p>
    <w:p>
      <w:r>
        <w:rPr>
          <w:b/>
        </w:rPr>
        <w:t xml:space="preserve">[37:01] </w:t>
      </w:r>
      <w:r>
        <w:t>the so called enemy, because their love of God was idealistic. is pehlu ko samjhiye, musalman rasool Allah ke jo naaten padhte hain, us mein is ka zikr hota hai. maslan aik naat hai, dekhiye, rah mein jis ne kaante bichaye</w:t>
      </w:r>
    </w:p>
    <w:p>
      <w:pPr>
        <w:jc w:val="right"/>
      </w:pPr>
      <w:r>
        <w:t>ٹ دو سو کالڈ اینمی، بیکاز دیر لو اف گاڈ واز آئیٹسٹک۔ اس پہلو کو سمجھئے، مسلمان رسول اللہ کے جو نعتیں پڑھتے ہیں، اس میں اس کا ذکر ہوتا ہے۔ مثلاً ایک نعت ہے، دیکھیے، راہ میں جس نے کانٹے بچھائے</w:t>
      </w:r>
    </w:p>
    <w:p>
      <w:r>
        <w:rPr>
          <w:b/>
        </w:rPr>
        <w:t xml:space="preserve">[37:32] </w:t>
      </w:r>
      <w:r>
        <w:t>gali di, pathar barsaye, us par chhidki pyar ki shabnam, sal Allah aleh wasalam. aaj musalman kya karte hain? un ke khilaf hate karte hain, yaani rasool Allah ki tareef ke taur par yeh baaten bolte hain, aur khud apne andar rasool Allah ke is namune ko khud nahi, us ko ikhtiyar karte. kaisi ajib baat hai! to kyun aisi baat hai? is liye ke woh is ko</w:t>
      </w:r>
    </w:p>
    <w:p>
      <w:pPr>
        <w:jc w:val="right"/>
      </w:pPr>
      <w:r>
        <w:t>، گالی دی، پتھر برسائے، اس پر چھڑکی پیار کی شبنم، صلی اللہ علیہ وسلم۔ آج مسلمان کیا کرتے ہیں؟ ان کے خلاف ہیٹ کرتے ہیں، یعنی رسول اللہ کی تعریف کے طور پر یہ باتیں بولتے ہیں، اور خود اپنے اندر رسول اللہ کے اس نمونے کو خود نہیں، اس کو اختیار کرتے۔ کیسی عجیب بات ہے! تو کیوں ایسی بات ہے؟ اس لیے کہ وہ اس کو</w:t>
      </w:r>
    </w:p>
    <w:p>
      <w:r>
        <w:rPr>
          <w:b/>
        </w:rPr>
        <w:t xml:space="preserve">[38:02] </w:t>
      </w:r>
      <w:r>
        <w:t>sirf akhlaqi maani mein lete hain, aik ethical maani mein, aik moral value ke maani mein, akhlaq ke maani mein. lekin sadah tor par yeh akhlaq ka mamla nahi hai, khud mera apna mamla hai, har aadmi ka apna mamla hai. yaani agar aap doosre se hate kiya aap ne, to us maani ke mohabbat ilahi ka credit khatam ho gaya.</w:t>
      </w:r>
    </w:p>
    <w:p>
      <w:pPr>
        <w:jc w:val="right"/>
      </w:pPr>
      <w:r>
        <w:t>صرف اخلاقی معنی میں لیتے ہیں، ایک ایتھیکل معنی میں، ایک مورل ویلیو کے معنی میں، اخلاق کے معنی میں۔ لیکن سادہ طور پر یہ اخلاق کا معاملہ نہیں ہے، خود میرا اپنا معاملہ ہے، ہر آدمی کا اپنا معاملہ ہے۔ یعنی اگر آپ دوسرے سے ہیٹ کیا آپ نے، تو اس معنی کہ محبت الہی کا کریڈٹ ختم ہو گیا۔</w:t>
      </w:r>
    </w:p>
    <w:p>
      <w:r>
        <w:rPr>
          <w:b/>
        </w:rPr>
        <w:t xml:space="preserve">[38:34] </w:t>
      </w:r>
      <w:r>
        <w:t>doosre se hate karte hue, doosre se nafrat karte hue, aap ko samajh lijiye ke Allah ke haan ke register mein aap ka naam kat gaya ke yeh mohabbat karne wala insan nahi hai. kyun ke aik sine mein do baat ikatha nahi ho sakti. aik hi sine mein hate bhi ho, usi sine mein mohabbat bhi ho, yeh law of nature ke khilaf hai, law of nature ke khilaf hai.</w:t>
      </w:r>
    </w:p>
    <w:p>
      <w:pPr>
        <w:jc w:val="right"/>
      </w:pPr>
      <w:r>
        <w:t>دوسرے سے ہیٹ کرتے ہوئے، دوسرے سے نفرت کرتے ہوئے، آپ کو سمجھ لیجئے کہ اللہ کے ہاں کے رجسٹر میں آپ کا نام کٹ گیا کہ یہ محبت کرنے والا انسان نہیں ہے۔ کیونکہ ایک سینے میں دو بات اکٹھا نہیں ہو سکتی۔ ایک ہی سینے میں ہیٹ بھی ہو، اسی سینے میں محبت بھی ہو، یہ لا اف نیچر کے خلاف ہے، لا اف نیچر کے خلاف ہے۔</w:t>
      </w:r>
    </w:p>
    <w:p>
      <w:r>
        <w:rPr>
          <w:b/>
        </w:rPr>
        <w:t xml:space="preserve">[39:04] </w:t>
      </w:r>
      <w:r>
        <w:t>aap la of nature ke khilaaf nahi ja sakte. la of nature Allah ne set kiya hai, yaani Allah ne mujhe zabaan se bolna sikhaya, kaan se sunna sikhaya, aankh se dekhna sikhaya. main badal nahi sakta. aisa nahi ho sakta ke main kaan se bolun aur zabaan se sunun. aisa nahi ho sakta. you cant change the law of nature. to Allah ka jo law hai, fitrat</w:t>
      </w:r>
    </w:p>
    <w:p>
      <w:pPr>
        <w:jc w:val="right"/>
      </w:pPr>
      <w:r>
        <w:t>آپ لا اف نیچر کے خلاف نہیں جا سکتے۔ لا اف نیچر اللہ نے سیٹ کیا ہے، یعنی اللہ نے مجھے زبان سے بولنا سکھایا، کان سے سننا سکھایا، آنکھ سے دیکھنا سکھایا۔ میں بدل نہیں سکتا۔ ایسا نہیں ہو سکتا کہ میں کان سے بولوں اور زبان سے سنوں۔ ایسا نہیں ہو سکتا۔ یو کینٹ چینج دی لا اف نیچر۔ تو اللہ کا جو لا ہے، فطرت</w:t>
      </w:r>
    </w:p>
    <w:p>
      <w:r>
        <w:rPr>
          <w:b/>
        </w:rPr>
        <w:t xml:space="preserve">[39:34] </w:t>
      </w:r>
      <w:r>
        <w:t>ka jo qanoon hai, us mein yeh impossible hai ke ek hi mind mein, ek hi dil mein hate bhi ho aur love bhi ho, nafrat bhi ho, mohabbat bhi ho. yeh impossible hai. nafrat aayi, mohabbat gayi, hate aayi, love chala gaya. to bataiye, kaun hai jo is ko afford kar sake? kaun hai jo is ko afford kar sake?</w:t>
      </w:r>
    </w:p>
    <w:p>
      <w:pPr>
        <w:jc w:val="right"/>
      </w:pPr>
      <w:r>
        <w:t>کا جو قانون ہے، اس میں یہ امپاسیبل ہے کہ ایک ہی مائنڈ میں، ایک ہی دل میں ہیٹ بھی ہو اور لو بھی ہو، نفرت بھی ہو، محبت بھی ہو۔ یہ امپاسیبل ہے۔ نفرت آئی، محبت گئی، ہیٹ آئی، لو چلا گیا۔ تو بتائیے، کون ہے جو اس کو افورڈ کر سکے؟ کون ہے جو اس کو افورڈ کر سکے؟</w:t>
      </w:r>
    </w:p>
    <w:p>
      <w:r>
        <w:rPr>
          <w:b/>
        </w:rPr>
        <w:t xml:space="preserve">[40:08] </w:t>
      </w:r>
      <w:r>
        <w:t>aur dekhiye, mohabbat, mohabbat ilahi, koi yeh ishq o aashiq ki baat nahi hai. jaise koi log ishq ilahi ka lafz bolte hain, Allah se, yeh yeh log samajhte hain ke koi love affair ka maamla hai. yeh mohabbat ilahi ka matlab yeh nahi ke koi ishq o aashiq ka maamla hai. yeh mohabbat ilahi ya love of God darasal naam hai acknowledgement ka.</w:t>
      </w:r>
    </w:p>
    <w:p>
      <w:pPr>
        <w:jc w:val="right"/>
      </w:pPr>
      <w:r>
        <w:t>اور دیکھیے، محبت، محبت الہی، کوئی یہ عشق و عاشق کی بات نہیں ہے۔ جیسے کوئی لوگ عشق الہی کا لفظ بولتے ہیں، اللہ سے، یہ یہ لوگ سمجھتے ہیں کہ کوئی لو افیئر کا معاملہ ہے۔ یہ محبت الہی کا مطلب یہ نہیں کہ کوئی عشق و عاشق کا معاملہ ہے۔ یہ محبت الہی یا لو اف گاڈ دراصل نام ہے اکنالجمنٹ کا۔</w:t>
      </w:r>
    </w:p>
    <w:p>
      <w:r>
        <w:rPr>
          <w:b/>
        </w:rPr>
        <w:t xml:space="preserve">[40:39] </w:t>
      </w:r>
      <w:r>
        <w:t>acknowledgement ka hi ka ek bahut hi superlative degree hai, woh jis ko hum love kehte hain. yaani Khuda ki nematoun ko, Khuda ki blessing ko jab hum acknowledge karte hain, deep sentiment ke saath, usi ka naam love hota hai. usi ka naam love hota hai. ek martaba main jahan main rehta hoon, raat ko ek martaba utha to pata nahi kya baat ho</w:t>
      </w:r>
    </w:p>
    <w:p>
      <w:pPr>
        <w:jc w:val="right"/>
      </w:pPr>
      <w:r>
        <w:t>اکنالجمنٹ کا ہی کا ایک بہت ہی سپرلیٹیو ڈگری ہے، وہ جس کو ہم لو کہتے ہیں۔ یعنی خدا کی نعمتوں کو، خدا کی بلیسنگ کو جب ہم اکنالج کرتے ہیں، ڈیپ سینٹیمنٹ کے ساتھ، اسی کا نام لو ہوتا ہے۔ اسی کا نام لو ہوتا ہے۔ ایک مرتبہ میں جہاں میں رہتا ہوں، رات کو ایک مرتبہ اٹھا تو پتہ نہیں کیا بات ہو</w:t>
      </w:r>
    </w:p>
    <w:p>
      <w:r>
        <w:rPr>
          <w:b/>
        </w:rPr>
        <w:t xml:space="preserve">[41:10] </w:t>
      </w:r>
      <w:r>
        <w:t>gayi thi. achaanak mujhe kuch dikhai nahi de raha tha. ek ek kuch second ke liye aisa hua ke kuch mujhe dikhai nahi de raha tha. yaani kuch second ke liye bandh sa gaya tha. woh mujhe ab tak yaad hai. woh ek ajeeb, it was horrible experience, horrible experience. kyun ke dikhai nahi de to main kya hoon? main kuch bhi nahi hoon, main nothing ho jaunga. aisi billion cheezein hain jo</w:t>
      </w:r>
    </w:p>
    <w:p>
      <w:pPr>
        <w:jc w:val="right"/>
      </w:pPr>
      <w:r>
        <w:t>گئی تھی۔ اچانک مجھے کچھ دکھائی نہیں دے رہا تھا۔ ایک ایک کچھ سیکنڈ کے لیے ایسا ہوا کہ کچھ مجھے دکھائی نہیں دے رہا تھا۔ یعنی کچھ سیکنڈ کے لیے بندھا ہو گیا تھا۔ وہ مجھے اب تک یاد ہے۔ وہ ایک عجیب، اٹ واز ہوریبل ایکسپیرینس، ہوریبل ایکسپیرینس۔ کیونکہ دکھائی نہیں دے تو میں کیا ہوں؟ میں کچھ بھی نہیں ہوں، میں نتھنگ ہو جاؤں گا۔ ایسی بلین چیزیں ہیں جو</w:t>
      </w:r>
    </w:p>
    <w:p>
      <w:r>
        <w:rPr>
          <w:b/>
        </w:rPr>
        <w:t xml:space="preserve">[41:40] </w:t>
      </w:r>
      <w:r>
        <w:t>jis jis ko le kar ke aap duniya mein jee rahe hain. woh us ka jo aap ko discovery hoti hai, us ko aap jab realize karte hain to usi ke baad paida hoti hai mohabbat ilahi. to mohabbat ilahi, divine blessing se judi hui hai, Khuda ke inaamaat se judi hui hai. kyun ke log mohabbat ilahi ko logon ne discover hi bhi nahi, woh Khuda ki blessing ko logon ne discover nahi kiya. bachcha paida ho</w:t>
      </w:r>
    </w:p>
    <w:p>
      <w:pPr>
        <w:jc w:val="right"/>
      </w:pPr>
      <w:r>
        <w:t>جس جس کو لے کر کے آپ دنیا میں جی رہے ہیں۔ وہ اس کا جو آپ کو ڈسکوری ہوتی ہے، اس کو آپ جب ریلائز کرتے ہیں تو اسی کے بعد پیدا ہوتی ہے محبت الہی۔ تو محبت الہی، ڈیوائن بلیسنگ سے جڑی ہوئی ہے، خدا کے انعامات سے جڑی ہوئی ہے۔ کیونکہ لوگ محبت الہی کو لوگوں نے ڈسکور ہی بھی نہیں، وہ خدا کی بلیسنگ کو لوگوں نے ڈسکور نہیں کیا۔ بچہ پیدا ہو</w:t>
      </w:r>
    </w:p>
    <w:p>
      <w:r>
        <w:rPr>
          <w:b/>
        </w:rPr>
        <w:t xml:space="preserve">[42:10] </w:t>
      </w:r>
      <w:r>
        <w:t>ga to samajh lein ke mera bachcha hai, bas isi mein magan hai ke mera bachcha, mera bachcha. bhai, bachcha tum ne, tum ne banaya hai, Khuda ne banaya hai. hazaron logon ko maine dekha ke bas bachche mein to magan rehte hain, aur kisi ko maine shukr karte hue nahi dekha ke Khuda kaisa ajeeb Khuda hoga, use aisa ek insaan paida kar ke mujhe de diya. aisa ek bachcha paida kar ke de diya. hum ek naakhoon bhi nahi bana sakte, ek baal bhi nahi bana sakte. aap</w:t>
      </w:r>
    </w:p>
    <w:p>
      <w:pPr>
        <w:jc w:val="right"/>
      </w:pPr>
      <w:r>
        <w:t>گا تو سمجھ لیں کہ میرا بچہ ہے، بس اسی میں مگر ہے کہ میرا بچہ، میرا بچہ۔ بھئی، بچہ تم نے، تم نے بنایا ہے، خدا نے بنایا ہے۔ ہزاروں لوگوں کو میں نے دیکھا کہ بس بچے میں تو مگر رہتے ہیں، اور کسی کو میں نے شکر کرتے ہوئے نہیں دیکھا کہ خدا کیسا عجیب خدا ہوگا، اسے ایسا ایک انسان پیدا کر کے مجھے دے دیا۔ ایسا ایک بچہ پیدا کر کے دے دیا۔ ہم ایک ناخن بھی نہیں بنا سکتے، ایک بال بھی نہیں بنا سکتے۔ آپ</w:t>
      </w:r>
    </w:p>
    <w:p>
      <w:r>
        <w:rPr>
          <w:b/>
        </w:rPr>
        <w:t xml:space="preserve">[42:40] </w:t>
      </w:r>
      <w:r>
        <w:t>to ek ek zinda bachcha hum bana sakte hain. to bachche ko le kar ke magan to rahenge, lekin bachche ko le kar ke Khuda ki mohabbat un ke andar nahi aayegi, kyun ke woh jaante nahi ke Khuda ne paida kiya tha, mujhe mila hai bachcha. aisi jitni bhi cheezein hain, jitni bhi yeh hawaayein, yeh hawaayein, yeh oxygen, yeh pahaad, yeh samundar, yeh faslein jo ugti hain, yeh phal paida hote hain darakhton ke upar.</w:t>
      </w:r>
    </w:p>
    <w:p>
      <w:pPr>
        <w:jc w:val="right"/>
      </w:pPr>
      <w:r>
        <w:t>تو ایک ایک زندہ بچہ ہم بنا سکتے ہیں۔ تو بچے کو لے کر کے مگن تو رہیں گے، لیکن بچے کو لے کر کہ خدا کی محبت ان کے اندر نہیں آئے گی، کیونکہ وہ جانتے نہیں کہ خدا نے پیدا کیا تھا، مجھے ملا ہے بچہ۔ ایسی جتنی بھی چیزیں ہیں، جتنی بھی یہ ہوائیں، یہ ہوائیں، یہ اکسیجن، یہ پہاڑ، یہ سمندر، یہ فصلیں جو اگتی ہیں، یہ پھل پیدا ہوتے ہیں درختوں کے اوپر۔</w:t>
      </w:r>
    </w:p>
    <w:p>
      <w:r>
        <w:rPr>
          <w:b/>
        </w:rPr>
        <w:t xml:space="preserve">[43:11] </w:t>
      </w:r>
      <w:r>
        <w:t>yaani billion cheezein, billion cheezein jise le kar ke hum duniya mein zinda hain, woh sab kis ne diya? woh sab kis ne diya? woh Allah ne diya. ek martaba aisa hua ke main train mein safar kar raha tha South India ka, to do din tak main khana nahi kha saka. yaani do din aise guzre, woh lamba safar tha ke na breakfast, na lunch</w:t>
      </w:r>
    </w:p>
    <w:p>
      <w:pPr>
        <w:jc w:val="right"/>
      </w:pPr>
      <w:r>
        <w:t>یعنی بلین چیزیں، بلین چیزیں جسے لے کر کے ہم دنیا میں زندہ ہیں، وہ سب کس نے دیا؟ وہ سب کس نے دیا؟ وہ اللہ نے دیا۔ ایک مرتبہ ایسا ہوا کہ میں ٹرین میں سفر کر رہا تھا ساؤتھ انڈیا کا، تو دو دن تک میں کھانا نہیں کھا سکا۔ یعنی دو دن ایسے گزرے، وہ لمبا سفر تھا کہ نہ بریک فاسٹ، نہ لن</w:t>
      </w:r>
    </w:p>
    <w:p>
      <w:r>
        <w:rPr>
          <w:b/>
        </w:rPr>
        <w:t xml:space="preserve">[43:41] </w:t>
      </w:r>
      <w:r>
        <w:t>ch, na dinner. us ke baad ek din gaadi thehri, main utra aur gaya canteen mein. to wahan par bilkul main kuch andhera chha gaya, jo wahan baithe hue khana kha rahe the log, unhi ke upar baithne laga. koi dikhai nahi de raha tha mujh ko. woh samjhe ke aadmi piye hue hain, idhar udhar ladkhadata hoon, idhar gir raha hoon. aise do din ke faqe se, agar umr bhar khana na mila to kya anjaam ho</w:t>
      </w:r>
    </w:p>
    <w:p>
      <w:pPr>
        <w:jc w:val="right"/>
      </w:pPr>
      <w:r>
        <w:t>چ، نہ ڈنر۔ اس کے بعد ایک دن گاڑی ٹھہری، میں اترا اور گیا کینٹین میں۔ تو وہاں پر بالکل میں کچھ اندھیرا چھا گیا، جو وہاں بیٹھے ہوئے کھانا کھا رہے تھے لوگ، انہی کے اوپر بیٹھنے لگا۔ کوئی دکھائی نہیں دے رہا تھا مجھ کو۔ وہ سمجھے کہ آدمی پیے ہوئے ہیں، ادھر ادھر لڑکھڑاتا ہوں، ادھر گر رہا ہوں۔ ایسے دو دن کے فاقے سے، اگر عمر بھر کھانا نہ ملا تو کیا انجام ہو</w:t>
      </w:r>
    </w:p>
    <w:p>
      <w:r>
        <w:rPr>
          <w:b/>
        </w:rPr>
        <w:t xml:space="preserve">[44:11] </w:t>
      </w:r>
      <w:r>
        <w:t>؟ to pet bhare log to khoob baatein karenge faqe ki, lekin jo faqa jin ko guzar raha ho, un se poochhein. ek martaba main Patna station mein tha, to wahan par ek andha kavi tha, andha kavi. to us ne ek kavi kavitayein sunai apni. us kavi</w:t>
      </w:r>
    </w:p>
    <w:p>
      <w:pPr>
        <w:jc w:val="right"/>
      </w:pPr>
      <w:r>
        <w:t>؟ تو پیٹ بھرے لوگ تو خوب باتیں کریں گے فاقہ کی، لیکن جو فاقہ جن کو گزر رہا ہو، ان سے پوچھیں۔ ایک مرتبہ میں پٹنہ اسٹیشن میں تھا، تو وہاں پر ایک اندھا کوی تھا، اندھا کوی۔ تو اس نے ایک کوی کویتہ سنائی اپنی۔ اس کوی</w:t>
      </w:r>
    </w:p>
    <w:p>
      <w:r>
        <w:rPr>
          <w:b/>
        </w:rPr>
        <w:t xml:space="preserve">[44:41] </w:t>
      </w:r>
      <w:r>
        <w:t>teh mein tha ke log mazdoor ke naam pe leadery to karte hain, unhein pata nahi mazdoori kya cheez hai. mazdoor ka leadery karte hain khoob. to uska ek, uska ek line thi ke "dardsha mazdoor ki mazdoor ban kar dekhiye, dardsha mazdoor ki mazdoor ban kar dekhiye". to duniya mein jo hamein mila hua hai, jab khote hain hum to pata chalta hai ke kitni qeemti cheez thi woh. p</w:t>
      </w:r>
    </w:p>
    <w:p>
      <w:pPr>
        <w:jc w:val="right"/>
      </w:pPr>
      <w:r>
        <w:t>تہ میں تھا کہ لوگ مزدور کے نام پہ لیڈری تو کرتے ہیں، انہیں پتہ نہیں مزدوری کیا چیز ہے۔ مزدور کا لیڈری کرتے ہیں خوب۔ تو اس کا ایک، اس کا ایک لائن تھی کہ "دردشا مزدور کی مزدور بن کر دیکھیے، دردشا مزدور کی مزدور بن کر دیکھیے"۔ تو دنیا میں جو ہمیں ملا ہوا ہے، جب کھوتے ہیں ہم تو پتہ چلتا ہے کہ کتنی قیمتی چیز تھی وہ۔ پ</w:t>
      </w:r>
    </w:p>
    <w:p>
      <w:r>
        <w:rPr>
          <w:b/>
        </w:rPr>
        <w:t xml:space="preserve">[45:11] </w:t>
      </w:r>
      <w:r>
        <w:t>har hamein ehsaas hota hai. to yeh ehsaas nemat jo hai, yeh hai asal mein is se generate hoti hai woh cheez jis ko hum love kehte hain, love of God. love of God koi mysterious cheez nahi hai. to chunke hum ne Khuda ke blessing ko discover nahi kiya, us waqt hum ne law of God bhi hamare dil mein nahi aaya.</w:t>
      </w:r>
    </w:p>
    <w:p>
      <w:pPr>
        <w:jc w:val="right"/>
      </w:pPr>
      <w:r>
        <w:t>ھر ہمیں احساس ہوتا ہے۔ تو یہ احساس نعمت جو ہے، یہ ہے اصل میں اس سے جنریٹ ہوتی ہے وہ چیز جس کو ہم لو کہتے ہیں، لو اف گاڈ۔ لو اف گاڈ کوئی مسٹیریس چیز نہیں ہے۔ تو چونکہ ہم نے خدا کے بلیسنگ کو ڈسکور نہیں کیا، اس وقت ہم نے لا اف گاڈ بھی ہمارے دل میں نہیں آیا۔</w:t>
      </w:r>
    </w:p>
    <w:p>
      <w:r>
        <w:rPr>
          <w:b/>
        </w:rPr>
        <w:t xml:space="preserve">[45:41] </w:t>
      </w:r>
      <w:r>
        <w:t>mein aksar logon ko dekhta hoon ke road par chal rahe hain, jawan aadmi khoob, bahut hi akadte hue, fakhr ke saath. to kyun hai? unhein jaana nahi ke yeh yeh jo jism hai, mujhe Khuda ne diya hai. bas samjhein ke hai to hai, bas for granted liye rehte hain har cheez ko. to chunke logon ne, yaani do baaton se mehroomi ki wajah se love of God ghayab</w:t>
      </w:r>
    </w:p>
    <w:p>
      <w:pPr>
        <w:jc w:val="right"/>
      </w:pPr>
      <w:r>
        <w:t>میں اکثر لوگوں کو دیکھتا ہوں کہ روڈ پر چل رہے ہیں، جوان آدمی خوب، بہت ہی اکڑتے ہوئے، فخر کے ساتھ۔ تو کیوں ہے؟ انہیں جانا نہیں کہ یہ یہ جو جسم ہے، مجھے خدا نے دیا ہے۔ بس سمجھیں کہ ہے تو ہے، بس فار گرانٹڈ لیے رہتے ہیں ہر چیز کو۔ تو چونکہ لوگوں نے، یعنی دو باتوں سے محرومی کی وجہ سے لو اف گاڈ غ</w:t>
      </w:r>
    </w:p>
    <w:p>
      <w:r>
        <w:rPr>
          <w:b/>
        </w:rPr>
        <w:t xml:space="preserve">[46:11] </w:t>
      </w:r>
      <w:r>
        <w:t>eb. abhi mere paas Arab se ek telephone aaya, main ne jo wahan par hain, us ne poocha ke koi aadmi mila aap ko Arab mein? koi aalim, koi sheikh jo love of God mein sarshaar ho? unhon ne kaha ke mujhe to ek bhi nahi mila. bas baatein karte hain, bhai Israel ke khilaaf, Yahudi ke khilaaf, America ke khilaaf. usi ke expert hain log, baqi love of God ka koi expert yahan aane pe nahi</w:t>
      </w:r>
    </w:p>
    <w:p>
      <w:pPr>
        <w:jc w:val="right"/>
      </w:pPr>
      <w:r>
        <w:t>ائب ہے۔ ابھی میرے پاس عرب سے ایک ٹیلی فون آیا، میں نے جو وہاں پر ہیں، اس نے پوچھا کہ کوئی آدمی ملا آپ کو عرب میں؟ کوئی عالم، کوئی شیخ جو لو اف گاڈ میں سرشار ہو؟ انہوں نے کہا کہ مجھے تو ایک بھی نہیں ملا۔ بس باتیں کرتے ہیں، بھئی اسرائیل کے خلاف، یہودی کے خلاف، امریکہ کے خلاف۔ اسی کے ایکسپرٹ ہیں لوگ، باقی لو اف گاڈ کا کوئی ایکسپرٹ یہاں آنے پہ نہیں</w:t>
      </w:r>
    </w:p>
    <w:p>
      <w:r>
        <w:rPr>
          <w:b/>
        </w:rPr>
        <w:t xml:space="preserve">[46:41] </w:t>
      </w:r>
      <w:r>
        <w:t>۔ to kyun? dekhein, do cheezein main arz karunga. number one, Khuda ki blessing ko discover kijiye, Khuda ke inaamaat ko discover kijiye ke aap ka jo wajood hai, yeh Khuda ne diya hai. yeh jo family hai, yeh Khuda ne diya hai. yeh jo khana peena main khata hoon, woh Khuda ne diya hai. yeh jo main saans le raha hoon, oxygen bhi Khuda ne diya hai.</w:t>
      </w:r>
    </w:p>
    <w:p>
      <w:pPr>
        <w:jc w:val="right"/>
      </w:pPr>
      <w:r>
        <w:t>۔ تو کیوں؟ دیکھیں، دو چیزیں میں عرض کروں گا۔ نمبر ون، خدا کی بلیسنگ کو ڈسکور کیجئے، خدا کے انعامات کو ڈسکور کیجئے کہ آپ کا جو وجود ہے، یہ خدا نے دیا ہے۔ یہ جو فیملی ہے، یہ خدا نے دیا ہے۔ یہ جو کھانا پینا میں کھاتا ہوں، وہ خدا نے دیا ہے۔ یہ جو میں سانس لے رہا ہوں، اکسیجن بھی خدا نے دیا ہے۔</w:t>
      </w:r>
    </w:p>
    <w:p>
      <w:r>
        <w:rPr>
          <w:b/>
        </w:rPr>
        <w:t xml:space="preserve">[47:12] </w:t>
      </w:r>
      <w:r>
        <w:t>to Khuda ke inaamaat ko discover kijiye, tab aap manim ko janenge. aur jab manim ko janenge to us se mohabbat karenge aap. to ek baat yeh main kahunga ke Khuda ki boundaries ko discover kijiye, Khuda ke blessing ko discover kijiye, Khuda ke inaamaat ko discover kijiye. tab ja kar aap ko maloom hoga ke yeh to Khuda ka bahut bada ehsaan hamare upar hai. tab mohabbat ka chashma aap ke dil mein paida hoga.</w:t>
      </w:r>
    </w:p>
    <w:p>
      <w:pPr>
        <w:jc w:val="right"/>
      </w:pPr>
      <w:r>
        <w:t>تو خدا کے انعامات کو ڈسکور کیجئے، تب آپ منیم کو جانیں گے۔ اور جب منیم کو جانیں گے تو اس سے محبت کریں گے آپ۔ تو ایک بات یہ میں کہوں گا کہ خدا کی باؤنڈریز کو ڈسکور کیجئے، خدا کے بلیسنگ کو ڈسکور کیجئے، خدا کے انعامات کو ڈسکور کیجئے۔ تب جا کر آپ کو معلوم ہوگا کہ یہ تو خدا کا بہت بڑا احسان ہمارے اوپر ہے۔ تب محبت کا چشمہ آپ کے دل میں پیدا ہوگا۔</w:t>
      </w:r>
    </w:p>
    <w:p>
      <w:r>
        <w:rPr>
          <w:b/>
        </w:rPr>
        <w:t xml:space="preserve">[47:43] </w:t>
      </w:r>
      <w:r>
        <w:t>ek baat yeh hai, doosri baat yeh hai ke is baat ko jaaniye ke aap law of nature se lad nahi sakte hain. yaani aap law of nature ladne ka matlab yeh hai ke aap aap chahein kaan se main bolne lagun aur zabaan se sunne lagun, there is impossible. to law of nature kya hai? woh yahi hai ke ek dil mein, ek seene mein do dil nahi ho sakte.</w:t>
      </w:r>
    </w:p>
    <w:p>
      <w:pPr>
        <w:jc w:val="right"/>
      </w:pPr>
      <w:r>
        <w:t>ایک بات یہ ہے، دوسری بات یہ ہے کہ اس بات کو جانئیے کہ آپ لا اف نیچر سے لڑ نہیں سکتے ہیں۔ یعنی آپ لا اف نیچر لڑنے کا معنی یہ ہے کہ آپ آپ چاہیں کان سے میں بولنے لگوں اور زبان سے سننے لگوں، دیر از امپاسیبل۔ تو لا اف نیچر کیا ہے؟ وہ یہی ہے کہ ایک دل میں، ایک سینے میں دو دل نہیں ہو سکتے۔</w:t>
      </w:r>
    </w:p>
    <w:p>
      <w:r>
        <w:rPr>
          <w:b/>
        </w:rPr>
        <w:t xml:space="preserve">[48:14] </w:t>
      </w:r>
      <w:r>
        <w:t>yaani ek hi dil mein mohabbat bhi ho, usi dil mein hate bhi ho, yeh impossible hai. to aap ko yeh jaanna padega ke agar aap ko Allah se mohabbat karna hai to doosron se hate bhi khatam karna hai. hate khatam, chahe koi excuse ho, chahe woh aap ke nazdeek zaalim ho, chahe woh aap ka conspirator ho, chahe us ne aap ke huqooq chheene hon, chahe us ne aap ko gaali di ho, chahe us ne Rasool Allah ko sh</w:t>
      </w:r>
    </w:p>
    <w:p>
      <w:pPr>
        <w:jc w:val="right"/>
      </w:pPr>
      <w:r>
        <w:t>یعنی ایک ہی دل میں محبت بھی ہو، اسی دل میں ہیٹ بھی ہو، یہ امپاسیبل ہے۔ تو آپ کو یہ جاننا پڑے گا کہ اگر آپ کو اللہ سے محبت کرنا ہے تو دوسروں سے ہیٹ بھی ختم کرنا ہے۔ ہیٹ ختم، چاہے کوئی ایکسکیوز ہو، چاہے وہ آپ کے نزدیک ظالم ہو، چاہے وہ آپ کا کانسپریٹر ہو، چاہے اس نے آپ کے حقوق چھینے ہوں، چاہے اس نے آپ کو گالی دی ہو، چاہے اس نے رسول اللہ کو ش</w:t>
      </w:r>
    </w:p>
    <w:p>
      <w:r>
        <w:rPr>
          <w:b/>
        </w:rPr>
        <w:t xml:space="preserve">[48:44] </w:t>
      </w:r>
      <w:r>
        <w:t>tem kiya ho, kuch bhi kiya ho, kuch bhi kiya ho, kuch bhi kiya ho, aap ko use ignore karna padega. aap ko bhulana padega. aap ko us se hate apne dil mein nahi lana padega. tab aap is qabil honge ke Allah se mohabbat karen. yeh do, yeh two point formula, ek positive, ek negative. yeh positive</w:t>
      </w:r>
    </w:p>
    <w:p>
      <w:pPr>
        <w:jc w:val="right"/>
      </w:pPr>
      <w:r>
        <w:t>تم کیا ہو، کچھ بھی کیا ہو، کچھ بھی کیا ہو، کچھ بھی کیا ہو، آپ کو اسے اگنور کرنا پڑے گا۔ آپ کو بھلانا پڑے گا۔ آپ کو اس سے ہیٹ اپنے دل میں نہیں لانا پڑے گا۔ تب آپ اس قابل ہوں گے کہ اللہ سے محبت کریں۔ یہ دو، یہ ٹو پوائنٹ فارمولا، ایک پازیٹیو، ایک نیگیٹیو۔ یہ پازیٹی</w:t>
      </w:r>
    </w:p>
    <w:p>
      <w:r>
        <w:rPr>
          <w:b/>
        </w:rPr>
        <w:t xml:space="preserve">[49:14] </w:t>
      </w:r>
      <w:r>
        <w:t>side yeh hai ke aap Allah ki blessing ko discover karen. is yeh discovery yahan se barhe, itna barhe ke har cheez jo aap ko mili hui hai, woh sab Khuda ka diya hua dikhai padne lage aap ko. aap aap ek glass pani piyein, lage ke Khuda ne mujhe bheja hai, pani mere paise se nahi, pani aaya hai, koi supply kar raha hai, supply kar raha hai, koi us se pani nahi aaya, yeh</w:t>
      </w:r>
    </w:p>
    <w:p>
      <w:pPr>
        <w:jc w:val="right"/>
      </w:pPr>
      <w:r>
        <w:t>و سائیڈ یہ ہے کہ آپ اللہ کی بلیسنگ کو ڈسکور کریں۔ اس یہ ڈسکوری یہاں سے بڑھے، اتنا بڑھے کہ ہر چیز جو آپ کو ملی ہوئی ہے، وہ سب خدا کا دیا ہوا دکھائی پڑنے لگے آپ کو۔ آپ آپ ایک گلاس پانی پیئیں، لگے کہ خدا نے مجھے بھیجا ہے، پانی میرے پیسے سے نہیں، پانی آیا ہے، کوئی سپلائی کر رہا ہے، سپلائی کر رہا ہے، کوئی اس سے پانی نہیں آیا، یہ</w:t>
      </w:r>
    </w:p>
    <w:p>
      <w:r>
        <w:rPr>
          <w:b/>
        </w:rPr>
        <w:t xml:space="preserve">[49:45] </w:t>
      </w:r>
      <w:r>
        <w:t>barah e raast Allah ne pani diya hai. to kuch bhi, kuch bhi, kuch bhi, chahe aap ke beta beti ho, aap ki property ho, aap ka business ho, aap ki health ho, aap ka mind ho, aap aap ke andar speaking power ho, kuch bhi jo aap ke paas hai, yeh life support system jo hai, jis se aap faida utha rahe hain,</w:t>
      </w:r>
    </w:p>
    <w:p>
      <w:pPr>
        <w:jc w:val="right"/>
      </w:pPr>
      <w:r>
        <w:t>براہ راست اللہ نے پانی دیا ہے۔ تو کچھ بھی، کچھ بھی، کچھ بھی، چاہے آپ کے بیٹا بیٹی ہو، آپ کی پراپرٹی ہو، آپ کا بزنس ہو، آپ کی ہیلتھ ہو، آپ کا مائنڈ ہو، آپ آپ کے اندر اسپیکنگ پاور ہو، کچھ بھی جو آپ کے پاس ہے، یہ لائف سپورٹ سسٹم جو ہے، جس سے آپ فائدہ اٹھا رہے ہیں،</w:t>
      </w:r>
    </w:p>
    <w:p>
      <w:r>
        <w:rPr>
          <w:b/>
        </w:rPr>
        <w:t xml:space="preserve">[50:15] </w:t>
      </w:r>
      <w:r>
        <w:t>woh ho. har ek ko aap Khuda ki blessing samjhein, hundred percent, tab ja kar ke Allah se mohabbat paida hogi. aur doosri cheez yeh hai ke insaanon se aap nafrat ko chhodna padega, aap ko hundred percent chhodna padega. koi bhi excuse lena nahi padega. bil farz, suppose koi aadmi</w:t>
      </w:r>
    </w:p>
    <w:p>
      <w:pPr>
        <w:jc w:val="right"/>
      </w:pPr>
      <w:r>
        <w:t>وہ ہو۔ ہر ایک کو آپ خدا کی بلیسنگ سمجھیں، ہنڈرڈ پرسنٹ، تب جا کر کے اللہ سے محبت پیدا ہوگی۔ اور دوسری چیز یہ ہے کہ انسانوں سے آپ نفرت کو چھوڑنا پڑے گا، آپ کو ہنڈرڈ پرسنٹ چھوڑنا پڑے گا۔ کوئی بھی ایکسکیوز لینا نہیں پڑے گا۔ بالفرض، سپوز کوئی آدم</w:t>
      </w:r>
    </w:p>
    <w:p>
      <w:r>
        <w:rPr>
          <w:b/>
        </w:rPr>
        <w:t xml:space="preserve">[50:45] </w:t>
      </w:r>
      <w:r>
        <w:t>zulm kar raha hai to us ko Khuda ke hawale hawale kijiye. koi conspiracy kar raha hai to Khuda ke hawale kar dijiye. koi aap se chheen raha hai to Khuda ke hawale kar dijiye. kisi ne bomb mara hai to Khuda ke hawale kijiye. kisi ne gun chalaya hai to Khuda ke hawale kijiye. yeh hai two point formula. aur nahi to phir us ke tayyar rahiye ke maut ke baad jab aap pahunchenge Allah ke saamne to wahan aap ko logon mein shumar nahi kiya jayega, aap ka jinhone</w:t>
      </w:r>
    </w:p>
    <w:p>
      <w:pPr>
        <w:jc w:val="right"/>
      </w:pPr>
      <w:r>
        <w:t>ی ظلم کر رہا ہے تو اس کو خدا کے حوالے حوالے کیجئے۔ کوئی کانسپریسی کر رہا ہے تو خدا کے حوالے کر دیجئے۔ کوئی آپ سے چھین رہا ہے تو خدا کے حوالے کر دیجئے۔ کسی نے بمب مارا ہے تو خدا کے حوالے کیجئے۔ کسی نے گن چلایا ہے تو خدا کے حوالے کیجئے۔ یہ ہے ٹو پوائنٹ فارمولا۔ اور نہیں تو پھر اس کے تیار رہیے کہ موت کے بعد جب آپ پہنچیں گے اللہ کے سامنے تو وہاں آپ کو لوگوں میں شمار نہیں کیا جائے گا، آپ کا جنہوں نے</w:t>
      </w:r>
    </w:p>
    <w:p>
      <w:r>
        <w:rPr>
          <w:b/>
        </w:rPr>
        <w:t xml:space="preserve">[51:15] </w:t>
      </w:r>
      <w:r>
        <w:t>Allah se mohabbat ki thi. hadith mein aur Quran mein yeh baat aayi hai ke jo log Allah se mohabbat karte hain to Allah bhi un se mohabbat karta hai. kitni badi baat hai yeh. yaani yeh bilateral hai, unilateral nahi hai. yeh jo log Allah se mohabbat karte hain to Allah bhi un se mohabbat karta hai. jaise ek buzurg ke bare</w:t>
      </w:r>
    </w:p>
    <w:p>
      <w:pPr>
        <w:jc w:val="right"/>
      </w:pPr>
      <w:r>
        <w:t>اللہ سے محبت کی تھی۔ حدیث میں اور قرآن میں یہ بات آئی ہے کہ جو لوگ اللہ سے محبت کرتے ہیں تو اللہ بھی ان سے محبت کرتا ہے۔ کتنی بڑی بات ہے یہ۔ یعنی یہ بائی لیٹرل ہے، یونیلیٹرل نہیں ہے۔ یہ جو لوگ اللہ سے محبت کرتے ہیں تو اللہ بھی ان سے محبت کرتا ہے۔ جیسے ایک بزرگ کے بارے</w:t>
      </w:r>
    </w:p>
    <w:p>
      <w:r>
        <w:rPr>
          <w:b/>
        </w:rPr>
        <w:t xml:space="preserve">[51:45] </w:t>
      </w:r>
      <w:r>
        <w:t>mein kaha tha ke mahboob elahi, mahboob elahi koi ek buzurg nahi hai, saare aadmi mahboob elahi ho sakte hain. yaad rakhiye, mahboob elahi koi ek shakhs nahi hai, mahboob elahi koi shakhsi title nahi hai. har aadmi mahboob elahi ban sakta hai. kaise? is ne Allah se mohabbat ki ho. kaise? is ne Allah ki boundaries ko discover kiya ho. is ne Allah ki khatir har hate ko bilkul mita</w:t>
      </w:r>
    </w:p>
    <w:p>
      <w:pPr>
        <w:jc w:val="right"/>
      </w:pPr>
      <w:r>
        <w:t>میں کہا تھا کہ محبوب الہی، محبوب الہی کوئی ایک بزرگ نہیں ہے، سارے آدمی محبوب الہی ہو سکتے ہیں۔ یاد رکھیے، محبوب الہی کوئی ایک شخص نہیں ہے، محبوب الہی کوئی شخصی ٹائٹل نہیں ہے۔ ہر آدمی محبوب الہی بن سکتا ہے۔ کیسے؟ اس نے اللہ سے محبت کی ہو۔ کیسے؟ اس نے اللہ کی باؤنڈریز کو ڈسکور کیا ہو۔ اس نے اللہ کی خاطر ہر ہیٹ کو بالکل مٹا</w:t>
      </w:r>
    </w:p>
    <w:p>
      <w:r>
        <w:rPr>
          <w:b/>
        </w:rPr>
        <w:t xml:space="preserve">[52:15] </w:t>
      </w:r>
      <w:r>
        <w:t>diya ho, har nafrat ko khatam kar diya ho. to woh Allah se mohabbat kar payega. aur jo Allah se mohabbat kar payega to Allah ka mahboob ban jayega. woh jo mahboob elahi, koi ek buzurg nahi hai, woh har har insaan mahboob elahi ban sakta hai, bashart ke woh in do sharton ko poora kar. to dunya mein jo is baat ka</w:t>
      </w:r>
    </w:p>
    <w:p>
      <w:pPr>
        <w:jc w:val="right"/>
      </w:pPr>
      <w:r>
        <w:t>دیا ہو، ہر نفرت کو ختم کر دیا ہو۔ تو وہ اللہ سے محبت کر پائے گا۔ اور جو اللہ سے محبت کر پائے گا تو اللہ کا محبوب بن جائے گا۔ وہ جو محبوب الہی، کوئی ایک بزرگ نہیں ہے، وہ ہر ہر انسان محبوب الہی بن سکتا ہے، بشرط کہ وہ ان دو شرطوں کو پورا کرے۔ تو دنیا میں جو اس بات کا</w:t>
      </w:r>
    </w:p>
    <w:p>
      <w:r>
        <w:rPr>
          <w:b/>
        </w:rPr>
        <w:t xml:space="preserve">[52:47] </w:t>
      </w:r>
      <w:r>
        <w:t>yani proof dega, is baat ka saboot dega ke in sharton ko poora karte hue woh Allah se mohabbat karne wala bana, to akhirat mein is ko ailan kiya jayega ke yeh hain Allah ke, yeh hain woh log jin se Allah mohabbat karta hai, in ko jannaton mein dakhil karo. kaisi ajeeb baat hai! yani itna bada waqt aap ka</w:t>
      </w:r>
    </w:p>
    <w:p>
      <w:pPr>
        <w:jc w:val="right"/>
      </w:pPr>
      <w:r>
        <w:t>، یعنی پروف دے گا، اس بات کا ثبوت دے گا کہ ان شرطوں کو پورا کرتے ہوئے وہ اللہ سے محبت کرنے والا بنا، تو آخرت میں اس کو اعلان کیا جائے گا کہ یہ ہیں اللہ کے، یہ ہیں وہ لوگ جن سے اللہ محبت کرتا ہے، ان کو جنتوں میں داخل کرو۔ کیسی عجیب بات ہے! یعنی اتنا بڑا وقت آپ کا</w:t>
      </w:r>
    </w:p>
    <w:p>
      <w:r>
        <w:rPr>
          <w:b/>
        </w:rPr>
        <w:t xml:space="preserve">[53:17] </w:t>
      </w:r>
      <w:r>
        <w:t>intezar kar raha hai aur aap phanse hue hain choti nafraton mein. hatta ke mujhe lagta hai ke yeh nafrat karne wale khud bohat aaram se rehte hain, akhbar ki khabron ko padh kar nafrat karne lagte hain. jo waqea kahin hua to woh to kahin door hua hai, kisi ne bomb mara, kisi ne gun mara, woh kahin door hua hai. sirf is ke media mein khabar aayi. khud achhe gharon mein rehte hain, caron pe chalte hain, kh</w:t>
      </w:r>
    </w:p>
    <w:p>
      <w:pPr>
        <w:jc w:val="right"/>
      </w:pPr>
      <w:r>
        <w:t>انتظار کر رہا ہے اور آپ پھنسے ہوئے ہیں چھوٹی نفرتوں میں۔ حتیٰ کہ مجھے لگتا ہے کہ یہ نفرت کرنے والے خود بہت آرام سے رہتے ہیں، اخبار کی خبروں کو پڑھ کر نفرت کرنے لگتے ہیں۔ جو واقعہ کہیں ہوا تو وہ تو کہیں دور ہوا ہے، کسی نے بمب مارا، کسی نے گن مارا، وہ کہیں دور ہوا ہے۔ صرف اس کے میڈیا میں خبر آئی۔ خود اچھے گھروں میں رہتے ہیں، کاروں پہ چلتے ہیں، خ</w:t>
      </w:r>
    </w:p>
    <w:p>
      <w:r>
        <w:rPr>
          <w:b/>
        </w:rPr>
        <w:t xml:space="preserve">[53:47] </w:t>
      </w:r>
      <w:r>
        <w:t>oob tandrust hain, khate peete hain. yani apni zindagi poori tarah se affluence mein guzar rahe hain aur khabron ko le kar ke nafrat karte hain. yeh to double humaqat hai. mein apne upar kuch nahi peeta. to jin par bomb pada hai, woh agar ba-zahir nafrat karein to un ke liye shayad koi excuse ho. theek hai, jin par kuch bhi nahi hua, jo to bohat</w:t>
      </w:r>
    </w:p>
    <w:p>
      <w:pPr>
        <w:jc w:val="right"/>
      </w:pPr>
      <w:r>
        <w:t>وب تندرست ہیں، کھاتے پیتے ہیں۔ یعنی اپنی زندگی پوری طریقے سے افلوئنس میں گزار رہے ہیں اور خبروں کو لے کر کے نفرت کرتے ہیں۔ یہ تو ڈبل حماقت ہے۔ میں اپنے اوپر کچھ نہیں پیتا۔ تو جن پر بمب پڑا ہے، وہ اگر بالفرض نفرت کریں تو ان کے لیے شاید کوئی ایکسکیوز ہو۔ ٹھیک ہے، جن پر کچھ بھی نہیں ہوا، جو تو بہت</w:t>
      </w:r>
    </w:p>
    <w:p>
      <w:r>
        <w:rPr>
          <w:b/>
        </w:rPr>
        <w:t xml:space="preserve">[54:17] </w:t>
      </w:r>
      <w:r>
        <w:t>door hain, hazaron mil door hain, aaram mein reh rahe hain, woh kis liye nafrat karte hain? khabron ko padh kar ke. aur khabrein jo hain, un ki koi haqeeqat nahi, kyun ke khabrein hamesha selective hoti hain. selective ek ko batana, doosre ko na batana. maslan ek groh ne pathar mara, is ka zikr nahi rahega. doosre groh ne gun mari, is ka zikr rahega. yeh pathar marne wale, marne walon ko bura nahi kahenge. bas is ne</w:t>
      </w:r>
    </w:p>
    <w:p>
      <w:pPr>
        <w:jc w:val="right"/>
      </w:pPr>
      <w:r>
        <w:t>دور ہیں، ہزاروں میل دور ہیں، آرام میں رہ رہے ہیں، وہ کس لیے نفرت کرتے ہیں؟ خبروں کو پڑھ کر کے۔ اور خبریں جو ہیں، ان کی کوئی حقیقت نہیں، کیونکہ خبریں ہمیشہ سلیکٹیو ہوتی ہیں۔ سلیکٹیو ایک کو بتانا، دوسرے کو نہ بتانا۔ مثلاً ایک گروہ نے پتھر مارا، اس کا ذکر نہیں رہے گا۔ دوسرے گروہ نے گن ماری، اس کا ذکر رہے گا۔ یہ پتھر مارنے والے، مارنے والوں کو برا نہیں کہیں گے۔ بس اس نے</w:t>
      </w:r>
    </w:p>
    <w:p>
      <w:r>
        <w:rPr>
          <w:b/>
        </w:rPr>
        <w:t xml:space="preserve">[54:47] </w:t>
      </w:r>
      <w:r>
        <w:t>gun maar diya, is ne bomb maar diya, is ka zikr rahega. aisi khabron ko le kar ke woh log nafrat mein pade hue hain jinka koi, is ka koi ta'alluq nahi hai. yeh to double mahroomi hai. yeh double mahroomi hai. to poori poori ummat is is nafrat ke samandar mein is waqt padi hui hai. poori poori ummat mere ilm ko bata doon, jahan mein gaya,</w:t>
      </w:r>
    </w:p>
    <w:p>
      <w:pPr>
        <w:jc w:val="right"/>
      </w:pPr>
      <w:r>
        <w:t>گن مار دیا، اس نے بمب مار دیا، اس کا ذکر رہے گا۔ ایسی خبروں کو لے کر کے وہ لوگ نفرت میں پڑے ہوئے ہیں جن کا کوئی، اس کا کوئی تعلق نہیں ہے۔ یہ تو ڈبل محرومی ہے۔ یہ ڈبل محرومی ہے۔ تو پوری پوری امت اس اس نفرت کے سمندر میں اس وقت پڑی ہوئی ہے۔ پوری پوری امت میرے علم کو بتا دوں، جہاں میں گیا،</w:t>
      </w:r>
    </w:p>
    <w:p>
      <w:r>
        <w:rPr>
          <w:b/>
        </w:rPr>
        <w:t xml:space="preserve">[55:18] </w:t>
      </w:r>
      <w:r>
        <w:t>jis ko maine mila, aur padhta hoon, na jaane ke jaane ki zaroorat hi nahi. aap logon ke bayanat padhiye, akhbaron mein un ke article padhiye, journals mein un ki kitabein padhiye, aur yeh is mein dekhiye, website dekhiye, hazaron website bhari hui hain, sab nafraton se. yahin baithe baithe dunya ka dekh sakte hain. aap ab to Jamshed ka ek</w:t>
      </w:r>
    </w:p>
    <w:p>
      <w:pPr>
        <w:jc w:val="right"/>
      </w:pPr>
      <w:r>
        <w:t>جس کو میں نے ملا، اور پڑھتا ہوں، نہ جانے کے جانے کی ضرورت ہی نہیں۔ آپ لوگوں کے بیانات پڑھیے، اخباروں میں ان کے آرٹیکل پڑھیے، جرنلز میں ان کی کتابیں پڑھیے، اور یہ اس میں دیکھیے، ویب سائٹ دیکھیے، ہزاروں ویب سائٹ بھری ہوئی ہیں، سب نفرتوں سے۔ یہیں بیٹھے بیٹھے دنیا کا دیکھ سکتے ہیں۔ آپ اب تو جمشید کا ایک</w:t>
      </w:r>
    </w:p>
    <w:p>
      <w:r>
        <w:rPr>
          <w:b/>
        </w:rPr>
        <w:t xml:space="preserve">[55:48] </w:t>
      </w:r>
      <w:r>
        <w:t>pyala hua karta tha, us zamane mein is ko Jam-e-Jamshed kehte thay. Jamshed ka pyala, Jamshed ek badshah tha Iran mein, to is ka ek pyala tha, kaha jata tha ke is ke andar saari dunya ka naqsha dikhai parta tha. is pyale mein woh kehte thay Jam-e-Jamshed. ab to Jam-e-Jamshed ki zaroorat hi nahi hai. ab aap computer mein kholiye, sab kuch aap ke samne aa jayega. website kholiye, sab kuch aap ke samne aa jayega.</w:t>
      </w:r>
    </w:p>
    <w:p>
      <w:pPr>
        <w:jc w:val="right"/>
      </w:pPr>
      <w:r>
        <w:t>پیالہ ہوا کرتا تھا، اس زمانے میں اس کو جام جم کہتے تھے۔ جمشید کا پیالہ، جمشید ایک بادشاہ تھا ایران میں، تو اس کا ایک پیالہ تھا، کہا جاتا تھا کہ اس کے اندر ساری دنیا کا نقشہ دکھائی پڑتا تھا۔ اس پیالے میں وہ کہتے تھے جام جم۔ اب تو جام جم کی ضرورت ہی نہیں ہے۔ اب آپ کمپیوٹر میں کھولیے، سب کچھ آپ کے سامنے آ جائے گا۔ ویب سائٹ کھولیے، سب کچھ آپ کے سامنے آ جائے گا۔</w:t>
      </w:r>
    </w:p>
    <w:p>
      <w:r>
        <w:rPr>
          <w:b/>
        </w:rPr>
        <w:t xml:space="preserve">[56:18] </w:t>
      </w:r>
      <w:r>
        <w:t>to saara website logon ne bhar rakha hai nafraton se. mujhe bataiye, koi ek website bataiye jo mohabbat insaan par mabni ho. koi ek mujhe bata dijiye. insani mohabbat is mein bhar rakhi hai, woh logon ne insani nafrat bhar rakhi hai. yani musalmanon ne beshumar website khol rakhe hain, aur sab jo hai nafrat, nafrat, nafrat, nafrat, nafrat.</w:t>
      </w:r>
    </w:p>
    <w:p>
      <w:pPr>
        <w:jc w:val="right"/>
      </w:pPr>
      <w:r>
        <w:t>تو سارا ویب سائٹ لوگوں نے بھر رکھا ہے نفرتوں سے۔ مجھے بتائیے، کوئی ایک ویب سائٹ بتائیے جو محبت انسان پر مبنی ہو۔ کوئی ایک مجھے بتا دیجئے۔ انسانی محبت اس میں بھر رکھی ہے، وہ لوگوں نے انسانی نفرت بھر رکھی ہے۔ یعنی مسلمانوں نے بے شمار ویب سائٹ کھول رکھے ہیں، اور سب جو ہے نفرت، نفرت، نفرت، نفرت، نفرت۔</w:t>
      </w:r>
    </w:p>
    <w:p>
      <w:r>
        <w:rPr>
          <w:b/>
        </w:rPr>
        <w:t xml:space="preserve">[56:49] </w:t>
      </w:r>
      <w:r>
        <w:t>aise mein yahan se le ke America tak har jagah mein dekha, bas bad duaen karte hain: Allahumma al-kuffar wal-mushrikeen, Allahumma mazdak jami', Allahumma dam diyar. is tarah ki duaen karte hain, bad duaen. yani bad duaon mein jee rahe hain, nafraton mein jee rahe hain, hate mein jee rahe hain. to bataiye ke woh mohabbat elahi, mohabbat elahi kya hai? is ko jante bhi nahi. aise log</w:t>
      </w:r>
    </w:p>
    <w:p>
      <w:pPr>
        <w:jc w:val="right"/>
      </w:pPr>
      <w:r>
        <w:t>ایسے میں یہاں سے لے کے امریکہ تک ہر جگہ میں دیکھا، بس بد دعائیں کرتے ہیں: اللہم الکفر والمشرکین، اللہم مزدک جامع، اللہم دم دیار۔ اس طرح کی دعائیں کرتے ہیں، بد دعائیں۔ یعنی بد دعاؤں میں جی رہے ہیں، نفرتوں میں جی رہے ہیں، ہیٹ میں جی رہے ہیں۔ تو بتائیے کہ وہ محبت الہی، محبت الہی کیا ہے؟ اس کو جانتے بھی نہیں۔ ایسے لوگ</w:t>
      </w:r>
    </w:p>
    <w:p>
      <w:r>
        <w:rPr>
          <w:b/>
        </w:rPr>
        <w:t xml:space="preserve">[57:20] </w:t>
      </w:r>
      <w:r>
        <w:t>mohabbat elahi ka kuch kuch bhi khana un ke dil mein nahi hai. to is waqt mein sab se zyada jis par zor dena chahta hoon, is baat par woh yeh hai ke nafrat karna sirf doston ka mamla nahi hai, khud apna mamla bhi hai. doston se nafrat kar ke aap ka apna mamla district ho jata hai. yeh bohat serious baat hai. log samajhte hain ke hum kisi za</w:t>
      </w:r>
    </w:p>
    <w:p>
      <w:pPr>
        <w:jc w:val="right"/>
      </w:pPr>
      <w:r>
        <w:t>محبت الہی کا کچھ کچھ بھی خانہ ان کے دل میں نہیں ہے۔ تو اس وقت میں سب سے زیادہ جس پر زور دینا چاہتا ہوں، اس بات پر وہ یہ ہے کہ نفرت کرنا صرف دوستوں کا معاملہ نہیں ہے، خود اپنا معاملہ بھی ہے۔ دوستوں سے نفرت کر کے آپ کا اپنا معاملہ ڈسٹرکٹ ہو جاتا ہے۔ یہ بہت سیریس بات ہے۔ لوگ سمجھتے ہیں کہ ہم کسی ظ</w:t>
      </w:r>
    </w:p>
    <w:p>
      <w:r>
        <w:rPr>
          <w:b/>
        </w:rPr>
        <w:t xml:space="preserve">[57:50] </w:t>
      </w:r>
      <w:r>
        <w:t>alim se nafrat kar rahe hain. nahi, apne mustaqbil ko aap tabah kar rahe hain, apne mamle ko stake pahuncha rahe hain, khud apne aap se dushmani kar rahe hain. to yeh pehlu bohat sangeen hai, bohat sangeen hai, bohat sangeen hai. to mein yahi isi ko chahta hoon ke aap log sochein. jo log meri</w:t>
      </w:r>
    </w:p>
    <w:p>
      <w:pPr>
        <w:jc w:val="right"/>
      </w:pPr>
      <w:r>
        <w:t>الم سے نفرت کر رہے ہیں۔ نہیں، اپنے مستقبل کو آپ تباہ کر رہے ہیں، اپنے معاملے کو اسٹیک پہنچا رہے ہیں، خود اپنے آپ سے دشمنی کر رہے ہیں۔ تو یہ پہلو بہت سنگین ہے، بہت سنگین ہے، بہت سنگین ہے۔ تو میں یہی اسی کو چاہتا ہوں کہ آپ لوگ سوچیں۔ جو لوگ میری</w:t>
      </w:r>
    </w:p>
    <w:p>
      <w:r>
        <w:rPr>
          <w:b/>
        </w:rPr>
        <w:t xml:space="preserve">[58:20] </w:t>
      </w:r>
      <w:r>
        <w:t>meri awaz sun rahe hain, woh sochein is ko ke aap nafrat kar rahe hain to sirf usi ka mamla nahi, jis se jis se aap ne nafrat kiya. aap khud bhi aap ka mamla stake ho gaya. to kaun hai jo khud apne aap ko afford kar sake? khud aap jo hai Allah ke haan mahroom reh jayein, abadi taur par. kaun is ko afford kar sakta hai?</w:t>
      </w:r>
    </w:p>
    <w:p>
      <w:pPr>
        <w:jc w:val="right"/>
      </w:pPr>
      <w:r>
        <w:t>میری آواز سن رہے ہیں، وہ سوچیں اس کو کہ آپ نفرت کر رہے ہیں تو صرف اسی کا معاملہ نہیں، جس سے جس سے آپ نے نفرت کیا۔ آپ خود بھی آپ کا معاملہ اسٹیک ہو گیا۔ تو کون ہے جو خود اپنے آپ کو افورڈ کر سکے؟ خود آپ جو ہے اللہ کے ہاں محروم رہ جائیں، ابدی طور پر۔ کون اس کو افورڈ کر سکتا ہے؟</w:t>
      </w:r>
    </w:p>
    <w:p>
      <w:r>
        <w:rPr>
          <w:b/>
        </w:rPr>
        <w:t xml:space="preserve">[58:54] </w:t>
      </w:r>
      <w:r>
        <w:t>to nafrat ko literal taur par khatam karna hoga. koi bhi excuse is mein aap ho to us ko mat istemal kijiye. jaise ke maine kaha ke "if good excuse for hate, don't use, never use it" kyun ke is ke baad aap mohabbat elahi se aap ka seena khali ho jayega. to bohat hi serious b</w:t>
      </w:r>
    </w:p>
    <w:p>
      <w:pPr>
        <w:jc w:val="right"/>
      </w:pPr>
      <w:r>
        <w:t>تو نفرت کو لیٹرل طور پر ختم کرنا ہوگا۔ کوئی بھی ایکسکیوز اس میں آپ ہو تو اس کو مت استعمال کیجئے۔ جیسے کہ میں نے کہا کہ "اف گڈ ایکسکیوز فار ہیٹ، ڈونٹ یوز، نیور یوز اٹ" کیونکہ اس کے بعد آپ محبت الہی سے آپ کا سینہ خالی ہو جائے گا۔ تو بہت ہی سیریس ب</w:t>
      </w:r>
    </w:p>
    <w:p>
      <w:r>
        <w:rPr>
          <w:b/>
        </w:rPr>
        <w:t xml:space="preserve">[59:24] </w:t>
      </w:r>
      <w:r>
        <w:t>at hai, bohat hi serious baat hai. musalmanon ke akhbarat, musalmanon ke journal, musalmanon ki kitabein bhari hui hain nafraton se. un ke kisi jalse mein chale jayein, koi bhi jalsa, xyz, woh nafrat ki baatein sun lijiye un ki zubanon se. to mein dua karta hoon ke Allah taala mujh ko aur aap ko nafrat ki aag se bachaye. aqool qawli haza wastaghfirullaha li walakum ajmaeen</w:t>
      </w:r>
    </w:p>
    <w:p>
      <w:pPr>
        <w:jc w:val="right"/>
      </w:pPr>
      <w:r>
        <w:t>ات ہے، بہت ہی سیریس بات ہے۔ مسلمانوں کے اخبارات، مسلمانوں کے جنرل، مسلمانوں کی کتابیں بھری ہوئی ہیں نفرتوں سے۔ ان کے کسی جلسے میں چلے جائیں، کوئی بھی جلسہ، ایکس وائی زیڈ، وہ نفرت کی باتیں سن لیجئے ان کی زبانوں سے۔ تو میں دعا کرتا ہوں کہ اللہ تعالی مجھ کو اور آپ کو نفرت کی آگ سے بچائے۔ اقول قولھذا واستغفراللہ لولکم اجمعین</w:t>
      </w:r>
    </w:p>
    <w:p>
      <w:r>
        <w:rPr>
          <w:b/>
        </w:rPr>
        <w:t xml:space="preserve">[59:54]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