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Problem of Evil December 4, 2011</w:t>
      </w:r>
    </w:p>
    <w:p>
      <w:r>
        <w:t>https://youtu.be/SMqtVjaGHfw</w:t>
      </w:r>
    </w:p>
    <w:p>
      <w:r>
        <w:rPr>
          <w:b/>
        </w:rPr>
        <w:t xml:space="preserve">[00:13] </w:t>
      </w:r>
      <w:r>
        <w:t>Bismillah-ir-Rahman-ir-Rahim, wa salla Allahu 'ala an-nabiyyi al-kareem.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wahlul 'uqdatan min lisani, yafqahu qawli.</w:t>
      </w:r>
    </w:p>
    <w:p>
      <w:pPr>
        <w:jc w:val="right"/>
      </w:pPr>
      <w:r>
        <w:t>واحل العقدۃ من لسانی، یفقہ قولی۔</w:t>
      </w:r>
    </w:p>
    <w:p>
      <w:r>
        <w:rPr>
          <w:b/>
        </w:rPr>
        <w:t xml:space="preserve">[00:32] </w:t>
      </w:r>
      <w:r>
        <w:t>Aaj ka title hai "The Problem of Evil", burai ka masla.</w:t>
      </w:r>
    </w:p>
    <w:p>
      <w:pPr>
        <w:jc w:val="right"/>
      </w:pPr>
      <w:r>
        <w:t>آج کا ٹائٹل ہے "دا پرابلم آف ایول"، برائی کا مسئلہ۔</w:t>
      </w:r>
    </w:p>
    <w:p>
      <w:r>
        <w:rPr>
          <w:b/>
        </w:rPr>
        <w:t xml:space="preserve">[00:47] </w:t>
      </w:r>
      <w:r>
        <w:t>Yeh</w:t>
      </w:r>
    </w:p>
    <w:p>
      <w:pPr>
        <w:jc w:val="right"/>
      </w:pPr>
      <w:r>
        <w:t>یہ</w:t>
      </w:r>
    </w:p>
    <w:p>
      <w:r>
        <w:rPr>
          <w:b/>
        </w:rPr>
        <w:t xml:space="preserve">[00:50] </w:t>
      </w:r>
      <w:r>
        <w:t>bahut hi bada problem samjha jaata hai is zamane mein, intellectual level par. Aur is zamane mein yeh samjha jaata hai ke Khuda ke na hone ka sab se bada proof yeh hai ke duniya mein evil hai.</w:t>
      </w:r>
    </w:p>
    <w:p>
      <w:pPr>
        <w:jc w:val="right"/>
      </w:pPr>
      <w:r>
        <w:t>بہت ہی بڑا پرابلم سمجھا جاتا ہے اس زمانے میں، انٹلیکچول لیول پر۔ اور اس زمانے میں یہ سمجھا جاتا ہے کہ خدا کے نہ ہونے کا سب سے بڑا پروف یہ ہے کہ دنیا میں ایول ہے۔</w:t>
      </w:r>
    </w:p>
    <w:p>
      <w:r>
        <w:rPr>
          <w:b/>
        </w:rPr>
        <w:t xml:space="preserve">[01:16] </w:t>
      </w:r>
      <w:r>
        <w:t>Dekhiye, pehle zamane mein, yaani science se pehle, zyada tar log Khuda ko mante the, lekin phir bhi aise log the jo Khuda ko nahin mante the,</w:t>
      </w:r>
    </w:p>
    <w:p>
      <w:pPr>
        <w:jc w:val="right"/>
      </w:pPr>
      <w:r>
        <w:t>دیکھیے، پہلے زمانے میں، یعنی سائنس سے پہلے، زیادہ تر لوگ خدا کو مانتے تھے، لیکن پھر بھی ایسے لوگ تھے جو خدا کو نہیں مانتے تھے،</w:t>
      </w:r>
    </w:p>
    <w:p>
      <w:r>
        <w:rPr>
          <w:b/>
        </w:rPr>
        <w:t xml:space="preserve">[01:31] </w:t>
      </w:r>
      <w:r>
        <w:t>jis ko kehte hain atheism. To atheist the pehle bhi, lekin kam the.</w:t>
      </w:r>
    </w:p>
    <w:p>
      <w:pPr>
        <w:jc w:val="right"/>
      </w:pPr>
      <w:r>
        <w:t>جس کو کہتے ہیں ایتھیزم۔ تو ایتھیسٹ تھے پہلے بھی، لیکن کم تھے۔</w:t>
      </w:r>
    </w:p>
    <w:p>
      <w:r>
        <w:rPr>
          <w:b/>
        </w:rPr>
        <w:t xml:space="preserve">[01:39] </w:t>
      </w:r>
      <w:r>
        <w:t>to woh log yeh kehte thay ke khuda dekhne mein nahi aata, khuda observable nahi hai hamare liye, to hum kaise manen ke woh hai?</w:t>
      </w:r>
    </w:p>
    <w:p>
      <w:pPr>
        <w:jc w:val="right"/>
      </w:pPr>
      <w:r>
        <w:t>تو وہ لوگ یہ کہتے تھے کہ خدا دیکھنے میں نہیں آتا، خدا ابزرویبل نہیں ہے ہمارے لیے، تو ہم کیسے مانیں کہ وہ ہے؟</w:t>
      </w:r>
    </w:p>
    <w:p>
      <w:r>
        <w:rPr>
          <w:b/>
        </w:rPr>
        <w:t xml:space="preserve">[01:56] </w:t>
      </w:r>
      <w:r>
        <w:t>to</w:t>
      </w:r>
    </w:p>
    <w:p>
      <w:pPr>
        <w:jc w:val="right"/>
      </w:pPr>
      <w:r>
        <w:t>تو</w:t>
      </w:r>
    </w:p>
    <w:p>
      <w:r>
        <w:rPr>
          <w:b/>
        </w:rPr>
        <w:t xml:space="preserve">[01:59] </w:t>
      </w:r>
      <w:r>
        <w:t>naad, na qabil e mushahida hone ki bina par woh khuda ko, khuda ko manne se inkar karte thay.</w:t>
      </w:r>
    </w:p>
    <w:p>
      <w:pPr>
        <w:jc w:val="right"/>
      </w:pPr>
      <w:r>
        <w:t>ناد، ناقابل مشاہدہ ہونے کی بنا پر وہ خدا کو، خدا کو ماننے سے انکار کرتے تھے۔</w:t>
      </w:r>
    </w:p>
    <w:p>
      <w:r>
        <w:rPr>
          <w:b/>
        </w:rPr>
        <w:t xml:space="preserve">[02:12] </w:t>
      </w:r>
      <w:r>
        <w:t>lekin science ke zamanay mein yeh argument khatam ho gaya.</w:t>
      </w:r>
    </w:p>
    <w:p>
      <w:pPr>
        <w:jc w:val="right"/>
      </w:pPr>
      <w:r>
        <w:t>لیکن سائنس کے زمانے میں یہ ارگومنٹ ختم ہو گیا۔</w:t>
      </w:r>
    </w:p>
    <w:p>
      <w:r>
        <w:rPr>
          <w:b/>
        </w:rPr>
        <w:t xml:space="preserve">[02:23] </w:t>
      </w:r>
      <w:r>
        <w:t>to ab aaj ke jo atheist hain, unhon ne ek nai base talash kar li hai, woh evil hai.</w:t>
      </w:r>
    </w:p>
    <w:p>
      <w:pPr>
        <w:jc w:val="right"/>
      </w:pPr>
      <w:r>
        <w:t>تو اب آج کے جو ایتھیسٹ ہیں، انہوں نے ایک نئی بیس تلاش کر لی ہے، وہ ایول ہے۔</w:t>
      </w:r>
    </w:p>
    <w:p>
      <w:r>
        <w:rPr>
          <w:b/>
        </w:rPr>
        <w:t xml:space="preserve">[02:39] </w:t>
      </w:r>
      <w:r>
        <w:t>science ka jo development hua hai pichle chand saal mein, chand chand so saal mein, to is ne ek bohat bari cheez batai hai insan ko.</w:t>
      </w:r>
    </w:p>
    <w:p>
      <w:pPr>
        <w:jc w:val="right"/>
      </w:pPr>
      <w:r>
        <w:t>سائنس کا جو ڈیولپمنٹ ہوا ہے پچھلے چند سالوں میں، چند چند سو سالوں میں، تو اس نے ایک بہت بڑی چیز بتائی ہے انسان کو۔</w:t>
      </w:r>
    </w:p>
    <w:p>
      <w:r>
        <w:rPr>
          <w:b/>
        </w:rPr>
        <w:t xml:space="preserve">[02:53] </w:t>
      </w:r>
      <w:r>
        <w:t>is par bohat sari kitaben hain, mein sirf ek kitab ka reference doonga. ek bohat bara British scientist hai, jis ka naam hai Sir Arthur Eddington.</w:t>
      </w:r>
    </w:p>
    <w:p>
      <w:pPr>
        <w:jc w:val="right"/>
      </w:pPr>
      <w:r>
        <w:t>اس پر بہت ساری کتابیں ہیں، میں صرف ایک کتاب کا ریفرنس دوں گا۔ ایک بہت بڑا برٹش سائنٹسٹ ہے، جس کا نام ہے سر ارتھر ایڈنگٹن۔</w:t>
      </w:r>
    </w:p>
    <w:p>
      <w:r>
        <w:rPr>
          <w:b/>
        </w:rPr>
        <w:t xml:space="preserve">[03:12] </w:t>
      </w:r>
      <w:r>
        <w:t>is ki ek kitab hai, is ka naam hai "Science of Unseen World", "The Science of Unseen World", yani na dikhai dene wali dunya ki science.</w:t>
      </w:r>
    </w:p>
    <w:p>
      <w:pPr>
        <w:jc w:val="right"/>
      </w:pPr>
      <w:r>
        <w:t>اس کی ایک کتاب ہے، اس کا نام ہے "سائنس آف ان سین ورلڈ"، "دی سائنس آف ان سین ورلڈ"، یعنی نہ دکھائی دینے والے دنیا کی سائنس۔</w:t>
      </w:r>
    </w:p>
    <w:p>
      <w:r>
        <w:rPr>
          <w:b/>
        </w:rPr>
        <w:t xml:space="preserve">[03:32] </w:t>
      </w:r>
      <w:r>
        <w:t>yeh kitab 1929 mein pehli baar chapi. is kitab ka khulasa mere lafzon mein yeh hai ke "There is a world, but it is not,</w:t>
      </w:r>
    </w:p>
    <w:p>
      <w:pPr>
        <w:jc w:val="right"/>
      </w:pPr>
      <w:r>
        <w:t>یہ کتاب 1929 میں پہلی بار چھپی۔ اس کتاب کا خلاصہ میرے لفظوں میں یہ ہے کہ "دیر از اے ورلڈ، بٹ اٹ از ناٹ،</w:t>
      </w:r>
    </w:p>
    <w:p>
      <w:r>
        <w:rPr>
          <w:b/>
        </w:rPr>
        <w:t xml:space="preserve">[03:54] </w:t>
      </w:r>
      <w:r>
        <w:t>but it is there is a world, but it is completely unseen to man".</w:t>
      </w:r>
    </w:p>
    <w:p>
      <w:pPr>
        <w:jc w:val="right"/>
      </w:pPr>
      <w:r>
        <w:t>بٹ اٹ از دیر از اے ورلڈ، بٹ اٹ از کمپلیٹلی ان سین ٹو مین"۔</w:t>
      </w:r>
    </w:p>
    <w:p>
      <w:r>
        <w:rPr>
          <w:b/>
        </w:rPr>
        <w:t xml:space="preserve">[04:02] </w:t>
      </w:r>
      <w:r>
        <w:t>yani science has discovered that there is a world, but it is unseen to to man.</w:t>
      </w:r>
    </w:p>
    <w:p>
      <w:pPr>
        <w:jc w:val="right"/>
      </w:pPr>
      <w:r>
        <w:t>یعنی سائنس ہیز ڈسکورڈ دیٹ دیر از اے ورلڈ، بٹ اٹ از ان سین ٹو ٹو مین۔</w:t>
      </w:r>
    </w:p>
    <w:p>
      <w:r>
        <w:rPr>
          <w:b/>
        </w:rPr>
        <w:t xml:space="preserve">[04:15] </w:t>
      </w:r>
      <w:r>
        <w:t>yani science ne daryaft kiya hai ke yahan ek dunya hai, ek world hai, lekin woh qabil e mushahida, observable nahi hai.</w:t>
      </w:r>
    </w:p>
    <w:p>
      <w:pPr>
        <w:jc w:val="right"/>
      </w:pPr>
      <w:r>
        <w:t>یعنی سائنس نے دریافت کیا ہے کہ یہاں ایک دنیا ہے، ایک ورلڈ ہے، لیکن وہ قابل مشاہدہ، ابزرویبل نہیں ہے۔</w:t>
      </w:r>
    </w:p>
    <w:p>
      <w:r>
        <w:rPr>
          <w:b/>
        </w:rPr>
        <w:t xml:space="preserve">[04:30] </w:t>
      </w:r>
      <w:r>
        <w:t>dekhiye, jab tak dunya mein atom ki theory thi, tab tak samjha jata tha ke hum cheezon ko dekh sakte hain.</w:t>
      </w:r>
    </w:p>
    <w:p>
      <w:pPr>
        <w:jc w:val="right"/>
      </w:pPr>
      <w:r>
        <w:t>دیکھیے، جب تک دنیا میں ایٹم کی تھیوری تھی، تب تک سمجھا جاتا تھا کہ ہم چیزوں کو دیکھ سکتے ہیں۔</w:t>
      </w:r>
    </w:p>
    <w:p>
      <w:r>
        <w:rPr>
          <w:b/>
        </w:rPr>
        <w:t xml:space="preserve">[04:40] </w:t>
      </w:r>
      <w:r>
        <w:t>lekin jab atom toot gaya, maloom hua ke atom ke aage bhi cheezein hain jin ko electron kaha jata hai, to wahan kuch dikhai nahi deta.</w:t>
      </w:r>
    </w:p>
    <w:p>
      <w:pPr>
        <w:jc w:val="right"/>
      </w:pPr>
      <w:r>
        <w:t>لیکن جب ایٹم ٹوٹ گیا، معلوم ہوا کہ ایٹم کے آگے بھی چیزیں ہیں جن کو الیکٹران کہا جاتا ہے، تو وہاں کچھ دکھائی نہیں دیتا۔</w:t>
      </w:r>
    </w:p>
    <w:p>
      <w:r>
        <w:rPr>
          <w:b/>
        </w:rPr>
        <w:t xml:space="preserve">[04:53] </w:t>
      </w:r>
      <w:r>
        <w:t>electron ko ek scientist ne kaha ke woh "</w:t>
      </w:r>
    </w:p>
    <w:p>
      <w:pPr>
        <w:jc w:val="right"/>
      </w:pPr>
      <w:r>
        <w:t>الیکٹران کو ایک سائنٹسٹ نے کہا کہ وہ "</w:t>
      </w:r>
    </w:p>
    <w:p>
      <w:r>
        <w:rPr>
          <w:b/>
        </w:rPr>
        <w:t xml:space="preserve">[05:00] </w:t>
      </w:r>
      <w:r>
        <w:t>waves of probabilities" hain. electron jo hain, woh scientifically, woh musalsal tor par harkat mein hotay hain, jaise sitare aur sayare harkat mein hain,</w:t>
      </w:r>
    </w:p>
    <w:p>
      <w:pPr>
        <w:jc w:val="right"/>
      </w:pPr>
      <w:r>
        <w:t>ویوز آف پروبیبلیٹیز" ہیں۔ الیکٹران جو ہیں، وہ سائنٹیفیکلی، وہ مسلسل طور پر حرکت میں ہوتے ہیں، جیسے ستارے اور سیارے حرکت میں ہیں،</w:t>
      </w:r>
    </w:p>
    <w:p>
      <w:r>
        <w:rPr>
          <w:b/>
        </w:rPr>
        <w:t xml:space="preserve">[05:14] </w:t>
      </w:r>
      <w:r>
        <w:t>lekin woh dikhai nahi detay. to unhon ne kaha ke woh "waves of probabilities" hain.</w:t>
      </w:r>
    </w:p>
    <w:p>
      <w:pPr>
        <w:jc w:val="right"/>
      </w:pPr>
      <w:r>
        <w:t>لیکن وہ دکھائی نہیں دیتے۔ تو انہوں نے کہا کہ وہ "ویوز آف پروبیبلیٹیز" ہیں۔</w:t>
      </w:r>
    </w:p>
    <w:p>
      <w:r>
        <w:rPr>
          <w:b/>
        </w:rPr>
        <w:t xml:space="preserve">[05:23] </w:t>
      </w:r>
      <w:r>
        <w:t>to Eddington ek saada misaal deta hai apni kitab mein ke jis mez par mein kaam kar raha hoon, woh double mez hai.</w:t>
      </w:r>
    </w:p>
    <w:p>
      <w:pPr>
        <w:jc w:val="right"/>
      </w:pPr>
      <w:r>
        <w:t>تو ایڈنگٹن ایک سادہ مثال دیتا ہے اپنی کتاب میں کہ جس میز پر میں کام کر رہا ہوں، وہ ڈبل میز ہے۔</w:t>
      </w:r>
    </w:p>
    <w:p>
      <w:r>
        <w:rPr>
          <w:b/>
        </w:rPr>
        <w:t xml:space="preserve">[05:40] </w:t>
      </w:r>
      <w:r>
        <w:t>yeh table jo hai, dohra table hai. ek woh jis ko mein dekh dekh raha hoon, bazahir thos hai.</w:t>
      </w:r>
    </w:p>
    <w:p>
      <w:pPr>
        <w:jc w:val="right"/>
      </w:pPr>
      <w:r>
        <w:t>یہ ٹیبل جو ہے، دوہرا ٹیبل ہے۔ ایک وہ جس کو میں دیکھ دیکھ رہا ہوں، بظاہر ٹھوس ہے۔</w:t>
      </w:r>
    </w:p>
    <w:p>
      <w:r>
        <w:rPr>
          <w:b/>
        </w:rPr>
        <w:t xml:space="preserve">[05:48] </w:t>
      </w:r>
      <w:r>
        <w:t>ek aur view, ek aur table hai jo aankhon se dikhai nahi deti. woh kya hai? woh hai</w:t>
      </w:r>
    </w:p>
    <w:p>
      <w:pPr>
        <w:jc w:val="right"/>
      </w:pPr>
      <w:r>
        <w:t>ایک اور ویو، ایک اور ٹیبل ہے جو آنکھوں سے دکھائی نہیں دیتی۔ وہ کیا ہے؟ وہ ہے</w:t>
      </w:r>
    </w:p>
    <w:p>
      <w:r>
        <w:rPr>
          <w:b/>
        </w:rPr>
        <w:t xml:space="preserve">[06:00] </w:t>
      </w:r>
      <w:r>
        <w:t>electron ka majmooa. kyunke aap jante hain ke har cheez apne final analysis mein atom hai, woh atom electron par khatam hota hai.</w:t>
      </w:r>
    </w:p>
    <w:p>
      <w:pPr>
        <w:jc w:val="right"/>
      </w:pPr>
      <w:r>
        <w:t>الیکٹران کا مجموعہ۔ کیونکہ آپ جانتے ہیں کہ ہر چیز اپنے فائنل انالیسز میں ایٹم ہے، وہ ایٹم الیکٹران پر ختم ہوتا ہے۔</w:t>
      </w:r>
    </w:p>
    <w:p>
      <w:r>
        <w:rPr>
          <w:b/>
        </w:rPr>
        <w:t xml:space="preserve">[06:14] </w:t>
      </w:r>
      <w:r>
        <w:t>to poori dunya "waves of probabilities" hai.</w:t>
      </w:r>
    </w:p>
    <w:p>
      <w:pPr>
        <w:jc w:val="right"/>
      </w:pPr>
      <w:r>
        <w:t>تو پوری دنیا "ویوز آف پروبیبلیٹیز" ہے۔</w:t>
      </w:r>
    </w:p>
    <w:p>
      <w:r>
        <w:rPr>
          <w:b/>
        </w:rPr>
        <w:t xml:space="preserve">[06:21] </w:t>
      </w:r>
      <w:r>
        <w:t>to khalise science ke aitbar se, yani human knowledge ke aitbar se, yahan koi bhi cheez qabil e mushahida nahi hai.</w:t>
      </w:r>
    </w:p>
    <w:p>
      <w:pPr>
        <w:jc w:val="right"/>
      </w:pPr>
      <w:r>
        <w:t>تو خالص سائنس کے اعتبار سے، یعنی ہیومن نالج کے اعتبار سے، یہاں کوئی بھی چیز قابل مشاہدہ نہیں ہے۔</w:t>
      </w:r>
    </w:p>
    <w:p>
      <w:r>
        <w:rPr>
          <w:b/>
        </w:rPr>
        <w:t xml:space="preserve">[06:33] </w:t>
      </w:r>
      <w:r>
        <w:t>to is se kya sabit hua? is se sabit hua ke jab takhleeq bhi qabil e mushahida nahi hai, to khalique kaise qabil e mushahida ho jayega?</w:t>
      </w:r>
    </w:p>
    <w:p>
      <w:pPr>
        <w:jc w:val="right"/>
      </w:pPr>
      <w:r>
        <w:t>تو اس سے کیا ثابت ہوا؟ اس سے ثابت ہوا کہ جب تخلیق بھی قابل مشاہدہ نہیں ہے، تو خالق کیسے قابل مشاہدہ ہو جائے گا؟</w:t>
      </w:r>
    </w:p>
    <w:p>
      <w:r>
        <w:rPr>
          <w:b/>
        </w:rPr>
        <w:t xml:space="preserve">[06:47] </w:t>
      </w:r>
      <w:r>
        <w:t>jab jo makhlooqat hain, jo takhleeq hai, woh bhi hamare liye observable nahi hai, to jo khalique hai, woh kaise observable ho jayega?</w:t>
      </w:r>
    </w:p>
    <w:p>
      <w:pPr>
        <w:jc w:val="right"/>
      </w:pPr>
      <w:r>
        <w:t>جب جو مخلوقات ہیں، جو تخلیق ہے، وہ بھی ہمارے لیے ابزرویبل نہیں ہے، تو جو خالق ہے، وہ کیسے ابزرویبل ہو جائے گا؟</w:t>
      </w:r>
    </w:p>
    <w:p>
      <w:r>
        <w:rPr>
          <w:b/>
        </w:rPr>
        <w:t xml:space="preserve">[07:01] </w:t>
      </w:r>
      <w:r>
        <w:t>to yeh in direct view mein khuda ke wajood ka saboot ban gaya.</w:t>
      </w:r>
    </w:p>
    <w:p>
      <w:pPr>
        <w:jc w:val="right"/>
      </w:pPr>
      <w:r>
        <w:t>تو یہ ان ڈائریکٹ ویو میں خدا کے وجود کا ثبوت بن گیا۔</w:t>
      </w:r>
    </w:p>
    <w:p>
      <w:r>
        <w:rPr>
          <w:b/>
        </w:rPr>
        <w:t xml:space="preserve">[07:09] </w:t>
      </w:r>
      <w:r>
        <w:t>branderseal ne apni kitaab "human knowledge" mein tafseel se likha hai ke yeh jo tehqeeq hui hai science mein, is ka bohat bara</w:t>
      </w:r>
    </w:p>
    <w:p>
      <w:pPr>
        <w:jc w:val="right"/>
      </w:pPr>
      <w:r>
        <w:t>برنڈرسل نے اپنی کتاب "ہیومن نالج" میں تفصیل سے لکھا ہے کہ یہ جو تحقیق ہوئی ہے سائنس میں، اس کا بہت بڑا</w:t>
      </w:r>
    </w:p>
    <w:p>
      <w:r>
        <w:rPr>
          <w:b/>
        </w:rPr>
        <w:t xml:space="preserve">[07:27] </w:t>
      </w:r>
      <w:r>
        <w:t>ek aur is se ek baat bohat bari sabit hoti hai, woh yeh hai ke pichle zamane mein argument jo hota tha, woh direct evidence par base karta tha.</w:t>
      </w:r>
    </w:p>
    <w:p>
      <w:pPr>
        <w:jc w:val="right"/>
      </w:pPr>
      <w:r>
        <w:t>ایک اور اس سے ایک بات بہت بڑی ثابت ہوتی ہے، وہ یہ ہے کہ پچھلے زمانے میں ارگومنٹ جو ہوتا تھا، وہ ڈائریکٹ ایویڈنس پر بیس کرتا تھا۔</w:t>
      </w:r>
    </w:p>
    <w:p>
      <w:r>
        <w:rPr>
          <w:b/>
        </w:rPr>
        <w:t xml:space="preserve">[07:42] </w:t>
      </w:r>
      <w:r>
        <w:t>aisi evidence jo aap dekhein, jis ko hum toor sakein, usi ke base par koi argument qaim kiya jata tha. ab inferential argument bhi valid ho gaya.</w:t>
      </w:r>
    </w:p>
    <w:p>
      <w:pPr>
        <w:jc w:val="right"/>
      </w:pPr>
      <w:r>
        <w:t>ایسی ایویڈنس جو آپ دیکھیں، جس کو ہم توڑ سکیں، اسی کے بیس پر کوئی ارگومنٹ قائم کیا جاتا تھا۔ اب انفرینشل ارگومنٹ بھی ویلڈ ہو گیا۔</w:t>
      </w:r>
    </w:p>
    <w:p>
      <w:r>
        <w:rPr>
          <w:b/>
        </w:rPr>
        <w:t xml:space="preserve">[07:55] </w:t>
      </w:r>
      <w:r>
        <w:t>chunaanche inferential argument bhi hote hi valid hoga, jitna ke direct argument.</w:t>
      </w:r>
    </w:p>
    <w:p>
      <w:pPr>
        <w:jc w:val="right"/>
      </w:pPr>
      <w:r>
        <w:t>انفرینشل ارگومنٹ بھی ہوتے ہی ویلڈ ہوگا، جتنا کہ ڈائریکٹ ارگومنٹ۔</w:t>
      </w:r>
    </w:p>
    <w:p>
      <w:r>
        <w:rPr>
          <w:b/>
        </w:rPr>
        <w:t xml:space="preserve">[08:02] </w:t>
      </w:r>
      <w:r>
        <w:t>chunaanche woh likhta hai ke is nai tehqeeq ke mutabiq, jo theologian jo dili diya karte thay khuda ki design ko le kar ke</w:t>
      </w:r>
    </w:p>
    <w:p>
      <w:pPr>
        <w:jc w:val="right"/>
      </w:pPr>
      <w:r>
        <w:t>چنانچہ وہ لکھتا ہے کہ اس نئی تحقیق کے مطابق، جو تھیلوجین جو دلی دیا کرتے تھے خدا کی ڈیزائن کو لے کر کے</w:t>
      </w:r>
    </w:p>
    <w:p>
      <w:r>
        <w:rPr>
          <w:b/>
        </w:rPr>
        <w:t xml:space="preserve">[08:24] </w:t>
      </w:r>
      <w:r>
        <w:t>ke duniya mein bohat bari design hai, to jahan design hai, wahan designer apne aap sabit ho jata hai.</w:t>
      </w:r>
    </w:p>
    <w:p>
      <w:pPr>
        <w:jc w:val="right"/>
      </w:pPr>
      <w:r>
        <w:t>کہ دنیا میں بہت بڑی ڈیزائن ہے، تو جہاں ڈیزائن ہے، وہاں ڈیزائنر اپنے آپ ثابت ہو جاتا ہے۔</w:t>
      </w:r>
    </w:p>
    <w:p>
      <w:r>
        <w:rPr>
          <w:b/>
        </w:rPr>
        <w:t xml:space="preserve">[08:33] </w:t>
      </w:r>
      <w:r>
        <w:t>where there is design, there is a designer. is ko kehte hain argument from design. to argument from design jo hai, base karti thi inference par.</w:t>
      </w:r>
    </w:p>
    <w:p>
      <w:pPr>
        <w:jc w:val="right"/>
      </w:pPr>
      <w:r>
        <w:t>ویر دیر از ڈیزائن، دیر از اے ڈیزائنر۔ اس کو کہتے ہیں ارگومنٹ فرام ڈیزائن۔ تو ارگومنٹ فرام ڈیزائن جو ہے، بیس کرتی تھی انفرنس پر۔</w:t>
      </w:r>
    </w:p>
    <w:p>
      <w:r>
        <w:rPr>
          <w:b/>
        </w:rPr>
        <w:t xml:space="preserve">[08:46] </w:t>
      </w:r>
      <w:r>
        <w:t>log is ko nahi mante thay, lekin ab to sari science hi inference par base karti hai. science mein jitni bhi cheezein mani jati hain bator fact, woh sab bhi kya hai?</w:t>
      </w:r>
    </w:p>
    <w:p>
      <w:pPr>
        <w:jc w:val="right"/>
      </w:pPr>
      <w:r>
        <w:t>لوگ اس کو نہیں مانتے تھے، لیکن اب تو ساری سائنس ہی انفرنس پر بیس کرتی ہے۔ سائنس میں جتنی بھی چیزیں مانی جاتی ہیں بطور فیکٹ، وہ سب بھی کیا ہے؟</w:t>
      </w:r>
    </w:p>
    <w:p>
      <w:r>
        <w:rPr>
          <w:b/>
        </w:rPr>
        <w:t xml:space="preserve">[08:59] </w:t>
      </w:r>
      <w:r>
        <w:t>inference par base karti hai.</w:t>
      </w:r>
    </w:p>
    <w:p>
      <w:pPr>
        <w:jc w:val="right"/>
      </w:pPr>
      <w:r>
        <w:t>انفرنس پر بیس کرتی ہے۔</w:t>
      </w:r>
    </w:p>
    <w:p>
      <w:r>
        <w:rPr>
          <w:b/>
        </w:rPr>
        <w:t xml:space="preserve">[09:03] </w:t>
      </w:r>
      <w:r>
        <w:t>misal ke tor par, evolution theory jo mante hain log, woh sarata'sar inference par base karti hai, observation par nahi. yeh is tarah doosri cheez hai.</w:t>
      </w:r>
    </w:p>
    <w:p>
      <w:pPr>
        <w:jc w:val="right"/>
      </w:pPr>
      <w:r>
        <w:t>مثال طور پر، ایولوشن تھیوری جو مانتے ہیں لوگ، وہ سرتاثر انفرنس پر بیس کرتی ہے، ابزرویشن پر نہیں۔ یہ اس طرح دوسری چیز ہے۔</w:t>
      </w:r>
    </w:p>
    <w:p>
      <w:r>
        <w:rPr>
          <w:b/>
        </w:rPr>
        <w:t xml:space="preserve">[09:14] </w:t>
      </w:r>
      <w:r>
        <w:t>to is ka matlab kya hua? ke khud insani jo ilm hai, human knowledge jo hai, is ke mutabiq hi khuda ka wajood sabit ho gaya.</w:t>
      </w:r>
    </w:p>
    <w:p>
      <w:pPr>
        <w:jc w:val="right"/>
      </w:pPr>
      <w:r>
        <w:t>تو اس کا مطلب کیا ہوا؟ کہ خود انسانی جو علم ہے، ہیومن نالج جو ہے، اس کے مطابق ہی خدا کا وجود ثابت ہو گیا۔</w:t>
      </w:r>
    </w:p>
    <w:p>
      <w:r>
        <w:rPr>
          <w:b/>
        </w:rPr>
        <w:t xml:space="preserve">[09:26] </w:t>
      </w:r>
      <w:r>
        <w:t>kyun ke base khatam ho gayi jo pehle thi ke hum dekhein ge to hum khuda ko manen</w:t>
      </w:r>
    </w:p>
    <w:p>
      <w:pPr>
        <w:jc w:val="right"/>
      </w:pPr>
      <w:r>
        <w:t>کیونکہ بیس ختم ہو گئی جو پہلے تھی کہ ہم دیکھیں گے تو ہم خدا کو مانیں</w:t>
      </w:r>
    </w:p>
    <w:p>
      <w:r>
        <w:rPr>
          <w:b/>
        </w:rPr>
        <w:t xml:space="preserve">[09:31] </w:t>
      </w:r>
      <w:r>
        <w:t>ge. ab maloom hua ke jo cheezein aap mante hain, woh bhi aap nahi dekhte, to kyun mante hain is ko? aap ya to har cheez ko inkaar kar dijiye ya phir khuda ko maniye.</w:t>
      </w:r>
    </w:p>
    <w:p>
      <w:pPr>
        <w:jc w:val="right"/>
      </w:pPr>
      <w:r>
        <w:t>گے۔ اب معلوم ہوا کہ جو چیزیں آپ مانتے ہیں، وہ بھی آپ نہیں دیکھتے، تو کیوں مانتے ہیں اس کو؟ آپ یا تو ہر چیز کو انکار کر دیجئے یا پھر خدا کو مانیے۔</w:t>
      </w:r>
    </w:p>
    <w:p>
      <w:r>
        <w:rPr>
          <w:b/>
        </w:rPr>
        <w:t xml:space="preserve">[09:46] </w:t>
      </w:r>
      <w:r>
        <w:t>to ek nazariya paida hua, is ko kehte hain woh agnostic, agnosticism.</w:t>
      </w:r>
    </w:p>
    <w:p>
      <w:pPr>
        <w:jc w:val="right"/>
      </w:pPr>
      <w:r>
        <w:t>تو ایک نظریہ پیدا ہوا، اس کو کہتے ہیں وہ اگناسٹ، اگناسٹیسزم۔</w:t>
      </w:r>
    </w:p>
    <w:p>
      <w:r>
        <w:rPr>
          <w:b/>
        </w:rPr>
        <w:t xml:space="preserve">[09:56] </w:t>
      </w:r>
      <w:r>
        <w:t>yeh kehne lage woh log ke aap kuch nahi jante, lekin yeh koi nazariya nahi hai.</w:t>
      </w:r>
    </w:p>
    <w:p>
      <w:pPr>
        <w:jc w:val="right"/>
      </w:pPr>
      <w:r>
        <w:t>یہ کہنے لگے وہ لوگ کہ آپ کچھ نہیں جانتے، لیکن یہ کوئی نظریہ نہیں ہے۔</w:t>
      </w:r>
    </w:p>
    <w:p>
      <w:r>
        <w:rPr>
          <w:b/>
        </w:rPr>
        <w:t xml:space="preserve">[10:02] </w:t>
      </w:r>
      <w:r>
        <w:t>agnosticism jo hai, woh koi workable theory nahi hai, is liye kabhi bhi ziyada maqbool nahi hua. yeh to ab jo unhon ne kaha daleel ikhtiyar ki hai, woh daleel hai evil based.</w:t>
      </w:r>
    </w:p>
    <w:p>
      <w:pPr>
        <w:jc w:val="right"/>
      </w:pPr>
      <w:r>
        <w:t>اگناسٹیسزم جو ہے، وہ کوئی ورکیبل تھیوری نہیں ہے، اس لیے کبھی بھی زیادہ مقبول نہیں ہوا۔ یہ تو اب جو انہوں نے کہا دلیل اختیار کی ہے، وہ دلیل ہے ایول بیسڈ۔</w:t>
      </w:r>
    </w:p>
    <w:p>
      <w:r>
        <w:rPr>
          <w:b/>
        </w:rPr>
        <w:t xml:space="preserve">[10:20] </w:t>
      </w:r>
      <w:r>
        <w:t>is ko kehte hain problem of evil. yani agar khuda hai to duniya mein evil kyun itni ziyada hai? khuda hai to itna zulm kyun hai?</w:t>
      </w:r>
    </w:p>
    <w:p>
      <w:pPr>
        <w:jc w:val="right"/>
      </w:pPr>
      <w:r>
        <w:t>اس کو کہتے ہیں پرابلم آف ایول۔ یعنی اگر خدا ہے تو دنیا میں ایول کیوں اتنی زیادہ ہے؟ خدا ہے تو اتنا ظلم کیوں ہے؟</w:t>
      </w:r>
    </w:p>
    <w:p>
      <w:r>
        <w:rPr>
          <w:b/>
        </w:rPr>
        <w:t xml:space="preserve">[10:29] </w:t>
      </w:r>
      <w:r>
        <w:t>corruption kyun hai? fasad kyun hai?</w:t>
      </w:r>
    </w:p>
    <w:p>
      <w:pPr>
        <w:jc w:val="right"/>
      </w:pPr>
      <w:r>
        <w:t>کرپشن کیوں ہے؟ فساد کیوں ہے؟</w:t>
      </w:r>
    </w:p>
    <w:p>
      <w:r>
        <w:rPr>
          <w:b/>
        </w:rPr>
        <w:t xml:space="preserve">[10:33] </w:t>
      </w:r>
      <w:r>
        <w:t>yeh sab jo evils hain duniya mein, woh kyun hain? kyun ke god hai, to god ko all right hona chahiye. all right hona chahiye, to woh duniya mein bhi kyun nahi har cheez ko theek kar deta?</w:t>
      </w:r>
    </w:p>
    <w:p>
      <w:pPr>
        <w:jc w:val="right"/>
      </w:pPr>
      <w:r>
        <w:t>یہ سب جو ایولز ہیں دنیا میں، وہ کیوں ہیں؟ کیونکہ گاڈ ہے، تو گاڈ کو ال رائٹ ہونا چاہیے۔ ال رائٹ ہونا چاہیے، تو وہ دنیا میں بھی کیوں نہیں ہر چیز کو ٹھیک کر دیتا؟</w:t>
      </w:r>
    </w:p>
    <w:p>
      <w:r>
        <w:rPr>
          <w:b/>
        </w:rPr>
        <w:t xml:space="preserve">[10:50] </w:t>
      </w:r>
      <w:r>
        <w:t>matlab yahan justice ho, yahan par har cheez perfect ho, har cheez ideal ho. aisa kyun nahi?</w:t>
      </w:r>
    </w:p>
    <w:p>
      <w:pPr>
        <w:jc w:val="right"/>
      </w:pPr>
      <w:r>
        <w:t>مطلب یہاں جسٹس ہو، یہاں پر ہر چیز پرفیکٹ ہو، ہر چیز ائیڈیل ہو۔ ایسا کیوں نہیں؟</w:t>
      </w:r>
    </w:p>
    <w:p>
      <w:r>
        <w:rPr>
          <w:b/>
        </w:rPr>
        <w:t xml:space="preserve">[10:59] </w:t>
      </w:r>
      <w:r>
        <w:t>jab aisa nahi hai, to is ka matlab yeh hai ke khuda nahi hai.</w:t>
      </w:r>
    </w:p>
    <w:p>
      <w:pPr>
        <w:jc w:val="right"/>
      </w:pPr>
      <w:r>
        <w:t>جب ایسا نہیں ہے، تو اس کا مطلب یہ ہے کہ خدا نہیں ہے۔</w:t>
      </w:r>
    </w:p>
    <w:p>
      <w:r>
        <w:rPr>
          <w:b/>
        </w:rPr>
        <w:t xml:space="preserve">[11:03] </w:t>
      </w:r>
      <w:r>
        <w:t>dekhein, yeh bohat hi bari, ek bohat bara issue hai. is ko samjhiye. maine is pe itna ghore kiya hai, maine yeh samjha hai ke ke yeh</w:t>
      </w:r>
    </w:p>
    <w:p>
      <w:pPr>
        <w:jc w:val="right"/>
      </w:pPr>
      <w:r>
        <w:t>دیکھیں، یہ بہت ہی بڑی، ایک بہت بڑا ایشو ہے۔ اس کو سمجھیے۔ میں نے اس پہ اتنا غور کیا ہے، میں نے یہ سمجھا ہے کہ کہ یہ</w:t>
      </w:r>
    </w:p>
    <w:p>
      <w:r>
        <w:rPr>
          <w:b/>
        </w:rPr>
        <w:t xml:space="preserve">[11:19] </w:t>
      </w:r>
      <w:r>
        <w:t>paida hua hai is liye ke log apne mind se explain karna chahte hain life ko.</w:t>
      </w:r>
    </w:p>
    <w:p>
      <w:pPr>
        <w:jc w:val="right"/>
      </w:pPr>
      <w:r>
        <w:t>پیدا ہوا ہے اس لیے کہ لوگ اپنے مائنڈ سے ایکسپلین کرنا چاہتے ہیں لائف کو۔</w:t>
      </w:r>
    </w:p>
    <w:p>
      <w:r>
        <w:rPr>
          <w:b/>
        </w:rPr>
        <w:t xml:space="preserve">[11:29] </w:t>
      </w:r>
      <w:r>
        <w:t>halanke aap ko explainer chah</w:t>
      </w:r>
    </w:p>
    <w:p>
      <w:pPr>
        <w:jc w:val="right"/>
      </w:pPr>
      <w:r>
        <w:t>حالانکہ آپ کو ایکسپلینچر چاہ</w:t>
      </w:r>
    </w:p>
    <w:p>
      <w:r>
        <w:rPr>
          <w:b/>
        </w:rPr>
        <w:t xml:space="preserve">[11:31] </w:t>
      </w:r>
      <w:r>
        <w:t>ye. sab se pehle aap ko janna chahiye ke what is the creational plan of god? jis ne paida kiya hai, us ka takhleeqi mansooba kya hai?</w:t>
      </w:r>
    </w:p>
    <w:p>
      <w:pPr>
        <w:jc w:val="right"/>
      </w:pPr>
      <w:r>
        <w:t>یے۔ سب سے پہلے آپ کو جاننا چاہیے کہ واٹ از دا کریشنل پلان آف گاڈ؟ جس نے پیدا کیا ہے، اس کا تخلیقی منصوبہ کیا ہے؟</w:t>
      </w:r>
    </w:p>
    <w:p>
      <w:r>
        <w:rPr>
          <w:b/>
        </w:rPr>
        <w:t xml:space="preserve">[11:43] </w:t>
      </w:r>
      <w:r>
        <w:t>is ko janiye. to khaliq ki jo planning hai, us ke mutabiq explain kijiye, na ke apne mind set se aap explain karne lagen.</w:t>
      </w:r>
    </w:p>
    <w:p>
      <w:pPr>
        <w:jc w:val="right"/>
      </w:pPr>
      <w:r>
        <w:t>اس کو جانیے۔ تو خالق کی جو پلاننگ ہے، اس کے مطابق ایکسپلین کیجئے، نہ کہ اپنے مائنڈ سیٹ سے آپ ایکسپلین کرنے لگیں۔</w:t>
      </w:r>
    </w:p>
    <w:p>
      <w:r>
        <w:rPr>
          <w:b/>
        </w:rPr>
        <w:t xml:space="preserve">[11:57] </w:t>
      </w:r>
      <w:r>
        <w:t>to khaliq ki planning kya hai?</w:t>
      </w:r>
    </w:p>
    <w:p>
      <w:pPr>
        <w:jc w:val="right"/>
      </w:pPr>
      <w:r>
        <w:t>تو خالق کی پلاننگ کیا ہے؟</w:t>
      </w:r>
    </w:p>
    <w:p>
      <w:r>
        <w:rPr>
          <w:b/>
        </w:rPr>
        <w:t xml:space="preserve">[12:01] </w:t>
      </w:r>
      <w:r>
        <w:t>khaliq ki planning yeh hai ke dunya mein Allah taala ne paida kiya hai insan ko, to isi chand so saal, chand chand saal ke nahi, insan jo hai, ek eternal being hai.</w:t>
      </w:r>
    </w:p>
    <w:p>
      <w:pPr>
        <w:jc w:val="right"/>
      </w:pPr>
      <w:r>
        <w:t>خالق کی پلاننگ یہ ہے کہ دنیا میں اللہ تعالی نے پیدا کیا ہے انسان کو، تو اسی چند سو سال، چند چند سال کے نہیں، انسان جو ہے، ایک ایٹرنل بینگ ہے۔</w:t>
      </w:r>
    </w:p>
    <w:p>
      <w:r>
        <w:rPr>
          <w:b/>
        </w:rPr>
        <w:t xml:space="preserve">[12:19] </w:t>
      </w:r>
      <w:r>
        <w:t>yani marne ke baad bhi woh zinda rehta hai. to is ka matlab yeh hai ke insan ki zindagi ke do hisse hain: pre death period aur post death period.</w:t>
      </w:r>
    </w:p>
    <w:p>
      <w:pPr>
        <w:jc w:val="right"/>
      </w:pPr>
      <w:r>
        <w:t>یعنی مرنے کے بعد بھی وہ زندہ رہتا ہے۔ تو اس کا مطلب یہ ہے کہ انسان کی زندگی کے دو حصے ہیں: پری ڈیتھ پیریڈ اور پوسٹ ڈیتھ پیریڈ۔</w:t>
      </w:r>
    </w:p>
    <w:p>
      <w:r>
        <w:rPr>
          <w:b/>
        </w:rPr>
        <w:t xml:space="preserve">[12:29] </w:t>
      </w:r>
      <w:r>
        <w:t>to pre death period jo hai, woh kya hai? woh test period hai. aur aur post death period kya hai? woh hai reward period.</w:t>
      </w:r>
    </w:p>
    <w:p>
      <w:pPr>
        <w:jc w:val="right"/>
      </w:pPr>
      <w:r>
        <w:t>تو پری ڈیتھ پیریڈ جو ہے، وہ کیا ہے؟ وہ ٹیسٹ پیریڈ ہے۔ اور اور پوسٹ ڈیتھ پیریڈ کیا ہے؟ وہ ہے ریوارڈ پیریڈ۔</w:t>
      </w:r>
    </w:p>
    <w:p>
      <w:r>
        <w:rPr>
          <w:b/>
        </w:rPr>
        <w:t xml:space="preserve">[12:39] </w:t>
      </w:r>
      <w:r>
        <w:t>is baat ko jab tak aap na samjhen, aap life ko explain nahi kar sakte. yahan mein yeh kahunga ke Allah taala ne insan ko peshgi tor par by right seeking animal banaya hai.</w:t>
      </w:r>
    </w:p>
    <w:p>
      <w:pPr>
        <w:jc w:val="right"/>
      </w:pPr>
      <w:r>
        <w:t>اس بات کو جب تک آپ نہ سمجھیں، آپ لائف کو ایکسپلین نہیں کر سکتے۔ یہاں میں یہ کہوں گا کہ اللہ تعالی نے انسان کو پیشگی طور پر بائی رائٹ سیکنگ اینیمل بنایا ہے۔</w:t>
      </w:r>
    </w:p>
    <w:p>
      <w:r>
        <w:rPr>
          <w:b/>
        </w:rPr>
        <w:t xml:space="preserve">[12:57] </w:t>
      </w:r>
      <w:r>
        <w:t>yani maut ke baad jo dunya mein, maut ke baad jo dunya hai, us mein jannat hai, perfect world, ideal world, jahan insan ki tamam desire poori hongi.</w:t>
      </w:r>
    </w:p>
    <w:p>
      <w:pPr>
        <w:jc w:val="right"/>
      </w:pPr>
      <w:r>
        <w:t>یعنی موت کے بعد جو دنیا میں، موت کے بعد جو دنیا ہے، اس میں جنت ہے، پرفیکٹ ورلڈ، ائیڈیل ورلڈ، جہاں انسان کی تمام ڈیزائر پوری ہوں گی۔</w:t>
      </w:r>
    </w:p>
    <w:p>
      <w:r>
        <w:rPr>
          <w:b/>
        </w:rPr>
        <w:t xml:space="preserve">[13:15] </w:t>
      </w:r>
      <w:r>
        <w:t>to Allah taala ne insan ke andar kai cheezen peshgi tor par rakh di hain: fa allamah fujooraha wa taqwaha.</w:t>
      </w:r>
    </w:p>
    <w:p>
      <w:pPr>
        <w:jc w:val="right"/>
      </w:pPr>
      <w:r>
        <w:t>تو اللہ تعالی نے انسان کے اندر کئی چیزیں پیشگی طور پر رکھ دی ہیں: فعلمہ فجورہ وتقویٰ۔</w:t>
      </w:r>
    </w:p>
    <w:p>
      <w:r>
        <w:rPr>
          <w:b/>
        </w:rPr>
        <w:t xml:space="preserve">[13:24] </w:t>
      </w:r>
      <w:r>
        <w:t>insan ke andar achhe aur bure ki pehchan hai. insan ke andar aqal hai. insan ke andar sochne ki taqat hai waghera.</w:t>
      </w:r>
    </w:p>
    <w:p>
      <w:pPr>
        <w:jc w:val="right"/>
      </w:pPr>
      <w:r>
        <w:t>انسان کے اندر اچھے اور برے کی پہچان ہے۔ انسان کے اندر عقل ہے۔ انسان کے اندر سوچنے کی طاقت ہے وغیرہ۔</w:t>
      </w:r>
    </w:p>
    <w:p>
      <w:r>
        <w:rPr>
          <w:b/>
        </w:rPr>
        <w:t xml:space="preserve">[13:35] </w:t>
      </w:r>
      <w:r>
        <w:t>isi ke sath insan ke andar bahut strong desire hai ideal ko paane ke liye, yani jannat ko paane ke liye.</w:t>
      </w:r>
    </w:p>
    <w:p>
      <w:pPr>
        <w:jc w:val="right"/>
      </w:pPr>
      <w:r>
        <w:t>اسی کے ساتھ انسان کے اندر بہت سٹرانگ ڈیزائر ہے ائیڈیل کو پانے کے لیے، یعنی جنت کو پانے کے لیے۔</w:t>
      </w:r>
    </w:p>
    <w:p>
      <w:r>
        <w:rPr>
          <w:b/>
        </w:rPr>
        <w:t xml:space="preserve">[13:44] </w:t>
      </w:r>
      <w:r>
        <w:t>har insan, chahe woh mard ho ya aurat, bahut zyada strong us ke andar khwahish hai ke woh ek aisi dunya paaye jahan us ko fulfillment mile, poora fulfillment, us ki jahan desire poori hon.</w:t>
      </w:r>
    </w:p>
    <w:p>
      <w:pPr>
        <w:jc w:val="right"/>
      </w:pPr>
      <w:r>
        <w:t>ہر انسان، چاہے وہ مرد ہو یا عورت، بہت زیادہ سٹرانگ اس کے اندر خواہش ہے کہ وہ ایک ایسی دنیا پائے جہاں اس کو فلفلمنٹ ملے، پورا فلفلمنٹ، اس کی جہاں ڈیزائر پوری ہوں۔</w:t>
      </w:r>
    </w:p>
    <w:p>
      <w:r>
        <w:rPr>
          <w:b/>
        </w:rPr>
        <w:t xml:space="preserve">[14:00] </w:t>
      </w:r>
      <w:r>
        <w:t>bahut hi strong jazba insan ke andar yeh hai. woh jazba kis ke liye hai? woh jazba hai paradise ke liye. to yeh kehna sahi hoga ke every human being is a paradise seeking animal.</w:t>
      </w:r>
    </w:p>
    <w:p>
      <w:pPr>
        <w:jc w:val="right"/>
      </w:pPr>
      <w:r>
        <w:t>بہت ہی سٹرانگ جذبہ انسان کے اندر یہ ہے۔ وہ جذبہ کس کے لیے ہے؟ وہ جذبہ ہے پیراڈائز کے لیے۔ تو یہ کہنا صحیح ہوگا کہ ایوری ہیومن بینگ از ا پیراڈائز سیک اینیمل۔</w:t>
      </w:r>
    </w:p>
    <w:p>
      <w:r>
        <w:rPr>
          <w:b/>
        </w:rPr>
        <w:t xml:space="preserve">[14:15] </w:t>
      </w:r>
      <w:r>
        <w:t>har insan jannat ka mutalashi hai. lekin yahan par jo masla hai janne ka, woh yeh hai ke jannat Khuda ne pre death period mein nahi rakhi, post death period mein rakhi hai.</w:t>
      </w:r>
    </w:p>
    <w:p>
      <w:pPr>
        <w:jc w:val="right"/>
      </w:pPr>
      <w:r>
        <w:t>ہر انسان جنت کا متلاشی ہے۔ لیکن یہاں پر جو مسئلہ ہے جاننے کا، وہ یہ ہے کہ جنت خدا نے پری ڈیتھ پیریڈ میں نہیں رکھی، پوسٹ ڈیتھ پیریڈ میں رکھی ہے۔</w:t>
      </w:r>
    </w:p>
    <w:p>
      <w:r>
        <w:rPr>
          <w:b/>
        </w:rPr>
        <w:t xml:space="preserve">[14:32] </w:t>
      </w:r>
      <w:r>
        <w:t>to sare jo dunya mein evil hain, so called evil, is liye hain ke aadmi isi pre death period mein chahta hai ke woh apni jannat pa le.</w:t>
      </w:r>
    </w:p>
    <w:p>
      <w:pPr>
        <w:jc w:val="right"/>
      </w:pPr>
      <w:r>
        <w:t>تو سارے جو دنیا میں ایول ہیں، سو کالڈ ایول، اس لیے ہیں کہ آدمی اسی پری ڈیتھ پیریڈ میں چاہتا ہے کہ وہ اپنی جنت پا لے۔</w:t>
      </w:r>
    </w:p>
    <w:p>
      <w:r>
        <w:rPr>
          <w:b/>
        </w:rPr>
        <w:t xml:space="preserve">[14:44] </w:t>
      </w:r>
      <w:r>
        <w:t>is ke liye sab ult palt dalta hai. woh aakhir mein nakaam barhta hai kyunke yahan Allah taala ne jannat rakhi nahi.</w:t>
      </w:r>
    </w:p>
    <w:p>
      <w:pPr>
        <w:jc w:val="right"/>
      </w:pPr>
      <w:r>
        <w:t>اس کے لیے سب الٹ پلٹ ڈالتا ہے۔ وہ آخر میں ناکام بڑھتا ہے کیونکہ یہاں اللہ تعالی نے جنت رکھی نہیں۔</w:t>
      </w:r>
    </w:p>
    <w:p>
      <w:r>
        <w:rPr>
          <w:b/>
        </w:rPr>
        <w:t xml:space="preserve">[14:52] </w:t>
      </w:r>
      <w:r>
        <w:t>dunya mein pre death period mein Allah taala ne jannat rakhi nahi, woh to post death period mein hai. to jitni bhi zulm hai, corruption hai, jo kuch bhi hai, is liye hai ke aadmi dunya mein woh cheez achieve karna chahta hai jo yahan achievable nahi hai.</w:t>
      </w:r>
    </w:p>
    <w:p>
      <w:pPr>
        <w:jc w:val="right"/>
      </w:pPr>
      <w:r>
        <w:t>دنیا میں پری ڈیتھ پیریڈ میں اللہ تعالی نے جنت رکھی نہیں، وہ تو پوسٹ ڈیتھ پیریڈ میں ہے۔ تو جتنی بھی ظلم ہے، کرپشن ہے، جو کچھ بھی ہے، اس لیے ہے کہ آدمی دنیا میں وہ چیز اچیو کرنا چاہتا ہے جو یہاں اچیویبل نہیں ہے۔</w:t>
      </w:r>
    </w:p>
    <w:p>
      <w:r>
        <w:rPr>
          <w:b/>
        </w:rPr>
        <w:t xml:space="preserve">[15:10] </w:t>
      </w:r>
      <w:r>
        <w:t>is se woh cheez paida hoti hai jis ko hum kehte hain evil problem. evil jo hum kehte hain, woh asal mein misuse of freedom hai.</w:t>
      </w:r>
    </w:p>
    <w:p>
      <w:pPr>
        <w:jc w:val="right"/>
      </w:pPr>
      <w:r>
        <w:t>اس سے وہ چیز پیدا ہوتی ہے جس کو ہم کہتے ہیں ایول پرابلم۔ ایول جو ہم کہتے ہیں، وہ اصل میں مس یوز آف فریڈم ہے۔</w:t>
      </w:r>
    </w:p>
    <w:p>
      <w:r>
        <w:rPr>
          <w:b/>
        </w:rPr>
        <w:t xml:space="preserve">[15:21] </w:t>
      </w:r>
      <w:r>
        <w:t>woh evil nahi hai, woh misuse of freedom. kyunke dekhiye, agar insan ko azadi na di jaye to kaise test hoga is ka?</w:t>
      </w:r>
    </w:p>
    <w:p>
      <w:pPr>
        <w:jc w:val="right"/>
      </w:pPr>
      <w:r>
        <w:t>وہ ایول نہیں ہے، وہ مس یوز آف فریڈم۔ کیونکہ دیکھیے، اگر انسان کو آزادی نہ دی جائے تو کیسے ٹیسٹ ہوگا اس کا؟</w:t>
      </w:r>
    </w:p>
    <w:p>
      <w:r>
        <w:rPr>
          <w:b/>
        </w:rPr>
        <w:t xml:space="preserve">[15:31] </w:t>
      </w:r>
      <w:r>
        <w:t>kaise is ka selection hoga ke kaun imtehan mein poora utra, kaun poora nahi utra?</w:t>
      </w:r>
    </w:p>
    <w:p>
      <w:pPr>
        <w:jc w:val="right"/>
      </w:pPr>
      <w:r>
        <w:t>کیسے اس کا سلیکشن ہوگا کہ کون امتحان میں پورا اترا، کون پورا نہیں اترا؟</w:t>
      </w:r>
    </w:p>
    <w:p>
      <w:r>
        <w:rPr>
          <w:b/>
        </w:rPr>
        <w:t xml:space="preserve">[15:39] </w:t>
      </w:r>
      <w:r>
        <w:t>to azadi zaruri hai dena insan ko, lekin azadi jab hai to is mani ke misuse of freedom bhi hasil hai. is ko jab aap azadi denge to woh azadi aap control freedom nahi ho sakti hai,</w:t>
      </w:r>
    </w:p>
    <w:p>
      <w:pPr>
        <w:jc w:val="right"/>
      </w:pPr>
      <w:r>
        <w:t>تو آزادی ضروری ہے دینا انسان کو، لیکن آزادی جب ہے تو اس معنی کہ مس یوز آف فریڈم بھی حاصل ہے۔ اس کو جب آپ آزادی دیں گے تو وہ آزادی آپ کنٹرول فریڈم نہیں ہو سکتی ہے،</w:t>
      </w:r>
    </w:p>
    <w:p>
      <w:r>
        <w:rPr>
          <w:b/>
        </w:rPr>
        <w:t xml:space="preserve">[15:55] </w:t>
      </w:r>
      <w:r>
        <w:t>total freedom rahegi. jab total freedom rahegi to aadmi ko yeh bhi right rahega ke us ko misuse kare.</w:t>
      </w:r>
    </w:p>
    <w:p>
      <w:pPr>
        <w:jc w:val="right"/>
      </w:pPr>
      <w:r>
        <w:t>ٹوٹل فریڈم رہے گی۔ جب ٹوٹل فریڈم رہے گی تو آدمی کو یہ بھی رائٹ رہے گا کہ اس کو مس یوز کرے۔</w:t>
      </w:r>
    </w:p>
    <w:p>
      <w:r>
        <w:rPr>
          <w:b/>
        </w:rPr>
        <w:t xml:space="preserve">[16:04] </w:t>
      </w:r>
      <w:r>
        <w:t>to evil, all the evils, are phenomena of misuse of freedom. yeh hai basic baat jis ko janna chahiye.</w:t>
      </w:r>
    </w:p>
    <w:p>
      <w:pPr>
        <w:jc w:val="right"/>
      </w:pPr>
      <w:r>
        <w:t>تو ایول، ال دا ایولز، ار فیناومینا آف مس یوز آف فریڈم۔ یہ ہے بیسک بات جس کو جاننا چاہیے۔</w:t>
      </w:r>
    </w:p>
    <w:p>
      <w:r>
        <w:rPr>
          <w:b/>
        </w:rPr>
        <w:t xml:space="preserve">[16:15] </w:t>
      </w:r>
      <w:r>
        <w:t>aur is ki jad mein kya hai? is ki jad mein hai ke insan ke andar bahut hi strong desire hai ideal world ko paane ki.</w:t>
      </w:r>
    </w:p>
    <w:p>
      <w:pPr>
        <w:jc w:val="right"/>
      </w:pPr>
      <w:r>
        <w:t>اور اس کی جڑ میں کیا ہے؟ اس کی جڑ میں ہے کہ انسان کے اندر بہت ہی سٹرانگ ڈیزائر ہے ائیڈیل ورلڈ کو پانے کی۔</w:t>
      </w:r>
    </w:p>
    <w:p>
      <w:r>
        <w:rPr>
          <w:b/>
        </w:rPr>
        <w:t xml:space="preserve">[16:24] </w:t>
      </w:r>
      <w:r>
        <w:t>isi ke liye aadmi daudta hai. to individual level par bhi aadmi chahta hai ke main apni is dunya mein apne liye ek ideal world banaoon.</w:t>
      </w:r>
    </w:p>
    <w:p>
      <w:pPr>
        <w:jc w:val="right"/>
      </w:pPr>
      <w:r>
        <w:t>اسی کے لیے آدمی دوڑتا ہے۔ تو انڈیویجول لیول پر بھی آدمی چاہتا ہے کہ میں اپنی اس دنیا میں اپنے لیے ایک ائیڈیل ورلڈ بناؤں۔</w:t>
      </w:r>
    </w:p>
    <w:p>
      <w:r>
        <w:rPr>
          <w:b/>
        </w:rPr>
        <w:t xml:space="preserve">[16:35] </w:t>
      </w:r>
      <w:r>
        <w:t>is dunya</w:t>
      </w:r>
    </w:p>
    <w:p>
      <w:pPr>
        <w:jc w:val="right"/>
      </w:pPr>
      <w:r>
        <w:t>اس دنیا</w:t>
      </w:r>
    </w:p>
    <w:p>
      <w:r>
        <w:rPr>
          <w:b/>
        </w:rPr>
        <w:t xml:space="preserve">[16:36] </w:t>
      </w:r>
      <w:r>
        <w:t>mein phir yeh jo political jo takrao hai, chahay muslim world mein ho, chahay non muslim world mein, sara isi liye ke log chahtay hain ke ideal system banayein, ideal government banayein,</w:t>
      </w:r>
    </w:p>
    <w:p>
      <w:pPr>
        <w:jc w:val="right"/>
      </w:pPr>
      <w:r>
        <w:t>میں پھر یہ جو پولیٹیکل جو ٹکراؤ ہے، چاہے مسلم ورلڈ میں ہو، چاہے نان مسلم ورلڈ میں، سارا اسی لیے کہ لوگ چاہتے ہیں کہ ائیڈیل سسٹم بنائیں، ائیڈیل گورنمنٹ بنائیں،</w:t>
      </w:r>
    </w:p>
    <w:p>
      <w:r>
        <w:rPr>
          <w:b/>
        </w:rPr>
        <w:t xml:space="preserve">[16:51] </w:t>
      </w:r>
      <w:r>
        <w:t>ideal samaj banayein. Is ke liye lartay rehtay hain. Aur phir maloom hota hai ke woh to ban nahi sakta. Yani jo cheez achievable hai, sirf paradise mein, yani post death period mein, us ko chahtay hain ke is dunya mein hasil kar l</w:t>
      </w:r>
    </w:p>
    <w:p>
      <w:pPr>
        <w:jc w:val="right"/>
      </w:pPr>
      <w:r>
        <w:t>ائیڈیل سماج بنائیں۔ اس کے لیے لڑتے رہتے ہیں۔ اور پھر معلوم ہوتا ہے کہ وہ تو بن نہیں سکتا۔ یعنی جو چیز اچیویبل ہے، صرف پیراڈائز میں، یعنی پوسٹ ڈیتھ پیریڈ میں، اس کو چاہتے ہیں کہ اس دنیا میں حاصل کر ل</w:t>
      </w:r>
    </w:p>
    <w:p>
      <w:r>
        <w:rPr>
          <w:b/>
        </w:rPr>
        <w:t xml:space="preserve">[17:06] </w:t>
      </w:r>
      <w:r>
        <w:t>ein. Isi se aata hai corruption, isi se aata hai bloodshed, isi se aati hai war, isi se aata hai takrao, sab kuch isi se aata hai.</w:t>
      </w:r>
    </w:p>
    <w:p>
      <w:pPr>
        <w:jc w:val="right"/>
      </w:pPr>
      <w:r>
        <w:t>یں۔ اسی سے آتا ہے کرپشن، اسی سے آتا ہے بلڈ شیڈ، اسی سے آتی ہے وار، اسی سے آتا ہے ٹکراؤ، سب کچھ اسی سے آتا ہے۔</w:t>
      </w:r>
    </w:p>
    <w:p>
      <w:r>
        <w:rPr>
          <w:b/>
        </w:rPr>
        <w:t xml:space="preserve">[17:17] </w:t>
      </w:r>
      <w:r>
        <w:t>To Quran mein dekhiye, do ayatein par ghor kijiye.</w:t>
      </w:r>
    </w:p>
    <w:p>
      <w:pPr>
        <w:jc w:val="right"/>
      </w:pPr>
      <w:r>
        <w:t>تو قرآن میں دیکھیے، دو آیتیں پر غور کیجئے۔</w:t>
      </w:r>
    </w:p>
    <w:p>
      <w:r>
        <w:rPr>
          <w:b/>
        </w:rPr>
        <w:t xml:space="preserve">[17:23] </w:t>
      </w:r>
      <w:r>
        <w:t>Aik ayat Quran mein hai: "Watakum min kulli ma saaltumuh" yani tum ko har woh cheez di jo tumhari need ko poora karne wali thi.</w:t>
      </w:r>
    </w:p>
    <w:p>
      <w:pPr>
        <w:jc w:val="right"/>
      </w:pPr>
      <w:r>
        <w:t>ایک آیت قرآن میں ہے: "واتاکم من کل ما سالتمو" یعنی تم کو ہر وہ چیز دی جو تمہاری نیڈ کو پورا کرنے والی تھی۔</w:t>
      </w:r>
    </w:p>
    <w:p>
      <w:r>
        <w:rPr>
          <w:b/>
        </w:rPr>
        <w:t xml:space="preserve">[17:38] </w:t>
      </w:r>
      <w:r>
        <w:t>Yani according to need, sab kuch de diya. According to need, baqadr-e-zarurat, insan ko is dunya mein baqadr-e-zarurat, sab kuch de diya.</w:t>
      </w:r>
    </w:p>
    <w:p>
      <w:pPr>
        <w:jc w:val="right"/>
      </w:pPr>
      <w:r>
        <w:t>یعنی اکارڈنگ ٹو نیڈ، سب کچھ دے دیا۔ اکارڈنگ ٹو نیڈ، بقت ضرورت، انسان کو اس دنیا میں بقت ضرورت، سب کچھ دے دیا۔</w:t>
      </w:r>
    </w:p>
    <w:p>
      <w:r>
        <w:rPr>
          <w:b/>
        </w:rPr>
        <w:t xml:space="preserve">[17:51] </w:t>
      </w:r>
      <w:r>
        <w:t>Dusri ayat hai jannat ke baray mein ke "Walakum fiha ma tashtahi anfusukum" jannat mein woh sab kuch hoga jis ki tum ko andar khwahish hai.</w:t>
      </w:r>
    </w:p>
    <w:p>
      <w:pPr>
        <w:jc w:val="right"/>
      </w:pPr>
      <w:r>
        <w:t>دوسری آیت ہے جنت کے بارے میں کہ "ولکم فیہا ما تشتہیفسکم" جنت میں وہ سب کچھ ہوگا جس کی تم کو اندر خواہش ہے۔</w:t>
      </w:r>
    </w:p>
    <w:p>
      <w:r>
        <w:rPr>
          <w:b/>
        </w:rPr>
        <w:t xml:space="preserve">[18:03] </w:t>
      </w:r>
      <w:r>
        <w:t>To is ka matlab kya hua? Jannat according to desire hai aur maujooda dunya according to need hai.</w:t>
      </w:r>
    </w:p>
    <w:p>
      <w:pPr>
        <w:jc w:val="right"/>
      </w:pPr>
      <w:r>
        <w:t>تو اس کا مطلب کیا ہوا؟ جنت اکارڈنگ ٹو ڈیزائر ہے اور موجودہ دنیا اکارڈنگ ٹو نیڈ ہے۔</w:t>
      </w:r>
    </w:p>
    <w:p>
      <w:r>
        <w:rPr>
          <w:b/>
        </w:rPr>
        <w:t xml:space="preserve">[18:13] </w:t>
      </w:r>
      <w:r>
        <w:t>Yeh hai farq.</w:t>
      </w:r>
    </w:p>
    <w:p>
      <w:pPr>
        <w:jc w:val="right"/>
      </w:pPr>
      <w:r>
        <w:t>یہ ہے فرق۔</w:t>
      </w:r>
    </w:p>
    <w:p>
      <w:r>
        <w:rPr>
          <w:b/>
        </w:rPr>
        <w:t xml:space="preserve">[18:15] </w:t>
      </w:r>
      <w:r>
        <w:t>To agar hum Khuda ke is creation plan ko janen to hum kya karein ge? Dunya mein hum according to need par qana'at karein ge.</w:t>
      </w:r>
    </w:p>
    <w:p>
      <w:pPr>
        <w:jc w:val="right"/>
      </w:pPr>
      <w:r>
        <w:t>تو اگر ہم خدا کے اس کریشن پلان کو جانیں تو ہم کیا کریں گے؟ دنیا میں ہم اکارڈنگ ٹو نیڈ پر قناعت کریں گے۔</w:t>
      </w:r>
    </w:p>
    <w:p>
      <w:r>
        <w:rPr>
          <w:b/>
        </w:rPr>
        <w:t xml:space="preserve">[18:28] </w:t>
      </w:r>
      <w:r>
        <w:t>According to need par hum</w:t>
      </w:r>
    </w:p>
    <w:p>
      <w:pPr>
        <w:jc w:val="right"/>
      </w:pPr>
      <w:r>
        <w:t>اکارڈنگ ٹو نیڈ پر ہم</w:t>
      </w:r>
    </w:p>
    <w:p>
      <w:r>
        <w:rPr>
          <w:b/>
        </w:rPr>
        <w:t xml:space="preserve">[18:32] </w:t>
      </w:r>
      <w:r>
        <w:t>mutmain rahein ge. Yani hamari zarurat agar poori ho rahi hai, baqadr-e-zarurat, hum ko sab kuch mil raha hai to hum us ko us par mutmain ho kar Alhamdulillah kahein ge.</w:t>
      </w:r>
    </w:p>
    <w:p>
      <w:pPr>
        <w:jc w:val="right"/>
      </w:pPr>
      <w:r>
        <w:t>مطمئن رہیں گے۔ یعنی ہماری ضرورت اگر پوری ہو رہی ہے، بقت ضرورت، ہم کو سب کچھ مل رہا ہے تو ہم اس کو اس پر مطمئن ہو کر الحمدللہ کہیں گے۔</w:t>
      </w:r>
    </w:p>
    <w:p>
      <w:r>
        <w:rPr>
          <w:b/>
        </w:rPr>
        <w:t xml:space="preserve">[18:45] </w:t>
      </w:r>
      <w:r>
        <w:t>Lekin jab hum Khuda ke takhleeq ke is ko na samjhein to kya karein ge? Hum daudein ge ke hamari khwahish, sari khwahishein poori hon.</w:t>
      </w:r>
    </w:p>
    <w:p>
      <w:pPr>
        <w:jc w:val="right"/>
      </w:pPr>
      <w:r>
        <w:t>لیکن جب ہم خدا کے تخلیق کے اس کو نہ سمجھیں تو کیا کریں گے؟ ہم دوڑیں گے کہ ہماری خواہش، ساری خواہشیں پوری ہوں۔</w:t>
      </w:r>
    </w:p>
    <w:p>
      <w:r>
        <w:rPr>
          <w:b/>
        </w:rPr>
        <w:t xml:space="preserve">[18:55] </w:t>
      </w:r>
      <w:r>
        <w:t>Yani according to desire, hum us ko, hum ko sab kuch mile to us ke liye hum sab kuch ult palat dal dein ge. Hum larai bhi karein ge, khoon bhi bahayein ge, jaisa ke ho raha hai.</w:t>
      </w:r>
    </w:p>
    <w:p>
      <w:pPr>
        <w:jc w:val="right"/>
      </w:pPr>
      <w:r>
        <w:t>یعنی اکارڈنگ ٹو ڈیزائر، ہم اس کو، ہم کو سب کچھ ملے تو اس کے لیے ہم سب کچھ الٹ پلٹ ڈالیں گے۔ ہم لڑائی بھی کریں گے، خون بھی بہائیں گے، جیسا کہ ہو رہا ہے۔</w:t>
      </w:r>
    </w:p>
    <w:p>
      <w:r>
        <w:rPr>
          <w:b/>
        </w:rPr>
        <w:t xml:space="preserve">[19:09] </w:t>
      </w:r>
      <w:r>
        <w:t>To poori tareekh isi mein trace hoti hai, poori poori tareekh.</w:t>
      </w:r>
    </w:p>
    <w:p>
      <w:pPr>
        <w:jc w:val="right"/>
      </w:pPr>
      <w:r>
        <w:t>تو پوری تاریخ اسی میں ٹریس ہوتی ہے، پوری پوری تاریخ۔</w:t>
      </w:r>
    </w:p>
    <w:p>
      <w:r>
        <w:rPr>
          <w:b/>
        </w:rPr>
        <w:t xml:space="preserve">[19:15] </w:t>
      </w:r>
      <w:r>
        <w:t>To aik hai, dekhiye, contentment ka tareeqa. Aik hai list ka tareeqa. Contentment yeh hai ke aap according to need par razi ho jayein.</w:t>
      </w:r>
    </w:p>
    <w:p>
      <w:pPr>
        <w:jc w:val="right"/>
      </w:pPr>
      <w:r>
        <w:t>تو ایک ہے، دیکھیے، کنٹینٹمنٹ کا طریقہ۔ ایک ہے لسٹ کا طریقہ۔ کنٹینٹمنٹ یہ ہے کہ آپ اکارڈنگ ٹو نیڈ پر راضی ہو جائیں۔</w:t>
      </w:r>
    </w:p>
    <w:p>
      <w:r>
        <w:rPr>
          <w:b/>
        </w:rPr>
        <w:t xml:space="preserve">[19:25] </w:t>
      </w:r>
      <w:r>
        <w:t>List yeh hai ke aap according to desire ke peechay daudein. Lekin chounke woh is dunya mein possible nahi hai, is liye aap dekhiye ke aaj kal jo question bohat zyada aa raha hai, ecological problem.</w:t>
      </w:r>
    </w:p>
    <w:p>
      <w:pPr>
        <w:jc w:val="right"/>
      </w:pPr>
      <w:r>
        <w:t>لسٹ یہ ہے کہ آپ اکارڈنگ ٹو ڈیزائر کے پیچھے دوڑیں۔ لیکن چونکہ وہ اس دنیا میں پاسیبل نہیں ہے، اس لیے آپ دیکھیے کہ آج کل جو کوئسچن بہت زیادہ آ رہا ہے، ایکلوجیکل پرابلم۔</w:t>
      </w:r>
    </w:p>
    <w:p>
      <w:r>
        <w:rPr>
          <w:b/>
        </w:rPr>
        <w:t xml:space="preserve">[19:42] </w:t>
      </w:r>
      <w:r>
        <w:t>Ecological problem kya hai?</w:t>
      </w:r>
    </w:p>
    <w:p>
      <w:pPr>
        <w:jc w:val="right"/>
      </w:pPr>
      <w:r>
        <w:t>ایکلوجیکل پرابلم کیا ہے؟</w:t>
      </w:r>
    </w:p>
    <w:p>
      <w:r>
        <w:rPr>
          <w:b/>
        </w:rPr>
        <w:t xml:space="preserve">[19:44] </w:t>
      </w:r>
      <w:r>
        <w:t>Ecological problem hai sara ka sara lifestyle ki wajah se. Log chahtay hain ke hum ko andha dhund cheezein, more and more.</w:t>
      </w:r>
    </w:p>
    <w:p>
      <w:pPr>
        <w:jc w:val="right"/>
      </w:pPr>
      <w:r>
        <w:t>ایکلوجیکل پرابلم ہے سارا کا سارا لائف اسٹائل کی وجہ سے۔ لوگ چاہتے ہیں کہ ہم کو اندھا دھند چیزیں، بور اینڈ بور۔</w:t>
      </w:r>
    </w:p>
    <w:p>
      <w:r>
        <w:rPr>
          <w:b/>
        </w:rPr>
        <w:t xml:space="preserve">[19:55] </w:t>
      </w:r>
      <w:r>
        <w:t>Aadmi cheezon ko andha dhund chahta hai kyunke khwahish to andha dhund hai.</w:t>
      </w:r>
    </w:p>
    <w:p>
      <w:pPr>
        <w:jc w:val="right"/>
      </w:pPr>
      <w:r>
        <w:t>آدمی چیزوں کو اندھا دھند چاہتا ہے کیونکہ خواہش تو اندھا دھند ہے۔</w:t>
      </w:r>
    </w:p>
    <w:p>
      <w:r>
        <w:rPr>
          <w:b/>
        </w:rPr>
        <w:t xml:space="preserve">[20:00] </w:t>
      </w:r>
      <w:r>
        <w:t>Sab kuch chahta hai sametna, hatta ke sari dunya hi us ko hadith mein aata hai ke agar sari dunya tum ko kisi ko mil de di jaye, tab bhi us ki list poori nahi hogi.</w:t>
      </w:r>
    </w:p>
    <w:p>
      <w:pPr>
        <w:jc w:val="right"/>
      </w:pPr>
      <w:r>
        <w:t>سب کچھ چاہتا ہے سمیٹنا، حتیٰ کہ ساری دنیا ہی اس کو حدیث میں آتا ہے کہ اگر ساری دنیا تم کو کسی کو مل دے دی جائے، تب بھی اس کی لسٹ پوری نہیں ہوگی۔</w:t>
      </w:r>
    </w:p>
    <w:p>
      <w:r>
        <w:rPr>
          <w:b/>
        </w:rPr>
        <w:t xml:space="preserve">[20:13] </w:t>
      </w:r>
      <w:r>
        <w:t>Kyunke desire jo hai, woh unlimited hai. Unlimited desire ke liye unlimited world chahiye. Paradise jo hai, woh unlimited world hai.</w:t>
      </w:r>
    </w:p>
    <w:p>
      <w:pPr>
        <w:jc w:val="right"/>
      </w:pPr>
      <w:r>
        <w:t>کیونکہ ڈیزائر جو ہے، وہ ان لمیٹڈ ہے۔ ان لمیٹڈ ڈیزائر کے لیے ان لمیٹڈ ورلڈ چاہیے۔ پیراڈائز جو ہے، وہ ان لمیٹڈ ورلڈ ہے۔</w:t>
      </w:r>
    </w:p>
    <w:p>
      <w:r>
        <w:rPr>
          <w:b/>
        </w:rPr>
        <w:t xml:space="preserve">[20:25] </w:t>
      </w:r>
      <w:r>
        <w:t>Arz-o-sama, yeh dunya to limited dunya hai.</w:t>
      </w:r>
    </w:p>
    <w:p>
      <w:pPr>
        <w:jc w:val="right"/>
      </w:pPr>
      <w:r>
        <w:t>عرض السماوات والارض، یہ دنیا تو لمیٹڈ دنیا ہے۔</w:t>
      </w:r>
    </w:p>
    <w:p>
      <w:r>
        <w:rPr>
          <w:b/>
        </w:rPr>
        <w:t xml:space="preserve">[20:30] </w:t>
      </w:r>
      <w:r>
        <w:t>Yahan har cheez limited hai. Yahan pani bhi limited hai, aag jal bhi limited hai, yahan par معدنیات bhi limited hai, zameen mein jo petrol hai, woh bhi limited hai, har cheez,</w:t>
      </w:r>
    </w:p>
    <w:p>
      <w:pPr>
        <w:jc w:val="right"/>
      </w:pPr>
      <w:r>
        <w:t>یہاں ہر چیز لمیٹڈ ہے۔ یہاں پانی بھی لمیٹڈ ہے، آگ جل بھی لمیٹڈ ہے، یہاں پر معدنیات بھی لمیٹڈ ہے، زمین میں جو پٹرول ہے، وہ بھی لمیٹڈ ہے، ہر چیز،</w:t>
      </w:r>
    </w:p>
    <w:p>
      <w:r>
        <w:rPr>
          <w:b/>
        </w:rPr>
        <w:t xml:space="preserve">[20:44] </w:t>
      </w:r>
      <w:r>
        <w:t>sua'il bhi limited hai.</w:t>
      </w:r>
    </w:p>
    <w:p>
      <w:pPr>
        <w:jc w:val="right"/>
      </w:pPr>
      <w:r>
        <w:t>سوائل بھی لمیٹڈ ہے۔</w:t>
      </w:r>
    </w:p>
    <w:p>
      <w:r>
        <w:rPr>
          <w:b/>
        </w:rPr>
        <w:t xml:space="preserve">[20:46] </w:t>
      </w:r>
      <w:r>
        <w:t>kyunke</w:t>
      </w:r>
    </w:p>
    <w:p>
      <w:pPr>
        <w:jc w:val="right"/>
      </w:pPr>
      <w:r>
        <w:t>کیونکہ</w:t>
      </w:r>
    </w:p>
    <w:p>
      <w:r>
        <w:rPr>
          <w:b/>
        </w:rPr>
        <w:t xml:space="preserve">[20:50] </w:t>
      </w:r>
      <w:r>
        <w:t>according to need ke liye limited dunya kafi thi, lekin jab aap according to desire lena chahein cheezon ko to limited dunya jo hai, nakafi ho jati hai.</w:t>
      </w:r>
    </w:p>
    <w:p>
      <w:pPr>
        <w:jc w:val="right"/>
      </w:pPr>
      <w:r>
        <w:t>اکارڈنگ ٹو نیڈ کے لیے لمیٹڈ دنیا کافی تھی، لیکن جب آپ اکارڈنگ ٹو ڈیزائر لینا چاہیں چیزوں کو تو لمیٹڈ دنیا جو ہے، ناکافی ہو جاتی ہے۔</w:t>
      </w:r>
    </w:p>
    <w:p>
      <w:r>
        <w:rPr>
          <w:b/>
        </w:rPr>
        <w:t xml:space="preserve">[21:02] </w:t>
      </w:r>
      <w:r>
        <w:t>to phir aap andha dhund industry chalate hain, andha dhund factory lagate hain, andha dhund cheezein banate hain, aur yahan tak ke dunya jo hai, jawab de deti hai.</w:t>
      </w:r>
    </w:p>
    <w:p>
      <w:pPr>
        <w:jc w:val="right"/>
      </w:pPr>
      <w:r>
        <w:t>تو پھر آپ اندھا دھند انڈسٹری چلاتے ہیں، اندھا دھند فیکٹریاں لگاتے ہیں، اندھا دھند چیزیں بناتے ہیں، اور یہاں تک کہ دنیا جو ہے، جواب دے دیتی ہے۔</w:t>
      </w:r>
    </w:p>
    <w:p>
      <w:r>
        <w:rPr>
          <w:b/>
        </w:rPr>
        <w:t xml:space="preserve">[21:13] </w:t>
      </w:r>
      <w:r>
        <w:t>aaj kal jo carbon emission hai, is ka sabab yahi hai ke desire ke poori karna chahta hai insan, need par us ko contentment nahi milta.</w:t>
      </w:r>
    </w:p>
    <w:p>
      <w:pPr>
        <w:jc w:val="right"/>
      </w:pPr>
      <w:r>
        <w:t>آج کل جو کاربن ایمیشن ہے، اس کا سبب یہی ہے کہ ڈیزائر کے پوری کرنا چاہتا ہے انسان، نیڈ پر اس کو کنٹینٹمنٹ نہیں ملتا۔</w:t>
      </w:r>
    </w:p>
    <w:p>
      <w:r>
        <w:rPr>
          <w:b/>
        </w:rPr>
        <w:t xml:space="preserve">[21:25] </w:t>
      </w:r>
      <w:r>
        <w:t>to problem of evil jis ko kaha jata hai, is se khuda, use yeh sabit nahi hota ke khuda nahi hai. sirf yeh sabit hota hai ke insan ne creational plan of god ko nahi jana.</w:t>
      </w:r>
    </w:p>
    <w:p>
      <w:pPr>
        <w:jc w:val="right"/>
      </w:pPr>
      <w:r>
        <w:t>تو پرابلم آف ویل جس کو کہا جاتا ہے، اس سے خدا، اسے یہ ثابت نہیں ہوتا کہ خدا نہیں ہے۔ صرف یہ ثابت ہوتا ہے کہ انسان نے کریشنل پلان آف گاڈ کو نہیں جانا۔</w:t>
      </w:r>
    </w:p>
    <w:p>
      <w:r>
        <w:rPr>
          <w:b/>
        </w:rPr>
        <w:t xml:space="preserve">[21:39] </w:t>
      </w:r>
      <w:r>
        <w:t>yani khuda ka jo takhliqi mansooba hai, is se bekhabar ho kar woh dunya mein zindagi guzarna chahta hai. To yeh hai sara ilm ka sara.</w:t>
      </w:r>
    </w:p>
    <w:p>
      <w:pPr>
        <w:jc w:val="right"/>
      </w:pPr>
      <w:r>
        <w:t>یعنی خدا کا جو تخلیقی منصوبہ ہے، اس سے بے خبر ہو کر وہ دنیا میں زندگی گزارنا چاہتا ہے۔ تو یہ ہے سرا علم کا سرا۔</w:t>
      </w:r>
    </w:p>
    <w:p>
      <w:r>
        <w:rPr>
          <w:b/>
        </w:rPr>
        <w:t xml:space="preserve">[21:54] </w:t>
      </w:r>
      <w:r>
        <w:t>agar aap is is cheez ko samjhein to sari baaton ko aap samajh sakte hain. To jis ko kaha kisi ne ke everything falls to the place, har cheez apni jagah pe fit ho jayegi.</w:t>
      </w:r>
    </w:p>
    <w:p>
      <w:pPr>
        <w:jc w:val="right"/>
      </w:pPr>
      <w:r>
        <w:t>اگر آپ اس اس چیز کو سمجھیں تو ساری باتوں کو آپ سمجھ سکتے ہیں۔ تو جس کو کہا کسی نے کہ ایوری تھنگ فالس ٹو دی پلیس، ہر چیز اپنی جگہ پہ فٹ ہو جائے گی۔</w:t>
      </w:r>
    </w:p>
    <w:p>
      <w:r>
        <w:rPr>
          <w:b/>
        </w:rPr>
        <w:t xml:space="preserve">[22:09] </w:t>
      </w:r>
      <w:r>
        <w:t>everything falls to the place, lekin agar is ko na samjhein to sari cheez jo hai, unexplained padi rahegi.</w:t>
      </w:r>
    </w:p>
    <w:p>
      <w:pPr>
        <w:jc w:val="right"/>
      </w:pPr>
      <w:r>
        <w:t>ایوری تھنگ فالس ٹو دی پلیس، لیکن اگر اس کو نہ سمجھیں تو ساری چیز جو ہے، ان ایکسپلینڈ پڑی رہے گی۔</w:t>
      </w:r>
    </w:p>
    <w:p>
      <w:r>
        <w:rPr>
          <w:b/>
        </w:rPr>
        <w:t xml:space="preserve">[22:21] </w:t>
      </w:r>
      <w:r>
        <w:t>is mein dekhiye, ek pehlu yeh bhi hai ke aap ke andar, yani insan ke andar, unlimited desire to hai, lekin jo hamara body hai, hamari jo personality hai,</w:t>
      </w:r>
    </w:p>
    <w:p>
      <w:pPr>
        <w:jc w:val="right"/>
      </w:pPr>
      <w:r>
        <w:t>اس میں دیکھیے، ایک پہلو یہ بھی ہے کہ آپ کے اندر، یعنی انسان کے اندر، ان لمیٹڈ ڈیزائر تو ہے، لیکن جو ہمارا باڈی ہے، ہماری جو پرسنیلٹی ہے،</w:t>
      </w:r>
    </w:p>
    <w:p>
      <w:r>
        <w:rPr>
          <w:b/>
        </w:rPr>
        <w:t xml:space="preserve">[22:37] </w:t>
      </w:r>
      <w:r>
        <w:t>woh khud bhi limited hai. Yani sari dunya agar hasil kar, hasil bhi kar lein aap to kya karenge?</w:t>
      </w:r>
    </w:p>
    <w:p>
      <w:pPr>
        <w:jc w:val="right"/>
      </w:pPr>
      <w:r>
        <w:t>وہ خود بھی لمیٹڈ ہے۔ یعنی ساری دنیا اگر حاصل کر، حاصل بھی کر لیں آپ تو کیا کریں گے؟</w:t>
      </w:r>
    </w:p>
    <w:p>
      <w:r>
        <w:rPr>
          <w:b/>
        </w:rPr>
        <w:t xml:space="preserve">[22:46] </w:t>
      </w:r>
      <w:r>
        <w:t>ise enjoy nahi kar sakte. Enjoy karne ki capacity bhi limited hai.</w:t>
      </w:r>
    </w:p>
    <w:p>
      <w:pPr>
        <w:jc w:val="right"/>
      </w:pPr>
      <w:r>
        <w:t>اسے انجوائے نہیں کر سکتے۔ انجوائے کرنے کی کپیسٹی بھی لمیٹڈ ہے۔</w:t>
      </w:r>
    </w:p>
    <w:p>
      <w:r>
        <w:rPr>
          <w:b/>
        </w:rPr>
        <w:t xml:space="preserve">[22:51] </w:t>
      </w:r>
      <w:r>
        <w:t>ek taraf cheezein limited hain, doosri taraf enjoy karne ki capacity limited hai. Isi liye aap dekhte hain ke jo log bohat zyada daulat ikatha kar lete hain, bohat zyada power un ke paas aa jati hai, woh sab ke sab kya hain?</w:t>
      </w:r>
    </w:p>
    <w:p>
      <w:pPr>
        <w:jc w:val="right"/>
      </w:pPr>
      <w:r>
        <w:t>ایک طرف چیزیں لمیٹڈ ہیں، دوسری طرف انجوائے کرنے کی کپیسٹی لمیٹڈ ہے۔ اسی لیے آپ دیکھتے ہیں کہ جو لوگ بہت زیادہ دولت اکٹھا کر لیتے ہیں، بہت زیادہ پاور ان کے پاس آ جاتی ہے، وہ سب کے سب کیا ہیں؟</w:t>
      </w:r>
    </w:p>
    <w:p>
      <w:r>
        <w:rPr>
          <w:b/>
        </w:rPr>
        <w:t xml:space="preserve">[23:04] </w:t>
      </w:r>
      <w:r>
        <w:t>sab sab jo hai, yani medicine pe jeete hain, tarah tarah ki bimariyan un ko lag jati hain.</w:t>
      </w:r>
    </w:p>
    <w:p>
      <w:pPr>
        <w:jc w:val="right"/>
      </w:pPr>
      <w:r>
        <w:t>سب سب جو ہے، یعنی میڈیسن پہ جیتے ہیں، طرح طرح کی بیماریاں ان کو لگ جاتی ہیں۔</w:t>
      </w:r>
    </w:p>
    <w:p>
      <w:r>
        <w:rPr>
          <w:b/>
        </w:rPr>
        <w:t xml:space="preserve">[23:14] </w:t>
      </w:r>
      <w:r>
        <w:t>kisi ko blood pressure hai, kisi ko diabetic ho gaye, koi sahib, koi khush hai, koi khush hai.</w:t>
      </w:r>
    </w:p>
    <w:p>
      <w:pPr>
        <w:jc w:val="right"/>
      </w:pPr>
      <w:r>
        <w:t>کسی کو بلڈ پریشر ہے، کسی کو ڈائبیٹک ہو گئے، کوئی صاحب، کوئی خوش ہے، کوئی خوش ہے۔</w:t>
      </w:r>
    </w:p>
    <w:p>
      <w:r>
        <w:rPr>
          <w:b/>
        </w:rPr>
        <w:t xml:space="preserve">[23:25] </w:t>
      </w:r>
      <w:r>
        <w:t>to yeh kyun hai ke aadmi ki enjoy karne ki capacity jo hai, woh limited hai? To ab agar woh chahe ke in unlimited tor par woh enjoy kare cheezon ko to kya hoga?</w:t>
      </w:r>
    </w:p>
    <w:p>
      <w:pPr>
        <w:jc w:val="right"/>
      </w:pPr>
      <w:r>
        <w:t>تو یہ کیوں ہے کہ آدمی کی انجوائے کرنے کی کپیسٹی جو ہے، وہ لمیٹڈ ہے؟ تو اب اگر وہ چاہے کہ ان ان لمیٹڈ طور پر وہ انجوائے کرے چیزوں کو تو کیا ہوگا؟</w:t>
      </w:r>
    </w:p>
    <w:p>
      <w:r>
        <w:rPr>
          <w:b/>
        </w:rPr>
        <w:t xml:space="preserve">[23:40] </w:t>
      </w:r>
      <w:r>
        <w:t>enjoy nahi kar payega, balkeh woh bimariyon ka shikar ho jayega, akhirat mar jayega, akhir kar.</w:t>
      </w:r>
    </w:p>
    <w:p>
      <w:pPr>
        <w:jc w:val="right"/>
      </w:pPr>
      <w:r>
        <w:t>انجوائے نہیں کر پائے گا، بلکہ وہ بیماریوں کا شکار ہو جائے گا، آخرت مر جائے گا، آخر کار۔</w:t>
      </w:r>
    </w:p>
    <w:p>
      <w:r>
        <w:rPr>
          <w:b/>
        </w:rPr>
        <w:t xml:space="preserve">[23:46] </w:t>
      </w:r>
      <w:r>
        <w:t>to yeh yani is mein creational plan of god ko na janne ki wajah se itni sari kharabiyan paida hoti hain ke aadmi, insan, insan jo hai, apni freedom ko misuse karta hai.</w:t>
      </w:r>
    </w:p>
    <w:p>
      <w:pPr>
        <w:jc w:val="right"/>
      </w:pPr>
      <w:r>
        <w:t>تو یہ یعنی اس میں کریشنل پلان آف گاڈ کو نہ جاننے کی وجہ سے اتنی ساری خرابیاں پیدا ہوتی ہیں کہ آدمی، انسان، انسان جو ہے، اپنی فریڈم کو مس یوز کرتا ہے۔</w:t>
      </w:r>
    </w:p>
    <w:p>
      <w:r>
        <w:rPr>
          <w:b/>
        </w:rPr>
        <w:t xml:space="preserve">[24:01] </w:t>
      </w:r>
      <w:r>
        <w:t>misuse kar ke woh need par,</w:t>
      </w:r>
    </w:p>
    <w:p>
      <w:pPr>
        <w:jc w:val="right"/>
      </w:pPr>
      <w:r>
        <w:t>مس یوز کر کے وہ نیڈ پر،</w:t>
      </w:r>
    </w:p>
    <w:p>
      <w:r>
        <w:rPr>
          <w:b/>
        </w:rPr>
        <w:t xml:space="preserve">[24:06] </w:t>
      </w:r>
      <w:r>
        <w:t>need par qaraat na kar ke daurta hai desire ki taraf</w:t>
      </w:r>
    </w:p>
    <w:p>
      <w:pPr>
        <w:jc w:val="right"/>
      </w:pPr>
      <w:r>
        <w:t>نیڈ پر قرات نہ کر کے دوڑتا ہے ڈیزائر کی طرف</w:t>
      </w:r>
    </w:p>
    <w:p>
      <w:r>
        <w:rPr>
          <w:b/>
        </w:rPr>
        <w:t xml:space="preserve">[24:10] </w:t>
      </w:r>
      <w:r>
        <w:t>. Aur is ke baad kya hota hai? Sari desire woh paane pata nahi, aur phir pressure mein marna parta hai us ko. Aur agar koi bohat zyada saman ikatha bhi kar le to bimariyan lag jati hain us ko, woh us ko enjoy nahi kar pata.</w:t>
      </w:r>
    </w:p>
    <w:p>
      <w:pPr>
        <w:jc w:val="right"/>
      </w:pPr>
      <w:r>
        <w:t>۔ اور اس کے بعد کیا ہوتا ہے؟ ساری ڈیزائر وہ پانے پاتا نہیں، اور پھر پریشر میں مرنا پڑتا ہے اس کو۔ اور اگر کوئی بہت زیادہ سامان اکٹھا بھی کر لے تو بیماریاں لگ جاتی ہیں اس کو، وہ اس کو انجوائے نہیں کر پاتا۔</w:t>
      </w:r>
    </w:p>
    <w:p>
      <w:r>
        <w:rPr>
          <w:b/>
        </w:rPr>
        <w:t xml:space="preserve">[24:26] </w:t>
      </w:r>
      <w:r>
        <w:t>har baat bigri hui hai, sari baat bigri hui, aur is ki jar mein kya hai? People are unaware of the creational plan of god.</w:t>
      </w:r>
    </w:p>
    <w:p>
      <w:pPr>
        <w:jc w:val="right"/>
      </w:pPr>
      <w:r>
        <w:t>ہر بات بگڑی ہوئی ہے، ساری بات بگڑی ہوئی، اور اس کی جڑ میں کیا ہے؟ پیپل آر ان اویئر آف دا کریشنل پلان آف گاڈ۔</w:t>
      </w:r>
    </w:p>
    <w:p>
      <w:r>
        <w:rPr>
          <w:b/>
        </w:rPr>
        <w:t xml:space="preserve">[24:43] </w:t>
      </w:r>
      <w:r>
        <w:t>to hamara jo mission hai, is mission ka yeh bohat hi bunyadi principle hai ke to make people aware of the creational plan of god.</w:t>
      </w:r>
    </w:p>
    <w:p>
      <w:pPr>
        <w:jc w:val="right"/>
      </w:pPr>
      <w:r>
        <w:t>تو ہمارا جو مشن ہے، اس مشن کا یہ بہت ہی بنیادی پرنسپل ہے کہ ٹو میک پیپل اویئر آف دا کریشنل پلان آف گاڈ۔</w:t>
      </w:r>
    </w:p>
    <w:p>
      <w:r>
        <w:rPr>
          <w:b/>
        </w:rPr>
        <w:t xml:space="preserve">[24:53] </w:t>
      </w:r>
      <w:r>
        <w:t>insan ko batana ke khaliq ka takhliqi mansooba kya hai taake woh is ke mutabiq zindagi guzare.</w:t>
      </w:r>
    </w:p>
    <w:p>
      <w:pPr>
        <w:jc w:val="right"/>
      </w:pPr>
      <w:r>
        <w:t>انسان کو بتانا کہ خالق کا تخلیقی منصوبہ کیا ہے تاکہ وہ اس کے مطابق زندگی گزارے۔</w:t>
      </w:r>
    </w:p>
    <w:p>
      <w:r>
        <w:rPr>
          <w:b/>
        </w:rPr>
        <w:t xml:space="preserve">[25:04] </w:t>
      </w:r>
      <w:r>
        <w:t>yeh hamare mission mein bohat hi bunyadi, is ka hamare mission ka bunyadi point hai, yeh bunyadi nuqta hai.</w:t>
      </w:r>
    </w:p>
    <w:p>
      <w:pPr>
        <w:jc w:val="right"/>
      </w:pPr>
      <w:r>
        <w:t>یہ ہمارے مشن میں بہت ہی بنیادی، اس کا ہمارے مشن کا بنیادی پوائنٹ ہے، یہ بنیادی نقطہ ہے۔</w:t>
      </w:r>
    </w:p>
    <w:p>
      <w:r>
        <w:rPr>
          <w:b/>
        </w:rPr>
        <w:t xml:space="preserve">[25:14] </w:t>
      </w:r>
      <w:r>
        <w:t>kyunke saari kharabiyan, chahe musalmanon mein hon ya non muslim mein hon, isi se paida hoti hain.</w:t>
      </w:r>
    </w:p>
    <w:p>
      <w:pPr>
        <w:jc w:val="right"/>
      </w:pPr>
      <w:r>
        <w:t>کیونکہ ساری خرابیاں، چاہے مسلمانوں میں ہوں یا نان مسلم میں ہوں، اسی سے پیدا ہوتی ہیں۔</w:t>
      </w:r>
    </w:p>
    <w:p>
      <w:r>
        <w:rPr>
          <w:b/>
        </w:rPr>
        <w:t xml:space="preserve">[25:21] </w:t>
      </w:r>
      <w:r>
        <w:t>abhi aap dekhiye, arab world mein jo jo</w:t>
      </w:r>
    </w:p>
    <w:p>
      <w:pPr>
        <w:jc w:val="right"/>
      </w:pPr>
      <w:r>
        <w:t>ابھی آپ دیکھیے، عرب ورلڈ میں جو جو</w:t>
      </w:r>
    </w:p>
    <w:p>
      <w:r>
        <w:rPr>
          <w:b/>
        </w:rPr>
        <w:t xml:space="preserve">[25:28] </w:t>
      </w:r>
      <w:r>
        <w:t>takrao ki policy chal rahi hai aur ladai badhai jaari hai, to</w:t>
      </w:r>
    </w:p>
    <w:p>
      <w:pPr>
        <w:jc w:val="right"/>
      </w:pPr>
      <w:r>
        <w:t>ٹکراؤ کی پالیسی چل رہی ہے اور لڑائی بڑھائی جاری ہے، تو</w:t>
      </w:r>
    </w:p>
    <w:p>
      <w:r>
        <w:rPr>
          <w:b/>
        </w:rPr>
        <w:t xml:space="preserve">[25:36] </w:t>
      </w:r>
      <w:r>
        <w:t>mein abhi amreeka gaya tha to wahan is ko woh log arab spring kehte hain. maine kaha arab spring nahi hai yeh, kyunke kuch is se hone wala nahi hai.</w:t>
      </w:r>
    </w:p>
    <w:p>
      <w:pPr>
        <w:jc w:val="right"/>
      </w:pPr>
      <w:r>
        <w:t>میں ابھی امریکہ گیا تھا تو وہاں اس کو وہ لوگ عرب اسپرنگ کہتے ہیں۔ میں نے کہا عرب اسپرنگ نہیں ہے یہ، کیونکہ کچھ اس سے ہونے والا نہیں ہے۔</w:t>
      </w:r>
    </w:p>
    <w:p>
      <w:r>
        <w:rPr>
          <w:b/>
        </w:rPr>
        <w:t xml:space="preserve">[25:49] </w:t>
      </w:r>
      <w:r>
        <w:t>saare arab countries mein dekhiye, according to need sab ko mila hua tha, sab ki zarooraten poori hui thin. kisi ko zaroorat ka aitbaar kabhi nahi tha.</w:t>
      </w:r>
    </w:p>
    <w:p>
      <w:pPr>
        <w:jc w:val="right"/>
      </w:pPr>
      <w:r>
        <w:t>سارے عرب کنٹریز میں دیکھیے، اکارڈنگ ٹو نیڈ سب کو ملا ہوا تھا، سب کی ضرورتیں پوری ہوئی تھیں۔ کسی کو ضرورت کا اعتبار کبھی نہیں تھی۔</w:t>
      </w:r>
    </w:p>
    <w:p>
      <w:r>
        <w:rPr>
          <w:b/>
        </w:rPr>
        <w:t xml:space="preserve">[26:01] </w:t>
      </w:r>
      <w:r>
        <w:t>khana, kapra, makaan, har cheez logon ko mila hua tha. taleem ka kharch, har cheez mili hui thi, lekin more and more ki list ki wajah se yeh sab paida hua hai.</w:t>
      </w:r>
    </w:p>
    <w:p>
      <w:pPr>
        <w:jc w:val="right"/>
      </w:pPr>
      <w:r>
        <w:t>کھانا، کپڑا، مکان، ہر چیز لوگوں کو ملا ہوا تھا۔ تعلیم کا خرچ، ہر چیز ملی ہوئی تھی، لیکن مور اینڈ مور کے لسٹ کی وجہ سے یہ سب پیدا ہوا ہے۔</w:t>
      </w:r>
    </w:p>
    <w:p>
      <w:r>
        <w:rPr>
          <w:b/>
        </w:rPr>
        <w:t xml:space="preserve">[26:19] </w:t>
      </w:r>
      <w:r>
        <w:t>main kai baar maine tv par dekha ke jo log sadkon par demonstration karte hain, naare lagate hain, anti establishment naare, maine dekha ke woh sab ke sab bohat hi, yaani well dressed hain, un ke chehre par koi poverty ka nishan nahi, aur har aitbaar se lagta hai ke woh un ki saari zarooraten poori ho rahi hain.</w:t>
      </w:r>
    </w:p>
    <w:p>
      <w:pPr>
        <w:jc w:val="right"/>
      </w:pPr>
      <w:r>
        <w:t>میں کئی بار میں نے ٹی وی پر دیکھا کہ جو لوگ سڑکوں پر ڈیمونسٹریشن کرتے ہیں، نعرے لگاتے ہیں، اینٹی اسٹیبلشمنٹ نعرے، میں نے دیکھا کہ وہ سب کے سب بہت ہی، یعنی ویل ڈریسڈ ہیں، ان کے چہرے پر کوئی پاورٹی کا نشان نہیں، اور ہر اعتبار سے لگتا ہے کہ وہ ان کی ساری ضرورتیں پوری ہو رہی ہیں۔</w:t>
      </w:r>
    </w:p>
    <w:p>
      <w:r>
        <w:rPr>
          <w:b/>
        </w:rPr>
        <w:t xml:space="preserve">[26:42] </w:t>
      </w:r>
      <w:r>
        <w:t>phir maine socha ke kyun yeh log hungama kar rahe hain sadak par aa kar ke? un ka bhi, un ke bare mein bhi maine socha. phir jo amreeka mein jo occupy wall street wale jo log hain, occupy wall street ke idare par jo sadkon par aa gaye hain, un ko bhi dekha maine tv par.</w:t>
      </w:r>
    </w:p>
    <w:p>
      <w:pPr>
        <w:jc w:val="right"/>
      </w:pPr>
      <w:r>
        <w:t>پھر میں نے سوچا کہ کیوں یہ لوگ ہنگامہ کر رہے ہیں سڑک پر آ کر کے؟ ان کا بھی، ان کے بارے میں بھی میں نے سوچا۔ پھر جو امریکہ میں جو اکوپائی وال اسٹیٹ والے جو لوگ ہیں، اکوپائی وال اسٹیٹ کے ادارے پر جو سڑکوں پر آ گئے ہیں، ان کو بھی دیکھا میں نے ٹی وی پر۔</w:t>
      </w:r>
    </w:p>
    <w:p>
      <w:r>
        <w:rPr>
          <w:b/>
        </w:rPr>
        <w:t xml:space="preserve">[26:58] </w:t>
      </w:r>
      <w:r>
        <w:t>to arab world mein bhi, aur aur occupy wall street walon mein bhi, aur doosre european countries mein jo ho raha hai, to tv par maine dekha to woh log bohat hi achhi halat mein the,</w:t>
      </w:r>
    </w:p>
    <w:p>
      <w:pPr>
        <w:jc w:val="right"/>
      </w:pPr>
      <w:r>
        <w:t>تو عرب ورلڈ میں بھی، اور اور اکوپائی وال اسٹیٹ والوں میں بھی، اور دوسرے یورپین کنٹریز میں جو ہو رہا ہے، تو ٹی وی پر میں نے دیکھا تو وہ لوگ بہت ہی اچھی حالت میں تھے،</w:t>
      </w:r>
    </w:p>
    <w:p>
      <w:r>
        <w:rPr>
          <w:b/>
        </w:rPr>
        <w:t xml:space="preserve">[27:12] </w:t>
      </w:r>
      <w:r>
        <w:t>chehre par kuch bhi nahi tha, aur poverty ka nishan un ke achhe kapde pehne hue the, sab kuch tha. to cheez kya hai?</w:t>
      </w:r>
    </w:p>
    <w:p>
      <w:pPr>
        <w:jc w:val="right"/>
      </w:pPr>
      <w:r>
        <w:t>چہرے پر کچھ بھی نہیں تھا، اور پاورٹی کا نشان ان کے اچھے کپڑے پہنے ہوئے تھے، سب کچھ تھا۔ تو چیز کیا ہے؟</w:t>
      </w:r>
    </w:p>
    <w:p>
      <w:r>
        <w:rPr>
          <w:b/>
        </w:rPr>
        <w:t xml:space="preserve">[27:21] </w:t>
      </w:r>
      <w:r>
        <w:t>is par maine ghor kiya to mujhe samajh mein aayi hai ke yeh log khuda ke jo creation plan hai, is se bekhabar hain.</w:t>
      </w:r>
    </w:p>
    <w:p>
      <w:pPr>
        <w:jc w:val="right"/>
      </w:pPr>
      <w:r>
        <w:t>اس پر میں نے غور کیا تو مجھے سمجھ میں آئی ہے کہ یہ لوگ خدا کے جو کریشن پلان ہے، اس سے بے خبر ہیں۔</w:t>
      </w:r>
    </w:p>
    <w:p>
      <w:r>
        <w:rPr>
          <w:b/>
        </w:rPr>
        <w:t xml:space="preserve">[27:30] </w:t>
      </w:r>
      <w:r>
        <w:t>khuda chahta hai ke tum baqat zaroorat par raazi ho jao,</w:t>
      </w:r>
    </w:p>
    <w:p>
      <w:pPr>
        <w:jc w:val="right"/>
      </w:pPr>
      <w:r>
        <w:t>خدا چاہتا ہے کہ تم بقت ضرورت پر راضی ہو جاؤ،</w:t>
      </w:r>
    </w:p>
    <w:p>
      <w:r>
        <w:rPr>
          <w:b/>
        </w:rPr>
        <w:t xml:space="preserve">[27:37] </w:t>
      </w:r>
      <w:r>
        <w:t>according to need jo tum ko mila hua hai, is par raazi ho jao. aur woh log kehte hain ke nahi, hamein to according to desire chahiye.</w:t>
      </w:r>
    </w:p>
    <w:p>
      <w:pPr>
        <w:jc w:val="right"/>
      </w:pPr>
      <w:r>
        <w:t>اکارڈنگ ٹو نیڈ جو تم کو ملا ہوا ہے، اس پر راضی ہو جاؤ۔ اور وہ لوگ کہتے ہیں کہ نہیں، ہمیں تو اکارڈنگ ٹو ڈیزائر چاہیے۔</w:t>
      </w:r>
    </w:p>
    <w:p>
      <w:r>
        <w:rPr>
          <w:b/>
        </w:rPr>
        <w:t xml:space="preserve">[27:46] </w:t>
      </w:r>
      <w:r>
        <w:t>to desire to kabhi khatm nahi hoti, phir more and more aur more chalta rehta hai. yeh raaz, yaani un ko yeh masla nahi ke un ko khana, kapra aur makaan nahi mila hua hai.</w:t>
      </w:r>
    </w:p>
    <w:p>
      <w:pPr>
        <w:jc w:val="right"/>
      </w:pPr>
      <w:r>
        <w:t>تو ڈیزائر تو کبھی ختم نہیں ہوتی، پھر مور اینڈ مور اور مور چلتا رہتا ہے۔ یہ راز، یعنی ان کو یہ مسئلہ نہیں کہ ان کو کھانا، کپڑا اور مکان نہیں ملا ہوا ہے۔</w:t>
      </w:r>
    </w:p>
    <w:p>
      <w:r>
        <w:rPr>
          <w:b/>
        </w:rPr>
        <w:t xml:space="preserve">[27:58] </w:t>
      </w:r>
      <w:r>
        <w:t>un ka raaz yeh hai ke woh un ke jo unlimited desires hain, un ko lagta hai ke woh poori nahi ho rahi hain.</w:t>
      </w:r>
    </w:p>
    <w:p>
      <w:pPr>
        <w:jc w:val="right"/>
      </w:pPr>
      <w:r>
        <w:t>ان کا راز یہ ہے کہ وہ ان کے جو ان لمیٹڈ ڈیزائر ہیں، ان کو لگتا ہے کہ وہ پوری نہیں ہو رہی ہیں۔</w:t>
      </w:r>
    </w:p>
    <w:p>
      <w:r>
        <w:rPr>
          <w:b/>
        </w:rPr>
        <w:t xml:space="preserve">[28:07] </w:t>
      </w:r>
      <w:r>
        <w:t>dekhiye, is mein ek aur baat bohat samajhne ki hai ke kyun aisa zaroori hai ke aap ke andar contentment rahe, aap need par raazi ho jao,</w:t>
      </w:r>
    </w:p>
    <w:p>
      <w:pPr>
        <w:jc w:val="right"/>
      </w:pPr>
      <w:r>
        <w:t>دیکھیے، اس میں ایک اور بات بہت سمجھنے کی ہے کہ کیوں ایسا ضروری ہے کہ آپ کے اندر کنٹینٹمنٹ رہے، آپ نیڈ پر راضی ہو جائیں،</w:t>
      </w:r>
    </w:p>
    <w:p>
      <w:r>
        <w:rPr>
          <w:b/>
        </w:rPr>
        <w:t xml:space="preserve">[28:21] </w:t>
      </w:r>
      <w:r>
        <w:t>aap baqat zaroorat par raazi ho jao. kyun aaj zaroori hai aisa? is liye ke aap is ki wajah yeh hai ke insaan sirf ek animal nahi hai, insaan ek spiritual being hai.</w:t>
      </w:r>
    </w:p>
    <w:p>
      <w:pPr>
        <w:jc w:val="right"/>
      </w:pPr>
      <w:r>
        <w:t>آپ بقت ضرورت پر راضی ہو جائیں۔ کیوں آج ضروری ہے ایسا؟ اس لیے کہ آپ اس کی وجہ یہ ہے کہ انسان ماضی ایک اینیمل نہیں ہے، انسان ایک سپریچول بینگ ہے۔</w:t>
      </w:r>
    </w:p>
    <w:p>
      <w:r>
        <w:rPr>
          <w:b/>
        </w:rPr>
        <w:t xml:space="preserve">[28:37] </w:t>
      </w:r>
      <w:r>
        <w:t>insaan ko zyada bada kaam jo karna hai, woh intellectual development, spiritual development, personality development hai. sirf yeh nahi hai ke behtareen kapda, behtareen ghar, behtareen khana, behtareen car,</w:t>
      </w:r>
    </w:p>
    <w:p>
      <w:pPr>
        <w:jc w:val="right"/>
      </w:pPr>
      <w:r>
        <w:t>انسان کو زیادہ بڑا کام جو کرنا ہے، وہ انٹلیکچول ڈیویلپمنٹ، سپریچول ڈیویلپمنٹ، پرسنیلٹی ڈیویلپمنٹ ہے۔ صرف یہ نہیں ہے کہ بہترین کپڑا، بہترین گھر، بہترین کھانا، بہترین کاریں،</w:t>
      </w:r>
    </w:p>
    <w:p>
      <w:r>
        <w:rPr>
          <w:b/>
        </w:rPr>
        <w:t xml:space="preserve">[28:52] </w:t>
      </w:r>
      <w:r>
        <w:t>aur political power, yahi is ka end, is ka asal manzil nahi hai. is ki yaani asal goal yahi nahi hai.</w:t>
      </w:r>
    </w:p>
    <w:p>
      <w:pPr>
        <w:jc w:val="right"/>
      </w:pPr>
      <w:r>
        <w:t>اور پولیٹیکل پاور، یہی اس کا اینڈ، اس کا اصل منزل نہیں ہے۔ اس کی یعنی اصل گول یہی نہیں ہے۔</w:t>
      </w:r>
    </w:p>
    <w:p>
      <w:r>
        <w:rPr>
          <w:b/>
        </w:rPr>
        <w:t xml:space="preserve">[29:01] </w:t>
      </w:r>
      <w:r>
        <w:t>is ka</w:t>
      </w:r>
    </w:p>
    <w:p>
      <w:pPr>
        <w:jc w:val="right"/>
      </w:pPr>
      <w:r>
        <w:t>اس کا</w:t>
      </w:r>
    </w:p>
    <w:p>
      <w:r>
        <w:rPr>
          <w:b/>
        </w:rPr>
        <w:t xml:space="preserve">[29:02] </w:t>
      </w:r>
      <w:r>
        <w:t>yeh sab saari cheezein jitni bhi hain, yeh insaan ki zarooraton ko poore karne ke liye hain. zaroorat asal maqsad nahi hai, yaani material cheezein insaan ka maqsad nahi hain, woh is ka is ke zarooraton ko poora karne ke liye hain.</w:t>
      </w:r>
    </w:p>
    <w:p>
      <w:pPr>
        <w:jc w:val="right"/>
      </w:pPr>
      <w:r>
        <w:t>یہ سب ساری چیزیں جتنی بھی ہیں، یہ انسان کی ضرورتوں کو پورے کرنے کے لیے ہیں۔ ضرورت اصل مقصد نہیں ہے، یعنی مٹیریل چیزیں انسان کا مقصد نہیں ہیں، وہ اس کا اس کے ضرورتوں کو پورا کرنے کے لیے ہیں۔</w:t>
      </w:r>
    </w:p>
    <w:p>
      <w:r>
        <w:rPr>
          <w:b/>
        </w:rPr>
        <w:t xml:space="preserve">[29:19] </w:t>
      </w:r>
      <w:r>
        <w:t>to maqsad kya hai? maqsad yeh hai ke aap ko Allah taala ne mind diya hai, aap ke andar thinking capacity di hai.</w:t>
      </w:r>
    </w:p>
    <w:p>
      <w:pPr>
        <w:jc w:val="right"/>
      </w:pPr>
      <w:r>
        <w:t>تو مقصد کیا ہے؟ مقصد یہ ہے کہ آپ کو اللہ تعالی نے مائنڈ دیا ہے، آپ کے اندر تھنکنگ کپیسٹی دی ہے۔</w:t>
      </w:r>
    </w:p>
    <w:p>
      <w:r>
        <w:rPr>
          <w:b/>
        </w:rPr>
        <w:t xml:space="preserve">[29:28] </w:t>
      </w:r>
      <w:r>
        <w:t>maqsad yeh hai ke aap apne mind ko unfold karen, intellectual development layen, study ke zariye, observation ke zariye, aur contemplation ke zariye, tafakkur, tadabbur ke zariye.</w:t>
      </w:r>
    </w:p>
    <w:p>
      <w:pPr>
        <w:jc w:val="right"/>
      </w:pPr>
      <w:r>
        <w:t>مقصد یہ ہے کہ آپ اپنے مائنڈ کو انفولڈ کریں، انٹلیکچول ڈیویلپمنٹ لائیں، اسٹڈی کے ذریعے، ابزرویشن کے ذریعے، اور کنٹمپلیشن کے ذریعے، تفکر، تدبر کے ذریعے۔</w:t>
      </w:r>
    </w:p>
    <w:p>
      <w:r>
        <w:rPr>
          <w:b/>
        </w:rPr>
        <w:t xml:space="preserve">[29:43] </w:t>
      </w:r>
      <w:r>
        <w:t>to logon ko mauqa hi nahi. main kai baar aise mulkon mein gaya hoon jo developed country kehlati hain, developed. to wahan maine dekha ke wahan par bari achhi sadkein hain, bohat achhe ghar hain, bohat achhi car</w:t>
      </w:r>
    </w:p>
    <w:p>
      <w:pPr>
        <w:jc w:val="right"/>
      </w:pPr>
      <w:r>
        <w:t>تو لوگوں کو موقع ہی نہیں۔ میں کئی بار ایسے ملکوں میں گیا ہوں جو ڈیولپڈ کنٹری کہلاتے ہیں، ڈیولپڈ۔ تو وہاں میں نے دیکھا کہ وہاں پر بڑی اچھی سڑکیں ہیں، بہت اچھے گھر ہیں، بہت اچھی کار</w:t>
      </w:r>
    </w:p>
    <w:p>
      <w:r>
        <w:rPr>
          <w:b/>
        </w:rPr>
        <w:t xml:space="preserve">[29:57] </w:t>
      </w:r>
      <w:r>
        <w:t>ein hain, yeh sab kuch hai. lekin un se baat kijiye to kuch koi baat hi un ke paas nahi hoti. yaani un ke un se koi bare bare jo issues hain, is par un se intellectual exchange nahi kar sakte.</w:t>
      </w:r>
    </w:p>
    <w:p>
      <w:pPr>
        <w:jc w:val="right"/>
      </w:pPr>
      <w:r>
        <w:t>یں ہیں، یہ سب کچھ ہے۔ لیکن ان سے بات کیجئے تو کچھ کوئی بات ہی ان کے پاس نہیں ہوتی۔ یعنی ان کے ان سے کوئی بڑے بڑے جو ایشوز ہیں، اس پر ان سے انٹلیکچول ایکسچینج نہیں کر سکتے۔</w:t>
      </w:r>
    </w:p>
    <w:p>
      <w:r>
        <w:rPr>
          <w:b/>
        </w:rPr>
        <w:t xml:space="preserve">[30:11] </w:t>
      </w:r>
      <w:r>
        <w:t>aap in se exchange karen ke aap koi, yani caron aur aur material cheezon ke baray mein to woh khoob bolen ge, khoob woh share karen ga</w:t>
      </w:r>
    </w:p>
    <w:p>
      <w:pPr>
        <w:jc w:val="right"/>
      </w:pPr>
      <w:r>
        <w:t>آپ ان سے ایکسچینج کریں کہ آپ کوئی، یعنی کاروں اور اور مٹیریل چیزوں کے بارے میں تو وہ خوب بولیں گے، خوب وہ شیئر کریں گ</w:t>
      </w:r>
    </w:p>
    <w:p>
      <w:r>
        <w:rPr>
          <w:b/>
        </w:rPr>
        <w:t xml:space="preserve">[30:24] </w:t>
      </w:r>
      <w:r>
        <w:t>e. lekin agar aap spiritual issues par baat kijiye, intellectual issues par baat kijiye to woh kuch share nahi kar paate. woh yeh to in, yeh to insan ka maqsad nahi hai.</w:t>
      </w:r>
    </w:p>
    <w:p>
      <w:pPr>
        <w:jc w:val="right"/>
      </w:pPr>
      <w:r>
        <w:t>ے۔ لیکن اگر آپ اسپیچول ایشوز پر بات کیجئے، انٹلیکچول ایشوز پر بات کیجئے تو وہ کچھ شیئر نہیں کر پاتے۔ وہ یہ تو ان، یہ تو انسان کا مقصد نہیں ہے۔</w:t>
      </w:r>
    </w:p>
    <w:p>
      <w:r>
        <w:rPr>
          <w:b/>
        </w:rPr>
        <w:t xml:space="preserve">[30:38] </w:t>
      </w:r>
      <w:r>
        <w:t>to yeh jo Allah taala ka mansha hai ke log baqadr zarurat par raazi ho jayen, woh koi saada baat to nahi hai.</w:t>
      </w:r>
    </w:p>
    <w:p>
      <w:pPr>
        <w:jc w:val="right"/>
      </w:pPr>
      <w:r>
        <w:t>تو یہ جو اللہ تعالی کا منشا ہے کہ لوگ بقدر ضرورت پر راضی ہو جائیں، وہ کوئی سادہ بات تو نہیں ہے۔</w:t>
      </w:r>
    </w:p>
    <w:p>
      <w:r>
        <w:rPr>
          <w:b/>
        </w:rPr>
        <w:t xml:space="preserve">[30:48] </w:t>
      </w:r>
      <w:r>
        <w:t>kyunke is dunya mein asal kaam jo karna hai aap ko, woh hai spiritual development, intellectual development, personality development, jis ko quran mein tazkiya kaha jayega.</w:t>
      </w:r>
    </w:p>
    <w:p>
      <w:pPr>
        <w:jc w:val="right"/>
      </w:pPr>
      <w:r>
        <w:t>کیونکہ اس دنیا میں اصل کام جو کرنا ہے آپ کو، وہ ہے اسپیچول ڈیویلپمنٹ، انٹلیکچول ڈیویلپمنٹ، پرسنیلٹی ڈیویلپمنٹ، جس کو قرآن میں تزکیہ کہا جائے گا۔</w:t>
      </w:r>
    </w:p>
    <w:p>
      <w:r>
        <w:rPr>
          <w:b/>
        </w:rPr>
        <w:t xml:space="preserve">[30:59] </w:t>
      </w:r>
      <w:r>
        <w:t>kaha gaya hai asal maqsad tazkiya hai. to wohi jeopardise ho jata hai,</w:t>
      </w:r>
    </w:p>
    <w:p>
      <w:pPr>
        <w:jc w:val="right"/>
      </w:pPr>
      <w:r>
        <w:t>کہا گیا ہے اصل مقصد تزکیہ ہے۔ تو وہی جبرٹائز ہو جاتا ہے،</w:t>
      </w:r>
    </w:p>
    <w:p>
      <w:r>
        <w:rPr>
          <w:b/>
        </w:rPr>
        <w:t xml:space="preserve">[31:07] </w:t>
      </w:r>
      <w:r>
        <w:t>wohi hasil nahi kar pata insan. to yeh bohat hi bari mahroomi hai. to chunke insan, Allah taala ne insan ko azaad paida kiya hai, Allah taala is ki azaadi ko abalish nahi karne wala hai,</w:t>
      </w:r>
    </w:p>
    <w:p>
      <w:pPr>
        <w:jc w:val="right"/>
      </w:pPr>
      <w:r>
        <w:t>وہی حاصل نہیں کر پاتا انسان۔ تو یہ بہت ہی بڑی محرومی ہے۔ تو چونکہ انسان، اللہ تعالی نے انسان کو آزاد پیدا کیا ہے، اللہ تعالی اس کی آزادی کو ابالش نہیں کرنے والا ہے،</w:t>
      </w:r>
    </w:p>
    <w:p>
      <w:r>
        <w:rPr>
          <w:b/>
        </w:rPr>
        <w:t xml:space="preserve">[31:24] </w:t>
      </w:r>
      <w:r>
        <w:t>is wajah se yeh soorat-e-haal baqi rahegi.</w:t>
      </w:r>
    </w:p>
    <w:p>
      <w:pPr>
        <w:jc w:val="right"/>
      </w:pPr>
      <w:r>
        <w:t>اس وجہ سے یہ صورتحال باقی رہے گی۔</w:t>
      </w:r>
    </w:p>
    <w:p>
      <w:r>
        <w:rPr>
          <w:b/>
        </w:rPr>
        <w:t xml:space="preserve">[31:27] </w:t>
      </w:r>
      <w:r>
        <w:t>lekin insan ko sochna chahiye ke woh, yani is ko kis liye paida kiya gaya aur woh kya kar raha hai.</w:t>
      </w:r>
    </w:p>
    <w:p>
      <w:pPr>
        <w:jc w:val="right"/>
      </w:pPr>
      <w:r>
        <w:t>لیکن انسان کو سوچنا چاہیے کہ وہ، یعنی اس کو کس لیے پیدا کیا گیا اور وہ کیا کر رہا ہے۔</w:t>
      </w:r>
    </w:p>
    <w:p>
      <w:r>
        <w:rPr>
          <w:b/>
        </w:rPr>
        <w:t xml:space="preserve">[31:40] </w:t>
      </w:r>
      <w:r>
        <w:t>ek baat meri samajh mein aayi ke kya wajah hai ke insan bohat jald bigaad ki taraf daudta hai aur achhai ki taraf kam daudta hai.</w:t>
      </w:r>
    </w:p>
    <w:p>
      <w:pPr>
        <w:jc w:val="right"/>
      </w:pPr>
      <w:r>
        <w:t>ایک بات میری سمجھ میں آئی کہ کیا وجہ ہے کہ انسان بہت جلد بگاڑ کی طرف دوڑتا ہے اور اچھائی کی طرف کم دوڑتا ہے۔</w:t>
      </w:r>
    </w:p>
    <w:p>
      <w:r>
        <w:rPr>
          <w:b/>
        </w:rPr>
        <w:t xml:space="preserve">[31:54] </w:t>
      </w:r>
      <w:r>
        <w:t>to quran o hadith ko parhne se maloom hota hai ke insan ke, insan ke andar, insan farishton ke darmiyan aur shaitan ke darmiyan hota hai.</w:t>
      </w:r>
    </w:p>
    <w:p>
      <w:pPr>
        <w:jc w:val="right"/>
      </w:pPr>
      <w:r>
        <w:t>تو قرآن و حدیث کو پڑھنے سے معلوم ہوتا ہے کہ انسان کے، انسان کے اندر، انسان فرشتوں کے درمیان اور شیطان کے درمیان ہوتا ہے۔</w:t>
      </w:r>
    </w:p>
    <w:p>
      <w:r>
        <w:rPr>
          <w:b/>
        </w:rPr>
        <w:t xml:space="preserve">[32:07] </w:t>
      </w:r>
      <w:r>
        <w:t>aur insan ke jo wajood hai, us ke andar do faculties hain: ego aur conscious. to farishton ka entry point jo hai, woh conscious hai.</w:t>
      </w:r>
    </w:p>
    <w:p>
      <w:pPr>
        <w:jc w:val="right"/>
      </w:pPr>
      <w:r>
        <w:t>اور انسان کے جو وجود ہے، اس کے اندر دو فیکلٹیز ہیں: ایگو اور کانشیس۔ تو فرشتوں کا انٹری پوائنٹ جو ہے، وہ کانشیس ہے۔</w:t>
      </w:r>
    </w:p>
    <w:p>
      <w:r>
        <w:rPr>
          <w:b/>
        </w:rPr>
        <w:t xml:space="preserve">[32:21] </w:t>
      </w:r>
      <w:r>
        <w:t>shaitan ka jo entry point hai, woh ego hai.</w:t>
      </w:r>
    </w:p>
    <w:p>
      <w:pPr>
        <w:jc w:val="right"/>
      </w:pPr>
      <w:r>
        <w:t>شیطان کا جو انٹری پوائنٹ ہے، وہ ایگو ہے۔</w:t>
      </w:r>
    </w:p>
    <w:p>
      <w:r>
        <w:rPr>
          <w:b/>
        </w:rPr>
        <w:t xml:space="preserve">[32:26] </w:t>
      </w:r>
      <w:r>
        <w:t>yeh bohat zyada sochne ki baat hai. har aadmi har lamha, raat din, ek taraf is ko shaitan baqayda ke liye maujood hota hai, doosri taraf farishte is ko achhi baaten batane ke liye maujood hote hain.</w:t>
      </w:r>
    </w:p>
    <w:p>
      <w:pPr>
        <w:jc w:val="right"/>
      </w:pPr>
      <w:r>
        <w:t>یہ بہت زیادہ سوچنے کی بات ہے۔ ہر آدمی ہر لمحہ، رات دن، ایک طرف اس کو شیطان باقاعدگی کے لیے موجود ہوتا ہے، دوسری طرف فرشتے اس کو اچھی باتیں بتانے کے لیے موجود ہوتے ہیں۔</w:t>
      </w:r>
    </w:p>
    <w:p>
      <w:r>
        <w:rPr>
          <w:b/>
        </w:rPr>
        <w:t xml:space="preserve">[32:42] </w:t>
      </w:r>
      <w:r>
        <w:t>agarche woh dikhai nahi dete, magar musalsal woh apne amal mein mashgool hain. to woh kaise karte hain? khud insan ke andar do salahiyaten hain: ego aur conscious.</w:t>
      </w:r>
    </w:p>
    <w:p>
      <w:pPr>
        <w:jc w:val="right"/>
      </w:pPr>
      <w:r>
        <w:t>اگرچہ وہ دکھائی نہیں دیتے، مگر مسلسل وہ اپنے عمل میں مشغول ہیں۔ تو وہ کیسے کرتے ہیں؟ خود انسان کے اندر دو صلاحیتیں ہیں: ایگو اور کانشیس۔</w:t>
      </w:r>
    </w:p>
    <w:p>
      <w:r>
        <w:rPr>
          <w:b/>
        </w:rPr>
        <w:t xml:space="preserve">[32:55] </w:t>
      </w:r>
      <w:r>
        <w:t>to ego jo hai, entry point hai shaitan ka. yani ego ke raaste se shaitan ghusta hai aur conscious jo hai, woh entry point hai farishton ka.</w:t>
      </w:r>
    </w:p>
    <w:p>
      <w:pPr>
        <w:jc w:val="right"/>
      </w:pPr>
      <w:r>
        <w:t>تو ایگو جو ہے، انٹری پوائنٹ ہے شیطان کا۔ یعنی ایگو کے راستے سے شیطان گھستا ہے اور کانشیس جو ہے، وہ انٹری پوائنٹ ہے فرشتوں کا۔</w:t>
      </w:r>
    </w:p>
    <w:p>
      <w:r>
        <w:rPr>
          <w:b/>
        </w:rPr>
        <w:t xml:space="preserve">[33:04] </w:t>
      </w:r>
      <w:r>
        <w:t>farishte conscious ke raaste se aap ke andar dakhil hote hain.</w:t>
      </w:r>
    </w:p>
    <w:p>
      <w:pPr>
        <w:jc w:val="right"/>
      </w:pPr>
      <w:r>
        <w:t>فرشتے کانشیس کے راستے سے آپ کے اندر داخل ہوتے ہیں۔</w:t>
      </w:r>
    </w:p>
    <w:p>
      <w:r>
        <w:rPr>
          <w:b/>
        </w:rPr>
        <w:t xml:space="preserve">[33:09] </w:t>
      </w:r>
      <w:r>
        <w:t>lekin jahan tak maine samjha ke farishton ka jo hai, woh passive role hai aur shaitan ka role active role hai.</w:t>
      </w:r>
    </w:p>
    <w:p>
      <w:pPr>
        <w:jc w:val="right"/>
      </w:pPr>
      <w:r>
        <w:t>لیکن جہاں تک میں نے سمجھا کہ فرشتوں کا جو ہے، وہ پیسو رول ہے اور شیطان کا رول ایکٹیو رول ہے۔</w:t>
      </w:r>
    </w:p>
    <w:p>
      <w:r>
        <w:rPr>
          <w:b/>
        </w:rPr>
        <w:t xml:space="preserve">[33:19] </w:t>
      </w:r>
      <w:r>
        <w:t>kyunke quran mein aap dekhiye, shaitan iblis jo hai, woh kehta hai: "la murannem, la tunkan dhuriyyatahum illa qilaa".</w:t>
      </w:r>
    </w:p>
    <w:p>
      <w:pPr>
        <w:jc w:val="right"/>
      </w:pPr>
      <w:r>
        <w:t>کیونکہ قرآن میں آپ دیکھیے، شیطان ابلیس جو ہے، وہ کہتا ہے: "لا مرنم، لا تنکن ذریتھم الا قیلا"۔</w:t>
      </w:r>
    </w:p>
    <w:p>
      <w:r>
        <w:rPr>
          <w:b/>
        </w:rPr>
        <w:t xml:space="preserve">[33:33] </w:t>
      </w:r>
      <w:r>
        <w:t>to is tarah ke sighay mein hai, yani main zaroor aisa kar dalunga</w:t>
      </w:r>
    </w:p>
    <w:p>
      <w:pPr>
        <w:jc w:val="right"/>
      </w:pPr>
      <w:r>
        <w:t>تو اس طرح کے صیغے میں ہے، یعنی میں ضرور ایسا کر ڈالوں گ</w:t>
      </w:r>
    </w:p>
    <w:p>
      <w:r>
        <w:rPr>
          <w:b/>
        </w:rPr>
        <w:t xml:space="preserve">[33:37] </w:t>
      </w:r>
      <w:r>
        <w:t>a. aise alfaaz bol bolta hai shaitan: "la murannem". ke maani ke main un ko hukum dunga aur un ko aisa karne par majboor kar dunga.</w:t>
      </w:r>
    </w:p>
    <w:p>
      <w:pPr>
        <w:jc w:val="right"/>
      </w:pPr>
      <w:r>
        <w:t>ا۔ ایسے الفاظ بول بولتا ہے شیطان: "لا مرنم"۔ کہ معنی کہ میں ان کو حکم دوں گا اور ان کو ایسا کرنے پر مجبور کر دوں گا۔</w:t>
      </w:r>
    </w:p>
    <w:p>
      <w:r>
        <w:rPr>
          <w:b/>
        </w:rPr>
        <w:t xml:space="preserve">[33:48] </w:t>
      </w:r>
      <w:r>
        <w:t>lekin farishton ke jo alfaaz hain, woh is tarah ke alfaaz nahi hain. farishton ke alfaaz doosre qism ke hain, yani woh insan se basharat dete hain, insan ko inspire karte hain.</w:t>
      </w:r>
    </w:p>
    <w:p>
      <w:pPr>
        <w:jc w:val="right"/>
      </w:pPr>
      <w:r>
        <w:t>لیکن فرشتوں کے جو الفاظ ہیں، وہ اس طرح کے الفاظ نہیں ہیں۔ فرشتوں کے الفاظ دوسرے قسم کے ہیں، یعنی وہ انسان سے بشارت دیتے ہیں، انسان کو انسپائر کرتے ہیں۔</w:t>
      </w:r>
    </w:p>
    <w:p>
      <w:r>
        <w:rPr>
          <w:b/>
        </w:rPr>
        <w:t xml:space="preserve">[34:01] </w:t>
      </w:r>
      <w:r>
        <w:t>is tarah ke alfaaz hain.</w:t>
      </w:r>
    </w:p>
    <w:p>
      <w:pPr>
        <w:jc w:val="right"/>
      </w:pPr>
      <w:r>
        <w:t>اس طرح کے الفاظ ہیں۔</w:t>
      </w:r>
    </w:p>
    <w:p>
      <w:r>
        <w:rPr>
          <w:b/>
        </w:rPr>
        <w:t xml:space="preserve">[34:03] </w:t>
      </w:r>
      <w:r>
        <w:t>to is se maine samjha hai ke Allah taala ke takhleeqi naqshe ke mutabiq farishton ka role passive role hai aur shaitan ka role active role hai.</w:t>
      </w:r>
    </w:p>
    <w:p>
      <w:pPr>
        <w:jc w:val="right"/>
      </w:pPr>
      <w:r>
        <w:t>تو اس سے میں نے سمجھا ہے کہ اللہ تعالی کے تخلیقی نقشے کے مطابق فرشتوں کا رول پیسو رول ہے اور شیطان کا رول ایکٹیو رول ہے۔</w:t>
      </w:r>
    </w:p>
    <w:p>
      <w:r>
        <w:rPr>
          <w:b/>
        </w:rPr>
        <w:t xml:space="preserve">[34:17] </w:t>
      </w:r>
      <w:r>
        <w:t>yeh bohat hi serious maamla hai.</w:t>
      </w:r>
    </w:p>
    <w:p>
      <w:pPr>
        <w:jc w:val="right"/>
      </w:pPr>
      <w:r>
        <w:t>یہ بہت ہی سیریس معاملہ ہے۔</w:t>
      </w:r>
    </w:p>
    <w:p>
      <w:r>
        <w:rPr>
          <w:b/>
        </w:rPr>
        <w:t xml:space="preserve">[34:21] </w:t>
      </w:r>
      <w:r>
        <w:t>agar hum bohat zyada alert na rahen, bohat zyada introspection na karen, bohat zyada baaton ko sochen nahi, to bohat jald hum shaitan ke influence mein aa jayenge.</w:t>
      </w:r>
    </w:p>
    <w:p>
      <w:pPr>
        <w:jc w:val="right"/>
      </w:pPr>
      <w:r>
        <w:t>اگر ہم بہت زیادہ الرٹ نہ رہیں، بہت زیادہ انٹروسپیکشن نہ کریں، بہت زیادہ باتوں کو سوچیں نہیں، تو بہت جلد ہم شیطان کے انفلوئنس میں آ جائیں گے۔</w:t>
      </w:r>
    </w:p>
    <w:p>
      <w:r>
        <w:rPr>
          <w:b/>
        </w:rPr>
        <w:t xml:space="preserve">[34:32] </w:t>
      </w:r>
      <w:r>
        <w:t>kyunke woh active role hai is ka. to farishton ko apna advisor banane ke liye ya farishton ko apne helper banane ke liye aap ko bohat ziyada sochna parega, bohat ziyada active rehna parega, bohat ziyada alert rehna parega.</w:t>
      </w:r>
    </w:p>
    <w:p>
      <w:pPr>
        <w:jc w:val="right"/>
      </w:pPr>
      <w:r>
        <w:t>کیونکہ وہ ایکٹیو رول ہے اس کا۔ تو فرشتوں کو اپنا ایڈوائزر بنانے کے لیے یا فرشتوں کو اپنے ہیلپر بنانے کے لیے آپ کو بہت زیادہ سوچنا پڑے گا، بہت زیادہ ایکٹیو رہنا پڑے گا، بہت زیادہ الرٹ رہنا پڑے گا۔</w:t>
      </w:r>
    </w:p>
    <w:p>
      <w:r>
        <w:rPr>
          <w:b/>
        </w:rPr>
        <w:t xml:space="preserve">[34:49] </w:t>
      </w:r>
      <w:r>
        <w:t>yeh bohat hi sochne ki baat hai. yeh baat mein is liye keh raha hoon ke shaitan ke baray mein jo alfaaz quran majeed mein hain,</w:t>
      </w:r>
    </w:p>
    <w:p>
      <w:pPr>
        <w:jc w:val="right"/>
      </w:pPr>
      <w:r>
        <w:t>یہ بہت ہی سوچنے کی بات ہے۔ یہ بات میں اس لیے کہہ رہا ہوں کہ شیطان کے بارے میں جو الفاظ قرآن مجید میں ہیں،</w:t>
      </w:r>
    </w:p>
    <w:p>
      <w:r>
        <w:rPr>
          <w:b/>
        </w:rPr>
        <w:t xml:space="preserve">[35:00] </w:t>
      </w:r>
      <w:r>
        <w:t>woh in ka doosra andaaz hai aur farishton ke baray mein jo alfaaz hain, woh doosra andaaz hai. yaani shaitan ke baray mein yeh hai ke mein zaroor, mein zaroor insaan ko behkaunga, mein insaan ko hukum dunga to aisa waisa karega.</w:t>
      </w:r>
    </w:p>
    <w:p>
      <w:pPr>
        <w:jc w:val="right"/>
      </w:pPr>
      <w:r>
        <w:t>وہ ان کا دوسرا انداز ہے اور فرشتوں کے بارے میں جو الفاظ ہیں، وہ دوسرا انداز ہے۔ یعنی شیطان کے بارے میں یہ ہے کہ میں ضرور، میں ضرور انسان کو بہکاؤں گا، میں انسان کو حکم دوں گا تو ایسا ویسا کرے گا۔</w:t>
      </w:r>
    </w:p>
    <w:p>
      <w:r>
        <w:rPr>
          <w:b/>
        </w:rPr>
        <w:t xml:space="preserve">[35:15] </w:t>
      </w:r>
      <w:r>
        <w:t>lekin farishton ke liye aise alfaaz nahi hain ke hum zaroor in ko sirat-e-mustaqeem par chalayenge. farishte to is tarah ke alfaaz nahi hain.</w:t>
      </w:r>
    </w:p>
    <w:p>
      <w:pPr>
        <w:jc w:val="right"/>
      </w:pPr>
      <w:r>
        <w:t>لیکن فرشتوں کے لیے ایسے الفاظ نہیں ہیں کہ ہم ضرور ان کو صراط مستقیم پر چلائیں گے۔ فرشتے تو اس طرح کے الفاظ نہیں ہیں۔</w:t>
      </w:r>
    </w:p>
    <w:p>
      <w:r>
        <w:rPr>
          <w:b/>
        </w:rPr>
        <w:t xml:space="preserve">[35:26] </w:t>
      </w:r>
      <w:r>
        <w:t>to yeh Allah taala ka jo creation plan hai, is mein agarchay is ne insaan ke sath iblis ya shaitan ko bhi laga diya hai aur farishte bhi is ke sath lage hue hain, lekin dono ka role juda juda hai.</w:t>
      </w:r>
    </w:p>
    <w:p>
      <w:pPr>
        <w:jc w:val="right"/>
      </w:pPr>
      <w:r>
        <w:t>تو یہ اللہ تعالی کا جو کریشن پلان ہے، اس میں اگرچہ اس نے انسان کے ساتھ ابلیس یا شیطان کو بھی لگا دیا ہے اور فرشتے بھی اس کے ساتھ لگے ہوئے ہیں، لیکن دونوں کا رول جدا جدا ہے۔</w:t>
      </w:r>
    </w:p>
    <w:p>
      <w:r>
        <w:rPr>
          <w:b/>
        </w:rPr>
        <w:t xml:space="preserve">[35:43] </w:t>
      </w:r>
      <w:r>
        <w:t>farishton ka role passive role hai, shaitan ka role active role hai. to is mamlay mein humein bohat hi ziyada alert hona parega aur</w:t>
      </w:r>
    </w:p>
    <w:p>
      <w:pPr>
        <w:jc w:val="right"/>
      </w:pPr>
      <w:r>
        <w:t>فرشتوں کا رول پیسو رول ہے، شیطان کا رول ایکٹیو رول ہے۔ تو اس معاملے میں ہمیں بہت ہی زیادہ الرٹ ہونا پڑے گا اور</w:t>
      </w:r>
    </w:p>
    <w:p>
      <w:r>
        <w:rPr>
          <w:b/>
        </w:rPr>
        <w:t xml:space="preserve">[35:54] </w:t>
      </w:r>
      <w:r>
        <w:t>bohat ziyada introspection karna parega, bohat ziyada muhasba karna parega. warna bohat jald hum aa jayenge shaitan ke influence mein.</w:t>
      </w:r>
    </w:p>
    <w:p>
      <w:pPr>
        <w:jc w:val="right"/>
      </w:pPr>
      <w:r>
        <w:t>بہت زیادہ انٹروسپیکشن کرنا پڑے گا، بہت زیادہ محاسبہ کرنا پڑے گا۔ ورنہ بہت جلد ہم آ جائیں گے شیطان کے انفلوئنس میں۔</w:t>
      </w:r>
    </w:p>
    <w:p>
      <w:r>
        <w:rPr>
          <w:b/>
        </w:rPr>
        <w:t xml:space="preserve">[36:03] </w:t>
      </w:r>
      <w:r>
        <w:t>aur yeh aap dekhiye, agar ghor kijiye to aap sare insano mein is ka misaal payenge. aap ke log bohat jald, bohat jald aisa hota hai ke logo ka ego bhark uthta hai, bohat jald.</w:t>
      </w:r>
    </w:p>
    <w:p>
      <w:pPr>
        <w:jc w:val="right"/>
      </w:pPr>
      <w:r>
        <w:t>اور یہ آپ دیکھیے، اگر غور کیجئے تو آپ سارے انسانوں میں اس کا مثال پائیں گے۔ آپ کہ لوگ بہت جلد، بہت جلد ایسا ہوتا ہے کہ لوگوں کا ایگو بھڑک اٹھتا ہے، بہت جلد۔</w:t>
      </w:r>
    </w:p>
    <w:p>
      <w:r>
        <w:rPr>
          <w:b/>
        </w:rPr>
        <w:t xml:space="preserve">[36:18] </w:t>
      </w:r>
      <w:r>
        <w:t>lekin consciousness ka jaagna bohat mushkil se hota hai.</w:t>
      </w:r>
    </w:p>
    <w:p>
      <w:pPr>
        <w:jc w:val="right"/>
      </w:pPr>
      <w:r>
        <w:t>لیکن کانشیس کا کا جاگنا بہت مشکل سے ہوتا ہے۔</w:t>
      </w:r>
    </w:p>
    <w:p>
      <w:r>
        <w:rPr>
          <w:b/>
        </w:rPr>
        <w:t xml:space="preserve">[36:24] </w:t>
      </w:r>
      <w:r>
        <w:t>aap kisi bhi insaan ko le kar sochiye, is ka is ka consciousness ko jagane ke liye bohat mushkil hoti hai ke is ka consciousness jaage, is ka zamir zamir jaage.</w:t>
      </w:r>
    </w:p>
    <w:p>
      <w:pPr>
        <w:jc w:val="right"/>
      </w:pPr>
      <w:r>
        <w:t>آپ کسی بھی انسان کو لے کر سوچیے، اس کا اس کا کانشیس کو جگانے کے لیے بہت مشکل ہوتی ہے کہ اس کا کانشیس جاگے، اس کا ضمیر ضمیر جاگے۔</w:t>
      </w:r>
    </w:p>
    <w:p>
      <w:r>
        <w:rPr>
          <w:b/>
        </w:rPr>
        <w:t xml:space="preserve">[36:34] </w:t>
      </w:r>
      <w:r>
        <w:t>lekin ego ko bharkane ke liye bohat mamooli si baat kafi hoti hai. zara si baat baad mein offend ho jata hai, zara si baat baad mein provoke ho jata hai, zara si baat mein is ka ego jaag parta hai.</w:t>
      </w:r>
    </w:p>
    <w:p>
      <w:pPr>
        <w:jc w:val="right"/>
      </w:pPr>
      <w:r>
        <w:t>لیکن ایگو کو بھڑکانے کے لیے بہت معمولی سی بات کافی ہوتی ہے۔ ذرا سی بات بعد میں افینڈ ہو جاتا ہے، ذرا سی بات بعد میں پرووک ہو جاتا ہے، ذرا سی بات میں اس کا ایگو جاگ پڑتا ہے۔</w:t>
      </w:r>
    </w:p>
    <w:p>
      <w:r>
        <w:rPr>
          <w:b/>
        </w:rPr>
        <w:t xml:space="preserve">[36:48] </w:t>
      </w:r>
      <w:r>
        <w:t>is ke bar aks, is ka jo consciousness hai, woh yaani bohat hi mushkil se woh jaagta hai.</w:t>
      </w:r>
    </w:p>
    <w:p>
      <w:pPr>
        <w:jc w:val="right"/>
      </w:pPr>
      <w:r>
        <w:t>اس کے برعکس، اس کا جو کانشیس ہے، وہ یعنی بہت ہی مشکل سے وہ جاگتا ہے۔</w:t>
      </w:r>
    </w:p>
    <w:p>
      <w:r>
        <w:rPr>
          <w:b/>
        </w:rPr>
        <w:t xml:space="preserve">[36:58] </w:t>
      </w:r>
      <w:r>
        <w:t>to gahaak is mani ke farishton ke zariye jo impulse aata hai, woh itna strong nahi hota hai aur shaitan ke zariye jo aata hai, woh bohat hi strong hota hai. to aap is ko badal nahi sakte.</w:t>
      </w:r>
    </w:p>
    <w:p>
      <w:pPr>
        <w:jc w:val="right"/>
      </w:pPr>
      <w:r>
        <w:t>تو گاہک اس معنی کہ فرشتوں کے ذریعے جو امپلس آتا ہے، وہ اتنا سٹرانگ نہیں ہوتا ہے اور شیطان کے ذریعے جو آتا ہے، وہ بہت ہی سٹرانگ ہوتا ہے۔ تو آپ اس کو بدل نہیں سکتے۔</w:t>
      </w:r>
    </w:p>
    <w:p>
      <w:r>
        <w:rPr>
          <w:b/>
        </w:rPr>
        <w:t xml:space="preserve">[37:11] </w:t>
      </w:r>
      <w:r>
        <w:t>aap Khuda ka jo plan hai, is ko aap badal nahi sakte.</w:t>
      </w:r>
    </w:p>
    <w:p>
      <w:pPr>
        <w:jc w:val="right"/>
      </w:pPr>
      <w:r>
        <w:t>آپ خدا کا جو پلان ہے، اس کو آپ بدل نہیں سکتے۔</w:t>
      </w:r>
    </w:p>
    <w:p>
      <w:r>
        <w:rPr>
          <w:b/>
        </w:rPr>
        <w:t xml:space="preserve">[37:16] </w:t>
      </w:r>
      <w:r>
        <w:t>aap aisa nahi kar sakte ke ke farishton ka jo role hai, aap woh bhi active role bana dein. aap yeh aap ke bas mein nahi hai. farishton ka role passive hi rahega, woh active nahi hoga.</w:t>
      </w:r>
    </w:p>
    <w:p>
      <w:pPr>
        <w:jc w:val="right"/>
      </w:pPr>
      <w:r>
        <w:t>آپ ایسا نہیں کر سکتے کہ کہ فرشتوں کا جو رول ہے، آپ وہ بھی ایکٹیو رول بنا دیں۔ آپ یہ آپ کے بس میں نہیں ہے۔ فرشتوں کا رول پاسیو ہی رہے گا، وہ ایکٹیو نہیں ہوگا۔</w:t>
      </w:r>
    </w:p>
    <w:p>
      <w:r>
        <w:rPr>
          <w:b/>
        </w:rPr>
        <w:t xml:space="preserve">[37:29] </w:t>
      </w:r>
      <w:r>
        <w:t>aise aap yeh bhi nahi kar sakte ke shaitan ke role ko active na rehne dein, is ko passive bana dein. is ka role active hi rahega. aap ko karna hai ke aap bachayein apne aap ko.</w:t>
      </w:r>
    </w:p>
    <w:p>
      <w:pPr>
        <w:jc w:val="right"/>
      </w:pPr>
      <w:r>
        <w:t>ایسے آپ یہ بھی نہیں کر سکتے کہ شیطان کے رول کو ایکٹیو نہ رہنے دیں، اس کو پیسو بنا دیں۔ اس کا رول ایکٹیو ہی رہے گا۔ آپ کو کرنا ہے کہ آپ بچائیں اپنے آپ کو۔</w:t>
      </w:r>
    </w:p>
    <w:p>
      <w:r>
        <w:rPr>
          <w:b/>
        </w:rPr>
        <w:t xml:space="preserve">[37:42] </w:t>
      </w:r>
      <w:r>
        <w:t>mera tajurba yahi hai aur aap bhi yaqeenan sochenge to aap dekhenge is pass ke insano ko ke kitni aasani se log bhark uthte hain aur kitni mushkil se woh woh woh jo sachai ki baat hai, us ko mannay par tayyar hote hain.</w:t>
      </w:r>
    </w:p>
    <w:p>
      <w:pPr>
        <w:jc w:val="right"/>
      </w:pPr>
      <w:r>
        <w:t>میرا تجربہ یہی ہے اور آپ بھی یقینا سوچیں گے تو آپ دیکھیں گے اس پاس کے انسانوں کو کہ کتنی آسانی سے لوگ بھڑک اٹھتے ہیں اور کتنی مشکل سے وہ وہ وہ جو سچائی کی بات ہے، اس کو ماننے پر تیار ہوتے ہیں۔</w:t>
      </w:r>
    </w:p>
    <w:p>
      <w:r>
        <w:rPr>
          <w:b/>
        </w:rPr>
        <w:t xml:space="preserve">[38:03] </w:t>
      </w:r>
      <w:r>
        <w:t>kisi bhi mard ya aurat ko dekhiye, aap zara si baat hogi to phone offend ho jayega, phone bhark</w:t>
      </w:r>
    </w:p>
    <w:p>
      <w:pPr>
        <w:jc w:val="right"/>
      </w:pPr>
      <w:r>
        <w:t>کسی بھی مرد یا عورت کو دیکھیے، آپ ذرا سی بات ہوگی تو فون افینڈ ہو جائے گا، فون بھڑک</w:t>
      </w:r>
    </w:p>
    <w:p>
      <w:r>
        <w:rPr>
          <w:b/>
        </w:rPr>
        <w:t xml:space="preserve">[38:10] </w:t>
      </w:r>
      <w:r>
        <w:t>uthega, foran woh yaani ghalat rastay par chal padega. is ke baad us ko samjhaiye, agar aap us ko achi baat bataiye, bohat mushkil se woh us ko accept kar payega.</w:t>
      </w:r>
    </w:p>
    <w:p>
      <w:pPr>
        <w:jc w:val="right"/>
      </w:pPr>
      <w:r>
        <w:t>اٹھے گا، فوراً وہ یعنی غلط راستے پر چل پڑے گا۔ اس کے بعد اس کو سمجھائیے، اگر آپ اس کو اچھی بات بتائیے، بہت مشکل سے وہ اس کو ایکسیپٹ کر پائے گا۔</w:t>
      </w:r>
    </w:p>
    <w:p>
      <w:r>
        <w:rPr>
          <w:b/>
        </w:rPr>
        <w:t xml:space="preserve">[38:23] </w:t>
      </w:r>
      <w:r>
        <w:t>kyunke dono taraf yaani insaan dono taraf ya to ya to shaitan se mutasir hota hai ya farishton se mutasir hota hai, lekin dono mein farq hai.</w:t>
      </w:r>
    </w:p>
    <w:p>
      <w:pPr>
        <w:jc w:val="right"/>
      </w:pPr>
      <w:r>
        <w:t>کیونکہ دونوں طرف یعنی انسان دونوں طرف یا تو یعنی یا تو شیطان سے متاثر ہوتا ہے یا فرشتوں سے متاثر ہوتا ہے، لیکن دونوں میں فرق ہے۔</w:t>
      </w:r>
    </w:p>
    <w:p>
      <w:r>
        <w:rPr>
          <w:b/>
        </w:rPr>
        <w:t xml:space="preserve">[38:41] </w:t>
      </w:r>
      <w:r>
        <w:t>to yeh bohat hi ziyada sochne ki baat hai. is mein jahan tak mein ne samjha hai ke introspection aur dua do cheezon se madad lena chahiye.</w:t>
      </w:r>
    </w:p>
    <w:p>
      <w:pPr>
        <w:jc w:val="right"/>
      </w:pPr>
      <w:r>
        <w:t>تو یہ بہت ہی زیادہ سوچنے کی بات ہے۔ اس میں جہاں تک میں نے سمجھا ہے کہ انٹروسپیکشن اور دعا دو چیزوں سے مدد لینا چاہیے۔</w:t>
      </w:r>
    </w:p>
    <w:p>
      <w:r>
        <w:rPr>
          <w:b/>
        </w:rPr>
        <w:t xml:space="preserve">[38:54] </w:t>
      </w:r>
      <w:r>
        <w:t>yaani agar aap bohat ziyada introspection karein, apna apna muhasba karein aur bohat ziyada dua karein, tab aisa hoga ke farishton ka role aap par effective ho jayega.</w:t>
      </w:r>
    </w:p>
    <w:p>
      <w:pPr>
        <w:jc w:val="right"/>
      </w:pPr>
      <w:r>
        <w:t>یعنی اگر آپ بہت زیادہ انٹروسپیکشن کریں، اپنا اپنا محاسبہ کریں اور بہت زیادہ دعا کریں، تب ایسا ہوگا کہ فرشتوں کا رول آپ پر ایفیکٹیو ہو جائے گا۔</w:t>
      </w:r>
    </w:p>
    <w:p>
      <w:r>
        <w:rPr>
          <w:b/>
        </w:rPr>
        <w:t xml:space="preserve">[39:06] </w:t>
      </w:r>
      <w:r>
        <w:t>warna farishton ka role effective nahi hoga.</w:t>
      </w:r>
    </w:p>
    <w:p>
      <w:pPr>
        <w:jc w:val="right"/>
      </w:pPr>
      <w:r>
        <w:t>ورنہ فرشتوں کا رول ایفیکٹیو نہیں ہوگا۔</w:t>
      </w:r>
    </w:p>
    <w:p>
      <w:r>
        <w:rPr>
          <w:b/>
        </w:rPr>
        <w:t xml:space="preserve">[39:09] </w:t>
      </w:r>
      <w:r>
        <w:t>shaitan ka to apne aap hi effective hoga, apne aap, kyunke woh woh hai hi yaani woh aggressive, aggression ki had tak woh aap ko mutasir karne ki koshish karta hai.</w:t>
      </w:r>
    </w:p>
    <w:p>
      <w:pPr>
        <w:jc w:val="right"/>
      </w:pPr>
      <w:r>
        <w:t>شیطان کا تو اپنے آپ ہی ایفیکٹیو ہوگا، اپنے آپ، کیونکہ وہ وہ ہے ہی یعنی وہ ایگریسو، ایگریشن کی حد تک وہ آپ کو متاثر کرنے کی کوشش کرتا ہے۔</w:t>
      </w:r>
    </w:p>
    <w:p>
      <w:r>
        <w:rPr>
          <w:b/>
        </w:rPr>
        <w:t xml:space="preserve">[39:22] </w:t>
      </w:r>
      <w:r>
        <w:t>lekin farishte jo hain, woh is had tak nahi ja sakte. un ka role Allah taala ne passive rakha hai. to</w:t>
      </w:r>
    </w:p>
    <w:p>
      <w:pPr>
        <w:jc w:val="right"/>
      </w:pPr>
      <w:r>
        <w:t>لیکن فرشتے جو ہیں، وہ اس حد تک نہیں جا سکتے۔ ان کا رول اللہ تعالی نے پیسو رکھا ہے۔ تو</w:t>
      </w:r>
    </w:p>
    <w:p>
      <w:r>
        <w:rPr>
          <w:b/>
        </w:rPr>
        <w:t xml:space="preserve">[39:31] </w:t>
      </w:r>
      <w:r>
        <w:t>bahut ziyada agar aap apne bare mein sochen ge, bahut ziyada apna muhasba karen ge, bahut ziyada apna introspection karen ge aur sath ساتھ bahut ziyada dua karen ge, tab yeh mumkin hoga ke aap shaitan ke asar se bachen aur farishton ke farishton ka jo impulse hai, us ko aap avail kar saken.</w:t>
      </w:r>
    </w:p>
    <w:p>
      <w:pPr>
        <w:jc w:val="right"/>
      </w:pPr>
      <w:r>
        <w:t>بہت زیادہ اگر آپ اپنے بارے میں سوچیں گے، بہت زیادہ اپنا محاسبہ کریں گے، بہت زیادہ اپنا انٹروسپیکشن کریں گے اور ساتھ ساتھ بہت زیادہ دعا کریں گے، تب یہ ممکن ہوگا کہ آپ شیطان کے اثر سے بچیں اور فرشتوں کے فرشتوں کا جو امپلس ہے، اس کو آپ اویل کر سکیں۔</w:t>
      </w:r>
    </w:p>
    <w:p>
      <w:r>
        <w:rPr>
          <w:b/>
        </w:rPr>
        <w:t xml:space="preserve">[39:54] </w:t>
      </w:r>
      <w:r>
        <w:t>to yeh har cheez hai, yani zaati zindagi mein bhi hai, da'wah work mein bhi hai, social life mein bhi hai, har jagah yeh dono cheezen chalengi.</w:t>
      </w:r>
    </w:p>
    <w:p>
      <w:pPr>
        <w:jc w:val="right"/>
      </w:pPr>
      <w:r>
        <w:t>تو یہ ہر چیز ہے، یعنی ذاتی زندگی میں بھی ہے، داؤ ورک میں بھی ہے، سوشل لائف میں بھی ہے، ہر جگہ یہ دونوں چیزیں چلیں گی۔</w:t>
      </w:r>
    </w:p>
    <w:p>
      <w:r>
        <w:rPr>
          <w:b/>
        </w:rPr>
        <w:t xml:space="preserve">[40:05] </w:t>
      </w:r>
      <w:r>
        <w:t>da'wah work work mein bhi yahi baat hai ke maine dekha kai logon ko ke mamooli si koi baat pesh aati hai aur da'wah chhod dete hain. woh yani da'wah kab shuru karenge?</w:t>
      </w:r>
    </w:p>
    <w:p>
      <w:pPr>
        <w:jc w:val="right"/>
      </w:pPr>
      <w:r>
        <w:t>داؤ ورک ورک میں بھی یہی بات ہے کہ میں نے دیکھا کئی لوگوں کو کہ معمولی سی کوئی بات پیش آتی ہے اور دعوت چھوڑ دیتے ہیں۔ وہ یعنی دعوت کب شروع کریں گے؟</w:t>
      </w:r>
    </w:p>
    <w:p>
      <w:r>
        <w:rPr>
          <w:b/>
        </w:rPr>
        <w:t xml:space="preserve">[40:16] </w:t>
      </w:r>
      <w:r>
        <w:t>ek mamooli si koi baat pesh aayegi, us ko chhod denge. kyun?</w:t>
      </w:r>
    </w:p>
    <w:p>
      <w:pPr>
        <w:jc w:val="right"/>
      </w:pPr>
      <w:r>
        <w:t>ایک معمولی سی کوئی بات پیش آئے گی، اس کو چھوڑ دیں گے۔ کیوں؟</w:t>
      </w:r>
    </w:p>
    <w:p>
      <w:r>
        <w:rPr>
          <w:b/>
        </w:rPr>
        <w:t xml:space="preserve">[40:20] </w:t>
      </w:r>
      <w:r>
        <w:t>kyunke unhon ne yani wahan par shaitan, shaitan jo hai, us ke influence mein aa gaye woh. aur farishton ka jo tha mamla, woh to chunchke passive role tha, is liye woh us ko us ke pakad bhi nahi aa saka.</w:t>
      </w:r>
    </w:p>
    <w:p>
      <w:pPr>
        <w:jc w:val="right"/>
      </w:pPr>
      <w:r>
        <w:t>کیونکہ انہوں نے یعنی وہاں پر شیطان، شیطان جو ہے، اس کے انفلوئنس میں آ گئے وہ۔ اور فرشتوں کا جو تھا معاملہ، وہ تو چونکہ پیسو رول تھا، اس لیے وہ اس کو اس کے پکڑ بھی نہیں آ سکے۔</w:t>
      </w:r>
    </w:p>
    <w:p>
      <w:r>
        <w:rPr>
          <w:b/>
        </w:rPr>
        <w:t xml:space="preserve">[40:33] </w:t>
      </w:r>
      <w:r>
        <w:t>woh to ghar mein miyan biwi ke mamlaat hon ya society mein apne neighbor ke sath mamlaat hon, international life mein, hatta ke international life mein, har jagah yeh dono baaten</w:t>
      </w:r>
    </w:p>
    <w:p>
      <w:pPr>
        <w:jc w:val="right"/>
      </w:pPr>
      <w:r>
        <w:t>وہ تو گھر میں میاں بیوی کے معاملات ہوں یا سوسائٹی میں اپنے نیبر کے ساتھ معاملات ہوں، انٹرنیشنل لائف میں، حتیٰ کہ انٹرنیشنل لائف میں، ہر جگہ یہ دونوں باتیں</w:t>
      </w:r>
    </w:p>
    <w:p>
      <w:r>
        <w:rPr>
          <w:b/>
        </w:rPr>
        <w:t xml:space="preserve">[40:48] </w:t>
      </w:r>
      <w:r>
        <w:t>apply hoti hain. har jagah, kyunke har jagah insan hi to hai, chahe aap ka naam rakha hai society, nation, international taluqat, kuch bhi rakhen, lekin haqeeqat mein to insan hi hota hai.</w:t>
      </w:r>
    </w:p>
    <w:p>
      <w:pPr>
        <w:jc w:val="right"/>
      </w:pPr>
      <w:r>
        <w:t>اپلائی ہوتی ہیں۔ ہر جگہ، کیونکہ ہر جگہ انسان ہی تو ہے، چاہے آپ کا نام رکھا ہے سوسائٹی، نیشن، انٹرنیشنل تعلقات، کچھ بھی رکھیں، لیکن حقیقت میں تو انسان ہی ہوتا ہے۔</w:t>
      </w:r>
    </w:p>
    <w:p>
      <w:r>
        <w:rPr>
          <w:b/>
        </w:rPr>
        <w:t xml:space="preserve">[41:02] </w:t>
      </w:r>
      <w:r>
        <w:t>woh ghar mein bhi insan hai, society mein bhi insan hai, national life mein bhi insan hai, international taluqat mein bhi insan hai.</w:t>
      </w:r>
    </w:p>
    <w:p>
      <w:pPr>
        <w:jc w:val="right"/>
      </w:pPr>
      <w:r>
        <w:t>وہ گھر میں بھی انسان ہے، سوسائٹی میں بھی انسان ہے، نیشنل لائف میں بھی انسان ہے، انٹرنیشنل تعلقات میں بھی انسان ہے۔</w:t>
      </w:r>
    </w:p>
    <w:p>
      <w:r>
        <w:rPr>
          <w:b/>
        </w:rPr>
        <w:t xml:space="preserve">[41:12] </w:t>
      </w:r>
      <w:r>
        <w:t>to asal mein jo cheez hai, woh har jagah hai, woh insan hai aur insan har waqt inhi dono cheezon ke darmiyan hai. jis insan ko faisla lena hai, chahe woh political seat par ho ya society mein ho ya ghar mein ho, faisla to lena hai insan hi ko lena hai.</w:t>
      </w:r>
    </w:p>
    <w:p>
      <w:pPr>
        <w:jc w:val="right"/>
      </w:pPr>
      <w:r>
        <w:t>تو اصل میں جو چیز ہے، وہ ہر جگہ ہے، وہ انسان ہے اور انسان ہر وقت انہی دونوں چیزوں کے درمیان ہے۔ جس انسان کو فیصلہ لینا ہے، چاہے وہ پولیٹیکل سیٹ پر ہو یا سوسائٹی میں ہو یا گھر میں ہو، فیصلہ تو لینا ہے انسان ہی کو لینا ہے۔</w:t>
      </w:r>
    </w:p>
    <w:p>
      <w:r>
        <w:rPr>
          <w:b/>
        </w:rPr>
        <w:t xml:space="preserve">[41:33] </w:t>
      </w:r>
      <w:r>
        <w:t>aur woh insan har waqt ba'ik waqt do influence mein hai: shaitan ke aur aur farisht</w:t>
      </w:r>
    </w:p>
    <w:p>
      <w:pPr>
        <w:jc w:val="right"/>
      </w:pPr>
      <w:r>
        <w:t>اور وہ انسان ہر وقت بیک وقت دو انفلوئنس میں ہے: شیطان کے اور اور فرشت</w:t>
      </w:r>
    </w:p>
    <w:p>
      <w:r>
        <w:rPr>
          <w:b/>
        </w:rPr>
        <w:t xml:space="preserve">[41:42] </w:t>
      </w:r>
      <w:r>
        <w:t>on ke. ab jaise main aap ko aaj subah ka ek tajruba arz karun, main apni kursi par baitha hua tha, main ne pani mangwaya to pani la kar aise glass par rakh diya gaya kursi ke neeche.</w:t>
      </w:r>
    </w:p>
    <w:p>
      <w:pPr>
        <w:jc w:val="right"/>
      </w:pPr>
      <w:r>
        <w:t>وں کے۔ اب جیسے میں آپ کو آج صبح کا ایک تجربہ عرض کروں، میں اپنی کرسی پر بیٹھا ہوا تھا، میں نے پانی منگوایا تو پانی لا کر ایسے گلاس پر رکھ دیا گیا کرسی کے نیچے۔</w:t>
      </w:r>
    </w:p>
    <w:p>
      <w:r>
        <w:rPr>
          <w:b/>
        </w:rPr>
        <w:t xml:space="preserve">[41:57] </w:t>
      </w:r>
      <w:r>
        <w:t>to main ek chadar orhe hue tha, to jab main ne hath neeche kiya glass ko lene ke liye to chadar ke ek kona jo hai, glass se lag gaya aur glass gir</w:t>
      </w:r>
    </w:p>
    <w:p>
      <w:pPr>
        <w:jc w:val="right"/>
      </w:pPr>
      <w:r>
        <w:t>تو میں ایک چادر اوڑھے ہوئے تھا، تو جب میں نے ہاتھ نیچے کیا گلاس کو لینے کے لیے تو چادر کے ایک کونا جو ہے، گلاس سے لگ گیا اور گلاس گر</w:t>
      </w:r>
    </w:p>
    <w:p>
      <w:r>
        <w:rPr>
          <w:b/>
        </w:rPr>
        <w:t xml:space="preserve">[42:09] </w:t>
      </w:r>
      <w:r>
        <w:t>gaya. sara pani jo hai, farsh par gir gaya. ek chhota sa waqia yeh hai, main ne socha is ko le kar ke insan kitna ziyada helpless hai ke ek glass ko ya ek chadar ko main manage nahi kar sakta.</w:t>
      </w:r>
    </w:p>
    <w:p>
      <w:pPr>
        <w:jc w:val="right"/>
      </w:pPr>
      <w:r>
        <w:t>گیا۔ سارا پانی جو ہے، فرش پر گر گیا۔ ایک چھوٹا سا واقعہ یہ ہے، میں نے سوچا اس کو لے کر کہ انسان کتنا زیادہ ہیلپ لیس ہے کہ ایک گلاس کو یا ایک چادر کو میں مینج نہیں کر سکتا۔</w:t>
      </w:r>
    </w:p>
    <w:p>
      <w:r>
        <w:rPr>
          <w:b/>
        </w:rPr>
        <w:t xml:space="preserve">[42:30] </w:t>
      </w:r>
      <w:r>
        <w:t>aur jo creator hai, jo Khuda hai, woh kitna taqatwar hai ke itne yani countless stars hain, woh move kar rahe hain, un ko manage kar raha hai.</w:t>
      </w:r>
    </w:p>
    <w:p>
      <w:pPr>
        <w:jc w:val="right"/>
      </w:pPr>
      <w:r>
        <w:t>اور جو کریٹر ہے، جو خدا ہے، وہ کتنا طاقتور ہے کہ اتنے یعنی کاؤنٹ لیس سٹارز ہیں، وہ موو کر رہے ہیں، ان کو مینج کر رہا ہے۔</w:t>
      </w:r>
    </w:p>
    <w:p>
      <w:r>
        <w:rPr>
          <w:b/>
        </w:rPr>
        <w:t xml:space="preserve">[42:43] </w:t>
      </w:r>
      <w:r>
        <w:t>beshumar planets hain, woh move kar rahe hain, un ko manage kar raha hai. suraj aur chand move kar rahe hain, un ko manage kar raha hai. phir yeh zameen hai, yahan daryayen behti hain, yahan par hawayen chalti hain, yahan par oxygen ka nizam hai, yahan par khetiyan ugti hain, tez sari cheezen hain.</w:t>
      </w:r>
    </w:p>
    <w:p>
      <w:pPr>
        <w:jc w:val="right"/>
      </w:pPr>
      <w:r>
        <w:t>بے شمار پلینٹس ہیں، وہ موو کر رہے ہیں، ان کو مینج کر رہا ہے۔ سورج اور چاند موو کر رہے ہیں، ان کو مینج کر رہا ہے۔ پھر یہ زمین ہے، یہاں دریائیں بہتی ہیں، یہاں پر ہوائیں چلتی ہیں، یہاں پر اکسیجن کا نظام ہے، یہاں پر کھیتیاں اگتی ہیں، تیز ساری چیزیں ہیں۔</w:t>
      </w:r>
    </w:p>
    <w:p>
      <w:r>
        <w:rPr>
          <w:b/>
        </w:rPr>
        <w:t xml:space="preserve">[43:04] </w:t>
      </w:r>
      <w:r>
        <w:t>har cheez ko woh manage kar raha hai aur kahin bhi us ko yani helpless nahi hota. woh</w:t>
      </w:r>
    </w:p>
    <w:p>
      <w:pPr>
        <w:jc w:val="right"/>
      </w:pPr>
      <w:r>
        <w:t>ہر چیز کو وہ مینج کر رہا ہے اور کہیں بھی اس کو یعنی ہیلپ لیس نہیں ہوتا۔ وہ</w:t>
      </w:r>
    </w:p>
    <w:p>
      <w:r>
        <w:rPr>
          <w:b/>
        </w:rPr>
        <w:t xml:space="preserve">[43:12] </w:t>
      </w:r>
      <w:r>
        <w:t>har cheez perfect tareeqe se chal rahi hai. to yahan main ne is chhote se waqie mein apne helplessness ko discover kiya aur Khuda ke bare mein discover kiya ke woh all powerful hai.</w:t>
      </w:r>
    </w:p>
    <w:p>
      <w:pPr>
        <w:jc w:val="right"/>
      </w:pPr>
      <w:r>
        <w:t>ہر چیز پرفیکٹ طریقے سے چل رہی ہے۔ تو یہاں میں نے اس چھوٹے سے واقعے میں اپنے ہیلپ لیسنس کو ڈسکور کیا اور خدا کے بارے میں ڈسکور کیا کہ وہ ال پاور فل ہے۔</w:t>
      </w:r>
    </w:p>
    <w:p>
      <w:r>
        <w:rPr>
          <w:b/>
        </w:rPr>
        <w:t xml:space="preserve">[43:27] </w:t>
      </w:r>
      <w:r>
        <w:t>to yeh is tarah se kya hota hai ke aadmi apni honesty ko discover karta hai, woh criticized ho jata hai. jab tak aap aisa na hon, aap sachai par qaim nahi rakh sakte.</w:t>
      </w:r>
    </w:p>
    <w:p>
      <w:pPr>
        <w:jc w:val="right"/>
      </w:pPr>
      <w:r>
        <w:t>تو یہ اس طرح سے کیا ہوتا ہے کہ آدمی اپنی مانسٹی کو ڈسکور کرتا ہے، وہ کریٹیسائز ہو جاتا ہے۔ جب تک آپ ایسا نہ ہوں، آپ سچائی پر قائم نہیں رکھ سکتے۔</w:t>
      </w:r>
    </w:p>
    <w:p>
      <w:r>
        <w:rPr>
          <w:b/>
        </w:rPr>
        <w:t xml:space="preserve">[43:41] </w:t>
      </w:r>
      <w:r>
        <w:t>to yeh jo insan ko jo yani Allah taala ne paida kiya hai, to sahi rasta mustaqeem par qaim rakhne ke liye yeh sab cheezen bahut zaroori hain.</w:t>
      </w:r>
    </w:p>
    <w:p>
      <w:pPr>
        <w:jc w:val="right"/>
      </w:pPr>
      <w:r>
        <w:t>تو یہ جو انسان کو جو یعنی اللہ تعالی نے پیدا کیا ہے، تو صحیح راستہ مستقیم پر قائم رکھنے کے لیے یہ سب چیزیں بہت ضروری ہیں۔</w:t>
      </w:r>
    </w:p>
    <w:p>
      <w:r>
        <w:rPr>
          <w:b/>
        </w:rPr>
        <w:t xml:space="preserve">[43:53] </w:t>
      </w:r>
      <w:r>
        <w:t>har lamha aap ko apna introspection karna hai, har lamha aap ko apna muhasba karna hai, har lamha aap ko dua karna hai, har lamha aap ko Allah se contact banana hai.</w:t>
      </w:r>
    </w:p>
    <w:p>
      <w:pPr>
        <w:jc w:val="right"/>
      </w:pPr>
      <w:r>
        <w:t>ہر لمحہ آپ کو اپنا انٹروسپیکشن کرنا ہے، ہر لمحہ آپ کو اپنا محاسبہ کرنا ہے، ہر لمحہ آپ کو دعا کرنا ہے، ہر لمحہ آپ کو اللہ سے کنٹیکٹ بنانا ہے۔</w:t>
      </w:r>
    </w:p>
    <w:p>
      <w:r>
        <w:rPr>
          <w:b/>
        </w:rPr>
        <w:t xml:space="preserve">[44:08] </w:t>
      </w:r>
      <w:r>
        <w:t>tab aap apne ko bacha paenge, warna bacha nahi paenge. is liye shaitan ne yeh kaha tha Allah taala ko challenge dete hue ke main sare insanon ko behka doon ga, siwaye kuch logon ke.</w:t>
      </w:r>
    </w:p>
    <w:p>
      <w:pPr>
        <w:jc w:val="right"/>
      </w:pPr>
      <w:r>
        <w:t>تب آپ اپنے کو بچا پائیں گے، ورنہ بچا نہیں پائیں گے۔ اس لیے شیطان نے یہ کہا تھا اللہ تعالی کو چیلنج دیتے ہوئے کہ میں سارے انسانوں کو بہکا دوں گا، سوائے کچھ لوگوں کے۔</w:t>
      </w:r>
    </w:p>
    <w:p>
      <w:r>
        <w:rPr>
          <w:b/>
        </w:rPr>
        <w:t xml:space="preserve">[44:24] </w:t>
      </w:r>
      <w:r>
        <w:t>sare logon ko behka doon ga. ab is par ek cheez yeh samajh mein aati hai ke dekhiye ke shaitan ka case bhi kya hai, woh bhi misuse of freedom ka case hai.</w:t>
      </w:r>
    </w:p>
    <w:p>
      <w:pPr>
        <w:jc w:val="right"/>
      </w:pPr>
      <w:r>
        <w:t>سارے لوگوں کو بہکا دوں گا۔ اب اس پر ایک چیز یہ سمجھ میں آتی ہے کہ دیکھیے کہ شیطان کا کیس بھی کیا ہے، وہ بھی مس یو دا فریڈم کا کیس ہے۔</w:t>
      </w:r>
    </w:p>
    <w:p>
      <w:r>
        <w:rPr>
          <w:b/>
        </w:rPr>
        <w:t xml:space="preserve">[44:38] </w:t>
      </w:r>
      <w:r>
        <w:t>shaitan ka case bhi misuse of freedom ka case hai. yani shaitan ko Allah taala ne kaha ke jhuk jao Adam ke agay. woh nahi jhuka, sarkash ban gaya aur sath duniya ko behkane mein mashgool ho gaya.</w:t>
      </w:r>
    </w:p>
    <w:p>
      <w:pPr>
        <w:jc w:val="right"/>
      </w:pPr>
      <w:r>
        <w:t>شیطان کا کیس بھی مس یو دا فریڈم کا کیس ہے۔ یعنی شیطان کو اللہ تعالی نے کہا کہ جھک جاؤ آدم کے آگے۔ وہ نہیں جھکا، سرکش بن گیا اور ساتھ دنیا کو بہکانے میں مشغول ہو گیا۔</w:t>
      </w:r>
    </w:p>
    <w:p>
      <w:r>
        <w:rPr>
          <w:b/>
        </w:rPr>
        <w:t xml:space="preserve">[44:50] </w:t>
      </w:r>
      <w:r>
        <w:t>yeh kya hai? yeh misuse of freedom hai. yani Allah taala ne shaitan ko azadi di thi, azadi qayamat tak ke liye.</w:t>
      </w:r>
    </w:p>
    <w:p>
      <w:pPr>
        <w:jc w:val="right"/>
      </w:pPr>
      <w:r>
        <w:t>یہ کیا ہے؟ یہ مس یو دا فریڈم ہے۔ یعنی اللہ تعالی نے شیطان کو آزادی دی تھی، آزادی قیامت تک کے لیے۔</w:t>
      </w:r>
    </w:p>
    <w:p>
      <w:r>
        <w:rPr>
          <w:b/>
        </w:rPr>
        <w:t xml:space="preserve">[45:01] </w:t>
      </w:r>
      <w:r>
        <w:t>shaitan ko qayamat tak ke liye azadi hai, Quran mein yeh bataya gaya hai.</w:t>
      </w:r>
    </w:p>
    <w:p>
      <w:pPr>
        <w:jc w:val="right"/>
      </w:pPr>
      <w:r>
        <w:t>شیطان کو قیامت تک کے لیے آزادی ہے، قرآن میں یہ بتایا گیا ہے۔</w:t>
      </w:r>
    </w:p>
    <w:p>
      <w:r>
        <w:rPr>
          <w:b/>
        </w:rPr>
        <w:t xml:space="preserve">[45:07] </w:t>
      </w:r>
      <w:r>
        <w:t>is azaadi ko shaitan ne misuse kiya kiya aur barabar misuse kar raha hai. woh to maine, main soch raha tha is par to maine socha ke Allah taala ke samne is ne aisa kiya aur Allah taala ne is ko gawara kiya.</w:t>
      </w:r>
    </w:p>
    <w:p>
      <w:pPr>
        <w:jc w:val="right"/>
      </w:pPr>
      <w:r>
        <w:t>اس آزادی کو شیطان نے مس یوز کیا کیا اور برابر مس یوز کر رہا ہے۔ وہ تو میں نے، میں سوچ رہا تھا اس پر تو میں نے سوچا کہ اللہ تعالی کے سامنے اس نے ایسا کیا اور اللہ تعالی نے اس کو گوارا کیا۔</w:t>
      </w:r>
    </w:p>
    <w:p>
      <w:r>
        <w:rPr>
          <w:b/>
        </w:rPr>
        <w:t xml:space="preserve">[45:24] </w:t>
      </w:r>
      <w:r>
        <w:t>Allah taala ne yeh kaha ke main tum ko jala doon ga, tum ko fana kar doon ga. yani woh keh raha hai Allah ke samne, yani misuse the freedom ka Allah ke samne woh bol raha hai, boli.</w:t>
      </w:r>
    </w:p>
    <w:p>
      <w:pPr>
        <w:jc w:val="right"/>
      </w:pPr>
      <w:r>
        <w:t>اللہ تعالی نے یہ کہا کہ میں تم کو جلا دوں گا، تم کو فنا کر دوں گا۔ یعنی وہ کہہ رہا ہے اللہ کے سامنے، یعنی مس یو دا فریڈم کا اللہ کے سامنے وہ بول رہا ہے، بولی۔</w:t>
      </w:r>
    </w:p>
    <w:p>
      <w:r>
        <w:rPr>
          <w:b/>
        </w:rPr>
        <w:t xml:space="preserve">[45:37] </w:t>
      </w:r>
      <w:r>
        <w:t>Allah taala ne is ko khatam nahi kiya. ab barish ne kya azaadi ko? yani Allah ne na to shaitan ki azaadi ko abalish kiya, na is ko fana kiya.</w:t>
      </w:r>
    </w:p>
    <w:p>
      <w:pPr>
        <w:jc w:val="right"/>
      </w:pPr>
      <w:r>
        <w:t>اللہ تعالی نے اس کو ختم نہیں کیا۔ اب بارش نے کیا آزادی کو؟ یعنی اللہ نے نہ تو شیطان کی آزادی کو ابالش کیا، نہ اس کو فنا کیا۔</w:t>
      </w:r>
    </w:p>
    <w:p>
      <w:r>
        <w:rPr>
          <w:b/>
        </w:rPr>
        <w:t xml:space="preserve">[45:47] </w:t>
      </w:r>
      <w:r>
        <w:t>is ka matlab yeh hai ke Allah taala ka jo plan hai, is mein jo freedom di gayi hai, freedom kabhi bhi abalish nahi ki jaye gi.</w:t>
      </w:r>
    </w:p>
    <w:p>
      <w:pPr>
        <w:jc w:val="right"/>
      </w:pPr>
      <w:r>
        <w:t>اس کا معنی یہ ہے کہ اللہ تعالی کا جو پلان ہے، اس میں جو فریڈم دی گئی ہے، فریڈم کبھی بھی ابالش نہیں کی جائے گی۔</w:t>
      </w:r>
    </w:p>
    <w:p>
      <w:r>
        <w:rPr>
          <w:b/>
        </w:rPr>
        <w:t xml:space="preserve">[45:58] </w:t>
      </w:r>
      <w:r>
        <w:t>jab Allah ne apne samne is ko abalish nahi kiya to is ke baad jo surat-e-haal ab jis mein hum ab jee rahe hain, woh wahan kaise abalish kar di jaye gi?</w:t>
      </w:r>
    </w:p>
    <w:p>
      <w:pPr>
        <w:jc w:val="right"/>
      </w:pPr>
      <w:r>
        <w:t>جب اللہ نے اپنے سامنے اس کو ابالش نہیں کیا تو اس کے بعد جو صورتحال اب جس میں ہم اب جی رہے ہیں، وہ وہاں کیسے ابالش کر دی جائے گی؟</w:t>
      </w:r>
    </w:p>
    <w:p>
      <w:r>
        <w:rPr>
          <w:b/>
        </w:rPr>
        <w:t xml:space="preserve">[46:09] </w:t>
      </w:r>
      <w:r>
        <w:t>to yeh bohat hi sangin cheez hai ke aap azaadi ko misuse karein to Khuda aap ko chhoot di hui hai. aap azaadi, azaadi ko dekhiye, aap azaadi ko misuse karne ka nateeja tha ke insan ne ek paighambar ko qatl kar diya, Hazrat Yahya ko.</w:t>
      </w:r>
    </w:p>
    <w:p>
      <w:pPr>
        <w:jc w:val="right"/>
      </w:pPr>
      <w:r>
        <w:t>تو یہ بہت ہی سنگین چیز ہے کہ آپ آزادی کو مس یوز کریں تو خدا آپ کو چھوٹ دی ہوئی ہے۔ آپ آزادی، آزادی کو دیکھیے، آپ آزادی کو مس یوز کرنے کا نتیجہ تھا کہ انسان نے ایک پیغمبر کو قتل کر دیا، حضرت یحییٰ کو۔</w:t>
      </w:r>
    </w:p>
    <w:p>
      <w:r>
        <w:rPr>
          <w:b/>
        </w:rPr>
        <w:t xml:space="preserve">[46:26] </w:t>
      </w:r>
      <w:r>
        <w:t>insan ne Rasool Allah ke pathar maar kar daant tod diya, insan ne Hazrat Umar ko shaheed kar diya. yani beshumar waqiat ho rahe hain.</w:t>
      </w:r>
    </w:p>
    <w:p>
      <w:pPr>
        <w:jc w:val="right"/>
      </w:pPr>
      <w:r>
        <w:t>انسان نے رسول اللہ کے پتھر مار کر دانت توڑ دیا، انسان نے حضرت عمر کو شہید کر دیا۔ یعنی بے شمار واقعات ہو رہے ہیں۔</w:t>
      </w:r>
    </w:p>
    <w:p>
      <w:r>
        <w:rPr>
          <w:b/>
        </w:rPr>
        <w:t xml:space="preserve">[46:36] </w:t>
      </w:r>
      <w:r>
        <w:t>insan ne, yani Qabil ne, Habil ko qatl kar diya. yeh sab misuse the freedom ho raha hai aur Allah taala kisi ko pakadta nahi.</w:t>
      </w:r>
    </w:p>
    <w:p>
      <w:pPr>
        <w:jc w:val="right"/>
      </w:pPr>
      <w:r>
        <w:t>انسان نے، یعنی قابیل نے، ہابیل کو قتل کر دیا۔ یہ سب مس یو دا فریڈم ہو رہا ہے اور اللہ تعالی کسی کو پکڑتا نہیں۔</w:t>
      </w:r>
    </w:p>
    <w:p>
      <w:r>
        <w:rPr>
          <w:b/>
        </w:rPr>
        <w:t xml:space="preserve">[46:46] </w:t>
      </w:r>
      <w:r>
        <w:t>to shaitan aur Iblis aur Adam ka jo qissa hai Quran mein, is ka yeh bhi pehlu ek hai ke kya insan ko aur jinnaat ko jo di gayi hai azaadi,</w:t>
      </w:r>
    </w:p>
    <w:p>
      <w:pPr>
        <w:jc w:val="right"/>
      </w:pPr>
      <w:r>
        <w:t>تو شیطان اور ابلیس اور آدم کا جو قصہ ہے قرآن میں، اس کا یہ بھی پہلو ایک ہے کہ کیا انسان کو اور جنات کو جو دی گئی ہے آزادی،</w:t>
      </w:r>
    </w:p>
    <w:p>
      <w:r>
        <w:rPr>
          <w:b/>
        </w:rPr>
        <w:t xml:space="preserve">[46:59] </w:t>
      </w:r>
      <w:r>
        <w:t>woh kabhi bhi abalish nahi ki jaye gi? kuch bhi kare insan,</w:t>
      </w:r>
    </w:p>
    <w:p>
      <w:pPr>
        <w:jc w:val="right"/>
      </w:pPr>
      <w:r>
        <w:t>وہ کبھی بھی ابالش نہیں کی جائے گی؟ کچھ بھی کرے انسان،</w:t>
      </w:r>
    </w:p>
    <w:p>
      <w:r>
        <w:rPr>
          <w:b/>
        </w:rPr>
        <w:t xml:space="preserve">[47:04] </w:t>
      </w:r>
      <w:r>
        <w:t>is ko ab qayamat tak baqi rahe gi. to yeh kitni zyada serious baat hai, kitni serious baat hai ke humein khud soch kar ke apne aap ko, yani self control ki spirit lana hai, aap ke andar khud se apne ko control karna hai, khud se apne ko discipline banana hai.</w:t>
      </w:r>
    </w:p>
    <w:p>
      <w:pPr>
        <w:jc w:val="right"/>
      </w:pPr>
      <w:r>
        <w:t>اس کو اب قیامت تک باقی رہے گی۔ تو یہ کتنی زیادہ سیریس بات ہے، کتنی سیریس بات ہے کہ ہمیں خود سوچ کر کے اپنے آپ کو، یعنی سیلف کنٹرول کی سپرٹ لانا ہے، آپ کے اندر خود سے اپنے کو کنٹرول کرنا ہے، خود سے اپنے کو ڈسپلن بنانا ہے۔</w:t>
      </w:r>
    </w:p>
    <w:p>
      <w:r>
        <w:rPr>
          <w:b/>
        </w:rPr>
        <w:t xml:space="preserve">[47:26] </w:t>
      </w:r>
      <w:r>
        <w:t>aisa nahi hona ke ooper se aap ko impose kar diya jaye, aisa kabhi nahi hoga.</w:t>
      </w:r>
    </w:p>
    <w:p>
      <w:pPr>
        <w:jc w:val="right"/>
      </w:pPr>
      <w:r>
        <w:t>ایسا نہیں ہونا کہ اوپر سے آپ کو امپوز کر دیا جائے، ایسا کبھی نہیں ہوگا۔</w:t>
      </w:r>
    </w:p>
    <w:p>
      <w:r>
        <w:rPr>
          <w:b/>
        </w:rPr>
        <w:t xml:space="preserve">[47:33] </w:t>
      </w:r>
      <w:r>
        <w:t>to bohat hi serious baat hai, yeh bohat hi sochne wali baat hai. to insan ko har lamha apna is se bachne ka rasta kya hai?</w:t>
      </w:r>
    </w:p>
    <w:p>
      <w:pPr>
        <w:jc w:val="right"/>
      </w:pPr>
      <w:r>
        <w:t>تو بہت ہی سیریس بات ہے، یہ بہت ہی سوچنے والی بات ہے۔ تو انسان کو ہر لمحہ اپنا اس سے بچنے کا راستہ کیا ہے؟</w:t>
      </w:r>
    </w:p>
    <w:p>
      <w:r>
        <w:rPr>
          <w:b/>
        </w:rPr>
        <w:t xml:space="preserve">[47:43] </w:t>
      </w:r>
      <w:r>
        <w:t>bohat zyada introspection, bohat zyada muhasba, bohat zyada dua, bohat zyada sochna. jaise maine waqia bataya, glass wala, ek bilkul chhota sa waqia hai.</w:t>
      </w:r>
    </w:p>
    <w:p>
      <w:pPr>
        <w:jc w:val="right"/>
      </w:pPr>
      <w:r>
        <w:t>بہت زیادہ انٹروسپیکشن، بہت زیادہ محاسبہ، بہت زیادہ دعا، بہت زیادہ سوچنا۔ جیسے میں نے واقعہ بتایا، گلاس والا، ایک بالکل چھوٹا سا واقعہ ہے۔</w:t>
      </w:r>
    </w:p>
    <w:p>
      <w:r>
        <w:rPr>
          <w:b/>
        </w:rPr>
        <w:t xml:space="preserve">[47:55] </w:t>
      </w:r>
      <w:r>
        <w:t>aise waqiat har waqt logon ke sath pesh aate rehte hain. theek hai, sochta kaun hai? pani gir gaya to gir gaya, koi sochta nahi hai us waqt</w:t>
      </w:r>
    </w:p>
    <w:p>
      <w:pPr>
        <w:jc w:val="right"/>
      </w:pPr>
      <w:r>
        <w:t>ایسے واقعات ہر وقت لوگوں کے ساتھ پیش آتے رہتے ہیں۔ ٹھیک ہے، سوچتا کون ہے؟ پانی گر گیا تو گر گیا، کوئی سوچتا نہیں ہے اس وقت</w:t>
      </w:r>
    </w:p>
    <w:p>
      <w:r>
        <w:rPr>
          <w:b/>
        </w:rPr>
        <w:t xml:space="preserve">[48:05] </w:t>
      </w:r>
      <w:r>
        <w:t>ke gir gaya to gir gaya. main apne haan jo log aate hain to maine, woh aam taur par riwaj hai ke pani peeyenge to pani chhod denge.</w:t>
      </w:r>
    </w:p>
    <w:p>
      <w:pPr>
        <w:jc w:val="right"/>
      </w:pPr>
      <w:r>
        <w:t>کہ گر گیا تو گر گیا۔ میں اپنے ہاں جو لوگ آتے ہیں تو میں نے، وہ عام طور پر رواج ہے کہ پانی پیئیں گے تو پانی چھوڑ دیں گے۔</w:t>
      </w:r>
    </w:p>
    <w:p>
      <w:r>
        <w:rPr>
          <w:b/>
        </w:rPr>
        <w:t xml:space="preserve">[48:16] </w:t>
      </w:r>
      <w:r>
        <w:t>to main bohat sakht, maine logon ki hectoring ki. maine kaha, ek pani ka ek qatra bhi aap ka paida kar sakte hain, paida kar ke dikhaiye.</w:t>
      </w:r>
    </w:p>
    <w:p>
      <w:pPr>
        <w:jc w:val="right"/>
      </w:pPr>
      <w:r>
        <w:t>تو میں بہت سخت، میں نے لوگوں کی ہیمبرنگ کی۔ میں نے کہا، ایک پانی کا ایک قطرہ بھی آپ کا پیدا کر سکتے ہیں، پیدا کر کے دکھائیے۔</w:t>
      </w:r>
    </w:p>
    <w:p>
      <w:r>
        <w:rPr>
          <w:b/>
        </w:rPr>
        <w:t xml:space="preserve">[48:25] </w:t>
      </w:r>
      <w:r>
        <w:t>itni qeemti cheez hai ke saare insan mil kar bhi pani ka ek boond paida nahi kar sakt</w:t>
      </w:r>
    </w:p>
    <w:p>
      <w:pPr>
        <w:jc w:val="right"/>
      </w:pPr>
      <w:r>
        <w:t>اتنی قیمتی چیز ہے کہ سارے انسان مل کر بھی پانی کا ایک بوتھ پیدا نہیں کر سکت</w:t>
      </w:r>
    </w:p>
    <w:p>
      <w:r>
        <w:rPr>
          <w:b/>
        </w:rPr>
        <w:t xml:space="preserve">[48:33] </w:t>
      </w:r>
      <w:r>
        <w:t>e. jab aap paida nahi kar sakte to aap ko kya haq hai ke aap ise waste karein? jab aap paida nahi karte to waste karne ka haq hai aap ka.</w:t>
      </w:r>
    </w:p>
    <w:p>
      <w:pPr>
        <w:jc w:val="right"/>
      </w:pPr>
      <w:r>
        <w:t>ے۔ جب آپ پیدا نہیں کر سکتے تو آپ کو کیا حق ہے کہ آپ اسے ویسٹ کریں؟ جب آپ پیدا نہیں کرتے تو ویسٹ کرنے کا حق ہے آپ کا۔</w:t>
      </w:r>
    </w:p>
    <w:p>
      <w:r>
        <w:rPr>
          <w:b/>
        </w:rPr>
        <w:t xml:space="preserve">[48:43] </w:t>
      </w:r>
      <w:r>
        <w:t>ab aaj subah dekhiye, main utha aur mujhe nahana tha, bathroom jana tha. to aaj subah kya hua ke light nahi thi hamare haan.</w:t>
      </w:r>
    </w:p>
    <w:p>
      <w:pPr>
        <w:jc w:val="right"/>
      </w:pPr>
      <w:r>
        <w:t>اب آج صبح دیکھیے، میں اٹھا اور مجھے نہانا تھا، باتھ روم جانا تھا۔ تو آج صبح کیا ہوا کہ لائٹ نہیں تھی ہمارے ہاں۔</w:t>
      </w:r>
    </w:p>
    <w:p>
      <w:r>
        <w:rPr>
          <w:b/>
        </w:rPr>
        <w:t xml:space="preserve">[48:54] </w:t>
      </w:r>
      <w:r>
        <w:t>to light nahi hai to pani nahi hai. har cheez jo hai, darham barham. ab main socha ke main kya karoon ga?</w:t>
      </w:r>
    </w:p>
    <w:p>
      <w:pPr>
        <w:jc w:val="right"/>
      </w:pPr>
      <w:r>
        <w:t>تو لائٹ نہیں ہے تو پانی نہیں ہے۔ ہر چیز جو ہے، درہم برہم۔ اب میں سوچا کہ میں کیا کروں گا؟</w:t>
      </w:r>
    </w:p>
    <w:p>
      <w:r>
        <w:rPr>
          <w:b/>
        </w:rPr>
        <w:t xml:space="preserve">[49:02] </w:t>
      </w:r>
      <w:r>
        <w:t>bathroom kaise jaon ga? kaise nahaoon ga? yani sara masla hi laga mujhe ke sab darham barham hai. phir light aa gayi to itna shukr maine kiya ke Khudae kaisa ajeeb tera nizam hai.</w:t>
      </w:r>
    </w:p>
    <w:p>
      <w:pPr>
        <w:jc w:val="right"/>
      </w:pPr>
      <w:r>
        <w:t>باتھ روم کیسے جاؤں گا؟ کیسے نہاؤں گا؟ یعنی سارا مسئلہ ہی لگا مجھے کہ سب درہم برہم ہے۔ پھر لائٹ آ گئی تو اتنا شکر میں نے کیا کہ خدائے کیسا عجیب تیرا نظام ہے۔</w:t>
      </w:r>
    </w:p>
    <w:p>
      <w:r>
        <w:rPr>
          <w:b/>
        </w:rPr>
        <w:t xml:space="preserve">[49:19] </w:t>
      </w:r>
      <w:r>
        <w:t>tune light bhej di, pani bhej diya. ab main sari zarooriyat poori kar sakta hoon.</w:t>
      </w:r>
    </w:p>
    <w:p>
      <w:pPr>
        <w:jc w:val="right"/>
      </w:pPr>
      <w:r>
        <w:t>تو نے لائٹ بھیج دی، پانی بھیج دیا۔ اب میں ساری ضرورتیں پوری کر سکتا ہوں۔</w:t>
      </w:r>
    </w:p>
    <w:p>
      <w:r>
        <w:rPr>
          <w:b/>
        </w:rPr>
        <w:t xml:space="preserve">[49:25] </w:t>
      </w:r>
      <w:r>
        <w:t>phir main nah kar ke aur zarooriyat se farigh ho kar aaya to bahar suraj nikal raha tha. woh bohat acha dhoop mein baith gaya to us ko soch soch kar ke bhai Allah ke shukr mein bilkul,</w:t>
      </w:r>
    </w:p>
    <w:p>
      <w:pPr>
        <w:jc w:val="right"/>
      </w:pPr>
      <w:r>
        <w:t>پھر میں نہا کر کے اور ضروریات سے فارغ ہو کر آیا تو باہر سورج نکل رہا تھا۔ وہ بہت اچھا دھوپ میں بیٹھ گیا تو اس کو سوچ سوچ کر کہ بھئی اللہ کے شکر میں بالکل،</w:t>
      </w:r>
    </w:p>
    <w:p>
      <w:r>
        <w:rPr>
          <w:b/>
        </w:rPr>
        <w:t xml:space="preserve">[49:40] </w:t>
      </w:r>
      <w:r>
        <w:t>yani chuki samandar mein doob gaya. is tarah se sochna padega ke ek choti si baat, agar choti si baat jo har waqt pesh aati hai, us ko le kar aap nahi sochenge</w:t>
      </w:r>
    </w:p>
    <w:p>
      <w:pPr>
        <w:jc w:val="right"/>
      </w:pPr>
      <w:r>
        <w:t>یعنی چونکہ سمندر میں ڈوب گیا۔ اس طرح سے سوچنا پڑے گا کہ ایک چھوٹی سی بات، اگر چھوٹی سی بات جو ہر وقت پیش آتی ہے، اس کو لے کر آپ نہیں سوچیں گے</w:t>
      </w:r>
    </w:p>
    <w:p>
      <w:r>
        <w:rPr>
          <w:b/>
        </w:rPr>
        <w:t xml:space="preserve">[49:55] </w:t>
      </w:r>
      <w:r>
        <w:t>to bari baat kya? to woh to qayamat mein hogi. agar aap yeh intezar karein ke bohat bara waqia hoga to aap sochenge to woh to usi waqt hoga jab ke israfeel apna sur phoonk dein ge.</w:t>
      </w:r>
    </w:p>
    <w:p>
      <w:pPr>
        <w:jc w:val="right"/>
      </w:pPr>
      <w:r>
        <w:t>تو بڑی بات کیا؟ تو وہ تو قیامت میں ہوگی۔ اگر آپ یہ انتظار کریں کہ بہت بڑا واقعہ ہوگا تو آپ سوچیں گے تو وہ تو اسی وقت ہوگا جب کہ اسرافیل اپنا سور پھونک دیں گے۔</w:t>
      </w:r>
    </w:p>
    <w:p>
      <w:r>
        <w:rPr>
          <w:b/>
        </w:rPr>
        <w:t xml:space="preserve">[50:08] </w:t>
      </w:r>
      <w:r>
        <w:t>humein chhote chhote waqiat se sabak lena hai, bare waqiat ka intezar nahi karna hai. koi zalzala aa jaye, koi israfeel sur phoonk dein, koi tsunami aa jaye to hum sochenge.</w:t>
      </w:r>
    </w:p>
    <w:p>
      <w:pPr>
        <w:jc w:val="right"/>
      </w:pPr>
      <w:r>
        <w:t>ہمیں چھوٹے چھوٹے واقعات سے سبق لینا ہے، بڑے واقعات کا انتظار نہیں کرنا ہے۔ کوئی زلزلہ آ جائے، کوئی اسرافیل سور پھونک دیں، کوئی سونامی آ جائے تو ہم سوچیں گے۔</w:t>
      </w:r>
    </w:p>
    <w:p>
      <w:r>
        <w:rPr>
          <w:b/>
        </w:rPr>
        <w:t xml:space="preserve">[50:22] </w:t>
      </w:r>
      <w:r>
        <w:t>to phir to islaah hone wali nahi hai.</w:t>
      </w:r>
    </w:p>
    <w:p>
      <w:pPr>
        <w:jc w:val="right"/>
      </w:pPr>
      <w:r>
        <w:t>تو پھر تو اصلاح ہونے والی نہیں ہے۔</w:t>
      </w:r>
    </w:p>
    <w:p>
      <w:r>
        <w:rPr>
          <w:b/>
        </w:rPr>
        <w:t xml:space="preserve">[50:26] </w:t>
      </w:r>
      <w:r>
        <w:t>dekhiye, yeh bohat hi zaroori hai ke chhote chhote waqiat par soche aadmi. chhote chhote waqiat par soche aadmi kyunke bara waqiat kabhi kabhi pesh aata hai aur chhota waqt har waqt pesh aata hai.</w:t>
      </w:r>
    </w:p>
    <w:p>
      <w:pPr>
        <w:jc w:val="right"/>
      </w:pPr>
      <w:r>
        <w:t>دیکھیے، یہ بہت ہی ضروری ہے کہ چھوٹے چھوٹے واقعات پر سوچے آدمی۔ چھوٹے چھوٹے واقعات پر سوچے آدمی کیونکہ بڑا واقعات کبھی کبھی پیش آتا ہے اور چھوٹا وقت ہر وقت پیش آتا ہے۔</w:t>
      </w:r>
    </w:p>
    <w:p>
      <w:r>
        <w:rPr>
          <w:b/>
        </w:rPr>
        <w:t xml:space="preserve">[50:40] </w:t>
      </w:r>
      <w:r>
        <w:t>yeh bohat hi zyada sochne ki baat hai. bohat hi bhonchal jaisa waqia koi woh to zindagi mein kabhi kabhi pesh aata hai lekin chhote waqiat har waqt pesh aate hain, har waqt pesh aate hain.</w:t>
      </w:r>
    </w:p>
    <w:p>
      <w:pPr>
        <w:jc w:val="right"/>
      </w:pPr>
      <w:r>
        <w:t>یہ بہت ہی زیادہ سوچنے کی بات ہے۔ بہت ہی بھونچال جیسا واقعہ کوئی وہ تو زندگی میں کبھی کبھی پیش آتا ہے لیکن چھوٹے واقعات ہر وقت پیش آتے ہیں، ہر وقت پیش آتے ہیں۔</w:t>
      </w:r>
    </w:p>
    <w:p>
      <w:r>
        <w:rPr>
          <w:b/>
        </w:rPr>
        <w:t xml:space="preserve">[50:56] </w:t>
      </w:r>
      <w:r>
        <w:t>jaise mera nakhun jo hai, yeh beech ki jo ungli hai, is ka nakhun aksar phat jata hai. ab phat jata hai to zara sa wuh ke lage to aur barh jayega, ek masla paida ho jayega.</w:t>
      </w:r>
    </w:p>
    <w:p>
      <w:pPr>
        <w:jc w:val="right"/>
      </w:pPr>
      <w:r>
        <w:t>جیسے میرا ناخن جو ہے، یہ بیچ کی جو انگلی ہے، اس کا ناخن اکثر پھٹ جاتا ہے۔ اب پھٹ جاتا ہے تو ذرا سا وکے لگے تو اور بڑھ جائے گا، ایک مسئلہ پیدا ہو جائے گا۔</w:t>
      </w:r>
    </w:p>
    <w:p>
      <w:r>
        <w:rPr>
          <w:b/>
        </w:rPr>
        <w:t xml:space="preserve">[51:07] </w:t>
      </w:r>
      <w:r>
        <w:t>to is ko maine aapas mein kaha, aap ne nakhun is ko neel karne se kaat diya. ab ek chhota sa waqia lekin is ko bhi maine sochne laga ke naujawani ki umar mein neel cutter nahi hua karta tha.</w:t>
      </w:r>
    </w:p>
    <w:p>
      <w:pPr>
        <w:jc w:val="right"/>
      </w:pPr>
      <w:r>
        <w:t>تو اس کو میں نے آپس میں کہا، آپ نے ناخن اس کو نیل کرنے سے کاٹ دیا۔ اب ایک چھوٹا سا واقعہ لیکن اس کو بھی میں نے سوچنے لگا کہ نوجوانی کی عمر میں نیل کٹر نہیں ہوا کرتا تھا۔</w:t>
      </w:r>
    </w:p>
    <w:p>
      <w:r>
        <w:rPr>
          <w:b/>
        </w:rPr>
        <w:t xml:space="preserve">[51:21] </w:t>
      </w:r>
      <w:r>
        <w:t>jab mein chhota tha tab neel cutter nahi hua karta tha</w:t>
      </w:r>
    </w:p>
    <w:p>
      <w:pPr>
        <w:jc w:val="right"/>
      </w:pPr>
      <w:r>
        <w:t>جب میں چھوٹا تھا تب نیل کٹر نہیں ہوا کرتا تھا</w:t>
      </w:r>
    </w:p>
    <w:p>
      <w:r>
        <w:rPr>
          <w:b/>
        </w:rPr>
        <w:t xml:space="preserve">[51:25] </w:t>
      </w:r>
      <w:r>
        <w:t>to bara mushkil tha nakhun ko kaatna. ek musibat hua karti thi nakhun ko kaatne ke liye. ab neel cutter kisi ke sath kat jata hai.</w:t>
      </w:r>
    </w:p>
    <w:p>
      <w:pPr>
        <w:jc w:val="right"/>
      </w:pPr>
      <w:r>
        <w:t>تو بڑا مشکل تھا ناخن کو کاٹنا۔ ایک مصیبت ہوا کرتی تھی ناخن کو کاٹنے کے لیے۔ اب نیل کٹر کسی کے ساتھ کٹ جاتا ہے۔</w:t>
      </w:r>
    </w:p>
    <w:p>
      <w:r>
        <w:rPr>
          <w:b/>
        </w:rPr>
        <w:t xml:space="preserve">[51:34] </w:t>
      </w:r>
      <w:r>
        <w:t>ab is ko le kar main sochne laga ke Khuda ki nematoun ko to dekhein, Khuda ki ek nematain woh hain jo jo natural tor par aap ko mil</w:t>
      </w:r>
    </w:p>
    <w:p>
      <w:pPr>
        <w:jc w:val="right"/>
      </w:pPr>
      <w:r>
        <w:t>اب اس کو لے کر میں سوچنے لگا کہ خدا کی نعمتوں کو تو دیکھیں، خدا کی ایک نعمتیں وہ ہیں جو جو نیچرل طور پر آپ کو مل</w:t>
      </w:r>
    </w:p>
    <w:p>
      <w:r>
        <w:rPr>
          <w:b/>
        </w:rPr>
        <w:t xml:space="preserve">[51:44] </w:t>
      </w:r>
      <w:r>
        <w:t>rahi hain, jaise suraj, chand, hawaein, oxygen, zameen se gala ugna. ek hai technological blessing jo hai, woh bhi isi mein shamil hai.</w:t>
      </w:r>
    </w:p>
    <w:p>
      <w:pPr>
        <w:jc w:val="right"/>
      </w:pPr>
      <w:r>
        <w:t>رہی ہیں، جیسے سورج، چاند، ہوائیں، اکسیجن، زمین سے گلا اگنا۔ ایک ہے ٹیکنالوجیکل بلیسنگ جو ہے، وہ بھی اسی میں شامل ہے۔</w:t>
      </w:r>
    </w:p>
    <w:p>
      <w:r>
        <w:rPr>
          <w:b/>
        </w:rPr>
        <w:t xml:space="preserve">[51:57] </w:t>
      </w:r>
      <w:r>
        <w:t>yaani ek hai direct blessing aap ko jo nature ke zariye mil rahi hai, doosri indirect blessing jis ko main kahunga technological, technological blessing.</w:t>
      </w:r>
    </w:p>
    <w:p>
      <w:pPr>
        <w:jc w:val="right"/>
      </w:pPr>
      <w:r>
        <w:t>یعنی ایک ہے ڈائریکٹ بلیسنگ آپ کو جو نیچر کے ذریعے مل رہی ہے، دوسری ان ڈائریکٹ بلیسنگ جس کو میں کہوں گا ٹیکنالوجیکل، ٹیکنالوجیکل بلیسنگ۔</w:t>
      </w:r>
    </w:p>
    <w:p>
      <w:r>
        <w:rPr>
          <w:b/>
        </w:rPr>
        <w:t xml:space="preserve">[52:07] </w:t>
      </w:r>
      <w:r>
        <w:t>to dono ko le kar aap ko har waqt sochte rehna hai, tab shukr ka jazba aayega,</w:t>
      </w:r>
    </w:p>
    <w:p>
      <w:pPr>
        <w:jc w:val="right"/>
      </w:pPr>
      <w:r>
        <w:t>تو دونوں کو لے کر آپ کو ہر وقت سوچتے رہنا ہے، تب شکر کا جذبہ آئے گا،</w:t>
      </w:r>
    </w:p>
    <w:p>
      <w:r>
        <w:rPr>
          <w:b/>
        </w:rPr>
        <w:t xml:space="preserve">[52:14] </w:t>
      </w:r>
      <w:r>
        <w:t>tab aap ke andar woh check paida hoga ke aap iblis se bachein aur farishte, farishton se aap ko qurbat hasil ho.</w:t>
      </w:r>
    </w:p>
    <w:p>
      <w:pPr>
        <w:jc w:val="right"/>
      </w:pPr>
      <w:r>
        <w:t>تب آپ کے اندر وہ چیک پیدا ہوگا کہ آپ ابلیس سے بچیں اور فرشتے، فرشتوں سے آپ کو قربت حاصل ہو۔</w:t>
      </w:r>
    </w:p>
    <w:p>
      <w:r>
        <w:rPr>
          <w:b/>
        </w:rPr>
        <w:t xml:space="preserve">[52:26] </w:t>
      </w:r>
      <w:r>
        <w:t>to warna kuch nahi hoga. to sab kuch depend karta hai ke aap har waqt alert rahein, har waqt sochein, har waqt apna muhasba karte rahein.</w:t>
      </w:r>
    </w:p>
    <w:p>
      <w:pPr>
        <w:jc w:val="right"/>
      </w:pPr>
      <w:r>
        <w:t>تو ورنہ کچھ نہیں ہوگا۔ تو سب کچھ ڈیپینڈ کرتا ہے کہ آپ ہر وقت الرٹ رہیں، ہر وقت سوچیں، ہر وقت اپنا محاسبہ کرتے رہیں۔</w:t>
      </w:r>
    </w:p>
    <w:p>
      <w:r>
        <w:rPr>
          <w:b/>
        </w:rPr>
        <w:t xml:space="preserve">[52:38] </w:t>
      </w:r>
      <w:r>
        <w:t>jo Quran o Hadees mein jo muhasbe ki baat kahi gayi hai, woh yahi cheez hai.</w:t>
      </w:r>
    </w:p>
    <w:p>
      <w:pPr>
        <w:jc w:val="right"/>
      </w:pPr>
      <w:r>
        <w:t>جو قرآن و حدیث میں جو محاسبے کی بات کہی گئی ہے، وہ یہی چیز ہے۔</w:t>
      </w:r>
    </w:p>
    <w:p>
      <w:r>
        <w:rPr>
          <w:b/>
        </w:rPr>
        <w:t xml:space="preserve">[52:44] </w:t>
      </w:r>
      <w:r>
        <w:t>muhasba ka matlab wahi hai jo is ko hum kehte hain introspection, yaani sochna, anti self thinking. main kahunga is ko aas paas ke jo waqiat hote hain, is ko sochna.</w:t>
      </w:r>
    </w:p>
    <w:p>
      <w:pPr>
        <w:jc w:val="right"/>
      </w:pPr>
      <w:r>
        <w:t>محاسبہ کا معنی وہی ہے جو اس کو ہم کہتے ہیں انٹروسپیکشن، یعنی سوچنا، اینٹی سیلف تھنکنگ۔ میں کہوں گا اس کو اس پاس کے جو واقعات ہوتے ہیں، اس کو سوچنا۔</w:t>
      </w:r>
    </w:p>
    <w:p>
      <w:r>
        <w:rPr>
          <w:b/>
        </w:rPr>
        <w:t xml:space="preserve">[52:57] </w:t>
      </w:r>
      <w:r>
        <w:t>is se is mein jo item hai, shukr ke, khauf Khuda ke, ajz ke, tawazu ke, modesty ke, is mein jo content hai, dekhein har waqie mein kuch content hota hai.</w:t>
      </w:r>
    </w:p>
    <w:p>
      <w:pPr>
        <w:jc w:val="right"/>
      </w:pPr>
      <w:r>
        <w:t>اس سے اس میں جو آئٹم ہے، شکر کے، خوف خدا کے، عجز کے، تواضع کے، ماڈیسٹی کے، اس میں جو کنٹینٹ ہے، دیکھیں ہر واقعے میں کچھ کنٹینٹ ہوتا ہے۔</w:t>
      </w:r>
    </w:p>
    <w:p>
      <w:r>
        <w:rPr>
          <w:b/>
        </w:rPr>
        <w:t xml:space="preserve">[53:08] </w:t>
      </w:r>
      <w:r>
        <w:t>is type ka</w:t>
      </w:r>
    </w:p>
    <w:p>
      <w:pPr>
        <w:jc w:val="right"/>
      </w:pPr>
      <w:r>
        <w:t>اس ٹائپ کا</w:t>
      </w:r>
    </w:p>
    <w:p>
      <w:r>
        <w:rPr>
          <w:b/>
        </w:rPr>
        <w:t xml:space="preserve">[53:10] </w:t>
      </w:r>
      <w:r>
        <w:t>jo bhi waqiat aap par pesh aate hain to ek to zahiri taur par woh jo hai, is ka zahir lekin is ka jo content hai, is ke content mein chhipi hui hui hain sari cheezein.</w:t>
      </w:r>
    </w:p>
    <w:p>
      <w:pPr>
        <w:jc w:val="right"/>
      </w:pPr>
      <w:r>
        <w:t>جو بھی واقعات آپ پر پیش آتے ہیں تو ایک تو ظاہری طور پر وہ جو ہے، اس کا ظاہر لیکن اس کا جو کنٹینٹ ہے، اس کے کنٹینٹ میں چھپی ہوئی ہوئی ہیں ساری چیزیں۔</w:t>
      </w:r>
    </w:p>
    <w:p>
      <w:r>
        <w:rPr>
          <w:b/>
        </w:rPr>
        <w:t xml:space="preserve">[53:23] </w:t>
      </w:r>
      <w:r>
        <w:t>yaani tawazu, modesty, shukr, khauf Khuda, mohabbat Khuda, akhirat ka fikr, yeh sab is ke content mein chupa hua hai.</w:t>
      </w:r>
    </w:p>
    <w:p>
      <w:pPr>
        <w:jc w:val="right"/>
      </w:pPr>
      <w:r>
        <w:t>یعنی تواضع، ماڈیسٹی، شکر، خوف خدا، محبت خدا، آخرت کا فکر، یہ سب اس کے کنٹینٹ میں چھپا ہوا ہے۔</w:t>
      </w:r>
    </w:p>
    <w:p>
      <w:r>
        <w:rPr>
          <w:b/>
        </w:rPr>
        <w:t xml:space="preserve">[53:36] </w:t>
      </w:r>
      <w:r>
        <w:t>to jab aap sochenge to aap is content ko daryaft karenge.</w:t>
      </w:r>
    </w:p>
    <w:p>
      <w:pPr>
        <w:jc w:val="right"/>
      </w:pPr>
      <w:r>
        <w:t>تو جب آپ سوچیں گے تو آپ اس کنٹینٹ کو دریافت کریں گے۔</w:t>
      </w:r>
    </w:p>
    <w:p>
      <w:r>
        <w:rPr>
          <w:b/>
        </w:rPr>
        <w:t xml:space="preserve">[53:40] </w:t>
      </w:r>
      <w:r>
        <w:t>is tarah se aap ka development hoga, spiritual development, ek aur woh, aur woh intellectual development, personal development, yeh sab kuch ka zariya jo hai, sochna.</w:t>
      </w:r>
    </w:p>
    <w:p>
      <w:pPr>
        <w:jc w:val="right"/>
      </w:pPr>
      <w:r>
        <w:t>اس طرح سے آپ کا ڈیولپمنٹ ہوگا، اسپریچول ڈیولپمنٹ، ایک اور وہ، اور وہ انٹلیکچول ڈیولپمنٹ، پرسنل ڈیولپمنٹ، یہ سب کچھ کا ذریعہ جو ہے، سوچنا۔</w:t>
      </w:r>
    </w:p>
    <w:p>
      <w:r>
        <w:rPr>
          <w:b/>
        </w:rPr>
        <w:t xml:space="preserve">[53:57] </w:t>
      </w:r>
      <w:r>
        <w:t>jitna sochenge, utna hi development hoga.</w:t>
      </w:r>
    </w:p>
    <w:p>
      <w:pPr>
        <w:jc w:val="right"/>
      </w:pPr>
      <w:r>
        <w:t>جتنا سوچیں گے، اتنا ہی ڈیولپمنٹ ہوگا۔</w:t>
      </w:r>
    </w:p>
    <w:p>
      <w:r>
        <w:rPr>
          <w:b/>
        </w:rPr>
        <w:t xml:space="preserve">[54:03] </w:t>
      </w:r>
      <w:r>
        <w:t>to dekhiye, koi bhi insan is se bacha hua nahi hai ke shaitan is ko behka de.</w:t>
      </w:r>
    </w:p>
    <w:p>
      <w:pPr>
        <w:jc w:val="right"/>
      </w:pPr>
      <w:r>
        <w:t>تو دیکھیے، کوئی بھی انسان اس سے بچا ہوا نہیں ہے کہ شیطان اس کو بہکا دے۔</w:t>
      </w:r>
    </w:p>
    <w:p>
      <w:r>
        <w:rPr>
          <w:b/>
        </w:rPr>
        <w:t xml:space="preserve">[54:10] </w:t>
      </w:r>
      <w:r>
        <w:t>koi bhi insan nahi hai. yani peghambar ke sath bhi shaitan laga rehta hai. jab peghambar aata hai to uska shaitan bhi lag jata hai uske sath sath.</w:t>
      </w:r>
    </w:p>
    <w:p>
      <w:pPr>
        <w:jc w:val="right"/>
      </w:pPr>
      <w:r>
        <w:t>کوئی بھی انسان نہیں ہے۔ یعنی پیغمبر کے ساتھ بھی شیطان لگا رہتا ہے۔ جب پیغمبر آتا ہے تو اس کا شیطان بھی لگ جاتا ہے اس کے ساتھ ساتھ۔</w:t>
      </w:r>
    </w:p>
    <w:p>
      <w:r>
        <w:rPr>
          <w:b/>
        </w:rPr>
        <w:t xml:space="preserve">[54:20] </w:t>
      </w:r>
      <w:r>
        <w:t>to koi bhi mard ya aurat, koi bhi aisa nahi hai jisko jo bacha hua ho shaitan ke influence se.</w:t>
      </w:r>
    </w:p>
    <w:p>
      <w:pPr>
        <w:jc w:val="right"/>
      </w:pPr>
      <w:r>
        <w:t>تو کوئی بھی مرد یا عورت، کوئی بھی ایسا نہیں ہے جس کو جو بچا ہوا ہو شیطان کے انفلوئنس سے۔</w:t>
      </w:r>
    </w:p>
    <w:p>
      <w:r>
        <w:rPr>
          <w:b/>
        </w:rPr>
        <w:t xml:space="preserve">[54:29] </w:t>
      </w:r>
      <w:r>
        <w:t>har waqt shaitan uske sath laga hua hai. lekin sath sath Allah taala ne farishte bhi muqarrar kar diye hain.</w:t>
      </w:r>
    </w:p>
    <w:p>
      <w:pPr>
        <w:jc w:val="right"/>
      </w:pPr>
      <w:r>
        <w:t>ہر وقت شیطان اس کے ساتھ لگا ہوا ہے۔ لیکن ساتھ ساتھ اللہ تعالی نے فرشتے بھی مقرر کر دیے ہیں۔</w:t>
      </w:r>
    </w:p>
    <w:p>
      <w:r>
        <w:rPr>
          <w:b/>
        </w:rPr>
        <w:t xml:space="preserve">[54:39] </w:t>
      </w:r>
      <w:r>
        <w:t>aisa nahi ke aadmi ko helpless chhod diya. lekin jaisa ke maine arz kiya, ek farq hai dono mein. yani farishton ki help tab milegi jab jab help chahein unse.</w:t>
      </w:r>
    </w:p>
    <w:p>
      <w:pPr>
        <w:jc w:val="right"/>
      </w:pPr>
      <w:r>
        <w:t>ایسا نہیں کہ آدمی کو ہیلپ لیس چھوڑ دیا۔ لیکن جیسا کہ میں نے عرض کیا، ایک فرق ہے دونوں میں۔ یعنی فرشتوں کی ہیلپ تب ملے گی جب جب ہیلپ چاہیں ان سے۔</w:t>
      </w:r>
    </w:p>
    <w:p>
      <w:r>
        <w:rPr>
          <w:b/>
        </w:rPr>
        <w:t xml:space="preserve">[54:54] </w:t>
      </w:r>
      <w:r>
        <w:t>farishton ki help tab milegi jab use help chahein. lekin shaitan to apne aap hi kooda hua hai. shaitan apne aap hi aap ko chahta hai ke woh aap ko behkaye.</w:t>
      </w:r>
    </w:p>
    <w:p>
      <w:pPr>
        <w:jc w:val="right"/>
      </w:pPr>
      <w:r>
        <w:t>فرشتوں کی ہیلپ تب ملے گی جب اسے ہیلپ چاہیں۔ لیکن شیطان تو اپنے آپ ہی کدا ہوا ہے۔ شیطان اپنے آپ ہی آپ کو چاہتا ہے کہ وہ آپ کو بہکائے۔</w:t>
      </w:r>
    </w:p>
    <w:p>
      <w:r>
        <w:rPr>
          <w:b/>
        </w:rPr>
        <w:t xml:space="preserve">[55:05] </w:t>
      </w:r>
      <w:r>
        <w:t>yani shaitan se aap ko darkhwast nahi karna hai.</w:t>
      </w:r>
    </w:p>
    <w:p>
      <w:pPr>
        <w:jc w:val="right"/>
      </w:pPr>
      <w:r>
        <w:t>یعنی شیطان سے آپ کو درخواست نہیں کرنا ہے۔</w:t>
      </w:r>
    </w:p>
    <w:p>
      <w:r>
        <w:rPr>
          <w:b/>
        </w:rPr>
        <w:t xml:space="preserve">[55:09] </w:t>
      </w:r>
      <w:r>
        <w:t>shaitan ke liye koi aap ko koi application nahi bhejna hai ke mujhe behkayo. lekin farishton ka mamla different hai. farishton ko sirf is waqt aap apni taraf mail kar sakte hain jab aap khud farishton se Allah taala se madad mangein aur Allah taala se kahein ke meri.</w:t>
      </w:r>
    </w:p>
    <w:p>
      <w:pPr>
        <w:jc w:val="right"/>
      </w:pPr>
      <w:r>
        <w:t>شیطان کے لیے کوئی آپ کو کوئی ایپلیکیشن نہیں بھیجنا ہے کہ مجھے بہکاؤ۔ لیکن فرشتوں کا معاملہ ڈفرنٹ ہے۔ فرشتوں کو صرف اس وقت آپ اپنی طرف مائل کر سکتے ہیں جب آپ خود فرشتوں سے اللہ تعالی سے مدد مانگیں اور اللہ تعالی سے کہیں کہ میری۔</w:t>
      </w:r>
    </w:p>
    <w:p>
      <w:r>
        <w:rPr>
          <w:b/>
        </w:rPr>
        <w:t xml:space="preserve">[55:29] </w:t>
      </w:r>
      <w:r>
        <w:t>to jab tak aap dua, dua ka yahi maqsad hota hai. yeh sab cheezein bahut zyada sochne ki hain.</w:t>
      </w:r>
    </w:p>
    <w:p>
      <w:pPr>
        <w:jc w:val="right"/>
      </w:pPr>
      <w:r>
        <w:t>تو جب تک آپ دعا، دعا کا یہی مقصد ہوتا ہے۔ یہ سب چیزیں بہت زیادہ سوچنے کی ہیں۔</w:t>
      </w:r>
    </w:p>
    <w:p>
      <w:r>
        <w:rPr>
          <w:b/>
        </w:rPr>
        <w:t xml:space="preserve">[55:38] </w:t>
      </w:r>
      <w:r>
        <w:t>beshtar log kya karte hain? bas woh impulse mein jeete rehte hain. ek mazmoon mein padha tha: "away that impulse!</w:t>
      </w:r>
    </w:p>
    <w:p>
      <w:pPr>
        <w:jc w:val="right"/>
      </w:pPr>
      <w:r>
        <w:t>بیشتر لوگ کیا کرتے ہیں؟ بس وہ امپلس میں جیتے رہتے ہیں۔ ایک مضمون میں پڑھا تھا: "اوے دیٹ امپلس!</w:t>
      </w:r>
    </w:p>
    <w:p>
      <w:r>
        <w:rPr>
          <w:b/>
        </w:rPr>
        <w:t xml:space="preserve">[55:47] </w:t>
      </w:r>
      <w:r>
        <w:t>jo impulse aaye, uske peeche chalte raho." "Obey that impulse!" to agar aap sirf impulse ko follow karein to impulse to farishton ki taraf se bhi aayega, shaitan ki taraf se bhi aayega.</w:t>
      </w:r>
    </w:p>
    <w:p>
      <w:pPr>
        <w:jc w:val="right"/>
      </w:pPr>
      <w:r>
        <w:t>جو امپلس آئے، اس کے پیچھے چلتے رہو۔" "اوے دیٹ امپلس!" تو اگر آپ صرف امپلس کو فالو کریں تو امپلس تو فرشتوں کی طرف سے بھی آئے گا، شیطان کی طرف سے بھی آئے گا۔</w:t>
      </w:r>
    </w:p>
    <w:p>
      <w:r>
        <w:rPr>
          <w:b/>
        </w:rPr>
        <w:t xml:space="preserve">[56:00] </w:t>
      </w:r>
      <w:r>
        <w:t>to aap idhar bhagenge, udhar bhagenge. to "avert that impulse" ki policy sahi nahi hai.</w:t>
      </w:r>
    </w:p>
    <w:p>
      <w:pPr>
        <w:jc w:val="right"/>
      </w:pPr>
      <w:r>
        <w:t>تو آپ ادھر بھاگیں گے، ادھر بھاگیں گے۔ تو "اوے دیٹ امپلس" کی پالیسی صحیح نہیں ہے۔</w:t>
      </w:r>
    </w:p>
    <w:p>
      <w:r>
        <w:rPr>
          <w:b/>
        </w:rPr>
        <w:t xml:space="preserve">[56:07] </w:t>
      </w:r>
      <w:r>
        <w:t>"you have to differentiate between the two impulses!" "you have to differentiate between the two impulses!" yani shaitan ka ka impulse alag hoga aur farishton ka alag hoga.</w:t>
      </w:r>
    </w:p>
    <w:p>
      <w:pPr>
        <w:jc w:val="right"/>
      </w:pPr>
      <w:r>
        <w:t>"یو ہیو ٹو ڈیفرنشیٹ بٹوین دا ٹو امپلسز!" "یو ہیو ٹو ڈیفرنشیٹ بٹوین دا ٹو امپلسز!" یعنی شیطان کا کا امپلس الگ ہوگا اور فرشتوں کا الگ ہوگا۔</w:t>
      </w:r>
    </w:p>
    <w:p>
      <w:r>
        <w:rPr>
          <w:b/>
        </w:rPr>
        <w:t xml:space="preserve">[56:20] </w:t>
      </w:r>
      <w:r>
        <w:t>aap farq karna padega, nahi to aap yani shaitan khincha gaya to aap khinche chale jayenge uski taraf.</w:t>
      </w:r>
    </w:p>
    <w:p>
      <w:pPr>
        <w:jc w:val="right"/>
      </w:pPr>
      <w:r>
        <w:t>آپ فرق کرنا پڑے گا، نہیں تو آپ یعنی شیطان کھینچا گیا تو آپ کھینچے چلے جائیں گے اس کی طرف۔</w:t>
      </w:r>
    </w:p>
    <w:p>
      <w:r>
        <w:rPr>
          <w:b/>
        </w:rPr>
        <w:t xml:space="preserve">[56:28] </w:t>
      </w:r>
      <w:r>
        <w:t>shaitan aap ko yani influence karega to usi se asar lete chale jayenge aap. lekin jab aap alert rahenge to aap pehchan</w:t>
      </w:r>
    </w:p>
    <w:p>
      <w:pPr>
        <w:jc w:val="right"/>
      </w:pPr>
      <w:r>
        <w:t>شیطان آپ کو یعنی انفلوئنس کرے گا تو اسی سے اثر لیتے چلے جائیں گے آپ۔ لیکن جب آپ الرٹ رہیں گے تو آپ پہچان</w:t>
      </w:r>
    </w:p>
    <w:p>
      <w:r>
        <w:rPr>
          <w:b/>
        </w:rPr>
        <w:t xml:space="preserve">[56:40] </w:t>
      </w:r>
      <w:r>
        <w:t>lenge. Quran majeed mein yeh hai ke jo jo sahi maano mein momin hote hain to shaitan jab unko attack karta hai unke upar to pehchan lete hain woh ke yeh shaitan ka attack hai, shaitan ka influence hai.</w:t>
      </w:r>
    </w:p>
    <w:p>
      <w:pPr>
        <w:jc w:val="right"/>
      </w:pPr>
      <w:r>
        <w:t>لیں گے۔ قرآن مجید میں یہ ہے کہ جو جو صحیح معنوں میں مومن ہوتے ہیں تو شیطان جب ان کو اٹیک کرتا ہے ان کے اوپر تو پہچان لیتے ہیں وہ کہ یہ شیطان کا اٹیک ہے، شیطان کا انفلوئنس ہے۔</w:t>
      </w:r>
    </w:p>
    <w:p>
      <w:r>
        <w:rPr>
          <w:b/>
        </w:rPr>
        <w:t xml:space="preserve">[56:57] </w:t>
      </w:r>
      <w:r>
        <w:t>shaitan jo hai dakhil hoga mere andar, jaan lete hain to jaldi se tauba karte hain, jaldi se Allah se madad mangte hain, jaldi se duaen karne lagte hain.</w:t>
      </w:r>
    </w:p>
    <w:p>
      <w:pPr>
        <w:jc w:val="right"/>
      </w:pPr>
      <w:r>
        <w:t>شیطان جو ہے داخل ہوگا میرے اندر، جان لیتے ہیں تو جلدی سے توبہ کرتے ہیں، جلدی سے اللہ سے مدد مانگتے ہیں، جلدی سے دعائیں کرنے لگتے ہیں۔</w:t>
      </w:r>
    </w:p>
    <w:p>
      <w:r>
        <w:rPr>
          <w:b/>
        </w:rPr>
        <w:t xml:space="preserve">[57:09] </w:t>
      </w:r>
      <w:r>
        <w:t>to jab aap bahut zyada alert rahenge, bahut hassas ho jayenge, sensitive jab bahut aap sensitive ho jayenge to aap aap ko idhar pehchan paida ho jayegi jisko Quran jisko furqan kaha gaya hai.</w:t>
      </w:r>
    </w:p>
    <w:p>
      <w:pPr>
        <w:jc w:val="right"/>
      </w:pPr>
      <w:r>
        <w:t>تو جب آپ بہت زیادہ الرٹ رہیں گے، بہت حساس ہو جائیں گے، سینسٹیو جب بہت آپ سینسٹیو ہو جائیں گے تو آپ آپ کو ادھر پہچان پیدا ہو جائے گی جس کو قرآن جس کو فرقان کہا گیا ہے۔</w:t>
      </w:r>
    </w:p>
    <w:p>
      <w:r>
        <w:rPr>
          <w:b/>
        </w:rPr>
        <w:t xml:space="preserve">[57:23] </w:t>
      </w:r>
      <w:r>
        <w:t>aap pehchan lenge ke yeh shaitan ka influence hai ya farishte ka influence hai.</w:t>
      </w:r>
    </w:p>
    <w:p>
      <w:pPr>
        <w:jc w:val="right"/>
      </w:pPr>
      <w:r>
        <w:t>آپ پہچان لیں کہ یہ شیطان کا انفلوئنس ہے یا فرشتے کا انفلوئنس ہے۔</w:t>
      </w:r>
    </w:p>
    <w:p>
      <w:r>
        <w:rPr>
          <w:b/>
        </w:rPr>
        <w:t xml:space="preserve">[57:29] </w:t>
      </w:r>
      <w:r>
        <w:t>to jab tak is qism ka furqan aap ke andar na aaye, is qism ki hassasiyat na aaye, is qism ki sensitivity na aaye, bachna is duniya mein bahut mushkil kaam hai, bahut hi mushkil kaam hai.</w:t>
      </w:r>
    </w:p>
    <w:p>
      <w:pPr>
        <w:jc w:val="right"/>
      </w:pPr>
      <w:r>
        <w:t>تو جب تک اس قسم کا فرقان آپ کے اندر نہ آئے، اس قسم کی حساسیت نہ آئے، اس قسم کی سینسٹیوٹی نہ آئے، بچنا اس دنیا میں بہت مشکل کام ہے، بہت ہی مشکل کام ہے۔</w:t>
      </w:r>
    </w:p>
    <w:p>
      <w:r>
        <w:rPr>
          <w:b/>
        </w:rPr>
        <w:t xml:space="preserve">[57:43] </w:t>
      </w:r>
      <w:r>
        <w:t>to main Allah taala se dua karta hoon ke Allah taala mujh ko aur aap ko seedhe raaste par qaim kare aur hamare andar woh furqan paida kare,</w:t>
      </w:r>
    </w:p>
    <w:p>
      <w:pPr>
        <w:jc w:val="right"/>
      </w:pPr>
      <w:r>
        <w:t>تو میں اللہ تعالی سے دعا کرتا ہوں کہ اللہ تعالی مجھ کو اور آپ کو سات مستقیم پر قائم کرے اور ہمارے اندر وہ فرقان پیدا کرے،</w:t>
      </w:r>
    </w:p>
    <w:p>
      <w:r>
        <w:rPr>
          <w:b/>
        </w:rPr>
        <w:t xml:space="preserve">[57:57] </w:t>
      </w:r>
      <w:r>
        <w:t>furqan jis se hum pehchan sakein shaitan ke influence ko aur farishton ke influence ko. aur hamare andar Allah taala tofeeq de ke hum muhasbe mein aur duaon mein jeena seekhein.</w:t>
      </w:r>
    </w:p>
    <w:p>
      <w:pPr>
        <w:jc w:val="right"/>
      </w:pPr>
      <w:r>
        <w:t>فرقان جس سے ہم پہچان سکیں شیطان کے انفلوئنس کو اور فرشتوں کے انفلوئنس کو۔ اور ہمارے اندر اللہ تعالی توفیق دے کہ ہم محاسبہ میں اور دعاؤں میں جینا سیکھیں۔</w:t>
      </w:r>
    </w:p>
    <w:p>
      <w:r>
        <w:rPr>
          <w:b/>
        </w:rPr>
        <w:t xml:space="preserve">[58:14] </w:t>
      </w:r>
      <w:r>
        <w:t>muhasbe ko aur dua ko apni daily life mein shamil kar lein.</w:t>
      </w:r>
    </w:p>
    <w:p>
      <w:pPr>
        <w:jc w:val="right"/>
      </w:pPr>
      <w:r>
        <w:t>محاسبہ کو اور دعا کو اپنی ڈیلی لائف میں شامل کر لیں۔</w:t>
      </w:r>
    </w:p>
    <w:p>
      <w:r>
        <w:rPr>
          <w:b/>
        </w:rPr>
        <w:t xml:space="preserve">[58:20] </w:t>
      </w:r>
      <w:r>
        <w:t>Allah taala hamare Allah taala ki madad hi se hum is duniya mein yani sahi raaste par chal sakte hain aur dawat e Allah ka jo kaam hai woh bhi Allah ki madad ke baghair nahi chal sakta hai.</w:t>
      </w:r>
    </w:p>
    <w:p>
      <w:pPr>
        <w:jc w:val="right"/>
      </w:pPr>
      <w:r>
        <w:t>اللہ تعالی ہمارے اللہ تعالی کی مدد ہی سے ہم اس دنیا میں یعنی صحیح راستے پر چل سکتے ہیں اور دعوت اللہ کا جو کام ہے وہ بھی اللہ کی مدد کے بغیر نہیں چل سکتا ہے۔</w:t>
      </w:r>
    </w:p>
    <w:p>
      <w:r>
        <w:rPr>
          <w:b/>
        </w:rPr>
        <w:t xml:space="preserve">[58:35] </w:t>
      </w:r>
      <w:r>
        <w:t>to main Allah taala se dua karta hoon apne liye, aap sab logon ke liye ke hamein apni rehmaton mein, ko apni apni rehmaten udel de, apni blessing hum par nazil farmaye aur duniya se le kar akhirat tak hamara madadgar ho.</w:t>
      </w:r>
    </w:p>
    <w:p>
      <w:pPr>
        <w:jc w:val="right"/>
      </w:pPr>
      <w:r>
        <w:t>تو میں اللہ تعالی سے دعا کرتا ہوں اپنے لیے، آپ سب لوگوں کے لیے کہ ہمیں اپنی رحمتوں میں، کو اپنی اپنی رحمتیں اڈیل دے، اپنی بلیسنگ ہم پر نازل فرمائے اور دنیا سے لے کر آخرت تک ہمارا مددگار ہو۔</w:t>
      </w:r>
    </w:p>
    <w:p>
      <w:r>
        <w:rPr>
          <w:b/>
        </w:rPr>
        <w:t xml:space="preserve">[58:56] </w:t>
      </w:r>
      <w:r>
        <w:t>Allah ki madad ke baghair aadmi na duniya mein kamyab ho sakta hai aur na akhirat mein kamyab ho sakta hai.</w:t>
      </w:r>
    </w:p>
    <w:p>
      <w:pPr>
        <w:jc w:val="right"/>
      </w:pPr>
      <w:r>
        <w:t>اللہ کی مدد کے بغیر آدمی نہ دنیا میں کامیاب ہو سکتا ہے اور نہ آخرت میں کامیاب ہو سکتا ہے۔</w:t>
      </w:r>
    </w:p>
    <w:p>
      <w:r>
        <w:rPr>
          <w:b/>
        </w:rPr>
        <w:t xml:space="preserve">[59:05] </w:t>
      </w:r>
      <w:r>
        <w:t>to mein apne liye bhi aur aap ke liye bhi isi baat ki dua karta hoon aur Allah taala apne mere aur aap ke liye qabool farmaye is dua ko.</w:t>
      </w:r>
    </w:p>
    <w:p>
      <w:pPr>
        <w:jc w:val="right"/>
      </w:pPr>
      <w:r>
        <w:t>تو میں اپنے لیے بھی اور آپ کے لیے بھی اسی بات کی دعا کرتا ہوں اور اللہ تعالی اپنے میرے اور آپ کے لیے قبول فرمائے اس دعا کو۔</w:t>
      </w:r>
    </w:p>
    <w:p>
      <w:r>
        <w:rPr>
          <w:b/>
        </w:rPr>
        <w:t xml:space="preserve">[59:17] </w:t>
      </w:r>
      <w:r>
        <w:t>aqool qawli haza wastaghfirullaha li walakum ajmaeen.</w:t>
      </w:r>
    </w:p>
    <w:p>
      <w:pPr>
        <w:jc w:val="right"/>
      </w:pPr>
      <w:r>
        <w:t>اقول قولیھذا واستغفراللہ لی ولکم اجمعین۔</w:t>
      </w:r>
    </w:p>
    <w:p>
      <w:r>
        <w:rPr>
          <w:b/>
        </w:rPr>
        <w:t xml:space="preserve">[59:36] </w:t>
      </w:r>
      <w:r>
        <w:t>maulana, yeh sawal aaya hai maulana zikwan nadvi ka, deli se. unhon ne likha hai: "personality building ka matlab kya hai aur personality building ke bunyadi ajza kya hain?"</w:t>
      </w:r>
    </w:p>
    <w:p>
      <w:pPr>
        <w:jc w:val="right"/>
      </w:pPr>
      <w:r>
        <w:t>مولانا، یہ سوال آیا ہے مولانا زکوان ندوی کا، دلی سے۔ انہوں نے لکھا ہے: "پرسنیلٹی بلڈنگ کا مطلب کیا ہے اور پرسنیلٹی بلڈنگ کے بنیادی اجزاء کیا ہیں؟"</w:t>
      </w:r>
    </w:p>
    <w:p>
      <w:r>
        <w:rPr>
          <w:b/>
        </w:rPr>
        <w:t xml:space="preserve">[59:53] </w:t>
      </w:r>
      <w:r>
        <w:t>dekhiye, yeh koi nayi cheez nahi hai. traditional lafz jo is ke liye hai woh hai tazkiya-e-nafs.</w:t>
      </w:r>
    </w:p>
    <w:p>
      <w:pPr>
        <w:jc w:val="right"/>
      </w:pPr>
      <w:r>
        <w:t>دیکھیے، یہ کوئی نئی چیز نہیں ہے۔ ٹریڈیشنل لفظ جو اس کے لیے ہے وہ ہے تزکیہ نفس۔</w:t>
      </w:r>
    </w:p>
    <w:p>
      <w:r>
        <w:rPr>
          <w:b/>
        </w:rPr>
        <w:t xml:space="preserve">[1:00:04] </w:t>
      </w:r>
      <w:r>
        <w:t>rawayati zaban mein is ko log kehte rehte hain, kehte rahe hain tazkiya-e-nafs. isi tazkiya-e-nafsi ko mein aaj kal ki zaban mein kehta hoon personality building,</w:t>
      </w:r>
    </w:p>
    <w:p>
      <w:pPr>
        <w:jc w:val="right"/>
      </w:pPr>
      <w:r>
        <w:t>روایتی زبان میں اس کو لوگ کہتے رہتے ہیں، کہتے رہے ہیں تزکیہ نفس۔ اسی تزکیہ نفسی کو میں آج کل کی زبان میں کہتا ہوں پرسنیلٹی بلڈنگ،</w:t>
      </w:r>
    </w:p>
    <w:p>
      <w:r>
        <w:rPr>
          <w:b/>
        </w:rPr>
        <w:t xml:space="preserve">[1:00:21] </w:t>
      </w:r>
      <w:r>
        <w:t>personality development. personality ka aap ka jo wajood hai, zamane mein samjha jata tha ke qalb alag hai, dimagh alag hai aur soul alag hai.</w:t>
      </w:r>
    </w:p>
    <w:p>
      <w:pPr>
        <w:jc w:val="right"/>
      </w:pPr>
      <w:r>
        <w:t>پرسنیلٹی ڈیولپمنٹ۔ پرسنیلٹی کا آپ کا جو وجود ہے، زمانے میں سمجھا جاتا تھا کہ قلب الگ ہے، دماغ الگ ہے اور سول الگ ہے۔</w:t>
      </w:r>
    </w:p>
    <w:p>
      <w:r>
        <w:rPr>
          <w:b/>
        </w:rPr>
        <w:t xml:space="preserve">[1:00:33] </w:t>
      </w:r>
      <w:r>
        <w:t>yeh teen cheezein mante the jism ke ilawa, kyunke char cheezein hain: ek hamara jism hai, ek soul hai, ek qalb hai, ek dimagh hai.</w:t>
      </w:r>
    </w:p>
    <w:p>
      <w:pPr>
        <w:jc w:val="right"/>
      </w:pPr>
      <w:r>
        <w:t>یہ تین چیزیں مانتے تھے جسم کے علاوہ، کیونکہ چار چیزیں ہیں: ایک ہمارا جسم ہے، ایک سول ہے، ایک قلب ہے، ایک دماغ ہے۔</w:t>
      </w:r>
    </w:p>
    <w:p>
      <w:r>
        <w:rPr>
          <w:b/>
        </w:rPr>
        <w:t xml:space="preserve">[1:00:42] </w:t>
      </w:r>
      <w:r>
        <w:t>yeh science ke zamane mein is ko nahi mana jata. science ke zamane mein aap ka sirf do hi pehlu hain: ek mind hai, ek body hai. bas to body vehicle hai aap ki personality ka aur personality jo hai wohi jo mind hai, wohi personality hai.</w:t>
      </w:r>
    </w:p>
    <w:p>
      <w:pPr>
        <w:jc w:val="right"/>
      </w:pPr>
      <w:r>
        <w:t>یہ سائنس کے زمانے میں اس کو نہیں مانا جاتا۔ سائنس کے زمانے میں آپ کا صرف دو ہی پہلو ہیں: ایک مائنڈ ہے، ایک باڈی ہے۔ بس تو باڈی وہیکل ہے آپ کی پرسنیلٹی کا اور پرسنیلٹی جو ہے وہی جو مائنڈ ہے، وہی پرسنیلٹی ہے۔</w:t>
      </w:r>
    </w:p>
    <w:p>
      <w:r>
        <w:rPr>
          <w:b/>
        </w:rPr>
        <w:t xml:space="preserve">[1:00:59] </w:t>
      </w:r>
      <w:r>
        <w:t>to personality building ka matlab yahi hai ke Khuda ne insan ko banaya hai nature par, sahi nature par.</w:t>
      </w:r>
    </w:p>
    <w:p>
      <w:pPr>
        <w:jc w:val="right"/>
      </w:pPr>
      <w:r>
        <w:t>تو پرسنیلٹی بلڈنگ کا مطلب یہی ہے کہ خدا نے انسان کو بنایا ہے نیچر پر، صحیح نیچر پر۔</w:t>
      </w:r>
    </w:p>
    <w:p>
      <w:r>
        <w:rPr>
          <w:b/>
        </w:rPr>
        <w:t xml:space="preserve">[1:01:10] </w:t>
      </w:r>
      <w:r>
        <w:t>insan sahi nature pe paida hota hai lekin mahol mein us ki conditioning hoti rehti hai.</w:t>
      </w:r>
    </w:p>
    <w:p>
      <w:pPr>
        <w:jc w:val="right"/>
      </w:pPr>
      <w:r>
        <w:t>انسان صحیح نیچر پہ پیدا ہوتا ہے لیکن ماحول میں اس کی کنڈیشننگ ہوتی رہتی ہے۔</w:t>
      </w:r>
    </w:p>
    <w:p>
      <w:r>
        <w:rPr>
          <w:b/>
        </w:rPr>
        <w:t xml:space="preserve">[1:01:17] </w:t>
      </w:r>
      <w:r>
        <w:t>conditioning se hota hai ke kis cheez se nafrat karne lagta hai woh, kis cheez se mohabbat karne lagta hai woh. kisi ko dekh kar us ko ghussa aata hai, kisi ko dekh kar us ko pyar aata hai, kis cheez par woh proke aata hai,</w:t>
      </w:r>
    </w:p>
    <w:p>
      <w:pPr>
        <w:jc w:val="right"/>
      </w:pPr>
      <w:r>
        <w:t>کنڈیشننگ سے ہوتا ہے کہ کس چیز سے نفرت کرنے لگتا ہے وہ، کس چیز سے محبت کرنے لگتا ہے وہ۔ کسی کو دیکھ کر اس کو غصہ آتا ہے، کسی کو دیکھ کر اس کو پیار آتا ہے، کس چیز پر وہ پروک آتا ہے،</w:t>
      </w:r>
    </w:p>
    <w:p>
      <w:r>
        <w:rPr>
          <w:b/>
        </w:rPr>
        <w:t xml:space="preserve">[1:01:33] </w:t>
      </w:r>
      <w:r>
        <w:t>kis cheez par bardasht karta hai. yeh sab cheezein kya hain? conditioning ki wajah se hoti hain.</w:t>
      </w:r>
    </w:p>
    <w:p>
      <w:pPr>
        <w:jc w:val="right"/>
      </w:pPr>
      <w:r>
        <w:t>کس چیز پر برداشت کرتا ہے۔ یہ سب چیزیں کیا ہیں؟ کنڈیشننگ کی وجہ سے ہوتی ہیں۔</w:t>
      </w:r>
    </w:p>
    <w:p>
      <w:r>
        <w:rPr>
          <w:b/>
        </w:rPr>
        <w:t xml:space="preserve">[1:01:39] </w:t>
      </w:r>
      <w:r>
        <w:t>to to yeh baad mein paida hota hai to yeh yeh process apne aap hi chal padta hai.</w:t>
      </w:r>
    </w:p>
    <w:p>
      <w:pPr>
        <w:jc w:val="right"/>
      </w:pPr>
      <w:r>
        <w:t>تو تو یہ بعد میں پیدا ہوتا ہے تو یہ یہ پراسیس اپنے آپ ہی چل پڑتا ہے۔</w:t>
      </w:r>
    </w:p>
    <w:p>
      <w:r>
        <w:rPr>
          <w:b/>
        </w:rPr>
        <w:t xml:space="preserve">[1:01:48] </w:t>
      </w:r>
      <w:r>
        <w:t>yani process of conditioning.</w:t>
      </w:r>
    </w:p>
    <w:p>
      <w:pPr>
        <w:jc w:val="right"/>
      </w:pPr>
      <w:r>
        <w:t>یعنی پراسیس آف کنڈیشننگ۔</w:t>
      </w:r>
    </w:p>
    <w:p>
      <w:r>
        <w:rPr>
          <w:b/>
        </w:rPr>
        <w:t xml:space="preserve">[1:01:51] </w:t>
      </w:r>
      <w:r>
        <w:t>to sach poocho to tazkiya-e-nafs ya personality development ka matlab yeh hai ke apne ko apni de-conditioning karna, yani daryaft karna ke mein kahan kahan meri conditioning ho gayi hai,</w:t>
      </w:r>
    </w:p>
    <w:p>
      <w:pPr>
        <w:jc w:val="right"/>
      </w:pPr>
      <w:r>
        <w:t>تو سچ پوچھو تو تزکیہ نفس یا پرسنیلٹی ڈیولپمنٹ کا مطلب یہ ہے کہ اپنے کو اپنی ڈی کنڈیشننگ کرنا، یعنی دریافت کرنا کہ میں کہاں کہاں میری کنڈیشننگ ہو گئی ہے،</w:t>
      </w:r>
    </w:p>
    <w:p>
      <w:r>
        <w:rPr>
          <w:b/>
        </w:rPr>
        <w:t xml:space="preserve">[1:02:06] </w:t>
      </w:r>
      <w:r>
        <w:t>kahan kahan mein mahol se, asar se kuch aadatein lag gayi hain, kuch galat soch lag gayi hai, kuch galat silsile mein ho gaya hoon.</w:t>
      </w:r>
    </w:p>
    <w:p>
      <w:pPr>
        <w:jc w:val="right"/>
      </w:pPr>
      <w:r>
        <w:t>کہاں کہاں میں ماحول سے، اثر سے کچھ عادتیں لگ گئی ہیں، کچھ غلط سوچ لگ گئی ہے، کچھ غلط سلسلے میں ہو گیا ہوں۔</w:t>
      </w:r>
    </w:p>
    <w:p>
      <w:r>
        <w:rPr>
          <w:b/>
        </w:rPr>
        <w:t xml:space="preserve">[1:02:15] </w:t>
      </w:r>
      <w:r>
        <w:t>yeh hai</w:t>
      </w:r>
    </w:p>
    <w:p>
      <w:pPr>
        <w:jc w:val="right"/>
      </w:pPr>
      <w:r>
        <w:t>یہ ہے</w:t>
      </w:r>
    </w:p>
    <w:p>
      <w:r>
        <w:rPr>
          <w:b/>
        </w:rPr>
        <w:t xml:space="preserve">[1:02:17] </w:t>
      </w:r>
      <w:r>
        <w:t>to jaise aaj kal musalmanon ka haal yeh hai ke zara si baat yeh hogi to is par bhark uthte hain ke masjid ke samne koi juloos nikle, masjid koi koi nara laga de,</w:t>
      </w:r>
    </w:p>
    <w:p>
      <w:pPr>
        <w:jc w:val="right"/>
      </w:pPr>
      <w:r>
        <w:t>تو جیسے آج کل مسلمانوں کا حال یہ ہے کہ ذرا سی بات یہ ہوگی تو اس پر بھڑک اٹھتے ہیں کہ مسجد کے سامنے کوئی جلوس نکلے، مسجد کوئی کوئی نعرہ لگا دے،</w:t>
      </w:r>
    </w:p>
    <w:p>
      <w:r>
        <w:rPr>
          <w:b/>
        </w:rPr>
        <w:t xml:space="preserve">[1:02:32] </w:t>
      </w:r>
      <w:r>
        <w:t>koi kahin gosht ka tukra dikhai de jaye, kuch bhi ho, koi cartoon chhap de to foran bhark uthenge. yeh bhark uthna jo hai nature nahi hai, yeh yeh conditioning hai.</w:t>
      </w:r>
    </w:p>
    <w:p>
      <w:pPr>
        <w:jc w:val="right"/>
      </w:pPr>
      <w:r>
        <w:t>کوئی کہیں گوشت کا ٹکڑا دکھائی دے جائے، کچھ بھی ہو، کوئی کارٹون چھاپ دے تو فوراً بھڑک اٹھیں گے۔ یہ بھڑک اٹھنا جو ہے نیچر نہیں ہے، یہ یہ کنڈیشننگ ہے۔</w:t>
      </w:r>
    </w:p>
    <w:p>
      <w:r>
        <w:rPr>
          <w:b/>
        </w:rPr>
        <w:t xml:space="preserve">[1:02:44] </w:t>
      </w:r>
      <w:r>
        <w:t>yani hamare yani so-called rehnumaon ne aisa kiya hai ke un ko in cheezon ko bharka diya hai.</w:t>
      </w:r>
    </w:p>
    <w:p>
      <w:pPr>
        <w:jc w:val="right"/>
      </w:pPr>
      <w:r>
        <w:t>یعنی ہمارے یعنی سو کالڈ رہنماؤں نے ایسا کیا ہے کہ ان کو ان چیزوں کو بھڑکا دیا ہے۔</w:t>
      </w:r>
    </w:p>
    <w:p>
      <w:r>
        <w:rPr>
          <w:b/>
        </w:rPr>
        <w:t xml:space="preserve">[1:02:54] </w:t>
      </w:r>
      <w:r>
        <w:t>in cheezon ko</w:t>
      </w:r>
    </w:p>
    <w:p>
      <w:pPr>
        <w:jc w:val="right"/>
      </w:pPr>
      <w:r>
        <w:t>ان چیزوں کو</w:t>
      </w:r>
    </w:p>
    <w:p>
      <w:r>
        <w:rPr>
          <w:b/>
        </w:rPr>
        <w:t xml:space="preserve">[1:02:56] </w:t>
      </w:r>
      <w:r>
        <w:t>to mein aaj subah soch raha tha ke hamari tareekh jo hai, yani tareekh ke do daur hain: pre media aur post media.</w:t>
      </w:r>
    </w:p>
    <w:p>
      <w:pPr>
        <w:jc w:val="right"/>
      </w:pPr>
      <w:r>
        <w:t>تو میں آج صبح سوچ رہا تھا کہ ہماری تاریخ جو ہے، یعنی تاریخ کے دو دور ہیں: پری میڈیا اور پوسٹ میڈیا۔</w:t>
      </w:r>
    </w:p>
    <w:p>
      <w:r>
        <w:rPr>
          <w:b/>
        </w:rPr>
        <w:t xml:space="preserve">[1:03:08] </w:t>
      </w:r>
      <w:r>
        <w:t>yeh pre media daur mein insan jo tha, uska case tha misuse of freedom ka case. ab kya hai? misuse of media ka case.</w:t>
      </w:r>
    </w:p>
    <w:p>
      <w:pPr>
        <w:jc w:val="right"/>
      </w:pPr>
      <w:r>
        <w:t>یہ پری میڈیا دور میں انسان جو تھا، اس کا کیس تھا مس یوز آف فریڈم کا کیس۔ اب کیا ہے؟ مس یوز آف میڈیا کا کیس۔</w:t>
      </w:r>
    </w:p>
    <w:p>
      <w:r>
        <w:rPr>
          <w:b/>
        </w:rPr>
        <w:t xml:space="preserve">[1:03:17] </w:t>
      </w:r>
      <w:r>
        <w:t>aisi baatein chhapte hain log, aise jo log jise hain, yani negative ch</w:t>
      </w:r>
    </w:p>
    <w:p>
      <w:pPr>
        <w:jc w:val="right"/>
      </w:pPr>
      <w:r>
        <w:t>ایسی باتیں چھاپتے ہیں لوگ، ایسے جو لوگ جسے ہیں، یعنی نیگیٹیو چ</w:t>
      </w:r>
    </w:p>
    <w:p>
      <w:r>
        <w:rPr>
          <w:b/>
        </w:rPr>
        <w:t xml:space="preserve">[1:03:24] </w:t>
      </w:r>
      <w:r>
        <w:t>cheezein. har society mein dekhiye, negative aur positive dono item hote hain. lekin media kya tha? chhaat chhaat kar ke negative cheezein chhapta hai.</w:t>
      </w:r>
    </w:p>
    <w:p>
      <w:pPr>
        <w:jc w:val="right"/>
      </w:pPr>
      <w:r>
        <w:t>یزیں۔ ہر سوسائٹی میں دیکھیے، نیگیٹیو اور پازیٹیو دونوں آئٹم ہوتے ہیں۔ لیکن میڈیا کیا تھا؟ چھاٹ چھاٹ کر کے نیگیٹیو چیزیں چھاپتا ہے۔</w:t>
      </w:r>
    </w:p>
    <w:p>
      <w:r>
        <w:rPr>
          <w:b/>
        </w:rPr>
        <w:t xml:space="preserve">[1:03:33] </w:t>
      </w:r>
      <w:r>
        <w:t>is is india mein, america mein, hatta ke israel mein, har jagah yeh qissa hai ke har jagah aisa nahi hai ke woh sab jaise log samajhte hain ke israel mein bohat hi bura hai.</w:t>
      </w:r>
    </w:p>
    <w:p>
      <w:pPr>
        <w:jc w:val="right"/>
      </w:pPr>
      <w:r>
        <w:t>اس اس انڈیا میں، امریکہ میں، حتیٰ کہ اسرائیل میں، ہر جگہ یہ قصہ ہے کہ ہر جگہ ایسا نہیں ہے کہ وہ سب جیسے لوگ سمجھتے ہیں کہ اسرائیل میں بہت ہی برا ہے۔</w:t>
      </w:r>
    </w:p>
    <w:p>
      <w:r>
        <w:rPr>
          <w:b/>
        </w:rPr>
        <w:t xml:space="preserve">[1:03:44] </w:t>
      </w:r>
      <w:r>
        <w:t>aisa bilkul galat baat hai. wahan positive point, plus point bhi hai, negative point bhi hai.</w:t>
      </w:r>
    </w:p>
    <w:p>
      <w:pPr>
        <w:jc w:val="right"/>
      </w:pPr>
      <w:r>
        <w:t>ایسا بالکل غلط بات ہے۔ وہاں پازیٹیو پوائنٹ، پلس پوائنٹ بھی ہے، نیگیٹیو پوائنٹ بھی ہے۔</w:t>
      </w:r>
    </w:p>
    <w:p>
      <w:r>
        <w:rPr>
          <w:b/>
        </w:rPr>
        <w:t xml:space="preserve">[1:03:51] </w:t>
      </w:r>
      <w:r>
        <w:t>lekin hamara jo muslim media jo hai, negative point ko chhapta hai, plus point ko chhod deta hai. isi se logon ko conditioning hoti hai.</w:t>
      </w:r>
    </w:p>
    <w:p>
      <w:pPr>
        <w:jc w:val="right"/>
      </w:pPr>
      <w:r>
        <w:t>لیکن ہمارا جو مسلم میڈیا جو ہے، نیگیٹیو پوائنٹ کو چھاپتا ہے، پلس پوائنٹ کو چھوڑ دیتا ہے۔ اسی سے لوگوں کو کنڈیشننگ ہوتی ہے۔</w:t>
      </w:r>
    </w:p>
    <w:p>
      <w:r>
        <w:rPr>
          <w:b/>
        </w:rPr>
        <w:t xml:space="preserve">[1:04:00] </w:t>
      </w:r>
      <w:r>
        <w:t>ab barah-e-rast jab aap padhte hain, sunte hain ke israel jo hai, itna kharab hai to aap samajh jaate hain ke israel koi alag cheez hai. israel koi alag cheez nahi hai, woh bhi insaan hain, woh log bhi.</w:t>
      </w:r>
    </w:p>
    <w:p>
      <w:pPr>
        <w:jc w:val="right"/>
      </w:pPr>
      <w:r>
        <w:t>اب براہ راست جب آپ پڑھتے ہیں، سنتے ہیں کہ اسرائیل جو ہے، اتنا خراب ہے تو آپ سمجھ جاتے ہیں کہ اسرائیل کوئی الگ چیز ہے۔ اسرائیل کوئی الگ چیز نہیں ہے، وہ بھی انسان ہیں، وہ لوگ بھی۔</w:t>
      </w:r>
    </w:p>
    <w:p>
      <w:r>
        <w:rPr>
          <w:b/>
        </w:rPr>
        <w:t xml:space="preserve">[1:04:11] </w:t>
      </w:r>
      <w:r>
        <w:t>chahe israel ka case ho, america ka case ho, ya india mein jo extremist parties hain, unka case ho, koi bhi hundred percent bura nahi hai.</w:t>
      </w:r>
    </w:p>
    <w:p>
      <w:pPr>
        <w:jc w:val="right"/>
      </w:pPr>
      <w:r>
        <w:t>چاہے اسرائیل کا کیس ہو، امریکہ کا کیس ہو، یا انڈیا میں جو ایکسٹریمسٹ پارٹیز ہیں، ان کا کیس ہو، کوئی بھی ہنڈرڈ پرسنٹ برا نہیں ہے۔</w:t>
      </w:r>
    </w:p>
    <w:p>
      <w:r>
        <w:rPr>
          <w:b/>
        </w:rPr>
        <w:t xml:space="preserve">[1:04:21] </w:t>
      </w:r>
      <w:r>
        <w:t>har jagah kuch aisi cheezein hoti hain jo aap ko pasand na hon to hamare log isi ko le kar phasalate hain, isi ko bayan karte hain. is se kya hota hai?</w:t>
      </w:r>
    </w:p>
    <w:p>
      <w:pPr>
        <w:jc w:val="right"/>
      </w:pPr>
      <w:r>
        <w:t>ہر جگہ کچھ ایسی چیزیں ہوتی ہیں جو آپ کو پسند نہ ہوں تو ہمارے لوگ اسی کو لے کر پھسالتے ہیں، اسی کو بیان کرتے ہیں۔ اس سے کیا ہوتا ہے؟</w:t>
      </w:r>
    </w:p>
    <w:p>
      <w:r>
        <w:rPr>
          <w:b/>
        </w:rPr>
        <w:t xml:space="preserve">[1:04:31] </w:t>
      </w:r>
      <w:r>
        <w:t>sunte sunte, padhte padhte condition aati hai. to sab log naam mein, yaani conditioning ka case ban gaye hain.</w:t>
      </w:r>
    </w:p>
    <w:p>
      <w:pPr>
        <w:jc w:val="right"/>
      </w:pPr>
      <w:r>
        <w:t>سنتے سنتے، پڑھتے پڑھتے کنڈیشن آتی ہے۔ تو سب لوگ نام میں، یعنی کنڈیشننگ کا کیس بن گئے ہیں۔</w:t>
      </w:r>
    </w:p>
    <w:p>
      <w:r>
        <w:rPr>
          <w:b/>
        </w:rPr>
        <w:t xml:space="preserve">[1:04:40] </w:t>
      </w:r>
      <w:r>
        <w:t>to</w:t>
      </w:r>
    </w:p>
    <w:p>
      <w:pPr>
        <w:jc w:val="right"/>
      </w:pPr>
      <w:r>
        <w:t>تو</w:t>
      </w:r>
    </w:p>
    <w:p>
      <w:r>
        <w:rPr>
          <w:b/>
        </w:rPr>
        <w:t xml:space="preserve">[1:04:41] </w:t>
      </w:r>
      <w:r>
        <w:t>samajhta hoon ke personality development ka matlab yeh hai: apni de-conditioning. woh hoti hai muhasba ke zariye se.</w:t>
      </w:r>
    </w:p>
    <w:p>
      <w:pPr>
        <w:jc w:val="right"/>
      </w:pPr>
      <w:r>
        <w:t>سمجھتا ہوں کہ پرسنیلٹی ڈیولپمنٹ کا مطلب یہ ہے: اپنی ڈی کنڈیشننگ۔ وہ ہوتی ہے محاسبہ کے ذریعے سے۔</w:t>
      </w:r>
    </w:p>
    <w:p>
      <w:r>
        <w:rPr>
          <w:b/>
        </w:rPr>
        <w:t xml:space="preserve">[1:04:53] </w:t>
      </w:r>
      <w:r>
        <w:t>jo aadmi aisa na kare to woh conditioning mein jiyega, conditioning mein marega. to bohat zaroori hai ke hum apni de-conditioning karein.</w:t>
      </w:r>
    </w:p>
    <w:p>
      <w:pPr>
        <w:jc w:val="right"/>
      </w:pPr>
      <w:r>
        <w:t>جو آدمی ایسا نہ کرے تو وہ کنڈیشننگ میں جیے گا، کنڈیشننگ میں مرے گا۔ تو بہت ضروری ہے کہ ہم اپنی ڈی کنڈیشننگ کریں۔</w:t>
      </w:r>
    </w:p>
    <w:p>
      <w:r>
        <w:rPr>
          <w:b/>
        </w:rPr>
        <w:t xml:space="preserve">[1:05:02] </w:t>
      </w:r>
      <w:r>
        <w:t>wohi de-conditioning ka doosra naam tazkiya-e-nafs hai, isi ka naam personality building hai. sab kuch wahi</w:t>
      </w:r>
    </w:p>
    <w:p>
      <w:pPr>
        <w:jc w:val="right"/>
      </w:pPr>
      <w:r>
        <w:t>وہی ڈی کنڈیشننگ کا دوسرا نام تزکیہ نفس ہے، اسی کا نام پرسنیلٹی بلڈنگ ہے۔ سب کچھ وہی</w:t>
      </w:r>
    </w:p>
    <w:p>
      <w:r>
        <w:rPr>
          <w:b/>
        </w:rPr>
        <w:t xml:space="preserve">[1:05:09] </w:t>
      </w:r>
      <w:r>
        <w:t>tazkiya-e-nafs hai. rawayati zabaan mein woh tazkiya-e-nafs hai. aaj kal ki zabaan mein hum kahein ke woh de-conditioning hai ya personality development hai. Maulana, agla sawal aaya hai Miss Sadia Khan ka, Delhi se.</w:t>
      </w:r>
    </w:p>
    <w:p>
      <w:pPr>
        <w:jc w:val="right"/>
      </w:pPr>
      <w:r>
        <w:t>تزکیہ نفس ہے۔ روایتی زبان میں وہ تزکیہ نفس ہے۔ آج کل کی زبان میں ہم کہیں کہ وہ ڈی کنڈیشننگ ہے یا پرسنیلٹی ڈیولپمنٹ ہے۔ مولانا، اگلا سوال آیا ہے مس سعدیہ خان کا، دلی سے۔</w:t>
      </w:r>
    </w:p>
    <w:p>
      <w:r>
        <w:rPr>
          <w:b/>
        </w:rPr>
        <w:t xml:space="preserve">[1:05:23] </w:t>
      </w:r>
      <w:r>
        <w:t>unhone likha hai: "it is true indeed that the nature of angels persuasion is passive and that of satans is active.</w:t>
      </w:r>
    </w:p>
    <w:p>
      <w:pPr>
        <w:jc w:val="right"/>
      </w:pPr>
      <w:r>
        <w:t>انہوں نے لکھا ہے: "اٹ از ٹرو انڈیڈ دیٹ دا نیچر آف اینجلز پرسویشن از پیسو اینڈ دیٹ آف سیٹنز از ایکٹیو۔</w:t>
      </w:r>
    </w:p>
    <w:p>
      <w:r>
        <w:rPr>
          <w:b/>
        </w:rPr>
        <w:t xml:space="preserve">[1:05:34] </w:t>
      </w:r>
      <w:r>
        <w:t>however that the nature of persuasion of these entities is the cause of mans greater inclination towards the bad is unclear.</w:t>
      </w:r>
    </w:p>
    <w:p>
      <w:pPr>
        <w:jc w:val="right"/>
      </w:pPr>
      <w:r>
        <w:t>ہاؤ ایور دیٹ دا نیچر آف پرسویشن آف دیز اینٹیٹیز از دی کاز آف مینز گریٹر انکلینیشن ٹورڈز دا بیڈ از ان کلیئر۔</w:t>
      </w:r>
    </w:p>
    <w:p>
      <w:r>
        <w:rPr>
          <w:b/>
        </w:rPr>
        <w:t xml:space="preserve">[1:05:45] </w:t>
      </w:r>
      <w:r>
        <w:t>please explain." dekhiye, unclear ki baat nahi hai ke Allah taala ne jo jannat banai hai to us ki koi price dena padega.</w:t>
      </w:r>
    </w:p>
    <w:p>
      <w:pPr>
        <w:jc w:val="right"/>
      </w:pPr>
      <w:r>
        <w:t>پلیز ایکسپلین۔" دیکھیے، ان کلیئر کی بات نہیں ہے کہ اللہ تعالی نے جو جنت بنائی ہے تو اس کی کوئی پرائس دینا پڑے گا۔</w:t>
      </w:r>
    </w:p>
    <w:p>
      <w:r>
        <w:rPr>
          <w:b/>
        </w:rPr>
        <w:t xml:space="preserve">[1:05:57] </w:t>
      </w:r>
      <w:r>
        <w:t>na insaan ko free mein jannat nahi milegi.</w:t>
      </w:r>
    </w:p>
    <w:p>
      <w:pPr>
        <w:jc w:val="right"/>
      </w:pPr>
      <w:r>
        <w:t>نا انسان کو فری میں جنت نہیں ملے گی۔</w:t>
      </w:r>
    </w:p>
    <w:p>
      <w:r>
        <w:rPr>
          <w:b/>
        </w:rPr>
        <w:t xml:space="preserve">[1:06:01] </w:t>
      </w:r>
      <w:r>
        <w:t>eternal jo hai, wahan hoga. woh ideal world hoga, woh perfect world hoga. eternally aadmi wahan jiyega life guzarega to us ki koi price honi chahiye.</w:t>
      </w:r>
    </w:p>
    <w:p>
      <w:pPr>
        <w:jc w:val="right"/>
      </w:pPr>
      <w:r>
        <w:t>ایٹرنل جو ہے، وہاں ہوگا۔ وہ آئیڈیل ورلڈ ہوگا، وہ پرفیکٹ ورلڈ ہوگا۔ ایٹرنلی آدمی وہاں جیفل لائف گزارے گا تو اس کی کوئی پرائس ہونی چاہیے۔</w:t>
      </w:r>
    </w:p>
    <w:p>
      <w:r>
        <w:rPr>
          <w:b/>
        </w:rPr>
        <w:t xml:space="preserve">[1:06:15] </w:t>
      </w:r>
      <w:r>
        <w:t>film kaise milegi? price, price yahi hai. price yahi hai ke shaitan, shaitan ka jo influence hai, agarche woh active hai, phir bhi aap us ko bar-side karein.</w:t>
      </w:r>
    </w:p>
    <w:p>
      <w:pPr>
        <w:jc w:val="right"/>
      </w:pPr>
      <w:r>
        <w:t>فلم کیسے ملے گی؟ پرائس، پرائس یہی ہے۔ پرائس یہی ہے کہ شیطان، شیطان کا جو انفلوئنس ہے، اگرچہ وہ ایکٹیو ہے، پھر بھی آپ اس کو برسائیڈ کریں۔</w:t>
      </w:r>
    </w:p>
    <w:p>
      <w:r>
        <w:rPr>
          <w:b/>
        </w:rPr>
        <w:t xml:space="preserve">[1:06:28] </w:t>
      </w:r>
      <w:r>
        <w:t>firishton ka impress influence, agarche woh passive hai, us ko aap sunein aur pakdein. us ko to yeh to price hai. price ki kuch to price Allah taala ne muqarrar karna tha, to yahi price hai.</w:t>
      </w:r>
    </w:p>
    <w:p>
      <w:pPr>
        <w:jc w:val="right"/>
      </w:pPr>
      <w:r>
        <w:t>فرشتوں کا امپریس انفلوئنس، اگرچہ وہ پیسو ہے، اس کو آپ سنیں اور پکڑیں۔ اس کو تو یہ تو پرائس ہے۔ پیرائیز کی کچھ تو پرائس اللہ تعالی نے مقرر کرنا تھا، تو یہی پرائس ہے۔</w:t>
      </w:r>
    </w:p>
    <w:p>
      <w:r>
        <w:rPr>
          <w:b/>
        </w:rPr>
        <w:t xml:space="preserve">[1:06:43] </w:t>
      </w:r>
      <w:r>
        <w:t>shaitan ka influence, agarche active hai, aap ko us se, yaani apne ko us se bachana hai.</w:t>
      </w:r>
    </w:p>
    <w:p>
      <w:pPr>
        <w:jc w:val="right"/>
      </w:pPr>
      <w:r>
        <w:t>شیطان کا انفلوئنس، اگرچہ ایکٹیو ہے، آپ کو اس سے، یعنی اپنے کو اس سے بچانا ہے۔</w:t>
      </w:r>
    </w:p>
    <w:p>
      <w:r>
        <w:rPr>
          <w:b/>
        </w:rPr>
        <w:t xml:space="preserve">[1:06:52] </w:t>
      </w:r>
      <w:r>
        <w:t>aur firishton ka impulse, agarche passive hai, us ki taraf aap ko daudna hai.</w:t>
      </w:r>
    </w:p>
    <w:p>
      <w:pPr>
        <w:jc w:val="right"/>
      </w:pPr>
      <w:r>
        <w:t>اور فرشتوں کا امپلس، اگرچہ پیسو ہے، اس کی طرف آپ کو دوڑنا ہے۔</w:t>
      </w:r>
    </w:p>
    <w:p>
      <w:r>
        <w:rPr>
          <w:b/>
        </w:rPr>
        <w:t xml:space="preserve">[1:06:58] </w:t>
      </w:r>
      <w:r>
        <w:t>yeh jahan fail ho jaye, phir us ke liye price nahi hai.</w:t>
      </w:r>
    </w:p>
    <w:p>
      <w:pPr>
        <w:jc w:val="right"/>
      </w:pPr>
      <w:r>
        <w:t>یہ جہاں فیل ہو جائے، پھر اس کے لیے پیرائیز نہیں ہے۔</w:t>
      </w:r>
    </w:p>
    <w:p>
      <w:r>
        <w:rPr>
          <w:b/>
        </w:rPr>
        <w:t xml:space="preserve">[1:07:05] </w:t>
      </w:r>
      <w:r>
        <w:t>Maulana, agla sawal aaya hai Delhi se Mr. Aniket Verma ka. unhone aap se poocha hai ke Maulana sahib, "we talk about ego a lot.</w:t>
      </w:r>
    </w:p>
    <w:p>
      <w:pPr>
        <w:jc w:val="right"/>
      </w:pPr>
      <w:r>
        <w:t>مولانا، اگلا سوال آیا ہے دلی سے مسٹر انیکیت ورما کا۔ انہوں نے آپ سے پوچھا ہے کہ مولانا صاحب، "وی ٹاک اباؤٹ ایگو ا لاٹ۔</w:t>
      </w:r>
    </w:p>
    <w:p>
      <w:r>
        <w:rPr>
          <w:b/>
        </w:rPr>
        <w:t xml:space="preserve">[1:07:16] </w:t>
      </w:r>
      <w:r>
        <w:t>i want to know from you, where does it originate from? mind or heart?"</w:t>
      </w:r>
    </w:p>
    <w:p>
      <w:pPr>
        <w:jc w:val="right"/>
      </w:pPr>
      <w:r>
        <w:t>آئی وانٹ ٹو نو فرام یو، ویئر ڈز اٹ اوریجنیٹ فرام؟ مائنڈ اور ہارٹ؟"</w:t>
      </w:r>
    </w:p>
    <w:p>
      <w:r>
        <w:rPr>
          <w:b/>
        </w:rPr>
        <w:t xml:space="preserve">[1:07:24] </w:t>
      </w:r>
      <w:r>
        <w:t>dekhiye, yeh mind aur heart ka jo alag alag mind mante the log, ab woh khatam ho chuka hai.</w:t>
      </w:r>
    </w:p>
    <w:p>
      <w:pPr>
        <w:jc w:val="right"/>
      </w:pPr>
      <w:r>
        <w:t>دیکھیے، یہ مائنڈ اور ہارٹ کا جو الگ الگ مائنڈ مانتے تھے لوگ، اب وہ ختم ہو چکا ہے۔</w:t>
      </w:r>
    </w:p>
    <w:p>
      <w:r>
        <w:rPr>
          <w:b/>
        </w:rPr>
        <w:t xml:space="preserve">[1:07:33] </w:t>
      </w:r>
      <w:r>
        <w:t>ab mind hi sab kuch hai. soul bhi mind mein hai, heart bhi mind mein hai, yani thinking bhi mind mein, emotions mind mein.</w:t>
      </w:r>
    </w:p>
    <w:p>
      <w:pPr>
        <w:jc w:val="right"/>
      </w:pPr>
      <w:r>
        <w:t>اب مائنڈ ہی سب کچھ ہے۔ سول بھی مائنڈ میں ہے، ہارٹ بھی مائنڈ میں ہے، یعنی تھنکنگ بھی مائنڈ میں، ایموشنز مائنڈ میں۔</w:t>
      </w:r>
    </w:p>
    <w:p>
      <w:r>
        <w:rPr>
          <w:b/>
        </w:rPr>
        <w:t xml:space="preserve">[1:07:42] </w:t>
      </w:r>
      <w:r>
        <w:t>har cheez ka jo source hai, woh mind hai. to alag kuch nahi hai mind se.</w:t>
      </w:r>
    </w:p>
    <w:p>
      <w:pPr>
        <w:jc w:val="right"/>
      </w:pPr>
      <w:r>
        <w:t>ہر چیز کا جو سورس ہے، وہ مائنڈ ہے۔ تو الگ کچھ نہیں ہے مائنڈ سے۔</w:t>
      </w:r>
    </w:p>
    <w:p>
      <w:r>
        <w:rPr>
          <w:b/>
        </w:rPr>
        <w:t xml:space="preserve">[1:07:49] </w:t>
      </w:r>
      <w:r>
        <w:t>baqi jo ego hai, to har aadmi apne tajrube mein jaan sakta hai. ego aur consciousness ka mamla ke kahin aap ko andar se ek hota hai, repentance, repentance aata hai.</w:t>
      </w:r>
    </w:p>
    <w:p>
      <w:pPr>
        <w:jc w:val="right"/>
      </w:pPr>
      <w:r>
        <w:t>باقی جو ایگو ہے، تو ہر آدمی اپنے تجربے میں جان سکتا ہے۔ ایگو اور کانشیسنس کا معاملہ کہ کہیں آپ کو اندر سے ایک ہوتا ہے، ریپنڈنس، ریپنڈنس آتا ہے۔</w:t>
      </w:r>
    </w:p>
    <w:p>
      <w:r>
        <w:rPr>
          <w:b/>
        </w:rPr>
        <w:t xml:space="preserve">[1:08:02] </w:t>
      </w:r>
      <w:r>
        <w:t>woh "that is phenomena of consciousness". kahin aata hai, aap provoke hote hain, ghussa hota hai ke "sab yeh karoon, woh karoon". "that is phenomena of".</w:t>
      </w:r>
    </w:p>
    <w:p>
      <w:pPr>
        <w:jc w:val="right"/>
      </w:pPr>
      <w:r>
        <w:t>وہ "دیٹ از فیناومینا آف کانشیسنس"۔ کہیں آتا ہے، آپ پروک ہوتے ہیں، غصہ ہوتا ہے کہ "سب یہ کروں، وہ کروں"۔ "دیٹ از فیناومینا آف"۔</w:t>
      </w:r>
    </w:p>
    <w:p>
      <w:r>
        <w:rPr>
          <w:b/>
        </w:rPr>
        <w:t xml:space="preserve">[1:08:11] </w:t>
      </w:r>
      <w:r>
        <w:t>to yeh to koi koi mystery nahi hai.</w:t>
      </w:r>
    </w:p>
    <w:p>
      <w:pPr>
        <w:jc w:val="right"/>
      </w:pPr>
      <w:r>
        <w:t>تو یہ تو کوئی کوئی مسٹری نہیں ہے۔</w:t>
      </w:r>
    </w:p>
    <w:p>
      <w:r>
        <w:rPr>
          <w:b/>
        </w:rPr>
        <w:t xml:space="preserve">[1:08:15] </w:t>
      </w:r>
      <w:r>
        <w:t>har aadmi apne tajrube mein samajh sakta hai ke insaan ke andar dono faculties hain: ego bhi aur consciousness bhi. aur chूंकि insaan test mein hai, to is liye zaroori tha ke dono faculties hon taake aadmi dekha jaye kaun woh aadmi hai jo ego ko follow nahi karta balkeh consciousness ko follow karta hai.</w:t>
      </w:r>
    </w:p>
    <w:p>
      <w:pPr>
        <w:jc w:val="right"/>
      </w:pPr>
      <w:r>
        <w:t>ہر آدمی اپنے تجربے میں سمجھ سکتا ہے کہ انسان کے اندر دونوں فیکلٹیز ہیں: ایگو بھی اور کانشیسنس بھی۔ اور چونکہ انسان ٹیسٹ میں ہے، تو اس لیے ضروری تھا کہ دونوں فیکلٹیز ہوں تاکہ آدمی دیکھا جائے کون وہ آدمی ہے جو ایگو کو فالو نہیں کرتا بلکہ کانشیسنس کو فالو کرتا ہے۔</w:t>
      </w:r>
    </w:p>
    <w:p>
      <w:r>
        <w:rPr>
          <w:b/>
        </w:rPr>
        <w:t xml:space="preserve">[1:08:36] </w:t>
      </w:r>
      <w:r>
        <w:t>yeh to yeh to hona hi hona tha test ke liye.</w:t>
      </w:r>
    </w:p>
    <w:p>
      <w:pPr>
        <w:jc w:val="right"/>
      </w:pPr>
      <w:r>
        <w:t>یہ تو یہ تو ہونا ہی ہونا تھا ٹیسٹ کے لیے۔</w:t>
      </w:r>
    </w:p>
    <w:p>
      <w:r>
        <w:rPr>
          <w:b/>
        </w:rPr>
        <w:t xml:space="preserve">[1:08:42] </w:t>
      </w:r>
      <w:r>
        <w:t>maulana, agla sawal aaya hai Mr Ramesh Jaswani ka, Delhi se. unhon ne likha hai: "from where do thoughts originate?</w:t>
      </w:r>
    </w:p>
    <w:p>
      <w:pPr>
        <w:jc w:val="right"/>
      </w:pPr>
      <w:r>
        <w:t>مولانا، اگلا سوال آیا ہے مسٹر رمیش جسوانی کا، دلی سے۔ انہوں نے لکھا ہے: "فرام ویئر ڈو تھاٹس اوریجنیٹ؟</w:t>
      </w:r>
    </w:p>
    <w:p>
      <w:r>
        <w:rPr>
          <w:b/>
        </w:rPr>
        <w:t xml:space="preserve">[1:08:52] </w:t>
      </w:r>
      <w:r>
        <w:t>what is their source? if i get sixty thoughts per second, from where are they coming?" Maulana sahib, please tell me.</w:t>
      </w:r>
    </w:p>
    <w:p>
      <w:pPr>
        <w:jc w:val="right"/>
      </w:pPr>
      <w:r>
        <w:t>واٹ از دیر سورس؟ اف آئی گیٹ سکسٹی تھاٹس پر سیکنڈ، فرام ویئر آر دے کمنگ؟" مولانا صاحب، پلیز ٹیل می۔</w:t>
      </w:r>
    </w:p>
    <w:p>
      <w:r>
        <w:rPr>
          <w:b/>
        </w:rPr>
        <w:t xml:space="preserve">[1:09:02] </w:t>
      </w:r>
      <w:r>
        <w:t>bhai, main to jahan tak samjha hoon, psychology bhi yahi kehti hai. psychology kya hai?</w:t>
      </w:r>
    </w:p>
    <w:p>
      <w:pPr>
        <w:jc w:val="right"/>
      </w:pPr>
      <w:r>
        <w:t>بھئی، میں تو جہاں تک سمجھا ہوں، سائیکالوجی بھی یہی کہتی ہے۔ سائیکالوجی کیا ہے؟</w:t>
      </w:r>
    </w:p>
    <w:p>
      <w:r>
        <w:rPr>
          <w:b/>
        </w:rPr>
        <w:t xml:space="preserve">[1:09:11] </w:t>
      </w:r>
      <w:r>
        <w:t>psychology yeh naam hai study of mind ka. study of mind ka naam psychology hai. to psychology bhi yahi kehti hai ke saare thoughts jo hain, pehle hi se aindah ke mind mein maujood hain.</w:t>
      </w:r>
    </w:p>
    <w:p>
      <w:pPr>
        <w:jc w:val="right"/>
      </w:pPr>
      <w:r>
        <w:t>سائیکالوجی یہ نام ہے اسٹڈی آف مائنڈ کا۔ اسٹڈی آف مائنڈ کا نام سائیکالوجی ہے۔ تو سائیکالوجی بھی یہی کہتی ہے کہ سارے تھاٹ جو ہیں، پہلے ہی سے آئندہ کے مائنڈ میں موجود ہیں۔</w:t>
      </w:r>
    </w:p>
    <w:p>
      <w:r>
        <w:rPr>
          <w:b/>
        </w:rPr>
        <w:t xml:space="preserve">[1:09:27] </w:t>
      </w:r>
      <w:r>
        <w:t>aadmi kisi thought ko create nahi kar sakta. hum create nahi kar sakte. "you are not a creator". jis tarah se hum ek ek, jis tarah se hum ek chidiya ko nahi create kar sakte, hum thought ko bhi create nahi kar sakte.</w:t>
      </w:r>
    </w:p>
    <w:p>
      <w:pPr>
        <w:jc w:val="right"/>
      </w:pPr>
      <w:r>
        <w:t>آدمی کسی تھاٹ کو کریٹ نہیں کر سکتا۔ ہم کریٹ نہیں کر سکتے۔ "یو آر ناٹ ا کریٹر"۔ جس طرح سے ہم ایک ایک، جس طرح سے ہم ایک چڑیا کو نہیں کریٹ کر سکتے، ہم تھاٹ کو بھی کریٹ نہیں کر سکتے۔</w:t>
      </w:r>
    </w:p>
    <w:p>
      <w:r>
        <w:rPr>
          <w:b/>
        </w:rPr>
        <w:t xml:space="preserve">[1:09:43] </w:t>
      </w:r>
      <w:r>
        <w:t>to thought jo hai, sab ke sab mind mein bhare hue hain.</w:t>
      </w:r>
    </w:p>
    <w:p>
      <w:pPr>
        <w:jc w:val="right"/>
      </w:pPr>
      <w:r>
        <w:t>تو تھاٹ جو ہے، سب کے سب مائنڈ میں بھرے ہوئے ہیں۔</w:t>
      </w:r>
    </w:p>
    <w:p>
      <w:r>
        <w:rPr>
          <w:b/>
        </w:rPr>
        <w:t xml:space="preserve">[1:09:48] </w:t>
      </w:r>
      <w:r>
        <w:t>ab ab hota yeh hai ke hum ek ek duniya mein jeete hain jahan bohat cheezein hum suntay hain, dekhtay hain, parhtay hain. is se hum influence hotay hain.</w:t>
      </w:r>
    </w:p>
    <w:p>
      <w:pPr>
        <w:jc w:val="right"/>
      </w:pPr>
      <w:r>
        <w:t>اب اب ہوتا یہ ہے کہ ہم ایک ایک دنیا میں جیتے ہیں جہاں بہت چیزیں ہم سنتے ہیں، دیکھتے ہیں، پڑھتے ہیں۔ اس سے ہم انفلوئنس ہوتے ہیں۔</w:t>
      </w:r>
    </w:p>
    <w:p>
      <w:r>
        <w:rPr>
          <w:b/>
        </w:rPr>
        <w:t xml:space="preserve">[1:09:58] </w:t>
      </w:r>
      <w:r>
        <w:t>is se action aur reaction aata hai. to hum apne thought ko recollect karte hain, us ko analyze karte hain.</w:t>
      </w:r>
    </w:p>
    <w:p>
      <w:pPr>
        <w:jc w:val="right"/>
      </w:pPr>
      <w:r>
        <w:t>اس سے ایکشن اور ری ایکشن آتا ہے۔ تو ہم اپنے تھاٹ کو ری کلیکٹ کرتے ہیں، اس کو انالیسز کرتے ہیں۔</w:t>
      </w:r>
    </w:p>
    <w:p>
      <w:r>
        <w:rPr>
          <w:b/>
        </w:rPr>
        <w:t xml:space="preserve">[1:10:07] </w:t>
      </w:r>
      <w:r>
        <w:t>is se ek naya thought emerge karta hai. to basically, main jahan tak main samajhta hoon ke ek ek to woh hai jo thought mein saari baatein maujood hain.</w:t>
      </w:r>
    </w:p>
    <w:p>
      <w:pPr>
        <w:jc w:val="right"/>
      </w:pPr>
      <w:r>
        <w:t>اس سے ایک نیا تھاٹ ایمرج کرتا ہے۔ تو بیسیکلی، میں جہاں تک میں سمجھتا ہوں کہ ایک ایک تو وہ ہے جو تھاٹ میں ساری باتیں موجود ہیں۔</w:t>
      </w:r>
    </w:p>
    <w:p>
      <w:r>
        <w:rPr>
          <w:b/>
        </w:rPr>
        <w:t xml:space="preserve">[1:10:18] </w:t>
      </w:r>
      <w:r>
        <w:t>doosri yeh hai ke jo hum bahar observation se ya study se baaton ko letay hain, is se phir ek analysis, ek ek woh hota hai, ek ek nayi cheez emerge karti hai.</w:t>
      </w:r>
    </w:p>
    <w:p>
      <w:pPr>
        <w:jc w:val="right"/>
      </w:pPr>
      <w:r>
        <w:t>دوسری یہ ہے کہ جو ہم باہر ابزرویشن سے یا اسٹڈی سے باتوں کو لیتے ہیں، اس سے پھر ایک انالیسز، ایک ایک وہ ہوتا ہے، ایک ایک نئی چیز ایمرج کرتی ہے۔</w:t>
      </w:r>
    </w:p>
    <w:p>
      <w:r>
        <w:rPr>
          <w:b/>
        </w:rPr>
        <w:t xml:space="preserve">[1:10:31] </w:t>
      </w:r>
      <w:r>
        <w:t>ek to is ko, yani yani is ko explain bilkul is tarah nahi kiya ja sakta jis tarike se do do char ke tarike se.</w:t>
      </w:r>
    </w:p>
    <w:p>
      <w:pPr>
        <w:jc w:val="right"/>
      </w:pPr>
      <w:r>
        <w:t>ایک تو اس کو، یعنی یعنی اس کو ایکسپلین بالکل اس طرح نہیں کیا جا سکتا جس طریقے سے دو دو چار کے طریقے سے۔</w:t>
      </w:r>
    </w:p>
    <w:p>
      <w:r>
        <w:rPr>
          <w:b/>
        </w:rPr>
        <w:t xml:space="preserve">[1:10:42] </w:t>
      </w:r>
      <w:r>
        <w:t>isi liye psychology ab tak koi is ko science nahi manta kyunke science ab tak psychology is tarah develop nahi hui hai jis tarah exact sciences jo develop hui</w:t>
      </w:r>
    </w:p>
    <w:p>
      <w:pPr>
        <w:jc w:val="right"/>
      </w:pPr>
      <w:r>
        <w:t>اسی لیے سائیکالوجی اب تک کوئی اس کو سائنس نہیں مانتا کیونکہ سائنس ابھی تک سائیکالوجی اس طرح ڈیولپ نہیں ہوئی ہے جس طرح ایگزیکٹ سائنسز جو ڈیولپ ہوئی</w:t>
      </w:r>
    </w:p>
    <w:p>
      <w:r>
        <w:rPr>
          <w:b/>
        </w:rPr>
        <w:t xml:space="preserve">[1:10:52] </w:t>
      </w:r>
      <w:r>
        <w:t>hain. is ko sirf samajhne ke liye maine yeh baatein kahi hain. baqi agar aap yeh chahein ke main mathematical sense mein is ko explain kar doon to yeh kisi ke liye possible nahi hai, na mere liye, na na aur na woh Freud ke liye.</w:t>
      </w:r>
    </w:p>
    <w:p>
      <w:pPr>
        <w:jc w:val="right"/>
      </w:pPr>
      <w:r>
        <w:t>ہیں۔ اس کو صرف سمجھنے کے لیے میں نے یہ باتیں کہی ہیں۔ باقی اگر آپ یہ چاہیں کہ میں میتھمیٹیکل سینس میں اس کو ایکسپلین کر دوں تو یہ کسی کے لیے پاس بول نہیں ہے، نہ میرے لیے، نہ نہ اور نہ وہ فرائیڈ کے لیے۔</w:t>
      </w:r>
    </w:p>
    <w:p>
      <w:r>
        <w:rPr>
          <w:b/>
        </w:rPr>
        <w:t xml:space="preserve">[1:11:13] </w:t>
      </w:r>
      <w:r>
        <w:t>maulana, agla sawal aaya hai Mr Idrees ka Raipur</w:t>
      </w:r>
    </w:p>
    <w:p>
      <w:pPr>
        <w:jc w:val="right"/>
      </w:pPr>
      <w:r>
        <w:t>مولانا، اگلا سوال آیا ہے مسٹر ادریس کا رائے پور</w:t>
      </w:r>
    </w:p>
    <w:p>
      <w:r>
        <w:rPr>
          <w:b/>
        </w:rPr>
        <w:t xml:space="preserve">[1:11:17] </w:t>
      </w:r>
      <w:r>
        <w:t>Sahib. unhon ne likha hai ke "precious wisdom like importance of peace and virtuous incidents like of Hudaybiyyah, Hazrat Yusuf and idols of Mecca are ignored in other taqreer.</w:t>
      </w:r>
    </w:p>
    <w:p>
      <w:pPr>
        <w:jc w:val="right"/>
      </w:pPr>
      <w:r>
        <w:t>سے۔ انہوں نے لکھا ہے کہ "پریشیس وزڈم لائک امپورٹنس آف پیس اینڈ ورچووس انسیڈنٹس لائک آف حدیبیہ، حضرت یوسف اینڈ آئیڈلز آف مکہ آر اگنورڈ ان ادر تقریر۔</w:t>
      </w:r>
    </w:p>
    <w:p>
      <w:r>
        <w:rPr>
          <w:b/>
        </w:rPr>
        <w:t xml:space="preserve">[1:11:33] </w:t>
      </w:r>
      <w:r>
        <w:t>they mostly use language of fanaticism and dogmatism</w:t>
      </w:r>
    </w:p>
    <w:p>
      <w:pPr>
        <w:jc w:val="right"/>
      </w:pPr>
      <w:r>
        <w:t>دے موسٹلی یوز لینگویج آف فینیٹیسزم اینڈ ڈوگمیٹزم</w:t>
      </w:r>
    </w:p>
    <w:p>
      <w:r>
        <w:rPr>
          <w:b/>
        </w:rPr>
        <w:t xml:space="preserve">[1:11:39] </w:t>
      </w:r>
      <w:r>
        <w:t>rather than quoting Quran and Hadith. they base their speech on stories and shakhsiyat and their audience appreciate.</w:t>
      </w:r>
    </w:p>
    <w:p>
      <w:pPr>
        <w:jc w:val="right"/>
      </w:pPr>
      <w:r>
        <w:t>رادر دین کوٹنگ قرآن اینڈ حدیث۔ دے بیس دے سپیچ آن سٹوریز اینڈ شخصیتس اینڈ دیر آڈینس ایپریشیٹ۔</w:t>
      </w:r>
    </w:p>
    <w:p>
      <w:r>
        <w:rPr>
          <w:b/>
        </w:rPr>
        <w:t xml:space="preserve">[1:11:49] </w:t>
      </w:r>
      <w:r>
        <w:t>please advise under this situation what is the appropriate way to start a process of improvement? should one start by approaching speaker or audience?" Kya main samjha nahi question ko?</w:t>
      </w:r>
    </w:p>
    <w:p>
      <w:pPr>
        <w:jc w:val="right"/>
      </w:pPr>
      <w:r>
        <w:t>پلیز ایڈوائز انڈر دس سچویشن واٹ از دا اپروپریٹ وے ٹو سٹارٹ ا پروسیس آف امپروومنٹ؟ شوڈ ون سٹارٹ بائے اپروچنگ سپیکر آف آڈینس؟" کیا میں سمجھا نہیں کوسچن کو؟</w:t>
      </w:r>
    </w:p>
    <w:p>
      <w:r>
        <w:rPr>
          <w:b/>
        </w:rPr>
        <w:t xml:space="preserve">[1:12:04] </w:t>
      </w:r>
      <w:r>
        <w:t>maulana, woh yeh keh rahe hain ke aksar jo taqreer hoti hai jo yeh log karte hain, kis ki taqreer? meri taqreer? nahin, nahin, jo ulama ki taqreer hoti hai ya jo scholars ki taqreer hoti hai, yeh kehna chahiye na ke batana chahiye kis ki taqreer?</w:t>
      </w:r>
    </w:p>
    <w:p>
      <w:pPr>
        <w:jc w:val="right"/>
      </w:pPr>
      <w:r>
        <w:t>مولانا، وہ یہ کہہ رہے ہیں کہ اکثر جو تقریر ہوتی ہے جو یہ لوگ کرتے ہیں، کس کی تقریر؟ میری تقریر؟ نہیں، نہیں، جو علماء کی تقریر ہوتی ہے یا جو سکالرز کی تقریر ہوتی ہے، یہ کہنا چاہیے نا کہ بتانا چاہیے کس کی تقریر؟</w:t>
      </w:r>
    </w:p>
    <w:p>
      <w:r>
        <w:rPr>
          <w:b/>
        </w:rPr>
        <w:t xml:space="preserve">[1:12:15] </w:t>
      </w:r>
      <w:r>
        <w:t>main samjha ek mere bare mein keh rahe</w:t>
      </w:r>
    </w:p>
    <w:p>
      <w:pPr>
        <w:jc w:val="right"/>
      </w:pPr>
      <w:r>
        <w:t>میں سمجھا ایک میرے بارے میں کہہ رہے</w:t>
      </w:r>
    </w:p>
    <w:p>
      <w:r>
        <w:rPr>
          <w:b/>
        </w:rPr>
        <w:t xml:space="preserve">[1:12:17] </w:t>
      </w:r>
      <w:r>
        <w:t>hain woh? nahin, nahin, nahin. hain ji, unhon ne woh shayad woh yahi kehna chah rahe hain. maulana, likha nahin hai unhon ne woh word. toh woh yeh keh rahe hain ke is mein woh woh sab cheezein ignore karte hain jo Hudaybiyyah incident hain.</w:t>
      </w:r>
    </w:p>
    <w:p>
      <w:pPr>
        <w:jc w:val="right"/>
      </w:pPr>
      <w:r>
        <w:t>ہیں وہ؟ نہیں، نہیں، نہیں۔ ہیں جی، انہوں نے وہ شاید وہ یہی کہنا چاہ رہے ہیں۔ مولانا، لکھا نہیں ہے انہوں نے وہ ورڈ۔ تو وہ یہ کہہ رہے ہیں کہ اس میں وہ وہ سب چیزیں اگنور کرتے ہیں جو حدیبیہ انسیڈنٹ ہیں۔</w:t>
      </w:r>
    </w:p>
    <w:p>
      <w:r>
        <w:rPr>
          <w:b/>
        </w:rPr>
        <w:t xml:space="preserve">[1:12:30] </w:t>
      </w:r>
      <w:r>
        <w:t>haan, toh main ji ji, is mein yeh baat clear honi chahiye. main bhai samjha ke meri taqreer pe bol rahe hain woh. ji,</w:t>
      </w:r>
    </w:p>
    <w:p>
      <w:pPr>
        <w:jc w:val="right"/>
      </w:pPr>
      <w:r>
        <w:t>ہاں، تو میں جی جی، اس میں یہ بات کلیئر ہونی چاہیے۔ میں بھائی سمجھا کہ میری تقریر پہ بول رہے ہیں وہ۔ جی،</w:t>
      </w:r>
    </w:p>
    <w:p>
      <w:r>
        <w:rPr>
          <w:b/>
        </w:rPr>
        <w:t xml:space="preserve">[1:12:41] </w:t>
      </w:r>
      <w:r>
        <w:t>cheezein hamesha ambiguity rahengi. is liye quran mein hai "wa laqad arsalna ilaika ayatin bayyinat wa ma kafara billazina fatu fit taghuti wa yaktufuru billahi faqad dallal dalal بعيدا". yani cheezon par element of doubt ka parda hamesha hi rahega kyunke is ke baghair test nahin ho sakta.</w:t>
      </w:r>
    </w:p>
    <w:p>
      <w:pPr>
        <w:jc w:val="right"/>
      </w:pPr>
      <w:r>
        <w:t>چیزیں ہمیشہ ایمبیگوشی رہیں گی۔ اس لیے قرآن میں ہے "ولبسنا علیہم ما البسون"۔ یعنی چیزوں پر ایلیمنٹ آف ڈاؤٹ کا پردہ ہمیشہ ہی رہے گا کیونکہ اس کے بغیر ٹیسٹ نہیں ہو سکتا۔</w:t>
      </w:r>
    </w:p>
    <w:p>
      <w:r>
        <w:rPr>
          <w:b/>
        </w:rPr>
        <w:t xml:space="preserve">[1:12:57] </w:t>
      </w:r>
      <w:r>
        <w:t>agar aap chahein ke element of doubt na rahe toh yeh pass bolna hi hai. "that is part of creation plan".</w:t>
      </w:r>
    </w:p>
    <w:p>
      <w:pPr>
        <w:jc w:val="right"/>
      </w:pPr>
      <w:r>
        <w:t>اگر آپ چاہیں کہ ایلیمنٹ آف ڈاؤٹ نہ رہے تو یہ پاس بولنا ہی ہے۔ "دیٹ از پارٹ آف کریشن پلان"۔</w:t>
      </w:r>
    </w:p>
    <w:p>
      <w:r>
        <w:rPr>
          <w:b/>
        </w:rPr>
        <w:t xml:space="preserve">[1:13:04] </w:t>
      </w:r>
      <w:r>
        <w:t>toh woh toh rahega chahe ulama ki taqreer ho ya kitabein hon ya media ho. har jagah element of doubt rahega. aap kabhi bhi yeh umeed na rakhiye ke element of doubt jo hai woh khatam kar diya jayega.</w:t>
      </w:r>
    </w:p>
    <w:p>
      <w:pPr>
        <w:jc w:val="right"/>
      </w:pPr>
      <w:r>
        <w:t>تو وہ تو رہے گا چاہے علماء کی تقریر ہو یا کتابیں ہوں یا میڈیا ہو۔ ہر جگہ ایلیمنٹ آف ڈاؤٹ رہے گا۔ آپ کبھی بھی یہ امید نہ رکھیے کہ ایلیمنٹ آف ڈاؤٹ جو ہے وہ ختم کر دیا جائے گا۔</w:t>
      </w:r>
    </w:p>
    <w:p>
      <w:r>
        <w:rPr>
          <w:b/>
        </w:rPr>
        <w:t xml:space="preserve">[1:13:17] </w:t>
      </w:r>
      <w:r>
        <w:t>ab aap apni aql ko istemal kijiye, apni power of analysis ko istemal kijiye. bas aur koi option nahin, doosra nahin hai. apni reason ko istemal kijiye.</w:t>
      </w:r>
    </w:p>
    <w:p>
      <w:pPr>
        <w:jc w:val="right"/>
      </w:pPr>
      <w:r>
        <w:t>اب آپ اپنی عقل کو استعمال کیجئے، اپنی پاور آف انالیسز کو استعمال کیجئے۔ بس اور کوئی آپشن نہیں، دوسرا نہیں ہے۔ اپنی ریزن کو استعمال کیجئے۔</w:t>
      </w:r>
    </w:p>
    <w:p>
      <w:r>
        <w:rPr>
          <w:b/>
        </w:rPr>
        <w:t xml:space="preserve">[1:13:30] </w:t>
      </w:r>
      <w:r>
        <w:t>ah</w:t>
      </w:r>
    </w:p>
    <w:p>
      <w:pPr>
        <w:jc w:val="right"/>
      </w:pPr>
      <w:r>
        <w:t>اہ</w:t>
      </w:r>
    </w:p>
    <w:p>
      <w:r>
        <w:rPr>
          <w:b/>
        </w:rPr>
        <w:t xml:space="preserve">[1:13:31] </w:t>
      </w:r>
      <w:r>
        <w:t>maulana, Raipur se hi Miss Shabana ka ek question aaya hai. unhon ne likha hai: "Maulana sahib, it is often mentioned that prepared mind is needed to grasp the message.</w:t>
      </w:r>
    </w:p>
    <w:p>
      <w:pPr>
        <w:jc w:val="right"/>
      </w:pPr>
      <w:r>
        <w:t>مولانا، رائے پور سے ہی مس شبانہ کا ایک کوسچن آیا ہے۔ انہوں نے لکھا ہے: "مولانا صاحب، اٹ از افن مینشن دیٹ پریپیرڈ مائنڈ از نیڈڈ ٹو گراسپ دا میسج۔</w:t>
      </w:r>
    </w:p>
    <w:p>
      <w:r>
        <w:rPr>
          <w:b/>
        </w:rPr>
        <w:t xml:space="preserve">[1:13:43] </w:t>
      </w:r>
      <w:r>
        <w:t>please advise if dai has any role in preparing mind. if yes, how it is done?"</w:t>
      </w:r>
    </w:p>
    <w:p>
      <w:pPr>
        <w:jc w:val="right"/>
      </w:pPr>
      <w:r>
        <w:t>پلیز ایڈوائز اف دائی ہیز اینی رول ان پریپیرنگ مائنڈ۔ اف یس، ہاؤ اٹ از ڈن؟"</w:t>
      </w:r>
    </w:p>
    <w:p>
      <w:r>
        <w:rPr>
          <w:b/>
        </w:rPr>
        <w:t xml:space="preserve">[1:13:52] </w:t>
      </w:r>
      <w:r>
        <w:t>dekhein, apne mind ko prepare karne ke liye sab se jo zaroori condition hai woh hai apne aap ko distraction se bachana.</w:t>
      </w:r>
    </w:p>
    <w:p>
      <w:pPr>
        <w:jc w:val="right"/>
      </w:pPr>
      <w:r>
        <w:t>دیکھیں، اپنے مائنڈ کو پریپیر کرنے کے لیے سب سے جو ضروری کنڈیشن ہے وہ ہے اپنے آپ کو ڈسٹریکشن سے بچانا۔</w:t>
      </w:r>
    </w:p>
    <w:p>
      <w:r>
        <w:rPr>
          <w:b/>
        </w:rPr>
        <w:t xml:space="preserve">[1:14:03] </w:t>
      </w:r>
      <w:r>
        <w:t>misal ke taur par, maine dekha gharon mein ke auratein jo hain, un ka soul concern kaha jata hai: "bachche, bachche, bachche" ya "kitchen, kitchen, kitchen".</w:t>
      </w:r>
    </w:p>
    <w:p>
      <w:pPr>
        <w:jc w:val="right"/>
      </w:pPr>
      <w:r>
        <w:t>مثال کے طور پر، میں نے دیکھا گھروں میں کہ عورتیں جو ہیں، ان کا سول کرسن کہا جاتا ہے: "بچے، بچے، بچے" یا "کچن، کچن، کچن"۔</w:t>
      </w:r>
    </w:p>
    <w:p>
      <w:r>
        <w:rPr>
          <w:b/>
        </w:rPr>
        <w:t xml:space="preserve">[1:14:13] </w:t>
      </w:r>
      <w:r>
        <w:t>toh woh har waqt distraction hi mein jeeti hain. auratein toh koi mind prepare kis tarah hoga? mardon ka haal yeh hai ke "money, money, money" har waqt money hai.</w:t>
      </w:r>
    </w:p>
    <w:p>
      <w:pPr>
        <w:jc w:val="right"/>
      </w:pPr>
      <w:r>
        <w:t>تو وہ ہر وقت ڈسٹریکشن ہی میں جیتی ہیں۔ عورتیں تو کوئی مائنڈ پریپیر کس طرح ہوگا؟ مردوں کا حال یہ ہے کہ "منی، منی، منی" ہر وقت منی ہے۔</w:t>
      </w:r>
    </w:p>
    <w:p>
      <w:r>
        <w:rPr>
          <w:b/>
        </w:rPr>
        <w:t xml:space="preserve">[1:14:22] </w:t>
      </w:r>
      <w:r>
        <w:t>toh koi kisi ko mind distract kiye hue hai, kisi ko is ke bachche distract kiye hue hain, kisi ko is ke political jo interest hai woh distract kiye hue hain.</w:t>
      </w:r>
    </w:p>
    <w:p>
      <w:pPr>
        <w:jc w:val="right"/>
      </w:pPr>
      <w:r>
        <w:t>تو کوئی کسی کو مائنڈ ڈسٹریکٹ کیے ہوئے ہے، کسی کو اس کے بچے ڈسٹریکٹ کیے ہوئے ہیں، کسی کو اس کے پولیٹیکل جو انٹرسٹ ہے وہ ڈسٹریکٹ کیے ہوئے ہیں۔</w:t>
      </w:r>
    </w:p>
    <w:p>
      <w:r>
        <w:rPr>
          <w:b/>
        </w:rPr>
        <w:t xml:space="preserve">[1:14:32] </w:t>
      </w:r>
      <w:r>
        <w:t>toh woh toh hoga phir ke aadmi prepared mind nahin ho banega. toh agar aadmi chahta hai ke main prepared mind banu taake main cheezon ko grasp kar sakoon, yeh sab fawaid hasil kar sakoon, toh phir apne ko distraction se bachana padega.</w:t>
      </w:r>
    </w:p>
    <w:p>
      <w:pPr>
        <w:jc w:val="right"/>
      </w:pPr>
      <w:r>
        <w:t>تو وہ تو ہوگا پھر کہ آدمی پریپر مائنڈ نہیں ہو بنے گا۔ تو اگر آدمی چاہتا ہے کہ میں پریپیرڈ مائنڈ بنوں تاکہ میں چیزوں کو گراسپ کر سکوں، یہ سب فوائد حاصل کر سکوں، تو پھر اپنے کو ڈسٹریکشن سے بچانا پڑے گا۔</w:t>
      </w:r>
    </w:p>
    <w:p>
      <w:r>
        <w:rPr>
          <w:b/>
        </w:rPr>
        <w:t xml:space="preserve">[1:14:49] </w:t>
      </w:r>
      <w:r>
        <w:t>yeh price toh deni hi padegi.</w:t>
      </w:r>
    </w:p>
    <w:p>
      <w:pPr>
        <w:jc w:val="right"/>
      </w:pPr>
      <w:r>
        <w:t>یہ پرائس تو دینی ہی پڑے گی۔</w:t>
      </w:r>
    </w:p>
    <w:p>
      <w:r>
        <w:rPr>
          <w:b/>
        </w:rPr>
        <w:t xml:space="preserve">[1:14:51] </w:t>
      </w:r>
      <w:r>
        <w:t>agar aadmi chahe ke main distract bhi hota rahu aur mujhe yani mera mind tayyar bhi ho jaye toh yeh toh "ae khayalast o malast o junoon" aisa hone wala nahin hai.</w:t>
      </w:r>
    </w:p>
    <w:p>
      <w:pPr>
        <w:jc w:val="right"/>
      </w:pPr>
      <w:r>
        <w:t>اگر آدمی چاہے کہ میں ڈسٹریکٹ بھی ہوتا رہوں اور مجھے یعنی میرا مائنڈ تیار بھی ہو جائے تو یہ تو "این خیالست و مالست و جنوں" ایسا ہونے والا نہیں ہے۔</w:t>
      </w:r>
    </w:p>
    <w:p>
      <w:r>
        <w:rPr>
          <w:b/>
        </w:rPr>
        <w:t xml:space="preserve">[1:15:04] </w:t>
      </w:r>
      <w:r>
        <w:t>har cheez ki ek price hoti hai. woh zehn banane ki ek bhi ek price hai, woh hai apne ko distraction se bachana.</w:t>
      </w:r>
    </w:p>
    <w:p>
      <w:pPr>
        <w:jc w:val="right"/>
      </w:pPr>
      <w:r>
        <w:t>ہر چیز کی ایک پرائس ہوتی ہے۔ وہ ذہن بنانے کی ایک بھی ایک پرائس ہے، وہ ہے اپنے کو ڈسٹریکشن سے بچانا۔</w:t>
      </w:r>
    </w:p>
    <w:p>
      <w:r>
        <w:rPr>
          <w:b/>
        </w:rPr>
        <w:t xml:space="preserve">[1:15:16] </w:t>
      </w:r>
      <w:r>
        <w:t>maulana, agla sawal aaya hai Mr. Amir bin Yusuf ka, Karachi Pakistan se.</w:t>
      </w:r>
    </w:p>
    <w:p>
      <w:pPr>
        <w:jc w:val="right"/>
      </w:pPr>
      <w:r>
        <w:t>مولانا، اگلا سوال آیا ہے مسٹر عامر بن یوسف کا، کراچی پاکستان سے۔</w:t>
      </w:r>
    </w:p>
    <w:p>
      <w:r>
        <w:rPr>
          <w:b/>
        </w:rPr>
        <w:t xml:space="preserve">[1:15:21] </w:t>
      </w:r>
      <w:r>
        <w:t>unhon ne likha hai: "hum shuru se yeh sunte chale aaye hain ke Arabic language se humein quran ko samajhna zaroori hai.</w:t>
      </w:r>
    </w:p>
    <w:p>
      <w:pPr>
        <w:jc w:val="right"/>
      </w:pPr>
      <w:r>
        <w:t>انہوں نے لکھا ہے: "ہم شروع سے یہ سنتے چلے آئے ہیں کہ عربی لینگویج سے ہمیں قرآن کو سمجھنا ضروری ہے۔</w:t>
      </w:r>
    </w:p>
    <w:p>
      <w:r>
        <w:rPr>
          <w:b/>
        </w:rPr>
        <w:t xml:space="preserve">[1:15:31] </w:t>
      </w:r>
      <w:r>
        <w:t>magar aaj kal hum jo Makkah aur Madinah mein rehne wale logon ko jab dekhte hain toh aisa lagta hai ke quran ko samajhne ke liye kuch aur bhi chahiye." is ke bare mein bataein.</w:t>
      </w:r>
    </w:p>
    <w:p>
      <w:pPr>
        <w:jc w:val="right"/>
      </w:pPr>
      <w:r>
        <w:t>مگر آج کل ہم جو مکہ اور مدینہ میں رہنے والے لوگوں کو جب دیکھتے ہیں تو ایسا لگتا ہے کہ قرآن کو سمجھنے کے لیے کچھ اور بھی چاہیے۔" اس کے بارے میں بتائیں۔</w:t>
      </w:r>
    </w:p>
    <w:p>
      <w:r>
        <w:rPr>
          <w:b/>
        </w:rPr>
        <w:t xml:space="preserve">[1:15:45] </w:t>
      </w:r>
      <w:r>
        <w:t>dekhein, quran mein yeh nahin bataya gaya ke tum agar Arabic jaano ge toh quran ko samajh lo ge. yeh toh logon ka khayal hai.</w:t>
      </w:r>
    </w:p>
    <w:p>
      <w:pPr>
        <w:jc w:val="right"/>
      </w:pPr>
      <w:r>
        <w:t>دیکھیں، قرآن میں یہ نہیں بتایا گیا کہ تم اگر عربی جانو گے تو قرآن کو سمجھ لو گے۔ یہ تو لوگوں کا خیال ہے۔</w:t>
      </w:r>
    </w:p>
    <w:p>
      <w:r>
        <w:rPr>
          <w:b/>
        </w:rPr>
        <w:t xml:space="preserve">[1:15:52] </w:t>
      </w:r>
      <w:r>
        <w:t>yeh kahin bhi nahin bataya quran mein. agar tum Arabic jaano ge toh quran ko samajh lo ge. quran mein hai ke tadabbur karoge toh samjhoge. tadabbur, contemplation.</w:t>
      </w:r>
    </w:p>
    <w:p>
      <w:pPr>
        <w:jc w:val="right"/>
      </w:pPr>
      <w:r>
        <w:t>یہ کہیں بھی نہیں بتایا قرآن میں۔ اگر تم عربی جانو گے تو قرآن کو سمجھ لو گے۔ قرآن میں ہے کہ تدبر کرو گے تو سمجھو گے۔ تدبر، کنٹمپلیشن۔</w:t>
      </w:r>
    </w:p>
    <w:p>
      <w:r>
        <w:rPr>
          <w:b/>
        </w:rPr>
        <w:t xml:space="preserve">[1:16:04] </w:t>
      </w:r>
      <w:r>
        <w:t>toh Arabic jaanna bhi zaroori hai lekin tarjuma bhi kafi ho sakta hai kisi ke liye agar woh is ke andar tadabbur ki salahiyat ho. tadabbur ka matlab kya hai?</w:t>
      </w:r>
    </w:p>
    <w:p>
      <w:pPr>
        <w:jc w:val="right"/>
      </w:pPr>
      <w:r>
        <w:t>تو عربی جاننا بھی ضروری ہے لیکن ترجمہ بھی کافی ہو سکتا ہے کسی کے لیے اگر وہ اس کے اندر تدبر کی صلاحیت ہو۔ تدبر کا مطلب کیا ہے؟</w:t>
      </w:r>
    </w:p>
    <w:p>
      <w:r>
        <w:rPr>
          <w:b/>
        </w:rPr>
        <w:t xml:space="preserve">[1:16:16] </w:t>
      </w:r>
      <w:r>
        <w:t>tadabbur ka matlab yeh hai ke ek khule zehan ke sath aadmi parhe, kisi bhi complex ke baghair parhe, baais se free ho kar parhe, jazbaat se alag ho kar parhe quran ko to samjhega woh.</w:t>
      </w:r>
    </w:p>
    <w:p>
      <w:pPr>
        <w:jc w:val="right"/>
      </w:pPr>
      <w:r>
        <w:t>تدبر کا مطلب یہ ہے کہ ایک کھلے ذہن کے ساتھ آدمی پڑھے، کسی بھی کمپلیکس کے بغیر پڑھے، باعث سے فری ہو کر پڑھے، جذبات سے الگ ہو کر پڑھے قرآن کو تو سمجھے گا وہ۔</w:t>
      </w:r>
    </w:p>
    <w:p>
      <w:r>
        <w:rPr>
          <w:b/>
        </w:rPr>
        <w:t xml:space="preserve">[1:16:34] </w:t>
      </w:r>
      <w:r>
        <w:t>lekin log jeete hain baais mein, tarah tarah ke ta'assubaat mein, nafrat mein, jazbaat mein. to kya samjhenge aap?</w:t>
      </w:r>
    </w:p>
    <w:p>
      <w:pPr>
        <w:jc w:val="right"/>
      </w:pPr>
      <w:r>
        <w:t>لیکن لوگ جیتے ہیں باعث میں، طرح طرح کے تعصبات میں، نفرت میں، جذبات میں۔ تو کیا سمجھیں گے آپ؟</w:t>
      </w:r>
    </w:p>
    <w:p>
      <w:r>
        <w:rPr>
          <w:b/>
        </w:rPr>
        <w:t xml:space="preserve">[1:16:42] </w:t>
      </w:r>
      <w:r>
        <w:t>jaise misaal ke taur par log jeete hain yahudiyon se nafrat mein to jab parhte hain woh quran majeed ki surah fatiha to ghair al maghzoob likhte hote hain ke is se murad yahudi hain.</w:t>
      </w:r>
    </w:p>
    <w:p>
      <w:pPr>
        <w:jc w:val="right"/>
      </w:pPr>
      <w:r>
        <w:t>جیسے مثال کے طور پر لوگ جیتے ہیں یہودیوں سے نفرت میں تو جب پڑھتے ہیں وہ قرآن مجید کی سورہ فاتحہ تو غیر المغضوب لکھتے ہوتے ہیں کہ اس سے مراد یہودی ہیں۔</w:t>
      </w:r>
    </w:p>
    <w:p>
      <w:r>
        <w:rPr>
          <w:b/>
        </w:rPr>
        <w:t xml:space="preserve">[1:16:54] </w:t>
      </w:r>
      <w:r>
        <w:t>un ke jeete hain isaiyon se nafrat mein jab parhte hain ghair wal dhalleen to samajhte hain is se murad isai hain. yeh quran ko samajhna nahi hai, yeh ya apne mind ko quran mein parhna hai.</w:t>
      </w:r>
    </w:p>
    <w:p>
      <w:pPr>
        <w:jc w:val="right"/>
      </w:pPr>
      <w:r>
        <w:t>ان کے جیتے ہیں عیسائیوں سے نفرت میں جب پڑھتے ہیں غیر والضالین تو سمجھتے ہیں اس سے مراد عیسائی ہیں۔ یہ قرآن کو سمجھنا نہیں ہے، یہ یا اپنے مائنڈ کو قرآن میں پڑھنا ہے۔</w:t>
      </w:r>
    </w:p>
    <w:p>
      <w:r>
        <w:rPr>
          <w:b/>
        </w:rPr>
        <w:t xml:space="preserve">[1:17:09] </w:t>
      </w:r>
      <w:r>
        <w:t>to aap nafratein liye hue hon, ta'assubaat liye hue hon aur khud sakhta jazbaat pe jeete hon to wohi quran mein parhenge jo aap mind mein hai.</w:t>
      </w:r>
    </w:p>
    <w:p>
      <w:pPr>
        <w:jc w:val="right"/>
      </w:pPr>
      <w:r>
        <w:t>تو آپ نفرتیں لیے ہوئے ہوں، تعصبات لیے ہوئے ہوں اور خود ساختہ جذبات پہ جیتے ہوں تو وہی قرآن میں پڑھیں گے جو آپ مائنڈ میں ہے۔</w:t>
      </w:r>
    </w:p>
    <w:p>
      <w:r>
        <w:rPr>
          <w:b/>
        </w:rPr>
        <w:t xml:space="preserve">[1:17:22] </w:t>
      </w:r>
      <w:r>
        <w:t>sab se pehle apne mind ko free karna parega, tab quran ko samjhenge aap. arabi janna hargiz hargiz laazmi shart nahi hai.</w:t>
      </w:r>
    </w:p>
    <w:p>
      <w:pPr>
        <w:jc w:val="right"/>
      </w:pPr>
      <w:r>
        <w:t>سب سے پہلے اپنے مائنڈ کو فری کرنا پڑے گا، تب قرآن کو سمجھیں گے آپ۔ عربی جاننا ہرگز ہرگز لازمی شرط نہیں ہے۔</w:t>
      </w:r>
    </w:p>
    <w:p>
      <w:r>
        <w:rPr>
          <w:b/>
        </w:rPr>
        <w:t xml:space="preserve">[1:17:35] </w:t>
      </w:r>
      <w:r>
        <w:t>laazmi shart hai apne mind ko free banana,</w:t>
      </w:r>
    </w:p>
    <w:p>
      <w:pPr>
        <w:jc w:val="right"/>
      </w:pPr>
      <w:r>
        <w:t>لازمی شرط ہے اپنے مائنڈ کو فری بنانا،</w:t>
      </w:r>
    </w:p>
    <w:p>
      <w:r>
        <w:rPr>
          <w:b/>
        </w:rPr>
        <w:t xml:space="preserve">[1:17:39] </w:t>
      </w:r>
      <w:r>
        <w:t>apne mind ko har qism ke ta'assubaat, nafrat aur tarah tarah ke yani khud sakhta soch se apne ko free karna.</w:t>
      </w:r>
    </w:p>
    <w:p>
      <w:pPr>
        <w:jc w:val="right"/>
      </w:pPr>
      <w:r>
        <w:t>اپنے مائنڈ کو ہر قسم کے تعصبات، نفرت اور طرح طرح کے یعنی خود ساختہ سوچ سے اپنے کو فری کرنا۔</w:t>
      </w:r>
    </w:p>
    <w:p>
      <w:r>
        <w:rPr>
          <w:b/>
        </w:rPr>
        <w:t xml:space="preserve">[1:17:50] </w:t>
      </w:r>
      <w:r>
        <w:t>tab dekhen, arabi zaban ki zaroori is ke liye hai jo scholar banna chahta ho. scholar to ek hai quran ko samajhna, ek hai quran ka scholar banna.</w:t>
      </w:r>
    </w:p>
    <w:p>
      <w:pPr>
        <w:jc w:val="right"/>
      </w:pPr>
      <w:r>
        <w:t>تب دیکھیں، عربی زبان کی ضروری اس کے لیے ہے جو اسکالر بننا چاہتا ہو۔ اسکالر تو ایک ہے قرآن کو سمجھنا، ایک ہے قرآن کا اسکالر بننا۔</w:t>
      </w:r>
    </w:p>
    <w:p>
      <w:r>
        <w:rPr>
          <w:b/>
        </w:rPr>
        <w:t xml:space="preserve">[1:18:01] </w:t>
      </w:r>
      <w:r>
        <w:t>scholar yani quran ki buniyad par koi mashal chalana chahte hon aap, tab zaroori hai ke aap arabi janiyen.</w:t>
      </w:r>
    </w:p>
    <w:p>
      <w:pPr>
        <w:jc w:val="right"/>
      </w:pPr>
      <w:r>
        <w:t>اسکالر یعنی قرآن کی بنیاد پر کوئی مشعل چلانا چاہتے ہوں آپ، تب ضروری ہے کہ آپ عربی جانیں۔</w:t>
      </w:r>
    </w:p>
    <w:p>
      <w:r>
        <w:rPr>
          <w:b/>
        </w:rPr>
        <w:t xml:space="preserve">[1:18:09] </w:t>
      </w:r>
      <w:r>
        <w:t>yani quran ki buniyad par ek mashal uthana chahte hon aap to zaroori hai ke aap arabi janiyen. lekin aap simply follow karne ke liye ke saada taur par apni zindagi mein quran ko lane ke liye to bas quran ko parhiye,</w:t>
      </w:r>
    </w:p>
    <w:p>
      <w:pPr>
        <w:jc w:val="right"/>
      </w:pPr>
      <w:r>
        <w:t>یعنی قرآن کی بنیاد پر ایک مشعل اٹھانا چاہتے ہوں آپ تو ضروری ہے کہ آپ عربی جانیں۔ لیکن آپ سمپلی فالو کرنے کے لیے کہ سادہ طور پر اپنی زندگی میں قرآن کو لانے کے لیے تو بس قرآن کو پڑھیے،</w:t>
      </w:r>
    </w:p>
    <w:p>
      <w:r>
        <w:rPr>
          <w:b/>
        </w:rPr>
        <w:t xml:space="preserve">[1:18:24] </w:t>
      </w:r>
      <w:r>
        <w:t>woh ta'assubaat se khali ho kar ke to zaroor quran samajh mein aayega aap ke.</w:t>
      </w:r>
    </w:p>
    <w:p>
      <w:pPr>
        <w:jc w:val="right"/>
      </w:pPr>
      <w:r>
        <w:t>وہ تعصبات سے خالی ہو کر کے تو ضرور قرآن سمجھ میں آئے گا آپ کے۔</w:t>
      </w:r>
    </w:p>
    <w:p>
      <w:r>
        <w:rPr>
          <w:b/>
        </w:rPr>
        <w:t xml:space="preserve">[1:18:35] </w:t>
      </w:r>
      <w:r>
        <w:t>maulana, agla sawal aaya hai mr sajid ka, hyderabad se. unhon ne likha hai: "shaitan se bachne ke liye hum ko sab se zyada kis cheez par nigah rakhna chahiye?</w:t>
      </w:r>
    </w:p>
    <w:p>
      <w:pPr>
        <w:jc w:val="right"/>
      </w:pPr>
      <w:r>
        <w:t>مولانا، اگلا سوال آیا ہے مسٹر ساجد کا، حیدرآباد سے۔ انہوں نے لکھا ہے: "شیطان سے بچنے کے لیے ہم کو سب سے زیادہ کس چیز پر نگاہ رکھنا چاہیے؟</w:t>
      </w:r>
    </w:p>
    <w:p>
      <w:r>
        <w:rPr>
          <w:b/>
        </w:rPr>
        <w:t xml:space="preserve">[1:18:47] </w:t>
      </w:r>
      <w:r>
        <w:t>ego par ya shaitan ke waswase par?" shaitan se bachne ke liye zaroorat hai apna dushman banna.</w:t>
      </w:r>
    </w:p>
    <w:p>
      <w:pPr>
        <w:jc w:val="right"/>
      </w:pPr>
      <w:r>
        <w:t>ایگو پر یا شیطان کے وسوسے پر؟" شیطان سے بچنے کے لیے ضرورت ہے اپنا دشمن بننا۔</w:t>
      </w:r>
    </w:p>
    <w:p>
      <w:r>
        <w:rPr>
          <w:b/>
        </w:rPr>
        <w:t xml:space="preserve">[1:18:57] </w:t>
      </w:r>
      <w:r>
        <w:t>khud apne sath dushmani karni parti hai, tab aap shaitan se bach sakte hain.</w:t>
      </w:r>
    </w:p>
    <w:p>
      <w:pPr>
        <w:jc w:val="right"/>
      </w:pPr>
      <w:r>
        <w:t>خود اپنے ساتھ دشمنی کرنی پڑتی ہے، تب آپ شیطان سے بچ سکتے ہیں۔</w:t>
      </w:r>
    </w:p>
    <w:p>
      <w:r>
        <w:rPr>
          <w:b/>
        </w:rPr>
        <w:t xml:space="preserve">[1:19:04] </w:t>
      </w:r>
      <w:r>
        <w:t>agar aap apne dost bane hue hain to aap shaitan se bach sakte hain. aap isi liye mein kaha karta hoon ke merciless hammering, merciless introspection yani be rehamana muhasba,</w:t>
      </w:r>
    </w:p>
    <w:p>
      <w:pPr>
        <w:jc w:val="right"/>
      </w:pPr>
      <w:r>
        <w:t>اگر آپ اپنے دوست بنے ہوئے ہیں تو آپ شیطان سے بچ سکتے ہیں۔ آپ اسی لیے میں کہا کرتا ہوں کہ مرسی لیس ہیمبرنگ، مرسی لیس انٹراسپیکشن یعنی بے رحمانہ محاسبہ،</w:t>
      </w:r>
    </w:p>
    <w:p>
      <w:r>
        <w:rPr>
          <w:b/>
        </w:rPr>
        <w:t xml:space="preserve">[1:19:20] </w:t>
      </w:r>
      <w:r>
        <w:t>isi ko baqayda dushman banna parta hai.</w:t>
      </w:r>
    </w:p>
    <w:p>
      <w:pPr>
        <w:jc w:val="right"/>
      </w:pPr>
      <w:r>
        <w:t>اسی کو باقاعدہ دشمن بننا پڑتا ہے۔</w:t>
      </w:r>
    </w:p>
    <w:p>
      <w:r>
        <w:rPr>
          <w:b/>
        </w:rPr>
        <w:t xml:space="preserve">[1:19:22] </w:t>
      </w:r>
      <w:r>
        <w:t>ek hi laazmi shart hai, woh hai apna be rehamana muhasba, tab aap shaitan se bach jayenge. woh namumkin hai shaitan se bachna.</w:t>
      </w:r>
    </w:p>
    <w:p>
      <w:pPr>
        <w:jc w:val="right"/>
      </w:pPr>
      <w:r>
        <w:t>ایک ہی لازمی شرط ہے، وہ ہے اپنا بے رحمانہ محاسبہ، تب آپ شیطان سے بچ جائیں گے۔ وہ ناممکن ہے شیطان سے بچنا۔</w:t>
      </w:r>
    </w:p>
    <w:p>
      <w:r>
        <w:rPr>
          <w:b/>
        </w:rPr>
        <w:t xml:space="preserve">[1:19:33] </w:t>
      </w:r>
      <w:r>
        <w:t>aur aaj kal insanon ki yani jo aaj kal pehle bhi sab se bari jo kamzori insanon mein pata hoon mein ke woh ek ek lafz mil jata hai us ko to usi lafz se woh justify kar leta hai apne ko.</w:t>
      </w:r>
    </w:p>
    <w:p>
      <w:pPr>
        <w:jc w:val="right"/>
      </w:pPr>
      <w:r>
        <w:t>اور آج کل انسانوں کی یعنی جو آج کل پہلے بھی سب سے بڑی جو کمزوری انسانوں میں پاتا ہوں میں کہ وہ ایک ایک لفظ مل جاتا ہے اس کو تو اسی لفظ سے وہ جسٹیفائی کر لیتا ہے اپنے کو۔</w:t>
      </w:r>
    </w:p>
    <w:p>
      <w:r>
        <w:rPr>
          <w:b/>
        </w:rPr>
        <w:t xml:space="preserve">[1:19:45] </w:t>
      </w:r>
      <w:r>
        <w:t>har aadmi ko chahe woh dako bhi kyun na ho. ek dako se unhon ne kaha ke tum dake marte ho? mein ne kaha mein daka marta hoon to mein dekho logon ko paisa deta hoon, akela thori mehzab ko leta hoon, kuch khud leta hoon, kuch gharibon ko de deta hoon.</w:t>
      </w:r>
    </w:p>
    <w:p>
      <w:pPr>
        <w:jc w:val="right"/>
      </w:pPr>
      <w:r>
        <w:t>ہر آدمی کو چاہے وہ ڈاکو بھی کیوں نہ ہو۔ ایک ڈاکو سے انہوں نے کہا کہ تم ڈاکے مارتے ہو؟ میں نے کہا میں ڈاکہ مارتا ہوں تو میں دیکھو لوگوں کو پیسہ دیتا ہوں، اکیلا تھوڑی محضب کو لیتا ہوں، کچھ خود لیتا ہوں، کچھ غریبوں کو دے دیتا ہوں۔</w:t>
      </w:r>
    </w:p>
    <w:p>
      <w:r>
        <w:rPr>
          <w:b/>
        </w:rPr>
        <w:t xml:space="preserve">[1:20:02] </w:t>
      </w:r>
      <w:r>
        <w:t>is se justify kar liya apne dake ko.</w:t>
      </w:r>
    </w:p>
    <w:p>
      <w:pPr>
        <w:jc w:val="right"/>
      </w:pPr>
      <w:r>
        <w:t>اس سے جسٹیفائی کر لیا اپنے ڈاکے کو۔</w:t>
      </w:r>
    </w:p>
    <w:p>
      <w:r>
        <w:rPr>
          <w:b/>
        </w:rPr>
        <w:t xml:space="preserve">[1:20:07] </w:t>
      </w:r>
      <w:r>
        <w:t>to sab se buri cheez hai alfaaz ka fitna. har aadmi chahe kuch bhi, kuch bhi ghalat rai banaye, kuch bhi ghair ilmi rai banaye, kuch bhi be buniyad rai banaye, us ko lafz mil jayega,</w:t>
      </w:r>
    </w:p>
    <w:p>
      <w:pPr>
        <w:jc w:val="right"/>
      </w:pPr>
      <w:r>
        <w:t>تو سب سے بری چیز ہے الفاظ کا فتنہ۔ ہر آدمی چاہے کچھ بھی، کچھ بھی غلط رائے بنائے، کچھ بھی غیر علمی رائے بنائے، کچھ بھی بے بنیاد رائے بنائے، اس کو لفظ مل جائے گا،</w:t>
      </w:r>
    </w:p>
    <w:p>
      <w:r>
        <w:rPr>
          <w:b/>
        </w:rPr>
        <w:t xml:space="preserve">[1:20:24] </w:t>
      </w:r>
      <w:r>
        <w:t>lafz mil jayega.</w:t>
      </w:r>
    </w:p>
    <w:p>
      <w:pPr>
        <w:jc w:val="right"/>
      </w:pPr>
      <w:r>
        <w:t>لفظ مل جائے گا۔</w:t>
      </w:r>
    </w:p>
    <w:p>
      <w:r>
        <w:rPr>
          <w:b/>
        </w:rPr>
        <w:t xml:space="preserve">[1:20:28] </w:t>
      </w:r>
      <w:r>
        <w:t>misalan ek sahib ne kaha ke sahib quran mein namaz ki tafseel</w:t>
      </w:r>
    </w:p>
    <w:p>
      <w:pPr>
        <w:jc w:val="right"/>
      </w:pPr>
      <w:r>
        <w:t>مثلاً ایک صاحب نے کہا کہ صاحب قرآن میں نماز کی تفصیل</w:t>
      </w:r>
    </w:p>
    <w:p>
      <w:r>
        <w:rPr>
          <w:b/>
        </w:rPr>
        <w:t xml:space="preserve">[1:20:34] </w:t>
      </w:r>
      <w:r>
        <w:t>kahan hai? yeh aap namaz jo banai hai aap ne, aap logon ne, yeh to khud sakhta hai. to mein ne kaha koi bhi cheez jo aap mante hon ke quran mein hai, us ki bhi tafseel kahan hai?</w:t>
      </w:r>
    </w:p>
    <w:p>
      <w:pPr>
        <w:jc w:val="right"/>
      </w:pPr>
      <w:r>
        <w:t>کہاں ہے؟ یہ آپ نماز جو بنائی ہے آپ نے، آپ لوگوں نے، یہ تو خود ساختہ ہے۔ تو میں نے کہا کوئی بھی چیز جو آپ مانتے ہوں کہ قرآن میں ہے، اس کی بھی تفصیل کہاں ہے؟</w:t>
      </w:r>
    </w:p>
    <w:p>
      <w:r>
        <w:rPr>
          <w:b/>
        </w:rPr>
        <w:t xml:space="preserve">[1:20:47] </w:t>
      </w:r>
      <w:r>
        <w:t>is ki bhi tafseel kahan hai? misaal ke taur par un ka nazariya tha ke quran ka maqsad hai yani woh nizaam-e-adl qaim karna, yani ideal system, perfect system qaim karna.</w:t>
      </w:r>
    </w:p>
    <w:p>
      <w:pPr>
        <w:jc w:val="right"/>
      </w:pPr>
      <w:r>
        <w:t>اس کی بھی تفصیل کہاں ہے؟ مثلاً ان کا نظریہ تھا کہ قرآن کا مقصد ہے یعنی وہ نظام عدل قائم کرنا، یعنی آئیڈیل سسٹم، پرفیکٹ سسٹم قائم کرنا۔</w:t>
      </w:r>
    </w:p>
    <w:p>
      <w:r>
        <w:rPr>
          <w:b/>
        </w:rPr>
        <w:t xml:space="preserve">[1:21:02] </w:t>
      </w:r>
      <w:r>
        <w:t>main ne kaha woh kahan tafseel is ki hai?</w:t>
      </w:r>
    </w:p>
    <w:p>
      <w:pPr>
        <w:jc w:val="right"/>
      </w:pPr>
      <w:r>
        <w:t>میں نے کہا وہ کہاں تفصیل اس کی ہے؟</w:t>
      </w:r>
    </w:p>
    <w:p>
      <w:r>
        <w:rPr>
          <w:b/>
        </w:rPr>
        <w:t xml:space="preserve">[1:21:04] </w:t>
      </w:r>
      <w:r>
        <w:t>to koi bhi cheez jo aap kahenge ke quran mein, quran mein is ka hukum diya gaya to is ki tafseel nahi milegi aap ko.</w:t>
      </w:r>
    </w:p>
    <w:p>
      <w:pPr>
        <w:jc w:val="right"/>
      </w:pPr>
      <w:r>
        <w:t>تو کوئی بھی چیز جو آپ کہیں گے کہ قرآن میں، قرآن میں اس کا حکم دیا گیا تو اس کی تفصیل نہیں ملے گی آپ کو۔</w:t>
      </w:r>
    </w:p>
    <w:p>
      <w:r>
        <w:rPr>
          <w:b/>
        </w:rPr>
        <w:t xml:space="preserve">[1:21:15] </w:t>
      </w:r>
      <w:r>
        <w:t>namazi ki baat nahi hai, lekin phir bhi woh nahi mana unhon ne kyunke kuch na kuch lafz phir mil jata hai aadmi ko. to sab se bara fitna alfaaz ka fitna hai.</w:t>
      </w:r>
    </w:p>
    <w:p>
      <w:pPr>
        <w:jc w:val="right"/>
      </w:pPr>
      <w:r>
        <w:t>نمازی کی بات نہیں ہے، لیکن پھر بھی وہ نہیں مانا انہوں نے کیونکہ کچھ نہ کچھ لفظ پھر مل جاتا ہے آدمی کو۔ تو سب سے بڑا فتنہ الفاظ کا فتنہ ہے۔</w:t>
      </w:r>
    </w:p>
    <w:p>
      <w:r>
        <w:rPr>
          <w:b/>
        </w:rPr>
        <w:t xml:space="preserve">[1:21:25] </w:t>
      </w:r>
      <w:r>
        <w:t>koi bhi daleel aap dijiye, woh us ko aik aik lafz mil jayega. us ko</w:t>
      </w:r>
    </w:p>
    <w:p>
      <w:pPr>
        <w:jc w:val="right"/>
      </w:pPr>
      <w:r>
        <w:t>کوئی بھی دلیل آپ دیجئے، وہ اس کو ایک ایک لفظ مل جائے گا۔ اس کو</w:t>
      </w:r>
    </w:p>
    <w:p>
      <w:r>
        <w:rPr>
          <w:b/>
        </w:rPr>
        <w:t xml:space="preserve">[1:21:31] </w:t>
      </w:r>
      <w:r>
        <w:t>aik dilchasp misaal yeh hai ke aik martaba main lucknow mein tha to hazrat zaid ke paas aik road aise mudti thi. wahan main tha corner par, aik road idhar ja rahi thi, aik road idhar se mud rahi thi.</w:t>
      </w:r>
    </w:p>
    <w:p>
      <w:pPr>
        <w:jc w:val="right"/>
      </w:pPr>
      <w:r>
        <w:t>ایک دلچسپ مثال یہ ہے کہ ایک مرتبہ میں لکھنو میں تھا تو حضرت زید کے پاس ایک روڈ ایسے مڑتی تھی۔ وہاں میں تھا کارنر پر، ایک روڈ ادھر جا رہی تھی، ایک روڈ ادھر سے مڑ رہی تھی۔</w:t>
      </w:r>
    </w:p>
    <w:p>
      <w:r>
        <w:rPr>
          <w:b/>
        </w:rPr>
        <w:t xml:space="preserve">[1:21:46] </w:t>
      </w:r>
      <w:r>
        <w:t>to main ne dekha ke aik aik aik larka cycle par dauda dauda hua idhar se aaya,</w:t>
      </w:r>
    </w:p>
    <w:p>
      <w:pPr>
        <w:jc w:val="right"/>
      </w:pPr>
      <w:r>
        <w:t>تو میں نے دیکھا کہ ایک ایک ایک لڑکا سائیکل پر دوڑا دوڑا ہوا ادھر سے آیا،</w:t>
      </w:r>
    </w:p>
    <w:p>
      <w:r>
        <w:rPr>
          <w:b/>
        </w:rPr>
        <w:t xml:space="preserve">[1:21:52] </w:t>
      </w:r>
      <w:r>
        <w:t>bohat tezi se. phir jahan mudna tha us ko, wahan aik dehati bechara chal raha tha paidal, use takra gaya woh to dehati gir gaya.</w:t>
      </w:r>
    </w:p>
    <w:p>
      <w:pPr>
        <w:jc w:val="right"/>
      </w:pPr>
      <w:r>
        <w:t>بہت تیزی سے۔ پھر جہاں موڑنا تھا اس کو، وہاں ایک دیہاتی بیچارہ چل رہا تھا پیدل، اسے ٹکرا گیا وہ تو دیہاتی گر گیا۔</w:t>
      </w:r>
    </w:p>
    <w:p>
      <w:r>
        <w:rPr>
          <w:b/>
        </w:rPr>
        <w:t xml:space="preserve">[1:22:04] </w:t>
      </w:r>
      <w:r>
        <w:t>bazaahir ghareeb aadmi lagta tha woh koi. to larka jo hai takra gaya to cycle bhi gir gayi, woh aadmi bhi gir gaya. to woh aadmi kehta hai ke ghanti kyun nahi bajai?</w:t>
      </w:r>
    </w:p>
    <w:p>
      <w:pPr>
        <w:jc w:val="right"/>
      </w:pPr>
      <w:r>
        <w:t>بظاہر غریب آدمی لگتا تھا وہ کوئی۔ تو لڑکا جو ہے ٹکرا گیا تو سائیکل بھی گر گئی، وہ آدمی بھی گر گیا۔ تو وہ آدمی کہتا ہے کہ گھنٹی کیوں نہیں بجائی؟</w:t>
      </w:r>
    </w:p>
    <w:p>
      <w:r>
        <w:rPr>
          <w:b/>
        </w:rPr>
        <w:t xml:space="preserve">[1:22:20] </w:t>
      </w:r>
      <w:r>
        <w:t>to larka kehta hai ghanti na ho to phir woh kehta hai ke break kyun nahi lagaya? break na ho to phir us ne kaha bechare ne ke tumhari ghanti bhi nahi, break bhi nahi, tez kyun daudate ho?</w:t>
      </w:r>
    </w:p>
    <w:p>
      <w:pPr>
        <w:jc w:val="right"/>
      </w:pPr>
      <w:r>
        <w:t>تو لڑکا کہتا ہے گھنٹی نہ ہو تو پھر وہ کہتا ہے کہ بریک کیوں نہیں لگایا؟ بریک نہ ہو تو پھر اس نے کہا بیچارے نے کہ تمہاری گھنٹی بھی نہیں، بریک بھی نہیں، تیز کیوں دوڑاتے ہو؟</w:t>
      </w:r>
    </w:p>
    <w:p>
      <w:r>
        <w:rPr>
          <w:b/>
        </w:rPr>
        <w:t xml:space="preserve">[1:22:36] </w:t>
      </w:r>
      <w:r>
        <w:t>tab bhi Allah lafz mil gaya us ko. kya tum se pooch kyun daudaun? yeh bohat hi khatarnak baat hai ke insaan ko lafz milta rehta hai.</w:t>
      </w:r>
    </w:p>
    <w:p>
      <w:pPr>
        <w:jc w:val="right"/>
      </w:pPr>
      <w:r>
        <w:t>تب بھی اللہ لفظ مل گیا اس کو۔ کیا تم سے پوچھ کیوں دوڑاؤں؟ یہ بہت ہی خطرناک بات ہے کہ انسان کو لفظ ملتا رہتا ہے۔</w:t>
      </w:r>
    </w:p>
    <w:p>
      <w:r>
        <w:rPr>
          <w:b/>
        </w:rPr>
        <w:t xml:space="preserve">[1:22:45] </w:t>
      </w:r>
      <w:r>
        <w:t>shaitan ko mil gaya Allah ke muqable mein lafz.</w:t>
      </w:r>
    </w:p>
    <w:p>
      <w:pPr>
        <w:jc w:val="right"/>
      </w:pPr>
      <w:r>
        <w:t>شیطان کو مل گیا اللہ کے مقابلے میں لفظ۔</w:t>
      </w:r>
    </w:p>
    <w:p>
      <w:r>
        <w:rPr>
          <w:b/>
        </w:rPr>
        <w:t xml:space="preserve">[1:22:49] </w:t>
      </w:r>
      <w:r>
        <w:t>aur ghaur kijiye ke Allah taala ne kaha ke tum Adam ke aage sajda karo, jhuk jao. to shaitan ne kya kaha?</w:t>
      </w:r>
    </w:p>
    <w:p>
      <w:pPr>
        <w:jc w:val="right"/>
      </w:pPr>
      <w:r>
        <w:t>اور غور کیجئے کہ اللہ تعالی نے کہا کہ تم آدم کے آگے سجدہ کرو، جھک جاؤ۔ تو شیطان نے کیا کہا؟</w:t>
      </w:r>
    </w:p>
    <w:p>
      <w:r>
        <w:rPr>
          <w:b/>
        </w:rPr>
        <w:t xml:space="preserve">[1:22:57] </w:t>
      </w:r>
      <w:r>
        <w:t>main kyun jhukun? aap ne paida kiya mujh ko aag se, us ko mitti se, to main us se superior hoon. to Allah ke muqable pe lafz mil gaya us ko.</w:t>
      </w:r>
    </w:p>
    <w:p>
      <w:pPr>
        <w:jc w:val="right"/>
      </w:pPr>
      <w:r>
        <w:t>میں کیوں جھکوں؟ آپ نے پیدا کیا مجھ کو آگ سے، اس کو مٹی سے، تو میں اس سے سپیریئر ہوں۔ تو اللہ کے مقابلے پہ لفظ مل گیا اس کو۔</w:t>
      </w:r>
    </w:p>
    <w:p>
      <w:r>
        <w:rPr>
          <w:b/>
        </w:rPr>
        <w:t xml:space="preserve">[1:23:10] </w:t>
      </w:r>
      <w:r>
        <w:t>yaad rakhiye, sab se buri cheez yeh hai ke aap ko lafz milta rahe, aap specialist na ho paayein.</w:t>
      </w:r>
    </w:p>
    <w:p>
      <w:pPr>
        <w:jc w:val="right"/>
      </w:pPr>
      <w:r>
        <w:t>یاد رکھیے، سب سے بری چیز یہ ہے کہ آپ کو لفظ ملتا رہے، آپ اسپیشلسٹ نہ ہو پائیں۔</w:t>
      </w:r>
    </w:p>
    <w:p>
      <w:r>
        <w:rPr>
          <w:b/>
        </w:rPr>
        <w:t xml:space="preserve">[1:23:17] </w:t>
      </w:r>
      <w:r>
        <w:t>jab tak aadmi ka zariya rok, woh specialist hota ho, kahin na kahin, kahin na kahin us ko daleel jhuka de, kahin na kahin Allah ka khauf jhuka de, kahin na kahin us ko us ki us ki sincerity rok de.</w:t>
      </w:r>
    </w:p>
    <w:p>
      <w:pPr>
        <w:jc w:val="right"/>
      </w:pPr>
      <w:r>
        <w:t>جب تک آدمی کا ذریعہ روک، وہ اسپیشلسٹ ہوتا ہو، کہیں نہ کہیں، کہیں نہ کہیں اس کو دلیل جھکا دے، کہیں نہ کہیں اللہ کا خوف جھکا دے، کہیں نہ کہیں اس کو اس کی اس کی سنسیرٹی روک دے۔</w:t>
      </w:r>
    </w:p>
    <w:p>
      <w:r>
        <w:rPr>
          <w:b/>
        </w:rPr>
        <w:t xml:space="preserve">[1:23:30] </w:t>
      </w:r>
      <w:r>
        <w:t>nahi to rokayega nahi, aap yani bolte rahenge, bolte rahenge, bolte rahenge. to main isi liye main kehta hoon ke sab se bara fitna alfaaz ka fitna hai.</w:t>
      </w:r>
    </w:p>
    <w:p>
      <w:pPr>
        <w:jc w:val="right"/>
      </w:pPr>
      <w:r>
        <w:t>نہیں تو رکائے گا نہیں، آپ یعنی بولتے رہیں گے، بولتے رہیں گے، بولتے رہیں گے۔ تو میں اسی لیے میں کہتا ہوں کہ سب سے برا فتنہ الفاظ کا فتنہ ہے۔</w:t>
      </w:r>
    </w:p>
    <w:p>
      <w:r>
        <w:rPr>
          <w:b/>
        </w:rPr>
        <w:t xml:space="preserve">[1:23:40] </w:t>
      </w:r>
      <w:r>
        <w:t>agar aap jhukna na chahein to shaitan la ke aage nahi jhuka, us ko lafz milta raha, wahan bhi lafz milta raha.</w:t>
      </w:r>
    </w:p>
    <w:p>
      <w:pPr>
        <w:jc w:val="right"/>
      </w:pPr>
      <w:r>
        <w:t>اگر آپ جھکنا نہ چاہیں تو شیطان لا کے آگے نہیں جھکا، اس کو لفظ ملتا رہا، وہاں بھی لفظ ملتا رہا۔</w:t>
      </w:r>
    </w:p>
    <w:p>
      <w:r>
        <w:rPr>
          <w:b/>
        </w:rPr>
        <w:t xml:space="preserve">[1:23:47] </w:t>
      </w:r>
      <w:r>
        <w:t>to yeh bohat hi serious baat hai. dekhiye, aap maut se pehle dunya mein azaad hain to kuch bhi bol sakte hain. maut ke baad kya karenge?</w:t>
      </w:r>
    </w:p>
    <w:p>
      <w:pPr>
        <w:jc w:val="right"/>
      </w:pPr>
      <w:r>
        <w:t>تو یہ بہت ہی سیریس بات ہے۔ دیکھیے، آپ موت سے پہلے دنیا میں آزاد ہیں تو کچھ بھی بول سکتے ہیں۔ موت کے بعد کیا کریں گے؟</w:t>
      </w:r>
    </w:p>
    <w:p>
      <w:r>
        <w:rPr>
          <w:b/>
        </w:rPr>
        <w:t xml:space="preserve">[1:23:56] </w:t>
      </w:r>
      <w:r>
        <w:t>jab hajj ke maidan mein aap ikhatta honge to kya karenge? woh kya? Allah taala ke saath bhi lafz baazi karenge? aap wahan bhi lafz bol ke jeet sakte hain?</w:t>
      </w:r>
    </w:p>
    <w:p>
      <w:pPr>
        <w:jc w:val="right"/>
      </w:pPr>
      <w:r>
        <w:t>جب حج کے میدان میں آپ اکٹھا ہوں گے تو کیا کریں گے؟ وہ کیا؟ اللہ تعالی کے ساتھ بھی لفظ بازی کریں گے؟ آپ وہاں بھی لفظ بول کے جیت سکتے ہیں؟</w:t>
      </w:r>
    </w:p>
    <w:p>
      <w:r>
        <w:rPr>
          <w:b/>
        </w:rPr>
        <w:t xml:space="preserve">[1:24:04] </w:t>
      </w:r>
      <w:r>
        <w:t>aap aur Allah taala hukum de ke us ko le jao, jahannum mein daal do? kya aap ke paas taqat hogi? aap rok lenge apne apne aap ko farishte se?</w:t>
      </w:r>
    </w:p>
    <w:p>
      <w:pPr>
        <w:jc w:val="right"/>
      </w:pPr>
      <w:r>
        <w:t>آپ اور اللہ تعالی حکم دے کہ اس کو لے جاؤ، جہنم میں ڈال دو؟ کیا آپ کے پاس طاقت ہوگی؟ آپ روک لیں اپنے اپنے آپ کو فرشتے سے؟</w:t>
      </w:r>
    </w:p>
    <w:p>
      <w:r>
        <w:rPr>
          <w:b/>
        </w:rPr>
        <w:t xml:space="preserve">[1:24:15] </w:t>
      </w:r>
      <w:r>
        <w:t>to sab se bara fitna mere nazdeek alfaaz ka fitna hai. har aadmi ko woh lafz mil jata hai. jis ko dekhiye, dunya ke baray baray zalim jo hain, un ko woh lafz mile hue thay ke hum jo kar rahe hain, is ki wajah yeh hai, hum jo ke is ki wajah yeh hai.</w:t>
      </w:r>
    </w:p>
    <w:p>
      <w:pPr>
        <w:jc w:val="right"/>
      </w:pPr>
      <w:r>
        <w:t>تو سب سے برا فتنہ میرے نزدیک الفاظ کا فتنہ ہے۔ ہر آدمی کو وہ لفظ مل جاتا ہے۔ جس کو دیکھیے، دنیا کے بڑے بڑے ظالم جو ہیں، ان کو وہ لفظ ملے ہوئے تھے کہ ہم جو کر رہے ہیں، اس کی وجہ یہ ہے، ہم جو کہ اس کی وجہ یہ ہے۔</w:t>
      </w:r>
    </w:p>
    <w:p>
      <w:r>
        <w:rPr>
          <w:b/>
        </w:rPr>
        <w:t xml:space="preserve">[1:24:31] </w:t>
      </w:r>
      <w:r>
        <w:t>to main Allah se panah mangta hoon ke Allah taala mujhe alfaaz ke fitne se bachaye. aur aap sab logon ke liye dua karta hoon ke aap log Allah taala itni samajh dein ke aap alfaaz ke fitne se bachein.</w:t>
      </w:r>
    </w:p>
    <w:p>
      <w:pPr>
        <w:jc w:val="right"/>
      </w:pPr>
      <w:r>
        <w:t>تو میں اللہ سے پناہ مانگتا ہوں کہ اللہ تعالی مجھے الفاظ کے فتنے سے بچائے۔ اور آپ سب لوگوں کے لیے دعا کرتا ہوں کہ آپ لوگ اللہ تعالی اتنی سمجھ دیں کہ آپ الفاظ کے فتنے سے بچیں۔</w:t>
      </w:r>
    </w:p>
    <w:p>
      <w:r>
        <w:rPr>
          <w:b/>
        </w:rPr>
        <w:t xml:space="preserve">[1:24:46] </w:t>
      </w:r>
      <w:r>
        <w:t>maulana, agla sawal aaya hai mr. hareen sharma ka, delhi se. unhon ne likha hai: "sir, i am a second year engineering student.</w:t>
      </w:r>
    </w:p>
    <w:p>
      <w:pPr>
        <w:jc w:val="right"/>
      </w:pPr>
      <w:r>
        <w:t>مولانا، اگلا سوال آیا ہے مسٹر ہرین شرما کا، دلی سے۔ انہوں نے لکھا ہے: "سر، آئی ایم ا سیکنڈ ایئر انجینئرنگ سٹوڈنٹ۔</w:t>
      </w:r>
    </w:p>
    <w:p>
      <w:r>
        <w:rPr>
          <w:b/>
        </w:rPr>
        <w:t xml:space="preserve">[1:24:56] </w:t>
      </w:r>
      <w:r>
        <w:t>i have nine subjects to study and my exam start in ninth of december. the problem is that the moment i start my studies in the morning and make a plan to study for at least ten to twelve hours, i end up studying only two to three hours, which is very insufficient."</w:t>
      </w:r>
    </w:p>
    <w:p>
      <w:pPr>
        <w:jc w:val="right"/>
      </w:pPr>
      <w:r>
        <w:t>آئی ہیو نائن سبجیکٹس ٹو سٹڈی اینڈ مائی ایگزام سٹارٹ ان نائنتھ آف دسمبر۔ دا پرابلم از دیٹ دا مومنٹ آئی سٹارٹ مائی سٹڈیز ان دا مارننگ اینڈ میک ا پلان ٹو سٹڈی فار ایٹ لیسٹ ٹین ٹو ٹویلو اورز، آئی اینڈ اپ سٹڈنگ اونلی ٹو ٹو تھری اورز، وچ از ویری انسفیشنٹ۔</w:t>
      </w:r>
    </w:p>
    <w:p>
      <w:r>
        <w:rPr>
          <w:b/>
        </w:rPr>
        <w:t xml:space="preserve">[1:25:16] </w:t>
      </w:r>
      <w:r>
        <w:t>because of this, my parents start shouting at me and I get really irritated and frustrated and and up doing nothing.</w:t>
      </w:r>
    </w:p>
    <w:p>
      <w:pPr>
        <w:jc w:val="right"/>
      </w:pPr>
      <w:r>
        <w:t>بیکاز اف دس، مائی پیرنٹس سٹارٹ شاؤٹنگ ایٹ می اینڈ آئی گیٹ ریلی ایریٹیٹڈ اینڈ فرسٹریٹڈ اینڈ اینڈ اپ ڈوئنگ نتھنگ۔</w:t>
      </w:r>
    </w:p>
    <w:p>
      <w:r>
        <w:rPr>
          <w:b/>
        </w:rPr>
        <w:t xml:space="preserve">[1:25:25] </w:t>
      </w:r>
      <w:r>
        <w:t>I can concentrate not more than two hours at a stretch. I am afraid I will end up failing. Please help me out."</w:t>
      </w:r>
    </w:p>
    <w:p>
      <w:pPr>
        <w:jc w:val="right"/>
      </w:pPr>
      <w:r>
        <w:t>آئی کین کنسنٹریٹ ناٹ مور دین ٹو اورز ایٹ ا سٹریچ۔ آئی ایم افریڈ آئی ویل اینڈ اپ فیلنگ۔ پلیز ہیلپ می آؤٹ۔"</w:t>
      </w:r>
    </w:p>
    <w:p>
      <w:r>
        <w:rPr>
          <w:b/>
        </w:rPr>
        <w:t xml:space="preserve">[1:25:41] </w:t>
      </w:r>
      <w:r>
        <w:t>mere khayal se aap ka aap ke habits jo hain, us ko aap tod nahin paate. yeh in natural baat hai ke aadmi bas do ghanta parhe.</w:t>
      </w:r>
    </w:p>
    <w:p>
      <w:pPr>
        <w:jc w:val="right"/>
      </w:pPr>
      <w:r>
        <w:t>میرے خیال سے آپ کا آپ کے ہیبٹس جو ہیں، اس کو آپ توڑ نہیں پاتے۔ یہ ان نیچرل بات ہے کہ آدمی بس دو گھنٹہ پڑھے۔</w:t>
      </w:r>
    </w:p>
    <w:p>
      <w:r>
        <w:rPr>
          <w:b/>
        </w:rPr>
        <w:t xml:space="preserve">[1:25:51] </w:t>
      </w:r>
      <w:r>
        <w:t>kyun? aadmi sirf do ghanta parhega. aadmi chaar ghanta parh sakta hai.</w:t>
      </w:r>
    </w:p>
    <w:p>
      <w:pPr>
        <w:jc w:val="right"/>
      </w:pPr>
      <w:r>
        <w:t>کیوں؟ آدمی صرف دو گھنٹہ پڑھے گا۔ آدمی چار گھنٹہ پڑھ سکتا ہے۔</w:t>
      </w:r>
    </w:p>
    <w:p>
      <w:r>
        <w:rPr>
          <w:b/>
        </w:rPr>
        <w:t xml:space="preserve">[1:25:55] </w:t>
      </w:r>
      <w:r>
        <w:t>main yeh nahin kehta hoon ke aap barah ghante parhein. main yeh nahin kehta. lekin aap do ghanta, chaar ghanta, chhe ghanta parh sakte hain. yeh kuch habits hain jis ke jis ko aap chhod nahin paate.</w:t>
      </w:r>
    </w:p>
    <w:p>
      <w:pPr>
        <w:jc w:val="right"/>
      </w:pPr>
      <w:r>
        <w:t>میں یہ نہیں کہتا ہوں کہ آپ بارہ گھنٹے پڑھیں۔ میں یہ نہیں کہتا۔ لیکن آپ دو گھنٹہ، چار گھنٹہ، چھ گھنٹہ پڑھ سکتے ہیں۔ یہ کچھ ہیبٹس ہیں جس کے جس کو آپ چھوڑ نہیں پاتے۔</w:t>
      </w:r>
    </w:p>
    <w:p>
      <w:r>
        <w:rPr>
          <w:b/>
        </w:rPr>
        <w:t xml:space="preserve">[1:26:07] </w:t>
      </w:r>
      <w:r>
        <w:t>bahut buri cheez hai habit. habit jab ho jaati hai kisi ki to itna us ko yaani is se itna zyada familiar ho jaata hai ke na chhod kar bhi samajhta hai ke main chhod diya.</w:t>
      </w:r>
    </w:p>
    <w:p>
      <w:pPr>
        <w:jc w:val="right"/>
      </w:pPr>
      <w:r>
        <w:t>بہت بری چیز ہے ہیبٹ۔ ہیبٹ جب ہو جاتی ہے کسی کی تو اتنا اس کو یعنی اس سے اتنا زیادہ فیملیئر ہو جاتا ہے کہ نہ چھوڑ کر بھی سمجھتا ہے کہ میں چھوڑ دیا۔</w:t>
      </w:r>
    </w:p>
    <w:p>
      <w:r>
        <w:rPr>
          <w:b/>
        </w:rPr>
        <w:t xml:space="preserve">[1:26:20] </w:t>
      </w:r>
      <w:r>
        <w:t>ajeeb baat hai yeh maine paaya hai ke chhodte nahin samajhte ke hum ne chhod diya. mujhe batana padta hai kahin chhod diya aap ne.</w:t>
      </w:r>
    </w:p>
    <w:p>
      <w:pPr>
        <w:jc w:val="right"/>
      </w:pPr>
      <w:r>
        <w:t>عجیب بات ہے یہ میں نے پایا ہے کہ چھوڑتے نہیں سمجھتے کہ ہم نے چھوڑ دیا۔ مجھے بتانا پڑتا ہے کہیں چھوڑ دیا آپ نے۔</w:t>
      </w:r>
    </w:p>
    <w:p>
      <w:r>
        <w:rPr>
          <w:b/>
        </w:rPr>
        <w:t xml:space="preserve">[1:26:30] </w:t>
      </w:r>
      <w:r>
        <w:t>to jis aadmi ko bhi koi in natural is qism ka yaani maamla pesh aaye, yeh in natural hai. yaad rakhiye, yeh natural nahin hai.</w:t>
      </w:r>
    </w:p>
    <w:p>
      <w:pPr>
        <w:jc w:val="right"/>
      </w:pPr>
      <w:r>
        <w:t>تو جس آدمی کو بھی کوئی ان نیچرل اس قسم کا یعنی معاملہ پیش آئے، یہ ان نیچرل ہے۔ یاد رکھیے، یہ نیچرل نہیں ہے۔</w:t>
      </w:r>
    </w:p>
    <w:p>
      <w:r>
        <w:rPr>
          <w:b/>
        </w:rPr>
        <w:t xml:space="preserve">[1:26:41] </w:t>
      </w:r>
      <w:r>
        <w:t>aur is liye koi na koi habit galat lagi hui hai aap ko. is habit ko discover kijiye.</w:t>
      </w:r>
    </w:p>
    <w:p>
      <w:pPr>
        <w:jc w:val="right"/>
      </w:pPr>
      <w:r>
        <w:t>اور اس لیے کوئی نہ کوئی ہیبٹ غلط لگی ہوئی ہے آپ کو۔ اس ہیبٹ کو ڈسکور کیجئے۔</w:t>
      </w:r>
    </w:p>
    <w:p>
      <w:r>
        <w:rPr>
          <w:b/>
        </w:rPr>
        <w:t xml:space="preserve">[1:26:47] </w:t>
      </w:r>
      <w:r>
        <w:t>main to aaj tak dhoondta rehta hoon ke aisi habit jo mujhe bachpan se lag gayi ho, abhi tak lagi hui ho. to habit badi buri cheez hai.</w:t>
      </w:r>
    </w:p>
    <w:p>
      <w:pPr>
        <w:jc w:val="right"/>
      </w:pPr>
      <w:r>
        <w:t>میں تو آج تک ڈھونڈتا رہتا ہوں کہ ایسی ہیبٹ جو مجھے بچپن سے لگ گئی ہو، ابھی تک لگی ہوئی ہو۔ تو ہیبٹ بڑی بری چیز ہے۔</w:t>
      </w:r>
    </w:p>
    <w:p>
      <w:r>
        <w:rPr>
          <w:b/>
        </w:rPr>
        <w:t xml:space="preserve">[1:26:57] </w:t>
      </w:r>
      <w:r>
        <w:t>bade bade logon ko habit lagi rehti hai aur bachpan se lag jaati hai. to aadmi is pe condition ho jaata hai. to aap aap sawab maamla sirf parent ka nahin hai.</w:t>
      </w:r>
    </w:p>
    <w:p>
      <w:pPr>
        <w:jc w:val="right"/>
      </w:pPr>
      <w:r>
        <w:t>بڑے بڑے لوگوں کو ہیبٹ لگی رہتی ہے اور بچپن سے لگ جاتی ہے۔ تو آدمی اس پہ کنڈیشن ہو جاتا ہے۔ تو آپ آپ ثواب معاملہ صرف پیرنٹ کا نہیں ہے۔</w:t>
      </w:r>
    </w:p>
    <w:p>
      <w:r>
        <w:rPr>
          <w:b/>
        </w:rPr>
        <w:t xml:space="preserve">[1:27:08] </w:t>
      </w:r>
      <w:r>
        <w:t>aap future mein kya karenge? aap ko zindagi guzarna hai duniya mein. aap ke paas achhi education chahiye. to kaise zindagi guzarenge aap</w:t>
      </w:r>
    </w:p>
    <w:p>
      <w:pPr>
        <w:jc w:val="right"/>
      </w:pPr>
      <w:r>
        <w:t>آپ فیوچر میں کیا کریں گے؟ آپ کو زندگی گزارنا ہے دنیا میں۔ آپ کے پاس اچھی ایجوکیشن چاہیے۔ تو کیسے زندگی گزاریں گے آپ</w:t>
      </w:r>
    </w:p>
    <w:p>
      <w:r>
        <w:rPr>
          <w:b/>
        </w:rPr>
        <w:t xml:space="preserve">[1:27:16] </w:t>
      </w:r>
      <w:r>
        <w:t>? masla parent ka nahin hai, masla aap ke apne future ka hai. to aap apni jo wrong habits hain, us ko daryaft kijiye aur us apne is yaani is ko correct kijiye, is ki islaah kijiye.</w:t>
      </w:r>
    </w:p>
    <w:p>
      <w:pPr>
        <w:jc w:val="right"/>
      </w:pPr>
      <w:r>
        <w:t>؟ مسئلہ پیرنٹ کا نہیں ہے، مسئلہ آپ کے اپنے فیوچر کا ہے۔ تو آپ اپنی جو رنگ ہیبٹس ہیں، اس کو دریافت کیجئے اور اس اپنے اس یعنی اس کو کریکٹ کیجئے، اس کی اصلاح کیجئے۔</w:t>
      </w:r>
    </w:p>
    <w:p>
      <w:r>
        <w:rPr>
          <w:b/>
        </w:rPr>
        <w:t xml:space="preserve">[1:27:33] </w:t>
      </w:r>
      <w:r>
        <w:t>doctor Muslima ne Delhi se sawal likha hai. unhone poocha hai ke Quran mein aata hai ke hum ne Furqan utara. is ke bare mein aap kuch bataein.</w:t>
      </w:r>
    </w:p>
    <w:p>
      <w:pPr>
        <w:jc w:val="right"/>
      </w:pPr>
      <w:r>
        <w:t>ڈاکٹر مسلمہ نے دلی سے سوال لکھا ہے۔ انہوں نے پوچھا ہے کہ قرآن میں آتا ہے کہ ہم نے فرقان اتارا۔ اس کے بارے میں آپ کچھ بتائیں۔</w:t>
      </w:r>
    </w:p>
    <w:p>
      <w:r>
        <w:rPr>
          <w:b/>
        </w:rPr>
        <w:t xml:space="preserve">[1:27:48] </w:t>
      </w:r>
      <w:r>
        <w:t>dekhein, Furqan ke ka lafzi matlab jo hai, woh hai do cheez ke darmiyan farq karna. asal al fasl min al shai' yani to differentiate between between the two.</w:t>
      </w:r>
    </w:p>
    <w:p>
      <w:pPr>
        <w:jc w:val="right"/>
      </w:pPr>
      <w:r>
        <w:t>دیکھیں، فرقان کے کا لفظی مطلب جو ہے، وہ ہے دو چیز کے درمیان فرق کرنا۔ اصل الفصل من الشین یعنی ٹو ڈیفرنشیٹ بٹوین بٹوین دا ٹو۔</w:t>
      </w:r>
    </w:p>
    <w:p>
      <w:r>
        <w:rPr>
          <w:b/>
        </w:rPr>
        <w:t xml:space="preserve">[1:28:02] </w:t>
      </w:r>
      <w:r>
        <w:t>to</w:t>
      </w:r>
    </w:p>
    <w:p>
      <w:pPr>
        <w:jc w:val="right"/>
      </w:pPr>
      <w:r>
        <w:t>تو</w:t>
      </w:r>
    </w:p>
    <w:p>
      <w:r>
        <w:rPr>
          <w:b/>
        </w:rPr>
        <w:t xml:space="preserve">[1:28:04] </w:t>
      </w:r>
      <w:r>
        <w:t>Quran jo hai, us ki ek sifat yeh hai ke woh Furqan hai yani cheezon mein farq karna batata hai ke yeh right hai, yeh wrong hai, yeh theek hai, yeh theek nahin hai, yeh is mein aadmi ko faida hai, is mein faida nahin hai.</w:t>
      </w:r>
    </w:p>
    <w:p>
      <w:pPr>
        <w:jc w:val="right"/>
      </w:pPr>
      <w:r>
        <w:t>قرآن جو ہے، اس کی ایک صفت یہ ہے کہ وہ فرقان ہے یعنی چیزوں میں فرق کرنا بتاتا ہے کہ یہ رائٹ ہے، یہ رنگ ہے، یہ ٹھیک ہے، یہ ٹھیک نہیں ہے، یہ اس میں آدمی کو فائدہ ہے، اس میں فائدہ نہیں ہے۔</w:t>
      </w:r>
    </w:p>
    <w:p>
      <w:r>
        <w:rPr>
          <w:b/>
        </w:rPr>
        <w:t xml:space="preserve">[1:28:20] </w:t>
      </w:r>
      <w:r>
        <w:t>to yeh jo hai, jab aadmi Quran mein sochega, bahut zyada ghor karega to us ke andar ek ek ek sense develop hoga.</w:t>
      </w:r>
    </w:p>
    <w:p>
      <w:pPr>
        <w:jc w:val="right"/>
      </w:pPr>
      <w:r>
        <w:t>تو یہ جو ہے، جب آدمی قرآن میں سوچے گا، بہت زیادہ غور کرے گا تو اس کے اندر ایک ایک ایک سینس ڈیویلپ ہوگا۔</w:t>
      </w:r>
    </w:p>
    <w:p>
      <w:r>
        <w:rPr>
          <w:b/>
        </w:rPr>
        <w:t xml:space="preserve">[1:28:30] </w:t>
      </w:r>
      <w:r>
        <w:t>sense of Furqan</w:t>
      </w:r>
    </w:p>
    <w:p>
      <w:pPr>
        <w:jc w:val="right"/>
      </w:pPr>
      <w:r>
        <w:t>سینس آف فرقان</w:t>
      </w:r>
    </w:p>
    <w:p>
      <w:r>
        <w:rPr>
          <w:b/>
        </w:rPr>
        <w:t xml:space="preserve">[1:28:32] </w:t>
      </w:r>
      <w:r>
        <w:t>yani Quran mein saari baatein do do chaar chaar likhi hui nahin hain. aisa nahin hai ke do do chaar chaar har cheez likhi hui hai. lekin jab aadmi sach much bahut is mein parhega aur bahut ghor karega, bahut us ko yaani samajhne ki koshish karega to us ke andar ek salahiyat develop karegi jis ko kehte hain Furqan yani principle of differentiation.</w:t>
      </w:r>
    </w:p>
    <w:p>
      <w:pPr>
        <w:jc w:val="right"/>
      </w:pPr>
      <w:r>
        <w:t>یعنی قرآن میں ساری باتیں دو دو چار چار لکھی ہوئی نہیں ہیں۔ ایسا نہیں ہے کہ دو دو چار چار ہر چیز لکھی ہوئی ہے۔ لیکن جب آدمی سچ مچ بہت اس میں پڑھے گا اور بہت غور کرے گا، بہت اس کو یعنی سمجھنے کی کوشش کرے گا تو اس کے اندر ایک صلاحیت ڈیویلپ کرے گی جس کو کہتے ہیں فرقان یعنی پرنسپل آف ڈیفرنشییشن۔</w:t>
      </w:r>
    </w:p>
    <w:p>
      <w:r>
        <w:rPr>
          <w:b/>
        </w:rPr>
        <w:t xml:space="preserve">[1:28:58] </w:t>
      </w:r>
      <w:r>
        <w:t>to yeh to mutaarif hota hai, gehri studies hota hai aur sincere study. main samajhta hoon ke sincere ka lafz shamil karna zaroori hai ya serious study.</w:t>
      </w:r>
    </w:p>
    <w:p>
      <w:pPr>
        <w:jc w:val="right"/>
      </w:pPr>
      <w:r>
        <w:t>تو یہ تو متعارف ہوتا ہے، گہری سٹڈیز ہوتا ہے اور سنسیئر سٹڈی۔ میں سمجھتا ہوں کہ سنسیئر کا لفظ شامل کرنا ضروری ہے یا سیریس سٹڈی۔</w:t>
      </w:r>
    </w:p>
    <w:p>
      <w:r>
        <w:rPr>
          <w:b/>
        </w:rPr>
        <w:t xml:space="preserve">[1:29:12] </w:t>
      </w:r>
      <w:r>
        <w:t>jab serious study karta hai aadmi, tab ja kar ke woh sense develop hota hai. nahin to parhega, parhega, hoga kuch nahin.</w:t>
      </w:r>
    </w:p>
    <w:p>
      <w:pPr>
        <w:jc w:val="right"/>
      </w:pPr>
      <w:r>
        <w:t>جب سیریس سٹڈی کرتا ہے آدمی، تب جا کر کے وہ سینس ڈیویلپ ہوتا ہے۔ نہیں تو پڑھے گا، پڑھے گا، ہوگا کچھ نہیں۔</w:t>
      </w:r>
    </w:p>
    <w:p>
      <w:r>
        <w:rPr>
          <w:b/>
        </w:rPr>
        <w:t xml:space="preserve">[1:29:22] </w:t>
      </w:r>
      <w:r>
        <w:t>Mr. Sajid Anwar ne Roorkee se sawal kiya hai. unhone likha hai ke Maulana, during course of a discussion with one of the mullahs, I told him that Quran is my discovery.</w:t>
      </w:r>
    </w:p>
    <w:p>
      <w:pPr>
        <w:jc w:val="right"/>
      </w:pPr>
      <w:r>
        <w:t>مسٹر ساجد انور نے رڑکی سے سوال کیا ہے۔ انہوں نے لکھا ہے کہ مولانا، ڈیورنگ کورس آف ا ڈسکشن ود ون آف دا مدوز، آئی ٹولڈ ہم دیٹ قرآن از مائی ڈسکوری۔</w:t>
      </w:r>
    </w:p>
    <w:p>
      <w:r>
        <w:rPr>
          <w:b/>
        </w:rPr>
        <w:t xml:space="preserve">[1:29:36] </w:t>
      </w:r>
      <w:r>
        <w:t>he asked me whether I have read Bible and Gita. I told him that I have not read it. he said to me, then how can you say that Quran is the book leading to the right path?</w:t>
      </w:r>
    </w:p>
    <w:p>
      <w:pPr>
        <w:jc w:val="right"/>
      </w:pPr>
      <w:r>
        <w:t>ہی اسکڈ می ویدر آئی ہیو ریڈ بائبل اینڈ گیتا۔ آئی ٹولڈ ہم دیٹ آئی ہیو ناٹ ریڈ اٹ۔ ہی سیڈ ٹو می، دین ہاؤ کین یو سے دیٹ قرآن از دا بک لیڈنگ ٹو دا رائٹ پاتھ؟</w:t>
      </w:r>
    </w:p>
    <w:p>
      <w:r>
        <w:rPr>
          <w:b/>
        </w:rPr>
        <w:t xml:space="preserve">[1:29:50] </w:t>
      </w:r>
      <w:r>
        <w:t>he further added that first you have to read all the books, then only you can decide. Maulana, how should I tackle such questions?</w:t>
      </w:r>
    </w:p>
    <w:p>
      <w:pPr>
        <w:jc w:val="right"/>
      </w:pPr>
      <w:r>
        <w:t>ہی فردر ایڈڈ دیٹ فرسٹ یو ہیو ٹو ریڈ آل دا بکس، دین اونلی یو کین ڈیسائیڈ۔ مولانا، ہاؤ شوڈ آئی ٹیکل سچ کوسچنز؟</w:t>
      </w:r>
    </w:p>
    <w:p>
      <w:r>
        <w:rPr>
          <w:b/>
        </w:rPr>
        <w:t xml:space="preserve">[1:30:03] </w:t>
      </w:r>
      <w:r>
        <w:t>dekhen, yeh main dekh sahi baat nahin hai kyunke aap ko bible ke bare mein ek general knowledge phir bhi maujood yaqeenan hogi.</w:t>
      </w:r>
    </w:p>
    <w:p>
      <w:pPr>
        <w:jc w:val="right"/>
      </w:pPr>
      <w:r>
        <w:t>دیکھیں، یہ میں دیکھ صحیح بات نہیں ہے کیونکہ آپ کو بائبل کے بارے میں ایک جنرل نالج پھر بھی موجود یقینا ہوگی۔</w:t>
      </w:r>
    </w:p>
    <w:p>
      <w:r>
        <w:rPr>
          <w:b/>
        </w:rPr>
        <w:t xml:space="preserve">[1:30:16] </w:t>
      </w:r>
      <w:r>
        <w:t>aap ne chahe is ki study na bhi ki ho, general taur par aap ko maloom hai is ke bare mein ke bible kyunke woh log missionary log baton ko kehte hain aur logon se batate hain.</w:t>
      </w:r>
    </w:p>
    <w:p>
      <w:pPr>
        <w:jc w:val="right"/>
      </w:pPr>
      <w:r>
        <w:t>آپ نے چاہے اس کی اسٹڈی نہ بھی کی ہو، جنرل طور پر آپ کو معلوم ہے اس کے بارے میں کہ بائبل کیونکہ وہ لوگ مشنری لوگ باتوں کو کہتے ہیں اور لوگوں سے بتاتے ہیں۔</w:t>
      </w:r>
    </w:p>
    <w:p>
      <w:r>
        <w:rPr>
          <w:b/>
        </w:rPr>
        <w:t xml:space="preserve">[1:30:31] </w:t>
      </w:r>
      <w:r>
        <w:t>misal ke taur par trinity concept, aap ko bible ka gehra mutalea kiye baghair aap jaan sakte hain ke woh log trinity ko tablegh karte hain ke Khuda ek bhi hai aur teen bhi hain.</w:t>
      </w:r>
    </w:p>
    <w:p>
      <w:pPr>
        <w:jc w:val="right"/>
      </w:pPr>
      <w:r>
        <w:t>مثال کے طور پر ٹرینٹی کانسیپٹ، آپ کو بائبل کا گہرا مطالعہ کیے بغیر آپ جان سکتے ہیں کہ وہ لوگ ٹرینٹی کو تبلیغ کرتے ہیں کہ خدا ایک بھی ہے اور تین بھی ہے۔</w:t>
      </w:r>
    </w:p>
    <w:p>
      <w:r>
        <w:rPr>
          <w:b/>
        </w:rPr>
        <w:t xml:space="preserve">[1:30:44] </w:t>
      </w:r>
      <w:r>
        <w:t>to yeh is ke liye gehre mutale ki zaroorat nahin hai. aur jab aap Quran ko padhenge ke Quran mein Khuda ek hai, is concept hai to aap ka nature kahega ke ek ek hi sahi hai, teen sahi nahin hain.</w:t>
      </w:r>
    </w:p>
    <w:p>
      <w:pPr>
        <w:jc w:val="right"/>
      </w:pPr>
      <w:r>
        <w:t>تو یہ اس کے لیے گہرے مطالعے کی ضرورت نہیں ہے۔ اور جب آپ قرآن کو پڑھیں گے کہ قرآن میں خدا ایک ہے، اس کانسیپٹ ہے تو آپ کا نیچر کہے گا کہ ایک ایک ہی صحیح ہے، تین صحیح نہیں ہیں۔</w:t>
      </w:r>
    </w:p>
    <w:p>
      <w:r>
        <w:rPr>
          <w:b/>
        </w:rPr>
        <w:t xml:space="preserve">[1:30:56] </w:t>
      </w:r>
      <w:r>
        <w:t>kyunke kainat mein jo itni bari kainat hai, is ko yeh manage kar raha hai to itni harmony kyun hai? agar teen Khuda hon to harmony nahin ho sakti.</w:t>
      </w:r>
    </w:p>
    <w:p>
      <w:pPr>
        <w:jc w:val="right"/>
      </w:pPr>
      <w:r>
        <w:t>کیونکہ کائنات میں جو اتنی بڑی کائنات ہے، اس کو یہ مینج کر رہا ہے تو اتنی ہارمونی کیوں ہے؟ اگر تین خدا ہوں تو ہارمونی نہیں ہو سکتی۔</w:t>
      </w:r>
    </w:p>
    <w:p>
      <w:r>
        <w:rPr>
          <w:b/>
        </w:rPr>
        <w:t xml:space="preserve">[1:31:06] </w:t>
      </w:r>
      <w:r>
        <w:t>itni harmony</w:t>
      </w:r>
    </w:p>
    <w:p>
      <w:pPr>
        <w:jc w:val="right"/>
      </w:pPr>
      <w:r>
        <w:t>اتنی ہارمونی</w:t>
      </w:r>
    </w:p>
    <w:p>
      <w:r>
        <w:rPr>
          <w:b/>
        </w:rPr>
        <w:t xml:space="preserve">[1:31:07] </w:t>
      </w:r>
      <w:r>
        <w:t>aisi abhi sab log jante hain ke woh un ka yeh nazariya batate hain, woh log ke ke Masih masloob hui hai sab gunahon ko maaf karne ke liye.</w:t>
      </w:r>
    </w:p>
    <w:p>
      <w:pPr>
        <w:jc w:val="right"/>
      </w:pPr>
      <w:r>
        <w:t>ایسی ابھی سب لوگ جانتے ہیں کہ وہ ان کا یہ نظریہ بتاتے ہیں، وہ لوگ کہ کہ مسیح مصلوب ہوئی ہے سب گناہوں کو معاف کرنے کے لیے۔</w:t>
      </w:r>
    </w:p>
    <w:p>
      <w:r>
        <w:rPr>
          <w:b/>
        </w:rPr>
        <w:t xml:space="preserve">[1:31:16] </w:t>
      </w:r>
      <w:r>
        <w:t>yeh bhi un natural baat hai. to yeh aap sochen ke Quran mein to yeh hai ke aadmi jo karega, us ko bhuktega, woh apne kiye ka khud anjam bhuktega.</w:t>
      </w:r>
    </w:p>
    <w:p>
      <w:pPr>
        <w:jc w:val="right"/>
      </w:pPr>
      <w:r>
        <w:t>یہ بھی ان نیچرل بات ہے۔ تو یہ آپ سوچیں کہ قرآن میں تو یہ ہے کہ آدمی جو کرے گا، اس کو بھگتے گا، وہ اپنے کیے کا خود انجام بھگتے گا۔</w:t>
      </w:r>
    </w:p>
    <w:p>
      <w:r>
        <w:rPr>
          <w:b/>
        </w:rPr>
        <w:t xml:space="preserve">[1:31:28] </w:t>
      </w:r>
      <w:r>
        <w:t>wahan mere kiye ka anjam paighambar ke upar kuch chalaye ga, chalega to un natural</w:t>
      </w:r>
    </w:p>
    <w:p>
      <w:pPr>
        <w:jc w:val="right"/>
      </w:pPr>
      <w:r>
        <w:t>وہاں میرے کیے کا انجام پیغمبر کے اوپر کچھ چلائے گا، چلے گا تو ان نیچرل</w:t>
      </w:r>
    </w:p>
    <w:p>
      <w:r>
        <w:rPr>
          <w:b/>
        </w:rPr>
        <w:t xml:space="preserve">[1:31:34] </w:t>
      </w:r>
      <w:r>
        <w:t>baat hai. to yeh zaroori nahin hai ke aap bible ka gehra mutalea karen. khud bible walon ne jo baaten bata rakhi hain, woh sab jante hain, sab log woh to phailate hain, woh log khud.</w:t>
      </w:r>
    </w:p>
    <w:p>
      <w:pPr>
        <w:jc w:val="right"/>
      </w:pPr>
      <w:r>
        <w:t>بات ہے۔ تو یہ ضروری نہیں ہے کہ آپ بائبل کا گہرا مطالعہ کریں۔ خود بائبل والوں نے جو باتیں بتا رکھی ہیں، وہ سب جانتے ہیں، سب لوگ وہ تو پھیلاتے ہیں، وہ لوگ خود۔</w:t>
      </w:r>
    </w:p>
    <w:p>
      <w:r>
        <w:rPr>
          <w:b/>
        </w:rPr>
        <w:t xml:space="preserve">[1:31:43] </w:t>
      </w:r>
      <w:r>
        <w:t>to is se aap comparison karne ki position mein hain. to ek hai scholarly comparison. scholarly comparison har ek ki zaroori nahin hai. general comparison to har ek kar sakta hai kyunke sab log jante hain ke kya Christian log kis baat ki tablegh karte hain.</w:t>
      </w:r>
    </w:p>
    <w:p>
      <w:pPr>
        <w:jc w:val="right"/>
      </w:pPr>
      <w:r>
        <w:t>تو اس سے آپ کمپیئر کرنے کی پوزیشن میں ہیں۔ تو ایک ہے اسکالرلی کمپیریزن۔ اسکالرلی کمپیریزن ہر ایک کی ضروری نہیں ہے۔ جنرل کمپیریزن تو ہر ایک کر سکتا ہے کیونکہ سب لوگ جانتے ہیں کہ کیا کرسچن لوگ کس بات کی تبلیغ کرتے ہیں۔</w:t>
      </w:r>
    </w:p>
    <w:p>
      <w:r>
        <w:rPr>
          <w:b/>
        </w:rPr>
        <w:t xml:space="preserve">[1:32:01] </w:t>
      </w:r>
      <w:r>
        <w:t>ji Maulana, agla sawal aaya hai Mr. Zeeshan Yusuf ka Hyderabad se. unhon ne likha hai: "in one of the discussions with my doctor, he said that first impression he got from Quran is that God wants to scare people and threaten man to worship.</w:t>
      </w:r>
    </w:p>
    <w:p>
      <w:pPr>
        <w:jc w:val="right"/>
      </w:pPr>
      <w:r>
        <w:t>جی مولانا، اگلا سوال آیا ہے مسٹر ذیشان یوسف کا حیدرآباد سے۔ انہوں نے لکھا ہے: "ان ون آف دا ڈسکشنز ود مائی ڈاکٹر، ہی سیڈ دیٹ فرسٹ امپریشن ہی گاٹ فرام قرآن از دیٹ گاڈ وانٹس ٹو سکیئر پیپل اینڈ تھریٹن مین ٹو ورشپ۔</w:t>
      </w:r>
    </w:p>
    <w:p>
      <w:r>
        <w:rPr>
          <w:b/>
        </w:rPr>
        <w:t xml:space="preserve">[1:32:25] </w:t>
      </w:r>
      <w:r>
        <w:t>he gave examples of hell and burning in fire, etcetera.</w:t>
      </w:r>
    </w:p>
    <w:p>
      <w:pPr>
        <w:jc w:val="right"/>
      </w:pPr>
      <w:r>
        <w:t>ہی گیو ایگزیمپلز آف ہیل اینڈ برننگ ان فائر، ایٹسٹرہ۔</w:t>
      </w:r>
    </w:p>
    <w:p>
      <w:r>
        <w:rPr>
          <w:b/>
        </w:rPr>
        <w:t xml:space="preserve">[1:32:30] </w:t>
      </w:r>
      <w:r>
        <w:t>he said that a man should have loving relationship with God and not the one based on fear. Maulana, please guide me for its appropriate answer." dekhiye, yeh ek cheez ko bure dhang se explain karna hai.</w:t>
      </w:r>
    </w:p>
    <w:p>
      <w:pPr>
        <w:jc w:val="right"/>
      </w:pPr>
      <w:r>
        <w:t>ہی سیڈ دیٹ ا مین شوڈ ہیو لوونگ ریلیشن شپ ود گاڈ اینڈ ناٹ دا ون بیسڈ ان فیئر۔ مولانا، پلیز گائیڈ می فار اٹس اپروپریٹ انسر۔" دیکھیے، یہ ایک چیز کو برے ڈھنگ سے ایکسپلین کرنا ہے۔</w:t>
      </w:r>
    </w:p>
    <w:p>
      <w:r>
        <w:rPr>
          <w:b/>
        </w:rPr>
        <w:t xml:space="preserve">[1:32:49] </w:t>
      </w:r>
      <w:r>
        <w:t>masla fear ka ya hell ka nahin hai. masla yeh hai ke Khuda ka takhleeqi mansooba kya hai? creation</w:t>
      </w:r>
    </w:p>
    <w:p>
      <w:pPr>
        <w:jc w:val="right"/>
      </w:pPr>
      <w:r>
        <w:t>مسئلہ فیئر کا یا ہیل کا نہیں ہے۔ مسئلہ یہ ہے کہ خدا کا تخلیقی منصوبہ کیا ہے؟ کرینش</w:t>
      </w:r>
    </w:p>
    <w:p>
      <w:r>
        <w:rPr>
          <w:b/>
        </w:rPr>
        <w:t xml:space="preserve">[1:32:57] </w:t>
      </w:r>
      <w:r>
        <w:t>plan of God kya hai? woh is is se juri hui baat ke Khuda ne jab banaya hai duniya ko to yeh testing ground hai.</w:t>
      </w:r>
    </w:p>
    <w:p>
      <w:pPr>
        <w:jc w:val="right"/>
      </w:pPr>
      <w:r>
        <w:t>پلان آف گاڈ کیا ہے؟ وہ اس اس سے جڑی ہوئی بات کہ خدا نے جب بنایا ہے دنیا کو تو یہ ٹیسٹنگ گراؤنڈ ہے۔</w:t>
      </w:r>
    </w:p>
    <w:p>
      <w:r>
        <w:rPr>
          <w:b/>
        </w:rPr>
        <w:t xml:space="preserve">[1:33:09] </w:t>
      </w:r>
      <w:r>
        <w:t>to Khuda select kar raha hai, select ek selection Khuda ke paas ho raha hai. kaun is test mein poora hua, kaun poora nahin hua?</w:t>
      </w:r>
    </w:p>
    <w:p>
      <w:pPr>
        <w:jc w:val="right"/>
      </w:pPr>
      <w:r>
        <w:t>تو خدا سلیکٹ کر رہا ہے، سلیکٹ ایک سلیکشن خدا کے پاس ہو رہا ہے۔ کون اس ٹیسٹ میں پورا ہوا، کون پورا نہیں ہوا؟</w:t>
      </w:r>
    </w:p>
    <w:p>
      <w:r>
        <w:rPr>
          <w:b/>
        </w:rPr>
        <w:t xml:space="preserve">[1:33:18] </w:t>
      </w:r>
      <w:r>
        <w:t>jo poora hoga, us ke paradise hai, purana woh hell hai. is ke to woh to Khuda ne yani bataya hai, woh jis ko aap kehte hain ke threat diya hai.</w:t>
      </w:r>
    </w:p>
    <w:p>
      <w:pPr>
        <w:jc w:val="right"/>
      </w:pPr>
      <w:r>
        <w:t>جو پورا ہوگا، اس کے پیرڈائز ہے، پرانا وہ ہیل ہے۔ اس کے تو وہ تو خدا نے یعنی بتایا ہے، وہ جس کو آپ کہتے ہیں کہ تھریڈ دیا ہے۔</w:t>
      </w:r>
    </w:p>
    <w:p>
      <w:r>
        <w:rPr>
          <w:b/>
        </w:rPr>
        <w:t xml:space="preserve">[1:33:27] </w:t>
      </w:r>
      <w:r>
        <w:t>threat nahin diya hai balkeh bataya hai ke ke kya hai takhleeqi mansooba aur kya hone wala hai.</w:t>
      </w:r>
    </w:p>
    <w:p>
      <w:pPr>
        <w:jc w:val="right"/>
      </w:pPr>
      <w:r>
        <w:t>تھریڈ نہیں دیا ہے بلکہ بتایا ہے کہ کہ کیا ہے تخلیقی منصوبہ اور کیا ہونے والا ہے۔</w:t>
      </w:r>
    </w:p>
    <w:p>
      <w:r>
        <w:rPr>
          <w:b/>
        </w:rPr>
        <w:t xml:space="preserve">[1:33:33] </w:t>
      </w:r>
      <w:r>
        <w:t>to batane ko aap threat keh rahe hain, galat is ko ek bura naam de rahe hain. yani Khuda ne jo cheez bator waqea batayi hai, us ko aap keh rahe hain threat.</w:t>
      </w:r>
    </w:p>
    <w:p>
      <w:pPr>
        <w:jc w:val="right"/>
      </w:pPr>
      <w:r>
        <w:t>تو بتانے کو آپ تھریڈ کہہ رہے ہیں، غلط اس کو ایک برا نام دے رہے ہیں۔ یعنی خدا نے جو چیز بطور واقعہ بتائی ہے، اس کو آپ کہہ رہے ہیں تھریڈ۔</w:t>
      </w:r>
    </w:p>
    <w:p>
      <w:r>
        <w:rPr>
          <w:b/>
        </w:rPr>
        <w:t xml:space="preserve">[1:33:44] </w:t>
      </w:r>
      <w:r>
        <w:t>threat ki baat nahin hai. agar agar agar aap ko traffic police kahe ke agar galat tareeqe se chalavoge gaadi, gaadi to accident ho jayega, to kahin threat hua?</w:t>
      </w:r>
    </w:p>
    <w:p>
      <w:pPr>
        <w:jc w:val="right"/>
      </w:pPr>
      <w:r>
        <w:t>تھریڈ کی بات نہیں ہے۔ اگر اگر اگر آپ کو ٹریفک پولیس کہے کہ اگر غلط طریقے سے چلاؤ گے گاڑی، گاڑی تو ایکسیڈنٹ ہو جائے گا، تو کہیں تھریڈ ہوا؟</w:t>
      </w:r>
    </w:p>
    <w:p>
      <w:r>
        <w:rPr>
          <w:b/>
        </w:rPr>
        <w:t xml:space="preserve">[1:33:56] </w:t>
      </w:r>
      <w:r>
        <w:t>agar traffic police wala kahin khada hua hai, woh kahe ke tum agar galat gaadi chalavoge to accident ho jayega, mar jaoge, to yeh threat nahin hai.</w:t>
      </w:r>
    </w:p>
    <w:p>
      <w:pPr>
        <w:jc w:val="right"/>
      </w:pPr>
      <w:r>
        <w:t>اگر ٹریفک پولیس والا کہیں کھڑا ہوا ہے، وہ کہے کہ تم اگر غلط گاڑی چلاؤ گے تو ایکسیڈنٹ ہو جائے گا، مر جاؤ گے، تو یہ تھریڈ نہیں ہے۔</w:t>
      </w:r>
    </w:p>
    <w:p>
      <w:r>
        <w:rPr>
          <w:b/>
        </w:rPr>
        <w:t xml:space="preserve">[1:34:07] </w:t>
      </w:r>
      <w:r>
        <w:t>yeh yeh ek baat hai, us ko bataya us ne. aise hi Quran mein jo hai, woh ek baat hai, woh batayi gayi hai. woh threat ko kehte hain, aap us ko woh threat nahin hai, simply woh information hai.</w:t>
      </w:r>
    </w:p>
    <w:p>
      <w:pPr>
        <w:jc w:val="right"/>
      </w:pPr>
      <w:r>
        <w:t>یہ یہ ایک بات ہے، اس کو بتایا اس نے۔ ایسے ہی قرآن میں جو ہے، وہ ایک بات ہے، وہ بتائی گئی ہے۔ وہ تھریڈ کو کہتے ہیں، آپ اس کو وہ تھریڈ نہیں ہے، سمپلی وہ انفارمیشن ہے۔</w:t>
      </w:r>
    </w:p>
    <w:p>
      <w:r>
        <w:rPr>
          <w:b/>
        </w:rPr>
        <w:t xml:space="preserve">[1:34:23] </w:t>
      </w:r>
      <w:r>
        <w:t>Maulana, agla sawal aaya hai Mr. Danial ka Patna, Bihar se. unhon ne likha hai: "musalmanon ke andar organization aur team work bahut kam paya jata hai, jabke Europe mein har kaam ko organized andaaz mein team work ke tehat kiya jata hai.</w:t>
      </w:r>
    </w:p>
    <w:p>
      <w:pPr>
        <w:jc w:val="right"/>
      </w:pPr>
      <w:r>
        <w:t>مولانا، اگلا سوال آیا ہے مسٹر دانیال کا پٹنہ، بہار سے۔ انہوں نے لکھا ہے: "مسلمانوں کے اندر ارگنائزیشن اور ٹیم ورک بہت کم پایا جاتا ہے، جبکہ یورپ میں ہر کام کو ارگنائزڈ انداز میں ٹیم ورک کے تحت کیا جاتا ہے۔</w:t>
      </w:r>
    </w:p>
    <w:p>
      <w:r>
        <w:rPr>
          <w:b/>
        </w:rPr>
        <w:t xml:space="preserve">[1:34:42] </w:t>
      </w:r>
      <w:r>
        <w:t>is ka sabab kya hai?" pehle Europe mein bhi nahin tha aisa, yani Renaissance se pehle Europe ka bahut bura haal tha.</w:t>
      </w:r>
    </w:p>
    <w:p>
      <w:pPr>
        <w:jc w:val="right"/>
      </w:pPr>
      <w:r>
        <w:t>اس کا سبب کیا ہے؟" پہلے یورپ میں بھی نہیں تھا ایسا، یعنی رینیساں سے پہلے یورپ کا بہت برا حال تھا۔</w:t>
      </w:r>
    </w:p>
    <w:p>
      <w:r>
        <w:rPr>
          <w:b/>
        </w:rPr>
        <w:t xml:space="preserve">[1:34:54] </w:t>
      </w:r>
      <w:r>
        <w:t>mein samajhta hoon ke yeh sab se bara sabab hai scientific education, jo renaissance ke baad aai hai. Musalmanon mein badqismati hai ke scientific education taqreeban nahi ke barabar hai, hai hi nahi.</w:t>
      </w:r>
    </w:p>
    <w:p>
      <w:pPr>
        <w:jc w:val="right"/>
      </w:pPr>
      <w:r>
        <w:t>میں سمجھتا ہوں کہ یہ سب سے بڑا سبب ہے سائنٹیفک ایجوکیشن، جو رینیساں کے بعد آئی ہے۔ مسلمانوں میں بدقسمتی ہے کہ سائنٹیفک ایجوکیشن تقریباً نہیں کے برابر ہے، ہے ہی نہیں۔</w:t>
      </w:r>
    </w:p>
    <w:p>
      <w:r>
        <w:rPr>
          <w:b/>
        </w:rPr>
        <w:t xml:space="preserve">[1:35:07] </w:t>
      </w:r>
      <w:r>
        <w:t>Musalmanon mein jo hai, jo cheezen hain, woh woh aadmi ke andar discipline discipline nahi laati, jazbatiyat paida karti hain.</w:t>
      </w:r>
    </w:p>
    <w:p>
      <w:pPr>
        <w:jc w:val="right"/>
      </w:pPr>
      <w:r>
        <w:t>مسلمانوں میں جو ہے، جو چیزیں ہیں، وہ وہ آدمی کے اندر ڈسپلن ڈسپلن نہیں لاتی، جذباتیت پیدا کرتی ہیں۔</w:t>
      </w:r>
    </w:p>
    <w:p>
      <w:r>
        <w:rPr>
          <w:b/>
        </w:rPr>
        <w:t xml:space="preserve">[1:35:16] </w:t>
      </w:r>
      <w:r>
        <w:t>yeh jahadi baat hai aur aur inshallah pass khitabat, debate, yeh sab cheezen.</w:t>
      </w:r>
    </w:p>
    <w:p>
      <w:pPr>
        <w:jc w:val="right"/>
      </w:pPr>
      <w:r>
        <w:t>یہ جہادی بات ہے اور اور انشاءاللہ پاس خطابت، ڈیبیٹ، یہ سب چیزیں۔</w:t>
      </w:r>
    </w:p>
    <w:p>
      <w:r>
        <w:rPr>
          <w:b/>
        </w:rPr>
        <w:t xml:space="preserve">[1:35:23] </w:t>
      </w:r>
      <w:r>
        <w:t>to mein samajhta hoon ke ahl-e-Europe mein, mein khud pehle jo hai, unka bohat bura haal tha aur renaissance ke baad jab unki education aai, science certificate education, tab un mein bohat zabardast badlav aaya.</w:t>
      </w:r>
    </w:p>
    <w:p>
      <w:pPr>
        <w:jc w:val="right"/>
      </w:pPr>
      <w:r>
        <w:t>تو میں سمجھتا ہوں کہ اہل یورپ میں، میں خود پہلے جو ہے، ان کا بہت برا حال تھا اور انیساں کے بعد جب ان کی ایجوکیشن آئی، سائنس سرٹیفکیٹ ایجوکیشن، تب ان میں بہت زبردست بدلاؤ آیا۔</w:t>
      </w:r>
    </w:p>
    <w:p>
      <w:r>
        <w:rPr>
          <w:b/>
        </w:rPr>
        <w:t xml:space="preserve">[1:35:40] </w:t>
      </w:r>
      <w:r>
        <w:t>to wahi Musalmanon ko bhi karna hai. Badqismati se Musalmanon mein scientific education ka koi concept nahi, aaj bhi nahi hai.</w:t>
      </w:r>
    </w:p>
    <w:p>
      <w:pPr>
        <w:jc w:val="right"/>
      </w:pPr>
      <w:r>
        <w:t>تو وہی مسلمانوں کو بھی کرنا ہے۔ بدقسمتی سے مسلمانوں میں سائنٹیفک ایجوکیشن کا کوئی کانسیپٹ نہیں، آج بھی نہیں ہے۔</w:t>
      </w:r>
    </w:p>
    <w:p>
      <w:r>
        <w:rPr>
          <w:b/>
        </w:rPr>
        <w:t xml:space="preserve">[1:35:48] </w:t>
      </w:r>
      <w:r>
        <w:t>bohat se baad koi samajhta hai kahin koi job lene ke liye, kuch degree lete lene ke liye, lekin degree se aage jo science ki ahmiyat hai, usko bilkul nahi jante woh log.</w:t>
      </w:r>
    </w:p>
    <w:p>
      <w:pPr>
        <w:jc w:val="right"/>
      </w:pPr>
      <w:r>
        <w:t>بہت سے بعد کوئی سمجھتا ہے کہیں کوئی جاب لینے کے لیے، کچھ ڈگری لیتے لینے کے لیے، لیکن ڈگری سے آگے جو سائنس کی اہمیت ہے، اس کو بالکل نہیں جانتے وہ لوگ۔</w:t>
      </w:r>
    </w:p>
    <w:p>
      <w:r>
        <w:rPr>
          <w:b/>
        </w:rPr>
        <w:t xml:space="preserve">[1:36:00] </w:t>
      </w:r>
      <w:r>
        <w:t>to mein samajhta hoon ke Musalmanon mein agar agar sahi bolana hai to scientific education ke bahar jayen.</w:t>
      </w:r>
    </w:p>
    <w:p>
      <w:pPr>
        <w:jc w:val="right"/>
      </w:pPr>
      <w:r>
        <w:t>تو میں سمجھتا ہوں کہ مسلمانوں میں اگر اگر صحیح بولانا ہے تو سائنٹیفک ایجوکیشن کے باہر جائیں۔</w:t>
      </w:r>
    </w:p>
    <w:p>
      <w:r>
        <w:rPr>
          <w:b/>
        </w:rPr>
        <w:t xml:space="preserve">[1:36:08] </w:t>
      </w:r>
      <w:r>
        <w:t>jaise jo mulk hain, Pakistan, Iran waghera, Islami Jamhuriya kehte hain woh apne ko. Mein kehta hoon ke yeh yeh yeh khud apne aap mein ghair scientific baat hai.</w:t>
      </w:r>
    </w:p>
    <w:p>
      <w:pPr>
        <w:jc w:val="right"/>
      </w:pPr>
      <w:r>
        <w:t>جیسے جو ممالک ہیں، پاکستان، ایران وغیرہ، اسلامی جمہوریہ کہتے ہیں وہ اپنے کو۔ میں کہتا ہوں کہ یہ یہ یہ خود اپنے آپ میں غیر سائنٹیفک بات ہے۔</w:t>
      </w:r>
    </w:p>
    <w:p>
      <w:r>
        <w:rPr>
          <w:b/>
        </w:rPr>
        <w:t xml:space="preserve">[1:36:18] </w:t>
      </w:r>
      <w:r>
        <w:t>Rasool Allah ne jab Madina ko Islami Jamhuriya nahi kaha to aap kahan ke kehne ka? to yeh mulk jo hain, in mein sab se zaroori tha yeh ke woh Islami Jamhuriya declare karne ke bajaye yeh kehte hain ke hamein education mein sari taqat lagana hai, khaas taur par scientific education mein.</w:t>
      </w:r>
    </w:p>
    <w:p>
      <w:pPr>
        <w:jc w:val="right"/>
      </w:pPr>
      <w:r>
        <w:t>رسول اللہ نے جب مدینہ کو اسلامی جمہوریہ نہیں کہا تو آپ کہاں کے کہنے کا؟ تو یہ ممالک جو ہیں، ان میں سب سے ضروری تھا یہ کہ وہ اسلامی جمہوریہ ڈیکلیئر کرنے کے بجائے یہ کہتے ہیں کہ ہمیں ایجوکیشن میں ساری طاقت لگانا ہے، خاص طور پر سائنٹیفک ایجوکیشن میں۔</w:t>
      </w:r>
    </w:p>
    <w:p>
      <w:r>
        <w:rPr>
          <w:b/>
        </w:rPr>
        <w:t xml:space="preserve">[1:36:33] </w:t>
      </w:r>
      <w:r>
        <w:t>yeh kahin bhi, yaani priority basis pe kahin bhi education ko liya nahi gaya.</w:t>
      </w:r>
    </w:p>
    <w:p>
      <w:pPr>
        <w:jc w:val="right"/>
      </w:pPr>
      <w:r>
        <w:t>یہ کہیں بھی، یعنی پرائرٹی بیسز پہ کہیں بھی ایجوکیشن کو لیا نہیں گیا۔</w:t>
      </w:r>
    </w:p>
    <w:p>
      <w:r>
        <w:rPr>
          <w:b/>
        </w:rPr>
        <w:t xml:space="preserve">[1:36:38] </w:t>
      </w:r>
      <w:r>
        <w:t>koi Muslim country nahi hai jahan ke priority basis pe education ko liya gaya ho, jabke Europe mein liya. To mein samajhta hoon ke yeh asal wajah hai.</w:t>
      </w:r>
    </w:p>
    <w:p>
      <w:pPr>
        <w:jc w:val="right"/>
      </w:pPr>
      <w:r>
        <w:t>کوئی مسلم کنٹری نہیں ہے جہاں کہ پرائرٹی بیسز پہ ایجوکیشن کو لیا گیا ہو، جبکہ یورپ میں لیا۔ تو میں سمجھتا ہوں کہ یہ اصل وجہ ہے۔</w:t>
      </w:r>
    </w:p>
    <w:p>
      <w:r>
        <w:rPr>
          <w:b/>
        </w:rPr>
        <w:t xml:space="preserve">[1:36:49] </w:t>
      </w:r>
      <w:r>
        <w:t>Maulana, unka ek aur sawal hai. Unhone likha hai ke ek daai ke liye apne mutale ko jari rakhna kitna zaroori hai?</w:t>
      </w:r>
    </w:p>
    <w:p>
      <w:pPr>
        <w:jc w:val="right"/>
      </w:pPr>
      <w:r>
        <w:t>مولانا، ان کا ایک اور سوال ہے۔ انہوں نے لکھا ہے کہ ایک داعی کے لیے اپنے مطالعے کو جاری رکھنا کتنا ضروری ہے؟</w:t>
      </w:r>
    </w:p>
    <w:p>
      <w:r>
        <w:rPr>
          <w:b/>
        </w:rPr>
        <w:t xml:space="preserve">[1:36:59] </w:t>
      </w:r>
      <w:r>
        <w:t>Daai ka har insan ko zaroori hai. Apni jankari jab tak badhayenge nahi to aap ka development nahi hoga.</w:t>
      </w:r>
    </w:p>
    <w:p>
      <w:pPr>
        <w:jc w:val="right"/>
      </w:pPr>
      <w:r>
        <w:t>داعی کا ہر انسان کو ضروری ہے۔ اپنی جانکاری جب تک بڑھائیں گے نہیں تو آپ کا ڈیولپمنٹ نہیں ہوگا۔</w:t>
      </w:r>
    </w:p>
    <w:p>
      <w:r>
        <w:rPr>
          <w:b/>
        </w:rPr>
        <w:t xml:space="preserve">[1:37:07] </w:t>
      </w:r>
      <w:r>
        <w:t>As a daai, as a man, har lehaz se aap ko study karna hai. Study ka matlab yeh nahi ke alif lafz alfaaz padhen, novel padhen, aap shayari padhen, yeh matlab nahi.</w:t>
      </w:r>
    </w:p>
    <w:p>
      <w:pPr>
        <w:jc w:val="right"/>
      </w:pPr>
      <w:r>
        <w:t>ایز اے داعی، ایز اے مین، ہر لحاظ سے آپ کو سٹڈی کرنا ہے۔ اسٹڈی کا مطلب یہ نہیں کہ الف لفظ الفاظ پڑھیں، ناول پڑھیں، آپ شاعری پڑھیں، یہ مطلب نہیں۔</w:t>
      </w:r>
    </w:p>
    <w:p>
      <w:r>
        <w:rPr>
          <w:b/>
        </w:rPr>
        <w:t xml:space="preserve">[1:37:18] </w:t>
      </w:r>
      <w:r>
        <w:t>Serious study to zaroori hai, har haal mein daai ke liye bhi hai aur aam insan ke liye bhi hai. Serious serious study.</w:t>
      </w:r>
    </w:p>
    <w:p>
      <w:pPr>
        <w:jc w:val="right"/>
      </w:pPr>
      <w:r>
        <w:t>سیریس اسٹڈی تو ضروری ہے، ہر حال میں داعی کے لیے بھی ہے اور عام انسان کے لیے بھی ہے۔ سیریس سیریس اسٹڈی۔</w:t>
      </w:r>
    </w:p>
    <w:p>
      <w:r>
        <w:rPr>
          <w:b/>
        </w:rPr>
        <w:t xml:space="preserve">[1:37:31] </w:t>
      </w:r>
      <w:r>
        <w:t>Maulana, agla sawal aaya hai Maulana Abdul Basit Omri ka, Doha, Qatar se</w:t>
      </w:r>
    </w:p>
    <w:p>
      <w:pPr>
        <w:jc w:val="right"/>
      </w:pPr>
      <w:r>
        <w:t>مولانا، اگلا سوال آیا ہے مولانا عبدالباسط عمری کا، دوحہ، قطر سے</w:t>
      </w:r>
    </w:p>
    <w:p>
      <w:r>
        <w:rPr>
          <w:b/>
        </w:rPr>
        <w:t xml:space="preserve">[1:37:37] </w:t>
      </w:r>
      <w:r>
        <w:t>. Unhone likha hai: "Maulana, aap bar bar apne ajz ko daryaft karte rehte hain. Aap bar bar apne ajz ko daryaft karte rehte hain.</w:t>
      </w:r>
    </w:p>
    <w:p>
      <w:pPr>
        <w:jc w:val="right"/>
      </w:pPr>
      <w:r>
        <w:t>۔ انہوں نے لکھا ہے: "مولانا، آپ بار بار اپنے ایجز کو دریافت کرتے رہتے ہیں۔ آپ بار بار اپنے عجز کو دریافت کرتے رہتے ہیں۔</w:t>
      </w:r>
    </w:p>
    <w:p>
      <w:r>
        <w:rPr>
          <w:b/>
        </w:rPr>
        <w:t xml:space="preserve">[1:37:48] </w:t>
      </w:r>
      <w:r>
        <w:t>Maulana, mera sawal yeh hai ke kya ek bar ke daryaft ajz Khuda ko manne ke liye kafi nahi? To phir aap bar bar kyun daryaft karte rehte hain?"</w:t>
      </w:r>
    </w:p>
    <w:p>
      <w:pPr>
        <w:jc w:val="right"/>
      </w:pPr>
      <w:r>
        <w:t>مولانا، میرا سوال یہ ہے کہ کیا ایک بار کے دریافت عجز خدا کو ماننے کے لیے کافی نہیں؟ تو پھر آپ بار بار کیوں دریافت کرتے رہتے ہیں؟"</w:t>
      </w:r>
    </w:p>
    <w:p>
      <w:r>
        <w:rPr>
          <w:b/>
        </w:rPr>
        <w:t xml:space="preserve">[1:38:01] </w:t>
      </w:r>
      <w:r>
        <w:t>yeh aadmi dekhiye, aadmi ka dimagh aisa hai ke cheezen chali jati hain bhool ke khane mein.</w:t>
      </w:r>
    </w:p>
    <w:p>
      <w:pPr>
        <w:jc w:val="right"/>
      </w:pPr>
      <w:r>
        <w:t>یہ آدمی دیکھیے، آدمی کا دماغ ایسا ہے کہ چیزیں چلی جاتی ہیں بھول کے خانے میں۔</w:t>
      </w:r>
    </w:p>
    <w:p>
      <w:r>
        <w:rPr>
          <w:b/>
        </w:rPr>
        <w:t xml:space="preserve">[1:38:10] </w:t>
      </w:r>
      <w:r>
        <w:t>koi bhi cheez aap ko agar aap bar bar usko charcha na karen to bhool jayenge. Aap apne bete hi ko aap charcha lekar bada bhool jayenge. To bete ko har waqt charcha karta hai aadmi.</w:t>
      </w:r>
    </w:p>
    <w:p>
      <w:pPr>
        <w:jc w:val="right"/>
      </w:pPr>
      <w:r>
        <w:t>کوئی بھی چیز آپ کو اگر آپ بار بار اس کو چرچہ نہ کریں تو بھول جائیں گے۔ آپ اپنے بیٹے ہی کو آپ چرچہ لے کر بڑا بھول جائیں گے۔ تو بیٹے کو ہر وقت چرچہ کرتا ہے آدمی۔</w:t>
      </w:r>
    </w:p>
    <w:p>
      <w:r>
        <w:rPr>
          <w:b/>
        </w:rPr>
        <w:t xml:space="preserve">[1:38:20] </w:t>
      </w:r>
      <w:r>
        <w:t>mukhtalif bahane aap apne bete ko charcha karte hain, tab aap ko memory banta hai. To koi bhi cheez ho, aap ko charcha karna padega.</w:t>
      </w:r>
    </w:p>
    <w:p>
      <w:pPr>
        <w:jc w:val="right"/>
      </w:pPr>
      <w:r>
        <w:t>مختلف بہانے آپ اپنے بیٹے کو چرچہ کرتے ہیں، تب آپ کو میموری بنتا ہے۔ تو کوئی بھی چیز ہو، آپ کو چرچہ کرنا پڑے گا۔</w:t>
      </w:r>
    </w:p>
    <w:p>
      <w:r>
        <w:rPr>
          <w:b/>
        </w:rPr>
        <w:t xml:space="preserve">[1:38:29] </w:t>
      </w:r>
      <w:r>
        <w:t>iska</w:t>
      </w:r>
    </w:p>
    <w:p>
      <w:pPr>
        <w:jc w:val="right"/>
      </w:pPr>
      <w:r>
        <w:t>اس کا</w:t>
      </w:r>
    </w:p>
    <w:p>
      <w:r>
        <w:rPr>
          <w:b/>
        </w:rPr>
        <w:t xml:space="preserve">[1:38:30] </w:t>
      </w:r>
      <w:r>
        <w:t>nahi charcha karenge to woh jaisa ke mein is se pehle kaha tha ke mind ke teen hisse hain, yaani conscious mind, subconscious mind, unconscious mind.</w:t>
      </w:r>
    </w:p>
    <w:p>
      <w:pPr>
        <w:jc w:val="right"/>
      </w:pPr>
      <w:r>
        <w:t>نہیں چرچہ کریں گے تو وہ جیسا کہ میں اس سے پہلے کہا تھا کہ مائنڈ کے تین حصے ہیں، یعنی کانشیس مائنڈ، سب کانشیس مائنڈ، ان کانشیس مائنڈ۔</w:t>
      </w:r>
    </w:p>
    <w:p>
      <w:r>
        <w:rPr>
          <w:b/>
        </w:rPr>
        <w:t xml:space="preserve">[1:38:41] </w:t>
      </w:r>
      <w:r>
        <w:t>to pehle cheezen aati hain conscious mind mein, phir chali jati hain subconscious mind mein, phir jati hain unconscious mind mein. Yeh to process hai, woh process se aap bach nahi sakte.</w:t>
      </w:r>
    </w:p>
    <w:p>
      <w:pPr>
        <w:jc w:val="right"/>
      </w:pPr>
      <w:r>
        <w:t>تو پہلے چیزیں آتی ہیں کانشیس مائنڈ میں، پھر چلی جاتی ہیں سب کانشیس مائنڈ میں، پھر جاتی ہیں ان کانشیس مائنڈ میں۔ یہ تو پراسیس ہے، وہ پراسیس سے آپ بچ نہیں سکتے۔</w:t>
      </w:r>
    </w:p>
    <w:p>
      <w:r>
        <w:rPr>
          <w:b/>
        </w:rPr>
        <w:t xml:space="preserve">[1:38:52] </w:t>
      </w:r>
      <w:r>
        <w:t>har cheez pe apply hota hai, woh chahe bete ko yaad rakhna ho, chahe Allah taala ko yaad rakhna ho. Hmm.</w:t>
      </w:r>
    </w:p>
    <w:p>
      <w:pPr>
        <w:jc w:val="right"/>
      </w:pPr>
      <w:r>
        <w:t>ہر چیز پہ اپلائی ہوتا ہے، وہ چاہے بیٹے کو یاد رکھنا ہو، چاہے اللہ تعالی کو یاد رکھنا ہو۔ ہمم۔</w:t>
      </w:r>
    </w:p>
    <w:p>
      <w:r>
        <w:rPr>
          <w:b/>
        </w:rPr>
        <w:t xml:space="preserve">[1:39:00] </w:t>
      </w:r>
      <w:r>
        <w:t>maulana, agla sawal aya hai miss naghma se. aik bar aik banda aik safar kar raha tha to safar mein aik sahib thay, to un ka aik aik purs tareeqay se aik cheez hota tha aur bar bar khol ke dekhte thay.</w:t>
      </w:r>
    </w:p>
    <w:p>
      <w:pPr>
        <w:jc w:val="right"/>
      </w:pPr>
      <w:r>
        <w:t>مولانا، اگلا سوال آیا ہے مس نغمہ سے۔ ایک بار ایک بندہ ایک سفر کر رہا تھا تو سفر میں ایک صاحب تھے، تو ان کا ایک ایک پرس طریقے سے ایک چیز ہوتا تھا اور بار بار کھول کے دیکھتے تھے۔</w:t>
      </w:r>
    </w:p>
    <w:p>
      <w:r>
        <w:rPr>
          <w:b/>
        </w:rPr>
        <w:t xml:space="preserve">[1:39:10] </w:t>
      </w:r>
      <w:r>
        <w:t>woh to mein mein ne socha kya dekhte hain bar bar khol kar ke. to poocha un se to maloom hua ke un ka beta beti ki tasweer thi, us mein dekhte rehte thay.</w:t>
      </w:r>
    </w:p>
    <w:p>
      <w:pPr>
        <w:jc w:val="right"/>
      </w:pPr>
      <w:r>
        <w:t>وہ تو میں میں نے سوچا کیا دیکھتے ہیں بار بار کھول کر کے۔ تو پوچھا ان سے تو معلوم ہوا کہ ان کا بیٹا بیٹی کی تصویر تھی، اس میں دیکھتے رہتے تھے۔</w:t>
      </w:r>
    </w:p>
    <w:p>
      <w:r>
        <w:rPr>
          <w:b/>
        </w:rPr>
        <w:t xml:space="preserve">[1:39:21] </w:t>
      </w:r>
      <w:r>
        <w:t>woh yani safar mein bar bar dekh rahe hain woh beta beti ko. to kya zaroorat thi? aik martaba dekh liya, bas ho gaya.</w:t>
      </w:r>
    </w:p>
    <w:p>
      <w:pPr>
        <w:jc w:val="right"/>
      </w:pPr>
      <w:r>
        <w:t>وہ یعنی سفر میں بار بار دیکھ رہے ہیں وہ بیٹا بیٹی کو۔ تو کیا ضرورت تھی؟ ایک مرتبہ دیکھ لیا، بس ہو گیا۔</w:t>
      </w:r>
    </w:p>
    <w:p>
      <w:r>
        <w:rPr>
          <w:b/>
        </w:rPr>
        <w:t xml:space="preserve">[1:39:29] </w:t>
      </w:r>
      <w:r>
        <w:t>to har aadmi ke haal hai ke kuch cheezon ko bhula bhoola hua rehta hai, kuch log yaad rakhta hai, bhula un cheezon ko rehta hai jis ka charcha nahi karta, aur jo charcha karta hai, wohi usay us ko yaad rehti hai.</w:t>
      </w:r>
    </w:p>
    <w:p>
      <w:pPr>
        <w:jc w:val="right"/>
      </w:pPr>
      <w:r>
        <w:t>تو ہر آدمی کے حال ہے کہ کچھ چیزوں کو بھلا بھولا ہوا رہتا ہے، کچھ لوگ یاد رکھتا ہے، بھلا ان چیزوں کو رہتا ہے جس کا چرچہ نہیں کرتا، اور جو چرچہ کرتا ہے، وہی اسے اس کو یاد رہتی ہے۔</w:t>
      </w:r>
    </w:p>
    <w:p>
      <w:r>
        <w:rPr>
          <w:b/>
        </w:rPr>
        <w:t xml:space="preserve">[1:39:47] </w:t>
      </w:r>
      <w:r>
        <w:t>maulana, agla sawal aya hai maulana iqbal umri ka, tamil nadu se.</w:t>
      </w:r>
    </w:p>
    <w:p>
      <w:pPr>
        <w:jc w:val="right"/>
      </w:pPr>
      <w:r>
        <w:t>مولانا، اگلا سوال آیا ہے مولانا اقبال عمری کا، تمل ناڈو سے۔</w:t>
      </w:r>
    </w:p>
    <w:p>
      <w:r>
        <w:rPr>
          <w:b/>
        </w:rPr>
        <w:t xml:space="preserve">[1:39:52] </w:t>
      </w:r>
      <w:r>
        <w:t>unhon ne likha hai: "maulana, aik sahib ne farmaya anay wali muslim qaum ki fikri aur amli hifazat zaroori hai, na ke islam ki ishaat.</w:t>
      </w:r>
    </w:p>
    <w:p>
      <w:pPr>
        <w:jc w:val="right"/>
      </w:pPr>
      <w:r>
        <w:t>انہوں نے لکھا ہے: "مولانا، ایک صاحب نے فرمایا آنے والی مسلم قوم کی فکری اور عملی حفاظت ضروری ہے، نہ کہ اسلام کی اشاعت۔</w:t>
      </w:r>
    </w:p>
    <w:p>
      <w:r>
        <w:rPr>
          <w:b/>
        </w:rPr>
        <w:t xml:space="preserve">[1:40:06] </w:t>
      </w:r>
      <w:r>
        <w:t>is ke baray mein aap batayen." dono yaksa'n tor par zaroori hain, woh bhi zaroori hai, woh bhi zaroori hai.</w:t>
      </w:r>
    </w:p>
    <w:p>
      <w:pPr>
        <w:jc w:val="right"/>
      </w:pPr>
      <w:r>
        <w:t>اس کے بارے میں آپ بتائیں۔" دونوں یکساں طور پر ضروری ہیں، وہ بھی ضروری ہے، وہ بھی ضروری ہے۔</w:t>
      </w:r>
    </w:p>
    <w:p>
      <w:r>
        <w:rPr>
          <w:b/>
        </w:rPr>
        <w:t xml:space="preserve">[1:40:16] </w:t>
      </w:r>
      <w:r>
        <w:t>aap kahein ke khana khana zaroori hai, pani peena zaroori nahi hai. hain,</w:t>
      </w:r>
    </w:p>
    <w:p>
      <w:pPr>
        <w:jc w:val="right"/>
      </w:pPr>
      <w:r>
        <w:t>آپ کہیں کہ کھانا کھانا ضروری ہے، پانی پینا ضروری نہیں ہے۔ ہیں،</w:t>
      </w:r>
    </w:p>
    <w:p>
      <w:r>
        <w:rPr>
          <w:b/>
        </w:rPr>
        <w:t xml:space="preserve">[1:40:21] </w:t>
      </w:r>
      <w:r>
        <w:t>aap kahein jaagna zaroori hai, sona zaroori nahi hai. yeh to koi nazariya hi nahi hai. zaroorat kisi koi aik cheez ki nahi hua karti, aik hi cheez zaroorat nahi hoti.</w:t>
      </w:r>
    </w:p>
    <w:p>
      <w:pPr>
        <w:jc w:val="right"/>
      </w:pPr>
      <w:r>
        <w:t>آپ کہیں جاگنا ضروری ہے، سونا ضروری نہیں ہے۔ یہ تو کوئی نظریہ ہی نہیں ہے۔ ضرورت کسی کوئی ایک چیز کی نہیں ہوا کرتی، ایک ہی چیز ضرورت نہیں ہوتی۔</w:t>
      </w:r>
    </w:p>
    <w:p>
      <w:r>
        <w:rPr>
          <w:b/>
        </w:rPr>
        <w:t xml:space="preserve">[1:40:34] </w:t>
      </w:r>
      <w:r>
        <w:t>to aap apne ko tayyar karne ke liye, apne ko tayyar karna bhi zaroori hai, aur islam ke liye apni jo jo fariza hai, us ko ada karna bhi zaroori hai.</w:t>
      </w:r>
    </w:p>
    <w:p>
      <w:pPr>
        <w:jc w:val="right"/>
      </w:pPr>
      <w:r>
        <w:t>تو آپ اپنے کو تیار کرنے کے لیے، اپنے کو تیار کرنا بھی ضروری ہے، اور اسلام کے لیے اپنی جو جو فریضہ ہے، اس کو ادا کرنا بھی ضروری ہے۔</w:t>
      </w:r>
    </w:p>
    <w:p>
      <w:r>
        <w:rPr>
          <w:b/>
        </w:rPr>
        <w:t xml:space="preserve">[1:40:48] </w:t>
      </w:r>
      <w:r>
        <w:t>kya phir se parhiye is ko?</w:t>
      </w:r>
    </w:p>
    <w:p>
      <w:pPr>
        <w:jc w:val="right"/>
      </w:pPr>
      <w:r>
        <w:t>کیا پھر سے پڑھیے اس کو؟</w:t>
      </w:r>
    </w:p>
    <w:p>
      <w:r>
        <w:rPr>
          <w:b/>
        </w:rPr>
        <w:t xml:space="preserve">[1:40:50] </w:t>
      </w:r>
      <w:r>
        <w:t>aik maulana, aik sahib ne farmaya: "anay wali muslim qaum ki fikri aur amli hifazat zaroori hai, na ke islam ki ishaat."</w:t>
      </w:r>
    </w:p>
    <w:p>
      <w:pPr>
        <w:jc w:val="right"/>
      </w:pPr>
      <w:r>
        <w:t>ایک مولانا، ایک صاحب نے فرمایا: "آنے والی مسلم قوم کی فکری اور عملی حفاظت ضروری ہے، نہ کہ اسلام کی اشاعت۔"</w:t>
      </w:r>
    </w:p>
    <w:p>
      <w:r>
        <w:rPr>
          <w:b/>
        </w:rPr>
        <w:t xml:space="preserve">[1:41:02] </w:t>
      </w:r>
      <w:r>
        <w:t>dekhein, aik to yeh mein kahunga ke log apne dimagh se bolte rehte hain. yeh baat jo hai, apne dimagh se hai. aap quran mein dhoondhiye ke kya yeh baat quran mein likhi hui hai?</w:t>
      </w:r>
    </w:p>
    <w:p>
      <w:pPr>
        <w:jc w:val="right"/>
      </w:pPr>
      <w:r>
        <w:t>دیکھیں، ایک تو یہ میں کہوں گا کہ لوگ اپنے دماغ سے بولتے رہتے ہیں۔ یہ بات جو ہے، اپنے دماغ سے ہے۔ آپ قرآن میں ڈھونڈیے کہ کیا یہ بات قرآن میں لکھی ہوئی ہے؟</w:t>
      </w:r>
    </w:p>
    <w:p>
      <w:r>
        <w:rPr>
          <w:b/>
        </w:rPr>
        <w:t xml:space="preserve">[1:41:15] </w:t>
      </w:r>
      <w:r>
        <w:t>yeh quran mein likha hua hai.</w:t>
      </w:r>
    </w:p>
    <w:p>
      <w:pPr>
        <w:jc w:val="right"/>
      </w:pPr>
      <w:r>
        <w:t>یہ قرآن میں لکھا ہوا ہے۔</w:t>
      </w:r>
    </w:p>
    <w:p>
      <w:r>
        <w:rPr>
          <w:b/>
        </w:rPr>
        <w:t xml:space="preserve">[1:41:18] </w:t>
      </w:r>
      <w:r>
        <w:t>sab se bari musibat yeh hai ke sab aadmi apne dimagh se bolte hain. yeh nahi sochte ke woh quran mein likha hua hai ke nahi likha hua hai. quran mein likha hua hai, jabke "likoon ar rasool shaheedan alaikum wa takoon shuhada al nas".</w:t>
      </w:r>
    </w:p>
    <w:p>
      <w:pPr>
        <w:jc w:val="right"/>
      </w:pPr>
      <w:r>
        <w:t>سب سے بڑی مصیبت یہ ہے کہ سب آدمی اپنے دماغ سے بولتے ہیں۔ یہ نہیں سوچتے کہ وہ قرآن میں لکھا ہوا ہے کہ نہیں لکھا ہوا ہے۔ قرآن میں لکھا ہوا ہے، جبکہ "لیکون الرسول شہید علیکم وتکون شہداء الناس"۔</w:t>
      </w:r>
    </w:p>
    <w:p>
      <w:r>
        <w:rPr>
          <w:b/>
        </w:rPr>
        <w:t xml:space="preserve">[1:41:32] </w:t>
      </w:r>
      <w:r>
        <w:t>to aap kaise yeh keh sakte hain ke ummat muslima ki hifazat karna hai aur da'wati kaam phaar bajayen? woh hamari zimmedari nahi hai.</w:t>
      </w:r>
    </w:p>
    <w:p>
      <w:pPr>
        <w:jc w:val="right"/>
      </w:pPr>
      <w:r>
        <w:t>تو آپ کیسے یہ کہہ سکتے ہیں کہ امت مسلمہ کی حفاظت کرنا ہے اور دعوتی کام پھاڑ بجائیں؟ وہ ہماری ذمہ داری نہیں ہے۔</w:t>
      </w:r>
    </w:p>
    <w:p>
      <w:r>
        <w:rPr>
          <w:b/>
        </w:rPr>
        <w:t xml:space="preserve">[1:41:41] </w:t>
      </w:r>
      <w:r>
        <w:t>quran mein saaf saaf yeh hai ke "ummat akoon awwal aman aslam". aik taraf yeh hai, doosri taraf "da'i ila Allah bi yadi wa sirajun muneera".</w:t>
      </w:r>
    </w:p>
    <w:p>
      <w:pPr>
        <w:jc w:val="right"/>
      </w:pPr>
      <w:r>
        <w:t>قرآن میں صاف صاف یہ ہے کہ "امت اکون اول امن اسلم"۔ ایک طرف یہ ہے، دوسری طرف "داعی اللہ بیدی وسراج منیرہ"۔</w:t>
      </w:r>
    </w:p>
    <w:p>
      <w:r>
        <w:rPr>
          <w:b/>
        </w:rPr>
        <w:t xml:space="preserve">[1:41:51] </w:t>
      </w:r>
      <w:r>
        <w:t>yani apne aap ko momin banana, muslim banana, aik yeh zimmedari hai. doosri yeh hai ke aap doosri qaumon ke aage da'wat Allah ka kaam karna, islam ki ishaat karna.</w:t>
      </w:r>
    </w:p>
    <w:p>
      <w:pPr>
        <w:jc w:val="right"/>
      </w:pPr>
      <w:r>
        <w:t>یعنی اپنے آپ کو مومن بنانا، مسلم بنانا، ایک یہ ذمہ داری ہے۔ دوسری یہ ہے کہ آپ دوسری قوموں کے آگے دعوت اللہ کا کام کرنا، اسلام کی اشاعت کرنا۔</w:t>
      </w:r>
    </w:p>
    <w:p>
      <w:r>
        <w:rPr>
          <w:b/>
        </w:rPr>
        <w:t xml:space="preserve">[1:42:03] </w:t>
      </w:r>
      <w:r>
        <w:t>to dono aik sath matloob hain. yeh is mein se koi aisa nahi hai jo ghair zaroori ho.</w:t>
      </w:r>
    </w:p>
    <w:p>
      <w:pPr>
        <w:jc w:val="right"/>
      </w:pPr>
      <w:r>
        <w:t>تو دونوں ایک ساتھ مطلوب ہیں۔ یہ اس میں سے کوئی ایسا نہیں ہے جو غیر ضروری ہو۔</w:t>
      </w:r>
    </w:p>
    <w:p>
      <w:r>
        <w:rPr>
          <w:b/>
        </w:rPr>
        <w:t xml:space="preserve">[1:42:12] </w:t>
      </w:r>
      <w:r>
        <w:t>to aap ko apne aap ko, ummat muslima ko musalsal tayyar bhi karte rehna hai, aur sath sath aap ko da'wat ka kaam bhi karte rehna hai.</w:t>
      </w:r>
    </w:p>
    <w:p>
      <w:pPr>
        <w:jc w:val="right"/>
      </w:pPr>
      <w:r>
        <w:t>تو آپ کو اپنے آپ کو، امت مسلمہ کو مسلسل تیار بھی کرتے رہنا ہے، اور ساتھ ساتھ آپ کو دعوت کا کام بھی کرتے رہنا ہے۔</w:t>
      </w:r>
    </w:p>
    <w:p>
      <w:r>
        <w:rPr>
          <w:b/>
        </w:rPr>
        <w:t xml:space="preserve">[1:42:24] </w:t>
      </w:r>
      <w:r>
        <w:t>jis tarah se pani peena hai, khana bhi khana hai, jaagna hai, sona bhi hai. to yeh to aik fitri nizam hai.</w:t>
      </w:r>
    </w:p>
    <w:p>
      <w:pPr>
        <w:jc w:val="right"/>
      </w:pPr>
      <w:r>
        <w:t>جس طرح سے پانی پینا ہے، کھانا بھی کھانا ہے، جاگنا ہے، سونا بھی ہے۔ تو یہ تو ایک فطری نظام ہے۔</w:t>
      </w:r>
    </w:p>
    <w:p>
      <w:r>
        <w:rPr>
          <w:b/>
        </w:rPr>
        <w:t xml:space="preserve">[1:42:33] </w:t>
      </w:r>
      <w:r>
        <w:t>aap aik ko le kar doosre ko chhod dein, yeh aap ko khud sakhta hai. quran se is ka koi ta'alluq nahi hai.</w:t>
      </w:r>
    </w:p>
    <w:p>
      <w:pPr>
        <w:jc w:val="right"/>
      </w:pPr>
      <w:r>
        <w:t>آپ ایک کو لے کر دوسرے کو چھوڑ دیں، یہ آپ کو خود ساختہ ہے۔ قرآن سے اس کا کوئی تعلق نہیں ہے۔</w:t>
      </w:r>
    </w:p>
    <w:p>
      <w:r>
        <w:rPr>
          <w:b/>
        </w:rPr>
        <w:t xml:space="preserve">[1:42:42] </w:t>
      </w:r>
      <w:r>
        <w:t>maulana, agla sawal hai miss naghma siddiqui ka. unhon ne likha hai: "how can one do merciless introspection of oneself?" dekhein, aam tor par yeh hota hai ke aadmi apne ko bacha kar rakhna chahta hai,</w:t>
      </w:r>
    </w:p>
    <w:p>
      <w:pPr>
        <w:jc w:val="right"/>
      </w:pPr>
      <w:r>
        <w:t>مولانا، اگلا سوال ہے مس نغمہ صدیقی کا۔ انہوں نے لکھا ہے: "ہاؤ کین ون ڈو مرسیلس انٹروسپیکشن آف ون سیلف؟" دیکھیں، عام طور پر یہ ہوتا ہے کہ آدمی اپنے کو بچا کر رکھنا چاہتا ہے،</w:t>
      </w:r>
    </w:p>
    <w:p>
      <w:r>
        <w:rPr>
          <w:b/>
        </w:rPr>
        <w:t xml:space="preserve">[1:42:58] </w:t>
      </w:r>
      <w:r>
        <w:t>isi liye jhoot bolta hai, toast kar ke bolta hai, baton ko inferior andaaz mein pesh karta hai. dekhein, mein bacha raha hoon, meri ghalti na sabit ho.</w:t>
      </w:r>
    </w:p>
    <w:p>
      <w:pPr>
        <w:jc w:val="right"/>
      </w:pPr>
      <w:r>
        <w:t>اسی لیے جھوٹ بولتا ہے، ٹوسٹ کر کے بولتا ہے، باتوں کو انفیریر انداز میں پیش کرتا ہے۔ دیکھیں، میں بچا رہا ہوں، میری غلطی نہ ثابت ہو۔</w:t>
      </w:r>
    </w:p>
    <w:p>
      <w:r>
        <w:rPr>
          <w:b/>
        </w:rPr>
        <w:t xml:space="preserve">[1:43:10] </w:t>
      </w:r>
      <w:r>
        <w:t>to yeh to bohat hi... mein is ko third class ki baat samajhta hoon. aadmi ke andar openness hona chahiye.</w:t>
      </w:r>
    </w:p>
    <w:p>
      <w:pPr>
        <w:jc w:val="right"/>
      </w:pPr>
      <w:r>
        <w:t>تو یہ تو بہت ہی... میں اس کو تھرڈ کلاس کی بات سمجھتا ہوں۔ آدمی کے اندر اوپننس ہونا چاہیے۔</w:t>
      </w:r>
    </w:p>
    <w:p>
      <w:r>
        <w:rPr>
          <w:b/>
        </w:rPr>
        <w:t xml:space="preserve">[1:43:18] </w:t>
      </w:r>
      <w:r>
        <w:t>dekhen, agar aadmi yeh jaan le ke mujhe meri meri jo</w:t>
      </w:r>
    </w:p>
    <w:p>
      <w:pPr>
        <w:jc w:val="right"/>
      </w:pPr>
      <w:r>
        <w:t>دیکھیں، اگر آدمی یہ جان لے کہ مجھے میری میری جو</w:t>
      </w:r>
    </w:p>
    <w:p>
      <w:r>
        <w:rPr>
          <w:b/>
        </w:rPr>
        <w:t xml:space="preserve">[1:43:27] </w:t>
      </w:r>
      <w:r>
        <w:t>meri jo kamyabi hai, dunya o akhirat mein, woh isi par depend karti hai, to aadmi is bare mein hote hain, yani kaash ho jayega.</w:t>
      </w:r>
    </w:p>
    <w:p>
      <w:pPr>
        <w:jc w:val="right"/>
      </w:pPr>
      <w:r>
        <w:t>میری جو کامیابی ہے، دنیا و آخرت میں، وہ اسی پر ڈیپینڈ کرتی ہے، تو آدمی اس بارے میں ہوتے ہیں، یعنی کاش ہو جائے گا۔</w:t>
      </w:r>
    </w:p>
    <w:p>
      <w:r>
        <w:rPr>
          <w:b/>
        </w:rPr>
        <w:t xml:space="preserve">[1:43:37] </w:t>
      </w:r>
      <w:r>
        <w:t>jaise jaise ke aaj kal larkiyan baghair booty, apna booty parlour gaye hue, baghair unko tazkar nahi milti.</w:t>
      </w:r>
    </w:p>
    <w:p>
      <w:pPr>
        <w:jc w:val="right"/>
      </w:pPr>
      <w:r>
        <w:t>جیسے جیسے کہ آج کل لڑکیاں بغیر بوٹی، اپنا بوٹی پارلی پارلیٹر گئے ہوئے، بغیر ان کو تذکر نہیں ملتی۔</w:t>
      </w:r>
    </w:p>
    <w:p>
      <w:r>
        <w:rPr>
          <w:b/>
        </w:rPr>
        <w:t xml:space="preserve">[1:43:46] </w:t>
      </w:r>
      <w:r>
        <w:t>jo booti parliiter nahi jata hai, apne kamre mein aaina dekh kar apni apni ko woh karta hai. To jis jis cheez ke bare mein aadmi, yani kaashs ho, usko qareeb karta hi karta hai.</w:t>
      </w:r>
    </w:p>
    <w:p>
      <w:pPr>
        <w:jc w:val="right"/>
      </w:pPr>
      <w:r>
        <w:t>جو بوٹی پارلیٹر نہیں جاتا ہے، اپنے کمرے میں آئینہ دیکھ کر اپنی اپنی کو وہ کرتا ہے۔ تو جس جس چیز کے بارے میں آدمی، یعنی کاشس ہو، اس کو قریب کرتا ہی کرتا ہے۔</w:t>
      </w:r>
    </w:p>
    <w:p>
      <w:r>
        <w:rPr>
          <w:b/>
        </w:rPr>
        <w:t xml:space="preserve">[1:44:01] </w:t>
      </w:r>
      <w:r>
        <w:t>woh usko chhod nahi sakta hai. Woh</w:t>
      </w:r>
    </w:p>
    <w:p>
      <w:pPr>
        <w:jc w:val="right"/>
      </w:pPr>
      <w:r>
        <w:t>وہ اس کو چھوڑ نہیں سکتا ہے۔ وہ</w:t>
      </w:r>
    </w:p>
    <w:p>
      <w:r>
        <w:rPr>
          <w:b/>
        </w:rPr>
        <w:t xml:space="preserve">[1:44:05] </w:t>
      </w:r>
      <w:r>
        <w:t>to jo kaashs hai is mamle mein, yani jo conscious hai is mamle mein ke mujhe log dekhen to main acha lagoon, to woh apna to apne ko sanwarta rehta hai.</w:t>
      </w:r>
    </w:p>
    <w:p>
      <w:pPr>
        <w:jc w:val="right"/>
      </w:pPr>
      <w:r>
        <w:t>تو جو کاشس ہے اس معاملے میں، یعنی جو کانشیس ہے اس معاملے میں کہ مجھے لوگ دیکھیں تو میں اچھا لگوں، تو وہ اپنا تو اپنے کو سنوارتا رہتا ہے۔</w:t>
      </w:r>
    </w:p>
    <w:p>
      <w:r>
        <w:rPr>
          <w:b/>
        </w:rPr>
        <w:t xml:space="preserve">[1:44:21] </w:t>
      </w:r>
      <w:r>
        <w:t>lekin jisko yeh jo is mamle mein conscious ho jaye ke mujhe Allah taala ke haan, yani Allah ki rehmaton mein hissa daar banna hai, to woh zaroor karega use.</w:t>
      </w:r>
    </w:p>
    <w:p>
      <w:pPr>
        <w:jc w:val="right"/>
      </w:pPr>
      <w:r>
        <w:t>لیکن جس کو یہ جو اس معاملے میں کانشیس ہو جائے کہ مجھے اللہ تعالی کے ہاں، یعنی اللہ کی رحمتوں میں حصہ دار بننا ہے، تو وہ ضرور کرے گا اسے۔</w:t>
      </w:r>
    </w:p>
    <w:p>
      <w:r>
        <w:rPr>
          <w:b/>
        </w:rPr>
        <w:t xml:space="preserve">[1:44:33] </w:t>
      </w:r>
      <w:r>
        <w:t>yani woh kiye baghair reh nahi sakta hai. Woh</w:t>
      </w:r>
    </w:p>
    <w:p>
      <w:pPr>
        <w:jc w:val="right"/>
      </w:pPr>
      <w:r>
        <w:t>یعنی وہ کیے بغیر رہ نہیں سکتا ہے۔ وہ</w:t>
      </w:r>
    </w:p>
    <w:p>
      <w:r>
        <w:rPr>
          <w:b/>
        </w:rPr>
        <w:t xml:space="preserve">[1:44:36] </w:t>
      </w:r>
      <w:r>
        <w:t>saara mamla yahi hai ke kis mamle mein aadmi conscious hai, kis mamle mein ko usne apna karsan banaya hai. Maulana, agla sawal Mr. Daniyal ka aaya hai Patna, Bihar se.</w:t>
      </w:r>
    </w:p>
    <w:p>
      <w:pPr>
        <w:jc w:val="right"/>
      </w:pPr>
      <w:r>
        <w:t>سارا معاملہ یہی ہے کہ کس معاملے میں آدمی کانشیس ہے، کس معاملے میں کو اس نے اپنا کرسن بنایا ہے۔ مولانا، اگلا سوال مسٹر دانیال کا آیا ہے پٹنہ، بہار سے۔</w:t>
      </w:r>
    </w:p>
    <w:p>
      <w:r>
        <w:rPr>
          <w:b/>
        </w:rPr>
        <w:t xml:space="preserve">[1:44:47] </w:t>
      </w:r>
      <w:r>
        <w:t>unhon ne likha hai: "Aap ne likha hai ke Christians ke andar missionary work bohat organized andaaz mein hota hai.</w:t>
      </w:r>
    </w:p>
    <w:p>
      <w:pPr>
        <w:jc w:val="right"/>
      </w:pPr>
      <w:r>
        <w:t>انہوں نے لکھا ہے: "آپ نے لکھا ہے کہ کرسچنز کے اندر مشنری ورک بہت ارگنائزڈ انداز میں ہوتا ہے۔</w:t>
      </w:r>
    </w:p>
    <w:p>
      <w:r>
        <w:rPr>
          <w:b/>
        </w:rPr>
        <w:t xml:space="preserve">[1:44:56] </w:t>
      </w:r>
      <w:r>
        <w:t>aik Muslim daai Christian missionary ke experience se kya learning kar sakta hai? Is learning ka tareeqa kya hoga?"</w:t>
      </w:r>
    </w:p>
    <w:p>
      <w:pPr>
        <w:jc w:val="right"/>
      </w:pPr>
      <w:r>
        <w:t>ایک مسلم داعی کرسچن مشنری کے ایکسپیرینس سے کیا لرننگ کر سکتا ہے؟ اس لرننگ کا طریقہ کیا ہوگا؟"</w:t>
      </w:r>
    </w:p>
    <w:p>
      <w:r>
        <w:rPr>
          <w:b/>
        </w:rPr>
        <w:t xml:space="preserve">[1:45:06] </w:t>
      </w:r>
      <w:r>
        <w:t>tareeqa yeh hai ke aap usko janiye, usko apply kijiye apne kaam mein.</w:t>
      </w:r>
    </w:p>
    <w:p>
      <w:pPr>
        <w:jc w:val="right"/>
      </w:pPr>
      <w:r>
        <w:t>طریقہ یہ ہے کہ آپ اس کو جانیے، اس کو اپلائی کیجئے اپنے کام میں۔</w:t>
      </w:r>
    </w:p>
    <w:p>
      <w:r>
        <w:rPr>
          <w:b/>
        </w:rPr>
        <w:t xml:space="preserve">[1:45:16] </w:t>
      </w:r>
      <w:r>
        <w:t>is mein to koi, mere khayal se, koi pecheeda baat nahi hai. Main to kai kitabein padhi hain isi mozu par ke kaise woh kaam karta hai. Abhi mere paas kitab hai ke woh kaise kaam karte hain,</w:t>
      </w:r>
    </w:p>
    <w:p>
      <w:pPr>
        <w:jc w:val="right"/>
      </w:pPr>
      <w:r>
        <w:t>اس میں تو کوئی، میرے خیال سے، کوئی پیچیدہ بات نہیں ہے۔ میں تو کئی کتابیں پڑھی ہیں اسی موضوع پر کہ کیسے وہ کام کرتا ہے۔ ابھی میرے پاس کتاب ہے کہ وہ کیسے کام کرتے ہیں،</w:t>
      </w:r>
    </w:p>
    <w:p>
      <w:r>
        <w:rPr>
          <w:b/>
        </w:rPr>
        <w:t xml:space="preserve">[1:45:31] </w:t>
      </w:r>
      <w:r>
        <w:t>aur "Adventures for God" aik kitab hai, misaal ke taur par.</w:t>
      </w:r>
    </w:p>
    <w:p>
      <w:pPr>
        <w:jc w:val="right"/>
      </w:pPr>
      <w:r>
        <w:t>اور "ایڈونچرس فار گاڈ" ایک کتاب ہے، مثلاً۔</w:t>
      </w:r>
    </w:p>
    <w:p>
      <w:r>
        <w:rPr>
          <w:b/>
        </w:rPr>
        <w:t xml:space="preserve">[1:45:37] </w:t>
      </w:r>
      <w:r>
        <w:t>to is par to bohat kitabein hain. Aap kisi bhi church mein chale jayenge to wahan aap dekh bhi sakte hain kaise kaam karte hain. Woh main aik martaba gaya wahan Turaik ke aik ilaqe mein,</w:t>
      </w:r>
    </w:p>
    <w:p>
      <w:pPr>
        <w:jc w:val="right"/>
      </w:pPr>
      <w:r>
        <w:t>تو اس پر تو بہت کتابیں ہیں۔ آپ کسی بھی چرچ میں چلے جائیں گے تو وہاں آپ دیکھ بھی سکتے ہیں کیسے کام کرتے ہیں۔ وہ میں ایک مرتبہ گیا وہاں ترائیک کے ایک علاقے میں،</w:t>
      </w:r>
    </w:p>
    <w:p>
      <w:r>
        <w:rPr>
          <w:b/>
        </w:rPr>
        <w:t xml:space="preserve">[1:45:51] </w:t>
      </w:r>
      <w:r>
        <w:t>to wahan baqayda jo aadmi Christianity ko qabool karta hai, to uska education, uski uski job, uski har cheez ko woh intezam karte hain.</w:t>
      </w:r>
    </w:p>
    <w:p>
      <w:pPr>
        <w:jc w:val="right"/>
      </w:pPr>
      <w:r>
        <w:t>تو وہاں باقاعدہ جو آدمی کرسچینٹی کو قبول کرتا ہے، تو اس کا ایجوکیشن، اس کی اس کی جاب، اس کی ہر چیز کو وہ انتظام کرتے ہیں۔</w:t>
      </w:r>
    </w:p>
    <w:p>
      <w:r>
        <w:rPr>
          <w:b/>
        </w:rPr>
        <w:t xml:space="preserve">[1:46:05] </w:t>
      </w:r>
      <w:r>
        <w:t>woh</w:t>
      </w:r>
    </w:p>
    <w:p>
      <w:pPr>
        <w:jc w:val="right"/>
      </w:pPr>
      <w:r>
        <w:t>وہ</w:t>
      </w:r>
    </w:p>
    <w:p>
      <w:r>
        <w:rPr>
          <w:b/>
        </w:rPr>
        <w:t xml:space="preserve">[1:46:08] </w:t>
      </w:r>
      <w:r>
        <w:t>khaas taur par education dekhiye, aap itne bare paon mein phaila rakha unhon ne. To yeh sab cheezein aap kahin bhi dekh sakte hain. To main samajhta hoon ke woh bilashuba hamare namoona hain,</w:t>
      </w:r>
    </w:p>
    <w:p>
      <w:pPr>
        <w:jc w:val="right"/>
      </w:pPr>
      <w:r>
        <w:t>خاص طور پر ایجوکیشن دیکھیے، آپ اتنے بڑے پاؤں میں پھلا رکھا انہوں نے۔ تو یہ سب چیزیں آپ کہیں بھی دیکھ سکتے ہیں۔ تو میں سمجھتا ہوں کہ وہ بلاشبہ ہمارے نمونہ ہیں،</w:t>
      </w:r>
    </w:p>
    <w:p>
      <w:r>
        <w:rPr>
          <w:b/>
        </w:rPr>
        <w:t xml:space="preserve">[1:46:22] </w:t>
      </w:r>
      <w:r>
        <w:t>aur main samajhta hoon ke tareekh mein kisi ne bhi itna organized way mein dawat ka kaam nahi kiya jitna Christian log karte hain.</w:t>
      </w:r>
    </w:p>
    <w:p>
      <w:pPr>
        <w:jc w:val="right"/>
      </w:pPr>
      <w:r>
        <w:t>اور میں سمجھتا ہوں کہ تاریخ میں کسی نے بھی اتنا اگنائزڈ وے میں دعوت کا کام نہیں کیا جتنا کرسچن لوگ کرتے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