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Believing Man's Burden | June 23, 2006 | Maulana Wahiduddin Khan</w:t>
      </w:r>
    </w:p>
    <w:p>
      <w:r>
        <w:t>https://www.youtube.com/watch?v=u5zv4HvIoe8</w:t>
      </w:r>
    </w:p>
    <w:p>
      <w:r>
        <w:rPr>
          <w:b/>
        </w:rPr>
        <w:t xml:space="preserve">[00:00] </w:t>
      </w:r>
      <w:r>
        <w:t>yeh "pride" kya cheez hai? Islam pride ki cheez hai? Islam to responsibility ki cheez hai. humein insaan se mohabbat karna tha, lekin hum insaan se nafrat karne lage. unhone kaha ke agar mujhe iman na mila hota to zaroor mein tumhare kutte se bhi bura tha, aur tumhara kutta mujh se achha tha. yeh dawat sirf yeh nahi hai ke aap ne message pahuncha diya. dawat khud aap ki learning hai, khud aap ke liye ek revolution hai. shayad aap ke andar Khuda ne koi chingari dekhi.</w:t>
      </w:r>
    </w:p>
    <w:p>
      <w:pPr>
        <w:jc w:val="right"/>
      </w:pPr>
      <w:r>
        <w:t>یہ "پرائیڈ" کیا چیز ہے؟ اسلام پرائیڈ کی چیز ہے؟ اسلام تو رسپانسبیلٹی کی چیز ہے۔ ہمیں انسان سے محبت کرنا تھا، لیکن ہم انسان سے نفرت کرنے لگے۔ انہوں نے کہا کہ اگر مجھے ایمان نہ ملا ہوتا تو ضرور میں تمہارے کتے سے بھی برا تھا، اور تمہارا کتا مجھ سے اچھا تھا۔ یہ دعوت صرف یہ نہیں ہے کہ آپ نے میسج پہنچا دیا۔ دعوت خود آپ کی لرننگ ہے، خود آپ کے لیے ایک ریولوشن ہے۔ شاید آپ کے اندر خدا نے کوئی چنگاری دیکھی۔</w:t>
      </w:r>
    </w:p>
    <w:p>
      <w:r>
        <w:rPr>
          <w:b/>
        </w:rPr>
        <w:t xml:space="preserve">[00:31] </w:t>
      </w:r>
      <w:r>
        <w:t>shayad Khuda ne aap ke andar koi quality dekhi. aap log Khuda ke chune hue log hain. aur haqeeqat yeh hai ke aap jante hain ke hosle se barh kar zindagi mein koi cheez nahi. ke agar maine doosre insaan ko hell se bachane ki koshish nahi ki, to mein bhi hell se bachne wala nahi hoon.</w:t>
      </w:r>
    </w:p>
    <w:p>
      <w:pPr>
        <w:jc w:val="right"/>
      </w:pPr>
      <w:r>
        <w:t>شاید خدا نے آپ کے اندر کوئی کوالٹی دیکھی۔ آپ لوگ خدا کے چنے ہوئے لوگ ہیں۔ اور حقیقت یہ ہے کہ آپ جانتے ہیں کہ حوصلہ سے بڑھ کر زندگی میں کوئی چیز نہیں۔ کہ اگر میں نے دوسرے انسان کو ہیل سے بچانے کی کوشش نہیں کی، تو میں بھی ہیل سے بچنے والا نہیں ہوں۔</w:t>
      </w:r>
    </w:p>
    <w:p>
      <w:r>
        <w:rPr>
          <w:b/>
        </w:rPr>
        <w:t xml:space="preserve">[01:02] </w:t>
      </w:r>
      <w:r>
        <w:t>wa sallallahu ala nabiyyil kareem. Rabbi ishrah li sadri, wa yassir li amri, wah-l-uqdatan min lisani yafqahu qawli. aaj ki is shaam ki baat cheet ka jo topic hai, jo unwaan hai, woh hai:</w:t>
      </w:r>
    </w:p>
    <w:p>
      <w:pPr>
        <w:jc w:val="right"/>
      </w:pPr>
      <w:r>
        <w:t>و صلی اللہ علی النبی الکریم۔ رب اشرح لی صدری، ویسر لی امری، واحل العقدۃ من لسانی یفقہ قولی۔ آج کی اس شام کی بات چیت کا جو ٹاپک ہے، جو عنوان ہے، وہ ہے:</w:t>
      </w:r>
    </w:p>
    <w:p>
      <w:r>
        <w:rPr>
          <w:b/>
        </w:rPr>
        <w:t xml:space="preserve">[01:32] </w:t>
      </w:r>
      <w:r>
        <w:t>"Believing Man's Burden". aap ko yeh ek naya sa lagega. yeh maine "White Man's Burden" ke tareeqe se yeh naam, yeh topic liya hai. aap jante hain ke "White Man's Burden" ka kya matlab hai? Europe mein, yani khaas taur par western Europe mein, jab renaissance hua,</w:t>
      </w:r>
    </w:p>
    <w:p>
      <w:pPr>
        <w:jc w:val="right"/>
      </w:pPr>
      <w:r>
        <w:t>"Believing Man's Burden"۔ آپ کو یہ ایک نیا سا لگے گا۔ یہ میں نے "White Man's Burden" کے طریقے سے یہ نام، یہ ٹاپک لیا ہے۔ آپ جانتے ہیں کہ "White Man's Burden" کا کیا مطلب ہے؟ یورپ میں، یعنی خاص طور پر ویسٹرن یورپ میں، جب رینیساں ہوا،</w:t>
      </w:r>
    </w:p>
    <w:p>
      <w:r>
        <w:rPr>
          <w:b/>
        </w:rPr>
        <w:t xml:space="preserve">[02:03] </w:t>
      </w:r>
      <w:r>
        <w:t>aur woh zamana shuru hua jis ko kehte hain "colonialism", tab yeh "White Man's Burden" wahan western Europe mein bola gaya tha. yani safed faram logon ka bojh, ya un ki zimmedari. yani yeh safed faram</w:t>
      </w:r>
    </w:p>
    <w:p>
      <w:pPr>
        <w:jc w:val="right"/>
      </w:pPr>
      <w:r>
        <w:t>اور وہ زمانہ شروع ہوا جس کو کہتے ہیں "کولونیلزم"، تب یہ "White Man's Burden" وہاں ویسٹرن یورپ میں بولا گیا تھا۔ یعنی سفید فارم لوگوں کا بوجھ، یا ان کی ذمہ داری۔ یعنی یہ سفید فارم</w:t>
      </w:r>
    </w:p>
    <w:p>
      <w:r>
        <w:rPr>
          <w:b/>
        </w:rPr>
        <w:t xml:space="preserve">[02:33] </w:t>
      </w:r>
      <w:r>
        <w:t>qaumein jo thi, woh samajhti thi ke hamari yeh zimmedari hai ke dunya ko hum civilize karein. to aap jante hain ke yeh word, yeh term, East mein negative sense mein liya gaya, lekin West mein aisa nahi tha. West mein is ko positive sense mein bola gaya tha. aur mein samajhta hoon ke positive sense hi mein lena sahi tha is ko.</w:t>
      </w:r>
    </w:p>
    <w:p>
      <w:pPr>
        <w:jc w:val="right"/>
      </w:pPr>
      <w:r>
        <w:t>قومیں جو تھیں، وہ سمجھتی تھیں کہ ہماری یہ ذمہ داری ہے کہ دنیا کو ہم سیویلائز کریں۔ تو آپ جانتے ہیں کہ یہ ورڈ، یہ ٹرم، ایسٹ میں نیگیٹو سینس میں لیا گیا، لیکن ویسٹ میں ایسا نہیں تھا۔ ویسٹ میں اس کو پازیٹو سینس میں بولا گیا تھا۔ اور میں سمجھتا ہوں کہ پازیٹو سینس ہی میں لینا صحیح تھا اس کو۔</w:t>
      </w:r>
    </w:p>
    <w:p>
      <w:r>
        <w:rPr>
          <w:b/>
        </w:rPr>
        <w:t xml:space="preserve">[03:04] </w:t>
      </w:r>
      <w:r>
        <w:t>East mein galat fehmi ki wajah se is ko negative sense mein liya gaya. ek haqeeqat hai ke Europe ne poori human history mein pehli baar kuch nayi cheezein discover ki thi. unhone nature ko explore kiya, nature ki taqaton ko discover kiya, aur bohat si nayi cheezein banayin. is ke nateeje mein ek nayi</w:t>
      </w:r>
    </w:p>
    <w:p>
      <w:pPr>
        <w:jc w:val="right"/>
      </w:pPr>
      <w:r>
        <w:t>ایسٹ میں غلط فہمی کی وجہ سے اس کو نیگیٹو سینس میں لیا گیا۔ ایک حقیقت ہے کہ یورپ نے پوری ہیومن ہسٹری میں پہلی بار کچھ نئی چیزیں ڈسکور کی تھیں۔ انہوں نے نیچر کو ایکسپلور کیا، نیچر کی طاقتوں کو ڈسکور کیا، اور بہت سی نئی چیزیں بنائیں۔ اس کے نتیجے میں ایک نئی</w:t>
      </w:r>
    </w:p>
    <w:p>
      <w:r>
        <w:rPr>
          <w:b/>
        </w:rPr>
        <w:t xml:space="preserve">[03:35] </w:t>
      </w:r>
      <w:r>
        <w:t>civilization samne aayi, jis ko kehte hain "Western Civilization". to woh samajhte thay ke yeh Western Civilization, yeh insani history ka ek bohat hi agla phase hai, yani historical development ka agla phase hai, aur hamari yeh zimmedari hai ke hum is ko baqi rest of</w:t>
      </w:r>
    </w:p>
    <w:p>
      <w:pPr>
        <w:jc w:val="right"/>
      </w:pPr>
      <w:r>
        <w:t>سیویلائزیشن سامنے آئی، جس کو کہتے ہیں "ویسٹرن سیویلائزیشن"۔ تو وہ سمجھتے تھے کہ یہ ویسٹرن سیویلائزیشن، یہ انسانی ہسٹری کا ایک بہت ہی اگلا فیز ہے، یعنی ہسٹاریکل ڈیولپمنٹ کا اگلا فیز ہے، اور ہماری یہ ذمہ داری ہے کہ ہم اس کو بقیہ ریسٹ آف</w:t>
      </w:r>
    </w:p>
    <w:p>
      <w:r>
        <w:rPr>
          <w:b/>
        </w:rPr>
        <w:t xml:space="preserve">[04:05] </w:t>
      </w:r>
      <w:r>
        <w:t>di world tak pohnchaen. to europe ke bahir logon ne is ko aam taur par negative sense mein liya, lekin main samajhta hoon ke yeh positive sense mein lena sahi tha is ko. aur east ke logon ne jo maani banaye, woh sirf ghalat fehmi par mabni thay. yeh aik waqia hai ke europe ne dunya ko bohat kuch diya, jo is se pehle dunya ko nahi mila hua tha.</w:t>
      </w:r>
    </w:p>
    <w:p>
      <w:pPr>
        <w:jc w:val="right"/>
      </w:pPr>
      <w:r>
        <w:t>دی ورلڈ تک پہنچائیں۔ تو یورپ کے باہر لوگوں نے اس کو عام طور پر نیگیٹو سینس میں لیا، لیکن میں سمجھتا ہوں کہ یہ پازیٹو سینس میں لینا صحیح تھا اس کو۔ اور ایسٹ کے لوگوں نے جو معنی بنائے، وہ صرف غلط فہمی پر مبنی تھے۔ یہ ایک واقعہ ہے کہ یورپ نے دنیا کو بہت کچھ دیا، جو اس سے پہلے دنیا کو نہیں ملا ہوا تھا۔</w:t>
      </w:r>
    </w:p>
    <w:p>
      <w:r>
        <w:rPr>
          <w:b/>
        </w:rPr>
        <w:t xml:space="preserve">[04:36] </w:t>
      </w:r>
      <w:r>
        <w:t>aap india ko lijie. india mein western, yeh britishs ne 200 saal rule kiya yahan par. yeh aik haqeeqat hai, yeh aik fact hai ke rajaon se india ko woh nahi mila tha. is ke baad mughal rule raha, un se bhi woh nahi mila tha, jo ke britishs ne india ko diya. mislan aap dekhiye, saare</w:t>
      </w:r>
    </w:p>
    <w:p>
      <w:pPr>
        <w:jc w:val="right"/>
      </w:pPr>
      <w:r>
        <w:t>آپ انڈیا کو لیجیے۔ انڈیا میں ویسٹر، یہ برٹشز نے 200 سال رول کیا یہاں پر۔ یہ ایک حقیقت ہے، یہ ایک فیکٹ ہے کہ راجاؤں سے انڈیا کو وہ نہیں ملا تھا۔ اس کے بعد مغل رول رہا، ان سے بھی وہ نہیں ملا تھا، جو کہ برٹشز نے انڈیا کو دیا۔ مثلاً آپ دیکھیے، سارے</w:t>
      </w:r>
    </w:p>
    <w:p>
      <w:r>
        <w:rPr>
          <w:b/>
        </w:rPr>
        <w:t xml:space="preserve">[05:06] </w:t>
      </w:r>
      <w:r>
        <w:t>in saare desh mein unhon ne rail bicha di, aur safar ko, travel ko kitna aasan kar diya. woh telegraph laye, jis ki wajah se communication kitna aasan ho gaya. woh modern industry laye, jis ne aik revolution paida kar diya industry mein. mere apne bachpan mein kapre ki industry yeh thi, jab main chhota tha,</w:t>
      </w:r>
    </w:p>
    <w:p>
      <w:pPr>
        <w:jc w:val="right"/>
      </w:pPr>
      <w:r>
        <w:t>ان سارے دیش میں انہوں نے ریل بچھا دی، اور سفر کو، ٹریول کو کتنا آسان کر دیا۔ وہ ٹیلی گراف لائے، جس کی وجہ سے کمیونیکیشن کتنا آسان ہو گیا۔ وہ ماڈرن انڈسٹری لائے، جس نے ایک ریولوشن پیدا کر دیا انڈسٹری میں۔ میرے اپنے بچپن میں کپڑے کی انڈسٹری یہ تھی، جب میں چھوٹا تھا،</w:t>
      </w:r>
    </w:p>
    <w:p>
      <w:r>
        <w:rPr>
          <w:b/>
        </w:rPr>
        <w:t xml:space="preserve">[05:36] </w:t>
      </w:r>
      <w:r>
        <w:t>ke gaon ke aik do jalahe hafte bhar mehnat kar ke kuch kapre mota jhoota banate thay, aur woh hafte mein aik baar is ka market lagta tha. mote mote kapre hotay thay, un ko log khareedte thay. phir is ke baad manchester aur lanka lanka shahar ke kapre aanay lagay. to is tarah ki bohat sari cheezen thi jo laye yeh log. to yeh haqeeqat hai ke unhon ne</w:t>
      </w:r>
    </w:p>
    <w:p>
      <w:pPr>
        <w:jc w:val="right"/>
      </w:pPr>
      <w:r>
        <w:t>کہ گاؤں کے ایک دو جلائے ہفتے بھر محنت کر کے کچھ کپڑے موٹا جھوٹا بناتے تھے، اور وہ ہفتے میں ایک بار اس کا مارکیٹ لگتا تھا۔ موٹے موٹے کپڑے ہوتے تھے، ان کو لوگ خریدتے تھے۔ پھر اس کے بعد مانچسٹر اور لنکا لنکا شہر کے کپڑے آنے لگے۔ تو اس طرح کی بہت ساری چیزیں تھیں جو لائے یہ لوگ۔ تو یہ حقیقت ہے کہ انہوں نے</w:t>
      </w:r>
    </w:p>
    <w:p>
      <w:r>
        <w:rPr>
          <w:b/>
        </w:rPr>
        <w:t xml:space="preserve">[06:07] </w:t>
      </w:r>
      <w:r>
        <w:t>dunya ko aisi cheezen dein, aisi nai cheezen, jo is se pehle dunya ko nahi mili thi. yahan par india mein aur doosre tamam eastern countries mein "White Man's Burden" ko bure sense mein liya gaya. lekin main aap ko example deta hoon, compare karne ke liye. ke dekhiye, india mein britishs ne 1947 tak, 1947 tak rule kiya.</w:t>
      </w:r>
    </w:p>
    <w:p>
      <w:pPr>
        <w:jc w:val="right"/>
      </w:pPr>
      <w:r>
        <w:t>دنیا کو ایسی چیزیں دیں، ایسی نئی چیزیں، جو اس سے پہلے دنیا کو نہیں ملی تھیں۔ یہاں پر انڈیا میں اور دوسرے تمام ایسٹرن کنٹریز میں "White Man's Burden" کو برے سینس میں لیا گیا۔ لیکن میں آپ کو ایگزامپل دیتا ہوں، کمپئیر کرنے کے لیے۔ کہ دیکھیے، انڈیا میں برٹشز نے 1947 تک، 1947 تک رول کیا۔</w:t>
      </w:r>
    </w:p>
    <w:p>
      <w:r>
        <w:rPr>
          <w:b/>
        </w:rPr>
        <w:t xml:space="preserve">[06:37] </w:t>
      </w:r>
      <w:r>
        <w:t>yehi log rule kar rahay thay south africa mein. to main samajhta hoon ke india mein aik process chala rahay thay yeh log, jo ruk gaya 47 mein. lekin south africa mein kya hua? wahan par freedom aayi 40 se 45 years ke baad, yani 1993 mein. india mein azadi</w:t>
      </w:r>
    </w:p>
    <w:p>
      <w:pPr>
        <w:jc w:val="right"/>
      </w:pPr>
      <w:r>
        <w:t>یہی لوگ رول کر رہے تھے ساؤتھ افریقہ میں۔ تو میں سمجھتا ہوں کہ انڈیا میں ایک پروسیس چلا رہے تھے یہ لوگ، جو رک گیا 47 میں۔ لیکن ساؤتھ افریقہ میں کیا ہوا؟ وہاں پر فریڈم آئی 40 سے 45 ایئرز کے بعد، یعنی 1993 میں۔ انڈیا میں آزادی</w:t>
      </w:r>
    </w:p>
    <w:p>
      <w:r>
        <w:rPr>
          <w:b/>
        </w:rPr>
        <w:t xml:space="preserve">[07:07] </w:t>
      </w:r>
      <w:r>
        <w:t>aayi 1947 mein, aur south africa mein azadi aayi 1993 mein. yani india ke muqable mein 45 years ke baad. jin logon ne bhi south africa ko dekha hai, woh jantay hain ke wahan bohat taraqqi hui hai. aaj hamare haan world class cities ki baaten ho rahi hain, agarche koi nahi janta ke world class city kabhi ban paye ga yahan par. lekin south africa mein already</w:t>
      </w:r>
    </w:p>
    <w:p>
      <w:pPr>
        <w:jc w:val="right"/>
      </w:pPr>
      <w:r>
        <w:t>آئی 1947 میں، اور ساؤتھ افریقہ میں آزادی آئی 1993 میں۔ یعنی انڈیا کے مقابلے میں 45 ایئرز کے بعد۔ جن لوگوں نے بھی ساؤتھ افریقہ کو دیکھا ہے، وہ جانتے ہیں کہ وہاں بہت ترقی ہوئی ہے۔ آج ہمارے ہاں ورلڈ کلاس سٹیز کی باتیں ہو رہی ہیں، اگرچہ کوئی نہیں جانتا کہ ورلڈ کلاس سٹی کبھی بن پائے گا یہاں پر۔ لیکن ساؤتھ افریقہ میں الری</w:t>
      </w:r>
    </w:p>
    <w:p>
      <w:r>
        <w:rPr>
          <w:b/>
        </w:rPr>
        <w:t xml:space="preserve">[07:37] </w:t>
      </w:r>
      <w:r>
        <w:t>hi world class cities ban chukay hain. wahan ki sarkain, wahan ka airport, wahan ka infrastructure, jo kuch bhi hai, wahan ka sach much world class hai, aaj hi. jabke india mein yeh baaten ho rahi hain ke bombay ko aur is city ko, is city ko world class banaya jaye. yahan ke airport ko world class banaya jaye. abhi baaten ho rahi hain yahan par, aur koi nahi janta ke sach much yeh kabhi actualize hoga ya nahi hoga.</w:t>
      </w:r>
    </w:p>
    <w:p>
      <w:pPr>
        <w:jc w:val="right"/>
      </w:pPr>
      <w:r>
        <w:t>ڈی ورلڈ کلاس سٹیز بن چکے ہیں۔ وہاں کی سڑکیں، وہاں کا ایئرپورٹ، وہاں کا انفراسٹرکچر، جو کچھ بھی ہے، وہاں کا سچ مچ ورلڈ کلاس ہے، آج ہی۔ جبکہ انڈیا میں یہ باتیں ہو رہی ہیں کہ بمبے کو اور اس سٹی کو، اس سٹی کو ورلڈ کلاس بنایا جائے۔ یہاں کے ایئرپورٹ کو ورلڈ کلاس بنایا جائے۔ ابھی باتیں ہو رہی ہیں یہاں پر، اور کوئی نہیں جانتا کہ سچ مچ یہ کبھی ایکچولائز ہوگا یا نہیں ہوگا۔</w:t>
      </w:r>
    </w:p>
    <w:p>
      <w:r>
        <w:rPr>
          <w:b/>
        </w:rPr>
        <w:t xml:space="preserve">[08:08] </w:t>
      </w:r>
      <w:r>
        <w:t>lekin wahan par already yeh ho chuka hai. kyun? britishs ko wahan zyada moqa mila south africa ko develop karne ka, yahan kam moqa mila. main yeh nahi kehta ke freedom achi cheez nahi hai. freedom bohat achi cheez hai. acha hua ke freedom aayi, is se aur bohat saare development hue yahan par, khaas tor par intellectual development. lekin doosron ne jo kuch kiya hai, us ko aap ko acknowledge karna chahiye. acknowl</w:t>
      </w:r>
    </w:p>
    <w:p>
      <w:pPr>
        <w:jc w:val="right"/>
      </w:pPr>
      <w:r>
        <w:t>لیکن وہاں پر الریڈی یہ ہو چکا ہے۔ کیوں؟ برٹشز کو وہاں زیادہ موقع ملا ساؤتھ افریقہ کو ڈیولپ کرنے کا، یہاں کم موقع ملا۔ میں یہ نہیں کہتا کہ فریڈم اچھی چیز نہیں ہے۔ فریڈم بہت اچھی چیز ہے۔ اچھا ہوا کہ فریڈم آئی، اس سے اور بہت سارے ڈیولپمنٹ ہوئے یہاں پر، خاص طور پر انٹلیکچول ڈیولپمنٹ۔ لیکن دوسروں نے جو کچھ کیا ہے، اس کو آپ کو اکنالج کرنا چاہیے۔ اکنال</w:t>
      </w:r>
    </w:p>
    <w:p>
      <w:r>
        <w:rPr>
          <w:b/>
        </w:rPr>
        <w:t xml:space="preserve">[08:38] </w:t>
      </w:r>
      <w:r>
        <w:t>edge karna chahiye. yeh main keh raha hoon ke woh acknowledge karta hai jab aadmi kisi insaan ko, to Khuda ko acknowledge kar raha hota hai woh. yani shukr ki feeling, shukr ki nafsiyat ko apne andar develop karta hai woh. is liye main is par zor de raha hoon. khair, yeh aik alag masla tha. to main yeh keh raha hoon ke isi tarah se "Believing Man's Burden" bhi aik sahi term hai. jo log Khuda ko mantay hain, jo log Islam</w:t>
      </w:r>
    </w:p>
    <w:p>
      <w:pPr>
        <w:jc w:val="right"/>
      </w:pPr>
      <w:r>
        <w:t>ج کرنا چاہیے۔ یہ میں کہہ رہا ہوں کہ وہ اکنالج کرتا ہے جب آدمی کسی انسان کو، تو خدا کو اکنالج کر رہا ہوتا ہے وہ۔ یعنی شکر کی فیلنگ، شکر کی نفسیات کو اپنے اندر ڈیولپ کرتا ہے وہ۔ اس لیے میں اس پر زور دے رہا ہوں۔ خیر، یہ ایک الگ مسئلہ تھا۔ تو میں یہ کہہ رہا ہوں کہ اسی طرح سے "Believing Man's Burden" بھی ایک صحیح ٹرم ہے۔ جو لوگ خدا کو مانتے ہیں، جو لوگ اسلام</w:t>
      </w:r>
    </w:p>
    <w:p>
      <w:r>
        <w:rPr>
          <w:b/>
        </w:rPr>
        <w:t xml:space="preserve">[09:08] </w:t>
      </w:r>
      <w:r>
        <w:t>ko sachai mantay hain, un ki bhi aik bohat bari zimmedari hai. woh zimmedari kya hai? jo deen Khuda ki taraf se aaya hai, aur jo aaj bhi preserve hai apni original halat mein, us ko sari dunya tak pohnchana. waisay hi jaisa ke woh aaya hai. yeh hai "Believing Man's Burden". bud</w:t>
      </w:r>
    </w:p>
    <w:p>
      <w:pPr>
        <w:jc w:val="right"/>
      </w:pPr>
      <w:r>
        <w:t>کو سچائی مانتے ہیں، ان کی بھی ایک بہت بڑی ذمہ داری ہے۔ وہ ذمہ داری کیا ہے؟ جو دین خدا کی طرف سے آیا ہے، اور جو آج بھی پریزرو ہے اپنی اوریجنل حالت میں، اس کو ساری دنیا تک پہنچانا۔ ویسے ہی جیسا کہ وہ آیا ہے۔ یہ ہے "Believing Man's Burden"۔ بد</w:t>
      </w:r>
    </w:p>
    <w:p>
      <w:r>
        <w:rPr>
          <w:b/>
        </w:rPr>
        <w:t xml:space="preserve">[09:38] </w:t>
      </w:r>
      <w:r>
        <w:t>qismati se aaj ke musalmanon ko is ka bilkul ehsas nahi hai. woh jantay hi nahi ke un ki zimmedari kya hai. daawa spirit musalmanon mein bilkul khatam ho chuka hai. sari dunya mein musalmanon mein mujhe aisay log nahi miltay jin ke andar daawa spirit ho. main aap ko aik do misaal deta hoon. india mein aik bohat baray muslim scholar</w:t>
      </w:r>
    </w:p>
    <w:p>
      <w:pPr>
        <w:jc w:val="right"/>
      </w:pPr>
      <w:r>
        <w:t>قسمتی سے آج کے مسلمانوں کو اس کا بالکل احساس نہیں ہے۔ وہ جانتے ہی نہیں کہ ان کی ذمہ داری کیا ہے۔ دعویٰ اسپرٹ مسلمانوں میں بالکل ختم ہو چکا ہے۔ ساری دنیا میں مسلمانوں میں مجھے ایسے لوگ نہیں ملتے جن کے اندر دعویٰ اسپرٹ ہو۔ میں آپ کو ایک دو مثال دیتا ہوں۔ انڈیا میں ایک بہت بڑے مسلم اسک</w:t>
      </w:r>
    </w:p>
    <w:p>
      <w:r>
        <w:rPr>
          <w:b/>
        </w:rPr>
        <w:t xml:space="preserve">[10:08] </w:t>
      </w:r>
      <w:r>
        <w:t>the, un ka naam tha Maulana Abu Hassan Ali Nadvi. woh Lucknow ke thay. to 1993 mein, 1993, 1993 mein Chicago mein aik conference hui. is mein un ko bulaya gaya, magar wahan par woh koi bhi role nahi kar sakay woh, aur waisay hi wapas chalay aaye.</w:t>
      </w:r>
    </w:p>
    <w:p>
      <w:pPr>
        <w:jc w:val="right"/>
      </w:pPr>
      <w:r>
        <w:t>الر تھے، ان کا نام تھا مولانا ابو الحسن علی ندوی۔ وہ لکھنو کے تھے۔ تو 1993 میں، 1993، 1993 میں شکاگو میں ایک کانفرنس ہوئی۔ اس میں ان کو بلایا گیا، مگر وہاں پر وہ کوئی بھی رول نہیں کر سکے وہ، اور ویسے ہی واپس چلے آئے۔</w:t>
      </w:r>
    </w:p>
    <w:p>
      <w:r>
        <w:rPr>
          <w:b/>
        </w:rPr>
        <w:t xml:space="preserve">[10:39] </w:t>
      </w:r>
      <w:r>
        <w:t>main is ko thora sa bataoon ga aap ko, is ki thori si detail. dekhiye, yeh jo conference hui thi Chicago mein, yeh bohat hi historical conference thi. is se sau saal pehle, 1893 mein, Chicago mein aik hui thi, jis ko kehtay thay "Parliament of Religions". yeh darasal shayad history ki pehli international religious conference thi.</w:t>
      </w:r>
    </w:p>
    <w:p>
      <w:pPr>
        <w:jc w:val="right"/>
      </w:pPr>
      <w:r>
        <w:t>میں اس کو تھوڑا سا بتاؤں گا آپ کو، اس کی تھوڑی سی ڈیٹیل۔ دیکھیے، یہ جو کانفرنس ہوئی تھی شکاگو میں، یہ بہت ہی ہسٹاریکل کانفرنس تھی۔ اس سے سو سال پہلے، 1893 میں، شکاگو میں ایک ہوئی تھی، جس کو کہتے تھے "پارلیمنٹ آف ریلیجنز"۔ یہ دراصل شاید ہسٹری کی پہلی انٹرنیشنل ریلیجس کانفرنس تھی۔</w:t>
      </w:r>
    </w:p>
    <w:p>
      <w:r>
        <w:rPr>
          <w:b/>
        </w:rPr>
        <w:t xml:space="preserve">[11:09] </w:t>
      </w:r>
      <w:r>
        <w:t>tamam mazhab ke log bulaye gaye thay is mein. to India se kisi ko bulaya nahi gaya tha, kyun ke India is waqt aik poor country mana jata tha, aur is ki bohat bari fee thi wahan shareek hone ke liye. lekin Swami Vivekananda, jo chahtay thay, un ke guru ne kaha tha ke tum English jantay ho to tum Hindu philosophy ko dunya mein pohnchao. to un</w:t>
      </w:r>
    </w:p>
    <w:p>
      <w:pPr>
        <w:jc w:val="right"/>
      </w:pPr>
      <w:r>
        <w:t>تمام مذہب کے لوگ بلائے گئے تھے اس میں۔ تو انڈیا سے کسی کو بلایا نہیں گیا تھا، کیونکہ انڈیا اس وقت ایک پور کنٹری مانا جاتا تھا، اور اس کی بہت بڑی فیس تھی وہاں شریک ہونے کے لیے۔ لیکن سوامی ویوکانند، جو چاہتے تھے، ان کے گرو نے کہا تھا کہ تم انگلش جانتے ہو تو تم ہندو فلاسفی کو دنیا میں پہنچاؤ۔ تو ان</w:t>
      </w:r>
    </w:p>
    <w:p>
      <w:r>
        <w:rPr>
          <w:b/>
        </w:rPr>
        <w:t xml:space="preserve">[11:39] </w:t>
      </w:r>
      <w:r>
        <w:t>ko aag lagi hui thi. jab pata chala ke Chicago mein conference ho rahi hai, to unhon ne chaha ke main jaon, agarche un ko invitation nahi aaya tha. un ke paas kiraya bhi nahi tha. aik aadmi ne, un ke aik dost ne kaha ke main aik taraf ka kiraya tum ko de deta hoon, yani ship ka, kyun ke ship ka zamana tha. to aik taraf ka ship ka kiraya se woh chalay gaye, wahan utar gaye woh Chicago mein. lekin jab pohanchay to bataya gaya un ko ke yeh</w:t>
      </w:r>
    </w:p>
    <w:p>
      <w:pPr>
        <w:jc w:val="right"/>
      </w:pPr>
      <w:r>
        <w:t>کو آگ لگی ہوئی تھی۔ جب پتہ چلا کہ شکاگو میں کانفرنس ہو رہی ہے، تو انہوں نے چاہا کہ میں جاؤں، اگرچہ ان کو انوائٹیشن نہیں آیا تھا۔ ان کے پاس کرایہ بھی نہیں تھا۔ ایک آدمی نے، ان کے ایک دوست نے کہا کہ میں ایک طرف کا کرایہ تم کو دے دیتا ہوں، یعنی شپ کا، کیونکہ شپ کا زمانہ تھا۔ تو ایک طرف کا شپ کا کرایہ سے وہ چلے گئے، وہاں اتر گئے وہ شکاگو میں۔ لیکن جب پہنچے تو بتایا گیا ان کو کہ یہ</w:t>
      </w:r>
    </w:p>
    <w:p>
      <w:r>
        <w:rPr>
          <w:b/>
        </w:rPr>
        <w:t xml:space="preserve">[12:09] </w:t>
      </w:r>
      <w:r>
        <w:t>wahan to admission jo hai hota hai ticket par, aur ticket bohat hi mehnga milta tha. to ticket to aap ke paas hai hi nahi. invitation hai, ticket hai, to aap is ke andar ja nahi saktay. yeh lambi kahani hai. aakhir kar aik lady ko, un ko taras aaya, apni taraf se is ne ticket khareeda un ko, aur diya, aur phir yeh gaye conference mein. jab conference mein gaye to wahan par saaray log jo speeches de rahay thay, woh</w:t>
      </w:r>
    </w:p>
    <w:p>
      <w:pPr>
        <w:jc w:val="right"/>
      </w:pPr>
      <w:r>
        <w:t>اں تو ایڈمیشن جو ہے ہوتا ہے ٹکٹ پر، اور ٹکٹ بہت ہی مہنگا ملتا تھا۔ تو ٹکٹ تو آپ کے پاس ہے ہی نہیں۔ انوائٹیشن ہے، ٹکٹ ہے، تو آپ اس کے اندر جا نہیں سکتے۔ یہ لمبی کہانی ہے۔ آخر کار ایک لیڈی کو، ان کو ترس آیا، اپنی طرف سے اس نے ٹکٹ خریدا ان کو، اور دیا، اور پھر یہ گئے کانفرنس میں۔ جب کانفرنس میں گئے تو وہاں پر سارے لوگ جو اسپیچز دے رہے تھے، وہ</w:t>
      </w:r>
    </w:p>
    <w:p>
      <w:r>
        <w:rPr>
          <w:b/>
        </w:rPr>
        <w:t xml:space="preserve">[12:42] </w:t>
      </w:r>
      <w:r>
        <w:t>aaj kal ke tareeqay ke mutabiq "Ladies and Gentlemen" kar ke address kar rahay thay. "Ladies and Gentlemen". Swami Vivekananda jab stage par aaye to unhon ne kaha: "Sisters and Brothers of America". bas yeh sun kar ke wahan taaliyan itni baji, itna un ko wahan par woh mila, qabooliyat ke phir kai saal tak woh America mein rahay, aur pehla Vedic center</w:t>
      </w:r>
    </w:p>
    <w:p>
      <w:pPr>
        <w:jc w:val="right"/>
      </w:pPr>
      <w:r>
        <w:t>آج کل کے طریقے کے مطابق "لیڈیز اینڈ جنٹلمین" کر کے ایڈریس کر رہے تھے۔ "لیڈیز اینڈ جنٹلمین"۔ سوامی ویوکانند جب اسٹیج پر آئے تو انہوں نے کہا: "سسٹرز اینڈ برادرز آف امریکہ"۔ بس یہ سن کر کے وہاں تالیاں اتنی بجیں، اتنا ان کو وہاں پر وہ ملا، قبولیت کہ پھر کئی سال تک وہ امریکہ میں رہے، اور پہلا ویدک سینٹر</w:t>
      </w:r>
    </w:p>
    <w:p>
      <w:r>
        <w:rPr>
          <w:b/>
        </w:rPr>
        <w:t xml:space="preserve">[13:12] </w:t>
      </w:r>
      <w:r>
        <w:t>unhon ne qaim kiya. is ke sau saal ke baad, 1993 mein dobara Chicago mein usi ki yaad mein conference hui, aur saaray dunya ke log bulaye gaye. Islam ki numaindagi ke liye Maulana Abu Hassan Ali Nadvi ko invitation aaya. un ko to becharay ko na ticket aaya tha, na kiraya aaya tha. un ko to, yani do ticket aaye, wahan par hotel mein intezam kiya gaya thehrnay ka un ka.</w:t>
      </w:r>
    </w:p>
    <w:p>
      <w:pPr>
        <w:jc w:val="right"/>
      </w:pPr>
      <w:r>
        <w:t>انہوں نے قائم کیا۔ اس کے سو سال کے بعد، 1993 میں دوبارہ شکاگو میں اسی کی یاد میں کانفرنس ہوئی، اور سارے دنیا کے لوگ بلائے گئے۔ اسلام کی نمائندگی کے لیے مولانا ابو الحسن علی ندوی کو انوائٹیشن آیا۔ ان کو تو بیچارے کو نہ ٹکٹ آیا تھا، نہ کرایہ آیا تھا۔ ان کو تو، یعنی دو ٹکٹ آئے، وہاں پر ہوٹل میں انتظام کیا گیا ٹھہرنے کا ان کا۔</w:t>
      </w:r>
    </w:p>
    <w:p>
      <w:r>
        <w:rPr>
          <w:b/>
        </w:rPr>
        <w:t xml:space="preserve">[13:43] </w:t>
      </w:r>
      <w:r>
        <w:t>apnay saathi Maulana Rabia Sahab ke sath yeh gaye wahan par. khud Rabia Sahab ne likha hai apni kitab mein, jis ka naam hai "Idraak-e-Shakhsiyat". jo ustad thay un ke, aur jo un ke ab jansheen hain, yani successor hain un ke. to unhon ne likha hai ke Maulana Ali Mian aik to do din der kar ke pohanchay wahan, aakhri din, yani teen din ki conference thi. do din late kar ke teesray din</w:t>
      </w:r>
    </w:p>
    <w:p>
      <w:pPr>
        <w:jc w:val="right"/>
      </w:pPr>
      <w:r>
        <w:t>اپنے ساتھی مولانا رابعہ صاحب کے ساتھ یہ گئے وہاں پر۔ خود رابعہ صاحب نے لکھا ہے اپنی کتاب میں، جس کا نام ہے "ادساس شخصیت"۔ جو استاد تھے ان کے، اور جو ان کے اب جانشین ہیں، یعنی سکسیسر ہیں ان کے۔ تو انہوں نے لکھا ہے کہ مولانا علی میاں ایک تو دو دن دیر کر کے پہنچے وہاں، آخری دن، یعنی تین دن کی کانفرنس تھی۔ دو دن لیٹ کر کے تیسرے دن</w:t>
      </w:r>
    </w:p>
    <w:p>
      <w:r>
        <w:rPr>
          <w:b/>
        </w:rPr>
        <w:t xml:space="preserve">[14:13] </w:t>
      </w:r>
      <w:r>
        <w:t>pohanchay. is ke baad jab wahan gaye, jahan ke jalsa ho raha tha, to unhon ne likha hai ke maidan khachakach bhara hua tha. saaray religion ke log wahan aa chukay thay. phir kisi numainday ne, ghaliban kisi Hindu numainday ne wahan par bhajan aur mantra, mantra shuru kiya. bhajan aur mantra. yeh log shuru mein, yani apni speech ke shuru mein, aisa kartay hain ke kuch bhajan aur mantra parhtay hain.</w:t>
      </w:r>
    </w:p>
    <w:p>
      <w:pPr>
        <w:jc w:val="right"/>
      </w:pPr>
      <w:r>
        <w:t>پہنچے۔ اس کے بعد جب وہاں گئے، جہاں کے جلسہ ہو رہا تھا، تو انہوں نے لکھا ہے کہ میدان کھچاکچ بھرا ہوا تھا۔ سارے ریلیجن کے لوگ وہاں آ چکے تھے۔ پھر کسی نمائندے نے، غالباً کسی ہندو نمائندے نے وہاں پر بھجن اور منتر، منتر شروع کیا۔ بھجن اور منتر۔ یہ لوگ شروع میں، یعنی اپنی اسپیچ کے شروع میں، ایسا کرتے ہیں کہ کچھ بھجن اور منتر پڑھتے ہیں۔</w:t>
      </w:r>
    </w:p>
    <w:p>
      <w:r>
        <w:rPr>
          <w:b/>
        </w:rPr>
        <w:t xml:space="preserve">[14:44] </w:t>
      </w:r>
      <w:r>
        <w:t>to unhon ne likha hai ke bhajan aur mantra ki wajah se Maulana ko wahan ki fiza mein bohat zulmat mehsoos hui. zulmat means darkness. yani wahan ka environment un ko bohat darkness mehsoos hui, aur phir insist kar ke wahan se wapas aa gaye, baghair kuch bolay hue, baghair kuch speech diye hue. aap ghhor kijiye, yeh kyun aisa hua? is liye hua ke daawa spirit nahi. Swami Vivekananda</w:t>
      </w:r>
    </w:p>
    <w:p>
      <w:pPr>
        <w:jc w:val="right"/>
      </w:pPr>
      <w:r>
        <w:t>تو انہوں نے لکھا ہے کہ بھجن اور منتر کی وجہ سے مولانا کو وہاں کی فضا میں بہت ظلمت محسوس ہوئی۔ ظلمت مینز ڈارکنس۔ یعنی وہاں کا انوائرمنٹ ان کو بہت ڈارکنس محسوس ہوئی، اور پھر انسسٹ کر کے وہاں سے واپس آ گئے، بغیر کچھ بولے ہوئے، بغیر کچھ سپیچ دیے ہوئے۔ آپ غور کیجیے، یہ کیوں ایسا ہوا؟ اس لیے ہوا کہ دعویٰ اسپرٹ نہیں۔ سوامی ویوکانند نے</w:t>
      </w:r>
    </w:p>
    <w:p>
      <w:r>
        <w:rPr>
          <w:b/>
        </w:rPr>
        <w:t xml:space="preserve">[15:15] </w:t>
      </w:r>
      <w:r>
        <w:t>jo safar kiya tha, to un ke andar aik spirit thi ke mujhe apne message ko pohnchana hai, kyun ke mere guru ne kaha hai ke pohnchao. yeh wahan par gaye, aur ja kar ke bhi kuch nahi kiya, aur wapas aa gaye. yeh jo yeh kitab chhapi hai Nadwah se, is ka naam hai "Ehsaas-e-Shakhsiyat". is mein yeh chupa hua hai. yeh hai musalmanon ke andar daawa spirit na hone ki aik misaal.</w:t>
      </w:r>
    </w:p>
    <w:p>
      <w:pPr>
        <w:jc w:val="right"/>
      </w:pPr>
      <w:r>
        <w:t>جو سفر کیا تھا، تو ان کے اندر ایک اسپرٹ تھی کہ مجھے اپنے میسج کو پہنچانا ہے، کیونکہ میرے گرو نے کہا ہے کہ پہنچاؤ۔ یہ وہاں پر گئے، اور جا کر کے بھی کچھ نہیں کیا، اور واپس آ گئے۔ یہ جو یہ کتاب چھپی ہے ندوہ سے، اس کا نام ہے "احتساس شخصیت"۔ اس میں یہ چھپا ہوا ہے۔ یہ ہے مسلمانوں کے اندر دعویٰ اسپرٹ نہ ہونے کی ایک مثال۔</w:t>
      </w:r>
    </w:p>
    <w:p>
      <w:r>
        <w:rPr>
          <w:b/>
        </w:rPr>
        <w:t xml:space="preserve">[15:47] </w:t>
      </w:r>
      <w:r>
        <w:t>aik top ke aadmi ka yeh main waqia bayan kiya aap ke samnay. isi tarah is se pehle, 1903 mein, 1903 mein, India mein British rule tha. us waqt Lord Curzon yahan ka Viceroy tha. to Lord Curzon ne yeh plan banaya ke Gulf countries mein jaye, wahan par logon se address kare, mulaqat kare, yani wahan ke Arab leaderon se.</w:t>
      </w:r>
    </w:p>
    <w:p>
      <w:pPr>
        <w:jc w:val="right"/>
      </w:pPr>
      <w:r>
        <w:t>ایک ٹاپ کے آدمی کا یہ میں واقعہ بیان کیا آپ کے سامنے۔ اسی طرح اس سے پہلے، 1903 میں، 1903 میں، انڈیا میں برٹش رول تھا۔ اس وقت لارڈ کرزن یہاں کا وائس رائے تھا۔ تو لارڈ کرزن نے یہ پلان بنایا کہ گلف کنٹریز میں جائے، وہاں پر لوگوں سے ایڈریس کرے، ملاقات کرے، یعنی وہاں کے عرب لیڈروں سے۔</w:t>
      </w:r>
    </w:p>
    <w:p>
      <w:r>
        <w:rPr>
          <w:b/>
        </w:rPr>
        <w:t xml:space="preserve">[16:18] </w:t>
      </w:r>
      <w:r>
        <w:t>to us ko zaroorat thi ke aik translator, aik aadmi ho. to us us waqt se aik Maulana Hameeduddin Farahi, woh Arabic achi jantay thay, isi ke sath unhon ne Aligarh mein BA kiya tha, to English bhi jantay thay. to un ko message aaya ke woh chalen un ke sath. lekin woh tayyar nahi hue, kyun ke aap jantay hain, us zamanay ke hamaray</w:t>
      </w:r>
    </w:p>
    <w:p>
      <w:pPr>
        <w:jc w:val="right"/>
      </w:pPr>
      <w:r>
        <w:t>تو اس کو ضرورت تھی کہ ایک ٹرانسلیٹر، ایک آدمی ہو۔ تو اس اس وقت سے ایک مولانا حمید الدین فرائی، وہ عربی اچھی جانتے تھے، اسی کے ساتھ انہوں نے علی گڑھ میں بی اے کیا تھا، تو انگلش بھی جانتے تھے۔ تو ان کو میسج آیا کہ وہ چلیں ان کے ساتھ۔ لیکن وہ تیار نہیں ہوئے، کیونکہ آپ جانتے ہیں، اس زمانے کے ہمارے</w:t>
      </w:r>
    </w:p>
    <w:p>
      <w:r>
        <w:rPr>
          <w:b/>
        </w:rPr>
        <w:t xml:space="preserve">[16:48] </w:t>
      </w:r>
      <w:r>
        <w:t>ulama jo thay, woh sab ke sab angrezon se nafrat karte thay. sab likha hua hai kitabon mein ke angrezon se nafrat karte thay woh. toh jaane ko tayyar nahi thay. un ke ustaad Maulana Shibli Naimai ne bohat kaha, toh reluctantly woh gaye un ke sath. lekin sirf yeh kiya unhon ne ke un ke speeches ke tarjume kar diye, aur kuch bhi un se baat cheet nahi hui.</w:t>
      </w:r>
    </w:p>
    <w:p>
      <w:pPr>
        <w:jc w:val="right"/>
      </w:pPr>
      <w:r>
        <w:t>علماء جو تھے، وہ سب کے سب انگریزوں سے نفرت کرتے تھے۔ سب لکھا ہوا ہے کتابوں میں کہ انگریزوں سے نفرت کرتے تھے وہ۔ تو جانے کو تیار نہیں تھے۔ ان کے استاد مولانا شبلی نامائی نے بہت کہا، تو ریلیکٹنٹلی وہ گئے ان کے ساتھ۔ لیکن صرف یہ کیا انہوں نے کہ ان کے اسپیچز کے ترجمے کر دیے، اور کچھ بھی ان سے بات چیت نہیں ہوئی۔</w:t>
      </w:r>
    </w:p>
    <w:p>
      <w:r>
        <w:rPr>
          <w:b/>
        </w:rPr>
        <w:t xml:space="preserve">[17:18] </w:t>
      </w:r>
      <w:r>
        <w:t>bas, yani ek top ka ek angrez, jo India mein vice roy tha, aur wahan ka ek bara leader tha Britain ka, woh milta hai aap ko sath, yani kai hafton ke liye. kitna golden chance tha, golden opportunity thi ke us ko Islam ki baatein batayein. woh itna zyada, yani is mein likha hai un ke halaat mein ke jab wahan pe</w:t>
      </w:r>
    </w:p>
    <w:p>
      <w:pPr>
        <w:jc w:val="right"/>
      </w:pPr>
      <w:r>
        <w:t>بس، یعنی ایک ٹاپ کا ایک انگریز، جو انڈیا میں وائس رائے تھا، اور وہاں کا ایک بڑا لیڈر تھا برٹن کا، وہ ملتا ہے آپ کو ساتھ، یعنی کئی ہفتے کے لیے۔ کتنا گولڈن چانس تھا، گولڈن اپرچونیٹی تھی کہ اس کو اسلام کی باتیں بتائیں۔ وہ اتنا زیادہ، یعنی اس میں لکھا ہے ان کے حالات میں کہ جب وہاں پہ</w:t>
      </w:r>
    </w:p>
    <w:p>
      <w:r>
        <w:rPr>
          <w:b/>
        </w:rPr>
        <w:t xml:space="preserve">[17:48] </w:t>
      </w:r>
      <w:r>
        <w:t>niche yeh log toh Lord Curzon isi baat ke silsile mein aata tha un ke kamre mein. toh yeh apni chair par baithe rehte thay, uthte nahi thay. aur jab yeh jaate thay Lord Curzon ke kamre mein toh uth ke khara ho jata tha. itna respect deta tha woh. tab bhi unhon ne Islam ki koi baat us ko nahi batayi. yeh tha musalmanon ka, yani kai so saal se</w:t>
      </w:r>
    </w:p>
    <w:p>
      <w:pPr>
        <w:jc w:val="right"/>
      </w:pPr>
      <w:r>
        <w:t>نچے یہ لوگ تو لارڈ کرزن اسی بات کے سلسلے میں آتا تھا ان کے کمرے میں۔ تو یہ اپنی چیئر پر بیٹھے رہتے تھے، اٹھتے نہیں تھے۔ اور جب یہ جاتے تھے لارڈ کرزن کے کمرے میں تو اٹھ کے کھڑا ہو جاتا تھا۔ اتنا ریسپیکٹ دیتا تھا وہ۔ تب بھی انہوں نے اسلام کی کوئی بات اس کو نہیں بتائی۔ یہ تھا مسلمانوں کا، یعنی کئی سو سال سے</w:t>
      </w:r>
    </w:p>
    <w:p>
      <w:r>
        <w:rPr>
          <w:b/>
        </w:rPr>
        <w:t xml:space="preserve">[18:19] </w:t>
      </w:r>
      <w:r>
        <w:t>da'wa spirit musalmanon mein khatam ho gayi hai. is ki ek misaal. dekhiye, sab se bari cheez jo Khuda ko matloob hai, woh hai da'wa spirit. aaj mere paas telephone aaya tha Hyderabad se Habib bhai ka, toh baat hui ke musalmanon ka school khola jaye, koi community work kiya jaye. ek sahib ne un se kaha. toh main ne kaha ke</w:t>
      </w:r>
    </w:p>
    <w:p>
      <w:pPr>
        <w:jc w:val="right"/>
      </w:pPr>
      <w:r>
        <w:t>دعویٰ اسپرٹ مسلمانوں میں ختم ہو گئی ہے۔ اس کی ایک مثال۔ دیکھیے، سب سے بڑی چیز جو خدا کو مطلوب ہے، وہ ہے دعویٰ اسپرٹ۔ آج میرے پاس ٹیلی فون آیا تھا حیدرآباد سے حبیب بھائی کا، تو بات ہوئی کہ مسلمانوں کا اسکول کھولا جائے، کوئی کمیونٹی ورک کیا جائے۔ ایک صاحب نے ان سے کہا۔ تو میں نے کہا کہ</w:t>
      </w:r>
    </w:p>
    <w:p>
      <w:r>
        <w:rPr>
          <w:b/>
        </w:rPr>
        <w:t xml:space="preserve">[18:49] </w:t>
      </w:r>
      <w:r>
        <w:t>us waqt koi bhi kaam nahi karna hai siwaye is ke ke da'wa work. bas, baaz kaam toh duniya kar hi rahi hai. saare log lage hue hain in kamon mein. aap kyun lage is kaam mein? toh chounke logon ko ehsas nahi hai da'wat ki ahmiyat ka, us ke ehsas nahi, us ki bhi ek gehri wajah hai. woh yeh hai ke pichle daur mein jo, jo jis ko hum colonial period kehte hain,</w:t>
      </w:r>
    </w:p>
    <w:p>
      <w:pPr>
        <w:jc w:val="right"/>
      </w:pPr>
      <w:r>
        <w:t>اس وقت کوئی بھی کام نہیں کرنا ہے سوائے اس کے کہ دعویٰ ورک۔ بس، بعض کام تو دنیا کر ہی رہی ہے۔ سارے لوگ لگے ہوئے ہیں ان کاموں میں۔ آپ کیوں لگے اس کام میں؟ تو چونکہ لوگوں کو احساس نہیں ہے دعوت کی اہمیت کا، اس کے احساس نہیں، اس کی بھی ایک گہری وجہ ہے۔ وہ یہ ہے کہ پچھلے دور میں جو، جو جس کو ہم کلونیل پیریڈ کہتے ہیں،</w:t>
      </w:r>
    </w:p>
    <w:p>
      <w:r>
        <w:rPr>
          <w:b/>
        </w:rPr>
        <w:t xml:space="preserve">[19:20] </w:t>
      </w:r>
      <w:r>
        <w:t>us ke nateeje mein musalmanon ke andar hate aa gayi. hate, sab ke liye hate. jitne bhi non-muslim hain, sab ke liye hate un ke dil mein hai. koi khair khwahi nahi, koi humdardi nahi, koi mohabbat nahi. ab jab hate kar rahe hon jo log doosron se, toh un ko da'wat kis liye denge? da'wat ka matlab toh yeh hai ke un ko paradise mein le jaane ki koshish. toh jab aap hate kar rahe</w:t>
      </w:r>
    </w:p>
    <w:p>
      <w:pPr>
        <w:jc w:val="right"/>
      </w:pPr>
      <w:r>
        <w:t>اس کے نتیجے میں مسلمانوں کے اندر ہیٹ آ گئی۔ ہیٹ، سب کے لیے ہیٹ۔ جتنے بھی نان مسلم ہیں، سب کے لیے ہیٹ ان کے دلوں میں ہے۔ کوئی خیر خواہی نہیں، کوئی ہمدردی نہیں، کوئی محبت نہیں۔ اب جب ہیٹ کر رہے ہوں جو لوگ دوسروں سے، تو ان کو دعوت کس لیے دیں گے؟ دعوت کا مطلب تو یہ ہے کہ ان کو پیراڈائز میں لے جانے کی کوشش۔ تو جب آپ ہیٹ کر رہے</w:t>
      </w:r>
    </w:p>
    <w:p>
      <w:r>
        <w:rPr>
          <w:b/>
        </w:rPr>
        <w:t xml:space="preserve">[19:50] </w:t>
      </w:r>
      <w:r>
        <w:t>hain toh paradise mein le jaane ki koshish kyun karenge aap? phir toh kahenge acha bacha jaye, hell mein jaye. toh yeh saada baat nahi, yeh bohat hi important baat hai ke humein insan se mohabbat karna tha, lekin hum insan se nafrat karne lage. humein insan se mohabbat karna tha, hum insan se nafrat karne lage. is liye da'wa work khatam ho gaya.</w:t>
      </w:r>
    </w:p>
    <w:p>
      <w:pPr>
        <w:jc w:val="right"/>
      </w:pPr>
      <w:r>
        <w:t>ہیں تو پیراڈائز میں لے جانے کی کوشش کیوں کریں گے آپ؟ پھر تو کہیں گے اچھا بچھا جائے، ہیل میں جائے۔ تو یہ سادہ بات نہیں، یہ بہت ہی امپورٹنٹ بات ہے کہ ہمیں انسان سے محبت کرنا تھا، لیکن ہم انسان سے نفرت کرنے لگے۔ ہمیں انسان سے محبت کرنا تھا، ہم انسان سے نفرت کرنے لگے۔ اس لیے دعویٰ ورک ختم ہو گیا۔</w:t>
      </w:r>
    </w:p>
    <w:p>
      <w:r>
        <w:rPr>
          <w:b/>
        </w:rPr>
        <w:t xml:space="preserve">[20:21] </w:t>
      </w:r>
      <w:r>
        <w:t>dekhiye, main aap ko arz karoon ke prophet ka tareeqa kya tha? aap Rasool Allah Sal Allahu Alaihi Wa Sallam ne apne aakhri zamane mein Hajjat ul Wada kiya tha, koi taqreeban dhai mahine pehle, death se dhai mahine pehle. toh hajj ke baad aap ne kaha apne saahibiyon se, companions se ke tum log da'wa work ke liye chale jao duniya mein.</w:t>
      </w:r>
    </w:p>
    <w:p>
      <w:pPr>
        <w:jc w:val="right"/>
      </w:pPr>
      <w:r>
        <w:t>دیکھیے، میں آپ کو عرض کروں کہ پرافٹ کا طریقہ کیا تھا؟ آپ رسول اللہ صلی اللہ علیہ وسلم نے اپنے آخری زمانے میں حجۃ الوداع کیا تھا، کوئی تقریباً ڈھائی مہینہ پہلے، ڈیتھ سے ڈھائی مہینہ پہلے۔ تو حج کے بعد آپ نے کہا اپنے ساتھیوں سے، کمپینین سے کہ تم لوگ دعویٰ ورک کے لیے چلے جاؤ دنیا میں۔</w:t>
      </w:r>
    </w:p>
    <w:p>
      <w:r>
        <w:rPr>
          <w:b/>
        </w:rPr>
        <w:t xml:space="preserve">[20:51] </w:t>
      </w:r>
      <w:r>
        <w:t>Khuda ne mujhe sari duniya ke liye bheja hai, toh tum duniya mein chale jao. toh kitabon mein aata hai ke jis ka ghoda jis taraf khara hua tha, jis rukh par woh khara tha, usi rukh par woh nikal gaya. idhar ghoda khara tha, idhar chala gaya. udhar ghoda khara, idhar chala gaya. matlab yeh kehne ka andaaz hai ke log phir gharon ko nahi laute, apni sari sawariyon ko le kar n</w:t>
      </w:r>
    </w:p>
    <w:p>
      <w:pPr>
        <w:jc w:val="right"/>
      </w:pPr>
      <w:r>
        <w:t>خدا نے مجھے ساری دنیا کے لیے بھیجا ہے، تو تم دنیا میں چلے جاؤ۔ تو کتابوں میں آتا ہے کہ جس کا گھوڑا جس طرف کھڑا ہوا تھا، جس رخ پر وہ کھڑا تھا، اسی رخ پر وہ نکل گیا۔ ادھر گھوڑا کھڑا تھا، ادھر چلا گیا۔ ادھر گھوڑا کھڑا، ادھر چلا گیا۔ مطلب یہ کہنے کا انداز ہے کہ لوگ پھر گھروں کو نہیں لوٹے، اپنی ساری سواریوں کو لے کر ن</w:t>
      </w:r>
    </w:p>
    <w:p>
      <w:r>
        <w:rPr>
          <w:b/>
        </w:rPr>
        <w:t xml:space="preserve">[21:21] </w:t>
      </w:r>
      <w:r>
        <w:t>ikal gaye Arab ke bahar. yeh wajah hai ke aap Mecca Madina mein jayein toh wahan aap ko companion ki qabar nahi milengi, bohat kam milengi. yahan par dekhiye, main ek baat aur arz karunga ke yeh jo da'wa work hai, yeh kya hai? da'wa work ka matlab hai interaction.</w:t>
      </w:r>
    </w:p>
    <w:p>
      <w:pPr>
        <w:jc w:val="right"/>
      </w:pPr>
      <w:r>
        <w:t>کل گئے عرب کے باہر۔ یہ وجہ ہے کہ آپ مکہ مدینہ میں جائیں تو وہاں آپ کو کمپینین کی قبر نہیں ملیں گی، بہت کم ملیں گی۔ یہاں پر دیکھیے، میں ایک بات اور عرض کروں گا کہ یہ جو دعویٰ ورک ہے، یہ کیا ہے؟ دعویٰ ورک کا مطلب ہے انٹریکشن۔</w:t>
      </w:r>
    </w:p>
    <w:p>
      <w:r>
        <w:rPr>
          <w:b/>
        </w:rPr>
        <w:t xml:space="preserve">[21:52] </w:t>
      </w:r>
      <w:r>
        <w:t>interaction, yani insanon ke darmiyan ghus jana. toh jin mulkon mein aap bhej rahe thay, un ki un ki language alag thi. Arabic language toh bolte nahi thay woh log. jaise Misr mein Coptic language thi, Libya mein Berber language thi, Sham mein Syrian language thi, Falasteen mein Hebrew language thi, Sham mein Syrian language thi.</w:t>
      </w:r>
    </w:p>
    <w:p>
      <w:pPr>
        <w:jc w:val="right"/>
      </w:pPr>
      <w:r>
        <w:t>انٹریکشن، یعنی انسانوں کے درمیان گھس جانا۔ تو جن ملکوں میں آپ بھیج رہے تھے، ان کی ان کی لینگویج الگ تھی۔ عربک لینگویج تو بولتے نہیں تھے وہ لوگ۔ جیسے مصر میں قبطی لینگویج تھی، لیبیا میں بربری لینگویج تھی، شام میں سیرین لینگویج تھی، فلسطین میں عبرانی لینگویج تھی، شام میں سیرین لینگویج تھی۔</w:t>
      </w:r>
    </w:p>
    <w:p>
      <w:r>
        <w:rPr>
          <w:b/>
        </w:rPr>
        <w:t xml:space="preserve">[22:24] </w:t>
      </w:r>
      <w:r>
        <w:t>aap ne kaha ke nahi jao, toh wahan ja kar zahir hai ke aise logon ko jana tha jin ke un ke beech mein language gap tha. language gap, phir bhi bhej diya aap ne logon ko. kyun? insan ki capacity itni zyada hai ke bohat jald woh language ko seekh leta hai. jab interaction hota hai toh, toh aap ne is potential insan ke is potential ko dekha, un ko bhej diya aise logon ke darmiyan</w:t>
      </w:r>
    </w:p>
    <w:p>
      <w:pPr>
        <w:jc w:val="right"/>
      </w:pPr>
      <w:r>
        <w:t>آپ نے کہا کہ نہیں جاؤ، تو وہاں جا کر ظاہر ہے کہ ایسے لوگوں کو جانا تھا جن کے ان کے بیچ میں لینگویج گیپ تھا۔ لینگویج گیپ، پھر بھی بھیج دیا آپ نے لوگوں کو۔ کیوں؟ انسان کی کیپیسٹی اتنی زیادہ ہے کہ بہت جلد وہ لینگویج کو سیکھ لیتا ہے۔ جب انٹریکشن ہوتا ہے تو، تو آپ نے اس پوٹینشل انسان کے اس پوٹینشل کو دیکھا، ان کو بھیج دیا ایسے لوگوں کے درمیان</w:t>
      </w:r>
    </w:p>
    <w:p>
      <w:r>
        <w:rPr>
          <w:b/>
        </w:rPr>
        <w:t xml:space="preserve">[22:54] </w:t>
      </w:r>
      <w:r>
        <w:t>jin ki zuban doosri thi. chunancha tareekh batati hai ke wahan gaye, woh un ki zubanen seekhein, aur ek bohat bare area ko unhon ne Islamize kar diya, jis ko aaj aap Arab land kehte hain. isi qism ki misaal milti hai Hazrat Basheer ke haan. Hazrat Basheer jo thay, toh kitab mein aata hai ke apne hawaareen ko unhon ne kaha ke tum log chale jao mulkon mulkon mein da'wat pahunchane ke li</w:t>
      </w:r>
    </w:p>
    <w:p>
      <w:pPr>
        <w:jc w:val="right"/>
      </w:pPr>
      <w:r>
        <w:t>جن کی زبان دوسری تھی۔ چنانچہ تاریخ بتاتی ہے کہ وہاں گئے، وہ ان کی زبانیں سیکھیں، اور ایک بہت بڑے ایریا کو انہوں نے اسلامائز کر دیا، جس کو آج آپ عرب لینڈ کہتے ہیں۔ اسی قسم کی مثال ملتی ہے حضرت بصیر کے ہاں۔ حضرت بصیر جو تھے، تو کتاب میں آتا ہے کہ اپنے حوارین کو انہوں نے کہا کہ تم لوگ چلے جاؤ ملکوں ملکوں میں دعوت پہنچانے کے لی</w:t>
      </w:r>
    </w:p>
    <w:p>
      <w:r>
        <w:rPr>
          <w:b/>
        </w:rPr>
        <w:t xml:space="preserve">[23:24] </w:t>
      </w:r>
      <w:r>
        <w:t>ye. toh unhon ne kaha ke hum toh wahan ki zuban jante nahi, jahan aap bhej rahe hain hum ko, jahan aap ko bhej rahe hain, wahan ki zuban hum ko nahi maloom. toh riwayat mein sirf itni baat hai ke unhon ne dua ki toh sab wohi zuban bolne lage jahan unhe bhej rahe thay. woh main samajhta hoon ke yeh riwayat mein bohat hi, yani riwayatein bohat hi, sari detail nahi hoti riwayat mein. is mein yeh cheez rah</w:t>
      </w:r>
    </w:p>
    <w:p>
      <w:pPr>
        <w:jc w:val="right"/>
      </w:pPr>
      <w:r>
        <w:t>ے۔ تو انہوں نے کہا کہ ہم تو وہاں کی زبان جانتے نہیں، جہاں آپ بھیج رہے ہیں ہم کو، جہاں آپ کو بھیج رہے ہیں، وہاں کی زبان ہم کو نہیں معلوم۔ تو روایت میں صرف اتنی بات ہے کہ انہوں نے دعا کی تو سب وہی زبان بولنے لگے جہاں انہیں بھیج رہے تھے۔ وہ میں سمجھتا ہوں کہ یہ روایت میں بہت ہی، یعنی روایتیں بہت ہی، ساری ڈیٹیل نہیں ہوتی روایت میں۔ اس میں یہ چیز رہ</w:t>
      </w:r>
    </w:p>
    <w:p>
      <w:r>
        <w:rPr>
          <w:b/>
        </w:rPr>
        <w:t xml:space="preserve">[23:54] </w:t>
      </w:r>
      <w:r>
        <w:t>rah gayi hai ke Hazrat Masih ne dua kar ke unhe bhej diya. Hazrat Masih ne dua ki aur kaha ke jao, aur jab pahunche wahan toh interaction hua. interaction ke darmiyan unhon ne wahan ki zubanen seekh lein. toh riwayat mein aisa lagta hai jo wording riwayat ki hai ke wahin Jerusalem mein jahan unhon ne dua ki thi, wahin wahin sab log wohi zuban bolne lage. halanke Yerush</w:t>
      </w:r>
    </w:p>
    <w:p>
      <w:pPr>
        <w:jc w:val="right"/>
      </w:pPr>
      <w:r>
        <w:t>رہ گئی ہے کہ حضرت مسیح نے دعا کر کے انہیں بھیج دیا۔ حضرت مسیح نے دعا کی اور کہا کہ جاؤ، اور جب پہنچے وہاں تو انٹریکشن ہوا۔ انٹریکشن کے دوران انہوں نے وہاں کی زبانیں سیکھ لیں۔ تو روایت میں ایسا لگتا ہے جو ورڈنگ روایت کی ہے کہ وہیں یروشلم میں جہاں انہوں نے دعا کی تھی، وہیں وہیں سب لوگ وہی زبان بولنے لگے۔ حالانکہ یروش</w:t>
      </w:r>
    </w:p>
    <w:p>
      <w:r>
        <w:rPr>
          <w:b/>
        </w:rPr>
        <w:t xml:space="preserve">[24:24] </w:t>
      </w:r>
      <w:r>
        <w:t>alem mein kai language bolne ka koi matlab hi nahi hai. is ka matlab sirf yeh hai ke unhon ne taqreeban ek darjan aadmiyon ko samjhaya ke sari duniya mein message pahunchana hai tum ko. toh unhon ne kaha ke hum kaise pahunchayein? wahan ki language alag hai. toh unhon ne kaha ke nahi, Khuda par bharosa karo, aur main tum ko dua karta hoon, Khuda ki barkat tumhare sath hai, nikal jao. aur phir log nikal gaye.</w:t>
      </w:r>
    </w:p>
    <w:p>
      <w:pPr>
        <w:jc w:val="right"/>
      </w:pPr>
      <w:r>
        <w:t>لم میں کئی لینگویج بولنے کا کوئی مطلب ہی نہیں ہے۔ اس کا مطلب صرف یہ ہے کہ انہوں نے تقریباً ایک درجن آدمیوں کو سمجھایا کہ ساری دنیا میں میسج پہنچانا ہے تم کو۔ تو انہوں نے کہا کہ ہم کیسے پہنچائیں؟ وہاں کی لینگویج الگ ہے۔ تو انہوں نے کہا کہ نہیں، خدا پر بھروسہ کرو، اور میں تم کو دعا کرتا ہوں، خدا کی برکت تمہارے ساتھ ہے، نکل جاؤ۔ اور پھر لوگ نکل گئے۔</w:t>
      </w:r>
    </w:p>
    <w:p>
      <w:r>
        <w:rPr>
          <w:b/>
        </w:rPr>
        <w:t xml:space="preserve">[24:55] </w:t>
      </w:r>
      <w:r>
        <w:t>yani language jo aayi, un ko Jerusalem mein nahi aayi. interaction ke jab hua, tab aayi. toh mulkon mulkon mein gaye, wahan par settle ho gaye, wahan par logon se milne lage, interaction hone laga, discussion hua, dialogue hua. toh in activities ke beech mein unhon ne wahan ki zuban seekh li. yeh matlab hai is ka. yeh same waqia jo baat ka hua companion ke sath,</w:t>
      </w:r>
    </w:p>
    <w:p>
      <w:pPr>
        <w:jc w:val="right"/>
      </w:pPr>
      <w:r>
        <w:t>یعنی لینگویج جو آئی، ان کو یروشلم میں نہیں آئی۔ انٹریکشن کے جب ہوا، تب آئی۔ تو ملکوں ملکوں میں گئے، وہاں پر سیٹل ہو گئے، وہاں پر لوگوں سے ملنے لگے، انٹریکشن ہونے لگا، ڈسکشن ہوا، ڈائیلاگ ہوا۔ تو ان ایکٹیویٹیز کے بیچ میں انہوں نے وہاں کی زبان سیکھ لی۔ یہ مطلب ہے اس کا۔ یہ سیم واقعہ جو بات کا ہوا کمپینین کے ساتھ،</w:t>
      </w:r>
    </w:p>
    <w:p>
      <w:r>
        <w:rPr>
          <w:b/>
        </w:rPr>
        <w:t xml:space="preserve">[25:25] </w:t>
      </w:r>
      <w:r>
        <w:t>yani companion ke sath kya hua ke prophet ne kaha ke nikal jao doosre mulkon mein. woh chale gaye wahan, matlab Syria mein, Palestine mein, Egypt mein, aur Iraq mein, Libya mein, yeh saare countries mein chale gaye. woh Iran mein, har jagah unhon ne unhon ne da'wat pahunchayi, jabke wahan ki zuban woh nahi jante thay. toh hua kya? wohi hua ke interaction ke jab interaction hone laga,</w:t>
      </w:r>
    </w:p>
    <w:p>
      <w:pPr>
        <w:jc w:val="right"/>
      </w:pPr>
      <w:r>
        <w:t>یعنی کمپین کے ساتھ کیا ہوا کہ پرافٹ نے کہا کہ نکل جاؤ دوسرے ملکوں میں۔ وہ چلے گئے وہاں، مطلب سیریا میں، پیلسٹائن میں، ایجپٹ میں، اور عراق میں، لیبیا میں، یہ سارے کنٹریز میں چلے گئے۔ وہ ایران میں، ہر جگہ انہوں نے انہوں نے دعوت پہنچائی، جبکہ وہاں کی زبان وہ نہیں جانتے تھے۔ تو ہوا کیا؟ وہی ہوا کہ انٹریکشن کے جب انٹریکشن ہونے لگا،</w:t>
      </w:r>
    </w:p>
    <w:p>
      <w:r>
        <w:rPr>
          <w:b/>
        </w:rPr>
        <w:t xml:space="preserve">[25:55] </w:t>
      </w:r>
      <w:r>
        <w:t>jab dialogue hone laga, toh during this process unhon ne language seekh li. yahi cheez Hazrat Masih ke shagird disciples ke sath hui ke aisa nahi hai ke unhon ne dua ki toh wahin kahin lage bolne, miraculously aisa nahi hai, balke woh gaye, wahan dakhil hue, wahan tablegh shuru ki, toh during interaction unhon ne zubanen seekh li. toh aaj Khuda ki</w:t>
      </w:r>
    </w:p>
    <w:p>
      <w:pPr>
        <w:jc w:val="right"/>
      </w:pPr>
      <w:r>
        <w:t>جب ڈائیلاگ ہونے لگا، تو ڈیورنگ دس پروسیس انہوں نے لینگویج سیکھ لی۔ یہی چیز حضرت مسیح کے شاگرد ڈسائپلز کے ساتھ ہوئی کہ ایسا نہیں ہے کہ انہوں نے دعا کی تو وہیں کہیں لگے بولنے، ملیکولسلی ایسا نہیں ہے، بلکہ وہ گئے، وہاں داخل ہوئے، وہاں تبلیغ شروع کی، تو ڈیورنگ انٹریکشن انہوں نے زبانیں سیکھ لی۔ تو آج خدا کی</w:t>
      </w:r>
    </w:p>
    <w:p>
      <w:r>
        <w:rPr>
          <w:b/>
        </w:rPr>
        <w:t xml:space="preserve">[26:25] </w:t>
      </w:r>
      <w:r>
        <w:t>fazal se aap ko bohat si zubanen nahi seekhna hai. yeh Khuda ka bohat bara aap ke sath blessing hai, aap logon ke sath ke aaj pehli baar insan ki history mein ek language jo hai, international language ban gayi hai. is se pehle kabhi nahi hua tha aisa, kabhi bhi aisa nahi hua tha ke ek language aur duniya ke majority samajhne lage aur bolne lage. jaisa ke survey se pata chala hai ke</w:t>
      </w:r>
    </w:p>
    <w:p>
      <w:pPr>
        <w:jc w:val="right"/>
      </w:pPr>
      <w:r>
        <w:t>فضل سے آپ کو بہت سی زبانیں نہیں سیکھنا ہے۔ یہ خدا کا بہت بڑا آپ کے ساتھ بلیسنگ ہے، آپ لوگوں کے ساتھ کہ آج پہلی بار انسان کی ہسٹری میں ایک لینگویج جو ہے، انٹرنیشنل لینگویج بن گئی ہے۔ اس سے پہلے کبھی نہیں ہوا تھا ایسا، کبھی بھی ایسا نہیں ہوا تھا کہ ایک لینگویج اور دنیا کے میجورٹی سمجھنے لگے اور بولنے لگے۔ جیسا کہ سروے سے پتہ چلا ہے کہ</w:t>
      </w:r>
    </w:p>
    <w:p>
      <w:r>
        <w:rPr>
          <w:b/>
        </w:rPr>
        <w:t xml:space="preserve">[26:55] </w:t>
      </w:r>
      <w:r>
        <w:t>duniya ke lag bhag 75 log English ko samajhte hain. isi ko keh sakte hain, kehte hain international language ho jana ek zuban ka. toh aap logon ko kitni aasani hai ke ek language mein aap sari duniya mein message pahuncha sakte hain. agarche isi ke sath regional languages hain, bohat sari, jaise India mein aap jante hain ke Telugu hai, Tamil hai, Malayalam hai, Bangla hai, different languages hain. toh woh kaam apni jagah baqi hai, woh karna hai,</w:t>
      </w:r>
    </w:p>
    <w:p>
      <w:pPr>
        <w:jc w:val="right"/>
      </w:pPr>
      <w:r>
        <w:t>دنیا کے لگ بھگ 75 لوگ انگلش کو سمجھتے ہیں۔ اسی کو کہہ سکتے ہیں، کہتے ہیں انٹرنیشنل لینگویج ہو جانا ایک زبان کا۔ تو آپ لوگوں کو کتنی آسانی ہے کہ ایک لینگویج میں آپ ساری دنیا میں میسج پہنچا سکتے ہیں۔ اگرچہ اسی کے ساتھ ریجنل لینگویجز ہیں، بہت ساری، جیسے انڈیا میں آپ جانتے ہیں کہ تیلگو ہے، تمل ہے، ملیالم ہے، بنگلہ ہے، ڈفرنٹ لینگویجز ہیں۔ تو وہ کام اپنی جگہ باقی ہے، وہ کرنا ہے،</w:t>
      </w:r>
    </w:p>
    <w:p>
      <w:r>
        <w:rPr>
          <w:b/>
        </w:rPr>
        <w:t xml:space="preserve">[27:27] </w:t>
      </w:r>
      <w:r>
        <w:t>is mein koi shaq nahi. lekin is ke bawajood main kahunga ke international language ek ban chuki hai, aur us ke zariye aap computer ke zariye sari duniya mein aap ek hi language se pahuncha sakte hain. aur phir jin logon tak aap pahunchayein ge message, woh apni apni jagah par regional languages mein baat karenge. yani aap agar sirf itna kar dein ke duniya bhar mein pahuncha dein message English knowing logon ke tak, toh phir woh log</w:t>
      </w:r>
    </w:p>
    <w:p>
      <w:pPr>
        <w:jc w:val="right"/>
      </w:pPr>
      <w:r>
        <w:t>اس میں کوئی شک نہیں۔ لیکن اس کے باوجود میں کہوں گا کہ انٹرنیشنل لینگویج ایک بن چکی ہے، اور اس کے ذریعے آپ کمپیوٹر کے ذریعے ساری دنیا میں آپ ایک ہی لینگویج سے پہنچا سکتے ہیں۔ اور پھر جن لوگوں تک آپ پہنچائیں گے میسج، وہ اپنی اپنی جگہ پر ریجنل لینگویجز میں بات کریں گے۔ یعنی آپ اگر صرف اتنا کر دیں کہ دنیا بھر میں پہنچا دیں میسج انگلش نونگ لوگوں کے تک، تو پھر وہ لوگ</w:t>
      </w:r>
    </w:p>
    <w:p>
      <w:r>
        <w:rPr>
          <w:b/>
        </w:rPr>
        <w:t xml:space="preserve">[27:58] </w:t>
      </w:r>
      <w:r>
        <w:t>yeh karenge apne local language mein us ko translate karenge, local language mein woh pahunchayenge us ko. toh kitna aasan ho gaya, kitni bari blessing hai aap ke sath yeh Khuda ki. yahan par main ek sahib ne mujh se kaha ke aap da'wa work ki ahmiyat toh importance toh bohat batate hain, lekin kaise da'wa work kiya jaye yeh nahi batate. toh yahan par main kah</w:t>
      </w:r>
    </w:p>
    <w:p>
      <w:pPr>
        <w:jc w:val="right"/>
      </w:pPr>
      <w:r>
        <w:t>یہ کریں گے اپنے لوکل لینگویج میں اس کو ٹرانسلیٹ کریں گے، لوکل لینگویج میں وہ پہنچائیں گے اس کو۔ تو کتنا آسان ہو گیا، کتنی بڑی بلیسنگ ہے آپ کے ساتھ یہ خدا کی۔ یہاں پر میں ایک صاحب نے مجھ سے کہا کہ آپ دعویٰ ورک کی اہمیت تو امپورٹنس تو بہت بتاتے ہیں، لیکن کیسے دعویٰ ورک کیا جائے یہ نہیں بتاتے۔ تو یہاں پر میں کہ</w:t>
      </w:r>
    </w:p>
    <w:p>
      <w:r>
        <w:rPr>
          <w:b/>
        </w:rPr>
        <w:t xml:space="preserve">[28:28] </w:t>
      </w:r>
      <w:r>
        <w:t>unga ke sab se important cheez spirit hai. Rasool Allah Sal Allahu Alaihi Wa Sallam ne koi method nahi bataya tha. jab aap ne kaha ke chale jao mulkon mulkon mein, toh aap ne koi method nahi bataya. aise hi jab Jesus Christ ne kaha ke chale jao mulkon mulkon mein, unhon ne bhi koi method nahi bataya. toh method aap khud banate hain, method aap khud banate hain. phir bhi main aap ko chand baatein arz karna chahunga, aur</w:t>
      </w:r>
    </w:p>
    <w:p>
      <w:pPr>
        <w:jc w:val="right"/>
      </w:pPr>
      <w:r>
        <w:t>وں گا کہ سب سے امپورٹنٹ چیز اسپرٹ ہے۔ رسول اللہ صلی اللہ علیہ وسلم نے کوئی میتھڈ نہیں بتایا تھا۔ جب آپ نے کہا کہ چلے جاؤ ملکوں ملکوں میں، تو آپ نے کوئی میتھڈ نہیں بتایا۔ ایسے ہی جب جیزس کرائسٹ نے کہا کہ چلے جاؤ ملکوں ملکوں میں، انہوں نے بھی کوئی میتھڈ نہیں بتایا۔ تو میتھڈ آپ خود بناتے ہیں، میتھڈ آپ خود بناتے ہیں۔ پھر بھی میں آپ کو چند باتیں عرض کرنا چاہوں گا، اور</w:t>
      </w:r>
    </w:p>
    <w:p>
      <w:r>
        <w:rPr>
          <w:b/>
        </w:rPr>
        <w:t xml:space="preserve">[28:58] </w:t>
      </w:r>
      <w:r>
        <w:t>Khuda ke fazal se aap woh kar bhi rahe hain, yani aap in kamon ko shuru kar chuke hain. maslan is zamane mein dekhiye, computer ki internet ki itni importance ho gayi hai, website ke zariye aap sari duniya mein baat pahuncha sakte hain, aur Allah ke fazal se aap us ko istemal karna shuru kar diya hai aap ne. yani aap jo, yani yeh kaam already aap kar rahe hain aur badha rahe hain is kaam ko, yeh website par sari baatein la rahe hain. toh yeh bohat bari baat hai. isi tarike se</w:t>
      </w:r>
    </w:p>
    <w:p>
      <w:pPr>
        <w:jc w:val="right"/>
      </w:pPr>
      <w:r>
        <w:t>خدا کے فضل سے آپ وہ کر بھی رہے ہیں، یعنی آپ ان کاموں کو شروع کر چکے ہیں۔ مثلاً اس زمانے میں دیکھیں، کمپیوٹر کی انٹرنیٹ کی اتنی امپورٹنس ہو گئی ہے، ویب سائٹ کے ذریعے آپ ساری دنیا میں بات پہنچا سکتے ہیں، اور اللہ کے فضل سے آپ اس کو استعمال کرنا شروع کر دیا ہے آپ نے۔ یعنی آپ جو، یعنی یہ کام الریڈی آپ کر رہے ہیں اور بڑھا رہے ہیں اس کام کو، یہ ویب سائٹ پر ساری باتیں لا رہے ہیں۔ تو یہ بہت بڑی بات ہے۔ اسی طریقے سے</w:t>
      </w:r>
    </w:p>
    <w:p>
      <w:r>
        <w:rPr>
          <w:b/>
        </w:rPr>
        <w:t xml:space="preserve">[29:30] </w:t>
      </w:r>
      <w:r>
        <w:t>aap yeh bhi, is par bhi aap soch bichar kar rahe hain, aur bohat acha hai. mujhe maloom hua ke aaj hi is par soch bichar hua ke aap log ek aur meeting karein. yeh jo meeting hoti hai friday ko aur sunday ko, is ke ilawa is mein sirf aap log hon, mein na rahu is mein. to is qism ki meeting already bangalore mein sarah karti hain, aap log bhi yahan karein. to is mein aap log jo hain, speech karna ki</w:t>
      </w:r>
    </w:p>
    <w:p>
      <w:pPr>
        <w:jc w:val="right"/>
      </w:pPr>
      <w:r>
        <w:t>آپ یہ بھی، اس پر بھی آپ سوچ بچار کر رہے ہیں، اور بہت اچھا ہے۔ مجھے معلوم ہوا کہ آج ہی اس پر سوچ بچار ہوا کہ آپ لوگ ایک اور میٹنگ کریں۔ یہ جو میٹنگ ہوتی ہے فرائیڈے کو اور سنڈے کو، اس کے علاوہ اس میں صرف آپ لوگ ہوں، میں نہ رہوں اس میں۔ تو اس قسم کی میٹنگ الریڈی بنگلور میں سارہ کرتی ہیں، آپ لوگ بھی یہاں کریں۔ تو اس میں آپ لوگ جو ہیں، اسپیچ کرنا کی ٹ</w:t>
      </w:r>
    </w:p>
    <w:p>
      <w:r>
        <w:rPr>
          <w:b/>
        </w:rPr>
        <w:t xml:space="preserve">[30:00] </w:t>
      </w:r>
      <w:r>
        <w:t>training hogi aap ke liye, interaction karna seekhenge, aap is mein apne ko tayyar karenge, aapas ki discussion se baatein samne aayengi, yeh sab khud karenge aap log. to ek independent tor par kaam karne ki training is mein lete rahenge aap. aur mein bohat zyada chahta hoon ke aap independent tor par kaam karne ka aap ke andar mada paida ho jaye, khud karne lagen. to yeh jo jis ki meeting</w:t>
      </w:r>
    </w:p>
    <w:p>
      <w:pPr>
        <w:jc w:val="right"/>
      </w:pPr>
      <w:r>
        <w:t>ریننگ ہوگی آپ کے لیے، انٹریکشن کرنا سیکھیں گے، آپ اس میں اپنے کو تیار کریں گے، آپس کی ڈسکشن سے باتیں سامنے آئیں گی، یہ سب خود کریں گے آپ لوگ۔ تو ایک انڈیپینڈنٹ طور پر کام کرنے کی ٹریننگ اس میں لیتے رہیں گے آپ۔ اور میں بہت زیادہ چاہتا ہوں کہ آپ انڈیپینڈنٹ طور پر کام کرنے کا آپ کے اندر مادہ پیدا ہو جائے، خود کرنے لگیں۔ تو یہ جو جس کی میٹنگ</w:t>
      </w:r>
    </w:p>
    <w:p>
      <w:r>
        <w:rPr>
          <w:b/>
        </w:rPr>
        <w:t xml:space="preserve">[30:30] </w:t>
      </w:r>
      <w:r>
        <w:t>aaj aap logon ne ki hai, mashallah, to mein samajhta hoon ke yeh bohat important meeting thi. aur ek din aap hafte mein aisa tay karein jab ke aap log kisi ka aap ke liye ikhatta hon. isi tarike se dekhiye, dilli mein aisa hota raha hai ke mein jab kahin jata hoon conference mein, aap log chalte hain mere sath, aap log interact karte hain, brochure dete hain waghera. mein chahta hoon ke aap log khud bhi yeh kaam karein, jahan man nahi jata, wahan aap log jayein. aap jante hain ke</w:t>
      </w:r>
    </w:p>
    <w:p>
      <w:pPr>
        <w:jc w:val="right"/>
      </w:pPr>
      <w:r>
        <w:t>آج آپ لوگوں نے کی ہے، ماشاءاللہ، تو میں سمجھتا ہوں کہ یہ بہت امپورٹنٹ میٹنگ تھی۔ اور ایک دن آپ ہفتے میں ایسا طے کریں جب کہ آپ لوگ کسی کا آپ کے لیے اکٹھا ہوں۔ اسی طریقے سے دیکھیے، دلی میں ایسا ہوتا رہا ہے کہ میں جب کہیں جاتا ہوں کانفرنس میں، آپ لوگ چلتے ہیں میرے ساتھ، آپ لوگ انٹریکٹ کرتے ہیں، بروشر دیتے ہیں وغیرہ۔ میں چاہتا ہوں کہ آپ لوگ خود بھی یہ کام کریں، جہاں من نہیں جاتا، وہاں آپ لوگ جائیں۔ آپ جانتے ہیں کہ</w:t>
      </w:r>
    </w:p>
    <w:p>
      <w:r>
        <w:rPr>
          <w:b/>
        </w:rPr>
        <w:t xml:space="preserve">[31:01] </w:t>
      </w:r>
      <w:r>
        <w:t>paperon mein, khas tor par english paper mein, daily aata hai ke dilli mein aaj kya program hai. to is mein aap dekhein, to is mein bohat sa cultural program hota hai, lekin aur bhi kai program aise hote hain jo aap ke matlab ko hote hain, religious hota hai, spiritual hota hai, peace par hota hai, social reform par hota hai. to wahan parhe likhe log ikhatta hote hain, is mein aap jayein, wahan pe interact karein</w:t>
      </w:r>
    </w:p>
    <w:p>
      <w:pPr>
        <w:jc w:val="right"/>
      </w:pPr>
      <w:r>
        <w:t>پیپروں میں، خاص طور پر انگلش پیپر میں، ڈیلی آتا ہے کہ دلی میں آج کیا پروگرام ہے۔ تو اس میں آپ دیکھیں، تو اس میں بہت سا کلچرل پروگرام ہوتا ہے، لیکن اور بھی کئی پروگرام ایسے ہوتے ہیں جو آپ کے مطلب کو ہوتے ہیں، ریلیجس ہوتا ہے، سپریچول ہوتا ہے، پیس پر ہوتا ہے، سوشل ریفارم پر ہوتا ہے۔ تو وہاں پڑھے لکھے لوگ اکٹھا ہوتے ہیں، اس میں آپ جائیں، وہاں پہ انٹریکٹ کریں</w:t>
      </w:r>
    </w:p>
    <w:p>
      <w:r>
        <w:rPr>
          <w:b/>
        </w:rPr>
        <w:t xml:space="preserve">[31:31] </w:t>
      </w:r>
      <w:r>
        <w:t>aur brochure dein logon ko. yeh bhi ek window khulna chahiye ke mein na jaon, aap log khud ja kar ke wahan par yeh kaam karein. ek aur window khol sakte hain aap ke dilli, aap jante hain ke yahan bohat bari majority parhe likhe logon ki hai. to har hafte aap yeh karein ke kuch logon ko select karein ke is hafte hamein ja kar un se baat karna hai, un se</w:t>
      </w:r>
    </w:p>
    <w:p>
      <w:pPr>
        <w:jc w:val="right"/>
      </w:pPr>
      <w:r>
        <w:t>اور بروشر دیں لوگوں کو۔ یہ بھی ایک ونڈو کھلنا چاہیے کہ میں نہ جاؤں، آپ لوگ خود جا کر کے وہاں پر یہ کام کریں۔ ایک اور ونڈو کھول سکتے ہیں آپ کہ دلی، آپ جانتے ہیں کہ یہاں بہت بڑی میجورٹی پڑھے لکھے لوگوں کی ہے۔ تو ہر ہفتہ آپ یہ کریں کہ کچھ لوگوں کو سلیکٹ کریں کہ اس ہفتہ ہمیں جا کر ان سے بات کرنا ہے، ان سے</w:t>
      </w:r>
    </w:p>
    <w:p>
      <w:r>
        <w:rPr>
          <w:b/>
        </w:rPr>
        <w:t xml:space="preserve">[32:01] </w:t>
      </w:r>
      <w:r>
        <w:t>wo karna hai, exchange karna hai, aur daawa work karna hai. kuch baatein karein aap, kuch un ko pegham pohanchayein. mein samajhta hoon ke yeh bhi ek window khulna chahiye, aur har week mein aap kam az kam kuch logon ko is tarike se milein, baat pohanchayein. aur yani is mein mein nahi rahunga, aap logon ko khud karna hai. to independent tor par aap log sare branch khol dein, mein samajhta hoon khud</w:t>
      </w:r>
    </w:p>
    <w:p>
      <w:pPr>
        <w:jc w:val="right"/>
      </w:pPr>
      <w:r>
        <w:t>وہ کرنا ہے، ایکسچینج کرنا ہے، اور دعویٰ ورک کرنا ہے۔ کچھ باتیں کریں آپ، کچھ ان کو پیغام پہنچائیں۔ میں سمجھتا ہوں کہ یہ بھی ایک ونڈو کھلنا چاہیے، اور ہر ویک میں آپ کم از کم کچھ لوگوں کو اس طریقے سے ملیں، بات پہنچائیں۔ اور یعنی اس میں میں نہیں رہوں گا، آپ لوگوں کو خود کرنا ہے۔ تو انڈیپینڈنٹ طور پر آپ لوگ سارے برانچ کھول دیں، میں سمجھتا ہوں خود</w:t>
      </w:r>
    </w:p>
    <w:p>
      <w:r>
        <w:rPr>
          <w:b/>
        </w:rPr>
        <w:t xml:space="preserve">[32:33] </w:t>
      </w:r>
      <w:r>
        <w:t>karein, aur mera is mein rehna zarori na ho. yeh bhi aap ko mere khayal se karna chahiye. isi tarah se aur bohat se kaam niklenge jab aap sochenge to soch soch ke kaam nikalein. aap mujhe ek waqia yaad aata hai ke lucknow mein mein gaya tha ghaliban 1948 mein, to wahan par ek ek jamaat ke ek sahib the, akela ek hi member tha wo is</w:t>
      </w:r>
    </w:p>
    <w:p>
      <w:pPr>
        <w:jc w:val="right"/>
      </w:pPr>
      <w:r>
        <w:t>کریں، اور میرا اس میں رہنا ضروری نہ ہو۔ یہ بھی آپ کو میرے خیال سے کرنا چاہیے۔ اسی طرح سے اور بہت سے کام نکلیں گے جب آپ سوچیں گے تو سوچ سوچ کے کام نکالیں۔ آپ مجھے ایک واقعہ یاد آتا ہے کہ لکھنو میں میں گیا تھا غالباً 1948 میں، تو وہاں پر ایک ایک جماعت کے ایک صاحب تھے، اکیلا ایک ہی ممبر تھا وہ اس</w:t>
      </w:r>
    </w:p>
    <w:p>
      <w:r>
        <w:rPr>
          <w:b/>
        </w:rPr>
        <w:t xml:space="preserve">[33:03] </w:t>
      </w:r>
      <w:r>
        <w:t>waqt wahan. ab to jamaat ke kai member wahan par honge, akela ek hi member tha wahan. to mujh ko le gaye wo ke chaliye hum weekly meeting hum karte hain, wahan chaliye aap. to mein wahan gaya to wahan mein un ke siwa mein hi akela ek aur tha shakhs, koi aur aya nahi wahan par. to mein ne kaha ke bhai meeting karte hain aap yahan par, to aur to koi aya nahi yahan par. to mein akele hi meeting karta hoon. to har ek din</w:t>
      </w:r>
    </w:p>
    <w:p>
      <w:pPr>
        <w:jc w:val="right"/>
      </w:pPr>
      <w:r>
        <w:t>وقت وہاں۔ اب تو جماعت کے کئی ممبر وہاں پر ہوں گے، اکیلا ایک ہی ممبر تھا وہاں۔ تو مجھ کو لے گئے وہ کہ چلیے ہم ویکلی میٹنگ ہم کرتے ہیں، وہاں چلیے آپ۔ تو میں وہاں گیا تو وہاں میں ان کے سوا میں ہی اکیلا ایک اور تھا شخص، کوئی اور آیا نہیں وہاں پر۔ تو میں نے کہا کہ بھئی میٹنگ کرتے ہیں آپ یہاں پر، تو اور تو کوئی آیا نہیں یہاں پر۔ تو میں اکیلے ہی میٹنگ کرتا ہوں۔ تو ہر ایک دن</w:t>
      </w:r>
    </w:p>
    <w:p>
      <w:r>
        <w:rPr>
          <w:b/>
        </w:rPr>
        <w:t xml:space="preserve">[33:33] </w:t>
      </w:r>
      <w:r>
        <w:t>bana liya tha unhon ne weekly meeting ka, akele aate the wahan par, koi kitab parhte the, khud hi khud sochte the, khud hi parhte the, khud hi sunte the. yahan tak hote hote ab wahan par ek un ka circle ban chuka hai, bohat se log is jamaat se jud chuke hain. to aap logon ke andar dekhiye, spirit bharne ka kaam to doosra kar sakta hai, lekin program banana khud aap hi ka apna kaam hai. yaad rakhiye,</w:t>
      </w:r>
    </w:p>
    <w:p>
      <w:pPr>
        <w:jc w:val="right"/>
      </w:pPr>
      <w:r>
        <w:t>بنا لیا تھا انہوں نے ویکلی میٹنگ کا، اکیلے آتے تھے وہاں پر، کوئی کتاب پڑھتے تھے، خود ہی خود سوچتے تھے، خود ہی پڑھتے تھے، خود ہی سنتے تھے۔ یہاں تک ہوتے ہوتے اب وہاں پر ایک ان کا سرکل بن چکا ہے، بہت سے لوگ اس جماعت سے جڑ چکے ہیں۔ تو آپ لوگوں کے اندر دیکھیے، اسپیریٹ بھرنے کا کام تو دوسرا کر سکتا ہے، لیکن پروگرام بنانا خود آپ ہی کا اپنا کام ہے۔ یاد رکھیے،</w:t>
      </w:r>
    </w:p>
    <w:p>
      <w:r>
        <w:rPr>
          <w:b/>
        </w:rPr>
        <w:t xml:space="preserve">[34:04] </w:t>
      </w:r>
      <w:r>
        <w:t>rasool Allah ne spirit bhari thi logon ke andar, lekin program kuch bhi nahi diya tha. Hazrat Masih ne apne shagerdon mein, jo un ke disciples the, un mein spirit bhari thi, lekin program kuch nahi diya tha. to yeh aap expect na karein ke aap ko koi ek bohat hi laga bandha program diya jayega, nahi, aap ko khud hi program banana hai, khud program saaz banna hai.</w:t>
      </w:r>
    </w:p>
    <w:p>
      <w:pPr>
        <w:jc w:val="right"/>
      </w:pPr>
      <w:r>
        <w:t>رسول اللہ نے اسپیریٹ بھری تھی لوگوں کے اندر، لیکن پروگرام کچھ بھی نہیں دیا تھا۔ حضرت مسیح نے اپنے شاگردوں میں، جو ان کے ڈسائپلز تھے، ان میں اسپیریٹ بھری تھی، لیکن پروگرام کچھ نہیں دیا تھا۔ تو یہ آپ ایکسپیکٹ نہ کریں کہ آپ کو کوئی ایک بہت ہی لگا ودھا پروگرام دیا جائے گا، نہیں، آپ کو خود ہی پروگرام بنانا ہے، خود پروگرام ساز بننا ہے۔</w:t>
      </w:r>
    </w:p>
    <w:p>
      <w:r>
        <w:rPr>
          <w:b/>
        </w:rPr>
        <w:t xml:space="preserve">[34:36] </w:t>
      </w:r>
      <w:r>
        <w:t>kyun ke dekhiye, laga bandha program kabhi bhi work nahi karta insanon mein. aap ko ek bridge banana ho, bridge to aap ek laga bandha naqsha bana sakte hain. aap ko ek building banani hai to ek laga bandha naqsha aap bana sakte hain. lekin insanon mein kaam karne ke liye kabhi koi laga bandha program nahi hua karta, kyun ke situation bohat alag alag dhang ki hoti hai.</w:t>
      </w:r>
    </w:p>
    <w:p>
      <w:pPr>
        <w:jc w:val="right"/>
      </w:pPr>
      <w:r>
        <w:t>کیونکہ دیکھیے، لگا ودھا پروگرام کبھی بھی ورک نہیں کرتا انسانوں میں۔ آپ کو ایک برج بنانا ہو، برج تو آپ ایک لگا ودھا نقشہ بنا سکتے ہیں۔ آپ کو ایک بلڈنگ بنانی ہے تو ایک لگا ودھا نقشہ آپ بنا سکتے ہیں۔ لیکن انسانوں میں کام کرنے کے لیے کبھی کوئی لگا ودھا پروگرام نہیں ہوا کرتا، کیونکہ سچوئیشن بہت الگ الگ ڈھنگ کی ہوتی ہے۔</w:t>
      </w:r>
    </w:p>
    <w:p>
      <w:r>
        <w:rPr>
          <w:b/>
        </w:rPr>
        <w:t xml:space="preserve">[35:10] </w:t>
      </w:r>
      <w:r>
        <w:t>balke har aadmi ek ek alag duniya hota hai. kaha jata hai ke har aadmi alam sagheer hai, yani har aadmi apne aap mein ek duniya hai. to aap aisa program kaise bana sakte hain jo sab par apply ho? aap jahan hain, jis situation mein hain, jin logon se aap ka interaction ho raha hai, to aap ko khud hi soch soch kar wahan par program banana padega. khud aap bhi</w:t>
      </w:r>
    </w:p>
    <w:p>
      <w:pPr>
        <w:jc w:val="right"/>
      </w:pPr>
      <w:r>
        <w:t>بلکہ ہر آدمی ایک ایک الگ دنیا ہوتا ہے۔ کہا جاتا ہے کہ ہر آدمی عالم صغیر ہے، یعنی ہر آدمی اپنے آپ میں ایک دنیا ہے۔ تو آپ ایسا پروگرام کیسے بنا سکتے ہیں جو سب پر اپلائی ہو؟ آپ جہاں ہیں، جس سچوئیشن میں ہیں، جن لوگوں سے آپ کا انٹریکشن ہو رہا ہے، تو آپ کو خود ہی سوچ سوچ کر وہاں پر پروگرام بنانا پڑے گا۔ خود آپ بھی</w:t>
      </w:r>
    </w:p>
    <w:p>
      <w:r>
        <w:rPr>
          <w:b/>
        </w:rPr>
        <w:t xml:space="preserve">[35:41] </w:t>
      </w:r>
      <w:r>
        <w:t>pehlay se agar program bana lein, ek saal pehle farz kijiye, to zarori hai ke december mein jo hone wala hai, aap ka interaction kahin wo wahan par applicable ho. to na kisi aur ka diya hua program, na aap ka apna banaya hua program nahi chal sakta. deen and there aap ko banana padta hai program, kyun ke insan jo hai, aap jante hain ke insan bohat anokhi cheez hai. insan</w:t>
      </w:r>
    </w:p>
    <w:p>
      <w:pPr>
        <w:jc w:val="right"/>
      </w:pPr>
      <w:r>
        <w:t>پہلے سے اگر پروگرام بنا لیں، ایک سال پہلے فرض کیجئے، تو ضروری ہے کہ دسمبر میں جو ہونے والا ہے، آپ کا انٹریکشن کہیں وہ وہاں پر ایپلیکیبل ہو۔ تو نہ کسی اور کا دیا ہوا پروگرام، نہ آپ کا اپنا بنایا ہوا پروگرام نہیں چل سکتا۔ دین اینڈ دیر آپ کو بنانا پڑتا ہے پروگرام، کیونکہ انسان جو ہے، آپ جانتے ہیں کہ انسان بہت انوکھی چیز ہے۔ انسان</w:t>
      </w:r>
    </w:p>
    <w:p>
      <w:r>
        <w:rPr>
          <w:b/>
        </w:rPr>
        <w:t xml:space="preserve">[36:12] </w:t>
      </w:r>
      <w:r>
        <w:t>ek badalta rehta hai, alag alag soch us ki hoti rehti hai, halaat mein farq hota rehta hai. to aap ko asal cheez hai ke aap dawat aap ka supreme consent ban jaye. mein samajhta hoon ke important is baat ki hai ke dawat aap ka supreme consent ban jaye. mein ek waqia yaad karta hoon yahan, jo bohat hi eye opener hai. dekhiye, 13 century AD mein</w:t>
      </w:r>
    </w:p>
    <w:p>
      <w:pPr>
        <w:jc w:val="right"/>
      </w:pPr>
      <w:r>
        <w:t>ایک بدلتا رہتا ہے، الگ الگ سوچ اس کی ہوتی رہتی ہے، حالات میں فرق ہوتا رہتا ہے۔ تو آپ کو اصل چیز ہے کہ آپ دعوت آپ کا سپریم کنسنٹ بن جائے۔ میں سمجھتا ہوں کہ امپورٹنٹ اس بات کی ہے کہ دعوت آپ کا سپریم کنسنٹ بن جائے۔ میں ایک واقعہ یاد کرتا ہوں یہاں، جو بہت ہی ائی اوپنر ہے۔ دیکھیے، 13 سینچری اے ڈی میں</w:t>
      </w:r>
    </w:p>
    <w:p>
      <w:r>
        <w:rPr>
          <w:b/>
        </w:rPr>
        <w:t xml:space="preserve">[36:43] </w:t>
      </w:r>
      <w:r>
        <w:t>ek bohat bara waqia hua Islam ki tareekh mein ke tatari jo tribes the, unhon ne iran se le kar ke syria tak sara capture kar liya muslim world ko. is waqt abbas hukumat thi wahan par aur sab tod phod dala. to is zamane mein kya hua ke ek din ek sheikh the, un ka naam tha sheikh jamaluddin. ek din wo nikle</w:t>
      </w:r>
    </w:p>
    <w:p>
      <w:pPr>
        <w:jc w:val="right"/>
      </w:pPr>
      <w:r>
        <w:t>ایک بہت بڑا واقعہ ہوا اسلام کی تاریخ میں کہ تاتاری جو ٹرائبز تھے، انہوں نے ایران سے لے کر کے سیریا تک سارا کیپچر کر لیا مسلم ورلڈ کو۔ اس وقت عباس حکومت تھی وہاں پر اور سب توڑ پھوڑ ڈالا۔ تو اس زمانے میں کیا ہوا کہ ایک دن ایک شیخ تھے، ان کا نام تھا شیخ جمال الدین۔ ایک دن وہ نکلے</w:t>
      </w:r>
    </w:p>
    <w:p>
      <w:r>
        <w:rPr>
          <w:b/>
        </w:rPr>
        <w:t xml:space="preserve">[37:14] </w:t>
      </w:r>
      <w:r>
        <w:t>to kahin janghal mein pohanch gaye. wahan par ek tatari prince, jo ka naam tha tuglaq timur khan, tuglaq timur khan, wo wahan aya hua tha hunting ke liye. to wo log iraniyon ko, yeh irani the, bohat hi hate karte the. wo to sheikh jamaluddin, jo irani the, us ko dekha to bohat hi yani hate ki nazar se dekha aur kaha ke tum se to acha bura ek kutta hai.</w:t>
      </w:r>
    </w:p>
    <w:p>
      <w:pPr>
        <w:jc w:val="right"/>
      </w:pPr>
      <w:r>
        <w:t>تو کہیں جنگل میں پہنچ گئے۔ وہاں پر ایک تاتاری پرنس، جو کا نام تھا تغلق تیمور خان، تغلق تیمور خان، وہ وہاں آیا ہوا تھا ہنٹنگ کے لیے۔ تو وہ لوگ ایرانیوں کو، یہ ایرانی تھے، بہت ہی ہیٹ کرتے تھے۔ وہ تو شیخ جمال الدین، جو ایرانی تھے، اس کو دیکھا تو بہت ہی یعنی ہیٹ کی نظر سے دیکھا اور کہا کہ تم سے تو اچھا برا ایک کتا ہے۔</w:t>
      </w:r>
    </w:p>
    <w:p>
      <w:r>
        <w:rPr>
          <w:b/>
        </w:rPr>
        <w:t xml:space="preserve">[37:45] </w:t>
      </w:r>
      <w:r>
        <w:t>us ke hunter kutta jo tha, sath us ke, us ne kaha ke tum iraniyon se zyada acha to mera ek kutta hai. to sheikh jamaluddin jo hai, wo ghusa nahi hue, unhon ne react nahi kiya. wo ek aalim the, sachay aalim. unhon ne kaha ke agar mujhe iman na mila hota to zaroor mein tumhare kutte se bura tha aur tumhara kutta mujh se acha tha. agar mujhe iman na</w:t>
      </w:r>
    </w:p>
    <w:p>
      <w:pPr>
        <w:jc w:val="right"/>
      </w:pPr>
      <w:r>
        <w:t>اس کے ہنٹر کتا جو تھا، ساتھ اس کے، اس نے کہا کہ تم ایرانیوں سے زیادہ اچھا تو میرا ایک کتا ہے۔ تو شیخ جمال الدین جو ہے، وہ غصہ نہیں ہوئے، انہوں نے ری ایکٹ نہیں کیا۔ وہ ایک عالم تھے، سچے عالم۔ انہوں نے کہا کہ اگر مجھے ایمان نہ ملا ہوتا تو ضرور میں تمہارے کتے سے برا تھا اور تمہارا کتا مجھ سے اچھا تھا۔ اگر مجھے ایمان نہ</w:t>
      </w:r>
    </w:p>
    <w:p>
      <w:r>
        <w:rPr>
          <w:b/>
        </w:rPr>
        <w:t xml:space="preserve">[38:15] </w:t>
      </w:r>
      <w:r>
        <w:t>mila hua hota to zaroor tumhara kutta hi mujh se acha hota, mein tumhare kutte se bura hota. ab yeh tuglaq timur jo tha, us ne aise shab kabhi sune nahi the ke iman koi aisi cheez hai jo aadmi ko kutte se acha bana deti hai, sab se acha bana deti hai. to us ne kaha, acha mere mere tent mein aao. wo tent mein le gaya, un ko baatein keen, unhon ne Islam</w:t>
      </w:r>
    </w:p>
    <w:p>
      <w:pPr>
        <w:jc w:val="right"/>
      </w:pPr>
      <w:r>
        <w:t>ملا ہوا ہوتا تو ضرور تمہارا کتا ہی مجھ سے اچھا ہوتا، میں تمہارے کتے سے برا ہوتا۔ اب یہ تغلق تیمور جو تھا، اس نے ایسے شب کبھی سنے نہیں تھے کہ ایمان کوئی ایسی چیز ہے جو آدمی کو کتے سے اچھا بنا دیتی ہے، سب سے اچھا بنا دیتی ہے۔ تو اس نے کہا، اچھا میرے میرے ٹینٹ میں آؤ۔ وہ ٹینٹ میں لے گیا، ان کو باتیں کیں، انہوں نے اسلام</w:t>
      </w:r>
    </w:p>
    <w:p>
      <w:r>
        <w:rPr>
          <w:b/>
        </w:rPr>
        <w:t xml:space="preserve">[38:45] </w:t>
      </w:r>
      <w:r>
        <w:t>ki baatein keen aur wo kafi is par asar pada. us ka us ne kaha ke mein is waqt, is waqt wo prince tha. wo us ne kaha ke mein yani crown prince tha. wo us ne kaha ke meri jab takht nishini ho, jab mein throne par baithoon to tum mere pas aana, kyun ke abhi mere mere pas mere control mein kuch nahi hai, king doosra hai, aadmi hai.</w:t>
      </w:r>
    </w:p>
    <w:p>
      <w:pPr>
        <w:jc w:val="right"/>
      </w:pPr>
      <w:r>
        <w:t>کی باتیں کیں اور وہ کافی اس پر اثر پڑا۔ اس کا اس نے کہا کہ میں اس وقت، اس وقت وہ پرنس تھا۔ وہ اس نے کہا کہ میں یعنی کراؤن پرنس تھا۔ وہ اس نے کہا کہ میری جب تخت نشینی ہو، جب میں تھرون پر بیٹھوں تو تم میرے پاس آنا، کیونکہ ابھی میرے میرے پاس میرے کنٹرول میں کچھ نہیں ہے، کنگ دوسرا ہے، آدمی ہے۔</w:t>
      </w:r>
    </w:p>
    <w:p>
      <w:r>
        <w:rPr>
          <w:b/>
        </w:rPr>
        <w:t xml:space="preserve">[39:15] </w:t>
      </w:r>
      <w:r>
        <w:t>to kya hua? sheikh jamaluddin jo the, is intezar mein ke kab us ki yeh takht par baithe, wo mar gaye bechare, kyun ke abhi wo wo time nahi aya. to marte hue apne bete se unhon ne kaha ke dekho, aisa aisa waqia hua hai. jab tum suno ke tuglaq timur khan takht par baitha, yani us ki us ki wo ho gayi hai, y</w:t>
      </w:r>
    </w:p>
    <w:p>
      <w:pPr>
        <w:jc w:val="right"/>
      </w:pPr>
      <w:r>
        <w:t>تو کیا ہوا؟ شیخ جمال الدین جو تھے، اس انتظار میں کہ کب اس کی یہ تخت پر بیٹھے، وہ مر گئے بیچارے، کیونکہ ابھی وہ وہ ٹائم نہیں آیا۔ تو مرتے ہوئے اپنے بیٹے سے انہوں نے کہا کہ دیکھو، ایسا ایسا واقعہ ہوا ہے۔ جب تم سنو کہ تغلق تیمور خان تخت پر بیٹھا، یعنی اس کی اس کی وہ ہو گئی ہے، ی</w:t>
      </w:r>
    </w:p>
    <w:p>
      <w:r>
        <w:rPr>
          <w:b/>
        </w:rPr>
        <w:t xml:space="preserve">[39:45] </w:t>
      </w:r>
      <w:r>
        <w:t>ani takht jan king ki jagah par wo aa gaya hai, wo to tum jana aur yeh baat batana tum ko jo jo mere sath hui hai. to jab unhon ne suna ke tuglaq timur khan badshah ban gaya hai, to gaye wo wahan shehar mein pohanchay, iran mein tha wo. to mahal par, mahal mein jab pohanchay, us ke gate par to us ke jo jo wo jo jo security log the, wahan secur</w:t>
      </w:r>
    </w:p>
    <w:p>
      <w:pPr>
        <w:jc w:val="right"/>
      </w:pPr>
      <w:r>
        <w:t>عنی تخت جان کنگ کی جگہ پر وہ آ گیا ہے، وہ تو تم جانا اور یہ بات بتانا تم کو جو جو میرے ساتھ ہوئی ہے۔ تو جب انہوں نے سنا کہ تغلق تیمور خان بادشاہ بن گیا ہے، تو گئے وہ وہاں شہر میں پہنچے، ایران میں تھا وہ۔ تو محل پر، محل میں جب پہنچے، اس کے گیٹ پر تو اس کے جو جو وہ جو جو سیکیورٹی لوگ تھے، وہاں سیکیور</w:t>
      </w:r>
    </w:p>
    <w:p>
      <w:r>
        <w:rPr>
          <w:b/>
        </w:rPr>
        <w:t xml:space="preserve">[40:15] </w:t>
      </w:r>
      <w:r>
        <w:t>ity wale jo darban, unhon ne us ko andar jane nahi diya, kyun ke wo log iraniyon se hate karte the. ab kya karein? yeh lad to sakte nahi, bechare mahal ko chhod kar bahar aa gaye. ek pead tha wahan par, us pead ke neeche baith gaye. phir raat ko so gaye. un ko yaad aya ek tarkib to kya kiya? unhon ne ke jab subah ko uthe, wo sawere fajar</w:t>
      </w:r>
    </w:p>
    <w:p>
      <w:pPr>
        <w:jc w:val="right"/>
      </w:pPr>
      <w:r>
        <w:t>ٹی والے جو دربان، انہوں نے اس کو اندر جانے نہیں دیا، کیونکہ وہ لوگ ایرانیوں سے ہیٹ کرتے تھے۔ اب کیا کریں؟ یہ لڑ تو سکتے نہیں، بیچارے محل کو چھوڑ کر باہر آ گئے۔ ایک پیڑ تھا وہاں پر، اس پیڑ کے نیچے بیٹھ گئے۔ پھر رات کو سو گئے۔ ان کو یاد آیا ایک ترکیب تو کیا کیا؟ انہوں نے کہ جب صبح کو اٹھے، وہ سویرے فجر</w:t>
      </w:r>
    </w:p>
    <w:p>
      <w:r>
        <w:rPr>
          <w:b/>
        </w:rPr>
        <w:t xml:space="preserve">[40:45] </w:t>
      </w:r>
      <w:r>
        <w:t>ki namaz ke liye to wohin se zor zor se unhon ne Allah Akbar, Allah Akbar azan dena shuru kiya. namaz ki call jo hoti hai, poori call Allah Akbar, Allah Akbar jo hoti hai, poori call wahan zor zor se dene lage. wo ab subah ka waqt tha, abhi sunata tha, awaz mahal tak pohanchi to tuglaq timur jo tha, wo chaukana ho gaya ke bhai yeh awaz kahan se ayi hai? koi revolt ho gaya hai? kya qissa hai?</w:t>
      </w:r>
    </w:p>
    <w:p>
      <w:pPr>
        <w:jc w:val="right"/>
      </w:pPr>
      <w:r>
        <w:t>کی نماز کے لیے تو وہیں سے زور زور سے انہوں نے اللہ اکبر، اللہ اکبر اذان دینا شروع کیا۔ نماز کی کال جو ہوتی ہے، پوری کال اللہ اکبر، اللہ اکبر جو ہوتی ہے، پوری کال وہاں زور زور سے دینے لگے۔ وہ اب صبح کا وقت تھا، ابھی سناٹا تھا، آواز محل تک پہنچی تو تغلق تیمور جو تھا، وہ چوکنا ہو گیا کہ بھئی یہ آواز کہاں سے آئی ہے؟ کوئی ریولٹ ہو گیا ہے؟ کیا قصہ ہے؟</w:t>
      </w:r>
    </w:p>
    <w:p>
      <w:r>
        <w:rPr>
          <w:b/>
        </w:rPr>
        <w:t xml:space="preserve">[41:16] </w:t>
      </w:r>
      <w:r>
        <w:t>to us ne kaha ke ja kar dekho kon aadmi chala raha hai yahan kar ke. to gaye, us ke sipahi pakad ke laye us ko, to un ke samne pesh kiya gaya us ko. aur mere baap ne mujh se kaha tha ke tum jana wahan, is liye mein aya hoon. to gate par jo security ke log hain, unhon ne mujhe andar aane nahi diya. to mein socha ke yahi karoon, mein to mein azan dene laga. jab us ne suna yeh baat, sab baatein usay yaad aa gayeen.</w:t>
      </w:r>
    </w:p>
    <w:p>
      <w:pPr>
        <w:jc w:val="right"/>
      </w:pPr>
      <w:r>
        <w:t>تو اس نے کہا کہ جا کے دیکھو کون آدمی چلا رہا ہے یہاں کر کے۔ تو گئے، اس کے سپاہی پکڑ کے لائے اس کو، تو ان کے سامنے پیش کیا گیا اس کو۔ اور میرے باپ نے مجھ سے کہا تھا کہ تم جانا وہاں، اس لیے میں آیا ہوں۔ تو گیٹ پر جو سیکیورٹی کے لوگ ہیں، انہوں نے مجھے اندر آنے نہیں دیا۔ تو میں سوچا کہ یہی کروں، میں تو میں اذان دینے لگا۔ جب اس نے سنا یہ بات، سب باتیں اسے یاد آ گئیں۔</w:t>
      </w:r>
    </w:p>
    <w:p>
      <w:r>
        <w:rPr>
          <w:b/>
        </w:rPr>
        <w:t xml:space="preserve">[41:47] </w:t>
      </w:r>
      <w:r>
        <w:t>kaha ke tum theek keh rahe ho. isi din wo kalma padh kar ke Islam qabool kiya. us ne isi din phir us ke baad apne wazir se us ne kaha, wazir ne bhi kalma padh liya. phir apne darbariyon se kaha, darbariyon ne kalma padh liya. yahan tak ke dheere dheere kya hua ke majority tatariyon ki Islam mein dakhil ho gayi. ab aap compare kijiye ke sheikh jamaluddin, un</w:t>
      </w:r>
    </w:p>
    <w:p>
      <w:pPr>
        <w:jc w:val="right"/>
      </w:pPr>
      <w:r>
        <w:t>کہا کہ تم ٹھیک کہہ رہے ہو۔ اسی دن وہ کلمہ پڑھ کر کے اسلام قبول کیا۔ اس نے اسی دن پھر اس کے بعد اپنے وزیر سے اس نے کہا، وزیر نے بھی کلمہ پڑھ لیا۔ پھر اپنے درباریوں سے کہا، درباریوں نے کلمہ پڑھ لیا۔ یہاں تک کہ دھیرے دھیرے کیا ہوا کہ میجورٹی تاتاریوں کی اسلام میں داخل ہو گئی۔ اب آپ کمپیئر کیجئے کہ شیخ جمال الدین، ان</w:t>
      </w:r>
    </w:p>
    <w:p>
      <w:r>
        <w:rPr>
          <w:b/>
        </w:rPr>
        <w:t xml:space="preserve">[42:17] </w:t>
      </w:r>
      <w:r>
        <w:t>ke bete ka naam tha sheikh rasheed ud din, kis tarah jaan par khel kar unhon ne wahan ja kar islam ka paigham pohanchaya. aur aaj ke hamare aalim jo hain, un ko free mein mauqa milta hai ke world conference mein jaane ka, wahan woh islam ka paigham nahi de paate. lord curzon ke sath jaane ka, wahan woh bata nahi paate. to kyun? yeh farq spirit ka in logon mein dawat ki spirit thi. is</w:t>
      </w:r>
    </w:p>
    <w:p>
      <w:pPr>
        <w:jc w:val="right"/>
      </w:pPr>
      <w:r>
        <w:t>کے بیٹے کا نام تھا شیخ رشید الدین، کس طرح جان پر کھیل کر انہوں نے وہاں جا کر اسلام کا پیغام پہنچایا۔ اور آج کے ہمارے عالم جو ہیں، ان کو فری میں موقع ملتا ہے کہ ورلڈ کانفرنس میں جانے کا، وہاں وہ اسلام کا پیغام نہیں دے پاتے۔ لارڈ کرزر کے ساتھ جانے کا، وہاں وہ بتا نہیں پاتے۔ تو کیوں؟ یہ فرق اسپرٹ کا ان لوگوں میں دعوت کی اسپرٹ تھی۔ اس</w:t>
      </w:r>
    </w:p>
    <w:p>
      <w:r>
        <w:rPr>
          <w:b/>
        </w:rPr>
        <w:t xml:space="preserve">[42:47] </w:t>
      </w:r>
      <w:r>
        <w:t>zamane ke logon mein woh samajhte the ke hamara mission hai ke hum khuda ka paigham tamam jamaaton ko pohanchayen. aaj woh spirit khatm ho gayi hai. ab islam reduce ho kar ek culture ban gaya hai. ab islam reduce ho kar ek culture ban gaya hai. is waqt islam mein ek ek dawat, ek dawat tha, ek mission tha, ek universal message tha jis ko pohanchana tha sab ke paas</w:t>
      </w:r>
    </w:p>
    <w:p>
      <w:pPr>
        <w:jc w:val="right"/>
      </w:pPr>
      <w:r>
        <w:t>زمانے کے لوگوں میں وہ سمجھتے تھے کہ ہمارا مشن ہے کہ ہم خدا کا پیغام تمام جماعتوں کو پہنچائیں۔ آج وہ اسپرٹ ختم ہو گئی ہے۔ اب اسلام ریڈیوس ہو کر ایک کلچر بن گیا ہے۔ اب اسلام ریڈیوس ہو کر ایک کلچر بن گیا ہے۔ اس وقت اسلام میں ایک ایک دعوت، ایک دعوت تھا، ایک مشن تھا، ایک یونیورسل میسج تھا جس کو پہنچانا تھا سب کے پاس</w:t>
      </w:r>
    </w:p>
    <w:p>
      <w:r>
        <w:rPr>
          <w:b/>
        </w:rPr>
        <w:t xml:space="preserve">[43:17] </w:t>
      </w:r>
      <w:r>
        <w:t>. to jo cheez lacking hai, woh spirit. aap isi mein dekh sakte hain ke sheikh rasheed ud din aur sheikh jamal ud din kis tarah se ghus gaye wahan par, kis tarah islam ka paigham pohanchaya. aaj ke hamare jo ulama hain, jo hamare scholars hain, bari bari opportunity un ke samne aati hai, woh us ko woh avail nahi kar paate kyun ke spirit hai hi nahi, dawat ki spirit hai nahi. yahan mein</w:t>
      </w:r>
    </w:p>
    <w:p>
      <w:pPr>
        <w:jc w:val="right"/>
      </w:pPr>
      <w:r>
        <w:t>۔ تو جو چیز لیک کر رہی ہے، وہ اسپرٹ۔ آپ اسی میں دیکھ سکتے ہیں کہ شیخ رشید الدین اور شیخ جمال الدین کس طرح سے گھس گئے وہاں پر، کس طرح اسلام کا پیغام پہنچایا۔ آج کے ہمارے جو علماء ہیں، جو ہمارے اسکالر ہیں، بڑی بڑی اپرچونیٹی ان کے سامنے آتی ہے، وہ اس کو وہ اویل نہیں کر پاتے کیونکہ اسپرٹ ہے ہی نہیں، دعوت کی اسپرٹ ہے نہیں۔ یہاں میں</w:t>
      </w:r>
    </w:p>
    <w:p>
      <w:r>
        <w:rPr>
          <w:b/>
        </w:rPr>
        <w:t xml:space="preserve">[43:47] </w:t>
      </w:r>
      <w:r>
        <w:t>yeh kahunga ke yeh jo jis zamane mein hum aaj hain, jis ko mein kehta hoon ke islam ek culture ban gaya hai, to culture kya hota hai? culture mein yeh hota hai ke doosre aap ka concern nahi rehte, apne log sirf apna concern rehte hain. to aaj kal aap dekhiye, namazon ki dhoom hai, roze ki dhoom hai, hajj ki dhoom hai, yani woh islam ki</w:t>
      </w:r>
    </w:p>
    <w:p>
      <w:pPr>
        <w:jc w:val="right"/>
      </w:pPr>
      <w:r>
        <w:t>یہ کہوں گا کہ یہ جو جس زمانے میں ہم آج ہیں، جس کو میں کہتا ہوں کہ اسلام ایک کلچر بن گیا ہے، تو کلچر کیا ہوتا ہے؟ کلچر میں یہ ہوتا ہے کہ دوسرے آپ کا کنسرن نہیں رہتے، اپنے لوگ صرف اپنا کنسرن رہتے ہیں۔ تو آج کل آپ دیکھیے، نمازوں کی دھوم ہے، روزے کی دھوم ہے، حج کی دھوم ہے، یعنی وہ اسلام کی</w:t>
      </w:r>
    </w:p>
    <w:p>
      <w:r>
        <w:rPr>
          <w:b/>
        </w:rPr>
        <w:t xml:space="preserve">[44:17] </w:t>
      </w:r>
      <w:r>
        <w:t>teaching jinka talluq musalman apne se musalmanon se hai, us ki khoob dhoom hai. yani hajj mein rasool Allah ke sath ek lakh 25 hazar aadmi the, abhi 30 lakh insaanon ne is waqt sawa lakh insaan the, is waqt 30 lakh insaanon ne hajj kiya hai. kitna farq hai! itni masjidain hain India mein, saare paanch lakh masjidain hain aur saare masjidain bhari rehti hain.</w:t>
      </w:r>
    </w:p>
    <w:p>
      <w:pPr>
        <w:jc w:val="right"/>
      </w:pPr>
      <w:r>
        <w:t>ٹیچنگ جن کا تعلق مسلمان اپنے سے مسلمانوں سے ہے، اس کی خوب دھوم ہے۔ یعنی حج میں رسول اللہ کے ساتھ ایک لاکھ 25 ہزار آدمی تھے، ابھی 30 لاکھ انسانوں نے اس وقت سوا لاکھ انسان تھے، اس وقت 30 لاکھ انسانوں نے حج کیا ہے۔ کتنا فرق ہے! اتنی مسجدیں ہیں انڈیا میں، ساڑھے پانچ لاکھ مسجدیں ہیں اور سارے مسجدیں بھری رہتی ہیں۔</w:t>
      </w:r>
    </w:p>
    <w:p>
      <w:r>
        <w:rPr>
          <w:b/>
        </w:rPr>
        <w:t xml:space="preserve">[44:47] </w:t>
      </w:r>
      <w:r>
        <w:t>to ek dhoom hai in cheezon ki, jis ko hum kehte hain ke muslim oriented teaching. lekin daawa is par khatm hai, dawat koi kaam hi nahi hai. yahan mein arz karunga ke islam ki tamam teaching jo hai, us mein dawat hi ek aisa hukum hai, ek aisi teaching hai jis ka talluq sare insaanon se hai, jo apne aap mein ek universal message hai. jaise</w:t>
      </w:r>
    </w:p>
    <w:p>
      <w:pPr>
        <w:jc w:val="right"/>
      </w:pPr>
      <w:r>
        <w:t>تو ایک دھوم ہے ان چیزوں کی، جس کو ہم کہتے ہیں کہ مسلم اورینٹڈ ٹیچنگ۔ لیکن دعویٰ اس پر ختم ہے، دعوت کوئی کام ہی نہیں ہے۔ یہاں میں عرض کروں گا کہ اسلام کی تمام ٹیچنگ جو ہے، اس میں دعوت ہی ایک ایسا حکم ہے، ایک ایسی ٹیچنگ ہے جس کا تعلق سارے انسانوں سے ہے، جو اپنے آپ میں ایک یونیورسل میسج ہے۔ جیسے</w:t>
      </w:r>
    </w:p>
    <w:p>
      <w:r>
        <w:rPr>
          <w:b/>
        </w:rPr>
        <w:t xml:space="preserve">[45:17] </w:t>
      </w:r>
      <w:r>
        <w:t>misal ke tor par aap namaz ki movement chalayen aur sari masjidain bhar jayen to kya hoga? musalman musalman se milenge, musalman ke interaction musalman se hoga ke mehle bhar ke log ek masjid mein aa gaye, wahan aapas mein mil rahe hain. lekin daawa work jo hai, us mein aap ko doosron se milna parta hai, us mein aap ko doosre non-muslim se milna parta hai.</w:t>
      </w:r>
    </w:p>
    <w:p>
      <w:pPr>
        <w:jc w:val="right"/>
      </w:pPr>
      <w:r>
        <w:t>مثال کے طور پر آپ نماز کی مومنٹ چلائیں اور ساری مسجدیں بھر جائیں تو کیا ہوگا؟ مسلمان مسلمان سے ملیں گے، مسلمان کے انٹریکشن مسلمان سے ہوگا کہ محلے بھر کے لوگ ایک مسجد میں آ گئے، وہاں آپس میں مل رہے ہیں۔ لیکن دعویٰ ورک جو ہے، اس میں آپ کو دوسروں سے ملنا پڑتا ہے، اس میں آپ کو دوسرے نان مسلم سے ملنا پڑتا ہے۔</w:t>
      </w:r>
    </w:p>
    <w:p>
      <w:r>
        <w:rPr>
          <w:b/>
        </w:rPr>
        <w:t xml:space="preserve">[45:48] </w:t>
      </w:r>
      <w:r>
        <w:t>isi liye hamare haan jo sab se bari movement mani jati hai musalmanon mein, us ke jo us ke jo likhe hue hain, us ke qaide aur zabte, us mein ikraam-e-muslim likha hua hai, ikraam-e-insaan nahi likha hua hai. to muslim oriented activities hain musalmanon mein aur insaan oriented activities bilkul khatm hain. to dawat jo hai, doosri baat yeh us ko</w:t>
      </w:r>
    </w:p>
    <w:p>
      <w:pPr>
        <w:jc w:val="right"/>
      </w:pPr>
      <w:r>
        <w:t>اسی لیے ہمارے ہاں جو سب سے بڑی مومن مانی جاتی ہے مسلمانوں میں، اس کے جو اس کے جو وہ لکھے ہوئے ہیں، اس کے قاعدے اور ضابطے، اس میں اکرام مسلم لکھا ہوا ہے، اکرام انسان نہیں لکھا ہوا ہے۔ تو مسلم اورینٹڈ ایکٹیوٹیز ہیں مسلمانوں میں اور انسان اورینٹڈ ایکٹیوٹیز بالکل ختم ہیں۔ تو دعوت جو ہے، دوسری بات یہ اس کو</w:t>
      </w:r>
    </w:p>
    <w:p>
      <w:r>
        <w:rPr>
          <w:b/>
        </w:rPr>
        <w:t xml:space="preserve">[46:18] </w:t>
      </w:r>
      <w:r>
        <w:t>samajh lijiye ke dawat sirf yeh nahi hai ke aap message pohancha diya, aap ne dawat khud aap ki learning hai, khud aap ke liye ek revolution hai. kyun ke jab aap doosron mein jate hain to aap ko un ki zaban seekhna parta hai, aap un ke mindset ko jaanna parta hai, aap un ke jo tradition hain, us ko pehchanna parta hai, wisdom seekhna parta hai. kyun ke wisdom ke baghair daawa work nahi ho sakta, aap ko dialogue karna parta</w:t>
      </w:r>
    </w:p>
    <w:p>
      <w:pPr>
        <w:jc w:val="right"/>
      </w:pPr>
      <w:r>
        <w:t>سمجھ لیجئے کہ دعوت صرف یہ نہیں ہے کہ آپ میسج پہنچا دیا، آپ نے دعوت خود آپ کی لرننگ ہے، خود آپ کے لیے ایک ریولوشن ہے۔ کیونکہ جب آپ دوسروں میں جاتے ہیں تو آپ کو ان کی زبان سیکھنا پڑتا ہے، آپ ان کے مائنڈ سیٹ کو جاننا پڑتا ہے، آپ ان کے جو ٹریڈیشن ہیں، اس کو پہچاننا پڑتا ہے، وزڈم سیکھنا پڑتا ہے۔ کیونکہ وزڈم کے بغیر دعویٰ ورک نہیں ہو سکتا، آپ کو ڈائیلاگ کرنا پڑتا</w:t>
      </w:r>
    </w:p>
    <w:p>
      <w:r>
        <w:rPr>
          <w:b/>
        </w:rPr>
        <w:t xml:space="preserve">[46:48] </w:t>
      </w:r>
      <w:r>
        <w:t>hai, aap ko exchange karna parta hai. yani namaz roze mein yeh sab kuch bhi nahi hota. to namaz roza aap ko intellectual development nahi deti aap ko, lekin daawa work sar ta pa intellectual development hai, aap ki poori personality ko hila deta hai woh. kyun ke aap doosron mein jana parta hai. aap ko rasool Allah ne dekhen yahi kiya ke sare apne sahaba ko kaha ke chale jao doosron ke peeche,</w:t>
      </w:r>
    </w:p>
    <w:p>
      <w:pPr>
        <w:jc w:val="right"/>
      </w:pPr>
      <w:r>
        <w:t>ہے، آپ کو ایکسچینج کرنا پڑتا ہے۔ یعنی نماز روزے میں یہ سب کچھ بھی نہیں ہوتا۔ تو نماز روزہ آپ کو انٹلیکچول ڈیولپمنٹ نہیں دیتی آپ کو، لیکن دعویٰ ورک سر تاپا انٹلیکچول ڈیولپمنٹ ہے، آپ کی پوری پرسنیلٹی کو ہلا دیتا ہے وہ۔ کیونکہ آپ دوسروں میں جانا پڑتا ہے۔ آپ کو رسول اللہ نے دیکھیں یہی کیا کہ سارے اپنے ساتھیوں کو کہا کہ چلے جاؤ دوسروں کے پیچھے،</w:t>
      </w:r>
    </w:p>
    <w:p>
      <w:r>
        <w:rPr>
          <w:b/>
        </w:rPr>
        <w:t xml:space="preserve">[47:19] </w:t>
      </w:r>
      <w:r>
        <w:t>chale jao doosron ke peeche. to aapas mein jab aap milen, aapas mein jab aap kuch karen to aap ka development nahi hota. aapas mein milenge to wahi baaten karenge, kya bhai tumhara bachcha theek hai? kya bhai tumhari ladki ki shadi ho gayi? kya bhai tumhara ghar ban gaya? kya bhai tumhara business kahan chal raha hai? aapas ki baaten aisi hoti hain to koi development nahi hota.</w:t>
      </w:r>
    </w:p>
    <w:p>
      <w:pPr>
        <w:jc w:val="right"/>
      </w:pPr>
      <w:r>
        <w:t>چلے جاؤ دوسروں کے پیچھے۔ تو آپس میں جب آپ ملیں، آپس میں جب آپ کچھ کریں تو آپ کا ڈیولپمنٹ نہیں ہوتا۔ آپس میں ملیں گے تو وہی باتیں کریں گے، کیا بھئی تمہارا بچہ ٹھیک ہے؟ کیا بھئی تمہاری لڑکی کی شادی ہو گئی؟ کیا بھئی تمہارا گھر بن گیا؟ کیا بھئی تمہاری بزنس کہاں چل رہا ہے؟ آپس کی باتیں ایسی ہوتی ہیں تو کوئی ڈیولپمنٹ نہیں ہوتا۔</w:t>
      </w:r>
    </w:p>
    <w:p>
      <w:r>
        <w:rPr>
          <w:b/>
        </w:rPr>
        <w:t xml:space="preserve">[47:49] </w:t>
      </w:r>
      <w:r>
        <w:t>mein jab jata hoon muslim mahalon mein, yahi sab baaten karte rehte hain log. lekin jab aap doosri qaumon mein jayen, yahan yeh baat thori chalegi. wahan par, wahan to philosophies par behas hogi, modern thought kya hai, us par behas hogi, modern thinking kya hai, us par behas hogi, modern science kya hai, us par behas hogi. yani wahan sare behas ka rukh jo hai, woh logic, science, philosophy ban jayega. apnon mein to chalta hai yahi sab baaten ke bhai tumhari shadi kab hone wali hai?</w:t>
      </w:r>
    </w:p>
    <w:p>
      <w:pPr>
        <w:jc w:val="right"/>
      </w:pPr>
      <w:r>
        <w:t>میں جب جاتا ہوں مسلم محلوں میں، یہی سب باتیں کرتے رہتے ہیں لوگ۔ لیکن جب آپ دوسری قوموں میں جائیں، یہاں یہ بات تھوڑی چلے گی۔ وہاں پر، وہاں تو فلاسفیز پر بحث ہوگی، ماڈرن تھاٹ کیا ہے، اس پر بحث ہوگی، ماڈرن تھنکنگ کیا ہے، اس پر بحث ہوگی، ماڈرن سائنس کیا ہے، اس پر بحث ہوگی۔ یعنی وہاں سارے بحث کا رخ جو ہے، وہ لاجک، سائنس، فلاسفی بن جائے گا۔ اپنوں میں تو چلتا ہے یہی سب باتیں کہ بھئی تمہاری شادی کب ہونے والی ہے؟</w:t>
      </w:r>
    </w:p>
    <w:p>
      <w:r>
        <w:rPr>
          <w:b/>
        </w:rPr>
        <w:t xml:space="preserve">[48:20] </w:t>
      </w:r>
      <w:r>
        <w:t>aur us mein barat kitne aadmi aayenge? to is tarah ki baaten hoti hain, mein sunta hoon apne kaanon se. lekin jab hum doosron mein jate hain, doosre logon mein, doosri qaum mein to topic to badal jata hai. tab topic universal hota hai, tab topic scientific hota hai, tab topic logic hota hai, tab topic rational hota hai. is tarah se aap ki learning hoti hai, aap ke andar universal</w:t>
      </w:r>
    </w:p>
    <w:p>
      <w:pPr>
        <w:jc w:val="right"/>
      </w:pPr>
      <w:r>
        <w:t>اور اس میں بارات کتنے آدمی آئیں گے؟ تو اس طرح کی باتیں ہوتی ہیں، میں سنتا ہوں اپنے کانوں سے۔ لیکن جب ہم دوسروں میں جاتے ہیں، دوسرے لوگوں میں، دوسری قوم میں تو ٹاپک تو بدل جاتا ہے۔ تب ٹاپک یونیورسل ہوتا ہے، تب ٹاپک سائنٹیفک ہوتا ہے، تب ٹاپک لاجک ہوتا ہے، تب ٹاپک ریشنل ہوتا ہے۔ اس طرح سے آپ کی لرننگ ہوتی ہے، آپ کے اندر یونیورسل</w:t>
      </w:r>
    </w:p>
    <w:p>
      <w:r>
        <w:rPr>
          <w:b/>
        </w:rPr>
        <w:t xml:space="preserve">[48:50] </w:t>
      </w:r>
      <w:r>
        <w:t>outlook aata hai, aap ke andar عالمی soch aati hai, aap ke jo potential hain, woh sab jaag jate hain. to mein samajhta hoon ke daawa work jo hai, woh sirf daawa work nahi hai, woh ek poora revolution hai, poora ek revolution aap ki zindagi mein, koi aap ki zindagi ko revolutionize karta hai. aap ko ek ek</w:t>
      </w:r>
    </w:p>
    <w:p>
      <w:pPr>
        <w:jc w:val="right"/>
      </w:pPr>
      <w:r>
        <w:t>آؤٹ لک آتا ہے، آپ کے اندر عالمی سوچ آتی ہے، آپ کے جو پوٹینشل ہیں، وہ سب جاگ جاتے ہیں۔ تو میں سمجھتا ہوں کہ دعویٰ ورک جو ہے، وہ صرف دعویٰ ورک نہیں ہے، وہ ایک پورا ریولوشن ہے، پورا ایک ریولوشن آپ کی زندگی میں، کوئی آپ کی زندگی کو ریولوشنائز کرتا ہے۔ آپ کو ایک ایک</w:t>
      </w:r>
    </w:p>
    <w:p>
      <w:r>
        <w:rPr>
          <w:b/>
        </w:rPr>
        <w:t xml:space="preserve">[49:20] </w:t>
      </w:r>
      <w:r>
        <w:t>local duniya se utha kar universal duniya mein pohancha deta hai. yeh wajah hai ke jab rasool Allah sallallahu alaihi wasallam ne un ko duniya mein dhakel diya, duniya mein dakhil kar diya, to aap jante hain ke woh log yani ilm ke imam ban gaye. yani aap jante hain ke Arab mein, yani Arab ke log jo the, woh ek sleepy nation kehlati the, sleepy nation yani khufta qaum Arab ke log. lekin</w:t>
      </w:r>
    </w:p>
    <w:p>
      <w:pPr>
        <w:jc w:val="right"/>
      </w:pPr>
      <w:r>
        <w:t>لوکل دنیا سے اٹھا کر یونیورسل دنیا میں پہنچا دیتا ہے۔ یہ وجہ ہے کہ جب رسول اللہ صلی اللہ علیہ وسلم نے ان کو دنیا میں دھکیل دیا، دنیا میں داخل کر دیا، تو آپ جانتے ہیں کہ وہ لوگ یعنی علم کے امام بن گئے۔ یعنی آپ جانتے ہیں کہ عرب میں، یعنی عرب کے لوگ جو تھے، وہ ایک سلیپی نیشن کہلاتے تھے، سلیپی نیشن یعنی خفتہ قوم عرب کے لوگ۔ لیکن</w:t>
      </w:r>
    </w:p>
    <w:p>
      <w:r>
        <w:rPr>
          <w:b/>
        </w:rPr>
        <w:t xml:space="preserve">[49:50] </w:t>
      </w:r>
      <w:r>
        <w:t>jab rasool Allah sallallahu alaihi wasallam ne un ko is tareeqe se daawa work ka mission diya to kya hua? scholars yeh kehte hain ke ek ek aadmi hero ban gaya, nation of heroes ban gaye. yeh log, yeh yeh likhte hain orientalists to kaise bane? ek sleepy nation, nation of heroes kaise ban gayi? woh daawa work ke zariye bani. yeh sochne ki baat hai ke ek sleepy nation</w:t>
      </w:r>
    </w:p>
    <w:p>
      <w:pPr>
        <w:jc w:val="right"/>
      </w:pPr>
      <w:r>
        <w:t>جب رسول اللہ صلی اللہ علیہ وسلم نے ان کو اس طریقے سے دعویٰ ورک کا مشن دیا تو کیا ہوا؟ اسکالرز یہ کہتے ہیں کہ ایک ایک آدمی ہیرو بن گیا، نیشن آف ہیروز بن گئے۔ یہ لوگ، یہ یہ لکھتے ہیں اورینٹلسٹ تو کیسے بنے؟ ایک سلیپی نیشن، نیشن آف ہیروز کیسے بن گئی؟ وہ دعویٰ ورک کے ذریعے بنی۔ یہ سوچنے کی بات ہے کہ ایک سلیپی نیشن</w:t>
      </w:r>
    </w:p>
    <w:p>
      <w:r>
        <w:rPr>
          <w:b/>
        </w:rPr>
        <w:t xml:space="preserve">[50:21] </w:t>
      </w:r>
      <w:r>
        <w:t>kaisa aisa hua ke woh nation of heroes ban gayi, woh daawa work ke zariye. agar aap sirf woh program dete ke sab log masjidon mein aao, sab log hajj karo, sab log Ramadan mein roza rakho, itna hi dete aap sirf to kabhi bhi aisa na hota ke woh hero ban jate. woh log aapas mein rehte, aapas hi culture ko barhawa milta, lekin universal culture na aata un ke andar, universal soch un ke andar na</w:t>
      </w:r>
    </w:p>
    <w:p>
      <w:pPr>
        <w:jc w:val="right"/>
      </w:pPr>
      <w:r>
        <w:t>کیسا ایسا ہوا کہ وہ نیشن آف ہیروز بن گئی، وہ دعویٰ ورک کے ذریعے۔ اگر آپ صرف وہ پروگرام دیتے کہ سب لوگ مسجدوں میں آؤ، سب لوگ حج کرو، سب لوگ رمضان میں روزہ رکھو، اتنا ہی دیتے آپ صرف تو کبھی بھی ایسا نہ ہوتا کہ وہ ہیرو بن جاتے۔ وہ لوگ آپس میں رہتے، آپس ہی کلچر کو بڑھاوا ملتا، لیکن یونیورسل کلچر نہ آتا ان کے اندر، یونیورسل سوچ ان کے اندر نہ</w:t>
      </w:r>
    </w:p>
    <w:p>
      <w:r>
        <w:rPr>
          <w:b/>
        </w:rPr>
        <w:t xml:space="preserve">[50:51] </w:t>
      </w:r>
      <w:r>
        <w:t>aati. ek revolution ka message na banta un ke andar, jaisa ke bana. chunache yeh log jo hain, aap jante hain ke unhon ne sirf yahi nahi kiya ke daawa work kiya, unhon ne science paida ki, unhon ne ilm paida kiya. misal ke tor par dekhiye, mein parh raha tha Britannica, Encyclopedia Britannica, us mein likha hai us ne ke Muslim period se pehle education</w:t>
      </w:r>
    </w:p>
    <w:p>
      <w:pPr>
        <w:jc w:val="right"/>
      </w:pPr>
      <w:r>
        <w:t>آتی۔ ایک ریولیشن کا میسج نہ بنتا ان کے اندر، جیسا کہ بنا۔ چنانچہ یہ لوگ جو ہیں، آپ جانتے ہیں کہ انہوں نے صرف یہی نہیں کیا کہ دعویٰ ورک کیا، انہوں نے سائنس پیدا کی، انہوں نے علم پیدا کیا۔ مثال کے طور پر دیکھیے، میں پڑھ رہا تھا بریٹینکا، انسائیکلوپیڈیا بریٹینکا، اس میں لکھا ہے اس نے کہ مسلم پیریڈ سے پہلے ایجوکیشن</w:t>
      </w:r>
    </w:p>
    <w:p>
      <w:r>
        <w:rPr>
          <w:b/>
        </w:rPr>
        <w:t xml:space="preserve">[51:21] </w:t>
      </w:r>
      <w:r>
        <w:t>sirf do limited thi, do idaron tak, yani clergy aur royalty. bas yani education lene wale kaun hote? hua karte the ya to clergy padhti thi ya royalty padhti thi. bas us ko royal family se bahar nikalna aur clergy se bahar nikalna, yeh musalmanon ne kiya. bari anokhi baat hai yeh ke us ko aam banaya,</w:t>
      </w:r>
    </w:p>
    <w:p>
      <w:pPr>
        <w:jc w:val="right"/>
      </w:pPr>
      <w:r>
        <w:t>صرف دو لمیٹڈ تھی، دو اداروں تک، یعنی کلرجی اور رائلٹی۔ بس یعنی ایجوکیشن لینے والے کون ہوتے؟ ہوا کرتے تھے یا تو کلرجی پڑھتی تھی یا رائلٹی پڑھتی تھی۔ بس اس کو رائل فیملی سے باہر نکالنا اور کلرجی سے باہر نکالنا، یہ مسلمانوں نے کیا۔ بڑی انوکھی بات ہے یہ کہ اس کو عام بنایا،</w:t>
      </w:r>
    </w:p>
    <w:p>
      <w:r>
        <w:rPr>
          <w:b/>
        </w:rPr>
        <w:t xml:space="preserve">[51:52] </w:t>
      </w:r>
      <w:r>
        <w:t>madrase khole aur darsgahain kholi aur university kholi. aap jante hain ke Britain ka jo woh hai, Cambridge University, us ka jo founder hai, woh tha Roger Bacon. Roger Bacon Spain ki Muslim University se parh kar aaya tha. yeh kin logon ne kiya? inhi logon ne. to yeh sab daawa work ke khane mein jata hai. kuch log yeh kehte hain, kuch log, aksar log ke pehle musalmanon ko</w:t>
      </w:r>
    </w:p>
    <w:p>
      <w:pPr>
        <w:jc w:val="right"/>
      </w:pPr>
      <w:r>
        <w:t>مدرسے کھولے اور درسگاہیں کھولیں اور یونیورسٹی کھولی۔ آپ جانتے ہیں کہ بریٹن کا جو وہ ہے، کیمبرج یونیورسٹی، اس کا جو فاؤنڈر ہے، وہ تھا راجر بیکن۔ راجر بیکن اسپین کی مسلم یونیورسٹی سے پڑھ کر آیا تھا۔ یہ کن لوگوں نے کیا؟ انہی لوگوں نے۔ تو یہ سب دعویٰ ورک کے خانے میں جاتا ہے۔ کچھ لوگ یہ کہتے ہیں، کچھ لوگ، اکثر لوگ کہ پہلے مسلمانوں کو</w:t>
      </w:r>
    </w:p>
    <w:p>
      <w:r>
        <w:rPr>
          <w:b/>
        </w:rPr>
        <w:t xml:space="preserve">[52:22] </w:t>
      </w:r>
      <w:r>
        <w:t>to theek kar lo, phir daawa work hoga. mein kehta hoon ke kabhi bhi nahi hoga. aksar logon ki soch yahi hai ke pehle musalmanon ko theek kar lo, phir baad ko daawa work hoga. to woh baad kabhi bhi nahi aayega kyun ke woh woh quality nahi paida hogi jo daai ke liye zaroori hai. universal outlook nahi paida hoga, woh revolutionary character nahi aayega. woh</w:t>
      </w:r>
    </w:p>
    <w:p>
      <w:pPr>
        <w:jc w:val="right"/>
      </w:pPr>
      <w:r>
        <w:t>تو ٹھیک کر لو، پھر دعویٰ ورک ہوگا۔ میں کہتا ہوں کہ کبھی بھی نہیں ہوگا۔ اکثر لوگوں کی سوچ یہی ہے کہ پہلے مسلمانوں کو ٹھیک کر لو، پھر بعد کو دعویٰ ورک ہوگا۔ تو وہ بعد کبھی بھی نہیں آئے گا کیونکہ وہ وہ کوالٹی نہیں پیدا ہوگی جو داعی کے لیے ضروری ہے۔ یونیورسل آؤٹ لک نہیں پیدا ہوگا، وہ ریولوشنری کریکٹر نہیں آئے گا۔ وہ</w:t>
      </w:r>
    </w:p>
    <w:p>
      <w:r>
        <w:rPr>
          <w:b/>
        </w:rPr>
        <w:t xml:space="preserve">[52:53] </w:t>
      </w:r>
      <w:r>
        <w:t>yani intellectual development nahi hoga. aur yeh bhi aap mera tajurba hai ke daawa spirit aap ko bepanah courage deti hai. courage bohat bari cheez hai. yeh courage sab se bari cheez zindagi mein courage hai, hausla, himmat, azm. mein samajhta hoon ke mission ka concept ya daawa ka jo concept hai, us ki ek bohat bara contribution yeh hai</w:t>
      </w:r>
    </w:p>
    <w:p>
      <w:pPr>
        <w:jc w:val="right"/>
      </w:pPr>
      <w:r>
        <w:t>یعنی انٹلیکچول ڈیولپمنٹ نہیں ہوگا۔ اور یہ بھی آپ میرا تجربہ ہے کہ دعویٰ اسپیٹ آپ کو بے پناہ کرج دیتی ہے۔ کرج بہت بڑی چیز ہے۔ یہ کرج سب سے بڑی چیز زندگی میں کرج ہے، حوصلہ، ہمت، عزم۔ میں سمجھتا ہوں کہ مشن کا کانسیپٹ یا دعویٰ کا جو کانسیپٹ ہے، اس کی ایک بہت بڑا کنٹریبیوشن یہ ہے</w:t>
      </w:r>
    </w:p>
    <w:p>
      <w:r>
        <w:rPr>
          <w:b/>
        </w:rPr>
        <w:t xml:space="preserve">[53:23] </w:t>
      </w:r>
      <w:r>
        <w:t>ke aap ke andar ek bepanah courage de deta hai. har jagah ghus jayen, jis ki mein ne misal di ke ek scholar hamare gaye Chicago mein aur wahan par bina speech diye loot aaye kyun ke courage nahi thi un ke andar. aur sheikh jamal ud din aur sheikh rashid ud din jo Tatari king the, us mein ghus gaye. us ke mahal mein woh kya thi? courage thi. woh to daawa work aap ke andar ek anokhi sifat paida karta hai.</w:t>
      </w:r>
    </w:p>
    <w:p>
      <w:pPr>
        <w:jc w:val="right"/>
      </w:pPr>
      <w:r>
        <w:t>کہ آپ کے اندر ایک بے پناہ کرج دے دیتا ہے۔ ہر جگہ گھس جائیں، جس کی میں نے مثال دی کہ ایک اسکالر ہمارے گئے شکاگو میں اور وہاں پر بنا اسپیچ دیے لوٹ آئے کیونکہ کرج نہیں تھی ان کے اندر۔ اور شیخ جمال الدین اور شیخ رشد الدین جو تاتاری کنگ تھے، اس میں گھس گئے۔ اس کے محل میں وہ کیا تھی؟ کرج تھی۔ وہ تو دعویٰ ورک آپ کے اندر ایک انوکھی صفت پیدا کرتا ہے۔</w:t>
      </w:r>
    </w:p>
    <w:p>
      <w:r>
        <w:rPr>
          <w:b/>
        </w:rPr>
        <w:t xml:space="preserve">[53:53] </w:t>
      </w:r>
      <w:r>
        <w:t>woh courage ki sifat, woh himmat ki sifat, woh azm ki sifat, hausla ki sifat. aur haqeeqat yeh hai ke aap jante hain ke hausle se barh kar zindagi mein koi cheez nahi. mein ne ek waqia yahan bataya tha, us se pehle Napoleon ka waqia tha ke ek din aisa hua ke subah ko Napoleon us mein nikla, woh maidan parade ke maidan mein, abhi thora andhera tha</w:t>
      </w:r>
    </w:p>
    <w:p>
      <w:pPr>
        <w:jc w:val="right"/>
      </w:pPr>
      <w:r>
        <w:t>وہ کرج کی صفت، وہ ہمت کی صفت، وہ عزم کی صفت، حوصلہ کی صفت۔ اور حقیقت یہ ہے کہ آپ جانتے ہیں کہ حوصلہ سے بڑھ کر زندگی میں کوئی چیز نہیں۔ میں نے ایک واقعہ یہاں بتایا تھا، اس سے پہلے نیپولین کا واقعہ تھا کہ ایک دن ایسا ہوا کہ صبح کو نیپولین اس میں نکلا، وہ میدان پریڈ کے میدان میں، ابھی تھوڑا اندھیرا تھا</w:t>
      </w:r>
    </w:p>
    <w:p>
      <w:r>
        <w:rPr>
          <w:b/>
        </w:rPr>
        <w:t xml:space="preserve">[54:23] </w:t>
      </w:r>
      <w:r>
        <w:t>, subah ho chuki thi, abhi andhera tha. to woh maidan mein khara hua tha, parade ke maidan mein. to us ka, us ki fauj ka ek aadmi peeche se aaya aur Napoleon ke back ki taraf se aur us aur high jump kar, high jump kar gaya. Napoleon ko high jump kar ke aage ja ke khara ho gaya. idhar ja ke palat ke dekha to dekha ke Napoleon hai, mera general. to kya hua? crips karega,</w:t>
      </w:r>
    </w:p>
    <w:p>
      <w:pPr>
        <w:jc w:val="right"/>
      </w:pPr>
      <w:r>
        <w:t>، صبح ہو چکی تھی، ابھی اندھیرا تھا۔ تو وہ میدان میں کھڑا ہوا تھا، پریڈ کے میدان میں۔ تو اس کا، اس کی فوج کا ایک آدمی پیچھے سے آیا اور نیپولین کے بیک کی طرف سے اور اس اور ہائی جمپ کر، ہائی جمپ کر گیا۔ نیپولین کو ہائی جمپ کر کے آگے جا کے کھڑا ہو گیا۔ ادھر جا کے پلٹ کے دیکھا تو دیکھا کہ نیپولین ہے، میرا جنرل۔ تو کیا ہوا؟ کریپس کرے گا،</w:t>
      </w:r>
    </w:p>
    <w:p>
      <w:r>
        <w:rPr>
          <w:b/>
        </w:rPr>
        <w:t xml:space="preserve">[54:53] </w:t>
      </w:r>
      <w:r>
        <w:t>mar gaya. woh jab tak is ko pata nahi tha ke yeh napoleon hai, to is ke upar woh high jump kar jata. high jump, j u m p, is ke upar, is ke sir ke upar se kood kar ke idhar chala jata hai. lekin jab pata chalta hai ke yeh to napoleon hai, mera general, to kreeps kar jata hai. yeh yeh hai himmat ki baat, hosla ki baat. to mein samajhta hoon ke sirf namaz roza karane se kabhi bhi hosla paida nahi hoga.</w:t>
      </w:r>
    </w:p>
    <w:p>
      <w:pPr>
        <w:jc w:val="right"/>
      </w:pPr>
      <w:r>
        <w:t>مر گیا۔ وہ جب تک اس کو پتہ نہیں تھا کہ یہ نیپولین ہے، تو اس کے اوپر وہ ہائی جمپ کر جاتا۔ ہائی جمپ، جے یو ایم پی، اس کے اوپر، اس کے سر کے اوپر سے کود کر کے ادھر چلا جاتا ہے۔ لیکن جب پتہ چلتا ہے کہ یہ تو نیپولین ہے، میرا جنرل، تو کریپس کر جاتا ہے۔ یہ یہ ہے ہمت کی بات، حوصلہ کی بات۔ تو میں سمجھتا ہوں کہ صرف نماز روزہ کرانے سے کبھی بھی حوصلہ پیدا نہیں ہوگا۔</w:t>
      </w:r>
    </w:p>
    <w:p>
      <w:r>
        <w:rPr>
          <w:b/>
        </w:rPr>
        <w:t xml:space="preserve">[55:23] </w:t>
      </w:r>
      <w:r>
        <w:t>hosla paida nahi hoga to dawat kiya karenge? aap jo log yeh kehte hain ke namaz roza karrao pehle musalmanon mein, phir baad ko dawat ka kaam karenge, to hamare dehat mein ek misl hai, dehati zuban mein ke na noman sarsoun hogi, na radha nachegi. yeh hamare gaon mein ek misl hoti hai ke na noman sarsoun hogi, na radha nachegi. to woh, woh spirit, woh hosla, woh himmat hi paida nahi hogi. to aap dawat</w:t>
      </w:r>
    </w:p>
    <w:p>
      <w:pPr>
        <w:jc w:val="right"/>
      </w:pPr>
      <w:r>
        <w:t>حوصلہ پیدا نہیں ہوگا تو دعوت کیا کریں گے؟ آپ جو لوگ یہ کہتے ہیں کہ نماز روزہ کراؤ پہلے مسلمانوں میں، پھر بعد کو دعوت کا کام کریں گے، تو ہمارے دیہات میں ایک مثل ہے، دیہاتی زبان میں کہ نہ نومن سرسوں ہوگی، نہ رادھا ناچے گی۔ یہ ہمارے گاؤں میں ایک مثل ہوتی ہے کہ نہ نومن سرسوں ہوگی، نہ رادھا ناچے گی۔ تو وہ، وہ اسپیٹ، وہ حوصلہ، وہ ہمت ہی پیدا نہیں ہوگی۔ تو آپ دعوت</w:t>
      </w:r>
    </w:p>
    <w:p>
      <w:r>
        <w:rPr>
          <w:b/>
        </w:rPr>
        <w:t xml:space="preserve">[55:53] </w:t>
      </w:r>
      <w:r>
        <w:t>, dawat ka kaam kiya karenge? so baras bhi karte rahiye, hazar baras bhi karte rahiye, lekin jab tak aap ke andar woh spirit na ho, woh hosla na ho, woh courage na ho, aap dawah work nahi kar sakte. is liye pehle din se yeh kaam karna parta hai. pehle din se, yani is waqt jo musalmanon ko karna hai, bilashuba yeh ek kaam hai ke musalmanon ki islaah ki jaye, un ka reform kiya jaye. ek kaam ka ek field woh hai,</w:t>
      </w:r>
    </w:p>
    <w:p>
      <w:pPr>
        <w:jc w:val="right"/>
      </w:pPr>
      <w:r>
        <w:t>، دعوت کا کام کیا کریں گے؟ سو برس بھی کرتے رہیے، ہزار برس بھی کرتے رہیے، لیکن جب تک آپ کے اندر وہ اسپیٹ نہ ہو، وہ حوصلہ نہ ہو، وہ کرج نہ ہو، آپ دعویٰ ورک نہیں کر سکتے۔ اس لیے پہلے دن سے یہ کام کرنا پڑتا ہے۔ پہلے دن سے، یعنی اس وقت جو مسلمانوں کو کرنا ہے، بلاشبہ یہ ایک کام ہے کہ مسلمانوں کی اصلاح کی جائے، ان کا ریفارم کیا جائے۔ ایک کام کا ایک فیلڈ وہ ہے،</w:t>
      </w:r>
    </w:p>
    <w:p>
      <w:r>
        <w:rPr>
          <w:b/>
        </w:rPr>
        <w:t xml:space="preserve">[56:24] </w:t>
      </w:r>
      <w:r>
        <w:t>lekin sath sath hamein yeh bhi karna hai ke non muslim mein islam ka paigham pohanchana. jaisa ke mein aksar kaha karta hoon ke non muslim ke liye hamein islam ko un ki discovery banana hai, aur muslim ke liye hamein islam ko un ki rediscovery banana hai. yeh dono kaam ek sath chalenge, ek sath. ab mein aap ko ek aur dilchasp cheez arz karoon ga. dekhein, yeh mere mere hath mein ek ek paper hai, ek arab</w:t>
      </w:r>
    </w:p>
    <w:p>
      <w:pPr>
        <w:jc w:val="right"/>
      </w:pPr>
      <w:r>
        <w:t>لیکن ساتھ ساتھ ہمیں یہ بھی کرنا ہے کہ نان مسلم میں اسلام کا پیغام پہنچانا۔ جیسا کہ میں اکثر کہا کرتا ہوں کہ نان مسلم کے لیے ہمیں اسلام کو ان کی ڈسکوری بنانا ہے، اور مسلم کے لیے ہمیں اسلام کو ان کی ری ڈسکوری بنانا ہے۔ یہ دونوں کام ایک ساتھ چلیں گے، ایک ساتھ۔ اب میں آپ کو ایک اور دلچسپ چیز عرض کروں گا۔ دیکھیں، یہ میرے میرے ہاتھ میں ایک ایک پیپر ہے، ایک عرب</w:t>
      </w:r>
    </w:p>
    <w:p>
      <w:r>
        <w:rPr>
          <w:b/>
        </w:rPr>
        <w:t xml:space="preserve">[56:54] </w:t>
      </w:r>
      <w:r>
        <w:t>ka paper, ek ek misaal samjhein is se. is mein ek ek arab leader ki speech chhapi hui hai, ek mashhoor arab leader. yeh is mein unhon ne is mein kaha tha, unhon ne bohat hi taliyon ki goonj ke sath ke "al islam qadar al bashariya". "al islam qadar al bashariya" yani "islam is destiny of mankind". "al islam</w:t>
      </w:r>
    </w:p>
    <w:p>
      <w:pPr>
        <w:jc w:val="right"/>
      </w:pPr>
      <w:r>
        <w:t>ک پیپر، ایک ایک مثال سمجھئے اس سے۔ اس میں ایک ایک عرب لیڈر کی اسپیچ چھپی ہوئی ہے، ایک مشہور عرب لیڈر۔ یہ اس میں انہوں نے اس میں کہا تھا، انہوں نے بہت ہی تالیوں کی گونج کے ساتھ کہ "الاسلام قدر البشریہ"۔ "الاسلام قدر البشریہ" یعنی "اسلام از ڈیسٹنی اف مین کائنڈ"۔ "الاسلام</w:t>
      </w:r>
    </w:p>
    <w:p>
      <w:r>
        <w:rPr>
          <w:b/>
        </w:rPr>
        <w:t xml:space="preserve">[57:24] </w:t>
      </w:r>
      <w:r>
        <w:t>qadar al bashariya" ka matlab hai ke "islam is destiny of mankind". yeh kya? yeh rhetoric hai, rhetoric. poori speech mein ne parhi, koi baat is ke andar nahi hai, na koi aisi kitab mere ilm mein hai jo likhi gayi ho ke "islam is destiny of mankind". is ko sainsi daleelon se bataya gaya ho, bas rhetoric hai. yeh isi tarah se 1980</w:t>
      </w:r>
    </w:p>
    <w:p>
      <w:pPr>
        <w:jc w:val="right"/>
      </w:pPr>
      <w:r>
        <w:t>قدر البشریہ" کا مطلب ہے کہ "اسلام از ڈیسٹنی اف مین کائنڈ"۔ یہ کیا؟ یہ ریٹیرک ہے، ریٹیرک۔ پوری اسپیچ میں نے پڑھی، کوئی بات اس کے اندر نہیں ہے، نہ کوئی ایسی کتاب میرے علم میں ہے جو لکھی گئی ہو کہ "اسلام از ڈیسٹنی اف مین کائنڈ"۔ اس کو سائنسی دلیلوں سے بتایا گیا ہو، بس ریٹیرک ہے۔ یہ اسی طریقے سے 1980</w:t>
      </w:r>
    </w:p>
    <w:p>
      <w:r>
        <w:rPr>
          <w:b/>
        </w:rPr>
        <w:t xml:space="preserve">[57:54] </w:t>
      </w:r>
      <w:r>
        <w:t>mein pakistan ke president jo the, zia ul haq, woh gaye united nations mein, un ki speech hui. wahan ja kar unhon ne speech di ke "muslims have rediscovered their pride in islam". aap sochen ke yeh pride kya cheez hai? islam pride ki cheez hai, islam to responsibility ki cheez hai. yeh dono ek ek bohat hi ibret ki misalen hain. yeh jo</w:t>
      </w:r>
    </w:p>
    <w:p>
      <w:pPr>
        <w:jc w:val="right"/>
      </w:pPr>
      <w:r>
        <w:t>میں پاکستان کے پریزیڈنٹ جو تھے، ضیاء الحق، وہ گئے یونائٹڈ نیشنز میں، ان کی اسپیچ ہوئی۔ وہاں جا کے انہوں نے اسپیچ دی کہ "مسلمز ہیو ری ڈسکورڈ دیر پرائیڈ ان اسلام"۔ آپ سوچیں کہ یہ پرائیڈ کیا چیز ہے؟ اسلام پرائیڈ کی چیز ہے، اسلام تو ریسپانسبیلٹی کی چیز ہے۔ یہ دونوں ایک ایک بہت ہی عبرت کی مثالیں ہیں۔ یہ جو</w:t>
      </w:r>
    </w:p>
    <w:p>
      <w:r>
        <w:rPr>
          <w:b/>
        </w:rPr>
        <w:t xml:space="preserve">[58:24] </w:t>
      </w:r>
      <w:r>
        <w:t>kaha unhon ne ke "al islam qadar al bashariya", "islam is destiny of mankind", is ka matlab kya hua? is ka matlab hai ke "my religion is so great that all mankind depends upon it". mera mazhab itna bara hai ke sab is par depend karte hain. yeh kya hai? ek fakhr. aise hi zia ul haq sahib ne kaha ja kar kaha</w:t>
      </w:r>
    </w:p>
    <w:p>
      <w:pPr>
        <w:jc w:val="right"/>
      </w:pPr>
      <w:r>
        <w:t>کہا انہوں نے کہ "الاسلام قدر البشریہ"، "اسلام از ڈیسٹنی اف مین کائنڈ"، اس کا مطلب کیا ہوا؟ اس کا مطلب ہے کہ "مائی ریلیجن از سو گریٹ دیٹ ال مین کائنڈ ڈیپینڈز اپان اٹ"۔ میرا مذہب اتنا بڑا ہے کہ سب اس اس پر ڈیپینڈ کرتے ہیں۔ یہ کیا ہے؟ ایک فخر۔ ایسے ہی ضیاء الحق صاحب نے کہا جا کر کہا</w:t>
      </w:r>
    </w:p>
    <w:p>
      <w:r>
        <w:rPr>
          <w:b/>
        </w:rPr>
        <w:t xml:space="preserve">[58:55] </w:t>
      </w:r>
      <w:r>
        <w:t>ke "muslims have rediscovered their pride in islam". musalmanon ne apna pride daryaft kar liya hai islam mein. mein kehta hoon ke sahi baat yeh hai ke aap kahein ke "muslims have rediscovered their responsibility regarding islam". "muslims have rediscovered their responsibility regarding islam". dekhein, jab bhi aap ko islam ki rediscovery hogi to aap apni responsibility ko discover karenge, fakhr ko nahi.</w:t>
      </w:r>
    </w:p>
    <w:p>
      <w:pPr>
        <w:jc w:val="right"/>
      </w:pPr>
      <w:r>
        <w:t>کہ "مسلمز ہیو ری ڈسکورڈ دیر پرائیڈ ان اسلام"۔ مسلمانوں نے اپنا پرائیڈ دریافت کر لیا ہے اسلام میں۔ میں کہتا ہوں کہ صحیح بات یہ ہے کہ آپ کہیں کہ "مسلمز ہیو ری ڈسکورڈ دیر ریسپانسبیلٹی ریگارڈنگ اسلام"۔ "مسلمز ہیو ری ڈسکورڈ دیر ریسپانسبیلٹی ریگارڈنگ اسلام"۔ دیکھیں، جب بھی آپ کو اسلام کی ری ڈسکوری ہوگی تو آپ اپنی ریسپانسبیلٹی کو ڈسکور کریں گے، فخر کو نہیں۔</w:t>
      </w:r>
    </w:p>
    <w:p>
      <w:r>
        <w:rPr>
          <w:b/>
        </w:rPr>
        <w:t xml:space="preserve">[59:26] </w:t>
      </w:r>
      <w:r>
        <w:t>achhe se samajh lijiye, islam ki rediscovery agar musalmanon ko ho to musalman apni responsibility ko rediscover karenge, na ke fakhr ko. is liye dekhiye, islam kis cheez ka naam hai? khuda ko manna, rasool ko manna, quran ko manna, jannat dozakh ko manna. kya yeh koi pride ki cheez hai? kya aap kahein ke mein khuda ko manta hoon? fakhr hai ke mein manta hoon khuda ko, ke mujhe pride hai</w:t>
      </w:r>
    </w:p>
    <w:p>
      <w:pPr>
        <w:jc w:val="right"/>
      </w:pPr>
      <w:r>
        <w:t>اچھے سے سمجھ لیجئے، اسلام کی ری ڈسکوری اگر مسلمانوں کو ہو تو مسلمان اپنی ریسپانسبیلٹی کو ری ڈسکور کریں گے، نہ کہ فخر کو۔ اس لیے دیکھیے، اسلام کس چیز کا نام ہے؟ خدا کو ماننا، رسول کو ماننا، قرآن کو ماننا، جنت دوزخ کو ماننا۔ کیا یہ کوئی پرائیڈ کی چیز ہے؟ کیا آپ کہیں کہ میں خدا کو مانتا ہوں؟ فخر ہے کہ میں مانتا ہوں خدا کو، کہ مجھے پرائیڈ ہے</w:t>
      </w:r>
    </w:p>
    <w:p>
      <w:r>
        <w:rPr>
          <w:b/>
        </w:rPr>
        <w:t xml:space="preserve">[59:56] </w:t>
      </w:r>
      <w:r>
        <w:t>ke mein rasool ko manta hoon, mujhe gharz hai ke mein quran ko manta hoon. kya yeh koi boli hai? pride ka matlab yeh hai ke aap ne discover kiya glorious history ko, na ke islam ko. yani taj mahal ko aur lal qila ko aap ne discover kiya, islam ko nahi discover kiya. aap lal qila par fakhr kar sakte hain, qutub minar par fakhr kar sakte hain, taj mahal par fakhr kar sakte hain ke me</w:t>
      </w:r>
    </w:p>
    <w:p>
      <w:pPr>
        <w:jc w:val="right"/>
      </w:pPr>
      <w:r>
        <w:t>کہ میں رسول کو مانتا ہوں، مجھے غرض ہے کہ میں قرآن کو مانتا ہوں۔ کیا یہ کوئی بولی ہے؟ پرائیڈ کا مطلب یہ ہے کہ آپ نے ڈسکور کیا گلوریس ہسٹری کو، نہ کہ اسلام کو۔ یعنی تاج محل کو اور لال قلعہ کو آپ نے ڈسکور کیا، اسلام کو نہیں ڈسکور کیا۔ آپ لال قلعہ پر فخر کر سکتے ہیں، کتب مینار پر فخر کر سکتے ہیں، تاج محل پر فخر کر سکتے ہیں کہ می</w:t>
      </w:r>
    </w:p>
    <w:p>
      <w:r>
        <w:rPr>
          <w:b/>
        </w:rPr>
        <w:t xml:space="preserve">[1:00:26] </w:t>
      </w:r>
      <w:r>
        <w:t>re logon ne aise aise buildingen banain. lekin islam par kya fakhr? yani khuda "god is great", yeh koi fakhr ki cheez hai? khuda ne jannat aur jahannum banai hai, yeh koi fakhr ki cheez hai? insan khuda ke aage accountable hai, yeh koi fakhr ki cheez hai? khuda ka creation plan jano, aye logon! kya yeh koi fakhr ki cheez hai? to</w:t>
      </w:r>
    </w:p>
    <w:p>
      <w:pPr>
        <w:jc w:val="right"/>
      </w:pPr>
      <w:r>
        <w:t>رے لوگوں نے ایسے ایسے بلڈنگیں بنائیں۔ لیکن اسلام پر کیا فخر؟ یعنی خدا "گاڈ از گریٹ"، یہ کوئی فخر کی چیز ہے؟ خدا نے جنت اور جہنم بنائی ہے، یہ کوئی فخر کی چیز ہے؟ انسان خدا کے آگے اکاؤنٹیبل ہے، یہ کوئی فخر کی چیز ہے؟ خدا کا کریشن پلان جانو، اے لوگوں! کیا یہ کوئی فخر کی چیز ہے؟ تو</w:t>
      </w:r>
    </w:p>
    <w:p>
      <w:r>
        <w:rPr>
          <w:b/>
        </w:rPr>
        <w:t xml:space="preserve">[1:00:56] </w:t>
      </w:r>
      <w:r>
        <w:t>agar aap yeh jo kaha unhon ne ke "muslims have rediscovered their pride in islam" to unhein kehna chahiye ke "muslims have rediscovered their responsibility regarding islam". kyunke agar sach much rediscovery ho, sach much, to rediscovery kis baat ki hogi? is baat ki ke hamein sari dunya mein khuda ka paigham pohanchana hai, hamein khuda se darna hai, hamein hell se darna hai, hamein paradise ka hareess banna hai.</w:t>
      </w:r>
    </w:p>
    <w:p>
      <w:pPr>
        <w:jc w:val="right"/>
      </w:pPr>
      <w:r>
        <w:t>اگر آپ یہ جو کہا انہوں نے کہ "مسلمز ہیو ری ڈسکورڈ دیر پرائیڈ ان اسلام" تو انہیں کہنا چاہیے کہ "مسلمز ہیو ری ڈسکورڈ دیر ریسپانسبیلٹی ریگارڈنگ اسلام"۔ کیونکہ اگر سچ مچ ری ڈسکوری ہو، سچ مچ، تو ری ڈسکوری کس بات کی ہوگی؟ اس بات کی کہ ہمیں ساری دنیا میں خدا کا پیغام پہنچانا ہے، ہمیں خدا سے ڈرنا ہے، ہمیں ہیل سے ڈرنا ہے، ہمیں پیراڈائز کا حریص بننا ہے۔</w:t>
      </w:r>
    </w:p>
    <w:p>
      <w:r>
        <w:rPr>
          <w:b/>
        </w:rPr>
        <w:t xml:space="preserve">[1:01:27] </w:t>
      </w:r>
      <w:r>
        <w:t>khuda ne apne prophet ke zariye jo message bheja hai, us ko ek ek ghar tak pohancha dena hai. yeh hai responsibility, yeh yeh pride ki baat nahi hai. to sach much agar musalmanon ko rediscovery ho to woh rediscovery in terms of responsibility hogi, na ke in terms of pride. is ko achhi tarah samajh lijiye ke sach much agar musalmanon ko islam ki rediscovery ho to woh re</w:t>
      </w:r>
    </w:p>
    <w:p>
      <w:pPr>
        <w:jc w:val="right"/>
      </w:pPr>
      <w:r>
        <w:t>خدا نے اپنے پرافٹ کے ذریعے جو میسج بھیجا ہے، اس کو ایک ایک گھر تک پہنچا دینا ہے۔ یہ ہے ریسپانسبیلٹی، یہ یہ پرائیڈ کی بات نہیں ہے۔ تو سچ مچ اگر مسلمانوں کو ری ڈسکوری ہو تو وہ ری ڈسکوری ان ٹرم اف ریسپانسبیلٹی ہوگی، نہ کہ ان ٹرم اف پرائیڈ۔ اس کو اچھی طرح سمجھ لیجئے کہ سچ مچ اگر مسلمانوں کو اسلام کی ری ڈسکوری ہو تو وہ ری</w:t>
      </w:r>
    </w:p>
    <w:p>
      <w:r>
        <w:rPr>
          <w:b/>
        </w:rPr>
        <w:t xml:space="preserve">[1:01:57] </w:t>
      </w:r>
      <w:r>
        <w:t>discovery in terms of responsibility hogi, na ke in terms of pride. to yeh hai ke jab asal spirit na ho, to yahi sab hota hai. rhetoric aati hai, rhetoric. yeh sab rhetoric hai, yeh koi baat nahi hai. mein is ko rhetoric samajhta hoon. khitabat aur bare bare alfaaz bolna, aur</w:t>
      </w:r>
    </w:p>
    <w:p>
      <w:pPr>
        <w:jc w:val="right"/>
      </w:pPr>
      <w:r>
        <w:t>ڈسکوری ان ٹرم اف ریسپانسبیلٹی ہوگی، نہ کہ ان ٹرم اف پرائیڈ۔ تو یہ ہے کہ جب اصل اسپیڈ نہ ہو، تو یہی سب ہوتا ہے۔ ریٹیرک آتی ہے، ریٹیرک۔ یہ سب ریٹیرک ہے، یہ کوئی بات نہیں ہے۔ میں اس کو ریٹیرک سمجھتا ہوں۔ خطابت اور بڑے بڑے الفاظ بولنا، اور</w:t>
      </w:r>
    </w:p>
    <w:p>
      <w:r>
        <w:rPr>
          <w:b/>
        </w:rPr>
        <w:t xml:space="preserve">[1:02:27] </w:t>
      </w:r>
      <w:r>
        <w:t>rhetoric, jo bhi keh lijiye, us ko aap dekhein. sahi islam jo hai, woh kya hai? woh yeh hai ke individual ke andar woh lata hai accountability ke mein khuda ke samne accountable hoon. khuda mera hisab lega, khuda mera hisab lega. woh jo hadith mein aata hai ke in</w:t>
      </w:r>
    </w:p>
    <w:p>
      <w:pPr>
        <w:jc w:val="right"/>
      </w:pPr>
      <w:r>
        <w:t>یٹری، جو بھی کہہ لیجئے، اس کو آپ دیکھیں۔ صحیح اسلام جو ہے، وہ کیا ہے؟ وہ یہ ہے کہ انڈیویجول کے اندر وہ لاتا ہے اکاؤنٹیبلٹی کہ میں خدا کے سامنے اکاؤنٹیبل ہوں۔ خدا میرا حساب لے گا، خدا میرا حساب لے گا۔ وہ جو حدیث میں آتا ہے کہ ان</w:t>
      </w:r>
    </w:p>
    <w:p>
      <w:r>
        <w:rPr>
          <w:b/>
        </w:rPr>
        <w:t xml:space="preserve">[1:02:57] </w:t>
      </w:r>
      <w:r>
        <w:t>san ke qadam us waqt tak khuda ke samne se na hatenge, hashar mein, jab tak ke char baton ke bare mein woh jawab na de le: number one, apni jawani ko kahan kharch kiya? apni umar ko kis kaam mein lagaya? paisa kahan se kamaya? aur paise ko kahan kharch kiya? yeh sab kya hai?</w:t>
      </w:r>
    </w:p>
    <w:p>
      <w:pPr>
        <w:jc w:val="right"/>
      </w:pPr>
      <w:r>
        <w:t>سان کے قدم اس وقت تک خدا کے سامنے سے نہ ہٹیں گے، حشر میں، جب تک کہ چار باتوں کے بارے میں وہ جواب نہ دے لے: نمبر ون، اپنی جوانی کو کہاں خرچ کیا؟ اپنی عمر کو کس کام میں لگایا؟ پیسہ کہاں سے کمایا؟ اور پیسے کو کہاں خرچ کیا؟ یہ سب کیا ہے؟</w:t>
      </w:r>
    </w:p>
    <w:p>
      <w:r>
        <w:rPr>
          <w:b/>
        </w:rPr>
        <w:t xml:space="preserve">[1:03:28] </w:t>
      </w:r>
      <w:r>
        <w:t>poori zindagi aap ki test paper ban jati hai, poori zindagi responsibility ban jati hai, poori zindagi jo hai accountability ban jati hai. to is mein kya hai? fakhr karenge aap is ke upar. to sachi baat yeh hai ke logon ko rhetoric ki daryaft hui hai, islam ki daryaft nahi hui hai. islam ki daryaft hoti to un ke andar responsibility aati, masooliyat jis ko kehte hain, masooliyat aati.</w:t>
      </w:r>
    </w:p>
    <w:p>
      <w:pPr>
        <w:jc w:val="right"/>
      </w:pPr>
      <w:r>
        <w:t>پوری زندگی آپ کی ٹیسٹ پیپر بن جاتی ہے، پوری زندگی ریسپانسبیلٹی بن جاتی ہے، پوری زندگی جو ہے اکاؤنٹیبلٹی بن جاتی ہے۔ تو اس میں کیا ہے؟ فخر کریں گے آپ اس کے اوپر۔ تو سچی بات یہ ہے کہ لوگوں کو ریٹیرک کی دریافت ہوئی ہے، اسلام کی دریافت نہیں ہوئی ہے۔ اسلام کی دریافت ہوتی تو ان کے اندر ریسپانسبیلٹی آتی، مسئولیت جس کو کہتے ہیں، مسئولیت آتی۔</w:t>
      </w:r>
    </w:p>
    <w:p>
      <w:r>
        <w:rPr>
          <w:b/>
        </w:rPr>
        <w:t xml:space="preserve">[1:03:58] </w:t>
      </w:r>
      <w:r>
        <w:t>yani khuda ke haan poocha jayega, yeh baaten aati hain. to mein arz karoon ga ke aap log yani samjhiye is baat ko ke aap ko kya role karna hai dunya mein. dekhein, agar doosre log ek zaroori kaam doosre log na kar rahe hon</w:t>
      </w:r>
    </w:p>
    <w:p>
      <w:pPr>
        <w:jc w:val="right"/>
      </w:pPr>
      <w:r>
        <w:t>یعنی خدا کے ہاں پوچھا جائے گا، یہ باتیں آتی ہیں۔ تو میں عرض کروں گا کہ آپ لوگ یعنی سمجھیے اس بات کو کہ آپ کو کیا رول کرنا ہے دنیا میں۔ دیکھیں، اگر دوسرے لوگ ایک ضروری کام دوسرے لوگ نہ کر رہے ہوں</w:t>
      </w:r>
    </w:p>
    <w:p>
      <w:r>
        <w:rPr>
          <w:b/>
        </w:rPr>
        <w:t xml:space="preserve">[1:04:29] </w:t>
      </w:r>
      <w:r>
        <w:t>to jin ko ehsas ho is kaam ka, un ki responsibility barh jati hai. farz kijiye ke kisi jagah pata chale ke so aadmi pyas se pade hue hain aur kisi ko un ki pyas ka ehsas nahi hai. ek aadmi ko ehsas hota hai to ek aadmi so aadmi kaam karna chahega, agar woh shareef aadmi hai to. yani so aadmi pyase pade hue hain, kisi ko is ka ehsas nahi hai. sirf ek aadmi hai jis ko khabar hoti</w:t>
      </w:r>
    </w:p>
    <w:p>
      <w:pPr>
        <w:jc w:val="right"/>
      </w:pPr>
      <w:r>
        <w:t>تو جن کو احساس ہو اس کام کا، ان کی ریسپانسبیلٹی بڑھ جاتی ہے۔ فرض کیجئے کہ کسی جگہ پتہ چلے کہ سو آدمی پیاس سے پڑے ہوئے ہیں اور کسی کو ان کی پیاس کا احساس نہیں ہے۔ ایک آدمی کو احساس ہوتا ہے تو ایک آدمی سو آدمی کام کرنا چاہے گا، اگر وہ شریف آدمی ہے تو۔ یعنی سو آدمی پیاسے پڑے ہوئے ہیں، کسی کو اس کا احساس نہیں ہے۔ صرف ایک آدمی ہے جس کو خبر ہوتی</w:t>
      </w:r>
    </w:p>
    <w:p>
      <w:r>
        <w:rPr>
          <w:b/>
        </w:rPr>
        <w:t xml:space="preserve">[1:04:59] </w:t>
      </w:r>
      <w:r>
        <w:t>ke so aadmi pyase pade hue hain. akela woh aadmi hero ban jayega, woh chahega ke mein akela so aadmi kaam kar daloon. yeh ek nature hai. isi tarah se agar aaj ki dunya mein logon ko dawat ka ehsas nahi hai aur aap ko Allah ke fazl se ehsas ho gaya hai to aap ka haal yeh hona chahiye ke yeh mehsoos karein aap ke sari dunya ki zimmedari aap hi ke upar aa gayi hai.</w:t>
      </w:r>
    </w:p>
    <w:p>
      <w:pPr>
        <w:jc w:val="right"/>
      </w:pPr>
      <w:r>
        <w:t>ہے کہ سو آدمی پیاسے پڑے ہوئے ہیں۔ اکیلا وہ آدمی ہیرو بن جائے گا، وہ چاہے گا کہ میں اکیلا سو آدمی کام کر ڈالوں۔ یہ ایک نیچر ہے۔ اسی طریقے سے اگر آج کی دنیا میں لوگوں کو دعوت کا احساس نہیں ہے اور آپ کو اللہ کے فضل سے احساس ہو گیا ہے تو آپ کا حال یہ ہونا چاہیے کہ یہ محسوس کریں آپ کہ ساری دنیا کی ذمہ داری آپ ہی کے اوپر آ گئی ہے۔</w:t>
      </w:r>
    </w:p>
    <w:p>
      <w:r>
        <w:rPr>
          <w:b/>
        </w:rPr>
        <w:t xml:space="preserve">[1:05:35] </w:t>
      </w:r>
      <w:r>
        <w:t>sari dunya ki zimmedari aap hi ke upar aa gayi hai. jaise is is ek insan ka haal hoga jo yeh jaan le ke ek so pyase pade hue hain, tadap rahe hain, jo samjhega ke mujh ko akeli sab ko pani pilana hai, daurega, jo kuch bas karega, woh us ko. to aap is baat ko samajh lijiye ke agar ek billion musalman dunya mein hain, unhein ehsas nahi hai dawat ka, aur aap jo thode se log hain</w:t>
      </w:r>
    </w:p>
    <w:p>
      <w:pPr>
        <w:jc w:val="right"/>
      </w:pPr>
      <w:r>
        <w:t>ساری دنیا کی ذمہ داری آپ ہی کے اوپر آ گئی ہے۔ جیسے اس اس ایک انسان کا حال ہوگا جو یہ جان لے کہ ایک سو پیاسے پڑے ہوئے ہیں، تڑپ رہے ہیں، جو سمجھے گا کہ مجھ کو اکیلی سب کو پانی پلانا ہے، دوڑے گا، جو کچھ بس کرے گا، وہ اس کو۔ تو آپ اس بات کو سمجھ لیجئے کہ اگر ایک بلین مسلمان دنیا میں ہیں، انہیں احساس نہیں ہے دعوت کا، اور آپ جو تھوڑے سے لوگ ہیں</w:t>
      </w:r>
    </w:p>
    <w:p>
      <w:r>
        <w:rPr>
          <w:b/>
        </w:rPr>
        <w:t xml:space="preserve">[1:06:05] </w:t>
      </w:r>
      <w:r>
        <w:t>, aap ko ehsas ho gaya hai, to aap ke responsibility ke ehsas mein bohat ziyada izafa hona chahiye. aap ko sochna chahiye ke khuda hum mujh hum hi logon se chahta hai ke hum yeh kaam kar dalen. yani agar mein ek aur tarah se kahoon to mein yeh kahoon ga ke shayad khuda ne</w:t>
      </w:r>
    </w:p>
    <w:p>
      <w:pPr>
        <w:jc w:val="right"/>
      </w:pPr>
      <w:r>
        <w:t>، آپ کو احساس ہو گیا ہے، تو آپ کے ریسپانسبیلٹی کے احساس میں بہت زیادہ اضافہ ہونا چاہیے۔ آپ کو سوچنا چاہیے کہ خدا ہم مجھ ہم ہی لوگوں سے چاہتا ہے کہ ہم یہ کام کر ڈالیں۔ یعنی اگر میں ایک اور طریقے سے کہوں تو میں یہ کہوں گا کہ شاید خدا نے</w:t>
      </w:r>
    </w:p>
    <w:p>
      <w:r>
        <w:rPr>
          <w:b/>
        </w:rPr>
        <w:t xml:space="preserve">[1:06:35] </w:t>
      </w:r>
      <w:r>
        <w:t>aap hi logon ko is qabil samjha ke aap ko yeh ehsas dilaye, kyunke khuda ke ehsas dilane se ehsas hota hai. shayad aap ke andar khuda ne koi chingari dekhi, shayad khuda ne aap ke andar koi quality dekhi, us ki wajah se yeh itni bari blessing ki khuda ne aap ke upar ke aap ko yeh ehsas dilaya, yeh samajh di aap ko ke dawat ka woh kaam sab se zaroori kaam hai.</w:t>
      </w:r>
    </w:p>
    <w:p>
      <w:pPr>
        <w:jc w:val="right"/>
      </w:pPr>
      <w:r>
        <w:t>آپ ہی لوگوں کو اس قابل سمجھا کہ آپ کو یہ احساس دلائے، کیونکہ خدا کے احساس دلانے سے احساس ہوتا ہے۔ شاید آپ کے اندر خدا نے کوئی چنگاری دیکھی، شاید خدا نے آپ کے اندر کوئی کوالٹی دیکھی، اس کی وجہ سے یہ اتنی بڑی بلیسنگ کی خدا نے آپ کے اوپر کہ آپ کو یہ احساس دلایا، یہ سمجھ دی آپ کو کہ دعوت کا وہ کام سب سے ضروری کام ہے۔</w:t>
      </w:r>
    </w:p>
    <w:p>
      <w:r>
        <w:rPr>
          <w:b/>
        </w:rPr>
        <w:t xml:space="preserve">[1:07:05] </w:t>
      </w:r>
      <w:r>
        <w:t>yeh khuda ki tofeeq se hua hai, khuda ki blessing se hua hai. to mein samajhta hoon ke aap yani khuda ne select kiya hai aap ko. agar ek billion insanon mein yeh thode se log dawat ka ehsas apne andar paate hain to mein samajhta hoon ke yeh khuda ka selection hai. aap log khuda ke chune hue log hain, aap logon ko khuda ne ch</w:t>
      </w:r>
    </w:p>
    <w:p>
      <w:pPr>
        <w:jc w:val="right"/>
      </w:pPr>
      <w:r>
        <w:t>یہ خدا کی توفیق سے ہوا ہے، خدا کی بلیسنگ سے ہوا ہے۔ تو میں سمجھتا ہوں کہ آپ یعنی خدا نے سلیکٹ کیا ہے آپ کو۔ اگر ایک بلین انسانوں میں یہ تھوڑے سے لوگ دعوت کا احساس اپنے اندر پاتے ہیں تو میں سمجھتا ہوں کہ یہ خدا کا سلیکشن ہے۔ آپ لوگ خدا کے چنے ہوئے لوگ ہیں، آپ لوگوں کو خدا نے چ</w:t>
      </w:r>
    </w:p>
    <w:p>
      <w:r>
        <w:rPr>
          <w:b/>
        </w:rPr>
        <w:t xml:space="preserve">[1:07:35] </w:t>
      </w:r>
      <w:r>
        <w:t>na hai ke aap is da'oti kaam ko karen. is liye aap ke dil mein dala. yaad rakhiye, Khuda ki blessing ke baghair kuch bhi nahin ho sakta, na hum soch sakte, na koi feeling hamare andar aa sakti, na hum kisi responsibility ko poora kar sakte, kuch bhi nahin. hamare haan Alwar mein mein gaya ek baar, wahan ek Maulana Ibrahim the, bohat achhi</w:t>
      </w:r>
    </w:p>
    <w:p>
      <w:pPr>
        <w:jc w:val="right"/>
      </w:pPr>
      <w:r>
        <w:t>نا ہے کہ آپ اس دعوتی کام کو کریں۔ اس لیے آپ کے دل میں ڈالا۔ یاد رکھیے، خدا کی بلیسنگ کے بغیر کچھ بھی نہیں ہو سکتا، نہ ہم سوچ سکتے، نہ کوئی فیلنگ ہمارے اندر آ سکتی، نہ ہم کسی ریسپانسبیلٹی کو پورا کر سکتے، کچھ بھی نہیں۔ ہمارے ہاں الور میں میں گیا ایک بار، وہاں ایک مولانا ابراہیم تھے، بہت اچھی</w:t>
      </w:r>
    </w:p>
    <w:p>
      <w:r>
        <w:rPr>
          <w:b/>
        </w:rPr>
        <w:t xml:space="preserve">[1:08:06] </w:t>
      </w:r>
      <w:r>
        <w:t>speech dete the. woh mein ne khud un se mila hoon, mein un se aur kya haal tha, abhi tak mera naqsh naqsha meri aankhon ke samne un ka hai. bohat achhe speaker the woh, woh ek political leader the. woh ek din kya hua, speech de rahe the, speech dete dete gir pade. woh un par falij ka hamla ho gaya,</w:t>
      </w:r>
    </w:p>
    <w:p>
      <w:pPr>
        <w:jc w:val="right"/>
      </w:pPr>
      <w:r>
        <w:t>اسپیچ دیتے تھے۔ وہ میں نے خود ان سے ملا ہوں، میں ان سے اور کیا حال تھا، ابھی تک میرا نقش نقشہ میری آنکھوں کے سامنے ان کا ہے۔ بہت اچھے اسپیکر تھے وہ، وہ ایک پولیٹیکل لیڈر تھے۔ وہ ایک دن کیا ہوا، اسپیچ دے رہے تھے، اسپیچ دیتے دیتے گر پڑے۔ وہ ان پر فالج کا حملہ ہو گیا،</w:t>
      </w:r>
    </w:p>
    <w:p>
      <w:r>
        <w:rPr>
          <w:b/>
        </w:rPr>
        <w:t xml:space="preserve">[1:08:36] </w:t>
      </w:r>
      <w:r>
        <w:t>zaban jo hai, zaban se par us ka effect pada aur bolne ke qabil nahin rahe. woh mein ne dekha hai, un ko Alwar ki masjid mein ek tooti kursi baithe rehte the aur aise kuch bol nahin paate the, isharon se bolte the. woh shakhs jo zabardast speaker tha, speech ke darmiyan hi us ka yeh haal ho gaya ke zaban us ki ladkhada gayi aur hamesha ke liye band ho gayi. ab mein</w:t>
      </w:r>
    </w:p>
    <w:p>
      <w:pPr>
        <w:jc w:val="right"/>
      </w:pPr>
      <w:r>
        <w:t>زبان جو ہے، زبان سے پر اس کا ایفیکٹ پڑا اور بولنے کے قابل نہیں رہے۔ وہ میں نے دیکھا ہے، ان کو الور کی مسجد میں ایک ٹوٹی کرسی بیٹھے رہتے تھے اور ایسے کچھ بول نہیں پاتے تھے، اشارے سے بولتے تھے۔ وہ شخص جو زبردست اسپیکر تھا، اسپیچ کے دوران ہی اس کا یہ حال ہو گیا کہ زبان اس کی لڑکھڑا گئی اور ہمیشہ کے لیے بند ہو گئی۔ اب میں</w:t>
      </w:r>
    </w:p>
    <w:p>
      <w:r>
        <w:rPr>
          <w:b/>
        </w:rPr>
        <w:t xml:space="preserve">[1:09:06] </w:t>
      </w:r>
      <w:r>
        <w:t>bol raha hoon, kya maloom Khuda kab meri zaban chheen le, kaun janta hai. agar Maulana Ibrahim ki zaban chheen sakti hai to meri zaban bhi chheen sakti hai. to jo jo lamha mujhe mila hua hai, yeh Khuda ki blessing se mila hua hai. agar mein bol raha hoon to apni taqat se nahin bol raha hoon, mujhe kabhi yeh yeh galat fehmi nahin hoti ke mein apni taqat se bol raha hoon. yaqin</w:t>
      </w:r>
    </w:p>
    <w:p>
      <w:pPr>
        <w:jc w:val="right"/>
      </w:pPr>
      <w:r>
        <w:t>بول رہا ہوں، کیا معلوم خدا کب میری زبان چھین لے، کون جانتا ہے۔ اگر مولانا ابراہیم کی زبان چھن سکتی ہے تو میری زبان بھی چھن سکتی ہے۔ تو جو جو لمحہ مجھے ملا ہوا ہے، یہ خدا کی بلیسنگ سے ملا ہوا ہے۔ اگر میں بول رہا ہوں تو اپنی طاقت سے نہیں بول رہا ہوں، مجھے کبھی یہ یہ غلط فہمی نہیں ہوتی کہ میں اپنی طاقت سے بول رہا ہوں۔ یق</w:t>
      </w:r>
    </w:p>
    <w:p>
      <w:r>
        <w:rPr>
          <w:b/>
        </w:rPr>
        <w:t xml:space="preserve">[1:09:36] </w:t>
      </w:r>
      <w:r>
        <w:t>kijiye ke yeh bhi Khuda ki blessing hai ke mein bol raha hoon ya aap bol rahe hain ya koi bhi shakhs bol raha hai. mein ne khud apni aankhon se Maulana Ibrahim ko dekha hai, Alwar ki masjid mein mein ne likha tha un ke bare mein. ab is waqt mein ek Jamiyat weekly mein likha karta tha, mein is mein mein ne likha tha un ka haal. mein ne dekha tha, is mein likha tha yahi baat ke ek insan jo itna za</w:t>
      </w:r>
    </w:p>
    <w:p>
      <w:pPr>
        <w:jc w:val="right"/>
      </w:pPr>
      <w:r>
        <w:t>ین کیجئے کہ یہ بھی خدا کی بلیسنگ ہے کہ میں بول رہا ہوں یا آپ بول رہے ہیں یا کوئی بھی شخص بول رہا ہے۔ میں نے خود اپنی آنکھوں سے مولانا ابراہیم کو دیکھا ہے، الور کی مسجد میں میں نے لکھا تھا ان کے بارے میں۔ اب اس وقت میں ایک الجمعیت ویکلی میں لکھا کرتا تھا، میں اس میں میں نے لکھا تھا ان کا حال۔ میں نے دیکھا تھا، اس میں لکھا تھا یہی بات کہ ایک انسان جو اتنا ز</w:t>
      </w:r>
    </w:p>
    <w:p>
      <w:r>
        <w:rPr>
          <w:b/>
        </w:rPr>
        <w:t xml:space="preserve">[1:10:06] </w:t>
      </w:r>
      <w:r>
        <w:t>bardast speaker tha, ek tooti kursi baithe hua hai aur koi milne aata hai us se to kuch bhi nahin keh pata, woh kuch bhi nahin keh pata kyun ke falij ki wajah se us ki zaban bilkul yani is qabil nahin rahi thi ke woh bol sake. woh to is se pehle ke hum mein se koi kisi ki zaban chheen jaye, is se pehle ke hum mein se kisi ka maal chheen jaye, is se pehle ke hum mein se kisi ki taqat chheen jaye, woh kaam kar da</w:t>
      </w:r>
    </w:p>
    <w:p>
      <w:pPr>
        <w:jc w:val="right"/>
      </w:pPr>
      <w:r>
        <w:t>بردست اسپیکر تھا، ایک ٹوٹی کرسی بیٹھا ہوا ہے اور کوئی ملنے آتا ہے اس سے تو کچھ بھی نہیں کہہ پاتا، وہ کچھ بھی نہیں کہہ پاتا کیونکہ فالج کی وجہ سے اس کی زبان بالکل یعنی اس قابل نہیں رہی تھی کہ وہ بول سکے۔ وہ تو اس سے پہلے کہ ہم میں سے کوئی کسی کی زبان چھن جائے، اس سے پہلے کہ ہم میں سے کسی کا مال چھن جائے، اس سے پہلے کہ ہم میں سے کسی کی طاقت چھن جائے، وہ کام کر ڈ</w:t>
      </w:r>
    </w:p>
    <w:p>
      <w:r>
        <w:rPr>
          <w:b/>
        </w:rPr>
        <w:t xml:space="preserve">[1:10:36] </w:t>
      </w:r>
      <w:r>
        <w:t>aliye jo aap se kaam lena chahta hai. Khuda aaj hi mujh se Priya Malik ne ek bari ajeeb baat kahi, unhon ne kaha ke ek bare paise wale aadmi se mili, woh ek rich aadmi se us se baat cheet ho rahi thi. us ne kaha ke dekho, sab se zyada ghair mufadadar cheez paisa hai. kisi waqt paisa tum ko daga de sakta hai, kisi waqt paisa tumhara saath chhod sakta hai. to mein kehta hoon, paise</w:t>
      </w:r>
    </w:p>
    <w:p>
      <w:pPr>
        <w:jc w:val="right"/>
      </w:pPr>
      <w:r>
        <w:t>الیے جو آپ سے کام لینا چاہتا ہے۔ خدا آج ہی مجھ سے پریا ملک نے ایک بڑی عجیب بات کہی، انہوں نے کہا کہ ایک بڑے پیسے والے آدمی سے ملی، وہ ایک رچ آدمی سے اس سے بات چیت ہو رہی تھی۔ اس نے کہا کہ دیکھو، سب سے زیادہ غیر مفاددار چیز پیسہ ہے۔ کسی وقت پیسہ تم کو دغا دے سکتا ہے، کسی وقت پیسہ تمہارا ساتھ چھوڑ سکتا ہے۔ تو میں کہتا ہوں، پیسے</w:t>
      </w:r>
    </w:p>
    <w:p>
      <w:r>
        <w:rPr>
          <w:b/>
        </w:rPr>
        <w:t xml:space="preserve">[1:11:06] </w:t>
      </w:r>
      <w:r>
        <w:t>ki baat nahin hai, poori zindagi ki baat hai. kisi waqt meri jaan khatm ho sakti hai, kisi waqt mujhe maut aa sakti hai, kisi waqt meri zaban chheen sakti hai, kisi waqt meri aankh chheen sakti hai, kisi waqt mera paisa chheen sakta hai. to is se pehle ke sab kuch ho, woh kaam kar daliye jo Khuda aap se karna chahta hai aur aap ko Khuda ne select kiya hai is kaam ke liye.</w:t>
      </w:r>
    </w:p>
    <w:p>
      <w:pPr>
        <w:jc w:val="right"/>
      </w:pPr>
      <w:r>
        <w:t>کی بات نہیں ہے، پوری زندگی کی بات ہے۔ کسی وقت میری جان ختم ہو سکتی ہے، کسی وقت مجھے موت آ سکتی ہے، کسی وقت میری زبان چھن سکتی ہے، کسی وقت میری آنکھ چھن سکتی ہے، کسی وقت میرا پیسہ چھن سکتا ہے۔ تو اس سے پہلے کہ سب کچھ ہو، وہ کام کر ڈالیے جو خدا آپ سے کرنا چاہتا ہے اور آپ کو خدا نے سلیکٹ کیا ہے اس کام کے لیے۔</w:t>
      </w:r>
    </w:p>
    <w:p>
      <w:r>
        <w:rPr>
          <w:b/>
        </w:rPr>
        <w:t xml:space="preserve">[1:11:38] </w:t>
      </w:r>
      <w:r>
        <w:t>aap Khuda ka intikhab hain aur is ka proof yahi hai ke dunya mein kisi ko itni bari lambi chaudi dunya hai, da'wat ka woh shaoor nahin, da'wat ki woh tadap nahin, da'wat ke liye woh jazba nahin jo Allah ke fazl se aap ke andar paida hua hai. mein Quran ki ek ayat aaj mujhe yaad aayi, aaj subah ko baitha hua tha mein</w:t>
      </w:r>
    </w:p>
    <w:p>
      <w:pPr>
        <w:jc w:val="right"/>
      </w:pPr>
      <w:r>
        <w:t>آپ خدا کا انتخاب ہیں اور اس کا پروف یہی ہے کہ دنیا میں کسی کو اتنی بڑی لمبی چوڑی دنیا ہے، دعوت کا وہ شعور نہیں، دعوت کی وہ تڑپ نہیں، دعوت کے لیے وہ جذبہ نہیں جو اللہ کے فضل سے آپ کے اندر پیدا ہوا ہے۔ میں قرآن کی ایک آیت آج مجھے یاد آئی، آج صبح کو بیٹھا ہوا تھا میں</w:t>
      </w:r>
    </w:p>
    <w:p>
      <w:r>
        <w:rPr>
          <w:b/>
        </w:rPr>
        <w:t xml:space="preserve">[1:12:09] </w:t>
      </w:r>
      <w:r>
        <w:t>to mein ne glass pani ka mangwaya, glass peene ke liye. jab glass mein ne apne haath mein liya to mujhe Quran ki ek ayat yaad aayi: "Qul in asbahakum ghauran famaitakum bima ma'een". kaho ke agar Khuda is sare pani ko khatm kar de to kahan se tum ko fresh water mile ga?</w:t>
      </w:r>
    </w:p>
    <w:p>
      <w:pPr>
        <w:jc w:val="right"/>
      </w:pPr>
      <w:r>
        <w:t>تو میں نے گلاس پانی کا منگوایا، گلاس پینے کے لیے۔ جب گلاس میں نے اپنے ہاتھ میں لیا تو مجھے قرآن کی ایک آیت یاد آئی: "قل ان اسبحکم غورا فمیتکم بما معین"۔ کہو کہ اگر خدا اس سارے پانی کو ختم کر دے تو کہاں سے تم کو فریش واٹر ملے گا؟</w:t>
      </w:r>
    </w:p>
    <w:p>
      <w:r>
        <w:rPr>
          <w:b/>
        </w:rPr>
        <w:t xml:space="preserve">[1:12:39] </w:t>
      </w:r>
      <w:r>
        <w:t>samandar khushk ho jaye, zamin ke neeche pani khatm ho jaye, barishain na hon to "Qul in asbahakum ghauran famaitakum bima ma'een". to mein ne socha ke yeh jo glass mein pani hai, kisi bhi second Khuda us ko khatm kar sakta hai. aap jante hain ke pani kya hai? do gason ke milne se pani bana, hai</w:t>
      </w:r>
    </w:p>
    <w:p>
      <w:pPr>
        <w:jc w:val="right"/>
      </w:pPr>
      <w:r>
        <w:t>سمندر خشک ہو جائے، زمین کے نیچے پانی ختم ہو جائے، بارشیں نہ ہوں تو "قل ان اسبحکم غورا فمیتکم بما معین"۔ تو میں نے سوچا کہ یہ جو گلاس میں پانی ہے، کسی بھی سیکنڈ خدا اس کو ختم کر سکتا ہے۔ آپ جانتے ہیں کہ پانی کیا ہے؟ دو گیسوں کے ملنے سے پانی بنا، ہ</w:t>
      </w:r>
    </w:p>
    <w:p>
      <w:r>
        <w:rPr>
          <w:b/>
        </w:rPr>
        <w:t xml:space="preserve">[1:13:09] </w:t>
      </w:r>
      <w:r>
        <w:t>drogen aur oxygen. law of nature kehta hai ke kisi waqt alag ho sakte hain, woh dono dono gaisain ek second mein sari dono gaisain alag ho sakti hain. agar yeh agar yeh pani jo hai, do gais mein badal jaye to aap kya karenge? gais se thodi hum pyas bujhe gi hamari. to mein yeh baat is liye keh raha hoon ke hum</w:t>
      </w:r>
    </w:p>
    <w:p>
      <w:pPr>
        <w:jc w:val="right"/>
      </w:pPr>
      <w:r>
        <w:t>ائیڈروجن اور اکسیجن۔ لاء آف نیچر کہتا ہے کہ کسی وقت الگ ہو سکتے ہیں، وہ دونوں دونوں گیسیں ایک سیکنڈ میں ساری دونوں گیسیں الگ ہو سکتی ہیں۔ اگر یہ اگر یہ پانی جو ہے، دو گیس میں بدل جائے تو آپ کیا کریں گے؟ گیس سے تھوڑی ہم پیاس بجھے گی ہماری۔ تو میں یہ بات اس لیے کہہ رہا ہوں کہ ہم</w:t>
      </w:r>
    </w:p>
    <w:p>
      <w:r>
        <w:rPr>
          <w:b/>
        </w:rPr>
        <w:t xml:space="preserve">[1:13:40] </w:t>
      </w:r>
      <w:r>
        <w:t>zindagi ko zindagi ko is se pehle istemal kar lijiye ke maut aa jaye. apni jo Khuda ne aap ko saman diya hai, jo strength di hai, jo paisa diya hai, jo kuch bhi diya hai aap ko, us ko is se pehle istemal kijiye, kar lijiye ke woh chheen jaye aap se. kyun? agar koi aur na chheene, tab bhi maut ka farishta to baharhaal chheenne ke liye aa jayega.</w:t>
      </w:r>
    </w:p>
    <w:p>
      <w:pPr>
        <w:jc w:val="right"/>
      </w:pPr>
      <w:r>
        <w:t>زندگی کو زندگی کو اس سے پہلے استعمال کر لیجئے کہ موت آ جائے۔ اپنی جو خدا نے آپ کو سامان دیا ہے، جو اسٹرینتھ دی ہے، جو پیسہ دیا ہے، جو کچھ بھی دیا ہے آپ کو، اس کو اس سے پہلے استعمال کیجئے، کر لیجئے کہ وہ چھن جائے آپ سے۔ کیوں؟ اگر کوئی اور نہ چھینے، تب بھی موت کا فرشتہ تو بہرحال چھیننے کے لیے آ جائے گا۔</w:t>
      </w:r>
    </w:p>
    <w:p>
      <w:r>
        <w:rPr>
          <w:b/>
        </w:rPr>
        <w:t xml:space="preserve">[1:14:11] </w:t>
      </w:r>
      <w:r>
        <w:t>agar koi daku na chheene, koi income tax afsar na chheene, koi doosra chheene ke liye na aa jaye, tab bhi yeh to baharhaal hona hai ke maut ka farishta aaye ga aur sab kuch chheen ke chala jayega. aur jab hum padhte the gaon mein to ek kitab hoti thi "Urdu Reader". us reader "Urdu Reader" mein ek sher hota tha: "</w:t>
      </w:r>
    </w:p>
    <w:p>
      <w:pPr>
        <w:jc w:val="right"/>
      </w:pPr>
      <w:r>
        <w:t>اگر کوئی ڈاکو نہ چھینے، کوئی انکم ٹیکس افسر نہ چھینے، کوئی دوسرا چھیننے کے لیے نہ آ جائے، تب بھی یہ تو بہرحال ہونا ہے کہ موت کا فرشتہ آئے گا اور سب کچھ چھین کے چلا جائے گا۔ اور جب ہم پڑھتے تھے گاؤں میں تو ایک کتاب ہوتی تھی "اردو ریڈر"۔ اس ریڈر "اردو ریڈر" میں ایک شعر ہوتا تھا: "</w:t>
      </w:r>
    </w:p>
    <w:p>
      <w:r>
        <w:rPr>
          <w:b/>
        </w:rPr>
        <w:t xml:space="preserve">[1:14:43] </w:t>
      </w:r>
      <w:r>
        <w:t>sab thath pada reh jayega jab laat chala ga banjara". "sab thath pada reh jayega jab laat chala ga banjara". yeh maut par tha yeh. to baharhaal sab se bara kaam jo hum logon ko karna hai, woh hai da'wa work</w:t>
      </w:r>
    </w:p>
    <w:p>
      <w:pPr>
        <w:jc w:val="right"/>
      </w:pPr>
      <w:r>
        <w:t>سب ٹھاٹ پڑا رہ جائے گا جب لات چلے گا بنجارا"۔ "سب ٹھاٹ پڑا رہ جائے گا جب لات چلے گا بنجارا"۔ یہ موت پر تھا یہ۔ تو بہرحال سب سے بڑا کام جو ہم لوگوں کو کرنا ہے، وہ ہے دعویٰ ورک</w:t>
      </w:r>
    </w:p>
    <w:p>
      <w:r>
        <w:rPr>
          <w:b/>
        </w:rPr>
        <w:t xml:space="preserve">[1:15:14] </w:t>
      </w:r>
      <w:r>
        <w:t>۔ Khuda ka itna bara promise hai, itna bara wada hai ke ke tum da'wa work karo, tumhara sara kaam mere zame hai. "In tansurullaha yansurkum". "wa yusabbit aqdamakum". yani tum da'wa work karo, baqi jitne kaam hain woh Khuda ke zame hain. is se bari kya? is se bara koi assurance ho sakta hai? is se bara bhi koi assurance ho sakta</w:t>
      </w:r>
    </w:p>
    <w:p>
      <w:pPr>
        <w:jc w:val="right"/>
      </w:pPr>
      <w:r>
        <w:t>۔ خدا کا اتنا بڑا پرومس ہے، اتنا بڑا وعدہ ہے کہ کہ تم دعویٰ ورک کرو، تمہارا سارا کام میرے ذمے ہے۔ "ان تنصر اللہینصرکم"۔ "ویسبت اقدامکم"۔ یعنی تم دعویٰ ورک کرو، بقیہ جتنے کام ہیں وہ خدا کے ذمے ہیں۔ اس سے بڑی کیا؟ اس سے بڑا کوئی اشورنس ہو سکتا ہے؟ اس سے بڑا بھی کوئی اشورنس ہو سکتا</w:t>
      </w:r>
    </w:p>
    <w:p>
      <w:r>
        <w:rPr>
          <w:b/>
        </w:rPr>
        <w:t xml:space="preserve">[1:15:44] </w:t>
      </w:r>
      <w:r>
        <w:t>hai? koi nahin ho sakta. hum sab logon ko is conviction ke sath, is yaqin ke sath aage badhna hai. is yaqin ke sath aage badhna hai ke agar mein Khuda ke kaam mein lag gaya to mera kaam to Khuda ko karna hi karna hai. mein Khuda ke kaam mein lag gaya to mera sara kaam Khuda apne</w:t>
      </w:r>
    </w:p>
    <w:p>
      <w:pPr>
        <w:jc w:val="right"/>
      </w:pPr>
      <w:r>
        <w:t>ہے؟ کوئی نہیں ہو سکتا۔ ہم سب لوگوں کو اس کنوکشن کے ساتھ، اس یقین کے ساتھ آگے بڑھنا ہے۔ اس یقین کے ساتھ آگے بڑھنا ہے کہ اگر میں خدا کے کام میں لگ گیا تو میرا کام تو خدا کو کرنا ہی کرنا ہے۔ میں خدا کے کام میں لگ گیا تو میرا سارا کام خدا اپنے</w:t>
      </w:r>
    </w:p>
    <w:p>
      <w:r>
        <w:rPr>
          <w:b/>
        </w:rPr>
        <w:t xml:space="preserve">[1:16:14] </w:t>
      </w:r>
      <w:r>
        <w:t>angel ke zariye karwa de ga to sara kaam ho jayega mera. is yaqin ke sath aage badhna hai. aap dekhiye ke Rasool Allah ke sare sahabi jo chale gaye mulkon mulkon mein idhar udhar, to kya un ke bachche mar gaye? kya un ke ghar ujad gaye? kya un ka sab kuch tabah ho gaya? aisa kuch bhi nahin hua. khoob un ko tarqqiyan huin, un ko har qism ke</w:t>
      </w:r>
    </w:p>
    <w:p>
      <w:pPr>
        <w:jc w:val="right"/>
      </w:pPr>
      <w:r>
        <w:t>اینجل کے ذریعے کروا دے گا تو سارا کام ہو جائے گا میرا۔ اس یقین کے ساتھ آگے بڑھنا ہے۔ آپ دیکھیے کہ رسول اللہ کے سارے ساتھی جو چلے گئے ملکوں ملکوں میں ادھر ادھر، تو کیا ان کے بچے مر گئے؟ کیا ان کے گھر اجڑ گئے؟ کیا ان کا سب کچھ تباہ ہو گیا؟ ایسا کچھ بھی نہیں ہوا۔ خوب ان کو ترقیاں ہوئیں، ان کو ہر قسم کے</w:t>
      </w:r>
    </w:p>
    <w:p>
      <w:r>
        <w:rPr>
          <w:b/>
        </w:rPr>
        <w:t xml:space="preserve">[1:16:46] </w:t>
      </w:r>
      <w:r>
        <w:t>cheezain mili jo log chahte hain. jin cheezon ko kisi aitbar se un mein kami nahin hui, sab kuch un ko un ke hisse mein aaya. to yaqeenan yahi yahi history dobara repeat karne wali hai, yeh history aaj bhi repeat kare gi. aaj bhi yeh sab kuch ho kar rahe ga. aaj bhi agar</w:t>
      </w:r>
    </w:p>
    <w:p>
      <w:pPr>
        <w:jc w:val="right"/>
      </w:pPr>
      <w:r>
        <w:t>چیزیں ملی جو لوگ چاہتے ہیں۔ جن چیزوں کو کسی اعتبار سے ان میں کمی نہیں ہوئی، سب کچھ ان کو ان کے حصے میں آیا۔ تو یقینا یہی یہی ہسٹری دوبارہ ریپیٹ کرنے والی ہے، یہ ہسٹری آج بھی ریپیٹ کرے گی۔ آج بھی یہ سب کچھ ہو کر رہے گا۔ آج بھی اگر</w:t>
      </w:r>
    </w:p>
    <w:p>
      <w:r>
        <w:rPr>
          <w:b/>
        </w:rPr>
        <w:t xml:space="preserve">[1:17:16] </w:t>
      </w:r>
      <w:r>
        <w:t>kuch log Khuda ke kaam ke liye aage badhein to Khuda aap ke aap ke sare kaam kar de ga. mein apna meri poori zindagi mein aise bohat se waqiat hain, apni aankhon se mein ne dekha kis tarah Khuda karta hai. mislan aaj se bohat pehle mujhe bolna nahin aata</w:t>
      </w:r>
    </w:p>
    <w:p>
      <w:pPr>
        <w:jc w:val="right"/>
      </w:pPr>
      <w:r>
        <w:t>کچھ لوگ خدا کے کام کے لیے آگے بڑھیں تو خدا آپ کے آپ کے سارے کام کر دے گا۔ میں اپنا میری پوری زندگی میں ایسے بہت سے واقعات ہیں، اپنی آنکھوں سے میں نے دیکھا کس طرح خدا کرتا ہے۔ مثلاً آج سے بہت پہلے مجھے بولنا نہیں آتا</w:t>
      </w:r>
    </w:p>
    <w:p>
      <w:r>
        <w:rPr>
          <w:b/>
        </w:rPr>
        <w:t xml:space="preserve">[1:17:46] </w:t>
      </w:r>
      <w:r>
        <w:t>tha, mein taqreer nahin kar sakta tha, speech nahin de sakta tha. bilkul jaise stage pe aate hi dil dhadakne lagta tha. itne bare majme mein bhi nahin bol sakta jitne log yahan baithe hue hain. to kya hua ke mein adab bare mein tha, yeh baat hai ghaliban 1963 ki. to wahan par ek Anjan Shaheed ek town hai, wahan par</w:t>
      </w:r>
    </w:p>
    <w:p>
      <w:pPr>
        <w:jc w:val="right"/>
      </w:pPr>
      <w:r>
        <w:t>تھا، میں تقریر نہیں کر سکتا تھا، اسپیچ نہیں دے سکتا تھا۔ بالکل جیسے اسٹیج پہ آتے ہی دل دھڑکنے لگتا تھا۔ اتنے بڑے مجمعے میں بھی نہیں بول سکتا جتنے لوگ یہاں بیٹھے ہوئے ہیں۔ تو کیا ہوا کہ میں ادب بڑے میں تھا، یہ بات ہے غالباً 1963 کی۔ تو وہاں پر ایک انجان شہید ایک ٹاؤن ہے، وہاں پر</w:t>
      </w:r>
    </w:p>
    <w:p>
      <w:r>
        <w:rPr>
          <w:b/>
        </w:rPr>
        <w:t xml:space="preserve">[1:18:16] </w:t>
      </w:r>
      <w:r>
        <w:t>jalsa tha. mein wahan gaya to logon ne mere naam ka ailan kar diya, announce kar diya ke yeh bolenge. ab achhanak announce kar diya, unhon ne mein socha ke kaise bolunga? koi likha hua hai nahin ke is ko parhoon ja kar ke. lekin jab announce kar diya unhon ne to mein khada ho gaya. us waqt mujhe yaad hai, mujhe deewana ho raha tha, mein deewana</w:t>
      </w:r>
    </w:p>
    <w:p>
      <w:pPr>
        <w:jc w:val="right"/>
      </w:pPr>
      <w:r>
        <w:t>جلسہ تھا۔ میں وہاں گیا تو لوگوں نے میرے نام کا اعلان کر دیا، اناؤنس کر دیا کہ یہ بولیں گے۔ اب اچانک اناؤنس کر دیا، انہوں نے میں سوچا کہ کیسے بولوں گا؟ کوئی لکھا ہوا ہے نہیں کہ اس کو پڑھوں جا کر کے۔ لیکن جب اناؤنس کر دیا انہوں نے تو میں کھڑا ہو گیا۔ اس وقت مجھے یاد ہے، مجھے دیوانہ ہو رہا تھا، میں دیوانہ</w:t>
      </w:r>
    </w:p>
    <w:p>
      <w:r>
        <w:rPr>
          <w:b/>
        </w:rPr>
        <w:t xml:space="preserve">[1:18:47] </w:t>
      </w:r>
      <w:r>
        <w:t>aur deewangi ke alam mein mein ne kehna shuru kiya ke Quran mein jo baatein kahi gayi hain, woh sirf past ki nahin, woh present ke liye bhi hain. woh aur past ki kahani nahin hai, woh present ka waqia hai. to mein ne kaha ke dekhiye, Quran batata hai ke Musa ko bolna nahin aata tha, "Layan tahlak al lisani". unhon ne kaha ke meri zaban chalti nahin, kya karoon</w:t>
      </w:r>
    </w:p>
    <w:p>
      <w:pPr>
        <w:jc w:val="right"/>
      </w:pPr>
      <w:r>
        <w:t>اور دیوانگی کے عالم میں میں نے کہنا شروع کیا کہ قرآن میں جو باتیں کہی گئی ہیں، وہ صرف پاسٹ کی نہیں، وہ پریزنٹ کے لیے بھی ہیں۔ وہ اور پاسٹ کی کہانی نہیں ہے، وہ پریزنٹ کا واقعہ ہے۔ تو میں نے کہا کہ دیکھیے، قرآن بتاتا ہے کہ موسیٰ کو بولنا نہیں آتا تھا، "لاینتلق اللسانی"۔ انہوں نے کہا کہ میری زبان چلتی نہیں، کیا کروں</w:t>
      </w:r>
    </w:p>
    <w:p>
      <w:r>
        <w:rPr>
          <w:b/>
        </w:rPr>
        <w:t xml:space="preserve">[1:19:17] </w:t>
      </w:r>
      <w:r>
        <w:t>mein? to Khuda se dua ki unhon ne ke khuda ya mujhe "Rab ishrah li sadri wa yassir li amri wah lul uqdatan min lisani yafqahu qawli". to woh bolne wale ban gaye. aur us waqt jo king tha, king Firaun, us ke darbar mein ja kar ke sachai ka ailan kiya.</w:t>
      </w:r>
    </w:p>
    <w:p>
      <w:pPr>
        <w:jc w:val="right"/>
      </w:pPr>
      <w:r>
        <w:t>میں؟ تو خدا سے دعا کی انہوں نے کہ خدایا مجھے "رب اشرح لی صدری ویسر لی امری واحل العقدۃ من لسانی یفقہ قولی"۔ تو وہ بولنے والے بن گئے۔ اور اس وقت جو کنگ تھا، کنگ فائرو، اس کے دربار میں جا کر کے سچائی کا اعلان کیا۔</w:t>
      </w:r>
    </w:p>
    <w:p>
      <w:r>
        <w:rPr>
          <w:b/>
        </w:rPr>
        <w:t xml:space="preserve">[1:19:48] </w:t>
      </w:r>
      <w:r>
        <w:t>to mein ne kaha ke agar aaj bhi koi banda yeh kahe ke aye Khuda, meri zaban chalti nahin, mein kya karoon? aaj bhi agar koi kahe "Layan tahlak al lisani" to aaj bhi Khuda ki taraf se awaz aayegi. is mein hai Quran majeed mein ke Musa se</w:t>
      </w:r>
    </w:p>
    <w:p>
      <w:pPr>
        <w:jc w:val="right"/>
      </w:pPr>
      <w:r>
        <w:t>تو میں نے کہا کہ اگر آج بھی کوئی بندہ یہ کہے کہ اے خدا، میری زبان چلتی نہیں، میں کیا کروں؟ آج بھی اگر کوئی کہے "لاینتلق اللسانی" تو آج بھی خدا کی طرف سے آواز آئے گی۔ اس میں ہے قرآن مجید میں کہ موسیٰ سے</w:t>
      </w:r>
    </w:p>
    <w:p>
      <w:r>
        <w:rPr>
          <w:b/>
        </w:rPr>
        <w:t xml:space="preserve">[1:20:18] </w:t>
      </w:r>
      <w:r>
        <w:t>khuda ne kaha "laqad ooti tasweer lak ya moosa". jab khuda ne se moosa ne kaha ke khudaaya meri zabaan to chalti nahin, mera dil dharkta hai, "yaziq sadri walayantalq lisani". khuda mera mera seena dharkta hai, meri zabaan chalti nahin. to khuda ne kaha ke "laqad ooti tasweer lak ya moosa". aye moosa, to ne de diya woh cheez jo to ne manga hum se</w:t>
      </w:r>
    </w:p>
    <w:p>
      <w:pPr>
        <w:jc w:val="right"/>
      </w:pPr>
      <w:r>
        <w:t>خدا نے کہا "لقد اوتی تثویر لک یا موسیٰ"۔ جب خدا نے سے موسیٰ نے کہا کہ خدایا میری زبان تو چلتی نہیں، میرا دل دھڑکتا ہے، "یزیق صدری ولاینتلق لسانی"۔ خدا میرا میرا سینہ دھڑکتا ہے، میری زبان چلتی نہیں۔ تو خدا نے کہا کہ "لقد اوتی تثویر لک یا موسیٰ"۔ اے موسیٰ، تو نے دے دیا وہ چیز جو تو نے مانگا ہم سے</w:t>
      </w:r>
    </w:p>
    <w:p>
      <w:r>
        <w:rPr>
          <w:b/>
        </w:rPr>
        <w:t xml:space="preserve">[1:20:48] </w:t>
      </w:r>
      <w:r>
        <w:t>. to main bilkul deewangi ki haalat mein bol raha tha ke aaj bhi agar koi kahe ke allah yaziq sadri walayantalq lisani to aaj bhi aasman se aawaz aayegi, aaj bhi "laqad ooti tasweer lak ya moosa". aye mere bande, maine de diya tum ko jo to ne manga. is waqt se allah taala ne mujhe speaker bana diya.</w:t>
      </w:r>
    </w:p>
    <w:p>
      <w:pPr>
        <w:jc w:val="right"/>
      </w:pPr>
      <w:r>
        <w:t>۔ تو میں بالکل دیوانگی کی حالت میں بول رہا تھا کہ آج بھی اگر کوئی کہے کہ اللہ یزیق صدری ولاینتلق لسانی تو آج بھی آسمان سے آواز آئے گی، آج بھی "لقد اوتی تثویر لک یا موسیٰ"۔ اے میرے بندے، میں نے دے دیا تم کو جو تو نے مانگا۔ اس وقت سے اللہ تعالی نے مجھے اسپیکر بنا دیا۔</w:t>
      </w:r>
    </w:p>
    <w:p>
      <w:r>
        <w:rPr>
          <w:b/>
        </w:rPr>
        <w:t xml:space="preserve">[1:21:18] </w:t>
      </w:r>
      <w:r>
        <w:t>is ke baad se main hazaron hazaron taqreerein maine ki hongi aur aaj bhi allah ke fazl se yahan bol raha hoon baith kar ke. to aap ko is yaqeen ke sath aage badhna hai, is conviction ke sath aage badhna hai ke hamein to khuda ka kaam karna hai, baqi sara charge to khuda le lega, sari zimmedari khuda ke hisse mein chali jayegi, inshallah.</w:t>
      </w:r>
    </w:p>
    <w:p>
      <w:pPr>
        <w:jc w:val="right"/>
      </w:pPr>
      <w:r>
        <w:t>اس کے بعد سے میں ہزاروں ہزاروں تقریریں میں نے کی ہوں گی اور آج بھی اللہ کے فضل سے یہاں بول رہا ہوں بیٹھ کر کے۔ تو آپ کو اس یقین کے ساتھ آگے بڑھنا ہے، اس کنوکشن کے ساتھ آگے بڑھنا ہے کہ ہمیں تو خدا کا کام کرنا ہے، باقی سارا چارج تو خدا لے لے گا، ساری ذمہ داری خدا کے حصے میں چلی جائے گی، انشاءاللہ۔</w:t>
      </w:r>
    </w:p>
    <w:p>
      <w:r>
        <w:rPr>
          <w:b/>
        </w:rPr>
        <w:t xml:space="preserve">[1:21:51] </w:t>
      </w:r>
      <w:r>
        <w:t>to meri dua hai ke hum ko allah taala hum sab ko qabool farmaye apne kaam ke liye, hum ko hosla de, hum ko taqat de, hum ko apni blessing de. allah taala hamari duaon ko qabool farmaye, hum ko apne deen ki khidmat ke liye qabool farmaye. "aqool qooli haza wastaghfirullaha walakum ajmaeen"</w:t>
      </w:r>
    </w:p>
    <w:p>
      <w:pPr>
        <w:jc w:val="right"/>
      </w:pPr>
      <w:r>
        <w:t>تو میری دعا ہے کہ ہم کو اللہ تعالی ہم سب کو قبول فرمائے اپنے کام کے لیے، ہم کو حوصلہ دے، ہم کو طاقت دے، ہم کو اپنی بلیسنگ دے۔ اللہ تعالی ہماری دعاؤں کو قبول فرمائے، ہم کو اپنے دین کی خدمت کے لیے قبول فرمائے۔ "اقول قولیھذا واستغفراللہ لولکم اجمعین"</w:t>
      </w:r>
    </w:p>
    <w:p>
      <w:r>
        <w:rPr>
          <w:b/>
        </w:rPr>
        <w:t xml:space="preserve">[1:22:35] </w:t>
      </w:r>
      <w:r>
        <w:t>. das question is from ayesha: is daawa work the real source to achieve salvation in the hereafter? mera kehna yeh hai ke musalman chuke final prophet ki ummat hain, is liye un ki salvation sirf namaz roze se nahin hogi. namaz roze ke sath sath un ko prophet wala kaam karna padega</w:t>
      </w:r>
    </w:p>
    <w:p>
      <w:pPr>
        <w:jc w:val="right"/>
      </w:pPr>
      <w:r>
        <w:t>۔ دس کوسچن از فرام عائشہ: از دعویٰ ورک دا ریل سورس ٹو اچیو سالویشن ان دی ہیر افٹر؟ میرا کہنا یہ ہے کہ مسلمان چونکہ فائنل پرافٹ کی امت ہیں، اس لیے ان کی سالویشن صرف نماز روزے سے نہیں ہوگی۔ نماز روزے کے ساتھ ساتھ ان کو پرافٹ والا کام کرنا پڑے گ</w:t>
      </w:r>
    </w:p>
    <w:p>
      <w:r>
        <w:rPr>
          <w:b/>
        </w:rPr>
        <w:t xml:space="preserve">[1:23:05] </w:t>
      </w:r>
      <w:r>
        <w:t>a, yani daawa work. kyunke prophet hat khatam ho gayi, lekin prophet ka role khatam nahin hua. to musalmanon ko yeh role karna hi karna hai. agar nahin karenge to sirf namaz roza acceptable nahin hoga khuda ke haan. aisa mera manna hai. das question is from farida khanoom: can you share with us one of your daawa experience? ab dekhen, yeh to bohat sare waqiat hain</w:t>
      </w:r>
    </w:p>
    <w:p>
      <w:pPr>
        <w:jc w:val="right"/>
      </w:pPr>
      <w:r>
        <w:t>ا، یعنی دعویٰ ورک۔ کیونکہ پرافٹ ہٹ ختم ہوگئی، لیکن پرافٹ کا رول ختم نہیں ہوا۔ تو مسلمانوں کو یہ رول کرنا ہی کرنا ہے۔ اگر نہیں کریں گے تو صرف نماز روزہ ایکسیپٹیبل نہیں ہوگا خدا کے ہاں۔ ایسا میرا ماننا ہے۔ دس کوسچن از فرام فریدہ خانم: کین یو شیئر ود اس ون اف یور دعویٰ ایکسپیرینس؟ اب دیکھیں، یہ تو بہت سارے واقعات ہیں</w:t>
      </w:r>
    </w:p>
    <w:p>
      <w:r>
        <w:rPr>
          <w:b/>
        </w:rPr>
        <w:t xml:space="preserve">[1:23:35] </w:t>
      </w:r>
      <w:r>
        <w:t>aur woh is mein detail mein jana padega. ek waqia main arz karunga jo aksar log sochte honge ke kaise karamon mein kaam kiya jaye. yahan par dilli mein woh hai ek government ka ek rest house hai haryana ke area mein, gurgaon ke paas</w:t>
      </w:r>
    </w:p>
    <w:p>
      <w:pPr>
        <w:jc w:val="right"/>
      </w:pPr>
      <w:r>
        <w:t>اور وہ اس میں ڈیٹیل میں جانا پڑے گا۔ ایک واقعہ میں عرض کروں گا جو اکثر لوگ سوچتے ہوں گے کہ کیسے کرموں میں کام کیا جائے۔ یہاں پر دلی میں وہ ہے ایک گورنمنٹ کا ایک ریسٹ ہاؤس ہے ہریانہ کے ایریا میں، گڑگاؤں کے پاس</w:t>
      </w:r>
    </w:p>
    <w:p>
      <w:r>
        <w:rPr>
          <w:b/>
        </w:rPr>
        <w:t xml:space="preserve">[1:24:05] </w:t>
      </w:r>
      <w:r>
        <w:t>. yeh qissa main ne likha tha apne magazine mein. to pandu rang shastri ek bohat bade guru hue hain, bombay mein the. abhi haal mein un ka death ho gaya. to lakhon lakh un ke disciple the. unhone apne circle ke jo highly educated log the, un ka ek meeting ki yahan par dilli mein, ke is is rest house mein. to mujhe bhi wahan</w:t>
      </w:r>
    </w:p>
    <w:p>
      <w:pPr>
        <w:jc w:val="right"/>
      </w:pPr>
      <w:r>
        <w:t>۔ یہ قصہ میں نے لکھا تھا اپنے میگزین میں۔ تو پانڈو رنگ شاستری ایک بہت بڑے گرو ہوئے ہیں، بمبئی میں تھے۔ ابھی حال میں ان کا ڈیتھ ہو گئی۔ تو لاکھوں لاکھ ان کے ڈیسائپل تھے۔ انہوں نے اپنے سرکل کے جو ہائیلی ایجوکیٹڈ لوگ تھے، ان کا ایک میٹنگ کی یہاں پر دلی میں، کہ اس اس ریسٹ ہاؤس میں۔ تو مجھے بھی وہاں</w:t>
      </w:r>
    </w:p>
    <w:p>
      <w:r>
        <w:rPr>
          <w:b/>
        </w:rPr>
        <w:t xml:space="preserve">[1:24:35] </w:t>
      </w:r>
      <w:r>
        <w:t>bulaya unhone. to yeh bohat hi mushkil tha ke wahan par islam ki baat main kaise karoon. kyunke direct taur par main wahan islam par speech nahin de sakta tha, kyunke wahan ka topic yeh nahin tha. to bas sochta tha kaise is is ko nikaloon main is subject ko. to khuda ne meri madad ki. wahan par yeh baat aa gayi under discussion ke musalmanon ko is mission mein kaise joda jaye.</w:t>
      </w:r>
    </w:p>
    <w:p>
      <w:pPr>
        <w:jc w:val="right"/>
      </w:pPr>
      <w:r>
        <w:t>بلایا انہوں نے۔ تو یہ بہت ہی مشکل تھا کہ وہاں پر اسلام کی بات میں کیسے کروں۔ کیونکہ ڈائریکٹ طور پر میں وہاں اسلام پر اسپیچ نہیں دے سکتا تھا، کیونکہ وہاں کا ٹاپک یہ نہیں تھا۔ تو بس سوچتا تھا کیسے اس اس کو نکالوں میں اس سبجیکٹ کو۔ تو خدا نے میری مدد کی۔ وہاں پر یہ بات آ گئی انڈر ڈسکشن کہ مسلمانوں کو اس مشن میں کیسے جوڑا جائے۔</w:t>
      </w:r>
    </w:p>
    <w:p>
      <w:r>
        <w:rPr>
          <w:b/>
        </w:rPr>
        <w:t xml:space="preserve">[1:25:06] </w:t>
      </w:r>
      <w:r>
        <w:t>un ke mission ko kehte hain swa adhyaya movement. swa adhyaya ek gita ka ek word hai. to is ko kehte hain swa adhyaya movement. to yeh tha ke musalmanon ko is mein kaise joda jaye. to poore kai din ki meeting mein ek dam main chup chap baitha tha, kuch bhi nahin bolta tha. main sab log bolte the, khoob main ek dam chup chap tha. jab yeh topic aaya to pehli baar main bola aur pehli baar meri</w:t>
      </w:r>
    </w:p>
    <w:p>
      <w:pPr>
        <w:jc w:val="right"/>
      </w:pPr>
      <w:r>
        <w:t>ان کے مشن کو کہتے ہیں سوا اध्या موومنٹ۔ سوا اध्या ایک گیتا کا ایک ورڈ ہے۔ تو اس کو کہتے ہیں سوا اध्या موومنٹ۔ تو یہ تھا کہ مسلمانوں کو اس میں کیسے جوڑا جائے۔ تو پورے کئی دن کی میٹنگ میں ایک دم میں چپ چاپ بیٹھا تھا، کچھ بھی نہیں بولتا تھا۔ میں سب لوگ بولتے تھے، خوب میں ایک دم چپ چاپ تھا۔ جب یہ ٹاپک آیا تو پہلی بار میں بولا اور پہلی بار میری</w:t>
      </w:r>
    </w:p>
    <w:p>
      <w:r>
        <w:rPr>
          <w:b/>
        </w:rPr>
        <w:t xml:space="preserve">[1:25:36] </w:t>
      </w:r>
      <w:r>
        <w:t>baat ko logon ne is tarah suna ke sach much pin drop silence tha wahan. yani guru ki baat bhi is tarah nahin suni thi logon ne jis tarah meri baat suni. kyunke chup reh kar ke main ne unhen gaya is mein daal diya tha curiosity mein. to main ne is tarah se kaha ke dekhiye, aap ki jo movement hai, bazahir ek ek social work hai yeh. dehat sudhar ki movement hai, gaon sudhar ki movement hai, lekin aap is ke sath</w:t>
      </w:r>
    </w:p>
    <w:p>
      <w:pPr>
        <w:jc w:val="right"/>
      </w:pPr>
      <w:r>
        <w:t>بات کو لوگوں نے اس طرح سنا کہ سچ مچ پن ڈراپ سائلنس تھا وہاں۔ یعنی گرو کی بات بھی اس طرح نہیں سنی تھی لوگوں نے جس طرح میری بات سنی۔ کیونکہ چپ رہ کر کے میں نے انہیں گیا اس میں ڈال دیا تھا کیوریسٹی میں۔ تو میں نے اس طرح سے کہا کہ دیکھیے، آپ کی جو موومنٹ ہے، بظاہر ایک ایک سوشل ورک ہے یہ۔ دیہات سدھار کی موومنٹ ہے، گاؤں سدھار کی موومنٹ ہے، لیکن آپ اس کے ساتھ</w:t>
      </w:r>
    </w:p>
    <w:p>
      <w:r>
        <w:rPr>
          <w:b/>
        </w:rPr>
        <w:t xml:space="preserve">[1:26:07] </w:t>
      </w:r>
      <w:r>
        <w:t>gita ko jode hue hain. aur aap kehte hain ke indwelling god ka concept aap pesh karte hain ke khuda aadmi ke andar maujood hai. to indwelling god ke concept se jod kar ke aap social work karna chahte hain. to main ne kaha ke muslim psyche jo hai, us ko kabhi accept nahin kar payegi. main ne apni taraf se kuch nahin kaha. unhone chunki khud kaha tha ke musalmanon ko joda jaye is mission mein, to main ne muslim psyche ke reference se yeh baat kahi</w:t>
      </w:r>
    </w:p>
    <w:p>
      <w:pPr>
        <w:jc w:val="right"/>
      </w:pPr>
      <w:r>
        <w:t>گیتا کو جوڑے ہوئے ہیں۔ اور آپ کہتے ہیں کہ ان ڈیویلنگ گاڈ کا کانسیپٹ آپ پیش کرتے ہیں کہ خدا آدمی کے اندر موجود ہے۔ تو ان ڈیویلنگ گاڈ کے کانسیپٹ سے جوڑ کر کے آپ سوشل ورک کرنا چاہتے ہیں۔ تو میں نے کہا کہ مسلم سائیکی جو ہے، اس کو کبھی ایکسیپٹ نہیں کر پائے گی۔ میں نے اپنی طرف سے کچھ نہیں کہا۔ انہوں نے چونکہ خود کہا تھا کہ مسلمانوں کو جوڑا جائے اس مشن میں، تو میں نے مسلم سائیکی کے ریفرنس سے یہ بات کہی</w:t>
      </w:r>
    </w:p>
    <w:p>
      <w:r>
        <w:rPr>
          <w:b/>
        </w:rPr>
        <w:t xml:space="preserve">[1:26:38] </w:t>
      </w:r>
      <w:r>
        <w:t>ke musalman is ko accept nahin kar sakenge ke khuda hamare andar maujood hai. phir main ne monism, monism aur monotheism ka difference bataya ke what is monism, what is monotheism. to main ne kaha indwelling god jo hai, yeh monistic concept hai, musalmanon ke liye acceptable kabhi nahin hoga yeh. yeh keh kar ke main ne is ko compare karte hue monotheism ka poora concept un ko bata diya. to main ne ghaliban</w:t>
      </w:r>
    </w:p>
    <w:p>
      <w:pPr>
        <w:jc w:val="right"/>
      </w:pPr>
      <w:r>
        <w:t>کہ مسلمان اس کو ایکسیپٹ نہیں کر سکیں گے کہ خدا ہمارے اندر موجود ہے۔ پھر میں نے مونزم، مونزم اور مونوتھیزم کا ڈیفرنس بتایا کہ واٹ از مونزم، واٹ از مونوتھیزم۔ تو میں نے کہا ان ڈیویلنگ گاڈ جو ہے، یہ مونسٹک کانسیپٹ ہے، مسلمانوں کے لیے ایکسیپٹیبل کبھی نہیں ہوگا یہ۔ یہ کہہ کر کے میں نے اس کو کمپیئر کرتے ہوئے مونوتھیزم کا پورا کانسیپٹ ان کو بتا دیا۔ تو میں نے غالباً</w:t>
      </w:r>
    </w:p>
    <w:p>
      <w:r>
        <w:rPr>
          <w:b/>
        </w:rPr>
        <w:t xml:space="preserve">[1:27:08] </w:t>
      </w:r>
      <w:r>
        <w:t>45 minute taqreer ki thi aur ek ek aadmi is tarah sun raha tha jaise ke, yani jaise ke jis ko kehte hain ke sar par chidiya baithi hui ho. aur main samajhta hoon ke woh itna hujjat tha in logon ke upar kyunke sari baat main ne keh di is tarah se ke aap chahte hain ke musalman juren is mein. lekin musalmanon ki psyche jo hai, samjhiye kya hai, woh woh base karti hai monotheism par aur aap ka mission base karta hai monism par. to main ne kaha ke aap agar un ko jodna chahte hain to social work ko alag kar dijiye</w:t>
      </w:r>
    </w:p>
    <w:p>
      <w:pPr>
        <w:jc w:val="right"/>
      </w:pPr>
      <w:r>
        <w:t>45 منٹ تقریر کی تھی اور ایک ایک آدمی اس طرح سن رہا تھا جیسے کہ، یعنی جیسے کہ جس کو کہتے ہیں کہ سر پر چڑیا بیٹھی ہوئی ہو۔ اور میں سمجھتا ہوں کہ وہ اتنا حجت تھا ان لوگوں کے اوپر کیونکہ ساری بات میں نے کہہ دی اس طریقے سے کہ آپ چاہتے ہیں کہ مسلمان جڑیں اس میں۔ لیکن مسلمانوں کی سائیکی جو ہے، سمجھیے کیا ہے، وہ وہ بیس کرتی ہے مونوتھیزم پر اور آپ کا مشن بیس کرتا ہے مونزم پر۔ تو میں نے کہا کہ آپ اگر ان کو جوڑنا چاہتے ہیں تو سوشل ورک کو الگ کر دیجیے</w:t>
      </w:r>
    </w:p>
    <w:p>
      <w:r>
        <w:rPr>
          <w:b/>
        </w:rPr>
        <w:t xml:space="preserve">[1:27:38] </w:t>
      </w:r>
      <w:r>
        <w:t>aur mazhabi aqeeday ko alag kar dijiye, tab jud jayenge woh. lekin aap apne mazhabi aqeeday ko bhi sath rakhna rakhna chahte hain to musalman is mein nahin judenge. is tarah se main ne sari baat keh di. das question is from naghma molana: can you differentiate between selection and candidature? dekhiye, mere experience ke mutabiq yeh dono alag alag nahin hain. aap samajhte hain ke alag alag hain, yeh sahi nahin hai. prophet bhi aakhri waqt tak shakk mein rehta hai ke mera</w:t>
      </w:r>
    </w:p>
    <w:p>
      <w:pPr>
        <w:jc w:val="right"/>
      </w:pPr>
      <w:r>
        <w:t>اور مذہبی عقیدے کو الگ کر دیجیے، تب جڑ جائیں گے وہ۔ لیکن آپ اپنے مذہبی عقیدے کو بھی ساتھ رکھنا رکھنا چاہتے ہیں تو مسلمان اس میں نہیں جڑیں گے۔ اس طرح سے میں نے ساری بات کہہ دی۔ دس کوسچن از فرام نغمہ مولانا: کین یو ڈفرنشیٹ بٹوین سلیکشن اینڈ کینڈیڈیچر؟ دیکھیے، میرے ایکسپیرینس کے مطابق یہ دونوں الگ الگ نہیں ہیں۔ آپ سمجھتے ہیں کہ الگ الگ ہیں، یہ صحیح نہیں ہے۔ پرافٹ بھی آخری وقت تک شک میں رہتا ہے کہ میرا</w:t>
      </w:r>
    </w:p>
    <w:p>
      <w:r>
        <w:rPr>
          <w:b/>
        </w:rPr>
        <w:t xml:space="preserve">[1:28:08] </w:t>
      </w:r>
      <w:r>
        <w:t>kya hoga. to aap hamesha apne ko umeedwari na samjhen. khuda aap ko choose kar le ya select kar le, tab bhi aap yeh samjhen ke main apni taraf se candidate hoon. jaise namaz padhte hain, aap kitni achhi namaz padhen, lekin phir bhi aap ko ek shakk rehta hai ke khuda accept kare, tabhi to namaz hai yeh, jo namaz nahin hai yeh. to main yeh kahunga ke khuda aap ko choose kar le, khuda aap ko select kar le, tab bhi aap ka ehsas andar yeh hona chahiye</w:t>
      </w:r>
    </w:p>
    <w:p>
      <w:pPr>
        <w:jc w:val="right"/>
      </w:pPr>
      <w:r>
        <w:t>کیا ہوگا۔ تو آپ ہمیشہ اپنے کو امیدواری نہ سمجھیں۔ خدا آپ کو چوز کر لے یا سلیکٹ کر لے، تب بھی آپ یہ سمجھیں کہ میں اپنی طرف سے کینڈیڈیٹ ہوں۔ جیسے نماز پڑھتے ہیں، آپ کتنی اچھی نماز پڑھیں، لیکن پھر بھی آپ کو ایک شک رہتا ہے کہ خدا ایکسیپٹ کرے، تبھی تو نماز ہے یہ، جو نماز نہیں ہے یہ۔ تو میں یہ کہوں گا کہ خدا آپ کو چوز کر لے، خدا آپ کو سلیکٹ کر لے، تب بھی آپ کا احساس اندر یہ ہونا چاہیے</w:t>
      </w:r>
    </w:p>
    <w:p>
      <w:r>
        <w:rPr>
          <w:b/>
        </w:rPr>
        <w:t xml:space="preserve">[1:28:38] </w:t>
      </w:r>
      <w:r>
        <w:t>ke main to candidate hoon. yeh ek bohat hi nazuk baat hai ke do different feeling kis tarah se ek sachche seeker ke andar jama hoti hain. lekin hota aisa hi hai. das question is from sadia: why do people become atheist? dekhiye, mera to is mein experience yeh hai ke atheism ek bilkul recent phenomena hai, pehle nahin tha yeh. history mein kabhi bhi log atheist nahin hua karte</w:t>
      </w:r>
    </w:p>
    <w:p>
      <w:pPr>
        <w:jc w:val="right"/>
      </w:pPr>
      <w:r>
        <w:t>کہ میں تو کینڈیڈیٹ ہوں۔ یہ ایک بہت ہی نازک بات ہے کہ دو ڈفرنٹ فیلنگ کس طرح سے ایک سچے سیکر کے اندر جمع ہوتی ہیں۔ لیکن ہوتا ایسا ہی ہے۔ دس کوسچن از فرام سعدیہ: وائی ڈو پیپل بیکم ایتھیسٹ؟ دیکھیے، میرا تو اس میں ایکسپیرینس یہ ہے کہ ایتھیزم ایک بالکل ریسنٹ فلامنا ہے، پہلے نہیں تھا یہ۔ ہسٹری میں کبھی بھی لوگ ایتھیسٹ نہیں ہوا کرتے</w:t>
      </w:r>
    </w:p>
    <w:p>
      <w:r>
        <w:rPr>
          <w:b/>
        </w:rPr>
        <w:t xml:space="preserve">[1:29:08] </w:t>
      </w:r>
      <w:r>
        <w:t>the, yeh aaj kal ke hote hain. to main samajhta hoon is ki reason sirf ek hai ke scientific reasoning ka jo zamana aaya, to insan chahta tha ke scientific reasoning jo hai ya ya rational base par us ko khuda ka concept milen. yeh nahin kiya logon ne, wohi pehle wala tareeqa chalate rahe. is wajah se log chale gaye atheism ki taraf.</w:t>
      </w:r>
    </w:p>
    <w:p>
      <w:pPr>
        <w:jc w:val="right"/>
      </w:pPr>
      <w:r>
        <w:t>تھے، یہ آج کل کے ہوتے ہیں۔ تو میں سمجھتا ہوں اس کی ریزن صرف ایک ہے کہ سائنٹیفک ریزننگ کا جو زمانہ آیا، تو انسان چاہتا تھا کہ سائنٹیفک ریزننگ جو ہے یا یا ریشنل بیس پر اس کو خدا کا کانسیپٹ ملے۔ یہ نہیں کیا لوگوں نے، وہی پہلے والا طریقہ چلاتے رہے۔ اس وجہ سے لوگ چلے گئے ایتھیزم کی طرف۔</w:t>
      </w:r>
    </w:p>
    <w:p>
      <w:r>
        <w:rPr>
          <w:b/>
        </w:rPr>
        <w:t xml:space="preserve">[1:29:39] </w:t>
      </w:r>
      <w:r>
        <w:t>mera tajurba yeh hai ke agar isi insan ko rational basis par bataya jaye khuda ke bare mein, scientific reasoning di jaye, to wohi insan apni soch ko badal lega. kyun? is liye ke main ne dekha atheism koi koi permanent cheez nahin hai, yeh oopri cheez hai. har insan andar se khuda ka concept liye hue hai, khud atheist bhi liye hue hai. main</w:t>
      </w:r>
    </w:p>
    <w:p>
      <w:pPr>
        <w:jc w:val="right"/>
      </w:pPr>
      <w:r>
        <w:t>میرا تجربہ یہ ہے کہ اگر اسی انسان کو ریشنل بیسس پر بتایا جائے خدا کے بارے میں، سائنٹیفک ریزننگ دی جائے، تو وہی انسان اپنی سوچ کو بدل لے گا۔ کیوں؟ اس لیے کہ میں نے دیکھا ایتھیزم کوئی کوئی پرماننٹ چیز نہیں ہے، یہ اوپری چیز ہے۔ ہر انسان اندر سے خدا کا کانسیپٹ لیے ہوئے ہے، خود ایتھیسٹ بھی لیے ہوئے ہیں۔ میں</w:t>
      </w:r>
    </w:p>
    <w:p>
      <w:r>
        <w:rPr>
          <w:b/>
        </w:rPr>
        <w:t xml:space="preserve">[1:30:09] </w:t>
      </w:r>
      <w:r>
        <w:t>ne ek baar padha tha ek ek roos ke bare mein, jab jab roos ka dabdaba tha, wahan communist ka dabdaba tha roos mein us zamane mein ke ek aadmi wahan par main gaya hoon, main ne dekha hai ke bohat public statue bane hue the lenin ke, life size se bohat bada bada. to ek aadmi aata hai wahan aur jab woh lenin ke statue ke paas se guzarta hai, apni hat utar leta hai sar par se, us ke dabdabe ke tehat.</w:t>
      </w:r>
    </w:p>
    <w:p>
      <w:pPr>
        <w:jc w:val="right"/>
      </w:pPr>
      <w:r>
        <w:t>نے ایک بار پڑھا تھا ایک ایک روس کے بارے میں، جب جب روس کا دبدبہ تھا، وہاں کمیونسٹ کا دبدبہ تھا روس میں اس زمانے میں کہ ایک آدمی وہاں پر میں گیا ہوں، میں نے دیکھا ہے کہ بہت پبلک سٹیچو بنے ہوئے تھے لینن کے، لائف سائز سے بہت بڑا بڑا۔ تو ایک آدمی آتا ہے وہاں اور جب وہ لینن کے اسٹیچو کے پاس سے گزرتا ہے، اپنی ہیٹ اتار لیتا ہے سر پر سے، اس کے دبدبے کے تحت۔</w:t>
      </w:r>
    </w:p>
    <w:p>
      <w:r>
        <w:rPr>
          <w:b/>
        </w:rPr>
        <w:t xml:space="preserve">[1:30:39] </w:t>
      </w:r>
      <w:r>
        <w:t>to gaya ke us ne lenin ko khuda maan liya, yeh to khuda ko manna hai. to woh aadmi jo atheist hai, woh bhi andar se kisi ko apna bada manane ko us ki nature keh rahi hoti hai. to us waqt jab us ne lenin ko dekha, us ke us ke itne bade statue ko, to us ko itna us par raab aaya ke apna hat us ne utar liya sar par se. jante hain, aap ke aaj kal to hat ka riwaj nahin hai, lekin jab hat ka riwaj tha to kisi ki</w:t>
      </w:r>
    </w:p>
    <w:p>
      <w:pPr>
        <w:jc w:val="right"/>
      </w:pPr>
      <w:r>
        <w:t>تو گیا کہ اس نے لینن کو خدا مان لیا، یہ تو خدا کو ماننا ہے۔ تو وہ آدمی جو ایتھیسٹ ہے، وہ بھی اندر سے کسی کو اپنا بڑا ماننے کو اس کی نیچر کہہ رہی ہوتی ہے۔ تو اس وقت جب اس نے لینن کو دیکھا، اس کے اس کے اتنے بڑے سٹیچو کو، تو اس کو اتنا اس پر رعب آیا کہ اپنا ہیٹ اس نے اتار لیا سر پر سے۔ جانتے ہیں، آپ کے آج کل تو ہیٹ کا رواج نہیں ہے، لیکن جب ہیٹ کا رواج تھا تو کسی کی</w:t>
      </w:r>
    </w:p>
    <w:p>
      <w:r>
        <w:rPr>
          <w:b/>
        </w:rPr>
        <w:t xml:space="preserve">[1:31:09] </w:t>
      </w:r>
      <w:r>
        <w:t>respect mein hat utar liya jata tha. kisi ko bada, koi bada aadmi, ek ek aam aadmi pehan hai, vice raah ke samne jata to hat utar leta tha woh. to us ne is lenin ke dabdabe ke tehat hat utar liya apna. to main yeh kahunga ke woh aadmi agarche khuda ka inkar kar raha tha, lekin usi waqt woh lenin ka iqrar kar raha tha. woh khuda ko apne munh se kehta tha ke main khuda ko nahin manta, lekin apne dil se woh keh raha tha ke main</w:t>
      </w:r>
    </w:p>
    <w:p>
      <w:pPr>
        <w:jc w:val="right"/>
      </w:pPr>
      <w:r>
        <w:t>ریسپیکٹ میں ہیٹ اتار لیا جاتا تھا۔ کسی کو بڑا، کوئی بڑا آدمی، ایک ایک عام آدمی پہن ہے، وائس راہ کے سامنے جاتا تو ہیٹ اتار لیتا تھا وہ۔ تو اس نے اس لینن کے دبدبے کے تحت ہیٹ اتار لیا اپنا۔ تو میں یہ کہوں گا کہ وہ آدمی اگرچہ خدا کا انکار کر رہا تھا، لیکن اسی وقت وہ لینن کا اقرار کر رہا تھا۔ وہ خدا کو اپنے منہ سے کہتا تھا کہ میں خدا کو نہیں مانتا، لیکن اپنے دل سے وہ کہہ رہا تھا کہ میں</w:t>
      </w:r>
    </w:p>
    <w:p>
      <w:r>
        <w:rPr>
          <w:b/>
        </w:rPr>
        <w:t xml:space="preserve">[1:31:39] </w:t>
      </w:r>
      <w:r>
        <w:t>lenin ko manta hoon. yeh replacement ki baat sirf hai. atheism aaj bhi kuch sachche maanon mein atheist nahin hota hai. yeh hai ke ek ki jagah par doosre ko maan lena, ek ki barai na maan kar doosre ko apna bada bana lena.</w:t>
      </w:r>
    </w:p>
    <w:p>
      <w:pPr>
        <w:jc w:val="right"/>
      </w:pPr>
      <w:r>
        <w:t>لینن کو مانتا ہوں۔ یہ ریپلیسمنٹ کی بات صرف ہے۔ ایتھیزم آج بھی کچھ سچے معنوں میں ایتھیسٹ نہیں ہوتا ہے۔ یہ ہے کہ ایک کی جگہ پر دوسرے کو مان لینا، ایک کی بڑائی نہ مان کر دوسرے کو اپنا بڑا بنا لینا۔ دس کوسچن از فرام راضیہ: ہاؤ ڈو وی پروف دیٹ میرلی ڈوئنگ گڈ ڈیٹس لائک دا وے مدر ٹیریسا ڈیڈ ڈز ناٹ سیٹسفائی ون سیلف اینڈ از ناٹ انف؟ مدر ٹیریسا خود پریس مریم، اگر آپ کو پتہ ہو تو ان کی لائف پڑھ لیجئے۔ آپ</w:t>
      </w:r>
    </w:p>
    <w:p>
      <w:r>
        <w:rPr>
          <w:b/>
        </w:rPr>
        <w:t xml:space="preserve">[1:32:10] </w:t>
      </w:r>
      <w:r>
        <w:t>meray tajurba yeh hai ke agar isi insan ko rational basis par bataya jaye khuda ke bare mein, scientific reasoning di jaye, to wohi insan apni soch ko badal lega. kyun? is liye ke main ne dekha atheism koi koi permanent cheez nahin hai, yeh oopri cheez hai. har insan andar se khuda ka concept liye hue hai, khud atheist bhi liye hue hai. main</w:t>
      </w:r>
    </w:p>
    <w:p>
      <w:pPr>
        <w:jc w:val="right"/>
      </w:pPr>
      <w:r>
        <w:t>مدر ٹیریسا کو اندر سے سیٹسفیکشن نہیں تھا۔ اگر آپ کو شک ہو تو ان کی لائف پڑھ لیجئے۔ دیکھیں، انسان کی جو انسان جو مائنڈ جو ہے، انسان کا جو کیپیسٹی جو اس کا اس کے اندر، وہ ان لمیٹڈ ہے۔ کوئی بھی سوشل سروس ان لمیٹڈ نہیں ہوتی، بلکہ وہ پارشل سینس میں انسان کو سیٹسفائی کرتی ہے۔ تو ایک ایسی چیز جو پارشل سینس میں سیٹسفائی کرے، اس کی پوری پرسنیلٹی کیسے مط</w:t>
      </w:r>
    </w:p>
    <w:p>
      <w:r>
        <w:rPr>
          <w:b/>
        </w:rPr>
        <w:t xml:space="preserve">[1:32:40] </w:t>
      </w:r>
      <w:r>
        <w:t>ne ek baar padha tha ek ek roos ke bare mein, jab jab roos ka dabdaba tha, wahan communist ka dabdaba tha roos mein us zamane mein ke ek aadmi wahan par main gaya hoon, main ne dekha hai ke bohat public statue bane hue the lenin ke, life size se bohat bada bada. to ek aadmi aata hai wahan aur jab woh lenin ke statue ke paas se guzarta hai, apni hat utar leta hai sar par se, us ke dabdabe ke tehat.</w:t>
      </w:r>
    </w:p>
    <w:p>
      <w:pPr>
        <w:jc w:val="right"/>
      </w:pPr>
      <w:r>
        <w:t>مئن ہو جائے گی؟ وہ تو امپاسیبل ہے۔ دس کوسچن از فرام نوید: ویل ار انٹلیکچول ڈیویلپمنٹ کنٹینیو ان پیراڈائز؟ اس پر میں نے بہت سوچا ہے اور آخری بات میرے سامنے آئی کہ ہاں، لیکن وہ ایک اور سینس میں ہوگا، دنیا والے سینس میں نہیں۔</w:t>
      </w:r>
    </w:p>
    <w:p>
      <w:r>
        <w:rPr>
          <w:b/>
        </w:rPr>
        <w:t xml:space="preserve">[1:33:11] </w:t>
      </w:r>
      <w:r>
        <w:t>yani aik hai paradise ke liye qualify karna, yeh aik level hai development ka. intellectual development ka aik level woh hai jo isi dunya mein hamein achieve karna hai, jo hamein yani paradise ke liye hum qualify karte hain. to woh level jo hai achievement ka, woh to isi dunya hi mein hota hai. lekin jab hum paradise mein chale aate hain to aik</w:t>
      </w:r>
    </w:p>
    <w:p>
      <w:pPr>
        <w:jc w:val="right"/>
      </w:pPr>
      <w:r>
        <w:t>یعنی ایک ہے پیراڈائز کے لیے کوالیفائی کرنا، یہ ایک لیول ہے ڈیویلپمنٹ کا۔ انٹلیکچول ڈیویلپمنٹ کا ایک لیول وہ ہے جو اسی دنیا میں ہمیں اچیو کرنا ہے، جو ہمیں یعنی پیراڈائز کے لیے ہم کوالیفائی کرتے ہیں۔ تو وہ لیول جو ہے اچیومنٹ کا، وہ تو اسی دنیا ہی میں ہوتا ہے۔ لیکن جب ہم پیراڈائز میں چلے آتے ہیں تو ایک</w:t>
      </w:r>
    </w:p>
    <w:p>
      <w:r>
        <w:rPr>
          <w:b/>
        </w:rPr>
        <w:t xml:space="preserve">[1:33:41] </w:t>
      </w:r>
      <w:r>
        <w:t>naye dhang ka aur super qism ka development chal chalne lagta hai. aik super development, aik super achievement, is ko dunya mein hum sirf yani conceive kar sakte hain, poori tarah se is ko hum samajh nahi sakte hain. lekin quran ke mutale se, hadith ke mutale se aisa mein ne samjha hai. kyunke aik hadith aati hai ke log jannat mein jab chale jayenge to aisa hoga ke mard ghar se nikle</w:t>
      </w:r>
    </w:p>
    <w:p>
      <w:pPr>
        <w:jc w:val="right"/>
      </w:pPr>
      <w:r>
        <w:t>نئے ڈھنگ کا اور سپر قسم کا ڈیویلپمنٹ چل چلنے لگتا ہے۔ ایک سپر ڈیویلپمنٹ، ایک سپر اچیومنٹ، اس کو دنیا میں ہم صرف یعنی کنسیو کر سکتے ہیں، پوری طریقے سے اس کو ہم سمجھ نہیں سکتے ہیں۔ لیکن قرآن کے مطالعے سے، حدیث کے مطالعے سے ایسا میں نے سمجھا ہے۔ کیونکہ ایک حدیث آتی ہے کہ لوگ جنت میں جب چلے جائیں گے تو ایسا ہوگا کہ مرد گھر سے نکلے</w:t>
      </w:r>
    </w:p>
    <w:p>
      <w:r>
        <w:rPr>
          <w:b/>
        </w:rPr>
        <w:t xml:space="preserve">[1:34:11] </w:t>
      </w:r>
      <w:r>
        <w:t>wahan ka shopping center gaye, wahan bhi shopping center hoga, wahan bhi hoga. dunya mein to shopping center jo hain, woh devil center hotay hain. aur dunya mein jo aaj bhi mein ne kisi se kaha ke jis ko aap beauty parlour kehte hain, woh to hell parlour hai. dunya mein hell parlour hai, dunya mein evil center hai, lekin wahan par jo hoga, woh sach much wahan beauty parlour hoga, wahan sach much woh</w:t>
      </w:r>
    </w:p>
    <w:p>
      <w:pPr>
        <w:jc w:val="right"/>
      </w:pPr>
      <w:r>
        <w:t>، وہاں کا شاپنگ سینٹر گئے، وہاں بھی شاپنگ سینٹر ہوگا، وہاں بھی ہوگا۔ دنیا میں تو شاپنگ سینٹر جو ہیں، وہ ڈیول سینٹر ہوتے ہیں۔ اور دنیا میں جو آج بھی میں نے کسی سے کہا کہ جس کو آپ بیوٹی پارلے کہتے ہیں، وہ تو ہیل پارلے ہے۔ دنیا میں ہیل پارلے ہے، دنیا میں ایول سینٹر ہے، لیکن وہاں پر جو ہوگا، وہ سچ مچ وہاں بیوٹی پارلے ہوگا، وہاں سچ مچ وہ</w:t>
      </w:r>
    </w:p>
    <w:p>
      <w:r>
        <w:rPr>
          <w:b/>
        </w:rPr>
        <w:t xml:space="preserve">[1:34:41] </w:t>
      </w:r>
      <w:r>
        <w:t>wahan shopping center hoga. to is mein aata hai ke aurat ghar mein hai, mard gaya bahar shopping center mein. jab wahan lauta to aurat ne dekh kar kaha ke tum to pehle zyada beautiful ho gaye, jaise gaye thay us se zyada beautiful ho kar aaye tum. is se mein aik kilo milta hai mujhe, aik kilo ke wahan bhi yani progress jaari rahe gi. aik level</w:t>
      </w:r>
    </w:p>
    <w:p>
      <w:pPr>
        <w:jc w:val="right"/>
      </w:pPr>
      <w:r>
        <w:t>اں شاپنگ سینٹر ہوگا۔ تو اس میں آتا ہے کہ عورت گھر میں ہے، مرد گیا باہر شاپنگ سینٹر میں۔ جب وہاں لوٹا تو عورت نے دیکھ کر کہا کہ تم تو پہلے زیادہ بیوٹی فل ہو گئے، جیسے گئے تھے اس سے زیادہ بیوٹی فل ہو کر آئے تم۔ اس سے میں ایک کلو ملتا ہے مجھے، ایک کلو کہ وہاں بھی یعنی پروگریس جاری رہے گی۔ ایک لیول</w:t>
      </w:r>
    </w:p>
    <w:p>
      <w:r>
        <w:rPr>
          <w:b/>
        </w:rPr>
        <w:t xml:space="preserve">[1:35:11] </w:t>
      </w:r>
      <w:r>
        <w:t>ki progress jo hamein yani jannat mein entry karne ke qabil banaye, woh to isi dunya mein hona hai is ko. lekin aik aur super super kind of progress, woh wahan pe jaari rahe gi. isi liye paradise mein enjoy kabhi khatam nahi hogi, pleasure kabhi khatam nahi hoga, wahan koi bore nahi aayegi kyunke development wahan barabar jaari rahe gi.</w:t>
      </w:r>
    </w:p>
    <w:p>
      <w:pPr>
        <w:jc w:val="right"/>
      </w:pPr>
      <w:r>
        <w:t>کی پروگریس جو ہمیں یعنی جنت میں انٹری کرنے کے قابل بنائے، وہ تو اسی دنیا میں ہونا ہے اس کو۔ لیکن ایک اور سپر سپر کائنڈ اف پروگریس، وہ وہاں پہ جاری رہے گی۔ اسی لیے پیراڈائز میں انجوائے کبھی ختم نہیں ہوگی، پلیژر کبھی ختم نہیں ہوگا، وہاں کوئی بورڈ نہیں آئے گی کیونکہ ڈیویلپمنٹ وہاں برابر جاری رہے گا۔</w:t>
      </w:r>
    </w:p>
    <w:p>
      <w:r>
        <w:rPr>
          <w:b/>
        </w:rPr>
        <w:t xml:space="preserve">[1:35:41] </w:t>
      </w:r>
      <w:r>
        <w:t>This question is from Muhammad Hassan: Maulana, kya is waqt musalmanon mein da'wa work ki ahmiyat batane ki zaroorat hai ya phir doosre logon mein da'wa work ki? Mein sirf bataun ke dono saath saath karna hai, hamein dono kaam saath saath karna hai. Yani aik taraf hamein musalmanon ko batana hai ke aap logon ke liye roza namaz kafi nahi hai, da'wa work bhi aap ko lazmi taur par karna hai, warna jannat aap ki do</w:t>
      </w:r>
    </w:p>
    <w:p>
      <w:pPr>
        <w:jc w:val="right"/>
      </w:pPr>
      <w:r>
        <w:t>دس کوسچن از فرام محمد حسان: مولانا، کیا اس وقت مسلمانوں میں دعویٰ ورک کی اہمیت بتانے کی ضرورت ہے یا پھر دوسرے لوگوں میں دعویٰ ورک کی؟ میں صرف بتاؤں کہ دونوں ساتھ ساتھ کرنا ہے، ہمیں دونوں کام ساتھ ساتھ کرنا ہے۔ یعنی ایک طرف ہمیں مسلمانوں کو بتانا ہے کہ آپ لوگوں کے لیے روزہ نماز کافی نہیں ہے، دعویٰ ورک بھی آپ کو لازمی طور پر کرنا ہے، ورنہ جنت آپ کی ڈا</w:t>
      </w:r>
    </w:p>
    <w:p>
      <w:r>
        <w:rPr>
          <w:b/>
        </w:rPr>
        <w:t xml:space="preserve">[1:36:11] </w:t>
      </w:r>
      <w:r>
        <w:t>ut full rahe gi. Aur doosri taraf hamein non-muslims mein jo bhi hamare bas mein ho, hamein da'wa work karna hai. To dono kaam saath saath karne ka hota hai. This question is from Sadia: People often say that one God many paths and justify it on the basis that since humans are diverse, they have varied interpretations for statement. Please throw some light on this. Dekhein, yeh to bil</w:t>
      </w:r>
    </w:p>
    <w:p>
      <w:pPr>
        <w:jc w:val="right"/>
      </w:pPr>
      <w:r>
        <w:t>ؤٹ فل رہے گی۔ اور دوسری طرف ہمیں نان مسلمز میں جو بھی ہمارے بس میں ہو، ہمیں دعویٰ ورک کرنا ہے۔ تو دونوں کام ساتھ ساتھ کرنے کا ہوتا ہے۔ دس کوسچن از فرام سعدیہ: پیپل افن سے دیٹ ون گاڈ مینی پاتھس اینڈ جسٹیفائی اٹ ان دا بیسس دیٹ سنس ہیومنز ار ڈائیورس، دے ہیو ویریڈ انٹرپریٹیشنز فار سٹیٹمنٹ۔ پلیز تھرو سم لائٹ ان دس۔ دیکھیں، یہ تو بال</w:t>
      </w:r>
    </w:p>
    <w:p>
      <w:r>
        <w:rPr>
          <w:b/>
        </w:rPr>
        <w:t xml:space="preserve">[1:36:41] </w:t>
      </w:r>
      <w:r>
        <w:t>kul baseless theory hai, aik sirf aik word play hai. Yani kaisi anokhi baat hai ke sachai yani aik ho path ka kya matlab hai? Is ka yeh to senseless hai, bilkul jaise aik aik analogy di jati hai ke aik pahad hai, us ke upar aik building hai, charon taraf rastay hain, chaloge to wahin pahunchoge. Yeh yeh koi proof hai? Mein kehta hoon nayi Dilli ke Raghve par khada</w:t>
      </w:r>
    </w:p>
    <w:p>
      <w:pPr>
        <w:jc w:val="right"/>
      </w:pPr>
      <w:r>
        <w:t>کل بیس لیس تھیوری ہے، ایک صرف ایک ورڈ پلے ہے۔ یعنی کیسی انوکھی بات ہے کہ سچائی یعنی ایک ہو پاتھ کا کیا مطلب ہے؟ اس کا یہ تو سینس لیس ہے، بالکل جیسے ایک ایک اینالوجی دی جاتی ہے کہ ایک پہاڑ ہے، اس کے اوپر ایک بلڈنگ ہے، چاروں طرف راستے ہیں، چلو گے تو وہیں پہنچو گے۔ یہ یہ کوئی پروف ہے؟ میں کہتا ہوں نئی دہلی کے ریشے پر کھڑ</w:t>
      </w:r>
    </w:p>
    <w:p>
      <w:r>
        <w:rPr>
          <w:b/>
        </w:rPr>
        <w:t xml:space="preserve">[1:37:11] </w:t>
      </w:r>
      <w:r>
        <w:t>hoon, mein wahan 20 gaariyan ja rahi hain, ab ab mein jaana hai Amritsar, to koi kahega jis gaari mein baith jao, Amritsar hi pahunchoge. To yeh bilkul yeh to mein samajhta hoon ke koi bhi sincere aadmi is ko nahi manta, jo log kehte hain woh bhi nahi mante. Is ka proof yeh hai ke mein ne is par kai baar kaha hai jalson mein, public jalson mein ke jo log kehte hain aisa, woh conversion ko kyunse hotay hain? Woh conversion ko kyunse hotay hain? Anti conversion Allah ko banate hain kyunke aap</w:t>
      </w:r>
    </w:p>
    <w:p>
      <w:pPr>
        <w:jc w:val="right"/>
      </w:pPr>
      <w:r>
        <w:t>ا ہوں، میں وہاں 20 گاڑیاں جا رہی ہیں، اب اب میں جانا ہے امرتسر، تو کوئی کہے گا جس گاڑی میں بیٹھ جاؤ، امرتسر ہی پہنچو گے۔ تو یہ بالکل یہ تو میں سمجھتا ہوں کہ کوئی بھی سنسیر آدمی اس کو نہیں مانتا، جو لوگ کہتے ہیں وہ بھی نہیں مانتے۔ اس کا پروف یہ ہے کہ میں نے اس پر کئی بار کہا ہے جلسوں میں، پبلک جلسوں میں کہ جو لوگ کہتے ہیں ایسا، وہ کنورژر بخوسہ کیوں ہوتے ہیں؟ وہ کنورژر بخوسہ کیوں ہوتے ہیں؟ اینٹی کنورژر اللہ کو بناتے ہیں کیونکہ آپ</w:t>
      </w:r>
    </w:p>
    <w:p>
      <w:r>
        <w:rPr>
          <w:b/>
        </w:rPr>
        <w:t xml:space="preserve">[1:37:42] </w:t>
      </w:r>
      <w:r>
        <w:t>keh rahe hain ke religion A, religion B, religion C, religion D sab aik hi sab aik hain. To bhai, aik aadmi religion A mein paida hua, ab agar religion B mein chala gaya to aap ghussa kyun hote hain? Us ko marte kyun hain? Us ke khilaf qanoon kyun banate hain? To aap khud jhoot bol rahe hain. Agar aap sach much aap ka yaqeen hai ke saare religion aik hi sachai ki taraf ja rahe hain, to aap ko ghussa hote hain. Aap yeh boliye ke bhai theek hai, abhi tak woh religion A mein tha, ab religion B mein chala gaya, ab baat aik hi hai.</w:t>
      </w:r>
    </w:p>
    <w:p>
      <w:pPr>
        <w:jc w:val="right"/>
      </w:pPr>
      <w:r>
        <w:t>کہہ رہے ہیں کہ ریلیجن اے، ریلیجن بی، ریلیجن سی، ریلیجن ڈی سب ایک ہی سب ایک ہیں۔ تو بھئی، ایک آدمی ریلیجن اے میں پیدا ہوا، اب اگر ریلیجن بی میں چلا گیا تو آپ غصہ کیوں ہوتے ہیں؟ اس کو مارتے کیوں ہیں؟ اس کے خلاف قانون کیوں بناتے ہیں؟ تو آپ خود جھوٹ بول رہے ہیں۔ اگر آپ سچ مچ آپ کا یقین ہے کہ سارے ریلیجن ایک ہی سچائی کی طرف جا رہے ہیں، تو آپ کو غصہ ہوتے ہیں۔ آپ یہ بولیے کہ بھئی ٹھیک ہے، ابھی تک وہ ریلیجن اے میں تھا، اب ریلیجن بی میں چلا گیا، اب بات ایک ہی ہے۔</w:t>
      </w:r>
    </w:p>
    <w:p>
      <w:r>
        <w:rPr>
          <w:b/>
        </w:rPr>
        <w:t xml:space="preserve">[1:38:13] </w:t>
      </w:r>
      <w:r>
        <w:t>To un ka is par ghussa hona conversion par yeh batata hai ke woh khud sincere nahi hain, dil se woh nahi mante, bas lip service kar rahe hain. This question is from Priya: What is the difference between religion and philosophy? Yeh aik bohat easy question nahi hai yeh, lekin basically difference yeh hai ke philosophy kisi secret book ko nahi manti, jabke religion secret book</w:t>
      </w:r>
    </w:p>
    <w:p>
      <w:pPr>
        <w:jc w:val="right"/>
      </w:pPr>
      <w:r>
        <w:t>تو ان کا اس پر غصہ ہونا کنورژن پر یہ بتاتا ہے کہ وہ خود سنسیئر نہیں ہیں، دل سے وہ نہیں مانتے، بس لف سروس کر رہے ہیں۔ دس کوسچن از فرام پریا: واٹ از دا ڈیفرنس بٹوین ریلیجن اینڈ فلاسفی؟ یہ ایک بہت ایزی کوسچن نہیں ہے یہ، لیکن بیسیکلی ڈیفرنس یہ ہے کہ فلاسفی کسی سیکرٹ بک کو نہیں مانتی، جبکہ ریلیجن سیکرٹ بک</w:t>
      </w:r>
    </w:p>
    <w:p>
      <w:r>
        <w:rPr>
          <w:b/>
        </w:rPr>
        <w:t xml:space="preserve">[1:38:43] </w:t>
      </w:r>
      <w:r>
        <w:t>ko manta hai. Subject dono ka aik hai, dono sachai ko talash karte hain, sachai par discuss karte hain. Yani sachai ko bator subject le kar us pe discussion karna dono mein common hai, lekin religion mein aik book ko secret maan liya jata hai, us ko refer kiya jata hai, jabke philosophy mein kisi bhi book ko secret nahi mana jata. Independent thinking ki jati hai is mein. Mein</w:t>
      </w:r>
    </w:p>
    <w:p>
      <w:pPr>
        <w:jc w:val="right"/>
      </w:pPr>
      <w:r>
        <w:t>کو مانتا ہے۔ سبجیکٹ دونوں کا ایک ہے، دونوں سچائی کو تلاش کرتے ہیں، سچائی پر ڈسکس کرتے ہیں۔ یعنی سچائی کو بطور سبجیکٹ لے کر اس پہ ڈسکشن کرنا دونوں میں کامن ہے، لیکن ریلیجن میں ایک بک کو سیکرٹ مان لیا جاتا ہے، اس کو ریفر کیا جاتا ہے، جبکہ فلاسفی میں کسی بھی بک کو سیکرٹ نہیں مانا جاتا۔ انڈیپینڈنٹ تھنکنگ کی جاتی ہے اس میں۔ میں</w:t>
      </w:r>
    </w:p>
    <w:p>
      <w:r>
        <w:rPr>
          <w:b/>
        </w:rPr>
        <w:t xml:space="preserve">[1:39:13] </w:t>
      </w:r>
      <w:r>
        <w:t>samajhta hoon ke yeh basic difference hai. This question is from Dr. Pradhan: What is the master formula for da'wa work? Master formula to mein yeh samjha hoon ke aadmi yeh soche ke agar mein ne doosre ko hell se bachane ki koshish na ki to mein bhi</w:t>
      </w:r>
    </w:p>
    <w:p>
      <w:pPr>
        <w:jc w:val="right"/>
      </w:pPr>
      <w:r>
        <w:t>سمجھتا ہوں کہ یہ بیسک ڈیفرنس ہے۔ دس کوسچن از فرام ڈاکٹر پردھان: واٹ از دا ماسٹر فارمولا فار دعویٰ ورک؟ ماسٹر فارمولا تو میں یہ سمجھا ہوں کہ آدمی یہ سوچے کہ اگر میں نے دوسرے کو ہیل سے بچانے کی کوشش نہ کی تو میں بھی</w:t>
      </w:r>
    </w:p>
    <w:p>
      <w:r>
        <w:rPr>
          <w:b/>
        </w:rPr>
        <w:t xml:space="preserve">[1:39:44] </w:t>
      </w:r>
      <w:r>
        <w:t>hell se bachne wala nahi hoon. Yeh master formula hai ke agar mein ne doosre insaan ko hell se bachane ki koshish nahi ki to mein bhi hell se bachne wala nahi hoon. Mein to samajhta hoon ke yeh master formula hai. This question is from Sofia: How do we define I? Dekhein, psychology mein</w:t>
      </w:r>
    </w:p>
    <w:p>
      <w:pPr>
        <w:jc w:val="right"/>
      </w:pPr>
      <w:r>
        <w:t>ہیل سے بچنے والا نہیں ہوں۔ یہ ماسٹر فارمولا ہے کہ اگر میں نے دوسرے انسان کو ہیل سے بچانے کی کوشش نہیں کی تو میں بھی ہیل سے بچنے والا نہیں ہوں۔ میں تو سمجھتا ہوں کہ یہ ماسٹر فارمولا ہے۔ دس کوسچن از فرام صوفیا: ہاؤ ڈو وی ڈیفائن ائی؟ دیکھیں، سائیکالوجی میں</w:t>
      </w:r>
    </w:p>
    <w:p>
      <w:r>
        <w:rPr>
          <w:b/>
        </w:rPr>
        <w:t xml:space="preserve">[1:40:14] </w:t>
      </w:r>
      <w:r>
        <w:t>kuch terms aise hain jo bohat milti julti bole jate hain, jaise ego hai, I hai, organs hai. Psychology mein is ko bohat alag alag kar ke nahi dikhaya jata kyunke woh aik hi cheez ka phenomena hai. Aadmi jab apne apne aap hi ko samjhe ke mein hi superior hoon aur mein sab kuch janta hoon, sari importance meri mujh ko milni chahiye, importance to</w:t>
      </w:r>
    </w:p>
    <w:p>
      <w:pPr>
        <w:jc w:val="right"/>
      </w:pPr>
      <w:r>
        <w:t>کچھ ٹرم ایسے ہیں جو بہت ملتی جلتی بولے جاتے ہیں، جیسے ایگو ہے، ائی ہے، ارگنز ہے۔ سائیکالوجی میں اس کو بہت الگ الگ کر کے نہیں دکھایا جاتا کیونکہ وہ ایک ہی چیز کا فیناومینا ہے۔ آدمی جب اپنے اپنے آپ ہی کو سمجھے کہ میں ہی سپیریئر ہوں اور میں سب کچھ جانتا ہوں، ساری امپورٹنس میری مجھ کو ملنی چاہیے، امپورٹنس تو</w:t>
      </w:r>
    </w:p>
    <w:p>
      <w:r>
        <w:rPr>
          <w:b/>
        </w:rPr>
        <w:t xml:space="preserve">[1:40:45] </w:t>
      </w:r>
      <w:r>
        <w:t>isi ka phenomena hai jis ko hum organs kehte hain ya I kehte hain, ego kehte hain. To is ka ulta jo hai modesty hai. To matlab modesty ka ulta jo bhi hai, woh sab I hai, organs hai aur ego hai. Aur jahan modesty aa jaye, yeh saari cheezein apne aap khatam ho jati hain.</w:t>
      </w:r>
    </w:p>
    <w:p>
      <w:pPr>
        <w:jc w:val="right"/>
      </w:pPr>
      <w:r>
        <w:t>اسی کا فیناومینا ہے جس کو ہم ارگنز کہتے ہیں یا ائی کہتے ہیں، ایگو کہتے ہیں۔ تو اس کا الٹا جو ہے ماڈیسٹی ہے۔ تو مطلب ماڈیسٹی کا الٹا جو بھی ہے، وہ سب ائی ہے، ارگنز ہے اور ایگو ہے۔ اور جہاں ماڈیسٹی آ جائے، یہ ساری چیزیں اپنے آپ ختم ہو جاتی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