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Prophethood in Islam | March 19, 2006 | Maulana Wahiduddin Khan</w:t>
      </w:r>
    </w:p>
    <w:p>
      <w:r>
        <w:t>https://www.youtube.com/watch?v=H7B_1Tkkltk</w:t>
      </w:r>
    </w:p>
    <w:p>
      <w:r>
        <w:rPr>
          <w:b/>
        </w:rPr>
        <w:t xml:space="preserve">[00:00] </w:t>
      </w:r>
      <w:r>
        <w:t>to profit ka yeh kehna hota hai ke unhon ne— ke woh bhi insaan hain, hamari tarah ke insaan hain, lekin Khuda ne unhein select kiya hai is baat ke liye ke Khuda angel ke through unhein apna ilm bhi bhejey. To Khuda ki taraf se hamein revelation mila hai, Khuda ki taraf se hamare paas knowledge aayi hai, isi ko hum tum ko pohncha rahe hain. To main samajhta hoon ke is pure is mein, yaani</w:t>
      </w:r>
    </w:p>
    <w:p>
      <w:pPr>
        <w:jc w:val="right"/>
      </w:pPr>
      <w:r>
        <w:t>تو پرافٹ کا یہ کہنا ہوتا ہے کہ انہوں نے— کہ وہ بھی انسان ہیں، ہماری طرح کے انسان ہیں، لیکن خدا نے انہیں سلیکٹ کیا ہے اس بات کے لیے کہ خدا اینجل کے تھرو انہیں اپنا علم بھیجے۔ تو خدا کی طرف سے ہمیں ریولیشن ملا ہے، خدا کی طرف سے ہمارے پاس نالج آئی ہے، اسی کو ہم تم کو پہنچا رہے ہیں۔ تو میں سمجھتا ہوں کہ اس پورے اس میں، یعنی</w:t>
      </w:r>
    </w:p>
    <w:p>
      <w:r>
        <w:rPr>
          <w:b/>
        </w:rPr>
        <w:t xml:space="preserve">[00:30] </w:t>
      </w:r>
      <w:r>
        <w:t>jo jitne saare group hain is field mein, saare doosre group jo hain woh is position mein nahin hain ke hum un par trust kar sakein. Sirf profit par hum trust kar sakte hain. To Rasool Allah only choice hain aap ke liye, insaniyat ke liye. Kuch aisi baatein kahunga jo history mein aap ko nahin milti aam taur par. To woh yeh hai ke aap ka contribution insaniyat ke liye kya tha? To yeh jo ab mystery</w:t>
      </w:r>
    </w:p>
    <w:p>
      <w:pPr>
        <w:jc w:val="right"/>
      </w:pPr>
      <w:r>
        <w:t>جو جتنے سارے گروپ ہیں اس فیلڈ میں، سارے دوسرے گروپ جو ہیں وہ اس پوزیشن میں نہیں ہیں کہ ہم ان پر ٹرسٹ کر سکیں۔ صرف پرافٹ ہی پر ہم ٹرسٹ کر سکتے ہیں۔ تو رسول اللہ اونلی چوائس ہیں آپ کے لیے، انسانیت کے لیے۔ کچھ ایسی باتیں کہوں گا جو ہسٹری میں آپ کو نہیں ملتی عام طور پر۔ تو وہ یہ ہے کہ آپ کا کنٹریبیوشن انسانیت کے لیے کیا تھا؟ تو یہ جو اب مسٹیری</w:t>
      </w:r>
    </w:p>
    <w:p>
      <w:r>
        <w:rPr>
          <w:b/>
        </w:rPr>
        <w:t xml:space="preserve">[01:00] </w:t>
      </w:r>
      <w:r>
        <w:t>s profit ke roop mein dikhate hain log, is mein saamne wale ka mind jo hai woh adjust nahin hota. Woh chahta hai logic, woh chahta hai ek scientific proof, aap us ko mystery bata rahe hain. Bismillah Rehman ur Rahim,</w:t>
      </w:r>
    </w:p>
    <w:p>
      <w:pPr>
        <w:jc w:val="right"/>
      </w:pPr>
      <w:r>
        <w:t>س پرافٹ کے روپ میں دکھاتے ہیں لوگ، اس میں سامنے والے کا مائنڈ جو ہے وہ ایڈجسٹ نہیں ہوتا۔ وہ چاہتا ہے لاجک، وہ چاہتا ہے ایک سائنٹیفک پروف، آپ اس کو مسٹری بتا رہے ہیں۔ بسم اللہ الرحمن الرحیم،</w:t>
      </w:r>
    </w:p>
    <w:p>
      <w:r>
        <w:rPr>
          <w:b/>
        </w:rPr>
        <w:t xml:space="preserve">[01:30] </w:t>
      </w:r>
      <w:r>
        <w:t>wasallu Allah al-Nabi al-Kareem. Rabb ishrah li sadri, wa yassir li amri, wah lul uqdatan min lisani yafqahu qawli. Islam ka jo belief system hai, yaani aqeedati nizam, is mein teen basic baatein hain, teen</w:t>
      </w:r>
    </w:p>
    <w:p>
      <w:pPr>
        <w:jc w:val="right"/>
      </w:pPr>
      <w:r>
        <w:t>وصلی اللہ علی النبی الکریم۔ رب اشرح لی صدری، ویسر لی امری، واحل العقدۃ من لسانی یفقہ قولی۔ اسلام کا جو بیلیف سسٹم ہے، یعنی اعتقادی نظام، اس میں تین بیسک باتیں ہیں، تین</w:t>
      </w:r>
    </w:p>
    <w:p>
      <w:r>
        <w:rPr>
          <w:b/>
        </w:rPr>
        <w:t xml:space="preserve">[02:00] </w:t>
      </w:r>
      <w:r>
        <w:t>besak teachings hain jin par islam ka belief system qaim hai. woh teen hain: tauheed, risalat, akhirat. yani oneness of god, prophethood, aur day hereafter. is se pehle tauheed par baat ho ch</w:t>
      </w:r>
    </w:p>
    <w:p>
      <w:pPr>
        <w:jc w:val="right"/>
      </w:pPr>
      <w:r>
        <w:t>بیسک ٹیچنگز ہیں جن پر اسلام کا بیلیف سسٹم قائم ہے۔ وہ تین ہیں: توحید، رسالت، آخرت۔ یعنی وننس آف گاڈ، پرافٹ ہڈ، اور ڈے ہیر افٹر۔ اس سے پہلے توحید پر بات ہو چ</w:t>
      </w:r>
    </w:p>
    <w:p>
      <w:r>
        <w:rPr>
          <w:b/>
        </w:rPr>
        <w:t xml:space="preserve">[02:31] </w:t>
      </w:r>
      <w:r>
        <w:t>ki hai, aur akhirat par bhi baat ho chuki hai. aaj ki is meeting mein inshallah risalat par baat hogi, yani prophethood par. dekhiye, aap jis duniya mein rehte hain, yeh poori universe, is ko aap jaan</w:t>
      </w:r>
    </w:p>
    <w:p>
      <w:pPr>
        <w:jc w:val="right"/>
      </w:pPr>
      <w:r>
        <w:t>کی ہے، اور آخرت پر بھی بات ہو چکی ہے۔ آج کی اس میٹنگ میں انشاءاللہ رسالت پر بات ہوگی، یعنی پرافٹ ہڈ پر۔ دیکھیے، آپ جس دنیا میں رہتے ہیں، یہ پوری یونیورس، اس کو آپ جان</w:t>
      </w:r>
    </w:p>
    <w:p>
      <w:r>
        <w:rPr>
          <w:b/>
        </w:rPr>
        <w:t xml:space="preserve">[03:01] </w:t>
      </w:r>
      <w:r>
        <w:t>en to kal char qism ki cheezein is duniya mein hain, jis ko hum kehte hain jamadat, nabatat, haiwanat, aur insan. yani physical world, plant world, animal world, aur mankind,</w:t>
      </w:r>
    </w:p>
    <w:p>
      <w:pPr>
        <w:jc w:val="right"/>
      </w:pPr>
      <w:r>
        <w:t>یں تو کل چار قسم کی چیزیں اس دنیا میں ہیں، جس کو ہم کہتے ہیں جمادات، نباتات، حیوانات، اور انسان۔ یعنی فزیکل ورلڈ، پلانٹ ورلڈ، اینیمل ورلڈ، اور مین کائنڈ،</w:t>
      </w:r>
    </w:p>
    <w:p>
      <w:r>
        <w:rPr>
          <w:b/>
        </w:rPr>
        <w:t xml:space="preserve">[03:31] </w:t>
      </w:r>
      <w:r>
        <w:t>insan. yeh char cheezein hain jo sari duniya mein paayi jaati hain. dekhiye, jo jis ko hum jamadat kehte hain, yani physical world, is mein koi thinking power nahi hoti. jaise jaise jaise stars hain, planets hain, mountain hai, ocean hai, is mein koi thinking power nahi hai. woh law of nature se direct</w:t>
      </w:r>
    </w:p>
    <w:p>
      <w:pPr>
        <w:jc w:val="right"/>
      </w:pPr>
      <w:r>
        <w:t>انسان۔ یہ چار چیزیں ہیں جو ساری دنیا میں پائی جاتی ہیں۔ دیکھیے، جو جس کو ہم جمادات کہتے ہیں، یعنی فزیکل ورلڈ، اس میں کوئی تھنکنگ پاور نہیں ہوتی۔ جیسے جیسے جیسے سٹارز ہیں، پلینٹس ہیں، ماؤنٹن ہے، اوشن ہے، اس میں کوئی تھنکنگ پاور نہیں ہے۔ وہ لاء آف نیچر سے ڈائریکٹ</w:t>
      </w:r>
    </w:p>
    <w:p>
      <w:r>
        <w:rPr>
          <w:b/>
        </w:rPr>
        <w:t xml:space="preserve">[04:01] </w:t>
      </w:r>
      <w:r>
        <w:t>governed hote hain. un ka apna koi soch, apna koi freedom un ko nahi hai. law of nature se woh governed hote hain, aur jo law of nature hai, usi ke mutabiq woh chalte hain. jaise stars ka jo system hai ke apne orbit par chalna, usi par woh chale ja rahe hain million billion saal se. slate</w:t>
      </w:r>
    </w:p>
    <w:p>
      <w:pPr>
        <w:jc w:val="right"/>
      </w:pPr>
      <w:r>
        <w:t>گورنڈ ہوتے ہیں۔ ان کا اپنا کوئی سوچ، اپنا کوئی فریڈم ان کو نہیں ہے۔ لاء آف نیچر سے وہ گورنڈ ہوتے ہیں، اور جو لاء آف نیچر ہے، اسی کے مطابق وہ چلتے ہیں۔ جیسے سٹارز کا جو سسٹم ہے کہ اپنے اربٹ پر چلنا، اسی پر وہ چلے جا رہے ہیں ملین بلین سال سے۔ سلیٹ</w:t>
      </w:r>
    </w:p>
    <w:p>
      <w:r>
        <w:rPr>
          <w:b/>
        </w:rPr>
        <w:t xml:space="preserve">[04:31] </w:t>
      </w:r>
      <w:r>
        <w:t>st deviation nahi hota un ki zindagi mein. doosra jo hai, jis ko hum nabatat kehte hain, yani plant world, is mein bhi koi thinking nahi hai. koi thinking un ke andar nahi hai. woh bhi law of nature hi se governed hote hain. agarche thoda sa difference hai in mein. maslan yeh hai ke stone ya planet</w:t>
      </w:r>
    </w:p>
    <w:p>
      <w:pPr>
        <w:jc w:val="right"/>
      </w:pPr>
      <w:r>
        <w:t>سٹ ڈیوی ایشن نہیں ہوتا ان کی زندگی میں۔ دوسرا جو ہے، جس کو ہم نباتات کہتے ہیں، یعنی پلانٹ ورلڈ، اس میں بھی کوئی تھنکنگ نہیں ہے۔ کوئی تھنکنگ ان کے اندر نہیں ہے۔ وہ بھی لاء آف نیچر ہی سے گورنڈ ہوتے ہیں۔ اگرچہ تھوڑا سا ڈفرنس ہے ان میں۔ مثلاً یہ ہے کہ اسٹون یا پلینٹ</w:t>
      </w:r>
    </w:p>
    <w:p>
      <w:r>
        <w:rPr>
          <w:b/>
        </w:rPr>
        <w:t xml:space="preserve">[05:01] </w:t>
      </w:r>
      <w:r>
        <w:t>ke andar yeh sifat nahi hai ke woh grow karein. plant mein grow karne ki sifat hai. yani ek seed jo hai, grow kar ke poora ek tree ban jaata hai. ek chhota sa plant bada ho kar ke bohat bada peed ban jaata hai. to yeh sifat hai grow karne ki plant world mein. teesri cheez jo hai, animal hain. animal mein thodi si thinking hoti hai, lekin</w:t>
      </w:r>
    </w:p>
    <w:p>
      <w:pPr>
        <w:jc w:val="right"/>
      </w:pPr>
      <w:r>
        <w:t>کے اندر یہ صفت نہیں ہے کہ وہ گرو کریں۔ پلانٹ میں گرو کرنے کی صفت ہے۔ یعنی ایک سیڈ جو ہے، گرو کر کے پورا ایک ٹری بن جاتا ہے۔ ایک چھوٹا سا پلانٹ بڑا ہو کر کے بہت بڑا پیڑ بن جاتا ہے۔ تو یہ صفت ہے گرو کرنے کی پلانٹ ورلڈ میں۔ تیسری چیز جو ہے، اینیبل ہیں۔ اینیبل میں تھوڑی سی تھنکنگ ہوتی ہے، لیکن</w:t>
      </w:r>
    </w:p>
    <w:p>
      <w:r>
        <w:rPr>
          <w:b/>
        </w:rPr>
        <w:t xml:space="preserve">[05:31] </w:t>
      </w:r>
      <w:r>
        <w:t>basically woh apni instinct se governed hote hain. un ki instinct jo hai, wahi un ko guide karti hai. jaise migratory bird jo hain, jo Siberia se chal kar ke India mein aate hain, to yeh kuch soch kar nahi aate hain. yeh un ki instinct un ko control karti hai. apni instinct ke tehat ek season mein ek jagah, doosre season mein doosri jagah woh chale aate hain.</w:t>
      </w:r>
    </w:p>
    <w:p>
      <w:pPr>
        <w:jc w:val="right"/>
      </w:pPr>
      <w:r>
        <w:t>بیسیکلی وہ اپنی انسٹنکٹ سے گورنڈ ہوتے ہیں۔ ان کی انسٹنکٹ جو ہے، وہی ان کو گائیڈ کرتی ہے۔ جیسے مائیگریٹری برڈ جو ہیں، جو سائبیریا سے چل کر کے انڈیا میں آتے ہیں، تو یہ کچھ سوچ کر نہیں آتے ہیں۔ یہ ان کی انسٹنکٹ ان کو کنٹرول کرتی ہے۔ اپنی انسٹنکٹ کے تحت ایک سیزن میں ایک جگہ، دوسرے سیزن میں دوسری جگہ وہ چلے آتے ہیں۔</w:t>
      </w:r>
    </w:p>
    <w:p>
      <w:r>
        <w:rPr>
          <w:b/>
        </w:rPr>
        <w:t xml:space="preserve">[06:01] </w:t>
      </w:r>
      <w:r>
        <w:t>to aap jaante hain ke chidiya ya janwar, jis ko hum animal world kehte hain, un mein bhi woh cheezein hain jis ko hum mind kehte hain. insan ke andar thodi si soch zaroor hai. un ki soch bas do cheezon par chalti hai: ek food, doosra security. bas poora animal world jo hai, is ki do hi, is ka do hi concern hota hai.</w:t>
      </w:r>
    </w:p>
    <w:p>
      <w:pPr>
        <w:jc w:val="right"/>
      </w:pPr>
      <w:r>
        <w:t>تو آپ جانتے ہیں کہ چڑیاں یا جانور، جس کو ہم اینیمل ورلڈ کہتے ہیں، ان میں بھی وہ چیزیں ہیں جس کو ہم مائنڈ کہتے ہیں۔ انسان کے اندر تھوڑی سی سوچ ضرور ہے۔ ان کی سوچ بس دو چیزوں پر چلتی ہے: ایک فوڈ، دوسرا سیکیورٹی۔ بس پورا اینیمل ورلڈ جو ہے، اس کی دو ہی، اس کا دو ہی کنسرن ہوتا ہے۔</w:t>
      </w:r>
    </w:p>
    <w:p>
      <w:r>
        <w:rPr>
          <w:b/>
        </w:rPr>
        <w:t xml:space="preserve">[06:32] </w:t>
      </w:r>
      <w:r>
        <w:t>khana peena unhein milta rahe, aur doosra security ka masla un ka. to food aur security yahi do un ka concern hota hai. chahe woh sher ho, chahe bird ho, chahe cheenti ho, koi bhi ho. is ke baad chautha jo hai, woh insan hai. insan ki sifat yeh hai, woh ek mind rakhta hai. thinking power is ke andar hai. kaha jaata hai ke insan ke andar conceptual thought ki bohat hi unique sifat hai. khud se sochna, khud se r</w:t>
      </w:r>
    </w:p>
    <w:p>
      <w:pPr>
        <w:jc w:val="right"/>
      </w:pPr>
      <w:r>
        <w:t>کھانا پینا انہیں ملتا رہے، اور دوسرا سیکیورٹی کا مسئلہ ان کا۔ تو فوڈ اور سیکیورٹی یہی دو ان کا کنسرن ہوتا ہے۔ چاہے وہ شیر ہو، چاہے برڈ ہو، چاہے چیونٹی ہو، کوئی بھی ہو۔ اس کے بعد چوتھا جو ہے، وہ انسان ہے۔ انسان کی صفت یہ ہے، وہ ایک مائنڈ رکھتا ہے۔ تھنکنگ پاور اس کے اندر ہے۔ کہا جاتا ہے کہ انسان کے اندر کنسپچول تھاٹ کی بہت ہی یونیک صفت ہے۔ خود سے سوچنا، خود سے ر</w:t>
      </w:r>
    </w:p>
    <w:p>
      <w:r>
        <w:rPr>
          <w:b/>
        </w:rPr>
        <w:t xml:space="preserve">[07:02] </w:t>
      </w:r>
      <w:r>
        <w:t>aaye banana, khud se creative thought aana, aap aadmi ke andar hota hai. to yeh yeh jo hai, thinking ka sahi maano mein jo sifat hai, jo quality hai, woh sirf insan mein paayi jaati hai. kisi aur cheez mein nahi paayi jaati. isi thinking ki wajah se insan ke andar ek cheez aayi hai, woh us ko kehte hain explanation. cheezon ko explain karne</w:t>
      </w:r>
    </w:p>
    <w:p>
      <w:pPr>
        <w:jc w:val="right"/>
      </w:pPr>
      <w:r>
        <w:t>ائے بنانا، خود سے کریٹیو تھاٹ آنا، آپ آدمی کے اندر ہوتا ہے۔ تو یہ یہ جو ہے، تھنکنگ کا صحیح معنوں میں جو صفت ہے، جو کوالٹی ہے، وہ صرف انسان میں پائی جاتی ہے۔ کسی اور چیز میں نہیں پائی جاتی۔ اسی تھنکنگ کی وجہ سے انسان کے اندر ایک چیز آئی ہے، وہ اس کو کہتے ہیں ایکسپلینیشن۔ چیزوں کو ایکسپلین کرنے</w:t>
      </w:r>
    </w:p>
    <w:p>
      <w:r>
        <w:rPr>
          <w:b/>
        </w:rPr>
        <w:t xml:space="preserve">[07:32] </w:t>
      </w:r>
      <w:r>
        <w:t>ki koshish. isi liye kaha jaata hai ke man is a, man is a explanation seeking animal. man is a, man is an explanation seeking animal. yani insan tojeeh talab janwar hai. tojeeh dhoondna, explanation dhoondna, yeh insan ki baat hai. to explanation talash kar</w:t>
      </w:r>
    </w:p>
    <w:p>
      <w:pPr>
        <w:jc w:val="right"/>
      </w:pPr>
      <w:r>
        <w:t>کی کوشش۔ اسی لیے کہا جاتا ہے کہ مین از اے، مین از اے ایکسپلینیشن سیکنگ اینیمل۔ مین از اے، مین از این ایکسپلینیشن سیکنگ اینیمل۔ یعنی انسان توجیح طلب جانور ہے۔ توجیح ڈھونڈنا، ایکسپلینیشن ڈھونڈنا، یہ انسان کی بات ہے۔ تو ایکسپلینیشن تلاش کر</w:t>
      </w:r>
    </w:p>
    <w:p>
      <w:r>
        <w:rPr>
          <w:b/>
        </w:rPr>
        <w:t xml:space="preserve">[08:02] </w:t>
      </w:r>
      <w:r>
        <w:t>na, yeh insan ki unique sifat hai. kisi doosre ko, kisi kisi doosre ki yeh zaroorat nahi hai. sher hai ya elephant hai ya chidiya hai, koi bhi cheez ya planet, planetary stars hain, kisi bhi cheez ka, kisi bhi cheez ki yeh zaroorat nahi hai ke woh explain karna chahe. cheezon ko woh e</w:t>
      </w:r>
    </w:p>
    <w:p>
      <w:pPr>
        <w:jc w:val="right"/>
      </w:pPr>
      <w:r>
        <w:t>نا، یہ انسان کی یونیک صفت ہے۔ کسی دوسرے کو، کسی کسی دوسرے کی یہ ضرورت نہیں ہے۔ شیر ہے یا ایلیفنٹ ہے یا چڑیا ہے، کوئی بھی چیز یا پلینٹ، پلینٹری سٹارز ہیں، کسی بھی چیز کا، کسی بھی چیز کی یہ ضرورت نہیں ہے کہ وہ ایکسپلین کرنا چاہے۔ چیزوں کو وہ ای</w:t>
      </w:r>
    </w:p>
    <w:p>
      <w:r>
        <w:rPr>
          <w:b/>
        </w:rPr>
        <w:t xml:space="preserve">[08:32] </w:t>
      </w:r>
      <w:r>
        <w:t>z it is maan kar ke chalte hain. apni nature se ya apni instinct se woh governed hote hain. ab jo insan hai, jis ke andar, jis ko kehte hain tojeeh, yani explanation. explanation chahne ki jo sifat insan ke andar hai, usi se saare sara jo duniya mein yeh hai,</w:t>
      </w:r>
    </w:p>
    <w:p>
      <w:pPr>
        <w:jc w:val="right"/>
      </w:pPr>
      <w:r>
        <w:t>ز اٹ از مان کر کے چلتے ہیں۔ اپنی نیچر سے یا اپنی انسٹنکٹ سے وہ گورنڈ ہوتے ہیں۔ اب جو انسان ہے، جس کے اندر، جس کو کہتے ہیں توجیح، یعنی ایکسپلینیشن۔ ایکسپلینیشن چاہنے کی جو صفت انسان کے اندر ہے، اسی سے سارے سارا جو دنیا میں یہ ہے،</w:t>
      </w:r>
    </w:p>
    <w:p>
      <w:r>
        <w:rPr>
          <w:b/>
        </w:rPr>
        <w:t xml:space="preserve">[09:03] </w:t>
      </w:r>
      <w:r>
        <w:t>yani philosophy aur science aur saari cheezein, usi hi ka nateeja hai ke insan jaan chahta hai explain kare cheezon ko. jaise misaal ke taur par, darakht se saib neeche gira, to is darakht se saib ke girne ko chidiyon ne dekha, aur animal ne dekha, aur saare solar system ne dekha, zameen ne dekha, khud darakht ne</w:t>
      </w:r>
    </w:p>
    <w:p>
      <w:pPr>
        <w:jc w:val="right"/>
      </w:pPr>
      <w:r>
        <w:t>یعنی فلاسفی اور سائنس اور ساری چیزیں، اسی ہی کا نتیجہ ہے کہ انسان جان چاہتا ہے ایکسپلین کرے چیزوں کو۔ جیسے مثال کے طور پر، درخت سے سیب نیچے گرا، تو اس درخت سے سیب کے گرنے کو چڑیوں نے دیکھا، اور اینیمل نے دیکھا، اور سارے سولر سسٹم نے دیکھا، زمین نے دیکھا، خود درخت نے</w:t>
      </w:r>
    </w:p>
    <w:p>
      <w:r>
        <w:rPr>
          <w:b/>
        </w:rPr>
        <w:t xml:space="preserve">[09:33] </w:t>
      </w:r>
      <w:r>
        <w:t>dekha. kisi ke, kisi ke yahan yeh sawal nahi utha ke yeh darakht se toota to neeche kyun aa gaya? yeh sirf pehli baar insan ne socha. saare hi jo cheentiyan hain ya sher hai ya elephant hai ya chidiya hain, sab ke saamne yeh waqea baar baar hota raha ke upar se phal tootta hai to neeche aata hai, upar se patti tootti hai to neeche aati hai.</w:t>
      </w:r>
    </w:p>
    <w:p>
      <w:pPr>
        <w:jc w:val="right"/>
      </w:pPr>
      <w:r>
        <w:t>دیکھا۔ کسی کے، کسی کے یہاں یہ سوال نہیں اٹھا کہ یہ درخت سے ٹوٹا تو نیچے کیوں آ گیا؟ یہ صرف پہلی بار انسان نے سوچا۔ سارے ہی جو چیونٹیاں ہیں یا شیر ہے یا ایلیفنٹ ہے یا چڑیاں ہیں، سب کے سامنے یہ واقعہ بار بار ہوتا رہا کہ اوپر سے پھل ٹوٹتا ہے تو نیچے آتا ہے، اوپر سے پتی ٹوٹتی ہے تو نیچے آتی ہے۔</w:t>
      </w:r>
    </w:p>
    <w:p>
      <w:r>
        <w:rPr>
          <w:b/>
        </w:rPr>
        <w:t xml:space="preserve">[10:05] </w:t>
      </w:r>
      <w:r>
        <w:t>kisi ko yeh sawal pesh nahi aaya ke aisa kyun hota hai? yeh sirf insan tha jis ne yeh socha ke saib upar se toot kar neeche kyun gira. is ko kehte hain explanation. explain karna cheezon ko. to man is an explanation seeking animal. isi liye kaha jaata hai. to insan ki isi quality ne, isi sifat ne yeh kiya</w:t>
      </w:r>
    </w:p>
    <w:p>
      <w:pPr>
        <w:jc w:val="right"/>
      </w:pPr>
      <w:r>
        <w:t>کسی کو یہ سوال پیش نہیں آیا کہ ایسا کیوں ہوتا ہے؟ یہ صرف انسان تھا جس نے یہ سوچا کہ سیب اوپر سے ٹوٹ کر نیچے کیوں گرا۔ اس کو کہتے ہیں ایکسپلینیشن۔ ایکسپلین کرنا چیزوں کو۔ تو مین از این ایکسپلینیشن سیکنگ اینیمل۔ اسی لیے کہا جاتا ہے۔ تو انسان کی اسی کوالٹی نے، اسی صفت نے یہ کیا</w:t>
      </w:r>
    </w:p>
    <w:p>
      <w:r>
        <w:rPr>
          <w:b/>
        </w:rPr>
        <w:t xml:space="preserve">[10:36] </w:t>
      </w:r>
      <w:r>
        <w:t>ke shuru hi se insan yeh sochta raha hai ke who am I, why am I here? yeh saare jo sawalat hain, main kaun hoon? main is duniya mein kyun hoon? main kyun paida hua? marne ke baad kya hota hai? yeh saare jo sawalat hain, in ko jaanne ki koshish karta raha insan apne is mizaj ki bana par hamesha se. to yeh soch sab se</w:t>
      </w:r>
    </w:p>
    <w:p>
      <w:pPr>
        <w:jc w:val="right"/>
      </w:pPr>
      <w:r>
        <w:t>کہ شروع ہی سے انسان یہ سوچتا رہا ہے کہ ہو ایم آئی، وائی ایم ہیر؟ یہ سارے جو سوالات ہیں، میں کون ہوں؟ میں اس دنیا میں کیوں ہوں؟ میں کیوں پیدا ہوا؟ مرنے کے بعد کیا ہوتا ہے؟ یہ سارے جو سوالات ہیں، ان کو جاننے کی کوشش کرتا رہا انسان اپنے اس مزاج کی بنا پر ہمیشہ سے۔ تو یہ سوچ سب سے</w:t>
      </w:r>
    </w:p>
    <w:p>
      <w:r>
        <w:rPr>
          <w:b/>
        </w:rPr>
        <w:t xml:space="preserve">[11:06] </w:t>
      </w:r>
      <w:r>
        <w:t>pehley philosophy mein aayi. philosophy kya hai? philosophy naam hai explain karne ka. zindagi ko explain karna, duniya ko explain karna, yeh hai philosophy ka nishana. to history batati hai ke philosophy paanch hazar saal se in sawalat mein uljhi rahi hai.</w:t>
      </w:r>
    </w:p>
    <w:p>
      <w:pPr>
        <w:jc w:val="right"/>
      </w:pPr>
      <w:r>
        <w:t>پہلے فلاسفی میں آئی۔ فلاسفی کیا ہے؟ فلاسفی نام ہے ایکسپلین کرنے کا۔ زندگی کو ایکسپلین کرنا، دنیا کو ایکسپلین کرنا، یہ ہے فلاسفی کا نشانہ۔ تو ہسٹری بتاتی ہے کہ فلاسفی پانچ ہزار سال سے ان سوالات میں الجھی رہی ہے۔</w:t>
      </w:r>
    </w:p>
    <w:p>
      <w:r>
        <w:rPr>
          <w:b/>
        </w:rPr>
        <w:t xml:space="preserve">[11:37] </w:t>
      </w:r>
      <w:r>
        <w:t>paanch hazar saal se. lekin aaj tak philosophy in sawalat ka jawab nahi pa saki. Bertrand Russell ke baare mein kaha jaata hai ke he was philosopher of no philosophy. woh ek philosopher tha jis ka koi falsafa na tha. lekin main yeh kehta hoon ke jitne bhi philosopher hue hain, saare f</w:t>
      </w:r>
    </w:p>
    <w:p>
      <w:pPr>
        <w:jc w:val="right"/>
      </w:pPr>
      <w:r>
        <w:t>پانچ ہزار سال سے۔ لیکن آج تک فلاسفی ان سوالات کا جواب نہیں پا سکی۔ برٹن رسل کے بارے میں کہا جاتا ہے کہ ہی واز فلاسفر اف نو فلاسفی۔ وہ ایک فلاسفر تھا جس کا کوئی فلسفہ نہ تھا۔ لیکن میں یہ کہتا ہوں کہ جتنے بھی فلاسفر ہوئے ہیں، سارے ف</w:t>
      </w:r>
    </w:p>
    <w:p>
      <w:r>
        <w:rPr>
          <w:b/>
        </w:rPr>
        <w:t xml:space="preserve">[12:07] </w:t>
      </w:r>
      <w:r>
        <w:t>ilosopher ka haal yahi tha. every philosopher was philosopher of no philosophy. kyun? koi bhi falsafi jitne bhi paida hue, sab seeking ki had tak rahe. woh finding tak nahi pahunche. yani talash tak rahe, woh marifat tak nahi pahunche. koi bhi falsafi is position mein nahi tha ke woh hatmi taur par certainty ke sath</w:t>
      </w:r>
    </w:p>
    <w:p>
      <w:pPr>
        <w:jc w:val="right"/>
      </w:pPr>
      <w:r>
        <w:t>لاسفر کا حال یہی تھا۔ ایوری فلاسفر واز فلاسفر اف نو فلاسفی۔ کیوں؟ کوئی بھی فلسفی جتنے بھی پیدا ہوئے، سب سیکنگ کی حد تک رہے۔ وہ فائنڈنگ تک نہیں پہنچے۔ یعنی تلاش تک رہے، وہ معرفت تک نہیں پہنچے۔ کوئی بھی فلسفی اس پوزیشن میں نہیں تھا کہ وہ حتمی طور پر سرٹینٹی کے ساتھ</w:t>
      </w:r>
    </w:p>
    <w:p>
      <w:r>
        <w:rPr>
          <w:b/>
        </w:rPr>
        <w:t xml:space="preserve">[12:37] </w:t>
      </w:r>
      <w:r>
        <w:t>yeh keh sake ke yeh us ki finding hai, aur yeh hai zindagi ka yeh philosophy jo us ne daryaft kiya hai. har ek bas seeking ke darje mein raha, talash ke darje mein raha. is wajah se philosophy jo hai, is sawal ka jawab na de saki. to goya ke yeh jo maidan hai, wahan par philosophy khade hone ki position mein nahi hai. yeh jo hamara problem hai ke humein zindagi</w:t>
      </w:r>
    </w:p>
    <w:p>
      <w:pPr>
        <w:jc w:val="right"/>
      </w:pPr>
      <w:r>
        <w:t>یہ کہہ سکے کہ یہ اس کی فائنڈنگ ہے، اور یہ ہے زندگی کا یہ فلاسفی جو اس نے دریافت کیا ہے۔ ہر ایک بس سیکنگ کے درجے میں رہا، تلاش کے درجے میں رہا۔ اس وجہ سے فلاسفی جو ہے، اس سوال کا جواب نہ دے سکی۔ تو گویا کہ یہ جو میدان ہے، وہاں پر فلاسفی کھڑے ہونے کی پوزیشن میں نہیں ہے۔ یہ جو ہمارا پرابلم ہے کہ ہمیں زندگی</w:t>
      </w:r>
    </w:p>
    <w:p>
      <w:r>
        <w:rPr>
          <w:b/>
        </w:rPr>
        <w:t xml:space="preserve">[13:07] </w:t>
      </w:r>
      <w:r>
        <w:t>ka, zindagi ke sawal ka jawab maloom ho, hum zindagi ko explain kar sakein. is sawal ke se jo hum dochar hain, to is maamle mein philosopher ya philosophy is position mein nahi hai ke woh ek candidate ke taur par khada ho sake. jab woh claim nahi, claim nahi kar rahe hain ke hum ne pa liya hai, to woh is mein candidate kaise ban sakte hain? nahi ban sakte. woh</w:t>
      </w:r>
    </w:p>
    <w:p>
      <w:pPr>
        <w:jc w:val="right"/>
      </w:pPr>
      <w:r>
        <w:t>کا، زندگی کے سوال کا جواب معلوم ہو، ہم زندگی کو ایکسپلین کر سکیں۔ اس سوال کے سے جو ہم دوچار ہیں، تو اس معاملے میں فلاسفر یا فلاسفی اس پوزیشن میں نہیں ہے کہ وہ ایک کینڈیڈیٹ کے طور پر کھڑا ہو سکے۔ جب وہ کلیم نہیں، کلیم نہیں کر رہے ہیں کہ ہم نے پا لیا ہے، تو وہ اس میں کینڈیڈیٹ کیسے بن سکتے ہیں؟ نہیں بن سکتے۔ وہ</w:t>
      </w:r>
    </w:p>
    <w:p>
      <w:r>
        <w:rPr>
          <w:b/>
        </w:rPr>
        <w:t xml:space="preserve">[13:38] </w:t>
      </w:r>
      <w:r>
        <w:t>doosra darja in logon ka hai jis ko kaha jaata hai ke spiritual person. yani woh log jinhone apne aap ka, apne aap ki study ki, aur apne andar kuch realize kiya. un ko self realization hua. self realization. jahan tak main samajhta hoon ke different naam use hote hain, is sab ka key</w:t>
      </w:r>
    </w:p>
    <w:p>
      <w:pPr>
        <w:jc w:val="right"/>
      </w:pPr>
      <w:r>
        <w:t>دوسرا درجہ ان لوگوں کا ہے جس کو کہا جاتا ہے کہ اسپیریچول پرسن۔ یعنی وہ لوگ جنہوں نے اپنے آپ کا، اپنے آپ کی اسٹڈی کی، اور اپنے اندر کچھ ریلائز کیا۔ ان کو سیلف ریلائزیشن ہوا۔ سیلف ریلائزیشن۔ جہاں تک میں سمجھتا ہوں کہ ڈفرنٹ نام یوز ہوتے ہیں، اس سب کا کی</w:t>
      </w:r>
    </w:p>
    <w:p>
      <w:r>
        <w:rPr>
          <w:b/>
        </w:rPr>
        <w:t xml:space="preserve">[14:08] </w:t>
      </w:r>
      <w:r>
        <w:t>s yahi hai. lekin sawal yeh hai ke insan to ek limited hasti hai. koi bhi nahi keh sakta ke insan ek unlimited makhlooq hai. yani mythology mein aap aisa bol sakte hain, jaisa ke bola jaata hai. lekin mythological concept jo hai, woh koi real concept nahi ban sakta hai. yani aap apni kitaab mein ek mythological</w:t>
      </w:r>
    </w:p>
    <w:p>
      <w:pPr>
        <w:jc w:val="right"/>
      </w:pPr>
      <w:r>
        <w:t>س یہی ہے۔ لیکن سوال یہ ہے کہ انسان تو ایک لمیٹڈ ہستی ہے۔ کوئی بھی نہیں کہہ سکتا کہ انسان ایک ان لمیٹڈ مخلوق ہے۔ یعنی مائتھالوجی میں آپ ایسا بول سکتے ہیں، جیسا کہ بولا جاتا ہے۔ لیکن مائتھولوجیکل کانسیپٹ جو ہے، وہ کوئی ریل کانسیپٹ نہیں بن سکتا ہے۔ یعنی آپ اپنی کتاب میں ایک مائتھولوج</w:t>
      </w:r>
    </w:p>
    <w:p>
      <w:r>
        <w:rPr>
          <w:b/>
        </w:rPr>
        <w:t xml:space="preserve">[14:38] </w:t>
      </w:r>
      <w:r>
        <w:t>aik sens mein likh dein kisi ko ke woh zameen o aasman ke malik thay, is se malik nahi ban jayenge woh. kyunke jo dekhte hain, hum insaan jin ko aap awtar mante hain ya mystic mante hain ya sufi mante hain, to hum dekhte hain ke woh to aik insaan thay. un ke andar woh sari limitations theen jo limitations doosron ki hoti hain. to aik aisa insaan jo khud limited ho,</w:t>
      </w:r>
    </w:p>
    <w:p>
      <w:pPr>
        <w:jc w:val="right"/>
      </w:pPr>
      <w:r>
        <w:t>یکل سینس میں لکھ دیں کسی کو کہ وہ زمین و آسمان کے مالک تھے، اس سے مالک نہیں بن جائیں گے وہ۔ کیونکہ جو دیکھتے ہیں، ہم انسان جن کو آپ اوتار مانتے ہیں یا مسٹک مانتے ہیں یا صوفی مانتے ہیں، تو ہم دیکھتے ہیں کہ وہ تو ایک انسان تھے۔ ان کے اندر وہ ساری لیمیٹیشنز تھیں جو لیمیٹیشن دوسروں کی ہوتی ہیں۔ تو ایک ایسا انسان جو خود لمیٹڈ ہو،</w:t>
      </w:r>
    </w:p>
    <w:p>
      <w:r>
        <w:rPr>
          <w:b/>
        </w:rPr>
        <w:t xml:space="preserve">[15:08] </w:t>
      </w:r>
      <w:r>
        <w:t>woh kaise unlimited sachai ko daryaft kar sakta hai? sachai aik unlimited cheez hai. is ki koi limitations nahi. to aik aisa insaan jis ke jo sare, yaani jitne accounts hain, is ke mutabiq woh aik limited hasti hai. to yeh bilkul unscientific baat hai ke aik limited hasti ke bare mein hum yeh aqeedah banayein ke is ne unlimited sachai ko pa l</w:t>
      </w:r>
    </w:p>
    <w:p>
      <w:pPr>
        <w:jc w:val="right"/>
      </w:pPr>
      <w:r>
        <w:t>وہ کیسے ان لمیٹڈ سچائی کو دریافت کر سکتا ہے؟ سچائی ایک ان لمیٹڈ چیز ہے۔ اس کی کوئی لیمیٹیشنز نہیں۔ تو ایک ایسا انسان جس کے جو سارے، یعنی جتنے اکاؤنٹس ہیں، اس کے مطابق وہ ایک لمیٹڈ ہستی ہے۔ تو یہ بالکل ان سائنٹیفک بات ہے کہ ایک لمیٹڈ ہستی کے بارے میں ہم یہ عقیدہ بنائیں کہ اس نے ان لمیٹڈ سچائی کو پا ل</w:t>
      </w:r>
    </w:p>
    <w:p>
      <w:r>
        <w:rPr>
          <w:b/>
        </w:rPr>
        <w:t xml:space="preserve">[15:38] </w:t>
      </w:r>
      <w:r>
        <w:t>ya hai.aisa nahi ho sakta. ab reh gaye scientists. scientist bhi yeh claim nahi karte ke unhone sachai ko daryaft kiya hai. aap jante hain ke science mein mana jata hai ke science gives us but a partial knowledge of reality. yaani ilm jo hai, ilm ko unhone do</w:t>
      </w:r>
    </w:p>
    <w:p>
      <w:pPr>
        <w:jc w:val="right"/>
      </w:pPr>
      <w:r>
        <w:t>یا ہے۔ ایسا نہیں ہو سکتا۔ اب رہ گئے سائنٹسٹ۔ سائنٹسٹ بھی یہ کلیم نہیں کرتے کہ انہوں نے سچائی کو دریافت کیا ہے۔ آپ جانتے ہیں کہ سائنس میں مانا جاتا ہے کہ سائنس گیوز اس بٹ ا پارشل نالج اف ریلیٹی۔ یعنی علم جو ہے، علم کو انہوں نے دو</w:t>
      </w:r>
    </w:p>
    <w:p>
      <w:r>
        <w:rPr>
          <w:b/>
        </w:rPr>
        <w:t xml:space="preserve">[16:08] </w:t>
      </w:r>
      <w:r>
        <w:t>mein taqseem kar diya hai. knowledge of things, knowledge of truth. scientist ke nuqta nazar se yeh jo universe hai, woh do mein bati hui hai. knowledge of things, knowledge of truth. to science ka kehna yeh hai ke woh knowledge of things is ka maidan hai. bas knowledge of truth jo hai, is ka maidan hi nahi hai. isi liye keh diya gaya ke science gives us but a partial knowledge of reality. to science jab khud manti hai</w:t>
      </w:r>
    </w:p>
    <w:p>
      <w:pPr>
        <w:jc w:val="right"/>
      </w:pPr>
      <w:r>
        <w:t>میں تقسیم کر دیا ہے۔ نالج اف تھنگز، نالج اف ٹروتھ۔ سائنٹسٹ کے نقطہ نظر سے یہ جو یونیورس ہے، وہ دو میں بٹی ہوئی ہے۔ نالج اف تھنگز، نالج اف ٹروتھ۔ تو سائنس کا کہنا یہ ہے کہ وہ نالج اف تھنگز اس کا میدان ہے۔ بس نالج اف ٹروتھ جو ہے، اس کا میدان ہی نہیں ہے۔ اسی لیے کہہ دیا گیا کہ سائنس گیوز اس بٹ پارشل نالج اف ریلیٹی۔ تو سائنس جب خود مانتی ہے</w:t>
      </w:r>
    </w:p>
    <w:p>
      <w:r>
        <w:rPr>
          <w:b/>
        </w:rPr>
        <w:t xml:space="preserve">[16:39] </w:t>
      </w:r>
      <w:r>
        <w:t>ke is ko sirf adhura ilm hai, is ke paas poora ilm nahi hai, is ke paas to woh bhi is position mein nahi hai ke explanation ko poore maano mein de sake. zindagi ka jo explanation hai ke hum kahan se aaye, kahan jana hai, hum kaun hain, maut se pehle ka kya mamla hai, maut ke baad kya pesh aayega, yeh sare jo sawalat hain, in sawalat</w:t>
      </w:r>
    </w:p>
    <w:p>
      <w:pPr>
        <w:jc w:val="right"/>
      </w:pPr>
      <w:r>
        <w:t>کہ اس کو صرف ادھورا علم ہے، اس کے پاس پورا علم نہیں ہے، اس کے پاس تو وہ بھی اس پوزیشن میں نہیں ہے کہ ایکسپلینیشن کو پورے معنوں میں دے سکے۔ زندگی کا جو ایکسپلینیشن ہے کہ ہم کہاں سے آئے، کہاں جانا ہے، ہم کون ہیں، موت سے پہلے کا کیا معاملہ ہے، موت کے بعد کیا پیش آئے گا، یہ سارے جو سوالات ہیں، ان سوالات</w:t>
      </w:r>
    </w:p>
    <w:p>
      <w:r>
        <w:rPr>
          <w:b/>
        </w:rPr>
        <w:t xml:space="preserve">[17:09] </w:t>
      </w:r>
      <w:r>
        <w:t>ke jawab ke liye science bhi khud apni hi, yaani apni hi, khud apni hi manne ke mutabiq yahan woh khare hone ki position mein nahi hai. to main yeh kahunga ke philosopher, philosopher aur woh log jo, yaani realize soul ki hesiyat jin ki thi, woh ya scientist, yeh sab log is field mein khud apne hi manne ke mutabiq,</w:t>
      </w:r>
    </w:p>
    <w:p>
      <w:pPr>
        <w:jc w:val="right"/>
      </w:pPr>
      <w:r>
        <w:t>کے جواب کے لیے سائنس بھی خود اپنی ہی، یعنی اپنی ہی، خود اپنی ہی ماننے کے مطابق یہاں وہ کھڑے ہونے کی پوزیشن میں نہیں ہے۔ تو میں یہ کہوں گا کہ فلاسفر، فلاسفر اور وہ لوگ جو، یعنی ریلائز سول کی حیثیت جن کی تھی، وہ یا سائنٹسٹ، یہ سب لوگ اس فیلڈ میں خود اپنے ہی ماننے کے مطابق،</w:t>
      </w:r>
    </w:p>
    <w:p>
      <w:r>
        <w:rPr>
          <w:b/>
        </w:rPr>
        <w:t xml:space="preserve">[17:39] </w:t>
      </w:r>
      <w:r>
        <w:t>apne hi claim ke mutabiq is position mein nahi hain ke hum yaqeen kar sakein ke woh insaan ko woh ilm de sakte hain jis se woh zindagi ko explain kar sake. aadmi ab last mein hai prophet. prophet to prophet ka yeh kehna hota hai ke unhone ke woh bhi insaan hain, hamari tarah ke insaan hain, lekin Khuda ne unhein select kiya hai is baat ke liye ke Khuda angel ke through unhein</w:t>
      </w:r>
    </w:p>
    <w:p>
      <w:pPr>
        <w:jc w:val="right"/>
      </w:pPr>
      <w:r>
        <w:t>اپنے ہی کلیم کے مطابق اس پوزیشن میں نہیں ہیں کہ ہم یقین کر سکیں کہ وہ انسان کو وہ علم دے سکتے ہیں جس سے وہ زندگی کو ایکسپلین کر سکے۔ آدمی اب لاسٹ میں ہے پرافٹ۔ پرافٹ تو پرافٹ کا یہ کہنا ہوتا ہے کہ انہوں نے کہ وہ بھی انسان ہیں، ہماری طرح کے انسان ہیں، لیکن خدا نے انہیں سلیکٹ کیا ہے اس بات کے لیے کہ خدا اینجل کے تھرو انہیں</w:t>
      </w:r>
    </w:p>
    <w:p>
      <w:r>
        <w:rPr>
          <w:b/>
        </w:rPr>
        <w:t xml:space="preserve">[18:10] </w:t>
      </w:r>
      <w:r>
        <w:t>apna ilm bheje, apna ilm bheje, aur woh ilm hum ko mila hai, woh ilm hum tum ko pohncha rahe hain. to yeh baat bilkul scientific baat maloom hoti hai. yaani aik taraf woh apne bare mein kehte hain ke hum insaan hain, doosra woh yeh kehte hain ke Khuda hum se alag hai, jo all knowing hai, all powerful hai. to Khuda ki taraf se humein revelation mila hai, Khuda ki taraf se hamare paas</w:t>
      </w:r>
    </w:p>
    <w:p>
      <w:pPr>
        <w:jc w:val="right"/>
      </w:pPr>
      <w:r>
        <w:t>اپنا علم بھیجے، اپنا علم بھیجے، اور وہ علم ہم کو ملا ہے، وہ علم ہم تم کو پہنچا رہے ہیں۔ تو یہ بات بالکل سائنٹیفک بات معلوم ہوتی ہے۔ یعنی ایک طرف وہ اپنے بارے میں کہتے ہیں کہ ہم انسان ہیں، دوسرا وہ یہ کہتے ہیں کہ خدا ہم سے الگ ہے، جو ال نوئنگ ہے، ال پاور فل ہے۔ تو خدا کی طرف سے ہمیں ریولیشن ملا ہے، خدا کی طرف سے ہمارے پاس</w:t>
      </w:r>
    </w:p>
    <w:p>
      <w:r>
        <w:rPr>
          <w:b/>
        </w:rPr>
        <w:t xml:space="preserve">[18:41] </w:t>
      </w:r>
      <w:r>
        <w:t>knowledge aayi hai, isi ko hum tum ko pohncha rahe hain. to main samajhta hoon ke is poore is mein, yaani jo jitne sare group hain is field mein, sare doosre group jo hain, woh is position mein nahi hain ke hum un par trust kar sakein. sirf prophet hi par hum trust kar sakte hain. ab yahan par doosra sawal yeh aata hai ke prophet duniya</w:t>
      </w:r>
    </w:p>
    <w:p>
      <w:pPr>
        <w:jc w:val="right"/>
      </w:pPr>
      <w:r>
        <w:t>نالج آئی ہے، اسی کو ہم تم کو پہنچا رہے ہیں۔ تو میں سمجھتا ہوں کہ اس پورے اس میں، یعنی جو جتنے سارے گروپ ہیں اس فیلڈ میں، سارے دوسرے گروپ جو ہیں، وہ اس پوزیشن میں نہیں ہیں کہ ہم ان پر ٹرسٹ کر سکیں۔ صرف پرافٹ ہی پر ہم ٹرسٹ کر سکتے ہیں۔ اب یہاں پر دوسرا سوال یہ آتا ہے کہ پرافٹ دنیا</w:t>
      </w:r>
    </w:p>
    <w:p>
      <w:r>
        <w:rPr>
          <w:b/>
        </w:rPr>
        <w:t xml:space="preserve">[19:11] </w:t>
      </w:r>
      <w:r>
        <w:t>mein aaye, bohat se hadees ke mutabiq aik lakh 25 hazar prophet duniya mein aaye. ab hum jab prophet ka study karte hain to hum paate hain ke jitne bhi prophet pehle aaye, un mein se koi bhi historical prophet nahi hai. aik book maine padhi, aik Christian ki likhi hui hai, is ka naam hai Historical Jesus.</w:t>
      </w:r>
    </w:p>
    <w:p>
      <w:pPr>
        <w:jc w:val="right"/>
      </w:pPr>
      <w:r>
        <w:t>میں آئے، بہت سے حدیث کے مطابق ایک لاکھ 25 ہزار پرافٹ دنیا میں آئے۔ اب ہم جب پرافٹ کا اسٹڈی کرتے ہیں تو ہم پاتے ہیں کہ جتنے بھی پرافٹ پہلے آئے، ان میں سے کوئی بھی ہسٹاریکل پرافٹ نہیں ہے۔ ایک بک میں نے پڑھی، ایک کرسچن کی لکھی ہوئی ہے، اس کا نام ہے ہسٹاریکل جیز۔</w:t>
      </w:r>
    </w:p>
    <w:p>
      <w:r>
        <w:rPr>
          <w:b/>
        </w:rPr>
        <w:t xml:space="preserve">[19:42] </w:t>
      </w:r>
      <w:r>
        <w:t>Historical Jesus kehta hai ke Jesus aik historical figure ke taur par koi un ka existence nahi hai, aik belief ke taur par hai. yeh isi liye aik aik western scholar ne kaha ke woh is ke Christ ke bare mein ke historically un ka koi wajood nahi hai. yaani hum aik aqeedah rakhte hain kyunke Bible mein likha hua hai,</w:t>
      </w:r>
    </w:p>
    <w:p>
      <w:pPr>
        <w:jc w:val="right"/>
      </w:pPr>
      <w:r>
        <w:t>ہسٹاریکل جیز کہتا ہے کہ جیز ایک ہسٹاریکل فگر کے طور پر کوئی ان کا ایگزسٹنس نہیں ہے، ایک بیلیف کے طور پر ہے۔ یہ اسی لیے ایک ایک ویسٹرن اسکالر نے کہا کہ وہ اس کے کرائسٹ کے بارے میں کہ ہسٹاریکلی ان کا کوئی وجود نہیں ہے۔ یعنی ہم ایک عقیدہ رکھتے ہیں کیونکہ بائبل میں لکھا ہوا ہے،</w:t>
      </w:r>
    </w:p>
    <w:p>
      <w:r>
        <w:rPr>
          <w:b/>
        </w:rPr>
        <w:t xml:space="preserve">[20:13] </w:t>
      </w:r>
      <w:r>
        <w:t>lekin jo historical account hai, jo hamare aqeeday aur mazhab ke baad jo history hai, wahan par un ka koi trace nahi milta humein. to is ne kaha ke historically is quite doubtful whether Christ ever existed at all. yeh sare pichle prophet ka mamla hai, jabke Muhammad Rasool Allah ka mamla is se alag hai. aik western scholar ne kaha ke Muhammad was born</w:t>
      </w:r>
    </w:p>
    <w:p>
      <w:pPr>
        <w:jc w:val="right"/>
      </w:pPr>
      <w:r>
        <w:t>لیکن جو ہسٹاریکل اکاؤنٹ ہے، جو ہمارے عقیدے اور مذہب کے بعد جو ہسٹری ہے، وہاں پر ان کا کوئی ٹریس نہیں ملتا ہمیں۔ تو اس نے کہا کہ ہسٹاریکلی از کوائٹ ڈاؤٹ فل ویدر کرائسٹ ایور ایگزسٹڈ ایٹ ال۔ یہ سارے پچھلے پرافٹ کا معاملہ ہے، جبکہ محمد رسول اللہ کا معاملہ اس سے الگ ہے۔ ایک ویسٹرن اسکالر نے کہا کہ محمد واز بورن</w:t>
      </w:r>
    </w:p>
    <w:p>
      <w:r>
        <w:rPr>
          <w:b/>
        </w:rPr>
        <w:t xml:space="preserve">[20:43] </w:t>
      </w:r>
      <w:r>
        <w:t>within the full life history. Muhammad was born within the full life, full light of history ke Muhammad paida hue history ki poori roshni mein. ab misaal ke taur par dekhiye, agar aap yeh janna chahein ke yeh jo prophet of Islam thay, un ka naam kya tha to pata hoga ke Muhammad, un ke baap ka naam kya tha to maloom hoga ke Abdullah, un ke dada ka naam kya tha to batane batayega ke Abd</w:t>
      </w:r>
    </w:p>
    <w:p>
      <w:pPr>
        <w:jc w:val="right"/>
      </w:pPr>
      <w:r>
        <w:t>ود ان دا فل لائف ہسٹری۔ محمد واز بورن ود ان دا فل لائف، فل لائٹ اف ہسٹری کہ محمد پیدا ہوئے ہسٹری کی پوری روشنی میں۔ اب مثال کے طور پر دیکھیے، اگر آپ یہ جاننا چاہیں کہ یہ جو پرافٹ اف اسلام تھے، ان کا نام کیا تھا تو پتہ ہوگا کہ محمد، ان کے باپ کا نام کیا تھا تو معلوم ہوگا کہ عبداللہ، ان کے دادا کا نام کیا تھا تو بتانے بتائے گا کہ عبد</w:t>
      </w:r>
    </w:p>
    <w:p>
      <w:r>
        <w:rPr>
          <w:b/>
        </w:rPr>
        <w:t xml:space="preserve">[21:13] </w:t>
      </w:r>
      <w:r>
        <w:t>ul Mutalib, un ki maa ka naam kya tha to kaha Amina. woh kahan paida hue? Mecca mein. kis saal mein paida hue? 570 mein. kab un ki death hui? to 632 mein. yaani jo history jis ko hum kehte hain, historical account jis ko hum kehte hain, woh poora ka poora yahan available hai, jabke doosre prophet ke bare mein kuch bhi available nahi hai, siwaye belief ke. to yeh</w:t>
      </w:r>
    </w:p>
    <w:p>
      <w:pPr>
        <w:jc w:val="right"/>
      </w:pPr>
      <w:r>
        <w:t>المطلب، ان کی ماں کا نام کیا تھا تو کہا امنہ۔ وہ کہاں پیدا ہوئے؟ مکہ میں۔ کس سال میں پیدا ہوئے؟ 570 میں۔ کب ان کی ڈیتھ ہوئی؟ تو 632 میں۔ یعنی جو ہسٹری جس کو ہم کہتے ہیں، ہسٹاریکل اکاؤنٹ جس کو ہم کہتے ہیں، وہ پورا کا پورا یہاں اویلیبل ہے، جبکہ دوسرے پرافٹ کے بارے میں کچھ بھی اویلیبل نہیں ہے، سوائے بیلیف کے۔ تو یہ</w:t>
      </w:r>
    </w:p>
    <w:p>
      <w:r>
        <w:rPr>
          <w:b/>
        </w:rPr>
        <w:t xml:space="preserve">[21:43] </w:t>
      </w:r>
      <w:r>
        <w:t>wahan tak pohnch kar ke humein yeh maloom hota hai ke jo hamara question hai ke zindagi ko samajhna aur maut se pehle aur maut ke baad wali baaton ko hum kya haqeeqat is ki, us ko janna, us ke bare mein hum sirf Muhammad Rasool Allah hi par trust kar sakte hain, na kisi philosopher par, na kisi wise realize soul par, na kisi awtar par, na kisi scientist par, sirf prophet par</w:t>
      </w:r>
    </w:p>
    <w:p>
      <w:pPr>
        <w:jc w:val="right"/>
      </w:pPr>
      <w:r>
        <w:t>اں تک پہنچ کر کے ہمیں یہ معلوم ہوتا ہے کہ جو ہمارا کوئسچن ہے کہ زندگی کو سمجھنا اور موت سے پہلے اور موت کے بعد والی باتوں کو ہم کیا حقیقت اس کی، اس کو جاننا، اس کے بارے میں ہم صرف محمد رسول اللہ ہی پر ٹرسٹ کر سکتے ہیں، نہ کسی فلسفی پر، نہ کسی رائس ریلائز سول پر، نہ کسی اوتار پر، نہ کسی سائنٹسٹ پر، صرف پرافٹ پر</w:t>
      </w:r>
    </w:p>
    <w:p>
      <w:r>
        <w:rPr>
          <w:b/>
        </w:rPr>
        <w:t xml:space="preserve">[22:13] </w:t>
      </w:r>
      <w:r>
        <w:t>۔ Prophet mein chunke doosre prophet jo hain, woh un ki koi history nahi hai, woh historical prophet nahi hai, is liye prophet mein humein sirf Muhammad Rasool Allah ko lena parta hai. Maine aik book padhi jo aik Hindu thay, un ka naam tha Dr. Nishi Kant Chattopadhyay. Woh Bengal mein paida hue, phir woh Hyderabad mein settle hue, aur yeh Sarojini Naidu ki family se taluq rakhte thay.</w:t>
      </w:r>
    </w:p>
    <w:p>
      <w:pPr>
        <w:jc w:val="right"/>
      </w:pPr>
      <w:r>
        <w:t>۔ پرافٹ میں چونکہ دوسرے پرافٹ جو ہیں، وہ ان کی کوئی ہسٹری نہیں ہے، وہ ہسٹاریکل پرافٹ نہیں ہے، اس لیے پرافٹ میں ہمیں صرف محمد رسول اللہ کو لینا پڑتا ہے۔ میں نے ایک کتاب پڑھی جو ایک ہندو تھے، ان کا نام تھا ڈاکٹر نشی کان چتوپادیہ۔ وہ بنگال میں پیدا ہوئے، پھر وہ حیدرآباد میں سیٹل ہوئے، اور یہ سرونگی نائیڈو کی فیملی سے تعلق رکھتے تھے۔</w:t>
      </w:r>
    </w:p>
    <w:p>
      <w:r>
        <w:rPr>
          <w:b/>
        </w:rPr>
        <w:t xml:space="preserve">[22:44] </w:t>
      </w:r>
      <w:r>
        <w:t>To unhone Hyderabad mein us waqt so saal pehle woh aaye thay jab wahan Nizam Hyderabad ki state qaim thi, to wahan unhone Islam ka mutala kiya. Is se pehle woh philosophy padh chuke thay, science padh chuke thay, sare mazhab padh chuke thay, kyunke woh bohat si language jante thay. Woh bohat hi intelligent aadmi thay aur bohat si language jante thay. Woh to philosophy aur science aur religion</w:t>
      </w:r>
    </w:p>
    <w:p>
      <w:pPr>
        <w:jc w:val="right"/>
      </w:pPr>
      <w:r>
        <w:t>تو انہوں نے حیدرآباد میں اس وقت سو سال پہلے وہ آئے تھے جب وہاں نظام حیدرآباد کی اسٹیٹ قائم تھی، تو وہاں انہوں نے اسلام کا مطالعہ کیا۔ اس سے پہلے وہ فلاسفی پڑھ چکے تھے، سائنس پڑھ چکے تھے، سارے مذہب پڑھ چکے تھے، کیونکہ وہ بہت سی لینگویج جانتے تھے۔ وہ بہت ہی انٹیلیجنٹ آدمی تھے اور بہت سی لینگویج جانتے تھے۔ وہ تو فلاسفی اور سائنس اور ریلیجن</w:t>
      </w:r>
    </w:p>
    <w:p>
      <w:r>
        <w:rPr>
          <w:b/>
        </w:rPr>
        <w:t xml:space="preserve">[23:15] </w:t>
      </w:r>
      <w:r>
        <w:t>aur jitna bhi spiritual sciences sab ko padh chuke thay. Woh to kahin bhi unhein koi taskeen nahi milti thi. Un ka aik hi question tha, aik hi question tha, woh yeh ke khaas taur par prophet ke bare mein ke pichle yaani philosophy waghera ke bare mein un ke wahi khayalat thay jo maine arz kiye aap ki khidmat mein. Prophet ke bare mein woh kehte thay ke pichle prophet jab un ka koi historical account nahi hai to hum kaise yaqeen karein ke woh thay kabhi duniya mein?</w:t>
      </w:r>
    </w:p>
    <w:p>
      <w:pPr>
        <w:jc w:val="right"/>
      </w:pPr>
      <w:r>
        <w:t>اور جتنا بھی اسپرچول سائنسز سب کو پڑھ چکے تھے۔ وہ تو کہیں بھی انہیں کوئی تسکین نہیں ملتی تھی۔ ان کا ایک ہی کوئسچن تھا، ایک ہی کوئسچن تھا، وہ یہ کہ خاص طور پر پرافٹ کے بارے میں کہ پچھلے یعنی فلاسفی وغیرہ کے بارے میں ان کے وہی خیالات تھے جو میں نے عرض کیے آپ کی خدمت میں۔ پرافٹ کے بارے میں وہ کہتے تھے کہ پچھلے پرافٹ جب ان کا کوئی ہسٹاریکل اکاؤنٹ نہیں ہے تو ہم کیسے یقین کریں کہ وہ تھے کبھی دنیا میں؟</w:t>
      </w:r>
    </w:p>
    <w:p>
      <w:r>
        <w:rPr>
          <w:b/>
        </w:rPr>
        <w:t xml:space="preserve">[23:47] </w:t>
      </w:r>
      <w:r>
        <w:t>To jab aakhir mein unhone jab Hyderabad mein thay, woh us zamane mein unhone prophet of Islam ko padha, Quran ko padha, aur life of prophet ko padha, jo Islamic literature hai, us ko padha. To unhone aik un ki aik book hai, choti si book hai ke aik maine kaise Islam qabool kiya. Is mein woh likhte hain ke jab padhte padhte main Muhammad tak pohncha to maine</w:t>
      </w:r>
    </w:p>
    <w:p>
      <w:pPr>
        <w:jc w:val="right"/>
      </w:pPr>
      <w:r>
        <w:t>تو جب آخر میں انہوں نے جب حیدرآباد میں تھے، وہ اس زمانے میں انہوں نے پرافٹ اف اسلام کو پڑھا، قرآن کو پڑھا، اور لائف اف پرافٹ کو پڑھا، جو اسلامک لٹریچر ہے، اس کو پڑھا۔ تو انہوں نے ایک ان کی ایک بک ہے، چھوٹی سی بک ہے کہ ایک میں نے کیسے اسلام قبول کیا۔ اس میں وہ لکھتے ہیں کہ جب پڑھتے پڑھتے میں محمد تک پہنچا تو میں نے</w:t>
      </w:r>
    </w:p>
    <w:p>
      <w:r>
        <w:rPr>
          <w:b/>
        </w:rPr>
        <w:t xml:space="preserve">[24:17] </w:t>
      </w:r>
      <w:r>
        <w:t>paya ke yeh to bilkul poore maano mein historical prophet hai. Yeh sentence wahan likha hai unhone ke "Oh what a relief to find after all a truly prophet to believe in a truly historical prophet to believe in oh what a relief to find after all a truly historical prophet to believe in". Is ke baad unhone Islam qabool kar liya. To</w:t>
      </w:r>
    </w:p>
    <w:p>
      <w:pPr>
        <w:jc w:val="right"/>
      </w:pPr>
      <w:r>
        <w:t>پایا کہ یہ تو بالکل پورے معنوں میں ہسٹاریکل پرافٹ ہے۔ یہ سینٹنس وہاں لکھا ہے انہوں نے کہ "او واٹ ا ریلیف ٹو فائن افٹر ال ا ٹرولی پرافٹ ٹو بلیو ان ا ٹرولی ہسٹاریکل پرافٹ ٹو بلیو ان او واٹ ا ریلیف ٹو فائنڈ افٹر ال ا ٹرولی ہسٹاریکل پرافٹ ٹو بلیو ان"۔ اس کے بعد انہوں نے اسلام قبول کر لیا۔ تو</w:t>
      </w:r>
    </w:p>
    <w:p>
      <w:r>
        <w:rPr>
          <w:b/>
        </w:rPr>
        <w:t xml:space="preserve">[24:48] </w:t>
      </w:r>
      <w:r>
        <w:t>main yeh kehna chahta hoon ke agar koi aadmi sachai chahta hai, us ko apni zindagi ko janna hai, maut se pehle aur maut ke baad wali baaton ko samajhna hai, to us ke liye aik hi choice hai, woh hai ke Muhammad (SAW) ko padhe aur un se guidance lene ki koshish kare. Yaani logically there is no other option,</w:t>
      </w:r>
    </w:p>
    <w:p>
      <w:pPr>
        <w:jc w:val="right"/>
      </w:pPr>
      <w:r>
        <w:t>میں یہ کہنا چاہتا ہوں کہ اگر کوئی آدمی سچائی چاہتا ہے، اس کو اپنی زندگی کو جاننا ہے، موت سے پہلے اور موت کے بعد والی باتوں کو سمجھنا ہے، تو اس کے لیے ایک ہی چوائس ہے، وہ ہے کہ محمد صلی اللہ علیہ وسلم کو پڑھے اور ان سے گائیڈنس لینے کی کوشش کرے۔ یعنی لاجیکلی دیر از نو ادر اپشن،</w:t>
      </w:r>
    </w:p>
    <w:p>
      <w:r>
        <w:rPr>
          <w:b/>
        </w:rPr>
        <w:t xml:space="preserve">[25:18] </w:t>
      </w:r>
      <w:r>
        <w:t>only option is ke liye hai. Jaise ke maine arz kiya ke doosre jo is mein candidates hain, woh stand karne ki position mein nahi hain. Yahan par stand karne ki position mein sirf Muhammad Rasool Allah hain. To main samajhta hoon ke is mamle mein aadmi ko chahiye ke bohat hi sanjeedgi ke sath, bohat hi seriously woh is ka study kare aur marne se pehle woh jaan le ke yahan par us ko zindagi ka kya jawab milta hai. Ab</w:t>
      </w:r>
    </w:p>
    <w:p>
      <w:pPr>
        <w:jc w:val="right"/>
      </w:pPr>
      <w:r>
        <w:t>اونلی اپشن اس کے لیے ہی ہے۔ جیسے کہ میں نے عرض کیا کہ دوسرے جو اس میں کینڈیڈیٹ ہیں، وہ اسٹینڈ کرنے کی پوزیشن میں نہیں ہیں۔ یہاں پر اسٹینڈ کرنے کی پوزیشن میں صرف محمد رسول اللہ ہیں۔ تو میں سمجھتا ہوں کہ اس معاملے میں آدمی کو چاہیے کہ بہت ہی سنجیدگی کے ساتھ، بہت ہی سیریسلی وہ اس کا اسٹڈی کرے اور مرنے سے پہلے وہ جان لے کہ یہاں پر اس کو زندگی کا کیا جواب ملتا ہے۔ اب</w:t>
      </w:r>
    </w:p>
    <w:p>
      <w:r>
        <w:rPr>
          <w:b/>
        </w:rPr>
        <w:t xml:space="preserve">[25:48] </w:t>
      </w:r>
      <w:r>
        <w:t>main aap ko aaj ka hamara jo baat cheet ka mozu hai, woh prophet of Islam hai. Is liye main un ke bare mein kuch arz karna chahunga. Dekhein, jaise ke maine arz kiya, prophet of Islam ka naam Muhammad bin Abdullah tha. Woh Mecca mein 570 AD mein paida hue, phir</w:t>
      </w:r>
    </w:p>
    <w:p>
      <w:pPr>
        <w:jc w:val="right"/>
      </w:pPr>
      <w:r>
        <w:t>میں آپ کو آج کا ہمارا جو بات چیت کا موضوع ہے، وہ پرافٹ اف اسلام ہے۔ اس لیے میں ان کے بارے میں کچھ عرض کرنا چاہوں گا۔ دیکھیں، جیسا کہ میں نے عرض کیا، پرافٹ اف اسلام کا نام محمد بن عبداللہ تھا۔ وہ مکہ میں پانچ 570 ایڈی میں پیدا ہوئے، پھر</w:t>
      </w:r>
    </w:p>
    <w:p>
      <w:r>
        <w:rPr>
          <w:b/>
        </w:rPr>
        <w:t xml:space="preserve">[26:18] </w:t>
      </w:r>
      <w:r>
        <w:t>Mecca se unhone hijrat ki aur woh Madina gaye 622 mein. Wahan aap ki death hui 632 mein, wahin par aap ka yaani aap ki qabr wahan aaj bhi maujood hai. To aap ki zindagi ke kul 63 saal hotay hain. 63 saal mein 40 saal mein aap ko nabuwat milti hai, peghambari, aur</w:t>
      </w:r>
    </w:p>
    <w:p>
      <w:pPr>
        <w:jc w:val="right"/>
      </w:pPr>
      <w:r>
        <w:t>مکہ سے انہوں نے ہجرت کی اور وہ مدینہ گئے 622 میں۔ وہاں آپ کی ڈیتھ ہوئی 632 میں، وہیں پر آپ کا یعنی آپ کی قبر وہاں پر آج بھی موجود ہے۔ تو آپ کی زندگی کے کل 63 سال ہوتے ہیں۔ 63 سال میں 40 سال میں آپ کو نبوت ملتی ہے، پیغمبری، اور</w:t>
      </w:r>
    </w:p>
    <w:p>
      <w:r>
        <w:rPr>
          <w:b/>
        </w:rPr>
        <w:t xml:space="preserve">[26:48] </w:t>
      </w:r>
      <w:r>
        <w:t>23 saal aap yaani peghambar ki hesiyat duniya mein rahe. Is 23 saal ka poora account, historical account jo hai, woh poora ka poora maujood hai kitabon mein. Aap jo kitab laye, Quran, woh bhi preserved hai. Aap ki zindagi ki jo baatein jo hain, woh bhi preserved hain. Aap jo kuch bole, woh bhi hadees ki shakal mein preserved hai. To poori study aap kar sakte hain. Un ko koi bhi cheez yahan par ambiguous nahi hai, koi bhi cheez unknown nahi hai.</w:t>
      </w:r>
    </w:p>
    <w:p>
      <w:pPr>
        <w:jc w:val="right"/>
      </w:pPr>
      <w:r>
        <w:t>23 سال آپ یعنی پیغمبر کی حیثیت دنیا میں رہے۔ اس 23 سال کا پورا اکاؤنٹ، ہسٹاریکل اکاؤنٹ جو ہے، وہ پورا کا پورا موجود ہے کتابوں میں۔ آپ جو کتاب لائے، قرآن، وہ بھی پریزرو ہے۔ آپ کی زندگی کی جو باتیں جو ہیں، وہ بھی پریزرو ہیں۔ آپ جو کچھ بولے، وہ بھی حدیث کی شکل میں پریزرو ہے۔ تو پوری اسٹڈی آپ کر سکتے ہیں۔ ان کو کوئی بھی چیز یہاں پر ایمبیگوس نہیں ہے، کوئی بھی چیز ان نون نہیں ہے۔</w:t>
      </w:r>
    </w:p>
    <w:p>
      <w:r>
        <w:rPr>
          <w:b/>
        </w:rPr>
        <w:t xml:space="preserve">[27:18] </w:t>
      </w:r>
      <w:r>
        <w:t>har cheez historical hai. jabke doosre prophet ya doosri jitni bhi personalities hui hain, kisi ka bhi is tareeqe se preserve nahi hai. to aap is position mein hain ke yaani khalis ilmi aitbaar se study kar saken aur khud apne mutale se, apni study se faisla kar saken ke woh</w:t>
      </w:r>
    </w:p>
    <w:p>
      <w:pPr>
        <w:jc w:val="right"/>
      </w:pPr>
      <w:r>
        <w:t>ہر چیز ہسٹاریکل ہے۔ جبکہ دوسرے پرافٹ یا دوسری جتنی بھی پرسنیلٹیز ہوئی ہیں، کسی کا بھی اس طریقے سے پریزرو نہیں ہے۔ تو آپ اس پوزیشن میں ہیں کہ یعنی خالص علمی اعتبار سے اسٹڈی کر سکیں اور خود اپنے مطالعے سے، اپنی اسٹڈی سے فیصلہ کر سکیں کہ وہ</w:t>
      </w:r>
    </w:p>
    <w:p>
      <w:r>
        <w:rPr>
          <w:b/>
        </w:rPr>
        <w:t xml:space="preserve">[27:48] </w:t>
      </w:r>
      <w:r>
        <w:t>insaan kaun hai jis se mujhe guidance lena chahiye. aur main ab apne bare mein keh sakta hoon ke maine study kar ke jana hai ke Muhammad Rasool Allah jo hain, wohi only option hai hamare liye, only choice hai hamare liye. unhi se hum guidance pa sakte hain, unhi se hum guidance le sakte hain. to yeh meri finding hai aur main is par poora yaqeen, mujh ko poore conviction ke saath,</w:t>
      </w:r>
    </w:p>
    <w:p>
      <w:pPr>
        <w:jc w:val="right"/>
      </w:pPr>
      <w:r>
        <w:t>انسان کون ہے جس سے مجھے گائیڈنس لینا چاہیے۔ اور میں اب اپنے بارے میں کہہ سکتا ہوں کہ میں نے اسٹڈی کر کے جانا ہے کہ محمد رسول اللہ جو ہیں، وہی اونلی اپشن ہے ہمارے لیے، اونلی چوائس ہے ہمارے لیے۔ انہی سے ہم گائیڈنس پا سکتے ہیں، انہی سے ہم گائیڈنس لے سکتے ہیں۔ تو یہ میری فائنڈنگ ہے اور میں اس پر پورا یقین، مجھ کو پورے کنوکشن کے ساتھ،</w:t>
      </w:r>
    </w:p>
    <w:p>
      <w:r>
        <w:rPr>
          <w:b/>
        </w:rPr>
        <w:t xml:space="preserve">[28:18] </w:t>
      </w:r>
      <w:r>
        <w:t>maine aap ki hidayat ko qabool kiya hai. ek sahib ne kaha ke aap prophet ki baat karte hain. sawal yeh hai ke kisi ko hum prophet kaise manen? kaise hum manen aur yaqeen karen ke yeh aadmi prophet hai? maine kaha ke ek</w:t>
      </w:r>
    </w:p>
    <w:p>
      <w:pPr>
        <w:jc w:val="right"/>
      </w:pPr>
      <w:r>
        <w:t>میں نے آپ کی ہدایت کو قبول کیا ہے۔ ایک صاحب نے کہا کہ آپ پرافٹ کی بات کرتے ہیں۔ سوال یہ ہے کہ کسی کو ہم پرافٹ کیسے مانیں؟ کیسے ہم مانیں اور یقین کریں کہ یہ آدمی پرافٹ ہے؟ میں نے کہا کہ ایک</w:t>
      </w:r>
    </w:p>
    <w:p>
      <w:r>
        <w:rPr>
          <w:b/>
        </w:rPr>
        <w:t xml:space="preserve">[28:49] </w:t>
      </w:r>
      <w:r>
        <w:t>parshial line hai, aftab-e-aamd-e-dalil-e-aftab yani suraj apne aap mein proof hai ke woh suraj hai. suraj apne aap mein proof hai ke woh suraj hai. yahi muamla prophet ka hota hai. dekhiye, yeh ek historical fact hai</w:t>
      </w:r>
    </w:p>
    <w:p>
      <w:pPr>
        <w:jc w:val="right"/>
      </w:pPr>
      <w:r>
        <w:t>پرشیل لائن ہے، افتاب امد دلیل افتاب یعنی سورج اپنے آپ میں پروف ہے کہ وہ سورج ہے۔ سورج اپنے آپ میں پروف ہے کہ وہ سورج ہے۔ یہی معاملہ پرافٹ کا ہوتا ہے۔ دیکھیے، یہ ایک ہسٹاریکل فیکٹ ہے</w:t>
      </w:r>
    </w:p>
    <w:p>
      <w:r>
        <w:rPr>
          <w:b/>
        </w:rPr>
        <w:t xml:space="preserve">[29:19] </w:t>
      </w:r>
      <w:r>
        <w:t>ke prophet hone ka claim sirf uss ne kiya jo sach much prophet tha. yeh ek badi hi ajeeb history hai ke kisi bhi aise aadmi ne jo prophet nahi tha, kabhi bhi uss ne prophet ka claim nahi kiya. shayad logon ko yeh maloom nahi hai, bohat se logon ko samajh lete hain ke woh prophet ka claim kiya tha unhon ne, halanke galat hai yeh baat.</w:t>
      </w:r>
    </w:p>
    <w:p>
      <w:pPr>
        <w:jc w:val="right"/>
      </w:pPr>
      <w:r>
        <w:t>کہ پرافٹ ہونے کا کلیم صرف اس نے کیا جو سچ مچ پرافٹ تھا۔ یہ ایک بڑی ہی عجیب ہسٹری ہے کہ کسی بھی ایسے آدمی نے جو پرافٹ نہیں تھا، کبھی بھی اس نے پرافٹ کا کلیم نہیں کیا۔ شاید لوگوں کو یہ معلوم نہیں ہے، بہت سے لوگوں کو سمجھ لیتے ہیں کہ وہ پرافٹ کا کلیم کیا تھا انہوں نے، حالانکہ غلط ہے یہ بات۔</w:t>
      </w:r>
    </w:p>
    <w:p>
      <w:r>
        <w:rPr>
          <w:b/>
        </w:rPr>
        <w:t xml:space="preserve">[29:51] </w:t>
      </w:r>
      <w:r>
        <w:t>main aksar yeh kaha karta hoon ke prophet ke main prophet hoon, I am a prophet of God, sirf woh keh sakta hai jo sach much hi prophet ho ya phir koi mad aadmi keh sakta hai. mad aadmi koi samajhdar aadmi aisa bol nahi sakta aur na kabhi history mein aisa kabhi koi bola. main aap ko example deta hoon,</w:t>
      </w:r>
    </w:p>
    <w:p>
      <w:pPr>
        <w:jc w:val="right"/>
      </w:pPr>
      <w:r>
        <w:t>میں اکثر یہ کہا کرتا ہوں کہ پرافٹ کہ میں پرافٹ ہوں، ائی ایم ا پرافٹ اف گاڈ، صرف وہ کہہ سکتا ہے جو سچ مچ ہی پرافٹ ہو یا پھر کوئی میڈ آدمی کہہ سکتا ہے۔ میڈ آدمی کوئی سمجھدار آدمی ایسا بول نہیں سکتا اور نہ کبھی ہسٹری میں ایسا کبھی کوئی بولا۔ میں آپ کو ایگزامپل دیتا ہوں،</w:t>
      </w:r>
    </w:p>
    <w:p>
      <w:r>
        <w:rPr>
          <w:b/>
        </w:rPr>
        <w:t xml:space="preserve">[30:23] </w:t>
      </w:r>
      <w:r>
        <w:t>jaise Iran mein ek sahib paida hue, un ko kehte hain Baha'ullah Khan, un ka Bahai faith bola jata hai. unhon ne jo qaim kiya mazhab, uss ko kehte hain Bahai faith. uss ke founder the Baha'ullah Khan. kuch log ghalati se yeh samajhte hain ke unhon ne prophet hone ka dawah kiya tha, halanke sahi nahi hai. woh unhon ne, woh unki l</w:t>
      </w:r>
    </w:p>
    <w:p>
      <w:pPr>
        <w:jc w:val="right"/>
      </w:pPr>
      <w:r>
        <w:t>جیسے ایران میں ایک صاحب پیدا ہوئے، ان کو کہتے ہیں بہاؤ اللہ خان، ان کا بہائی فیتھ بولا جاتا ہے۔ انہوں نے جو قائم کیا مذہب، اس کو کہتے ہیں بہائی فیتھ۔ اس کے فاؤنڈر تھے بہاؤ اللہ خان۔ کچھ لوگ غلطی سے یہ سمجھتے ہیں کہ انہوں نے پرافٹ ہونے کا دعویٰ کیا تھا، حالانکہ صحیح نہیں ہے۔ وہ انہوں نے، وہ ان کی ل</w:t>
      </w:r>
    </w:p>
    <w:p>
      <w:r>
        <w:rPr>
          <w:b/>
        </w:rPr>
        <w:t xml:space="preserve">[30:53] </w:t>
      </w:r>
      <w:r>
        <w:t>language Persian thi, woh Iran mein paida hue the, to Persian language mein unhon ne kaha tha ke main mazhar-e-haq hoon. mazhar-e-haq, mazhar-e-haq ka matlab hota hai manifestation of God. manifestation of God. to unhon ne kabhi bhi yeh nahi kaha ke main paighambar hoon, main prophet hoon. unhon ne apne ko mazhar-e-haq bataya.</w:t>
      </w:r>
    </w:p>
    <w:p>
      <w:pPr>
        <w:jc w:val="right"/>
      </w:pPr>
      <w:r>
        <w:t>ینگویج پرشین تھی، وہ ایران میں پیدا ہوئے تھے، تو پرشین لینگویج میں انہوں نے کہا تھا کہ میں مظہر حق ہوں۔ مظہر حق، مظہر حق کا مطلب ہوتا ہے مینیفیسٹیشن اف گاڈ۔ مینیفیسٹیشن اف گاڈ۔ تو انہوں نے کبھی بھی یہ نہیں کہا کہ میں پیغمبر ہوں، میں پرافٹ ہوں۔ انہوں نے اپنے کو مظہر حق بتایا۔</w:t>
      </w:r>
    </w:p>
    <w:p>
      <w:r>
        <w:rPr>
          <w:b/>
        </w:rPr>
        <w:t xml:space="preserve">[31:24] </w:t>
      </w:r>
      <w:r>
        <w:t>to jahan tak prophet ki baat hai, to woh to unhon ne claim hi nahi kiya. ab jahan tak mazhar-e-haq ki baat hai, to yeh alag ek ek controversial subject hai. woh alag se socha jayega, kya waqe'atan woh God ka manifestation the? woh Khuda ka mazhar the? yeh ek alag question hai. jahan tak prophet ki baat hai, to unhon ne na claim kiya aur na woh iss maamle mein</w:t>
      </w:r>
    </w:p>
    <w:p>
      <w:pPr>
        <w:jc w:val="right"/>
      </w:pPr>
      <w:r>
        <w:t>تو جہاں تک پرافٹ کی بات ہے، تو وہ تو انہوں نے کلیم ہی نہیں کیا۔ اب جہاں تک مظہر حق کی بات ہے، تو یہ الگ ایک ایک کنٹروورشل سبجیکٹ ہے۔ وہ الگ سے سوچا جائے گا، کیا واقعتا وہ گاڈ کا مینیفیسٹشن تھے؟ وہ خدا کا مظہر تھے؟ یہ ایک الگ کوئسچن ہے۔ جہاں تک پرافٹ کی بات ہے، تو انہوں نے نہ کلیم کیا اور نہ وہ اس معاملے میں</w:t>
      </w:r>
    </w:p>
    <w:p>
      <w:r>
        <w:rPr>
          <w:b/>
        </w:rPr>
        <w:t xml:space="preserve">[31:55] </w:t>
      </w:r>
      <w:r>
        <w:t>candidate kahe ja sakte. woh iss baat ko achi tarah samajh lijiye ke Baha'ullah Khan ne kabhi bhi yeh nahi kaha tha ke main prophet of God hoon. jo kaha tha, woh ek alag cheez hai, woh ek aur cheez hai, woh hai mazhar-e-haq yani manifestation of God. iss wajah se iss waqt jo hum baat kar rahe hain prophet ki, wahan par woh ek candidate group mein khare nahi ho sakte kyunke unhon ne claim hi nahi kiya.</w:t>
      </w:r>
    </w:p>
    <w:p>
      <w:pPr>
        <w:jc w:val="right"/>
      </w:pPr>
      <w:r>
        <w:t>کینڈیڈیٹ کہے جا سکتے۔ وہ اس بات کو اچھی طرح سمجھ لیجئے کہ بہاؤ اللہ خان نے کبھی بھی یہ نہیں کہا تھا کہ میں پرافٹ اف گاڈ ہوں۔ جو کہا تھا، وہ ایک الگ چیز ہے، وہ ایک اور چیز ہے، وہ ہے مظہر حق یعنی مینیفیسٹن اف گاڈ۔ اس وجہ سے اس وقت جو ہم بات کر رہے ہیں پرافٹ کی، وہاں پر وہ ایک کینڈیڈیٹ گروپ میں کھڑے نہیں ہو سکتے کیونکہ انہوں نے کلیم ہی نہیں کیا۔</w:t>
      </w:r>
    </w:p>
    <w:p>
      <w:r>
        <w:rPr>
          <w:b/>
        </w:rPr>
        <w:t xml:space="preserve">[32:27] </w:t>
      </w:r>
      <w:r>
        <w:t>isi tarah se ek sahib paida hue Qadian mein, jo ab Pakistan mein hai, un ka naam tha Ghulam Ahmad Qadiani. un ke bare mein bhi kuch log kehte hain ke woh paighambar ka dawah kiya tha, halanke abhi galat hai. unhon ne kabhi bhi yeh nahi kaha tha ke I am a prophet of God. unhon ne kaha tha ke main zul-nabi hoon.</w:t>
      </w:r>
    </w:p>
    <w:p>
      <w:pPr>
        <w:jc w:val="right"/>
      </w:pPr>
      <w:r>
        <w:t>اسی طرح سے ایک صاحب پیدا ہوئے قادیان میں، جو اب پاکستان میں ہے، ان کا نام تھا غلام احمد قادیانی۔ ان کے بارے میں بھی کچھ لوگ کہتے ہیں کہ وہ پیغمبر کا دعویٰ کیا تھا، حالانکہ ابھی غلط ہے۔ انہوں نے کبھی بھی یہ نہیں کہا تھا کہ ائی ایم ا پرافٹ اف گاڈ۔ انہوں نے کہا تھا کہ میں ذل نبی ہوں۔</w:t>
      </w:r>
    </w:p>
    <w:p>
      <w:r>
        <w:rPr>
          <w:b/>
        </w:rPr>
        <w:t xml:space="preserve">[32:58] </w:t>
      </w:r>
      <w:r>
        <w:t>zul-nabi ka matlab hota hai ke shadow of the prophet. iss ko achi tarah yaad rakhiye ke Ghulam Ahmad Qadiani ne kabhi bhi yeh nahi kaha tha ke I am a prophet of God. jo kaha unhon ne, woh kaha tha ke main zul-nabi hoon, main shadow of prophet hoon. to ab yahan bhi main kahunga ke nabi ka jab zikr ho raha hai prophet ka, to prophet ke zikr</w:t>
      </w:r>
    </w:p>
    <w:p>
      <w:pPr>
        <w:jc w:val="right"/>
      </w:pPr>
      <w:r>
        <w:t>ذل نبی کا مطلب ہوتا ہے کہ شیڈو اف دا پرافٹ۔ اس کو اچھی طرح یاد رکھیے کہ غلام احمد قادیانی نے کبھی بھی یہ نہیں کہا تھا کہ ائی ایم ا پرافٹ اف گاڈ۔ جو کہا انہوں نے، وہ کہا تھا کہ میں ذل نبی ہوں، میں شیڈو اف پرافٹ ہوں۔ تو اب یہاں بھی میں کہوں گا کہ نبی کا جب ذکر ہو رہا ہے پرافٹ کا، تو پرافٹ کے ذکر</w:t>
      </w:r>
    </w:p>
    <w:p>
      <w:r>
        <w:rPr>
          <w:b/>
        </w:rPr>
        <w:t xml:space="preserve">[33:28] </w:t>
      </w:r>
      <w:r>
        <w:t>mein woh ek candidate ke taur par khare nahi ho sakte kyunke unhon ne claim hi nahi kiya. ek alag sawal hai ke zul-nabi se kya koi shadow of prophet hota hai? yeh alag se socha jayega. koi kahe ke main hathi hoon, main suraj hoon, to alag se socha jayega ke kya waqe'atan woh hathi hai ke nahi hai? yeh aap yeh nahi keh sakte ke woh prophet hai kyunke uss ne kabhi yeh claim nahi kiya.</w:t>
      </w:r>
    </w:p>
    <w:p>
      <w:pPr>
        <w:jc w:val="right"/>
      </w:pPr>
      <w:r>
        <w:t>میں وہ ایک کینڈیڈیٹ کے طور پر کھڑے نہیں ہو سکتے کیونکہ انہوں نے کلیم ہی نہیں کیا۔ ایک الگ سوال ہے کہ ذل نبی سے کیا کوئی شیڈو اف پرافٹ ہوتا ہے؟ یہ الگ سے سوچا جائے گا۔ کوئی کہے کہ میں ہاتھی ہوں، میں سورج ہوں، تو الگ سے سوچا جائے کہ کیا واقعتا وہ ہاتھی ہے کہ نہیں ہے؟ یہ آپ یہ نہیں کہہ سکتے کہ وہ پرافٹ ہے کیونکہ اس نے کبھی یہ کلیم نہیں کیا۔</w:t>
      </w:r>
    </w:p>
    <w:p>
      <w:r>
        <w:rPr>
          <w:b/>
        </w:rPr>
        <w:t xml:space="preserve">[33:59] </w:t>
      </w:r>
      <w:r>
        <w:t>ab main aap ko do personal experience batata hoon. yeh to historical cheezein theen, do personalities. iss se pehle ek shakhs paida hua tha Iraq mein, yaani Muslim world jab musalman ki empire jab qaim thi, Abbasi period mein, uss ka naam tha Mutanabbi. bohat hi ek intelligent shayar tha, woh Mutanabbi. to uss ke bare mein yeh mashhoor hua ke woh</w:t>
      </w:r>
    </w:p>
    <w:p>
      <w:pPr>
        <w:jc w:val="right"/>
      </w:pPr>
      <w:r>
        <w:t>اب میں آپ کو دو پرسنل ایکسپیرینس بتاتا ہوں۔ یہ تو ہسٹاریکل چیزیں تھیں، دو پرسنیلٹیز۔ اس سے پہلے ایک شخص پیدا ہوا تھا عراق میں، یعنی مسلم ورلڈ جب مسلمان کی ایمپائر جب قائم تھی، عباسی پیریڈ میں، اس کا نام تھا متنبی۔ بہت ہی ایک انٹیلیجنٹ شاعر تھا، وہ متنبی۔ تو اس کے بارے میں یہ مشہور ہوا کہ وہ</w:t>
      </w:r>
    </w:p>
    <w:p>
      <w:r>
        <w:rPr>
          <w:b/>
        </w:rPr>
        <w:t xml:space="preserve">[34:29] </w:t>
      </w:r>
      <w:r>
        <w:t>kehta hai ke main nabi hoon, I am a prophet of God. lekin aap uss ke halaat parhiye to baat ko khud uss ne apni zuban se keh diya ke maine to yun hi keh diya tha, joke ke taur par logon ke bewakoof banane ke liye. baqi maine kabhi dil se yeh nahi chaha samjha ke main Khuda ka paighambar hoon. to Mutanabbi ki baat maine batai, aap ko Baha'ullah Khan ki baat batai, maine aap ko aur Ghulam Ahmad Qadiani ki baat batai.</w:t>
      </w:r>
    </w:p>
    <w:p>
      <w:pPr>
        <w:jc w:val="right"/>
      </w:pPr>
      <w:r>
        <w:t>کہتا ہے کہ میں نبی ہوں، ائی ایم ا پرافٹ اف گاڈ۔ لیکن آپ اس کے حالات پڑھیے تو بات کو خود اس نے اپنی زبان سے کہہ دیا کہ میں نے تو یوں ہی کہہ دیا تھا، جوک کے طور پر لوگوں کے بیوقوف بنانے کے لیے۔ باقی میں نے کبھی دل سے یہ نہیں چاہا سمجھا کہ میں خدا کا پیغمبر ہوں۔ تو متنبی کی بات میں نے بتائی، آپ کو بہاؤ اللہ خان کی بات بتائی، میں نے آپ کو اور غلام احمد قادیانی کی بات بتائی۔</w:t>
      </w:r>
    </w:p>
    <w:p>
      <w:r>
        <w:rPr>
          <w:b/>
        </w:rPr>
        <w:t xml:space="preserve">[34:59] </w:t>
      </w:r>
      <w:r>
        <w:t>aap ko in mein se koi bhi aisa nahi tha jis ne yeh kaha ho ke main Khuda ka paighambar hoon. isi liye main kehta hoon ke paighambar un opposed victory ki position mein hai. aaj bhi aap jante hain ke election ho, uss mein ek aadmi khara ho aur koi doosra aadmi uss ka rival ban kar na khara ho contest karne ke liye, akela reh jaye, woh to woh akele jeet jayega. uss ko kehte hain</w:t>
      </w:r>
    </w:p>
    <w:p>
      <w:pPr>
        <w:jc w:val="right"/>
      </w:pPr>
      <w:r>
        <w:t>آپ کو ان میں سے کوئی بھی ایسا نہیں تھا جس نے یہ کہا ہو کہ میں خدا کا پیغمبر ہوں۔ اسی لیے میں کہتا ہوں کہ پیغمبر ان اپوزڈ وکٹری کی پوزیشن میں ہے۔ آج بھی آپ جانتے ہیں کہ الیکشن ہو، اس میں ایک آدمی کھڑا ہو اور کوئی دوسرا آدمی اس کا رائیول بن کر نہ کھڑا ہو کنٹیسٹ کرنے کے لیے، اکیلا رہ جائے، وہ تو وہ اکیلے جیت جائے گا۔ اس کو کہتے ہیں</w:t>
      </w:r>
    </w:p>
    <w:p>
      <w:r>
        <w:rPr>
          <w:b/>
        </w:rPr>
        <w:t xml:space="preserve">[35:29] </w:t>
      </w:r>
      <w:r>
        <w:t>un opposed victory. to prophet aaj bhi un opposed victory ki position mein hai kyunke kisi ne claim hi nahi kiya, jis ke bare mein log samajhte hain claim kiya tha. unhon ne woh main ne bataya aap ko ke woh galat tor par samajhte hain. log in mein se kisi ne bhi yeh nahi kaha tha ke I am the prophet of God. ab main aap ko do personal experience batata hoon. iss maamle mein</w:t>
      </w:r>
    </w:p>
    <w:p>
      <w:pPr>
        <w:jc w:val="right"/>
      </w:pPr>
      <w:r>
        <w:t>ان اپوزڈ وکٹری۔ تو پرافٹ آج بھی ان اپوزڈ وکٹری کی پوزیشن میں ہے کیونکہ کسی نے کلیم ہی نہیں کیا، جس کے بارے میں لوگ سمجھتے ہیں کلیم کیا تھا۔ انہوں نے وہ میں نے بتایا آپ کو کہ وہ غلط طور پر سمجھتے ہیں۔ لوگ ان میں سے کسی نے بھی یہ نہیں کہا تھا کہ ائی ایم دا پرافٹ اف گاڈ۔ اب میں آپ کو دو پرسنل ایکسپیرینس بتاتا ہوں۔ اس معاملے میں</w:t>
      </w:r>
    </w:p>
    <w:p>
      <w:r>
        <w:rPr>
          <w:b/>
        </w:rPr>
        <w:t xml:space="preserve">[35:59] </w:t>
      </w:r>
      <w:r>
        <w:t>Delhi mein ek sahib the, jo ab jinka ke dhyan ho chuka hai, un ka naam tha Guru Bachan Singh. Guru Guru Bachan Singh. yahan par aaj bhi un ka Kingsway Camp ke paas un ka bohat bara center hai. un ke bete aaj kal un ki jagah par gaddi par hain, Gurdev Singh un ka naam hai. un ke jo pita the, Guru Bachan Singh,</w:t>
      </w:r>
    </w:p>
    <w:p>
      <w:pPr>
        <w:jc w:val="right"/>
      </w:pPr>
      <w:r>
        <w:t>دلی میں ایک صاحب تھے، جو اب جن کا کہ دھیان ہو چکا ہے، ان کا نام تھا گرو بچن سنگھ۔ گرو گرو بچن سنگھ۔ یہاں پر آج بھی ان کا کنگز وے کیمپ کے پاس ان کا بہت بڑا سینٹر ہے۔ ان کے بیٹے آج کل ان کی جگہ پر گدی پر ہیں، گوردیو سنگھ ان کا نام ہے۔ ان کے جو پتا تھے، گرو بچن سنگھ،</w:t>
      </w:r>
    </w:p>
    <w:p>
      <w:r>
        <w:rPr>
          <w:b/>
        </w:rPr>
        <w:t xml:space="preserve">[36:30] </w:t>
      </w:r>
      <w:r>
        <w:t>un ke zamane mein main wahan kai baar gaya tha, to un ke kuch disciple mere paas aaye, yaani Guru Guru Bachan Singh ke kuch disciple. unhon ne ek mujhe pamphlet diya, uss par likha hua tha "Prophet of the Time", yaani guru jo un ke the, un ka uss mein introduction tha aur likha hua tha ke "Prophet of the Time". to unhon ne kaha ke hamare guru ji jo hain, woh "Prophet of the Time" hain.</w:t>
      </w:r>
    </w:p>
    <w:p>
      <w:pPr>
        <w:jc w:val="right"/>
      </w:pPr>
      <w:r>
        <w:t>ان کے زمانے میں میں وہاں کئی بار گیا تھا، تو ان کے کچھ ڈسائپل میرے پاس آئے، یعنی گرو گرو بچن سنگھ کے کچھ ڈسائپل۔ انہوں نے ایک مجھے پمفلیٹ دیا، اس پر لکھا ہوا تھا "پرافٹ اف دا ٹائم"، یعنی گروز جو ان کے تھے، ان کا اس میں انٹروڈکشن تھا اور لکھا ہوا تھا کہ "پرافٹ اف دا ٹائم"۔ تو انہوں نے کہا کہ ہمارے گرو جی جو ہیں، وہ "پرافٹ اف دا ٹائم" ہیں۔</w:t>
      </w:r>
    </w:p>
    <w:p>
      <w:r>
        <w:rPr>
          <w:b/>
        </w:rPr>
        <w:t xml:space="preserve">[37:00] </w:t>
      </w:r>
      <w:r>
        <w:t>un ka kehna tha ke pehle kuch aur prophet hue to woh zamane ke the, aaj ka jo zamana hai, aaj hamare prophet jo hain, hamare guru ji hain. yeh unhon ne kaha aur mujhe pamphlet diya. maine usse kaha, "acha theek hai, aap mujh ko apne guru ji ke paas le chaliye." yahi Delhi mein, jaise ke maine arz kiya ke Kingsway Camp ke paas un ka bohat bara center aaj bhi maujood hai. un ka mission "Nirankari Mission" kaha jata hai.</w:t>
      </w:r>
    </w:p>
    <w:p>
      <w:pPr>
        <w:jc w:val="right"/>
      </w:pPr>
      <w:r>
        <w:t>ان کا کہنا تھا کہ پہلے کچھ اور پرافٹ ہوئے تو وہ زمانے کے تھے، آج کا جو زمانہ ہے، آج ہمارے پرافٹ جو ہیں، ہمارے گرو جی ہیں۔ یہ انہوں نے کہا اور مجھے پمفلیٹ دیا۔ میں نے اسے کہا، "اچھا ٹھیک ہے، آپ مجھ کو اپنے گرو جی کے پاس لے چلیے۔" یہی دلی میں، جیسے کہ میں نے عرض کیا کہ کنگز وے کیمپ کے پاس ان کا بہت بڑا سینٹر آج بھی موجود ہے۔ ان کا مشن "نرنکاری مشن" کہا جاتا ہے۔</w:t>
      </w:r>
    </w:p>
    <w:p>
      <w:r>
        <w:rPr>
          <w:b/>
        </w:rPr>
        <w:t xml:space="preserve">[37:31] </w:t>
      </w:r>
      <w:r>
        <w:t>"Nirankari Mission" to maine kaha ke mujh ko le chaliye aur mere samne aap ke guru ji apne munh se yeh bol dein ke "I am the prophet of the time". main aaj ka ya aaj mein waqt ka paighambar hoon, yeh shabd woh bol de mere samne. maine usse pehle hi keh diya tha ke main un se kuch hujjat nahi karunga, kuch un se logic nahi poochunga, koi proof nahi mangunga.</w:t>
      </w:r>
    </w:p>
    <w:p>
      <w:pPr>
        <w:jc w:val="right"/>
      </w:pPr>
      <w:r>
        <w:t>"نرنکاری مشن" تو میں نے کہا کہ مجھ کو لے چلیے اور میرے سامنے آپ کے گرو جی اپنے منہ سے یہ بول دیں کہ "ائی ایم دا پرافٹ اف دا ٹائم"۔ میں آج کا یا آج میں وقت کا پیغمبر ہوں، یہ शब्द وہ بول دے میرے سامنے۔ میں نے اسے پہلے ہی کہہ دیا تھا کہ میں ان سے کچھ حجت نہیں کروں گا، کچھ ان سے لاجک نہیں پوچھوں گا، کوئی پروف نہیں مانگوں گا۔</w:t>
      </w:r>
    </w:p>
    <w:p>
      <w:r>
        <w:rPr>
          <w:b/>
        </w:rPr>
        <w:t xml:space="preserve">[38:02] </w:t>
      </w:r>
      <w:r>
        <w:t>yeh maine un ke disciples se pehle keh diya tha ke aap achi tarah itminan rakhiye ke main un se koi behas nahi karunga. yeh shabd main apni kaan se sunna chahta hoon ke bolen, main sunoon to kaha haan, bol dein ke chaliye aap. to time fix hua aur hum un ke ghaleban char disciples the, un ke sath main gaya wahan par aur mujhe yeh bhi maine keh diya tha ke aap bata dijiye pehle se guru ji ko</w:t>
      </w:r>
    </w:p>
    <w:p>
      <w:pPr>
        <w:jc w:val="right"/>
      </w:pPr>
      <w:r>
        <w:t>یہ میں نے ان کے ڈسائپلز سے پہلے کہہ دیا تھا کہ آپ اچھی طرح اطمینان رکھیے کہ میں ان سے کوئی بحث نہیں کروں گا۔ یہ शब्द میں اپنی کان سے سننا چاہتا ہوں کہ بولیں، میں سنوں تو کہا ہاں، بول دیں کہ چلیے آپ۔ تو ٹائم فکس ہوا اور ہم ان کے غالباً چار ڈسائپلز تھے، ان کے ساتھ میں گیا وہاں پر اور مجھے یہ بھی میں نے کہہ دیا تھا کہ آپ بتا دیجیے پہلے سے گرو جی کو</w:t>
      </w:r>
    </w:p>
    <w:p>
      <w:r>
        <w:rPr>
          <w:b/>
        </w:rPr>
        <w:t xml:space="preserve">[38:32] </w:t>
      </w:r>
      <w:r>
        <w:t>ke mujhe kuch na pehle bolna hai, na baad ko bolna hai. woh apna mission batayen aur yeh iss mission mein yeh keh dein ke main waqt ka paighambar hoon, "I am the prophet of the time". khud se woh bol dein, bas main sununga, sun kar chala jaunga. to unhon ne kaha ke theek hai, hum ne guru ji se bata diya hai. main gaya wahan par aur main 45 minute un ke paas raha. 45 minutes mein tha, un ke char disciples the, hum</w:t>
      </w:r>
    </w:p>
    <w:p>
      <w:pPr>
        <w:jc w:val="right"/>
      </w:pPr>
      <w:r>
        <w:t>کہ مجھے کچھ نہ پہلے بولنا ہے، نہ بعد کو بولنا ہے۔ وہ اپنا مشن بتائیں اور یہ اس مشن میں یہ کہہ دیں کہ میں وقت کا پیغمبر ہوں، "ائی ایم دا پرافٹ اف دا ٹائم"۔ خود سے وہ بول دیں، بس میں سنوں گا، سن کر چلاؤں گا۔ تو انہوں نے کہا کہ ٹھیک ہے، ہم نے گرو جی سے بتا دیا ہے۔ میں گیا وہاں پر اور میں 45 منٹ ان کے پاس رہا۔ 45 منٹس میں تھا، ان کے چار ڈسائپلز تھے، ہم</w:t>
      </w:r>
    </w:p>
    <w:p>
      <w:r>
        <w:rPr>
          <w:b/>
        </w:rPr>
        <w:t xml:space="preserve">[39:02] </w:t>
      </w:r>
      <w:r>
        <w:t>log paanch aadmi the aur shayad ek do aur un ke aadmi the wahan par. to main 45 minute tak baitha, un ki baatein sunta raha, lekin unhon ne ek ek shabdh bhi nahi kaha iss qism ka, na isharay mein aur na sarahat mein, na khule taur par, na indirect way mein, na direct aur indirect. unhon ne kaha yeh baat ke main waqt ka paighambar hoon. to jab 45 minute ho gaye</w:t>
      </w:r>
    </w:p>
    <w:p>
      <w:pPr>
        <w:jc w:val="right"/>
      </w:pPr>
      <w:r>
        <w:t>لوگ پانچ آدمی تھے اور شاید ایک دو اور ان کے آدمی تھے وہاں پر۔ تو میں 45 منٹ تک بیٹھا، ان کی باتیں سنتا رہا، لیکن انہوں نے ایک ایک شب بھی نہیں کہا اس قسم کا، نہ اشارے میں اور نہ صراحت میں، نہ کھلے طور پر، نہ ان ڈائریکٹ وے میں، نہ ڈائریکٹ اور ان ڈائریکٹ۔ انہوں نے کہا یہ بات کہ میں وقت کا پیغمبر ہوں۔ تو جب 45 منٹ ہو گئے</w:t>
      </w:r>
    </w:p>
    <w:p>
      <w:r>
        <w:rPr>
          <w:b/>
        </w:rPr>
        <w:t xml:space="preserve">[39:32] </w:t>
      </w:r>
      <w:r>
        <w:t>aur unhon ne aisa nahi kaha to maine kaha theek hai, ab main jata hoon. isi liye maine kaha ke yeh kehna itna bara baat hai ke aap Himalaya pahad apne sar utha sakte hain, lekin aap yeh nahi keh sakte ke main waqt ka paighambar hoon. mujh ko kuch jahil log yeh baatein bolte hain ke yeh apne ko paighambar samajhte hain. aap yaqeen kijiye ke main sochta hoon ke yeh log jahil hain, yeh log bhed bakri ke barabar hi aqal nahi hai. in ko hai jo</w:t>
      </w:r>
    </w:p>
    <w:p>
      <w:pPr>
        <w:jc w:val="right"/>
      </w:pPr>
      <w:r>
        <w:t>اور انہوں نے ایسا نہیں کہا تو میں نے کہا ٹھیک ہے، اب میں جاتا ہوں۔ اسی لیے میں نے کہا کہ یہ کہنا اتنا بڑا بات ہے کہ آپ ہمالیہ پہاڑ اپنے سر اٹھا سکتے ہیں، لیکن آپ یہ نہیں کہہ سکتے کہ میں وقت کا پیغمبر ہوں۔ مجھ کو کچھ جاہل لوگ یہ باتیں بولتے ہیں کہ یہ اپنے کو پیغمبر سمجھتے ہیں۔ آپ یقین کیجئے کہ میں سوچتا ہوں کہ یہ لوگ جاہل ہیں، یہ لوگ بھیڑ بکری کے برابر ہی عقل نہیں ہے۔ ان کو ہے جو</w:t>
      </w:r>
    </w:p>
    <w:p>
      <w:r>
        <w:rPr>
          <w:b/>
        </w:rPr>
        <w:t xml:space="preserve">[40:02] </w:t>
      </w:r>
      <w:r>
        <w:t>log mujhe aisa kehte hain ke apne ko peghambar samajhte hain, un ke andar yaqeen ki jiye ke bhed bakri ke barabar bhi aqal nahi hai. main poore yaqeen ke sath janta hoon is baat ko. yeh kehna ke main waqt ka peghambar hoon, is se bhi zyada mushkil hai jitna ke hamare pahaad ko apne sar pe uthana. ya to pagal keh sakta hai ya woh jo sach much hi peghambar ho. to ek tajruba yeh hua mera</w:t>
      </w:r>
    </w:p>
    <w:p>
      <w:pPr>
        <w:jc w:val="right"/>
      </w:pPr>
      <w:r>
        <w:t>لوگ مجھے ایسا کہتے ہیں کہ اپنے کو پیغمبر سمجھتے ہیں، ان کے اندر یقین کیجئے کہ بھیڑ بکری کے برابر بھی عقل نہیں ہے۔ میں پورے یقین کے ساتھ جانتا ہوں اس بات کو۔ یہ کہنا کہ میں وقت کا پیغمبر ہوں، اس سے بھی زیادہ مشکل ہے جتنا کہ ہمارے پہاڑ کو اپنے سر پہ اٹھانا۔ یا تو پاگل کہہ سکتا ہے یا وہ جو سچ مچ ہی پیغمبر ہو۔ تو ایک تجربہ یہ ہوا میرا</w:t>
      </w:r>
    </w:p>
    <w:p>
      <w:r>
        <w:rPr>
          <w:b/>
        </w:rPr>
        <w:t xml:space="preserve">[40:32] </w:t>
      </w:r>
      <w:r>
        <w:t>. is ke baad suniye, kerala mein ek hai mission, is ko kehte hain woh giri, woh sant shanti giri ashram. shanti giri ashram kerala mein hai, trivandrum ke paas. to wahan se mere paas invitation aaya aur in is invitation mein yeh likha</w:t>
      </w:r>
    </w:p>
    <w:p>
      <w:pPr>
        <w:jc w:val="right"/>
      </w:pPr>
      <w:r>
        <w:t>۔ اس کے بعد سنیے، کیرلا میں ایک ہے مشن، اس کو کہتے ہیں وہ گری، وہ سانت سانتی گری آشرم۔ سانتی گری آشرم کیرلا میں ہے، ٹریونڈرم کے پاس۔ تو وہاں سے میرے پاس انویٹیشن آیا اور ان اس انویٹیشن میں یہ لکھا</w:t>
      </w:r>
    </w:p>
    <w:p>
      <w:r>
        <w:rPr>
          <w:b/>
        </w:rPr>
        <w:t xml:space="preserve">[41:02] </w:t>
      </w:r>
      <w:r>
        <w:t>hua tha ke guru ji waqt ke peghambar hain. to un ka yahan delhi mein branch hai, un ki woh log mere paas aaye ke aap chaliye wahan par. to maine kaha ke main chalne ke tayyar hoon, sirf ek condition par ke aap ke guru ji se main ek sawal karunga. pehle to maine kaha tha wahan guru bachhan singh ke muamle mein kuch nahi bolunga, chup chap rahunga, sirf un ki zuban se sununga. yeh</w:t>
      </w:r>
    </w:p>
    <w:p>
      <w:pPr>
        <w:jc w:val="right"/>
      </w:pPr>
      <w:r>
        <w:t>ہوا تھا کہ گرو جی وقت کے پیغمبر ہیں۔ تو ان کا یہاں دلی میں برانچ ہے، ان کی وہ لوگ میرے پاس آئے کہ آپ چلیے وہاں پر۔ تو میں نے کہا کہ میں چلنے کے تیار ہوں، صرف ایک کنڈیشن پر کہ آپ کے گرو جی سے میں ایک سوال کروں گا۔ پہلے تو میں نے کہا تھا وہاں گرو بچن سنگھ کے معاملے میں کچھ نہیں بولوں گا، چپ چاپ رہوں گا، صرف ان کی زبان سے سنوں گا۔ یہ</w:t>
      </w:r>
    </w:p>
    <w:p>
      <w:r>
        <w:rPr>
          <w:b/>
        </w:rPr>
        <w:t xml:space="preserve">[41:32] </w:t>
      </w:r>
      <w:r>
        <w:t>aan mein ne kaha ke main sawal karunga, yahi sawal ke kya aap peghambar hain? to unhone kaha ke theek hai, aap chaliye. aap se ek alag kamra tha, un se hum aap se baat karayenge. to bahut bada shanti giri ashram wahan par hai, kafi bada hai. to main wahan gaya, unhi logon ki ticket par, unhi logon ke intezam ke تحت main gaya wahan par. to jaisa ke tay tha</w:t>
      </w:r>
    </w:p>
    <w:p>
      <w:pPr>
        <w:jc w:val="right"/>
      </w:pPr>
      <w:r>
        <w:t>اں میں نے کہا کہ میں سوال کروں گا، یہی سوال کہ کیا آپ پیغمبر ہیں؟ تو انہوں نے کہا کہ ٹھیک ہے، آپ چلیے۔ آپ سے ایک الگ کمرہ تھا، ان سے ہم آپ سے بات کرائیں گے۔ تو بہت بڑا سانتی گری آشرم وہاں پر ہے، کافی بڑا ہے۔ تو میں وہاں گیا، انہی لوگوں کی ٹکٹ پر، انہی لوگوں کے انتظام کے تحت میں گیا وہاں پر۔ تو جیسا کہ طے تھا</w:t>
      </w:r>
    </w:p>
    <w:p>
      <w:r>
        <w:rPr>
          <w:b/>
        </w:rPr>
        <w:t xml:space="preserve">[42:03] </w:t>
      </w:r>
      <w:r>
        <w:t>ke mujh ko woh log milayenge khaas tareeqe par aur mujhe baat karne ka mauqa denge. to sahib, is ke mutabiq unhone mujhe milaya wahan par. main tha aur un ke kai saathi the wahan par. to main baitha, ab woh ab un ka dhyan ho chuka hai. is waqt zinda the woh jab main gaya tha. to main wahan baitha un ke samne aur un se maine</w:t>
      </w:r>
    </w:p>
    <w:p>
      <w:pPr>
        <w:jc w:val="right"/>
      </w:pPr>
      <w:r>
        <w:t>کہ مجھ کو وہ لوگ ملائیں گے خاص طریقے پر اور مجھے بات کرنے کا موقع دیں گے۔ تو صاحب، اس کے مطابق انہوں نے مجھے ملایا وہاں پر۔ میں تھا اور ان کے کئی ساتھی تھے وہاں پر۔ تو میں بیٹھا، اب وہ اب ان کا دھیان ہو چکا ہے۔ اس وقت زندہ تھے وہ جب میں گیا تھا۔ تو میں وہاں بیٹھا ان کے سامنے اور ان سے میں نے</w:t>
      </w:r>
    </w:p>
    <w:p>
      <w:r>
        <w:rPr>
          <w:b/>
        </w:rPr>
        <w:t xml:space="preserve">[42:34] </w:t>
      </w:r>
      <w:r>
        <w:t>english mein baat ho rahi thi. to maine un se poocha ke "do you claim? do you claim that you are a prophet of god in the same sense in which moses and jesus muhammad claimed that they are prophet of god?" yani kya aap yeh daawa karte hain ke aap</w:t>
      </w:r>
    </w:p>
    <w:p>
      <w:pPr>
        <w:jc w:val="right"/>
      </w:pPr>
      <w:r>
        <w:t>انگلش میں بات ہو رہی تھی۔ تو میں نے ان سے پوچھا کہ "ڈو یو کلیم؟ ڈو یو کلیم دیٹ یو آر ا پرافٹ اف گاڈ ان دا سیم سینس ان وچ موزز اینڈ جیز محمد کلیم دیٹ دے آر پرافٹ اف گاڈ؟" یعنی کیا آپ یہ دعویٰ کرتے ہیں کہ آپ</w:t>
      </w:r>
    </w:p>
    <w:p>
      <w:r>
        <w:rPr>
          <w:b/>
        </w:rPr>
        <w:t xml:space="preserve">[43:04] </w:t>
      </w:r>
      <w:r>
        <w:t>isi mani mein khuda ke peghambar hain jis mani mein moosa, isa aur muhammad ne kaha ke hum khuda ke peghambar hain? yeh maine sawal kiya un se direct. unhone kaha ke "no". unhone kaha ke "no". unhone na to direct na indirect yeh kaha ke main khuda ka peghambar hoon, yeh bilkul unhone daawa nahi kiya. main kam az kam</w:t>
      </w:r>
    </w:p>
    <w:p>
      <w:pPr>
        <w:jc w:val="right"/>
      </w:pPr>
      <w:r>
        <w:t>اسی معنی میں خدا کے پیغمبر ہیں جس معنی میں موزہ، موسیٰ اور عیسیٰ اور محمد نے کہا کہ ہم خدا کے پیغمبر ہیں؟ یہ میں نے سوال کیا ان سے ڈائریکٹ۔ انہوں نے کہا کہ "نو"۔ انہوں نے کہا کہ "نو"۔ انہوں نے نہ تو ڈائریکٹ نہ ان ڈائریکٹ یہ کہا کہ میں خدا کا پیغمبر ہوں، یہ بالکل انہوں نے دعویٰ نہیں کیا۔ میں کم از کم</w:t>
      </w:r>
    </w:p>
    <w:p>
      <w:r>
        <w:rPr>
          <w:b/>
        </w:rPr>
        <w:t xml:space="preserve">[43:34] </w:t>
      </w:r>
      <w:r>
        <w:t>shayad ek ghante tak un ke paas raha aur maine is sawal ko repeat kiya, ek baar nahi, repeat kar ke repeat kiya. maine repeatedly maine un se poocha ke "do you claim that you are a prophet of god in the same sense in which moses and jesus and muhammad claimed that they are prophet of god?" unhone kaha ke "no". yeh do mere apne ex</w:t>
      </w:r>
    </w:p>
    <w:p>
      <w:pPr>
        <w:jc w:val="right"/>
      </w:pPr>
      <w:r>
        <w:t>شاید ایک گھنٹے تک ان کے پاس رہا اور میں نے اس سوال کو ریپیٹ کیا، ایک بار نہیں، ریپیٹ کر کے ریپیٹ کیا۔ میں نے ریپیٹڈلی میں نے ان سے پوچھا کہ "ڈو یو کلیم دیٹ یو آر ا پرافٹ اف گاڈ ان دا سیم سینس ان وچ موزز اینڈ جیزس اینڈ محمد کلیمڈ دیٹ دے آر پرافٹ اف گاڈ؟" انہوں نے کہا کہ "نو"۔ یہ دو میرے اپنے ایکس</w:t>
      </w:r>
    </w:p>
    <w:p>
      <w:r>
        <w:rPr>
          <w:b/>
        </w:rPr>
        <w:t xml:space="preserve">[44:04] </w:t>
      </w:r>
      <w:r>
        <w:t>perience se baat aa chuki hai. to aap ko teen mun history ki misaal di aur yeh ek aur prophet paida hue the, daawa kiya tha hazrat rasool Allah ke zamane mein. jo misaalें maine di hain aap ko, woh sab rasool Allah ke baad ki hain. ek paida hue the yaman mein, un ka naam tha musailmah. musailmah to log samajhte hain ke musailmah ne dawat kiya tha nabuwat ka, yeh bhi galat baat hai.</w:t>
      </w:r>
    </w:p>
    <w:p>
      <w:pPr>
        <w:jc w:val="right"/>
      </w:pPr>
      <w:r>
        <w:t>پیرینس سے بات آ چکی ہے۔ تو آپ کو تین من ہسٹری کی مثال دی اور یہ ایک اور پرافٹ پیدا ہوئے تھے، دعویٰ کیا تھا حضرت رسول اللہ کے زمانے میں۔ جو مثالیں میں نے دی ہیں آپ کو، وہ سب رسول اللہ کے بعد کی ہیں۔ ایک پیدا ہوئے تھےیمن میں، ان کا نام تھا مسیلمہ۔ مسیلمہ تو لوگ سمجھتے ہیں کہ مسیلمہ نے دعوت کیا تھا نبوت کا، یہ بھی غلط بات ہے۔</w:t>
      </w:r>
    </w:p>
    <w:p>
      <w:r>
        <w:rPr>
          <w:b/>
        </w:rPr>
        <w:t xml:space="preserve">[44:35] </w:t>
      </w:r>
      <w:r>
        <w:t>musailmah jo the, unhone kaha tha ke rasool Allah ko ek letter bheja tha ke main aap ke sath nabuwat mein shareek kiya gaya hoon. mushrik to bikaf al nabuwat, main aap ke sath nabuwat mein shareek kiya gaya hoon, to aap meri nabuwat ko maniye. to yeh yeh to koi daawa karna nahi hua. rasool Allah agar kahein ke haan, tum mere shareek</w:t>
      </w:r>
    </w:p>
    <w:p>
      <w:pPr>
        <w:jc w:val="right"/>
      </w:pPr>
      <w:r>
        <w:t>مسیلمہ جو تھے، انہوں نے کہا تھا کہ رسول اللہ کو ایک لیٹر بھیجا تھا کہ میں آپ کے ساتھ نبوت میں شریک کیا گیا ہوں۔ مشرک تو بیکاف النبوہ، میں آپ کے ساتھ نبوت میں شریک کیا گیا ہوں، تو آپ میری نبوت کو مانیے۔ تو یہ یہ تو کوئی دعویٰ کرنا نہیں ہوا۔ رسول اللہ اگر کہیں کہ ہاں، تم میرے شریک</w:t>
      </w:r>
    </w:p>
    <w:p>
      <w:r>
        <w:rPr>
          <w:b/>
        </w:rPr>
        <w:t xml:space="preserve">[45:05] </w:t>
      </w:r>
      <w:r>
        <w:t>nabuwat ho, tab un ki nabuwat banti thi, nahi to banti nahi thi. to agar rasool Allah yeh keh dein ke main tum ko manta nahi shareek, to us waqt un ki nabuwat khatm, un ka daawa khatm. independently kisi ne yeh nahi kaha ke main khuda ka peghambar hoon. kisi ne bhi poori history mein aisa koi nahi guzra, na aaj tak koi aisa hai. is liye main kehta hoon ke aap ka daawa jo hai, rasool Allah ka daawa, woh un opposed victory</w:t>
      </w:r>
    </w:p>
    <w:p>
      <w:pPr>
        <w:jc w:val="right"/>
      </w:pPr>
      <w:r>
        <w:t>نبوت ہو، تب ان کی نبوت بنتی تھی، نہیں تو بنتی نہیں تھی۔ تو اگر رسول اللہ یہ کہہ دیں کہ میں تم کو مانتا نہیں شریک، تو اس وقت ان کی نبوت ختم، ان کا دعویٰ ختم۔ انڈیپینڈنٹلی کسی نے یہ نہیں کہا کہ میں خدا کا پیغمبر ہوں۔ کسی نے بھی پوری ہسٹری میں ایسا کوئی نہیں گزرا، نہ آج تک کوئی ایسا ہے۔ اس لیے میں کہتا ہوں کہ آپ کا دعویٰ جو ہے، رسول اللہ کا دعویٰ، وہ ان اپوزڈ وکٹری</w:t>
      </w:r>
    </w:p>
    <w:p>
      <w:r>
        <w:rPr>
          <w:b/>
        </w:rPr>
        <w:t xml:space="preserve">[45:35] </w:t>
      </w:r>
      <w:r>
        <w:t>ki position mein hai. koi candidate nahi, koi samne koi aadmi nahi jo kahe ke main bhi khuda ka peghambar hoon. to jab koi daawa na kare to kya hai? phir aap ko manna padega. to rasool Allah only choice hain aap ke liye, insaniyat ke liye. ab main aap ko thode shabdon mein yeh batana chahunga ke rasool Allah, yani p</w:t>
      </w:r>
    </w:p>
    <w:p>
      <w:pPr>
        <w:jc w:val="right"/>
      </w:pPr>
      <w:r>
        <w:t>کی پوزیشن میں ہے۔ کوئی کینڈیڈیٹ نہیں، کوئی سامنے کوئی آدمی نہیں جو کہے کہ میں بھی خدا کا پیغمبر ہوں۔ تو جب کوئی دعویٰ نہ کرے تو کیا ہے؟ پھر آپ کو ماننا پڑے گا۔ تو رسول اللہ اونلی چوائس ہیں آپ کے لیے، انسانیت کے لیے۔ اب میں آپ کو تھوڑے शब्दوں میں یہ بتانا چاہوں گا کہ رسول اللہ، یعنی پ</w:t>
      </w:r>
    </w:p>
    <w:p>
      <w:r>
        <w:rPr>
          <w:b/>
        </w:rPr>
        <w:t xml:space="preserve">[46:05] </w:t>
      </w:r>
      <w:r>
        <w:t>rophet of islam, ne hamein kya diya? un ka contribution insaniyat ke liye kya tha? ek to aap ki history hai, aap kitabon mein padh sakte hain. koi bhi kitab aap ko jo mile aap ki life par, to us mein aap ko un ki history mil jayegi. to aap ki history ke bare mein is waqt zyada main nahi kahunga, kuch aisi baatein kahunga jo history mein aap ko nahi milti aam taur par. to woh yeh hai ke aap ka contribution insani</w:t>
      </w:r>
    </w:p>
    <w:p>
      <w:pPr>
        <w:jc w:val="right"/>
      </w:pPr>
      <w:r>
        <w:t>رافٹ اف اسلام، نے ہمیں کیا دیا؟ ان کا کنٹریبیوشن انسانیت کے لیے کیا تھا؟ ایک تو آپ کی ہسٹری ہے، آپ کتابوں میں پڑھ سکتے ہیں۔ کوئی بھی کتاب آپ کو جو ملے آپ کی لائف پر، تو اس میں آپ کو ان کی ہسٹری مل جائے گی۔ تو آپ کی ہسٹری کے بارے میں اس وقت زیادہ میں نہیں کہوں گا، کچھ ایسی باتیں کہوں گا جو ہسٹری میں آپ کو نہیں ملتی عام طور پر۔ تو وہ یہ ہے کہ آپ کا کنٹریبیوشن انسانی</w:t>
      </w:r>
    </w:p>
    <w:p>
      <w:r>
        <w:rPr>
          <w:b/>
        </w:rPr>
        <w:t xml:space="preserve">[46:35] </w:t>
      </w:r>
      <w:r>
        <w:t>yat ke liye kya tha? dekhiye, sab se yeh baat main lunga quran ke reference mein. sab se pehla reference jo hamein quran mein milta hai, woh hai jo choti si surah hai, bahut choti si. us mein hai ke "wajadaka zallan fahada" yani khuda ke bare mein kaha gaya hai ke "he found you wandering, then he</w:t>
      </w:r>
    </w:p>
    <w:p>
      <w:pPr>
        <w:jc w:val="right"/>
      </w:pPr>
      <w:r>
        <w:t>ت کے لیے کیا تھا؟ دیکھیے، سب سے یہ بات میں لوں گا قرآن کے ریفرنس میں۔ سب سے پہلا ریفرنس جو ہمیں قرآن میں ملتا ہے، وہ ہے جو چھوٹی سی سورہ ہے، بہت چھوٹی سی۔ اس میں ہے کہ "بوجدک ذالن فہدا" یعنی خدا کے بارے میں کہا گیا ہے کہ "ہی فاؤنڈ یو وانڈرنگ، دین ہی</w:t>
      </w:r>
    </w:p>
    <w:p>
      <w:r>
        <w:rPr>
          <w:b/>
        </w:rPr>
        <w:t xml:space="preserve">[47:06] </w:t>
      </w:r>
      <w:r>
        <w:t>guided you". khuda ne tum ko paya bhatka hua, sargardan, to us ne tum ko guidance di, hidayat di. "he found you wandering, then he guided you". to us mein ek bahut badi baat kahi gayi hai. yeh</w:t>
      </w:r>
    </w:p>
    <w:p>
      <w:pPr>
        <w:jc w:val="right"/>
      </w:pPr>
      <w:r>
        <w:t>گائیڈڈ یو"۔ خدا نے تم کو پایا بھٹکا ہوا، سرگرداں، تو اس نے تم کو گائیڈنس دی، ہدایت دی۔ "ہی فاؤنڈ یو وینڈرنگ، دین ہی گائیڈڈ یو"۔ تو اس میں ایک بہت بڑی بات کہی گئی ہے۔ یہ</w:t>
      </w:r>
    </w:p>
    <w:p>
      <w:r>
        <w:rPr>
          <w:b/>
        </w:rPr>
        <w:t xml:space="preserve">[47:36] </w:t>
      </w:r>
      <w:r>
        <w:t>bataur to baat hai ek shakhs ke bare mein, lekin yeh poori insaniyat ke bare mein hai. kaha to gaya hai ke tum ko, yani a prophet, tum ko hum ne paya ke tum bhatke hue ho. bhatke ka matlab kya hai? seeker. yahan jo word hai "zall", zall ka matlab hoga seeker. tum ko hum ne paya ke tum seeker ho, tum ko talash hai,</w:t>
      </w:r>
    </w:p>
    <w:p>
      <w:pPr>
        <w:jc w:val="right"/>
      </w:pPr>
      <w:r>
        <w:t>بظاہر تو بات ہے ایک شخص کے بارے میں، لیکن یہ پوری انسانیت کے بارے میں ہے۔ کہا تو گیا ہے کہ تم کو، یعنی اے پرافٹ، تم کو ہم نے پایا کہ تم بھٹکے ہوئے ہو۔ بھٹکے کا مطلب کیا ہے؟ سیکر۔ یہاں جو ورڈ ہے "ذال"، ذال کا مطلب ہوگا سیکر۔ تم کو ہم نے پایا کہ تم سیکر ہو، تم کو تلاش ہے،</w:t>
      </w:r>
    </w:p>
    <w:p>
      <w:r>
        <w:rPr>
          <w:b/>
        </w:rPr>
        <w:t xml:space="preserve">[48:08] </w:t>
      </w:r>
      <w:r>
        <w:t>to hum ne tum ko hidayat di. yeh main samajhta hoon ke rasool Allah ke reference mein poori insaniyat ki baat kahi gayi hai. yani sachai ka jo safar hai, woh shuru hota hai seeking se, kahin aur se nahi. yeh bahut important baat hai. jab tak aap seeker na hon, tab tak aap finder nahi ban sakte.</w:t>
      </w:r>
    </w:p>
    <w:p>
      <w:pPr>
        <w:jc w:val="right"/>
      </w:pPr>
      <w:r>
        <w:t>تو ہم نے تم کو ہدایت دی۔ یہ میں سمجھتا ہوں کہ رسول اللہ کے ریفرنس میں پوری انسانیت کی بات کہی گئی ہے۔ یعنی سچائی کا جو سفر ہے، وہ شروع ہوتا ہے سیکنگ سے، کہیں اور سے نہیں۔ یہ بہت امپورٹنٹ بات ہے۔ جب تک آپ سیکر نہ ہوں، تب تک آپ فائنڈر نہیں بن سکتے۔</w:t>
      </w:r>
    </w:p>
    <w:p>
      <w:r>
        <w:rPr>
          <w:b/>
        </w:rPr>
        <w:t xml:space="preserve">[48:38] </w:t>
      </w:r>
      <w:r>
        <w:t>rasool Allah jab seeker bane, to us ke baad un ko finder bane, woh tab un ko guidance mili. yeh har aadmi ka case hai. yani koi aadmi musalman ghar mein paida ho gaya, woh seeker nahi ban saka, us ko bhi sachai nahi milegi. kisi ko koi gaddi mil gayi, wahan baith gaya, gaddi se us ko sachai nahi milegi. koi kisi ek shakhs se bai'at ho gaya, us se bhi sachai nahi milegi. yeh starting</w:t>
      </w:r>
    </w:p>
    <w:p>
      <w:pPr>
        <w:jc w:val="right"/>
      </w:pPr>
      <w:r>
        <w:t>رسول اللہ جب سیکر بنے، تو اس کے بعد ان کو فائنڈر بنے، وہ تب ان کو گائیڈنس ملی۔ یہ ہر آدمی کا کیس ہے۔ یعنی کوئی آدمی مسلمان گھر میں پیدا ہو گیا، وہ سیکر نہیں بن سکا، اس کو بھی سچائی نہیں ملے گی۔ کسی کو کوئی گدی مل گئی، وہاں بیٹھ گیا، گدی سے اس کو سچائی نہیں ملے گی۔ کوئی کسی ایک شخص سے بیعت ہو گیا، اس سے بھی سچائی نہیں ملے گی۔ یہ سٹارٹنگ</w:t>
      </w:r>
    </w:p>
    <w:p>
      <w:r>
        <w:rPr>
          <w:b/>
        </w:rPr>
        <w:t xml:space="preserve">[49:08] </w:t>
      </w:r>
      <w:r>
        <w:t>point sachai ka hai, seeking. is ko achhi tarah samajh lijiye. koi bhi doosri cheez is is muamle mein starting point nahi ban sakti. seeking kya hai? aadmi ke andar jo by nature kuch cheezein rakh di gayi hain, unconsciously, unconsciously. quran se yeh sabit hai ke khuda ne</w:t>
      </w:r>
    </w:p>
    <w:p>
      <w:pPr>
        <w:jc w:val="right"/>
      </w:pPr>
      <w:r>
        <w:t>پوائنٹ سچائی کا ہے، سیکنگ۔ اس کو اچھی طرح سمجھ لیجئے۔ کوئی بھی دوسری چیز اس اس معاملے میں سٹارٹنگ پوائنٹ نہیں بن سکتی۔ سیکنگ کیا ہے؟ آدمی کے اندر جو بائی نیچر کچھ چیزیں رکھ دی گئی ہیں، انکونشیسلی، انکونشیسلی۔ قرآن سے یہ ثابت ہے کہ خدا نے</w:t>
      </w:r>
    </w:p>
    <w:p>
      <w:r>
        <w:rPr>
          <w:b/>
        </w:rPr>
        <w:t xml:space="preserve">[49:39] </w:t>
      </w:r>
      <w:r>
        <w:t>aadmi ki fitrat mein apna shaoor rakh diya hai. khuda ka shaoor jo hai, insan ke andar by nature rakha hua hai. jis ko kehte hain shaoor fitrat. to jab aadmi ke andar yeh shaoor jaag pade, ya andar jo chhupa hue sentiment hain, woh jaag padein aur woh question ban jayein ke main kaun hoon? yeh duniya kya hai? main kahan se aaya hoon? kahan</w:t>
      </w:r>
    </w:p>
    <w:p>
      <w:pPr>
        <w:jc w:val="right"/>
      </w:pPr>
      <w:r>
        <w:t>آدمی کی فطرت میں اپنا شعور رکھ دیا ہے۔ خدا کا شعور جو ہے، انسان کے اندر بائی نیچر رکھا ہوا ہے۔ جس کو کہتے ہیں شعور فطرت۔ تو جب آدمی کے اندر یہ شعور جاگ پڑے، یا اندر جو چھپا ہوئے سینٹیمنٹ ہیں، وہ جاگ پڑیں اور وہ کوئسچن بن جائیں کہ میں کون ہوں؟ یہ دنیا کیا ہے؟ میں کہاں سے آیا ہوں؟ کہاں</w:t>
      </w:r>
    </w:p>
    <w:p>
      <w:r>
        <w:rPr>
          <w:b/>
        </w:rPr>
        <w:t xml:space="preserve">[50:09] </w:t>
      </w:r>
      <w:r>
        <w:t>jaunga? khuda kaun hai? jab fitrat mein chhupa hua yeh ehsas jaag pade, isi ka naam hai seeking, talash. to sab se pehli cheez hai ke aadmi ke andar chhpe hue jo ehsasat hain, woh jaagein. woh jaagein. jaise ke jab pyas lag jati hai, tabhi pani peena aadmi ko faida deta hai. pyas na lagi ho, pet</w:t>
      </w:r>
    </w:p>
    <w:p>
      <w:pPr>
        <w:jc w:val="right"/>
      </w:pPr>
      <w:r>
        <w:t>جاؤں گا؟ خدا کون ہے؟ جب فطرت میں چھپا ہوا یہ احساس جاگ پڑے، اسی کا نام ہے سیکنگ، تلاش۔ تو سب سے پہلی چیز ہے کہ آدمی کے اندر چھپے ہوئے جو احساسات ہیں، وہ جاگیں۔ وہ جاگیں۔ جیسے کہ جب پیاس لگ جاتی ہے، تبھی پانی پینا آدمی کو فائدہ دیتا ہے۔ پیاس نہ لگی ہو، پیٹ</w:t>
      </w:r>
    </w:p>
    <w:p>
      <w:r>
        <w:rPr>
          <w:b/>
        </w:rPr>
        <w:t xml:space="preserve">[50:39] </w:t>
      </w:r>
      <w:r>
        <w:t>bhara hua ho, to pani peene se kuch nahi hoga. to jis tarah se pyas ke jaagne ke baad pani ka peena aadmi ko faida deta hai, usi tarah woh nature mein chhupa hua hai. khuda ka shaoor, khuda ki samajh, khuda ka gyan, jab woh jaag padta hai, tab aadmi seeker banta hai. jab seeker banta hai to kya? ke pyasa ho gaya. woh pyasa ho gaya. jab pyasa ho jayega, tabhi us ko</w:t>
      </w:r>
    </w:p>
    <w:p>
      <w:pPr>
        <w:jc w:val="right"/>
      </w:pPr>
      <w:r>
        <w:t>بھرا ہوا ہو، تو پانی پینے سے کچھ نہیں ہوگا۔ تو جس طرح سے پیاس کے جاگنے کے بعد پانی کا پینا آدمی کو فائدہ دیتا ہے، اسی طرح وہ نیچر میں چھپا ہوا ہے۔ خدا کا شعور، خدا کی سمجھ، خدا کا گیان، جب وہ جاگ پڑتا ہے، تب آدمی سیکر بنتا ہے۔ جب سیکر بنتا ہے تو کیا؟ کہ پیاسا ہو گیا۔ وہ پیاسا ہو گیا۔ جب پیاسا ہو جائے گا، تبھی اس کو</w:t>
      </w:r>
    </w:p>
    <w:p>
      <w:r>
        <w:rPr>
          <w:b/>
        </w:rPr>
        <w:t xml:space="preserve">[51:10] </w:t>
      </w:r>
      <w:r>
        <w:t>pani ki talash hogi. tabhi us ko pani milega, to use toot padega. tabhi woh pani ko pi kar apni pyas bujhaye ga. to wajadaka zallan fahada jo chapter number 90 mein kaha gaya hai, woh bahut hi important baat hai. yani rasool Allah ke waqeye ko le kar poori insaniyat ka muamla bataya gaya hai ke jo aadmi ch</w:t>
      </w:r>
    </w:p>
    <w:p>
      <w:pPr>
        <w:jc w:val="right"/>
      </w:pPr>
      <w:r>
        <w:t>پانی کی تلاش ہوگی۔ تبھی اس کو پانی ملے گا، تو اسے ٹوٹ پڑے گا۔ تبھی وہ پانی کو پی کر اپنی پیاس بجھائے گا۔ تو بوجدک ذالن فہدا جو چیپٹر نمبر 90 میں کہا گیا ہے، وہ بہت ہی امپورٹنٹ بات ہے۔ یعنی رسول اللہ کے واقعے کو لے کر پوری انسانیت کا معاملہ بتایا گیا ہے کہ جو آدمی چ</w:t>
      </w:r>
    </w:p>
    <w:p>
      <w:r>
        <w:rPr>
          <w:b/>
        </w:rPr>
        <w:t xml:space="preserve">[51:40] </w:t>
      </w:r>
      <w:r>
        <w:t>ahta hai ke use marifat ho, use sachai ki discovery ho, use realization ho, woh khuda ko pa sake. sachai ko woh jaan le to us ko seeker banna padega. sab se pehle talash, talash. jab woh talash karega to woh payega. arabi mein kaha jata hai ke "man jadda wajad". "man jadda</w:t>
      </w:r>
    </w:p>
    <w:p>
      <w:pPr>
        <w:jc w:val="right"/>
      </w:pPr>
      <w:r>
        <w:t>اہتا ہے کہ اسے معرفت ہو، اسے سچائی کی ڈسکوری ہو، اس کو ریلائزیشن ہو، وہ خدا کو پا سکے۔ سچائی کو وہ جان لے تو اس کو سیکر بننا پڑے گا۔ سب سے پہلے تلاش، تلاش۔ جب وہ تلاش کرے گا تو وہ پائے گا۔ عربی میں کہا جاتا ہے کہ "منجدہ وجدہ"۔ "منجد</w:t>
      </w:r>
    </w:p>
    <w:p>
      <w:r>
        <w:rPr>
          <w:b/>
        </w:rPr>
        <w:t xml:space="preserve">[52:10] </w:t>
      </w:r>
      <w:r>
        <w:t>w wajad" jo dhoondhta hai, woh pata hai. yeh bible mein kaha gaya ke dhoondho to paoge. hazrat masih ne kaha tha ke dhoondho to paoge. to yeh starting point dhoondhna hai. yeh bahut important baat hai. is ko samajh lijiye. kahin aur se starting point nahi banta. kuch log samajhte hain ke kisi guroh se bai'at ho jao, kisi ki jootiyan seedhi karo, kisi se</w:t>
      </w:r>
    </w:p>
    <w:p>
      <w:pPr>
        <w:jc w:val="right"/>
      </w:pPr>
      <w:r>
        <w:t>ہ وجدہ" جو ڈھونڈتا ہے، وہ پاتا ہے۔ یہ بائبل میں کہا گیا کہ ڈھونڈو تو پاؤ گے۔ حضرت مسیح نے کہا تھا کہ ڈھونڈو تو پاؤ گے۔ تو یہ سٹارٹنگ پوائنٹ ڈھونڈنا ہے۔ یہ بہت امپورٹنٹ بات ہے۔ اس کو سمجھ لیجئے۔ کہیں اور سے سٹارٹنگ پوائنٹ نہیں بنتا۔ کچھ لوگ سمجھتے ہیں کہ کسی گروہ سے بیعت ہو جاؤ، کسی کی جوتیاں سیدھی کرو، کسی سے</w:t>
      </w:r>
    </w:p>
    <w:p>
      <w:r>
        <w:rPr>
          <w:b/>
        </w:rPr>
        <w:t xml:space="preserve">[52:41] </w:t>
      </w:r>
      <w:r>
        <w:t>kisi gadi par ja kar ke kisi gadi tum mil jao. yeh sari cheezen jo hain, koi un se koi safar shuru nahi hota. jo seeker banega, wahi finder banega. jo seeker nahi banega, us ko finding bhi nahi hogi. yeh pehla sabak milta hai rasool Allah ki zindagi se. pehla sabak ke agar tum chahte ho paane ke tum paane wale bano, to tum dhoondne wale bano.</w:t>
      </w:r>
    </w:p>
    <w:p>
      <w:pPr>
        <w:jc w:val="right"/>
      </w:pPr>
      <w:r>
        <w:t>کسی گدی پر جا کر کے کسی گدی تم مل جاؤ۔ یہ ساری چیزیں جو ہیں، کوئی ان سے کوئی سفر شروع نہیں ہوتا۔ جو سیکر بنے گا، وہی فائنڈر بنے گا۔ جو سیکر نہیں بنے گا، اس کو فائنڈنگ بھی نہیں ہوگی۔ یہ پہلا سبق ملتا ہے رسول اللہ کی زندگی سے۔ پہلا سبق کہ اگر تم چاہتے ہو پانے کہ تم پانے والے بنو، تو تم ڈھونڈنے والے بنو۔</w:t>
      </w:r>
    </w:p>
    <w:p>
      <w:r>
        <w:rPr>
          <w:b/>
        </w:rPr>
        <w:t xml:space="preserve">[53:13] </w:t>
      </w:r>
      <w:r>
        <w:t>jab aadmi dhoondne wala banta hai to kya hota hai? us ke andar receptivity jaagti hai. receptivity. woh sincere ban jata hai. woh bohat zyada serious ban jata hai. jab tak aadmi ke andar seriousness na aaye, sincerity na aaye, tab tak cheezen us ke samne aayengi, lekin woh us ko pakar nahi payega. pakar nahi payega. jis tarah aadmi ko piyas na lagi ho, us ke samne aap pani la</w:t>
      </w:r>
    </w:p>
    <w:p>
      <w:pPr>
        <w:jc w:val="right"/>
      </w:pPr>
      <w:r>
        <w:t>جب آدمی ڈھونڈنے والا بنتا ہے تو کیا ہوتا ہے؟ اس کے اندر ریسیپٹیوٹی جاگتی ہے۔ ریسیپٹیوٹی۔ وہ سنسیئر بن جاتا ہے۔ وہ بہت زیادہ سیریس بن جاتا ہے۔ جب تک آدمی کے اندر سیریسنس نہ آئے، سنسیرٹی نہ آئے، تب تک چیزیں اس کے سامنے آئیں گی، لیکن وہ اس کو پکڑ نہیں پائے گا۔ پکڑ نہیں پائے گا۔ جس طرح آدمی کو پیاس نہ لگی ہو، اس کے سامنے آپ پانی لا</w:t>
      </w:r>
    </w:p>
    <w:p>
      <w:r>
        <w:rPr>
          <w:b/>
        </w:rPr>
        <w:t xml:space="preserve">[53:43] </w:t>
      </w:r>
      <w:r>
        <w:t>ke rakh dein to us ko peene ki khwahish nahi paida hogi. piyas to lagi hui nahi hai, to kyun pani piye ga woh? to jab seeking spirit aadmi ke andar achi tarah jaag parti hai, tabhi woh talash karta hai, tabhi study karta hai, tabhi janne ki koshish karta hai. yahan tak ke us ka safar wahan tak pahunch jata hai jis ko hum kehte hain realization, discovery ya finding. to yeh ek baat hui.</w:t>
      </w:r>
    </w:p>
    <w:p>
      <w:pPr>
        <w:jc w:val="right"/>
      </w:pPr>
      <w:r>
        <w:t>کے رکھ دیں تو اس کو پینے کی خواہش نہیں پیدا ہوگی۔ پیاس تو لگی ہوئی نہیں ہے، تو کیوں پانی پیے گا وہ؟ تو جب سیکنگ اسپرٹ آدمی کے اندر اچھی طرح جاگ پڑتی ہے، تبھی وہ تلاش کرتا ہے، تبھی اسٹڈی کرتا ہے، تبھی جاننے کی کوشش کرتا ہے۔ یہاں تک کہ اس کا سفر وہاں تک پہنچ جاتا ہے جس کو ہم کہتے ہیں ریلائزیشن، ڈسکوری یا فائنڈنگ۔ تو یہ ایک بات ہوئی۔</w:t>
      </w:r>
    </w:p>
    <w:p>
      <w:r>
        <w:rPr>
          <w:b/>
        </w:rPr>
        <w:t xml:space="preserve">[54:14] </w:t>
      </w:r>
      <w:r>
        <w:t>doosri baat jo mein kehna chahta hoon, woh yeh hai ke rasool Allah ne insaan ko bataya ke "what is the creation plan of God". yani pehle marhale mein aap ne Khuda, yani Khuda insaan ke andar jo chupa hua tha, Khuda ki talash to aap ne bataya ke tumhara ek khaliq hai, tumhara ek creator hai.</w:t>
      </w:r>
    </w:p>
    <w:p>
      <w:pPr>
        <w:jc w:val="right"/>
      </w:pPr>
      <w:r>
        <w:t>دوسری بات جو میں کہنا چاہتا ہوں، وہ یہ ہے کہ رسول اللہ نے انسان کو بتایا کہ "واٹ از دا کریشن پلان اف گاڈ"۔ یعنی پہلے مرحلے میں آپ نے خدا، یعنی خدا انسان کے اندر جو چھپا ہوا تھا، خدا کی تلاش تو آپ نے بتایا کہ تمہارا ایک خالق ہے، تمہارا ایک کریٹر ہے۔</w:t>
      </w:r>
    </w:p>
    <w:p>
      <w:r>
        <w:rPr>
          <w:b/>
        </w:rPr>
        <w:t xml:space="preserve">[54:44] </w:t>
      </w:r>
      <w:r>
        <w:t>aur Quran ki surat mein us ke andar woh sare, yani daleel aur woh sare argument diye, jis se aap yaqeen kar saken ke waqai Khuda hai. to pehla jo rasool Allah se mila hai, hamein woh hai bila marifat Khuda ki discovery. yeh pehli cheez milti hai hamein. aur agar aap rasool Allah ko hadaf kar dein history se</w:t>
      </w:r>
    </w:p>
    <w:p>
      <w:pPr>
        <w:jc w:val="right"/>
      </w:pPr>
      <w:r>
        <w:t>اور قرآن کی صورت میں اس کے اندر وہ سارے، یعنی دلیل اور وہ سارے ارگومنٹ دیے، جس سے آپ یقین کر سکیں کہ واقعی خدا ہے۔ تو پہلا جو رسول اللہ سے ملا ہے، ہمیں وہ ہے بلا معرفت خدا کی ڈسکوری۔ یہ پہلی چیز ملتی ہے ہمیں۔ اور اگر آپ رسول اللہ کو حذف کر دیں ہسٹری سے</w:t>
      </w:r>
    </w:p>
    <w:p>
      <w:r>
        <w:rPr>
          <w:b/>
        </w:rPr>
        <w:t xml:space="preserve">[55:14] </w:t>
      </w:r>
      <w:r>
        <w:t>to aadmi kuch bhi nahi jaan sake ke Khuda kya hai. kyunke Khuda ka jo concept hai, tarah tarah ke concept, isi bhatka hua insaan. to jab tak aap, yani clarity aap ke mind mein na aaye, tab tak marifat kahan se aa sakti hai? to mein samajhta hoon ke yeh pehli cheez hai jo hamein rasool Allah se milti hai, yani marifat Khuda ki pehchan,</w:t>
      </w:r>
    </w:p>
    <w:p>
      <w:pPr>
        <w:jc w:val="right"/>
      </w:pPr>
      <w:r>
        <w:t>تو آدمی کچھ بھی نہیں جان سکے کہ خدا کیا ہے۔ کیونکہ خدا کا جو کانسیپٹ ہے، طرح طرح کے کانسیپٹ، اسی بھٹکا ہوا انسان۔ تو جب تک آپ، یعنی کلیئرٹی آپ کے مائنڈ میں نہ آئے، تب تک معرفت کہاں سے آ سکتی ہے؟ تو میں سمجھتا ہوں کہ یہ پہلی چیز ہے جو ہمیں رسول اللہ سے ملتی ہے، یعنی معرفت خدا کی پہچان،</w:t>
      </w:r>
    </w:p>
    <w:p>
      <w:r>
        <w:rPr>
          <w:b/>
        </w:rPr>
        <w:t xml:space="preserve">[55:44] </w:t>
      </w:r>
      <w:r>
        <w:t>Khuda ka realization. prophet woh hai jis par Khuda ilham karta hai ya reveal karta hai. to prophet reveal person hota hai. yani Khuda se us ko message milta hai aur woh Khuda se message le kar insaan ko batata hai. mera tajruba yeh hai ke log baghair zaroori</w:t>
      </w:r>
    </w:p>
    <w:p>
      <w:pPr>
        <w:jc w:val="right"/>
      </w:pPr>
      <w:r>
        <w:t>خدا کا ریلائزیشن۔ پرافٹ وہ ہے جس پر خدا الہام کرتا ہے یا ریویل کرتا ہے۔ تو پرافٹ ریویل پرسن ہوتا ہے۔ یعنی خدا سے اس کو میسج ملتا ہے اور وہ خدا سے میسج لے کر انسان کو بتاتا ہے۔ میرا تجربہ یہ ہے کہ لوگ بغیر ضروری</w:t>
      </w:r>
    </w:p>
    <w:p>
      <w:r>
        <w:rPr>
          <w:b/>
        </w:rPr>
        <w:t xml:space="preserve">[56:14] </w:t>
      </w:r>
      <w:r>
        <w:t>tor par alfaaz ko istemal karte hain. halanke gehrai mein ja kar dekhein to un ke alfaaz bilkul be maani hote hain. maslan India mein ek writer the, un ka naam tha Abdul Rahman Banuri. ek well known writer hain woh, Abdul Rahman Banuri. unhone Ghalib ka jo deewan hai, yani Ghalib ka</w:t>
      </w:r>
    </w:p>
    <w:p>
      <w:pPr>
        <w:jc w:val="right"/>
      </w:pPr>
      <w:r>
        <w:t>طور پر الفاظ کو استعمال کرتے ہیں۔ حالانکہ گہرائی میں جا کر دیکھیں تو ان کے الفاظ بالکل بے معنی ہوتے ہیں۔ مثلاً انڈیا میں ایک رائٹر تھے، ان کا نام تھا عبدالرحمن بینوری۔ ایک ویل نون رائٹر ہیں وہ، عبدالرحمن بینوری۔ انہوں نے غالب کا جو دیوان ہے، یعنی غالب کا</w:t>
      </w:r>
    </w:p>
    <w:p>
      <w:r>
        <w:rPr>
          <w:b/>
        </w:rPr>
        <w:t xml:space="preserve">[56:44] </w:t>
      </w:r>
      <w:r>
        <w:t>jo aap jante hain ke shair ka jo compilation hota hai, us ko deewan kehte hain. to Ghalib ke shair ka jo compilation hai, yani deewan, to us par unhon ne ek commentary likhi hai. deewan Ghalib par commentary. is commentary ka jo pehla sentence hai, yani Abdul Rahman Banuri ki commentary ka jo pehla sentence hai, woh yeh hai</w:t>
      </w:r>
    </w:p>
    <w:p>
      <w:pPr>
        <w:jc w:val="right"/>
      </w:pPr>
      <w:r>
        <w:t>جو آپ جانتے ہیں کہ شعر کا جو کمپائلیشن ہوتا ہے، اس کو دیوان کہتے ہیں۔ تو غالب کے شعر کا جو کمپائلیشن ہے، یعنی دیوان، تو اس پر انہوں نے ایک کمنٹری لکھی ہے۔ دیوان غالب پر کمنٹری۔ اس کمنٹری کا جو پہلا سینٹنس ہے، یعنی عبدالرحمن بینوری کی کمنٹری کا جو پہلا سینٹنس ہے، وہ یہ ہے</w:t>
      </w:r>
    </w:p>
    <w:p>
      <w:r>
        <w:rPr>
          <w:b/>
        </w:rPr>
        <w:t xml:space="preserve">[57:15] </w:t>
      </w:r>
      <w:r>
        <w:t>ke India mein ilhami kitaben sirf do hain: Ved aur Deewan Ghalib. yani India mein revealed books sirf do hain: ek Ved aur doosre Ghalib ka deewan. dekhein, yeh bilkul baseless baat hai. kyunke Ved ko aap parhein to Ved mein kahin bhi yeh claim nahi kiya gaya hai ke revealed kalam hai. yeh Khuda ki taraf</w:t>
      </w:r>
    </w:p>
    <w:p>
      <w:pPr>
        <w:jc w:val="right"/>
      </w:pPr>
      <w:r>
        <w:t>کہ انڈیا میں الہامی کتابیں صرف دو ہیں: وید اور دیوان غالب۔ یعنی انڈیا میں ریویلڈ بکس صرف دو ہیں: ایک وید اور دوسرے غالب کا دیوان۔ دیکھیں، یہ بالکل بیس لیس بات ہے۔ کیونکہ وید کو آپ پڑھیں تو وید میں کہیں بھی یہ کلیم نہیں کیا گیا ہے کہ ریویلڈ کلام ہے۔ یہ خدا کی طرف</w:t>
      </w:r>
    </w:p>
    <w:p>
      <w:r>
        <w:rPr>
          <w:b/>
        </w:rPr>
        <w:t xml:space="preserve">[57:45] </w:t>
      </w:r>
      <w:r>
        <w:t>se aaya hua kalam. to ek aur shakhs keh raha hai, to us ko kehte hain mudai sust, gawah chust. yani claim karne wala to claim kar nahi raha hai, aap khud hi khud us ko aisa bata rahe hain. Vedon ka tarjuma maine Urdu mein parha hai, kyunke Sanskrit mein nahi janta. main conviction ke sath keh sakta hoon ke Vedon mein kabhi bhi aisa nahi kaha gaya hai ke yeh Khuda</w:t>
      </w:r>
    </w:p>
    <w:p>
      <w:pPr>
        <w:jc w:val="right"/>
      </w:pPr>
      <w:r>
        <w:t>سے آیا ہوا کلام۔ تو ایک اور شخص کہہ رہا ہے، تو اس کو کہتے ہیں مدعی سست، گواہ چست۔ یعنی کلیم کرنے والا تو کلیم کر نہیں رہا ہے، آپ خود ہی خود اس کو ایسا بتا رہے ہیں۔ ویدوں کا ترجمہ میں نے اردو میں پڑھا ہے، کیونکہ سنسکرت میں نہیں جانتا۔ میں کنوکشن کے ساتھ کہہ سکتا ہوں کہ ویدوں میں کبھی بھی ایسا نہیں کہا گیا ہے کہ یہ خدا</w:t>
      </w:r>
    </w:p>
    <w:p>
      <w:r>
        <w:rPr>
          <w:b/>
        </w:rPr>
        <w:t xml:space="preserve">[58:15] </w:t>
      </w:r>
      <w:r>
        <w:t>ki taraf se utra hua kalam hai. yeh reveal book hai. ek aur insaan is ke bare mein bata raha hai. isi tarah se Ghalib jo hai, Ghalib ne kabhi bhi claim nahi kiya ke mein paighambar hoon aur mein jo baat bolta hoon, woh Khuda ki taraf se aayi hui baat hai. to jab Ved yeh claim nahi karte, jab Ghalib yeh claim nahi karte, to kisi aur ke kehne se kya woh baat sahi ho jayegi?</w:t>
      </w:r>
    </w:p>
    <w:p>
      <w:pPr>
        <w:jc w:val="right"/>
      </w:pPr>
      <w:r>
        <w:t>کی طرف سے اترا ہوا کلام ہے۔ یہ ریویل بک ہے۔ ایک اور انسان اس کے بارے میں بتا رہا ہے۔ اسی طرح سے غالب جو ہے، غالب نے کبھی بھی کلیم نہیں کیا کہ میں پیغمبر ہوں اور میں جو بات بولتا ہوں، وہ خدا کی طرف سے آئی ہوئی بات ہے۔ تو جب وید یہ کلیم نہیں کرتے، جب غالب یہ کلیم نہیں کرتے، تو کسی اور کے کہنے سے کیا وہ بات صحیح ہو جائے گی؟</w:t>
      </w:r>
    </w:p>
    <w:p>
      <w:r>
        <w:rPr>
          <w:b/>
        </w:rPr>
        <w:t xml:space="preserve">[58:46] </w:t>
      </w:r>
      <w:r>
        <w:t>yaad rakhiye, poori history mein yahi hua hai. jin logon ke bare mein log dhoom se fatwa dete hain, unhon ne khud kabhi claim hi nahi kiya. yani Ved ne claim nahi kiya, Ghalib ne claim nahi kiya, Mutanabbi ne claim nahi kiya, Musailmah ne bhi sahi maano mein kabhi claim nahi kiya. isi tarah se Baháʼu'lláh ne ya Ghulam Ahmad Qadri ne kabhi claim nahi kiya. jo un ka claim tha, woh other than prophethood tha.</w:t>
      </w:r>
    </w:p>
    <w:p>
      <w:pPr>
        <w:jc w:val="right"/>
      </w:pPr>
      <w:r>
        <w:t>یاد رکھیے، پوری ہسٹری میں یہی ہوا ہے۔ جن لوگوں کے بارے میں لوگ دھوم سے فتوی دیتے ہیں، انہوں نے خود کبھی کلیم ہی نہیں کیا۔ یعنی وید نے کلیم نہیں کیا، غالب نے کلیم نہیں کیا، متنبی نے کلیم نہیں کیا، مسیلمہ نے بھی صحیح معنوں میں کبھی کلیم نہیں کیا۔ اسی طرح سے بہاؤ اللہ خان نے یا غلام احمد قادری نے کبھی کلیم نہیں کیا۔ جو ان کا کلیم تھا، وہ ادر دین پرافٹ ہڈ تھا۔</w:t>
      </w:r>
    </w:p>
    <w:p>
      <w:r>
        <w:rPr>
          <w:b/>
        </w:rPr>
        <w:t xml:space="preserve">[59:18] </w:t>
      </w:r>
      <w:r>
        <w:t>mein ne arz karunga ke agar koi yeh kahe ke mein Himalaya pahad hoon, to ek alag claim hai. woh us ko aap dekhein, alag tareeqe se. yeh to aap nahi keh sakte ke woh keh raha hai ke mein paighambar hoon. to jahan tak paighambari ki baat hai, mein poore conviction se keh sakta hoon ke paighambar ka yeh kehna ke mein paighambar hoon, yeh apne aap hi mein ek proof hai. kyunke kisi aur ne kaha nahi.</w:t>
      </w:r>
    </w:p>
    <w:p>
      <w:pPr>
        <w:jc w:val="right"/>
      </w:pPr>
      <w:r>
        <w:t>میں نے عرض کروں گا کہ اگر کوئی یہ کہے کہ میں ہمالیہ پہاڑ ہوں، تو ایک الگ کلیم ہے۔ وہ اس کو آپ دیکھیے، الگ طریقے سے۔ یہ تو آپ نہیں کہہ سکتے کہ وہ کہہ رہا ہے کہ میں پیغمبر ہوں۔ تو جہاں تک پیغمبری کی بات ہے، میں پورے کنوکشن سے کہہ سکتا ہوں کہ پیغمبر کا یہ کہنا کہ میں پیغمبر ہوں، یہ اپنے آپ ہی میں ایک پروف ہے۔ کیونکہ کسی اور نے کہا نہیں۔</w:t>
      </w:r>
    </w:p>
    <w:p>
      <w:r>
        <w:rPr>
          <w:b/>
        </w:rPr>
        <w:t xml:space="preserve">[59:50] </w:t>
      </w:r>
      <w:r>
        <w:t>is se mein yeh samjha hoon ke mein paighambar hoon, yeh wahi kahega jo sach much hi Khuda ka paighambar ho. jo paighambar na ho, us ki zuban se kabhi yeh nikal nahi sakta hai. itni bari baat hai, itni bari baat, itni bari baat hai ke sare pahad aap ke sir rakh diye jayen to shayad aasan hoga. yeh kehna aasan nahi hai ke mein paighambar hoon. achha, yeh itni bari universe jis ne banai, itni bari universe ko jo sustain kiye hue</w:t>
      </w:r>
    </w:p>
    <w:p>
      <w:pPr>
        <w:jc w:val="right"/>
      </w:pPr>
      <w:r>
        <w:t>اس سے میں یہ سمجھا ہوں کہ میں پیغمبر ہوں، یہ وہی کہے گا جو سچ مچ ہی خدا کا پیغمبر ہو۔ جو پیغمبر نہ ہو، اس کی زبان سے کبھی یہ نکل نہیں سکتا ہے۔ اتنی بڑی بات ہے، اتنی بڑی بات، اتنی بڑی بات ہے کہ سارے پہاڑ آپ کے سر رکھ دیے جائیں تو شاید آسان ہوگا۔ یہ کہنا آسان نہیں ہے کہ میں پیغمبر ہوں۔ اچھا، یہ اتنی بڑی یونیورس جس نے بنائی، اتنی بڑی یونیورس کو جو سسٹین کیے ہوئے</w:t>
      </w:r>
    </w:p>
    <w:p>
      <w:r>
        <w:rPr>
          <w:b/>
        </w:rPr>
        <w:t xml:space="preserve">[1:00:20] </w:t>
      </w:r>
      <w:r>
        <w:t>hai, itni bari universe ka jo controller hai, us ka jo creator hai, kaise koi bol sakta hai ke us ke universe ke creator ki taraf se mujhe message aaya hai? kaise koi bole ga? dekhein, jhoot ki bhi ek limitations hoti hai, ek limit hoti hai. ek limit hi ki had tak aap jhoot bol sakte hain. baaz jhoot aise hote hain ke woh aap bol nahi sakte. aap kaise kahenge suraj ko? maine apni muthi mein le liya tha? ki</w:t>
      </w:r>
    </w:p>
    <w:p>
      <w:pPr>
        <w:jc w:val="right"/>
      </w:pPr>
      <w:r>
        <w:t>ہے، اتنی بڑی یونیورس کا جو کنٹرولر ہے، اس کا جو کریٹر ہے، کیسے کوئی بول سکتا ہے کہ اس کے یونیورس کے کریٹر کی طرف سے مجھے میسج آیا ہے؟ کیسے کوئی بولے گا؟ دیکھیں، جھوٹ کی بھی ایک لیمیٹیشنز ہوتی ہے، ایک لمٹ ہوتی ہے۔ ایک لمٹ ہی کی حد تک آپ جھوٹ بول سکتے ہیں۔ بعض جھوٹ ایسے ہوتے ہیں کہ وہ آپ بول نہیں سکتے۔ آپ کیسے کہیں گے سورج کو؟ میں نے اپنی مٹھی میں لے لیا تھا؟ کی</w:t>
      </w:r>
    </w:p>
    <w:p>
      <w:r>
        <w:rPr>
          <w:b/>
        </w:rPr>
        <w:t xml:space="preserve">[1:00:50] </w:t>
      </w:r>
      <w:r>
        <w:t>se kahenge aap? yeh keh nahi sakte aap. sare samandar ko mein pi gaya, kaise bolenge aap? to jhoot ki ek limit hoti hai. kuch cheezen aap bol sakte hain jhoot ke taur par, kuch cheezen aisi hain jo aap bol nahi sakte. aap jhoote ho, tab bhi nahi bolenge aap. inhi mein se yeh baat hai ke mein Khuda ka paighambar hoon. koi kitna hi bara jhoot bolne wala ho, yeh jhoot kabhi nahi bole ga woh, kyunke us ki capacity se bahar</w:t>
      </w:r>
    </w:p>
    <w:p>
      <w:pPr>
        <w:jc w:val="right"/>
      </w:pPr>
      <w:r>
        <w:t>سے کہیں گے آپ؟ یہ کہہ نہیں سکتے آپ۔ سارے سمندر کو میں پی گیا، کیسے بولیں گے آپ؟ تو جھوٹ کی ایک لمٹ ہوتی ہے۔ کچھ چیزیں آپ بول سکتے ہیں جھوٹ کے طور پر، کچھ چیزیں ایسی ہیں جو آپ بول نہیں سکتے۔ آپ جھوٹے ہو، تب بھی نہیں بولیں گے آپ۔ انہی میں سے یہ بات ہے کہ میں خدا کا پیغمبر ہوں۔ کوئی کتنا ہی بڑا جھوٹ بولنے والا ہو، یہ جھوٹ کبھی نہیں بولے گا وہ، کیونکہ اس کی کیپیسٹی سے باہر</w:t>
      </w:r>
    </w:p>
    <w:p>
      <w:r>
        <w:rPr>
          <w:b/>
        </w:rPr>
        <w:t xml:space="preserve">[1:01:20] </w:t>
      </w:r>
      <w:r>
        <w:t>hai. yeh isi liye paighambar ka yeh kehna ke mein Khuda ka paighambar hoon, yeh kafi hai ke us ko Khuda ka paighambar mana jaye. rasool Allah ke bare mein aata hai ke Hunain ke mauqe par aap ki zuban se yeh nikla ke "أنا نبي الله كذب، أنا ابن عبدالمطلب". jab Hunain mein ek ajib ghareeb crisis aa gaya tha, sare log ghabra gaye the, itne log bhag gaye the.</w:t>
      </w:r>
    </w:p>
    <w:p>
      <w:pPr>
        <w:jc w:val="right"/>
      </w:pPr>
      <w:r>
        <w:t>ہے۔ یہ اسی لیے پیغمبر کا یہ کہنا کہ میں خدا کا پیغمبر ہوں، یہ کافی ہے کہ اس کو خدا کا پیغمبر مانا جائے۔ رسول اللہ کے بارے میں آتا ہے کہ حنین کے موقع پر آپ کی زبان سے یہ نکلا کہ "أنا نبي الله كذب، أنا ابن عبدالمطلب"۔ جب حنین میں ایک عجیب غریب کریسز آ گیا تھا، سارے لوگ گھبرا گئے تھے، اتنے لوگ بھاگ گئے تھے۔</w:t>
      </w:r>
    </w:p>
    <w:p>
      <w:r>
        <w:rPr>
          <w:b/>
        </w:rPr>
        <w:t xml:space="preserve">[1:01:50] </w:t>
      </w:r>
      <w:r>
        <w:t>aap khade ho gaye, bilkul nidar ho kar ke is alam mein aur kaha ke "أنا نبي الله كذب، أنا ابن عبدالمطلب". mein paighambar hoon, is mein koi jhoot nahi, aur mein Abdul Muttalib ka beta hoon. Abdul Muttalib ka naam aap ne is liye liya tha ke woh well known aadmi the. Arab mein woh ek well known aadmi the, is liye kaha tha. yani apne apni insani identity ko bata</w:t>
      </w:r>
    </w:p>
    <w:p>
      <w:pPr>
        <w:jc w:val="right"/>
      </w:pPr>
      <w:r>
        <w:t>آپ کھڑے ہو گئے، بالکل نڈر ہو کر کے اس عالم میں اور کہا کہ "أنا نبي الله كذب، أنا ابن عبدالمطلب"۔ میں پیغمبر ہوں، اس میں کوئی جھوٹ نہیں، اور میں عبدالمطلب کا بیٹا ہوں۔ عبدالمطلب کا نام آپ نے اس لیے لیا تھا کہ وہ ویل نون آدمی تھے۔ عرب میں وہ ایک ویل نون آدمی تھے، اس لیے کہا تھا۔ یعنی اپنے اپنی انسانی آئیڈینٹٹی کو بت</w:t>
      </w:r>
    </w:p>
    <w:p>
      <w:r>
        <w:rPr>
          <w:b/>
        </w:rPr>
        <w:t xml:space="preserve">[1:02:20] </w:t>
      </w:r>
      <w:r>
        <w:t>ne ke liye ke jo jo log Abdul Muttalib ko jante hain, woh jaan lein ke mein un ka beta hoon aur mein Khuda ka paighambar hoon. koi doosra aadmi yeh boli nahi bol saka. ab dekhiye ke mein ek baat arz karna chahunga ke paighambar ka kitna bara role hai insaniyat ke liye, kitni bari, kitna bara kaam kiya hai paighambar ne hamare liye.</w:t>
      </w:r>
    </w:p>
    <w:p>
      <w:pPr>
        <w:jc w:val="right"/>
      </w:pPr>
      <w:r>
        <w:t>انے کے لیے کہ جو جو لوگ عبدالمطلب کو جانتے ہیں، وہ جان لیں کہ میں ان کا بیٹا ہوں اور میں خدا کا پیغمبر ہوں۔ کوئی دوسرا آدمی یہ بولی نہیں بول سکا۔ اب دیکھیے کہ میں ایک بات عرض کرنا چاہوں گا کہ پیغمبر کا کتنا بڑا رول ہے انسانیت کے لیے، کتنی بڑی، کتنا بڑا کام کیا ہے پیغمبر نے ہمارے لیے۔</w:t>
      </w:r>
    </w:p>
    <w:p>
      <w:r>
        <w:rPr>
          <w:b/>
        </w:rPr>
        <w:t xml:space="preserve">[1:02:51] </w:t>
      </w:r>
      <w:r>
        <w:t>hazaron saal se insaan jo hai, kya tha? bhatka hua tha. insaan chahta hai koi Khuda ho jis ko woh maane. mein ne is se pehle ek lecture mein arz kiya tha ke anthropology ke tehat jo studies ki gayi hain, anthropology kehte hain ilm-e-insaan ko. insani society ke mutale ka naam ilm-e-insaan ya anthropology hota hai.</w:t>
      </w:r>
    </w:p>
    <w:p>
      <w:pPr>
        <w:jc w:val="right"/>
      </w:pPr>
      <w:r>
        <w:t>ہزاروں سال سے انسان جو ہے، کیا تھا؟ بھٹکا ہوا تھا۔ انسان چاہتا ہے کوئی خدا ہو جس کو وہ مانے۔ میں نے اس سے پہلے ایک لیکچر میں عرض کیا تھا کہ انتھراپولوجی کے تحت جو اسٹڈیز کی گئی ہیں، انتھراپولوجی کہتے ہیں علم الانسان کو۔ انسانی سوسائٹی کے مطالعے کا نام علم الانسان یا انتھراپولوجی ہوتا ہے۔</w:t>
      </w:r>
    </w:p>
    <w:p>
      <w:r>
        <w:rPr>
          <w:b/>
        </w:rPr>
        <w:t xml:space="preserve">[1:03:21] </w:t>
      </w:r>
      <w:r>
        <w:t>to known history jo hai, jo taqreeban 25 thousand years tak jati hai, us ko khangala unhon ne aur bohat dinon tak, mein samajhta hoon kam az kam dedh sau saal tak study ki unhon ne. aur un ki yeh finding hai ke kabhi bhi koi insaan is duniya mein aisa paida nahi hua ya koi society aisi duniya mein nahi bani thi jis ke andar Khuda ka shaoor na ho</w:t>
      </w:r>
    </w:p>
    <w:p>
      <w:pPr>
        <w:jc w:val="right"/>
      </w:pPr>
      <w:r>
        <w:t>تو نون ہسٹری جو ہے، جو تقریباً 25 تھا ایرز تک جاتی ہے، اس کو کھنگالا انہوں نے اور بہت دنوں تک، میں سمجھتا ہوں کم از کم ڈیڑھ سو سال تک اسٹڈی کی انہوں نے۔ اور ان کی یہ فائنڈنگ ہے کہ کبھی بھی کوئی انسان اس دنیا میں ایسا پیدا نہیں ہوا یا کوئی سوسائٹی ایسی دنیا میں نہیں بنی تھی جس کے اندر خدا کا شعور نہ ہو</w:t>
      </w:r>
    </w:p>
    <w:p>
      <w:r>
        <w:rPr>
          <w:b/>
        </w:rPr>
        <w:t xml:space="preserve">[1:03:52] </w:t>
      </w:r>
      <w:r>
        <w:t>۔ kisi na kisi taur par, yani Khuda ka shaoor insaan ke andar bilkul interwoven hai, us ki nature mein chupa hua hai. lekin kya hua ke insaan bhatakta raha. kabhi suraj ko Khuda maan liya, kabhi chand ko Khuda maan liya, kabhi stars ko maan liya ke yeh sab devta hain. mountain aur ocean ko Khuda maan liya.</w:t>
      </w:r>
    </w:p>
    <w:p>
      <w:pPr>
        <w:jc w:val="right"/>
      </w:pPr>
      <w:r>
        <w:t>۔ کسی نہ کسی طور پر، یعنی خدا کا شعور انسان کے اندر بالکل انٹر وون ہے، اس کی نیچر میں چھپا ہوا ہے۔ لیکن کیا ہوا کہ انسان بھٹکتا رہا۔ کبھی سورج کو خدا مان لیا، کبھی چاند کو خدا مان لیا، کبھی سٹارز کو مان لیا کہ یہ سب دیوتا ہیں۔ ماؤنٹین اور اوشن کو خدا مان لیا۔</w:t>
      </w:r>
    </w:p>
    <w:p>
      <w:r>
        <w:rPr>
          <w:b/>
        </w:rPr>
        <w:t xml:space="preserve">[1:04:23] </w:t>
      </w:r>
      <w:r>
        <w:t>phir kabhi samjha ke Khuda ek hai, kabhi Khuda ka Khuda do hai, koi kaha Khuda teen hai, kabhi khud kaha ke Khuda countless Khuda hain. to Khuda ke bare mein andar woh mehsoos jo karta tha ke Khuda to hai, lekin Khuda kaun hai aur kitne hain? Khuda us ke bare mein insaan bhatka raha, bhatka raha, bhatka raha. to yeh hazaron saal se insaan ki</w:t>
      </w:r>
    </w:p>
    <w:p>
      <w:pPr>
        <w:jc w:val="right"/>
      </w:pPr>
      <w:r>
        <w:t>پھر کبھی سمجھا کہ خدا ایک ہے، کبھی خدا کا خدا دو ہے، کوئی کہا خدا تین ہے، کبھی خود کہا کہ خدا کاؤنٹ لیس خدا ہیں۔ تو خدا کے بارے میں اندر وہ محسوس جو کرتا تھا کہ خدا تو ہے، لیکن خدا کون ہے اور کتنے ہیں؟ خدا اس کے بارے میں انسان بھٹکا رہا، بھٹکا رہا، بھٹکا رہا۔ تو یہ ہزاروں سال سے انسان کی</w:t>
      </w:r>
    </w:p>
    <w:p>
      <w:r>
        <w:rPr>
          <w:b/>
        </w:rPr>
        <w:t xml:space="preserve">[1:04:53] </w:t>
      </w:r>
      <w:r>
        <w:t>zarurat thi ke yeh jaane Khuda ke bare mein. to Muhammad (SAW) ka yeh karnama hai ke unhon ne insaan ko bataya ke "قل ھو اللہ احد، اللہ الصمد، لم یلد ولم یولد، ولم یکن کفواً". unhon ne bataya ke Khuda ek hai, woh all powerful hai, wahi creator hai. to jo Khuda insaan ne daryaft kiya tha, us par insaan ko doubt rehta tha, doubt</w:t>
      </w:r>
    </w:p>
    <w:p>
      <w:pPr>
        <w:jc w:val="right"/>
      </w:pPr>
      <w:r>
        <w:t>ضرورت تھی کہ یہ جانے خدا کے بارے میں۔ تو محمد صلی اللہ علیہ وسلم کا یہ کارنامہ ہے کہ انہوں نے انسان کو بتایا کہ "قلھو اللہ احد، اللہ الصمد، لمیلد ولم یولد، ولم یکن کفواً". انہوں نے بتایا کہ خدا ایک ہے، وہ ال پاور فل ہے، وہی کریٹر ہے۔ تو جو خدا انسان نے دریافت کیا تھا، اس پر انسان کو ڈاؤٹ رہتا تھا، ڈاؤٹ</w:t>
      </w:r>
    </w:p>
    <w:p>
      <w:r>
        <w:rPr>
          <w:b/>
        </w:rPr>
        <w:t xml:space="preserve">[1:05:23] </w:t>
      </w:r>
      <w:r>
        <w:t>kyunke andar jo khuda woh chahta tha, woh khuda woh nahi tha. maslan ocean ko khuda maana to ocean se is ka tazkir nahi milti thi. mountain ko maana to mountains ko tazkir nahi milti thi. stars aur planet ko maana, tab bhi is ko bharpoor tazkir nahi milti thi. kyunke jo khuda ki qualities hain, jo attributes hain, us ke woh is mein woh paata nahi tha. woh to</w:t>
      </w:r>
    </w:p>
    <w:p>
      <w:pPr>
        <w:jc w:val="right"/>
      </w:pPr>
      <w:r>
        <w:t>۔ کیونکہ اندر جو خدا وہ چاہتا تھا، وہ خدا وہ نہیں تھا۔ مثلاً اوشن کو خدا مانا تو اوشن سے اس کا تذکیر نہیں ملتی تھی۔ ماؤنٹین کو مانا تو ماؤنٹینز کو تذکیر نہیں ملتی تھی۔ اسٹارز اور پلینٹ کو مانا، تب بھی اس کو بھرپور تذکیر نہیں ملتی تھی۔ کیونکہ جو خدا کی کوالٹیز ہیں، جو ایٹریبیوٹس ہیں، اس کے وہ اس میں وہ پاتا نہیں تھا۔ وہ تو</w:t>
      </w:r>
    </w:p>
    <w:p>
      <w:r>
        <w:rPr>
          <w:b/>
        </w:rPr>
        <w:t xml:space="preserve">[1:05:54] </w:t>
      </w:r>
      <w:r>
        <w:t>aap ne khuda ka jo concept diya, woh bohat hi clear concept tha. kal ek sahib mujh se mile the, unhone bataya ke ke poori purity ke sath khuda ka concept dena, yeh Muhammad (SAW) mein kya bilkul sahi baat thi. yani clear concept, pure concept, woh concept jo khuda jaisi hasti par apply ho sake, aisa concept sirf rasool Allah ne diya.</w:t>
      </w:r>
    </w:p>
    <w:p>
      <w:pPr>
        <w:jc w:val="right"/>
      </w:pPr>
      <w:r>
        <w:t>آپ نے خدا کا جو کانسیپٹ دیا، وہ بہت ہی کلیئر کانسیپٹ تھا۔ کل ایک صاحب مجھ سے ملے تھے، انہوں نے بتایا کہ کہ پوری پیورٹی کے ساتھ خدا کا کانسیپٹ دینا، یہ محمد صلی اللہ علیہ وسلم میں کیا بالکل صحیح بات تھی۔ یعنی کلیئر کانسیپٹ، پیور کانسیپٹ، وہ کانسیپٹ جو خدا جیسی ہستی پر اپلائی ہو سکے، ایسا کانسیپٹ صرف رسول اللہ نے دیا۔</w:t>
      </w:r>
    </w:p>
    <w:p>
      <w:r>
        <w:rPr>
          <w:b/>
        </w:rPr>
        <w:t xml:space="preserve">[1:06:24] </w:t>
      </w:r>
      <w:r>
        <w:t>to aap sochiye ke kitna bara aap ka contribution hai ke jis question mein, jis sawal mein insan hazaron saal se bhatka hua tha, hazaron saal se is ka jawab nahi milta tha, aur jawab na milne ki wajah se kya karta tha? woh ke talash to thi is ko creator ki, aur poochta tha woh creature ko. yani khalique ki talash atak gayi thi makhlooq par.</w:t>
      </w:r>
    </w:p>
    <w:p>
      <w:pPr>
        <w:jc w:val="right"/>
      </w:pPr>
      <w:r>
        <w:t>تو آپ سوچیے کہ کتنا بڑا آپ کا کنٹریبیوشن ہے کہ جس کوسچن میں، جس سوال میں انسان ہزاروں سال سے بھٹکا ہوا تھا، ہزاروں سال سے اس کا جواب نہیں ملتا تھا، اور جواب نہ ملنے کی وجہ سے کیا کرتا تھا؟ وہ کہ تلاش تو تھی اس کو کریٹر کی، اور پوچھتا تھا وہ کریچر کو۔ یعنی خالق کی تلاش اٹک گئی تھی مخلوق پر۔</w:t>
      </w:r>
    </w:p>
    <w:p>
      <w:r>
        <w:rPr>
          <w:b/>
        </w:rPr>
        <w:t xml:space="preserve">[1:06:55] </w:t>
      </w:r>
      <w:r>
        <w:t>yani kitni bari mahroomi thi. yaad rakhiye ke dhoondh raha tha woh khalique ko, paida karne wale ko, aur laga poochne woh makhlooq ko. poori history mein yeh hota raha hai. phir yeh maanta raha ke khuda ek hain, khuda do hain, khuda teen hain, khuda so hain, khuda karoron hain. pata hai ke khuda karoron ho sakta hai? kisi country mein do prime minister hon to wahan kabhi system nahi chalega. system toot</w:t>
      </w:r>
    </w:p>
    <w:p>
      <w:pPr>
        <w:jc w:val="right"/>
      </w:pPr>
      <w:r>
        <w:t>یعنی کتنی بڑی محرومی تھی۔ یاد رکھیے کہ ڈھونڈ رہا تھا وہ خالق کو، پیدا کرنے والے کو، اور لگا پوچھنے وہ مخلوق کو۔ پوری ہسٹری میں یہ ہوتا رہا ہے۔ پھر یہ مانتا رہا کہ خدا ایک ہیں، خدا دو ہیں، خدا تین ہیں، خدا سو ہیں، خدا کروڑوں ہیں۔ پتہ ہے کہ خدا کروڑوں ہو سکتا ہے؟ کسی کنٹری میں دو پرائم منسٹر ہوں تو وہاں کبھی سسٹم نہیں چلے گا۔ سسٹم ٹوٹ</w:t>
      </w:r>
    </w:p>
    <w:p>
      <w:r>
        <w:rPr>
          <w:b/>
        </w:rPr>
        <w:t xml:space="preserve">[1:07:25] </w:t>
      </w:r>
      <w:r>
        <w:t>jayega. woh ek chota sa idara ho, chota institution ho, is mein do agar boss hon to chalega nahi. woh itna bara universe kaise chal sakta hai? yani kai khuda concept apne aap mein, yani woh woh hai jo kehte hain self contradictory. yeh impossible hai ke itni bari universe jo itni harmony ke sath chal rahi hai, kitni har</w:t>
      </w:r>
    </w:p>
    <w:p>
      <w:pPr>
        <w:jc w:val="right"/>
      </w:pPr>
      <w:r>
        <w:t>جائے گا۔ وہ ایک چھوٹا سا ادارہ ہو، چھوٹا انسٹیٹیوشن ہو، اس میں دو اگر باس ہوں تو چلے گا نہیں۔ وہ اتنا بڑا یونیورس کیسے چل سکتا ہے؟ یعنی کئی خدا کانسیپٹ اپنے آپ میں، یعنی وہ وہ ہے جو کہتے ہیں سیلف کنٹراڈکٹری۔ یہ امپاسیبل ہے کہ اتنی بڑی یونیورس جو اتنی ہارمونی کے ساتھ چل رہی ہے، کتنی ہار</w:t>
      </w:r>
    </w:p>
    <w:p>
      <w:r>
        <w:rPr>
          <w:b/>
        </w:rPr>
        <w:t xml:space="preserve">[1:07:55] </w:t>
      </w:r>
      <w:r>
        <w:t>mony hai, kitna systematic way mein chal rahi hai, balkeh mathematical precision is ke andar hai, aur woh kai khuda ise control kar raha hai. yeh impossible hai. to jo jo khuda ke concept logon ne bana rakhe the, woh sab is is jo shaoor tha, chupa hua aadmi ke andar khuda ke bare mein, us ko woh tasqeen nahi milti thi. lagta tha yeh kuch kam hai, tasawwur kuch kuch reduced concept</w:t>
      </w:r>
    </w:p>
    <w:p>
      <w:pPr>
        <w:jc w:val="right"/>
      </w:pPr>
      <w:r>
        <w:t>مونی ہے، کتنا سسٹمیٹک وے میں چل رہی ہے، بلکہ میتھمیٹیکل پریسیژن اس کے اندر ہے، اور وہ کئی خدا اسے کنٹرول کر رہا ہے۔ یہ امپاسیبل ہے۔ تو جو جو خدا کے کانسیپٹ لوگوں نے بنا رکھے تھے، وہ سب اس اس جو شعور تھا، چھپا ہوا آدمی کے اندر خدا کے بارے میں، اس کو وہ تسکین نہیں ملتی تھی۔ لگتا تھا یہ کچھ کم ہے، تصور کچھ کچھ ریڈیوسڈ کانسیپٹ</w:t>
      </w:r>
    </w:p>
    <w:p>
      <w:r>
        <w:rPr>
          <w:b/>
        </w:rPr>
        <w:t xml:space="preserve">[1:08:25] </w:t>
      </w:r>
      <w:r>
        <w:t>hai. woh to rasool Allah ne khuda ke concept ko clear kar ke diya. yeh aap ka bohat bara contribution tha insan ke liye. doosri cheez jo hai, woh yeh hai ke insan yeh janna chahta tha ke what is the creation plan of God? yeh kya hai? yeh kyun yeh sab hai? to aap ne bataya</w:t>
      </w:r>
    </w:p>
    <w:p>
      <w:pPr>
        <w:jc w:val="right"/>
      </w:pPr>
      <w:r>
        <w:t>ہے۔ وہ تو رسول اللہ نے خدا کے کانسیپٹ کو کلیئر کر کے دیا۔ یہ آپ کا بہت بڑا کنٹریبیوشن تھا انسان کے لیے۔ دوسری چیز جو ہے، وہ یہ ہے کہ انسان یہ جاننا چاہتا تھا کہ واٹ از دا کریشن پلان اف گاڈ؟ یہ کیا ہے؟ یہ کیوں یہ سب ہے؟ تو آپ نے بتایا</w:t>
      </w:r>
    </w:p>
    <w:p>
      <w:r>
        <w:rPr>
          <w:b/>
        </w:rPr>
        <w:t xml:space="preserve">[1:08:56] </w:t>
      </w:r>
      <w:r>
        <w:t>quran ki surah number 67 mein yeh baat hai ke "khalaqal mauta wal hayata". insan ko khuda ne banaya test ke liye. yeh ek bohat bari baat hai. dekhiye, aap philosophers ko, reformers ko parhein to sab ko aap payenge, sab ideal ki talash mein hamesha rahe hain. ideal society, ideal state, sab isi</w:t>
      </w:r>
    </w:p>
    <w:p>
      <w:pPr>
        <w:jc w:val="right"/>
      </w:pPr>
      <w:r>
        <w:t>قرآن کی سورہ نمبر 67 میں یہ بات ہے کہ "خلق الموت والحیات"۔ انسان کو خدا نے بنایا ٹیسٹ کے لیے۔ یہ ایک بہت بڑی بات ہے۔ دیکھیں، آپ فلاسفرز کو، ریفارمرز کو پڑھیں تو سب کو آپ پائیں گے، سب ائیڈیل کی تلاش میں ہمیشہ رہے ہیں۔ ائیڈیل سوسائٹی، ائیڈیل اسٹیٹ، سب اسی</w:t>
      </w:r>
    </w:p>
    <w:p>
      <w:r>
        <w:rPr>
          <w:b/>
        </w:rPr>
        <w:t xml:space="preserve">[1:09:26] </w:t>
      </w:r>
      <w:r>
        <w:t>mein phanse rahe hain, aur har ek nakaam. yani koi bhi ideal society nahi bana saka, ideal state nahi bana saka. starter se le kar aaj tak kyun aisa hua? it was against the creation plan of God. kyunke dekhiye, khuda ne jab duniya ko banaya test ke liye to zahir hai test hai to freedom rahega. no freedom, no test.</w:t>
      </w:r>
    </w:p>
    <w:p>
      <w:pPr>
        <w:jc w:val="right"/>
      </w:pPr>
      <w:r>
        <w:t>میں پھنسے رہے ہیں، اور ہر ایک ناکام۔ یعنی کوئی بھی ائیڈیل سوسائٹی نہیں بنا سکا، ائیڈیل اسٹیٹ نہیں بنا سکا۔ اسٹارٹر سے لے کر آج تک کیوں ایسا ہوا؟ اٹ واز اگینسٹ دا کریشن پلان اف گاڈ۔ کیونکہ دیکھیے، خدا نے جب دنیا کو بنایا ٹیسٹ کے لیے تو ظاہر ہے ٹیسٹ ہے تو فریڈم رہے گا۔ نو فریڈم، نو ٹیسٹ۔</w:t>
      </w:r>
    </w:p>
    <w:p>
      <w:r>
        <w:rPr>
          <w:b/>
        </w:rPr>
        <w:t xml:space="preserve">[1:09:58] </w:t>
      </w:r>
      <w:r>
        <w:t>yeh testing ground tha. yeh duniya testing ground banayi khuda ne. to zaroori tha ke insan ko woh freedom de. jab freedom diya jayega to zahir hai ke log misuse karenge. freedom ko misuse karenge. to jis duniya mein aisa ho ke logon ko yeh mauqa ho ke freedom ko misuse karein, aap kabhi bhi ideal society bana nahi sakte. kabhi bhi</w:t>
      </w:r>
    </w:p>
    <w:p>
      <w:pPr>
        <w:jc w:val="right"/>
      </w:pPr>
      <w:r>
        <w:t>یہ ٹیسٹنگ گراؤنڈ تھا۔ یہ دنیا ٹیسٹنگ گراؤنڈ بنائی خدا نے۔ تو ضروری تھا کہ انسان کو وہ فریڈم دے۔ جب فریڈم دیا جائے گا تو ظاہر ہے کہ لوگ مس یوز کریں گے۔ فریڈم کو مس یوز کریں گے۔ تو جس دنیا میں ایسا ہو کہ لوگوں کو یہ موقع ہو کہ فریڈم کو مس یوز کریں، آپ کبھی بھی ائیڈیل سوسائٹی بنا نہیں سکتے۔ کبھی بھی</w:t>
      </w:r>
    </w:p>
    <w:p>
      <w:r>
        <w:rPr>
          <w:b/>
        </w:rPr>
        <w:t xml:space="preserve">[1:10:28] </w:t>
      </w:r>
      <w:r>
        <w:t>nahi bana sakte. aap yeh ek aisi cheez mein sari history ke sare log phanse rahe hain. sare log phanse rahe hain. har system un ko less than ideal laga. us ko todne ke liye khare ho gaye. woh chahe marx ho, chahe russo ho, chahe gandhi ho, ya koi bhi aadmi. har ek ka yahi case hai ke jo society exist kar rahi thi, jo state exist kar rahi thi, us</w:t>
      </w:r>
    </w:p>
    <w:p>
      <w:pPr>
        <w:jc w:val="right"/>
      </w:pPr>
      <w:r>
        <w:t>نہیں بنا سکتے۔ آپ یہ ایک ایسی چیز میں ساری ہسٹری کے سارے لوگ پھنسے رہے ہیں۔ سارے لوگ پھنسے رہے ہیں۔ ہر سسٹم ان کو لیس دین ائیڈیل لگا۔ اس کو توڑنے کے لیے کھڑے ہو گئے۔ وہ چاہے مارس ہو، چاہے روسو ہو، چاہے گاندھی ہو، یا کوئی بھی آدمی۔ ہر ایک کا یہی کیس ہے کہ جو سوسائٹی ایگزسٹ کر رہی تھی، جو اسٹیٹ ایگزسٹ کر رہی تھی، اس</w:t>
      </w:r>
    </w:p>
    <w:p>
      <w:r>
        <w:rPr>
          <w:b/>
        </w:rPr>
        <w:t xml:space="preserve">[1:10:58] </w:t>
      </w:r>
      <w:r>
        <w:t>ko unhein less than ideal lagi. us ko todne ke liye khare ho gaye. aur lambe tufani struggle ke baad kya hua? phir ek aur bana system jo less than ideal tha. again, aap kisi bhi reformer ko parhiye. isi liye ek ek thinker ne kaha hai ke duniya mein kabhi revolution naam ki koi cheez paayi nahi gayi. log jo kehte hain ke revolution</w:t>
      </w:r>
    </w:p>
    <w:p>
      <w:pPr>
        <w:jc w:val="right"/>
      </w:pPr>
      <w:r>
        <w:t>کو انہیں لیس دین ائیڈیل لگی۔ اس کو توڑنے کے لیے کھڑے ہو گئے۔ اور لمبے طوفانی اسٹرگل کے بعد کیا ہوا؟ پھر ایک اور بنا سسٹم جو لیس دین ائیڈیل تھا۔ اگین، آپ کسی بھی ریفارمر کو پڑھیے۔ اسی لیے ایک ایک تھنکر نے کہا ہے کہ دنیا میں کبھی ریولوشن نام کی کوئی چیز پائی نہیں گئی۔ لوگ جو کہتے ہیں کہ ریولوشن</w:t>
      </w:r>
    </w:p>
    <w:p>
      <w:r>
        <w:rPr>
          <w:b/>
        </w:rPr>
        <w:t xml:space="preserve">[1:11:28] </w:t>
      </w:r>
      <w:r>
        <w:t>to revolution hua kahan? koi bhi revolution nahi hua. na marx ka revolution kabhi aaya duniya mein jo chahte the woh, na russo ka aaya kabhi, na gandhi ka, na kisi aur ka. kyunke yeh duniya jab aisi duniya hai jo testing ground hai, logon ko azadi mili hui hai, to kaise mumkin hai ke woh aap ideal society bana sakein? ideal society bana sakein? ek aadmi khara ho kar gandhi ko maar dalega.</w:t>
      </w:r>
    </w:p>
    <w:p>
      <w:pPr>
        <w:jc w:val="right"/>
      </w:pPr>
      <w:r>
        <w:t>تو ریولوشن ہوا کہاں؟ کوئی بھی ریولوشن نہیں ہوا۔ نہ مارس کا ریولوشن کبھی آیا دنیا میں جو چاہتے تھے وہ، نہ روسو کا آیا کبھی، نہ گاندھی کا، نہ کسی اور کا۔ کیونکہ یہ دنیا جب ایسی دنیا ہے جو ٹیسٹنگ گراؤنڈ ہے، لوگوں کو آزادی ملی ہوئی ہے، تو کیسے ممکن ہے کہ وہ آپ ائیڈیل سوسائٹی بنا سکیں؟ ائیڈیل سوسائٹی بنا سکیں؟ ایک آدمی کھڑا ہو کر گاندھی کو مار ڈالے گا۔</w:t>
      </w:r>
    </w:p>
    <w:p>
      <w:r>
        <w:rPr>
          <w:b/>
        </w:rPr>
        <w:t xml:space="preserve">[1:12:00] </w:t>
      </w:r>
      <w:r>
        <w:t>yani gandhi uthega aur aur koshish kar ke ek duniya banana chahega. lekin is se pehle ke duniya bane, koi gun le kar khara hoga, gandhi ko maar dalega. yeh har ek ke sath hua hai. to woh yardstick hi galat tha jis se log napte rahe society ko. yardstick jo tha logon ka, woh tha ideal, aur ideal par paya nahi kisi ne is ko. to sare logon ko aap dekhiye, sare reformers</w:t>
      </w:r>
    </w:p>
    <w:p>
      <w:pPr>
        <w:jc w:val="right"/>
      </w:pPr>
      <w:r>
        <w:t>یعنی گاندھی اٹھے گا اور اور کوشش کر کے ایک دنیا بنانا چاہے گا۔ لیکن اس سے پہلے کہ دنیا بنے، کوئی گن لے کر کھڑا ہوگا، گاندھی کو مار ڈالے گا۔ یہ ہر ایک کے ساتھ ہوا ہے۔ تو وہ یارڈ اسٹک ہی غلط تھا جس سے لوگ ناپتے رہے سوسائٹی کو۔ یارڈ اسٹک جو تھا لوگوں کا، وہ تھا ائیڈیل، اور ائیڈیل پر پایا نہیں کسی نے اس کو۔ تو سارے لوگوں کو آپ دیکھیں، سارے ریفارمرز</w:t>
      </w:r>
    </w:p>
    <w:p>
      <w:r>
        <w:rPr>
          <w:b/>
        </w:rPr>
        <w:t xml:space="preserve">[1:12:30] </w:t>
      </w:r>
      <w:r>
        <w:t>phanse rahe kis mein? tod phod mein, system ko todne mein. rasool Allah ne pehli baar yeh bataya ke status quo is the best policy. pehli baar poori history mein ke jo system exist kar raha hai, us ko tode baghair is mein reform lao. us ko mein kaha karta hoon ke positive status quo. poori history mein pehli baar prophet ne yeh bataya ke</w:t>
      </w:r>
    </w:p>
    <w:p>
      <w:pPr>
        <w:jc w:val="right"/>
      </w:pPr>
      <w:r>
        <w:t>پھنسے رہے کس میں؟ توڑ پھوڑ میں، سسٹم کو توڑنے میں۔ رسول اللہ نے پہلی بار یہ بتایا کہ اسٹیٹس کوئز از دا بیسٹ پالیسی۔ پہلی بار پوری ہسٹری میں کہ جو سسٹم ایگزسٹ کر رہا ہے، اس کو توڑے بغیر اس میں ریفارم لاؤ۔ اس کو میں کہا کرتا ہوں کہ پازیٹیو اسٹیٹس کوئز پوری ہسٹری میں پہلی بار پرافٹ نے یہ بتایا کہ</w:t>
      </w:r>
    </w:p>
    <w:p>
      <w:r>
        <w:rPr>
          <w:b/>
        </w:rPr>
        <w:t xml:space="preserve">[1:13:01] </w:t>
      </w:r>
      <w:r>
        <w:t>baghair tode hue jo opportunities hain, us ko avail karo. kyunke tum todo ge ek system ko to naya system jo aayega, phir again wahi problems honge. problem free system koi nahi, ideal system koi bhi nahi. lekin in mal yusra, yani aap ne bataya har system, chahe woh koi bhi system ho, hamesha is ke andar opportunities maujood rehti hain.</w:t>
      </w:r>
    </w:p>
    <w:p>
      <w:pPr>
        <w:jc w:val="right"/>
      </w:pPr>
      <w:r>
        <w:t>بغیر توڑے ہوئے جو اپرچونیٹیز ہیں، اس کو اویل کرو۔ کیونکہ تم توڑو گے ایک سسٹم کو تو نیا سسٹم جو آئے گا، پھر اگین وہی پرابلم ہوں گے۔ پرابلم فری سسٹم کوئی نہیں، ائیڈیل سسٹم کوئی بھی نہیں۔ لیکن ان مال یسرا، یعنی آپ نے بتایا ہر سسٹم، چاہے وہ کوئی بھی سسٹم ہو، ہمیشہ اس کے اندر اپرچونیٹیز موجود رہتی ہیں۔</w:t>
      </w:r>
    </w:p>
    <w:p>
      <w:r>
        <w:rPr>
          <w:b/>
        </w:rPr>
        <w:t xml:space="preserve">[1:13:31] </w:t>
      </w:r>
      <w:r>
        <w:t>to ignore the problem, avail the opportunities. yeh hai in mal ghusra yusra ka formula. yeh kitni bari cheez hai jo rasool Allah ne di duniya ko. har ek insan is se bekhabar tha. jitne bhi log uthe, aristotle se le kar gandhi tak, sab ka yeh haal hua ke kyunke existing system unhein naqis nazar aaya, ideal se kam nazar aaya, to us ko todne ke khare ho gaye woh. aur todne ke baad phir wahi dobara ek aur</w:t>
      </w:r>
    </w:p>
    <w:p>
      <w:pPr>
        <w:jc w:val="right"/>
      </w:pPr>
      <w:r>
        <w:t>تو اگنور دا پرابلم، اویل دا اپرچونیٹیز۔ یہ ہے ان مال غسل یسرا کا فارمولا۔ یہ کتنی بڑی چیز ہے جو رسول اللہ نے دی دنیا کو۔ ہر ایک انسان اس سے بے خبر تھا۔ جتنے بھی لوگ اٹھے، ارسٹوٹل سے لے کر گاندھی تک، سب کا یہ حال ہوا کہ چونکہ ایگزسٹنگ سسٹم انہیں ناقص نظر آیا، ائیڈیل سے کم نظر آیا، تو اس کو توڑنے کے کھڑے ہو گئے وہ۔ اور توڑنے کے بعد پھر وہی دوبارہ ایک اور</w:t>
      </w:r>
    </w:p>
    <w:p>
      <w:r>
        <w:rPr>
          <w:b/>
        </w:rPr>
        <w:t xml:space="preserve">[1:14:01] </w:t>
      </w:r>
      <w:r>
        <w:t>system naqis wajood mein aa gaya jo less than ideal tha. to sahi policy kya hai? ignore the problem and avail the opportunities. us ko mein ne ek lafz diya hai ke positive status quo. dekhiye, hamare haan jo tareeqa chala hua hai prophet ke bare mein, us se duniya ya jaan nahi saki ke aap ka contribution kya tha duniya ke liye. maslan hum naat khwani karte hain,</w:t>
      </w:r>
    </w:p>
    <w:p>
      <w:pPr>
        <w:jc w:val="right"/>
      </w:pPr>
      <w:r>
        <w:t>سسٹم ناقص وجود میں آ گیا جو لیس دین ائیڈیل تھا۔ تو صحیح پالیسی کیا ہے؟ اگنور دا پرابلم اینڈ اویل دا اپرچونیٹیز۔ اس کو میں نے ایک لفظ دیا ہے کہ پازیٹیو اسٹیٹس کوئز۔ دیکھیے، ہمارے ہاں جو طریقہ چلا ہوا ہے پرافٹ کے بارے میں، اس سے دنیا یا جان نہیں سکی کہ آپ کا کنٹریبیوشن کیا تھا دنیا کے لیے۔ مثلاً ہم نعت خوانی کرتے ہیں،</w:t>
      </w:r>
    </w:p>
    <w:p>
      <w:r>
        <w:rPr>
          <w:b/>
        </w:rPr>
        <w:t xml:space="preserve">[1:14:32] </w:t>
      </w:r>
      <w:r>
        <w:t>naaton mein aap ko purasrar tor par superior dikhaya jata hai. kuch purasrar qualities, maslan ek aap ka, aap jab chalte the to aap ka saya nahi hota tha, aap ka shadow nahi hota tha. yeh ek purasrar, ek mysterious quality hai. maslan yeh ke aap qabar mein hain, madina mein, kyunke duniya bhar ki awazein aap suntay hain. yeh bhi ek mysterious quality hai. ya yeh ke aap</w:t>
      </w:r>
    </w:p>
    <w:p>
      <w:pPr>
        <w:jc w:val="right"/>
      </w:pPr>
      <w:r>
        <w:t>نعتوں میں آپ کو پراسرار طور پر سپیئر دکھایا جاتا ہے۔ کچھ پراسرار کوالٹیز، مثلاً ایک آپ کا، آپ جب چلتے تھے تو آپ کا سایہ نہیں ہوتا تھا، آپ کا شیڈو نہیں ہوتا تھا۔ یہ ایک پراسرار، ایک مسٹیریس کوالٹی ہے۔ مثلاً یہ کہ آپ قبر میں ہیں، مدینہ میں، کیونکہ دنیا بھر کی آوازیں آپ سنتے ہیں۔ یہ بھی ایک مسٹیریس کوالٹی ہے۔ یا یہ کہ آپ</w:t>
      </w:r>
    </w:p>
    <w:p>
      <w:r>
        <w:rPr>
          <w:b/>
        </w:rPr>
        <w:t xml:space="preserve">[1:15:03] </w:t>
      </w:r>
      <w:r>
        <w:t>na hote to duniya hi nahi banayi jati. yeh bhi ek mysterious quality hai. ya yeh ke aap ke khilaf koi bol de to us ko maar dalo. yeh jitni cheezein hain, woh sab aap ko ek mysterious prophet ke roop mein dikhati hain. is se aap ki asal jo azmat hai, wahi logon ke samne nahi aayi. dekhiye,</w:t>
      </w:r>
    </w:p>
    <w:p>
      <w:pPr>
        <w:jc w:val="right"/>
      </w:pPr>
      <w:r>
        <w:t>نہ ہوتے تو دنیا ہی نہیں بنائی جاتی۔ یہ بھی ایک مسٹیریس کوالٹی ہے۔ یا یہ کہ آپ کے خلاف کوئی بول دے تو اس کو مار ڈالو۔ یہ جتنی چیزیں ہیں، وہ سب آپ کو ایک مسٹیریس پرافٹ کے روپ میں دکھاتی ہیں۔ اس سے آپ کی اصل جو عظمت ہے، وہی لوگوں کے سامنے نہیں آئی۔ دیکھیے،</w:t>
      </w:r>
    </w:p>
    <w:p>
      <w:r>
        <w:rPr>
          <w:b/>
        </w:rPr>
        <w:t xml:space="preserve">[1:15:33] </w:t>
      </w:r>
      <w:r>
        <w:t>ek bohat bare scholar hain Islam mein, un ka naam hai Allama Shatibi. unhone likha hai apni kitaab Muwafiqat mein ke daleel naam hai khasm khasm ke meyar dehni par baat ko sabit karna. yani jo mindset aap ke jis se aap baat kar rahe hain, us ka jo mindset hai, us ke mindset ke mut</w:t>
      </w:r>
    </w:p>
    <w:p>
      <w:pPr>
        <w:jc w:val="right"/>
      </w:pPr>
      <w:r>
        <w:t>ایک بہت بڑے اسکالر ہیں اسلام میں، ان کا نام ہے علامہ شاطبی۔ انہوں نے لکھا ہے اپنی کتاب الموافقات میں کہ دلیل نام ہے خسم خسم کے معیار دہنی پر بات کو ثابت کرنا۔ یعنی جو مائنڈ سیٹ آپ کے جس سے آپ بات کر رہے ہیں، اس کا جو مائنڈ سیٹ ہے، اس کے مائنڈ سیٹ کے مط</w:t>
      </w:r>
    </w:p>
    <w:p>
      <w:r>
        <w:rPr>
          <w:b/>
        </w:rPr>
        <w:t xml:space="preserve">[1:16:03] </w:t>
      </w:r>
      <w:r>
        <w:t>abiq aap baat kahein, jis mein logic ko yeh dikhai de us aadmi ko, tab apni baat ko aap ne rational way mein pesh kiya. to yeh jo mysterious prophet ke roop mein dikhate hain log, is mein samne wale ka mind jo hai, woh address nahi hota. woh chahta hai logic, woh chahta hai ek scientific proof. aap us ko mystery bata rahe hain to mysterious ko</w:t>
      </w:r>
    </w:p>
    <w:p>
      <w:pPr>
        <w:jc w:val="right"/>
      </w:pPr>
      <w:r>
        <w:t>ابق آپ بات کہیں، جس میں لاجک کو یہ دکھائی دے اس آدمی کو، تب اپنی بات کو آپ نے ریشنل وے میں پیش کیا۔ تو یہ جو مسٹیریس پرافٹ کے روپ میں دکھاتے ہیں لوگ، اس میں سامنے والے کا مائنڈ جو ہے، وہ ایڈریس نہیں ہوتا۔ وہ چاہتا ہے لاجک، وہ چاہتا ہے ایک سائنٹیفک پروف۔ آپ اس کو مسٹری بتا رہے ہیں تو مسٹیریس کو</w:t>
      </w:r>
    </w:p>
    <w:p>
      <w:r>
        <w:rPr>
          <w:b/>
        </w:rPr>
        <w:t xml:space="preserve">[1:16:33] </w:t>
      </w:r>
      <w:r>
        <w:t>alities se us ko yeh pata nahi chalta ke prophet kya the, un ki kya contribution hai. chunancha aam tor par log jante hi nahi ke koi contribution tha prophet ka. naaton ko suntay hain aur hamare jalson mein jo hota hai, woh suntay hain. woh to is mein mysterious baatein batayi jati hain. halanke prophet ka contribution itna bara hai ke poori history mein kisi bhi doosre insan ka itna bara contribution nahi.</w:t>
      </w:r>
    </w:p>
    <w:p>
      <w:pPr>
        <w:jc w:val="right"/>
      </w:pPr>
      <w:r>
        <w:t>الٹیز سے اس کو یہ پتہ نہیں چلتا کہ پرافٹ کیا تھے، ان کی کیا کنٹریبیوشن ہے۔ چنانچہ عام طور پر لوگ جانتے ہی نہیں کہ کوئی کنٹریبیوشن تھا پرافٹ کا۔ نعتوں کو سنتے ہیں اور ہمارے جلسوں میں جو ہوتا ہے، وہ سنتے ہیں۔ وہ تو اس میں مسٹیریس باتیں بتائی جاتی ہیں۔ حالانکہ پرافٹ کا کنٹریبیوشن اتنا بڑا ہے کہ پوری ہسٹری میں کسی بھی دوسرے انسان کا اتنا بڑا کنٹریبیوشن نہیں۔</w:t>
      </w:r>
    </w:p>
    <w:p>
      <w:r>
        <w:rPr>
          <w:b/>
        </w:rPr>
        <w:t xml:space="preserve">[1:17:03] </w:t>
      </w:r>
      <w:r>
        <w:t>non framework ke mutabiq, mysterious framework ke mutabiq nahi. kisi mysterious framework mein aap bata dein ke woh aasman ko chhoo dete the, hath uthate the to aur zameen mein chalte, paon ke zameen mein kahan tak pahunch jate the. koi mysterious aap quality batayein, insan is se koi kuch bhi us ko important nahi dega. is ka jo apna jo mindset hai, woh address hona chah</w:t>
      </w:r>
    </w:p>
    <w:p>
      <w:pPr>
        <w:jc w:val="right"/>
      </w:pPr>
      <w:r>
        <w:t>نون فریم ورک کے مطابق، مسٹیریس فریم ورک کے مطابق نہیں۔ کسی مسٹیریس فریم ورک میں آپ بتا دیں کہ وہ آسمان کو چھو دیتے تھے، ہاتھ اٹھاتے تھے تو اور زمین میں چلتے، پاؤں کے زمین میں کہاں تک پہنچ جاتے تھے۔ کوئی مسٹیریس آپ کوالٹی بتائیں، انسان اس سے کوئی کچھ بھی اس کو امپورٹنٹ نہیں دے گا۔ اس کا جو اپنا جو مائنڈ سیٹ ہے، وہ ایڈریس ہونا چاہ</w:t>
      </w:r>
    </w:p>
    <w:p>
      <w:r>
        <w:rPr>
          <w:b/>
        </w:rPr>
        <w:t xml:space="preserve">[1:17:34] </w:t>
      </w:r>
      <w:r>
        <w:t>iye. tab samjhega ke haan, prophet ka contribution tha koi. to mein ne is par kai books likhe hain. to misaal ke tor par dekhiye, sare reformers, sare leaders, sare thinkers yeh chahte rahe hain ke duniya mein peace aaye. kyunke without peace, there is no development. sab log yeh mante hain ke peace sab se bari cheez hai.</w:t>
      </w:r>
    </w:p>
    <w:p>
      <w:pPr>
        <w:jc w:val="right"/>
      </w:pPr>
      <w:r>
        <w:t>یے۔ تب سمجھے گا کہ ہاں، پرافٹ کا کنٹریبیوشن تھا کوئی۔ تو میں نے اس پر کئی بکس لکھے ہیں۔ تو مثال کے طور پر دیکھیے، سارے ریفارمرز، سارے لیڈرز، سارے تھنکرز یہ چاہتے رہے ہیں کہ دنیا میں پیس آئے۔ کیونکہ ودا آؤٹ پیس، دیر از نو ڈیولپمنٹ۔ سب لوگ یہ مانتے ہیں کہ پیس سب سے بڑی چیز ہے۔</w:t>
      </w:r>
    </w:p>
    <w:p>
      <w:r>
        <w:rPr>
          <w:b/>
        </w:rPr>
        <w:t xml:space="preserve">[1:18:04] </w:t>
      </w:r>
      <w:r>
        <w:t>aik poora discipline hai, is ko kehte hain pacifism. pacifism mein isi ki study ki jati hai. lekin maine is ko detail mein parha hai. pacifism mein aaj tak koi formula jo work kar sake, koi workable formula peace ka aaj tak nahi bata saka. aaj bhi pacifism jo hai, aik discipline hai jis mein peace ko peace ka charcha to kiya jata hai, lekin aisa koi</w:t>
      </w:r>
    </w:p>
    <w:p>
      <w:pPr>
        <w:jc w:val="right"/>
      </w:pPr>
      <w:r>
        <w:t>ایک پورا ڈسپلن ہے، اس کو کہتے ہیں پیسیفزم۔ پیسیفزم میں اسی کی سٹڈی کی جاتی ہے۔ لیکن میں نے اس کو ڈیٹیل میں پڑھا ہے۔ پیسیفزم میں آج تک کوئی فارمولا جو ورک کر سکے، کوئی ورکیبل فارمولا پیس کا آج تک نہیں بتا سکا۔ آج بھی پیسیفزم جو ہے، ایک ڈسپلن ہے جس میں پیس کو پیس کا چرچہ تو کیا جاتا ہے، لیکن ایسا کوئی</w:t>
      </w:r>
    </w:p>
    <w:p>
      <w:r>
        <w:rPr>
          <w:b/>
        </w:rPr>
        <w:t xml:space="preserve">[1:18:34] </w:t>
      </w:r>
      <w:r>
        <w:t>formula woh nahi de paya aaj tak. main poore conviction se keh sakta hoon ke peace how to establish peace, koi formula is ka nahi hai. is ki wajah kya hai? sab se bari wajah hai ke sare mind is par jo sochne wale mind hain, sab kya kehte hain ke peace with justice. woh chahte hain ke aisa peace ho jis mein justice sath sath aa jaye. hum ko yeh formula sarr se workable nahi hai.</w:t>
      </w:r>
    </w:p>
    <w:p>
      <w:pPr>
        <w:jc w:val="right"/>
      </w:pPr>
      <w:r>
        <w:t>فارمولا وہ نہیں دے پایا آج تک۔ میں پورے کنوکشن سے کہہ سکتا ہوں کہ پیس ہاؤ ٹو اسٹیبلش پیس، کوئی فارمولا اس کا نہیں ہے۔ اس کی وجہ کیا ہے؟ سب سے بڑی وجہ ہے کہ سارے مائنڈ اس پر جو سوچنے والے مائنڈ ہیں، سب کیا کہتے ہیں کہ پیس ود جسٹس۔ وہ چاہتے ہیں کہ ایسا پیس ہو جس میں جسٹس ساتھ ساتھ آ جائے۔ ہم کو یہ فارمولا سرے سے ورکیبل نہیں ہے۔</w:t>
      </w:r>
    </w:p>
    <w:p>
      <w:r>
        <w:rPr>
          <w:b/>
        </w:rPr>
        <w:t xml:space="preserve">[1:19:04] </w:t>
      </w:r>
      <w:r>
        <w:t>sab se pehle prophet ne is ko bataya ke peace with justice ka formula aik romantic formula hai. woh workable hi nahi. is liye toh aap ne kya bataya? aap ne bataya ke peace, peace jo hai, woh opportunities ko kholti hai. peace justice ko nahi lati hai. jab peace aata hai toh app</w:t>
      </w:r>
    </w:p>
    <w:p>
      <w:pPr>
        <w:jc w:val="right"/>
      </w:pPr>
      <w:r>
        <w:t>سب سے پہلے پرافٹ نے اس کو بتایا کہ پیس ود جسٹس کا فارمولا ایک رومینٹک فارمولا ہے۔ وہ ورکیبل ہی نہیں۔ اس لیے تو آپ نے کیا بتایا؟ آپ نے بتایا کہ پیس، پیس جو ہے، وہ اپرچونیٹیز کو کھولتی ہے۔ پیس جسٹس کو نہیں لاتی ہے۔ جب پیس آتا ہے تو اپر</w:t>
      </w:r>
    </w:p>
    <w:p>
      <w:r>
        <w:rPr>
          <w:b/>
        </w:rPr>
        <w:t xml:space="preserve">[1:19:34] </w:t>
      </w:r>
      <w:r>
        <w:t>ortunities aati hain. opportunities, opportunities aap ko yeh mauqa deti hain ke aap is ko avail karein. toh peace se justice nahi milti hai, balkeh opportunities ko avail karne se justice milti hai. is ko aap ne demonstration diya Hudaybiyyah agreement mein. Hudaybiyyah agreement mein aap ne peace toh liya tha, lekin aap ko justice nahi mili thi. yaani peace with justice ki bajaye peace without justice par aap razi hue the.</w:t>
      </w:r>
    </w:p>
    <w:p>
      <w:pPr>
        <w:jc w:val="right"/>
      </w:pPr>
      <w:r>
        <w:t>چونیٹیز آتی ہیں۔ اپرچونیٹیز، اپرچونیٹیز آپ کو یہ موقع دیتی ہیں کہ آپ اس کو اویل کریں۔ تو پیس سے جسٹس نہیں ملتی ہے، بلکہ اپرچونیٹیز کو اویل کرنے سے جسٹس ملتی ہے۔ اس کو آپ نے ڈیمونسٹریشن دیا حدیبیہ ایگریمنٹ میں۔ حدیبیہ ایگریمنٹ میں آپ نے پیس تو لیا تھا، لیکن آپ کو جسٹس نہیں ملی تھی۔ یعنی پیس ود جسٹس کی بجائے پیس ودا آؤٹ جسٹس پر آپ راضی ہوئے تھے۔</w:t>
      </w:r>
    </w:p>
    <w:p>
      <w:r>
        <w:rPr>
          <w:b/>
        </w:rPr>
        <w:t xml:space="preserve">[1:20:04] </w:t>
      </w:r>
      <w:r>
        <w:t>duniya mein aik hi agreement hai jo peace without justice par hua. sare agreement jo hain, peace with justice par karne ki koshish karte hain, woh kabhi work nahi karte. woh kabhi duniya mein woh in se peace aata nahi hai. duniya mein toh prophet ne bataya ke pehli baar history mein ke peace without justice par razi ho jao, aur jo opportunities khulti hain, us ke zariye se un ko avail karo,</w:t>
      </w:r>
    </w:p>
    <w:p>
      <w:pPr>
        <w:jc w:val="right"/>
      </w:pPr>
      <w:r>
        <w:t>دنیا میں ایک ہی ایگریمنٹ ہے جو پیس ودا آؤٹ جسٹس پر ہوا۔ سارے ایگریمنٹ جو ہیں، پیس ود جسٹس پر کرنے کی کوشش کرتے ہیں، وہ کبھی ورک نہیں کرتے۔ وہ کبھی دنیا میں وہ ان سے پیس آتا نہیں ہے۔ دنیا میں تو پرافٹ نے بتایا کہ پہلی بار ہسٹری میں کہ پیس ودا آؤٹ جسٹس پر راضی ہو جاؤ، اور جو اپرچونیٹیز کھلتی ہیں، اس کے ذریعے سے ان کو اویل کرو،</w:t>
      </w:r>
    </w:p>
    <w:p>
      <w:r>
        <w:rPr>
          <w:b/>
        </w:rPr>
        <w:t xml:space="preserve">[1:20:34] </w:t>
      </w:r>
      <w:r>
        <w:t>aur phir tum ko is ka woh mil jayega jo tum chahte ho. toh yeh formula Rasool Allah ne diya. aur doosri cheez jis se bekhabar the log, woh yeh ke creation plan Khuda kya hai? woh aap ne bataya yeh Quran ki chapter number 67 hai. 67 ke shuru mein ayat aati hai ke duniya ko Khuda ne banaya hai kis liye?</w:t>
      </w:r>
    </w:p>
    <w:p>
      <w:pPr>
        <w:jc w:val="right"/>
      </w:pPr>
      <w:r>
        <w:t>اور پھر تم کو اس کا وہ مل جائے گا جو تم چاہتے ہو۔ تو یہ فارمولا رسول اللہ نے دیا۔ اور دوسری چیز جس سے بے خبر تھے لوگ، وہ یہ کہ کریشن پلان خدا کیا ہے؟ وہ آپ نے بتایا یہ قرآن کی چیپٹر نمبر 67 ہے۔ 67 کے شروع میں آیت آتی ہے کہ دنیا کو خدا نے بنایا ہے کس لیے؟</w:t>
      </w:r>
    </w:p>
    <w:p>
      <w:r>
        <w:rPr>
          <w:b/>
        </w:rPr>
        <w:t xml:space="preserve">[1:21:04] </w:t>
      </w:r>
      <w:r>
        <w:t>as a testing ground. yaani is ka matlab yeh hua ke duniya mein ideal society ban nahi sakti, woh banegi jannat mein. toh Rasool Allah ne zindagi ko banta do period mein: pre-death period aur post-death period. pre-death period mein kya hai? hum test par hain. yahan ke record par pre-death period mein jo record hum banayenge, us par humein</w:t>
      </w:r>
    </w:p>
    <w:p>
      <w:pPr>
        <w:jc w:val="right"/>
      </w:pPr>
      <w:r>
        <w:t>ایز اے ٹیسٹنگ گراؤنڈ۔ یعنی اس کا مطلب یہ ہوا کہ دنیا میں ائیڈیل سوسائٹی بن نہیں سکتی، وہ بنے گی جنت میں۔ تو رسول اللہ نے زندگی کو بانٹا دو پیریڈ میں: پری ڈیتھ پیریڈ اور پوسٹ ڈیتھ پیریڈ۔ پری ڈیتھ پیریڈ میں کیا ہے؟ ہم ٹیسٹ پر ہیں۔ یہاں کے ریکارڈ پر پری ڈیتھ پیریڈ میں جو ریکارڈ ہم بنائیں گے، اس پر ہمیں</w:t>
      </w:r>
    </w:p>
    <w:p>
      <w:r>
        <w:rPr>
          <w:b/>
        </w:rPr>
        <w:t xml:space="preserve">[1:21:35] </w:t>
      </w:r>
      <w:r>
        <w:t>ideal world mein jagah milegi, jis ka naam hai paradise. toh yeh yeh pehli baar is tarah clear taur par Rasool Allah ne bataya ke pre-death period is liye hai hi nahi ke yahan par ideal society bane, woh toh banegi paradise mein. yahan toh aap ko qualify karna hai is baat ke liye ke aap ko jab yeh duniya se aap jayein, marne ke baad toh aap ko settle kiya jaye paradise mein,</w:t>
      </w:r>
    </w:p>
    <w:p>
      <w:pPr>
        <w:jc w:val="right"/>
      </w:pPr>
      <w:r>
        <w:t>ائیڈیل ورلڈ میں جگہ ملے گی، جس کا نام ہے پیراڈائز۔ تو یہ یہ پہلی بار اس طرح کلیئر طور پر رسول اللہ نے بتایا کہ پری ڈیتھ پیریڈ اس لیے ہے ہی نہیں کہ یہاں پر ائیڈیل سوسائٹی بنے، وہ تو بنے گی پیراڈائز میں۔ یہاں تو آپ کو کوالیفائی کرنا ہے اس بات کے لیے کہ آپ کو جب یہ دنیا سے آپ جائیں، مرنے کے بعد تو آپ کو سیٹل کیا جائے پیراڈائز میں،</w:t>
      </w:r>
    </w:p>
    <w:p>
      <w:r>
        <w:rPr>
          <w:b/>
        </w:rPr>
        <w:t xml:space="preserve">[1:22:05] </w:t>
      </w:r>
      <w:r>
        <w:t>yaani ideal world mein. yeh aap ne bataya. is se bohat se problem solve hote hain. misaal ke taur par log kehte hain ke sare philosophers is mein phanse rahe hain. is sawal mein jo kehte hain, woh log problem of evil, problem of suffering. yeh suffering duniya mein kyun hai? toh chahte hain ke suffering ko khatam karein. yeh bohat bari fallacy hai jis mein sari history mein log pade rahe. suffering ko khatam karo, suffering ko khatam karo.</w:t>
      </w:r>
    </w:p>
    <w:p>
      <w:pPr>
        <w:jc w:val="right"/>
      </w:pPr>
      <w:r>
        <w:t>یعنی ائیڈیل ورلڈ میں۔ یہ آپ نے بتایا۔ اس سے بہت سے پرابلم سالو ہوتے ہیں۔ مثال کے طور پر لوگ کہتے ہیں کہ سارے فلاسفرز اس میں پھنسے رہے ہیں۔ اس سوال میں جو کہتے ہیں، وہ لوگ پرابلم اف ایول، پرابلم اف سفرنگ۔ یہ سفرنگ دنیا میں کیوں ہے؟ تو چاہتے ہیں کہ سفرنگ کو ختم کریں۔ یہ بہت بڑی فلیسی ہے جس میں ساری ہسٹری میں لوگ پڑے رہے۔ سفرنگ کو ختم کرو، سفرنگ کو ختم کرو۔</w:t>
      </w:r>
    </w:p>
    <w:p>
      <w:r>
        <w:rPr>
          <w:b/>
        </w:rPr>
        <w:t xml:space="preserve">[1:22:36] </w:t>
      </w:r>
      <w:r>
        <w:t>bhai, suffering ko khatam kar ke Khuda ka yeh possible hi nahi hai. kyun? Khuda ke creation plan mein suffering jo hai, aik aik must cheez hai bani hui. kyunke tajurba yeh hota hai, aap dekhiye ke jab tak aadmi par shakk na lage, jab tak aadmi par ghurbat ka tajurba na ho, jab tak aadmi ko museebaton ka tajurba na ho, jab tak us ko problem pesh na aaye, us ki salahiyatein jaagti nahi.</w:t>
      </w:r>
    </w:p>
    <w:p>
      <w:pPr>
        <w:jc w:val="right"/>
      </w:pPr>
      <w:r>
        <w:t>بھئی، سفرنگ کو ختم کر کے خدا کا یہ پاسیبل ہی نہیں ہے۔ کیوں؟ خدا کے کریشن پلان میں سفرنگ جو ہے، ایک ایک مسٹ چیز ہے بنی ہوئی۔ کیونکہ تجربہ یہ ہوتا ہے، آپ دیکھیے کہ جب تک آدمی پر شک نہ لگے، جب تک آدمی پر غربت کا تجربہ نہ ہو، جب تک آدمی کو مصیبتوں کا تجربہ نہ ہو، جب تک اس کو پرابلم پیش نہ آئے، اس کی صلاحیتیں جاگتی نہیں۔</w:t>
      </w:r>
    </w:p>
    <w:p>
      <w:r>
        <w:rPr>
          <w:b/>
        </w:rPr>
        <w:t xml:space="preserve">[1:23:07] </w:t>
      </w:r>
      <w:r>
        <w:t>insaan ko Khuda ne banaya bohat zabardast salahiyat de kar. kyunke aap jante hain ke har individual, har individual mind mein kaha jata hai ke hundred million, billion, billion particles hain. yeh sab dormant position mein hain, soye hue hain. un ko jagane ke liye shock treatment chahiye. shock treatment. aur yeh problem zindagi ka jo woh shock treatment hai, agar aap aisi duniya</w:t>
      </w:r>
    </w:p>
    <w:p>
      <w:pPr>
        <w:jc w:val="right"/>
      </w:pPr>
      <w:r>
        <w:t>انسان کو خدا نے بنایا بہت زبردست صلاحیت دے کر۔ کیونکہ آپ جانتے ہیں کہ ہر انڈیویجول، ہر انڈیویجول مائنڈ میں کہا جاتا ہے کہ ہنڈرڈ ملین، بلین، بلین پارٹیکل ہیں۔ یہ سب ڈارمنٹ پوزیشن میں ہیں، سوئے ہوئے ہیں۔ ان کو جگانے کے لیے شاک ٹریٹمنٹ چاہیے۔ شاک ٹریٹمنٹ۔ اور یہ پرابلم زندگی کا جو وہ شاک ٹریٹمنٹ ہے، اگر آپ ایسی دنیا</w:t>
      </w:r>
    </w:p>
    <w:p>
      <w:r>
        <w:rPr>
          <w:b/>
        </w:rPr>
        <w:t xml:space="preserve">[1:23:37] </w:t>
      </w:r>
      <w:r>
        <w:t>bana dein jahan har aadmi ameer ho, har aadmi ke paas achhe achhe ghar hon, achhi achhi carein hon, toh sari activities duniya ki khatam ho jayengi. kyunke aap incentive chheen lenge. dekhiye, problem jo hain, woh challenge bante hain. aur challenge jab bante hain toh tabhi aadmi daudta hai. aap aik aik duniya banana chahte hain jahan problem na ho. yeh sare reformers, sare thinkers, sare leaders isi obsession mein rahe hain.</w:t>
      </w:r>
    </w:p>
    <w:p>
      <w:pPr>
        <w:jc w:val="right"/>
      </w:pPr>
      <w:r>
        <w:t>بنا دیں جہاں ہر آدمی امیر ہو، ہر آدمی کے پاس اچھے اچھے گھر ہوں، اچھی اچھی کاریں ہوں، تو ساری ایکٹیویٹیز دنیا کی ختم ہو جائیں گی۔ کیونکہ آپ انسینٹو چھین لیں گے۔ دیکھیں، پرابلم جو ہیں، وہ چیلنج بنتے ہیں۔ اور چیلنج جب بنتے ہیں تو تبھی آدمی دوڑتا ہے۔ آپ ایک ایک دنیا بنانا چاہتے ہیں جہاں پرابلم نہ ہو۔ یہ سارے ریفارمرز، سارے تھنکرز، سارے لیڈر اسی ابسیشن میں رہے ہیں۔</w:t>
      </w:r>
    </w:p>
    <w:p>
      <w:r>
        <w:rPr>
          <w:b/>
        </w:rPr>
        <w:t xml:space="preserve">[1:24:08] </w:t>
      </w:r>
      <w:r>
        <w:t>isi obsession mein Marx tha, isi mein Rousseau tha, isi mein Gandhi the. aik aisi society bana jahan problem na ho, jahan haves na hon, jahan ghareeb na ho. yeh aisa plan hai, aik aisi soch hai jo Khuda ke creation plan se takrati hai. Khuda ne banaya logon ko ooncha aur neech, haves aur have-nots, taake logon mein takrao ho. achha, is ka matlab yeh</w:t>
      </w:r>
    </w:p>
    <w:p>
      <w:pPr>
        <w:jc w:val="right"/>
      </w:pPr>
      <w:r>
        <w:t>اسی ابسیشن میں مارکس تھا، اسی میں روسو تھا، اسی میں گاندھی تھے۔ ایک ایسی سوسائٹی بنا جہاں پرابلم نہ ہو، جہاں ہیبناٹس نہ ہوں، جہاں غریب نہ ہوں۔ یہ ایسا پلان ہے، ایک ایسی سوچ ہے جو خدا کے کریشن پلان سے ٹکراتی ہے۔ خدا نے بنایا لوگوں کو اونچا اور نیچا، ہیو اور ہیو ناٹس، تاکہ لوگوں میں ٹکراؤ ہو۔ اچھا، اس کا مطلب یہ</w:t>
      </w:r>
    </w:p>
    <w:p>
      <w:r>
        <w:rPr>
          <w:b/>
        </w:rPr>
        <w:t xml:space="preserve">[1:24:38] </w:t>
      </w:r>
      <w:r>
        <w:t>nahi ke jo haves hai woh hamesha haves rahe, jo have-nots hai woh hamesha have-nots rahe. aisa nahi hai. aap dekhiye, hamare desh mein Dr. Abdul Kalam, jo President of India hain, woh have-nots the. bachpan mein naujawan umar un ki jo hai, us mein woh have-nots ke class se taluq rakhte the, yaani ghareeb. aaj woh haves ke class mein aa gaye hain. toh jo have-nots hain, aisa matlab nahi hai ke woh hamesha have-not rahenge.</w:t>
      </w:r>
    </w:p>
    <w:p>
      <w:pPr>
        <w:jc w:val="right"/>
      </w:pPr>
      <w:r>
        <w:t>نہیں کہ جو ہیوز ہے وہ ہمیشہ ہیوز رہے، جو ہیو ناٹس ہے وہ ہمیشہ ہیو ناٹس رہے۔ ایسا نہیں ہے۔ آپ دیکھیے، ہمارے دیش میں ڈاکٹر عبدالکلام، جو پریزیڈنٹ آف انڈیا ہیں، وہ ہیو ناٹس تھے۔ بچپن میں نوجوانی عمر ان کی جو ہے، اس میں وہ ہیو ناٹس کے کلاس سے تعلق رکھتے تھے، یعنی غریب۔ آج وہ ہیوز کے کلاس میں آ گئے ہیں۔ تو جو ہیو ناٹس ہیں، ایسا مطلب نہیں ہے کہ وہ ہمیشہ ہیو ناٹ رہیں گے۔ وہ</w:t>
      </w:r>
    </w:p>
    <w:p>
      <w:r>
        <w:rPr>
          <w:b/>
        </w:rPr>
        <w:t xml:space="preserve">[1:25:09] </w:t>
      </w:r>
      <w:r>
        <w:t>yeh competition hai, yeh challenge hai, yeh daud hai jis mein bar bar haves jo hain, have-not bante hain, have-nots, haves bante hain. isi competition par duniya qaim hai. toh Khuda ne farq rakha hai. yeh Quran mein hai ke farq rakha hai hum ne aik insaan aur doosre insaan ke darmiyan. yeh farq kis liye hai? isi liye hai ke competition ho, challenge ho, incentive logon ke andar paida ho. yeh na ho toh zindagi ki sar</w:t>
      </w:r>
    </w:p>
    <w:p>
      <w:pPr>
        <w:jc w:val="right"/>
      </w:pPr>
      <w:r>
        <w:t>یہ کمپیٹیشن ہے، یہ چیلنج ہے، یہ دوڑ ہے جس میں بار بار ہیوز جو ہیں، ہیو ناٹ بنتے ہیں، ہیو ناٹس، ہیوز بنتے ہیں۔ اسی کمپیٹیشن پر دنیا قائم ہے۔ تو خدا نے فرق رکھا ہے۔ یہ قرآن میں ہے کہ فرق رکھا ہے ہم نے ایک انسان اور دوسرے انسان کے درمیان۔ یہ فرق کس لیے ہے؟ اسی لیے ہے کہ کمپیٹیشن ہو، چیلنج ہو، انسینٹو لوگوں کے اندر پیدا ہو۔ یہ نہ ہو تو زندگی کی سر</w:t>
      </w:r>
    </w:p>
    <w:p>
      <w:r>
        <w:rPr>
          <w:b/>
        </w:rPr>
        <w:t xml:space="preserve">[1:25:39] </w:t>
      </w:r>
      <w:r>
        <w:t>garmiyan khatam ho jayengi. toh jo log is tarah sochte hain ke duniya mein sab log ameer hi ameer ho jayein, sab ko sukh ho jaye, woh kabhi bhi kamyab nahi ho sake. hazaron saal ki history batati hai ke bohat se logon ne yeh socha ke aisi society banayein, woh bana nahi sake kabhi, kyunke woh Khuda ke creation plan ke khilaf thi. misaal ke taur par, Khuda paida karta hai, kisi ke muscles mazboot hote hain, kisi kamzor hote hain, koi zyada intelligent hota hai, koi kam intelligent hota</w:t>
      </w:r>
    </w:p>
    <w:p>
      <w:pPr>
        <w:jc w:val="right"/>
      </w:pPr>
      <w:r>
        <w:t>گرمیاں ختم ہو جائیں گی۔ تو جو لوگ اس طرح سوچتے ہیں کہ دنیا میں سب لوگ امیر ہی امیر ہو جائیں، سب کو سکھ ہو جائے، وہ کبھی بھی کامیاب نہیں ہو سکے۔ ہزاروں سال کی ہسٹری بتاتی ہے کہ بہت سے لوگوں نے یہ سوچا کہ ایسی سوسائٹی بنائیں، وہ بنا نہیں سکے کبھی، کیونکہ وہ خدا کے کریشن پلان کے خلاف تھی۔ مثال کے طور پر، خدا پیدا کرتا ہے، کسی کے مسلز مضبوط ہوتے ہیں، کسی کمزور ہوتے ہیں، کوئی زیادہ انٹیلیجنٹ ہوتا ہے، کوئی کم انٹیلیجنٹ ہوتا</w:t>
      </w:r>
    </w:p>
    <w:p>
      <w:r>
        <w:rPr>
          <w:b/>
        </w:rPr>
        <w:t xml:space="preserve">[1:26:09] </w:t>
      </w:r>
      <w:r>
        <w:t>hai. toh aap kya karenge? jab is ko janam se logon ke andar quality mein farq ho, salahiyaton mein farq ho, toh aap kaise barabar kar denge logon ko? do sage bhai hote hain, aik ghar mein paida hote hain, aik jo hai intelligent hota hai, aik aik jo hai average hota hai. average peeche reh jata hai, woh aage badh jata hai, halanke dono aik baap ke bete hote hain. toh yeh toh Khuda hi ki scheme ke khilaf hai.</w:t>
      </w:r>
    </w:p>
    <w:p>
      <w:pPr>
        <w:jc w:val="right"/>
      </w:pPr>
      <w:r>
        <w:t>ہے۔ تو آپ کیا کریں گے؟ جب اس کو جنم سے لوگوں کے اندر کوالٹی میں فرق ہو، صلاحیتوں میں فرق ہو، تو آپ کیسے برابر کر دیں گے لوگوں کو؟ دو سگے بھائی ہوتے ہیں، ایک گھر میں پیدا ہوتے ہیں، ایک جو ہے انٹیلیجنٹ ہوتا ہے، ایک ایک جو ہے ایوریج ہوتا ہے۔ ایوریج پیچھے رہ جاتا ہے، وہ آگے بڑھ جاتا ہے، حالانکہ دونوں ایک باپ کے بیٹے ہوتے ہیں۔ تو یہ تو خدا ہی کی اسکیم کے خلاف ہے۔</w:t>
      </w:r>
    </w:p>
    <w:p>
      <w:r>
        <w:rPr>
          <w:b/>
        </w:rPr>
        <w:t xml:space="preserve">[1:26:40] </w:t>
      </w:r>
      <w:r>
        <w:t>is liye main yeh kaha karta hoon logon se ke aap equal, yaani aisa aisi society jahan sare log equal hon. equality aik bohat khoobsurat word hai jis se obsession raha logon ko, yaani political equality, economic equality, social equality. sare thinkers is tarah sochte rahe hain aur kabhi bhi aisi society bani nahi. kyun? woh creation plan of God ke khilaf thi. yaad rakhiye, Khuda</w:t>
      </w:r>
    </w:p>
    <w:p>
      <w:pPr>
        <w:jc w:val="right"/>
      </w:pPr>
      <w:r>
        <w:t>اس لیے میں یہ کہا کرتا ہوں لوگوں سے کہ آپ ایکول، یعنی ایسا ایسی سوسائٹی جہاں سارے لوگ ایکول ہوں۔ ایکولٹی ایک بہت خوبصورت ورڈ ہے جس سے ابسیشن رہا لوگوں کو، یعنی پولیٹیکل ایکولٹی، اکنامک ایکولٹی، سوشل ایکولٹی۔ سارے تھنکر اس طرح سوچتے رہے ہیں اور کبھی بھی ایسی سوسائٹی بنی نہیں۔ کیوں؟ وہ کریشن پلان آف گاڈ کے خلاف تھی۔ یاد رکھیے، خدا</w:t>
      </w:r>
    </w:p>
    <w:p>
      <w:r>
        <w:rPr>
          <w:b/>
        </w:rPr>
        <w:t xml:space="preserve">[1:27:10] </w:t>
      </w:r>
      <w:r>
        <w:t>ka jo creation plan hai, woh hai based karta hai competition par. yeh prophet ne bataya. main samajhta hoon ke sab se history mein pehli baar is nuqte ko wazeh kiya prophet ne. is se pehle koi jaan nahi saka tha. is liye aap ne yeh nahi koshish ki jis ki koshish doosre reformers karte rahe hain, balkeh logon ko shaoor diya, logon ko samajh di, logon ko educate kiya. sari koshish aap ki rahi tazkiyah par. tazkiyah ka matlab hota hai mind ki re</w:t>
      </w:r>
    </w:p>
    <w:p>
      <w:pPr>
        <w:jc w:val="right"/>
      </w:pPr>
      <w:r>
        <w:t>کا جو کریشن پلان ہے، وہ ہے بیس کرتا ہے کمپیٹیشن پر۔ یہ پرافٹ نے بتایا۔ میں سمجھتا ہوں کہ سب سے ہسٹری میں پہلی بار اس نقطے کو واضح کیا پرافٹ نے۔ اس سے پہلے کوئی جان نہیں سکا تھا۔ اس لیے آپ نے یہ نہیں کوشش کی جس کی کوشش دوسرے ریفارمر کرتے رہے ہیں، بلکہ لوگوں کو شعور دیا، لوگوں کو سمجھ دی، لوگوں کو ایجوکیٹ کیا۔ ساری کوشش آپ کی رہی تزکیہ پر۔ تزکیہ کا مطلب ہوتا ہے مائنڈ کی ری</w:t>
      </w:r>
    </w:p>
    <w:p>
      <w:r>
        <w:rPr>
          <w:b/>
        </w:rPr>
        <w:t xml:space="preserve">[1:27:40] </w:t>
      </w:r>
      <w:r>
        <w:t>engineering, zehan ko banana, soch lana aadmi ke andar. sab se zyada Islam mein zor diya gaya thinking par, thinking par. aur main samajhta hoon ke yeh itna bara deen hai, itna bara contribution hai Rasool Allah ka ke pehli baar yeh jaan saka insaan ke sahi scheme kya hai zindagi ke sudhaar ki. sahi maani workable scheme, aisi scheme jo work kare, woh kaun si hai?</w:t>
      </w:r>
    </w:p>
    <w:p>
      <w:pPr>
        <w:jc w:val="right"/>
      </w:pPr>
      <w:r>
        <w:t>انجینئرنگ، ذہن کو بنانا، سوچ لانا آدمی کے اندر۔ سب سے زیادہ اسلام میں زور دیا گیا تھنکنگ پر، تھنکنگ پر۔ اور میں سمجھتا ہوں کہ یہ اتنا بڑا دین ہے، اتنا بڑا کنٹریبیوشن ہے رسول اللہ کا کہ پہلی بار یہ جان سکا انسان کہ صحیح اسکیم کیا ہے زندگی کے سدھار کی۔ صحیح معنی ورکیبل اسکیم، ایسی اسکیم جو ورک کرے، وہ کون سی ہے؟</w:t>
      </w:r>
    </w:p>
    <w:p>
      <w:r>
        <w:rPr>
          <w:b/>
        </w:rPr>
        <w:t xml:space="preserve">[1:28:11] </w:t>
      </w:r>
      <w:r>
        <w:t>woh prophet ne bataya. yeh maine apni kitabon mein tafseel se yeh baat likhi hai. agar aap ki detail chahte hain toh aap meri kitabon mein padh sakte hain. aqool qawlaha hadha wa astaghfirullah ala workum. Maulana, this is question asked by Sadia. she asked you what</w:t>
      </w:r>
    </w:p>
    <w:p>
      <w:pPr>
        <w:jc w:val="right"/>
      </w:pPr>
      <w:r>
        <w:t>وہ پرافٹ نے بتایا۔ یہ میں نے اپنی کتابوں میں تفصیل سے یہ بات لکھی ہے۔ اگر آپ کی ڈیٹیل چاہتے ہیں تو آپ میری کتابوں میں پڑھ سکتے ہیں۔ اقول قولھذا واستغفراللہ علی ورکم۔ مولانا، دس از کوئسچن اسکڈ بائی سعدیہ۔ شی اسکڈ یو واٹ</w:t>
      </w:r>
    </w:p>
    <w:p>
      <w:r>
        <w:rPr>
          <w:b/>
        </w:rPr>
        <w:t xml:space="preserve">[1:28:41] </w:t>
      </w:r>
      <w:r>
        <w:t>is Khuda ka shaoor? shaoor ka matlab hai consciousness, consciousness of God. dekhiye, aik concept doosra hai ke hum part of God hain, Khuda ka ansh hain. yeh Islam mein nahi hai. Islam jo hai, woh duality par based karta hai, yaani hum alag hain,</w:t>
      </w:r>
    </w:p>
    <w:p>
      <w:pPr>
        <w:jc w:val="right"/>
      </w:pPr>
      <w:r>
        <w:t>از خدا کا شعور؟ شعور کا مطلب ہے کانشیسنس، کانشیسنس آف گاڈ۔ دیکھیں، ایک کانسیپٹ دوسرا ہے کہ ہم پارٹ آف گاڈ ہیں، خدا کا انش ہیں۔ یہ اسلام میں نہیں ہے۔ اسلام جو ہے، وہ ڈویلٹی پر بیس کرتا ہے، یعنی ہم الگ ہیں،</w:t>
      </w:r>
    </w:p>
    <w:p>
      <w:r>
        <w:rPr>
          <w:b/>
        </w:rPr>
        <w:t xml:space="preserve">[1:29:11] </w:t>
      </w:r>
      <w:r>
        <w:t>Khuda alag hai, creator alag hai, creature alag hai. toh maine jo kaha tha, is ka matlab yeh hai ke hum Khuda ka part nahi hain. albattah hamare consciousness mein ya hamare mind mein, hamare mind mein Khuda ka consciousness by nature maujood hai. jis tarah se hamare mind mein pyaas ka consciousness maujood hai, bhook ka consciousness maujood hai, bohat si cheezein hamare mind mein consciousness ke taur par maujood hain.</w:t>
      </w:r>
    </w:p>
    <w:p>
      <w:pPr>
        <w:jc w:val="right"/>
      </w:pPr>
      <w:r>
        <w:t>خدا الگ ہے، کریٹر الگ ہے، کریچر الگ ہے۔ تو میں نے جو کہا تھا، اس کا مطلب یہ ہے کہ ہم خدا کا پارٹ نہیں ہیں۔ البتہ ہمارے کانشیسنس میں یا ہمارے مائنڈ میں، ہمارے مائنڈ میں خدا کا کانشیسنس بائی نیچر موجود ہے۔ جس طرح سے ہمارے مائنڈ میں پیاس کا کانشیسنس موجود ہے، بھوک کا کانشیسنس موجود ہے، بہت سی چیزیں ہمارے مائنڈ میں کانشیسنس کے طور پر موجود ہیں۔</w:t>
      </w:r>
    </w:p>
    <w:p>
      <w:r>
        <w:rPr>
          <w:b/>
        </w:rPr>
        <w:t xml:space="preserve">[1:29:41] </w:t>
      </w:r>
      <w:r>
        <w:t>isi tarah se Khuda ka shaoor ya consciousness hamare mind mein maujood hai. isi liye har aadmi seeker hai by nature. wohi jo consciousness hai mere mind mein. toh jis tarah se pyaas ka shaoor hai, toh main pani talash karta hoon. usi tarah Khuda ka consciousness hai, toh main Khuda ki talash mein nikalta hoon. jo aadmi aisa hota hai, usi ko seeker kehte hain. next question is by Aisha. she says due to the</w:t>
      </w:r>
    </w:p>
    <w:p>
      <w:pPr>
        <w:jc w:val="right"/>
      </w:pPr>
      <w:r>
        <w:t>اسی طرح سے خدا کا شعور یا کانشیسنس ہمارے مائنڈ میں موجود ہے۔ اسی لیے ہر آدمی سیکر ہوتا ہے بائی نیچر۔ وہی جو کانشیسنس ہے میرے مائنڈ میں۔ تو جس طرح سے پیاس کا شعور ہے، تو میں پانی تلاش کرتا ہوں۔ اسی طرح خدا کا کانشیسنس ہے، تو میں خدا کی تلاش میں نکلتا ہوں۔ جو آدمی ایسا ہوتا ہے، اسی کو سیکر کہتے ہیں۔ نیکسٹ کوئسچن از بائے عائشہ۔ شی سیز ڈیو ٹو دی</w:t>
      </w:r>
    </w:p>
    <w:p>
      <w:r>
        <w:rPr>
          <w:b/>
        </w:rPr>
        <w:t xml:space="preserve">[1:30:11] </w:t>
      </w:r>
      <w:r>
        <w:t>historical account of Prophet Muhammad, he said as the most afzal of the prophets. how can this be justified? nahi, nahi, yeh concept musalmanon mein chala hua hai. Quran o Hadees mein aisa nahi hai. Quran o Hadees mein koi prophet superior nahi hai. sare prophet barabar hain. yeh superior prophet ka concept jo hai, musalmanon ka apna invention hai. Quran o Hadees mein aisa kuch nahi hai. sirf aik hi baat hai ke prophet of Islam jo hai, woh history</w:t>
      </w:r>
    </w:p>
    <w:p>
      <w:pPr>
        <w:jc w:val="right"/>
      </w:pPr>
      <w:r>
        <w:t>ہسٹوریکل اکاؤنٹ آف پرافٹ محمد، ہی سیڈ ایز دی موسٹ افضل اف دی پرافٹس۔ ہاؤ کین دس بی جسٹیفائیڈ؟ نہیں، نہیں، یہ کانسیپٹ مسلمانوں میں چلا ہوا ہے۔ قرآن و حدیث میں ایسا نہیں ہے۔ قرآن و حدیث میں کوئی پرافٹ سپیریئر نہیں ہے۔ سارے پرافٹ برابر ہیں۔ یہ سپیریئر پرافٹ کا کانسیپٹ جو ہے، مسلمانوں کا اپنا انوینشن ہے۔ قرآن و حدیث میں ایسا کچھ نہیں ہے۔ صرف ایک ہی بات ہے کہ پرافٹ اف اسلام جو ہے، وہ ہسٹ</w:t>
      </w:r>
    </w:p>
    <w:p>
      <w:r>
        <w:rPr>
          <w:b/>
        </w:rPr>
        <w:t xml:space="preserve">[1:30:41] </w:t>
      </w:r>
      <w:r>
        <w:t>warical profit hain, yani historical account jo hai, un ke liye maujood hai. doosre profits ke liye historical account maujood nahi hai. baqi superiority concept jo hai, woh align hai, woh alien hai Quran o Hadees mein. Mahboob says considering the present Muslims, please explain the difference between islaah work and da'wah work. Dekhein, ek hai community ya society</w:t>
      </w:r>
    </w:p>
    <w:p>
      <w:pPr>
        <w:jc w:val="right"/>
      </w:pPr>
      <w:r>
        <w:t>وریکل پرافٹ ہیں، یعنی ہسٹوریکل اکاؤنٹ جو ہے، ان کے لیے موجود ہے۔ دوسرے پرافٹس کے لیے ہسٹوریکل اکاؤنٹ موجود نہیں ہے۔ باقی سپیریٹی کانسیپٹ جو ہے، وہ الائن ہے، وہ ایلین ہے قرآن و حدیث میں۔ محبوب سیز کنسیڈرنگ دی پریزنٹ مسلمز، پلیز ایکسپلین دی ڈفرنس بٹوین اصلاح ورک اینڈ دعوی ورک۔ دیکھیں، ایک ہے کمیونٹی یا سوسائٹی</w:t>
      </w:r>
    </w:p>
    <w:p>
      <w:r>
        <w:rPr>
          <w:b/>
        </w:rPr>
        <w:t xml:space="preserve">[1:31:11] </w:t>
      </w:r>
      <w:r>
        <w:t>, toh kuch log society ko le kar ke kaam karte hain, jaise ke Mother Teresa thi. Ya Musalmanon mein aise log hote hain jo community work karte hain. Toh Musalman as a community duniya mein maujood hain, ek billion se zyada. Toh un ke bahut se problem hote hain, social problem, economic problem waghera. Is problem ko le kar jo kaam kiya jata hai, uska naam hai social work ya community work. Apni jagah par yeh ek achha kaam</w:t>
      </w:r>
    </w:p>
    <w:p>
      <w:pPr>
        <w:jc w:val="right"/>
      </w:pPr>
      <w:r>
        <w:t>، تو کچھ لوگ سوسائٹی کو لے کر کے کام کرتے ہیں، جیسے کہ مدر ٹریسا تھی۔ یا مسلمانوں میں ایسے لوگ ہوتے ہیں جو کمیونٹی ورک کرتے ہیں۔ تو مسلمان ایز اے کمیونٹی دنیا میں موجود ہیں، ایک بلین سے زیادہ۔ تو ان کے بہت سے پرابلم ہوتے ہیں، سوشل پرابلم، اکنامک پرابلم وغیرہ۔ اس پرابلم کو لے کر جو کام کیا جاتا ہے، اس کا نام ہے سوشل ورک یا کمیونٹی ورک۔ اپنی جگہ پر یہ ایک اچھا کام</w:t>
      </w:r>
    </w:p>
    <w:p>
      <w:r>
        <w:rPr>
          <w:b/>
        </w:rPr>
        <w:t xml:space="preserve">[1:31:41] </w:t>
      </w:r>
      <w:r>
        <w:t>ho sakta hai, lekin yeh prophet ka kaam nahi hota. Prophet ne kabhi bhi aisa kaam nahi kiya. Balke Rasool Allah jab wahan aaye toh Mecca aur Madina dono jagah aise problem the. Mecca walon ne kaha ke aap yeh kya masla le kar khade hue hain? Aakhirat wala, hamare duniya mein jo problem hain, un ko hal kijiye. Misal ke taur par, hum desert mein rehte hain, pani nahi hai. Hamare pados mein jo countries hain, Iraq aur Syria, wahan rivers hain, wahan pani hai, toh woh khoob un ke h</w:t>
      </w:r>
    </w:p>
    <w:p>
      <w:pPr>
        <w:jc w:val="right"/>
      </w:pPr>
      <w:r>
        <w:t>ہو سکتا ہے، لیکن یہ پرافٹ کا کام نہیں ہوتا۔ پرافٹ نے کبھی بھی ایسا کام نہیں کیا۔ بلکہ رسول اللہ جب وہاں آئے تو مکہ اور مدینہ دونوں جگہ ایسے پرابلم تھے۔ مکہ والوں نے کہا کہ آپ یہ کیا مسئلہ لے کے کھڑے ہوئے ہیں؟ آخرت والا، ہمارے دنیا میں جو پرابلم ہیں، ان کو حل کیجئے۔ مثال کے طور پر، ہم ڈیزرٹ میں رہتے ہیں، پانی نہیں ہے۔ ہمارے پڑوس میں جو کنٹریز ہیں، عراق اور شام، وہاں ریورز ہیں، وہاں پانی ہے، تو وہ خوب ان کے ہ</w:t>
      </w:r>
    </w:p>
    <w:p>
      <w:r>
        <w:rPr>
          <w:b/>
        </w:rPr>
        <w:t xml:space="preserve">[1:32:11] </w:t>
      </w:r>
      <w:r>
        <w:t>on mein achhe agriculture hai, horticulture hai. Hamare haan yeh sab nahi hai. Toh hamari jo abpashi ka problem hai, yani irrigation ka, irrigation ke problem ko solve kijiye. Us ke liye kuch scheme banaiye. Toh aap ne kaha ke nahi, main is ke liye nahi bheja gaya hoon. Toh dekhein, jo worldly problem hain, un ke liye prophet kabhi nahi bhejate. Toh social work ya community work ek achha kaam hai, lekin woh worldly problem ko solve karne ka kaam hai. Prophet ka kaam hota hai inzar o taseer, yani yeh batana</w:t>
      </w:r>
    </w:p>
    <w:p>
      <w:pPr>
        <w:jc w:val="right"/>
      </w:pPr>
      <w:r>
        <w:t>اں اچھے ایگریکلچر ہے، ہارٹیکلچر ہے۔ ہمارے ہاں یہ سب نہیں ہے۔ تو ہماری جو آبپاشی کا پرابلم ہے، یعنی اریگیشن کا، اریگیشن کے پرابلم کو سالو کیجئے۔ اس کے لیے کچھ اسکیم بنائیے۔ تو آپ نے کہا کہ نہیں، میں اس کے لیے نہیں بھیجا گیا ہوں۔ تو دیکھیں، جو ورلڈلی پرابلم ہیں، ان کے لیے پرافٹ کبھی نہیں بھیجاتے۔ تو سوشل ورک یا کمیونٹی ورک ایک اچھا کام ہے، لیکن وہ ورلڈلی پرابلم کو سالو کرنے کا کام ہے۔ پرافٹ کا کام ہوتا ہے انظار و تفسیر، یعنی یہ بتانا</w:t>
      </w:r>
    </w:p>
    <w:p>
      <w:r>
        <w:rPr>
          <w:b/>
        </w:rPr>
        <w:t xml:space="preserve">[1:32:42] </w:t>
      </w:r>
      <w:r>
        <w:t>ke marne ke baad tumhein ek aisa saamna karna hai Khuda ka, jahan punishment hai aur reward hai. Ek day of judgement ka saamna karna hai. Sab se badi cheez yahi hai prophet ke saamne ke har insaan jante hain ke 50 saal, 60 saal, 70 saal, jigar mar jata hai. Maut ke baad us ko saamna karna hai Khuda ke court ka, Khuda ki adalat ka. Wahan par us ko ya toh pre-death period ke record ki base par hell mein jana padega</w:t>
      </w:r>
    </w:p>
    <w:p>
      <w:pPr>
        <w:jc w:val="right"/>
      </w:pPr>
      <w:r>
        <w:t>کہ مرنے کے بعد تمہیں ایک ایسا سامنا کرنا ہے خدا کا، جہاں پنشمنٹ ہے اور ریوارڈ ہے۔ ایک ڈے اف ججمنٹ کا سامنا کرنا ہے۔ سب سے بڑی چیز یہی ہے پرافٹ کے سامنے کہ ہر انسان جانتے ہیں کہ 50 سال، 60 سال، 70 سال، جگر مر جاتا ہے۔ موت کے بعد اس کو سامنا کرنا ہے خدا کے کورٹ کا، خدا کی عدالت کا۔ وہاں پر اس کو یا تو پری ڈیتھ پیریڈ کے ریکارڈ کی بیس پر ہیل میں جانا پڑے</w:t>
      </w:r>
    </w:p>
    <w:p>
      <w:r>
        <w:rPr>
          <w:b/>
        </w:rPr>
        <w:t xml:space="preserve">[1:33:12] </w:t>
      </w:r>
      <w:r>
        <w:t>ga, ya pre-death period ki bina par us ko paradise milega. Yeh cheez jo hai, jo unseen world se taluq rakhti hai, us se logon ko aware karna, yeh hai prophet ka kaam. Baqi jo kaam hain, jo Mother Teresa waghera karte rahe hain, woh prophet ka kaam nahi hai. Agarche woh achha kaam hai, lekin hum nahi keh sakte ke yahi prophet ka mission tha. Next question is by Shalini. She says if truth is unlimited,</w:t>
      </w:r>
    </w:p>
    <w:p>
      <w:pPr>
        <w:jc w:val="right"/>
      </w:pPr>
      <w:r>
        <w:t>گا، یا پری ڈیتھ پیریڈ کی بنا پر اس کو پیراڈائز ملے گی۔ یہ چیز جو ہے، جو ان سین ورڈ سے تعلق رکھتی ہے، اس سے لوگوں کو اویئر کرنا، یہ ہے پرافٹ کا کام۔ باقی جو کام ہیں، جو مدر ٹریسا وغیرہ کرتے رہے ہیں، وہ پرافٹ کا کام نہیں ہے۔ اگرچہ وہ اچھا کام ہے، لیکن ہم نہیں کہہ سکتے کہ یہی پرافٹ کا مشن تھا۔ نیکسٹ کوئسچن از بائے شالینی۔ شی سیز اف ٹرتھ از ان لمیٹڈ،</w:t>
      </w:r>
    </w:p>
    <w:p>
      <w:r>
        <w:rPr>
          <w:b/>
        </w:rPr>
        <w:t xml:space="preserve">[1:33:42] </w:t>
      </w:r>
      <w:r>
        <w:t>then it can never be known, because knowing it would imply grasping it, and only the limited can be grasped. This truth of unlimited can never be known by anybody, even prophet himself. Dekhein, truth unlimited nahi hai, God unlimited hai. Dono mein farq kijiye. Jo log God ko nahi mante aur sirf truth ko mante hain, toh main is se sehmat nahi hoon. Woh toh samajhte hain ke truth jo hai, ek cosmic ray jaise hai, usi tarah truth koi cheez hai.</w:t>
      </w:r>
    </w:p>
    <w:p>
      <w:pPr>
        <w:jc w:val="right"/>
      </w:pPr>
      <w:r>
        <w:t>دین اٹ کین نیور بی نون، بیکاز نوئنگ اٹ وڈ امپلائی گریسپنگ اٹ، اینڈ اونلی دا لمیٹڈ کین بی گریسپڈ۔ دس ٹرتھ اف ان لمیٹڈ کین نیور بی نون بائی اینی بڈی، ایون پرافٹ ہم سیلف۔ دیکھیں، ٹرتھ ان لمیٹڈ نہیں ہے، گاڈ ان لمیٹڈ ہے۔ دونوں میں فرق کیجئے۔ جو لوگ گاڈ کو نہیں مانتے اور صرف ٹرتھ کو مانتے ہیں، تو میں اس سے سہمت نہیں ہوں۔ وہ تو سمجھتے ہیں کہ ٹرتھ جو ہے، ایک کاسمک ریز جیسے ہے، اسی طرح ٹرتھ کوئی چیز ہے۔</w:t>
      </w:r>
    </w:p>
    <w:p>
      <w:r>
        <w:rPr>
          <w:b/>
        </w:rPr>
        <w:t xml:space="preserve">[1:34:12] </w:t>
      </w:r>
      <w:r>
        <w:t>Nahi, main God ko as a creator manta hoon, aur God ki taraf se jo sachai di jati hai, woh hai. Toh sachai jo hai, woh woh unlimited nahi hai is sense mein ke hum jaan na sakein us ko kabhi. Maslan, sach bolo, is mein kya sab kuch, sab kuch aa gaya? Koi cheez reh nahi gayi. Imandar ban kar raho, is mein sab kuch aa gaya, is mein kuch reh nahi gaya. Koi baat toh truth unlimited nahi hai, God zaroor unlimited hai. Agar God toh don</w:t>
      </w:r>
    </w:p>
    <w:p>
      <w:pPr>
        <w:jc w:val="right"/>
      </w:pPr>
      <w:r>
        <w:t>نہیں، میں گاڈ کو ایز اے کریٹر مانتا ہوں، اور گاڈ کی طرف سے جو سچائی دی جاتی ہے، وہ ہے۔ تو سچائی جو ہے، وہ وہ ان لمیٹڈ نہیں ہے اس سینس میں کہ ہم جان نہ سکیں اس کو کبھی۔ مثلاً، سچ بولو، اس میں کیا سب کچھ، سب کچھ آ گیا؟ کوئی چیز رہ نہیں گئی۔ انسٹ بن کر رہو، اس میں سب کچھ آ گیا، اس میں کچھ رہ نہیں گئی۔ کوئی بات تو ٹرتھ ان لمیٹڈ نہیں ہے، گاڈ ضرور ان لمیٹڈ ہے۔ اگر گاڈ تو دون</w:t>
      </w:r>
    </w:p>
    <w:p>
      <w:r>
        <w:rPr>
          <w:b/>
        </w:rPr>
        <w:t xml:space="preserve">[1:34:43] </w:t>
      </w:r>
      <w:r>
        <w:t>on mein farq agar aap karein toh is baat ka jawab aasani se jaan sakte hain. Next question is from Shakeel ur Rehman. He says according to you, Prophet Muhammad is the real prophet. How should we begin to get guidance out of his life? Please tell us the right source. Dekhein, real ka word nahi use kiya main ne. Main ne yeh kaha tha ke jo sach much prophet hoga, wahi kahega ke main prophet hoon.</w:t>
      </w:r>
    </w:p>
    <w:p>
      <w:pPr>
        <w:jc w:val="right"/>
      </w:pPr>
      <w:r>
        <w:t>وں میں فرق اگر آپ کریں تو اس بات کا جواب آسانی سے جان سکتے ہیں۔ نیکسٹ کوئسچن از فرام شکیلور رحمان۔ ہی سیز اکارڈنگ ٹو یو، پرافٹ محمد از دا ریل پرافٹ۔ ہاؤ شوڈ وی بیگن ٹو گیٹ گائیڈنس آؤٹ اف ہز لائف؟ پلیز ٹیل اس دا رائٹ سورس۔ دیکھیں، ریل کا ورڈ نہیں یوز کیا میں نے۔ میں نے یہ کہا تھا کہ جو سچ مچ پرافٹ ہوگا، وہی کہے گا کہ میں پرافٹ ہوں۔</w:t>
      </w:r>
    </w:p>
    <w:p>
      <w:r>
        <w:rPr>
          <w:b/>
        </w:rPr>
        <w:t xml:space="preserve">[1:35:13] </w:t>
      </w:r>
      <w:r>
        <w:t>Prophet jo na ho, woh nahi bol sakta. Yeh poori history yahi batati hai. Baqi source ke liye aap sab se pehle Quran ko padhenge. Quran ke baad jo Hadees books hain, us ko padhenge. Prophet ki life ko padhenge. Us se aap jaan lenge ke prophet ka message kya tha. Yahi teen source maane jate hain: Quran, aur aap ki life, aur Hadees. Yahi sahi maano mein source hai.</w:t>
      </w:r>
    </w:p>
    <w:p>
      <w:pPr>
        <w:jc w:val="right"/>
      </w:pPr>
      <w:r>
        <w:t>پرافٹ جو نہ ہو، وہ نہیں بول سکتا۔ یہ پوری ہسٹری یہی بتاتی ہے۔ باقی سورس کے لیے آپ سب سے پہلے قرآن کو پڑھیں گے۔ قرآن کے بعد جو حدیث بکس ہیں، اس کو پڑھیں گے۔ پرافٹ کی لائف کو پڑھیں گے۔ اس سے آپ جان لیں گے کہ پرافٹ کا میسج کیا تھا۔ یہی تین سورس مانے جاتے ہیں: قرآن، اور آپ کی لائف، اور حدیث۔ یہی صحیح معنوں میں سورس ہے۔</w:t>
      </w:r>
    </w:p>
    <w:p>
      <w:r>
        <w:rPr>
          <w:b/>
        </w:rPr>
        <w:t xml:space="preserve">[1:35:43] </w:t>
      </w:r>
      <w:r>
        <w:t>Toh jis ko dilchaspi ho, woh un ko padh sakta hai. Naghma asked what do we have to do to qualify for paradise? Us ke bare mein main yahi kahunga ke jahan tak maine samjha hai, Quran mein hai ke sirf muttaqi insaan paradise mein jayega, yani purified soul.</w:t>
      </w:r>
    </w:p>
    <w:p>
      <w:pPr>
        <w:jc w:val="right"/>
      </w:pPr>
      <w:r>
        <w:t>تو جس کو دلچسپی ہو، وہ ان کو پڑھ سکتا ہے۔ نغمہ اسکڈ واٹ ڈو وی ہیو ٹو ڈو ٹو کوالیفائی فار پیراڈائز؟ اس کے بارے میں میں یہی کہوں گا کہ جہاں تک میں نے سمجھا ہے، قرآن میں ہے کہ صرف متقی انسان پیراڈائز میں جائے گا، یعنی پیوریفائیڈ سول۔</w:t>
      </w:r>
    </w:p>
    <w:p>
      <w:r>
        <w:rPr>
          <w:b/>
        </w:rPr>
        <w:t xml:space="preserve">[1:36:14] </w:t>
      </w:r>
      <w:r>
        <w:t>Apni soul ko purify karna. Us par aap gaur kijiye toh maloom hoga ke insaan paida kiya jata hai, us ke andar bahut se negative thought hote hain, maslan list hai, aur arrogance hai, egoism hai, aur dishonesty hai. Is tarah ki bahut si cheezein hain insaan ke andar. Anger hai. Toh insaan ko banaya hai Khuda</w:t>
      </w:r>
    </w:p>
    <w:p>
      <w:pPr>
        <w:jc w:val="right"/>
      </w:pPr>
      <w:r>
        <w:t>اپنی سول کو پیوریفائی کرنا۔ اس پر آپ غور کیجئے تو معلوم ہوگا کہ انسان پیدا کیا جاتا ہے، اس کے اندر بہت سے نیگیٹیو تھاٹ ہوتے ہیں، مثلاً لسٹ ہے، اور ارگنز ہے، ایگو ازم ہے، اور ڈس اونسٹی ہے۔ اس طرح کی بہت سی چیزیں ہیں انسان کے اندر۔ اینگر ہے۔ تو انسان کو بنایا ہے خدا</w:t>
      </w:r>
    </w:p>
    <w:p>
      <w:r>
        <w:rPr>
          <w:b/>
        </w:rPr>
        <w:t xml:space="preserve">[1:36:44] </w:t>
      </w:r>
      <w:r>
        <w:t>ne in sab cheezon ke saath, yani yeh bhi by birth aadmi ko rakh di gayi hain. Isi ka test hai ke jab yeh cheezein aap ko galat raaste ki taraf le jayein toh aap unhein control karein. Ghussa aa jaye toh ghusse ko manage karein. Lalach aaye toh lalach ko manage karein. Jitne bhi negative thoughts hain, un ko manage karna hai. Aap khatam nahi kar sakte in ko, woh khatam nahi kar sakte aap in ko, lekin manage kar sakte hain.</w:t>
      </w:r>
    </w:p>
    <w:p>
      <w:pPr>
        <w:jc w:val="right"/>
      </w:pPr>
      <w:r>
        <w:t>نے ان سب چیزوں کے ساتھ، یعنی یہ بھی بائی برتھ آدمی کو رکھ دی گئی ہیں۔ اسی کا ٹیسٹ ہے کہ جب یہ چیزیں آپ کو غلط راستے کی طرف لے جائیں تو آپ انہیں کنٹرول کریں۔ غصہ آ جائے تو غصے کو مینج کریں۔ لالچ آئے تو لالچ کو مینج کریں۔ جتنے بھی نیگیٹیو تھاٹس ہیں، ان کو مینج کرنا ہے۔ آپ کل نہیں کر سکتے ان کو، وہ ختم نہیں کر سکتے آپ ان کو، لیکن مینج کر سکتے ہیں۔</w:t>
      </w:r>
    </w:p>
    <w:p>
      <w:r>
        <w:rPr>
          <w:b/>
        </w:rPr>
        <w:t xml:space="preserve">[1:37:14] </w:t>
      </w:r>
      <w:r>
        <w:t>Toh jo aadmi successfully apne negative thoughts ko manage kar sake, aur is liye ke us ko Khuda ka darr ho, aur us ko paradise ka shauq ho, us ke andar matlab yeh intention ho, us ki yeh intention bhi zaroori hai. Yani Khuda ke liye, Khuda wale intention ki ko le kar ke agar woh apne negative thoughts ko manage kar sake toh usi ke liye paradise hai. Next ques</w:t>
      </w:r>
    </w:p>
    <w:p>
      <w:pPr>
        <w:jc w:val="right"/>
      </w:pPr>
      <w:r>
        <w:t>تو جو آدمی سکسیس فلی اپنے نیگیٹیو تھاٹس کو مینج کر سکے، اور اس لیے کہ اس کو خدا کا ڈر ہو، اور اس کو پیراڈائز کا شوق ہو، اس کے اندر مطلب یہ انٹینشن ہو، اس کی یہ انٹینشن بھی ضروری ہے۔ یعنی خدا کے لیے، خدا والے انٹینشن کی کو لے کر کے اگر وہ اپنے نیگیٹیو تھاٹس کو مینج کر سکے تو اسی کے لیے پیراڈائز ہے۔ نیکسٹ کوئس</w:t>
      </w:r>
    </w:p>
    <w:p>
      <w:r>
        <w:rPr>
          <w:b/>
        </w:rPr>
        <w:t xml:space="preserve">[1:37:44] </w:t>
      </w:r>
      <w:r>
        <w:t>tion is from Bilal Ahmed. He says Muslims believe in almost one lakh 25 thousand prophets, even who are not historical figures. Do you think Lord Krishna, Lord Ram, Lord Buddha were also prophets? Maybe not historical prophets, but prophets and not just realized souls. What should make us think that they were not the chosen prophets of Allah? Should we only base our belief on the historical and scientifi</w:t>
      </w:r>
    </w:p>
    <w:p>
      <w:pPr>
        <w:jc w:val="right"/>
      </w:pPr>
      <w:r>
        <w:t>چن از فرام بلال احمد۔ ہی سیز مسلمز بیلیو ان الموسٹ ون لاکھ 25 تھا پرافٹس، ایون ہو آر ناٹ ہسٹوریکل فگرز۔ ڈو یو تھنک لارڈ کرشنا، لارڈ رام، لارڈ بدھا وار ال سو پرافٹس؟ می بی ناٹ ہسٹوریکل پرافٹس، بٹ پرافٹس اینڈ ناٹ جسٹ ریلائزڈ سولز۔ واٹ شوڈ میک اس تھنک دیٹ دے وار ناٹ دی چوزن پرافٹس اف اللہ؟ شوڈ وی اونلی بیس اور بیلیف ان دی ہسٹوریکل اینڈ سائنٹیف</w:t>
      </w:r>
    </w:p>
    <w:p>
      <w:r>
        <w:rPr>
          <w:b/>
        </w:rPr>
        <w:t xml:space="preserve">[1:38:14] </w:t>
      </w:r>
      <w:r>
        <w:t>c facts and proofs? Dekhiye, kuch log aisa kehte hain, lekin yeh mudda sust gawahi chust ki wali baat hai. Yani jo claim unhone khud nahi kiya, woh un par daal rahe hain. Aap jo bhi hai, books jo dharmik books hain, un ko aap padhiye. Kabhi bhi Ram ne yeh nahi kaha ke main prophet hoon. Kabhi bhi Krishna ne yeh nahi kaha ke main prophet hoon. Kabhi Buddha ne kahin kaha main prophet hoon. Toh doosre log un par yeh title de</w:t>
      </w:r>
    </w:p>
    <w:p>
      <w:pPr>
        <w:jc w:val="right"/>
      </w:pPr>
      <w:r>
        <w:t>ک فیکٹس اینڈ پروفز؟ دیکھیے، کچھ لوگ ایسا کہتے ہیں، لیکن یہ مدع سست گواہ چست کی والی بات ہے۔ یعنی جو کلیم انہوں نے خود نہیں کیا، وہ ان پر ڈال رہے ہیں۔ آپ جو بھی ہے، بکس جو دھارمک بکس ہیں، ان کو آپ پڑھیے۔ کبھی بھی رام نے یہ نہیں کہا کہ میں پرافٹ ہوں۔ کبھی بھی کرشن نے یہ نہیں کہا کہ میں پرافٹ ہوں۔ کبھی بدھا نے کہیں کہا میں پرافٹ ہوں۔ تو دوسرے لوگ ان پر یہ ٹائٹل دے</w:t>
      </w:r>
    </w:p>
    <w:p>
      <w:r>
        <w:rPr>
          <w:b/>
        </w:rPr>
        <w:t xml:space="preserve">[1:38:44] </w:t>
      </w:r>
      <w:r>
        <w:t>rahe hain. Un ko maine is se pehle kaha tha aap ko ke yeh ek trend chala hua hai logon ke andar ke doosre log kisi ko ek title dena chahte hain. Toh main aisi aisi se koi importance nahi deta aise title ko. Khud us insaan ne kya kaha? Jab tak woh insaan na kahe apne bare mein ke main prophet hoon, tab tak main us par sochne ke liye tayyar nahi hoon. Aap mujhe koi reference dijiye aisa ke in logon ne jinke aap naam liye hain, aap ne apne mun</w:t>
      </w:r>
    </w:p>
    <w:p>
      <w:pPr>
        <w:jc w:val="right"/>
      </w:pPr>
      <w:r>
        <w:t>رہے ہیں۔ ان کو میں نے اس سے پہلے کہا تھا آپ کو کہ یہ ایک ٹرینڈ چلا ہوا ہے لوگوں کے اندر کہ دوسرے لوگ کسی کو ایک ٹائٹل دینا چاہتے ہیں۔ تو میں ایسی ایسی سے کوئی امپورٹنس نہیں دیتا ایسے ٹائٹل کو۔ خود اس انسان نے کیا کہا؟ جب تک وہ انسان نہ کہے اپنے بارے میں کہ میں پرافٹ ہوں، تب تک میں اس پر سوچنے کے لیے تیار نہیں ہوں۔ آپ مجھے کوئی ریفرنس دیجیے ایسا کہ ان لوگوں نے جن کے آپ نام لیے ہیں، آپ نے اپنے من</w:t>
      </w:r>
    </w:p>
    <w:p>
      <w:r>
        <w:rPr>
          <w:b/>
        </w:rPr>
        <w:t xml:space="preserve">[1:39:14] </w:t>
      </w:r>
      <w:r>
        <w:t>h se kaha ho, unhone kaha ke main I am the prophet of God, tab main sochunga un ke bare mein. Is ke baghair main soch nahi sakta hoon. Next question is from Priya. She says Maulana, please give an example from prophets life, which made you deduce that he was a seeker. Dekhiye, prophet paida hue 570 AD mein,</w:t>
      </w:r>
    </w:p>
    <w:p>
      <w:pPr>
        <w:jc w:val="right"/>
      </w:pPr>
      <w:r>
        <w:t>ہ سے کہا ہو، انہوں نے کہ میں ائی ایم دا پرافٹ اف گاڈ، تب میں سوچوں گا ان کے بارے میں۔ اس کے بغیر میں سوچ نہیں سکتا ہوں۔ نیکسٹ کوئسچن از فرام پریا۔ شی سیز مولانا، پلیز گیو این ایگزیمپل فرام پرافٹس لائف، وچ میڈ یو ڈیڈیوس دیٹ ہی واز ا سیکر۔ دیکھیے، پرافٹ پیدا ہوئے 570 اے ڈی میں،</w:t>
      </w:r>
    </w:p>
    <w:p>
      <w:r>
        <w:rPr>
          <w:b/>
        </w:rPr>
        <w:t xml:space="preserve">[1:39:44] </w:t>
      </w:r>
      <w:r>
        <w:t>yani 570 mein. Us ke baad 40 tak aap seeker hi rahe, kyun ke historical jo data hai aap ke bare mein, woh batata hai ke aap aisa karte the ke waise aap business bhi karte the, toh 24 ghante nahi jate the, lekin time nikal kar jate the. Aap ek cave tha jis ko kehte hain Ghar-e-Hira, yani</w:t>
      </w:r>
    </w:p>
    <w:p>
      <w:pPr>
        <w:jc w:val="right"/>
      </w:pPr>
      <w:r>
        <w:t>یعنی 570 میں۔ اس کے بعد 40 تک آپ سیکر ہی رہے، کیونکہ ہسٹوریکل جو ڈیٹا ہے آپ کے بارے میں، وہ بتاتا ہے کہ آپ ایسا کرتے تھے کہ ویسے آپ بزنس بھی کرتے تھے، تو 24 گھنٹے نہیں جاتے تھے، لیکن ٹائم نکال کر جاتے تھے۔ آپ ایک کیو تھا جس کو کہتے ہیں غار حرا، یعنی</w:t>
      </w:r>
    </w:p>
    <w:p>
      <w:r>
        <w:rPr>
          <w:b/>
        </w:rPr>
        <w:t xml:space="preserve">[1:40:14] </w:t>
      </w:r>
      <w:r>
        <w:t>Hira ek mountain tha, us ke andar ek cave tha, wahan chale jate the. Aap us waqt ke lehaz se kuch khajoor le liya, kuch pani le liya, wahan ja kar ke aap kai kai din bitate the. Woh woh jo tha, aap ka meditation tha, woh seeking period tha, woh aap sochte the wahan par alag thalag ja kar ke. Toh achha, yani five 610 tak aisa raha ke aap seeker rahe, seeker rahe, seeker rahe, yahan tak ke 610 mein angel aaya aur</w:t>
      </w:r>
    </w:p>
    <w:p>
      <w:pPr>
        <w:jc w:val="right"/>
      </w:pPr>
      <w:r>
        <w:t>حرا ایک ماؤنٹن تھا، اس کے اندر ایک کیو تھا، وہاں چلے جاتے تھے۔ آپ اس وقت کے لحاظ سے کچھ کھجور لے لیا، کچھ پانی لے لیا، وہاں جا کر کے آپ کئی کئی دن بتاتے تھے۔ وہ وہ جو تھا، آپ کا میڈیٹیشن تھا، وہ سیکنگ پیریڈ تھا، وہ آپ سوچتے تھے وہاں پر الگ تھلگ جا کر کے۔ تو اچھا، یعنی فائیو 610 تک ایسا رہا کہ آپ سیکر رہے، سیکر رہے، سیکر رہے، یہاں تک کہ 610 میں اینجل آیا اور</w:t>
      </w:r>
    </w:p>
    <w:p>
      <w:r>
        <w:rPr>
          <w:b/>
        </w:rPr>
        <w:t xml:space="preserve">[1:40:44] </w:t>
      </w:r>
      <w:r>
        <w:t>us ne aap ko pehli revelation aap di, yani pehla jo Quran ka jo pehla part hai, woh diya aap ko. Toh yeh poora period aap ka seeking period hai. Next question is from Sadia. She says how can you not claim that Jesus Christ was also a historical figure? The idea of chronology AD BC originates from there only. Aap ko yeh maloom hona chahiye ke yeh jo hai, yeh farzi hai. Yeh aisa nahi</w:t>
      </w:r>
    </w:p>
    <w:p>
      <w:pPr>
        <w:jc w:val="right"/>
      </w:pPr>
      <w:r>
        <w:t>اس نے آپ کو پہلی ریولیشن آپ دی، یعنی پہلا جو قرآن کا جو پہلا پارٹ ہے، وہ دیا آپ کو۔ تو یہ پورا پیریڈ آپ کا سیکنگ پیریڈ ہے۔ نیکسٹ کوئسچن از فرام سعدیہ۔ شی سیز ہاؤ کین یو ناٹ کلیم دیٹ جیسس کرائسٹ واز ال سو ہسٹوریکل فگر؟ دی ائیڈیا اف کرونولوجی اے ڈی بی سی اوریجنیٹس فرام دیر اونلی۔ آپ کو یہ معلوم ہونا چاہیے کہ یہ جو ہے، یہ فرضی ہے۔ یہ ایسا نہیں</w:t>
      </w:r>
    </w:p>
    <w:p>
      <w:r>
        <w:rPr>
          <w:b/>
        </w:rPr>
        <w:t xml:space="preserve">[1:41:14] </w:t>
      </w:r>
      <w:r>
        <w:t>hai ke jo hum bolte hain ke 2006 toh sach much 2006 par woh paida hue the. Yeh ek maan liya gaya hai, ek supposition hai. Yeh aap calendar ka koi bhi is mein padh padhiye, encyclopedia mein ke calendar kaise bana hai, toh maloom hoga ke yeh abhi tak yeh sabit nahi hai ke isi date ko paida hue the Hazrat Masih. Unhein maan liya gaya hai taake ek calendar hum bana sakein.</w:t>
      </w:r>
    </w:p>
    <w:p>
      <w:pPr>
        <w:jc w:val="right"/>
      </w:pPr>
      <w:r>
        <w:t>ہے کہ جو ہم بولتے ہیں کہ 2006 تو سچ مچ 2006 پر وہ پیدا ہوئے تھے۔ یہ ایک مان لیا گیا ہے، ایک سپوزیشن ہے۔ یہ آپ کیلنڈر کا کوئی بھی اس میں پڑھ پڑھیے، انسائیکلوپیڈیا میں کہ کیلنڈر کیسے بنا ہے، تو معلوم ہوگا کہ یہ ابھی تک یہ ثابت نہیں ہے کہ اسی ڈیٹ کو پیدا ہوئے تھے حضرت مسیح۔ انہیں مان لیا گیا ہے تاکہ ایک کیلنڈر ہم بنا سکیں۔</w:t>
      </w:r>
    </w:p>
    <w:p>
      <w:r>
        <w:rPr>
          <w:b/>
        </w:rPr>
        <w:t xml:space="preserve">[1:41:45] </w:t>
      </w:r>
      <w:r>
        <w:t>Toh us se sabit nahi hota ke woh historical prophet the. Woh Next question is from Abro Aman. As you said, seekers are finders, non-Muslims are also seekers of the truth. Then why they are not the finders of the actual truth? Yeh toh theek nahi hai. Hazaron lakhon log aap ke bhi baap dada kabhi kuch aur rahe honge. Yani yeh toh, yani agar hamare baap dada ne sachai ko na mana hota, hum bhi sach</w:t>
      </w:r>
    </w:p>
    <w:p>
      <w:pPr>
        <w:jc w:val="right"/>
      </w:pPr>
      <w:r>
        <w:t>تو اس سے ثابت نہیں ہوتا کہ وہ ہسٹوریکل پرافٹ تھے۔ وہ نیکسٹ کوئسچن از فرام ابرو امان۔ ایز یو سیڈ، سیکرز ار فائنڈرز، نان مسلمز ار ال سو سیکرز اف دا ٹرتھ۔ دین وائی دے ار ناٹ دی فائنڈرز اف دی ایکچول ٹرتھ؟ یہ تو ٹھیک نہیں ہے۔ ہزاروں لاکھوں لوگ آپ کے بھی باپ دادا کبھی کچھ اور رہے ہوں گے۔ یعنی یہ تو، یعنی اگر ہمارے باپ دادا نے سچائی کو نہ مانا ہوتا، ہم بھی س</w:t>
      </w:r>
    </w:p>
    <w:p>
      <w:r>
        <w:rPr>
          <w:b/>
        </w:rPr>
        <w:t xml:space="preserve">[1:42:15] </w:t>
      </w:r>
      <w:r>
        <w:t>ai se be-barh rehte, is family mein na paida hote hum. Toh yeh kehna ke woh seeker nahi hain, yeh galat hai. Yeh baat sare log seeker hain. Kuch logon ka ki seeking jo hai, itni itni strong hoti hai ke woh kisi aur cheez pe raazi nahi hote ke paisa mil jaye, office mil gaya, ghar mil gaya, toh us par raazi nahi hote. Un ki seeking chalti rehti hai, aur woh yahan tak ke woh sachai ko pa lete hain. Kuch log aise hote hain ke seeking toh hai un ke andar, lekin phir un ko paisa mil gaya, business chal</w:t>
      </w:r>
    </w:p>
    <w:p>
      <w:pPr>
        <w:jc w:val="right"/>
      </w:pPr>
      <w:r>
        <w:t>چائی سے بے برا رہتے، اس فیملی میں نہ پیدا ہوتے ہم۔ تو یہ کہنا کہ وہ سیکر نہیں ہیں، یہ غلط ہے۔ یہ بات سارے لوگ سیکر ہیں۔ کچھ لوگوں کا کی سیکنگ جو ہے، اتنی اتنی سٹرانگ ہوتی ہے کہ وہ کسی اور چیز پہ راضی نہیں ہوتے کہ پیسہ مل جائے، افس مل گیا، گھر مل گیا، تو اس پر راضی نہیں ہوتے۔ ان کی سیکنگ چلتی رہتی ہے، اور وہ یہاں تک کہ وہ سچائی کو پا لیتے ہیں۔ کچھ لوگ ایسے ہوتے ہیں کہ سیکنگ تو ہے ان کے اندر، لیکن پھر ان کو پیسہ مل گیا، بزنس چل</w:t>
      </w:r>
    </w:p>
    <w:p>
      <w:r>
        <w:rPr>
          <w:b/>
        </w:rPr>
        <w:t xml:space="preserve">[1:42:45] </w:t>
      </w:r>
      <w:r>
        <w:t>gaya, achha ghar mil gaya, toh usi par mutma'in ho jate hain. Toh apni seeking spirit ko daba kar ke woh temporary apna khush ho lete hain us mein. Warna seeking ki spirit har ek mein hoti hai, kisi mein strong, kisi mein weak. Next question is by Naveed. He says when does your test start, and what happens to the children who are born and live for few years, and die before being educated? What is their test?</w:t>
      </w:r>
    </w:p>
    <w:p>
      <w:pPr>
        <w:jc w:val="right"/>
      </w:pPr>
      <w:r>
        <w:t>گیا، اچھا گھر مل گیا، تو اسی پر مطمئن ہو جاتے ہیں۔ تو اپنی سیکنگ اسپرٹ کو دبا کر کے وہ ٹیمپرری اپنا خوش ہو لیتے ہیں اس میں۔ ورنہ سیکنگ کی اسپرٹ ہر ایک میں ہوتی ہے، کسی میں سٹرانگ، کسی میں ویک۔ نیکسٹ کوئسچن از بائے نوید۔ ہی سیز وین ڈز یور ٹیسٹ سٹارٹ، اینڈ واٹ ہیپنز ٹو دی چلڈرن ہو آر بورن اینڈ لیو فار فیو ایئرز، اینڈ ڈائی بیفور بینگ ایجوکیٹڈ؟ واٹ از دیر ٹیسٹ؟</w:t>
      </w:r>
    </w:p>
    <w:p>
      <w:r>
        <w:rPr>
          <w:b/>
        </w:rPr>
        <w:t xml:space="preserve">[1:43:16] </w:t>
      </w:r>
      <w:r>
        <w:t>hadith mein aata hai ke jo bachche innocent year mein mar jayenge, to woh sab paradise mein jayenge. Yani woh unke liye punishment nahi hai, kyunke un par abhi woh unki woh umar nahi hui thi ke woh un un ko kisi cheez ke liye accountable qarar paayen. Accountability ke liye ek age chahiye. Is age se pehle pehle jo mar jayenge, jo log, to woh direct paradise mein chale jayenge, aur paradise mein woh khelen kooden ge, aur paradise ki ra</w:t>
      </w:r>
    </w:p>
    <w:p>
      <w:pPr>
        <w:jc w:val="right"/>
      </w:pPr>
      <w:r>
        <w:t>حدیث میں آتا ہے کہ جو بچے انوسنٹ ایئر میں مر جائیں گے، تو وہ سب پیراڈائز میں جائیں گے۔ یعنی وہ ان کے لیے پنشمنٹ نہیں ہے، کیونکہ ان پر ابھی وہ ان کی وہ عمر نہیں ہوئی تھی کہ وہ ان ان کو کسی چیز کے لیے اکاؤنٹیبل قرار پائیں۔ اکاؤنٹیبلٹی کے لیے ایک ایج چاہیے۔ اس ایج سے پہلے پہلے جو مر جائیں گے، جو لوگ، تو وہ ڈائریکٹ پیراڈائز میں چلے جائیں گے، اور پیراڈائز میں وہ کھیلیں کودیں گے، اور پیراڈائز کی ر</w:t>
      </w:r>
    </w:p>
    <w:p>
      <w:r>
        <w:rPr>
          <w:b/>
        </w:rPr>
        <w:t xml:space="preserve">[1:43:46] </w:t>
      </w:r>
      <w:r>
        <w:t>unq badhayenge. Next question is by Fareeda Khanum. Are challenges only for the haves nots? How can challenges be given to the haves, so that they may also play their constructive role in society? Haan, yeh bada achha question hai. Dekhiye, maine yahan tak socha hai is par ke main bhi haves mein paida hua. Mere khandan ke log zamindar</w:t>
      </w:r>
    </w:p>
    <w:p>
      <w:pPr>
        <w:jc w:val="right"/>
      </w:pPr>
      <w:r>
        <w:t>ونق بڑھائیں گے۔ نیکسٹ کوئسچن از بائے فریدہ خانم۔ ار چیلنجز اونلی فار دی ہیو ناٹس؟ ہاؤ کین چیلنجز بی گیون ٹو دی ہیوز، سو دیٹ دے می ال سو پلے دیر کنسٹرکٹو رول ان سوسائٹی؟ ہاں، یہ بڑا اچھا کوئسچن ہے۔ دیکھیے، میں نے یہاں تک سوچا ہے اس پر کہ میں بھی ہیوز میں پیدا ہوا۔ میرے خاندان کے لوگ زمیندار</w:t>
      </w:r>
    </w:p>
    <w:p>
      <w:r>
        <w:rPr>
          <w:b/>
        </w:rPr>
        <w:t xml:space="preserve">[1:44:17] </w:t>
      </w:r>
      <w:r>
        <w:t>the, landlord the, aur us zamane ke lehaz se bade logon mein shumar hota tha, kyunke hamare ghar mein ghoda hota tha. Sab se pehle car wahan aayi thi hamare pure district mein, to ek aaye the raja ke liye, ek hamare aaye the. Wahan ek the Raja Hark Chand. Pure district mein pehli car aayi thi Raja Hark Chand ke haan, doosri car aayi thi hamari family mein. To main unhi logon mein tha jo haves jinko kehte hain aap, lekin main seeker bana. To main yeh</w:t>
      </w:r>
    </w:p>
    <w:p>
      <w:pPr>
        <w:jc w:val="right"/>
      </w:pPr>
      <w:r>
        <w:t>تھے، لینڈ لارڈ تھے، اور اس زمانے کے لحاظ سے بڑے لوگوں میں شمار ہوتا تھا، کیونکہ ہمارے گھر میں گھوڑا ہوتا تھا۔ سب سے پہلے کار وہاں آئی تھی ہمارے پورے ڈسٹرکٹ میں، تو ایک آئے تھے راجہ کے لیے، ایک ہمارے آئے تھے۔ وہاں ایک تھے راجہ ہرک چند۔ پورے ڈسٹرکٹ میں پہلی کار آئی تھی راجہ ہرک چند کے ہاں، دوسری کار آئی تھی ہماری فیملی میں۔ تو میں انہی لوگوں میں تھا جو ہیوز جن کو کہتے ہیں آپ، لیکن میں سیکر بنا۔ تو میں یہ</w:t>
      </w:r>
    </w:p>
    <w:p>
      <w:r>
        <w:rPr>
          <w:b/>
        </w:rPr>
        <w:t xml:space="preserve">[1:44:47] </w:t>
      </w:r>
      <w:r>
        <w:t>samjha hoon is baat se ke jo haves nots hain, unke andar compulsively woh seeker ban jate hain. Yani compulsion jo hai, unke liye challenge ban jata hai. Compulsive challenge aur jo haves mein paida hote hain, unke liye compulsive challenge to nahi hota hai, lekin agar unka soch bahut badha hua ho, unke andar bahut zyada sochne ka maada ho, to kya hoga? Is par woh unka containment nahi hoga. Jaise main tha, mujhe ghode mein</w:t>
      </w:r>
    </w:p>
    <w:p>
      <w:pPr>
        <w:jc w:val="right"/>
      </w:pPr>
      <w:r>
        <w:t>سمجھا ہوں اس بات سے کہ جو ہیو ناٹس ہیں، ان کے اندر کمپلسولی وہ سیکر بن جاتے ہیں۔ یعنی کمپلشن جو ہے، ان کے لیے چیلنج بن جاتا ہے۔ کمپلسو چیلنج اور جو ہیوز میں پیدا ہوتے ہیں، ان کے لیے کمپلسو چیلنج تو نہیں ہوتا ہے، لیکن اگر ان کا سوچ بہت بڑھا ہوا ہو، ان کے اندر بہت زیادہ سوچنے کا مادہ ہو، تو کیا ہوگا؟ اس پر وہ ان کا کنٹینمنٹ نہیں ہوگا۔ جیسے میں تھا، مجھے گھوڑے میں</w:t>
      </w:r>
    </w:p>
    <w:p>
      <w:r>
        <w:rPr>
          <w:b/>
        </w:rPr>
        <w:t xml:space="preserve">[1:45:17] </w:t>
      </w:r>
      <w:r>
        <w:t>aur car mein aur ghar mein aur land mein aur paise mein kuch dilchaspi nahi thi. Mere kuch bhi nahi hai ya nahi, dono barabar the mere liye. To yeh jo tha, iski wajah se main seeker ban gaya, halanke mere meri family ke doosre seeker nahi ban sake. Isi mein gum ho gaye, isi mein khush ho gaye. To yeh is par, yani isi liye haves not zyada paida kiye jate hain, kyunke woh compulsive challenge unko ka case banta hai. Unka saare ke saare hi</w:t>
      </w:r>
    </w:p>
    <w:p>
      <w:pPr>
        <w:jc w:val="right"/>
      </w:pPr>
      <w:r>
        <w:t>اور کار میں اور گھر میں اور لینڈ میں اور پیسے میں کچھ دلچسپی نہیں تھی۔ میرے کچھ بھی نہیں ہے یا نہیں، دونوں برابر تھے میرے لیے۔ تو یہ جو تھا، اس کی وجہ سے میں سیکر بن گیا، حالانکہ میرے میری فیملی کے دوسرے سیکر نہیں بن سکے۔ اسی میں گم ہو گئے، اسی میں خوش ہو گئے۔ تو یہ اس پر، یعنی اسی لیے ہیو ناٹ زیادہ پیدا کیے جاتے ہیں، کیونکہ وہ کمپلسو چیلنج ان کو کا کیس بنتا ہے۔ ان کا سارے کے سارے ہی</w:t>
      </w:r>
    </w:p>
    <w:p>
      <w:r>
        <w:rPr>
          <w:b/>
        </w:rPr>
        <w:t xml:space="preserve">[1:45:47] </w:t>
      </w:r>
      <w:r>
        <w:t>haves agar hon to main samajhta hoon ke phir na challenge hoga, na seeker, na seeking hogi, kuch bhi nahi hoga. To Khuda ki blessing yeh hai ke sab ko haves nahi banata. Woh ke sab ko haves bana de. Woh yeh hadith mein aata hai ke agar sab ko de de Khuda ko paisa aur har cheez, to sab log sarkash ho jayenge aur koi Khuda ko nahi manega. To yeh blessing Khuda ki hai ke logon ko problem deta hai. Problem na ho to log sarkash ban jayen, Khuda ko inkar karne wale ban jayen.</w:t>
      </w:r>
    </w:p>
    <w:p>
      <w:pPr>
        <w:jc w:val="right"/>
      </w:pPr>
      <w:r>
        <w:t>وز اگر ہوں تو میں سمجھتا ہوں کہ پھر نہ چیلنج ہوگا، نہ سیک، نہ سیکنگ ہوگی، کچھ بھی نہیں ہوگا۔ تو خدا کی بلیسنگ یہ ہے کہ سب کو ہیوز نہیں بناتا۔ وہ کہ سب کو ہیوز بنا دے۔ وہ یہ حدیث میں آتا ہے کہ اگر سب کو دے دے خدا کو پیسہ اور ہر چیز، تو سب لوگ سرکش ہو جائیں گے اور کوئی خدا کو نہیں مانے گا۔ تو یہ بلیسنگ خدا کی ہے کہ لوگوں کو پرابلم دیتا ہے۔ پرابلم نہ ہو تو لوگ سرکش بن جائیں، خدا کو انکار کرنے والے بن جائیں۔</w:t>
      </w:r>
    </w:p>
    <w:p>
      <w:r>
        <w:rPr>
          <w:b/>
        </w:rPr>
        <w:t xml:space="preserve">[1:46:17] </w:t>
      </w:r>
      <w:r>
        <w:t>Next question is by Razia. Some people perceive the difference between haves and have nots as permanent and take it to extremes. Is it the valid reason for people committing suicide? Haan, yeh sahi hai. Yeh hamare reformers ki ghalati hai. Reformers, saare reformers jitne bhi hain, one to all, sab yahi kehte rahe hain ke society ko jaise aisi boli bolte hain, permanently do mein bati hui hai. Woh saare refor</w:t>
      </w:r>
    </w:p>
    <w:p>
      <w:pPr>
        <w:jc w:val="right"/>
      </w:pPr>
      <w:r>
        <w:t>نیکسٹ کوئسچن از بائے راضیہ۔ سم پیپل پرسیو دا ڈیفرنس بٹوین ہیوز اینڈ ہیو ناٹ ایز پرماننٹ اینڈ ٹیک اٹ ٹو ایکسٹریمز۔ از اٹ دا ویلڈ ریزن فار پیپل کمیٹنگ سوسائیڈ؟ ہاں، یہ صحیح ہے۔ یہ ہمارے ریفارمرز کی غلطی ہے۔ ریفارمرز، سارے ریفارمرز جتنے بھی ہیں، ون ٹو ال، سب یہی کہتے رہے ہیں کہ سوسائٹی کو جیسے ایسی بولی بولتے ہیں، پرماننٹلی دو میں بٹی ہوئی ہے۔ وہ سارے ریفار</w:t>
      </w:r>
    </w:p>
    <w:p>
      <w:r>
        <w:rPr>
          <w:b/>
        </w:rPr>
        <w:t xml:space="preserve">[1:46:47] </w:t>
      </w:r>
      <w:r>
        <w:t>mers mein unhein padh kar yeh keh sakta hoon main ke is nuqte ko reformers ne pakda nahi ke aaj ka, aaj ka haves nots kal ka haves ban jata hai. To basically jo jo taqseem hai, woh hai yani potential haves aur actual haves ke beech mein. Haves nots ka koi wajood nahi hai. Maslan Dr. Abdul Kalam jo the, apni naujawani ki umar mein potential haves the, aaj woh actual haves hain. Is ko is nuqte ko ek reformer bata nahi saka. Koi bhi reformer ise nahi ma</w:t>
      </w:r>
    </w:p>
    <w:p>
      <w:pPr>
        <w:jc w:val="right"/>
      </w:pPr>
      <w:r>
        <w:t>مرز میں انہیں پڑھ کر یہ کہہ سکتا ہوں میں کہ اس نقطے کو ریفارمرز نے پکڑا نہیں کہ آج کا، آج کا ہیو ناٹس کل کا ہیو بن جاتا ہے۔ تو بیسکلی جو جو تقسیم ہے، وہ ہے یعنی پوٹینشل ہیوز اور ایکچول ہیوز کے بیچ میں۔ ہیو ناٹس کا کوئی وجود نہیں ہے۔ مثلاً ڈاکٹر عبدالکلام جو تھے، اپنی نوجوانی کی عمر میں پوٹینشل ہیوز تھے، آج وہ ایکچول ہیوز ہیں۔ اس کو اس نقطے کو ایک ریفارمر بتا نہیں سکا۔ کوئی بھی ریفارمر اسے نہیں مع</w:t>
      </w:r>
    </w:p>
    <w:p>
      <w:r>
        <w:rPr>
          <w:b/>
        </w:rPr>
        <w:t xml:space="preserve">[1:47:17] </w:t>
      </w:r>
      <w:r>
        <w:t>loom hai jo yeh bata sake logon ko ke yeh, yeh jo hai, yeh, yeh jo, yeh jo division hai, yeh relative hai, yeh permanent nahi hai. Jaise main jo word bol raha hoon ke jo ke kuch log potential haves hain, kuch log actual haves hain, yeh word history mein kabhi bola nahi gaya. Aage bola gaya to mujhe bataiye kisi ka naam. To woh log jo jo bolne wale log hain, jo thinkers hain, jo philosophers hain, jo leaders</w:t>
      </w:r>
    </w:p>
    <w:p>
      <w:pPr>
        <w:jc w:val="right"/>
      </w:pPr>
      <w:r>
        <w:t>لوم ہے جو یہ بتا سکے لوگوں کو کہ یہ، یہ جو ہے، یہ، یہ جو، یہ جو ڈویژن ہے، یہ ریلیٹیو ہے، یہ پرماننٹ نہیں ہے۔ جیسے میں جو ورڈ بول رہا ہوں کہ جو کہ کچھ لوگ پوٹینشل ہیوز ہیں، کچھ لوگ ایکچول ہیوز ہیں، یہ ورڈ ہسٹری میں کبھی بولا نہیں گیا۔ اگے بولا گیا تو مجھے بتائیے کسی کا نام۔ تو وہ لوگ جو جو بولنے والے لوگ ہیں، جو تھنکرز ہیں، جو فلاسفرز ہیں، جو لیڈرز</w:t>
      </w:r>
    </w:p>
    <w:p>
      <w:r>
        <w:rPr>
          <w:b/>
        </w:rPr>
        <w:t xml:space="preserve">[1:47:47] </w:t>
      </w:r>
      <w:r>
        <w:t>hain, bol bol kar unko logon ko first mein daal dete hain. Agar mujhe laiq hua aisa aadmi to main bar bar maine aise aadmi ko paya hai ke unko maine ek nayi zindagi de di. Poori zindagi mein aise logon ka naam bata sakta hoon aap ko ke woh first mein the, mayoos the ke hamare paas to kuch bhi nahi hai, hamara to yeh hai, hamara to woh hai. Lekin mujh se qareeb hue, woh unke andar maine ek hausla diya. Hazaron log aise, hazaron log, aur phir woh hausla diya, unko umeed di, unko hope di.</w:t>
      </w:r>
    </w:p>
    <w:p>
      <w:pPr>
        <w:jc w:val="right"/>
      </w:pPr>
      <w:r>
        <w:t>ہیں، بول بول کر ان کو لوگوں کو فرسٹ میں ڈال دیتے ہیں۔ اگر مجھے لائق ہوا ایسا آدمی تو میں بار بار میں نے ایسے آدمی کو پایا ہے کہ ان کو میں نے ایک نئی زندگی دے دی۔ پوری زندگی میں ایسے لوگوں کا نام بتا سکتا ہوں آپ کو کہ وہ فرسٹ میں تھے، مایوس تھے کہ ہمارے پاس تو کچھ بھی نہیں ہے، ہمارا تو یہ ہے، ہمارا تو وہ ہے۔ لیکن مجھ سے قریب ہوئے، وہ ان کے اندر میں نے ایک حوصلہ دیا۔ ہزاروں لوگ ایسے، ہزاروں لوگ، اور پھر وہ حوصلہ دیا، ان کو امید دی، ان کو ہوپ دیا۔</w:t>
      </w:r>
    </w:p>
    <w:p>
      <w:r>
        <w:rPr>
          <w:b/>
        </w:rPr>
        <w:t xml:space="preserve">[1:48:18] </w:t>
      </w:r>
      <w:r>
        <w:t>Is ke liye maine chaar kitabein likhi hain: Raaz-e-Hayat, Taameer-e-Hayat, Kitaab-e-Zindagi aur Rehnuma-e-Hayat. In kitabon ko padh padh kar phir hazaron nahi, lakhon logon ko hope mili hai. Pakistan mein ek sahib hain jo government service mein the, unhone Raaz-e-Hayat padhi to unhone service chhod di. Ab woh bicycle par apni kitab par isi kitab ke bundle rakhte hain aur saare Pakistan ghoom kar logon ko dete hain taake logon ko na-umidi se nikalen. Main jab Pakistan gaya tha ek baar to</w:t>
      </w:r>
    </w:p>
    <w:p>
      <w:pPr>
        <w:jc w:val="right"/>
      </w:pPr>
      <w:r>
        <w:t>اس کے لیے میں نے چار کتابیں لکھی ہیں: راز حیات، تعمیر حیات، کتاب زندگی اور رہنما حیات۔ ان کتابوں کو پڑھ پڑھ کے پھر ہزاروں نہیں، لاکھوں لوگوں کو ہوپ ملی ہے۔ پاکستان میں ایک صاحب ہیں جو گورنمنٹ سروس میں تھے، انہوں نے راز حیات پڑھی تو انہوں نے سروس چھوڑ دی۔ اب وہ بائیسکل پر اپنی کتاب پر اسی کتاب کے بنڈل رکھتے ہیں اور سارے پاکستان گھوم کر لوگوں کو دیتے ہیں تاکہ لوگوں کو نا امیدی سے نکالیں۔ میں جب پاکستان گیا تھا ایک بار تو</w:t>
      </w:r>
    </w:p>
    <w:p>
      <w:r>
        <w:rPr>
          <w:b/>
        </w:rPr>
        <w:t xml:space="preserve">[1:48:48] </w:t>
      </w:r>
      <w:r>
        <w:t>main airport, Lahore airport pe jab utra to ek naujawan wahan, kai log the jo mere janne wale the, ek naya aadmi tha wahan par, ek naujawan. Us ne kaha ke aap mujh ko pehchante nahi honge, main aap ko jaanta hoon. Apna case bataya unhone ke main depression mein tha aur main hospital mein mujhe admit kar diya gaya tha, aur wahan ittefaq se by chance mujhe aap ki kitab Raaz-e-Hayat mil gayi. Us ko maine padh dala ek din, do din</w:t>
      </w:r>
    </w:p>
    <w:p>
      <w:pPr>
        <w:jc w:val="right"/>
      </w:pPr>
      <w:r>
        <w:t>میں ایئرپورٹ، لاہور ایئرپورٹ پہ جب اترا تو ایک نوجوان وہاں، کئی لوگ تھے جو میرے جاننے والے تھے، ایک نیا آدمی تھا وہاں پر، ایک نوجوان۔ اس نے کہا کہ آپ مجھ کو پہچانتے نہیں ہوں گے، میں آپ کو جانتا ہوں۔ اپنا کیس بتایا انہوں نے کہ میں ڈپریشن میں تھا اور میں ہاسپٹل میں مجھے ایڈمٹ کر دیا گیا تھا، اور وہاں اتفاق سے بائے چانس مجھے آپ کی کتاب راز حیات مل گئی۔ اس کو میں نے پڑھ ڈالا ایک دن، دو دن</w:t>
      </w:r>
    </w:p>
    <w:p>
      <w:r>
        <w:rPr>
          <w:b/>
        </w:rPr>
        <w:t xml:space="preserve">[1:49:18] </w:t>
      </w:r>
      <w:r>
        <w:t>ke andar achaanak maine samjha ke main bilkul theek hoon. Sara depression khatam ho gaya, stress khatam ho gaya, tension khatam ho gaya, aur main ne doctor se kaha main jata hoon, main achha ho gaya hoon. To saari jo hai kijiye ke ghalati reformers ki hai, thinkers ki hai, leaders ki hai ke logon ko yeh bharte hain logon ke mind mein ke tum haves nots ho, tum haves nots ho, tum haves nots ho. Main ulta karta hoon, main kehta hoon koi haves nots nahi hai, koi potential haves hai, koi koi actual haves hai. Jo</w:t>
      </w:r>
    </w:p>
    <w:p>
      <w:pPr>
        <w:jc w:val="right"/>
      </w:pPr>
      <w:r>
        <w:t>کے اندر اچانک میں نے سمجھا کہ میں بالکل ٹھیک ہوں۔ سارا ڈپریشن ختم ہو گیا، اسٹریس ختم ہو گیا، ٹینشن ختم ہو گیا، اور میں نے ڈاکٹر سے کہا میں جاتا ہوں، میں اچھا ہو گیا ہوں۔ تو ساری جو ہے کین کیجئے کہ غلطی ریفارمرز کی ہے، تھنکرز کی ہے، لیڈرز کی ہے کہ لوگوں کو یہ بھرتے ہیں لوگوں کے مائنڈ میں کہ تم ہیو ناٹس ہو، تم ہیو ناٹس ہو، تم ہیو ناٹس ہو۔ میں الٹا کرتا ہوں، میں کہتا ہوں کوئی ہیو ناٹس نہیں ہے، کوئی پوٹینشل ہیوز ہے، کوئی کوئی ایکچول ہیوز ہے۔ جو</w:t>
      </w:r>
    </w:p>
    <w:p>
      <w:r>
        <w:rPr>
          <w:b/>
        </w:rPr>
        <w:t xml:space="preserve">[1:49:48] </w:t>
      </w:r>
      <w:r>
        <w:t>log mere magazine ko padhte hain, jinhone meri kitabein padhi hain, aise hazaron nahi, lakhon log hain duniya mein. Un se aap poochh lijiye kis tarah unki na-umidi umeed mein badli hai. Be-hausla ho gaye the, us se unhein hausla mila hai. To main samajhta hoon ke khudkushi jo log karte hain, unka qusoor nahi hai, qusoor un logon ka hai jo aise thought phailate hain, aisi baatein phailate hain ke woh bechare samajhte hain ke hamare koi future nahi hai, hamara koi future nahi hai. Next question is</w:t>
      </w:r>
    </w:p>
    <w:p>
      <w:pPr>
        <w:jc w:val="right"/>
      </w:pPr>
      <w:r>
        <w:t>لوگ میرے میگزین کو پڑھتے ہیں، جنہوں نے میری کتابیں پڑھی ہیں، ایسے ہزاروں نہیں، لاکھوں لوگ ہیں دنیا میں۔ ان سے آپ پوچھ لیجئے کس طرح ان کی نا امیدی امید میں بدلی ہے۔ بے حوصلہ ہو گئے تھے، اس سے انہیں حوصلہ ملا ہے۔ تو میں سمجھتا ہوں کہ خودکشی جو لوگ کرتے ہیں، ان کا قصور نہیں ہے، قصور ان لوگوں کا ہے جو ایسے تھاٹ پھیلاتے ہیں، ایسی باتیں پھیلاتے ہیں کہ وہ بیچارے سمجھتے ہیں کہ ہمارے کوئی فیوچر نہیں ہے، ہمارا کوئی فیوچر نہیں ہے۔ نیکسٹ کوئسچن از</w:t>
      </w:r>
    </w:p>
    <w:p>
      <w:r>
        <w:rPr>
          <w:b/>
        </w:rPr>
        <w:t xml:space="preserve">[1:50:18] </w:t>
      </w:r>
      <w:r>
        <w:t>by Abro. How can we convince to non Muslims that Prophet Muhammad is the only un opposable prophet? Yeh to history batati hai. Historical account yahi kehte hain. Koi bataye mujhe, maine bahut se examples diye aap ko history ke bhi aur aaj ke bhi. Maine arz kiya ke jab koi aadmi yeh kehne wala history mein paida hi nahi hua, na aaj hai aisa koi aadmi. Misal ke tor par Sikh log kehte hain ke Guru Nanak paigh</w:t>
      </w:r>
    </w:p>
    <w:p>
      <w:pPr>
        <w:jc w:val="right"/>
      </w:pPr>
      <w:r>
        <w:t>بائے ابرو۔ ہاؤ کین وی کنونس ٹو نان مسلمز دیٹ پرافٹ محمد از دی اونلی ان اپوزیبل پرافٹ؟ یہ تو ہسٹری بتاتی ہے۔ ہسٹاریکل اکاؤنٹ یہی کہتے ہیں۔ کوئی بتائے مجھے، میں نے بہت سے ایگزامپلز دیے آپ کو ہسٹری کے بھی اور آج کے بھی۔ میں نے عرض کیا کہ جب کوئی آدمی یہ کہنے والا ہسٹری میں پیدا ہی نہیں ہوا، نہ آج ہے ایسا کوئی آدمی۔ مثال کے طور پر سکھ لوگ کہتے ہیں کہ گرو نانک پیغ</w:t>
      </w:r>
    </w:p>
    <w:p>
      <w:r>
        <w:rPr>
          <w:b/>
        </w:rPr>
        <w:t xml:space="preserve">[1:50:48] </w:t>
      </w:r>
      <w:r>
        <w:t>ambar the. Main logon se poochta hoon, Sikh logon se ke unhone kab kaha? Yeh Sikh log apne aap yeh kehte hain ke Guru Nanak peghambar the. Aur jab main yeh poochta hoon un se ke kaun sa historical proof hai ke unhone apne munh se kaha tha ke main prophet hoon, to unke paas koi reference nahi hota hai. Yahan tak ke Ram aur Krishan ke bare mein main kehta hoon ke unhone kabhi aisa kaha hi nahi. To yeh to mudai sust, gawah sust wali baat hai. Yeh Persian ka ek qaul hai ke mudai su</w:t>
      </w:r>
    </w:p>
    <w:p>
      <w:pPr>
        <w:jc w:val="right"/>
      </w:pPr>
      <w:r>
        <w:t>مبر تھے۔ میں لوگوں سے پوچھتا ہوں، سکھ لوگوں سے کہ انہوں نے کب کہا؟ یہ سکھ لوگ اپنے آپ یہ کہتے ہیں کہ گرو نانک پیغمبر تھے۔ اور جب میں یہ پوچھتا ہوں ان سے کہ کون سا ہسٹاریکل پروف ہے کہ انہوں نے اپنے منہ سے کہا تھا کہ میں پرافٹ ہوں، تو ان کے پاس کوئی ریفرنس نہیں ہوتا ہے۔ یہاں تک کہ رام اور کرشن کے بارے میں میں کہتا ہوں کہ انہوں نے کبھی ایسا کہا ہی نہیں۔ تو یہ تو مدعی چست، گواہ سست والی بات ہے۔ یہ پرشین کا ایک قول ہے کہ مدعی س</w:t>
      </w:r>
    </w:p>
    <w:p>
      <w:r>
        <w:rPr>
          <w:b/>
        </w:rPr>
        <w:t xml:space="preserve">[1:51:18] </w:t>
      </w:r>
      <w:r>
        <w:t>st, gawah sust. Yani jo jo claim karne wala hai, woh to chup chap bechara hai, doosra aadmi us ki taraf bol raha hai. To yeh to history apne aap bol rahi hai, is mein mujhe koi kehne ki zaroorat nahi hai. Next question is by Sadia. She says if meditation is anesthesia, then what will you say for Prophet? He also meditated and that was how he sought truth. Maine woh word use kiya, meditation woh sahi nahi tha,</w:t>
      </w:r>
    </w:p>
    <w:p>
      <w:pPr>
        <w:jc w:val="right"/>
      </w:pPr>
      <w:r>
        <w:t>ست، گواہ چست۔ یعنی جو جو کلیم کرنے والا ہے، وہ تو چپ چاپ بیچارہ ہے، دوسرا آدمی اس کی طرف بول رہا ہے۔ تو یہ تو ہسٹری اپنے آپ بول رہی ہے، اس میں مجھے کوئی کہنے کی ضرورت نہیں ہے۔ نیکسٹ کوئسچن از بائے سعدیہ۔ شی سیز اف میڈیٹیشن از اینستھیزیا، دین واٹ ول یو سے فار پرافٹ؟ ہی ال سو میڈیٹیٹڈ اینڈ دیٹ واز ہاؤ ہی ساٹ ٹرتھ۔ میں نے وہ ورڈ یوز کیا، میڈیٹیشن وہ صحیح نہیں تھا،</w:t>
      </w:r>
    </w:p>
    <w:p>
      <w:r>
        <w:rPr>
          <w:b/>
        </w:rPr>
        <w:t xml:space="preserve">[1:51:48] </w:t>
      </w:r>
      <w:r>
        <w:t>woh tha soch bichar ke liye jana. Meditation ka word ek khaas contradiction rakhta hai. Us contradiction mein maine nahi kaha yeh baat. Meditation ka contradiction yeh hai ke stop your thinking. Stop thinking ko base karta hai meditation. Aaj ka jo hai, is sense mein maine nahi kaha tha. Mera matlab tha seclusion mein ja kar sochna, alag thalag ho kar sochna. Yani is ko kehte hain Arabic mein tadabbur, tafakkur. Sahi maano mein woh tadabbur tha, na ke meditation aaj kal ke sense mein.</w:t>
      </w:r>
    </w:p>
    <w:p>
      <w:pPr>
        <w:jc w:val="right"/>
      </w:pPr>
      <w:r>
        <w:t>وہ تھا سوچ بچار کے لیے جانا۔ میڈیٹیشن کا ورڈ ایک خاص کنٹروڈکشن رکھتا ہے۔ اس کنٹروڈکشن میں میں نے نہیں کہا یہ بات۔ میڈیٹیشن کا کنٹروڈکشن یہ ہے کہ اسٹاپ یور تھنکنگ۔ اسٹاپ تھنکنگ کو بیس کرتا ہے میڈیٹیشن۔ آج کا جو ہے، اس سینس میں میں نے نہیں کہا تھا۔ میرا مطلب تھا سیکلوژن میں جا کر سوچنا، الگ تھلگ ہو کر سوچنا۔ یعنی اس کو کہتے ہیں عربی میں تدبر، تفکر۔ صحیح معنوں میں وہ تدبر تھا، نہ کہ میڈیٹیشن آج کل کے سینس میں۔</w:t>
      </w:r>
    </w:p>
    <w:p>
      <w:r>
        <w:rPr>
          <w:b/>
        </w:rPr>
        <w:t xml:space="preserve">[1:52:18] </w:t>
      </w:r>
      <w:r>
        <w:t>Yani soch bichar ke liye alag ja kar ke baithna kahin taake seclusion mein aur poore ek sui ke saath aadmi soch sake. Woh tha aap ka, yani qaf-daagh heera mein jana. Next question is by Maria Khan. She says what is the age when innocence ends? Yeh yeh jo hai, dekhen agar aap</w:t>
      </w:r>
    </w:p>
    <w:p>
      <w:pPr>
        <w:jc w:val="right"/>
      </w:pPr>
      <w:r>
        <w:t>یعنی سوچ بچار کے لیے الگ جا کر کے بیٹھنا کہیں تاکہ سیکلوژن میں اور پورے ایک سوئی کے ساتھ آدمی سوچ سکے۔ وہ تھا آپ کا، یعنی کیو داغ ہیرا میں جانا۔ نیکسٹ کوئسچن از بائے ماریہ خان۔ شی سیز واٹ از دی ایج وین انوسنس اینڈز؟ یہ یہ جو ہے، دیکھیں اگر آپ</w:t>
      </w:r>
    </w:p>
    <w:p>
      <w:r>
        <w:rPr>
          <w:b/>
        </w:rPr>
        <w:t xml:space="preserve">[1:52:49] </w:t>
      </w:r>
      <w:r>
        <w:t>yani psychology ko len to nine years tak hai. Yeh psychology aur us ke baad jo hai 35 years. Yani nine years ko mana gaya hai psychology mein preparatory years aur 35 years ko mana gaya hai mature age mein pahunchta hai aadmi. Yani nine years tak woh rehta hai us age mein jis ko hum preparatory age kehte hain. Main samajhta hoon ke nine years sahi lafz ho</w:t>
      </w:r>
    </w:p>
    <w:p>
      <w:pPr>
        <w:jc w:val="right"/>
      </w:pPr>
      <w:r>
        <w:t>یعنی سائیکالوجی کو لیں تو نائن ایئرز تک ہے۔ یہ سائیکالوجی اور اس کے بعد جو ہے 35 ایئرز۔ یعنی نائن ایئرز کو مانا گیا ہے سائیکالوجی میں پریپیٹری ایئرز اور 35 ایئرز کو مانا گیا ہے میچور ایج میں پہنچتا ہے آدمی۔ یعنی نائن ایئرز تک وہ رہتا ہے اس ایج میں جس کو ہم پریپیٹری ایج کہتے ہیں۔ میں سمجھتا ہوں کہ نائن ایئرز صحیح لفظ ہو</w:t>
      </w:r>
    </w:p>
    <w:p>
      <w:r>
        <w:rPr>
          <w:b/>
        </w:rPr>
        <w:t xml:space="preserve">[1:53:19] </w:t>
      </w:r>
      <w:r>
        <w:t>ga jab hum yeh keh saken ke yeh is age mein abhi tak hai jabke hum innocent keh sakte hain. Jab 10 year ka ho gaya to 10 years se 35 years tak is ka maturity age mana jata hai. Aur 35 years ke baad jo hai woh gaya mature ho chuka hai. Ab bharpoor tor par woh yani accountable hai Khuda ke haan. Next question is by Vivek Karanwaiker. He says Buddha was also a seeker and later finder. Can he</w:t>
      </w:r>
    </w:p>
    <w:p>
      <w:pPr>
        <w:jc w:val="right"/>
      </w:pPr>
      <w:r>
        <w:t>گا جب ہم یہ کہہ سکیں کہ یہ اس ایج میں ابھی تک ہے جبکہ ہم انوسنٹ کہہ سکتے ہیں۔ جب 10 ایئر کا ہو گیا تو 10 ایئرز سے 35 ایئرز تک اس کا میچورٹی گیج مانا جاتا ہے۔ اور 35 ایئرز کے بعد جو ہے وہ گیا میچور ہو چکا ہے۔ اب بھرپور طور پر وہ یعنی اکاؤنٹیبل ہے خدا کے ہاں۔ نیکسٹ کوئسچن از بائے ویوک کارانوائیکر۔ ہی سیز بدھا واز ال سو ا سیکر اینڈ لیٹر فائنڈر۔ کین ہی</w:t>
      </w:r>
    </w:p>
    <w:p>
      <w:r>
        <w:rPr>
          <w:b/>
        </w:rPr>
        <w:t xml:space="preserve">[1:53:49] </w:t>
      </w:r>
      <w:r>
        <w:t>be claimed to be a prophet? Secondly, are not heaven and hell a state of mind? And actually after death there is only state of conscious existence. Dekhen Buddha ke bare mein main arz karoon ke Hindu logon ne unko declare kiya ke woh avatar man, avatar declare kiya. Buddhists ne nahi mana is ko. Agar aap jante hon to Hindu log unko kehte hain ke woh avatar the. Buddhist kehte hain ke nahi, woh kehte hain ke jab hum Khuda ko nahi</w:t>
      </w:r>
    </w:p>
    <w:p>
      <w:pPr>
        <w:jc w:val="right"/>
      </w:pPr>
      <w:r>
        <w:t>بی کلیمڈ ٹو بی ا پرافٹ؟ سیکنڈلی، ار اینٹ ہیون اینڈ ہیل ا سٹیٹ اف مائنڈ؟ اینڈ ایکچولی افٹر ڈیتھ دیر از اونلی سٹیٹ اف کانشیس ایگزسٹنس۔ دیکھیں بدھا کے بارے میں میں عرض کروں کہ ہندو لوگوں نے ان کو ڈیکلیئر کیا کہ وہ اوتار مان، اوتار ڈیکلیئر کیا۔ بدھسٹوں نے نہیں مانا اس کو۔ اگر آپ جانتے ہوں تو ہندو لوگ ان کو کہتے ہیں کہ وہ اوتار تھے۔ بدھسٹ کہتے ہیں کہ نہیں، وہ کہتے ہیں کہ جب ہم خدا کو نہیں</w:t>
      </w:r>
    </w:p>
    <w:p>
      <w:r>
        <w:rPr>
          <w:b/>
        </w:rPr>
        <w:t xml:space="preserve">[1:54:19] </w:t>
      </w:r>
      <w:r>
        <w:t>maante to avatar kahan se man lenge? Un ko avatar ka matlab hai Khuda ka avatar, God ka avatar. To Buddhist kehte hain ke hum to Khuda hi ko nahi maante. Kyunke aap jante hain ke Buddhist jo hai Godless religion hai. Woh to yeh yeh misaal hai is ki Buddhist gawah sust ki ke khud Buddhist to maante hi nahi avatar wad ko. Aur aap keh rahe hain ke woh avatar the. Woh isi tarike se jab woh God ko na maante hon to prophet manne ka koi sawal hi nahi paida hota. Kaise prophet kahenge un</w:t>
      </w:r>
    </w:p>
    <w:p>
      <w:pPr>
        <w:jc w:val="right"/>
      </w:pPr>
      <w:r>
        <w:t>مانتے تو اوتار کہاں سے مان لیں گے؟ ان کو اوتار کا مطلب ہے خدا کا اوتار، گاڈ کا اوتار۔ تو بدھسٹ کہتے ہیں کہ ہم تو خدا ہی کو نہیں مانتے۔ کیونکہ آپ جانتے ہیں کہ بدھسٹ جو ہے گاڈ لیس ریلیجن ہے۔ وہ تو یہ یہ مثال ہے اس کی بدھسٹ گواہ چست کی کہ خود بدھسٹ تو مانتے ہی نہیں اوتار واد کو۔ اور آپ کہہ رہے ہیں کہ وہ اوتار تھے۔ وہ اسی طریقے سے جب وہ گاڈ کو نہ مانتے ہوں تو پرافٹ ماننے کا کوئی سوال ہی نہیں پیدا ہوتا۔ کیسے پرافٹ کہیں گے ان</w:t>
      </w:r>
    </w:p>
    <w:p>
      <w:r>
        <w:rPr>
          <w:b/>
        </w:rPr>
        <w:t xml:space="preserve">[1:54:49] </w:t>
      </w:r>
      <w:r>
        <w:t>ko? Prophet means woh aadmi jis par Khuda ne reveal kiya ho sachai. To Buddhist jo hai woh Khuda ko maante hi nahi. Buddha koi aisa account nahi hai ke Khuda ko maanta ho. Kuch aise references aate hain jis mein koi aap nikalte hain, kuch ke shayad Khuda ko maante hon woh. Lekin jo un ka jo known religion hai, woh un ka woh to yeh hai ke Godless religion hai. Woh to avatar kehna un ko yeh bhi galat aur prophet kehna yeh bhi galat.</w:t>
      </w:r>
    </w:p>
    <w:p>
      <w:pPr>
        <w:jc w:val="right"/>
      </w:pPr>
      <w:r>
        <w:t>کو؟ پرافٹ مینز وہ آدمی جس پر خدا نے ریویل کیا ہو سچائی۔ تو بدھسٹ جو ہے وہ خدا کو مانتے ہی نہیں۔ بدھا کوئی ایسا اکاؤنٹ نہیں ہے کہ خدا کو مانتا ہو۔ کچھ ایسے ریفرنسز آتے ہیں جس میں کوئی آپ نکالتے ہیں، کچھ کہ شاید خدا کو مانتے ہوں وہ۔ لیکن جو ان کا جو نون ریلیجن ہے، وہ ان کا وہ تو یہ ہے کہ گاڈ لیس ریلیجن ہے۔ وہ تو اوتار کہنا ان کو یہ بھی غلط اور پرافٹ کہنا یہ بھی غلط۔</w:t>
      </w:r>
    </w:p>
    <w:p>
      <w:r>
        <w:rPr>
          <w:b/>
        </w:rPr>
        <w:t xml:space="preserve">[1:55:19] </w:t>
      </w:r>
      <w:r>
        <w:t>Yeh upar se un par title de rahe hain aap jis ka woh accept karne ke liye woh tayyar nahi hain. This is the last question by Shreek A Khan. He says how are all the prophets equal when God's creation plan is not to make everybody equal? Does the God's creation plan apply to the prophet? Also bhai yahan par confusion hai. Yani physical sense mein log equal nahi hain, physical sense mein. Lekin jo hum ne keh</w:t>
      </w:r>
    </w:p>
    <w:p>
      <w:pPr>
        <w:jc w:val="right"/>
      </w:pPr>
      <w:r>
        <w:t>یہ اوپر سے ان پر ٹائٹل دے رہے ہیں آپ جس کا وہ ایکسیپٹ کرنے کے لیے وہ تیار نہیں ہیں۔ دس از دا لاسٹ کوئسچن بائے شریک اے خان۔ ہی سیز ہاؤ ار ال دی پرافٹس ایکول وین گاڈز کریشن پلان از ناٹ ٹو میک ایوری باڈی ایکول؟ ڈز دی گاڈز کریشن پلان اپلائی ٹو دی پرافٹ؟ السو بھائی یہاں پر کنفیوژن ہے۔ یعنی فزیکل سینس میں لوگ ایکول نہیں ہیں، فزیکل سینس میں۔ لیکن جو ہم نے کہ</w:t>
      </w:r>
    </w:p>
    <w:p>
      <w:r>
        <w:rPr>
          <w:b/>
        </w:rPr>
        <w:t xml:space="preserve">[1:55:49] </w:t>
      </w:r>
      <w:r>
        <w:t>a ke equal sab barabar the, is sense mein kaha ke sab ko Khuda se ek hi guidance mili. Do guidance nahi mili hai. Quran mein saaf saaf hai ke saare paighambaron ko Khuda ne ek hi guidance di. Wahi teaching is sense mein sab barabar the. Physical sense mein koi lamba hoga, koi koi chhota hoga, koi white hoga, koi black hoga. Wo ek alag cheez hai. Wo wo ek alag cheez hai. Jaise misaal ke taur par Rasool Allah jo hain, unka rang saaf</w:t>
      </w:r>
    </w:p>
    <w:p>
      <w:pPr>
        <w:jc w:val="right"/>
      </w:pPr>
      <w:r>
        <w:t>ا کہ ایکول سب برابر تھے، اس سینس میں کہا کہ سب کو خدا سے ایک ہی گائیڈنس ملی۔ دو گائیڈنس نہیں ملی ہے۔ قرآن میں صاف صاف ہے کہ سارے پیغمبروں کو خدا نے ایک ہی گائیڈنس دی۔ وہی ٹیچنگ اس سینس میں سب برابر تھے۔ فزیکل سینس میں کوئی لمبا ہوگا، کوئی کوئی چھوٹا ہوگا، کوئی وائٹ ہوگا، کوئی بلیک ہوگا۔ وہ ایک الگ چیز ہے۔ وہ وہ ایک الگ چیز ہے۔ جیسے مثال کے طور پر رسول اللہ جو ہیں، ان کا رنگ صاف</w:t>
      </w:r>
    </w:p>
    <w:p>
      <w:r>
        <w:rPr>
          <w:b/>
        </w:rPr>
        <w:t xml:space="preserve">[1:56:19] </w:t>
      </w:r>
      <w:r>
        <w:t>tha. Hazrat Musa ke bare mein aata hai ke hadith mein aata hai ke wo zait ki tarah the. Zait ka matlab hota hai ye jaat jaat ki tarah the. Wo to is maani ke wo white nahi the. Wo to rang ka farq ho sakta hai. Physical yani aitbaar se chhote bade ho sakte hain. Wo alag alag cheez hai. Lekin is aitbaar se sab barabar the ke ek hi guidance Khuda ne har ek paighambar ko di. Aur ye Quran mein sabit hai. Aap sab Surah Shura padh sakte hain. Surah Shura mein ayat number, verse number 13</w:t>
      </w:r>
    </w:p>
    <w:p>
      <w:pPr>
        <w:jc w:val="right"/>
      </w:pPr>
      <w:r>
        <w:t>تھا۔ حضرت موسیٰ کے بارے میں آتا ہے کہ حدیث میں آتا ہے کہ وہ زت کی طرح تھے۔ زت کا مطلب ہوتا ہے یہ جاٹ جاٹ کی طرح تھے۔ وہ تو اس معنی کے وہ وائٹ نہیں تھے۔ وہ تو رنگ کا فرق ہو سکتا ہے۔ فزیکل یعنی اعتبار سے چھوٹے بڑے ہو سکتے ہیں۔ وہ الگ الگ چیز ہے۔ لیکن اس اعتبار سے سب برابر تھے کہ ایک ہی گائیڈنس خدا نے ہر ایک پیغمبر کو دی۔ اور یہ قرآن میں ثابت ہے۔ آپ سب سورہ شوریٰ پڑھ سکتے ہیں۔ سورہ شوریٰ میں آیت نمبر، ورس نمبر 13</w:t>
      </w:r>
    </w:p>
    <w:p>
      <w:r>
        <w:rPr>
          <w:b/>
        </w:rPr>
        <w:t xml:space="preserve">[1:56:49] </w:t>
      </w:r>
      <w:r>
        <w:t>ke har paighambar ko ek hi guidance di gayi thi.</w:t>
      </w:r>
    </w:p>
    <w:p>
      <w:pPr>
        <w:jc w:val="right"/>
      </w:pPr>
      <w:r>
        <w:t>کہ ہر پیغمبر کو ایک ہی گائیڈنس دی گئی تھی۔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