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Mission Re Born | April 11, 2006 | Maulana Wahiduddin Khan</w:t>
      </w:r>
    </w:p>
    <w:p>
      <w:r>
        <w:t>https://www.youtube.com/watch?v=jC8IPGPSOCA</w:t>
      </w:r>
    </w:p>
    <w:p>
      <w:r>
        <w:rPr>
          <w:b/>
        </w:rPr>
        <w:t xml:space="preserve">[00:00] </w:t>
      </w:r>
      <w:r>
        <w:t>kis tarah se, aah, Maulana ke is mission ko jo unhone, aah, unke supurd kara hai, aage le ke jayenge. Maulana ko dobara ek movement hai, aur dobara wo, aah, ek zindagi pa chuki hai.</w:t>
      </w:r>
    </w:p>
    <w:p>
      <w:pPr>
        <w:jc w:val="right"/>
      </w:pPr>
      <w:r>
        <w:t>کس طرح سے، آہ، مولانا کے اس مشن کو جو انہوں نے، آہ، ان کے سپرد کرا ہے، آگے لے کے جائیں گے۔ مولانا کو دوبارہ ایک موومنٹ ہے، اور دوبارہ وہ، آہ، ایک زندگی پا چکے ہیں۔</w:t>
      </w:r>
    </w:p>
    <w:p>
      <w:r>
        <w:rPr>
          <w:b/>
        </w:rPr>
        <w:t xml:space="preserve">[00:12] </w:t>
      </w:r>
      <w:r>
        <w:t>mein samajhta hoon ke ghaleeban history mein teesri baar hai ke Allah taala ne CPS ki shakal mein ek team tayyar ki hai, jo mere baad is mission ko chala sake. Aage, meri maut CPS ki shakal mein dobara zinda hogi, to mujhe yaqeen hai ke CPS ki shakal mein main dobara zinda ho jaunga, aur dobara zinda ho kar ke wo kaam shuru ho jayega jo ke abhi jari hai. Sab se behtar zindagi wo hai jo Khuda ke paros mein guzre.</w:t>
      </w:r>
    </w:p>
    <w:p>
      <w:pPr>
        <w:jc w:val="right"/>
      </w:pPr>
      <w:r>
        <w:t>میں سمجھتا ہوں کہ غالباً ہسٹری میں تیسری بار ہے کہ اللہ تعالیٰ نے سی پی ایس کی شکل میں ایک ٹیم تیار کی ہے، جو میرے بعد اس مشن کو چلا سکے۔ آگے، میری موت سی پی ایس کی شکل میں دوبارہ زندہ ہوگی، تو مجھے یقین ہے کہ سی پی ایس کی شکل میں میں دوبارہ زندہ ہو جاؤں گا، اور دوبارہ زندہ ہو کر کے وہ کام شروع ہو جائے گا جو کہ ابھی جاری ہے۔ سب سے بہتر زندگی وہ ہے جو خدا کے پڑوس میں گزرے۔</w:t>
      </w:r>
    </w:p>
    <w:p>
      <w:r>
        <w:rPr>
          <w:b/>
        </w:rPr>
        <w:t xml:space="preserve">[00:42] </w:t>
      </w:r>
      <w:r>
        <w:t>Jannat Khuda ke paros ka doosra naam hai. Apna target paradise ko banaiye, apna target Khuda ko banaiye, apna target sachai ke phailane ko banaiye. Apne target ko durust kijiye. Apne focus ko sahi kijiye. Bahut thoda waqt reh gaya hai hamare paas, bahut thoda waqt hai. Is thode waqt ko bharpoor taur par avail kijiye.</w:t>
      </w:r>
    </w:p>
    <w:p>
      <w:pPr>
        <w:jc w:val="right"/>
      </w:pPr>
      <w:r>
        <w:t>جنت خدا کے پڑوس کا دوسرا نام ہے۔ اپنا ٹارگٹ پیراڈائز کو بنائیے، اپنا ٹارگٹ خدا کو بنائیے، اپنا ٹارگٹ سچائی کے پھیلانے کو بنائیے۔ اپنے ٹارگٹ کو درست کیجیے۔ اپنے فوکس کو صحیح کیجیے۔ بہت تھوڑا وقت رہ گیا ہے ہمارے پاس، بہت تھوڑا وقت ہے۔ اس تھوڑے وقت کو بھرپور طور پر اویل کیجیے۔</w:t>
      </w:r>
    </w:p>
    <w:p>
      <w:r>
        <w:rPr>
          <w:b/>
        </w:rPr>
        <w:t xml:space="preserve">[01:21] </w:t>
      </w:r>
      <w:r>
        <w:t>Bismillah Rehmanur Rahim. Wa salli Allahu ala Nabi al-Kareem. Rab ishrah li sadri, wa yassir li amri, wah-lul uqdatan min lisani, yafqahu qawli. Aaj ke is program ke liye jo topic hai, wo Mr. Khalid Ansari ne muqarrar</w:t>
      </w:r>
    </w:p>
    <w:p>
      <w:pPr>
        <w:jc w:val="right"/>
      </w:pPr>
      <w:r>
        <w:t>بسم اللہ الرحمن الرحیم۔ وصلی اللہ علی النبی الکریم۔ رب اشرح لی صدری، ویسر لی امری، واحل العقدۃ من لسانی، یفقہ قولی۔ آج کے اس پروگرام کے لیے جو ٹاپک ہے، وہ مسٹر خالد انصاری نے مقر</w:t>
      </w:r>
    </w:p>
    <w:p>
      <w:r>
        <w:rPr>
          <w:b/>
        </w:rPr>
        <w:t xml:space="preserve">[01:51] </w:t>
      </w:r>
      <w:r>
        <w:t>r kiya hai, wo hai: CPS Mission Re-board. Is topic ka ek background hai, wo ye hai ke aaj hi Mr. Faraz ne ek khwab dekha. Is khwab ki bina par hamare saathiyon ka khayal hua ke aaj ek program kiya jaye.</w:t>
      </w:r>
    </w:p>
    <w:p>
      <w:pPr>
        <w:jc w:val="right"/>
      </w:pPr>
      <w:r>
        <w:t>ر کیا ہے، وہ ہے: سی پی ایس مشن ریبارڈ۔ اس ٹاپک کا ایک بیک گراؤنڈ ہے، وہ یہ ہے کہ آج ہی مسٹر فراز نے ایک خواب دیکھا۔ اس خواب کی بنا پر ہمارے ساتھیوں کا خیال ہوا کہ آج ایک پروگرام کیا جائے۔</w:t>
      </w:r>
    </w:p>
    <w:p>
      <w:r>
        <w:rPr>
          <w:b/>
        </w:rPr>
        <w:t xml:space="preserve">[02:21] </w:t>
      </w:r>
      <w:r>
        <w:t>to aaj sab se pehle, Mr. Faraz short mein apna dream batayenge. Iske baad short mein kuch Pariyah Malik kahegi. Iske baad main apni baat arz karunga, inshallah. To Mr. Faraz, aa jayen.</w:t>
      </w:r>
    </w:p>
    <w:p>
      <w:pPr>
        <w:jc w:val="right"/>
      </w:pPr>
      <w:r>
        <w:t>تو آج سب سے پہلے، مسٹر فراز شارٹ میں اپنا ڈریم بتائیں گے۔ اس کے بعد شارٹ میں کچھ پریہ ملک کہیں گی۔ اس کے بعد میں اپنی بات عرض کروں گا، ان شاء اللہ۔ تو مسٹر فراز، آ جائیں۔</w:t>
      </w:r>
    </w:p>
    <w:p>
      <w:r>
        <w:rPr>
          <w:b/>
        </w:rPr>
        <w:t xml:space="preserve">[02:45] </w:t>
      </w:r>
      <w:r>
        <w:t>Assalam o Alaikum. Aah, sab se pehle main, aah, is khwab ke bare mein batana chahunga ke jo maine aaj dekha hai. Is khwab ka impact mere pe bahut hi strong raha, kyunke is waqt mere apne kuch zaati mamlaat aur kuch business ki problems aisi hain ke jisne mujhe bahut hi isolation mein kara hua hai, ke jiski wajah se main aur zyada,</w:t>
      </w:r>
    </w:p>
    <w:p>
      <w:pPr>
        <w:jc w:val="right"/>
      </w:pPr>
      <w:r>
        <w:t>السلام علیکم۔ آہ، سب سے پہلے میں، آہ، اس خواب کے بارے میں بتانا چاہوں گا کہ جو میں نے آج دیکھا ہے۔ اس خواب کا امپیکٹ میرے پہ بہت ہی اسٹرونگ رہا، کیونکہ اس وقت میرے اپنے کچھ ذاتی معاملات اور کچھ بزنس کی پرابلمز ایسی ہیں کہ جس نے مجھے بہت ہی آئسولیشن میں کرا ہوا ہے، کہ جس کی وجہ سے میں اور زیادہ،</w:t>
      </w:r>
    </w:p>
    <w:p>
      <w:r>
        <w:rPr>
          <w:b/>
        </w:rPr>
        <w:t xml:space="preserve">[03:15] </w:t>
      </w:r>
      <w:r>
        <w:t>aah, apne aap ko Khuda ke nazdeek pata hoon. Aaj raat jab main soya to mujhe yeh ehsaas bhi nahi tha ke main ek bahut hi eventful koi cheez dekhunga jis ka bahut strong impact rahega. Khwab yun hota hai ke ek, aah, maine dekha ke shaam ka waqt hai aur main kahin apne kaam ke silsile mein ja raha hoon, aur achaanak ek phone aata hai, aur phone mein information yeh hoti hai ke Maulana ka</w:t>
      </w:r>
    </w:p>
    <w:p>
      <w:pPr>
        <w:jc w:val="right"/>
      </w:pPr>
      <w:r>
        <w:t>آہ، اپنے آپ کو خدا کے نزدیک پاتا ہوں۔ آج رات جب میں سویا تو مجھے یہ احساس بھی نہیں تھا کہ میں ایک بہت ہی ایونٹ فل کوئی چیز دیکھوں گا جس کا بہت اسٹرونگ امپیکٹ رہے گا۔ خواب یوں ہوتا ہے کہ ایک، آہ، میں نے دیکھا کہ شام کا وقت ہے اور میں کہیں اپنے کام کے سلسلے میں جا رہا ہوں، اور اچانک ایک فون آتا ہے، اور فون میں انفارمیشن یہ ہوتی ہے کہ مولانا کا</w:t>
      </w:r>
    </w:p>
    <w:p>
      <w:r>
        <w:rPr>
          <w:b/>
        </w:rPr>
        <w:t xml:space="preserve">[03:46] </w:t>
      </w:r>
      <w:r>
        <w:t>inteqal ho gaya hai. Yeh khabar sunte hi main ek dum pareshan ho jata hoon aur zaar o qataar rona shuru kar deta hoon, aur isi halat mein main rota hua C 29 Nizamuddin West, jo ke Maulana Sahab ki rehaish hai, mein pahunchta hoon. Wahan jaise hi pahunchta hoon, wahan dekhta hoon ke ek majma bahut bada neeche khada hua hai, Maulana ki rehaish ke, aur jis mein bahut se aashna aur na-aashna chehre hain. Main in sab ko avoid karta hua, aah, Maulana ke kamre mein jaane ki dilchaspi</w:t>
      </w:r>
    </w:p>
    <w:p>
      <w:pPr>
        <w:jc w:val="right"/>
      </w:pPr>
      <w:r>
        <w:t>انتقال ہو گیا ہے۔ یہ خبر سنتے ہی میں ایک دم پریشان ہو جاتا ہوں اور زار و قطار رونا شروع کر دیتا ہوں، اور اسی حالت میں میں روتا ہوا سی 29 نظام الدین ویسٹ، جو کہ مولانا صاحب کی رہائش ہے، میں پہنچتا ہوں۔ وہاں جیسے ہی پہنچتا ہوں، وہاں دیکھتا ہوں کہ ایک مجمع بہت بڑا نیچے کھڑا ہوا ہے، مولانا کی رہائش کے، اور جس میں بہت سے آشنا اور ناآشنا چہرے ہیں۔ میں ان سب کو اوائڈ کرتا ہوا، آہ، مولانا کے کمرے میں جانے کی دلچسپی</w:t>
      </w:r>
    </w:p>
    <w:p>
      <w:r>
        <w:rPr>
          <w:b/>
        </w:rPr>
        <w:t xml:space="preserve">[04:16] </w:t>
      </w:r>
      <w:r>
        <w:t>rakhta hua, tezi se seedhiyon ki taraf jata hoon. Wahan Apa, Fareeda Apa, khadi hui hain aur bahut hi sipkiyon se ro rahi hain, magar main unse bhi, aah, salam dua karne ke bajaye seedhe Maulana ke kamre mein pahunch jata hoon. Jaise hi Maulana ke kamre mein main enter hota hoon, wahan dekhta hoon ke Maulana, aah, leTe hue hain aur ek, aah, bilkul murda halat mein leTe hue hain, koi harkat nahi, lekin chehre pe bahut hi zyada ek sukoon aap ke hai. Main is</w:t>
      </w:r>
    </w:p>
    <w:p>
      <w:pPr>
        <w:jc w:val="right"/>
      </w:pPr>
      <w:r>
        <w:t>رکھتا ہوا، تیزی سے سیڑھیوں کی طرف جاتا ہوں۔ وہاں آپا، فریدہ آپا، کھڑی ہوئی ہیں اور بہت ہی سپکیوں سے رو رہی ہیں، مگر میں ان سے بھی، آہ، سلام دعا کرنے کے بجائے سیدھے مولانا کے کمرے میں پہنچ جاتا ہوں۔ جیسے ہی مولانا کے کمرے میں میں انٹر ہوتا ہوں، وہاں دیکھتا ہوں کہ مولانا، آہ، لیٹے ہوئے ہیں اور ایک، آہ، بالکل مردہ حالت میں لیٹے ہوئے ہیں، کوئی حرکت نہیں، لیکن چہرے پہ بہت ہی زیادہ ایک سکون آپ کے ہے۔ میں اس</w:t>
      </w:r>
    </w:p>
    <w:p>
      <w:r>
        <w:rPr>
          <w:b/>
        </w:rPr>
        <w:t xml:space="preserve">[04:46] </w:t>
      </w:r>
      <w:r>
        <w:t>scene jo mere saamne tha, us ko bardasht nahi kar pata aur phir dobara rona shuru kar deta hoon. CPS team ke members aate hain aur aa ke mujhe samjhate hue neeche le ke jate hain, aur neeche main aata hoon to majme mein kaafi baatein ho rahi hoti hain, jis mein main sunta hoon, jin mein se kuch logon ke chehre pe bahut hi ranjish aur malal tha, aur kuch logon, aah, ki bahut hi zyada khushi bhara chehra tha. Is khushi bhare chehre ke saath kuch log yeh keh rahe the</w:t>
      </w:r>
    </w:p>
    <w:p>
      <w:pPr>
        <w:jc w:val="right"/>
      </w:pPr>
      <w:r>
        <w:t>سین جو میرے سامنے تھا، اس کو برداشت نہیں کر پاتا اور پھر دوبارہ رونا شروع کر دیتا ہوں۔ سی پی ایس ٹیم کے ممبرز آتے ہیں اور آ کے مجھے سمجھاتے ہوئے نیچے لے کے جاتے ہیں، اور نیچے میں آتا ہوں تو مجمعے میں کافی باتیں ہو رہی ہوتی ہیں، جس میں میں سنتا ہوں، جن میں سے کچھ لوگوں کے چہرے پہ بہت ہی رنجش اور ملال تھا، اور کچھ لوگوں، آہ، کی بہت ہی زیادہ خوشی بھرا چہرہ تھا۔ اس خوشی بھرے چہرے کے ساتھ کچھ لوگ یہ کہہ رہے تھے</w:t>
      </w:r>
    </w:p>
    <w:p>
      <w:r>
        <w:rPr>
          <w:b/>
        </w:rPr>
        <w:t xml:space="preserve">[05:16] </w:t>
      </w:r>
      <w:r>
        <w:t>ke acha hua ke is shakhs ka inteqal ho gaya, kyunke, aah, unhone, aah, bahut hi zyada mushkilein barpa kari hui theen logon ke liye, maslan ke, aah, alag alag baaton ko wo keh rahe the. Lekin, aah, wahan ka jo mahaul raha wo bahut hi zyada mix mahaul raha, jis mein zyada tar log bahut hi afsurda halat mein the. Aur, aah, iske foran baad maine yeh dekha ke log, aah,</w:t>
      </w:r>
    </w:p>
    <w:p>
      <w:pPr>
        <w:jc w:val="right"/>
      </w:pPr>
      <w:r>
        <w:t>کہ اچھا ہوا کہ اس شخص کا انتقال ہو گیا، کیونکہ، آہ، انہوں نے، آہ، بہت ہی زیادہ مشکلیں برپا کری ہوئی تھیں لوگوں کے لیے، مثلاً کہ، آہ، الگ الگ باتوں کو وہ کہہ رہے تھے۔ لیکن، آہ، وہاں کا جو ماحول رہا وہ بہت ہی زیادہ مکس ماحول رہا، جس میں زیادہ تر لوگ بہت ہی افسردہ حالت میں تھے۔ اور، آہ، اس کے فوراً بعد میں نے یہ دیکھا کہ لوگ، آہ،</w:t>
      </w:r>
    </w:p>
    <w:p>
      <w:r>
        <w:rPr>
          <w:b/>
        </w:rPr>
        <w:t xml:space="preserve">[05:46] </w:t>
      </w:r>
      <w:r>
        <w:t>Maulana ki tadfeen ki, aah, bandobast ki baatein kar rahe hain ke kahan, kab, kaise, kis tarah se tadfeen karni chahiye, kaun kaun logon ko aana chahiye. Yeh tamam cheezein mujh se bardasht nahi ho payein aur main wahan se, aah, farar hua, yeh soch ke ke wapas aana hoga, tadfeen ki, aah, tamam cheezon ko amal mein lana hoga. Aur main ghar ja ke kuch, aah, safed kurta pajama pehanne ke liye aur apne aap ko kuch dilaasa dene ke liye main wahan gaya. Wapas</w:t>
      </w:r>
    </w:p>
    <w:p>
      <w:pPr>
        <w:jc w:val="right"/>
      </w:pPr>
      <w:r>
        <w:t>مولانا کی تدفین کی، آہ، بندوبست کی باتیں کر رہے ہیں کہ کہاں، کب، کیسے، کس طرح سے تدفین کرنی چاہیے، کون کون لوگوں کو آنا چاہیے۔ یہ تمام چیزیں مجھ سے برداشت نہیں ہو پائیں اور میں وہاں سے، آہ، فرار ہوا، یہ سوچ کے کہ واپس آنا ہوگا، تدفین کی، آہ، تمام چیزوں کو عمل میں لانا ہوگا۔ اور میں گھر جا کے کچھ، آہ، سفید کرتا پجامہ پہننے کے لیے اور اپنے آپ کو کچھ دلاسہ دینے کے لیے میں وہاں گیا۔ واپ</w:t>
      </w:r>
    </w:p>
    <w:p>
      <w:r>
        <w:rPr>
          <w:b/>
        </w:rPr>
        <w:t xml:space="preserve">[06:16] </w:t>
      </w:r>
      <w:r>
        <w:t>se mein meri ek behen, aah, ko maine dekha jo mujhe yeh samjhati hui aa rahi theen ke ab jo hona tha wo ho gaya, ab aap ka yeh farz hai ke Maulana ki, aah, jo ek ideology hai aur jo Maulana ka ek mission hai, us ko aage kaise le ke jana hai. Main wapas Maulana ki rehaish pe aata hoon aur wahi majma jo chhod ke gaya tha, usi andaaz mein baatein karta hua pata hoon. Lekin in sab ko, as usual, main avoid karta hua upar jata hoon kamre mein aur dekhta hoon to Maulana usi halat mein</w:t>
      </w:r>
    </w:p>
    <w:p>
      <w:pPr>
        <w:jc w:val="right"/>
      </w:pPr>
      <w:r>
        <w:t>سی میں میری ایک بہن، آہ، کو میں نے دیکھا جو مجھے یہ سمجھاتی ہوئی آ رہی تھیں کہ اب جو ہونا تھا وہ ہو گیا، اب آپ کا یہ فرض ہے کہ مولانا کی، آہ، جو ایک آئیڈیالوجی ہے اور جو مولانا کا ایک مشن ہے، اس کو آگے کیسے لے کے جانا ہے۔ میں واپس مولانا کی رہائش پہ آتا ہوں اور وہی مجمع جو چھوڑ کے گیا تھا، اسی انداز میں باتیں کرتا ہوا پاتا ہوں۔ لیکن ان سب کو، ایز یوزل، میں اوائڈ کرتا ہوا اوپر جاتا ہوں کمرے میں اور دیکھتا ہوں تو مولانا اسی حالت میں</w:t>
      </w:r>
    </w:p>
    <w:p>
      <w:r>
        <w:rPr>
          <w:b/>
        </w:rPr>
        <w:t xml:space="preserve">[06:46] </w:t>
      </w:r>
      <w:r>
        <w:t>leTe hue hote hain, koi movement nahi hai body mein. Doctors wahan pe khade hue hain aur wo bilkul hopeless hue hue hain, kyunke unhe dhadkan, ek dhadkan bhi, aah, sunai nahi de rahi hai. Unke chehre pe mayoosi dekh ke meri aakhri umeed ki kiran bhi, aah, khatm ho jati hai aur main phir rona shuru kar deta hoon. Lekin itni hi der mein, aah, main yeh dekhta hoon ke Maulana ke jism mein, jo ke abhi tak taqreeban 8 ya 10 ghante se bejaan wahan pe pada hua tha, ek halki si movement aati hai. Is</w:t>
      </w:r>
    </w:p>
    <w:p>
      <w:pPr>
        <w:jc w:val="right"/>
      </w:pPr>
      <w:r>
        <w:t>لیٹے ہوئے ہوتے ہیں، کوئی موومنٹ نہیں ہے باڈی میں۔ ڈاکٹرز وہاں پہ کھڑے ہوئے ہیں اور وہ بالکل ہوپ لیس ہوئے ہوئے ہیں، کیونکہ انہیں دھڑکن، ایک دھڑکن بھی، آہ، سنائی نہیں دے رہی ہے۔ ان کے چہرے پہ مایوسی دیکھ کے میری آخری امید کی کرن بھی، آہ، ختم ہو جاتی ہے اور میں پھر رونا شروع کر دیتا ہوں۔ لیکن اتنی ہی دیر میں، آہ، میں یہ دیکھتا ہوں کہ مولانا کے جسم میں، جو کہ ابھی تک تقریباً 8 یا 10 گھنٹے سے بے جان وہاں پہ پڑا ہوا تھا، ایک ہلکی سی موومنٹ آتی ہے۔ اس</w:t>
      </w:r>
    </w:p>
    <w:p>
      <w:r>
        <w:rPr>
          <w:b/>
        </w:rPr>
        <w:t xml:space="preserve">[07:16] </w:t>
      </w:r>
      <w:r>
        <w:t>movement ko dekhte hi main hairaan zadah ho jata hoon aur ek shock mein aa jata hoon, aur yeh, aah, sochta hoon ke yeh kaisa possible hai ke Maulana ke murda jism mein dobara jaan si jaise manwa rahi hai. Aur, aah, main isi shock mein, aah, Maulana ki taraf dekhta hoon aur, aah, achaanak ek bahut hi, aah, cheekh ke saath ja ke Maulana se chipat jata hoon. Aur Maulana ahista ahista, aah, uth ke baithte hain aur, aah, ek</w:t>
      </w:r>
    </w:p>
    <w:p>
      <w:pPr>
        <w:jc w:val="right"/>
      </w:pPr>
      <w:r>
        <w:t>موومنٹ کو دیکھتے ہی میں حیرت زدہ ہو جاتا ہوں اور ایک شاک میں آ جاتا ہوں، اور یہ، آہ، سوچتا ہوں کہ یہ کیسا پاسیبل ہے کہ مولانا کے مردہ جسم میں دوبارہ جان سی جیسے منوا رہی ہے۔ اور، آہ، میں اسی شاک میں، آہ، مولانا کی طرف دیکھتا ہوں اور، آہ، اچانک ایک بہت ہی، آہ، چیخ کے ساتھ جا کے مولانا سے چپٹ جاتا ہوں۔ اور مولانا آہستہ آہستہ، آہ، اٹھ کے بیٹھتے ہیں اور، آہ، ایک</w:t>
      </w:r>
    </w:p>
    <w:p>
      <w:r>
        <w:rPr>
          <w:b/>
        </w:rPr>
        <w:t xml:space="preserve">[07:46] </w:t>
      </w:r>
      <w:r>
        <w:t>aah, bahut hi sukoon ke andaaz mein aap mujhe bahut hi pyar se apne seene se lagate hain, bahut zyada pyar karte hain, mano ke jaise ek chhote bachche ko samjhana chah rahe hon ke kuch nahi hua, sab bakhair hai, koi pareshani ki zarurat nahi hai. Fareeda Apa bhi mere saath hain aur wo bhi yeh maamle ko dekh ke ek dum, aah, jati hain aur Maulana se, aah, aah, gale lag jati hain. Maulana unhe bhi samjhate hain. Itni der mein Sadia bhi aati hain, Sadia bhi samjhati hain. Is tamam beech, aah, CPS</w:t>
      </w:r>
    </w:p>
    <w:p>
      <w:pPr>
        <w:jc w:val="right"/>
      </w:pPr>
      <w:r>
        <w:t>، آہ، بہت ہی سکون کے انداز میں آپ مجھے بہت ہی پیار سے اپنے سینے سے لگاتے ہیں، بہت زیادہ پیار کرتے ہیں، مانو کہ جیسے ایک چھوٹے بچے کو سمجھانا چاہ رہے ہوں کہ کچھ نہیں ہوا، سب بخیر ہے، کوئی پریشانی کی ضرورت نہیں ہے۔ فریدہ آپا بھی میرے ساتھ ہیں اور وہ بھی یہ معاملے کو دیکھ کے ایک دم، آہ، جاتی ہیں اور مولانا سے، آہ، آہ، گلے لگ جاتی ہیں۔ مولانا انہیں بھی سمجھاتے ہیں۔ اتنی دیر میں سعدیہ بھی آتی ہیں، سعدیہ بھی سمجھاتی ہیں۔ اس تمام بیچ، آہ، سی پی</w:t>
      </w:r>
    </w:p>
    <w:p>
      <w:r>
        <w:rPr>
          <w:b/>
        </w:rPr>
        <w:t xml:space="preserve">[08:16] </w:t>
      </w:r>
      <w:r>
        <w:t>ke wo members jo doosre kamre mein maujood the, jin mein Naghma, Naved, Rajat, Soti, Khalid, Pariyah, aah, kaafi pareshan halat mein the jab main wahan se gaya tha. Aur main yeh, aah, dekh raha tha ke in logon ke chehre pe jab main chhod ke gaya tha to yeh, aah, pareshani thi ke kis tarah se, aah, Maulana ke is mission ko jo unhone, aah, unke supurd kara hai, aage le ke jana hai. Un tak bhi yeh ittila jati hai ke Maulana, aah, ko dobara ek movement hai aur dobara wo, aah, ek zindagi</w:t>
      </w:r>
    </w:p>
    <w:p>
      <w:pPr>
        <w:jc w:val="right"/>
      </w:pPr>
      <w:r>
        <w:t>ایس کے وہ ممبرز جو دوسرے کمرے میں موجود تھے، جن میں نغمہ، نوید، رجت، سوتی، خالد، پریہ، آہ، کافی پریشان حالت میں تھے جب میں وہاں سے گیا تھا۔ اور میں یہ، آہ، دیکھ رہا تھا کہ ان لوگوں کے چہرے پہ جب میں چھوڑ کے گیا تھا تو یہ، آہ، پریشانی تھی کہ کس طرح سے، آہ، مولانا کے اس مشن کو جو انہوں نے، آہ، ان کے سپرد کرا ہے، آگے لے کے جائیں گے۔ ان تک بھی یہ اطلاع جاتی ہے کہ مولانا، آہ، کو دوبارہ ایک موومنٹ ہے اور دوبارہ وہ، آہ، ایک زندگی</w:t>
      </w:r>
    </w:p>
    <w:p>
      <w:r>
        <w:rPr>
          <w:b/>
        </w:rPr>
        <w:t xml:space="preserve">[08:46] </w:t>
      </w:r>
      <w:r>
        <w:t>pa chuki hain. Wo bhi bhagte hue aate hain, jis mein main dekhta hoon sab se pehle Khalid aur Pariyah aate hain. Khalid bhi bahut khushi ke andaaz se andar aate hain aur Pariyah, as usual, Maulana se bahut hi, aah, ro rahi hain aur Maulana se kehti hain ke Maulana, how, how can you do this to me? Aur, aah, muskurati hui, roti hui ek kone mein khadi ho jati hain. Lekin mano in tamam cheezon ka Maulana pe koi asar nahi hota aur wo isi andaaz se ahista ahista uth ke baith ke</w:t>
      </w:r>
    </w:p>
    <w:p>
      <w:pPr>
        <w:jc w:val="right"/>
      </w:pPr>
      <w:r>
        <w:t>پا چکے ہیں۔ وہ بھی بھاگتے ہوئے آتے ہیں، جس میں میں دیکھتا ہوں سب سے پہلے خالد اور پریہ آتے ہیں۔ خالد بھی بہت خوشی کے انداز سے اندر آتے ہیں اور پریہ، ایز یوزل، مولانا سے بہت ہی، آہ، روٹی ہوئی ہیں اور مولانا سے کہتی ہیں کہ مولانا، ہاؤ، ہاؤ کین یو ڈو دس ٹو می؟ اور، آہ، مسکراتی ہوئی، روتی ہوئی ایک کونے میں کھڑی ہو جاتی ہیں۔ لیکن مانو ان تمام چیزوں کا مولانا پہ کوئی اثر نہیں ہوتا اور وہ اسی انداز سے آہستہ آہستہ اٹھ کے بیٹھ کے</w:t>
      </w:r>
    </w:p>
    <w:p>
      <w:r>
        <w:rPr>
          <w:b/>
        </w:rPr>
        <w:t xml:space="preserve">[09:16] </w:t>
      </w:r>
      <w:r>
        <w:t>ek gaon takiye ke sahare baith jate hain. Itne mein, aah, tamam wo bahar ka majma bhi, aah, wapas andar aata hai aur andar aa ke, aah, aah, jo hai Maulana se ek dum, aah, mukhatib ho ke maloom karne ki, aah, aah, koshish mein hota hai ke Maulana yeh sab waqia kaise hua, kya hua, aap ki kaisi tabiyat hai. Magar Maulana apne usual style se in logon ko, aah, ignore karte hue, aah, kehte hain ke aap yeh sab baatein chhodiye aur aap yeh</w:t>
      </w:r>
    </w:p>
    <w:p>
      <w:pPr>
        <w:jc w:val="right"/>
      </w:pPr>
      <w:r>
        <w:t>ایک گاؤں تکیے کے سہارے بیٹھ جاتے ہیں۔ اتنے میں، آہ، تمام وہ باہر کا مجمع بھی، آہ، واپس اندر آتا ہے اور اندر آ کے، آہ، آہ، جو ہے مولانا سے ایک دم، آہ، مخاطب ہو کے معلوم کرنے کی، آہ، آہ، کوشش میں ہوتا ہے کہ مولانا یہ سب واقعہ کیسے ہوا، کیا ہوا، آپ کی کیسی طبیعت ہے۔ مگر مولانا اپنے یوزل سٹائل سے ان لوگوں کو، آہ، اگنور کرتے ہوئے، آہ، کہتے ہیں کہ آپ یہ سب باتیں چھوڑیے اور آپ یہ</w:t>
      </w:r>
    </w:p>
    <w:p>
      <w:r>
        <w:rPr>
          <w:b/>
        </w:rPr>
        <w:t xml:space="preserve">[09:47] </w:t>
      </w:r>
      <w:r>
        <w:t>suniye jo main aap ko bata raha hoon. Aur Maulana, aah, wahan pe baithe hue logon se mukhatib hote hain aur isi andaaz se ke jis tarah se Maulana hum logon ko hamari zaati, aah, cheezon ke, hamari zaati, aah, personality ke negative parts ko, aah, khatm karne ki hidayat dete hain, unhi hidayaton ko Maulana dobara se dena shuru karte hue, aah, aah, yeh kehte hain ke abhi mission, aah, incomplete hai aur abhi is mission ko aage le ke jane ki zarurat bahut zyada hai. Aur</w:t>
      </w:r>
    </w:p>
    <w:p>
      <w:pPr>
        <w:jc w:val="right"/>
      </w:pPr>
      <w:r>
        <w:t>سنیے جو میں آپ کو بتا رہا ہوں۔ اور مولانا، آہ، وہاں پہ بیٹھے ہوئے لوگوں سے مخاطب ہوتے ہیں اور اسی انداز سے کہ جس طرح سے مولانا ہم لوگوں کو ہماری ذاتی، آہ، چیزوں کے، ہماری ذاتی، آہ، پرسنیلٹی کے نیگیٹیو پارٹس کو، آہ، ختم کرنے کی ہدایت دیتے ہیں، انہی ہدایتوں کو مولانا دوبارہ سے دینا شروع کرتے ہوئے، آہ، آہ، یہ کہتے ہیں کہ ابھی مشن، آہ، انکمپلیٹ ہے اور ابھی اس مشن کو آگے لے کے جانے کی ضرورت بہت زیادہ ہے۔ اور</w:t>
      </w:r>
    </w:p>
    <w:p>
      <w:r>
        <w:rPr>
          <w:b/>
        </w:rPr>
        <w:t xml:space="preserve">[10:17] </w:t>
      </w:r>
      <w:r>
        <w:t>yeh baat kehte hue aap wahan pe ek khatoon baithi hoti hain, un se mukhatib hote hain aur kehte hain ke agar, aah, mujhe yeh, aah, aah, maloom hota ke aap mein itni zyada sifat hain to, aah, main aap ke liye behtari, aah, ki duaen aur zyada karta aur aap ka maqam Allah taala ki nazar mein aur zyada buland hota. Yeh tamam cheezon ko main dekhta hua, aah, bahut hairaan mein hota hoon aur, aah, ek dum meri aankh khulti hai. Jaise hi meri aankh khulti hai to main, aah, aah, bilkul is</w:t>
      </w:r>
    </w:p>
    <w:p>
      <w:pPr>
        <w:jc w:val="right"/>
      </w:pPr>
      <w:r>
        <w:t>یہ بات کہتے ہوئے آپ وہاں پہ ایک خاتون بیٹھی ہوتی ہیں، ان سے مخاطب ہوتے ہیں اور کہتے ہیں کہ اگر، آہ، مجھے یہ، آہ، آہ، معلوم ہوتا کہ آپ میں اتنی زیادہ صفات ہیں تو، آہ، میں آپ کے لیے بہتری، آہ، کی دعائیں اور زیادہ کرتا اور آپ کا مقام اللہ تعالی کی نظر میں اور زیادہ بلند ہوتا۔ یہ تمام چیزوں کو میں دیکھتا ہوا، آہ، بہت حیرت میں ہوتا ہوں اور، آہ، ایک دم میری آنکھ کھلتی ہے۔ جیسے ہی میری آنکھ کھلتی ہے تو میں، آہ، آہ، بالکل اس</w:t>
      </w:r>
    </w:p>
    <w:p>
      <w:r>
        <w:rPr>
          <w:b/>
        </w:rPr>
        <w:t xml:space="preserve">[10:47] </w:t>
      </w:r>
      <w:r>
        <w:t>ko samajh nahin pa raha tha ke yeh, aah, aaya ke khwab hai ya waqi mere sath پیش آیا ہے۔ aisa lag raha tha ke yeh khwab na ho ke ek haqeeqat thi jis se mein, aah, roobaroo hua. Aur maine foran, aah, foran Maulana ko phone karaya aur Maulana se, aah, meri baat hui aur maine foran Maulana se kaha ke Maulana aap jante hain ke hum aap ko bohat ziyada chahte hain aur, aah, yeh tamam mission jo aap ne hamare, aah, kandhon pe diya hai, us ko aage le</w:t>
      </w:r>
    </w:p>
    <w:p>
      <w:pPr>
        <w:jc w:val="right"/>
      </w:pPr>
      <w:r>
        <w:t>کو سمجھ نہیں پا رہا تھا کہ یہ، آہ، آیا کہ خواب ہے یا واقعی میرے ساتھ پیش آیا ہے۔ ایسا لگ رہا تھا کہ یہ خواب نہ ہو کے ایک حقیقت تھی جس سے میں، آہ، روبرو ہوا۔ اور میں نے فوراً، آہ، فوراً مولانا کو فون کرا اور مولانا سے، آہ، میری بات ہوئی اور میں نے فوراً مولانا سے کہا کہ مولانا آپ جانتے ہیں کہ ہم آپ کو بہت زیادہ چاہتے ہیں اور، آہ، یہ تمام مشن جو آپ نے ہمارے، آہ، کندھوں پہ دیا ہے، اس کو آگے لے</w:t>
      </w:r>
    </w:p>
    <w:p>
      <w:r>
        <w:rPr>
          <w:b/>
        </w:rPr>
        <w:t xml:space="preserve">[11:17] </w:t>
      </w:r>
      <w:r>
        <w:t>ke jaane ke asbab hamein batayein aur aap apni hidayat se hamein nawazein.</w:t>
      </w:r>
    </w:p>
    <w:p>
      <w:pPr>
        <w:jc w:val="right"/>
      </w:pPr>
      <w:r>
        <w:t>کے جانے کے اسباب ہمیں بتائیں اور آپ اپنی ہدایت سے ہمیں نوازیں۔</w:t>
      </w:r>
    </w:p>
    <w:p>
      <w:r>
        <w:rPr>
          <w:b/>
        </w:rPr>
        <w:t xml:space="preserve">[11:22] </w:t>
      </w:r>
      <w:r>
        <w:t>Priya ji.</w:t>
      </w:r>
    </w:p>
    <w:p>
      <w:pPr>
        <w:jc w:val="right"/>
      </w:pPr>
      <w:r>
        <w:t>پریہ جی۔</w:t>
      </w:r>
    </w:p>
    <w:p>
      <w:r>
        <w:rPr>
          <w:b/>
        </w:rPr>
        <w:t xml:space="preserve">[11:23] </w:t>
      </w:r>
      <w:r>
        <w:t>Assalam o alaikum. I don't want to take people away from the beautiful dream that Faraz has just shared with everyone. But only one minute I will take over everyone's time. Ah, this dream is in continuation with the discussion I had with Maulana at about 8 o'clock yesterday night, where I showed my concern to him, ah, about his health. I was very much concerned about his health and I called him up yesterday and I told him, I said Maulana, your body is degenerating and you are becoming very very weak lately</w:t>
      </w:r>
    </w:p>
    <w:p>
      <w:pPr>
        <w:jc w:val="right"/>
      </w:pPr>
      <w:r>
        <w:t>السلام علیکم۔ آئی ڈونٹ وانٹ ٹو ٹیک پیپل اوے فرام دی بیوٹی فل ڈریم دیٹ فراز از جسٹ شیئرڈ ود ایوری ون۔ بٹ اونلی ون منٹ آئی ویل ٹیک اوور ایوری ونز ٹائم۔ آہ، دس ڈریم از ان کنٹینیوشن ود دا ڈسکشن آئی ہیڈ ود مولانا ایٹ اباؤٹ ایٹ او کلاک یسٹرڈے نائٹ، ویر آئی شوڈ مائی کنسرن ٹو ہم، آہ، اباؤٹ ہز ہیلتھ۔ آئی واز ویری مچ کنسرن اباؤٹ ہز ہیلتھ اینڈ آئی کالڈ ہم اپ یسٹرڈے اینڈ آئی ٹولڈ ہم، آئی سیڈ مولانا، یور باڈی از ڈیجنریٹنگ اینڈ یو آر بیکمنگ ویری ویری ویک لیٹلی</w:t>
      </w:r>
    </w:p>
    <w:p>
      <w:r>
        <w:rPr>
          <w:b/>
        </w:rPr>
        <w:t xml:space="preserve">[11:53] </w:t>
      </w:r>
      <w:r>
        <w:t>and that is now come in your tone and your, you know, your, ah, ah, lecture that you gave, it pitch has become suddenly very low. So I was very disturbed about it and I told Maulana that you need to change your diet or do duas because we are very very disturbed that who will carry on this mission once you are not there. And our training is not over yet, all of us need a lot of time from you so God can't take you away. I finish this conversation with Maulana and I, I</w:t>
      </w:r>
    </w:p>
    <w:p>
      <w:pPr>
        <w:jc w:val="right"/>
      </w:pPr>
      <w:r>
        <w:t>اینڈ دیٹ از ناؤ کم ان یور ٹون اینڈ یور، یو نو، یور، آہ، آہ، لیکچر دیٹ یو گیو، اٹ پچ از بیکم سڈنلی ویری لو۔ سو آئی واز ویری ڈسٹربڈ اباؤٹ اٹ اینڈ آئی ٹولڈ مولانا دیٹ یو نیڈ ٹو چینج یور ڈائٹ اور ڈو دعاز بیکاز وی آر ویری ویری ڈسٹربڈ دیٹ ہو ویل کیری ان دس مشن ونس یو آر ناٹ دیر۔ اینڈ آور ٹریننگ از ناٹ اوور یٹ، آل اف اس نیڈ ا لاٹ اف ٹائم فرام یو سو گاڈ کینٹ ٹیک یو اوے۔ آئی فنش دس کنورسیشن ود مولانا اینڈ آئی، آئی</w:t>
      </w:r>
    </w:p>
    <w:p>
      <w:r>
        <w:rPr>
          <w:b/>
        </w:rPr>
        <w:t xml:space="preserve">[12:23] </w:t>
      </w:r>
      <w:r>
        <w:t>was driving in my car, I took my car on the side and I was crying profusely usually for a while, but half and half, asking God as a God, will this really happen with Maulana just leave and go away and then who will train us, because I don't feel from the group that there is even one person who can really, ah, come to a level where we can all learn from that person, one person. So I was extremely worried about it that will God's divine mission come to an end and will this be the end. So, ah, and I was very disturbed and in the disturbed</w:t>
      </w:r>
    </w:p>
    <w:p>
      <w:pPr>
        <w:jc w:val="right"/>
      </w:pPr>
      <w:r>
        <w:t>واز ڈرائیونگ ان مائی کار، آئی ٹک مائی کار ان دا سائیڈ اینڈ آئی واز کرائنگ پروف یوزلی فار ا وائل، بٹ ہاف اینڈ ہاف، آسکنگ گاڈ ایز ا گاڈ، ول دس ریلی ہیپن ود مولانا جسٹ لیو اینڈ گو اوے اینڈ دین ہو ویل ٹرین اس، بیکاز آئی ڈونٹ فیل فرام دا گروپ دیٹ دیر از ایون ون پرسن ہو کین ریلی، آہ، کم ٹو ا لیول ویر وی کین آل لرن فرام دیٹ پرسن، ون پرسن۔ سو آئی واز ایکسٹریملی وریڈ اباؤٹ اٹ دیٹ ول گاڈز ڈیوائن مشن کم ٹو این اینڈ اینڈ ول دس بی دی اینڈ۔ سو، آہ، اینڈ آئی واز ویری ڈسٹربڈ اینڈ ان دا ڈسٹربڈ</w:t>
      </w:r>
    </w:p>
    <w:p>
      <w:r>
        <w:rPr>
          <w:b/>
        </w:rPr>
        <w:t xml:space="preserve">[12:53] </w:t>
      </w:r>
      <w:r>
        <w:t>state I slept. And I woke up in the morning at 8 o'clock, the first phone that I got was Faraz's phone and he was telling me this entire dream that he had and he shared with Maulana. So I felt that that was an answer to everyone's prayers because this was a question which was bothering in everybody's mind. Thank you.</w:t>
      </w:r>
    </w:p>
    <w:p>
      <w:pPr>
        <w:jc w:val="right"/>
      </w:pPr>
      <w:r>
        <w:t>سٹیٹ آئی سلیپٹ۔ اینڈ آئی ووک اپ ان دا مارننگ ایٹ او کلاک، دا فرسٹ فون دیٹ آئی گاٹ واز فراز فون اینڈ ہی واز ٹیلنگ می دس انٹائر ڈریم دیٹ ہی ہیڈ اینڈ ہی شیئرڈ ود مولانا۔ سو آئی فیلڈ دیٹ دیٹ واز ان انسر ٹو ایوری ونز پریس بیکاز دس واز ا کوئسچن وچ واز باردرنگ ان ایوری باڈیز مائنڈ۔ تھینک یو۔</w:t>
      </w:r>
    </w:p>
    <w:p>
      <w:r>
        <w:rPr>
          <w:b/>
        </w:rPr>
        <w:t xml:space="preserve">[13:13] </w:t>
      </w:r>
      <w:r>
        <w:t>Bismillah Rehman ur Rahim. Wa salli Allahu ala nabi il kareem. Abhi aap ne jo dream suna us par main sochta raha. Mujhe aisa laga ke yeh waqi ek sacha khwab hai. Is khwab ka matlab yeh hai</w:t>
      </w:r>
    </w:p>
    <w:p>
      <w:pPr>
        <w:jc w:val="right"/>
      </w:pPr>
      <w:r>
        <w:t>بسم اللہ الرحمن الرحیم۔ وصلی اللہ علی النبی الکریم۔ ابھی آپ نے جو ڈریم سنا اس پر میں سوچتا رہا۔ مجھے ایسا لگا کہ یہ واقعی ایک سچا خواب ہے۔ اس خواب کا مطلب یہ ہے</w:t>
      </w:r>
    </w:p>
    <w:p>
      <w:r>
        <w:rPr>
          <w:b/>
        </w:rPr>
        <w:t xml:space="preserve">[13:43] </w:t>
      </w:r>
      <w:r>
        <w:t>ke yeh mission, CPS ka mission, ek naye period mein dakhil ho gaya hai. Yani yeh mission bohat pehle se, yani India ki azadi ke pehle se chal raha hai. Lekin is se pehle ziyada tar woh one man</w:t>
      </w:r>
    </w:p>
    <w:p>
      <w:pPr>
        <w:jc w:val="right"/>
      </w:pPr>
      <w:r>
        <w:t>کہ یہ مشن، سی پی ایس کا مشن، ایک نئے پیریڈ میں داخل ہو گیا ہے۔ یعنی یہ مشن بہت پہلے سے، یعنی انڈیا کی آزادی کے پہلے سے چل رہا ہے۔ لیکن اس سے پہلے زیادہ تر وہ ون مین</w:t>
      </w:r>
    </w:p>
    <w:p>
      <w:r>
        <w:rPr>
          <w:b/>
        </w:rPr>
        <w:t xml:space="preserve">[14:13] </w:t>
      </w:r>
      <w:r>
        <w:t>mission ke taur par kaam kar raha tha. Ab Allah ke fazl se ek poori team is ke sath jud gayi hai. Yeh ek naya daur hai, ek naya marhala hai is mission ka, jo is baat ki goya guarantee hai ke yeh chalta rahega. Ek waqt tha ke main bolta tha to koi sunne wala nahin hota tha. Aaj Allah ke fazl se yahan par</w:t>
      </w:r>
    </w:p>
    <w:p>
      <w:pPr>
        <w:jc w:val="right"/>
      </w:pPr>
      <w:r>
        <w:t>مشن کے طور پر کام کر رہا تھا۔ اب اللہ کے فضل سے ایک پوری ٹیم اس کے ساتھ جڑ گئی ہے۔ یہ ایک نیا دور ہے، ایک نیا مرحلہ ہے اس مشن کا، جو اس بات کی گویا گارنٹی ہے کہ یہ چلتا رہے گا۔ ایک وقت تھا کہ میں بولتا تھا تو کوئی سننے والا نہیں ہوتا تھا۔ آج اللہ کے فضل سے یہاں پر</w:t>
      </w:r>
    </w:p>
    <w:p>
      <w:r>
        <w:rPr>
          <w:b/>
        </w:rPr>
        <w:t xml:space="preserve">[14:44] </w:t>
      </w:r>
      <w:r>
        <w:t>hamari taqreeron ki video recording ho rahi hai. Video recording ka matlab yeh hai ke is ko ek permanent hasiyat di ja rahi hai har program ko. Yahan main yeh batana chahunga ke yeh jo mission hai, CPS ka mission, yeh jo team jis ko main kehta hoon, is ki importance kya hai. Hadees mein aaya hai ke Prophet ne kaha:</w:t>
      </w:r>
    </w:p>
    <w:p>
      <w:pPr>
        <w:jc w:val="right"/>
      </w:pPr>
      <w:r>
        <w:t>ہماری تقریروں کی ویڈیو ریکارڈنگ ہو رہی ہے۔ ویڈیو ریکارڈنگ کا مطلب یہ ہے کہ اس کو ایک پرمننٹ حیثیت دی جا رہی ہے ہر پروگرام کو۔ یہاں میں یہ بتانا چاہوں گا کہ یہ جو مشن ہے، سی پی ایس کا مشن، یہ جو ٹیم جس کو میں کہتا ہوں، اس کی امپورٹنس کیا ہے۔ حدیث میں آیا ہے کہ پرافٹ نے کہا:</w:t>
      </w:r>
    </w:p>
    <w:p>
      <w:r>
        <w:rPr>
          <w:b/>
        </w:rPr>
        <w:t xml:space="preserve">[15:14] </w:t>
      </w:r>
      <w:r>
        <w:t>"أحب أن أرى إخواني" I wish to see my sisters and brothers. To logon ne poocha ke kaun hain woh log? Kya hum nahin hain? Aap ke jo contemporary the, jin ko hum Sahaba kehte hain, unhone kaha: "Kya hum nahin hain?" Unhone kaha ke nahin, tum mujh ko</w:t>
      </w:r>
    </w:p>
    <w:p>
      <w:pPr>
        <w:jc w:val="right"/>
      </w:pPr>
      <w:r>
        <w:t>"أحب أن أرى إخواني" آئی وش ٹو سی مائی سسٹرز اینڈ برادرز۔ تو لوگوں نے پوچھا کہ کون ہیں وہ لوگ؟ کیا ہم نہیں ہیں؟ آپ کے جو کنٹیمپریر تھے، جن کو ہم صحابہ کہتے ہیں، انہوں نے کہا: "کیا ہم نہیں ہیں؟" انہوں نے کہا کہ نہیں، تم مجھ کو</w:t>
      </w:r>
    </w:p>
    <w:p>
      <w:r>
        <w:rPr>
          <w:b/>
        </w:rPr>
        <w:t xml:space="preserve">[15:45] </w:t>
      </w:r>
      <w:r>
        <w:t>dekh kar, tum ne mujh ko dekh kar mujhe mana hai. Baad ko kuch log aayenge jo mujhe dekhe baghair mujh ko manenge. Yani mujh ko dekh kar tum ne jis tarah se yaqeen kiya aur yaqeen par apne ko khara kiya aur tauheed ke is mission ka sath diya,</w:t>
      </w:r>
    </w:p>
    <w:p>
      <w:pPr>
        <w:jc w:val="right"/>
      </w:pPr>
      <w:r>
        <w:t>دیکھ کر، تم نے مجھ کو دیکھ کر مجھے مانا ہے۔ بعد کو کچھ لوگ آئیں گے جو مجھے دیکھے بغیر مجھ کو مانیں گے۔ یعنی مجھ کو دیکھ کر تم نے جس طرح سے یقین کیا اور یقین پر اپنے کو کھڑا کیا اور توحید کے اس مشن کا ساتھ دیا،</w:t>
      </w:r>
    </w:p>
    <w:p>
      <w:r>
        <w:rPr>
          <w:b/>
        </w:rPr>
        <w:t xml:space="preserve">[16:16] </w:t>
      </w:r>
      <w:r>
        <w:t>isi tarah baad ko kuch log aayenge jo mujhe dekhe baghair mere upar yaqeen karenge, is mission ka sath denge aur is ko aage badhayenge. Shayad yeh mere liye wishful thinking nahin hai agar main yeh kahoon ke mere nazdeek yahi CPS, CPS ki jo team hai, wahi is ka misdaq hai. Yahi woh</w:t>
      </w:r>
    </w:p>
    <w:p>
      <w:pPr>
        <w:jc w:val="right"/>
      </w:pPr>
      <w:r>
        <w:t>اسی طرح بعد کو کچھ لوگ آئیں گے جو مجھے دیکھے بغیر میرے اوپر یقین کریں گے، اس مشن کا ساتھ دیں گے اور اس کو آگے بڑھائیں گے۔ شاید یہ میرے لیے وش فل تھنکنگ نہیں ہے اگر میں یہ کہوں کہ میرے نزدیک یہی سی پی ایس، سی پی ایس کی جو ٹیم ہے، وہی اس کا مصداق ہے۔ یہی وہ</w:t>
      </w:r>
    </w:p>
    <w:p>
      <w:r>
        <w:rPr>
          <w:b/>
        </w:rPr>
        <w:t xml:space="preserve">[16:46] </w:t>
      </w:r>
      <w:r>
        <w:t>log hain, yani hain ke matlab yeh hai ke yahi woh log hain jin ke liye woh waqt aa gaya hai ke woh ikhwan, ikhwan e Rasool banein. Mera matlab yeh hai ke tareekh mein ek opportunity unavailed padi hui thi. To kisi ko yeh mauqa hai ke is ko avail kare aur woh Khuda</w:t>
      </w:r>
    </w:p>
    <w:p>
      <w:pPr>
        <w:jc w:val="right"/>
      </w:pPr>
      <w:r>
        <w:t>لوگ ہیں، یعنی ہیں کے معنی یہ ہیں کہ یہی وہ لوگ ہیں جن کے لیے وہ وقت آ گیا ہے کہ وہ اخوان، اخوان رسول بنیں۔ میرا مطلب یہ ہے کہ تاریخ میں ایک اپرچونیٹی ان اویلڈ پڑی ہوئی تھی۔ تو کسی کو یہ موقع ہے کہ اس کو اویل کرے اور وہ خدا</w:t>
      </w:r>
    </w:p>
    <w:p>
      <w:r>
        <w:rPr>
          <w:b/>
        </w:rPr>
        <w:t xml:space="preserve">[17:16] </w:t>
      </w:r>
      <w:r>
        <w:t>ke Rasool ke bhaiyon aur behnon mein se bane. Is sense mein main keh raha hoon ke shayad yahi woh log hain jin ke liye Khuda ne is blessing ko muqaddar kiya hai. Agar woh sach much is raste par chalenge aur sach much aakhir dam tak is raste ko chhodenge nahin to mujhe yaqeen hai ke yahi log is ka misdaq thairenge.</w:t>
      </w:r>
    </w:p>
    <w:p>
      <w:pPr>
        <w:jc w:val="right"/>
      </w:pPr>
      <w:r>
        <w:t>کے رسول کے بھائیوں اور بہنوں میں سے بنے۔ اس سینس میں میں کہہ رہا ہوں کہ شاید یہی وہ لوگ ہیں جن کے لیے خدا نے اس بلیسنگ کو مقدر کیا ہے۔ اگر وہ سچ مچ اس راستے پر چلیں گے اور سچ مچ آخر دم تک اس راستے کو چھوڑیں گے نہیں تو مجھے یقین ہے کہ یہی لوگ اس کا مصداق ٹھہریں گے۔</w:t>
      </w:r>
    </w:p>
    <w:p>
      <w:r>
        <w:rPr>
          <w:b/>
        </w:rPr>
        <w:t xml:space="preserve">[17:47] </w:t>
      </w:r>
      <w:r>
        <w:t>Dekhiye, Khuda ne yeh duniya banayi to is duniya ke liye Khuda ka tareeqa yeh nahin tha ke sab kuch ikatthe paida ho jaye, balke gradual tareeqe se sab baatein samne aayen, yani unfolding hui material world mein bhi aur spiritual world mein bhi, dono mein. Yeh law of nature hai, yeh Khuda ka tareeqa hai.</w:t>
      </w:r>
    </w:p>
    <w:p>
      <w:pPr>
        <w:jc w:val="right"/>
      </w:pPr>
      <w:r>
        <w:t>دیکھیے، خدا نے یہ دنیا بنائی تو اس دنیا کے لیے خدا کا طریقہ یہ نہیں تھا کہ سب کچھ اکٹھے پیدا ہو جائے، بلکہ گریجول طریقے سے سب باتیں سامنے آئیں، یعنی ان فولڈنگ ہوئی مٹیریل ورلڈ میں بھی اور اسپیریچول ورلڈ میں بھی، دونوں میں۔ یہ لاف نیچر ہے، یہ خدا کا طریقہ ہے۔</w:t>
      </w:r>
    </w:p>
    <w:p>
      <w:r>
        <w:rPr>
          <w:b/>
        </w:rPr>
        <w:t xml:space="preserve">[18:18] </w:t>
      </w:r>
      <w:r>
        <w:t>Material world mein dekhiye, sab se pehle Greece mein bade bade philosopher uthe, bade bade philosophers, paanch hazar saal pehle, unhone philosophy, philosophical framework mein insani zehn ko aage badhaya, yani intellectual development ka kaam philos</w:t>
      </w:r>
    </w:p>
    <w:p>
      <w:pPr>
        <w:jc w:val="right"/>
      </w:pPr>
      <w:r>
        <w:t>مٹیریل ورلڈ میں دیکھیے، سب سے پہلے گریس میں بڑے بڑے فلاسفر اٹھے، بڑے بڑے فلاسفرز، پانچ ہزار سال پہلے، انہوں نے فلسف، فلسفیکل فریم ورک میں انسانی ذہن کو آگے بڑھایا، یعنی انٹلیکچول ڈیویلپمنٹ کا کام فلس</w:t>
      </w:r>
    </w:p>
    <w:p>
      <w:r>
        <w:rPr>
          <w:b/>
        </w:rPr>
        <w:t xml:space="preserve">[18:48] </w:t>
      </w:r>
      <w:r>
        <w:t>ophical framework mein jitna badh sakta tha, unhone badhaya. Is ke baad Musalman aaye, unhone traditional framework mein badhaya insani qafle ko, nayi nayi tarqqiyan huin, naye naye imkanat samne aaye. Is ke baad Renaissance ke baad woh daur aaya jab ke Western nations ne scientific framework mein insani qafle ko aage badha</w:t>
      </w:r>
    </w:p>
    <w:p>
      <w:pPr>
        <w:jc w:val="right"/>
      </w:pPr>
      <w:r>
        <w:t>فیکل فریم ورک میں جتنا بڑھ سکتا تھا، انہوں نے بڑھایا۔ اس کے بعد مسلمان آئے، انہوں نے ٹریڈیشنل فریم ورک میں بڑھایا انسانی قافلے کو، نئی نئی ترقیاں ہوئیں، نئے نئے امکانات سامنے آئے۔ اس کے بعد رینیساں کے بعد وہ دور آیا جب کہ ویسٹرن نیشنز نے سائنٹیفک فریم ورک میں انسانی قافلے کو آگے بڑھ</w:t>
      </w:r>
    </w:p>
    <w:p>
      <w:r>
        <w:rPr>
          <w:b/>
        </w:rPr>
        <w:t xml:space="preserve">[19:18] </w:t>
      </w:r>
      <w:r>
        <w:t>ya. Ab yeh scientific framework mein jo badhaya, unhone kaam ko pichhle kuch baras, kuch sau saalon se, main samajhta hoon ke yeh ab maturity ke stage par aa chuka hai. Ab koi aur period nahin aane wala hai. Philosophy, philosophical period, traditional period aur scientific period, isi par main samajhta hoon ke material journey ka khatma hai.</w:t>
      </w:r>
    </w:p>
    <w:p>
      <w:pPr>
        <w:jc w:val="right"/>
      </w:pPr>
      <w:r>
        <w:t>ایا۔ اب یہ سائنٹیفک فریم ورک میں جو بڑھایا، انہوں نے کام کو پچھلے کچھ برس، کچھ سو سالوں سے، میں سمجھتا ہوں کہ یہ اب میچورٹی کے اسٹیج پر آ چکا ہے۔ اب کوئی اور پیریڈ نہیں آنے والا ہے۔ فلسف، فلسفیکل پیریڈ، ٹریڈیشنل پیریڈ اور سائنٹیفک پیریڈ، اسی پر میں سمجھتا ہوں کہ مٹیریل جرنی کا خاتمہ ہے۔</w:t>
      </w:r>
    </w:p>
    <w:p>
      <w:r>
        <w:rPr>
          <w:b/>
        </w:rPr>
        <w:t xml:space="preserve">[19:50] </w:t>
      </w:r>
      <w:r>
        <w:t>Ab is ke baad, jahan tak main samajhta hoon ke shayad qayamat hi aayegi. Isi tarah se spiritual journey ko lijiye, history of religion jis ko hum kehte hain, mazhab ki tareekh, is ko shuru kiya Adam ne, woh us ke beginner hain. Is ke baad Hazrat Nuh aaye, unhone insaan ko ek bohat bada, ab bohat bada tajurba karaya</w:t>
      </w:r>
    </w:p>
    <w:p>
      <w:pPr>
        <w:jc w:val="right"/>
      </w:pPr>
      <w:r>
        <w:t>اب اس کے بعد، جہاں تک میں سمجھتا ہوں کہ شاید قیامت ہی آئے گی۔ اسی طرح سے اسپیریچول جرنی کو لیجئے، ہسٹری اف ریلیجن جس کو ہم کہتے ہیں، مذہب کی تاریخ، اس کو شروع کیا ایڈم نے، وہ اس کے بگنر ہیں۔ اس کے بعد حضرت نوح آئے، انہوں نے انسان کو ایک بہت بڑا، اب بہت بڑا تجربہ کرایا</w:t>
      </w:r>
    </w:p>
    <w:p>
      <w:r>
        <w:rPr>
          <w:b/>
        </w:rPr>
        <w:t xml:space="preserve">[20:21] </w:t>
      </w:r>
      <w:r>
        <w:t>ke Khuda ek din aane wala hai jab ke Khuda sari duniya ko khatam kar dega, sare insaan khatam ho jayenge. Is ka Hazrat Nuh ne ek chhota sa namuna dikhaya, yeh un ka role tha. Is ke baad kai logon ne apne role kiye, is mein se ek bada role hai Hazrat Ibrahim ka, jo chaar hazar saal pehle Iraq mein paida hue.</w:t>
      </w:r>
    </w:p>
    <w:p>
      <w:pPr>
        <w:jc w:val="right"/>
      </w:pPr>
      <w:r>
        <w:t>کہ خدا ایک دن آنے والا ہے جب کہ خدا ساری دنیا کو ختم کر دے گا، سارے انسان ختم ہو جائیں گے۔ اس کا حضرت نوح نے ایک چھوٹا سا نمونہ دکھایا، یہ ان کا رول تھا۔ اس کے بعد کئی لوگوں نے اپنے رول کیے، اس میں سے ایک بڑا رول ہے حضرت ابراہیم کا، جو چار ہزار سال پہلے عراق میں پیدا ہوئے۔</w:t>
      </w:r>
    </w:p>
    <w:p>
      <w:r>
        <w:rPr>
          <w:b/>
        </w:rPr>
        <w:t xml:space="preserve">[20:51] </w:t>
      </w:r>
      <w:r>
        <w:t>Unhone ek ghair maamooli qurbani ki, apni biwi aur apne bachche ko desert mein basa diya. Us se woh team bani jo final Prophet ke liye booster bani. Muhammad Sallallahu Alaihi Wasallam ne bohat bada kaam kiya aur aap ke kaam ke liye jo log booster the, woh yahi log the jo Hazrat Ibrahim ki q</w:t>
      </w:r>
    </w:p>
    <w:p>
      <w:pPr>
        <w:jc w:val="right"/>
      </w:pPr>
      <w:r>
        <w:t>انہوں نے ایک غیر معمولی قربانی کی، اپنی بیوی اور اپنے بچے کو ڈیزرٹ میں بسا دیا۔ اس سے وہ ٹیم بنی جو فائنل پرافٹ کے لیے بوسٹر بنی۔ محمد صلی اللہ علیہ وسلم نے بہت بڑا کام کیا اور آپ کے کام کے لیے جو لوگ بوسٹر تھے، وہ یہی لوگ تھے جو حضرت ابراہیم کی ق</w:t>
      </w:r>
    </w:p>
    <w:p>
      <w:r>
        <w:rPr>
          <w:b/>
        </w:rPr>
        <w:t xml:space="preserve">[21:21] </w:t>
      </w:r>
      <w:r>
        <w:t>urbani se bane the, unhi ko hum Ashab e Rasool kehte hain. To yeh kaam badhta raha, badhta raha, badhta raha, yahan tak ke aaj woh daur aaya jab ke science ki tarqqi wahan pahunch gayi, jab ke Khuda ke paigham ko aalami satah par ziyada mudallal andaaz mein phailaya ja sake. Is mein do role tha, ek</w:t>
      </w:r>
    </w:p>
    <w:p>
      <w:pPr>
        <w:jc w:val="right"/>
      </w:pPr>
      <w:r>
        <w:t>ربانی سے بنے تھے، انہی کو ہم اصحاب رسول کہتے ہیں۔ تو یہ کام بڑھتا رہا، بڑھتا رہا، بڑھتا رہا، یہاں تک کہ آج وہ دور آیا جب کہ سائنس کی ترقی وہاں پہنچ گئی، جب کہ خدا کے پیغام کو عالمی سطح پر زیادہ مدلل انداز میں پھیلایا جا سکے۔ اس میں دو رول تھا، ایک</w:t>
      </w:r>
    </w:p>
    <w:p>
      <w:r>
        <w:rPr>
          <w:b/>
        </w:rPr>
        <w:t xml:space="preserve">[21:51] </w:t>
      </w:r>
      <w:r>
        <w:t>role Christian log kar chuke hain, doosra role aap ke liye baqi hai. Dekhiye, yeh materialism ka daur aaya, is ko check karne ka kaam Christians ne kiya hai aur kisi ne bhi nahin kiya hai. Hazrat Masih ne jo kaha tha apne Hawariyon se: "Tum Allah ke madadgar bano" to main samajhta hoon ke Allah ke madadgar bane woh log, aur isi madadga</w:t>
      </w:r>
    </w:p>
    <w:p>
      <w:pPr>
        <w:jc w:val="right"/>
      </w:pPr>
      <w:r>
        <w:t>رول کرسچن لوگ کر چکے ہیں، دوسرا رول آپ کے لیے باقی ہے۔ دیکھیں، یہ مٹیریلزم کا دور آیا، اس کو چیک کرنے کا کام کرسچنز نے کیا ہے اور کسی نے بھی نہیں کیا ہے۔ حضرت مسیح نے جو کہا تھا اپنے حوارین سے: "تم اللہ کے مددگار بنو" تو میں سمجھتا ہوں کہ اللہ کے مددگار بنے وہ لوگ، اور اسی مددگ</w:t>
      </w:r>
    </w:p>
    <w:p>
      <w:r>
        <w:rPr>
          <w:b/>
        </w:rPr>
        <w:t xml:space="preserve">[22:21] </w:t>
      </w:r>
      <w:r>
        <w:t>ar hone ka jo culmination tha, woh maujooda zamane mein pesh aaya hai. Materialism ka jo sailab tha, us ko check kiya hai Christians ne. Aap dekhiye, jitni bari bari kitabein hain, existence of God par, woh sab Christians ne likhi hain, Sir James Jeans, Sir Arthur Eddington, aur is tarah ke bohat sare log. Scientific satah par unhon ne</w:t>
      </w:r>
    </w:p>
    <w:p>
      <w:pPr>
        <w:jc w:val="right"/>
      </w:pPr>
      <w:r>
        <w:t>ار ہونے کا جو کلمینیشن تھا، وہ موجودہ زمانے میں پیش آیا ہے۔ مٹیریلزم کا جو سیلاب تھا، اس کو چیک کیا ہے کرسچنز نے۔ آپ دیکھیے، جتنی بڑی بڑی کتابیں ہیں، ایگزسٹنس اف گاڈ پر، وہ سب کرسچنز نے لکھی ہیں، سر جیمز جینز، سر ارتھ ایڈنگٹن، اور اس طرح کے بہت سارے لوگ۔ سائنٹیفک سطح پر انہوں نے</w:t>
      </w:r>
    </w:p>
    <w:p>
      <w:r>
        <w:rPr>
          <w:b/>
        </w:rPr>
        <w:t xml:space="preserve">[22:53] </w:t>
      </w:r>
      <w:r>
        <w:t>mazhab ki sadaqat ko sabit kiya aur Khuda ke wajood ko sabit kiya, lekin Christian logon ke paas belief system nahi tha sahi, is wajah se woh sirf aadha kaam kar sake, yani check karne ka kaam. Yeh woh log hain jinhon ne communist empire ko, jo pehli baar history mein ek aisa empire tha jo Khuda ke inkar par khara hua tha, us ko khatam kiya. Unhon ne us ko khatam karne mein kisi aur ka koi dakhal</w:t>
      </w:r>
    </w:p>
    <w:p>
      <w:pPr>
        <w:jc w:val="right"/>
      </w:pPr>
      <w:r>
        <w:t>مذہب کی صداقت کو ثابت کیا اور خدا کے وجود کو ثابت کیا، لیکن کرسچن لوگوں کے پاس بیلیف سسٹم نہیں تھا صحیح، اس وجہ سے وہ صرف ادھا کام کر سکے، یعنی چیک کرنے کا کام۔ یہ وہ لوگ ہیں جنہوں نے کمرسٹ ایمپائر کو، جو پہلی بار ہسٹری میں ایک ایسا ایمپائر تھا جو خدا کے انکار پر کھڑا ہوا تھا، اس کو ختم کیا۔ انہوں نے اس کو ختم کرنے میں کسی اور کا کوئی دخل</w:t>
      </w:r>
    </w:p>
    <w:p>
      <w:r>
        <w:rPr>
          <w:b/>
        </w:rPr>
        <w:t xml:space="preserve">[23:23] </w:t>
      </w:r>
      <w:r>
        <w:t>nahi hai. Is tarah ke bohat se kaam unhon ne kiye. Ab jo kaam hai, woh yeh hai ke history jahan pahunchi hai aur science ke science ne jo naya zamana paida kiya hai, jo naye naye saman paida kiye hain, us ko le kar Khuda ke deen ko</w:t>
      </w:r>
    </w:p>
    <w:p>
      <w:pPr>
        <w:jc w:val="right"/>
      </w:pPr>
      <w:r>
        <w:t>نہیں ہے۔ اس طرح کے بہت سے کام انہوں نے کیے۔ اب جو کام ہے، وہ یہ ہے کہ ہسٹری جہاں پہنچی ہے اور سائنس کے سائنس نے جو نیا زمانہ پیدا کیا ہے، جو نئے نئے سامان پیدا کیے ہیں، اس کو لے کر خدا کے دین کو</w:t>
      </w:r>
    </w:p>
    <w:p>
      <w:r>
        <w:rPr>
          <w:b/>
        </w:rPr>
        <w:t xml:space="preserve">[23:53] </w:t>
      </w:r>
      <w:r>
        <w:t>universal level par, aalami satah par phaila diya jaye. Aap jante hain ke aaj ke zamane mein jo scientific argument possible hua hai, jo scientific logic wajood mein aayi hai, us se pehle kabhi bhi yeh mumkin nahi hua tha ke mazhab ki sachaiyon ko itne bare paimane par prove kiya ja sake, y</w:t>
      </w:r>
    </w:p>
    <w:p>
      <w:pPr>
        <w:jc w:val="right"/>
      </w:pPr>
      <w:r>
        <w:t>یونیورسل لیول پر، عالمی سطح پر پھیلا دیا جائے۔ آپ جانتے ہیں کہ آج کے زمانے میں جو سائنٹیفک ارگومنٹ پاسیبل ہوا ہے، جو سائنٹیفک لاجک وجود میں آئی ہے، اس سے پہلے کبھی بھی یہ ممکن نہیں ہوا تھا کہ مذہب کی سچائیوں کو اتنے بڑے پیمانے پر پروف کیا جا سکے، ی</w:t>
      </w:r>
    </w:p>
    <w:p>
      <w:r>
        <w:rPr>
          <w:b/>
        </w:rPr>
        <w:t xml:space="preserve">[24:23] </w:t>
      </w:r>
      <w:r>
        <w:t>ani khud insan ke insan ke accepted معیار ke mutabiq Khuda ki sachai ko sabit kiya ja sake. Yeh pehli baar mumkin hua hai science ke inqalab ke baad. Doosri baat yeh hai ke isi inqalab ne duniya mein mazhabi azadi paida ki. Is se pehle kabhi bhi history mein religious freedom poori tarah par maujood nahi thi. Yeh sirf aaj mumkin hui hai. Aur</w:t>
      </w:r>
    </w:p>
    <w:p>
      <w:pPr>
        <w:jc w:val="right"/>
      </w:pPr>
      <w:r>
        <w:t>عنی خود انسان کے انسان کے ایکسیپٹڈ معیار کے مطابق خدا کی سچائی کو ثابت کیا جا سکے۔ یہ پہلی بار ممکن ہوا ہے سائنس کے انقلاب کے بعد۔ دوسری بات یہ ہے کہ اسی انقلاب نے دنیا میں مذہبی آزادی پیدا کی۔ اس سے پہلے کبھی بھی ہسٹری میں ریلیجس فریڈم پوری طریقے پر موجود نہیں تھی۔ یہ صرف آج ممکن ہوئی ہے۔ اور</w:t>
      </w:r>
    </w:p>
    <w:p>
      <w:r>
        <w:rPr>
          <w:b/>
        </w:rPr>
        <w:t xml:space="preserve">[24:53] </w:t>
      </w:r>
      <w:r>
        <w:t>saath sath yeh hua hai ke modern communication insan ke kabze mein aa gaye hain. Pehli baar yeh mumkin hua hai ke aap Delhi mein bolein aur sari duniya aap ki awaz ko sune, aap ki awaz, aap ki tasweer, sab kuch duniya ke samne ho. Yeh kab tha? Yeh pehle, is se pehle kabhi nahi tha. To aaj yeh mumkin hua hai ke</w:t>
      </w:r>
    </w:p>
    <w:p>
      <w:pPr>
        <w:jc w:val="right"/>
      </w:pPr>
      <w:r>
        <w:t>ساتھ ساتھ یہ ہوا ہے کہ ماڈرن کمیونیکیشن انسان کے قبضے میں آ گئے ہیں۔ پہلی بار یہ ممکن ہوا ہے کہ آپ دلی میں بولیں اور ساری دنیا آپ کی آواز کو سنے، آپ کی آواز، آپ کی تصویر، سب کچھ دنیا کے سامنے ہو۔ یہ کب تھا؟ یہ پہلے، اس سے پہلے کبھی نہیں تھا۔ تو آج یہ ممکن ہوا ہے کہ</w:t>
      </w:r>
    </w:p>
    <w:p>
      <w:r>
        <w:rPr>
          <w:b/>
        </w:rPr>
        <w:t xml:space="preserve">[25:26] </w:t>
      </w:r>
      <w:r>
        <w:t>in imkanat ko, in sadhanon ko istemal kar ke woh aakhri kaam kiya jaye jis ka Khuda ko intezar hai. Hadees mein aata hai ke: "Lam yak bait madr wa la wabar illa fi al-Islam" yani globe ke upar koi ghar chota ya bara nahi bachega jahan Khuda</w:t>
      </w:r>
    </w:p>
    <w:p>
      <w:pPr>
        <w:jc w:val="right"/>
      </w:pPr>
      <w:r>
        <w:t>ان امکانات کو، ان سادھنوں کو استعمال کر کے وہ آخری کام کیا جائے جس کا خدا کو انتظار ہے۔ حدیث میں آتا ہے کہ: "لم یک بیت مدر ولا وبر الا فی الاسلام" یعنی گلوب کے اوپر کوئی گھر چھوٹا یا بڑا نہیں بچے گا جہاں خدا</w:t>
      </w:r>
    </w:p>
    <w:p>
      <w:r>
        <w:rPr>
          <w:b/>
        </w:rPr>
        <w:t xml:space="preserve">[25:56] </w:t>
      </w:r>
      <w:r>
        <w:t>jahan word of God na pahunch jaye, Khuda ki baat jahan na pahunch jaye. Yeh pehle possible hi nahi thi kyunke communication nahi tha, na aap safar kar sakte the, na aap apni baat ko pahuncha sakte the. Yeh jo opportunities hain, pehli baar khuli hain insan ke liye. Ab Khuda ka intezar hai ke koi uthe jo is kaam ko anjam de.</w:t>
      </w:r>
    </w:p>
    <w:p>
      <w:pPr>
        <w:jc w:val="right"/>
      </w:pPr>
      <w:r>
        <w:t>، جہاں ورڈ اف گاڈ نہ پہنچ جائے، خدا کی بات جہاں نہ پہنچ جائے۔ یہ پہلے پاسیبل ہی نہیں تھی کیونکہ کمیونیکیشن نہیں تھا، نہ آپ سفر کر سکتے تھے، نہ آپ اپنی بات کو پہنچا سکتے تھے۔ یہ جو اپرچونیٹیز ہیں، پہلی بار کھلی ہیں انسان کے لیے۔ اب خدا کوئی انتظار ہے کہ کوئی اٹھے جو اس کام کو انجام دے۔</w:t>
      </w:r>
    </w:p>
    <w:p>
      <w:r>
        <w:rPr>
          <w:b/>
        </w:rPr>
        <w:t xml:space="preserve">[26:30] </w:t>
      </w:r>
      <w:r>
        <w:t>Aur yeh kaam anjam dene ke liye main samajhta hoon ke CPS ki team sab se pehle haq rakhti hai ke woh is kaam ko kare. Yahan main aap ko yaad dilaoonga ke Hazrat Masih ne kaha tha ke insan agar na boley to pathar chalayenge. "If man fails to speak, stones will speak"</w:t>
      </w:r>
    </w:p>
    <w:p>
      <w:pPr>
        <w:jc w:val="right"/>
      </w:pPr>
      <w:r>
        <w:t>اور یہ کام انجام دینے کے لیے میں سمجھتا ہوں کہ سی پی ایس کی ٹیم سب سے پہلے حق رکھتی ہے کہ وہ اس کام کو کرے۔ یہاں میں آپ کو یاد دلاؤں گا کہ حضرت مسیح نے کہا تھا کہ انسان اگر نہ بولے تو پتھر چلائیں گے۔ "اف مین فیس ٹو سپیک، اسٹونز ول سپیک"</w:t>
      </w:r>
    </w:p>
    <w:p>
      <w:r>
        <w:rPr>
          <w:b/>
        </w:rPr>
        <w:t xml:space="preserve">[27:02] </w:t>
      </w:r>
      <w:r>
        <w:t>Aap ne agar is opportunity ko avail nahi kiya, aap ne agar yeh kaam nahi kiya to kaam rukega nahi, kaam ho kar rahega. Aur yahan tak hoga, yahan tak hoga, yahan tak hoga ke agar insan nahi bolein ge to pathar chalayenge. Matlab Khuda khud qanoon fitrat ke tehat is kaam karwayega kyunke yeh duniya</w:t>
      </w:r>
    </w:p>
    <w:p>
      <w:pPr>
        <w:jc w:val="right"/>
      </w:pPr>
      <w:r>
        <w:t>آپ نے اگر اس اپرچونیٹی کو اویل نہیں کیا، آپ نے اگر یہ کام نہیں کیا تو کام رکے گا نہیں، کام ہو کر رہے گا۔ اور یہاں تک ہوگا، یہاں تک ہوگا، یہاں تک ہوگا کہ اگر انسان نہیں بولیں گے تو پتھر چلائیں گے۔ مطلب خدا خود قانون فطرت کے تحت اس کام کروائے گا کیونکہ یہ دنیا</w:t>
      </w:r>
    </w:p>
    <w:p>
      <w:r>
        <w:rPr>
          <w:b/>
        </w:rPr>
        <w:t xml:space="preserve">[27:32] </w:t>
      </w:r>
      <w:r>
        <w:t>hamesha ke liye nahi bani hai. Main samajhta hoon ke duniya Rasool Allah ne kaha tha ke qayamat bohat qareeb aa chuki hai, 1400 saal pehle. Zahir hai ke ab to aur bhi zyada qareeb aa chuki hai. To ab bohat zyada door nahi hai ke jis zindagi ke jis khatme ki ibtidai itla di thi Hazrat Nuh ne, woh itla</w:t>
      </w:r>
    </w:p>
    <w:p>
      <w:pPr>
        <w:jc w:val="right"/>
      </w:pPr>
      <w:r>
        <w:t>ہمیشہ کے لیے نہیں بنی ہے۔ میں سمجھتا ہوں کہ دنیا رسول اللہ نے کہا تھا کہ قیامت بہت قریب آ چکی ہے، 1400 سال پہلے۔ ظاہر ہے کہ اب تو اور بھی زیادہ قریب آ چکی ہے۔ تو اب بہت زیادہ دور نہیں ہے کہ جس زندگی کے جس خاتمے کی ابتدائی اطلاع دی تھی حضرت نوح نے، وہ اطلاع</w:t>
      </w:r>
    </w:p>
    <w:p>
      <w:r>
        <w:rPr>
          <w:b/>
        </w:rPr>
        <w:t xml:space="preserve">[28:03] </w:t>
      </w:r>
      <w:r>
        <w:t>apni aakhri shakal ikhtiyar kare aur duniya ka khatma kar diya jaye, jis ke baad agli duniya samne aaye gi jahan jannat hai aur jahannum hai, jahan day of judgment hai, jahan accountability hai, jahan har insan Khuda ke samne khara hoga apna hisab dene ke liye. To woh waqt main samajhta hoon bilkul qareeb aa chuka hai. Jo log is kaam ko anjam dein,</w:t>
      </w:r>
    </w:p>
    <w:p>
      <w:pPr>
        <w:jc w:val="right"/>
      </w:pPr>
      <w:r>
        <w:t>اپنی آخری شکل اختیار کرے اور دنیا کا خاتمہ کر دیا جائے، جس کے بعد اگلی دنیا سامنے آئے گی جہاں جنت ہے اور جہنم ہے، جہاں ڈے اف ججمنٹ ہے، جہاں اکاؤنٹیبلٹی ہے، جہاں ہر انسان خدا کے سامنے کھڑا ہوگا اپنا حساب دینے کے لیے۔ تو وہ وقت میں سمجھتا ہوں بالکل قریب آ چکا ہے۔ جو لوگ اس کام کو انجام دیں،</w:t>
      </w:r>
    </w:p>
    <w:p>
      <w:r>
        <w:rPr>
          <w:b/>
        </w:rPr>
        <w:t xml:space="preserve">[28:33] </w:t>
      </w:r>
      <w:r>
        <w:t>wohi woh log hain jin ko Rasool Allah ne apne bhai kaha tha: "My sisters and brothers" to ek woh log the jin ko aap ne ashab kaha, yani aap ke contemporary, aur ek woh log honge jo baad ko paida honge, jo goya aap ke sister aur brothers honge. To main samajh</w:t>
      </w:r>
    </w:p>
    <w:p>
      <w:pPr>
        <w:jc w:val="right"/>
      </w:pPr>
      <w:r>
        <w:t>وہی وہ لوگ ہیں جن کو رسول اللہ نے اپنے بھائی کہا تھا: "مائی سسٹرز اینڈ برادرز" تو ایک وہ لوگ تھے جن کو آپ نے اصحاب کہا، یعنی آپ کے کنٹیمپرری، اور ایک وہ لوگ ہوں گے جو بعد کو پیدا ہوں گے، جو گویا آپ کے سسٹر اور برادرز ہوں گے۔ تو میں سمجھ</w:t>
      </w:r>
    </w:p>
    <w:p>
      <w:r>
        <w:rPr>
          <w:b/>
        </w:rPr>
        <w:t xml:space="preserve">[29:03] </w:t>
      </w:r>
      <w:r>
        <w:t>ta hoon ke history ka yeh aakhri role kisi ka intezar kar raha hai. History of religion ka yeh aakhri role hai jo kisi aaney waley ka intezar kar raha hai. Aur main samajhta hoon ke halaat aap ke haq mein ekatha hue hain, aap ke haq mein ekatha ho gaye hain, aur</w:t>
      </w:r>
    </w:p>
    <w:p>
      <w:pPr>
        <w:jc w:val="right"/>
      </w:pPr>
      <w:r>
        <w:t>تا ہوں کہ تاریخ کا یہ آخری رول کسی کا انتظار کر رہا ہے۔ ہسٹری اف ریلیجن کا یہ آخری رول ہے جو کسی آنے والے کا انتظار کر رہا ہے۔ اور میں سمجھتا ہوں کہ حالات آپ کے حق میں اکٹھا ہوئے ہیں، آپ کے حق میں اکٹھا ہو گئے ہیں، اور</w:t>
      </w:r>
    </w:p>
    <w:p>
      <w:r>
        <w:rPr>
          <w:b/>
        </w:rPr>
        <w:t xml:space="preserve">[29:34] </w:t>
      </w:r>
      <w:r>
        <w:t>mujhe yaqeen hai ke aap ke andar agar sachha determination aa jaye, aap dedicate karein apne aap ko, kar sakein apne aap ko, to yeh role aap hi ke liye muqaddar hai. Yeh jo CPS ki team bani hai, yeh koi aasan kaam nahi tha. Yeh ek pahad ko apni jagah se hatane ka hum mana tha.</w:t>
      </w:r>
    </w:p>
    <w:p>
      <w:pPr>
        <w:jc w:val="right"/>
      </w:pPr>
      <w:r>
        <w:t>مجھے یقین ہے کہ آپ کے اندر اگر سچا ڈیٹرمینیشن آ جائے، آپ ڈیڈیکیٹ کریں اپنے آپ کو، کر سکیں اپنے آپ کو، تو یہ رول آپ ہی کے لیے مقدر ہے۔ یہ جو سی پی ایس کی ٹیم بنی ہے، یہ کوئی آسان کام نہیں تھا۔ یہ ایک پہاڑ کو اپنی جگہ سے ہٹانے کا ہم مانا تھا۔</w:t>
      </w:r>
    </w:p>
    <w:p>
      <w:r>
        <w:rPr>
          <w:b/>
        </w:rPr>
        <w:t xml:space="preserve">[30:05] </w:t>
      </w:r>
      <w:r>
        <w:t>Aap jante hain ke hadees mein aaya hai ke ek waqt aaye ga jab ke Khuda ke deen par itni gard padh jaye gi, itna cover aa jaye ga ke sab kuch chup jaye ga. "Lam yak min al-Islam illa ismuhu" wa lam yak min al-Quran illa rasmuhu yani Islam ka sirf naam reh jaye ga aur Quran ki sirf lakeerein reh jayengi.</w:t>
      </w:r>
    </w:p>
    <w:p>
      <w:pPr>
        <w:jc w:val="right"/>
      </w:pPr>
      <w:r>
        <w:t>آپ جانتے ہیں کہ حدیث میں آیا ہے کہ ایک وقت آئے گا جب کہ خدا کے دین پر اتنی گرد پڑ جائے گی، اتنا کور آ جائے گا کہ سب کچھ چھپ جائے گا۔ "لم یک من الاسلام الا اسمہ" ولم یک من القران الا رسمہ یعنی اسلام کا صرف نام رہ جائے گا اور قرآن کی صرف لکیریں رہ جائیں گی۔</w:t>
      </w:r>
    </w:p>
    <w:p>
      <w:r>
        <w:rPr>
          <w:b/>
        </w:rPr>
        <w:t xml:space="preserve">[30:36] </w:t>
      </w:r>
      <w:r>
        <w:t>Yeh waqt aa chuka tha. Phir Allah ki tofeeq se main ne Islam ko discover kiya. Apne bare mein main keh sakta hoon ke shayad main janam hi se ek true seeker hoon, yani paida hi hua main is spirit ke sath ke mujhe sachai ko daryaft karna hai. Ek lambi kahani hai yeh</w:t>
      </w:r>
    </w:p>
    <w:p>
      <w:pPr>
        <w:jc w:val="right"/>
      </w:pPr>
      <w:r>
        <w:t>یہ وقت آ چکا تھا۔ پھر اللہ کی توفیق سے میں نے اسلام کو ڈسکور کیا۔ اپنے بارے میں میں کہہ سکتا ہوں کہ شاید میں جنم ہی سے ایک ٹرو سیکر ہوں، یعنی پیدا ہی ہوا میں اس اسپیریٹ کے ساتھ کہ مجھے سچائی کو دریافت کرنا ہے۔ ایک لمبی کہانی ہے یہ</w:t>
      </w:r>
    </w:p>
    <w:p>
      <w:r>
        <w:rPr>
          <w:b/>
        </w:rPr>
        <w:t xml:space="preserve">[31:07] </w:t>
      </w:r>
      <w:r>
        <w:t>To sab se pehle lambe study ke baad main ne yeh discover kiya ke sachai hai kya, Khuda ka deen hai kya, Quran hai kya. Is zamane mein main is tarah se study kiya karta tha ke bilkul jaise deewanon ke tareeqe se. Maslan main Alam World mein tha, wahan jo library hai, Darul Musannifeen ki library,</w:t>
      </w:r>
    </w:p>
    <w:p>
      <w:pPr>
        <w:jc w:val="right"/>
      </w:pPr>
      <w:r>
        <w:t>۔ تو سب سے پہلے لمبے اسٹڈی کے بعد میں نے یہ ڈسکور کیا کہ سچائی ہے کیا، خدا کا دین ہے کیا، قرآن ہے کیا۔ اس زمانے میں میں اس طرح سے اسٹڈی کیا کرتا تھا کہ بالکل جیسے دیوانوں کے طریقے سے۔ مثلاً میں عالم ورلڈ میں تھا، وہاں جو لائبریری ہے، دارالمصنفین کی لائبریری،</w:t>
      </w:r>
    </w:p>
    <w:p>
      <w:r>
        <w:rPr>
          <w:b/>
        </w:rPr>
        <w:t xml:space="preserve">[31:38] </w:t>
      </w:r>
      <w:r>
        <w:t>to wahan par sara collection maujood tha, yani Quran ka yeh sari commentaries, Hadees aur Hadees ki sari commentaries, fiqh, tareekh, seerat, jitne uloom hain Islam se related, un sab ka yani Arabic books, source books jo hain Arabic language mein, to woh sara collec</w:t>
      </w:r>
    </w:p>
    <w:p>
      <w:pPr>
        <w:jc w:val="right"/>
      </w:pPr>
      <w:r>
        <w:t>تو وہاں پر سارا کلیکشن موجود تھا، یعنی قرآن کا یہ ساری کمنٹریز، حدیث اور حدیث کی ساری کمنٹریز، فقہ، تاریخ، سیرت، جتنے علوم ہیں اسلام سے ریلیٹڈ، ان سب کا یعنی عربک بکس، سورس بکس جو ہیں عربک لینگویج میں، تو وہ سارا کلیک</w:t>
      </w:r>
    </w:p>
    <w:p>
      <w:r>
        <w:rPr>
          <w:b/>
        </w:rPr>
        <w:t xml:space="preserve">[32:08] </w:t>
      </w:r>
      <w:r>
        <w:t>tion Shibli Nomani aur C.S.O. aur Nadvi ne wahan par kiya tha. Bohat acha collection tha woh. Wahan main jata tha, sab se pehle wahan par library mein dakhil hone wala main hota tha aur sham ko sab se aakhir mein nikalne wala main hota tha. Main dopehar khana nahi khata tha. Dopehar ke waqt wahan par lunch ke liye log jate the to main ne un</w:t>
      </w:r>
    </w:p>
    <w:p>
      <w:pPr>
        <w:jc w:val="right"/>
      </w:pPr>
      <w:r>
        <w:t>شن شبلی نعمانی اور سیسو اور ندوی نے وہاں پر کیا تھا۔ بہت اچھا کلیکشن تھا وہ۔ وہاں میں جاتا تھا، سب سے پہلے وہاں پر لائبریری میں داخل ہونے والا میں ہوتا تھا اور شام کو سب سے آخر میں نکلنے والا میں ہوتا تھا۔ میں دوپہر کھانا نہیں کھاتا تھا۔ دوپہر کے وقت وہاں پر لنچ کے لیے لوگ جاتے تھے تو میں نے ان</w:t>
      </w:r>
    </w:p>
    <w:p>
      <w:r>
        <w:rPr>
          <w:b/>
        </w:rPr>
        <w:t xml:space="preserve">[32:38] </w:t>
      </w:r>
      <w:r>
        <w:t>se keh diya tha ke aap bahar se tala laga kar chale jayein. Library ke andar main hota tha aur bahar se woh tala laga kar chale aate the. Sare log wahan aise waqiat paish aaye mere sath. Maslan ek din atf khane ka ek kamra jahan Quran ki commentaries thin aur doosri kitabein thin Arabic language mein, wahan main parh raha tha. Parhte</w:t>
      </w:r>
    </w:p>
    <w:p>
      <w:pPr>
        <w:jc w:val="right"/>
      </w:pPr>
      <w:r>
        <w:t>سے کہہ دیا تھا کہ آپ باہر سے تالا لگا کر چلے جائیں۔ لائبریری کے اندر میں ہوتا تھا اور باہر سے وہ تالا لگا کر چلے آتے تھے۔ سارے لوگ وہاں ایسے واقعات پیش آئے میرے ساتھ۔ مثلاً ایک دن عطف خانے کا ایک کمرہ جہاں قرآن کی کمنٹریز تھیں اور دوسری کتابیں تھیں عربک لینگویج میں، وہاں میں پڑھ رہا تھا۔ پڑھتے</w:t>
      </w:r>
    </w:p>
    <w:p>
      <w:r>
        <w:rPr>
          <w:b/>
        </w:rPr>
        <w:t xml:space="preserve">[33:08] </w:t>
      </w:r>
      <w:r>
        <w:t>parhte mujhe chakkar aa gaya, chakkar aa gaya. Yani utha main ek kitab le kar ke use shelf pe rakhun aur doosri kitab nikalun to andhera, meri aankhon ke samne andhera chha gaya aur mujhe dikhai nahi deta tha ke woh shelf kidhar hai. Yeh kyun aisa hua? Bhook ki wajah se. To subah ko nashta kar ke jata tha main, dopehar ka lun</w:t>
      </w:r>
    </w:p>
    <w:p>
      <w:pPr>
        <w:jc w:val="right"/>
      </w:pPr>
      <w:r>
        <w:t>پڑھتے مجھے چکر آ گیا، چکر آ گیا۔ یعنی اٹھا میں ایک کتاب لے کر کہ اسے شیلف پہ رکھوں اور دوسری کتاب نکالوں تو اندھیرا، میری آنکھوں کے سامنے اندھیرا چھا گیا اور مجھے دکھائی نہیں دیتا تھا کہ وہ شیلف کدھر ہے۔ یہ کیوں ایسا ہوا؟ بھوک کی وجہ سے۔ تو صبح کو ناشتہ کر کے جاتا تھا میں، دوپہر کا لن</w:t>
      </w:r>
    </w:p>
    <w:p>
      <w:r>
        <w:rPr>
          <w:b/>
        </w:rPr>
        <w:t xml:space="preserve">[33:38] </w:t>
      </w:r>
      <w:r>
        <w:t>ch main nahi leta tha, phir wapas aa kar sham ko khata tha. Is tarah se muddaton main ne Islam ki study ki hai ke direct taur par janoon ke Islam hai kya, Khuda ka deen hai kya, sachai hai kya, Quran hai kya. Muddaton tak is tarah se parhta raha, parhta raha, parhta raha. Phir jab main ne jaan liya ke Islam yeh hai,</w:t>
      </w:r>
    </w:p>
    <w:p>
      <w:pPr>
        <w:jc w:val="right"/>
      </w:pPr>
      <w:r>
        <w:t>چ میں نہیں لیتا تھا، پھر واپس آ کر شام کو کھاتا تھا۔ اس طرح سے مدتوں میں نے اسلام کی اسٹڈی کی ہے کہ ڈائریکٹ طور پر جانوں کہ اسلام ہے کیا، خدا کا دین ہے کیا، سچائی ہے کیا، قرآن ہے کیا۔ مدتوں تک اس طرح سے پڑھتا رہا، پڑھتا رہا، پڑھتا رہا۔ پھر جب میں نے جان لیا کہ اسلام یہ ہے،</w:t>
      </w:r>
    </w:p>
    <w:p>
      <w:r>
        <w:rPr>
          <w:b/>
        </w:rPr>
        <w:t xml:space="preserve">[34:09] </w:t>
      </w:r>
      <w:r>
        <w:t>tab bhi doosra masla tha. Woh masla tha ke aaj ka insan jis ko mujhe is paigham ko pahunchana tha, us ka framework badal chuka tha. Kuch sau saal pehle insan ka jo framework tha, us ko hum keh sakte hain ke traditional framework. Sari kitabein jo likhi gayin</w:t>
      </w:r>
    </w:p>
    <w:p>
      <w:pPr>
        <w:jc w:val="right"/>
      </w:pPr>
      <w:r>
        <w:t>تب بھی دوسرا مسئلہ تھا۔ وہ مسئلہ تھا کہ آج کا انسان جس کو مجھے اس پیغام کو پہنچانا تھا، اس کا فریم ورک بدل چکا تھا۔ کچھ سو سال پہلے انسان کا جو فریم ورک تھا، اس کو ہم کہہ سکتے ہیں کہ ٹریڈیشنل فریم ورک۔ ساری کتابیں جو لکھی گئیں</w:t>
      </w:r>
    </w:p>
    <w:p>
      <w:r>
        <w:rPr>
          <w:b/>
        </w:rPr>
        <w:t xml:space="preserve">[34:39] </w:t>
      </w:r>
      <w:r>
        <w:t>pehli sadiyon mein, woh sab traditional framework ke mutabiq likhi gayin. Yeh kitabein aaj ke mind ko address nahi karti thin kyunke aaj ka mind jo hai, us ka framework badal chuka tha. Ab mujhe janna tha ke modern framework hai kya taake Islam ki sachai ko aaj ke insan ke liye understandable bana sakoon. Us ke baad main ne Angrezi padhi</w:t>
      </w:r>
    </w:p>
    <w:p>
      <w:pPr>
        <w:jc w:val="right"/>
      </w:pPr>
      <w:r>
        <w:t>پچھلی صدیوں میں، وہ سب ٹریڈیشنل فریم ورک کے مطابق لکھی گئیں۔ یہ کتابیں آج کے مائنڈ کو ایڈریس نہیں کرتی تھیں کیونکہ آج کا مائنڈ جو ہے، اس کا فریم ورک بدل چکا تھا۔ اب مجھے جاننا تھا کہ ماڈرن فریم ورک ہے کیا تاکہ اسلام کی سچائی کو آج کے انسان کے لیے انڈرسٹینڈیبل بنا سکوں۔ اس کے بعد میں نے انگریزی پڑھی</w:t>
      </w:r>
    </w:p>
    <w:p>
      <w:r>
        <w:rPr>
          <w:b/>
        </w:rPr>
        <w:t xml:space="preserve">[35:09] </w:t>
      </w:r>
      <w:r>
        <w:t>aur bahut lambi muddat maine guzari angrezi padhkar ke angrezi kitabon ka study karne laga. main palmistry se lekar astronomy tak saare ilm jo hain, usko padhne ki koshish ki. ek lambi muddat guzarne ke baad maine yeh jaana ke aaj ka jo insan hai, uska framework kya hai. is tarah maine modern idiom mein kitabein likhin.</w:t>
      </w:r>
    </w:p>
    <w:p>
      <w:pPr>
        <w:jc w:val="right"/>
      </w:pPr>
      <w:r>
        <w:t>اور بہت لمبی مدت میں نے گزاری انگریزی پڑھ کر کے انگریزی کتابوں کا اسٹڈی کرنے لگا۔ میں پامسٹری سے لے کر ایسٹرانومی تک سارے علم جو ہیں، اس کو پڑھنے کی کوشش کی۔ ایک لمبی مدت گزارنے کے بعد میں نے یہ جانا کہ آج کا جو انسان ہے، اس کا فریم ورک کیا ہے۔ اس طرح میں نے ماڈرن ایڈیم میں کتابیں لکھیں۔</w:t>
      </w:r>
    </w:p>
    <w:p>
      <w:r>
        <w:rPr>
          <w:b/>
        </w:rPr>
        <w:t xml:space="preserve">[35:41] </w:t>
      </w:r>
      <w:r>
        <w:t>to is silsile mein sabse pehle maine do kitab likhi: "al-islam" aur "tabeer ki ghalati". ismein maine bataya ke islam hai kya, jo islam maine discover kiya tha, usko batane ki koshish ki. iske baad phir maine aur kitabein likhin: "mazhab aur jadeed challenge" aur "mazhab aur science", "aq</w:t>
      </w:r>
    </w:p>
    <w:p>
      <w:pPr>
        <w:jc w:val="right"/>
      </w:pPr>
      <w:r>
        <w:t>تو اس سلسلے میں سب سے پہلے میں نے دو کتاب لکھی: "الاسلام" اور "تعبیر کی غلطی"۔ اس میں میں نے بتایا کہ اسلام ہے کیا، جو اسلام میں نے ڈسکور کیا تھا، اس کو بتانے کی کوشش کی۔ اس کے بعد پھر میں نے اور کتابیں لکھیں: "مذہب اور جدید چیلنج" اور "مذہب اور سائنس"، "اق</w:t>
      </w:r>
    </w:p>
    <w:p>
      <w:r>
        <w:rPr>
          <w:b/>
        </w:rPr>
        <w:t xml:space="preserve">[36:11] </w:t>
      </w:r>
      <w:r>
        <w:t>liyat islam" waghera. ismein maine yeh koshish ki ke modern jo framework hai, aaj ke insan ka modern idiom jo hai, usmein main Khuda ki sachai ko bayan karoon. is tarah se bahut sari kitabein likhin. phir in kitabon ke tarjume hue arabic language mein, english mein tarjume hue aur bahut si zabanon mein tarjume hue. yeh ek lamba safar hai. yani CPS</w:t>
      </w:r>
    </w:p>
    <w:p>
      <w:pPr>
        <w:jc w:val="right"/>
      </w:pPr>
      <w:r>
        <w:t>لیات اسلام" وغیرہ۔ اس میں میں نے یہ کوشش کی کہ ماڈرن جو فریم ورک ہے، آج کے انسان کا ماڈرن ایڈیم جو ہے، اس میں میں خدا کے سچائی کو بیان کروں۔ اس طرح سے بہت ساری کتابیں لکھیں۔ پھر ان کتابوں کے ترجمے ہوئے عربک لینگویج میں، انگلش میں ترجمے ہوئے اور بہت سی زبانوں میں ترجمے ہوئے۔ یہ ایک لمبا سفر ہے۔ یعنی سی پی ایس</w:t>
      </w:r>
    </w:p>
    <w:p>
      <w:r>
        <w:rPr>
          <w:b/>
        </w:rPr>
        <w:t xml:space="preserve">[36:42] </w:t>
      </w:r>
      <w:r>
        <w:t>jo shuru hui, main samajhta hoon ke January 2001 mein, to is ek lambe safar ka woh khatma tha. yani discovery ka safar. ek lambe safar ke baad jo main jo discovery mujhe hui, us discovery ko logon ke samne lana. isse pehle bhi main yeh kaam kar raha</w:t>
      </w:r>
    </w:p>
    <w:p>
      <w:pPr>
        <w:jc w:val="right"/>
      </w:pPr>
      <w:r>
        <w:t>جو شروع ہوئی، میں سمجھتا ہوں کہ جنوری 2001 میں، تو اس ایک لمبے سفر کا وہ خاتمہ تھا۔ یعنی ڈسکوری کا سفر۔ ایک لمبے سفر کے بعد جو میں جو ڈسکوری مجھے ہوئی، اس ڈسکوری کو لوگوں کے سامنے لانا۔ اس سے پہلے بھی میں یہ کام کر رہا</w:t>
      </w:r>
    </w:p>
    <w:p>
      <w:r>
        <w:rPr>
          <w:b/>
        </w:rPr>
        <w:t xml:space="preserve">[37:12] </w:t>
      </w:r>
      <w:r>
        <w:t>tha, lekin main samajhta hoon ke bazabta taur par ek spiritual class ki surat mein January 2001 mein yeh kaam shuru hua, jismein bahut se log jud gaye. ab Khuda ke fazl se ek poori team tayyar ho gayi hai. ek poori team tayyar ho gayi hai. yahan main aap ko yaad dilana chahta hoon ke team jo hai, bahut hi rare, rarest rare hai. aap</w:t>
      </w:r>
    </w:p>
    <w:p>
      <w:pPr>
        <w:jc w:val="right"/>
      </w:pPr>
      <w:r>
        <w:t>تھا، لیکن میں سمجھتا ہوں کہ باضابطہ طور پر ایک اسپیریچول کلاس کی صورت میں جنوری 2001 میں یہ کام شروع ہوا، جس میں بہت سے لوگ جڑ گئے۔ اب خدا کے فضل سے ایک پوری ٹیم تیار ہو گئی ہے۔ ایک پوری ٹیم تیار ہو گئی ہے۔ یہاں میں آپ کو یاد دلانا چاہتا ہوں کہ ٹیم جو ہے، بہت ہی ریئر، ریئرسٹ ریر ہے۔ آپ</w:t>
      </w:r>
    </w:p>
    <w:p>
      <w:r>
        <w:rPr>
          <w:b/>
        </w:rPr>
        <w:t xml:space="preserve">[37:43] </w:t>
      </w:r>
      <w:r>
        <w:t>history mein padhein, jitne bhi reformer the, sab ke bare mein kaha jata hai ke unka inqilab fail ho gaya, unka revolution fail ho gaya. kyun? woh team nahi bana sake jo unke baad unko replace kar sake. team banane ka kaam history mein ghaliban do baar hua hai. ek Hazrat Masih ne team banai thi jisne Christianity ko phailaya, doosre</w:t>
      </w:r>
    </w:p>
    <w:p>
      <w:pPr>
        <w:jc w:val="right"/>
      </w:pPr>
      <w:r>
        <w:t>ہسٹری میں پڑھیں، جتنے بھی ریفارمر تھے، سب کے بارے میں کہا جاتا ہے کہ ان کا انقلاب فیل ہو گیا، ان کا ریولیشن فیل ہو گیا۔ کیوں؟ وہ ٹیم نہیں بنا سکے جو ان کے بعد ان کو ریپلیس کر سکے۔ ٹیم بنانے کا کام ہسٹری میں غالباً دو بار ہوا ہے۔ ایک حضرت مسیح نے ٹیم بنائی تھی جس نے کرسچینٹی کو پھیلایا، دوسرے</w:t>
      </w:r>
    </w:p>
    <w:p>
      <w:r>
        <w:rPr>
          <w:b/>
        </w:rPr>
        <w:t xml:space="preserve">[38:13] </w:t>
      </w:r>
      <w:r>
        <w:t>Muhammad Rasool Allah ne ek team banai jisne sare alam mein Khuda ke deen ko phailaya. main samajhta hoon ke ghaliban history mein teesri baar hai ke Allah taala ne CPS ki shakal mein ek team tayyar ki hai jo mere baad is mission ko chala sake. aage is bina par main samajhta hoon ke meri maut CPS ki shakal mein dobara zinda</w:t>
      </w:r>
    </w:p>
    <w:p>
      <w:pPr>
        <w:jc w:val="right"/>
      </w:pPr>
      <w:r>
        <w:t>محمد رسول اللہ نے ایک ٹیم بنائی جس نے سارے عالم میں خدا کے دین کو پھیلایا۔ میں سمجھتا ہوں کہ غالباً ہسٹری میں تیسری بار ہے کہ اللہ تعالی نے سی پی ایس کی شکل میں ایک ٹیم تیار کی ہے جو میرے بعد اس مشن کو چلا سکے۔ آگے اس بنا پر میں سمجھتا ہوں کہ میری موت سی پی ایس کی شکل میں دوبارہ زند</w:t>
      </w:r>
    </w:p>
    <w:p>
      <w:r>
        <w:rPr>
          <w:b/>
        </w:rPr>
        <w:t xml:space="preserve">[38:43] </w:t>
      </w:r>
      <w:r>
        <w:t>hogi. main agar apni umar ko poora karke kisi tareekh ko mar jaaun to mujhe yaqeen hai ke CPS ki shakal mein main dobara zinda ho jaunga aur dobara zinda hokar ke woh kaam shuru ho jayega jo ke abhi jari hai. yeh mujhe yaqeen hai, inshallah. aur sach poochhein to yeh hum jo koshishein kar rahe hain, is isko train karne ke liye to ek train group maujood</w:t>
      </w:r>
    </w:p>
    <w:p>
      <w:pPr>
        <w:jc w:val="right"/>
      </w:pPr>
      <w:r>
        <w:t>ہ ہوگی۔ میں اگر اپنی عمر کو پورا کر کے کسی تاریخ کو مر جاؤں تو مجھے یقین ہے کہ سی پی ایس کی شکل میں میں دوبارہ زندہ ہو جاؤں گا اور دوبارہ زندہ ہو کر کے وہ کام شروع ہو جائے گا جو کہ ابھی جاری ہے۔ یہ مجھے یقین ہے، انشاءاللہ۔ اور سچ پوچھیں تو یہ ہم جو کوششیں کر رہے ہیں، اس اس کو ٹرین کرنے کے لیے تو ایک ٹرین گروپ موجود</w:t>
      </w:r>
    </w:p>
    <w:p>
      <w:r>
        <w:rPr>
          <w:b/>
        </w:rPr>
        <w:t xml:space="preserve">[39:13] </w:t>
      </w:r>
      <w:r>
        <w:t>ho mere baad, yahi meri koshish hai. log kya karte hain? crowd ko address karte hain, bade bade crowd ikattha karke khush hote hain. woh crowd kabhi bhi team wala kaam nahi kar sakta. kabhi kisi crowd ne kisi thinker ko replace nahi kiya hai. jab thinker mara to woh khatm ho gaya mission uska, kyunke uske paas crowd tha aur crowd disperse ho gaya.</w:t>
      </w:r>
    </w:p>
    <w:p>
      <w:pPr>
        <w:jc w:val="right"/>
      </w:pPr>
      <w:r>
        <w:t>ہو میرے بعد، یہی میری کوشش ہے۔ لوگ کیا کرتے ہیں؟ کراؤڈ کو ایڈریس کرتے ہیں، بڑے بڑے کراؤڈ اکٹھا کر کے خوش ہوتے ہیں۔ وہ کراؤڈ کبھی بھی ٹیم والا کام نہیں کر سکتا۔ کبھی کسی کراؤڈ نے کسی تھنکر کو ریپلیس نہیں کیا ہے۔ جب تھنکر مرا تو وہ ختم ہو گیا مشن اس کا، کیونکہ اس کے پاس کراؤڈ تھا اور کراؤڈ ڈسپرس ہو گیا۔</w:t>
      </w:r>
    </w:p>
    <w:p>
      <w:r>
        <w:rPr>
          <w:b/>
        </w:rPr>
        <w:t xml:space="preserve">[39:48] </w:t>
      </w:r>
      <w:r>
        <w:t>to it requires train team to continue thinkers mission. to main samajhta hoon ke Allah taala ne CPS ki shakal mein yeh cheez paida kar di hai. hamara mission kisi crowd par nahi khada hua hai jo ikattha hota hai, sirf is liye ke woh bikhar jaye. hamara mission Allah ke fazl se khada hua hai, ek team ke bal par, ek train group, ek train group ke bal par. is</w:t>
      </w:r>
    </w:p>
    <w:p>
      <w:pPr>
        <w:jc w:val="right"/>
      </w:pPr>
      <w:r>
        <w:t>تو اٹ ریکوائرز ٹرین ٹیم ٹو کنٹینیو تھنکرز مشن۔ تو میں سمجھتا ہوں کہ اللہ تعالی نے سی پی ایس کی شکل میں یہ چیز پیدا کر دی ہے۔ ہمارا مشن کسی کراؤڈ پر نہیں کھڑا ہوا ہے جو اکٹھا ہوتا ہے، صرف اس لیے کہ وہ بکھر جائے۔ ہمارا مشن اللہ کے فضل سے کھڑا ہوا ہے، ایک ٹیم کے بل پر، ایک ٹرین گروپ، ایک ٹرین گروپ کے بل پر۔ اس</w:t>
      </w:r>
    </w:p>
    <w:p>
      <w:r>
        <w:rPr>
          <w:b/>
        </w:rPr>
        <w:t xml:space="preserve">[40:18] </w:t>
      </w:r>
      <w:r>
        <w:t>liye mujhe yaqeen hai ke yeh mission jari rahega. yeh mission kabhi apne apne end tak pahunche baghair khatm nahi ho jayega. meri dua hai ke Allah taala meri is umeed ko poora kare aur is mission ki takmeel ke asbab faraham kare,</w:t>
      </w:r>
    </w:p>
    <w:p>
      <w:pPr>
        <w:jc w:val="right"/>
      </w:pPr>
      <w:r>
        <w:t>ی لیے مجھے یقین ہے کہ یہ مشن جاری رہے گا۔ یہ مشن کبھی اپنے اپنے اینڈ تک پہنچے بغیر ختم نہیں ہو جائے گا۔ میری دعا ہے کہ اللہ تعالی میری اس امید کو پورا کرے اور اس مشن کی تکمیل کے اسباب فراہم کرے،</w:t>
      </w:r>
    </w:p>
    <w:p>
      <w:r>
        <w:rPr>
          <w:b/>
        </w:rPr>
        <w:t xml:space="preserve">[40:49] </w:t>
      </w:r>
      <w:r>
        <w:t>kyunke Allah ki madad hi se koi kaam apne anjam par pahunchta hai. Allah dekhiye, yeh jisko hum khwab kehte hain, dream ya sapna, uske bare mein psychology mein bahut sare theories banai gayi hain. jaise Freud ne theory banai hai, ek</w:t>
      </w:r>
    </w:p>
    <w:p>
      <w:pPr>
        <w:jc w:val="right"/>
      </w:pPr>
      <w:r>
        <w:t>کیونکہ اللہ کی مدد ہی سے کوئی کام اپنے انجام پر پہنچتا ہے۔ اللہ دیکھیے، یہ جس کو ہم خواب کہتے ہیں، ڈریم یا سپنا، اس کے بارے میں سائیکالوجی میں بہت سارے تھیریز بنائی گئی ہیں۔ جیسے فرائیڈ نے تھیری بنائی ہے، ایک</w:t>
      </w:r>
    </w:p>
    <w:p>
      <w:r>
        <w:rPr>
          <w:b/>
        </w:rPr>
        <w:t xml:space="preserve">[41:19] </w:t>
      </w:r>
      <w:r>
        <w:t>lekin Islam mein jo darja hai khwab ka, woh main batata hoon aap ko. hadith ke mutabiq Rasool Allah sal Allah alayhi wasallam ne farmaya ke mere baad nabuwat khatm ho gayi, ab koi nabi aane wala nahi. lekin khwab ki shakal mein nabuwat ka ek darja baqi</w:t>
      </w:r>
    </w:p>
    <w:p>
      <w:pPr>
        <w:jc w:val="right"/>
      </w:pPr>
      <w:r>
        <w:t>لیکن اسلام میں جو درجہ ہے خواب کا، وہ میں بتاتا ہوں آپ کو۔ حدیث کے مطابق رسول اللہ صلی اللہ علیہ وسلم نے فرمایا کہ میرے بعد نبوت ختم ہوگئی، اب کوئی نبی آنے والا نہیں۔ لیکن خواب کی شکل میں نبوت کا ایک درجہ باقی</w:t>
      </w:r>
    </w:p>
    <w:p>
      <w:r>
        <w:rPr>
          <w:b/>
        </w:rPr>
        <w:t xml:space="preserve">[41:49] </w:t>
      </w:r>
      <w:r>
        <w:t>hai. yani nabi kis ko kehte hain? nabi woh hai jiske par Allah ki taraf se revelation aaye. to direct revelation insan par aana yeh to khatm ho chuka, lekin khwab ki surat mein Khuda ki guidance phir bhi insan ke upar aati hai aur aati rahegi. to bukh</w:t>
      </w:r>
    </w:p>
    <w:p>
      <w:pPr>
        <w:jc w:val="right"/>
      </w:pPr>
      <w:r>
        <w:t>ہے۔ یعنی نبی کس کو کہتے ہیں؟ نبی وہ ہے جس کے پر خدا کی طرف سے ریولیشن آئے۔ تو ڈائریکٹ ریولیشن انسان پر آنا یہ تو ختم ہو چکا، لیکن خواب کی صورت میں خدا کی گائیڈنس پھر بھی انسان کے اوپر آتی ہے اور آتی رہے گی۔ تو بخ</w:t>
      </w:r>
    </w:p>
    <w:p>
      <w:r>
        <w:rPr>
          <w:b/>
        </w:rPr>
        <w:t xml:space="preserve">[42:19] </w:t>
      </w:r>
      <w:r>
        <w:t>ari mein ek riwayat hai ke teen qism ke khwab hote hain. al-ruya thalath khwab teen qism ke hote hain. woh hai hadith al-nafs, takhfif al-shaytan, bushra min Allah. yani apne dil ki baat ko dekh lena. shaytan ka darawa, frightening.</w:t>
      </w:r>
    </w:p>
    <w:p>
      <w:pPr>
        <w:jc w:val="right"/>
      </w:pPr>
      <w:r>
        <w:t>اری میں ایک روایت ہے کہ تین قسم کے خواب ہوتے ہیں۔ الرویا ثلاث خواب تین قسم کے ہوتے ہیں۔ وہ ہے حدیث النفس، تخفیف الشیطان، بشرا من اللہ۔ یعنی اپنے دل کی بات کو دیکھ لینا۔ شیطان کا ڈراوا، فرائٹننگ۔</w:t>
      </w:r>
    </w:p>
    <w:p>
      <w:r>
        <w:rPr>
          <w:b/>
        </w:rPr>
        <w:t xml:space="preserve">[42:50] </w:t>
      </w:r>
      <w:r>
        <w:t>aur teesri cheez hai Khuda ki taraf se bushara. bushara ka matlab hai ke Khuda ki taraf se koi sachi khabar insan ko pahunchai jaye. to main samajhta hoon ke koi bhi khwab jab aadmi dekhta hai, agar woh soche to bahut aasani se woh khud hi apne common sense ko use karke, apne common sense ko use karke jaan sakta hai ke yeh</w:t>
      </w:r>
    </w:p>
    <w:p>
      <w:pPr>
        <w:jc w:val="right"/>
      </w:pPr>
      <w:r>
        <w:t>اور تیسری چیز ہے خدا کی طرف سے بشارت۔ بشارت کا مطلب ہے کہ خدا کی طرف سے کوئی سچی خبر انسان کو پہنچائی جائے۔ تو میں سمجھتا ہوں کہ کوئی بھی خواب جب آدمی دیکھتا ہے، اگر وہ سوچے تو بہت آسانی سے وہ خود ہی اپنے کامن سینس کو یوز کر کے، اپنے کامن سینس کو یوز کر کے جان سکتا ہے کہ یہ</w:t>
      </w:r>
    </w:p>
    <w:p>
      <w:r>
        <w:rPr>
          <w:b/>
        </w:rPr>
        <w:t xml:space="preserve">[43:20] </w:t>
      </w:r>
      <w:r>
        <w:t>teen category hain khwab ki. inmein se kis category mein aata hai uska khwab. yani woh apne dil ki baat hai ke jo chahta tha wahi dekh liya, ya woh shaytan ka darawa hai, ya woh Allah ki taraf se koi sachi baat use pahunchai gayi hai. to ulama ne iske liye jo lafz istemal kiya hai, woh al-qa. yani ek hai ilham aur ek hai al-qa.</w:t>
      </w:r>
    </w:p>
    <w:p>
      <w:pPr>
        <w:jc w:val="right"/>
      </w:pPr>
      <w:r>
        <w:t>تین کیٹگری ہیں خواب کی۔ ان میں سے کس کیٹگری میں آتا ہے اس کا خواب۔ یعنی وہ اپنے دل کی بات ہے کہ جو چاہتا تھا وہی دیکھ لیا، یا وہ شیطان کا ڈراوا ہے، یا وہ اللہ کی طرف سے کوئی سچی بات اسے پہنچائی گئی ہے۔ تو علماء نے اس کے لیے جو لفظ استعمال کیا ہے، وہ القا۔ یعنی ایک ہے الہام اور ایک ہے القا۔</w:t>
      </w:r>
    </w:p>
    <w:p>
      <w:r>
        <w:rPr>
          <w:b/>
        </w:rPr>
        <w:t xml:space="preserve">[43:51] </w:t>
      </w:r>
      <w:r>
        <w:t>aap yeh keh sakte hain ke ek hai revelation, ek hai inspiration. to main bahut pehle se khwab likhta raha hoon. mere paas kai diary khwabon se bhari hui hai aur mera tajurba hai ke aksar mere khwab sache hue hain. is mission ke silsile mein bhi mere khwab ka silsila shuru hua hai bahut pehle se. yani bahut</w:t>
      </w:r>
    </w:p>
    <w:p>
      <w:pPr>
        <w:jc w:val="right"/>
      </w:pPr>
      <w:r>
        <w:t>آپ یہ کہہ سکتے ہیں کہ ایک ہے ریولیشن، ایک ہے انسپریشن۔ تو میں بہت پہلے سے خواب لکھتا رہا ہوں۔ میرے پاس کئی ڈائری خوابوں سے بھری ہوئی ہے اور میرا تجربہ ہے کہ اکثر میرے خواب سچے ہوئے ہیں۔ اس مشن کے سلسلے میں بھی میرے خواب کا سلسلہ شروع ہوا ہے بہت پہلے سے۔ یعنی بہت</w:t>
      </w:r>
    </w:p>
    <w:p>
      <w:r>
        <w:rPr>
          <w:b/>
        </w:rPr>
        <w:t xml:space="preserve">[44:21] </w:t>
      </w:r>
      <w:r>
        <w:t>pehle, azadi se pehle, jab main naujawani ki umar mein tha to main gaon mein rehta tha, UP mein. UP ke ek gaon mein us waqt maine ek khwab dekha tha, unexpectedly. abhi tak woh khwab meri vivid memory mein maujood hai. maine dekha ke khud apne ghar ke samne main khada hua</w:t>
      </w:r>
    </w:p>
    <w:p>
      <w:pPr>
        <w:jc w:val="right"/>
      </w:pPr>
      <w:r>
        <w:t>پہلے، آزادی سے پہلے، جب میں نوجوانی کی عمر میں تھا تو میں گاؤں میں رہتا تھا، یو پی میں۔ یو پی کے ایک گاؤں میں اس وقت میں نے ایک خواب دیکھا تھا، ان ایکسپیکٹڈلی۔ ابھی تک وہ خواب میری ویوڈ میموری میں موجود ہے۔ میں نے دیکھا کہ خود اپنے گھر کے سامنے میں کھڑا ہوا</w:t>
      </w:r>
    </w:p>
    <w:p>
      <w:r>
        <w:rPr>
          <w:b/>
        </w:rPr>
        <w:t xml:space="preserve">[44:51] </w:t>
      </w:r>
      <w:r>
        <w:t>hoon. mera jo ghar tha wahan gaon mein, woh kafi bada ghar tha, usmein chhat thi. to main chhat ke samne neeche khada hua hoon, chhat ke samne. to main dekhta hoon ke upar se chand utar raha hai, roshan chand upar se utar raha hai, utar raha hai, utar raha hai. ab mere dil mein yeh aata hai ke utar kar yeh kahan jayega, kahan utrega.</w:t>
      </w:r>
    </w:p>
    <w:p>
      <w:pPr>
        <w:jc w:val="right"/>
      </w:pPr>
      <w:r>
        <w:t>ہوں۔ میرا جو گھر تھا وہاں گاؤں میں، وہ کافی بڑا گھر تھا، اس میں چھت تھی۔ تو میں چھت کے سامنے نیچے کھڑا ہوا ہوں، چھت کے سامنے۔ تو میں دیکھتا ہوں کہ اوپر سے چاند اتر رہا ہے، روشن چاند اوپر سے اتر رہا ہے، اتر رہا ہے، اتر رہا ہے۔ اب میرے دل میں یہ آتا ہے کہ اتر کر یہ کہاں جائے گا، کہاں اترے گا۔</w:t>
      </w:r>
    </w:p>
    <w:p>
      <w:r>
        <w:rPr>
          <w:b/>
        </w:rPr>
        <w:t xml:space="preserve">[45:22] </w:t>
      </w:r>
      <w:r>
        <w:t>dheere dheere utar raha hai, woh utarte utarte theek meri chhat par aake utar gaya. woh isi chhat par main soya karta tha, aam taur par. yeh chand utarte utarte meri makan ki is chhat par utar gaya jahan main soya karta tha raat ko. us waqt se yeh khwab mere mind mein maujood hai aur yahi main samajhta raha hoon ke koi bada kaam Khuda ki taraf se muqad</w:t>
      </w:r>
    </w:p>
    <w:p>
      <w:pPr>
        <w:jc w:val="right"/>
      </w:pPr>
      <w:r>
        <w:t>دھیرے دھیرے اتر رہا ہے، وہ اترتے اترتے ٹھیک میری چھت پر آ کے اتر گیا۔ وہ اسی چھت پر میں سویا کرتا تھا، عام طور پر۔ یہ چاند اترتے اترتے میری مکان کی اس چھت پر اتر گیا جہاں میں سویا کرتا تھا رات کو۔ اس وقت سے یہ خواب میرے مائنڈ میں موجود ہے اور یہی میں سمجھتا رہا ہوں کہ کوئی بڑا کام خدا کی طرف سے مق</w:t>
      </w:r>
    </w:p>
    <w:p>
      <w:r>
        <w:rPr>
          <w:b/>
        </w:rPr>
        <w:t xml:space="preserve">[45:52] </w:t>
      </w:r>
      <w:r>
        <w:t>dar hai ya muqaddar tha jis ko anjam pana tha. ab main sochta hoon to main samajhta hoon ke iska matlab yahi tha ke Khuda ke Khuda ka jo deen hai, usko discover karna aur duniya ko use batana, isi ka culmination hai. yeh CPS ki team to main</w:t>
      </w:r>
    </w:p>
    <w:p>
      <w:pPr>
        <w:jc w:val="right"/>
      </w:pPr>
      <w:r>
        <w:t>در ہے یا مقدر تھا جس کو انجام پانا تھا۔ اب میں سوچتا ہوں تو میں سمجھتا ہوں کہ اس کا مطلب یہی تھا کہ خدا کے خدا کا جو دین ہے، اس کو ڈسکور کرنا اور دنیا کو اسے بتانا، اسی کا کلمینیشن ہے۔ یہ سی پی ایس کی ٹیم تو میں</w:t>
      </w:r>
    </w:p>
    <w:p>
      <w:r>
        <w:rPr>
          <w:b/>
        </w:rPr>
        <w:t xml:space="preserve">[46:22] </w:t>
      </w:r>
      <w:r>
        <w:t>samajhta hoon ke yeh jo maine khwab dekha, woh sacha khwab tha. woh na to shaytan ka darawa tha, na woh dil ki baat thi. woh ek sacha khwab tha. yeh khwab mere dil mein basa raha. iske baad bar bar aisa hua ke main bahut se tarah tarah ke khwab dekhta raha.</w:t>
      </w:r>
    </w:p>
    <w:p>
      <w:pPr>
        <w:jc w:val="right"/>
      </w:pPr>
      <w:r>
        <w:t>سمجھتا ہوں کہ یہ جو میں نے خواب دیکھا، وہ سچا خواب تھا۔ وہ نہ تو شیطان کا ڈراوا تھا، نہ وہ دل کی بات تھی۔ وہ ایک سچا خواب تھا۔ یہ خواب میرے دل میں بسا رہا۔ اس کے بعد بار بار ایسا ہوا کہ میں بہت سے طرح طرح کے خواب دیکھتا رہا۔</w:t>
      </w:r>
    </w:p>
    <w:p>
      <w:r>
        <w:rPr>
          <w:b/>
        </w:rPr>
        <w:t xml:space="preserve">[46:54] </w:t>
      </w:r>
      <w:r>
        <w:t>maine bahut se kaam kiye ghar walon ke taqaze se. ghar wale chahte the ke main business karoon. kai business maine kiye, woh sab fail ho gaya. gaon wale, mere ghar wale chahte the ke main koi service karoon. kai service ki bhi koshish ki, usmein fail ho gaya. main mere ghar wala chahta tha ke main agriculture farm chalau, uski bhi koshish ki, usmein fail ho gaya. main meri zindagi</w:t>
      </w:r>
    </w:p>
    <w:p>
      <w:pPr>
        <w:jc w:val="right"/>
      </w:pPr>
      <w:r>
        <w:t>میں نے بہت سے کام کیے گھر والوں کے تقاضے سے۔ گھر والے چاہتے تھے کہ میں بزنس کروں۔ کئی بزنس میں نے کیے، وہ سب فیل ہو گیا۔ گاؤں والے، میرے گھر والے چاہتے تھے کہ میں کوئی سروس کروں۔ کئی سروس کی بھی کوشش کی، اس میں فیل ہو گیا۔ میں میرے گھر والا چاہتا تھا کہ میں ایگریکلچر فارم چلاؤں، اس کی بھی کوشش کی، اس میں فیل ہو گیا۔ میں میری زندگی</w:t>
      </w:r>
    </w:p>
    <w:p>
      <w:r>
        <w:rPr>
          <w:b/>
        </w:rPr>
        <w:t xml:space="preserve">[47:25] </w:t>
      </w:r>
      <w:r>
        <w:t>nakamiyon ki ek kahani hai. fail, fail, fail, fail, fail. aaj main sochta hoon ke main kyun fail hota raha. to mujhe aisa lagta hai ke main seedha jo rasta tha CPS tak pahunche ka, us se bar bar main deviate hota raha. kabhi kisi business ki taraf, kabhi kisi service ki taraf</w:t>
      </w:r>
    </w:p>
    <w:p>
      <w:pPr>
        <w:jc w:val="right"/>
      </w:pPr>
      <w:r>
        <w:t>ناکامیوں کی ایک کہانی ہے۔ فیل، فیل، فیل، فیل، فیل۔ آج میں سوچتا ہوں کہ میں کیوں فیل ہوتا رہا۔ تو مجھے ایسا لگتا ہے کہ میں سیدھا جو راستہ تھا سی پی ایس تک پہنچنے کا، اس سے بار بار میں ڈیویٹ ہوتا رہا۔ کبھی کسی بزنس کی طرف، کبھی کسی سروس کی طرف</w:t>
      </w:r>
    </w:p>
    <w:p>
      <w:r>
        <w:rPr>
          <w:b/>
        </w:rPr>
        <w:t xml:space="preserve">[47:56] </w:t>
      </w:r>
      <w:r>
        <w:t>kabhi kisi aur cheez ki taraf. aur agar aap ne kabhi gaon mein dekha hoga, bachche ek gharoodah banate hain lakri ke tukdon ka. is ko kabhi koi aata hai, is ko thokkar maar deta hai. mujhe aisa lagta lagta tha, lagta hai ke maine jitne bhi gharooday banaye, woh sab Khuda ne thokkar maar ke gira di. yeh lambi kahani hai ke kitne</w:t>
      </w:r>
    </w:p>
    <w:p>
      <w:pPr>
        <w:jc w:val="right"/>
      </w:pPr>
      <w:r>
        <w:t>، کبھی کسی اور چیز کی طرف۔ اور اگر آپ نے کبھی گاؤں میں دیکھا ہوگا، بچے ایک گھرودہ بناتے ہیں لکڑی کے ٹکڑوں کا۔ اس کو کبھی کوئی آتا ہے، اس کو ٹھوکر مار دیتا ہے۔ مجھے ایسا لگتا لگتا تھا، لگتا ہے کہ میں نے جتنے بھی گھرودے بنائے، وہ سب خدا نے ٹھوکر مار کے گرا دیے۔ یہ لمبی کہانی ہے کہ کتنے</w:t>
      </w:r>
    </w:p>
    <w:p>
      <w:r>
        <w:rPr>
          <w:b/>
        </w:rPr>
        <w:t xml:space="preserve">[48:26] </w:t>
      </w:r>
      <w:r>
        <w:t>saare gharooday mere thokkar maar ke giraye jate rahe taake mera safar aage ki taraf badhta rahe. jahan jahan maine padao dalna chaha, wahan wahan koi rukawat khadi ho gayi. bahut ajeeb o ghareeb tareeqay se rukawat. ek martaba ek service thi Gorakhpur mein, main wahan gaya. is service</w:t>
      </w:r>
    </w:p>
    <w:p>
      <w:pPr>
        <w:jc w:val="right"/>
      </w:pPr>
      <w:r>
        <w:t>سارے گھرودے میرے ٹھوکر مار کے گرائے جاتے رہے تاکہ میرا سفر آگے کی طرف بڑھتا رہے۔ جہاں جہاں میں نے پڑاؤ ڈالنا چاہا، وہاں وہاں کوئی رکاوٹ کھڑی ہو گئی۔ بہت عجیب و غریب طریقے سے رکاوٹ۔ ایک مرتبہ ایک سروس تھی گورکھپور میں، میں وہاں گیا۔ اس سروس</w:t>
      </w:r>
    </w:p>
    <w:p>
      <w:r>
        <w:rPr>
          <w:b/>
        </w:rPr>
        <w:t xml:space="preserve">[48:56] </w:t>
      </w:r>
      <w:r>
        <w:t>ka milna mere liye yaqini tha. yeh second world war ke zamanay ki baat hai jab ladai ho rahi thi. government supervisor recruit kar rahi thi. bahut aasani se woh le lete the. is zamanay mein temporary service thi, lekin bahut aasani se woh is mein le liya jata tha. aadmi supervisor to bahut bade afsar the. ek Gorakhpur mein un ka naam tha Mr. Afaq. to main wahan gaya un</w:t>
      </w:r>
    </w:p>
    <w:p>
      <w:pPr>
        <w:jc w:val="right"/>
      </w:pPr>
      <w:r>
        <w:t>کا ملنا میرے لیے یقینی تھا۔ یہ سیکنڈ ورلڈ وار کے زمانے کی بات ہے جب لڑائی ہو رہی تھی۔ گورنمنٹ سپروائزر ریکروٹ کر رہی تھی۔ بہت آسانی سے وہ لے لیتے تھے۔ اس زمانے میں ٹیمپریری سروس تھی، لیکن بہت آسانی سے وہ اس میں لے لیا جاتا تھا۔ آدمی سپروائزر تو بہت بڑے افسر تھے۔ ایک گورکھپور میں ان کا نام تھا مسٹر افاق۔ تو میں وہاں گیا ان</w:t>
      </w:r>
    </w:p>
    <w:p>
      <w:r>
        <w:rPr>
          <w:b/>
        </w:rPr>
        <w:t xml:space="preserve">[49:27] </w:t>
      </w:r>
      <w:r>
        <w:t>ki sifarish le kar. kai din jata raha to mera selection nahi hua. aakhir mein Afaq sahib ne ek bahut pur zor khat likha, jo wahan ke bahut bade afsar the. Gorakhpur mein is ka ek sentence mujhe ab tak yaad hai. unhon ne likha tha ke "I hope you will take him in today, I hope</w:t>
      </w:r>
    </w:p>
    <w:p>
      <w:pPr>
        <w:jc w:val="right"/>
      </w:pPr>
      <w:r>
        <w:t>کی سفارش لے کر۔ کئی دن جاتا رہا تو میرا سلیکشن نہیں ہوا۔ آخر میں افاق صاحب نے ایک بہت پرزور خط لکھا، جو وہاں کے بہت بڑے افسر تھے۔ گورکھپور میں اس کا ایک سینٹنس مجھے اب تک یاد ہے۔ انہوں نے لکھا تھا کہ "آئی ہوپ یو ویل ٹیک ہم ان ٹوڈے، آئی ہوپ</w:t>
      </w:r>
    </w:p>
    <w:p>
      <w:r>
        <w:rPr>
          <w:b/>
        </w:rPr>
        <w:t xml:space="preserve">[49:57] </w:t>
      </w:r>
      <w:r>
        <w:t>you will take him in today". main bahut khush khush gaya is khat ko le kar is aadmi ke paas, jo Afaq sahib ke muqablay mein bahut hi choti service ka aadmi tha. woh lekin is ke bawajood us ne mujhe nahi liya aur mujhe lotna pada. isi Dilli mein aazadi se pehle mere bhai, jo Iqbal Ahmed Sohail un ka naam tha, woh Dr. Zakir Hussain</w:t>
      </w:r>
    </w:p>
    <w:p>
      <w:pPr>
        <w:jc w:val="right"/>
      </w:pPr>
      <w:r>
        <w:t>یو ویل ٹیک ہم ان ٹوڈے"۔ میں بہت خوش خوش گیا اس خط کو لے کر اس آدمی کے پاس، جو افاق صاحب کے مقابلے میں بہت ہی چھوٹی سروس کا آدمی تھا۔ وہ لیکن اس کے باوجود اس نے مجھے نہیں لیا اور مجھے لوٹنا پڑا۔ اسی دلی میں آزادی سے پہلے میرے بھائی، جو اقبال احمد سہیل ان کا نام تھا، وہ ڈاکٹر ذاکر حسین</w:t>
      </w:r>
    </w:p>
    <w:p>
      <w:r>
        <w:rPr>
          <w:b/>
        </w:rPr>
        <w:t xml:space="preserve">[50:28] </w:t>
      </w:r>
      <w:r>
        <w:t>ke bahut qareebi dost the. jis zamanay mein Zakir sahib Jamia ke Vice Chancellor the, us waqt Jamia de-recognized nahi hui thi. bahut aasani se dakhla ho jata tha. to mere bhai ne ek bahut hi lamba khat likha ke mere baray mein ke wahan par aap admission le lein. woh khat le kar aaya. main</w:t>
      </w:r>
    </w:p>
    <w:p>
      <w:pPr>
        <w:jc w:val="right"/>
      </w:pPr>
      <w:r>
        <w:t>کے بہت قریبی دوست تھے۔ جس زمانے میں ذاکر صاحب جامعہ کے وائس چانسلر تھے، اس وقت جامعہ ڈیکنائز نہیں ہوئی تھی۔ بہت آسانی سے داخلہ ہو جاتا تھا۔ تو میرے بھائی نے ایک بہت ہی لمبا خط لکھا کہ میرے بارے میں کہ وہاں پر آپ ایڈمیشن لے لیں۔ وہ خط لے کر آیا۔ میں</w:t>
      </w:r>
    </w:p>
    <w:p>
      <w:r>
        <w:rPr>
          <w:b/>
        </w:rPr>
        <w:t xml:space="preserve">[50:58] </w:t>
      </w:r>
      <w:r>
        <w:t>aap agar kisi se, aap agar in logon se poochein jo kabhi mile hain Dr. Zakir Hussain se, har ek invariably yeh kehta hai ke Zakir sahib kabhi kisi ko inkar nahi karte the. insaniyat ka paikar the. insaan ki khidmat karna hi un ka sab se bada mazhab tha. apni zindagi mein shayad pehli baar unhon ne mere khat ko turn down kar diya. is zamanay mein admission Jamia mein</w:t>
      </w:r>
    </w:p>
    <w:p>
      <w:pPr>
        <w:jc w:val="right"/>
      </w:pPr>
      <w:r>
        <w:t>آپ اگر کسی سے، آپ اگر ان لوگوں سے پوچھیں جو کبھی ملے ہیں ڈاکٹر ذاکر حسین سے، ہر ایک ان ویریبلی یہ کہتا ہے کہ ذاکر صاحب کبھی کسی کو انکار نہیں کرتے تھے۔ انسانیت کا پیکر تھے۔ انسان کی خدمت کرنا ہی ان کا سب سے بڑا مذہب تھا۔ اپنی زندگی میں شاید پہلی بار انہوں نے میرے خط کو ٹرن ڈاؤن کر دیا۔ اس زمانے میں ایڈمیشن جامعہ میں</w:t>
      </w:r>
    </w:p>
    <w:p>
      <w:r>
        <w:rPr>
          <w:b/>
        </w:rPr>
        <w:t xml:space="preserve">[51:29] </w:t>
      </w:r>
      <w:r>
        <w:t>bahut hi aasan tha kyunke woh koi government se recognized idara nahi tha. woh to ek aise hi tha. aur mere hi area ke do aadmi, Abdul Rehman Islahi aur Abdul Latif aadmi, isi kaam ke liye gaye the. meri bhi qualification theek wahi thi jo un logon ki thi. un ko le liya unhon ne aur mujhe nahi liya. bahut din tak main sochta raha.</w:t>
      </w:r>
    </w:p>
    <w:p>
      <w:pPr>
        <w:jc w:val="right"/>
      </w:pPr>
      <w:r>
        <w:t>بہت ہی آسان تھا کیونکہ وہ کوئی گورنمنٹ سے ریکگنائز ادارہ نہیں تھا۔ وہ تو ایک ایسے ہی تھا۔ اور میرے ہی ایریا کے دو آدمی، عبدالرحمن اصلاحی اور عبداللطیف آدمی، اسی کام کے لیے گئے تھے۔ میری بھی کوالیفیکیشن ٹھیک وہی تھی جو ان لوگوں کی تھی۔ ان کو لے لیا انہوں نے اور مجھے نہیں لیا۔ بہت دن تک میں سوچتا رہا۔</w:t>
      </w:r>
    </w:p>
    <w:p>
      <w:r>
        <w:rPr>
          <w:b/>
        </w:rPr>
        <w:t xml:space="preserve">[52:00] </w:t>
      </w:r>
      <w:r>
        <w:t>ab main samajhta hoon, agar unhon ne le liya hota, agar main BA, MA kar leta to yaqeenan main kisi college mein, university mein lag jata aur phir meri zindagi ka rukh bilkul doosra hota. bilkul doosra hota. is tarah ki lambi kahani hai. hote hote, hote, hote, aakhir mein 1900, 1974 mein</w:t>
      </w:r>
    </w:p>
    <w:p>
      <w:pPr>
        <w:jc w:val="right"/>
      </w:pPr>
      <w:r>
        <w:t>اب میں سمجھتا ہوں، اگر انہوں نے لے لیا ہوتا، اگر میں بی اے، ایم اے کر لیتا تو یقینا میں کسی کالج میں، یونیورسٹی میں لگ جاتا اور پھر میری زندگی کا رخ بالکل دوسرا ہوتا۔ بالکل دوسرا ہوتا۔ اس طرح کی لمبی کہانی ہے۔ ہوتے ہوتے، ہوتے، ہوتے، آخر میں 1900، 1974 میں</w:t>
      </w:r>
    </w:p>
    <w:p>
      <w:r>
        <w:rPr>
          <w:b/>
        </w:rPr>
        <w:t xml:space="preserve">[52:30] </w:t>
      </w:r>
      <w:r>
        <w:t>maine tay kiya ke main ek magazine nikalun, monthly magazine. to mujhe yaad hai ke jis se bhi maine poocha, har ek ne kaha ke nahi, nahi, nahi, nahi, nahi. ek Mr. Tanveer the, kisi Dilli mein, un se maine kaha. unhon ne kaha ke aap ka magazine kabhi nahi chalega. unhon ne kaha ke aap jo likhenge, is mein</w:t>
      </w:r>
    </w:p>
    <w:p>
      <w:pPr>
        <w:jc w:val="right"/>
      </w:pPr>
      <w:r>
        <w:t>میں نے طے کیا کہ میں ایک میگزین نکالوں، منتھلی میگزین۔ تو مجھے یاد ہے کہ جس سے بھی میں نے پوچھا، ہر ایک نے کہا کہ نہیں، نہیں، نہیں، نہیں، نہیں۔ ایک مسٹر تنویر تھے، کسی دلی میں، ان سے میں نے کہا۔ انہوں نے کہا کہ آپ کا میگزین کبھی نہیں چلے گا۔ انہوں نے کہا کہ آپ جو لکھیں گے، اس میں</w:t>
      </w:r>
    </w:p>
    <w:p>
      <w:r>
        <w:rPr>
          <w:b/>
        </w:rPr>
        <w:t xml:space="preserve">[53:01] </w:t>
      </w:r>
      <w:r>
        <w:t>main janta hoon ke aap kya likhenge. aap suggestive andaaz mein likhenge. aaj ka insaan informative cheezein parhna chahta hai, suggestive cheez parhne ki us ko time nahi hai. to aap mat parcha nikaliye. isi Nizamuddin mein ek sahib rehte the, nayi duniya ka jo parcha nikalta hai. Shahi Siddiq sahib ke walid,</w:t>
      </w:r>
    </w:p>
    <w:p>
      <w:pPr>
        <w:jc w:val="right"/>
      </w:pPr>
      <w:r>
        <w:t>میں جانتا ہوں کہ آپ کیا لکھیں گے۔ آپ سجیسٹو انداز میں لکھیں گے۔ آج کا انسان انفارمیٹیو چیزیں پڑھنا چاہتا ہے، سجیسٹو چیز پڑھنے کی اس کو ٹائم نہیں ہے۔ تو آپ مت پرچہ نکالیے۔ اسی نظام الدین میں ایک صاحب رہتے تھے، نئی دنیا کا جو پرچہ نکلتا ہے۔ شاہی صدیق صاحب کے والد،</w:t>
      </w:r>
    </w:p>
    <w:p>
      <w:r>
        <w:rPr>
          <w:b/>
        </w:rPr>
        <w:t xml:space="preserve">[53:31] </w:t>
      </w:r>
      <w:r>
        <w:t>ab un ka inteqal ho chuka hai. Nizamuddin East mein rehte the. woh un ke paas main gaya ke main ek magazine nikalna chahta hoon. kya rai hai aap ki? woh bimar the us waqt. uth kar baith gaye. nahi, nahi, nahi, nahi, nahi, kabhi mat nikaliye. kabhi nahi parcha chalega aap ka. mere bahut qareebi dost woh the, janne wale Maulana Taqi, Maulana Taqi Usmani</w:t>
      </w:r>
    </w:p>
    <w:p>
      <w:pPr>
        <w:jc w:val="right"/>
      </w:pPr>
      <w:r>
        <w:t>اب ان کا انتقال ہو چکا ہے۔ نظام الدین ایسٹ میں رہتے تھے۔ وہ ان کے پاس میں گیا کہ میں ایک میگزین نکالنا چاہتا ہوں۔ کیا رائے ہے آپ کی؟ وہ بیمار تھے اس وقت۔ اٹھ کر بیٹھ گئے۔ نہیں، نہیں، نہیں، نہیں، نہیں، کبھی مت نکالیے۔ کبھی نہیں پرچہ چلے گا آپ کا۔ میرے بہت قریبی دوست وہ تھے، جاننے والے مولانا تقی، مولانا تقی عثمانی</w:t>
      </w:r>
    </w:p>
    <w:p>
      <w:r>
        <w:rPr>
          <w:b/>
        </w:rPr>
        <w:t xml:space="preserve">[54:03] </w:t>
      </w:r>
      <w:r>
        <w:t>, Maulana Taqi Amini, jo Aligarh mein Nazim Deeniyat the. unhon ne baat hui to kaha, nahi, nahi, kabhi bhi nahi. gharaaz yeh ke jis se maine baat ki, har ek ne mukhalifat ki. aakhir mein maine socha ke ab main ab ek hi reh gaya rasta mera ke khud Khuda se poochun. insaan se poocha. insaan ne kaha ke nahi. to maine socha ke ab Khuda se poochun. to maine istikhare ki namaz padhi</w:t>
      </w:r>
    </w:p>
    <w:p>
      <w:pPr>
        <w:jc w:val="right"/>
      </w:pPr>
      <w:r>
        <w:t>، مولانا تقی امینی، جو علی گڑھ میں ناظم دینیات تھے۔ انہوں نے بات ہوئی تو کہا، نہیں، نہیں، کبھی بھی نہیں۔ غرض یہ کہ جس سے میں نے بات کی، ہر ایک نے مخالفت کی۔ آخر میں میں نے سوچا کہ اب میں اب ایک ہی رہ گیا راستہ میرا کہ خود خدا سے پوچھوں۔ انسان سے پوچھا۔ انسان نے کہا کہ نہیں۔ تو میں نے سوچا کہ اب خدا سے پوچھوں۔ تو میں نے استخارے کی نماز پڑھی</w:t>
      </w:r>
    </w:p>
    <w:p>
      <w:r>
        <w:rPr>
          <w:b/>
        </w:rPr>
        <w:t xml:space="preserve">[54:33] </w:t>
      </w:r>
      <w:r>
        <w:t>. aap jante hain ke Bukhari mein istikhare ka bataya gaya hai, jis ko kehte hain Salat al-Istikhara. yaani namaz padh kar Allah Ta'ala se dua karna ke is mein meri rehnumai farmaye. to kya hua? main ne shaam ko Isha ke baad do rakat sath istikhara padhi aur so gaya. raat ko maine khwab dekha,</w:t>
      </w:r>
    </w:p>
    <w:p>
      <w:pPr>
        <w:jc w:val="right"/>
      </w:pPr>
      <w:r>
        <w:t>۔ آپ جانتے ہیں کہ بخاری میں استخارے کا بتایا گیا ہے، جس کو کہتے ہیں صلاۃ الاستخارہ۔ یعنی نماز پڑھ کر اللہ تعالی سے دعا کرنا کہ اس میں میری رہنمائی فرمائے۔ تو کیا ہوا؟ میں نے شام کو عشاء کے بعد دو رکعت ساتھ استخارہ پڑھی اور سو گیا۔ رات کو میں نے خواب دیکھا،</w:t>
      </w:r>
    </w:p>
    <w:p>
      <w:r>
        <w:rPr>
          <w:b/>
        </w:rPr>
        <w:t xml:space="preserve">[55:03] </w:t>
      </w:r>
      <w:r>
        <w:t>bahut hi clear khwab. aaj bhi mujhe woh khwab yaad hai. mere khwab jo sankaron ya shayad hazaron bhi hon, sab dairiyon mein tareekh ke sath likhe hue hain. yeh khwab bhi jo bata raha hoon aap ko, yeh date ke sath likha hua hai. to maine dekha ke main ek gaaye khadi hui hai. dehati zuban mein ise kehte hain thath gaaye, yaani sokhi gaaye. sokhi gaaye ka matlab yeh hota hai ke is ka</w:t>
      </w:r>
    </w:p>
    <w:p>
      <w:pPr>
        <w:jc w:val="right"/>
      </w:pPr>
      <w:r>
        <w:t>بہت ہی کلیئر خواب۔ آج بھی مجھے وہ خواب یاد ہے۔ میرے خواب جو سینکڑوں یا شاید ہزاروں بھی ہوں، سب ڈائریوں میں تاریخ کے ساتھ لکھے ہوئے ہیں۔ یہ خواب بھی جو بتا رہا ہوں آپ کو، یہ ڈیٹ کے ساتھ لکھا ہوا ہے۔ تو میں نے دیکھا کہ میں ایک گائے کھڑی ہوئی ہے۔ دیہاتی زبان میں اسے کہتے ہیں ٹھاٹ گائے، یعنی سوکھی گائے۔ سوکھی گائے کا مطلب یہ ہوتا ہے کہ اس کا</w:t>
      </w:r>
    </w:p>
    <w:p>
      <w:r>
        <w:rPr>
          <w:b/>
        </w:rPr>
        <w:t xml:space="preserve">[55:34] </w:t>
      </w:r>
      <w:r>
        <w:t>than sookh gaya, is ka bachcha nahi hai. ab is se doodh milna bilkul impossible hai. jis ko kehte hain sokhi gaaye. to ek sokhi gaaye hai, is se main doodh nikalne ja raha hoon. ek balti maine liya, balti le kar is ke than ke neeche balti rakhi aur apna haath is ke than ke paas le gaya ke balti</w:t>
      </w:r>
    </w:p>
    <w:p>
      <w:pPr>
        <w:jc w:val="right"/>
      </w:pPr>
      <w:r>
        <w:t>تھن خشک ہو گیا، اس کا بچہ نہیں ہے۔ اب اس سے دودھ ملنا بالکل امپاسیبل ہے۔ جس کو کہتے ہیں سوکھی گائے۔ تو ایک سوکھی گائے ہے، اس سے میں دودھ نکالنے جا رہا ہوں۔ ایک بالٹی میں نے لیا، بالٹی لے کر اس کے تھن کے نیچے بالٹی رکھی اور اپنا ہاتھ اس کے تھن کے پاس لے گیا کہ بالٹی</w:t>
      </w:r>
    </w:p>
    <w:p>
      <w:r>
        <w:rPr>
          <w:b/>
        </w:rPr>
        <w:t xml:space="preserve">[56:05] </w:t>
      </w:r>
      <w:r>
        <w:t>doodh nikalun. to mere is paas kai log khade hue the, woh log hans rahe the ke dekho is bewakoof aadmi ko, sokhi gaaye mein yeh doodh nikalne ja rahe hain. woh log mera mazak uda rahe the. kehte hain reticulate karna. woh reticulate kar rahe the ke dekho in ko, sokhi gaaye hai, is mein yeh doodh nikalne ja rahe hain. lekin main in logon ki baaton ki parwah nahi karta hoon ke khwab mein aisa hua aur bas main apne</w:t>
      </w:r>
    </w:p>
    <w:p>
      <w:pPr>
        <w:jc w:val="right"/>
      </w:pPr>
      <w:r>
        <w:t>دودھ نکالوں۔ تو میرے اس پاس کئی لوگ کھڑے ہوئے تھے، وہ لوگ ہنس رہے تھے کہ دیکھو اس بیوقوف آدمی کو، سوکھی گائے میں یہ دودھ نکالنے جا رہے ہیں۔ وہ لوگ میرا مذاق اڑا رہے تھے۔ کہتے ہیں ریٹیکول کرنا۔ وہ ریٹیکول کر رہے تھے کہ دیکھو ان کو، سوکھی گائے ہے، اس میں یہ دودھ نکالنے جا رہے ہیں۔ لیکن میں ان لوگوں کی باتوں کی پرواہ نہیں کرتا ہوں کہ خواب میں ایسا ہوا اور بس میں اپنے</w:t>
      </w:r>
    </w:p>
    <w:p>
      <w:r>
        <w:rPr>
          <w:b/>
        </w:rPr>
        <w:t xml:space="preserve">[56:36] </w:t>
      </w:r>
      <w:r>
        <w:t>haath se is ka than se doodh nikalne lagta hoon. is ke baad ek trickle hota hai. trickle yaani doodh nikalne lagta hai. itna doodh nikalta hai ke balti bhar jati hai aur bhar kar ke doodh zameen par behne lagta hai. jab</w:t>
      </w:r>
    </w:p>
    <w:p>
      <w:pPr>
        <w:jc w:val="right"/>
      </w:pPr>
      <w:r>
        <w:t>ہاتھ سے اس کا تھن سے دودھ نکالنے لگتا ہوں۔ اس کے بعد ایک بریکل ہوتا ہے۔ بریکل یعنی دودھ نکلنے لگتا ہے۔ اتنا دودھ نکلتا ہے کہ بالٹی بھر جاتی ہے اور بھر کر کے دودھ زمین پر بہنے لگتا ہے۔ جب</w:t>
      </w:r>
    </w:p>
    <w:p>
      <w:r>
        <w:rPr>
          <w:b/>
        </w:rPr>
        <w:t xml:space="preserve">[57:06] </w:t>
      </w:r>
      <w:r>
        <w:t>aisa hua to maine samajh liya ke Allah Ta'ala ko manzoor hai ke main apna magazine nikalun. chunancha magazine nikala 1975 mein aur masha Allah aaj tak intehai regular tareeqay pe nikal raha hai. woh abhi bhi yeh log poochte hain ke aap ko jo log na jante hon ke aaj parcha nikal raha hai. main sochta hoon ke log kitna kam jante hain</w:t>
      </w:r>
    </w:p>
    <w:p>
      <w:pPr>
        <w:jc w:val="right"/>
      </w:pPr>
      <w:r>
        <w:t>ایسا ہوا تو میں نے سمجھ لیا کہ اللہ تعالی کو منظور ہے کہ میں اپنا میگزین نکالوں۔ چنانچہ میگزین نکالا 1975 میں اور ماشاءاللہ آج تک انتہائی ریگولر طریقے پہ نکل رہا ہے۔ وہ ابھی بھی یہ لوگ پوچھتے ہیں کہ آپ کو جو لوگ نہ جانتے ہوں کہ آج پرچہ نکل رہا ہے۔ میں سوچتا ہوں کہ لوگ کتنا کم جانتے ہیں</w:t>
      </w:r>
    </w:p>
    <w:p>
      <w:r>
        <w:rPr>
          <w:b/>
        </w:rPr>
        <w:t xml:space="preserve">[57:36] </w:t>
      </w:r>
      <w:r>
        <w:t>baaton ko. 1975 se bilkul regular tareeqay parcha nikal raha hai. likhne ka kaam to main karta hoon lekin jo chhapna waghera jo sara kaam hai, woh hamare bete Mr. Science Man ka karmana hai. kyunke main daftarri kaam nahi kar sakta lekin Dr. Science Man ne is sare kaam ko masha Allah bahut achhe tareeqay se anjam diya aur aaj tak woh anjam de rahe hain. is ko</w:t>
      </w:r>
    </w:p>
    <w:p>
      <w:pPr>
        <w:jc w:val="right"/>
      </w:pPr>
      <w:r>
        <w:t>باتوں کو۔ 1975 سے بالکل ریگولر طریقے پرچہ نکل رہا ہے۔ لکھنے کا کام تو میں کرتا ہوں لیکن جو چھاپنا وغیرہ جو سارا کام ہے، وہ ہمارے بیٹے مسٹر سائنس مین کا کارنامہ ہے۔ کیونکہ میں دفتری کام نہیں کر سکتا لیکن ڈاکٹر سائنس مین نے اس سارے کام کو ماشاءاللہ بہت اچھے طریقے سے انجام دیا اور آج تک وہ انجام دے رہے ہیں۔ اس کو</w:t>
      </w:r>
    </w:p>
    <w:p>
      <w:r>
        <w:rPr>
          <w:b/>
        </w:rPr>
        <w:t xml:space="preserve">[58:06] </w:t>
      </w:r>
      <w:r>
        <w:t>yeh parcha jis ko log kehte the ke chal nahi sakta, itna badha, itna badha ke hamare jo mukhalif hain, woh bhi chhap chhap ke padhte hain. is ko ek mashhoor jamaat hai, badi jamaat, is ke log hamare mukhalif hain. woh khud kai parche nikalte hain. to un ke parchon ke jo leader sahiban hain, un ki ek meeting hui Dilli mein</w:t>
      </w:r>
    </w:p>
    <w:p>
      <w:pPr>
        <w:jc w:val="right"/>
      </w:pPr>
      <w:r>
        <w:t>یہ پرچہ جس کو لوگ کہتے تھے کہ چل نہیں سکتا، اتنا بڑھا، اتنا بڑھا کہ ہمارے جو مخالف ہیں، وہ بھی چھپ چھپ کے پڑھتے ہیں۔ اس کو ایک مشہور جماعت ہے، بڑی جماعت، اس کے لوگ ہمارے مخالف ہیں۔ وہ خود کئی پرچے نکالتے ہیں۔ تو ان کے پرچوں کے جو لیڈر صاحبان ہیں، ان کی ایک میٹنگ ہوئی دلی میں</w:t>
      </w:r>
    </w:p>
    <w:p>
      <w:r>
        <w:rPr>
          <w:b/>
        </w:rPr>
        <w:t xml:space="preserve">[58:36] </w:t>
      </w:r>
      <w:r>
        <w:t>to wahan par un ke jo secretary general the, jamaat ke maujood the. ek editor sahib ne kaha ke dekha, dekhiye, hum jo parche nikalte hain to logon ka haal yeh hai ke Al-Risala, hamare magazine ka naam hai Al-Risala, ke dak mein agar Risala aata hai to sab se pehle woh Risala padhte hain aur hamara magazine baad ko padhte hain. to secretary sahib ne hans kar kaha ke bhai, readable matter to Ris</w:t>
      </w:r>
    </w:p>
    <w:p>
      <w:pPr>
        <w:jc w:val="right"/>
      </w:pPr>
      <w:r>
        <w:t>تو وہاں پر ان کے جو سیکرٹری جنرل تھے، جماعت کے موجود تھے۔ ایک ایڈیٹر صاحب نے کہا کہ دیکھا، دیکھیے، ہم جو پرچے نکالتے ہیں تو لوگوں کا حال یہ ہے کہ الرسالہ، ہمارے میگزین کا نام ہے الرسالہ، کہ ڈاک میں اگر رسالہ آتا ہے تو سب سے پہلے وہ رسالہ پڑھتے ہیں اور ہمارا میگزین بعد کو پڑھتے ہیں۔ تو سیکرٹری صاحب نے ہنس کر کہا کہ بھائی، ریڈیبل میٹر تو رس</w:t>
      </w:r>
    </w:p>
    <w:p>
      <w:r>
        <w:rPr>
          <w:b/>
        </w:rPr>
        <w:t xml:space="preserve">[59:06] </w:t>
      </w:r>
      <w:r>
        <w:t>ala mein hota hai. main Pakistan gaya to wahan par kuch mazhabi parchon ke editor sahiban the maujood. main ne un se poocha ke Pakistan mein kaun sa Islami parcha hai jo har circle mein parha jata hai? yeh Lahore mein tha us waqt main to ek sahib ne kaha ke</w:t>
      </w:r>
    </w:p>
    <w:p>
      <w:pPr>
        <w:jc w:val="right"/>
      </w:pPr>
      <w:r>
        <w:t>الے میں ہوتا ہے۔ میں پاکستان گیا تو وہاں پر کچھ مذہبی پرچوں کے ایڈیٹر صاحبان تھے موجود۔ میں نے ان سے پوچھا کہ پاکستان میں کون سا اسلامی پرچہ ہے جو ہر سرکل میں پڑھا جاتا ہے؟ یہ لاہور میں تھا اس وقت میں تو ایک صاحب نے کہا کہ</w:t>
      </w:r>
    </w:p>
    <w:p>
      <w:r>
        <w:rPr>
          <w:b/>
        </w:rPr>
        <w:t xml:space="preserve">[59:36] </w:t>
      </w:r>
      <w:r>
        <w:t>Pakistan mein to koi aisa parcha nahi hai jo har circle mein parha jata ho. agar hoga to woh Risala hi hoga. aur yeh anokhi baat hai ke hamara magazine Al-Risala jo Dilli se nikalta hai, woh baqayda taur par Pakistan se reprint hota hai. jabke sari duniya janti hai ke main Pakistan ka mukhalif hoon, partition ka mukhalif hoon. Pakistan ka nahi, partition ka. main partition</w:t>
      </w:r>
    </w:p>
    <w:p>
      <w:pPr>
        <w:jc w:val="right"/>
      </w:pPr>
      <w:r>
        <w:t>پاکستان میں تو کوئی ایسا پرچہ نہیں ہے جو ہر سرکل میں پڑھا جاتا ہو۔ اگر ہوگا تو وہ رسالہ ہی ہوگا۔ اور یہ انوکھی بات ہے کہ ہمارا میگزین الرسالہ جو دلی سے نکلتا ہے، وہ باقاعدہ طور پر پاکستان سے ری پرنٹ ہوتا ہے۔ جبکہ ساری دنیا جانتی ہے کہ میں پاکستان کا مخالف ہوں، پارٹیشن کا مخالف ہوں۔ پاکستان کا نہیں، پارٹیشن کا۔ میں پارٹیشن</w:t>
      </w:r>
    </w:p>
    <w:p>
      <w:r>
        <w:rPr>
          <w:b/>
        </w:rPr>
        <w:t xml:space="preserve">[1:00:06] </w:t>
      </w:r>
      <w:r>
        <w:t>ka mukhalif hoon. main Mr. Muhammad Ali Jinnah ke khilaf maine likha hai, likhta rehta hoon. Allama Iqbal ke khilaf likhta rehta hoon. yahi log is ke founder hain. main wahan jab gaya tha to ek akhbar mein maine dekha ke teen tasveerein lagi hui hain akhbar mein, ek ek page par Iqbal ki, Jinnah sahib ki, aur Liaquat Ali Khan ki. is pe neeche likha hua hai: "He</w:t>
      </w:r>
    </w:p>
    <w:p>
      <w:pPr>
        <w:jc w:val="right"/>
      </w:pPr>
      <w:r>
        <w:t>کا مخالف ہوں۔ میں مسٹر محمد علی جناح کے خلاف میں نے لکھا ہے، لکھتا رہتا ہوں۔ علامہ اقبال کے خلاف لکھتا رہتا ہوں۔ یہی لوگ اس کے فاؤنڈر ہیں۔ میں وہاں جب گیا تھا تو ایک اخبار میں میں نے دیکھا کہ تین تصویریں لگی ہوئی ہیں اخبار میں، ایک ایک پیج پر اقبال کی، جناح صاحب کی، اور لیاقت علی خان کی۔ اس پہ نیچے لکھا ہوا ہے: "ہی</w:t>
      </w:r>
    </w:p>
    <w:p>
      <w:r>
        <w:rPr>
          <w:b/>
        </w:rPr>
        <w:t xml:space="preserve">[1:00:36] </w:t>
      </w:r>
      <w:r>
        <w:t>thaat, he faat, he sacrificed" ye teen gawah mmaar hain pakistan ke aur teenon ke bare mein main un par criticism karta rehta hoon. tab bhi hamara magazine risala pakistan mein chupta hai. sari kitaben wahan par chhapi hui hain. sari kitaben wahan par available hain. is tarah se Allah taala ne maqbooliyat di is ko.</w:t>
      </w:r>
    </w:p>
    <w:p>
      <w:pPr>
        <w:jc w:val="right"/>
      </w:pPr>
      <w:r>
        <w:t>تھاٹ، ہی فاٹ، ہی سیکریفائسڈ"۔ یہ تین گواہ معمار ہیں پاکستان کے اور تینوں کے بارے میں میں ان پر کریٹیسزم کرتا رہتا ہوں۔ تب بھی ہمارا میگزین رسالہ پاکستان میں چھپتا ہے۔ ساری کتابیں وہاں پر چھپی ہوئی ہیں۔ ساری کتابیں وہاں پر اویلیبل ہیں۔ اس طرح سے اللہ تعالی نے مقبولیت دی اس کو۔</w:t>
      </w:r>
    </w:p>
    <w:p>
      <w:r>
        <w:rPr>
          <w:b/>
        </w:rPr>
        <w:t xml:space="preserve">[1:01:07] </w:t>
      </w:r>
      <w:r>
        <w:t>phir risala ek mission nahi tha. risala ek percha nahi tha, ek mission tha. hum ne is ko pata mission ke nikala to ye risala jo hai, pehle urdu mein nikla, phir english mein, hindi mein bhi kuch din nikla. is ke zariye se har jagah ek circle banne laga hamara risala readers ka aur kitaben wahan pahunchne lagi. to magazine ke zariye</w:t>
      </w:r>
    </w:p>
    <w:p>
      <w:pPr>
        <w:jc w:val="right"/>
      </w:pPr>
      <w:r>
        <w:t>پھر رسالہ ایک مشن نہیں تھا۔ رسالہ ایک پرچہ نہیں تھا، ایک مشن تھا۔ ہم نے اس کو پتہ مشن کے نکالا تو یہ رسالہ جو ہے، پہلے اردو میں نکلا، پھر انگلش میں، ہندی میں بھی کچھ دن نکلا۔ اس کے ذریعے سے ہر جگہ ایک سرکل بننے لگا ہمارا رسالہ ریڈرز کا اور کتابیں وہاں پہنچنے لگی۔ تو میگزین کے ذریعے</w:t>
      </w:r>
    </w:p>
    <w:p>
      <w:r>
        <w:rPr>
          <w:b/>
        </w:rPr>
        <w:t xml:space="preserve">[1:01:37] </w:t>
      </w:r>
      <w:r>
        <w:t>aur writing ke zariye, kitabon ke zariye, aur main barabar jata rehta hoon idhar udhar to dheere dheere har jagah taqreeban hamare circle ban gaye. is ko hum kehte hain halqa risala. ye badhte badhte aap dekhiye ke kai jagah aisa hai ke baqayda markaz qaim hai, jaise hyderabad mein, bombay mein, bangalore mein, aur kai jagah bahar bhi, maslan america waghera mein bhi, aur dilli</w:t>
      </w:r>
    </w:p>
    <w:p>
      <w:pPr>
        <w:jc w:val="right"/>
      </w:pPr>
      <w:r>
        <w:t>اور رائٹنگ کے ذریعے، کتابوں کے ذریعے، اور میں برابر جاتا رہتا ہوں ادھر ادھر تو دھیرے دھیرے ہر جگہ تقریباً ہمارے سرکل بن گئے۔ اس کو ہم کہتے ہیں حلقہ رسالہ۔ یہ بڑھتے بڑھتے آپ دیکھیے کہ کئی جگہ ایسا ہے کہ باقاعدہ مرکز قائم ہے، جیسے حیدرآباد میں، بمبئی میں، بنگلور میں، اور کئی جگہ باہر بھی، مثلاً امریکہ وغیرہ میں بھی، اور دلی</w:t>
      </w:r>
    </w:p>
    <w:p>
      <w:r>
        <w:rPr>
          <w:b/>
        </w:rPr>
        <w:t xml:space="preserve">[1:02:07] </w:t>
      </w:r>
      <w:r>
        <w:t>mein aap dekhte hain ke yahan par baqayda ye kaam ho raha hai, masha Allah. to main poori tarah mutmain hoon ke ye kaam Allah taala ki madad se chal raha hai, aage bhi chalta rahega. yahan main ek muamle ki wazahat karna chahta hoon. ek martaba main gaya arab, wahan saudi arab mein riyaz mein ek majlis thi to kai shuyukh is mein maujood the.</w:t>
      </w:r>
    </w:p>
    <w:p>
      <w:pPr>
        <w:jc w:val="right"/>
      </w:pPr>
      <w:r>
        <w:t>میں آپ دیکھتے ہیں کہ یہاں پر باقاعدہ یہ کام ہو رہا ہے، ماشاءاللہ۔ تو میں پوری طرح مطمئن ہوں کہ یہ کام اللہ تعالی کی مدد سے چل رہا ہے، آگے بھی چلتا رہے گا۔ یہاں میں ایک معاملے کی وضاحت کرنا چاہتا ہوں۔ ایک مرتبہ میں گیا عرب، وہاں سعودی عرب میں ریاض میں ایک مجلس تھی تو کئی شیوخ اس میں موجود تھے۔</w:t>
      </w:r>
    </w:p>
    <w:p>
      <w:r>
        <w:rPr>
          <w:b/>
        </w:rPr>
        <w:t xml:space="preserve">[1:02:37] </w:t>
      </w:r>
      <w:r>
        <w:t>to ek shaikh ne mujh se poocha ke aap jo kaam kar rahe hain, jo mission ye chala rahe hain, aap ke baad kaun is ko chalayega? "who after you". to main abhi chup tha, main bola nahi tha ke ek aur shaikh ne kaha ke "wahiduddin laiqun illa wahid". yaani wahiduddin ek hi hota hai. un ka matlab kya tha ke thinker hamesha ek hota hai. kisi kisi bhi m</w:t>
      </w:r>
    </w:p>
    <w:p>
      <w:pPr>
        <w:jc w:val="right"/>
      </w:pPr>
      <w:r>
        <w:t>تو ایک شیخ نے مجھ سے پوچھا کہ آپ جو کام کر رہے ہیں، جو مشن یہ چلا رہے ہیں، آپ کے بعد کون اس کو چلائے گا؟ "ہو افٹر یو"۔ تو میں ابھی چپ تھا، میں بولا نہیں تھا کہ ایک اور شیخ نے کہا کہ "وحید الدین لائکون الا وحید"۔ یعنی وحید الدین ایک ہی ہوتا ہے۔ ان کا مطلب کیا تھا کہ تھنکر ہمیشہ ایک ہوتا ہے۔ کسی کسی بھی م</w:t>
      </w:r>
    </w:p>
    <w:p>
      <w:r>
        <w:rPr>
          <w:b/>
        </w:rPr>
        <w:t xml:space="preserve">[1:03:07] </w:t>
      </w:r>
      <w:r>
        <w:t>ission ko ka jo bani hota hai, jo thinker hota hai, wo do nahi hua karta. ek hi mind hai jis mein wo ideology aati hai, wo thought aate hain aur wo kaam ko shuru karta hai. to history batati hai ke kisi kaam ki continuity is par nahi hai. munhasir ek ke baad doosra paida ho jaye. aap jante hain, gandhi ke baad koi doosra gandhi nahi paida hua, iqbal ke baad koi doosra iqbal nahi paida hua.</w:t>
      </w:r>
    </w:p>
    <w:p>
      <w:pPr>
        <w:jc w:val="right"/>
      </w:pPr>
      <w:r>
        <w:t>شن کو کا جو بانی ہوتا ہے، جو تھنکر ہوتا ہے، وہ دو نہیں ہوا کرتا۔ ایک ہی مائنڈ ہے جس میں وہ آئیڈیالوجی آتی ہے، وہ تھاٹ آتے ہیں اور وہ کام کو شروع کرتا ہے۔ تو ہسٹری بتاتی ہے کہ کسی کام کی کنٹینیوٹی اس پر نہیں ہے۔ منصر ایک کے بعد دوسرا پیدا ہو جائے۔ آپ جانتے ہیں، گاندھی کے بعد کوئی دوسرا گاندھی نہیں پیدا ہوا، اقبال کے بعد کوئی دوسرا اقبال نہیں پیدا ہوا۔</w:t>
      </w:r>
    </w:p>
    <w:p>
      <w:r>
        <w:rPr>
          <w:b/>
        </w:rPr>
        <w:t xml:space="preserve">[1:03:38] </w:t>
      </w:r>
      <w:r>
        <w:t>aise hi dunya ka ye law of nature hai. ye law of nature hai ke ek thinker ke baad doosra thinker nahi paida hota. albattah is thinker ke zariye se ek train team banti hai. yaani kisi thinker ke kaam ko, kisi reformer ke kaam ko, aage jo cheez chalati hai, wo ek train group hota hai, na ke ek aur thinker ka paida ho jana. jo log ye poochte hain</w:t>
      </w:r>
    </w:p>
    <w:p>
      <w:pPr>
        <w:jc w:val="right"/>
      </w:pPr>
      <w:r>
        <w:t>ایسے ہی دنیا کا یہ لاء آف نیچر ہے۔ یہ لاء آف نیچر ہے کہ ایک تھنکر کے بعد دوسرا تھنکر نہیں پیدا ہوتا۔ البتہ اس تھنکر کے ذریعے سے ایک ٹرین ٹیم بنتی ہے۔ یعنی کسی تھنکر کے کام کو، کسی ریفارمر کے کام کو، آگے جو چیز چلاتی ہے، وہ ایک ٹرین گروپ ہوتا ہے، نہ کہ ایک اور تھنکر کا پیدا ہو جانا۔ جو لوگ یہ پوچھتے ہیں</w:t>
      </w:r>
    </w:p>
    <w:p>
      <w:r>
        <w:rPr>
          <w:b/>
        </w:rPr>
        <w:t xml:space="preserve">[1:04:09] </w:t>
      </w:r>
      <w:r>
        <w:t>ke bhai in ke baad kya, wo galat sawal karte hain kyunke ye law of nature hi nahi hai. ye law of nature nahi hai ke ek thinker ke baad doosra, doosre baad teesra paida hota rahe. bahut hi mushkil kaam hai ek organize way mein sochna, ek ideology develop karna, kisi sachai ko rediscover karna, bahut hi mushkil kaam hai. wo ek bar wajood mein aata hai, us ke baad jo cheez ch</w:t>
      </w:r>
    </w:p>
    <w:p>
      <w:pPr>
        <w:jc w:val="right"/>
      </w:pPr>
      <w:r>
        <w:t>کہ بھئی ان کے بعد کیا، وہ غلط سوال کرتے ہیں کیونکہ یہ لاء آف نیچر ہی نہیں ہے۔ یہ لاء آف نیچر نہیں ہے کہ ایک تھنکر کے بعد دوسرا، دوسرے بعد تیسرا پیدا ہوتا رہے۔ بہت ہی مشکل کام ہے ایک ارگنائز وے میں سوچنا، ایک آئیڈیالوجی ڈیولپ کرنا، کسی سچائی کو ری ڈسکور کرنا، بہت ہی مشکل کام ہے۔ وہ ایک بار وجود میں آتا ہے، اس کے بعد جو چیز چ</w:t>
      </w:r>
    </w:p>
    <w:p>
      <w:r>
        <w:rPr>
          <w:b/>
        </w:rPr>
        <w:t xml:space="preserve">[1:04:39] </w:t>
      </w:r>
      <w:r>
        <w:t>ahiye, wo hai group, train group. to jaisa ke maine arz kiya, udasi ke baad un ke kaam ko jis ne aage badhaya, wo the hawarien, yaani train group. train group is tarah se Muhammad Rasool Allah ke baad jis tarah kaam aage badha, wo bhi sahaba the, yaani train group. to hamesha ek train group replace karta hai,</w:t>
      </w:r>
    </w:p>
    <w:p>
      <w:pPr>
        <w:jc w:val="right"/>
      </w:pPr>
      <w:r>
        <w:t>اہیے، وہ ہے گروپ، ٹرین گروپ۔ تو جیسا کہ میں نے عرض کیا، اداسی کے بعد ان کے کام کو جس نے آگے بڑھایا، وہ تھے حوارین، یعنی ٹرین گروپ۔ ٹرین گروپ اس طریقے سے محمد رسول اللہ کے بعد جس طرح کام آگے بڑھا، وہ بھی صحابہ تھے، یعنی ٹرین گروپ۔ تو ہمیشہ ایک ٹرین گروپ ریپلیس کرتا ہے،</w:t>
      </w:r>
    </w:p>
    <w:p>
      <w:r>
        <w:rPr>
          <w:b/>
        </w:rPr>
        <w:t xml:space="preserve">[1:05:10] </w:t>
      </w:r>
      <w:r>
        <w:t>na ke koi ek aur aadmi paida ho jaye. iqbal ke iqbal ek thinker the, log bahut un ke aqeedat mand hain. aakhir zaman mein unhone ek persian mein do sher kahe the apne bare mein ke "sarood rakht baz aayat kinayat nasim az hijaz aayat kinayat salamat roz</w:t>
      </w:r>
    </w:p>
    <w:p>
      <w:pPr>
        <w:jc w:val="right"/>
      </w:pPr>
      <w:r>
        <w:t>نہ کہ کوئی ایک اور آدمی پیدا ہو جائے۔ اقبال کے اقبال ایک تھنکر تھے، لوگ بہت ان کے عقیدت مند ہیں۔ آخر زمانے میں انہوں نے ایک پرشین میں دو شعر کہے تھے اپنے بارے میں کہ "سرود رخت باز آیت کنایت نسیم از حجاز آیت کنایت سلامت روز</w:t>
      </w:r>
    </w:p>
    <w:p>
      <w:r>
        <w:rPr>
          <w:b/>
        </w:rPr>
        <w:t xml:space="preserve">[1:05:40] </w:t>
      </w:r>
      <w:r>
        <w:t>egar e faqeer digar danaye raaz aayat kinayat". is ka matlab ye hai ke maine jo naghme gaaye, jo baaten maine kahi, pata nahi dobara koi is ko dohrane wala ho ya na dohrane wala ho. mera to khatma qareeb aa chuka hai, ab doosra koi iqbal paida ho ya na paida ho, main samajhta hoon ke ye sher galat tha. iqbal is baat ko nahi samajh sake ke dobara koi iq</w:t>
      </w:r>
    </w:p>
    <w:p>
      <w:pPr>
        <w:jc w:val="right"/>
      </w:pPr>
      <w:r>
        <w:t>گار ای فقیرے دگر دانائے راز آیت کنایت"۔ اس کا مطلب یہ ہے کہ میں نے جو نغمے گائے، جو باتیں میں نے کہیں، پتہ نہیں دوبارہ کوئی اس کو دہرانے والا ہو یا نہ دہرانے والا ہو۔ میرا تو خاتمہ قریب آ چکا ہے، اب دوسرا کوئی اقبال پیدا ہو یا نہ پیدا ہو، میں سمجھتا ہوں کہ یہ شعر غلط تھا۔ اقبال اس بات کو نہیں سمجھ سکے کہ دوبارہ کوئی اق</w:t>
      </w:r>
    </w:p>
    <w:p>
      <w:r>
        <w:rPr>
          <w:b/>
        </w:rPr>
        <w:t xml:space="preserve">[1:06:10] </w:t>
      </w:r>
      <w:r>
        <w:t>bal nahi paida hoga. ye law of nature ke khilaf hai. jis ko bhi dekh lijiye, history mein is ka qissa yahi hai ke wahi cheez dobara repeat nahi hui. to iqbal ke baad doosra iqbal paida hone wala nahi tha. iqbal ko jo kaam karna tha, wo ye tha ke ek team tayyar karen, ek train group tayyar karen, jo un ke baad is kaam ko aage badhaye.</w:t>
      </w:r>
    </w:p>
    <w:p>
      <w:pPr>
        <w:jc w:val="right"/>
      </w:pPr>
      <w:r>
        <w:t>بال نہیں پیدا ہوگا۔ یہ لاء آف نیچر کے خلاف ہے۔ جس کو بھی دیکھ لیجئے، ہسٹری میں اس کا قصہ یہی ہے کہ وہی چیز دوبارہ ریپیٹ نہیں ہوئی۔ تو اقبال کے بعد دوسرا اقبال پیدا ہونے والا نہیں تھا۔ اقبال کو جو کام کرنا تھا، وہ یہ تھا کہ ایک ٹیم تیار کریں، ایک ٹرین گروپ تیار کریں، جو ان کے بعد اس کام کو آگے بڑھائے۔</w:t>
      </w:r>
    </w:p>
    <w:p>
      <w:r>
        <w:rPr>
          <w:b/>
        </w:rPr>
        <w:t xml:space="preserve">[1:06:42] </w:t>
      </w:r>
      <w:r>
        <w:t>mujhe Allah taala ke ye Allah ke fazl hai ke mujhe ye baat samajh mein aayi aur main ne kabhi ye khwab nahi dekha ke mere baad ek aur paida ho jaye. ye khwab maine nahi dekha. albattah hamesha main ye chahta raha ke ek team ban jaye, wo team jo mere baad is kaam ko aage badhaye. ek train group, ek train group ban jaye jo is kaam ko aage badhaye.</w:t>
      </w:r>
    </w:p>
    <w:p>
      <w:pPr>
        <w:jc w:val="right"/>
      </w:pPr>
      <w:r>
        <w:t>مجھے اللہ تعالی کے یہ اللہ کے فضل ہے کہ مجھے یہ بات سمجھ میں آئی اور میں نے کبھی یہ خواب نہیں دیکھا کہ میرے بعد ایک اور پیدا ہو جائے۔ یہ خواب میں نے نہیں دیکھا۔ البتہ ہمیشہ میں یہ چاہتا رہا کہ ایک ٹیم بن جائے، وہ ٹیم جو میرے بعد اس کام کو آگے بڑھائے۔ ایک ٹرین گروپ، ایک ٹرین گروپ بن جائے جو اس کام کو آگے بڑھائے۔</w:t>
      </w:r>
    </w:p>
    <w:p>
      <w:r>
        <w:rPr>
          <w:b/>
        </w:rPr>
        <w:t xml:space="preserve">[1:07:15] </w:t>
      </w:r>
      <w:r>
        <w:t>to main samajhta hoon ke cps ki shakal mein jo team bani hai, wo isi qism ka ek train group hai. ek train group, mujhe is mein zara bhi shaq nahi ke ye train group jo hai, is kaam ko aage badhata rahega. dekhiye, main batata hoon aap ko ke kyun mujhe yaqeen hai. ye koi mysterious baat nahi hai. ye koi mysteri</w:t>
      </w:r>
    </w:p>
    <w:p>
      <w:pPr>
        <w:jc w:val="right"/>
      </w:pPr>
      <w:r>
        <w:t>تو میں سمجھتا ہوں کہ سی پی ایس کی شکل میں جو ٹیم بنی ہے، وہ اسی قسم کا ایک ٹرین گروپ ہے۔ ایک ٹرین گروپ، مجھے اس میں ذرا بھی شک نہیں کہ یہ ٹرین گروپ جو ہے، اس کام کو آگے بڑھاتا رہے گا۔ دیکھیے، میں بتاتا ہوں آپ کو کہ کیوں مجھے یقین ہے۔ یہ کوئی مسٹیریس بات نہیں ہے۔ یہ کوئی مسٹیری</w:t>
      </w:r>
    </w:p>
    <w:p>
      <w:r>
        <w:rPr>
          <w:b/>
        </w:rPr>
        <w:t xml:space="preserve">[1:07:45] </w:t>
      </w:r>
      <w:r>
        <w:t>ous baat nahi hai. ye aisi baat hai jo bilkul well known hai. aap samajh sakte hain is ko. dekhiye, agar koi baap apne bete ko bari gaadi de deta hai to pehle ki choti gaadi ko chhod deta hai. pehle ke bicycle ko chhod deta hai. pehle ke scooter ko wo chhod deta hai.</w:t>
      </w:r>
    </w:p>
    <w:p>
      <w:pPr>
        <w:jc w:val="right"/>
      </w:pPr>
      <w:r>
        <w:t>س بات نہیں ہے۔ یہ ایسی بات ہے جو بالکل ویل نون ہے۔ آپ سمجھ سکتے ہیں اس کو۔ دیکھیے، اگر کوئی باپ اپنے بیٹے کو بڑی گاڑی دے دیتا ہے تو پہلے کی چھوٹی گاڑی کو چھوڑ دیتا ہے۔ پہلے کے بائیسکل کو چھوڑ دیتا ہے۔ پہلے کے اسکوٹر کو وہ چھوڑ دیتا ہے۔</w:t>
      </w:r>
    </w:p>
    <w:p>
      <w:r>
        <w:rPr>
          <w:b/>
        </w:rPr>
        <w:t xml:space="preserve">[1:08:16] </w:t>
      </w:r>
      <w:r>
        <w:t>to is mission ne jo ideology is team ko di hai, wo ideology itni bari hai ke har doosri baat is ke maqam choti ho jati hai. chahe material charm ho, chahe zindagi ki comfort aur luxuries hon, ya aur tarah tarah ke jo thought phaile hue hain idhar udhar, koi bhi cheez mujhe yaqeen hai is a</w:t>
      </w:r>
    </w:p>
    <w:p>
      <w:pPr>
        <w:jc w:val="right"/>
      </w:pPr>
      <w:r>
        <w:t>تو اس مشن نے جو آئیڈیالوجی اس ٹیم کو دی ہے، وہ آئیڈیالوجی اتنی بڑی ہے کہ ہر دوسری بات اس کے مقام چھوٹی ہو جاتی ہے۔ چاہے مٹیریل چارم ہو، چاہے زندگی کی کمفرٹ اور لگزریز ہوں، یا اور طرح طرح کے جو تھاٹ پھیلے ہوئے ہیں ادھر ادھر، کوئی بھی چیز مجھے یقین ہے اس آ</w:t>
      </w:r>
    </w:p>
    <w:p>
      <w:r>
        <w:rPr>
          <w:b/>
        </w:rPr>
        <w:t xml:space="preserve">[1:08:46] </w:t>
      </w:r>
      <w:r>
        <w:t>ideology ke muqable mein choti hai. ye team jis ne is ideology ko samajh liya hai, us ke bas mein nahi raha hai ye baat ke jo level is ka pahunch chuka hai, intellectual level, us se utar kar ke wo choti baat par aa jaye. aisa wo nahi kar sakta hai. ye Allah taala ke fazl e khaas hai ke is team ko is oonche darje ki realization ho chuka hai.</w:t>
      </w:r>
    </w:p>
    <w:p>
      <w:pPr>
        <w:jc w:val="right"/>
      </w:pPr>
      <w:r>
        <w:t>ئیڈیالوجی کے مقابلے میں چھوٹی ہے۔ یہ ٹیم جس نے اس آئیڈیالوجی کو سمجھ لیا ہے، اس کے بس میں نہیں رہا ہے یہ بات کہ جو لیول اس کا پہنچ چکا ہے، انٹلیکچول لیول، اس سے اتر کر کے وہ چھوٹی بات پر آ جائے۔ ایسا وہ نہیں کر سکتا ہے۔ یہ اللہ تعالی کے فضل خاص ہے کہ اس ٹیم کو اس اونچے درجے کی ریلائزیشن ہو چکا ہے۔</w:t>
      </w:r>
    </w:p>
    <w:p>
      <w:r>
        <w:rPr>
          <w:b/>
        </w:rPr>
        <w:t xml:space="preserve">[1:09:17] </w:t>
      </w:r>
      <w:r>
        <w:t>is oonche darje ka is ka intellectual development ho chuka hai. yahan se wapsi possible nahi hua karti. dekhiye, insaan jeeta hai satisfaction par. jis cheez par use satisfaction ho, wahi kaam karega. wo satisfaction na ho to kabhi bhi nahi kar sakta hai. wo to satisfaction ka jo level is mission ke</w:t>
      </w:r>
    </w:p>
    <w:p>
      <w:pPr>
        <w:jc w:val="right"/>
      </w:pPr>
      <w:r>
        <w:t>اس اونچے درجے کا اس کا انٹلیکچول ڈیولپمنٹ ہو چکا ہے۔ یہاں سے واپسی پاسیبل نہیں ہوا کرتی۔ دیکھیے، انسان جیتا ہے سیٹسفیکشن پر۔ جس چیز پر اسے سیٹسفیکشن ہو، وہی کام کرے گا۔ وہ سیٹسفیکشن نہ ہو تو کبھی بھی نہیں کر سکتا ہے۔ وہ تو سیٹسفیکشن کا جو لیول اس مشن کے</w:t>
      </w:r>
    </w:p>
    <w:p>
      <w:r>
        <w:rPr>
          <w:b/>
        </w:rPr>
        <w:t xml:space="preserve">[1:09:47] </w:t>
      </w:r>
      <w:r>
        <w:t>ideology mein is team ke members ko mila hai, baqiya sari cheezon ka satisfaction ka level is se neeche hai. is se neeche hai. main khud apne bare mein arz karoon ke main naujawani ki umar mein aisa tha ke mere saathi mujh ko le aate the cinema dekhne ke liye. us zamane mein TV to tha nahi, un ke sath chala jata tha cinema dekhne ke liye. janpur mein, adam garh mein, kanpur mein, kai jagah aisa hua.</w:t>
      </w:r>
    </w:p>
    <w:p>
      <w:pPr>
        <w:jc w:val="right"/>
      </w:pPr>
      <w:r>
        <w:t>آئیڈیالوجی میں اس ٹیم کے ممبروں کو ملا ہے، بقیہ ساری چیزوں کا سیٹسفیکشن کا لیول اس سے نیچے ہے۔ اس سے نیچے ہے۔ میں خود اپنے بارے میں عرض کروں کہ میں نوجوانی کی عمر میں ایسا تھا کہ میرے ساتھی مجھ کو لے آتے تھے سینما دیکھنے کے لیے۔ اس زمانے میں ٹی وی تو تھا نہیں، ان کے ساتھ چلا جاتا تھا سینما دیکھنے کے لیے۔ جانپور میں، آدم گڑھ میں، کانپور میں، کئی جگہ ایسا ہوا۔</w:t>
      </w:r>
    </w:p>
    <w:p>
      <w:r>
        <w:rPr>
          <w:b/>
        </w:rPr>
        <w:t xml:space="preserve">[1:10:18] </w:t>
      </w:r>
      <w:r>
        <w:t>aaj agar mujhe koi kahe ke cinema dekhne chalo, main tum ko ek crore rupaye doonga, tab bhi main nahi jaunga. kyun? ab mera intellectual level ek aise satah par aa chuka hai ke ab TV aur cinema us waqt mujhe bahut hi bahut hi touch maloom hote hain. touch chhote darje ki cheez, main un se enjoy nahi kar sakta. pehle shayad main kuch enjoy karta raha hoon</w:t>
      </w:r>
    </w:p>
    <w:p>
      <w:pPr>
        <w:jc w:val="right"/>
      </w:pPr>
      <w:r>
        <w:t>آج اگر مجھے کوئی کہے کہ سینما دیکھنے چلو، میں تم کو ایک کروڑ روپے دوں گا، تب بھی میں نہیں جاؤں گا۔ کیوں؟ اب میرا انٹلیکچول لیول ایک ایسے سطح پر آ چکا ہے کہ اب ٹی وی اور سینما اس وقت مجھے بہت ہی بہت ہی ٹچ معلوم ہوتے ہیں۔ ٹچ چھوٹے درجے کی چیز، میں ان سے انجوائے نہیں کر سکتا۔ پہلے شاید میں کچھ انجوائے کرتا رہا ہوں</w:t>
      </w:r>
    </w:p>
    <w:p>
      <w:r>
        <w:rPr>
          <w:b/>
        </w:rPr>
        <w:t xml:space="preserve">[1:10:49] </w:t>
      </w:r>
      <w:r>
        <w:t>jab meri discovery nahi hui thi. ab jab discovery ho chuki hai, sachai ka ooncha gyan mujh ko ho chuka hai, to ab main un cheezon mein jo TV mein dekhte hain, aap jo cinema mein aap dekhte hain, us mein main enjoy nahi kar sakta. aap yaqeen kijiye ke jab main kisi ko dekhta hoon ke wo TV mein enjoy kar raha hai,</w:t>
      </w:r>
    </w:p>
    <w:p>
      <w:pPr>
        <w:jc w:val="right"/>
      </w:pPr>
      <w:r>
        <w:t>جب میری ڈسکوری نہیں ہوئی تھی۔ اب جب ڈسکوری ہو چکی ہے، سچائی کا اونچا گیان مجھ کو ہو چکا ہے، تو اب میں ان چیزوں میں جو ٹی وی میں دیکھتے ہیں، آپ جو سینما میں آپ دیکھتے ہیں، اس میں میں انجوائے نہیں کر سکتا۔ آپ یقین کیجئے کہ جب میں کسی کو دیکھتا ہوں کہ وہ ٹی وی میں انجوائے کر رہا ہے،</w:t>
      </w:r>
    </w:p>
    <w:p>
      <w:r>
        <w:rPr>
          <w:b/>
        </w:rPr>
        <w:t xml:space="preserve">[1:11:20] </w:t>
      </w:r>
      <w:r>
        <w:t>wo music mein enjoy kar raha hai, yaqeen kijiye mujhe is ke upar taras aata hai ke abhi tak ye animal level par jee raha hai. us ko pata nahi ke enjoy ka ek aur level hai, jis ke baad ye sab cheezen bilkul haqeer ho jati hain. koi value in ki nahi rehti. ye mera zaati tajurba hai. hamari team mein bhi kai log aise hain jin ke bare mein main keh sakta hoon ke wo un ko dilchaspi thi, maslan music se</w:t>
      </w:r>
    </w:p>
    <w:p>
      <w:pPr>
        <w:jc w:val="right"/>
      </w:pPr>
      <w:r>
        <w:t>وہ میوزک میں انجوائے کر رہا ہے، یقین کیجئے مجھے اس کے اوپر ترس آتا ہے کہ ابھی تک یہ اینیمل لیول پر جی رہا ہے۔ اس کو پتہ نہیں کہ انجوائے کا ایک اور لیول ہے، جس کے بعد یہ سب چیزیں بالکل حقیر ہو جاتی ہیں۔ کوئی ویلیو ان کی نہیں رہتی۔ یہ میرا ذاتی تجربہ ہے۔ ہماری سٹیم میں بھی کئی لوگ ایسے ہیں جن کے بارے میں میں کہہ سکتا ہوں کہ وہ ان کو دلچسپی تھی، مثلاً میوزک سے</w:t>
      </w:r>
    </w:p>
    <w:p>
      <w:r>
        <w:rPr>
          <w:b/>
        </w:rPr>
        <w:t xml:space="preserve">[1:11:52] </w:t>
      </w:r>
      <w:r>
        <w:t>aur TV se, lekin aaj unhein in cheezon se wo enjoy nahi kar paate kyunke un ka intellectual level ooncha ho gaya. is mission, ye mission jo hai, Khuda ke fazl se intellectual level itna ooncha kar deta hai, itna ooncha kar deta hai ke wo apne aap mein is baat ki guarantee hai ke aadmi kahin deviate na kare, kahin peeche na hate.</w:t>
      </w:r>
    </w:p>
    <w:p>
      <w:pPr>
        <w:jc w:val="right"/>
      </w:pPr>
      <w:r>
        <w:t>اور ٹی وی سے، لیکن آج انہیں ان چیزوں سے وہ انجوائے نہیں کر پاتے کیونکہ ان کا انٹلیکچول لیول اونچا ہو گیا۔ اس مشن، یہ مشن جو ہے، خدا کے فضل سے انٹلیکچول لیول اتنا اونچا کر دیتا ہے، اتنا اونچا کر دیتا ہے کہ وہ اپنے آپ میں اس بات کی گارنٹی ہے کہ آدمی کہیں ڈیویٹ نہ کرے، کہیں پیچھے نہ ہٹے۔</w:t>
      </w:r>
    </w:p>
    <w:p>
      <w:r>
        <w:rPr>
          <w:b/>
        </w:rPr>
        <w:t xml:space="preserve">[1:12:26] </w:t>
      </w:r>
      <w:r>
        <w:t>is wajah se main kehta hoon ye team inshallah baqi rahegi, ye khatam hone wali nahi hai. doosri baat main ye arz karna chahunga ke Allah ke fazl se shayad maine pehli bar ek aur bahut sari cheezen daryaft kiyen. ye Allah taala ka ajeeb fazl hai ke bahut si cheezen aisi hain jo mujhe pehli bar daryaft kiyen. inhi mein</w:t>
      </w:r>
    </w:p>
    <w:p>
      <w:pPr>
        <w:jc w:val="right"/>
      </w:pPr>
      <w:r>
        <w:t>اس وجہ سے میں کہتا ہوں یہ ٹیم انشاءاللہ باقی رہے گی، یہ ختم ہونے والی نہیں ہے۔ دوسری بات میں یہ عرض کرنا چاہوں گا کہ اللہ کے فضل سے شاید میں نے پہلی بار ایک اور بہت ساری چیزیں دریافت کیں۔ یہ اللہ تعالی کا عجیب فضل ہے کہ بہت سی چیزیں ایسی ہیں جو مجھے پہلی بار دریافت کیں۔ انہی میں</w:t>
      </w:r>
    </w:p>
    <w:p>
      <w:r>
        <w:rPr>
          <w:b/>
        </w:rPr>
        <w:t xml:space="preserve">[1:12:56] </w:t>
      </w:r>
      <w:r>
        <w:t>se ek hadith hai, is ka matlab ek hadith mein hai ke misl ummati kama thal almatar, la yara awwalahu khairun am aakhirahu. meri ummat ki misal barish jaisi hai. nahi maloom ke is ka shuru ka hissa zyada acha hai ya baad ka hissa zyada</w:t>
      </w:r>
    </w:p>
    <w:p>
      <w:pPr>
        <w:jc w:val="right"/>
      </w:pPr>
      <w:r>
        <w:t>سے ایک حدیث ہے، اس کا مطلب ایک حدیث میں ہے کہ مثل امتی کماثل المطر، لا یرا اولہ خیر اماخرہ۔ میری امت کی مثال بارش جیسی ہے۔ نہیں معلوم کہ اس کا شروع کا حصہ زیادہ اچھا ہے یا بعد کا حصہ زیادہ</w:t>
      </w:r>
    </w:p>
    <w:p>
      <w:r>
        <w:rPr>
          <w:b/>
        </w:rPr>
        <w:t xml:space="preserve">[1:13:26] </w:t>
      </w:r>
      <w:r>
        <w:t>achha hai. is hadith ka matlab agar aap sharhon mein parhein, commentaries mein parhein to kuch clear nahi hota. mujhe Allah ke fazl se yeh discovery hui ke is ka matlab kya hai. is ka matlab yeh hai ke ek hai realization jo traditional framework mein hota hai, ek hai woh realization jo scientific framework mein hota hai.</w:t>
      </w:r>
    </w:p>
    <w:p>
      <w:pPr>
        <w:jc w:val="right"/>
      </w:pPr>
      <w:r>
        <w:t>اچھا ہے۔ اس حدیث کا مطلب اگر آپ شرحوں میں پڑھیں، کمنٹریز میں پڑھیں تو کچھ کلیئر نہیں ہوتا۔ مجھے اللہ کے فضل سے یہ ڈسکوری ہوئی کہ اس کا مطلب کیا ہے۔ اس کا مطلب یہ ہے کہ ایک ہے ریلائزیشن جو ٹریڈیشنل فریم ورک میں ہوتا ہے، ایک ہے وہ ریلائزیشن جو سائنٹیفک فریم ورک میں ہوتا ہے۔</w:t>
      </w:r>
    </w:p>
    <w:p>
      <w:r>
        <w:rPr>
          <w:b/>
        </w:rPr>
        <w:t xml:space="preserve">[1:13:57] </w:t>
      </w:r>
      <w:r>
        <w:t>donon mein bohat ziyada farq hai. to arabi mein kehte hain to is se pehle insaan ko jo marifat ya jo realization hota tha, woh traditional framework mein hota tha. aaj ka insaan is position mein hai ke woh scientific framework mein sachai ko realize kar sa</w:t>
      </w:r>
    </w:p>
    <w:p>
      <w:pPr>
        <w:jc w:val="right"/>
      </w:pPr>
      <w:r>
        <w:t>دونوں میں بہت زیادہ فرق ہے۔ تو عربی میں کہتے ہیں تو اس سے پہلے انسان کو جو معرفت یا جو ریلائزیشن ہوتا تھا، وہ ٹریڈیشنل فریم ورک میں ہوتا تھا۔ آج کا انسان اس پوزیشن میں ہے کہ وہ سائنٹیفک فریم ورک میں سچائی کو ریلائز کر سک</w:t>
      </w:r>
    </w:p>
    <w:p>
      <w:r>
        <w:rPr>
          <w:b/>
        </w:rPr>
        <w:t xml:space="preserve">[1:14:27] </w:t>
      </w:r>
      <w:r>
        <w:t>ke. donon mein bohat farq hai. misaal ke taur par dekhiye ke telescope banne se pehle insaan jab aasman ki taraf dekhta tha to chhote chhote sitare us ko dikhai padte the. woh samajhta tha consciously ya unconsciously ke jitne bare woh dikhai d</w:t>
      </w:r>
    </w:p>
    <w:p>
      <w:pPr>
        <w:jc w:val="right"/>
      </w:pPr>
      <w:r>
        <w:t>ے۔ دونوں میں بہت فرق ہے۔ مثال کے طور پر دیکھیے کہ ٹیلیسکوپ بننے سے پہلے انسان جب آسمان کی طرف دیکھتا تھا تو چھوٹے چھوٹے ستارے اس کو دکھائی پڑتے تھے۔ وہ سمجھتا تھا کانشیسلی یا انکانشیسلی کہ جتنے بڑے وہ دکھائی د</w:t>
      </w:r>
    </w:p>
    <w:p>
      <w:r>
        <w:rPr>
          <w:b/>
        </w:rPr>
        <w:t xml:space="preserve">[1:14:57] </w:t>
      </w:r>
      <w:r>
        <w:t>e rahe hain, utne hi bare woh hain bhi. aur naked eye se hardly 10 hazar sitare dikhai padte the. agar aap ginna chahein to mushkil se 10 hazar ginen ge. aap pehle aaj aap jante hain ke telescope jo bane hain, modern telescope, is ko dekhne ke baad maloom hua yeh sitare bohat hi bare hain, bohat hi bare hain, bohat hi bare hain,</w:t>
      </w:r>
    </w:p>
    <w:p>
      <w:pPr>
        <w:jc w:val="right"/>
      </w:pPr>
      <w:r>
        <w:t>ے رہے ہیں، اتنے ہی بڑے وہ ہیں بھی۔ اور نیکڈ آئی سے ہارڈلی 10 تھا ستارے دکھائی پڑتے تھے۔ اگر آپ گننا چاہیں تو مشکل سے 10 تھا گنیں گے۔ آپ پہلے آج آپ جانتے ہیں کہ ٹیلیسکوپ جو بنے ہیں، ماڈرن ٹیلیسکوپ، اس کو دیکھنے کے بعد معلوم ہوا یہ ستارے بہت ہی بڑے ہیں، بہت ہی بڑے ہیں، بہت ہی بڑے ہیں،</w:t>
      </w:r>
    </w:p>
    <w:p>
      <w:r>
        <w:rPr>
          <w:b/>
        </w:rPr>
        <w:t xml:space="preserve">[1:15:27] </w:t>
      </w:r>
      <w:r>
        <w:t>bohat door hain hum se aur un ki ginti nahi ki ja sakti. countless hain woh. ab sochiye ke woh insaan jo 10 hazar chhote chhote sitaron ko dekh kar Khuda ki qudrat ka ehsas karta tha, us ke muqable mein woh insaan jo modern telescope ko dekh kar is se jo daryaft hui hai, dunya is ko dekh kar jab</w:t>
      </w:r>
    </w:p>
    <w:p>
      <w:pPr>
        <w:jc w:val="right"/>
      </w:pPr>
      <w:r>
        <w:t>بہت دور ہیں ہم سے اور ان کی گنتی نہیں کی جا سکتی۔ کاؤنٹ لیس ہیں وہ۔ اب سوچیے کہ وہ انسان جو 10 تھا چھوٹے چھوٹے ستاروں کو دیکھ کر خدا کی قدرت کا احساس کرتا تھا، اس کے مقابلے میں وہ انسان جو ماڈرن ٹیلیسکوپ کو دیکھ کر اس سے جو دریافت ہوئی ہے، دنیا اس کو دیکھ کر جب</w:t>
      </w:r>
    </w:p>
    <w:p>
      <w:r>
        <w:rPr>
          <w:b/>
        </w:rPr>
        <w:t xml:space="preserve">[1:15:57] </w:t>
      </w:r>
      <w:r>
        <w:t>Khuda ko sochta hai to us ka realization kitna zyada barh jayega, kitna zyada barh jayega. yeh ek chhoti si misaal hai is tarah ke million billion misalein hain jo batati hain ke traditional framework mein jo realization tha, us ke muqable mein scientific framework mein jo realization possible hua hai, woh bohat bara hai, bohat bara hai, bohat bara hai.</w:t>
      </w:r>
    </w:p>
    <w:p>
      <w:pPr>
        <w:jc w:val="right"/>
      </w:pPr>
      <w:r>
        <w:t>خدا کو سوچتا ہے تو اس کا ریلائزیشن کتنا زیادہ بڑھ جائے گا، کتنا زیادہ بڑھ جائے گا۔ یہ ایک چھوٹی سی مثال ہے اس طرح کے ملین بلین مثالیں ہیں جو بتاتی ہیں کہ ٹریڈیشنل فریم ورک میں جو ریلائزیشن تھا، اس کے مقابلے میں سائنٹیفک فریم ورک میں جو ریلائزیشن پاسیبل ہوا ہے، وہ بہت بڑا ہے، بہت بڑا ہے، بہت بڑا ہے۔</w:t>
      </w:r>
    </w:p>
    <w:p>
      <w:r>
        <w:rPr>
          <w:b/>
        </w:rPr>
        <w:t xml:space="preserve">[1:16:28] </w:t>
      </w:r>
      <w:r>
        <w:t>yeh bhi hamari team ke favor mein hai, yeh bhi hamari team ke favor mein hai. kyun? pehle zamane mein jo team banti thi Khuda ki marifat par, us waqt traditional marifat par banti thi, woh traditional realization par banti thi. woh yaani jo log ikhatta hote the, woh Khuda ko traditional level par real</w:t>
      </w:r>
    </w:p>
    <w:p>
      <w:pPr>
        <w:jc w:val="right"/>
      </w:pPr>
      <w:r>
        <w:t>یہ بھی ہماری ٹیم کے فیور میں ہے، یہ بھی ہماری ٹیم کے فیور میں ہے۔ کیوں؟ پہلے زمانے میں جو ٹیم بنتی تھی خدا کی معرفت پر، اس وقت ٹریڈیشنل معرفت پر بنتی تھی، وہ ٹریڈیشنل ریلائزیشن پر بنتی تھی۔ وہ یعنی جو لوگ اکٹھا ہوتے تھے، وہ خدا کو ٹریڈیشنل لیول پر ریل</w:t>
      </w:r>
    </w:p>
    <w:p>
      <w:r>
        <w:rPr>
          <w:b/>
        </w:rPr>
        <w:t xml:space="preserve">[1:16:58] </w:t>
      </w:r>
      <w:r>
        <w:t>ize karte the. aaj jo team bani hai, Allah ke fazl se, woh is position mein hai ke scientific level par Khuda ko realize kar sake. yaani billion million time zyada, billion trillion time zyada bara realization. ab gaur kijiye ke itne bare realization ke baad kya yeh possible hai ke aap is mission ko chhoden?</w:t>
      </w:r>
    </w:p>
    <w:p>
      <w:pPr>
        <w:jc w:val="right"/>
      </w:pPr>
      <w:r>
        <w:t>ائز کرتے تھے۔ آج جو ٹیم بنی ہے، اللہ کے فضل سے، وہ اس پوزیشن میں ہے کہ سائنٹیفک لیول پر خدا کو ریلائز کر سکے۔ یعنی بلین ملین ٹائم زیادہ، بلین ٹریلین ٹائم زیادہ بڑا ریلائزیشن۔ اب غور کیجئے کہ اتنے بڑے ریلائزیشن کے بعد کیا یہ پاسیبل ہے کہ آپ اس مشن کو چھوڑیں؟</w:t>
      </w:r>
    </w:p>
    <w:p>
      <w:r>
        <w:rPr>
          <w:b/>
        </w:rPr>
        <w:t xml:space="preserve">[1:17:29] </w:t>
      </w:r>
      <w:r>
        <w:t>main samajhta hoon ke bilkul possible nahi hai. lekin main yeh kahunga ke kabhi bhi insaan shaitan ke attack se bacha hua nahi hai. shaitan ka tareeqa kya hai? woh hai tazeen. tazeen ka matlab hai kisi galat amal ko beautify karna.</w:t>
      </w:r>
    </w:p>
    <w:p>
      <w:pPr>
        <w:jc w:val="right"/>
      </w:pPr>
      <w:r>
        <w:t>میں سمجھتا ہوں کہ بالکل پاسیبل نہیں ہے۔ لیکن میں یہ کہوں گا کہ کبھی بھی انسان شیطان کے اٹیک سے بچا ہوا نہیں ہے۔ شیطان کا طریقہ کیا ہے؟ وہ ہے تزین۔ تزین کا مطلب ہے کسی غلط عمل کو بیوٹیفائی کرنا۔</w:t>
      </w:r>
    </w:p>
    <w:p>
      <w:r>
        <w:rPr>
          <w:b/>
        </w:rPr>
        <w:t xml:space="preserve">[1:18:01] </w:t>
      </w:r>
      <w:r>
        <w:t>to Hazrat Masih ne kaha tha apne disciples se ek hi naseehat ki thi, unhon ne wohi same naseehat Rasool Allah ne. bohat ajib baat hai ke ek hi naseehat ki thi Hazrat Masih ne apne disciples se jab unhon ne kaha tha ke is mission ko aage badhao. unhon ne kaha tha ke dekho, aapas mein tum log ikhtilaf na karna. yeh difference ko le kar ke ladna jhagadna nahi hai. difference ke lad</w:t>
      </w:r>
    </w:p>
    <w:p>
      <w:pPr>
        <w:jc w:val="right"/>
      </w:pPr>
      <w:r>
        <w:t>تو حضرت مسیح نے کہا تھا اپنے ڈیسائپل سے ایک ہی نصیحت کی تھی، انہوں نے وہی سیم نصیحت رسول اللہ نے کی۔ بہت عجیب بات ہے کہ ایک ہی نصیحت کی تھی حضرت مسیح نے اپنے ڈیسائپل سے جب انہوں نے کہا تھا کہ اس مشن کو آگے بڑھاؤ۔ انہوں نے کہا تھا کہ دیکھو، آپس میں تم لوگ اختلاف نہ کرنا۔ یہ ڈیفرنس کو لے کر کے لڑنا جھڑنا نہیں ہے۔ ڈیفرنس کے لڑ</w:t>
      </w:r>
    </w:p>
    <w:p>
      <w:r>
        <w:rPr>
          <w:b/>
        </w:rPr>
        <w:t xml:space="preserve">[1:18:31] </w:t>
      </w:r>
      <w:r>
        <w:t>kar alag alag na mat ho jana. theek yahi naseehat Rasool Allah ne ki ke ikhtilaf mat karna aapas mein. differences ko le kar alag alag mat ho jana. ek hi naseehat. aisa kyun hai? dekhiye, kitne hi zyada log, kitne hi zyada log marifat ko paye hue hon, kitni zyada un ko discovery hui ho</w:t>
      </w:r>
    </w:p>
    <w:p>
      <w:pPr>
        <w:jc w:val="right"/>
      </w:pPr>
      <w:r>
        <w:t>کر الگ الگ نہ مت ہو جانا۔ ٹھیک یہی نصیحت رسول اللہ نے کی کہ اختلاف مت کرنا آپس میں۔ ڈیفرنسز کو لے کر الگ الگ مت ہو جانا۔ ایک ہی نصیحت۔ ایسا کیوں ہے؟ دیکھیے، کتنے ہی زیادہ لوگ، کتنے ہی زیادہ لوگ معرفت کو پائے ہوئے ہوں، کتنی زیادہ ان کو ڈسکوری ہوئی ہو</w:t>
      </w:r>
    </w:p>
    <w:p>
      <w:r>
        <w:rPr>
          <w:b/>
        </w:rPr>
        <w:t xml:space="preserve">[1:19:01] </w:t>
      </w:r>
      <w:r>
        <w:t>kitne zyada woh educated hon, lekin difference is part of nature. yaad rakhiye, difference jo hai woh part of nature hai. kabhi bhi yeh mumkin nahi hai ke differences na aayen. impossible hai. yahan tak Quran se maloom hota hai ke do prophet agar ek hi zamane mein hon to do prophet ke beech mein bhi difference aa jata hai. jaisa ke Hazrat Musa Haroon mein hua.</w:t>
      </w:r>
    </w:p>
    <w:p>
      <w:pPr>
        <w:jc w:val="right"/>
      </w:pPr>
      <w:r>
        <w:t>، کتنے زیادہ وہ ایجوکیٹڈ ہوں، لیکن ڈیفرنس از پارٹ آف نیچر۔ یاد رکھیے، ڈیفرنس جو ہے وہ پارٹ آف نیچر ہے۔ کبھی بھی یہ ممکن نہیں ہے کہ ڈیفرنسز نہ آئیں۔ امپاسیبل ہے۔ یہاں تک قرآن سے معلوم ہوتا ہے کہ دو پرافٹ اگر ایک ہی زمانے میں ہوں تو دو پرافٹ کے بیچ میں بھی ڈیفرنس آ جاتا ہے۔ جیسا کہ حضرت موسیٰ ہارون میں ہوا۔</w:t>
      </w:r>
    </w:p>
    <w:p>
      <w:r>
        <w:rPr>
          <w:b/>
        </w:rPr>
        <w:t xml:space="preserve">[1:19:33] </w:t>
      </w:r>
      <w:r>
        <w:t>to difference ka paish aana jo hai, it is but natural. is wajah se kisi team ka tootna hamesha sirf ek sabab se hota hai, woh hai difference. jab bhi koi team tooti hai to sirf is liye tooti hai ke differences aa gaye logon mein. is ko le kar log alag alag ho gaye. isi liye Hazrat Masih ne sab se zyada zor diya tha is par</w:t>
      </w:r>
    </w:p>
    <w:p>
      <w:pPr>
        <w:jc w:val="right"/>
      </w:pPr>
      <w:r>
        <w:t>تو ڈیفرنس کا پیش آنا جو ہے، اٹ از بٹ نیچرل۔ اس وجہ سے کسی ٹیم کا ٹوٹنا ہمیشہ صرف ایک سبب سے ہوتا ہے، وہ ہے ڈیفرنس۔ جب بھی کوئی ٹیم ٹوٹی ہے تو صرف اس لیے ٹوٹی ہے کہ ڈیفرنسز آ گئے لوگوں میں۔ اس کو لے کر لوگ الگ الگ ہو گئے۔ اسی لیے حضرت مسیح نے سب سے زیادہ زور دیا تھا اس پر</w:t>
      </w:r>
    </w:p>
    <w:p>
      <w:r>
        <w:rPr>
          <w:b/>
        </w:rPr>
        <w:t xml:space="preserve">[1:20:03] </w:t>
      </w:r>
      <w:r>
        <w:t>ke tum log kabhi kabhi kabhi bhi aisa mat karna ke difference ko le kar ke alag alag ho jao. yeh Rasool Allah ne kaha ke kabhi mat karna aisa ke difference ko le kar tum alag alag ho jao. to karna kya hai? ek hi kaam hai, difference ko aap excuse na banayen. koi bhi doosra solution is ka nahi hai. difference ko aap excuse na banayen.</w:t>
      </w:r>
    </w:p>
    <w:p>
      <w:pPr>
        <w:jc w:val="right"/>
      </w:pPr>
      <w:r>
        <w:t>کہ تم لوگ کبھی کبھی کبھی بھی ایسا مت کرنا کہ ڈیفرنس کو لے کر کے الگ الگ ہو جاؤ۔ یہ رسول اللہ نے کہا کہ کبھی مت کرنا ایسا کہ ڈیفرنس کو لے کر تم الگ الگ ہو جاؤ۔ تو کرنا کیا ہے؟ ایک ہی کام ہے، ڈیفرنس کو آپ ایکسکیوز نہ بنائیں۔ کوئی بھی دوسرا سلوشن اس کا نہیں ہے۔ ڈیفرنس کو آپ ایکسکیوز نہ بنائیں۔</w:t>
      </w:r>
    </w:p>
    <w:p>
      <w:r>
        <w:rPr>
          <w:b/>
        </w:rPr>
        <w:t xml:space="preserve">[1:20:35] </w:t>
      </w:r>
      <w:r>
        <w:t>agar aap yeh condition lagayen ke mujhe satisfy kiya jaye, mere difference ko samjhaya jaye, mujhe jab main poori tarah se samajh jaunga, tab main saath dunga, nahi to saath nahi dunga. aisa bilkul possible nahi hai. impossible hai yeh kyun ke sochne ke tareeqe alag hain. har ek ke, har ek ka</w:t>
      </w:r>
    </w:p>
    <w:p>
      <w:pPr>
        <w:jc w:val="right"/>
      </w:pPr>
      <w:r>
        <w:t>اگر آپ یہ کنڈیشن لگائیں کہ مجھے سیٹسفائی کیا جائے، میرے ڈیفرنس کو سمجھایا جائے، مجھے جب میں پوری طرح سے سمجھ جاؤں گا، تب میں ساتھ دوں گا، نہیں تو ساتھ نہیں دوں گا۔ ایسا بالکل پاسیبل نہیں ہے۔ امپاسیبل ہے یہ کیونکہ سوچنے کے طریقے الگ ہیں۔ ہر ایک کے، ہر ایک کا</w:t>
      </w:r>
    </w:p>
    <w:p>
      <w:r>
        <w:rPr>
          <w:b/>
        </w:rPr>
        <w:t xml:space="preserve">[1:21:06] </w:t>
      </w:r>
      <w:r>
        <w:t>ek ek cell jo hai, different hai. har ek ki aankh different hai, mind different hai, taste different hai. yeh possible hi nahi hai ke har difference par aap ko satisfy kiya ja sake. main aap ko do example deta hoon. Mahatma Gandhi ke bare mein Jawahar Lal Nehru ne apni autobiography mein likha hai ke Congress mein jab meet</w:t>
      </w:r>
    </w:p>
    <w:p>
      <w:pPr>
        <w:jc w:val="right"/>
      </w:pPr>
      <w:r>
        <w:t>ایک ایک سیل جو ہے، ڈفرنٹ ہے۔ ہر ایک کی آنکھ ڈفرنٹ ہے، مائنڈ ڈفرنٹ ہے، ٹیسٹ ڈفرنٹ ہے۔ یہ پاسیبل ہی نہیں ہے کہ ہر ڈیفرنس پر آپ کو سیٹسفائی کیا جا سکے۔ میں آپ کو دو ایگزامپل دیتا ہوں۔ مہاتما گاندھی کے بارے میں جوال نرو نے اپنی آٹو بائیوگرافی میں لکھا ہے کہ کانگریس میں جب میٹ</w:t>
      </w:r>
    </w:p>
    <w:p>
      <w:r>
        <w:rPr>
          <w:b/>
        </w:rPr>
        <w:t xml:space="preserve">[1:21:36] </w:t>
      </w:r>
      <w:r>
        <w:t>ing hoti thi aur Gandhi ji koi baat kehte the to aksar aisa hota tha ke Gandhi ji ka argument jo hai, humein satisfy nahi karte the. un ke logic jo hai, hum hum is logic par mutmaeen nahi hote the. to Gandhi ji jab dekhte the ke logic se yeh log nahi maan rahe hain to woh kehte the ke "this is my inner side speaks" to phir sab log surrender kar dete the.</w:t>
      </w:r>
    </w:p>
    <w:p>
      <w:pPr>
        <w:jc w:val="right"/>
      </w:pPr>
      <w:r>
        <w:t>نگ ہوتی تھی اور گاندھی جی کوئی بات کہتے تھے تو اکثر ایسا ہوتا تھا کہ گاندھی جی کا ارگومنٹ جو ہے، ہمیں سیٹسفائی نہیں کرتے تھے۔ ان کے لاجک جو ہے، ہم ہم اس لاجک پر مطمئن نہیں ہوتے تھے۔ تو گاندھی جی جب دیکھتے تھے کہ لاجک سے یہ لوگ نہیں مان رہے ہیں تو وہ کہتے تھے کہ "دس مائی انر سائیڈ سپیکس" تو پھر سب لوگ سرینڈر کر دیتے تھے۔</w:t>
      </w:r>
    </w:p>
    <w:p>
      <w:r>
        <w:rPr>
          <w:b/>
        </w:rPr>
        <w:t xml:space="preserve">[1:22:09] </w:t>
      </w:r>
      <w:r>
        <w:t>to agar logic par chalana hota to Congress azadi se pehle toot jati. agar shart yeh hoti, agar condition yeh hoti ke Gandhi ji sab ko satisfy karen, jo woh kahein us par sab ko satisfy karen, logically aur rationally, to azadi se pehle hi Congress toot jati aur Gandhi ji koi role play nahi kar paate. inspite all those differences, aap ko</w:t>
      </w:r>
    </w:p>
    <w:p>
      <w:pPr>
        <w:jc w:val="right"/>
      </w:pPr>
      <w:r>
        <w:t>تو اگر لاجک پر چلانا ہوتا تو کانگریس آزادی سے پہلے ٹوٹ جاتی۔ اگر شرط یہ ہوتی، اگر کنڈیشن یہ ہوتی کہ گاندھی جی سب کو سیٹسفائی کریں، جو وہ کہیں اس پر سب کو سیٹسفائی کریں، لاجیکلی اور ریشنلی، تو آزادی سے پہلے ہی کانگریس ٹوٹ جاتی اور گاندھی جی کوئی رول پلے نہیں کر پاتے۔ انسپائٹ آل دو ڈیفرنسز، آپ کو</w:t>
      </w:r>
    </w:p>
    <w:p>
      <w:r>
        <w:rPr>
          <w:b/>
        </w:rPr>
        <w:t xml:space="preserve">[1:22:40] </w:t>
      </w:r>
      <w:r>
        <w:t>unite hona padta hai. in differences ko mita kar unity duniya mein kabhi aati nahi hai. differences ko avoid kar ke aati hai unity, na ke differences ko mita kar. yeh mamla khud Rasool Allah ka tha. aap padh lijiye, Sulah Hudaibiyah jo hui thi, sare hi companion aap ke us ke khilaf the. Rasool Allah Sallallahu Alaihi Wasallam ne</w:t>
      </w:r>
    </w:p>
    <w:p>
      <w:pPr>
        <w:jc w:val="right"/>
      </w:pPr>
      <w:r>
        <w:t>یونائٹ ہونا پڑتا ہے۔ ان ڈیفرنسز کو مٹا کر یونٹی دنیا میں کبھی آتی نہیں ہے۔ ڈیفرنسز کو اوائڈ کر کے آتی ہے یونٹی، نہ کہ ڈیفرنسز کو مٹا کر۔ یہ معاملہ خود رسول اللہ کا تھا۔ آپ پڑھ لیجئے، صلح حدیبیہ جو ہوئی تھی، سارے ہی کمپینین آپ کے اس کے خلاف تھے۔ رسول اللہ صلی اللہ علیہ وسلم نے</w:t>
      </w:r>
    </w:p>
    <w:p>
      <w:r>
        <w:rPr>
          <w:b/>
        </w:rPr>
        <w:t xml:space="preserve">[1:23:11] </w:t>
      </w:r>
      <w:r>
        <w:t>apne jo un ke mukhalifeen the, un se ek agreement kiya tha, peace agreement. us peace agreement par jo jo us ki shartein thin, to sab ki sab unilateral thin. yaani aap ne doosron ki shart maan li, jab ke aap ki shart unhon ne nahi maani, phir bhi aap ne sign kar diya us ke upar. to aap ke jo companion the, woh sab ke sab khilaf ho gaye us ke. yahan tak ke Hazrat Umar Farooq, jo itne bare</w:t>
      </w:r>
    </w:p>
    <w:p>
      <w:pPr>
        <w:jc w:val="right"/>
      </w:pPr>
      <w:r>
        <w:t>اپنے جو ان کے مخالفین تھے، ان سے ایک ایگریمنٹ کیا تھا، پیس ایگریمنٹ۔ اس پیس ایگریمنٹ پر جو جو اس کی شرطیں تھیں، تو سب کی سب یونی لیٹرل تھیں۔ یعنی آپ نے دوسروں کی شرط مان لی، جبکہ آپ کی شرط انہوں نے نہیں مانی، پھر بھی آپ نے سائن کر دیا اس کے اوپر۔ تو آپ کے جو کمپینین تھے، وہ سب کے سب خلاف ہو گئے اس کے۔ یہاں تک کہ حضرت عمر فاروق، جو اتنے بڑے</w:t>
      </w:r>
    </w:p>
    <w:p>
      <w:r>
        <w:rPr>
          <w:b/>
        </w:rPr>
        <w:t xml:space="preserve">[1:23:41] </w:t>
      </w:r>
      <w:r>
        <w:t>saathi the aap ke, unhon ne kaha: "Lama nagh duniyun min deenina" aise zaleel, aise zaleel agreement ko hum kyun manen? lekin Rasool Allah ne kaha ke nahi, isi ko manna hai. mujhe Khuda ki taraf se yahi message mila hai ke main is tarah se agreement karoon. sab logon ne surrender kar diya.</w:t>
      </w:r>
    </w:p>
    <w:p>
      <w:pPr>
        <w:jc w:val="right"/>
      </w:pPr>
      <w:r>
        <w:t>ساتھی تھے آپ کے، انہوں نے کہا: "لما نغت دنی من دیننا" ایسے ذلیل، ایسے ذلیل ایگریمنٹ کو ہم کیوں مانیں؟ لیکن رسول اللہ نے کہا کہ نہیں، اسی کو ماننا ہے۔ مجھے خدا کی طرف سے یہی میسج ملا ہے کہ میں اس طرح سے ایگریمنٹ کروں۔ سب لوگوں نے سرینڈر کر دیا۔</w:t>
      </w:r>
    </w:p>
    <w:p>
      <w:r>
        <w:rPr>
          <w:b/>
        </w:rPr>
        <w:t xml:space="preserve">[1:24:11] </w:t>
      </w:r>
      <w:r>
        <w:t>to yaad rakhiye, koi bhi bara kaam woh log karte hain jin mein unity ho. aur unity aati hai kab? jab differences ko log excuse na banayen. differences ke bawajood mile rahen, mile rahen, mile rahen, mile rahen. yeh hai raaz. main samajhta hoon ke sari baatein aap ke haq mein aa chuki hain.</w:t>
      </w:r>
    </w:p>
    <w:p>
      <w:pPr>
        <w:jc w:val="right"/>
      </w:pPr>
      <w:r>
        <w:t>تو یاد رکھیے، کوئی بھی بڑا کام وہ لوگ کرتے ہیں جن میں یونٹی ہو۔ اور یونٹی آتی ہے کب؟ جب ڈیفرنسز کو لوگ ایکسکیوز نہ بنائیں۔ ڈیفرنسز کے باوجود ملے رہیں، ملے رہیں، ملے رہیں، ملے رہیں۔ یہ ہے راز۔ میں سمجھتا ہوں کہ ساری باتیں آپ کے حق میں آ چکی ہیں۔</w:t>
      </w:r>
    </w:p>
    <w:p>
      <w:r>
        <w:rPr>
          <w:b/>
        </w:rPr>
        <w:t xml:space="preserve">[1:24:42] </w:t>
      </w:r>
      <w:r>
        <w:t>yahi ek point hai jis par aap ko apne aap ko consciously apne apne zehan mein bithana hai ke humein kisi bhi haal mein apni unity ko todna nahi hai. Rasool Allah ne jo jo bayat li thi Sahaba Karam se, us ko main arz karoon ke kis par bayat hoti thi. bayat matlab pledge. us mein yeh alfaaz hote the, yeh</w:t>
      </w:r>
    </w:p>
    <w:p>
      <w:pPr>
        <w:jc w:val="right"/>
      </w:pPr>
      <w:r>
        <w:t>یہی ایک پوائنٹ ہے جس پر آپ کو اپنے آپ کو کانشیسلی اپنے اپنے ذہن میں بٹھانا ہے کہ ہمیں کسی بھی حال میں اپنی یونٹی کو توڑنا نہیں ہے۔ رسول اللہ نے جو جو بیعت لی تھی صحابہ کرام سے، اس کو میں عرض کروں کہ کس پر بیعت ہوتی تھی۔ بیعت مطلب پلج۔ اس میں یہ الفاظ ہوتے تھے، یہ</w:t>
      </w:r>
    </w:p>
    <w:p>
      <w:r>
        <w:rPr>
          <w:b/>
        </w:rPr>
        <w:t xml:space="preserve">[1:25:12] </w:t>
      </w:r>
      <w:r>
        <w:t>yeh wording hoti thi ke "makrohan wal manshar" yaani hum manenge aap ki baat ko, chahe humein achha lage ya bura lage. likes aur dislikes dono mein hum manenge aap ki baat. yeh nahi, yeh nahi tha is mein ke tumhari reason ko jab main satisfy kar doon, tab manna, nahi to mat manna. yeh nahi tha is mein. is mein tha ke "makrohan wal</w:t>
      </w:r>
    </w:p>
    <w:p>
      <w:pPr>
        <w:jc w:val="right"/>
      </w:pPr>
      <w:r>
        <w:t>یہ ورڈنگ ہوتی تھی کہ "مکرہ والمنشر" یعنی ہم مانیں گے آپ کی بات کو، چاہے ہمیں اچھا لگے یا برا لگے۔ لائکس اور ڈس لائک دونوں میں ہم مانیں گے آپ کی بات۔ یہ نہیں، یہ نہیں تھا اس میں کہ تمہاری ریزن کو جب میں سیٹسفائی کر دوں، تب ماننا، نہیں تو مت ماننا۔ یہ نہیں تھا اس میں۔ اس میں تھا کہ "مکرہ وال</w:t>
      </w:r>
    </w:p>
    <w:p>
      <w:r>
        <w:rPr>
          <w:b/>
        </w:rPr>
        <w:t xml:space="preserve">[1:25:42] </w:t>
      </w:r>
      <w:r>
        <w:t>manshar" ke chahe mujhe bura lage, chahe mujhe achha lage, chahe woh meri pasand ke mutabiq ho, chahe meri pasand ke khilaf ho, har haal mein main aap ki baat manunga. yeh tha bayat jo hoti thi, is tarah unhon ne use pledge liya jata tha. isi tarah aap ne pledge liya. is mein tha ke "athart alayh" kai is mein woh tha. is mein ek yeh bhi tha</w:t>
      </w:r>
    </w:p>
    <w:p>
      <w:pPr>
        <w:jc w:val="right"/>
      </w:pPr>
      <w:r>
        <w:t>منشر" کہ چاہے مجھے برا لگے، چاہے مجھے اچھا لگے، چاہے وہ میری پسند کے مطابق ہو، چاہے میری پسند کے خلاف ہو، ہر حال میں میں آپ کی بات مانوں گا۔ یہ تھا بیعت جو ہوتی تھی، اس طرح انہوں نے اسے پلیج لیا جاتا تھا۔ اسی طرح آپ نے پلیج لیا۔ اس میں تھا کہ "اثرت علیہ" کئی اس میں وہ تھا۔ اس میں ایک یہ بھی تھا</w:t>
      </w:r>
    </w:p>
    <w:p>
      <w:r>
        <w:rPr>
          <w:b/>
        </w:rPr>
        <w:t xml:space="preserve">[1:26:13] </w:t>
      </w:r>
      <w:r>
        <w:t>keh tumhare upar logon ko tarjeeh di jayegi. Yani jaise khilafat mein hua ke ansar chahte the ke hamara sardar jo hai, woh khalifa ho, lekin khalifa bana diya gaya muhajir ko. Yeh tha tarjeeh ka maamla. Yani ansar ko chhod kar ke muhajir ke aadmi ko khalifa banaya gaya. To is mein aap ne yeh pehle hi in advance yeh logon se privilege liya tha ke tumhare upar doosron</w:t>
      </w:r>
    </w:p>
    <w:p>
      <w:pPr>
        <w:jc w:val="right"/>
      </w:pPr>
      <w:r>
        <w:t>کہ تمہارے اوپر لوگوں کو ترجیح دی جائے گی۔ یعنی جیسے خلافت میں ہوا کہ انصار چاہتے تھے کہ ہمارا سردار جو ہے، وہ خلیفہ ہو، لیکن خلیفہ بنا دیا گیا مہاجر کو۔ یہ تھا ترجیح کا معاملہ۔ یعنی انصار کو چھوڑ کر کے مہاجر کے آدمی کو خلیفہ بنایا گیا۔ تو اس میں آپ نے یہ پہلے ہی ان ایڈوانس یہ لوگوں سے پریج لیا تھا کہ تمہارے اوپر دوسروں</w:t>
      </w:r>
    </w:p>
    <w:p>
      <w:r>
        <w:rPr>
          <w:b/>
        </w:rPr>
        <w:t xml:space="preserve">[1:26:43] </w:t>
      </w:r>
      <w:r>
        <w:t>ko banaya jayega, tab bhi tum unity ko nahi todoge, tab bhi tum jude rahoge, tab bhi tumhari team jo hai, qaim rahegi aur tum tootne nahi paoge. Is tarah ki bahut sari cheezein hain. To yaad rakhiye, history bhi batati hai aur Quran o Hadees ka matlab yeh batata hai ke hamare</w:t>
      </w:r>
    </w:p>
    <w:p>
      <w:pPr>
        <w:jc w:val="right"/>
      </w:pPr>
      <w:r>
        <w:t>کو بنایا جائے گا، تب بھی تم یونٹی کو نہیں توڑو گے، تب بھی تم جڑے رہو گے، تب بھی تمہاری ٹیم جو ہے، بدی رہے گی اور تم ٹوٹنے نہیں پائے گی۔ اس طرح کی بہت ساری چیزیں ہیں۔ تو یاد رکھیے، ہسٹری بھی بتاتی ہے اور قرآن و حدیث کا مطلب یہ بتاتا ہے کہ ہمارے</w:t>
      </w:r>
    </w:p>
    <w:p>
      <w:r>
        <w:rPr>
          <w:b/>
        </w:rPr>
        <w:t xml:space="preserve">[1:27:14] </w:t>
      </w:r>
      <w:r>
        <w:t>gaon mein ek misl hai ke "akela chana kya bhad phodega". Mere bare mein bhi yeh kehte the wahan kuch log ke main akela hoon, akela kaam chala raha hoon, to akele chana kya bhad phodega. To yeh waqea hai ke ek insaan koi bada kaam kabhi nahi kar sakta. Team chahiye. Jisko maine ek martaba kaha tha, ek hota hai performer</w:t>
      </w:r>
    </w:p>
    <w:p>
      <w:pPr>
        <w:jc w:val="right"/>
      </w:pPr>
      <w:r>
        <w:t>گاؤں میں ایک مثل ہے کہ "اکیلا چنا کیا بھاڑ پھوڑے گا"۔ میرے بارے میں بھی یہ کہتے تھے وہاں کچھ لوگ کہ میں اکیلا ہوں، اکیلا کام چلا رہا ہوں، تو اکیلے چنا کیا بھاڑ پھوڑے گا۔ تو یہ واقعہ ہے کہ ایک انسان کوئی بڑا کام کبھی نہیں کر سکتا۔ ٹیم چاہیے۔ جس کو میں نے ایک مرتبہ کہا تھا، ایک ہوتا ہے پرف</w:t>
      </w:r>
    </w:p>
    <w:p>
      <w:r>
        <w:rPr>
          <w:b/>
        </w:rPr>
        <w:t xml:space="preserve">[1:27:44] </w:t>
      </w:r>
      <w:r>
        <w:t>, ek hai booster. Jaise volleyball mein jo bowler hota hai, woh woh ball ko marta hai, lekin is ball ko marne ke liye usko ek booster chahiye jo gend usko badhata hai, uske aage, uski taraf. Mission mein bhi yahi maamla hai ke ek hota hai performer, ek hota hai booster. Yeh yeh sab team ka maamla hai. Jab tak team</w:t>
      </w:r>
    </w:p>
    <w:p>
      <w:pPr>
        <w:jc w:val="right"/>
      </w:pPr>
      <w:r>
        <w:t>ارمر، ایک ہے بوسٹر۔ جیسے والی بال میں جو بالر ہوتا ہے، وہ وہ بال کو مارتا ہے، لیکن اس بال کو مارنے کے لیے اس کو ایک بوسٹر چاہیے جو گیند اس کو بڑھاتا ہے، اس کے آگے، اس کی طرف۔ مشن میں بھی یہی معاملہ ہے کہ ایک ہوتا ہے پرفارمر، ایک ہوتا ہے بوسٹر۔ یہ یہ سب ٹیم کا معاملہ ہے۔ جب تک ٹیم</w:t>
      </w:r>
    </w:p>
    <w:p>
      <w:r>
        <w:rPr>
          <w:b/>
        </w:rPr>
        <w:t xml:space="preserve">[1:28:14] </w:t>
      </w:r>
      <w:r>
        <w:t>na ho to kahan se booster milenge? Team booster banti hai, tab ek sardar, ek leader jo hai, woh perform karta hai. Main samajhta hoon ke is baat ko agar aap zehan mein bithaa lein ke jisko performer ka role hai, woh performer ka role kare, jisko booster ka role hai, woh booster ka role kare. Yeh kabhi bhi koshish na kare aadmi ke booster jo hai, performer banna chahe. Aisa agar</w:t>
      </w:r>
    </w:p>
    <w:p>
      <w:pPr>
        <w:jc w:val="right"/>
      </w:pPr>
      <w:r>
        <w:t>نہ ہو تو کہاں سے بوسٹر ملیں گے؟ ٹیم بوسٹر بنتی ہے، تب ایک سردار، ایک لیڈر جو ہے، وہ پرفارم کرتا ہے۔ میں سمجھتا ہوں کہ اس بات کو اگر آپ ذہن میں بٹھا لیں کہ جس کو پرفارمر کا رول ہے، وہ پرفارمر کا رول کرے، جس کو بوسٹر کا رول ہے، وہ بوسٹر کا رول کرے۔ یہ کبھی بھی کوشش نہ کرے آدمی کہ بوسٹر جو ہے، پرفارمر بننا چاہے۔ ایسا اگر</w:t>
      </w:r>
    </w:p>
    <w:p>
      <w:r>
        <w:rPr>
          <w:b/>
        </w:rPr>
        <w:t xml:space="preserve">[1:28:44] </w:t>
      </w:r>
      <w:r>
        <w:t>zehan bana to yeh team toot jayegi. Aur yaad rakhiye, is team ka tootna koi saada baat nahi hai. Yeh hell and paradise ka maamla hai. Acche se samajh lijiye is cheez ko. Yeh maamla jannat aur jahannum ka hai, hell aur paradise ka hai. Yeh saada baat nahi hai. Jo aadmi, jis aadmi ne yeh sacrifice di</w:t>
      </w:r>
    </w:p>
    <w:p>
      <w:pPr>
        <w:jc w:val="right"/>
      </w:pPr>
      <w:r>
        <w:t>ذہن بنا تو یہ ٹیم ٹوٹ جائے گی۔ اور یاد رکھیے، اس ٹیم کا ٹوٹنا کوئی سادہ بات نہیں ہے۔ یہ ہیل اینڈ پیراڈائز کا معاملہ ہے۔ اچھے سے سمجھ لیجئے اس چیز کو۔ یہ معاملہ جنت اور جہنم کا ہے، ہیل اور پیراڈائز کا ہے۔ یہ سادہ بات نہیں ہے۔ جو آدمی، جس آدمی نے یہ سیکریفائس دی</w:t>
      </w:r>
    </w:p>
    <w:p>
      <w:r>
        <w:rPr>
          <w:b/>
        </w:rPr>
        <w:t xml:space="preserve">[1:29:14] </w:t>
      </w:r>
      <w:r>
        <w:t>ke differences ke bawajood, complaint ke bawajood, aur grievances ke bawajood, woh team ke saath juda raha, usne unity ko nahi toda, uske liye bilashubah paradise hai. Aur jisne aisa kiya ke excuse le kar ke woh team ko chhod diya, usne koi bhi excuse</w:t>
      </w:r>
    </w:p>
    <w:p>
      <w:pPr>
        <w:jc w:val="right"/>
      </w:pPr>
      <w:r>
        <w:t>کہ ڈیفرنسز کے باوجود، کمپلینٹ کے باوجود، اور گریونسز کے باوجود، وہ ٹیم کے ساتھ جڑا رہا، اس نے یونٹی کو نہیں توڑا، اس کے لیے بلاشبہ پیراڈائز ہے۔ اور جس نے ایسا کیا کہ ایکسکیوز لے کر کے وہ ٹیم کو چھوڑ دیا، اس نے کوئی بھی ایکسکی</w:t>
      </w:r>
    </w:p>
    <w:p>
      <w:r>
        <w:rPr>
          <w:b/>
        </w:rPr>
        <w:t xml:space="preserve">[1:29:44] </w:t>
      </w:r>
      <w:r>
        <w:t>excuse yaad rakhiye nahi le sakte. Aap if you have good excuse, don't use it. Team se juda rahne ke maamle mein yahi formula hai: if you have good excuse, don't use it. Kisi bhi excuse par aap ko team ko chhodna nahi hai, team se alag hona nahi hai. Yahan main ek bahut hi important baat kahunga, woh</w:t>
      </w:r>
    </w:p>
    <w:p>
      <w:pPr>
        <w:jc w:val="right"/>
      </w:pPr>
      <w:r>
        <w:t>وز یاد رکھیے نہیں لے سکتے۔ آپ اف یو ہیو گڈ ایکسکیوز، ڈونٹ یوز اٹ۔ ٹیم سے جڑے رہنے کے معاملے میں یہی فارمولا ہے: اف یو ہیو گڈ ایکسکیوز، ڈونٹ یوز اٹ۔ کسی بھی ایکسکیوز پر آپ کو ٹیم کو چھوڑنا نہیں ہے، ٹیم سے الگ ہونا نہیں ہے۔ یہاں میں ایک بہت ہی امپورٹنٹ بات کہوں گا، وہ</w:t>
      </w:r>
    </w:p>
    <w:p>
      <w:r>
        <w:rPr>
          <w:b/>
        </w:rPr>
        <w:t xml:space="preserve">[1:30:14] </w:t>
      </w:r>
      <w:r>
        <w:t>kya? Dekhein, jab difference aaye, jab dil mein shikayat paida ho, jab dil mein ranj ho jaye, uske bawajood aap team se juda rahein, aap ka reward kai guna badh jata hai. Yani agar halaat bilkul mamool par hon, sab normal ho, kisi ka ego hurt na ho raha ho</w:t>
      </w:r>
    </w:p>
    <w:p>
      <w:pPr>
        <w:jc w:val="right"/>
      </w:pPr>
      <w:r>
        <w:t>کیا؟ دیکھیں، جب ڈیفرنس آئے، جب دل میں شکایت پیدا ہو، جب دل میں رنج ہو جائے، اس کے باوجود آپ ٹیم سے جڑے رہیں، آپ کا ریوارڈ کئی گنا بڑھ جاتا ہے۔ یعنی اگر حالات بالکل معمول پر ہوں، سب نارمل ہو، کسی کا ایگو ہٹ نہ ہو رہا ہو</w:t>
      </w:r>
    </w:p>
    <w:p>
      <w:r>
        <w:rPr>
          <w:b/>
        </w:rPr>
        <w:t xml:space="preserve">[1:30:46] </w:t>
      </w:r>
      <w:r>
        <w:t xml:space="preserve"> , kisi ko koi chot na pahunch rahi ho, kisi ke dil mein koi ranj na aa raha ho, sab theek thaak hai, tab jo reward hai, woh bahut thoda reward hai, bahut chhota reward hai. Lekin jab aisa ho ke aap ke dil ko chot lagi, aap ko ranj pahuncha, aap ka ego jo hai, woh hurt hua, aap ke ana ko,</w:t>
      </w:r>
    </w:p>
    <w:p>
      <w:pPr>
        <w:jc w:val="right"/>
      </w:pPr>
      <w:r>
        <w:t>، کسی کو کوئی چوٹ نہ پہنچ رہی ہو، کسی کے دل میں کوئی رنج نہ آ رہا ہو، سب ٹھیک ٹھاک ہے، تب جو ریوارڈ ہے، وہ بہت تھوڑا ریوارڈ ہے، بہت چھوٹا ریوارڈ ہے۔ لیکن جب ایسا ہو کہ آپ کے دل کو چوٹ لگی، آپ کو رنج پہنچا، آپ کا ایگو جو ہے، وہ ہٹ ہوا، آپ کے انا کو،</w:t>
      </w:r>
    </w:p>
    <w:p>
      <w:r>
        <w:rPr>
          <w:b/>
        </w:rPr>
        <w:t xml:space="preserve">[1:31:18] </w:t>
      </w:r>
      <w:r>
        <w:t>aur aap ki ana toot phoot gayi, aap ki badhai mein farq aa gaya, to us waqt agar aap in sab cheezon ka parwah na kar ke juda rahein, yeh bahut hi bada virtue hai. Iska matlab kya hua? Ke jab bhi woh waqt aaye ke aap ka andar se aap ko koi shikayat</w:t>
      </w:r>
    </w:p>
    <w:p>
      <w:pPr>
        <w:jc w:val="right"/>
      </w:pPr>
      <w:r>
        <w:t>اور آپ کی انا ٹوٹ پھوٹ گئی، آپ کی بڑائی میں فرق آ گیا، تو اس وقت اگر آپ ان سب چیزوں کا پرواہ نہ کر کے جڑے رہیں، یہ بہت ہی بڑا ورچو ہے۔ اس کا مطلب کیا ہوا؟ کہ جب بھی وہ وقت آئے کہ آپ کا اندر سے آپ کو کوئی شکایت</w:t>
      </w:r>
    </w:p>
    <w:p>
      <w:r>
        <w:rPr>
          <w:b/>
        </w:rPr>
        <w:t xml:space="preserve">[1:31:48] </w:t>
      </w:r>
      <w:r>
        <w:t>paida ho jaye, andar se aap ko koi difference aa jaye, yeh samajh lijiye ke zyada bada reward paane ka waqt aa gaya. Zyada bada reward paane ka waqt aa gaya. Yeh bahut hi important baat hai. Jo secular</w:t>
      </w:r>
    </w:p>
    <w:p>
      <w:pPr>
        <w:jc w:val="right"/>
      </w:pPr>
      <w:r>
        <w:t>پیدا ہو جائے، اندر سے آپ کو کوئی ڈیفرنس آ جائے، یہ سمجھ لیجئے کہ زیادہ بڑا ریوارڈ پانے کا وقت آ گیا۔ زیادہ بڑا ریوارڈ پانے کا وقت آ گیا۔ یہ بہت ہی امپورٹنٹ بات ہے۔ جو سیکولر</w:t>
      </w:r>
    </w:p>
    <w:p>
      <w:r>
        <w:rPr>
          <w:b/>
        </w:rPr>
        <w:t xml:space="preserve">[1:32:18] </w:t>
      </w:r>
      <w:r>
        <w:t>mission hote hain, secular mission mein yeh cheez nahi hoti. Secular mission dekhiye, isi duniya mein shuru hua, isi duniya mein khatm ho gaya. Lekin jo khudaai mission hai, jo divine mission hai, woh aap jante hain ke pre-death period mein bhi hai, aur post-death period mein bhi hai. To jab aap ko aisi koi</w:t>
      </w:r>
    </w:p>
    <w:p>
      <w:pPr>
        <w:jc w:val="right"/>
      </w:pPr>
      <w:r>
        <w:t>مشن ہوتے ہیں، سیکولر مشن میں یہ چیز نہیں ہوتی۔ سیکولر مشن دیکھیے، اسی دنیا میں شروع ہوا، اسی دنیا میں ختم ہو گیا۔ لیکن جو خدائی مشن ہے، جو ڈیوائن مشن ہے، وہ آپ جانتے ہیں کہ پری ڈیتھ پیریڈ میں بھی ہے، اور پوسٹ ڈیتھ پیریڈ میں بھی ہے۔ تو جب آپ کو ایسی کوئی</w:t>
      </w:r>
    </w:p>
    <w:p>
      <w:r>
        <w:rPr>
          <w:b/>
        </w:rPr>
        <w:t xml:space="preserve">[1:32:48] </w:t>
      </w:r>
      <w:r>
        <w:t>baat aap ke dil mein aati hai jis se doosron se aap ko malal paida ho jaye, doosron se katne ka rujhan aap ke andar aa jaye, team ko chhodne ka rujhan aap ke andar aa jaye, to samajh lijiye ke zyada bada reward paane ka waqt aa gaya, zyada badi jannat lene ka waqt aa gaya, Khuda ki zyada badi khushnoodi lene ka waqt aa gaya. Yeh to bahut badi baat hai. Jab tak aap ke</w:t>
      </w:r>
    </w:p>
    <w:p>
      <w:pPr>
        <w:jc w:val="right"/>
      </w:pPr>
      <w:r>
        <w:t>بات آپ کے دل میں آتی ہے جس سے دوسروں سے آپ کو ملال پیدا ہو جائے، دوسروں سے کٹنے کا رجحان آپ کے اندر آ جائے، ٹیم کو چھوڑنے کا رجحان آپ کے اندر آ جائے، تو سمجھ لیجئے کہ زیادہ بڑا ریوارڈ پانے کا وقت آ گیا، زیادہ بڑی جنت لینے کا وقت آ گیا، خدا کی زیادہ بڑی خوشنودی لینے کا وقت آ گیا۔ یہ تو بہت بڑی بات ہے۔ جب تک آپ کے</w:t>
      </w:r>
    </w:p>
    <w:p>
      <w:r>
        <w:rPr>
          <w:b/>
        </w:rPr>
        <w:t xml:space="preserve">[1:33:18] </w:t>
      </w:r>
      <w:r>
        <w:t>dil mein yeh cheez baithi hui na ho, tab tak aap is mein jam kar nahi kaam kar sakte. Sahaba jo the, Rasool Allah ke jo companions the, un mein yeh sifat thi. Unhone kisi excuse ko excuse nahi banaya. Kyun? Woh samajhte the ke is excuse na bana kar ke main zyada bada sawab lunga Khuda</w:t>
      </w:r>
    </w:p>
    <w:p>
      <w:pPr>
        <w:jc w:val="right"/>
      </w:pPr>
      <w:r>
        <w:t>دل میں یہ چیز بیٹھی ہوئی نہ ہو، تب تک آپ اس میں جم کر نہیں کام کر سکتے۔ صحابہ جو تھے، رسول اللہ کے جو کمپینین تھے، ان میں یہ صفت تھی۔ انہوں نے کسی ایکسکیوز کو ایکسکیوز نہیں بنایا۔ کیوں؟ وہ سمجھتے تھے کہ اس ایکسکیوز نہ بنا کر کے میں زیادہ بڑا ثواب لوں گا خ</w:t>
      </w:r>
    </w:p>
    <w:p>
      <w:r>
        <w:rPr>
          <w:b/>
        </w:rPr>
        <w:t xml:space="preserve">[1:33:48] </w:t>
      </w:r>
      <w:r>
        <w:t>ke haan, zyada bada reward milega Khuda ke haan. Jaise maine is se pehle aap ko qissa bataya tha kai sahaba ka ke unhein sakht qism ke jhatke lage. Maslan Madinah mein ek top ke sardar the, Saad ibn Ubadah. Saare Madinah ke log samajhte the ke unhi ko khalifa banaya jayega Rasool Allah ke</w:t>
      </w:r>
    </w:p>
    <w:p>
      <w:pPr>
        <w:jc w:val="right"/>
      </w:pPr>
      <w:r>
        <w:t>دا کے ہاں، زیادہ بڑا ریوارڈ ملے گا خدا کے ہاں۔ جیسے میں نے اس سے پہلے آپ کو قصہ بتایا تھا کئی صحابہ کا کہ انہیں سخت قسم کے جھٹکے لگے۔ مثلاً مدینہ میں ایک ٹاپ کے سردار تھے، سعد ابن عبادہ۔ سارے مدینہ کے لوگ سمجھتے تھے کہ انہی کو خلیفہ بنایا جائے گا رسول اللہ کے ڈ</w:t>
      </w:r>
    </w:p>
    <w:p>
      <w:r>
        <w:rPr>
          <w:b/>
        </w:rPr>
        <w:t xml:space="preserve">[1:34:18] </w:t>
      </w:r>
      <w:r>
        <w:t>death ke baad. Lekin khalifa bana diya gaya kis ko? Abu Bakr ko, jo Makka se aaye the. Zahir hai ke is ka bada jhatka laga. Un ka jo tribe tha, woh bahut ghussa hua. Lekin Saad ibn Ubadah ne kya kiya? Chupke se ek din raat ko Madinah chhod kar Sham chale gaye. Unhone socha ke main khud to chup reh sakta hoon</w:t>
      </w:r>
    </w:p>
    <w:p>
      <w:pPr>
        <w:jc w:val="right"/>
      </w:pPr>
      <w:r>
        <w:t>یتھ کے بعد۔ لیکن خلیفہ بنا دیا گیا کس کو؟ ابوبکر کو، جو مکہ سے آئے تھے۔ ظاہر ہے کہ اس کا بڑا جھٹکا لگا۔ ان کا جو ٹرائب تھا، وہ بہت غصہ ہوا۔ لیکن سعد ابن عبادہ نے کیا کیا؟ چپکے سے ایک دن رات کو مدینہ چھوڑ کر شام چلے گئے۔ انہوں نے سوچا کہ میں خود تو چپ رہ سکتا ہوں</w:t>
      </w:r>
    </w:p>
    <w:p>
      <w:r>
        <w:rPr>
          <w:b/>
        </w:rPr>
        <w:t xml:space="preserve">[1:34:48] </w:t>
      </w:r>
      <w:r>
        <w:t xml:space="preserve"> , lekin qabile ke log to mujhe le le kar ke toofan machate rahenge. Yani main yahan pe ek nishani ban jaunga, ek nishani opposition ki, aur mujh ko le kar ke log tarah tarah ke problem khade karenge. To khud apne ko Madinah se le aa kar ke Sham mein ja ke rehne lage, ek refugee ke roop mein. Chup chap, koi wahan statement nahi diya</w:t>
      </w:r>
    </w:p>
    <w:p>
      <w:pPr>
        <w:jc w:val="right"/>
      </w:pPr>
      <w:r>
        <w:t>، لیکن قبیلے کے لوگ تو مجھے لے لے کر کے طوفان مچاتے رہیں گے۔ یعنی میں یہاں پہ ایک علامت بن جاؤں گا، ایک علامت اپوزیشن کی، اور مجھ کو لے کر کے لوگ طرح طرح کے پرابلم کھڑے کریں گے۔ تو خود اپنے کو مدینے سے لے آ کر کے شام میں جا کے رہنے لگے، ایک ریفوجی کے روپ میں۔ چپ چاپ، کوئی وہاں اسٹیٹمنٹ نہیں دیا</w:t>
      </w:r>
    </w:p>
    <w:p>
      <w:r>
        <w:rPr>
          <w:b/>
        </w:rPr>
        <w:t xml:space="preserve">[1:35:19] </w:t>
      </w:r>
      <w:r>
        <w:t xml:space="preserve"> , koi wahan pe speech nahi di, koi wahan book nahi likhi unhone, aur wohin par khatm ho gaye. Yeh bhi secondary darje ki cheez hai. Ab woh cheez nahi hai. Ab woh cheez yeh hai ke juda rahe aadmi. Yeh qism ka escapism hai. Is ko logon ne pasand nahi kiya hai history mein. Lekin number ek darja yeh hai ke aadmi saare grievances ke ba</w:t>
      </w:r>
    </w:p>
    <w:p>
      <w:pPr>
        <w:jc w:val="right"/>
      </w:pPr>
      <w:r>
        <w:t>، کوئی وہاں پہ سپیچ نہیں دی، کوئی وہاں بک نہیں لکھی انہوں نے، اور وہیں پر ختم ہو گئے۔ یہ بھی سیکنڈری درجے کی چیز ہے۔ اب وہ چیز نہیں ہے۔ اب وہ چیز یہ ہے کہ جڑا رہے آدمی۔ یہ قسم کا اسکیپزم ہے۔ اس کو لوگوں نے پسند نہیں کیا ہے ہسٹری میں۔ لیکن نمبر ایک درجہ یہ ہے کہ آدمی سارے گریونسز کے با</w:t>
      </w:r>
    </w:p>
    <w:p>
      <w:r>
        <w:rPr>
          <w:b/>
        </w:rPr>
        <w:t xml:space="preserve">[1:35:49] </w:t>
      </w:r>
      <w:r>
        <w:t>wajood saath de. Aur doosra darja yeh hai ke minimum, ek hai maximum, ek hai minimum. Difference ke baad, jis waqt difference aa jayein to maximum to yeh hai ke aap aala darja to yeh hai ke aap sab kuch bhula kar difference ko alag rakh kar ke saath dein group ka.</w:t>
      </w:r>
    </w:p>
    <w:p>
      <w:pPr>
        <w:jc w:val="right"/>
      </w:pPr>
      <w:r>
        <w:t>وجود ساتھ دے۔ اور دوسرا درجہ یہ ہے کہ منیمم، ایک ہے میکسیمم، ایک ہے منیمم۔ ڈیفرنس کے بعد، جس وقت ڈیفرنس آ جائیں تو میکسیمم تو یہ ہے کہ آپ اعلیٰ درجہ تو یہ ہے کہ آپ سب کچھ بھلا کر ڈیفرنس کو الگ رکھ کر کے ساتھ دیں گروپ کا۔</w:t>
      </w:r>
    </w:p>
    <w:p>
      <w:r>
        <w:rPr>
          <w:b/>
        </w:rPr>
        <w:t xml:space="preserve">[1:36:21] </w:t>
      </w:r>
      <w:r>
        <w:t>Aur minimum darja yeh hai ke aap chup chap ho jayein, koi burai na phailayein, kisi ko bhagayein nahi, kisi ke dil mein kuch negative khayalat na dalein. Chup ho ja, chup ho ja, chup ho ja, yahan tak ke mar jaye. To behal is ko yaad rakhiye ke ek aadmi jis ko sachai ki discovery na hui ho, woh</w:t>
      </w:r>
    </w:p>
    <w:p>
      <w:pPr>
        <w:jc w:val="right"/>
      </w:pPr>
      <w:r>
        <w:t>اور منیمم درجہ یہ ہے کہ آپ چپ چاپ ہو جائیں، کوئی برائی نہ پھیلائیں، کسی کو بھگائیں نہیں، کسی کے دل میں کچھ نیگیٹیو خیالات نہ ڈالیں۔ چپ ہو جا، چپ ہو جا، چپ ہو جا، یہاں تک کہ مر جائے۔ تو بہرحال اس کو یاد رکھیے کہ ایک آدمی جس کو سچائی کی ڈسکوری نہ ہوئی ہو، وہ</w:t>
      </w:r>
    </w:p>
    <w:p>
      <w:r>
        <w:rPr>
          <w:b/>
        </w:rPr>
        <w:t xml:space="preserve">[1:36:51] </w:t>
      </w:r>
      <w:r>
        <w:t>to shayad safe side mein ho, lekin jis ko sachai ki discovery ho chuki, woh safe side mein nahi hai. Ignorance ka us ko faida nahi milne wala hai. To aap woh log hain jin ko sachai ki discovery ho chuki, aap un-aware nahi hain, to aap safe side mein nahi rahe.</w:t>
      </w:r>
    </w:p>
    <w:p>
      <w:pPr>
        <w:jc w:val="right"/>
      </w:pPr>
      <w:r>
        <w:t>تو شاید سیف سائیڈ میں ہو، لیکن جس کو سچائی کی ڈسکوری ہو چکی، وہ سیف سائیڈ میں نہیں ہے۔ اگنورنس کا اس کو فائدہ نہیں ملنے والا ہے۔ تو آپ وہ لوگ ہیں جن کو سچائی کی ڈسکوری ہو چکی، آپ ان ایئر نہیں ہیں، تو آپ سیف سائیڈ میں نہیں رہے۔</w:t>
      </w:r>
    </w:p>
    <w:p>
      <w:r>
        <w:rPr>
          <w:b/>
        </w:rPr>
        <w:t xml:space="preserve">[1:37:21] </w:t>
      </w:r>
      <w:r>
        <w:t>Aap yeh keh kar chhoot nahi sakte ke Khuda ne humein to pata nahi tha, humein to pata nahi tha. Ab aap kaise keh sakte hain jab ke aap ko pata ho chuka hai? To meri is baat ko acchi tarah yaad rakhiye ke jis ko sachai ki discovery na hui ho, woh to shayad safe side mein ho, lekin</w:t>
      </w:r>
    </w:p>
    <w:p>
      <w:pPr>
        <w:jc w:val="right"/>
      </w:pPr>
      <w:r>
        <w:t>آپ یہ کہہ کر چھوٹ نہیں سکتے کہ خدائے ہمیں تو پتہ نہیں تھا، ہمیں تو پتہ نہیں تھا۔ اب آپ کیسے کہہ سکتے ہیں جب کہ آپ کو پتہ ہو چکا ہے؟ تو میری اس بات کو اچھی طرح یاد رکھیے کہ جس کو سچائی کی ڈسکوری نہ ہوئی ہو، وہ تو شاید سیف سائیڈ میں ہو، لیکن</w:t>
      </w:r>
    </w:p>
    <w:p>
      <w:r>
        <w:rPr>
          <w:b/>
        </w:rPr>
        <w:t xml:space="preserve">[1:37:53] </w:t>
      </w:r>
      <w:r>
        <w:t>jis ko sachai ki discovery ho chuki, woh safe side mein nahi hai. Us ke liye koi option nahi raha. Jis ko sachai ki discovery ho chuki, us ke liye koi option nahi raha. Uski saari kashtiyan jal chuki hain, wapsi kashti baqi nahi hai. Mashoor hai ke</w:t>
      </w:r>
    </w:p>
    <w:p>
      <w:pPr>
        <w:jc w:val="right"/>
      </w:pPr>
      <w:r>
        <w:t>جس کو سچائی کی ڈسکوری ہو چکی، وہ سیف سائیڈ میں نہیں ہے۔ اس کے لیے کوئی آپشن نہیں رہا۔ جس کو سچائی کی ڈسکوری ہو چکی، اس کے لیے کوئی آپشن نہیں رہا۔ اس کی ساری کشتیاں جل چکی ہیں، واپسی کشتی باقی نہیں ہے۔ مشہور ہے کہ</w:t>
      </w:r>
    </w:p>
    <w:p>
      <w:r>
        <w:rPr>
          <w:b/>
        </w:rPr>
        <w:t xml:space="preserve">[1:38:24] </w:t>
      </w:r>
      <w:r>
        <w:t>Tariq jab Morocco se aage badh kar ke Spain mein dakhil hua to jin kashtiyon se woh samandar paar kar ke gaye the Spain, to us ne saari kashtiyon ko jala diya. Hukum de diya ke in kashtiyon ko jala do. Aisa kaha jata hai. Kyun? Us ne kaha ke dekho, ab tumhare liye wapsi ka koi rasta nahi hai.</w:t>
      </w:r>
    </w:p>
    <w:p>
      <w:pPr>
        <w:jc w:val="right"/>
      </w:pPr>
      <w:r>
        <w:t>طارق جب مراکو سے آگے بڑھ کر کے اسپین میں داخل ہوا تو جن کشتیوں سے وہ سمندر پار کر کے گئے تھے اسپین، تو اس نے ساری کشتیوں کو جلا دیا۔ حکم دے دیا کہ ان کشتیوں کو جلا دو۔ ایسا کہا جاتا ہے۔ کیوں؟ اس نے کہا کہ دیکھو، اب تمہارے لیے واپسی کا کوئی راستہ نہیں ہے۔</w:t>
      </w:r>
    </w:p>
    <w:p>
      <w:r>
        <w:rPr>
          <w:b/>
        </w:rPr>
        <w:t xml:space="preserve">[1:39:00] </w:t>
      </w:r>
      <w:r>
        <w:t>un kashtiyon se jis par tum wapsi ko soch sakte the, woh jal chuki hain. ab to tumhein aage badhna hai, bas aur koi rasta tumhare liye nahi hai. aap ka muamla wahi hai ke aap ki kashtiyan jal chuki hain. aap ne apne hath se chahe na jalai hon, lekin woh jal chuki hain kashtiyan. kyunke ab koi safe side aap ke liye baqi nahi raha hai.</w:t>
      </w:r>
    </w:p>
    <w:p>
      <w:pPr>
        <w:jc w:val="right"/>
      </w:pPr>
      <w:r>
        <w:t>ان کشتیوں سے جس پر تم واپسی کو سوچ سکتے تھے، وہ جل چکی ہیں۔ اب تو تمہیں آگے بڑھنا ہے، بس اور کوئی راستہ تمہارے لیے نہیں ہے۔ آپ کا معاملہ وہی ہے کہ آپ کی کشتیاں جل چکی ہیں۔ آپ نے اپنے ہاتھ سے چاہے نہ جلائی ہوں، لیکن وہ جل چکی ہیں کشتیاں۔ کیونکہ اب کوئی سیف سائیڈ آپ کے لیے باقی نہیں رہا ہے۔</w:t>
      </w:r>
    </w:p>
    <w:p>
      <w:r>
        <w:rPr>
          <w:b/>
        </w:rPr>
        <w:t xml:space="preserve">[1:39:31] </w:t>
      </w:r>
      <w:r>
        <w:t>koi safe side baqi nahi raha hai aap ke liye. doosri baat mein yeh arz karunga ke hadith mein aata hai ke pehle zamane mein yeh haal tha jab tha religious persecution ka zamana. to ek aadmi kehta tha ke Khuda ek hai,</w:t>
      </w:r>
    </w:p>
    <w:p>
      <w:pPr>
        <w:jc w:val="right"/>
      </w:pPr>
      <w:r>
        <w:t>کوئی سیف سائیڈ باقی نہیں رہا ہے آپ کے لیے۔ دوسری بات میں یہ عرض کروں گا کہ حدیث میں آتا ہے کہ پہلے زمانے میں یہ حال تھا جب تھا ریلیجس پرسیکیوشن کا زمانہ۔ تو ایک آدمی کہتا تھا کہ خدا ایک ہے،</w:t>
      </w:r>
    </w:p>
    <w:p>
      <w:r>
        <w:rPr>
          <w:b/>
        </w:rPr>
        <w:t xml:space="preserve">[1:40:02] </w:t>
      </w:r>
      <w:r>
        <w:t>to usi waqt us ko qatl kar diya jata tha. yaani Khuda ek hai kehne par qatl qatl ho jata tha. is ko aaj kya hai? ab hum religious freedom ke zamane mein hain. aap ko Khuda ne, aap ke test ko Khuda ne kitna aasan kar diya hai. un logon ko test dena padta tha talwar ke saaye mein, apne ko destroy kar ke, apne ko marwa kar ke</w:t>
      </w:r>
    </w:p>
    <w:p>
      <w:pPr>
        <w:jc w:val="right"/>
      </w:pPr>
      <w:r>
        <w:t>تو اسی وقت اس کو قتل کر دیا جاتا تھا۔ یعنی خدا ایک ہے کہنے پر قتل قتل ہو جاتا تھا۔ اس کو آج کیا ہے؟ اب ہم ریلیجس فریڈم کے زمانے میں ہیں۔ آپ کو خدا نے، آپ کے ٹیسٹ کو خدا نے کتنا آسان کر دیا ہے۔ ان لوگوں کو ٹیسٹ دینا پڑتا تھا تلوار کے سائے میں، اپنے کو ڈسٹرائے کر کے، اپنے کو مروا کر کے</w:t>
      </w:r>
    </w:p>
    <w:p>
      <w:r>
        <w:rPr>
          <w:b/>
        </w:rPr>
        <w:t xml:space="preserve">[1:40:33] </w:t>
      </w:r>
      <w:r>
        <w:t>sachai ka ailan karna padta tha. potassium cyanide khana padta tha sachai ka ailan karne ke liye. aaj kya hai? aap ko azadi hai. aaj aap ko freedom mili hui hai. communication ka zamana hai. sare sadhan maujood hain. yahan tak khud non-muslim secular log,</w:t>
      </w:r>
    </w:p>
    <w:p>
      <w:pPr>
        <w:jc w:val="right"/>
      </w:pPr>
      <w:r>
        <w:t>سچائی کا اعلان کرنا پڑتا تھا۔ پوٹیشیم سائنائیڈ کھانا پڑتا تھا سچائی کا اعلان کرنے کے لیے۔ آج کیا ہے؟ آپ کو آزادی ہے۔ آج آپ کو فریڈم ملی ہوئی ہے۔ کمیونیکیشن کا زمانہ ہے۔ سارے سادن موجود ہیں۔ یہاں تک خود نان مسلم سیکولر لوگ،</w:t>
      </w:r>
    </w:p>
    <w:p>
      <w:r>
        <w:rPr>
          <w:b/>
        </w:rPr>
        <w:t xml:space="preserve">[1:41:05] </w:t>
      </w:r>
      <w:r>
        <w:t>secular log jo Khuda ko nahi mante, mazhab ko nahi mante, secular log apni conference karte hain, us mein bulate hain ke aaiye yahan bataiye ke sachai kya hai? without any condition, sachai kya hai? sab se pehle mujhe jo mauqa mila tha kisi doosre mazahib ke jalse mein bolne ka, woh tha beinur</w:t>
      </w:r>
    </w:p>
    <w:p>
      <w:pPr>
        <w:jc w:val="right"/>
      </w:pPr>
      <w:r>
        <w:t>سیکولر لوگ جو خدا کو نہیں مانتے، مذہب کو نہیں مانتے، سیکولر لوگ اپنی کانفرنس کرتے ہیں، اس میں بلاتے ہیں کہ آئیے یہاں بتائیے کہ سچائی کیا ہے؟ ودا آؤٹ اینی کنڈیشن، سچائی کیا ہے؟ سب سے پہلے مجھے جو موقع ملا تھا کسی دوسرے مذاہب کے جلسے میں بولنے کا، وہ تھا بینور</w:t>
      </w:r>
    </w:p>
    <w:p>
      <w:r>
        <w:rPr>
          <w:b/>
        </w:rPr>
        <w:t xml:space="preserve">[1:41:35] </w:t>
      </w:r>
      <w:r>
        <w:t>mein. ab se bohat pehle ki baat hai. wahan unhone topic diya tha ke sachai ka gyan kaise prapt kiya jaye. to har mazhab ko bulaya tha unhone. har mazhab ko yeh batana tha ke is ke mazhab ki teaching ke mutabiq sachai ka gyan kaise prapt ho sakta hai. mujhe unhone bulaya tha ke main Islam ke reference mein bataun.</w:t>
      </w:r>
    </w:p>
    <w:p>
      <w:pPr>
        <w:jc w:val="right"/>
      </w:pPr>
      <w:r>
        <w:t>میں۔ اب سے بہت پہلے کی بات ہے۔ وہاں انہوں نے ٹاپک دیا تھا کہ سچائی کا گیان کیسے प्राप्त کیا جائے۔ تو ہر مذہب کو بلایا تھا انہوں نے۔ ہر مذہب کو یہ بتانا تھا کہ اس کے مذہب کی ٹیچنگ کے مطابق سچائی کا گیان کیسے प्राप्त ہو سکتا ہے۔ مجھے انہوں نے بلایا تھا کہ میں اسلام کے ریفرنس میں بتاؤں۔</w:t>
      </w:r>
    </w:p>
    <w:p>
      <w:r>
        <w:rPr>
          <w:b/>
        </w:rPr>
        <w:t xml:space="preserve">[1:42:06] </w:t>
      </w:r>
      <w:r>
        <w:t>Islam ke reference mein ke Islam ki jo teaching hai, us ke mutabiq sachai ka gyan kaise prapt ho sakta hai. ab bataiye ke yeh kaisi ajeeb baat hai? aap ko khud apna stage banane ki zaroorat nahi hai. duniya ne jo stage bana rakhe hain, woh aap ko bula rahe hain ke wahan khade ho kar aap ailan karen. sachai kya hai? sachai kaise milti hai? sachai ki discovery ka tareeqa kya hai? aur without</w:t>
      </w:r>
    </w:p>
    <w:p>
      <w:pPr>
        <w:jc w:val="right"/>
      </w:pPr>
      <w:r>
        <w:t>اسلام کے ریفرنس میں کہ اسلام کی جو ٹیچنگ ہے، اس کے مطابق سچائی کا گیان کیسے प्राप्त ہو سکتا ہے۔ اب بتائیے کہ یہ کیسی عجیب بات ہے؟ آپ کو خود اپنا اسٹیج بنانے کی ضرورت نہیں ہے۔ دنیا نے جو اسٹیج بنا رکھے ہیں، وہ آپ کو بلا رہے ہیں کہ وہاں کھڑے ہو کر آپ اعلان کریں۔ سچائی کیا ہے؟ سچائی کیسے ملتی ہے؟ سچائی کی ڈسکوری کا طریقہ کیا ہے؟ اور ودا</w:t>
      </w:r>
    </w:p>
    <w:p>
      <w:r>
        <w:rPr>
          <w:b/>
        </w:rPr>
        <w:t xml:space="preserve">[1:42:36] </w:t>
      </w:r>
      <w:r>
        <w:t>any condition, abhi mein gaya tha Sai Sai Center mein, jo wahan par hai Bangalore ke paas. to mashhoor jo hain Sai Baba, bohat hi bara center un ka hai. yaani private airport bhi un ka hai. itna bara center hai un ka. adha ghanta mujhe diya unhone bolne ke liye. aur bohat bara audience tha, bohat bara audience. to</w:t>
      </w:r>
    </w:p>
    <w:p>
      <w:pPr>
        <w:jc w:val="right"/>
      </w:pPr>
      <w:r>
        <w:t>آؤٹ اینی کنڈیشن، ابھی میں گیا تھا سائی سائی سینٹر میں، جو وہاں پر ہے بنگلور کے پاس۔ تو مشہور جو ہیں سائی بابا، بہت ہی بڑا سینٹر ان کا ہے۔ یعنی پرائیویٹ ایئرپورٹ بھی ان کا ہے۔ اتنا بڑا سینٹر ہے ان کا۔ ادھ گھنٹہ مجھے دیا انہوں نے بولنے کے لیے۔ اور بہت بڑا آڈینس تھا، بہت بڑا آڈینس۔ تو</w:t>
      </w:r>
    </w:p>
    <w:p>
      <w:r>
        <w:rPr>
          <w:b/>
        </w:rPr>
        <w:t xml:space="preserve">[1:43:06] </w:t>
      </w:r>
      <w:r>
        <w:t>meri kursi ke bilkul paas thi un ki kursi, Sai Baba ki. to maine Islam par bola. main to Sai Baba jo wheel chair par rehte hain, apni wheel chair chala kar mere paas aaye. bilkul mere paas aa kar kehte hain ke Maulana sahib bohat acha bole aap. aap gaur kijiye ke Sai Center jo international center hai, unhone hamein do ticket bheje. wahan gaye, hum wahan thehraya unhone</w:t>
      </w:r>
    </w:p>
    <w:p>
      <w:pPr>
        <w:jc w:val="right"/>
      </w:pPr>
      <w:r>
        <w:t>میری کرسی کے بالکل پاس تھی ان کی کرسی، سائی بابا کی۔ تو میں نے اسلام پر بولا۔ میں تو سائی بابا جو ویل چیئر پر رہتے ہیں، اپنی ویل چیئر چلا کر میرے پاس آئے۔ بالکل میرے پاس آ کر کہتے ہیں کہ مولانا صاحب بہت اچھا بولے آپ۔ آپ غور کیجئے کہ سائی سینٹر جو انٹرنیشنل سینٹر ہے، انہوں نے ہمیں دو ٹکٹ بھیجے۔ وہاں گئے، ہم وہاں ٹھہرایا انہوں نے</w:t>
      </w:r>
    </w:p>
    <w:p>
      <w:r>
        <w:rPr>
          <w:b/>
        </w:rPr>
        <w:t xml:space="preserve">[1:43:36] </w:t>
      </w:r>
      <w:r>
        <w:t>, aur Islam par adha ghanta bolne ka mauqa diya. ek bohat bare audience mein, international audience tha woh. aur us ke baad khud Sai Baba kehte hain ke bohat acha bole aap. phir apna ek khaas room un ka hota hai jahan woh milte hain. wahan par bulaya unhone, wahan mile bhi mujh se. yeh baat keh raha hoon ke kis tarah se naye mauqe paida hue hain. naye mauqe. ek bohat ajeeb baat yeh</w:t>
      </w:r>
    </w:p>
    <w:p>
      <w:pPr>
        <w:jc w:val="right"/>
      </w:pPr>
      <w:r>
        <w:t>، اور اسلام پر ادھ گھنٹہ بولنے کا موقع دیا۔ ایک بہت بڑے آڈینس میں، انٹرنیشنل آڈینس تھا وہ۔ اور اس کے بعد خود سائی بابا کہتے ہیں کہ بہت اچھا بولے آپ۔ پھر اپنا ایک خاص روم ان کا ہوتا ہے جہاں وہ ملتے ہیں۔ وہاں پر بلایا انہوں نے، وہاں ملے بھی مجھ سے۔ یہ بات کہہ رہا ہوں کہ کس طرح سے نئے مواقع پیدا ہوئے ہیں۔ نئے مواقع۔ ایک بہت عجیب بات یہ</w:t>
      </w:r>
    </w:p>
    <w:p>
      <w:r>
        <w:rPr>
          <w:b/>
        </w:rPr>
        <w:t xml:space="preserve">[1:44:06] </w:t>
      </w:r>
      <w:r>
        <w:t>hai ke is zamane ki jo sab se bari khaas khaasiyat hai, woh yeh hai ke spirit of inquiry hai logon mein. spirit of inquiry. maslan Salman Rushdie ka qissa pesh aaya to million billion copy Quran majeed ki bik gayi. yeh janne ke liye ke bhai yeh kya hai? jise musalman itna shor kar rahe hain. abhi jo cartoon ka qissa hua, Denmark cartoon ke upar, to dobara</w:t>
      </w:r>
    </w:p>
    <w:p>
      <w:pPr>
        <w:jc w:val="right"/>
      </w:pPr>
      <w:r>
        <w:t>ہے کہ اس زمانے کی جو سب سے بڑی خاص خاصیت ہے، وہ یہ ہے کہ اسپیریٹ آف انکوائری ہے لوگوں میں۔ اسپیریٹ آف انکوائری۔ مثلاً سلمان رشدی کا قصہ پیش آیا تو ملین بلین کاپی قرآن مجید کی بک گئی۔ یہ جاننے کے لیے بھئی یہ کیا ہے؟ جسے مسلمان اتنا شور کر رہے ہیں۔ ابھی جو کارٹون کا قصہ ہوا، ڈنمارک کارٹون کے اوپر، تو دوبارہ</w:t>
      </w:r>
    </w:p>
    <w:p>
      <w:r>
        <w:rPr>
          <w:b/>
        </w:rPr>
        <w:t xml:space="preserve">[1:44:36] </w:t>
      </w:r>
      <w:r>
        <w:t>aise hua ke million billion copy bik gayin. khud hamare Good World ke log jahan gaye, book stall laga kar to Quran ka tarjuma sab se zyada kharida logon ne. kyun? yeh spirit of inquiry ki wajah se. bhai yeh mazhab mein kya baat hai? itna hungama kyun kar rahe hain cartoon ke upar? cartoon se kyun itna ghussa hain yeh log? to jano ke un ka mazhab kya hai? un ke mazhab ki teaching kya hai? yeh spirit of inquiry.</w:t>
      </w:r>
    </w:p>
    <w:p>
      <w:pPr>
        <w:jc w:val="right"/>
      </w:pPr>
      <w:r>
        <w:t>ایسے ہوا کہ ملین بلین کاپیاں بک گئیں۔ خود ہمارے گڈ ورلڈ کے لوگ جہاں گئے، بک اسٹال لگا کر تو قرآن کا ترجمہ سب سے زیادہ خریدا لوگوں نے۔ کیوں؟ یہ اسپیریٹ آف انکوائری کی وجہ سے۔ بھئی یہ مذہب میں کیا بات ہے؟ اتنا ہنگامہ کیوں کر رہے ہیں کارٹون کے اوپر؟ کارٹون سے کیوں اتنا غصہ ہیں یہ لوگ؟ تو جانو کہ ان کا مذہب کیا ہے؟ ان کے مذہب کی ٹیچنگ کیا ہے؟ یہ اسپیریٹ آف انکوائری۔</w:t>
      </w:r>
    </w:p>
    <w:p>
      <w:r>
        <w:rPr>
          <w:b/>
        </w:rPr>
        <w:t xml:space="preserve">[1:45:08] </w:t>
      </w:r>
      <w:r>
        <w:t>aisa is se pehle kabhi bhi tareekh mein nahi tha. kabhi bhi nahi tha aisa. to aap gaur kijiye ke sare opportunities aap ko khol di gayin. sare mauqe aap ke liye khol diye gaye. sari facilities aap ko de di gayin. ab bhi agar aap na karen is kaam ko, mujhe bataiye ke</w:t>
      </w:r>
    </w:p>
    <w:p>
      <w:pPr>
        <w:jc w:val="right"/>
      </w:pPr>
      <w:r>
        <w:t>ایسا اس سے پہلے کبھی بھی تاریخ میں نہیں تھا۔ کبھی بھی نہیں تھا ایسا۔ تو آپ غور کیجئے کہ سارے اپرچونیٹیز آپ کو کھول دی گئیں۔ سارے مواقع آپ کے لیے کھول دیے گئے۔ ساری فیسلیٹیز آپ کو دے دی گئیں۔ اب بھی اگر آپ نہ کریں اس کام کو، مجھے بتائیے کہ</w:t>
      </w:r>
    </w:p>
    <w:p>
      <w:r>
        <w:rPr>
          <w:b/>
        </w:rPr>
        <w:t xml:space="preserve">[1:45:38] </w:t>
      </w:r>
      <w:r>
        <w:t>Khuda ke haan aap ka jawab kya hoga? mein samajhta hoon koi jawab nahi hoga. koi bhi jawab nahi hoga. ek baat mein yeh bhi arz karna chahta hoon ke yeh daawa work hai, yeh kya cheez hai? daawa work, yaani Khuda ke message ko phailana. dekhiye, Khuda ne bohat bari</w:t>
      </w:r>
    </w:p>
    <w:p>
      <w:pPr>
        <w:jc w:val="right"/>
      </w:pPr>
      <w:r>
        <w:t>خدا کے ہاں آپ کا جواب کیا ہوگا؟ میں سمجھتا ہوں کوئی جواب نہیں ہوگا۔ کوئی بھی جواب نہیں ہوگا۔ ایک بات میں یہ بھی عرض کرنا چاہتا ہوں کہ یہ دعویٰ ورک ہے، یہ کیا چیز ہے؟ دعویٰ ورک، یعنی خدا کے میسج کو پھیلانا۔ دیکھیے، خدا نے بہت بڑی</w:t>
      </w:r>
    </w:p>
    <w:p>
      <w:r>
        <w:rPr>
          <w:b/>
        </w:rPr>
        <w:t xml:space="preserve">[1:46:08] </w:t>
      </w:r>
      <w:r>
        <w:t>duniya banai. har cheez Khuda ke direct control mein hai. ghaas ka ugna, planet aur stars ka chalna, darya ka rawan hona, hawaon ka chalna, jo bhi hai, jo bhi hai, jo bhi hai, sab kuch direct taur par Khuda control kar raha hai har cheez ko. sirf ek ek kaam aisa hai jo Khuda khud nahi kar raha hai. is</w:t>
      </w:r>
    </w:p>
    <w:p>
      <w:pPr>
        <w:jc w:val="right"/>
      </w:pPr>
      <w:r>
        <w:t>دنیا بنائی۔ ہر چیز خدا کے ڈائریکٹ کنٹرول میں ہے۔ گھاس کا اگنا، پلینٹ اور اسٹارز کا چلنا، دریا کا رواں ہونا، ہواؤں کا چلنا، جو بھی ہے، جو بھی ہے، جو بھی ہے، سب کچھ ڈائریکٹ طور پر خدا کنٹرول کر رہا ہے ہر چیز کو۔ صرف ایک ایک کام ایسا ہے جو خدا خود نہیں کر رہا ہے۔ اس</w:t>
      </w:r>
    </w:p>
    <w:p>
      <w:r>
        <w:rPr>
          <w:b/>
        </w:rPr>
        <w:t xml:space="preserve">[1:46:38] </w:t>
      </w:r>
      <w:r>
        <w:t>ke kaam ke liye Khuda chahta hai ke insaan kare is ko. isi liye is ko kaha gaya hai Khuda ki madad karna. Khuda ki madad karna. isi ke liye kaha gaya ke Ansar Allah, yaani jo log is kaam ko karen, woh Ansar Allah hain, Khuda ke helper hain. ab gaur kijiye ke jo Khuda qadir mutlaq hai, woh kaun sa kaam hai jo Khuda khud nahi kar sakta? aap se chahta hai ke aap karen. woh yahi hai.</w:t>
      </w:r>
    </w:p>
    <w:p>
      <w:pPr>
        <w:jc w:val="right"/>
      </w:pPr>
      <w:r>
        <w:t>ی کام کے لیے خدا چاہتا ہے کہ انسان کرے اس کو۔ اسی لیے اس کو کہا گیا ہے خدا کی مدد کرنا۔ خدا کی مدد کرنا۔ اسی کے لیے کہا گیا کہ انصار اللہ، یعنی جو لوگ اس کام کو کریں، وہ انصار اللہ ہیں، خدا کے ہیلپر ہیں۔ اب غور کیجئے کہ جو خدا قادر مطلق ہے، وہ کون سا کام ہے جو خدا خود نہیں کر سکتا؟ آپ سے چاہتا ہے کہ آپ کریں۔ وہ یہی ہے۔</w:t>
      </w:r>
    </w:p>
    <w:p>
      <w:r>
        <w:rPr>
          <w:b/>
        </w:rPr>
        <w:t xml:space="preserve">[1:47:10] </w:t>
      </w:r>
      <w:r>
        <w:t>kyunke insaan ko Khuda ne azadi di hai, is ko test par rakha hai. to agar Khuda khud samne aa jaye to compulsion create ho jayega. agar Khuda apne angel ko bhej de, Khuda khud samne aa kar awaz dene lage logon ko, to phir compulsively logon ko manna pad jayega. aur Khuda yeh chahta nahi. Khuda chahta hai ke apne azaad irade se, apni free choice se</w:t>
      </w:r>
    </w:p>
    <w:p>
      <w:pPr>
        <w:jc w:val="right"/>
      </w:pPr>
      <w:r>
        <w:t>کیونکہ انسان کو خدا نے آزادی دی ہے، اس کو ٹیسٹ پر رکھا ہے۔ تو اگر خدا خود سامنے آ جائے تو کمپلشن کریٹ ہو جائے گا۔ اگر خدا اپنے اینجل کو بھیج دے، خدا خود سامنے آ کر آواز دینے لگے لوگوں کو، تو پھر کمپلسولی لوگوں کو ماننا پڑ جائے گا۔ اور خدا یہ چاہتا نہیں۔ خدا چاہتا ہے کہ اپنے آزاد ارادے سے، اپنی فری چوائس سے</w:t>
      </w:r>
    </w:p>
    <w:p>
      <w:r>
        <w:rPr>
          <w:b/>
        </w:rPr>
        <w:t xml:space="preserve">[1:47:40] </w:t>
      </w:r>
      <w:r>
        <w:t>log manen Khuda ko, Khuda ki baat ko, Khuda ki sachai ko. to freedom of choice ko baqi rakhne ke liye Khuda ne aisa kiya hai ke woh khud samne nahi aata. woh khud samne nahi aata. insaan woh chahta hai ke insanon mein se kuch log uthen, woh Khuda ki taraf se yeh kaam anjam den. Khuda ki taraf se yeh kaam anjam den.</w:t>
      </w:r>
    </w:p>
    <w:p>
      <w:pPr>
        <w:jc w:val="right"/>
      </w:pPr>
      <w:r>
        <w:t>لوگ مانیں خدا کو، خدا کی بات کو، خدا کی سچائی کو۔ تو فریڈم آف چوائس کو باقی رکھنے کے لیے خدا نے ایسا کیا ہے کہ وہ خود سامنے نہیں آتا۔ وہ خود سامنے نہیں آتا۔ انسان وہ چاہتا ہے کہ انسانوں میں سے کچھ لوگ اٹھیں، وہ خدا کی طرف سے یہ کام انجام دیں۔ خدا کی طرف سے یہ کام انجام دیں۔</w:t>
      </w:r>
    </w:p>
    <w:p>
      <w:r>
        <w:rPr>
          <w:b/>
        </w:rPr>
        <w:t xml:space="preserve">[1:48:11] </w:t>
      </w:r>
      <w:r>
        <w:t>to aap gaur kijiye, ek sacha daai jab apne ghar se nikal kar chalta hai dawat ko pahunchane ke liye, to kaisa ajeeb woh moment hota hai, kaisa ajeeb lamha hota hai woh. yaani is ke dil mein ehsaas hota hai ke mein woh kaam karne ja raha hoon jo is se mujh hi ko</w:t>
      </w:r>
    </w:p>
    <w:p>
      <w:pPr>
        <w:jc w:val="right"/>
      </w:pPr>
      <w:r>
        <w:t>تو آپ غور کیجئے، ایک سچا داعی جب اپنے گھر سے نکل کر چلتا ہے دعوت کو پہنچانے کے لیے، تو کیسا عجیب وہ مومنٹ ہوتا ہے، کیسا عجیب لمحہ ہوتا ہے وہ۔ یعنی اس کے دل میں احساس ہوتا ہے کہ میں وہ کام کرنے جا رہا ہوں جو اس سے مجھ ہی کو</w:t>
      </w:r>
    </w:p>
    <w:p>
      <w:r>
        <w:rPr>
          <w:b/>
        </w:rPr>
        <w:t xml:space="preserve">[1:48:41] </w:t>
      </w:r>
      <w:r>
        <w:t>anjam dena hai. mein woh kaam karne ja raha hoon jo Khuda khud nahi kar sakta. Khuda apne angel ke zariye nahi kar sakta. is kaam ko mein anjam dene ja raha hoon. aur gaur kijiye ke sari kainat is insaan ko kaise ajeeb tareeqe par dekhti hogi ke jo Khuda wale kaam ke liye utha hua aadmi sachay dil se. yeh hai woh kaam jo aap ko karna hai.</w:t>
      </w:r>
    </w:p>
    <w:p>
      <w:pPr>
        <w:jc w:val="right"/>
      </w:pPr>
      <w:r>
        <w:t>انجام دینا ہے۔ میں وہ کام کرنے جا رہا ہوں جو خدا خود نہیں کر سکتا۔ خدا اپنے اینجل کے ذریعے نہیں کر سکتا۔ اس کام کو میں انجام دینے جا رہا ہوں۔ اور غور کیجئے کہ ساری کائنات اس انسان کو کیسے عجیب طریقے پر دیکھتی ہوگی کہ جو خدا والے کام کے لیے اٹھا ہوا آدمی سچے دل سے۔ یہ ہے وہ کام جو آپ کو کرنا ہے۔</w:t>
      </w:r>
    </w:p>
    <w:p>
      <w:r>
        <w:rPr>
          <w:b/>
        </w:rPr>
        <w:t xml:space="preserve">[1:49:14] </w:t>
      </w:r>
      <w:r>
        <w:t>to mein samajhta hoon ke sara saman aktha ho chuka hai. yeh bhi arz kar doon ke aap is zamane mein kaam ka tareeqa woh nahi ho sakta jo pehle hota tha. ab hum press ke daur mein hain. video par har cheez aa chuki hai. kitaben maujood hain. ab aap ko karna kya hai? inhi ko phailana hai. literature ko phailaiye.</w:t>
      </w:r>
    </w:p>
    <w:p>
      <w:pPr>
        <w:jc w:val="right"/>
      </w:pPr>
      <w:r>
        <w:t>تو میں سمجھتا ہوں کہ سارا سامان اکٹھا ہو چکا ہے۔ یہ بھی عرض کر دوں کہ آپ اس زمانے میں کام کا طریقہ وہ نہیں ہو سکتا جو پہلے ہوتا تھا۔ اب ہم پریس کے دور میں ہیں۔ ویڈیو پر ہر چیز آ چکی ہے۔ کتابیں موجود ہیں۔ اب آپ کو کرنا کیا ہے؟ انہی کو پھیلانا ہے۔ لٹریچر کو پھیلائیے۔</w:t>
      </w:r>
    </w:p>
    <w:p>
      <w:r>
        <w:rPr>
          <w:b/>
        </w:rPr>
        <w:t xml:space="preserve">[1:49:44] </w:t>
      </w:r>
      <w:r>
        <w:t>video record ko phailaiye. radio aur TV par in baton ko le aaiye. kitna aasan ho gaya hai, kitna aasan. aur sab kuch mahya ho chuka. yaani aap ko sab kuch tayyar ho chuka. literature tayyar hai. video tayyar hai. kitaben tayyar hain. paigham tayyar hai. sab kuch tayyar hai. aap ko</w:t>
      </w:r>
    </w:p>
    <w:p>
      <w:pPr>
        <w:jc w:val="right"/>
      </w:pPr>
      <w:r>
        <w:t>ویڈیو ریکارڈ کو پھیلائیے۔ ریڈیو اور ٹی وی پر ان باتوں کو لے آئیے۔ کتنا آسان ہو گیا ہے، کتنا آسان۔ اور سب کچھ مہیا ہو چکا۔ یعنی آپ کو سب کچھ تیار ہو چکا۔ لٹریچر تیار ہے۔ ویڈیو تیار ہے۔ کتابیں تیار ہیں۔ پیغام تیار ہے۔ سب کچھ تیار ہے۔ آپ کو</w:t>
      </w:r>
    </w:p>
    <w:p>
      <w:r>
        <w:rPr>
          <w:b/>
        </w:rPr>
        <w:t xml:space="preserve">[1:50:14] </w:t>
      </w:r>
      <w:r>
        <w:t>sirf is ko phailana hai, is ko badhana hai aage. aur ek ek duniya badhana hai jahan ke sari facilities aap ke liye aktha ho chuki hain. aisi halat mein mein nahi samajhta ke aap ke paas koi excuse baqi raha hai Khuda ke haan pesh karne ke liye. koi bhi excuse. aap dekhte hain ke meri</w:t>
      </w:r>
    </w:p>
    <w:p>
      <w:pPr>
        <w:jc w:val="right"/>
      </w:pPr>
      <w:r>
        <w:t>صرف اس کو پھیلانا ہے، اس کو بڑھانا ہے آگے۔ اور ایک ایک دنیا بڑھانا ہے جہاں کہ ساری فیسلیٹیز آپ کے لیے اکٹھا ہو چکی ہیں۔ ایسی حالت میں میں نہیں سمجھتا کہ آپ کے پاس کوئی ایکسکیوز باقی رہا ہے خدا کے ہاں پیش کرنے کے لیے۔ کوئی بھی ایکسکیوز نہیں۔ آپ دیکھتے ہیں کہ میری</w:t>
      </w:r>
    </w:p>
    <w:p>
      <w:r>
        <w:rPr>
          <w:b/>
        </w:rPr>
        <w:t xml:space="preserve">[1:50:45] </w:t>
      </w:r>
      <w:r>
        <w:t>umar ab mein aksar Maulana Zikraan Nadvi se maine kaha ke meri umar ke log beshtar mar chuke. mere jo contemporaries the, beshtar mar chuke. ab Khuda ko kya manzoor hai ke mein abhi tak zinda hoon. lekin behraal kisi ki zindagi hamesha ke liye nahi hoti hai. mein chahta hoon ke meri aur aap ki</w:t>
      </w:r>
    </w:p>
    <w:p>
      <w:pPr>
        <w:jc w:val="right"/>
      </w:pPr>
      <w:r>
        <w:t>عمر اب میں اکثر مولانا ذیقان ندوی سے میں نے کہا کہ میری عمر کے لوگ بیشتر مر چکے۔ میرے جو کنٹیمپرریز تھے، بیشتر مر چکے۔ اب خدا کو کیا منظور ہے کہ میں ابھی تک زندہ ہوں۔ لیکن بہرحال کسی کی زندگی ہمیشہ کے لیے نہیں ہوتی ہے۔ میں چاہتا ہوں کہ میری اور آپ کی</w:t>
      </w:r>
    </w:p>
    <w:p>
      <w:r>
        <w:rPr>
          <w:b/>
        </w:rPr>
        <w:t xml:space="preserve">[1:51:15] </w:t>
      </w:r>
      <w:r>
        <w:t>mulaqat Khuda jannat mein karaye. duniya ki mulaqat to bohat ho chuki. aur duniya ki mulaqat ki koi haqeeqat bhi nahi hai. duniya mein agar hum sau baras bhi ek sath rahen to kya hai? kyunke duniya mein itne disadvantage hain, itne problem hain, itne zyada</w:t>
      </w:r>
    </w:p>
    <w:p>
      <w:pPr>
        <w:jc w:val="right"/>
      </w:pPr>
      <w:r>
        <w:t>ملاقات خدا جنت میں کرائے۔ دنیا کی ملاقات تو بہت ہو چکی۔ اور دنیا کی ملاقات کی کوئی حقیقت بھی نہیں ہے۔ دنیا میں اگر ہم سو برس بھی ایک ساتھ رہیں تو کیا ہے؟ کیونکہ دنیا میں اتنے ڈس ایڈوانٹیج ہیں، اتنے پرابلم ہیں، اتنے زیادہ</w:t>
      </w:r>
    </w:p>
    <w:p>
      <w:r>
        <w:rPr>
          <w:b/>
        </w:rPr>
        <w:t xml:space="preserve">[1:51:46] </w:t>
      </w:r>
      <w:r>
        <w:t>mizaj ke khilaf baaten hain ke dunya ka milna na milna dono barabar hai. Khuda behtar janta hai ke main aap logon se be had mohabbat karta hoon. Meri yeh tamanna hai ke hum aap woh waqt aaye ke jannat ke mahol mein milen. Khuda ke rasool</w:t>
      </w:r>
    </w:p>
    <w:p>
      <w:pPr>
        <w:jc w:val="right"/>
      </w:pPr>
      <w:r>
        <w:t>مزاج کے خلاف باتیں ہیں کہ دنیا کا ملنا نہ ملنا دونوں برابر ہے۔ خدا بہتر جانتا ہے کہ میں آپ لوگوں سے بے حد محبت کرتا ہوں۔ میری یہ تمنا ہے کہ ہم آپ وہ وقت آئے کہ جنت کے ماحول میں ملیں۔ خدا کے رسول</w:t>
      </w:r>
    </w:p>
    <w:p>
      <w:r>
        <w:rPr>
          <w:b/>
        </w:rPr>
        <w:t xml:space="preserve">[1:52:16] </w:t>
      </w:r>
      <w:r>
        <w:t>yeh aelan karen: yeh hain mere bhai aur yeh meri behan. Woh hamare hum ko receive karne ke liye aage badhen. Jaisa ke maine arz kiya ke Rasool Allah ne kaha ke main apne bhaiyon ko dekhna chahta hoon. I want to see my sisters and brothers. Main is din ka muntazir hoon jab hum aap aakhirat mein pahunchen. Aur Khuda</w:t>
      </w:r>
    </w:p>
    <w:p>
      <w:pPr>
        <w:jc w:val="right"/>
      </w:pPr>
      <w:r>
        <w:t>یہ اعلان کریں: یہ ہیں میرے بھائی اور یہ میری بہن۔ وہ ہمارے ہم کو ریسیو کرنے کے لیے آگے بڑھیں۔ جیسا کہ میں نے عرض کیا کہ رسول اللہ نے کہا کہ میں اپنے بھائیوں کو دیکھنا چاہتا ہوں۔ آئی وانٹ ٹو سی مائی سسٹرز اینڈ برادرز۔ میں اس دن کا منتظر ہوں جب ہم آپ آخرت میں پہنچیں۔ اور خدا</w:t>
      </w:r>
    </w:p>
    <w:p>
      <w:r>
        <w:rPr>
          <w:b/>
        </w:rPr>
        <w:t xml:space="preserve">[1:52:47] </w:t>
      </w:r>
      <w:r>
        <w:t>ke rasool aage badhen ke yeh the mere bhai, yeh thi meri behanen. Khuda ne aelan karaya tha ke mun ansari Allah kaun hai Khuda ki madad karne wala? To meri tamanna hai ke qayamat mein Khuda yeh aelan kare ke yeh the woh log jinhon ne meri madad ki dunya mein. Aaj main un ko apni blessing se,</w:t>
      </w:r>
    </w:p>
    <w:p>
      <w:pPr>
        <w:jc w:val="right"/>
      </w:pPr>
      <w:r>
        <w:t>کے رسول آگے بڑھیں کہ یہ تھے میرے بھائی، یہ تھی میری بہنیں۔ خدا نے اعلان کرایا تھا کہ من انصاری اللہ کون ہے خدا کی مدد کرنے والا؟ تو میری تمنا ہے کہ قیامت میں خدا یہ اعلان کرے کہ یہ تھے وہ لوگ جنہوں نے میری مدد کی دنیا میں۔ آج میں ان کو اپنی بلیسنگ سے،</w:t>
      </w:r>
    </w:p>
    <w:p>
      <w:r>
        <w:rPr>
          <w:b/>
        </w:rPr>
        <w:t xml:space="preserve">[1:53:18] </w:t>
      </w:r>
      <w:r>
        <w:t>apni rehmaton se nawazoon ga. Sab se behtar zindagi woh hai jo Khuda ke paros mein guzre. Jannat Khuda ke paros ka doosra naam hai. Apna target paradise ko banaiye. Apna target Khuda ko banaiye. Apna target sachai ke phailane ko banaiye. Har doosri cheez</w:t>
      </w:r>
    </w:p>
    <w:p>
      <w:pPr>
        <w:jc w:val="right"/>
      </w:pPr>
      <w:r>
        <w:t>اپنی رحمتوں سے نوازوں گا۔ سب سے بہتر زندگی وہ ہے جو خدا کے پڑوس میں گزرے۔ جنت خدا کے پڑوس کا دوسرا نام ہے۔ اپنا ٹارگٹ پیراڈائز کو بنائیے۔ اپنا ٹارگٹ خدا کو بنائیے۔ اپنا ٹارگٹ سچائی کے پھیلانے کو بنائیے۔ ہر دوسری چیز</w:t>
      </w:r>
    </w:p>
    <w:p>
      <w:r>
        <w:rPr>
          <w:b/>
        </w:rPr>
        <w:t xml:space="preserve">[1:53:50] </w:t>
      </w:r>
      <w:r>
        <w:t>be haqeeqat hai. Kisi cheez ki koi haqeeqat nahin. Jannat ke muqable mein aur Khuda ke muqable mein. Apni priority ko set kijiye. Apne target ko durust kijiye. Apne focus ko sahi kijiye.</w:t>
      </w:r>
    </w:p>
    <w:p>
      <w:pPr>
        <w:jc w:val="right"/>
      </w:pPr>
      <w:r>
        <w:t>بے حقیقت ہے۔ کسی چیز کی کوئی حقیقت نہیں۔ جنت کے مقابلے میں اور خدا کے مقابلے میں۔ اپنی پرائرٹی کو سیٹ کیجئے۔ اپنے ٹارگٹ کو درست کیجئے۔ اپنے فوکس کو صحیح کیجئے۔</w:t>
      </w:r>
    </w:p>
    <w:p>
      <w:r>
        <w:rPr>
          <w:b/>
        </w:rPr>
        <w:t xml:space="preserve">[1:54:21] </w:t>
      </w:r>
      <w:r>
        <w:t>jhooti desire mein jeena chhod dijiye. Jhoote entertainment mein jeena chhod dijiye. Jhooti dilchaspiyon mein jeena chhod dijiye. Bahut thoda waqt reh gaya hai hamare paas. Bahut thoda waqt hai. Is thode waqt ko bharpoor taur par avail kijiye.</w:t>
      </w:r>
    </w:p>
    <w:p>
      <w:pPr>
        <w:jc w:val="right"/>
      </w:pPr>
      <w:r>
        <w:t>جھوٹی ڈیزائر میں جینا چھوڑ دیجئے۔ جھوٹے انٹرٹینمنٹ میں جینا چھوڑ دیجئے۔ جھوٹی دلچسپیوں میں جینا چھوڑ دیجئے۔ بہت تھوڑا وقت رہ گیا ہے ہمارے پاس۔ بہت تھوڑا وقت ہے۔ اس تھوڑے وقت کو بھرپور طور پر اویل کیجئے۔</w:t>
      </w:r>
    </w:p>
    <w:p>
      <w:r>
        <w:rPr>
          <w:b/>
        </w:rPr>
        <w:t xml:space="preserve">[1:54:59] </w:t>
      </w:r>
      <w:r>
        <w:t>aur bilashuba jannat se bari koi cheez nahin jisko jis ko aadmi jiska talib bane. Hadees mein aata hai ke ma raait misl nar naam haribah wa ma raait misl jannat naam talibah. Main ne nahin dekha ke jahannum jis se logon ko bhagna chahiye, us se log bhag nahin rahe hain. Aur jannat jis ki taraf logon ko daudna chahiye, us ki taraf log daud nahin rahe hain. To Allah</w:t>
      </w:r>
    </w:p>
    <w:p>
      <w:pPr>
        <w:jc w:val="right"/>
      </w:pPr>
      <w:r>
        <w:t>اور بلاشبہ جنت سے بڑی کوئی چیز نہیں جس کو جس کو آدمی جس کا طالب بنے۔ حدیث میں آتا ہے کہ ما رایت مثل نار نام حاربہ وما رایت مثل جنت نام طالبہ۔ میں نے نہیں دیکھا کہ جہنم جس سے لوگوں کو بھاگنا چاہیے، اس سے لوگ بھاگ نہیں رہے ہیں۔ اور جنت جس کی طرف لوگوں کو دوڑنا چاہیے، اس کی طرف لوگ دوڑ نہیں رہے ہیں۔ تو اللہ</w:t>
      </w:r>
    </w:p>
    <w:p>
      <w:r>
        <w:rPr>
          <w:b/>
        </w:rPr>
        <w:t xml:space="preserve">[1:55:29] </w:t>
      </w:r>
      <w:r>
        <w:t>taala hamein logon se un logon mein na banaye jo jannat ki taraf daud nahin rahe hain. Hamein un logon mein banaye jinhon ne paradise ko apna target banaya. Khuda ko apna focus banaya.</w:t>
      </w:r>
    </w:p>
    <w:p>
      <w:pPr>
        <w:jc w:val="right"/>
      </w:pPr>
      <w:r>
        <w:t>تعالی ہمیں لوگوں سے ان لوگوں میں نہ بنائے جو جنت کی طرف دوڑ نہیں رہے ہیں۔ ہمیں ان لوگوں میں بنائے جنہوں نے پیراڈائز کو اپنا ٹارگٹ بنایا۔ خدا کو اپنا فوکس بنایا۔</w:t>
      </w:r>
    </w:p>
    <w:p>
      <w:r>
        <w:rPr>
          <w:b/>
        </w:rPr>
        <w:t xml:space="preserve">[1:56:00] </w:t>
      </w:r>
      <w:r>
        <w:t>Meri dua hai ke Allah taala hum ko aur aap ko apne deen ke liye qabool farmaye. Hum ko jannat ke liye qabool farmaye. Hum ko apni blessing ke liye qabool farmaye. Is se bari koi cheez nahin hai. Rabbana taqabbal minna innaka ant</w:t>
      </w:r>
    </w:p>
    <w:p>
      <w:pPr>
        <w:jc w:val="right"/>
      </w:pPr>
      <w:r>
        <w:t>میری دعا ہے کہ اللہ تعالی ہم کو اور آپ کو اپنے دین کے لیے قبول فرمائے۔ ہم کو جنت کے لیے قبول فرمائے۔ ہم کو اپنی بلیسنگ کے لیے قبول فرمائے۔ اس سے بڑی کوئی چیز نہیں ہے۔ ربنا تقبل منا انک انت</w:t>
      </w:r>
    </w:p>
    <w:p>
      <w:r>
        <w:rPr>
          <w:b/>
        </w:rPr>
        <w:t xml:space="preserve">[1:56:30] </w:t>
      </w:r>
      <w:r>
        <w:t>as-sami'ul-'aleem wa tub 'alayna innaka antat-tawwabur-raheem. Salla Allahu 'ala khayri khalqihi Muhammadin wa aalihi wa ash-habihi ajma'een birahmatika ya arhamar-rahimeen.</w:t>
      </w:r>
    </w:p>
    <w:p>
      <w:pPr>
        <w:jc w:val="right"/>
      </w:pPr>
      <w:r>
        <w:t>السمیع العلیم وتب علینا انک انت التواب الرحیم صلی اللہ تعالی علی خیر خلقہ محمد والہ واصحابہ اجمعین برحمتک یا ارحم الراحمین۔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