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History of Islamic Learning | May 14, 2006 | Maulana Wahiduddin Khan</w:t>
      </w:r>
    </w:p>
    <w:p>
      <w:r>
        <w:t>https://www.youtube.com/watch?v=E-4EdNARtdk</w:t>
      </w:r>
    </w:p>
    <w:p>
      <w:r>
        <w:rPr>
          <w:b/>
        </w:rPr>
        <w:t xml:space="preserve">[00:00] </w:t>
      </w:r>
      <w:r>
        <w:t>Meri study ke mutabiq, history of learning in Islam shuru hoti hai usi din se jis din ke Islam khud shuru hua. Islam ki soorat mein jo religion Khuda ne bheja, us ki sifat yeh thi ke woh qalam ke zariye likha jaane wala religion tha. Yeh bahut anokhi baat hai. Qalam kya hai? Pen is</w:t>
      </w:r>
    </w:p>
    <w:p>
      <w:pPr>
        <w:jc w:val="right"/>
      </w:pPr>
      <w:r>
        <w:t>میری اسٹڈی کے مطابق، ہسٹری آف لرننگ ان اسلام شروع ہوتی ہے اسی دن سے جس دن کے اسلام خود شروع ہوا۔ اسلام کی صورت میں جو ریلیجن خدا نے بھیجا، اس کی صفت یہ تھی کہ وہ قلم کے ذریعے لکھا جانے والا ریلیجن تھا۔ یہ بہت انوکھی بات ہے۔ قلم کیا ہے؟ پین از</w:t>
      </w:r>
    </w:p>
    <w:p>
      <w:r>
        <w:rPr>
          <w:b/>
        </w:rPr>
        <w:t xml:space="preserve">[00:30] </w:t>
      </w:r>
      <w:r>
        <w:t>a symbol of preserved knowledge, jo rituals par base nahin karta tha, balkeh poori tarah ek scientific mazhab tha. Bradley ek philosopher hai, bahut well known philosopher, to us ne ek kitaab likhi thi, us mein yeh kaha ke aaj insaan ko Islam poore maanon mein intellectual activities ka naam hai. Daleel par, reason par base karta hai. Aisa mazhab jis ka rishta aap ki reason se juda hua na ho, woh ap</w:t>
      </w:r>
    </w:p>
    <w:p>
      <w:pPr>
        <w:jc w:val="right"/>
      </w:pPr>
      <w:r>
        <w:t>اے سمبل آف پریزروڈ نالج، جو ریچولز پر بیس نہیں کرتا تھا، بلکہ پوری طرح ایک سائنٹیفک مذہب تھا۔ بریڈلے ایک فلاسفر ہے، بہت ویل نون فلاسفر، تو اس نے ایک کتاب لکھی تھی، اس میں یہ کہا کہ آج انسان کو اسلام پورے معنوں میں انٹلیکچول ایکٹیویٹیز کا نام ہے۔ دلیل پر، ریزن پر بیس کرتا ہے۔ ایسا مذہب جس کا رشتہ آپ کی ریزن سے جڑا ہوا نہ ہو، وہ اپ</w:t>
      </w:r>
    </w:p>
    <w:p>
      <w:r>
        <w:rPr>
          <w:b/>
        </w:rPr>
        <w:t xml:space="preserve">[01:00] </w:t>
      </w:r>
      <w:r>
        <w:t>endiks hi bankar reh jayega. Islam political system nahin, Islam spiritual system hai. Bismillah hir-rahman nir-rahim. Wa salla Allahu 'alan-nabiyyil-kareem. Rabbish-rahli sadri, wa yassirli amri, wahlul 'uqda</w:t>
      </w:r>
    </w:p>
    <w:p>
      <w:pPr>
        <w:jc w:val="right"/>
      </w:pPr>
      <w:r>
        <w:t>ینڈکس ہی بن کر رہ جائے گا۔ اسلام پولیٹیکل سسٹم نہیں، اسلام اسپرچول سسٹم ہے۔ بسم اللہ الرحمن الرحیم۔ وصلی اللہ علی النبی الکریم۔ رب اشرح لی صدری، ویسر لی امری، واحل العقد</w:t>
      </w:r>
    </w:p>
    <w:p>
      <w:r>
        <w:rPr>
          <w:b/>
        </w:rPr>
        <w:t xml:space="preserve">[01:30] </w:t>
      </w:r>
      <w:r>
        <w:t>tan-mil-lisani yafqahu qawli. Aaj ka jo topic hai woh hai history of Islamic learning. Yeh topic bahut hi interesting topic hai, lekin yeh bahut hi detail topic hai.</w:t>
      </w:r>
    </w:p>
    <w:p>
      <w:pPr>
        <w:jc w:val="right"/>
      </w:pPr>
      <w:r>
        <w:t>ۃ من لسانی یفقہ قولی۔ آج کا جو ٹاپک ہے وہ ہے ہسٹری آف اسلامک لرننگ۔ یہ ٹاپک بہت ہی انٹرسٹنگ ٹاپک ہے، لیکن یہ بہت ہی ڈیٹیل ٹاپک ہے۔</w:t>
      </w:r>
    </w:p>
    <w:p>
      <w:r>
        <w:rPr>
          <w:b/>
        </w:rPr>
        <w:t xml:space="preserve">[02:01] </w:t>
      </w:r>
      <w:r>
        <w:t>Is par bahut kuch likha gaya hai. Main is waqt sirf kuch aspect, bahut hi brief mein, kehne ki koshish karunga. Dekhiye, meri study ke mutabiq, history of learning in Islam shuru hoti hai usi din se jis din ke Islam</w:t>
      </w:r>
    </w:p>
    <w:p>
      <w:pPr>
        <w:jc w:val="right"/>
      </w:pPr>
      <w:r>
        <w:t>اس پر بہت کچھ لکھا گیا ہے۔ میں اس وقت صرف کچھ اسپیکٹ، بہت ہی بریف میں، کہنے کی کوشش کروں گا۔ دیکھیے، میری اسٹڈی کے مطابق، ہسٹری آف لرننگ ان اسلام شروع ہوتی ہے اسی دن سے جس دن کے اسلام</w:t>
      </w:r>
    </w:p>
    <w:p>
      <w:r>
        <w:rPr>
          <w:b/>
        </w:rPr>
        <w:t xml:space="preserve">[02:31] </w:t>
      </w:r>
      <w:r>
        <w:t>khud shuru hua. Yani 610 AD mein, jab ke Quran ki pehli verse reveal hui Prophet Muhammad par, to usi mein yeh kaha gaya tha ke: Iqra' bismi rabbikalladhi khalaq, khalaqal-insana min 'alaq, Iqra' wa rabbukal-akram, alladhi 'allama bil-qalam. Ya</w:t>
      </w:r>
    </w:p>
    <w:p>
      <w:pPr>
        <w:jc w:val="right"/>
      </w:pPr>
      <w:r>
        <w:t>خود شروع ہوا۔ یعنی 610 ای ڈی میں، جب کہ قرآن کی پہلی ورس ریویل ہوئی پرافٹ محمد پر، تو اسی میں یہ کہا گیا تھا کہ: اِقْرَأْ بِاسْمِ رَبِّكَ الَّذِي خَلَقَ، خَلَقَ الْإِنْسَانَ مِنْ عَلَقٍ، اِقْرَأْ وَرَبُّكَ الْأَكْرَمَ الَّذِي عَلَّمَ بِالْقَلَمِ۔ ی</w:t>
      </w:r>
    </w:p>
    <w:p>
      <w:r>
        <w:rPr>
          <w:b/>
        </w:rPr>
        <w:t xml:space="preserve">[03:01] </w:t>
      </w:r>
      <w:r>
        <w:t>ani Islam ki soorat mein jo religion Khuda ne bheja, us ki sifat yeh thi ke woh qalam ke zariye likha jaane wala religion tha. Yeh bahut anokhi baat hai. Qalam kya hai? Yeh</w:t>
      </w:r>
    </w:p>
    <w:p>
      <w:pPr>
        <w:jc w:val="right"/>
      </w:pPr>
      <w:r>
        <w:t>عنی اسلام کی صورت میں جو ریلیجن خدا نے بھیجا، اس کی صفت یہ تھی کہ وہ قلم کے ذریعے لکھا جانے والا ریلیجن تھا۔ یہ بہت انوکھی بات ہے۔ قلم کیا ہے؟ یہ</w:t>
      </w:r>
    </w:p>
    <w:p>
      <w:r>
        <w:rPr>
          <w:b/>
        </w:rPr>
        <w:t xml:space="preserve">[03:32] </w:t>
      </w:r>
      <w:r>
        <w:t>pen is a symbol of preserved knowledge. Jab pen se aap ek book ko likhte hain to aap knowledge ko preserve kar lete hain. Is ka matlab yeh hua ke Quran ki soorat mein Khuda ne jo religion bheja, woh</w:t>
      </w:r>
    </w:p>
    <w:p>
      <w:pPr>
        <w:jc w:val="right"/>
      </w:pPr>
      <w:r>
        <w:t>پین از اے سمبل آف پریزروڈ نالج۔ جب پین سے آپ ایک بک کو لکھتے ہیں تو آپ نالج کو پریزرو کر لیتے ہیں۔ اس کا مطلب یہ ہوا کہ قرآن کی صورت میں خدا نے جو ریلیجن بھیجا، وہ</w:t>
      </w:r>
    </w:p>
    <w:p>
      <w:r>
        <w:rPr>
          <w:b/>
        </w:rPr>
        <w:t xml:space="preserve">[04:04] </w:t>
      </w:r>
      <w:r>
        <w:t>book form mein bheja, aur pehli din se is ke liye yeh determined tha ke woh preserve rahega. Yeh bahut anokhi baat hai, kyunke Islam se pehle jitne bhi religion dunya mein paaye jaate the, woh sab ke sab aise the jo apni original soorat mein preserve nahin the.</w:t>
      </w:r>
    </w:p>
    <w:p>
      <w:pPr>
        <w:jc w:val="right"/>
      </w:pPr>
      <w:r>
        <w:t>بک فارم میں بھیجا، اور پہلی دن سے اس کے لیے یہ ڈیٹرمنڈ تھا کہ وہ پریزرو رہے گا۔ یہ بہت انوکھی بات ہے، کیونکہ اسلام سے پہلے جتنے بھی ریلیجن دنیا میں پائے جاتے تھے، وہ سب کے سب ایسے تھے جو اپنی اوریجنل صورت میں پریزرو نہیں تھے۔</w:t>
      </w:r>
    </w:p>
    <w:p>
      <w:r>
        <w:rPr>
          <w:b/>
        </w:rPr>
        <w:t xml:space="preserve">[04:34] </w:t>
      </w:r>
      <w:r>
        <w:t>Yeh bahut hi historical baat hai. Yeh mera koi claim nahin hai, balkeh saare historian maante hain is ko ke Islam se pehle jitne bhi religion the, woh apni original shape mein preserve halat mein maujood nahin the. Is ka matlab yeh nahin ke doosre mazhab Khuda ki taraf se nahin aaye the ya</w:t>
      </w:r>
    </w:p>
    <w:p>
      <w:pPr>
        <w:jc w:val="right"/>
      </w:pPr>
      <w:r>
        <w:t>یہ بہت ہی ہسٹوریکل بات ہے۔ یہ میرا کوئی کلیم نہیں ہے، بلکہ سارے ہسٹورین مانتے ہیں اس کو کہ اسلام سے پہلے جتنے بھی ریلیجن تھے، وہ اپنی اوریجنل شیپ میں پریزرو حالت میں موجود نہیں تھے۔ اس کا مطلب یہ نہیں کہ دوسرے مذہب خدا کی طرف سے نہیں آئے تھے یا</w:t>
      </w:r>
    </w:p>
    <w:p>
      <w:r>
        <w:rPr>
          <w:b/>
        </w:rPr>
        <w:t xml:space="preserve">[05:04] </w:t>
      </w:r>
      <w:r>
        <w:t>woh incomplete the, aisa kuch bhi nahin. Khuda ne jitne bhi mazhab dunya mein bheje, jitne bhi prophet bheje, sab prophet Khuda ki taraf se ek hi mazhab le kar aaye. Koi bhi do ya teen ya chaar mazhab nahin. To jo difference hai ek mazhab aur doosre mazhab mein, woh yeh nahin hai ke koi complete hai, koi incomplete hai, koi superior hai, koi inferior hai.</w:t>
      </w:r>
    </w:p>
    <w:p>
      <w:pPr>
        <w:jc w:val="right"/>
      </w:pPr>
      <w:r>
        <w:t>وہ ان کمپلیٹ تھے، ایسا کچھ بھی نہیں۔ خدا نے جتنے بھی مذہب دنیا میں بھیجے، جتنے بھی پرافٹ بھیجے، سب پرافٹ خدا کی طرف سے ایک ہی مذہب لے کر آئے۔ کوئی بھی دو یا تین یا چار مذہب نہیں۔ تو جو ڈیفرنس ہے ایک مذہب اور دوسرے مذہب میں، وہ یہ نہیں ہے کہ کوئی کمپلیٹ ہے، کوئی ان کمپلیٹ ہے، کوئی سپیریئر ہے، کوئی انفیریئر ہے۔</w:t>
      </w:r>
    </w:p>
    <w:p>
      <w:r>
        <w:rPr>
          <w:b/>
        </w:rPr>
        <w:t xml:space="preserve">[05:34] </w:t>
      </w:r>
      <w:r>
        <w:t>Aisa har concept baطل hai. Kuch log aisa maante hain ke kisi kisi mazhab ko samajhte hain ke superior hai, doosre inferior hain. Koi complete hai, koi incomplete. Yeh sab sarta sar baseless baaten hain. Baseless. Khuda ne jitne bhi mazhab bheje, sab complete hi the. Kisi mein koi kami nahin thi. Jo farq hua, woh kya hua?</w:t>
      </w:r>
    </w:p>
    <w:p>
      <w:pPr>
        <w:jc w:val="right"/>
      </w:pPr>
      <w:r>
        <w:t>ایسا ہر کانسیپٹ باطل ہے۔ کچھ لوگ ایسا مانتے ہیں کہ کسی کسی مذہب کو سمجھتے ہیں کہ سپیریئر ہے، دوسرے انفیریئر ہیں۔ کوئی کمپلیٹ ہے، کوئی ان کمپلیٹ۔ یہ سب سرتاسر بیس لیس باتیں ہیں۔ بیس لیس۔ خدا نے جتنے بھی مذہب بھیجے، سب کمپلیٹ ہی تھے۔ کسی میں کوئی کمی نہیں تھی۔ جو فرق ہوا، وہ کیا ہوا؟</w:t>
      </w:r>
    </w:p>
    <w:p>
      <w:r>
        <w:rPr>
          <w:b/>
        </w:rPr>
        <w:t xml:space="preserve">[06:05] </w:t>
      </w:r>
      <w:r>
        <w:t>ke woh apni original halat mein baqi nahin reh saki. Yeh hai asal farq. Ab dekhiye, aur jo mazhab hain, un ko aap parhiye to aap kya paayenge? Ke woh mythology par base karte hain. Koi un ki history nahin. Kisi ko aap</w:t>
      </w:r>
    </w:p>
    <w:p>
      <w:pPr>
        <w:jc w:val="right"/>
      </w:pPr>
      <w:r>
        <w:t>کہ وہ اپنی اوریجنل حالت میں باقی نہیں رہ سکے۔ یہ ہے اصل فرق۔ اب دیکھیے، اور جو مذہب ہیں، ان کو آپ پڑھیے تو آپ کیا پائیں گے؟ کہ وہ مائتھالوجی پر بیس کرتے ہیں۔ کوئی ان کی ہسٹری نہیں۔ کسی کو آپ</w:t>
      </w:r>
    </w:p>
    <w:p>
      <w:r>
        <w:rPr>
          <w:b/>
        </w:rPr>
        <w:t xml:space="preserve">[06:35] </w:t>
      </w:r>
      <w:r>
        <w:t>paayenge ke woh story, jaise story tellers hua karte the pehle, to woh story ke roop mein hain. Bahut saari stories. Story, baseless stories. Un ki koi history nahin. Histories par to stories par, mythology par,</w:t>
      </w:r>
    </w:p>
    <w:p>
      <w:pPr>
        <w:jc w:val="right"/>
      </w:pPr>
      <w:r>
        <w:t>پائیں گے کہ وہ اسٹوری، جیسے اسٹوری ٹیلرز ہوا کرتے تھے پہلے، تو وہ اسٹوری کے روپ میں ہیں۔ بہت ساری اسٹوریز۔ اسٹوری، بیس لیس اسٹوریز۔ ان کی کوئی ہسٹری نہیں۔ ہسٹریز پر تو اسٹوریز پر، مائتھالوجی پر،</w:t>
      </w:r>
    </w:p>
    <w:p>
      <w:r>
        <w:rPr>
          <w:b/>
        </w:rPr>
        <w:t xml:space="preserve">[07:06] </w:t>
      </w:r>
      <w:r>
        <w:t>kuch bahut hi mysterious qism ke belief par yeh saare religion base karte the. To Khuda ne chaha ke ek aisa religion, wohi religion jo pehle bheja tha, us religion ko is tarah bheja jaaye, aisa intezam kiya jaaye ke woh preserve rahe. To yeh goya ke Islam ka aana, religion ki history mein ek naye period ka aana tha.</w:t>
      </w:r>
    </w:p>
    <w:p>
      <w:pPr>
        <w:jc w:val="right"/>
      </w:pPr>
      <w:r>
        <w:t>کچھ بہت ہی مسٹیریس قسم کے بیلیف پر یہ سارے ریلیجن بیس کرتے تھے۔ تو خدا نے چاہا کہ ایک ایسا ریلیجن، وہی ریلیجن جو پہلے بھیجا تھا، اس ریلیجن کو اس طرح بھیجا جائے، ایسا انتظام کیا جائے کہ وہ پریزرو رہے۔ تو یہ گویا کہ اسلام کا آنا، ریلیجن کی ہسٹری میں ایک نئے پیریڈ کا آنا تھا۔</w:t>
      </w:r>
    </w:p>
    <w:p>
      <w:r>
        <w:rPr>
          <w:b/>
        </w:rPr>
        <w:t xml:space="preserve">[07:37] </w:t>
      </w:r>
      <w:r>
        <w:t>ek departure tha yeh. Islam se ek nai history shuru hui, jabke aisa mazhab dunya ko diya gaya, dunya ko mila, jo mythology par base nahi karta tha, jo story par base nahi karta tha, jo mysterious belief par base nahi karta tha, jo rituals par base nahi karta tha, balkeh poori tarah ek scientific mazhab tha.</w:t>
      </w:r>
    </w:p>
    <w:p>
      <w:pPr>
        <w:jc w:val="right"/>
      </w:pPr>
      <w:r>
        <w:t>ایک ڈیپارچر تھا یہ۔ اسلام سے ایک نئی ہسٹری شروع ہوئی، جبکہ ایسا مذہب دنیا کو دیا گیا، دنیا کو ملا، جو مائتھالوجی پر بیس نہیں کرتا تھا، جو اسٹوری پر بیس نہیں کرتا تھا، جو مسٹیریس بیلیف پر بیس نہیں کرتا تھا، جو ریچولز پر بیس نہیں کرتا تھا، بلکہ پوری طرح ایک سائنٹیفک مذہب تھا۔</w:t>
      </w:r>
    </w:p>
    <w:p>
      <w:r>
        <w:rPr>
          <w:b/>
        </w:rPr>
        <w:t xml:space="preserve">[08:08] </w:t>
      </w:r>
      <w:r>
        <w:t>Bradley ek philosopher hai, bohat well known philosopher, to us ne ek kitaab likhi thi, us mein yeh kaha ke aaj insaan ko scientific religion ki zaroorat hai. Us ko pata nahi tha ke scientific religion to Khuda bohat pehle bhej chuka. Islam scientific religion hi hai. Yani Bradley ka jo dream tha, wahi Islam hai. To ilm bil qalam, yani kh</w:t>
      </w:r>
    </w:p>
    <w:p>
      <w:pPr>
        <w:jc w:val="right"/>
      </w:pPr>
      <w:r>
        <w:t>بریڈلے ایک فلاسفر ہے، بہت ویل نون فلاسفر، تو اس نے ایک کتاب لکھی تھی، اس میں یہ کہا کہ آج انسان کو سائنٹیفک ریلیجن کی ضرورت ہے۔ اس کو پتہ نہیں تھا کہ سائنٹیفک ریلیجن تو خدا بہت پہلے بھیج چکا۔ اسلام سائنٹیفک ریلیجن ہی ہے۔ یعنی بریڈلے کا جو ڈریم تھا، وہی اسلام ہے۔ تو علم بالقلم، یعنی خ</w:t>
      </w:r>
    </w:p>
    <w:p>
      <w:r>
        <w:rPr>
          <w:b/>
        </w:rPr>
        <w:t xml:space="preserve">[08:38] </w:t>
      </w:r>
      <w:r>
        <w:t>uda ne pen ke zariye se apna, yani jo uska jo creation plan hai, us ki jo baatein hain, us ko pen ke zariye us ne book form mein bheja insaan ko. To book kya hai? Book parhne ki cheez hai, sochne ki cheez hai. Book aap ke mind ko active karti hai. Is se uska matlab kya hua? Ke Quran base karta hai soch par.</w:t>
      </w:r>
    </w:p>
    <w:p>
      <w:pPr>
        <w:jc w:val="right"/>
      </w:pPr>
      <w:r>
        <w:t>دا نے پین کے ذریعے سے اپنا، یعنی جو اس کا جو کریشن پلان ہے، اس کی جو باتیں ہیں، اس کو پین کے ذریعے اس نے بک فارم میں بھیجا انسان کو۔ تو بک کیا ہے؟ بک پڑھنے کی چیز ہے، سوچنے کی چیز ہے۔ بک آپ کے مائنڈ کو ایکٹیو کرتی ہے۔ اس سے اس کا مطلب کیا ہوا؟ کہ قرآن بیس کرتا ہے سوچ پر۔</w:t>
      </w:r>
    </w:p>
    <w:p>
      <w:r>
        <w:rPr>
          <w:b/>
        </w:rPr>
        <w:t xml:space="preserve">[09:09] </w:t>
      </w:r>
      <w:r>
        <w:t>intellectual activities ka naam hai Islam. Islam yeh nahi hai ke aap kuch ritual, ek set of rituals hain, us ko kar lein to Islam ho gaya. Aisa kuch bhi nahi hai. Islam poore maano mein intellectual activities ka naam hai. Daleel par, reason par base karta hai. Yeh pehle hi din goya bata diya gaya Allah taala ki taraf se ke ab jo mazhab ka zamana shuru ho raha hai, woh ek s</w:t>
      </w:r>
    </w:p>
    <w:p>
      <w:pPr>
        <w:jc w:val="right"/>
      </w:pPr>
      <w:r>
        <w:t>انٹلیکچول ایکٹیویٹیز کا نام ہے اسلام۔ اسلام یہ نہیں ہے کہ آپ کچھ ریچول، ایک سیٹ آف ریچولز ہیں، اس کو کر لیں تو اسلام ہو گیا۔ ایسا کچھ بھی نہیں ہے۔ اسلام پورے معنوں میں انٹلیکچول ایکٹیویٹیز کا نام ہے۔ دلیل پر، ریزن پر بیس کرتا ہے۔ یہ پہلے ہی دن گویا بتا دیا گیا اللہ تعالی کی طرف سے کہ اب جو مذہب کا زمانہ شروع ہو رہا ہے، وہ ایک س</w:t>
      </w:r>
    </w:p>
    <w:p>
      <w:r>
        <w:rPr>
          <w:b/>
        </w:rPr>
        <w:t xml:space="preserve">[09:39] </w:t>
      </w:r>
      <w:r>
        <w:t>cientific mazhab ka zamana hai. Pehle mythological mazhab hua karte the, ab yeh scientific mazhab dunya ko Khuda ne diya hai. Pehle pichle mazhab bhi scientific hi the, lekin jo un ka version exist kar raha tha, us ko le kar main keh raha hoon. Yani original version jo uska tha, woh khud bhi scientific hi tha, lekin jo exist kar raha tha, jo jo system ya jo version, us ko le kar main keh raha</w:t>
      </w:r>
    </w:p>
    <w:p>
      <w:pPr>
        <w:jc w:val="right"/>
      </w:pPr>
      <w:r>
        <w:t>ائنٹیفک مذہب کا زمانہ ہے۔ پہلے مائتھولوجیکل مذہب ہوا کرتے تھے، اب یہ سائنٹیفک مذہب دنیا کو خدا نے دیا ہے۔ پہلے پچھلے مذہب بھی سائنٹیفک ہی تھے، لیکن جو ان کا ورژن ایگزسٹ کر رہا تھا، اس کو لے کر میں کہہ رہا ہوں۔ یعنی اوریجنل ورژن جو اس کا تھا، وہ خود بھی سائنٹیفک ہی تھا، لیکن جو ایگزسٹ کر رہا تھا، جو جو سسٹم یا جو ورژن، اس کو لے کر میں کہہ رہا</w:t>
      </w:r>
    </w:p>
    <w:p>
      <w:r>
        <w:rPr>
          <w:b/>
        </w:rPr>
        <w:t xml:space="preserve">[10:09] </w:t>
      </w:r>
      <w:r>
        <w:t>hoon ke ek naya daur Khuda ne paida kiya mazhab ki history mein. To yeh daur jo tha, kya tha? Yeh nahi ke Khuda ne ek, jaisa ke bohat se log samajhte hain ke Islam koi afzal mazhab hai. Yeh sab bilkul baseless baatein hain. Afzal mazhab hargiz nahi hai. Islam, Islam scientific mazhab hai. Islam preserved mazhab hai. Yani is mein Khuda ne jo</w:t>
      </w:r>
    </w:p>
    <w:p>
      <w:pPr>
        <w:jc w:val="right"/>
      </w:pPr>
      <w:r>
        <w:t>ہوں کہ ایک نیا دور خدا نے پیدا کیا مذہب کی ہسٹری میں۔ تو یہ دور جو تھا، کیا تھا؟ یہ نہیں کہ خدا نے ایک، جیسا کہ بہت سے لوگ سمجھتے ہیں کہ اسلام کوئی افضل مذہب ہے۔ یہ سب بالکل بیس لیس باتیں ہیں۔ افضل مذہب ہرگز نہیں ہے۔ اسلام، اسلام سائنٹیفک مذہب ہے۔ اسلام پریزروڈ مذہب ہے۔ یعنی اس میں خدا نے جو</w:t>
      </w:r>
    </w:p>
    <w:p>
      <w:r>
        <w:rPr>
          <w:b/>
        </w:rPr>
        <w:t xml:space="preserve">[10:39] </w:t>
      </w:r>
      <w:r>
        <w:t>revelation bheja, woh jis jis jin shabdon mein aaya tha, unhi shabdon mein aaj bhi woh maujood hai. Yeh hai is ka asal. Is baat ko jaanna bohat hi zaroori hai. Agar aap yeh na jaane to jhoota fakhr paida hota hai. Aap samajh lete hain ke mera mazhab afzal hai, doosre ka mazhab ghair afzal hai. Mera mazhab complete hai, doosre ka mazhab incomplete hai. Mera mazhab superior hai, doosron ka inferior hai. Yeh baat</w:t>
      </w:r>
    </w:p>
    <w:p>
      <w:pPr>
        <w:jc w:val="right"/>
      </w:pPr>
      <w:r>
        <w:t>ریولیشن بھیجا، وہ جس جس جن शब्दوں میں آیا تھا، انہی शब्दوں میں آج بھی وہ موجود ہے۔ یہ ہے اس کا اصل۔ اس بات کو جاننا بہت ہی ضروری ہے۔ اگر آپ یہ نہ جانیں تو جھوٹا فخر پیدا ہوتا ہے۔ آپ سمجھ لیتے ہیں کہ میرا مذہب افضل ہے، دوسرے کا مذہب غیر افضل ہے۔ میرا مذہب کمپلیٹ ہے، دوسرے کا مذہب ان کمپلیٹ ہے۔ میرا مذہب سپیریئر ہے، دوسروں کا انفیریئر ہے۔ یہ بات</w:t>
      </w:r>
    </w:p>
    <w:p>
      <w:r>
        <w:rPr>
          <w:b/>
        </w:rPr>
        <w:t xml:space="preserve">[11:10] </w:t>
      </w:r>
      <w:r>
        <w:t>religion ki jo spirit hai, us ko kill karti hai. Kill. Religion ki spirit yeh hai ke aap ke andar modesty aaye. Modesty. Aur jab aap yeh sochte hain ke mera mazhab superior hai, doosron ka inferior hai, to modesty kahan se aayegi? Phir to pride aayega. Pride. Aur pride se juda hua hai arrogance. Jahan pride aaya, wahan arrogance aaya. To bataiye, kya woh mazhab hua? Woh to anti mazhab hua. Is qism ke tamam khayalat baطل</w:t>
      </w:r>
    </w:p>
    <w:p>
      <w:pPr>
        <w:jc w:val="right"/>
      </w:pPr>
      <w:r>
        <w:t>ریلیجن کی جو اسپرٹ ہے، اس کو کل کرتی ہے۔ کل۔ ریلیجن کی اسپرٹ یہ ہے کہ آپ کے اندر ماڈیسٹی آئے۔ ماڈیسٹی۔ اور جب آپ یہ سوچتے ہیں کہ میرا مذہب سپیریئر ہے، دوسروں کا انفیریئر ہے، تو ماڈیسٹی کہاں سے آئے گی؟ پھر تو پرائیڈ آئے گا۔ پرائیڈ۔ اور پرائیڈ سے جڑا ہوا ہے اروگنس۔ جہاں پرائیڈ آیا، وہاں اروگنس آیا۔ تو بتائیے، کیا وہ مذہب ہوا؟ وہ تو اینٹی مذہب ہوا۔ اس قسم کے تمام خیالات باطل</w:t>
      </w:r>
    </w:p>
    <w:p>
      <w:r>
        <w:rPr>
          <w:b/>
        </w:rPr>
        <w:t xml:space="preserve">[11:40] </w:t>
      </w:r>
      <w:r>
        <w:t>hain ke mera mazhab afzal hai, mera mazhab superior hai, mera mazhab complete hai. Yeh mazhab ka negation hai. Negation. To Islam ke zariye jo naya zamana shuru hua, woh yeh tha ke insaan ko ek aisa mazhab diya gaya jo poori tarah logical tha, poori tarah reason based tha, jis ko poori tarah aap intellectual</w:t>
      </w:r>
    </w:p>
    <w:p>
      <w:pPr>
        <w:jc w:val="right"/>
      </w:pPr>
      <w:r>
        <w:t>ہیں کہ میرا مذہب افضل ہے، میرا مذہب سپیریئر ہے، میرا مذہب کمپلیٹ ہے۔ یہ مذہب کا نیگیشن ہے۔ نیگیشن۔ تو اسلام کے ذریعے جو نیا زمانہ شروع ہوا، وہ یہ تھا کہ انسان کو ایک ایسا مذہب دیا گیا جو پوری طرح لاجیکل تھا، پوری طرح ریزن بیسڈ تھا، جس کو پوری طرح آپ انٹلیکچ</w:t>
      </w:r>
    </w:p>
    <w:p>
      <w:r>
        <w:rPr>
          <w:b/>
        </w:rPr>
        <w:t xml:space="preserve">[12:10] </w:t>
      </w:r>
      <w:r>
        <w:t>exercise ke liye samajh sakte the. Yani poori tarah, poori tarah apni aqal ko apply kar ke, apni reason ko apply kar ke samajh sakte the us ki sachai ko, us ki haqaniyat ko. Dekhiye, woh jo mazhab ka version tha pehle, abhi bhi woh paaya jaata hai idhar udhar. Us ne mazhab ko wahi darja de diya tha jo hamare body mein appendix ka hota hai. Append</w:t>
      </w:r>
    </w:p>
    <w:p>
      <w:pPr>
        <w:jc w:val="right"/>
      </w:pPr>
      <w:r>
        <w:t>ول ایکسرسائز کے لیے سمجھ سکتے تھے۔ یعنی پوری طرح، پوری طرح اپنی عقل کو اپلائی کر کے، اپنی ریزن کو اپلائی کر کے سمجھ سکتے تھے اس کی سچائی کو، اس کی حقانیت کو۔ دیکھیے، وہ جو مذہب کا ورژن تھا پہلے، ابھی بھی وہ پایا جاتا ہے ادھر ادھر۔ اس نے مذہب کو وہی درجہ دے دیا تھا جو ہمارے باڈی میں اپینڈکس کا ہوتا ہے۔ اپینڈ</w:t>
      </w:r>
    </w:p>
    <w:p>
      <w:r>
        <w:rPr>
          <w:b/>
        </w:rPr>
        <w:t xml:space="preserve">[12:40] </w:t>
      </w:r>
      <w:r>
        <w:t>ix, aap jaante hain ke body ke andar ek aisa organ hai jo samjha jaata hai ke bilkul is ka koi function nahi. Body mein is ka koi function nahi. Is liye kai log is ka operation kar ke nikal dete hain. To just like appendix ho gaya tha religion, abhi bhi hai bohat se logon ke darmiyan. Kyun? Aap ke reason se is ka rishta juda hua nahi hai. Aisa mazhab jis ka rishta</w:t>
      </w:r>
    </w:p>
    <w:p>
      <w:pPr>
        <w:jc w:val="right"/>
      </w:pPr>
      <w:r>
        <w:t>کس، آپ جانتے ہیں کہ باڈی کے اندر ایک ایسا ارگن ہے جو سمجھا جاتا ہے کہ بالکل اس کا کوئی فنکشن نہیں۔ باڈی میں اس کا کوئی فنکشن نہیں۔ اس لیے کئی لوگ اس کا آپریشن کر کے نکال دیتے ہیں۔ تو جسٹ لائک اپینڈکس ہو گیا تھا ریلیجن، ابھی بھی ہے بہت سے لوگوں کے درمیان۔ کیوں؟ آپ کے ریزن سے اس کا رشتہ جڑا ہوا نہیں ہے۔ ایسا مذہب جس کا رشتہ</w:t>
      </w:r>
    </w:p>
    <w:p>
      <w:r>
        <w:rPr>
          <w:b/>
        </w:rPr>
        <w:t xml:space="preserve">[13:10] </w:t>
      </w:r>
      <w:r>
        <w:t>aap ki reason se juda hua na ho, woh appendix hi ban kar reh jayega. Ek ek set of rituals hoga. Ab is ka aap ke, aap ki zindagi mein, aap ki zindagi ko active nahi karega. Aap ki zindagi mein woh shamil nahi hoga. To ek aisa mazhab jo aap ki reason ko appeal kare, jo poori tarah aap ke, aap ko, aap ke logical questions ko</w:t>
      </w:r>
    </w:p>
    <w:p>
      <w:pPr>
        <w:jc w:val="right"/>
      </w:pPr>
      <w:r>
        <w:t>آپ کی ریزن سے جڑا ہوا نہ ہو، وہ اپینڈکس ہی بن کر رہ جائے گا۔ ایک ایک سیٹ آف ریچولز ہوگا۔ اب اس کا آپ کے، آپ کی زندگی میں، آپ کی زندگی کو ایکٹیویٹ نہیں کرے گا۔ آپ کی زندگی میں وہ شامل نہیں ہوگا۔ تو ایک ایسا مذہب جو آپ کی ریزن کو اپیل کرے، جو پوری طرح آپ کے، آپ کو، آپ کے لاجیکل کوسچنز کو</w:t>
      </w:r>
    </w:p>
    <w:p>
      <w:r>
        <w:rPr>
          <w:b/>
        </w:rPr>
        <w:t xml:space="preserve">[13:41] </w:t>
      </w:r>
      <w:r>
        <w:t>answer kare, jo poori tarah aap ke jo mind hai, us ko address kare, aisa mazhabi aap insaan ko chahiye. Kyun ke aisa mazhabi aap ki poori poori personality ko active kar sakta hai. Aap ki poori personality ka part ban sakta hai. Warna kya hoga? Woh appendix ban jayega. Bas appendix. Dekhiye, aap ko maloom hoga ke aaj kal ek word use hota hai: Future</w:t>
      </w:r>
    </w:p>
    <w:p>
      <w:pPr>
        <w:jc w:val="right"/>
      </w:pPr>
      <w:r>
        <w:t>انسر کرے، جو پوری طرح آپ کے جو مائنڈ ہے، اس کو ایڈریس کرے، ایسا مذہبی آپ انسان کو چاہیے۔ کیونکہ ایسا مذہبی آپ کی پوری پوری پرسنیلٹی کو ایکٹیویٹ کر سکتا ہے۔ آپ کی پوری پرسنیلٹی کا پارٹ بن سکتا ہے۔ ورنہ کیا ہوگا؟ وہ اپینڈکس بن جائے گا۔ بس اپینڈکس۔ دیکھیے، آپ کو معلوم ہوگا کہ آج کل ایک ورڈ یوز ہوتا ہے: فیوچر</w:t>
      </w:r>
    </w:p>
    <w:p>
      <w:r>
        <w:rPr>
          <w:b/>
        </w:rPr>
        <w:t xml:space="preserve">[14:11] </w:t>
      </w:r>
      <w:r>
        <w:t>Trading. Future Trading. Mustaqbil ki tijarat. Is ka matlab kya hai? Misaal ke taur par aap agriculture karte hain, ek aisi cheez boote hain jis mein aap sochte hain ke future mein is mein mujhe kitna faida milega. Jaise gana agar lagayein to kitna faida mujhe milega? Aur agar aap is mein mushroom lagayein to kitna faida milega?</w:t>
      </w:r>
    </w:p>
    <w:p>
      <w:pPr>
        <w:jc w:val="right"/>
      </w:pPr>
      <w:r>
        <w:t>ٹریڈنگ۔ فیوچر ٹریڈنگ۔ مستقبل کی تجارت۔ اس کا مطلب کیا ہے؟ مثال کے طور پر آپ ایگریکلچر کرتے ہیں، ایک ایسی چیز بوتے ہیں جس میں آپ سوچتے ہیں کہ فیوچر میں اس میں مجھے کتنا فائدہ ملے گا۔ جیسے گنا اگر لگائیں تو کتنا فائدہ مجھے ملے گا؟ اور اگر آپ اس میں مشروم لگائیں تو کتنا فائدہ ملے گا؟</w:t>
      </w:r>
    </w:p>
    <w:p>
      <w:r>
        <w:rPr>
          <w:b/>
        </w:rPr>
        <w:t xml:space="preserve">[14:42] </w:t>
      </w:r>
      <w:r>
        <w:t>To future ko soch kar ke agriculture karna, yeh hai future trading. Mazhab future trading hai. Islam mein jo concept hai religion ka, woh darasal future trading hai. Yani aaj bona, kal kaatna. Pre-death period mein amal karna aur post-death period mein is ka reward paana. Yeh hai future trading.</w:t>
      </w:r>
    </w:p>
    <w:p>
      <w:pPr>
        <w:jc w:val="right"/>
      </w:pPr>
      <w:r>
        <w:t>تو فیوچر کو سوچ کر کے ایگریکلچر کرنا، یہ ہے فیوچر ٹریڈنگ۔ مذہب فیوچر ٹریڈنگ ہے۔ اسلام میں جو کانسیپٹ ہے ریلیجن کا، وہ دراصل فیوچر ٹریڈنگ ہے۔ یعنی آج بونا، کل کاٹنا۔ پری ڈیتھ پیریڈ میں عمل کرنا اور پوسٹ ڈیتھ پیریڈ میں اس کا ریوارڈ پانا۔ یہ ہے فیوچر ٹریڈنگ۔</w:t>
      </w:r>
    </w:p>
    <w:p>
      <w:r>
        <w:rPr>
          <w:b/>
        </w:rPr>
        <w:t xml:space="preserve">[15:13] </w:t>
      </w:r>
      <w:r>
        <w:t>Yeh bohat hi important aspect hai, is ko aap samajhna chahiye. Kyun ke woh mazhab jo sirf aap ko blessing deta ho, aap ki tijarat mein, aap ki service mein, aap ko kaam aata ho, woh future trading nahi hai. Woh to present trading hai. To aksar mazhab ka jo version aaj maujood duniya mein, woh haal mein chalta hai. Yani haal mein blessing,</w:t>
      </w:r>
    </w:p>
    <w:p>
      <w:pPr>
        <w:jc w:val="right"/>
      </w:pPr>
      <w:r>
        <w:t>یہ بہت ہی امپورٹنٹ اسپیکٹ ہے، اس کو آپ سمجھنا چاہیے۔ کیونکہ وہ مذہب جو صرف آپ کو بلیسنگ دیتا ہو، آپ کی تجارت میں، آپ کی سروس میں، آپ کو کام آتا ہو، وہ فیوچر ٹریڈنگ نہیں ہے۔ وہ تو پریزنٹ ٹریڈنگ ہے۔ تو اکثر مذہب کا جو ورژن آج موجود دنیا میں، وہ حال میں چلتا ہے۔ یعنی حال میں بلیسنگ،</w:t>
      </w:r>
    </w:p>
    <w:p>
      <w:r>
        <w:rPr>
          <w:b/>
        </w:rPr>
        <w:t xml:space="preserve">[15:43] </w:t>
      </w:r>
      <w:r>
        <w:t>present mein kuch blessing le laina. Yeh hai mazhab ka function. Islam mein yeh concept nahi hai mazhab ka. Islam mein mazhab ka jo concept hai, wahi hai future trading. Yani aaj amal karo aur kal is ka anjaam pao. Jaise aap aaj ek drakht lagate hain to aaj aap ko kuch nahi milta. Bohat dinon ke baad</w:t>
      </w:r>
    </w:p>
    <w:p>
      <w:pPr>
        <w:jc w:val="right"/>
      </w:pPr>
      <w:r>
        <w:t>پریزنٹ میں کچھ بلیسنگ لے لینا۔ یہ ہے مذہب کا فنکشن۔ اسلام میں یہ کانسیپٹ نہیں ہے مذہب کا۔ اسلام میں مذہب کا جو کانسیپٹ ہے، وہی ہے فیوچر ٹریڈنگ۔ یعنی آج عمل کرو اور کل اس کا انجام پاؤ۔ جیسے آپ آج ایک درخت لگاتے ہیں تو آج آپ کو کچھ نہیں ملتا۔ بہت دنوں کے بعد</w:t>
      </w:r>
    </w:p>
    <w:p>
      <w:r>
        <w:rPr>
          <w:b/>
        </w:rPr>
        <w:t xml:space="preserve">[16:14] </w:t>
      </w:r>
      <w:r>
        <w:t>woh bada hota hai, bada ho kar ke phir is mein phal phool aate hain, is mein aap ko woh faida milta hai jo aap chahte hain. To Islam ek qism ka future trading hai. Aap ko batata hai ke kaun sa, kaisi soch aap ki ho, kis tarah apni zindagi ko dhalen aap, apne yani apni soul ko kis tarah aap purify karein, apne mind ka kis tarah development karein. Yani spiritual development</w:t>
      </w:r>
    </w:p>
    <w:p>
      <w:pPr>
        <w:jc w:val="right"/>
      </w:pPr>
      <w:r>
        <w:t>وہ بڑا ہوتا ہے، بڑا ہو کر کے پھر اس میں پھل پھول آتے ہیں، اس میں آپ کو وہ فائدہ ملتا ہے جو آپ چاہتے ہیں۔ تو اسلام ایک قسم کا فیوچر ٹریڈنگ ہے۔ آپ کو بتاتا ہے کہ کون سا، کیسی سوچ آپ کی ہو، کس طرح اپنی زندگی کو ڈھالیں آپ، اپنے یعنی اپنی سول کو کس طرح آپ پیوریفائی کریں، اپنے مائنڈ کا کس طرح ڈیولپمنٹ کریں۔ یعنی سپریچول ڈیولپمنٹ</w:t>
      </w:r>
    </w:p>
    <w:p>
      <w:r>
        <w:rPr>
          <w:b/>
        </w:rPr>
        <w:t xml:space="preserve">[16:44] </w:t>
      </w:r>
      <w:r>
        <w:t>aur intellectual development kis tarah ho ke woh post-death period mein aap ko paradise ki shakal mein laute aap ki taraf. Yeh hai future trading ka mazhab. Yani main arz kar raha hoon, future trading ka lafz koi Quran o Hadees mein likha hua nahi hai. Lekin Islam ki teaching ko</w:t>
      </w:r>
    </w:p>
    <w:p>
      <w:pPr>
        <w:jc w:val="right"/>
      </w:pPr>
      <w:r>
        <w:t>اور انٹلیکچول ڈیولپمنٹ کس طریقے سے ہو کہ وہ پوسٹ ڈیتھ پیریڈ میں آپ کو پیراڈائز کی شکل میں لوٹے آپ کی طرف۔ یہ ہے فیوچر ٹریڈنگ کا مذہب۔ یعنی میں عرض کر رہا ہوں، فیوچر ٹریڈنگ کا لفظ کوئی قرآن و حدیث میں لکھا ہوا نہیں ہے۔ لیکن اسلام کی ٹیچنگ کو</w:t>
      </w:r>
    </w:p>
    <w:p>
      <w:r>
        <w:rPr>
          <w:b/>
        </w:rPr>
        <w:t xml:space="preserve">[17:15] </w:t>
      </w:r>
      <w:r>
        <w:t>modern idea mein dhalna padta hai. Isi liye Quran mein hai ke مَا أَرْسَلَنَ مِن رَسُولٍ إِلَّا بِالإِحْسَانِ قَوْمِيِّ. Yani har prophet apne logon ki zuban mein bheja gaya. To Islam ki teaching agarche eternal hai, woh Arabic language mein hai, woh 1400 saal pehle aaya. Lekin jab bhi aap daawa work karenge, jab bhi logon ko address karenge aap,</w:t>
      </w:r>
    </w:p>
    <w:p>
      <w:pPr>
        <w:jc w:val="right"/>
      </w:pPr>
      <w:r>
        <w:t>ماڈرن ایڈیا میں ڈھالنا پڑتا ہے۔ اسی لیے قرآن میں ہے کہ مَا أَرْسَلَنَ مِن رَسُولٍ إِلَّا بِالإِحْسَانِ قَوْمِيِّ۔ یعنی ہر پرافٹ اپنے لوگوں کی زبان میں بھیجا گیا۔ تو اسلام کی ٹیچنگ اگرچہ ایٹرنل ہے، وہ عربک لینگویج میں ہے، وہ 1400 سال پہلے آیا۔ لیکن جب بھی آپ دعویٰ ورک کریں گے، جب بھی لوگوں کو ایڈریس کریں گے آپ،</w:t>
      </w:r>
    </w:p>
    <w:p>
      <w:r>
        <w:rPr>
          <w:b/>
        </w:rPr>
        <w:t xml:space="preserve">[17:45] </w:t>
      </w:r>
      <w:r>
        <w:t>to aap ka kaam isi waqt kamyab hoga jab ke aap modern thinking ko samjhein, modern mind ko samjhein, aur us us language mein bolein. Tabhi logon ka mind address hoga. To jab maine yeh jaana future trading, to maine samjha ke bohat hi bohat hi acha word hai batane ke liye ke Islam mein concept kya hai zindagi ka. Ke pre-death period mein kaam karo aur post-death period mein is ka phal</w:t>
      </w:r>
    </w:p>
    <w:p>
      <w:pPr>
        <w:jc w:val="right"/>
      </w:pPr>
      <w:r>
        <w:t>تو آپ کا کام اسی وقت کامیاب ہوگا جب کہ آپ ماڈرن تھنکنگ کو سمجھیں، ماڈرن مائنڈ کو سمجھیں، اور اس اس لینگویج میں بولیں۔ تبھی لوگوں کا مائنڈ ایڈریس ہوگا۔ تو جب میں نے یہ جانا فیوچر ٹریڈنگ، تو میں نے سمجھا کہ بہت ہی بہت ہی اچھا ورڈ ہے بتانے کے لیے کہ اسلام میں کانسیپٹ کیا ہے زندگی کا۔ کہ پری ڈیتھ پیریڈ میں کام کرو اور پوسٹ ڈیتھ پیریڈ میں اس کا پھ</w:t>
      </w:r>
    </w:p>
    <w:p>
      <w:r>
        <w:rPr>
          <w:b/>
        </w:rPr>
        <w:t xml:space="preserve">[18:15] </w:t>
      </w:r>
      <w:r>
        <w:t>paao. Is liye maine is lafz ko use kiya. Ab main aap ko yani chand aur baaton ki taraf dhyan dilaoonga. Prophet of Islam jab aaye, jab shuru kiya aap ne apna mission 610 AD mein Mecca mein, Arab mein, us</w:t>
      </w:r>
    </w:p>
    <w:p>
      <w:pPr>
        <w:jc w:val="right"/>
      </w:pPr>
      <w:r>
        <w:t>ل پاؤ۔ اس لیے میں نے اس لفظ کو یوز کیا۔ اب میں آپ کو یعنی چند اور باتوں کی طرف دھیان دلاؤں گا۔ پرافٹ آف اسلام جب آئے، جب شروع کیا آپ نے اپنا مشن 610 عیسوی میں مکہ میں، عرب میں، اس</w:t>
      </w:r>
    </w:p>
    <w:p>
      <w:r>
        <w:rPr>
          <w:b/>
        </w:rPr>
        <w:t xml:space="preserve">[18:45] </w:t>
      </w:r>
      <w:r>
        <w:t>waqt Mecca mein jo religious center tha woh Kaaba tha. Pehle se chala aa raha tha woh religious center jo Hazrat Ibrahim ne banaya tha. To wahan kya tha? Banaya gaya tha woh tawheed ke liye. Yani oneness of God ka jo concept hai, us ke center ke taur par Kaaba ko banaya gaya tha. Lekin sadiyon ke baad wahan bigaad aata raha, bigaad aata raha, yahan tak</w:t>
      </w:r>
    </w:p>
    <w:p>
      <w:pPr>
        <w:jc w:val="right"/>
      </w:pPr>
      <w:r>
        <w:t>وقت مکہ میں جو ریلیجس سینٹر تھا وہ کعبہ تھا۔ پہلے سے چلا آ رہا تھا وہ ریلیجس سینٹر جو حضرت ابراہیم نے بنایا تھا۔ تو وہاں کیا تھا؟ بنایا گیا تھا وہ توحید کے لیے۔ یعنی وننس آف گاڈ کا جو کانسیپٹ ہے، اس کے سینٹر کے طور پر کعبہ کو بنایا گیا تھا۔ لیکن صدیوں کے بعد وہاں بگاڑ آتا رہا، بگاڑ آتا رہا، یہاں تک</w:t>
      </w:r>
    </w:p>
    <w:p>
      <w:r>
        <w:rPr>
          <w:b/>
        </w:rPr>
        <w:t xml:space="preserve">[19:15] </w:t>
      </w:r>
      <w:r>
        <w:t>ke logon ne is mein bohat se idol rakh diye. To woh buton ka center ban gaya tha. 360 idol wahan the Kaaba ke andar. Ek bohat hi sochne ki baat hai ke pehli verse jo Quran ki utri, pehli, us mein kaha gaya: وَسِيَابَكَ فَتَحِّرْ يَا أَيُّهَا الْمُدَّثِّرُ قُمْ فَانْظِرْ وَرَبَّكَ فَكَبِّرْ وَسِيَابَكَ فَتَحِّرْ. Yani is mein yeh nahi kaha gaya ke ط</w:t>
      </w:r>
    </w:p>
    <w:p>
      <w:pPr>
        <w:jc w:val="right"/>
      </w:pPr>
      <w:r>
        <w:t>کہ لوگوں نے اس میں بہت سے آئیڈل رکھ دیے۔ تو وہ بتوں کا سینٹر بن گیا تھا۔ 360 آئیڈل وہاں تھے کعبہ کے اندر۔ ایک بہت ہی سوچنے کی بات ہے کہ پہلی ورس جو قرآن کی اتری، پہلی، اس میں کہا گیا: وَسِيَابَكَ فَتَحِّرْ يَا أَيُّهَا الْمُدَّسِّرُ قُمْ فَانْظِرْ وَرَبَّكَ فَكَبِّرْ وَسِيَابَكَ فَتَحِّرْ۔ یعنی اس میں یہ نہیں کہا گیا کہ ط</w:t>
      </w:r>
    </w:p>
    <w:p>
      <w:r>
        <w:rPr>
          <w:b/>
        </w:rPr>
        <w:t xml:space="preserve">[19:45] </w:t>
      </w:r>
      <w:r>
        <w:t>ahhir al-Kaaba fi al-asram. Kaaba ko buton se pak karo. Yani jis waqt Quran ki ayat utri, sab se bara issue jo tha, obviously, woh yeh tha ke Kaaba mein 360 but rakhe hue hain. Main samajhta hoon ke sab se bara issue yahi tha. Doosra koi issue itna bara nahi tha wahan par. Lekin aap dekhiye, Quran ka, Quran ki jo</w:t>
      </w:r>
    </w:p>
    <w:p>
      <w:pPr>
        <w:jc w:val="right"/>
      </w:pPr>
      <w:r>
        <w:t>َهِّرِ الْكَعْبَةَ فِي الْأَسْرَامِ۔ کعبہ کو بتوں سے پاک کرو۔ یعنی جس وقت قرآن کی آیت اتری، سب سے بڑا ایشو جو تھا، ابویسلی، وہ یہ تھا کہ کعبہ میں 360 بت رکھے ہوئے ہیں۔ میں سمجھتا ہوں کہ سب سے بڑا ایشو یہی تھا۔ دوسرا کوئی ایشو اتنا بڑا نہیں تھا وہاں پر۔ لیکن آپ دیکھیے، قرآن کا، قرآن کی جو</w:t>
      </w:r>
    </w:p>
    <w:p>
      <w:r>
        <w:rPr>
          <w:b/>
        </w:rPr>
        <w:t xml:space="preserve">[20:15] </w:t>
      </w:r>
      <w:r>
        <w:t>ayatein aaein is waqt, is mein is ka koi mention hi nahin. is ko hum history se jante hain. yeh baat hum history se jante hain, quran se nahin. agar quran mein yeh hota ke طَهِّرِ الْكَعْبَةَ فِي الْأَسْرَامِ, kaaba mein but hain, in ko pak karo buton se, kaaba ko, to hum jaan lete. lekin yeh ayat hi nahin utri quran mein. kya utri? وَسِيَابَكَ فَتَحِّرْ. apne kirdaar ko acha banao. sochne ki baat hai ke kya kaansi</w:t>
      </w:r>
    </w:p>
    <w:p>
      <w:pPr>
        <w:jc w:val="right"/>
      </w:pPr>
      <w:r>
        <w:t>آیتیں آئیں اس وقت، اس میں اس کا کوئی مینشن ہی نہیں۔ اس کو ہم ہسٹری سے جانتے ہیں۔ یہ بات ہم ہسٹری سے جانتے ہیں، قرآن سے نہیں۔ اگر قرآن میں یہ ہوتا کہ طَهِّرِ الْكَعْبَةَ فِي الْأَسْرَامِ، کعبہ میں بت ہیں، ان کو پاک کرو بتوں سے، کعبہ کو، تو ہم جان لیتے۔ لیکن یہ آیت ہی نہیں اتری قرآن میں۔ کیا اتری؟ وَسِيَابَكَ فَتَحِّرْ۔ اپنے کردار کو اچھا بناؤ۔ سوچنے کی بات ہے کہ کیا کانسی</w:t>
      </w:r>
    </w:p>
    <w:p>
      <w:r>
        <w:rPr>
          <w:b/>
        </w:rPr>
        <w:t xml:space="preserve">[20:45] </w:t>
      </w:r>
      <w:r>
        <w:t>pat hai religion ka islam mein? وَسِيَابَكَ فَتَحِّرْ. quran mein aaya shuru mein. yaani apne dil ko buton se pak karo. bahar ke but to baad ko pak ho hi jayenge. agar aap sochiye is par, is waqt jab ke kaaba mein 360 but rakhe hue the, tab yeh nahin nahin aaya ke in buton se pak karo kaaba ko, balke yeh aaya ke apne aap ko achhe kirdaar mein dhaal</w:t>
      </w:r>
    </w:p>
    <w:p>
      <w:pPr>
        <w:jc w:val="right"/>
      </w:pPr>
      <w:r>
        <w:t>پٹ ہے ریلیجن کا اسلام میں؟ وَسِيَابَكَ فَتَحِّرْ۔ قرآن میں آیا شروع میں۔ یعنی اپنے دل کو بتوں سے پاک کرو۔ باہر کے بت تو بعد کو پاک ہو ہی جائیں گے۔ اگر آپ سوچیے اس پر، اس وقت جب کہ کعبہ میں 360 بت رکھے ہوئے تھے، تب یہ نہ نہیں آیا کہ ان بتوں سے پاک کرو کعبہ کو، بلکہ یہ آیا کہ اپنے آپ کو اچھے کردار میں ڈھال</w:t>
      </w:r>
    </w:p>
    <w:p>
      <w:r>
        <w:rPr>
          <w:b/>
        </w:rPr>
        <w:t xml:space="preserve">[21:16] </w:t>
      </w:r>
      <w:r>
        <w:t>o. وَسِيَابَكَ فَتَحِّرْ. apne aap ko acha banao. to agar aap doosre lafzon mein sochein to is ka matlab yeh tha: apne dil mein safai karo. dilon mein insan, insan ke dilon mein jo. is ka matlab nahin ke prophet se khitab kiya gaya. is ayat mein saare un logon ko khitab kiya gaya jo ke jin ko islam ne quran pesh kiya jana tha.</w:t>
      </w:r>
    </w:p>
    <w:p>
      <w:pPr>
        <w:jc w:val="right"/>
      </w:pPr>
      <w:r>
        <w:t>و۔ وَسِيَابَكَ فَتَحِّرْ۔ اپنے آپ کو اچھا بناؤ۔ تو اگر آپ دوسرے لفظوں میں سوچیں تو اس کا مطلب یہ تھا: اپنے دل میں صفائی کرو۔ دلوں میں انسان، انسان کے دلوں میں جو۔ اس کا مطلب نہیں کہ پرافٹ سے خطاب کیا گیا۔ اس آیت میں سارے ان لوگوں کو خطاب کیا گیا جو کہ جن کو اسلام نے قرآن پیش کیا جانا تھا۔</w:t>
      </w:r>
    </w:p>
    <w:p>
      <w:r>
        <w:rPr>
          <w:b/>
        </w:rPr>
        <w:t xml:space="preserve">[21:47] </w:t>
      </w:r>
      <w:r>
        <w:t>is ka matlab tha: ae logon! apne dilon ko pak karo buton se. agar tum ne aisa kar liya to bahar ke jo but hain woh apne aap pak ho jayenge. to kaha islam ka jo aaghaz hota hai woh siyah ka fath se hota hai. aur is ka yeh baad ka anjaam hai ke طَهِّرِ الْكَعْبَةَ فِي الْأَسْرَامِ. yeh bohat hi important point hai jis ko hamein samajhna chahiye</w:t>
      </w:r>
    </w:p>
    <w:p>
      <w:pPr>
        <w:jc w:val="right"/>
      </w:pPr>
      <w:r>
        <w:t>اس کا مطلب تھا: اے لوگوں! اپنے دلوں کو پاک کرو بتوں سے۔ اگر تم نے ایسا کر لیا تو باہر کے جو بت ہیں وہ اپنے آپ پاک ہو جائیں گے۔ تو کہا اسلام کا جو آغاز ہوتا ہے وہ صیاب کا فتح سے ہوتا ہے۔ اور اس کا یہ بعد کا انجام ہے کہ طَهِّرِ الْكَعْبَةَ فِي الْأَسْرَامِ۔ یہ بہت ہی امپورٹنٹ پوائنٹ ہے جس کو ہمیں سمجھنا چاہیے</w:t>
      </w:r>
    </w:p>
    <w:p>
      <w:r>
        <w:rPr>
          <w:b/>
        </w:rPr>
        <w:t xml:space="preserve">[22:19] </w:t>
      </w:r>
      <w:r>
        <w:t>ke andar ki islaah se aaghaz hota hai islam ka, na ke bahar ki tod phod se. ab mein aap ko yeh arz karunga ke jo islamic learning, jis ko mein keh raha hoon, islami uloom, to meri samajh se woh do qism ke hain. do qism ke hain. ek category woh hai jis mein ke yaani technical uloom aate hain.</w:t>
      </w:r>
    </w:p>
    <w:p>
      <w:pPr>
        <w:jc w:val="right"/>
      </w:pPr>
      <w:r>
        <w:t>کہ اندر کی اصلاح سے آغاز ہوتا ہے اسلام کا، نہ کہ باہر کی توڑ پھوڑ سے۔ اب میں آپ کو یہ عرض کروں گا کہ جو اسلامک لرننگ، جس کو میں کہہ رہا ہوں، اسلامی علوم، تو میری سمجھ سے وہ دو قسم کے ہیں۔ دو قسم کے ہیں۔ ایک کیٹگری وہ ہے جس میں کہ یعنی ٹیکنیکل علوم آتے ہیں۔</w:t>
      </w:r>
    </w:p>
    <w:p>
      <w:r>
        <w:rPr>
          <w:b/>
        </w:rPr>
        <w:t xml:space="preserve">[22:49] </w:t>
      </w:r>
      <w:r>
        <w:t>woh teen hain meri samajh ke mutabiq. yaani pehli category mein teen uloom aate hain. woh hai arabic language, quran ka ko preservation karna book form mein, aur hadith ko tadween karna, hadith ko preservation karna. yeh teen pehli category mein aate hain. jahan tak maani study ki hai, yeh teeno mein jo kaam hua woh bohat hi ideal kaam hua. aur aakhir tak kaam mukammal</w:t>
      </w:r>
    </w:p>
    <w:p>
      <w:pPr>
        <w:jc w:val="right"/>
      </w:pPr>
      <w:r>
        <w:t>وہ تین ہیں میری سمجھ کے مطابق۔ یعنی پہلی کیٹگری میں تین علوم آتے ہیں۔ وہ ہے عربک لینگویج، قرآن کا کو پریزرو کرنا بک فارم میں، اور حدیث کو مدون کرنا، حدیث کو پریزرو کرنا۔ یہ تین پہلی کیٹگری میں آتے ہیں۔ جہاں تک معنی اسٹڈی کی ہے، یہ تینوں میں جو کام ہوا وہ بہت ہی آئیڈیل کام ہوا۔ اور آخر تک کام مکمل</w:t>
      </w:r>
    </w:p>
    <w:p>
      <w:r>
        <w:rPr>
          <w:b/>
        </w:rPr>
        <w:t xml:space="preserve">[23:19] </w:t>
      </w:r>
      <w:r>
        <w:t>ho gaya. is zamane ke logon ne itna zabardast kaam kiya is maamle mein ke hamare liye chhora nahin. to doosri category mein to bohat kuch kaam karna baqi hai jis ko mein aage arz karunga. lekin pehli category jo hai is mein bohat zabardast kaam hua hai. is ko thoda sa mein arz karunga aap ki khidmat mein. pehli baat arabic language. kyunke dekhiye,</w:t>
      </w:r>
    </w:p>
    <w:p>
      <w:pPr>
        <w:jc w:val="right"/>
      </w:pPr>
      <w:r>
        <w:t>ہو گیا۔ اس زمانے کے لوگوں نے اتنا زبردست کام کیا اس معاملے میں کہ ہمارے لیے چھوڑا نہیں۔ تو دوسری کیٹگری میں تو بہت کچھ کام کرنا باقی ہے جس کو میں آگے عرض کروں گا۔ لیکن پہلی کیٹگری جو ہے اس میں بہت زبردست کام ہوا ہے۔ اس کو تھوڑا سا میں عرض کروں گا آپ کی خدمت میں۔ پہلی بات عربک لینگویج۔ کیونکہ دیکھیے،</w:t>
      </w:r>
    </w:p>
    <w:p>
      <w:r>
        <w:rPr>
          <w:b/>
        </w:rPr>
        <w:t xml:space="preserve">[23:50] </w:t>
      </w:r>
      <w:r>
        <w:t>quran arabi zaban mein utra. to arabic language agar living language na ho to aap samjhenge quran ko kaise? quran ko samajhne ke liye, quran ko history mein baqi rakhne ke liye zaroori tha ke arabic language ko tadween kiya jaye. chunanche is zamane mein log hero ban gaye arabic language ko tadween karne ke liye. is zamane mein arabic kya thi? ek qism ka</w:t>
      </w:r>
    </w:p>
    <w:p>
      <w:pPr>
        <w:jc w:val="right"/>
      </w:pPr>
      <w:r>
        <w:t>قرآن عربی زبان میں اترا۔ تو عربک لینگویج اگر لیونگ لینگویج نہ ہو تو آپ سمجھیں گے قرآن کو کیسے؟ قرآن کو سمجھنے کے لیے، قرآن کو ہسٹری میں باقی رکھنے کے لیے ضروری تھا کہ عربک لینگویج کو مدون کیا جائے۔ چنانچہ اس زمانے میں لوگ ہیرو بن گئے عربک لینگویج کو مدون کرنے کے لیے۔ اس زمانے میں عربک کیا تھی؟ ایک قسم کا</w:t>
      </w:r>
    </w:p>
    <w:p>
      <w:r>
        <w:rPr>
          <w:b/>
        </w:rPr>
        <w:t xml:space="preserve">[24:21] </w:t>
      </w:r>
      <w:r>
        <w:t>dialect tha. dialect yaani bol chaal ki zaban. aaj kal ke jo maroof maani mein literary zaban nahin bani thi abhi woh. abhi woh ek qism ki bol chaal ki zaban thi. agarche bohat developed zaban thi lekin phir bhi thi to woh bol chaal ki zaban. kuch shayari waari karte the log. to is zaban ko logon ne itna zabardast tareeqe par tadween karne mein mehnat ki ke ek ek mukammal zaban ban gayi woh.</w:t>
      </w:r>
    </w:p>
    <w:p>
      <w:pPr>
        <w:jc w:val="right"/>
      </w:pPr>
      <w:r>
        <w:t>ڈائلیکٹ تھا۔ ڈائلیکٹ یعنی بول چال کی زبان۔ آج کل کے جو معروف معنی میں لٹری زبان نہیں بنی تھی ابھی وہ۔ ابھی وہ ایک قسم کی بول چال کی زبان تھی۔ اگرچہ بہت ڈیولپڈ زبان تھی لیکن پھر بھی تھی تو وہ بول چال کی زبان۔ کچھ شاعری واری کرتے تھے لوگ۔ تو اس زبان کو لوگوں نے اتنا زبردست طریقے پر مدون کرنے میں محنت کی کہ ایک ایک مکمل زبان بن گئی وہ۔</w:t>
      </w:r>
    </w:p>
    <w:p>
      <w:r>
        <w:rPr>
          <w:b/>
        </w:rPr>
        <w:t xml:space="preserve">[24:53] </w:t>
      </w:r>
      <w:r>
        <w:t>misal ke tor par sab se pehla kaam yeh tha ke is ka lughat tayyar karna, dictionary. yaani ke arabic language jo thi is zamane mein is ki koi dictionary nahin thi. koi bhi nahin. ab bohat sari dictionaries hain aur purani dictionary mein se bohat si complete maani aati hain Lisan al-Arab jo 15 waliyum mein hai woh 15 jildon mein mere paas yahan office mein maujood hai. yeh kaise bani ke jis zaban ki abhi tak koi dictionary nahin</w:t>
      </w:r>
    </w:p>
    <w:p>
      <w:pPr>
        <w:jc w:val="right"/>
      </w:pPr>
      <w:r>
        <w:t>مثلاً مثال کے طور پر سب سے پہلا کام یہ تھا کہ اس کا لغت تیار کرنا، ڈکشنری۔ یعنی کہ عربک لینگویج جو تھی اس زمانے میں اس کی کوئی ڈکشنری نہیں تھی۔ کوئی بھی نہیں۔ اب بہت ساری ڈکشنریز ہیں اور پرانی ڈکشنری میں سے بہت سی کمپلیٹ معنی آتی ہیں لسان العرب جو 15 والیوم میں ہے وہ 15 جلدوں میں میرے پاس یہاں افس میں موجود ہے۔ یہ کیسے بنی کہ جس زبان کی ابھی تک کوئی ڈکشنری نہیں</w:t>
      </w:r>
    </w:p>
    <w:p>
      <w:r>
        <w:rPr>
          <w:b/>
        </w:rPr>
        <w:t xml:space="preserve">[25:23] </w:t>
      </w:r>
      <w:r>
        <w:t>thi woh kaise itni zabardast dictionary ki shakal mein dhali gayi? to is mein bohat bade bade mahir ne kaam kiya. misal ke tor par ek the un ka naam tha Asmai. woh arabic language ke expert the aur lughat yaani dictionary ko banane mein jin logon ne kaam kiya is mein se ek Asmai the. to kaise kaise kaam kiya mein aap ko ek qissa sun</w:t>
      </w:r>
    </w:p>
    <w:p>
      <w:pPr>
        <w:jc w:val="right"/>
      </w:pPr>
      <w:r>
        <w:t>تھی وہ کیسے اتنی زبردست ڈکشنری کی شکل میں ڈھالی گئی؟ تو اس میں بہت بڑے بڑے ماہر نے کام کیا۔ مثال کے طور پر ایک تھے ان کا نام تھا اسمائی۔ وہ عربک لینگویج کے ایکسپرٹ تھے اور لغت یعنی ڈکشنری کو بنانے میں جن لوگوں نے کام کیا اس میں سے ایک اسمائی تھے۔ تو کیسے کیسے کام کیا میں آپ کو ایک قصہ سن</w:t>
      </w:r>
    </w:p>
    <w:p>
      <w:r>
        <w:rPr>
          <w:b/>
        </w:rPr>
        <w:t xml:space="preserve">[25:53] </w:t>
      </w:r>
      <w:r>
        <w:t>ata hoon. arabic yaani quran ke jo jitne bhi shabdh aaye hain jitne bhi words aaye hain quran mein un ke maani ko muayyan karna tha ke kis kis maani mein arab log bolte hain is ko. to misal ke tor par quran mein ek ayat hai فَدَمْدَمَ عَلَيْهِمْ رَبُّهُمْ بِدَمْبَهِمْ فَسَوَّىٰ. yeh dam dam ka word aaya hai dam dam</w:t>
      </w:r>
    </w:p>
    <w:p>
      <w:pPr>
        <w:jc w:val="right"/>
      </w:pPr>
      <w:r>
        <w:t>اتا ہوں۔ عربک یعنی قرآن کے جو جتنے بھی शब्द آئے ہیں جتنے بھی ورڈز آئے ہیں قرآن میں ان کے معنی کو متعین کرنا تھا کہ کس کس معنی میں عرب لوگ بولتے ہیں اس کو۔ تو مثال کے طور پر قرآن میں ایک آیت ہے فَدَمْدَمَ عَلَيْهِمْ رَبُّهُمْ بِدَمْبَهِمْ فَسَوَّىٰ۔ یہ دم دم کا ورڈ آیا ہے دم دم</w:t>
      </w:r>
    </w:p>
    <w:p>
      <w:r>
        <w:rPr>
          <w:b/>
        </w:rPr>
        <w:t xml:space="preserve">[26:24] </w:t>
      </w:r>
      <w:r>
        <w:t>d a m d a m dam dam. ab in ko yeh tha ke dam dam ke maani kya hain? Asmai jo hain dam dam ke maani jante the woh. lekin arabi ka jo asal source tha woh woh the jin ko kaha jata hai ke arab bahadiya. yaani woh woh log jo sainkdo saal se chale aa rahe the aur jo desert mein rehte the woh desert mein. civilization se un ka koi ta'alluq nahin tha. city se un ka koi ta'alluq nahin tha. to arabic language</w:t>
      </w:r>
    </w:p>
    <w:p>
      <w:pPr>
        <w:jc w:val="right"/>
      </w:pPr>
      <w:r>
        <w:t>دال میم دال میم دم دم۔ اب ان کو یہ تھا کہ دم دم کے معنی کیا ہیں؟ اسمائی جو ہیں دم دم کے معنی جانتے تھے وہ۔ لیکن عربی کا جو اصل سورس تھا وہ وہ تھے جن کو کہا جاتا ہے کہ عرب بادیہ۔ یعنی وہ وہ لوگ جو سینکڑوں سال سے چلے آ رہے تھے اور جو ڈیزرٹ میں رہتے تھے وہ ڈیزرٹ میں۔ سویلائزیشن سے ان کا کوئی تعلق نہیں تھا۔ سٹی سے ان کا کوئی تعلق نہیں تھا۔ تو عربک لینگویج</w:t>
      </w:r>
    </w:p>
    <w:p>
      <w:r>
        <w:rPr>
          <w:b/>
        </w:rPr>
        <w:t xml:space="preserve">[26:54] </w:t>
      </w:r>
      <w:r>
        <w:t>apni preserved form mein unhein maujood thi. un un arabon mein jo tribes the jin ko kehte hain nomad tribes idhar ghoomte rehte the idhar udhar desert mein. unhi logon mein arabic language apni pure form mein maujood thi. pure form. cities mein to aap jante hain ke log aate jate hain to naye naye words aate hain naye naye expressions aate hain badalte rehte hain zaban apni</w:t>
      </w:r>
    </w:p>
    <w:p>
      <w:pPr>
        <w:jc w:val="right"/>
      </w:pPr>
      <w:r>
        <w:t>اپنی پریزروڈ فارم میں انہیں موجود تھی۔ ان ان عربوں میں جو ٹرائبس تھے جن کو کہتے ہیں نومیڈ ٹرائبس ادھر گھومتے رہتے تھے ادھر ادھر ڈیزرٹ میں۔ انہی لوگوں میں عربک لینگویج اپنی پیور فارم میں موجود تھی۔ پیور فارم۔ سٹیز میں تو آپ جانتے ہیں کہ لوگ آتے جاتے ہیں تو نئے نئے ورڈز آتے ہیں نئے نئے ایکسپریشنز آتے ہیں بدلتے رہتے ہیں زبان زبان اپنی</w:t>
      </w:r>
    </w:p>
    <w:p>
      <w:r>
        <w:rPr>
          <w:b/>
        </w:rPr>
        <w:t xml:space="preserve">[27:24] </w:t>
      </w:r>
      <w:r>
        <w:t>purity kho deti hai shaharon mein lekin jahan ke interaction nahin hota jahan ana aur jana nahin hota to woh tribes the jo nomad tribes woh apna alag zindagi guzarte the bilkul desert mein un mein arabic language apni pure form mein maujood thi to un logon ne kya kiya ke ja ja kar ke un se milte the un se un samajh samajhne ki koshish karte the ke yeh</w:t>
      </w:r>
    </w:p>
    <w:p>
      <w:pPr>
        <w:jc w:val="right"/>
      </w:pPr>
      <w:r>
        <w:t>پیورٹی کھو دیتی ہے شہروں میں لیکن جہاں کہ انٹریکشن نہیں ہوتا جہاں انا اور جانا نہیں ہوتا تو وہ ٹرائبس تھے جو نومیڈ ٹرائبس وہ اپنا الگ زندگی گزارتے تھے بالکل ڈیزرٹ میں ان میں عربک لینگویج اپنی پیور فارم میں موجود تھی تو ان لوگوں نے کیا کیا کہ جا جا کر کے ان سے ملتے تھے ان سے ان سمجھ سمجھنے کی کوشش کرتے تھے کہ یہ</w:t>
      </w:r>
    </w:p>
    <w:p>
      <w:r>
        <w:rPr>
          <w:b/>
        </w:rPr>
        <w:t xml:space="preserve">[27:54] </w:t>
      </w:r>
      <w:r>
        <w:t>word kahan use karte hain yeh log to ek qissa yeh hai ke Asmai ko ek khayal hua ke yeh log jo hain yeh arab dam dam ka word kahan use karte hain yaani exact meaning kya hai to woh gaye ek ek aise ek tribe ke paas jo ek mard tha ek aurat thi ek adha bachcha tha itna chhota tha woh qabila tha woh</w:t>
      </w:r>
    </w:p>
    <w:p>
      <w:pPr>
        <w:jc w:val="right"/>
      </w:pPr>
      <w:r>
        <w:t>ورڈ کہاں یوز کرتے ہیں یہ لوگ تو ایک قصہ یہ ہے کہ اسمائی کو ایک خیال ہوا کہ یہ لوگ جو ہیں یہ عرب دم دم کا ورڈ کہاں یوز کرتے ہیں یعنی ایکسیکٹ میننگ کیا ہے تو وہ گئے ایک ایک ایسے ایک ٹرائب کے پاس جو ایک مرد تھا ایک عورت تھی ایک ادھ بچہ تھا اتنی چھوٹا تھا وہ قبیلہ تھا وہ</w:t>
      </w:r>
    </w:p>
    <w:p>
      <w:r>
        <w:rPr>
          <w:b/>
        </w:rPr>
        <w:t xml:space="preserve">[28:25] </w:t>
      </w:r>
      <w:r>
        <w:t>is ke sath gaye to dekhiye kitna un ka test tha yeh yeh aisa nahin kiya unhone ke ja kar poochte ke bhai dekho dam dam ke meaning kya hoti hai dam dam ka word tum kahan use karte ho aisa nahin kiya unhone unhone yeh chaha ke koi aisi situation create ho jab ke apne aap spontaneously woh keh pade ke dam dam yaani dekhein kitna zabardast tareeqe unhone ahhtimam kiya arabic lang</w:t>
      </w:r>
    </w:p>
    <w:p>
      <w:pPr>
        <w:jc w:val="right"/>
      </w:pPr>
      <w:r>
        <w:t>اس کے ساتھ گئے تو دیکھیے کتنا ان کا ٹیسٹ تھا یہ یہ ایسا نہیں کیا انہوں نے کہ جا کر پوچھتے کہ بھائی دیکھو دم دم کے میننگ کیا ہوتی ہے دم دم کا ورڈ تم کہاں یوز کرتے ہو ایسا نہیں کیا انہوں نے انہوں نے یہ چاہا کہ کوئی ایسی سچویشن کریٹ ہو جب کہ اپنے اپ اسپانٹینیسلی وہ کہہ پڑے کہ دم دم یعنی دیکھیں کتنا زبردست طریقے انہوں نے اہتمام کیا عربک لینگ</w:t>
      </w:r>
    </w:p>
    <w:p>
      <w:r>
        <w:rPr>
          <w:b/>
        </w:rPr>
        <w:t xml:space="preserve">[28:55] </w:t>
      </w:r>
      <w:r>
        <w:t>language ko ki purity ko baqi rakhne ka aur arabic dictionary ko banane ka woh aadmi chhe mahine tak ghoomta raha us us family ke sath woh jo family thi jis se juda tha woh ke kyun chhe mahine lage ke kabhi yeh spontaneously keh pade yeh dam dam ka word bole to mein samjhunga ke us situation ko le kar ke mein samajh sakoon ke dam dam ka word arab log kis mauqe ke liye</w:t>
      </w:r>
    </w:p>
    <w:p>
      <w:pPr>
        <w:jc w:val="right"/>
      </w:pPr>
      <w:r>
        <w:t>ویج کو کی پیورٹی کو باقی رکھنے کا اور عربک ڈکشنری کو بنانے کا وہ ادمی چھ مہینے تک گھومتا رہا اس اس فیملی کے ساتھ وہ جو فیملی تھی جس سے جڑا تھا وہ کہ کیوں چھ مہینے لگے کہ کبھی یہ اسپانٹینیسلی کہہ پڑے یہ دم دم کا ورڈ بولے تو میں سمجھوں کہ اس سچویشن کو لے کر کے میں سمجھ سکوں کہ دم دم کا ورڈ عرب لوگ کس موقع کے لیے</w:t>
      </w:r>
    </w:p>
    <w:p>
      <w:r>
        <w:rPr>
          <w:b/>
        </w:rPr>
        <w:t xml:space="preserve">[29:26] </w:t>
      </w:r>
      <w:r>
        <w:t>use karte hain to chhe mahine jab beet gaye to aisa hua ke ek din un ka jo tent tha khayma kahin laga hua tha to us ko yaani khana paka rahe the woh khana kya matlab kuch aisi mamooli qism ki cheez pakate the woh log to woh jis ko hum haandi kehte hain to aag par woh haandi chadhi hui thi aur aap jante hain ke jab garam itni</w:t>
      </w:r>
    </w:p>
    <w:p>
      <w:pPr>
        <w:jc w:val="right"/>
      </w:pPr>
      <w:r>
        <w:t>یوز کرتے ہیں تو چھ مہینے جب بیت گئے تو ایسا ہوا کہ ایک دن ان کا جو ٹینٹ تھا خیمہ کہیں لگا ہوا تھا تو اس کو یعنی کھانا پکا رہے تھے وہ کھانا کیا مطلب کچھ ایسی معمولی قسم کی چیز پکاتے تھے وہ لوگ تو وہ جس کو ہم ہاڈی کہتے ہیں تو اگ پر وہ ہاڈی چڑھی ہوئی تھی اور اپ جانتے ہیں کہ جب گرم اتنی</w:t>
      </w:r>
    </w:p>
    <w:p>
      <w:r>
        <w:rPr>
          <w:b/>
        </w:rPr>
        <w:t xml:space="preserve">[29:56] </w:t>
      </w:r>
      <w:r>
        <w:t>temperature aa jata hai ke yaani 100 degree tak pahunch jata hai to woh ubal padti hai haandi ubal padti hai to aisa hua ke us ki biwi bahar kuch kaam kar rahi thi tent ke bahar aur woh tent ke andar woh haandi ke paas tha uska mard uska husband to jab haandi ubalte woh garam hote hote ubal pada uska dhakkan to woh kehta hai ke dam damat yaani apni wife ko batane ke liye ke</w:t>
      </w:r>
    </w:p>
    <w:p>
      <w:pPr>
        <w:jc w:val="right"/>
      </w:pPr>
      <w:r>
        <w:t>ٹمپریچر ا جاتا ہے کہ یعنی 100 ڈگری تک پہنچ جاتا ہے تو وہ ابل پڑتی ہے ہاڈی ابل پڑتی ہے تو ایسا ہوا کہ اس کی بیوی باہر کچھ کام کر رہی تھی ٹینٹ کے باہر اور وہ ٹینٹ کے اندر وہ ہاڈی کے پاس تھا اس کا مرد اس کا ہسبینڈ تو جب ہاڈی ابلتے وہ گرم ہوتے ہوتے ابل پڑا اس کا ڈھکن تو وہ کہتا ہے کہ دم دمت یعنی اپنی وائف کو بتانے کے لیے کہ</w:t>
      </w:r>
    </w:p>
    <w:p>
      <w:r>
        <w:rPr>
          <w:b/>
        </w:rPr>
        <w:t xml:space="preserve">[30:26] </w:t>
      </w:r>
      <w:r>
        <w:t>haandi ubal gayi unhone kaha dam damat to jab suna Asmai ne yeh to kya hua jante hain is ka apna khana bhi pak raha tha isi mein is ko isi mein se khana bhi tha is ko lekin bhook woh bhook us ko bhool gayi woh jo haandi pak rahi thi us mein is ka bhi khana maujood tha is woh tent se nikal</w:t>
      </w:r>
    </w:p>
    <w:p>
      <w:pPr>
        <w:jc w:val="right"/>
      </w:pPr>
      <w:r>
        <w:t>ہاڈی ابل گئی انہوں نے کہا دم دمت تو جب سنا اسمائی نے یہ تو کیا ہوا جانتے ہیں اس کا اپنا کھانا بھی پک رہا تھا اسی میں اس کو اسی میں سے کھانا بھی تھا اس کو لیکن بھوک وہ بھوک اس کو بھول گئی وہ جو ہاڈی پک رہی تھی اس میں اس کا بھی کھانا موجود تھا اس وہ ٹینٹ سے نکل</w:t>
      </w:r>
    </w:p>
    <w:p>
      <w:r>
        <w:rPr>
          <w:b/>
        </w:rPr>
        <w:t xml:space="preserve">[30:56] </w:t>
      </w:r>
      <w:r>
        <w:t>kar bhaga wallah wajadt wallah wajadt khuda ki qasam mein ne pa liya khuda ki qasam mein ne pa liya yaani is bedu ne is ko bedu kaha karte the aise logon ko is bedu ne kaha ke bhai abhi to khana kha lo woh jawab bhi nahin diya us ne yeh kehta hua bhaga wallah wajadt wallah wajadt khuda ki qasam mein</w:t>
      </w:r>
    </w:p>
    <w:p>
      <w:pPr>
        <w:jc w:val="right"/>
      </w:pPr>
      <w:r>
        <w:t>کر بھاگا واللہ وجدت واللہ وجدت خدا کی قسم میں نے پا لیا خدا کی قسم میں نے پا لیا یعنی اس بدو نے اس کو بدو کہا کرتے تھے ایسے لوگوں کو اس بدو نے کہا کہ بھائی ابھی تو کھانا کھا لو وہ جواب بھی نہیں دیا اس نے یہ کہتا ہوا بھاگا واللہ وجدت واللہ وجدت خدا کی قسم میں</w:t>
      </w:r>
    </w:p>
    <w:p>
      <w:r>
        <w:rPr>
          <w:b/>
        </w:rPr>
        <w:t xml:space="preserve">[31:26] </w:t>
      </w:r>
      <w:r>
        <w:t>ne pa liya yaani mein mein janna chahta tha ke kaun si situation hai jab ke spontaneously ek arab bole ga dam dam woh mein ne jaan liya woh mil gaya mujhe bas ho gaya mera kaam nikal ke bhaga is tareeqe se logon ne arabic language ko banaya hai is ki dictionary banai is ki grammar banai is ke saare qawaid murattab kiye aur aaj hum bohat sari dictionaries hamare paas hain jin mein se ek Lisan al-Arab hai jo 15 j</w:t>
      </w:r>
    </w:p>
    <w:p>
      <w:pPr>
        <w:jc w:val="right"/>
      </w:pPr>
      <w:r>
        <w:t>نے پا لیا یعنی میں میں جاننا چاہتا تھا کہ کون سی سچویشن ہے جب کہ اسپانٹینیسلی ایک عرب بولے گا دم دم وہ میں نے جان لیا وہ مل گیا مجھے بس ہو گیا میرا کام نکل کے بھاگا اس طریقے سے لوگوں نے عربک لینگویج کو بنایا ہے اس کی ڈکشنری بنائی اس کی گریمر بنائی اس کے سارے قواعد مرتب کیے اور اج ہم بہت ساری ڈکشنریز ہمارے پاس ہیں جن میں سے ایک لسان العرب ہے جو 15 ج</w:t>
      </w:r>
    </w:p>
    <w:p>
      <w:r>
        <w:rPr>
          <w:b/>
        </w:rPr>
        <w:t xml:space="preserve">[31:56] </w:t>
      </w:r>
      <w:r>
        <w:t>ildon mein hai to arabic language ko ek ek literary language banane ke liye kitna bada kaam kiya unhone yahi wajah hai ke arabic language aaj isi halat mein aaj bhi woh zinda hai arabic language exceptionally ek living language hai koi bhi language 1500 saal se</w:t>
      </w:r>
    </w:p>
    <w:p>
      <w:pPr>
        <w:jc w:val="right"/>
      </w:pPr>
      <w:r>
        <w:t>لدوں میں ہے تو عربک لینگویج کو ایک ایک لٹری لینگویج بنانے کے لیے کتنا بڑا کام کیا انہوں نے یہی وجہ ہے کہ عربک لینگویج اج اسی حالت میں اج بھی وہ زندہ ہے عربک لینگویج ایکسیپشنلی ایک لیونگ لینگویج ہے کوئی بھی لینگویج 1500 سال سے</w:t>
      </w:r>
    </w:p>
    <w:p>
      <w:r>
        <w:rPr>
          <w:b/>
        </w:rPr>
        <w:t xml:space="preserve">[32:26] </w:t>
      </w:r>
      <w:r>
        <w:t>aisi nahin hai jo 1500 saal ke baad bhi woh ek living language ke taur par maujood ho yeh ek rare exception hai arabic language ka warna quran jo hai ki zaban aaj koi samajh nahin sakta. islam ko khuda ne is aise se bheja ke duniya mein woh ek preserve religion bane mehfooz deen mehfooz deen</w:t>
      </w:r>
    </w:p>
    <w:p>
      <w:pPr>
        <w:jc w:val="right"/>
      </w:pPr>
      <w:r>
        <w:t>ایسی نہیں ہے جو 1500 سال کے بعد بھی وہ ایک لیونگ لینگویج کے طور پر موجود ہو یہ ایک ریئر ایکسیپشن ہے عربک لینگویج کا ورنہ قران جو ہے کی زبان اج کوئی سمجھ نہیں سکتا. اسلام کو خدا نے اس ایسے سے بھیجا کہ دنیا میں وہ ایک پریزرو ریلیجن بنے محفوظ دین محفوظ دین</w:t>
      </w:r>
    </w:p>
    <w:p>
      <w:r>
        <w:rPr>
          <w:b/>
        </w:rPr>
        <w:t xml:space="preserve">[32:56] </w:t>
      </w:r>
      <w:r>
        <w:t>to is ke liye woh saare jatan kiye gaye jis se woh preserve reh sake to un mein yeh saari cheezein aati hain arabic language aur doosri bohat si cheezein to arabic language ko bohat se logon ke dil mein yeh jazba utha yeh spirit jaagi ke arabic language ko ek poore maano mein ek literal language banaya jaye</w:t>
      </w:r>
    </w:p>
    <w:p>
      <w:pPr>
        <w:jc w:val="right"/>
      </w:pPr>
      <w:r>
        <w:t>تو اس کے لیے وہ سارے جتن کیے گئے جس سے وہ پریزرو رہ سکے تو ان میں یہ ساری چیزیں اتی ہیں عربک لینگویج اور دوسری بہت سی چیزیں تو عربک لینگویج کو بہت سے لوگوں کے دل میں یہ جذبہ اٹھا یہ سپرٹ جاگی کہ عربک لینگویج کو ایک پورے معنوں میں ایک لٹری لینگویج بنایا جائے</w:t>
      </w:r>
    </w:p>
    <w:p>
      <w:r>
        <w:rPr>
          <w:b/>
        </w:rPr>
        <w:t xml:space="preserve">[33:27] </w:t>
      </w:r>
      <w:r>
        <w:t>to is ki dictionary tayyar karne ke liye unhon ne bohat zabardast jatan kiye is zamane mein jo script tha jo likhne ka jo rasm ul khatt tha to us ko kaha jata tha khatt-e-kufi to woh bohat hi yani crude form mein tha aaj aap agar dekhein koi aisi kitab jo kufi khatt mein likhi hui ho to aap us ko parh nahi sakenge abhi bhi muse</w:t>
      </w:r>
    </w:p>
    <w:p>
      <w:pPr>
        <w:jc w:val="right"/>
      </w:pPr>
      <w:r>
        <w:t>تو اس کی ڈکشنری تیار کرنے کے لیے انہوں نے بہت زبردست جتن کیے اس زمانے میں جو اسکرپٹ تھا جو لکھنے کا جو رسم الخط تھا تو اس کو کہا جاتا تھا خط کوفی تو وہ بہت ہی یعنی کروڈ فارم میں تھا اج اپ اگر دیکھیں کوئی ایسی کتاب جو کوفی خط میں لکھی ہوئی ہو تو اپ اس کو پڑھ نہیں سکیں گے ابھی بھی میوز</w:t>
      </w:r>
    </w:p>
    <w:p>
      <w:r>
        <w:rPr>
          <w:b/>
        </w:rPr>
        <w:t xml:space="preserve">[33:57] </w:t>
      </w:r>
      <w:r>
        <w:t>um mein kutub khane mein aisi cheezein maujood hain to aise log paida hue jinhon ne zaban ko poori tarah se develop kiya mislan ibn-e-muqla ek paida hua abbasi period mein baghdad mein us ne apni poori zindagi waqf ki is mein ke script ko woh zyada acha banaye to kufi khatt ko us ne woh khatt ki shakal di jis</w:t>
      </w:r>
    </w:p>
    <w:p>
      <w:pPr>
        <w:jc w:val="right"/>
      </w:pPr>
      <w:r>
        <w:t>یم میں کتب خانے میں ایسی چیزیں موجود ہیں تو ایسے لوگ پیدا ہوئے جنہوں نے زبان کو پوری طرح سے ڈیولپ کیا مثلا ابن مقلہ ایک پیدا ہوا عباسی پیریڈ میں بغداد میں اس نے اپنی پوری زندگی وقف کی اس میں کہ اسکرپٹ کو وہ زیادہ اچھا بنائے تو کوفی خط کو اس نے وہ خط کی شکل دی جس</w:t>
      </w:r>
    </w:p>
    <w:p>
      <w:r>
        <w:rPr>
          <w:b/>
        </w:rPr>
        <w:t xml:space="preserve">[34:27] </w:t>
      </w:r>
      <w:r>
        <w:t>ko kaha jata hai naskh yani kufi khatt ko develop kar ke us ne naskh ka khatt banaya noon sheen khe jo ke aaj chal bhi chal ta hai woh beautiful woh woh khoobsurat khatt jo aaj aap dekhte hain us ko kehte hain naskh lekin is se pehle kufi shakal tha woh to us ko itna beautiful banaya us ne is tarah se us zamane ke jo quran hua karte the us par zabar</w:t>
      </w:r>
    </w:p>
    <w:p>
      <w:pPr>
        <w:jc w:val="right"/>
      </w:pPr>
      <w:r>
        <w:t>کو کہا جاتا ہے نسخ یعنی کوفی خط کو ڈیولپ کر کے اس نے نسخ کا خط بنایا نو سین خے جو کہ اج چل بھی چلتا ہے وہ بیوٹی فل وہ وہ خوبصورت خط جو اج اپ دیکھتے ہیں اس کو کہتے ہیں نسخ لیکن اس سے پہلے کوفی شکل تھا وہ تو اس کو اتنا بیوٹی فل بنایا اس نے اس طریقے سے اس زمانے کے جو قران ہوا کرتے تھے اس پر زیر زبر</w:t>
      </w:r>
    </w:p>
    <w:p>
      <w:r>
        <w:rPr>
          <w:b/>
        </w:rPr>
        <w:t xml:space="preserve">[34:57] </w:t>
      </w:r>
      <w:r>
        <w:t>nahi hota tha nuqte nahi hua karte the yeh sab kaam hajjaj ne kiya bohat se expert logon ko le kar us ne yeh kaam kiya ke poore quran mein nuqte qaim kiye gaye aur a'raab lagaye gaye is se pehle sirf hafiz log hi quran ko parh paate the pichle nuskhay jo quran ki thi jo copy shuru ke jo copies thi quran ki us mein zabar zer nahi hota tha nuqte nahi hote the</w:t>
      </w:r>
    </w:p>
    <w:p>
      <w:pPr>
        <w:jc w:val="right"/>
      </w:pPr>
      <w:r>
        <w:t>نہیں ہوتا تھا نقطے نہیں ہوا کرتے تھے یہ سب کام حجاج نے کیا بہت سے ایکسپرٹ لوگوں کو لے کر اس نے یہ کام کیا کہ پورے قران میں نقطے قائم کیے گئے اور اعراب لگائے گئے اس سے پہلے صرف حافظ لوگ ہی قران کو پڑھ پاتے تھے پچھلے نسخے جو قران کی تھی جو کاپی شروع کے جو کاپیز تھی قران کی اس میں زبر زیر نہیں ہوتا تھا نقطے نہیں ہوتے تھے</w:t>
      </w:r>
    </w:p>
    <w:p>
      <w:r>
        <w:rPr>
          <w:b/>
        </w:rPr>
        <w:t xml:space="preserve">[35:27] </w:t>
      </w:r>
      <w:r>
        <w:t>to sirf hafiz log hi parh paate the sahi sahi us ko ab har aadmi parh sakta hai ab jab ke saare quran ke saare alfaaz par zabar zer hote hain aur saare us par nuqte hua karte hain to is ki wajah se har aadmi ke liye mumkin hoga ke woh quran ko sahi se parhe yeh sab kaam bohat dil lage hain bohat mehnatain ki hain logon ne tab ja kar yeh kaam anjam paya hai</w:t>
      </w:r>
    </w:p>
    <w:p>
      <w:pPr>
        <w:jc w:val="right"/>
      </w:pPr>
      <w:r>
        <w:t>تو صرف حافظ لوگ ہی پڑھ پاتے تھے صحیح صحیح اس کو اب ہر ادمی پڑھ سکتا ہے اب جب کہ سارے قران کے سارے الفاظ پر زبر زیر ہوتے ہیں اور سارے اس پر نقطے ہوا کرتے ہیں تو اس کی وجہ سے ہر ادمی کے لیے ممکن ہوگا کہ وہ قران کو صحیح سے پڑھے یہ سب کام بہت دل لگے ہیں بہت محنتیں کی ہیں لوگوں نے تب جا کر یہ کام انجام پایا ہے</w:t>
      </w:r>
    </w:p>
    <w:p>
      <w:r>
        <w:rPr>
          <w:b/>
        </w:rPr>
        <w:t xml:space="preserve">[36:01] </w:t>
      </w:r>
      <w:r>
        <w:t>to isi tarah se quran ki copy tayyar kar ke saari duniya mein phailana us ko yeh logon ne kiya quran ek yani binding ki surat mein duniya mein phail gaya is ke liye bohat zabardast koshishein ki logon ne is tarah se hadith ko hadithain bikhri hui theen</w:t>
      </w:r>
    </w:p>
    <w:p>
      <w:pPr>
        <w:jc w:val="right"/>
      </w:pPr>
      <w:r>
        <w:t>تو اسی طرح سے قران کی کاپی تیار کر کے ساری دنیا میں پھیلانا اس کو یہ لوگوں نے کیا قران ایک یعنی بائنڈنگ کی صورت میں دنیا میں پھیل گیا اس کے لیے بہت زبردست کوششیں کی لوگوں نے اس طریقے سے حدیث کو حدیثیں بکھری ہوئی تھیں</w:t>
      </w:r>
    </w:p>
    <w:p>
      <w:r>
        <w:rPr>
          <w:b/>
        </w:rPr>
        <w:t xml:space="preserve">[36:31] </w:t>
      </w:r>
      <w:r>
        <w:t>aap jante hain ke ek lakh 25 hazar sahabi the rasool Allah ke un se bohat se logon ne suna jis ko hum tab'i kehte hain rasool Allah se suna sahaba ne jo ek lakh 25 hazar the phir sahaba se suna tab'een ne jo kai lakh the to aap jante hain ke hadithain jo hain jama ki gayi hain yeh bikhri hui theen sab logon ke yaadon mein theen kuch tukde mein likh rakha tha logon ne kuch aur different cities</w:t>
      </w:r>
    </w:p>
    <w:p>
      <w:pPr>
        <w:jc w:val="right"/>
      </w:pPr>
      <w:r>
        <w:t>اپ جانتے ہیں کہ ایک لاکھ 25 ہزار صحابی تھے رسول اللہ کے ان سے بہت سے لوگوں نے سنا جس کو ہم تابعی کہتے ہیں رسول اللہ سے سنا صحابہ نے جو ایک لاکھ 25 ہزار تھے پھر صحابہ سے سنا تابعین نے جو کئی لاکھ تھے تو اپ جانتے ہیں کہ حدیثیں جو ہیں جمع کی گئی ہیں یہ بکھری ہوئی تھیں سب لوگوں کے یادوں میں تھیں کچھ ٹکڑے میں لکھ رکھا تھا لوگوں نے کچھ اور ڈفرنٹ سٹیز</w:t>
      </w:r>
    </w:p>
    <w:p>
      <w:r>
        <w:rPr>
          <w:b/>
        </w:rPr>
        <w:t xml:space="preserve">[37:02] </w:t>
      </w:r>
      <w:r>
        <w:t>mein different countries mein woh log sine mein thi woh logon ke gharon mein to yeh kaam jo hua is ka yeh bohat bara kaam tha ke saari hadithon ko jama kar ke unhein book form mein ikattha karna us ko hum kehte hain tadween-e-hadith to un logon ne kiya kiya ek ilm-e-rijal banaya rijal ma'ni hote hain yani woh log jo jin se hadith</w:t>
      </w:r>
    </w:p>
    <w:p>
      <w:pPr>
        <w:jc w:val="right"/>
      </w:pPr>
      <w:r>
        <w:t>میں ڈفرنٹ کنٹریز میں وہ لوگ سینے میں تھی وہ لوگوں کے گھروں میں تو یہ کام جو ہوا اس کا یہ بہت بڑا کام تھا کہ ساری حدیثوں کو جمع کر کے انہیں بک فارم میں اکٹھا کرنا اس کو ہم کہتے ہیں تدوین حدیث تو ان لوگوں نے کیا کیا ایک فن رجال بنایا رجال معنی ہوتے ہیں یعنی وہ لوگ جو جن سے حدیث</w:t>
      </w:r>
    </w:p>
    <w:p>
      <w:r>
        <w:rPr>
          <w:b/>
        </w:rPr>
        <w:t xml:space="preserve">[37:32] </w:t>
      </w:r>
      <w:r>
        <w:t>ein mil rahi theen un ke un ki tareekh un ke halaat woh kaise the woh is tarah koi 15 lakh aadmiyon ke halaat ikattha kiye gaye moti moti kitabein is par hain aaj bhi libraryon mein yani 15 lakh aadmiyon ke halaat mein bataun ke history mein kabhi aisa nahi hua ke 15 lakh aadmiyon ke halaat ikattha kiye gaye kiye jayein</w:t>
      </w:r>
    </w:p>
    <w:p>
      <w:pPr>
        <w:jc w:val="right"/>
      </w:pPr>
      <w:r>
        <w:t>یں مل رہی تھیں ان کے ان کی تاریخ ان کے حالات وہ کیسے تھے وہ اس طرح کوئی 15 لاکھ ادمیوں کے حالات اکٹھا کیے گئے موٹی موٹی کتابیں اس پر ہیں اج بھی لائبریریوں میں یعنی 15 لاکھ ادمیوں کے حالات میں بتاؤں کہ ہسٹری میں کبھی ایسا نہیں ہوا کہ 15 لاکھ ادمیوں کے حالات اکٹھا کیے گئے کیے جائیں</w:t>
      </w:r>
    </w:p>
    <w:p>
      <w:r>
        <w:rPr>
          <w:b/>
        </w:rPr>
        <w:t xml:space="preserve">[38:03] </w:t>
      </w:r>
      <w:r>
        <w:t>to bib jo muhaddiseen the un logon ne yeh sab kaam kiya yahan tak ke hadith ki kitabein tayyar hu'een yani chah kitabein mashhoor hain jin ko hum sihah kehte hain is ke siwae bohat si hadith ki kitabein hain bohat si kitabein hain to 15 lakh aadmiyon se unhon ne hadithon ko liya us ko chanta us ki research ki us ki tehqeeq ki aur phir hadith ka</w:t>
      </w:r>
    </w:p>
    <w:p>
      <w:pPr>
        <w:jc w:val="right"/>
      </w:pPr>
      <w:r>
        <w:t>تو بب جو محدثین تھے ان لوگوں نے یہ سب کام کیا یہاں تک کہ حدیث کی کتابیں تیار ہوئیں یعنی چھ کتابیں مشہور ہیں جن کو ہم سیاہ کہتے ہیں اس کے سوائے بہت سی حدیث کی کتابیں ہیں بہت سی کتابیں ہیں تو 15 لاکھ ادمیوں سے انہوں نے حدیثوں کو لیا اس کو چھانٹا اس کی ریسرچ کی اس کی تحقیق کی اور پھر حدیث کا</w:t>
      </w:r>
    </w:p>
    <w:p>
      <w:r>
        <w:rPr>
          <w:b/>
        </w:rPr>
        <w:t xml:space="preserve">[38:34] </w:t>
      </w:r>
      <w:r>
        <w:t>ek poora woh ban gaya un ko compile kiya to aaj library mein aap dekh paate hain ke quran ek mukammal quran maujood hai hadith ko paate hain ke mukammal hadithain maujood hain kitabi form mein yeh sab bohat lambe period mein hua to main ne aapse kaha tha ke teen jo teen ilm aise hain jis mein ke aakhri had tak kaam ho chuka hai</w:t>
      </w:r>
    </w:p>
    <w:p>
      <w:pPr>
        <w:jc w:val="right"/>
      </w:pPr>
      <w:r>
        <w:t>ایک پورا وہ بن گیا ان کو کمپائل کیا تو اج لائبریری میں اپ دیکھ پاتے ہیں کہ قران ایک مکمل قران موجود ہے حدیث کو پاتے ہیں کہ مکمل حدیثیں موجود ہیں کتابی فارم میں یہ سب بہت لمبے پیریڈ میں ہوا تو میں نے اپ سے کہا تھا کہ تین جو تین علم ایسے ہیں جس میں کہ اخری حد تک کام ہو چکا ہے</w:t>
      </w:r>
    </w:p>
    <w:p>
      <w:r>
        <w:rPr>
          <w:b/>
        </w:rPr>
        <w:t xml:space="preserve">[39:04] </w:t>
      </w:r>
      <w:r>
        <w:t>ek arabic language doosra quran ko preserve karna aur teesre hadith ki tadween yeh teen kaam to yeh poori tarah anjam pa chuke hain aur kisi bhi library se aap in ko hasil kar ke jaan sakte hain ke islam ki taleem kya hai lekin aur jo</w:t>
      </w:r>
    </w:p>
    <w:p>
      <w:pPr>
        <w:jc w:val="right"/>
      </w:pPr>
      <w:r>
        <w:t>ایک عربک لینگویج دوسرا قران کو پریزرو کرنا اور تیسرے حدیث کی تدوین یہ تین کام تو یہ پوری طرح انجام پا چکے ہیں اور کسی بھی لائبریری سے اپ ان کو حاصل کر کے جان سکتے ہیں کہ اسلام کی تعلیم کیا ہے لیکن اور جو</w:t>
      </w:r>
    </w:p>
    <w:p>
      <w:r>
        <w:rPr>
          <w:b/>
        </w:rPr>
        <w:t xml:space="preserve">[39:34] </w:t>
      </w:r>
      <w:r>
        <w:t>uloom hain us mein bohat zyada kaam baqi hai karne ka jo ilm ke doosre shobe the yani islamic learning ke ya islamic knowledge ke jo aur bohat se shobe the to un mein abhi bohat kaam karna baqi hai bohat kaam karna baqi hai ab main is ke bare mein kuch arz kuch baatein arz karunga hadith mein aata hai ke</w:t>
      </w:r>
    </w:p>
    <w:p>
      <w:pPr>
        <w:jc w:val="right"/>
      </w:pPr>
      <w:r>
        <w:t>علوم ہیں اس میں بہت زیادہ کام باقی ہے کرنے کا جو علم کے دوسرے شعبے تھے یعنی اسلامک لرننگ کے یا اسلامک نالج کے جو اور بہت سے شعبے تھے تو ان میں ابھی بہت کام کرنا باقی ہے بہت کام کرنا باقی ہے اب میں اس کے بارے میں کچھ عرض کچھ باتیں عرض کروں گا حدیث میں اتا ہے کہ</w:t>
      </w:r>
    </w:p>
    <w:p>
      <w:r>
        <w:rPr>
          <w:b/>
        </w:rPr>
        <w:t xml:space="preserve">[40:05] </w:t>
      </w:r>
      <w:r>
        <w:t>aap ne farmaya apne ummat ke bare mein yani tum pichhle logon ki jo pichhle logon ne kiya wahi tum bhi karoge yani jis tarah se unhon ne un mein deviation aaya jis tarah unhon ne deen mein bigad aaya woh sab tumhare andar bhi aayega tum bhi wahi sab karoge</w:t>
      </w:r>
    </w:p>
    <w:p>
      <w:pPr>
        <w:jc w:val="right"/>
      </w:pPr>
      <w:r>
        <w:t>اپ نے فرمایا اپنے امت کے بارے میں یعنی تم پچھلے لوگوں کی جو پچھلے لوگوں نے کیا وہی تم بھی کرو گے یعنی جس طرح سے انہوں نے ان میں ڈیوی ایشن ایا جس طرح انہوں نے دین میں بگاڑ ایا وہ سب تمہارے اندر بھی ائے گا تم بھی وہی سب کرو گے</w:t>
      </w:r>
    </w:p>
    <w:p>
      <w:r>
        <w:rPr>
          <w:b/>
        </w:rPr>
        <w:t xml:space="preserve">[40:37] </w:t>
      </w:r>
      <w:r>
        <w:t>yahan tak ke aata hai ke hatta wala dakhulu ke pichhle log agar kisi go ke bil mein ghuse to woh bhi tum kar daloge ab yahan par sochne ki baat hai ke ek taraf quran jo hai preserve hai islam preserve mazhab hai to phir yeh bigad kyun aaya koi bhi shakhs soch sakta hai ke jab aap yeh kehte hain ke islam ka jo text hai woh apni</w:t>
      </w:r>
    </w:p>
    <w:p>
      <w:pPr>
        <w:jc w:val="right"/>
      </w:pPr>
      <w:r>
        <w:t>یہاں تک کہ اتا ہے کہ حتی ولا دخلو کہ پچھلے لوگ اگر کسی گو کے بل میں گھسے تو وہ بھی تم کر ڈالو گے اب یہاں پر سوچنے کی بات ہے کہ ایک طرف قران جو ہے پریزرو ہے اسلام پریزرو مذہب ہے تو پھر یہ بگاڑ کیوں ایا کوئی بھی شخص سوچ سکتا ہے کہ جب اپ یہ کہتے ہیں کہ اسلام کا جو ٹیکسٹ ہے وہ اپنی اور</w:t>
      </w:r>
    </w:p>
    <w:p>
      <w:r>
        <w:rPr>
          <w:b/>
        </w:rPr>
        <w:t xml:space="preserve">[41:07] </w:t>
      </w:r>
      <w:r>
        <w:t>original form mein aaj bhi preserve hai to phir islam mein bigad kahan se aaya yeh main clear karna chahta hoon is baat ko lekin ek hai text aur ek hai interpretation doosre religion mein aur islam mein yeh farq hai ke doosre religion mein khud text hi mein milawat ho gayi khud text mein ab un ka text jo hai woh original form mein baqi nahi raha</w:t>
      </w:r>
    </w:p>
    <w:p>
      <w:pPr>
        <w:jc w:val="right"/>
      </w:pPr>
      <w:r>
        <w:t>یجنل فارم میں اج بھی پریزرو ہے تو پھر اسلام میں بگاڑ کہاں سے ایا یہ میں کلیئر کرنا چاہتا ہوں اس بات کو لیکن ایک ہے ٹیکسٹ اور ایک ہے انٹرپریٹیشن دوسرے ریلیجن میں اور اسلام میں یہ فرق ہے کہ دوسرے ریلیجن میں خود ٹیکسٹ ہی میں ملاوٹ ہو گئی خود ٹیکسٹ میں اب ان کا ٹیکسٹ جو ہے وہ ایڈل فارم میں باقی نہیں رہا</w:t>
      </w:r>
    </w:p>
    <w:p>
      <w:r>
        <w:rPr>
          <w:b/>
        </w:rPr>
        <w:t xml:space="preserve">[41:38] </w:t>
      </w:r>
      <w:r>
        <w:t>misal ke taur par bible jo hai woh bohat sari books likhi gayi hain aur ek is tarah ka discipline ban gaya hai woh higher criticism higher criticism bola jata hai in kitabon ke mutale ke liye yani yani critical study ke liye yeh baat scholars ke darmiyan sabit ho chuki hai prove ho chuki hai ke bible mein is ke text mein bohat si baatein shamil ho gayeen yani original text jo tha pehle</w:t>
      </w:r>
    </w:p>
    <w:p>
      <w:pPr>
        <w:jc w:val="right"/>
      </w:pPr>
      <w:r>
        <w:t>مثال کے طور پر بائبل جو ہے وہ بہت ساری بکس لکھی گئی ہیں اور ایک اس طرح کا ڈسپلن بن گیا ہے وہ ہائر کریٹیسزم ہائر کریٹیسزم بولا جاتا ہے ان کتابوں کے مطالعے کے لیے یعنی یعنی کریٹیکل اسٹڈی کے لیے یہ بات اسکالرز کے درمیان ثابت ہو چکی ہے پروف ہو چکی ہے کہ بائبل میں اس کے ٹیکسٹ میں بہت سی باتیں شامل ہو گئیں یعنی اوریجنل ٹیکسٹ جو تھا پہلے</w:t>
      </w:r>
    </w:p>
    <w:p>
      <w:r>
        <w:rPr>
          <w:b/>
        </w:rPr>
        <w:t xml:space="preserve">[42:08] </w:t>
      </w:r>
      <w:r>
        <w:t>woh ab baqi nahi raha hai yeh sab mazhabi kitabon mein hua ke khud text hi mein milawat ho gayi lekin islam mein kya hua hai ke text to intact intact hai interpretation mein logon ne bohat zyada gadbad kiya yeh farq hai is ka matlab yeh hai ke agar aap doosre mazhabon ko un ke original form mein jana janna chahein to aap jaan nahi sakte kyun ke jab text hi mein milawat ho gayi ho to aap kya karenge</w:t>
      </w:r>
    </w:p>
    <w:p>
      <w:pPr>
        <w:jc w:val="right"/>
      </w:pPr>
      <w:r>
        <w:t>وہ اب باقی نہیں رہا ہے یہ سب مذہبی کتابوں میں ہوا کہ خود ٹیکسٹ ہی میں ملاوٹ ہو گئی لیکن اسلام میں کیا ہوا ہے کہ ٹیکسٹ تو انٹیکٹ انٹیکٹ ہے انٹرپریٹیشن میں لوگوں نے بہت زیادہ گڑبڑ کیا یہ فرق ہے اس کا مطلب یہ ہے کہ اگر اپ دوسرے مذہبوں کو ان کے اوریجنل فارم میں جانا جاننا چاہیں تو اپ جان نہیں سکتے کیونکہ جب ٹیکسٹ ہی میں ملاوٹ ہو گئی ہو تو اپ کیا کریں گے</w:t>
      </w:r>
    </w:p>
    <w:p>
      <w:r>
        <w:rPr>
          <w:b/>
        </w:rPr>
        <w:t xml:space="preserve">[42:38] </w:t>
      </w:r>
      <w:r>
        <w:t>aap nahi kar sakte lekin islam mein yeh possible hai ke aap is ke text ko parh kar ke us pe study kar ke jaan sakein ke islam kya hai islam mein jo bigad aaya hai woh bigad aaya hai interpretation mein text mein koi bigad nahi aaya hai is pehlu se main kuch baatein arz karna chahta hoon</w:t>
      </w:r>
    </w:p>
    <w:p>
      <w:pPr>
        <w:jc w:val="right"/>
      </w:pPr>
      <w:r>
        <w:t>اپ نہیں کر سکتے لیکن اسلام میں یہ پاسیبل ہے کہ اپ اس کے ٹیکسٹ کو پڑھ کر کے اس پہ سٹڈی کر کے جان سکیں کہ اسلام کیا ہے اسلام میں جو بگاڑ ایا ہے وہ بگاڑ ایا ہے انٹرپریٹیشن میں ٹیکسٹ میں کوئی بگاڑ نہیں ایا ہے اس پہلو سے میں کچھ باتیں عرض کرنا چاہتا ہوں</w:t>
      </w:r>
    </w:p>
    <w:p>
      <w:r>
        <w:rPr>
          <w:b/>
        </w:rPr>
        <w:t xml:space="preserve">[43:13] </w:t>
      </w:r>
      <w:r>
        <w:t>ek baat is se pehle main yeh arz karoon ke interpretation mein bigad kis cheez ka naam hai yani kaise aisa hota hai ke aadmi tarah tarah se interpretation deta hai aur ek hi baat kai baat ban jati hai ek hi baat kai baat ban jati hai kya asman par aap dekhte hain suraj aur chand chamak raha hai har din suraj chand nikalte hain aur chamakte hain to originally to</w:t>
      </w:r>
    </w:p>
    <w:p>
      <w:pPr>
        <w:jc w:val="right"/>
      </w:pPr>
      <w:r>
        <w:t>ایک بات اس سے پہلے میں یہ عرض کروں کہ انٹرپریٹیشن میں بگاڑ کس چیز کا نام ہے یعنی کیسے ایسا ہوتا ہے کہ ادمی طرح طرح سے انٹرپریٹیشن دیتا ہے اور ایک ہی بات کئی بات بن جاتی ہے ایک ہی بات کئی بات بن جاتی ہے کیا اسمان پر اپ دیکھتے ہیں سورج اور چاند چمک رہا ہے ہر دن سورج چاند نکلتے ہیں اور چمکتے ہیں تو اوریجنلی تو</w:t>
      </w:r>
    </w:p>
    <w:p>
      <w:r>
        <w:rPr>
          <w:b/>
        </w:rPr>
        <w:t xml:space="preserve">[43:44] </w:t>
      </w:r>
      <w:r>
        <w:t>suraj aur chand ek hain kai nahi hain lekin insan ne tarah tarah se us ko interpretation diya us ka mislan ek shayar the nazeer akbar abadi unhon ne kaha ke hum to na chand samjhein na suraj hai jante baba humein to yeh nazar aati hain rotiyan ab ek aadmi jo roti ka se pareshan tha roti ko apna yani roti ke</w:t>
      </w:r>
    </w:p>
    <w:p>
      <w:pPr>
        <w:jc w:val="right"/>
      </w:pPr>
      <w:r>
        <w:t>سورج اور چاند ایک ہیں کئی نہیں ہیں لیکن انسان نے طرح طرح سے اس کو انٹرپریٹیشن دیا اس کا مثلا ایک شاعر تھے نظیر اکبر ابادی انہوں نے کہا کہ ہم تو نہ چاند سمجھیں نہ سورج ہے جانتے بابا ہمیں تو یہ نظر اتی ہیں روٹیاں اب ایک ادمی جو روٹی کا سے پریشان تھا روٹی کو اپنا یعنی روٹی کے</w:t>
      </w:r>
    </w:p>
    <w:p>
      <w:r>
        <w:rPr>
          <w:b/>
        </w:rPr>
        <w:t xml:space="preserve">[44:14] </w:t>
      </w:r>
      <w:r>
        <w:t>problem se dochar tha woh to woh us ko har cheez roti hi dikhai padi hum to na chand samjhein na suraj hai jante baba humein to yeh nazar aati hain rotiyan ab dekhiye ke kuch aur logon ne kiya kiya unhon ne kaha ke unhon ne isi ko khuda samajh liya chand suraj ko khuda samajh liya unhon ne us ko roti samjha ek</w:t>
      </w:r>
    </w:p>
    <w:p>
      <w:pPr>
        <w:jc w:val="right"/>
      </w:pPr>
      <w:r>
        <w:t>پرابلم سے دوچار تھا وہ تو وہ اس کو ہر چیز روٹی ہی دکھائی پڑی ہم تو نہ چاند سمجھیں نہ سورج ہے جانتے بابا ہمیں تو یہ نظر اتی ہیں روٹیاں اب دیکھیے کہ کچھ اور لوگوں نے کیا کیا انہوں نے کہا کہ انہوں نے اسی کو خدا سمجھ لیا چاند سورج کو خدا سمجھ لیا انہوں نے اس کو روٹی سمجھا ایک</w:t>
      </w:r>
    </w:p>
    <w:p>
      <w:r>
        <w:rPr>
          <w:b/>
        </w:rPr>
        <w:t xml:space="preserve">[44:44] </w:t>
      </w:r>
      <w:r>
        <w:t>shayar ne chand suraj ko roti samjha doosra insan kya kehta hai ke hum to na chand samjhein na suraj hai jante baba humein to yeh nazar aate hain devta yani main isi kuch shair ko is tarah se daal kar keh raha hoon ke duniya mein hazaron saal tak chand aur suraj ko pooja gaya hai us ko khuda samjha gaya hai to goya ke unhon ne yeh kaha ke hum to na chand samjhein na suraj hai jante baba humein to yeh nazar aate hain devta</w:t>
      </w:r>
    </w:p>
    <w:p>
      <w:pPr>
        <w:jc w:val="right"/>
      </w:pPr>
      <w:r>
        <w:t>شاعر نے چاند سورج کو روٹی سمجھا دوسرا انسان کیا کہتا ہے کہ ہم تو نہ چاند سمجھیں نہ سورج ہے جانتے بابا ہمیں تو یہ نظر اتے ہیں دیوتا یعنی میں اسی کچھ شعر کو اس طریقے سے ڈال کر کہہ رہا ہوں کہ دنیا میں ہزاروں سال تک چاند اور سورج کو پوجا گیا ہے اس کو خدا سمجھا گیا ہے تو گویا کہ انہوں نے یہ کہا کہ ہم تو نہ چاند سمجھیں نہ سورج ہے جانتے بابا ہمیں تو یہ نظر اتے ہیں دیوتا</w:t>
      </w:r>
    </w:p>
    <w:p>
      <w:r>
        <w:rPr>
          <w:b/>
        </w:rPr>
        <w:t xml:space="preserve">[45:15] </w:t>
      </w:r>
      <w:r>
        <w:t>ek hi cheez ko unhon ne roti kaha doosre ko unhon ne devta kaha isi tarah se kuch logon ne kaha ke bhai yeh kya hai yeh to sirf roshni ka source hain hum us ko us se light milti hai to goya ke unhon ne yeh kaha ke hum to unhein chand samjhe na suraj jante baba humein to yeh nazar aati hain lalten asal jo tha ke khuda ka creation hai woh</w:t>
      </w:r>
    </w:p>
    <w:p>
      <w:pPr>
        <w:jc w:val="right"/>
      </w:pPr>
      <w:r>
        <w:t>ایک ہی چیز کو انہوں نے روٹی کہا دوسرے کو انہوں نے دیوتا کہا اسی طرح سے کچھ لوگوں نے کہا کہ بھئی یہ کیا ہے یہ تو صرف روشنی کا سورس ہیں ہم اس کو اس سے لائٹ ملتی ہے تو گویا کہ انہوں نے یہ کہا کہ ہم تو انہیں چاند سمجھے نہ سورج جانتے بابا ہمیں تو یہ نظر اتی ہیں لالٹین اصل جو تھا کہ خدا کا کریشن ہے وہ</w:t>
      </w:r>
    </w:p>
    <w:p>
      <w:r>
        <w:rPr>
          <w:b/>
        </w:rPr>
        <w:t xml:space="preserve">[45:45] </w:t>
      </w:r>
      <w:r>
        <w:t>khuda ke kamal ko dikha rahe hain woh khuda ke existence ko bol rahe hain woh kaisa ajeeb hai woh khuda jis ne tabaah universe banaya is tarah se chand aur suraj ka nizam qaim kiya jis ne stars banaye planet banaye sun banaya yeh yeh khuda yeh jo hai khamosh zaban mein khuda ki khudai ka aelan tha khuda ke existence ka aelan aelan tha yeh kisi</w:t>
      </w:r>
    </w:p>
    <w:p>
      <w:pPr>
        <w:jc w:val="right"/>
      </w:pPr>
      <w:r>
        <w:t>خدا کے کمال کو دکھا رہے ہیں وہ خدا کے ایگزسٹنس کو بول رہے ہیں وہ کیسا عجیب ہے وہ خدا جس نے تباہ یونیورس بنایا اس طرح سے چاند اور سورج کا نظام قائم کیا جس نے سٹارز بنائے پلینٹ بنائے سن بنایا یہ یہ خدا یہ جو ہے خاموش زبان میں خدا کی خدائی کا اعلان تھا خدا کے ایگزسٹنس کا اعلان اعلان تھا یہ کسی</w:t>
      </w:r>
    </w:p>
    <w:p>
      <w:r>
        <w:rPr>
          <w:b/>
        </w:rPr>
        <w:t xml:space="preserve">[46:16] </w:t>
      </w:r>
      <w:r>
        <w:t>ne nahi samjha kisi ne is ko rotti samajh liya kisi ne woh devta samajh liya kisi ne is ko lalten samajh liya yeh tha interpretation interpretation ka farq yahi aaya hai yani islam mein logon ne apne apne mind ko le kar apne apne mind ko le kar ke islam ka quran ka aur hadith ka interpretation diya</w:t>
      </w:r>
    </w:p>
    <w:p>
      <w:pPr>
        <w:jc w:val="right"/>
      </w:pPr>
      <w:r>
        <w:t>نے نہیں سمجھا کسی نے اس کو روٹی سمجھ لیا کسی نے وہ دیوتا سمجھ لیا کسی نے اس کو لالٹین سمجھ لیا یہ تھا انٹرپریشن انٹرپریٹیشن کا فرق یہی ایا ہے یعنی اسلام میں لوگوں نے اپنے اپنے مائنڈ کو لے کر اپنے اپنے مائنڈ کو لے کر کے اسلام کا قران کا اور حدیث کا انٹرپریٹیشن دیا</w:t>
      </w:r>
    </w:p>
    <w:p>
      <w:r>
        <w:rPr>
          <w:b/>
        </w:rPr>
        <w:t xml:space="preserve">[46:50] </w:t>
      </w:r>
      <w:r>
        <w:t>isi se yeh baat aayi ke islam mein yani jo hadith mein aaya hai ke jo maine ek hadith sunai aap ko ke woh sari kharabiyan islam mein aa jayengi jo pichle ummaton mein thi to woh kaise aayen through interpretation is ka matlab yeh nahi tha rasool Allah ke kehne ka matlab ke khud text hi badal jayega yeh matlab nahi hua text to intact rahega kyunke khuda ka wada hai</w:t>
      </w:r>
    </w:p>
    <w:p>
      <w:pPr>
        <w:jc w:val="right"/>
      </w:pPr>
      <w:r>
        <w:t>اسی سے یہ بات ائی کہ اسلام میں یعنی جو حدیث میں ایا ہے کہ جو میں نے ایک حدیث سنائی اپ کو کہ وہ ساری خرابیاں اسلام میں ا جائیں گی جو پچھلے امتوں میں تھیں تو وہ کیسے ائیں تھرو انٹرپریٹیشن اس کا مطلب یہ نہیں تھا رسول اللہ کے کہنے کا مطلب کہ خود ٹیکسٹ ہی بدل جائے گا یہ مطلب نہیں ہوا ٹیکسٹ تو انٹیکٹ رہے گا کیونکہ خدا کا وعدہ ہے</w:t>
      </w:r>
    </w:p>
    <w:p>
      <w:r>
        <w:rPr>
          <w:b/>
        </w:rPr>
        <w:t xml:space="preserve">[47:25] </w:t>
      </w:r>
      <w:r>
        <w:t>khuda ka yeh wada hai ke ab aur mazhab nahi aane wala hai ab yeh final religion hai to is liye is ko hum intact rakhenge is ko mehfooz rakhenge to rasool Allah ne jo kaha tha is ka matlab yeh nahi tha ke khud text hi badal jayega jaisa ke doosre mazhab badla aur na aisa hua is ka matlab yeh tha ke text to rahega mehfooz apne usi halat mein lekin tum log naye naye interpretation de kar ke is ko bigad dalo</w:t>
      </w:r>
    </w:p>
    <w:p>
      <w:pPr>
        <w:jc w:val="right"/>
      </w:pPr>
      <w:r>
        <w:t>خدا کا یہ وعدہ ہے کہ اب اور مذہب نہیں انے والا ہے اب یہ فائنل ریلیجن ہے تو اس لیے اس کو ہم انٹیکٹ رکھیں گے اس کو محفوظ رکھیں گے تو رسول اللہ نے جو کہا تھا اس کا مطلب یہ نہیں تھا کہ خود ٹیکسٹ ہی بدل جائے گا جیسا کہ دوسرے مذہب بدلا اور نہ ایسا ہوا اس کا مطلب یہ تھا کہ ٹیکسٹ تو رہے گا محفوظ اپنے اسی حالت میں لیکن تم لوگ نئے نئے انٹرپریٹیشن دے کر کے اس کو بگاڑ ڈالو</w:t>
      </w:r>
    </w:p>
    <w:p>
      <w:r>
        <w:rPr>
          <w:b/>
        </w:rPr>
        <w:t xml:space="preserve">[47:55] </w:t>
      </w:r>
      <w:r>
        <w:t>ge yeh matlab tha is ka aur yahi hua logon ne itna zyada yani aise aise interpretation kiye ke sara deen hi bilkul badal dala sara deen badal dala main aap ko chand example dunga yahan par ke kis tarah se interpretation ke zariye se yani tabdiliyan aayen</w:t>
      </w:r>
    </w:p>
    <w:p>
      <w:pPr>
        <w:jc w:val="right"/>
      </w:pPr>
      <w:r>
        <w:t>گے یہ مطلب تھا اس کا اور یہی ہوا لوگوں نے اتنا زیادہ یعنی ایسے ایسے انٹرپریٹیشن کیے کہ سارا دین ہی بالکل بدل ڈالا سارا دین بدل ڈالا میں اپ کو چند ایگزیمپل دوں گا یہاں پر کہ کس طرح سے انٹرپریشن کے ذریعے سے یعنی تبدیلیاں ائیں</w:t>
      </w:r>
    </w:p>
    <w:p>
      <w:r>
        <w:rPr>
          <w:b/>
        </w:rPr>
        <w:t xml:space="preserve">[48:25] </w:t>
      </w:r>
      <w:r>
        <w:t>misla dekhiye ek to yeh hai ke islam aur muslim yeh dono ek ban gaye jo kitabein likhi gayeen baad ko woh is tarah se likhi gayeen jaise ke islam aur muslim dono ek hain misla kitab likhte hain ke log history par is ka naam hota hai islamic history halanke islamic history nahi hoti woh woh hoti hai muslim history woh muslim history hoti hai</w:t>
      </w:r>
    </w:p>
    <w:p>
      <w:pPr>
        <w:jc w:val="right"/>
      </w:pPr>
      <w:r>
        <w:t>مثلا دیکھیے ایک تو یہ ہے کہ اسلام اور مسلم یہ دونوں ایک بن گئے جو کتابیں لکھی گئیں بعد کو وہ اس طرح سے لکھی گئی جیسے کہ اسلام اور مسلم دونوں ایک ہیں مثلا کتاب لکھتے ہیں کہ لوگ ہسٹری پر اس کا نام ہوتا ہے اسلامک ہسٹری حالانکہ اسلامک ہسٹری نہیں ہوتی وہ وہ ہوتی ہے مسلم ہسٹری وہ مسلم ہسٹری ہوتی ہے</w:t>
      </w:r>
    </w:p>
    <w:p>
      <w:r>
        <w:rPr>
          <w:b/>
        </w:rPr>
        <w:t xml:space="preserve">[48:56] </w:t>
      </w:r>
      <w:r>
        <w:t>jaise india mein jo jo period tha mughlon ka ya doosre jo rulers the to us ke bare mein kitabein likhi gayeen hain to woh is ka title hota hai hindustan islami ahad mein hindustan islami ahad mein halanke woh islami ahad nahi tha woh woh to dynasty thi dynasty mughal jis ne kaha woh dynasty thi</w:t>
      </w:r>
    </w:p>
    <w:p>
      <w:pPr>
        <w:jc w:val="right"/>
      </w:pPr>
      <w:r>
        <w:t>جیسے انڈیا میں جو جو پیریڈ تھا مغلوں کا یا دوسرے جو رولرز تھے تو اس کے بارے میں کتابیں لکھی گئی ہیں تو وہ اس کا ٹائٹل ہوتا ہے ہندوستان اسلامی عہد میں ہندوستان اسلامی عہد میں حالانکہ وہ اسلامی عہد نہیں تھا وہ وہ تو ڈائنسٹی تھی ڈائنسٹی مغل جس نے کہا وہ ڈائنسٹی تھی</w:t>
      </w:r>
    </w:p>
    <w:p>
      <w:r>
        <w:rPr>
          <w:b/>
        </w:rPr>
        <w:t xml:space="preserve">[49:26] </w:t>
      </w:r>
      <w:r>
        <w:t>woh woh koi islami rule nahi tha koi islami yani islami history nahi keh sakte is ko aap is ko mughal history kahenge aap kyunke woh ek dynasty thi jo rule kar rahi thi woh lekin jo kitabein likhi gayeen hain woh sab kitabon mein is tarah likha gaya jaise ke yeh sab islami islamic tareekh thi islamic history thi aur yeh aagaz is is qism ke</w:t>
      </w:r>
    </w:p>
    <w:p>
      <w:pPr>
        <w:jc w:val="right"/>
      </w:pPr>
      <w:r>
        <w:t>وہ وہ کوئی اسلامی رول نہیں تھا کوئی اسلامی یعنی اسلامی ہسٹری نہیں کہہ سکتے اس کو اپ اس کو مغل ہسٹری کہیں گے اپ کیونکہ وہ ایک ڈائنسٹی تھی جو رول کر رہی تھی وہ لیکن جو کتابیں لکھی گئی ہیں وہ سب کتابوں میں اس طرح لکھا گیا جیسے کہ یہ سب اسلامی اسلامک تاریخ تھی اسلامک ہسٹری تھی اور یہ اغاز اس اس قسم کے</w:t>
      </w:r>
    </w:p>
    <w:p>
      <w:r>
        <w:rPr>
          <w:b/>
        </w:rPr>
        <w:t xml:space="preserve">[49:57] </w:t>
      </w:r>
      <w:r>
        <w:t>yani interpretation ka aagaz khud shuru hi se ho chuka tha sab se pehla jo waqea jahan tak main janta hoon woh hai jis ko kehte hain kartas ka waqea kartas ka waqea kya hai rasool Allah ne jab aap bimar hue aakhri zamane mein aur jab aap ki wafat hone wali thi to aap ne</w:t>
      </w:r>
    </w:p>
    <w:p>
      <w:pPr>
        <w:jc w:val="right"/>
      </w:pPr>
      <w:r>
        <w:t>یعنی انٹرپریٹیشن کا اغاز خود شروع ہی سے ہو چکا تھا سب سے پہلا جو واقعہ جہاں تک میں جانتا ہوں وہ ہے جس کو کہتے ہیں کرتاس کا واقعہ کرتاس کا واقعہ کیا ہے رسول اللہ نے جب اپ بیمار ہوئے اخری زمانے میں اور جب اپ کی وفات ہونے والی تھی تو اپ نے</w:t>
      </w:r>
    </w:p>
    <w:p>
      <w:r>
        <w:rPr>
          <w:b/>
        </w:rPr>
        <w:t xml:space="preserve">[50:27] </w:t>
      </w:r>
      <w:r>
        <w:t>aap bed par the aap ne kaha ke kartas lao kartas means paper kartas hamare hote hain paper kagaz lao aur qalam lao main tum ko kuch likhwa doon taake tum mere baad gumrah na ho yeh aap ne farmaya to hazrat umar ne rok diya ke bas kartas mat lao is waqt tabiyat aap ki theek nahi hai abhi yani is ko mana kar diya ke kagaz lane se</w:t>
      </w:r>
    </w:p>
    <w:p>
      <w:pPr>
        <w:jc w:val="right"/>
      </w:pPr>
      <w:r>
        <w:t>اپ بیڈ پر تھے اپ نے کہا کہ کرتاس لاؤ کرتاس مینز پیپر کرتاس ہمارے ہوتے ہیں پیپر کاغذ لاؤ اور قلب لاؤ میں تم کو کچھ لکھوا دوں تاکہ تم میرے بعد گمراہ نہ ہو یہ اپ نے فرمایا تو حضرت عمر نے روک دیا کہ بس کرتاس مت لاؤ اس وقت طبیعت اپ کی ٹھیک نہیں ہے ابھی یعنی اس کو منع کر دیا کہ کاغذ لانے سے</w:t>
      </w:r>
    </w:p>
    <w:p>
      <w:r>
        <w:rPr>
          <w:b/>
        </w:rPr>
        <w:t xml:space="preserve">[50:57] </w:t>
      </w:r>
      <w:r>
        <w:t>to kagaz nahi laya gaya aur qalam nahi laya gaya aur woh likha nahi gaya jo aap ne farmaya tha yeh kitabon mein aata hai to is ko le kar ke ek groh ne kya nikala is ka matlab ke is kartas mein yani is paper mein aap likhwane wale the hazrat ali ki khilafat ke mere baad khalifa jo hain ali honge apni taraf se yeh jod diya is ne halanke is ka koi matlab nahi tha is se is liye ke woh us waqt agarche kagaz nahi laya gaya lekin jo baat aap</w:t>
      </w:r>
    </w:p>
    <w:p>
      <w:pPr>
        <w:jc w:val="right"/>
      </w:pPr>
      <w:r>
        <w:t>تو کاغذ نہیں لایا گیا اور قلم نہیں لایا گیا اور وہ لکھا نہیں گیا جو اپ نے فرمایا تھا یہ کتابوں میں اتا ہے تو اس کو لے کر کے ایک گروہ نے کیا نکالا اس کا مطلب کہ اس کرتاس میں یعنی اس پیپر میں اپ لکھوانے والے تھے حضرت علی کی خلافت کہ میرے بعد خلیفہ جو ہیں علی ہوں گے اپنی طرف سے یہ جوڑ دیا اس نے حالانکہ اس کا کوئی مطلب نہیں تھا اس سے اس لیے کہ وہ اس وقت اگرچہ کاغذ نہیں لایا گیا لیکن جو بات اپ</w:t>
      </w:r>
    </w:p>
    <w:p>
      <w:r>
        <w:rPr>
          <w:b/>
        </w:rPr>
        <w:t xml:space="preserve">[51:27] </w:t>
      </w:r>
      <w:r>
        <w:t>chahte the likhwana woh baat to kahi aap ne woh maujood hai kitabon mein woh kya woh yeh hai ke doosri riwayat mein yeh maujood hai ke aap ne farmaya ke tarakt fi kum al thaqalain yani yahi baat aap likhwana chahte the paper par baat ko aap ne farmaya aur logon ne yaad kiya is ko woh aaj bhi kitabon mein maujood hai ke tarakt fi kum al thaqalain kitab Allah wa sunnati main tum</w:t>
      </w:r>
    </w:p>
    <w:p>
      <w:pPr>
        <w:jc w:val="right"/>
      </w:pPr>
      <w:r>
        <w:t>چاہتے تھے لکھوانا وہ بات تو کہی اپ نے وہ موجود ہے کتابوں میں وہ کیا وہ یہ ہے کہ دوسری روایت میں یہ موجود ہے کہ اپ نے فرمایا کہ ترکت فی کم السقلین یعنی یہی بات اپ لکھوانا چاہتے تھے پیپر پر بات کو اپ نے فرمایا اور لوگوں نے یاد کیا اس کو وہ اج بھی کتابوں میں موجود ہے کہ ترکت فی کم السقلین کتاب اللہ وسنتی میں تمہ</w:t>
      </w:r>
    </w:p>
    <w:p>
      <w:r>
        <w:rPr>
          <w:b/>
        </w:rPr>
        <w:t xml:space="preserve">[51:57] </w:t>
      </w:r>
      <w:r>
        <w:t>hare darmiyan do bhari cheez chhod raha hoon thaqalain mani bhari cheez main tumhare beech mein do bhari cheez chhod raha hoon jab tak tum us ko pakde rahoge tum bhatkoge nahi yeh aap likhwana chahte the jo baat ko aap ne munh se bol kar ke logon ko bataya ab is waqe ko le kar ke yeh nikala ke is kartas par ya is paper par aap likhna chahte the hazrat ali ki khilafat</w:t>
      </w:r>
    </w:p>
    <w:p>
      <w:pPr>
        <w:jc w:val="right"/>
      </w:pPr>
      <w:r>
        <w:t>ارے درمیان دو بھاری چیز چھوڑ رہا ہوں ثقلین معنی بھاری چیز میں تمہارے بیچ میں دو بھاری چیز چھوڑ رہا ہوں جب تک تم اس کو پکڑے رہو گے تم بھٹکو گے نہیں یہ اپ لکھوانا چاہتے تھے جو بات کو اپ نے منہ سے بول کر کے لوگوں کو بتایا اب اس واقعے کو لے کر کے یہ نکالا کہ اس کرتاس پر یا اس پیپر پر اپ لکھنا چاہتے تھے حضرت علی کی خلافت</w:t>
      </w:r>
    </w:p>
    <w:p>
      <w:r>
        <w:rPr>
          <w:b/>
        </w:rPr>
        <w:t xml:space="preserve">[52:28] </w:t>
      </w:r>
      <w:r>
        <w:t>yeh bilkul baseless baat hai yeh hai wrong interpretation to islam mein jo text hai woh to waise ka waise hi raha lekin khud se logon ne aisi aisi baatein nikal kar jod diya jinko main keh raha hoon ke wrong interpretation to is interpretation mein bahut sari galat baatein aa gayeen aur sara jo bigad aaya hai baad ke zamane mein jisko rasool Allah ne farmaya tha woh sab bigad aaya through interpretation</w:t>
      </w:r>
    </w:p>
    <w:p>
      <w:pPr>
        <w:jc w:val="right"/>
      </w:pPr>
      <w:r>
        <w:t>یہ بالکل بیس لیس بات ہے یہ ہے رونگ انٹرپریٹیشن تو اسلام میں جو ٹیکسٹ ہے وہ تو ویسے کا ویسے ہی رہا لیکن خود سے لوگوں نے ایسی ایسی باتیں نکال کر جوڑ دیا جن کو میں کہہ رہا ہوں کہ رونگ انٹرپریٹیشن تو اس انٹرپریٹیشن میں بہت ساری غلط باتیں ا گئیں اور سارا جو بگاڑ ایا ہے بعد کے زمانے میں جس کو رسول اللہ نے فرمایا تھا وہ سب بگاڑ ایا تھرو انٹرپریٹیشن</w:t>
      </w:r>
    </w:p>
    <w:p>
      <w:r>
        <w:rPr>
          <w:b/>
        </w:rPr>
        <w:t xml:space="preserve">[52:58] </w:t>
      </w:r>
      <w:r>
        <w:t>to aap ko agar yeh janna hai ke islam hai kya sach much to aap ko aaj bhi yeh mauqa hai ke aap text ko padhein aur text ko padh kar ke aap jaan lein ke islam kya hai aise dekhein ek example main deta hoon ke ek bahut badi interpretation galti hui jo jis ka bahut nuksan hua woh hai dunya ko dar</w:t>
      </w:r>
    </w:p>
    <w:p>
      <w:pPr>
        <w:jc w:val="right"/>
      </w:pPr>
      <w:r>
        <w:t>تو اپ کو اگر یہ جاننا ہے کہ اسلام ہے کیا سچ مچ تو اپ کو اج بھی یہ موقع ہے کہ اپ ٹیکسٹ کو پڑھیں اور ٹیکسٹ کو پڑھ کر کے اپ جان لیں کہ اسلام کیا ہے ایسے دیکھیں ایک ایگزامپل میں دیتا ہوں کہ ایک بہت بڑی انٹرپریشن غلطی ہوئی جو جس کا بہت نقصان ہوا وہ ہے دنیا کو دار</w:t>
      </w:r>
    </w:p>
    <w:p>
      <w:r>
        <w:rPr>
          <w:b/>
        </w:rPr>
        <w:t xml:space="preserve">[53:28] </w:t>
      </w:r>
      <w:r>
        <w:t>al harb batana yani abbasi period mein jo fiqh bani us fiqh mein yeh inhone yeh kaha jo dunya ko jo taqseem ki ke jahan musalmanon ka rule hai woh hai darul islam aur jahan non muslim jate hain woh darul harb hai woh darul islam aur darul harb ka batwara kiya inhone yeh kyun hua yeh kahin quran mein likha hua nahi tha kahin hadith mein rasool Allah ne bataya tha hatta ke darul harb ka word</w:t>
      </w:r>
    </w:p>
    <w:p>
      <w:pPr>
        <w:jc w:val="right"/>
      </w:pPr>
      <w:r>
        <w:t>الحرب بتانا یعنی عباسی پیریڈ میں جو فقہ بنی اس فقہ میں یہ انہوں نے یہ کہا جو دنیا کو جو تقسیم کی کہ جہاں مسلمانوں کا رول ہے وہ ہے دارالاسلام اور جہاں نان مسلم جاتے ہیں وہ دارالحرب ہے وہ دارالاسلام اور دارالحرب کا بٹوارا کیا انہوں نے یہ کیوں ہوا یہ کہیں قران میں لکھا ہوا نہیں تھا کہیں حدیث میں رسول اللہ نے بتایا تھا حتی کہ دارالحرب کا ور</w:t>
      </w:r>
    </w:p>
    <w:p>
      <w:r>
        <w:rPr>
          <w:b/>
        </w:rPr>
        <w:t xml:space="preserve">[53:58] </w:t>
      </w:r>
      <w:r>
        <w:t>hi use nahi hua quran o hadith mein yeh to pehli bar fuqaha ne istemal kiya to chunke woh zamana jab ke yeh yeh jab ke yeh fiqh bani yeh fiqh bani aap jante hain ke dedh sau saal baad yani abbasi period mein to abbasi period mein kya tha musalmanon ka empire qaim tha yani asia aur africa ke bahut bade raqbe mein un ka empire qaim tha</w:t>
      </w:r>
    </w:p>
    <w:p>
      <w:pPr>
        <w:jc w:val="right"/>
      </w:pPr>
      <w:r>
        <w:t>ڈ ہی یوز نہیں ہوا قران و حدیث میں یہ تو پہلی بار فقہاء نے استعمال کیا تو چونکہ وہ زمانہ جب کہ یہ یہ جب کہ یہ فقہ بنی یہ فقہ بنی اپ جانتے ہیں کہ ڈیڑھ سو سال بعد یعنی عباس پیریڈ میں تو عباس پیریڈ میں کیا تھا مسلمانوں کا ایمپائر قائم تھا یعنی ایشیا اور افریقہ کے بہت بڑے رقبے میں ان کا ایمپائر قائم تھا</w:t>
      </w:r>
    </w:p>
    <w:p>
      <w:r>
        <w:rPr>
          <w:b/>
        </w:rPr>
        <w:t xml:space="preserve">[54:28] </w:t>
      </w:r>
      <w:r>
        <w:t>unki saltanat to aap jante hain ke jab jab koi government koi aisi saltanat banti hai koi empire banta hai to padosiyon se us ke kuch na kuch jhagde lage rehte hain kuch na kuch ladaiyan hoti rehti hain yeh aam baat hai jo bhi history mein koi empire bana hai koi badi saltanat bani hai to hamesha us ke sath yahi pesh aaya hai hamare india ke sath bhi aap jante hain is tarah ke yani border ke jhagde hote rahe hain aur abhi bhi jari hain</w:t>
      </w:r>
    </w:p>
    <w:p>
      <w:pPr>
        <w:jc w:val="right"/>
      </w:pPr>
      <w:r>
        <w:t>ان کی سلطنت تو اپ جانتے ہیں کہ جب جب کوئی گورنمنٹ کوئی ایسی سلطنت بنتی ہے کوئی ایمپائر بنتا ہے تو پڑوسیوں سے اس کے کچھ نہ کچھ جھگڑے لگے رہتے ہیں کچھ نہ کچھ لڑائیاں ہوتی رہتی ہیں یہ عام بات ہے جو بھی ہسٹری میں کوئی ایمپائر بنا ہے کوئی بڑی سلطنت بنی ہے تو ہمیشہ اس کے ساتھ یہی پیش ایا ہے ہمارے انڈیا کے ساتھ بھی اپ جانتے ہیں اس طرح کے یعنی بارڈر کے جھگڑے ہوتے رہے ہیں اور ابھی بھی جاری ہیں</w:t>
      </w:r>
    </w:p>
    <w:p>
      <w:r>
        <w:rPr>
          <w:b/>
        </w:rPr>
        <w:t xml:space="preserve">[55:00] </w:t>
      </w:r>
      <w:r>
        <w:t>to jab bhi koi empire banta hai to us ke sath sath border ke logon se ladaiyan bhi aa jati hain to chunache yeh muslim empire jo koi aath sau saal tak baki raha to us zamane mein ladaiyan pesh aati thi is se consciously ya unconsciously yeh mizaj bana ke baki jo dunya jo hai rest of the world jo hai woh hamari enemy hai rest of the world jo hai hamari en</w:t>
      </w:r>
    </w:p>
    <w:p>
      <w:pPr>
        <w:jc w:val="right"/>
      </w:pPr>
      <w:r>
        <w:t>تو جب بھی کوئی ایمپائر بنتا ہے تو اس کے ساتھ ساتھ بارڈر کے لوگوں سے لڑائیاں بھی ا جاتی ہیں تو چنانچہ یہ مسلم ایمپائر جو کوئی اٹھ سو سال تک باقی رہا تو اس زمانے میں لڑائیاں پیش اتی تھیں اس سے کانشیسلی یا انکانشیسلی یہ مزاج بنا کہ باقی جو دنیا جو ہے ریسٹ اف دا ورلڈ جو ہے وہ ہماری اینمی ہے ریسٹ اف دا ورلڈ جو ہے ہماری این</w:t>
      </w:r>
    </w:p>
    <w:p>
      <w:r>
        <w:rPr>
          <w:b/>
        </w:rPr>
        <w:t xml:space="preserve">[55:30] </w:t>
      </w:r>
      <w:r>
        <w:t>emy hai yani yeh ek political phenomena tha na ke islamic phenomena yani doosron ka yani doosron se ladai chhidna doosron se koi jang hona yeh that was political phenomena woh islamic phenomena nahi tha ke lado logon se lad lad ke ke aisa karo ab kya hua ke consciously aur unconsciously inhone samjha yeh sare log jo hain hamare rival hain yeh sare log hamare enemy hain</w:t>
      </w:r>
    </w:p>
    <w:p>
      <w:pPr>
        <w:jc w:val="right"/>
      </w:pPr>
      <w:r>
        <w:t>می ہے یعنی یہ ایک پولیٹیکل فیناومینا تھا نہ کہ اسلامک فیناومینا یعنی دوسروں کا یعنی دوسروں سے لڑائی چھڑنا دوسروں سے کوئی جنگ ہونا یہ دیٹ واز پولیٹیکل فیناومینا وہ اسلامک فیناومینا نہیں تھا کہ لڑو لوگوں سے لڑ لڑ کے کہ ایسا کرو اب کیا ہوا کہ کانشیسلی اور کانشیسلی انہوں نے سمجھا یہ سارے لوگ جو ہیں ہمارے رائیول ہیں یہ سارے لوگ ہمارے اینمی ہیں</w:t>
      </w:r>
    </w:p>
    <w:p>
      <w:r>
        <w:rPr>
          <w:b/>
        </w:rPr>
        <w:t xml:space="preserve">[56:01] </w:t>
      </w:r>
      <w:r>
        <w:t>is mizaj ki wajah se jo jo inhone banaya jo taqseem ki inhone to muslim jo jahan rule kar rahe the un ko keh diya ke darul islam hai jahan muslim nahi rule kar rahe the un ko keh diya ke darul harb hai woh darul harb ka matlab kya hai darul harb mani hote hain ladai ka ghar yani land of war darul harb ka matlab hota hai land of war is ka matlab kya hai ke woh woh mulk jis se</w:t>
      </w:r>
    </w:p>
    <w:p>
      <w:pPr>
        <w:jc w:val="right"/>
      </w:pPr>
      <w:r>
        <w:t>اس مزاج کی وجہ سے جو جو انہوں نے بنایا جو تقسیم کی انہوں نے تو مسلم جو جہاں رول کر رہے تھے ان کو کہہ دیا کہ دارالاسلام ہے جہاں مسلم نہیں رول کر رہے تھے ان کو کہہ دیا کہ دارالحرب ہے وہ دارالحرب کا مطلب کیا ہے دارالحرب معنی ہوتے ہیں لڑائی کا گھر یعنی لینڈ اف وار دارالحرب کا مطلب ہوتا ہے لینڈ اف وار اس کا مطلب کیا ہے کہ وہ وہ ملک جس سے</w:t>
      </w:r>
    </w:p>
    <w:p>
      <w:r>
        <w:rPr>
          <w:b/>
        </w:rPr>
        <w:t xml:space="preserve">[56:31] </w:t>
      </w:r>
      <w:r>
        <w:t>musalman potentially at war hon ya to at war hon ya potentially at war hon to us waqt jab ke musalmanon ka empire qaim tha to situation aisi thi political situation ke musalman ya to ladai chidi hui thi ya potentially at war the musalman aap dekhiye aap tareekh dekhiye mughlon ki tareekh dekhiye abbasiyon ki tareekh dekhiye spain ki tareekh dekhiye musalsal ek na ek ladai chalti rehti thi</w:t>
      </w:r>
    </w:p>
    <w:p>
      <w:pPr>
        <w:jc w:val="right"/>
      </w:pPr>
      <w:r>
        <w:t>مسلمان پوٹینشلی ایٹ وار ہوں یا تو ایٹ وار ہوں یا پوٹینشلی ایٹ وار ہوں تو اس وقت جب کہ مسلمانوں کا ایمپائر قائم تھا تو سچوئیشن ایسی تھی پولیٹیکل سچوئیشن کہ مسلمان یا تو لڑائی چھڑی ہوئی تھی یا پوٹینشلی ایٹ وار تھے مسلمان اپ دیکھیے اپ تاریخ دیکھیے مغلوں کی تاریخ دیکھیے عباسیوں کی تاریخ دیکھیے اسپین کی تاریخ دیکھیے مسلسل ایک نہ ایک لڑائی چلتی رہتی تھی</w:t>
      </w:r>
    </w:p>
    <w:p>
      <w:r>
        <w:rPr>
          <w:b/>
        </w:rPr>
        <w:t xml:space="preserve">[57:02] </w:t>
      </w:r>
      <w:r>
        <w:t>kisi ki ladai chalti rehti thi to us ke tehat yeh zehan bana ke musalman doosri qaumon se ya to at war hain ya potentially at war hain is wajah se inhone yeh bana diya ke muslim area jo hai woh darul islam hai aur non muslim area jo hai woh darul harb hai yeh kitna bada nuksan tha is ki wajah se dawat ka mizaj khatam ho gaya dawat yeh chahta hai ke aap kisi ko dushman na samjhein</w:t>
      </w:r>
    </w:p>
    <w:p>
      <w:pPr>
        <w:jc w:val="right"/>
      </w:pPr>
      <w:r>
        <w:t>کسی کی لڑائی چلتی رہتی تھی تو اس کے تحت یہ ذہن بنا کہ مسلمان دوسری قوموں سے یا تو ایٹ وار ہیں یا پوٹینشلی ایٹ وار ہیں اس وجہ سے انہوں نے یہ بنا دیا کہ مسلم ایریا جو ہے وہ دارالاسلام ہے اور نان مسلم ایریا جو ہے وہ دارالحرب ہے یہ کتنا بڑا نقصان تھا اس کی وجہ سے دعوت کا مزاج ختم ہو گیا دعوت یہ چاہتا ہے کہ اپ کسی کو دشمن نہ سمجھیں</w:t>
      </w:r>
    </w:p>
    <w:p>
      <w:r>
        <w:rPr>
          <w:b/>
        </w:rPr>
        <w:t xml:space="preserve">[57:33] </w:t>
      </w:r>
      <w:r>
        <w:t>doosron ko apna apna samjhein insan samjhein un se mohabbat karein un se khair khwahi karein dawat ka jo mizaj hai woh khair khwahi chahta hai mohabbat chahta hai lekin yeh jo darul harb ka jo concept hai yeh ulta ho ulta ho gaya yeh doosre log jo the non muslim jo the woh aap ke dushman ban gaye aap ke rival ban gaye aap ke hareef ban gaye to aap sochiye ke jin logon ke bare mein aap</w:t>
      </w:r>
    </w:p>
    <w:p>
      <w:pPr>
        <w:jc w:val="right"/>
      </w:pPr>
      <w:r>
        <w:t>دوسروں کو اپنا اپنا سمجھیں انسان سمجھیں ان سے محبت کریں ان سے خیر خواہی کریں دعوت کا جو مزاج ہے وہ خیر خواہی چاہتا ہے محبت چاہتا ہے لیکن یہ جو دارالحرب کا جو کانسیپٹ ہے یہ الٹا ہو جا الٹا ہو گیا یہ دوسرے لوگ جو تھے نان مسلم جو تھے وہ اپ کے دشمن بن گئے اپ کے رائیول بن گئے اپ کے حریف بن گئے تو اپ سوچیے کہ جن لوگوں کے بارے میں اپ</w:t>
      </w:r>
    </w:p>
    <w:p>
      <w:r>
        <w:rPr>
          <w:b/>
        </w:rPr>
        <w:t xml:space="preserve">[58:03] </w:t>
      </w:r>
      <w:r>
        <w:t>ka concept yeh ban jaye to aap dawat denge un ko un ke liye to ladai ki tayyari karenge ke kab kab ladai pesh aa jaye aap ka mind yeh rahega pata nahi kab ladai pesh aa jaye is liye un ke un ke liye yani jang ki jang ki tayyari karo yeh thi political situation na ke islam ki teaching jis ne darul harb ka concept paida kiya yeh ek example hai aap samajh sakte hain ke</w:t>
      </w:r>
    </w:p>
    <w:p>
      <w:pPr>
        <w:jc w:val="right"/>
      </w:pPr>
      <w:r>
        <w:t>کا کانسیپٹ یہ بن جائے تو اپ دعوت دیں گے ان کو ان کے لیے تو لڑائی کی تیاری کریں گے کہ کب کب لڑائی پیش ا جائے اپ کا مائنڈ یہ رہے گا پتہ نہیں کب لڑائی پیش ا جائے اس لیے ان کے ان کے لیے یعنی جنگی جنگ کی تیاری کرو یہ تھی پولیٹیکل سچوئیشن نہ کہ اسلام کی ٹیچنگ جس نے دارالحرب کا کانسیپٹ پیدا کیا یہ ایک ایگزامپل ہے اپ سمجھ سکتے ہیں کہ</w:t>
      </w:r>
    </w:p>
    <w:p>
      <w:r>
        <w:rPr>
          <w:b/>
        </w:rPr>
        <w:t xml:space="preserve">[58:34] </w:t>
      </w:r>
      <w:r>
        <w:t>interpretation ki ghalti se kitni bari bari yani kitni bari bari ghaltiyan hui hain jin ko hamein aaj theek karna hai yani hamara koi kaam text mein nahi hai lekin interpretation mein hamara kaam baqi hai ke hum is ko correct karein sahi karein is ko kyunke is ki wajah se bohat bara nuqsan hua bohat bara nuqsan</w:t>
      </w:r>
    </w:p>
    <w:p>
      <w:pPr>
        <w:jc w:val="right"/>
      </w:pPr>
      <w:r>
        <w:t>انٹرپریٹیشن کی غلطی سے کتنی بڑی بڑی یعنی کتنی بڑی بڑی غلطیاں ہوئی ہیں جن کو ہمیں اج ٹھیک کرنا ہے یعنی ہمارا کوئی کام ٹیکسٹ میں نہیں ہے لیکن انٹرپریٹیشن میں ہمارا کام باقی ہے کہ ہم اس کو کریکٹ کریں صحیح کریں اس کو کیونکہ اس کی وجہ سے بہت بڑا نقصان ہوا بہت بڑا نقصان</w:t>
      </w:r>
    </w:p>
    <w:p>
      <w:r>
        <w:rPr>
          <w:b/>
        </w:rPr>
        <w:t xml:space="preserve">[59:06] </w:t>
      </w:r>
      <w:r>
        <w:t>aap quran ko parhiye is ko chhod kar ke yani fiqh ko nikaal dijiye apne mind se interpretation ko nikaal dijiye apne mind se aur quran ko parhiye to aap dekhein quran jagah jagah ayha insan ayha insan keh raha hai ayha naas ayha naas keh raha hai yani doosre logon ko quran insan ke hisse address kar raha hai doosre logon ko quran insan ke hisse se address kar raha hai</w:t>
      </w:r>
    </w:p>
    <w:p>
      <w:pPr>
        <w:jc w:val="right"/>
      </w:pPr>
      <w:r>
        <w:t>اپ قران کو پڑھیے اس کو چھوڑ کر کے یعنی فقہ کو نکال دیجیے اپنے مائنڈ سے انٹرپریٹیشن کو نکال دیجیے اپنے مائنڈ سے اور قران کو پڑھیے تو اپ دیکھیں قران جگہ جگہ انسان ایہا الانسان ایہا الانسان کہہ رہا ہے ایہا الناس ایہا الناس کہہ رہا ہے یعنی دوسرے لوگوں کو قران انسان کے حصے ایڈریس کر رہا ہے دوسرے لوگوں کو قران انسان کے حصے سے ایڈریس کر رہا ہے</w:t>
      </w:r>
    </w:p>
    <w:p>
      <w:r>
        <w:rPr>
          <w:b/>
        </w:rPr>
        <w:t xml:space="preserve">[59:36] </w:t>
      </w:r>
      <w:r>
        <w:t>aur lekin yahan par aap ka mind kya banta hai woh to harbi hain un se to hamari jang chherri hui hai un se hum potentially at war hain to woh jo hai insan friendly behaviour yani dawat ka mizaj jo hai woh insan friendly behaviour laata hai aap ke mind mein lekin yeh jo dar-ul-harb ka jo concept hai is ne insan friendly behaviour ko khatam kar diya to yeh kya hua ke dawat bhi khatam ho gayi dawat bhi khatam ho gayi</w:t>
      </w:r>
    </w:p>
    <w:p>
      <w:pPr>
        <w:jc w:val="right"/>
      </w:pPr>
      <w:r>
        <w:t>اور لیکن یہاں پر اپ کا مائنڈ کیا بنتا ہے وہ تو حربی ہیں ان سے تو ہماری جنگ چھڑی ہوئی ہے ان سے ہم پوٹینشلی ایٹ وار ہیں تو وہ جو ہے انسان فرینڈلی بیہیویئر یعنی دعوت کا مزاج جو ہے وہ انسان فرینڈلی بیہیویئر لاتا ہے اپ کے مائنڈ میں لیکن یہ جو دارالحرب کا جو کانسیپٹ ہے اس نے انسان فرینڈلی بیہیویئر کو ختم کر دیا تو یہ کیا ہوا کہ دعوت بھی ختم ہو گئی دعوت بھی ختم ہو گئی</w:t>
      </w:r>
    </w:p>
    <w:p>
      <w:r>
        <w:rPr>
          <w:b/>
        </w:rPr>
        <w:t xml:space="preserve">[1:00:09] </w:t>
      </w:r>
      <w:r>
        <w:t>to yeh kitna bara nuqsan hua hai poori tareekh jis tarah likhi gayi hai aap kisi bhi muslim musalmanon ki likhi hui kisi bhi tareekh ko parhiye is mein yahi lagega ke islami tareekh naam hai jangon ki kahani jang aur fateh aur ladai aur takra isi kahani har woh kitab jis ka naam jis ka title hota hai islami tareekh woh jangon ki tareekh hoti hai kisi bhi tareekh ko aap parh lijiye aap agar agar</w:t>
      </w:r>
    </w:p>
    <w:p>
      <w:pPr>
        <w:jc w:val="right"/>
      </w:pPr>
      <w:r>
        <w:t>تو یہ کتنا بڑا نقصان ہوا ہے پوری تاریخ جس طرح لکھی گئی ہے اپ کسی بھی مسلم مسلمانوں کی لکھی ہوئی کسی بھی تاریخ کو پڑھیے اس میں یہی لگے گا کہ اسلامی تاریخ نام ہے جنگوں کی کہانی جنگ اور فتح اور لڑائی اور ٹکرا اسی کہانی ہر وہ کتاب جس کا نام جس کا ٹائٹل ہوتا ہے اسلامی تاریخ وہ جنگوں کی تاریخ ہوتی ہے کسی بھی تاریخ کو اپ پڑھ لیجئے اپ اگر اگر</w:t>
      </w:r>
    </w:p>
    <w:p>
      <w:r>
        <w:rPr>
          <w:b/>
        </w:rPr>
        <w:t xml:space="preserve">[1:00:39] </w:t>
      </w:r>
      <w:r>
        <w:t>yeh yeh kyun hua is ki wajah se hua yeh surat pesh aayi is ko sab se pehle mehsoos kiya tha ibn khaldun ne abdul rehman bin khaldun ek bohat bara aalim tha jo spain mein paida hua us ne yeh baat likhi thi apna jo us ki kitab hai muqaddama ibn khaldun mein ke yeh saari tareekh jo likhi gayi hai islami tareekh ke naam se woh sab sahi nahi hai kyunke is mein jangain hain fatahat hain badshahon ki kahaniyan hain</w:t>
      </w:r>
    </w:p>
    <w:p>
      <w:pPr>
        <w:jc w:val="right"/>
      </w:pPr>
      <w:r>
        <w:t>یہ یہ کیوں ہوا اس کی وجہ سے ہوا یہ صورت پیش ائی اس کو سب سے پہلے محسوس کیا تھا ابن خلدون نے عبدالرحمن بن خلدون ایک بہت بڑا عالم تھا جو اسپین میں پیدا ہوا اس نے یہ بات لکھی تھی اپنا جو اس کی کتاب ہے مقدمہ ابن خلدون میں کہ یہ ساری تاریخ جو لکھی گئی ہے اسلامی تاریخ کے نام سے وہ سب صحیح نہیں ہے کیونکہ اس میں جنگیں ہیں فتوحات ہیں بادشاہوں کی کہانیاں ہیں</w:t>
      </w:r>
    </w:p>
    <w:p>
      <w:r>
        <w:rPr>
          <w:b/>
        </w:rPr>
        <w:t xml:space="preserve">[1:01:10] </w:t>
      </w:r>
      <w:r>
        <w:t>jo samaj ka yani muslim samaj ka jo ka jo halaat the woh is mein poori tarah reflect nahi hue to us ne kaha ke phir se rewrite karne ki zaroorat hai history agarche woh kar nahi saka khud woh chahta tha ke isi naye pattern se islamic history likhi jaye lekin woh point out to kiya us ne muqaddama ibn khaldun mein lekin khud woh isi tarah se likh nahi saka woh to mein samajta h</w:t>
      </w:r>
    </w:p>
    <w:p>
      <w:pPr>
        <w:jc w:val="right"/>
      </w:pPr>
      <w:r>
        <w:t>جو سماج کا یعنی مسلم سماج کا جو کا جو حالات تھے وہ اس میں پوری طرح ریفلیکٹ نہیں ہوئے تو اس نے کہا کہ پھر سے ری رائٹ کرنے کی ضرورت ہے ہسٹری اگرچہ وہ کر نہیں سکا خود وہ چاہتا تھا کہ اسی نئے پیٹرن سے اسلامک ہسٹری لکھی جائے لیکن وہ پوائنٹ اؤٹ تو کیا اس نے مقدمہ ابن خلدون میں لیکن خود وہ اسی طرح سے لکھ نہیں سکا وہ تو میں سمجھتا ہ</w:t>
      </w:r>
    </w:p>
    <w:p>
      <w:r>
        <w:rPr>
          <w:b/>
        </w:rPr>
        <w:t xml:space="preserve">[1:01:40] </w:t>
      </w:r>
      <w:r>
        <w:t>oon ke history ko bhi rewrite karna hai fiqh ko bhi rewrite karna hai jitne bhi yani teen ko alag kar ke yani arabic language quran aur hadith in teen ko chhod kar ke jitne bhi musalmanon mein uloom bane hain jo ladne ke jitne bhi branches hain sab mein rewrite karne ki zaroorat hai sab mein isi qism ki ghaltiyan hui hain yani baat ko logon ko yeh kaam karna baqi hai</w:t>
      </w:r>
    </w:p>
    <w:p>
      <w:pPr>
        <w:jc w:val="right"/>
      </w:pPr>
      <w:r>
        <w:t>وں کہ ہسٹری کو بھی ری رائٹ کرنا ہے فقہ کو بھی ری رائٹ کرنا ہے جتنے بھی یعنی تین کو الگ کر کے یعنی عربک لینگویج قران اور حدیث ان تین کو چھوڑ کر کے جتنے بھی مسلمانوں میں علوم بنے ہیں جو لڑنے کے جتنے بھی برانچز ہیں سب میں ری رائٹ کرنے کی ضرورت ہے سب میں اسی قسم کی غلطیاں ہوئی ہیں یعنی بات کو لوگوں کو یہ کام کرنا باقی ہے</w:t>
      </w:r>
    </w:p>
    <w:p>
      <w:r>
        <w:rPr>
          <w:b/>
        </w:rPr>
        <w:t xml:space="preserve">[1:02:12] </w:t>
      </w:r>
      <w:r>
        <w:t>tareekh jo is se likhi gayi ke badshahon ki tareekh aur khulafaon ki tareekh jangi karnamon ki tareekh aur qaumon ko yani sair karne ki tareekh is se kya hua is se yeh kya hua ke pride ka zehan bana pride aam taur par jo aap dekhte hain ke fakhr se kaho ke hum musalman hain yeh kahan se aata hai is ka source kya hai aam taur par mizaj dukano mein gharon mein ja ke dekhenge aap likha hua fakhr se kaho ke hum mus</w:t>
      </w:r>
    </w:p>
    <w:p>
      <w:pPr>
        <w:jc w:val="right"/>
      </w:pPr>
      <w:r>
        <w:t>تاریخ جو اس سے لکھی گئی کہ بادشاہوں کی تاریخ اور خلفاؤں کی تاریخ جنگی کارناموں کی تاریخ اور قوموں کو یعنی سیر کرنے کی تاریخ اس سے کیا ہوا اس سے یہ کیا ہوا کہ پرائیڈ کا ذہن بنا پرائیڈ عام طور پر جو اپ دیکھتے ہیں کہ فخر سے کہو کہ ہم مسلمان ہیں یہ کہاں سے اتا ہے اس کا سورس کیا ہے عام طور پر مزاج دکانوں میں گھروں میں جا کے دیکھیں گے اپ لکھا ہوا فخر سے کہو کہ ہم مس</w:t>
      </w:r>
    </w:p>
    <w:p>
      <w:r>
        <w:rPr>
          <w:b/>
        </w:rPr>
        <w:t xml:space="preserve">[1:02:42] </w:t>
      </w:r>
      <w:r>
        <w:t>alman hain aam taur par aap is peeche se sunenge kitabon mein padhenge ke hum hum fakhr hamein hum hum ko is par fakhr hai ke hum musalman hain yeh kahan se aaya yani fakhr ka concept kahan se aaya na quran mein kahin likha hua hai ke islam to hamare liye fakhr hai na hadith mein kahin aisa hai yeh hai history se aaya hua fakhr ka concept history se aaya hai woh quran aur hadith se nahi aaya hai</w:t>
      </w:r>
    </w:p>
    <w:p>
      <w:pPr>
        <w:jc w:val="right"/>
      </w:pPr>
      <w:r>
        <w:t>لمان ہیں عام طور پر اپ اس پیچھے سے سنیں گے کتابوں میں پڑھیں گے کہ ہم ہم فخر ہمیں ہم ہم کو اس پر فخر ہے کہ ہم مسلمان ہیں یہ کہاں سے ایا یعنی فخر کا کانسیپٹ کہاں سے ایا نہ قران میں کہیں لکھا ہوا ہے کہ اسلام تو ہمارے لیے فخر ہے نہ حدیث میں کہیں ایسا ہے یہ ہے ہسٹری سے ایا ہوا فخر کا کانسیپٹ ہسٹری سے ایا ہے وہ قران اور حدیث سے نہیں ایا ہے</w:t>
      </w:r>
    </w:p>
    <w:p>
      <w:r>
        <w:rPr>
          <w:b/>
        </w:rPr>
        <w:t xml:space="preserve">[1:03:12] </w:t>
      </w:r>
      <w:r>
        <w:t>kyun aap quran padhenge to aap ko to barish hi aayegi khuda ka khauf aayega aap ko dar lagega kahin khuda mujhe pakde na mujhe jahannum mein na daal de to fakhr kahan se aayega wahan par wahan fakhr koi sawal hi nahi paida hota yani khuda ke kalam ko jo sunte hain aap quran mein ya padhte hain aap to aap ka dil dehal uthta hai aap ko lagta hai ke jo khaliq hai jo creator hai woh mujhe khitab kar raha hai to aap ko modesty aati hai</w:t>
      </w:r>
    </w:p>
    <w:p>
      <w:pPr>
        <w:jc w:val="right"/>
      </w:pPr>
      <w:r>
        <w:t>کیوں اپ قران پڑھیں گے تو اپ کو تو بارش ہی ائے گی خدا کا خوف ائے گا اپ کو ڈر لگے گا کہیں خدا مجھے پکڑے نہ مجھے جہنم میں نہ ڈال دے تو فخر کہاں سے ائے گا وہاں پر وہاں فخر کوئی سوال ہی نہیں پیدا ہوتا یعنی خدا کے کلام کو جو سنتے ہیں اپ قران میں یا پڑھتے ہیں اپ تو اپ کا دل دہل اٹھتا ہے اپ کو لگتا ہے کہ جو خالق ہے جو کریٹر ہے وہ مجھے خطاب کر رہا ہے تو اپ کو ماڈیسٹی اتی ہے</w:t>
      </w:r>
    </w:p>
    <w:p>
      <w:r>
        <w:rPr>
          <w:b/>
        </w:rPr>
        <w:t xml:space="preserve">[1:03:43] </w:t>
      </w:r>
      <w:r>
        <w:t>mein khuda ka banda hoon yeh ehsaas aata hai aap ko khuda ki ibadat karni chahiye ehsaas aata hai fakhr nahi aata hai fakhr kahan aata hai kahan se aata hai history ko padhne se aur history jo ghalt likhi gayi hai dekhein yahan par mein arz karoon ke ibn khaldun ne is ko point out kiya hai ke hazaron saal se history jo thi woh naam thi badshahon ki history ka</w:t>
      </w:r>
    </w:p>
    <w:p>
      <w:pPr>
        <w:jc w:val="right"/>
      </w:pPr>
      <w:r>
        <w:t>میں خدا کا بندہ ہوں یہ احساس اتا ہے اپ کو خدا کی عبادت کرنی چاہیے احساس اتا ہے فخر نہیں اتا ہے فخر کہاں اتا ہے کہاں سے اتا ہے ہسٹری کو پڑھنے سے اور ہسٹری جو غلط تک لکھی گئی ہے دیکھیں یہاں پر میں عرض کروں کہ ابن خلدون نے اس کو پوائنٹ اؤٹ کیا ہے کہ ہزاروں سال سے ہسٹری جو تھی وہ نام تھی بادشاہوں کی ہسٹری کا</w:t>
      </w:r>
    </w:p>
    <w:p>
      <w:r>
        <w:rPr>
          <w:b/>
        </w:rPr>
        <w:t xml:space="preserve">[1:04:14] </w:t>
      </w:r>
      <w:r>
        <w:t>is liye koi bhi tareekh parhi aap aap ko lagega ke badshah ki history hai samaj ki history nahi hai ek hai samaj ki history ek hai rulers ki history jaise india ki history aap likhein is mein ek to aap bas congress ne kis tarah rule kiya india par woh likha hai aap sirf doosra ke india samaj india ka jo samaj hai us ne kaise taraqqi ki us ne kya kiya activities thi us ne kya kaam kiya to ab yeh concept hai</w:t>
      </w:r>
    </w:p>
    <w:p>
      <w:pPr>
        <w:jc w:val="right"/>
      </w:pPr>
      <w:r>
        <w:t>اس لیے کوئی بھی تاریخ پڑھی اپ اپ کو لگے گا کہ بادشاہ کی ہسٹری ہے سماج کی ہسٹری نہیں ہے ایک ہے سماج کی ہسٹری ایک ہے رولرز کی ہسٹری جیسے انڈیا کی ہسٹری اپ لکھیں اس میں ایک تو اپ بس کانگرس نے کس طرح رول کیا انڈیا پر وہ لکھا ہے اپ صرف دوسرا کہ انڈیا سماج انڈیا کا جو سماج ہے اس نے کیسے ترقی کی اس نے کیا کیا ایکٹیویٹیز تھیں اس نے کیا کام کیا تو اب یہ کانسیپٹ ہے</w:t>
      </w:r>
    </w:p>
    <w:p>
      <w:r>
        <w:rPr>
          <w:b/>
        </w:rPr>
        <w:t xml:space="preserve">[1:04:44] </w:t>
      </w:r>
      <w:r>
        <w:t>ke poore samaj ko bataya jata hai history mein pehle aisa nahi tha pehle yeh tha ke woh badshahon ke kaise unhon ne taajposhi kaise hui un ki kis tarah badshah badle kis tarah unhon ne lad kar ke jeeta mulkon ko to badshahon ke karnamon ke ka naam tha history ab ibn khaldun pehla shakhs hai us ne kaha ke yeh tareekh ka bohat hi naaqis tareeqa hai</w:t>
      </w:r>
    </w:p>
    <w:p>
      <w:pPr>
        <w:jc w:val="right"/>
      </w:pPr>
      <w:r>
        <w:t>کہ پورے سماج کو بتایا جاتا ہے ہسٹری میں پہلے ایسا نہیں تھا پہلے یہ تھا کہ وہ بادشاہوں کے کیسے انہوں نے تاج پوشی کیسے ہوئی ان کی کس طرح بادشاہ بدلے کس طرح انہوں نے لڑ کر کے جیتا ملکوں کو تو بادشاہوں کے کارناموں کے کا نام تھا ہسٹری اب ابن خلدون پہلا شخص ہے اس نے کہا کہ یہ تاریخ کا بہت ہی ناقص طریقہ ہے</w:t>
      </w:r>
    </w:p>
    <w:p>
      <w:r>
        <w:rPr>
          <w:b/>
        </w:rPr>
        <w:t xml:space="preserve">[1:05:15] </w:t>
      </w:r>
      <w:r>
        <w:t>tareekh poore poore samaj ki tareekh honi chahiye sirf badshah ki nahi to woh jo chala aa raha tha hazaron saal se usi ke asar se islam mein bhi logon ne isi pattern par history daal di jo pattern chala aa raha tha ke king ki history ka naam history tha isi pattern par logon ne daal di abbas yani khulafa ki tareekh aur bano umiya ki tareekh abbas</w:t>
      </w:r>
    </w:p>
    <w:p>
      <w:pPr>
        <w:jc w:val="right"/>
      </w:pPr>
      <w:r>
        <w:t>تاریخ پورے پورے سماج کی تاریخ ہونی چاہیے صرف بادشاہ کی نہیں تو وہ جو چلا ا رہا تھا ہزاروں سال سے اسی کے اثر سے اسلام میں بھی لوگوں نے اسی پیٹرن پر ہسٹری ڈگ ڈالی جو پیٹرن چلا رہا تھا کہ کنگ کی ہسٹری کا نام ہسٹری تھا اسی پیٹرن پر لوگوں نے ڈگ ڈالا عباس یعنی خلفاء کی تاریخ اور بنو امیہ کی تاریخ عباس</w:t>
      </w:r>
    </w:p>
    <w:p>
      <w:r>
        <w:rPr>
          <w:b/>
        </w:rPr>
        <w:t xml:space="preserve">[1:05:45] </w:t>
      </w:r>
      <w:r>
        <w:t>jo ruler the un ki tareekh spain ke jo muslim ruler the un ki tareekh mughal ruler se un ki tareekh to poori islamic history jo likhi gayi baat ko woh rulers ki history ban gayi aur jo activities thi kuch kitabein likhi gayi hain jaise ke professor order ne likhi kitab yani woh history of us ki hai history of dawah to moti si kitab hai woh is kitab mein us ne dikhaya hai ke dawah work kaise history mein hota raha</w:t>
      </w:r>
    </w:p>
    <w:p>
      <w:pPr>
        <w:jc w:val="right"/>
      </w:pPr>
      <w:r>
        <w:t>جو رولر تھے ان کی تاریخ اسپین کے جو مسلم رولر تھے ان کی تاریخ مغل رولر سے ان کی تاریخ تو پوری اسلامک ہسٹری جو لکھی گئی بات کو وہ رولرز کی ہسٹری بن گئی اور جو ایکٹیویٹیز تھیں کچھ کتابیں لکھی گئی ہیں جیسے کہ پروفیسر ارڈر نے لکھی کتاب یعنی وہ ہسٹری اف اس کی ہے ہسٹری اف دعوی تو موٹی سی کتاب ہے وہ اس کتاب میں اس نے دکھایا ہے کہ دعوی ورک کیسے ہسٹری میں ہوتا رہا</w:t>
      </w:r>
    </w:p>
    <w:p>
      <w:r>
        <w:rPr>
          <w:b/>
        </w:rPr>
        <w:t xml:space="preserve">[1:06:15] </w:t>
      </w:r>
      <w:r>
        <w:t>hai islam ka dawah work islamic dawah to is tarah kuch exceptions hain lekin jo history ke naam se books likhi gayi woh to wahi hain ke jo fakhr nikalta hai is se isi liye log itna zyada is se gum hain ke islam ka matlab hi samajhte hain ke fakhr pakistan ke jo woh the zia ul haq sahib jo president the to jab woh president the to un ko jaane ka mauqa mila wahan uni</w:t>
      </w:r>
    </w:p>
    <w:p>
      <w:pPr>
        <w:jc w:val="right"/>
      </w:pPr>
      <w:r>
        <w:t>ہے اسلام کا دعوی ورک اسلامک دعوی تو اس طرح کچھ ایکسیپشنز ہیں لیکن جو ہسٹری کے نام سے بکس لکھی گئی وہ تو وہی ہیں کہ جو فخر نکلتا ہے اس سے اسی لیے لوگ اتنا زیادہ اس سے گم ہیں کہ اسلام کا مطلب ہی سمجھتے ہیں کہ فخر پاکستان کے جو وہ تھے ضیاء الحق صاحب جو پریزیڈنٹ تھے تو جب وہ پریزیڈنٹ تھے تو ان کو جانے کا موقع ملا وہاں یون</w:t>
      </w:r>
    </w:p>
    <w:p>
      <w:r>
        <w:rPr>
          <w:b/>
        </w:rPr>
        <w:t xml:space="preserve">[1:06:45] </w:t>
      </w:r>
      <w:r>
        <w:t>ted nations mein united nations mein un ka unhon ne wahan ki general assembly ko address kiya to un ka woh chhaapa tha jo unhon ne address kiya tha wahan poora is mein woh kehte hain woh mein ne padha tha is ko ke muslims have rediscovered their pride in islam yani pakistan ka ka president united nations mein jo speech de raha hai us mein woh kehta hai ke aaj ke mus</w:t>
      </w:r>
    </w:p>
    <w:p>
      <w:pPr>
        <w:jc w:val="right"/>
      </w:pPr>
      <w:r>
        <w:t>ائٹڈ نیشنز میں یونائٹڈ نیشنز میں ان کا انہوں نے وہاں کی جنرل اسمبلی کو ایڈریس کیا تو ان کا وہ چھپا تھا جو انہوں نے ایڈریس کیا تھا وہاں پورا اس میں وہ کہتے ہیں وہ میں نے پڑھا تھا اس کو کہ مسلمز ہیو ری ڈسکورڈ دیر پرائیڈ ان اسلام یعنی پاکستان کا کا پریزیڈنٹ یونائٹڈ نیشنز میں جو سپیچ دے رہا ہے اس میں وہ کہتا ہے کہ اج کے مس</w:t>
      </w:r>
    </w:p>
    <w:p>
      <w:r>
        <w:rPr>
          <w:b/>
        </w:rPr>
        <w:t xml:space="preserve">[1:07:15] </w:t>
      </w:r>
      <w:r>
        <w:t>almanon ke bare mein ke muslims have rediscovered their pride in islam mein samajhta hoon ke ghalat baat yeh hai pride agar islam wala ho to islam hi nahi hai phir woh woh islam hi nahi hai kyunke islam ke maani hain khuda ka deen khuda ka hukum jo cheez khuda ki taraf se mile aap ko usay pride aaye ga is mein modesty aaye gi is mein tawazu aaye gi to yeh hai wrong interpretation ka masla</w:t>
      </w:r>
    </w:p>
    <w:p>
      <w:pPr>
        <w:jc w:val="right"/>
      </w:pPr>
      <w:r>
        <w:t>لمانوں کے بارے میں کہ مسلمز ہیو ری ڈسکورڈ دیر پرائیڈ ان اسلام میں سمجھتا ہوں کہ غلط بات یہ ہے پرائیڈ اگر اسلام والا ہو تو اسلام ہی نہیں ہے پھر وہ وہ اسلام ہی نہیں ہے کیونکہ اسلام کے معنی ہیں خدا کا دین خدا کا حکم جو چیز خدا کی طرف سے ملے اپ کو اسے پرائیڈ ائے گا اس میں ماڈیسٹی ائے گی اس میں تواضع ائے گی تو یہ ہے رونگ انٹرپریٹیشن کا مسئلہ</w:t>
      </w:r>
    </w:p>
    <w:p>
      <w:r>
        <w:rPr>
          <w:b/>
        </w:rPr>
        <w:t xml:space="preserve">[1:07:47] </w:t>
      </w:r>
      <w:r>
        <w:t>to doosre jitne bhi discipline hain baad ko jo bane un un teen ko chhod kar ke in sab mein wrong interpretation ki wajah se problem aaye hain aur baad ki jo generation hai musalmanon ki jo scholars hain un ka ek kaam yeh hai ke rewrite karein woh in saare discipline ko aur yeh sirf mein nahi keh raha hoon balkeh yeh ibn khaldun ne is ke baad bhi kai logon ne yeh baat kahi hai ke jab tak rewrite nahi karenge hum tab</w:t>
      </w:r>
    </w:p>
    <w:p>
      <w:pPr>
        <w:jc w:val="right"/>
      </w:pPr>
      <w:r>
        <w:t>تو دوسرے جتنے بھی ڈسپلن ہیں بعد کو جو بنے ان ان تین کو چھوڑ کر کے ان سب میں رونگ انٹرپریٹیشن کی وجہ سے پرابلم ائے ہیں اور بعد کی جو جنریشن ہے مسلمانوں کی جو سکالرز ہیں ان کا ایک کام یہ ہے کہ ری رائٹ کریں وہ ان سارے ڈسپلن کو اور یہ صرف میں نہیں کہہ رہا ہوں بلکہ یہ ابن خلدون نے اس کے بعد بھی کئی لوگوں نے یہ بات کہی ہے کہ جب تک ری رائٹ نہیں کریں گے ہم تب</w:t>
      </w:r>
    </w:p>
    <w:p>
      <w:r>
        <w:rPr>
          <w:b/>
        </w:rPr>
        <w:t xml:space="preserve">[1:08:17] </w:t>
      </w:r>
      <w:r>
        <w:t>tak islam ki true picture khule gi khule gi nahi to text mein to islam ki true picture aap dekh sakte hain lekin text ke bahar jo uloom hain un mein aap islam ki true picture nahi paate yeh ek kaam hai jo karne ka hai to isi tareeqay se is zamane mein dekhiye aap islam ke ka political interpretation diya gaya isi ka nateeja hai ke har jagah lad</w:t>
      </w:r>
    </w:p>
    <w:p>
      <w:pPr>
        <w:jc w:val="right"/>
      </w:pPr>
      <w:r>
        <w:t>تک اسلام کی ٹرو پکچر کھلے گی کھلے گی نہیں تو ٹیکسٹ میں تو اسلام کی ٹرو پکچر اپ دیکھ سکتے ہیں لیکن ٹیکسٹ کے باہر جو علوم ہیں ان میں اپ اسلام کی ٹرو پکچر نہیں پاتے یہ ایک کام ہے جو کرنے کا ہے تو اسی طریقے سے اس زمانے میں دیکھیے اپ اسلام کے کا پولیٹیکل انٹرپرٹیشن دیا گیا اسی کا نتیجہ ہے کہ ہر جگہ لڑ</w:t>
      </w:r>
    </w:p>
    <w:p>
      <w:r>
        <w:rPr>
          <w:b/>
        </w:rPr>
        <w:t xml:space="preserve">[1:08:47] </w:t>
      </w:r>
      <w:r>
        <w:t>ai chherri hui hai muslim mulkon mein kya hai ke partiyan jo hain woh wahan ke ruler se lad rahi hain har muslim mulk mein jo muslim wahan par ruling hesiyat mein hain un se ladai chherri hui hai jamaaton ki so called islami jamaaton ki yeh kyun hai yeh wrong interpretation diya gaya islam ka jis ko mein kehta hoon political interpretation yani yeh bataya gaya ke islam ek political system hai aur islam ko chahiye ke woh rule kare</w:t>
      </w:r>
    </w:p>
    <w:p>
      <w:pPr>
        <w:jc w:val="right"/>
      </w:pPr>
      <w:r>
        <w:t>ائی چھڑی ہوئی ہے مسلم بل کو میں کیا ہے کہ پارٹیاں جو ہیں وہ وہاں کے رولر سے لڑ رہی ہیں ہر مسلم ملک میں جو مسلم وہاں پر رولنگ حیثیت میں ہیں ان سے لڑائی چھڑی ہوئی ہے جماعتوں کی سو کالڈ اسلامی جماعتوں کی یہ کیوں ہے یہ رونگ انٹرپرٹیشن دیا گیا اسلام کا جس کو میں کہتا ہوں پولیٹیکل انٹرپرٹیشن یعنی یہ بتایا گیا کہ اسلام ایک پولیٹیکل سسٹم ہے اور اسلام کو چاہیے کہ وہ رول کرے</w:t>
      </w:r>
    </w:p>
    <w:p>
      <w:r>
        <w:rPr>
          <w:b/>
        </w:rPr>
        <w:t xml:space="preserve">[1:09:18] </w:t>
      </w:r>
      <w:r>
        <w:t>to ab in ko dekhte hain ke yeh to secular log hain to in ko kehte hain in ko hatao in ko institute karo aur islam ko lao wahan par jaisa ke afghanistan mein hua pakistan mein har muslim mulk mein hi ho raha hai yeh wrong interpretation hai islam political system nahi hai islam spiritual system hai islam yeh hai ke aap khuda se darein aap khuda ko discover karein aap paradise ke hareese banein khuda ka jo creation plan hai us ko jaanein us ke mutabiq apne andar tabdeeli layein</w:t>
      </w:r>
    </w:p>
    <w:p>
      <w:pPr>
        <w:jc w:val="right"/>
      </w:pPr>
      <w:r>
        <w:t>تو اب ان کو دیکھتے ہیں کہ یہ تو سیکولر لوگ ہیں تو ان کو کہتے ہیں ان کو ہٹاؤ ان کو انسٹیٹیوٹ کرو اور اسلام کو لاؤ وہاں پر جیسا کہ افغانستان میں ہوا پاکستان میں ہر مسلم ملک میں ہی ہو رہا ہے یہ رونگ انٹرپرٹیشن ہے اسلام پولیٹیکل سسٹم نہیں ہے اسلام سپریچول سسٹم ہے اسلام یہ ہے کہ اپ خدا سے ڈریں اپ خدا کو ڈسکور کریں اپ پیراڈائز کے حریص بنیں خدا کا جو کریشن پلان ہے اس کو جانیں اس کے مطابق اپنے اندر تبدیلی لائیں</w:t>
      </w:r>
    </w:p>
    <w:p>
      <w:r>
        <w:rPr>
          <w:b/>
        </w:rPr>
        <w:t xml:space="preserve">[1:09:48] </w:t>
      </w:r>
      <w:r>
        <w:t>khuda ke bande bankar duniya mein rahein jis mein modesty ho jis mein jo woh qualities hon jo batai gayi hain quran o hadith mein to political interpretation bhi ek wrong interpretation hai islam ka jis ki wajah se aaj kal har jagah ladaiyan chherri hui hain is tarah se jo in teen discipline ko chhod kar jo mein ne pehle arz kiya jitne bhi discipline doosre hain sab shikar hui hain wrong interpretation ka</w:t>
      </w:r>
    </w:p>
    <w:p>
      <w:pPr>
        <w:jc w:val="right"/>
      </w:pPr>
      <w:r>
        <w:t>خدا کے بندے بن کر دنیا میں رہیں جس میں ماڈیسٹی ہو جس میں جو وہ کوالٹیز ہوں جو بتائی گئی ہیں قران و حدیث میں تو پولیٹیکل انٹرپرٹیشن بھی ایک رونگ انٹرپرٹیشن ہے اسلام کا جس کی وجہ سے اج کل ہر جگہ لڑائیاں چھڑی ہوئی ہیں اس طرح سے جو ان تین ڈسپلن کو چھوڑ کر جو میں نے پہلے عرض کیا جتنے بھی ڈسپلن دوسرے ہیں سب شکار ہوئی ہیں رونگ انٹرپرٹیشن کا</w:t>
      </w:r>
    </w:p>
    <w:p>
      <w:r>
        <w:rPr>
          <w:b/>
        </w:rPr>
        <w:t xml:space="preserve">[1:10:19] </w:t>
      </w:r>
      <w:r>
        <w:t>to baad ke scholars ka yeh bohat bara kaam hai ke woh rewrite karein aur islam ki true picture ko numayan karein warna yeh jo shakal ban gayi hai ke islam doosre mazhabon jaisa ban gaya hai doosre mazhab bane hain text mein milawat ki wajah se yahan par kya hua ghalat interpretation ki wajah se to yeh hai kaam jo karna hai hum sab logon ko aur allah taala hum sab ko tofeeq de ke hum yeh sab kaam karein aur</w:t>
      </w:r>
    </w:p>
    <w:p>
      <w:pPr>
        <w:jc w:val="right"/>
      </w:pPr>
      <w:r>
        <w:t>تو بعد کے سکالرز کا یہ بہت بڑا کام ہے کہ وہ ری رائٹ کریں اور اسلام کی ٹرو پکچر کو نمایاں کریں ورنہ یہ جو شکل بن گئی ہے کہ اسلام دوسرے مذہبوں جیسا بن گیا ہے دوسرے مذہب بنے ہیں ٹیکسٹ میں ملاوٹ کی وجہ سے یہاں پر کیا ہوا غلط انٹرپرٹیشن کی وجہ سے تو یہ ہے کام جو کرنا ہے ہم سب لوگوں کو اور اللہ تعالی ہم سب کو توفیق دے کہ ہم یہ سب کام کریں اور</w:t>
      </w:r>
    </w:p>
    <w:p>
      <w:r>
        <w:rPr>
          <w:b/>
        </w:rPr>
        <w:t xml:space="preserve">[1:10:49] </w:t>
      </w:r>
      <w:r>
        <w:t>allah taala ke deen par jo ghubar aa gaya hai ghalat interpretation ka is ghubar ko hatayein islam ka jo sacha face hai woh log saamne aa sake aqool qawlahu hadha wastaghfirullaha alayhim ajmaeen.</w:t>
      </w:r>
    </w:p>
    <w:p>
      <w:pPr>
        <w:jc w:val="right"/>
      </w:pPr>
      <w:r>
        <w:t>اللہ تعالی کے دین پر جو غبار ا گیا ہے غلط انٹرپرٹیشن کا اس غبار کو ہٹائیں اسلام کا جو سچا فیس ہے وہ لوگ سامنے ا سکے اقول قولھذا واستغفراللہ علیہم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