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Hadith-e-Rasool | April 9, 2006 | Maulana Wahiduddin Khan</w:t>
      </w:r>
    </w:p>
    <w:p>
      <w:r>
        <w:t>https://www.youtube.com/watch?v=zxaMbPyrpQY</w:t>
      </w:r>
    </w:p>
    <w:p>
      <w:r>
        <w:rPr>
          <w:b/>
        </w:rPr>
        <w:t xml:space="preserve">[00:00] </w:t>
      </w:r>
      <w:r>
        <w:t>islamic scholar ne kaha ke "having a book of hadith is like being in conversation with the prophet himself"۔ ke woh ek collection hai, bohat sari aisi baaton ka jis mein lesson hai, jis mein sabaq hai. bas woh sabaq ki kitab hai, book of lessons hai, sari ki sari hadith. ab mujh ko baar baar is ka tajurba hua hai,</w:t>
      </w:r>
    </w:p>
    <w:p>
      <w:pPr>
        <w:jc w:val="right"/>
      </w:pPr>
      <w:r>
        <w:t>اسلامک اسکالر نے کہا کہ "having a book of hadith is like being in conversation with the Prophet himself"۔ کہ وہ ایک کلیکشن ہے، بہت ساری ایسی باتوں کا جس میں لیسن ہے، جس میں سبق ہے۔ بس وہ سبق کی کتاب ہے، بک آف لیسنز ہے، ساری کی ساری حدیث۔ اب مجھ کو بار بار اس کا تجربہ ہوا ہے،</w:t>
      </w:r>
    </w:p>
    <w:p>
      <w:r>
        <w:rPr>
          <w:b/>
        </w:rPr>
        <w:t xml:space="preserve">[00:30] </w:t>
      </w:r>
      <w:r>
        <w:t>kyun ke jab main parhta hoon hadith ki kitab ko to sach much aisa lagta hai ke main prophet ki meeting ho rahi hai, is mein baitha hua hoon aur aap ki baatein sun raha hoon. aisa bhi hota hai ke jis mein main pooch raha hoon, aap jawab de rahe hain is ka. woh sabaq ki kitab hai, book of lessons hai, sari ki sari hadith. yaani hadithain jo hain, woh hikmat ke moti hain.</w:t>
      </w:r>
    </w:p>
    <w:p>
      <w:pPr>
        <w:jc w:val="right"/>
      </w:pPr>
      <w:r>
        <w:t>کیونکہ جب میں پڑھتا ہوں حدیث کی کتاب کو تو سچ مچ ایسا لگتا ہے کہ میں پرافٹ کی میٹنگ ہو رہی ہے، اس میں بیٹھا ہوا ہوں اور آپ کی باتیں سن رہا ہوں۔ ایسا بھی ہوتا ہے کہ جس میں میں پوچھ رہا ہوں، آپ جواب دے رہے ہیں اس کا۔ وہ سبق کی کتاب ہے، بک آف لیسنز ہے، ساری کی ساری حدیث۔ یعنی حدیثیں جو ہیں، وہ حکمت کے موتی ہیں۔</w:t>
      </w:r>
    </w:p>
    <w:p>
      <w:r>
        <w:rPr>
          <w:b/>
        </w:rPr>
        <w:t xml:space="preserve">[01:06] </w:t>
      </w:r>
      <w:r>
        <w:t>bismillah rahman rahim. wa صلی Allah ala nabi al karim. rab ishrah li sadri, wa yassir li amri, wahlu uqdatan min lisani, yafqahu qawli. aaj ka topic</w:t>
      </w:r>
    </w:p>
    <w:p>
      <w:pPr>
        <w:jc w:val="right"/>
      </w:pPr>
      <w:r>
        <w:t>بسم اللہ الرحمن الرحیم۔ وصلی اللہ علی النبی الکریم۔ رب اشرح لی صدری، ویسر لی امری، واحل العقدۃ من لسانی، یفقہ قولی۔ آج کا ٹاپک</w:t>
      </w:r>
    </w:p>
    <w:p>
      <w:r>
        <w:rPr>
          <w:b/>
        </w:rPr>
        <w:t xml:space="preserve">[01:39] </w:t>
      </w:r>
      <w:r>
        <w:t>"hadith rasool" hai. hadith ka literal matlab hota hai baat cheet, conversation. islam mein is lafz ko ek term ke tor par liya gaya hai, aur is ka matlab hota hai "sayings of the prophet of islam"۔ aap jant</w:t>
      </w:r>
    </w:p>
    <w:p>
      <w:pPr>
        <w:jc w:val="right"/>
      </w:pPr>
      <w:r>
        <w:t>"حدیث رسول" ہے۔ حدیث کا لٹرل مطلب ہوتا ہے بات چیت، کنورسیشن۔ اسلام میں اس لفظ کو ایک ٹرم کے طور پر لیا گیا ہے، اور اس کا مطلب ہوتا ہے "sayings of the Prophet of Islam"۔ آپ جانت</w:t>
      </w:r>
    </w:p>
    <w:p>
      <w:r>
        <w:rPr>
          <w:b/>
        </w:rPr>
        <w:t xml:space="preserve">[02:09] </w:t>
      </w:r>
      <w:r>
        <w:t>e hain ke islam mein basically source books sirf do hain: quran aur hadith. quran word of god hai, aur hadith word of rasool ya word of prophet. ek muhaddis ne, muhaddis ka matlab hai islamic scholar, ne kaha</w:t>
      </w:r>
    </w:p>
    <w:p>
      <w:pPr>
        <w:jc w:val="right"/>
      </w:pPr>
      <w:r>
        <w:t>ے ہیں کہ اسلام میں بیسیکلی سورس بکس صرف دو ہیں: قرآن اور حدیث۔ قرآن ورڈ آف گاڈ ہے، اور حدیث ورڈ آف رسول یا ورڈ آف پرافٹ۔ ایک محدث نے، محدث کا مطلب ہے اسلامک اسکالر، نے کہا</w:t>
      </w:r>
    </w:p>
    <w:p>
      <w:r>
        <w:rPr>
          <w:b/>
        </w:rPr>
        <w:t xml:space="preserve">[02:41] </w:t>
      </w:r>
      <w:r>
        <w:t>ke "من کان فی بیتہ مجموعۃ من الاحادیث، فکما فیہ نبی یتکلم"۔ is ka matlab yeh hai ke having a book of hadith is like being</w:t>
      </w:r>
    </w:p>
    <w:p>
      <w:pPr>
        <w:jc w:val="right"/>
      </w:pPr>
      <w:r>
        <w:t>کہ "من کان فی بیتہ مجموعۃ من الاحادیث، فکما فیہ نبی یتکلم"۔ اس کا مطلب یہ ہے کہ having a book of hadith is like being</w:t>
      </w:r>
    </w:p>
    <w:p>
      <w:r>
        <w:rPr>
          <w:b/>
        </w:rPr>
        <w:t xml:space="preserve">[03:12] </w:t>
      </w:r>
      <w:r>
        <w:t>in conversation with the prophet himself۔ yaani aap ke paas agar aap ke ghar mein hadith ka ek collection hai, ek kitab hai, to is ka matlab yeh hai ke aap har waqt is position mein hain ke aap prophet se baat kar saken.</w:t>
      </w:r>
    </w:p>
    <w:p>
      <w:pPr>
        <w:jc w:val="right"/>
      </w:pPr>
      <w:r>
        <w:t>in conversation with the Prophet himself۔ یعنی آپ کے پاس اگر آپ کے گھر میں حدیث کا ایک کلیکشن ہے، ایک کتاب ہے، تو اس کا مطلب یہ ہے کہ آپ ہر وقت اس پوزیشن میں ہیں کہ آپ پرافٹ سے بات کر سکیں۔</w:t>
      </w:r>
    </w:p>
    <w:p>
      <w:r>
        <w:rPr>
          <w:b/>
        </w:rPr>
        <w:t xml:space="preserve">[03:43] </w:t>
      </w:r>
      <w:r>
        <w:t>yeh bari anokhi baat hai, lekin yeh ek waqia hai. yahan mujhe yaad aata hai ke ek aadmi ne mujh se kaha, ek bare scholar ne, ke meri study mein, yaani un ke ghar mein jo library hoti hai, us ko study kehte hain, aap jante hain, meri study mein bohat bara un ka, bohat bari study thi un ki,</w:t>
      </w:r>
    </w:p>
    <w:p>
      <w:pPr>
        <w:jc w:val="right"/>
      </w:pPr>
      <w:r>
        <w:t>یہ بڑی انوکھی بات ہے، لیکن یہ ایک واقعہ ہے۔ یہاں مجھے یاد آتا ہے کہ ایک آدمی نے مجھ سے کہا، ایک بڑے اسکالر نے، کہ میری اسٹڈی میں، یعنی ان کے گھر میں جو لائبریری ہوتی ہے، اس کو اسٹڈی کہتے ہیں، آپ جانتے ہیں، میری اسٹڈی میں بہت بڑا ان کا، بہت بڑی اسٹڈی تھی ان کی،</w:t>
      </w:r>
    </w:p>
    <w:p>
      <w:r>
        <w:rPr>
          <w:b/>
        </w:rPr>
        <w:t xml:space="preserve">[04:15] </w:t>
      </w:r>
      <w:r>
        <w:t>history ke ek hazar minds, one thousand minds ki kitabein hain. yaani bare bare logon ne jo kitabein different topic par likhi theen, us ko unhon ne apne study mein ikattha kiya tha, jo near about one thousand minds ko represent kar rahi thi.</w:t>
      </w:r>
    </w:p>
    <w:p>
      <w:pPr>
        <w:jc w:val="right"/>
      </w:pPr>
      <w:r>
        <w:t>ہسٹری کے ایک ہزار مائنڈز، ون تھاؤزنڈ مائنڈز کی کتابیں ہیں۔ یعنی بڑے بڑے لوگوں نے جو کتابیں ڈفرنٹ ٹاپک پر لکھی تھیں، اس کو انہوں نے اپنے اسٹڈی میں اکٹھا کیا تھا، جو نیئر اباؤٹ ون تھاؤزنڈ مائنڈز کو ریپریزنٹ کر رہی تھی۔</w:t>
      </w:r>
    </w:p>
    <w:p>
      <w:r>
        <w:rPr>
          <w:b/>
        </w:rPr>
        <w:t xml:space="preserve">[04:45] </w:t>
      </w:r>
      <w:r>
        <w:t>to unhon ne kaha ke jab main apni study ke andar jata hoon to aisa lagta hai ke main ek aise bare hall mein aa gaya jahan dunya bhar ke ek hazar mind ikattha hain. main un mein se har ek ki baat sun sakta hoon, aur har ek se main dialogue kar sakta hoon. to wohi cheez yahan par hai</w:t>
      </w:r>
    </w:p>
    <w:p>
      <w:pPr>
        <w:jc w:val="right"/>
      </w:pPr>
      <w:r>
        <w:t>تو انہوں نے کہا کہ جب میں اپنی اسٹڈی کے اندر جاتا ہوں تو ایسا لگتا ہے کہ میں ایک ایسے بڑے ہال میں آ گیا جہاں دنیا بھر کے ایک ہزار مائنڈ اکٹھا ہیں۔ میں ان میں سے ہر ایک کی بات سن سکتا ہوں، اور ہر ایک سے میں ڈائیلاگ کر سکتا ہوں۔ تو وہی چیز یہاں پر ہے</w:t>
      </w:r>
    </w:p>
    <w:p>
      <w:r>
        <w:rPr>
          <w:b/>
        </w:rPr>
        <w:t xml:space="preserve">[05:15] </w:t>
      </w:r>
      <w:r>
        <w:t>jo muhaddis ne kaha ke "من کان فی بیتہ مجموعۃ من الاحادیث، فکما فیہ نبی یتکلم"۔ jis ghar mein hadith ka ek majmooa ya collection ho, to goya ke woh aadmi is position mein hai ke nabi se us ki baat cheet ho sake, nabi se us ka conversation ho sake.</w:t>
      </w:r>
    </w:p>
    <w:p>
      <w:pPr>
        <w:jc w:val="right"/>
      </w:pPr>
      <w:r>
        <w:t>جو محدث نے کہا کہ "من کان فی بیتہ مجموعۃ من الاحادیث، فکما فیہ نبی یتکلم"۔ جس گھر میں حدیث کا ایک مجموعہ یا کلیکشن ہو، تو گویا کہ وہ آدمی اس پوزیشن میں ہے کہ نبی سے اس کی بات چیت ہو سکے، نبی سے اس کا کنورسیشن ہو سکے۔</w:t>
      </w:r>
    </w:p>
    <w:p>
      <w:r>
        <w:rPr>
          <w:b/>
        </w:rPr>
        <w:t xml:space="preserve">[05:47] </w:t>
      </w:r>
      <w:r>
        <w:t>dekhiye, hadith ek alag dhang ki kitab hai. aap kitab ke naam se jante hain, woh aisi hadith nahi hai. kitab generally kya hoti hai? ek theme par, ek subject par, ek a se z tak is mein baatein kahi jati hain. hadith aisi kitab nahi hai. hadith mein kya hai? hadith</w:t>
      </w:r>
    </w:p>
    <w:p>
      <w:pPr>
        <w:jc w:val="right"/>
      </w:pPr>
      <w:r>
        <w:t>دیکھیے، حدیث ایک الگ ڈھنگ کی کتاب ہے۔ آپ کتاب کے نام سے جانتے ہیں، وہ ایسی حدیث نہیں ہے۔ کتاب جنرلی کیا ہوتی ہے؟ ایک تھیم پر، ایک سبجیکٹ پر، ایک اے سے زیڈ تک اس میں باتیں کہی جاتی ہیں۔ حدیث ایسی کتاب نہیں ہے۔ حدیث میں کیا ہے؟ حدیث</w:t>
      </w:r>
    </w:p>
    <w:p>
      <w:r>
        <w:rPr>
          <w:b/>
        </w:rPr>
        <w:t xml:space="preserve">[06:17] </w:t>
      </w:r>
      <w:r>
        <w:t>means collection of sayings of the prophet of islam. collections. yaani kuch hi hadithain aisi hain jo rasool Allah ki speech, logon ke samne speech di aap ne, woh record kiya gaya. lekin ziyada tar wohi hain jo ke aap ne kuch kaha, us ko logon ne yaad kar liya. to basically woh</w:t>
      </w:r>
    </w:p>
    <w:p>
      <w:pPr>
        <w:jc w:val="right"/>
      </w:pPr>
      <w:r>
        <w:t>مینز کلیکشن آف sayings of the Prophet of Islam۔ کلیکشنز۔ یعنی کچھ ہی حدیثیں ایسی ہیں جو رسول اللہ کی اسپیچ، لوگوں کے سامنے اسپیچ دی آپ نے، وہ ریکارڈ کیا گیا۔ لیکن زیادہ تر وہی ہیں جو کہ آپ نے کچھ کہا، اس کو لوگوں نے یاد کر لیا۔ تو بیسیکلی وہ</w:t>
      </w:r>
    </w:p>
    <w:p>
      <w:r>
        <w:rPr>
          <w:b/>
        </w:rPr>
        <w:t xml:space="preserve">[06:47] </w:t>
      </w:r>
      <w:r>
        <w:t>collection hai prophet ki sayings ka. prophet jo conversation karte the logon se, to us conversation mein jo baatein aap kehte the, us ko logon ne yaad kar liya. dekhiye, ek baat yahan par samajh lijiye ke memory jo hai, aaj ki memory par aap pehle zamane ki memory par na samjhein, us par qayas na karen. kyun?</w:t>
      </w:r>
    </w:p>
    <w:p>
      <w:pPr>
        <w:jc w:val="right"/>
      </w:pPr>
      <w:r>
        <w:t>کلیکشن ہے پرافٹ کی sayings کا۔ پرافٹ جو کنورسیشن کرتے تھے لوگوں سے، تو اس کنورسیشن میں جو باتیں آپ کہتے تھے، اس کو لوگوں نے یاد کر لیا۔ دیکھیے، ایک بات یہاں پر سمجھ لیجیے کہ میموری جو ہے، آج کی میموری پر آپ پہلے زمانے کی میموری پر نہ سمجھیں، اس پر قیاس نہ کریں۔ کیوں؟</w:t>
      </w:r>
    </w:p>
    <w:p>
      <w:r>
        <w:rPr>
          <w:b/>
        </w:rPr>
        <w:t xml:space="preserve">[07:18] </w:t>
      </w:r>
      <w:r>
        <w:t>jab likhna parhna bohat ziyada barha nahi tha, jab printing press ka zamana nahi tha, to log ziyada tar depend karte the apni memory par. sari dunya mein, arabon mein bhi aur sari dunya mein bhi. yeh aap jante hain ke ek law hai nature ka ke jis apne</w:t>
      </w:r>
    </w:p>
    <w:p>
      <w:pPr>
        <w:jc w:val="right"/>
      </w:pPr>
      <w:r>
        <w:t>جب لکھنا پڑھنا بہت زیادہ بڑھا نہیں تھا، جب پرنٹنگ پریس کا زمانہ نہیں تھا، تو لوگ زیادہ تر ڈیپینڈ کرتے تھے اپنی میموری پر۔ ساری دنیا میں، عربوں میں بھی اور ساری دنیا میں بھی۔ یہ آپ جانتے ہیں کہ ایک لاء ہے نیچر کا کہ جس اپنے</w:t>
      </w:r>
    </w:p>
    <w:p>
      <w:r>
        <w:rPr>
          <w:b/>
        </w:rPr>
        <w:t xml:space="preserve">[07:48] </w:t>
      </w:r>
      <w:r>
        <w:t>body ke jis part ko aap ziyada use karenge to woh body ziyada taqat aa jayegi us ke andar. maslan aap ka do hath hain, ek hath ko aap istemal na karen aur sara kaam aap ek hath se karen to ek hath jo hai woh bohat strong ho jayega aur doosra hath bohat weak ho jayega. that is law of nature. to us zamane mein chuki</w:t>
      </w:r>
    </w:p>
    <w:p>
      <w:pPr>
        <w:jc w:val="right"/>
      </w:pPr>
      <w:r>
        <w:t>باڈی کے جس پارٹ کو آپ زیادہ یوز کریں گے تو وہ باڈی زیادہ طاقت آ جائے گی اس کے اندر۔ مثلاً آپ کا دو ہاتھ ہیں، ایک ہاتھ کو آپ استعمال نہ کریں اور سارا کام آپ ایک ہاتھ سے کریں تو ایک ہاتھ جو ہے وہ بہت اسٹرانگ ہو جائے گا اور دوسرا ہاتھ بہت ویک ہو جائے گا۔ دیٹ از لاء آف نیچر۔ تو اس زمانے میں چونکہ</w:t>
      </w:r>
    </w:p>
    <w:p>
      <w:r>
        <w:rPr>
          <w:b/>
        </w:rPr>
        <w:t xml:space="preserve">[08:20] </w:t>
      </w:r>
      <w:r>
        <w:t>compulsorily log aisa karte the ke baaton ko mind mein rakhte the, apni memory mein rakhte the, kyun ke doosra koi alternative nahi tha, to memory logon ki bohat tez hua karti thi pehle zamane mein. kyun ke bohat ziyada istemal karna parta tha memory ko. to us zamane mein aisa tha ke jo bhi prophet ne kaha, woh sab</w:t>
      </w:r>
    </w:p>
    <w:p>
      <w:pPr>
        <w:jc w:val="right"/>
      </w:pPr>
      <w:r>
        <w:t>کمپلسولی لوگ ایسا کرتے تھے کہ باتوں کو مائنڈ میں رکھتے تھے، اپنی میموری میں رکھتے تھے، کیونکہ دوسرا کوئی الٹرنیٹو نہیں تھا، تو میموری لوگوں کی بہت تیز ہوا کرتی تھی پہلے زمانے میں۔ کیونکہ بہت زیادہ استعمال کرنا پڑتا تھا میموری کو۔ تو اس زمانے میں ایسا تھا کہ جو بھی پرافٹ نے کہا، وہ سب</w:t>
      </w:r>
    </w:p>
    <w:p>
      <w:r>
        <w:rPr>
          <w:b/>
        </w:rPr>
        <w:t xml:space="preserve">[08:50] </w:t>
      </w:r>
      <w:r>
        <w:t>logon ko yaad ho gaya. sirf thoda sa wording ka difference ho jata tha kabhi ke maslan aap ne kaha "dar", logon ko yaad reh gaya "bait". jaise english mein house aur home do word hote hain ghar ke liye. aise hi arabic mein "dar" aur "bait" hain, do word ghar ke liye. to aap ne farz kijiye "dar" kaha tha, un ko "bait" yaad reh gaya, ya "bait" kaha tha, "dar"</w:t>
      </w:r>
    </w:p>
    <w:p>
      <w:pPr>
        <w:jc w:val="right"/>
      </w:pPr>
      <w:r>
        <w:t>لوگوں کو یاد ہو گیا۔ صرف تھوڑا سا ورڈنگ کا ڈفرنس ہو جاتا تھا کبھی کہ مثلاً آپ نے کہا "دار"، لوگوں کو یاد رہ گیا "بیت"۔ جیسے انگلش میں ہاؤس اور ہوم دو ورڈ ہوتے ہیں گھر کے لیے۔ ایسے ہی عربک میں "دار" اور "بیت" ہیں، دو ورڈ گھر کے لیے۔ تو آپ نے فرض کیجیے "دار" کہا تھا، ان کو "بیت" یاد رہ گیا، یا "بیت" کہا تھا، "دار"</w:t>
      </w:r>
    </w:p>
    <w:p>
      <w:r>
        <w:rPr>
          <w:b/>
        </w:rPr>
        <w:t xml:space="preserve">[09:20] </w:t>
      </w:r>
      <w:r>
        <w:t>yaad reh gaya. is tarah ke difference, bohat hi minor differences to hain, lekin qareeb qareeb sari hadithain aap jo bolte the woh sab yaani preserve reh gayeen memory ki wajah se. yahan par ek baat main arz kar doon zamnan ke chuki hadith mein aata hai ke aap ne kaha "la taktabu ani</w:t>
      </w:r>
    </w:p>
    <w:p>
      <w:pPr>
        <w:jc w:val="right"/>
      </w:pPr>
      <w:r>
        <w:t>یاد رہ گیا۔ اس طرح کے ڈفرنس، بہت ہی مائنر ڈفرنسز تو ہیں، لیکن قریب قریب ساری حدیثیں آپ جو بولتے تھے وہ سب یعنی پریزرو رہ گئیں میموری کی وجہ سے۔ یہاں پر ایک بات میں عرض کر دوں ضمناً کہ چونکہ حدیث میں آتا ہے کہ آپ نے کہا "لا تکتبو انی</w:t>
      </w:r>
    </w:p>
    <w:p>
      <w:r>
        <w:rPr>
          <w:b/>
        </w:rPr>
        <w:t xml:space="preserve">[09:50] </w:t>
      </w:r>
      <w:r>
        <w:t>ghair al quran", mujh se quran ke siwa kuch aur na likho. us ko logon ne yaani misunderstanding ki wajah se ajeeb matlab nikal liya is ka. is ka matlab yeh nikal liya ke quran to likha jata tha, hadith likhi jati thi. dekhiye, yeh bohat ziyada galat baat hai. is ka matlab sirf yeh hai ke quran aur hadith dono</w:t>
      </w:r>
    </w:p>
    <w:p>
      <w:pPr>
        <w:jc w:val="right"/>
      </w:pPr>
      <w:r>
        <w:t>غیر القرآن"، مجھ سے قرآن کے سوا کچھ اور نہ لکھو۔ اس کو لوگوں نے یعنی مس انڈرسٹینڈنگ کی وجہ سے عجیب مطلب نکال لیا اس کا۔ اس کا مطلب یہ نکال لیا کہ قرآن تو لکھا جاتا تھا، حدیث لکھی جاتی تھی۔ دیکھیے، یہ بہت زیادہ غلط بات ہے۔ اس کا مطلب صرف یہ ہے کہ قرآن اور حدیث دونوں</w:t>
      </w:r>
    </w:p>
    <w:p>
      <w:r>
        <w:rPr>
          <w:b/>
        </w:rPr>
        <w:t xml:space="preserve">[10:21] </w:t>
      </w:r>
      <w:r>
        <w:t>memory mein log rakh lete the, quran ko bhi, hadith ko bhi. lekin likhne mein log ziyada tar quran ko likhte the, hadith ko nahi likhte the. yaani nahi ka matlab kam likhte the. is ka matlab nahi ke hadith ko preserve nahi kiya gaya. khoob khoob preserve kiya gaya, lekin woh memory mein. aur quran bhi memory mein preserve kiya gaya tha. aslan sach poochhein to quran bhi memory mein tha, hota tha, hadith bhi memory mein hoti thi.</w:t>
      </w:r>
    </w:p>
    <w:p>
      <w:pPr>
        <w:jc w:val="right"/>
      </w:pPr>
      <w:r>
        <w:t>میموری میں لوگ رکھ لیتے تھے، قرآن کو بھی، حدیث کو بھی۔ لیکن لکھنے میں لوگ زیادہ تر قرآن کو لکھتے تھے، حدیث کو نہیں لکھتے تھے۔ یعنی نہیں کا مطلب کم لکھتے تھے۔ اس کا مطلب نہیں کہ حدیث کو پریزرو نہیں کیا گیا۔ خوب خوب پریزرو کیا گیا، لیکن وہ میموری میں۔ اور قرآن بھی میموری میں پریزرو کیا گیا تھا۔ اصلاً سچ پوچھیں تو قرآن بھی میموری میں تھا، ہوتا تھا، حدیث بھی میموری میں ہوتی تھی۔</w:t>
      </w:r>
    </w:p>
    <w:p>
      <w:r>
        <w:rPr>
          <w:b/>
        </w:rPr>
        <w:t xml:space="preserve">[10:52] </w:t>
      </w:r>
      <w:r>
        <w:t>sirf ek extra, ek extra yeh arrangement kiya gaya tha ke quran ko likha bhi jaye. woh extra arrangement tha. is ka matlab yeh nahi tha ke quran ko to khoob mehfooz kiya aur hadith ko chhod diya. yeh bilkul galat hai jo aisa samajhta hai. is mein ek hikmat thi. yeh bhi shuru mein kiya gaya tha. baat ko ijazat de di aap ne ke likho.</w:t>
      </w:r>
    </w:p>
    <w:p>
      <w:pPr>
        <w:jc w:val="right"/>
      </w:pPr>
      <w:r>
        <w:t>صرف ایک ایکسٹرا، ایک ایکسٹرا یہ ارینجمنٹ کیا گیا تھا کہ قرآن کو لکھا بھی جائے۔ وہ ایکسٹرا ارینجمنٹ تھا۔ اس کا مطلب یہ نہیں تھا کہ قرآن کو تو خوب محفوظ کیا اور حدیث کو چھوڑ دیا۔ یہ بالکل غلط ہے جو ایسا سمجھتا ہے۔ اس میں ایک حکمت تھی۔ یہ بھی شروع میں کیا گیا تھا۔ بات کو اجازت دے دی آپ نے کہ لکھو۔</w:t>
      </w:r>
    </w:p>
    <w:p>
      <w:r>
        <w:rPr>
          <w:b/>
        </w:rPr>
        <w:t xml:space="preserve">[11:22] </w:t>
      </w:r>
      <w:r>
        <w:t>asal mein aisa hai ke pichhli kitabon ka jo tajurba tha, jo experience tha, woh yeh tha ke log isi yaani aasmani kitab ka jo page hota tha, usi mein likh lete the doosri baatein. yaani prophet ki baat, kisi buzurg ki baat, koi interpretation isi mein likh lete the. kyun ke paper bohat ziyada abundantly available nahi tha us zamane mein. aa</w:t>
      </w:r>
    </w:p>
    <w:p>
      <w:pPr>
        <w:jc w:val="right"/>
      </w:pPr>
      <w:r>
        <w:t>اصل میں ایسا ہے کہ پچھلے کتابوں کا جو تجربہ تھا، جو ایکسپیرینس تھا، وہ یہ تھا کہ لوگ اسی یعنی آسمانی کتاب کا جو پیج ہوتا تھا، اسی میں لکھ لیتے تھے دوسری باتیں۔ یعنی پرافٹ کی بات، کسی بزرگ کی بات، کوئی انٹرپریٹیشن اسی میں لکھ لیتے تھے۔ کیونکہ پیپر بہت زیادہ ابینڈنٹلی اویلیبل نہیں تھا اس زمانے میں۔ آ</w:t>
      </w:r>
    </w:p>
    <w:p>
      <w:r>
        <w:rPr>
          <w:b/>
        </w:rPr>
        <w:t xml:space="preserve">[11:52] </w:t>
      </w:r>
      <w:r>
        <w:t>j to aap ram ki ram le lijiye market se. tab woh ek bohat hi yaani scarcely milta tha kaghaz. aaj kal ki tarah se abundantly nahin. to log jo hai kya karte the ke usi mein likh liya. usi ki wajah se pichhli kitabein aisa hai ke us mein sab mein interpolation ho gaya hai. interpolation yaani word of god aur word of mind dono mil gaya hai.</w:t>
      </w:r>
    </w:p>
    <w:p>
      <w:pPr>
        <w:jc w:val="right"/>
      </w:pPr>
      <w:r>
        <w:t>ج تو آپ رم کی رم لے لیجیے مارکیٹ سے۔ تب وہ ایک بہت ہی یعنی اسکیسلی ملتا تھا کاغذ۔ آج کل کی طرح سے ابینڈنٹلی نہیں۔ تو لوگ جو ہے کیا کرتے تھے کہ اسی میں لکھ لیا۔ اسی کی وجہ سے پچھلی کتابیں ایسا ہے کہ اس میں سب میں انٹرپلیشن ہو گیا ہے۔ انٹرپلیشن یعنی ورڈ آف گاڈ اور ورڈ آف مائنڈ دونوں مل گیا ہے۔</w:t>
      </w:r>
    </w:p>
    <w:p>
      <w:r>
        <w:rPr>
          <w:b/>
        </w:rPr>
        <w:t xml:space="preserve">[12:24] </w:t>
      </w:r>
      <w:r>
        <w:t>without any exception sari kitabon ka yeh haal hua. to rasool Allah ne is se bachne ke liye ke aisa na ho quran ke bare mein yeh kaha ke tum la taktabu ani ghair al quran. quran ke siwa kuch aur mujh se na likho. yaani memory mein to khoob rakho is ko jaisa quran ko rakhte ho. lekin mix hone ke dar se aap ne kaha ke</w:t>
      </w:r>
    </w:p>
    <w:p>
      <w:pPr>
        <w:jc w:val="right"/>
      </w:pPr>
      <w:r>
        <w:t>وداؤٹ اینی ایکسیپشن ساری کتابوں کا یہ حال ہوا۔ تو رسول اللہ نے اس سے بچنے کے لیے کہ ایسا نہ ہو قرآن کے بارے میں یہ کہا کہ تم لا تکتبو انی غیر القرآن۔ قرآن کے سوا کچھ اور مجھ سے نہ لکھو۔ یعنی میموری میں تو خوب رکھو اس کو جیسا قرآن کو رکھتے ہو۔ لیکن مکس ہونے کے ڈر سے آپ نے کہا کہ</w:t>
      </w:r>
    </w:p>
    <w:p>
      <w:r>
        <w:rPr>
          <w:b/>
        </w:rPr>
        <w:t xml:space="preserve">[12:55] </w:t>
      </w:r>
      <w:r>
        <w:t>likhne ke mamle mein quran hi ko likho. aur yeh achhi tarah samajh lijiye ke likhne ka matlab yeh nahi tha ke quran jo hai mehfooz nahi tha. quran isi tarah memory mehfooz tha jis tarah se hadees memory mehfooz thi. yeh sirf extra arrangement tha ke likh bhi liya jaye taake zara sa bhi koi shubah na rahe is ke mehfooz hone ka. to yeh ek temporary maslehat thi jis ki wajah se hadees ko</w:t>
      </w:r>
    </w:p>
    <w:p>
      <w:pPr>
        <w:jc w:val="right"/>
      </w:pPr>
      <w:r>
        <w:t>لکھنے کے معاملے میں قرآن ہی کو لکھو۔ اور یہ اچھی طرح سمجھ لیجیے کہ لکھنے کا مطلب یہ نہیں تھا کہ قرآن جو ہے محفوظ نہیں تھا۔ قرآن اسی طرح میموری محفوظ تھا جس طرح سے حدیث میموری محفوظ تھی۔ یہ صرف ایکسٹرا ارینجمنٹ تھا کہ لکھ بھی لیا جائے تاکہ ذرا سا بھی کوئی شبہ نہ رہے اس کے محفوظ ہونے کا۔ تو یہ ایک ٹیمپریری مصلحت تھی جس کی وجہ سے حدیث کو</w:t>
      </w:r>
    </w:p>
    <w:p>
      <w:r>
        <w:rPr>
          <w:b/>
        </w:rPr>
        <w:t xml:space="preserve">[13:25] </w:t>
      </w:r>
      <w:r>
        <w:t>shuru shuru mein likhne ka ehtimam nahi kiya gaya. agarchay baat ko kiya gaya. to yeh kuch log is galatfehmi mein hain ke hadees jo hai woh zyada authentic nahi hai, quran authentic hai. yeh bohat galatfehmi ki baat hai. yeh misunderstanding hai. is ki zyada ahmiyat nahi hai.</w:t>
      </w:r>
    </w:p>
    <w:p>
      <w:pPr>
        <w:jc w:val="right"/>
      </w:pPr>
      <w:r>
        <w:t>شروع شروع میں لکھنے کا اہتمام نہیں کیا گیا۔ اگرچہ بات کو کیا گیا۔ تو یہ کچھ لوگ اس غلط فہمی میں ہیں کہ حدیث جو ہے وہ زیادہ اتھینٹک نہیں ہے، قرآن اتھینٹک ہے۔ یہ بہت غلط فہمی کی بات ہے۔ یہ مس انڈرسٹینڈنگ ہے۔ اس کی زیادہ اہمیت نہیں ہے۔</w:t>
      </w:r>
    </w:p>
    <w:p>
      <w:r>
        <w:rPr>
          <w:b/>
        </w:rPr>
        <w:t xml:space="preserve">[13:58] </w:t>
      </w:r>
      <w:r>
        <w:t>abhi jo maine aap ke samne kaha ke jis ghar mein hadees ki kitab ho to goya ke aadmi wahan is position mein hai ke prophet se is ka conversation ho sake. to main samajhta hoon ke yeh literally sahi hai. har ek aap mein se is ka tajurba kar sakta hai. ab mujh ko bar bar is ka tajurba hua hai. kyunke jab main parhta hoon hadees ki kitab ko</w:t>
      </w:r>
    </w:p>
    <w:p>
      <w:pPr>
        <w:jc w:val="right"/>
      </w:pPr>
      <w:r>
        <w:t>ابھی جو میں نے آپ کے سامنے کہا کہ جس گھر میں حدیث کی کتاب ہو تو گویا کہ آدمی وہاں اس پوزیشن میں ہے کہ پرافٹ سے اس کا کنورسیشن ہو سکے۔ تو میں سمجھتا ہوں کہ یہ لٹرلی صحیح ہے۔ ہر ایک آپ میں سے اس کا تجربہ کر سکتا ہے۔ اب مجھ کو بار بار اس کا تجربہ ہوا ہے۔ کیونکہ جب میں پڑھتا ہوں حدیث کی کتاب کو</w:t>
      </w:r>
    </w:p>
    <w:p>
      <w:r>
        <w:rPr>
          <w:b/>
        </w:rPr>
        <w:t xml:space="preserve">[14:28] </w:t>
      </w:r>
      <w:r>
        <w:t>to sach mein mujhe aisa lagta hai ke main prophet ki meeting ho rahi hai, main baitha hua hoon aur aap ki baatein sun raha hoon. aisa bhi hota hai ke jise main pooch raha hoon, aap jawab de rahe hain is ka. aisa bhi hota hai. jaise ke ek bar ek bohat hi mujh par ek tajurba guzra jis ko shayad maine yahan bayan bhi kiya ho ke bohat pehle</w:t>
      </w:r>
    </w:p>
    <w:p>
      <w:pPr>
        <w:jc w:val="right"/>
      </w:pPr>
      <w:r>
        <w:t>تو سچ میں مجھے ایسا لگتا ہے کہ میں پرافٹ کی میٹنگ ہو رہی ہے، میں بیٹھا ہوا ہوں اور آپ کی باتیں سن رہا ہوں۔ ایسا بھی ہوتا ہے کہ جسے میں پوچھ رہا ہوں، آپ جواب دے رہے ہیں اس کا۔ ایسا بھی ہوتا ہے۔ جیسے کہ ایک بار ایک بہت ہی مجھ پر ایک تجربہ گزرا جس کو شاید میں نے یہاں بیان بھی کیا ہو کہ بہت پہلے</w:t>
      </w:r>
    </w:p>
    <w:p>
      <w:r>
        <w:rPr>
          <w:b/>
        </w:rPr>
        <w:t xml:space="preserve">[14:59] </w:t>
      </w:r>
      <w:r>
        <w:t>jab mere mind mein yeh aaya ke mujhe yeh mission shuru karna chahiye to us waqt main apne ko lonely feel karta tha. to ek tarah ka dil mein doubt tha ke main kaise shuru karoon? kya hoga? kya nahi hoga? akele itna bara mission kaise shuru kar doon? to yeh mujhe aisa laga ke direct taur par mujhe is ka jawab mila hadees ki kitab</w:t>
      </w:r>
    </w:p>
    <w:p>
      <w:pPr>
        <w:jc w:val="right"/>
      </w:pPr>
      <w:r>
        <w:t>جب میرے مائنڈ میں یہ آیا کہ مجھے یہ مشن شروع کرنا چاہیے تو اس وقت میں اپنے کو لونلی فیل کرتا تھا۔ تو ایک طرح کا دل میں ڈاؤٹ تھا کہ میں کیسے شروع کروں؟ کیا ہوگا؟ کیا نہیں ہوگا؟ اکیلے اتنا بڑا مشن کیسے شروع کر دوں؟ تو یہ مجھے ایسا لگا کہ ڈائریکٹ طور پر مجھے اس کا جواب ملا حدیث کی کتاب</w:t>
      </w:r>
    </w:p>
    <w:p>
      <w:r>
        <w:rPr>
          <w:b/>
        </w:rPr>
        <w:t xml:space="preserve">[15:30] </w:t>
      </w:r>
      <w:r>
        <w:t>se. direct jaise ke main pooch raha hoon aur prophet mujhe is ka answer de rahe hain is hadees ki shakal mein. woh hadees yeh thi ke jab yeh hadees mere samne aayi to mujhe laga ke prophet se, prophet ki taraf se mujhe is ka answer mil gaya. wahin par maine faisla kar liya. woh tha yeh ke man jala alham wahidan ka</w:t>
      </w:r>
    </w:p>
    <w:p>
      <w:pPr>
        <w:jc w:val="right"/>
      </w:pPr>
      <w:r>
        <w:t>سے۔ ڈائریکٹ جیسے کہ میں پوچھ رہا ہوں اور پرافٹ مجھے اس کا انسر دے رہے ہیں اس حدیث کی شکل میں۔ وہ حدیث یہ تھی کہ جب یہ حدیث میرے سامنے آئی تو مجھے لگا کہ پرافٹ سے، پرافٹ کی طرف سے مجھے اس کا انسر مل گیا۔ وہیں پر میں نے فیصلہ کر لیا۔ وہ تھا یہ کہ من جال الہم واحدا ک</w:t>
      </w:r>
    </w:p>
    <w:p>
      <w:r>
        <w:rPr>
          <w:b/>
        </w:rPr>
        <w:t xml:space="preserve">[16:00] </w:t>
      </w:r>
      <w:r>
        <w:t>fa allahu anhum bid dunya. is ka matlab yeh hai ke jo aadmi akhirat ko apna concern bana le, akhirat hi ko sirf akhirat hi ko apna concern bana le to kya hoga? khuda is ke dunya ke mamlaat mein woh</w:t>
      </w:r>
    </w:p>
    <w:p>
      <w:pPr>
        <w:jc w:val="right"/>
      </w:pPr>
      <w:r>
        <w:t>فاہ اللہ عنہم بالدنیا۔ اس کا مطلب یہ ہے کہ جو آدمی آخرت کو اپنا کنسرن بنا لے، آخرت ہی کو صرف آخرت ہی کو اپنا کنسرن بنا لے تو کیا ہوگا؟ خدا اس کے دنیا کے معاملات میں وہ</w:t>
      </w:r>
    </w:p>
    <w:p>
      <w:r>
        <w:rPr>
          <w:b/>
        </w:rPr>
        <w:t xml:space="preserve">[16:31] </w:t>
      </w:r>
      <w:r>
        <w:t>us ke liye kafi ho jayega. zahir hai ke is tarah ka mission chalane mein yeh andesha hota hai ke dunya ke jo mamlaat hain, jo worldly affairs hain, woh kaise kiya hoga is mein ke hum to apne ko laga denge yani akhirat ke mamle mein to dunya ki baatein jo hain, dunya ki cheezein jo hain, dunya ke mamlaat hain, un mein kya banega? to is hadees mein aap ne bataya ke man jala alham wahidan kafah allahu anhum bid dunya</w:t>
      </w:r>
    </w:p>
    <w:p>
      <w:pPr>
        <w:jc w:val="right"/>
      </w:pPr>
      <w:r>
        <w:t>اس کے لیے کافی ہو جائے گا۔ ظاہر ہے کہ اس طرح کا مشن چلانے میں یہ اندیشہ ہوتا ہے کہ دنیا کے جو معاملات ہیں، جو ورلڈلی افیئرز ہیں، وہ کیسے کیا ہوگا اس میں کہ ہم تو اپنے کو لگا دیں گے یعنی آخرت کے معاملے میں تو دنیا کی باتیں جو ہیں، دنیا کی چیزیں جو ہیں، دنیا کے معاملات ہیں، ان میں کیا بنے گا؟ تو اس حدیث میں آپ نے بتایا کہ من جال الہم واحدا کفاہ اللہ عنہم بالدنیا</w:t>
      </w:r>
    </w:p>
    <w:p>
      <w:r>
        <w:rPr>
          <w:b/>
        </w:rPr>
        <w:t xml:space="preserve">[17:02] </w:t>
      </w:r>
      <w:r>
        <w:t>ke tum akhirat ko apna concern bana lo, khuda tumhari dunya ko apna concern bana lega. tum akhirat ko apna concern bana lo aur khuda tumhari dunya ko apna concern bana lega. isi waqt maine faisla kar liya aur khuda ke fazl se main samajhta hoon ke mujhe yaqeen hai ke yeh rasool Allah ne yani ki taraf se mujhe yeh</w:t>
      </w:r>
    </w:p>
    <w:p>
      <w:pPr>
        <w:jc w:val="right"/>
      </w:pPr>
      <w:r>
        <w:t>کہ تم آخرت کو اپنا کنسرن بنا لو، خدا تمہاری دنیا کو اپنا کنسرن بنا لے گا۔ تم آخرت کو اپنا کنسرن بنا لو اور خدا تمہاری دنیا کو اپنا کنسرن بنا لے گا۔ اسی وقت میں نے فیصلہ کر لیا اور خدا کے فضل سے میں سمجھتا ہوں کہ مجھے یقین ہے کہ یہ رسول اللہ نے یعنی کی طرف سے مجھے یہ</w:t>
      </w:r>
    </w:p>
    <w:p>
      <w:r>
        <w:rPr>
          <w:b/>
        </w:rPr>
        <w:t xml:space="preserve">[17:32] </w:t>
      </w:r>
      <w:r>
        <w:t>koi rehnumai mili jo bilkul sahi rehnumai thi. dekhiye, hadees ke mamle mein aap logon ne baatein suni hongi ke bohat se log inkar karte hain hadees ka. hadees authentic nahi hai, yeh nahi, woh nahi. bohat si baatein suntay hongay aap. yeh sab bohat hi galat baatein hain, sirf nasamjhi ki wajah se hain. ek qaul hai arabi zaban mein: al nasu idha ma jahilu, al nasu idha ma jahilu.</w:t>
      </w:r>
    </w:p>
    <w:p>
      <w:pPr>
        <w:jc w:val="right"/>
      </w:pPr>
      <w:r>
        <w:t>کوئی رہنمائی ملی جو بالکل صحیح رہنمائی تھی۔ دیکھیے، حدیث کے معاملے میں آپ لوگوں نے باتیں سنی ہوں گی کہ بہت سے لوگ انکار کرتے ہیں حدیث کا۔ حدیث اتھینٹک نہیں ہے، یہ نہیں، وہ نہیں۔ بہت سی باتیں سنتے ہوں گے آپ۔ یہ سب بہت ہی غلط باتیں ہیں، صرف ناسمجھی کی وجہ سے ہیں۔ ایک قول ہے عربی زبان میں: الناس ادا ما جہلو، الناس ادا ما جہلو۔</w:t>
      </w:r>
    </w:p>
    <w:p>
      <w:r>
        <w:rPr>
          <w:b/>
        </w:rPr>
        <w:t xml:space="preserve">[18:02] </w:t>
      </w:r>
      <w:r>
        <w:t>log is cheez ke dushman ban jate hain jis ko woh samajh na payein. yani apni be samjhi ki wajah se is ko, apni be samjhi ki wajah se is ke khilaf ho jate hain. to yahi is mamle mein hai. main aap ko misaal doon. ek bohat bare scholar jo hadees ko yeh mante thay, ab un ka death ho</w:t>
      </w:r>
    </w:p>
    <w:p>
      <w:pPr>
        <w:jc w:val="right"/>
      </w:pPr>
      <w:r>
        <w:t>لوگ اس چیز کے دشمن بن جاتے ہیں جس کو وہ سمجھ نہ پائیں۔ یعنی اپنی بے سمجھی کی وجہ سے اس کو، اپنی بے سمجھی کی وجہ سے اس کے خلاف ہو جاتے ہیں۔ تو یہی اس معاملے میں ہے۔ میں آپ کو مثال دوں۔ ایک بہت بڑے اسکالر جو حدیث کو یہ مانتے تھے، اب ان کا ڈیتھ ہو</w:t>
      </w:r>
    </w:p>
    <w:p>
      <w:r>
        <w:rPr>
          <w:b/>
        </w:rPr>
        <w:t xml:space="preserve">[18:32] </w:t>
      </w:r>
      <w:r>
        <w:t>chuka hai ke hadees jo hai authentic nahi hai, sirf quran jo hai usi se hamein apne liye hidayat ya rehnumai lena chahiye. to unhon ne kiya kaha? kuch hadeesein unhon ne batayi aisi ke is mein se ek hadees yeh thi ke in</w:t>
      </w:r>
    </w:p>
    <w:p>
      <w:pPr>
        <w:jc w:val="right"/>
      </w:pPr>
      <w:r>
        <w:t>چکی ہے کہ حدیث جو ہے اتھینٹک نہیں ہے، صرف قرآن جو ہے اسی سے ہمیں اپنے لیے ہدایت یا رہنمائی لینا چاہیے۔ تو انہوں نے کیا کہا؟ کچھ حدیثیں انہوں نے بتائی ایسی کہ اس میں سے ایک حدیث یہ تھی کہ ان</w:t>
      </w:r>
    </w:p>
    <w:p>
      <w:r>
        <w:rPr>
          <w:b/>
        </w:rPr>
        <w:t xml:space="preserve">[19:03] </w:t>
      </w:r>
      <w:r>
        <w:t>al harru min faihi jahannam. ek hadees hai garmi ke zamane mein. aap jante hain arab mein bari sakht garmi padti hai, bohat sakht. ab to hamare india mein bhi bari sakht garmi padne lagi hai. to aap ne farmaya: al harru min faihi jahannam ke garmi</w:t>
      </w:r>
    </w:p>
    <w:p>
      <w:pPr>
        <w:jc w:val="right"/>
      </w:pPr>
      <w:r>
        <w:t>الحر من فیح جہنم۔ ایک حدیث ہے گرمی کے زمانے میں۔ آپ جانتے ہیں عرب میں بڑی سخت گرمی پڑتی ہے، بہت سخت۔ اب تو ہمارے انڈیا میں بھی بڑی سخت گرمی پڑنے لگی ہے۔ تو آپ نے فرمایا: ان الحر من فیح جہنم کہ گرمی</w:t>
      </w:r>
    </w:p>
    <w:p>
      <w:r>
        <w:rPr>
          <w:b/>
        </w:rPr>
        <w:t xml:space="preserve">[19:33] </w:t>
      </w:r>
      <w:r>
        <w:t>jo hai, sakht garmi yeh jahannam ki saans ki wajah se hai. yani jahannam jab exhale karti hai, dunya mein garmi padti hai, jab inhale karti hai to thandak aa jati hai. to is ko le kar unhon ne kaha ke yeh to bilkul galat baat hai ke jahannam ki wajah se sardi garmi aati hai. dekhiye, yeh hai symbolic</w:t>
      </w:r>
    </w:p>
    <w:p>
      <w:pPr>
        <w:jc w:val="right"/>
      </w:pPr>
      <w:r>
        <w:t>جو ہے، سخت گرمی یہ جہنم کی سانس کی وجہ سے ہے۔ یعنی جہنم جب ایکس ہیل کرتی ہے، دنیا میں گرمی پڑتی ہے، جب ان ہیل کرتی ہے تو ٹھنڈک آ جاتی ہے۔ تو اس کو لے کر انہوں نے کہا کہ یہ تو بالکل غلط بات ہے کہ جہنم کی وجہ سے سردی گرمی آتی ہے۔ دیکھیے، یہ ہے سمبولک</w:t>
      </w:r>
    </w:p>
    <w:p>
      <w:r>
        <w:rPr>
          <w:b/>
        </w:rPr>
        <w:t xml:space="preserve">[20:03] </w:t>
      </w:r>
      <w:r>
        <w:t>language. simply si baat yeh thi un ki galti ke is ko woh symbolic language hai, yeh nahi samajh paye. is ka matlab yeh nahi ke literally aisa hi hota hai. aap ne darasal yaad dilaya ke jahannam kitni sakht hogi. is ki saans se jo hawa nikli, woh itni garam lagti hai tum ko. to haqeeqi jahannam kitni sakht hogi.</w:t>
      </w:r>
    </w:p>
    <w:p>
      <w:pPr>
        <w:jc w:val="right"/>
      </w:pPr>
      <w:r>
        <w:t>لینگویج۔ سمپلی سی بات یہ تھی ان کی غلطی کہ اس کو وہ سمبولک لینگویج ہے، یہ نہیں سمجھ پائے۔ اس کا مطلب یہ نہیں کہ لٹرلی ایسا ہی ہوتا ہے۔ آپ نے دراصل یاد دلایا کہ جہنم کتنی سخت ہوگی۔ اس کی سانس سے جو ہوا نکلی، وہ اتنی گرم لگتی ہے تم کو۔ تو حقیقی جہنم کتنی سخت ہوگی۔</w:t>
      </w:r>
    </w:p>
    <w:p>
      <w:r>
        <w:rPr>
          <w:b/>
        </w:rPr>
        <w:t xml:space="preserve">[20:36] </w:t>
      </w:r>
      <w:r>
        <w:t>akbar ilahabadi ne kaha tha may june ke bare mein ke parde jo koi phoonk ke is mein tha ke chhale pad jayein. yani aadmi ke upar chhale pad jayein. parde jo koi phoonk ke april may june, april may june koi phoonk de to chhale pad jayenge body mein. to yeh zahir hai ke woh bhi ek tamseel ki zuban thi. to rasool Allah ne jab yeh kaha ke</w:t>
      </w:r>
    </w:p>
    <w:p>
      <w:pPr>
        <w:jc w:val="right"/>
      </w:pPr>
      <w:r>
        <w:t>اکبر الہ آبادی نے کہا تھا مئی جون کے بارے میں کہ پردے جو کوئی پھونک کے اس میں تھا کہ چھالے پڑ جائیں۔ یعنی آدمی کے اوپر چھالے پڑ جائیں۔ پردے جو کوئی پھونک کے اپریل مئی جون، اپریل مئی جون کوئی پھونک دے تو چھالے پڑ جائیں گے باڈی میں۔ تو یہ ظاہر ہے کہ وہ بھی ایک تمثیل کی زبان تھی۔ تو رسول اللہ نے جب یہ کہا کہ</w:t>
      </w:r>
    </w:p>
    <w:p>
      <w:r>
        <w:rPr>
          <w:b/>
        </w:rPr>
        <w:t xml:space="preserve">[21:06] </w:t>
      </w:r>
      <w:r>
        <w:t>garmi jahannam ki saans ki wajah se hai, yani jahannam jab exhale karti hai to dunya mein garmi aa jati hai. yeh tha symbolic language. symbolic language ka matlab yeh tha ke aap ne garmi ke waqeye ko le kar jahannam ki sakhti ko bataya ke dekho, is sakhti ko, is garmi ko, is shiddat ko, is se tum qayas kar sakte ho ke</w:t>
      </w:r>
    </w:p>
    <w:p>
      <w:pPr>
        <w:jc w:val="right"/>
      </w:pPr>
      <w:r>
        <w:t>گرمی جہنم کی سانس کی وجہ سے ہے، یعنی جہنم جب ایکس ہیل کرتی ہے تو دنیا میں گرمی آ جاتی ہے۔ یہ تھا سمبولک لینگویج۔ سمبولک لینگویج کا مطلب یہ تھا کہ آپ نے گرمی کے واقعے کو لے کر جہنم کی سختی کو بتایا کہ دیکھو، اس سختی کو، اس گرمی کو، اس شدت کو، اس سے تم قیاس کر سکتے ہو کہ</w:t>
      </w:r>
    </w:p>
    <w:p>
      <w:r>
        <w:rPr>
          <w:b/>
        </w:rPr>
        <w:t xml:space="preserve">[21:36] </w:t>
      </w:r>
      <w:r>
        <w:t>jahannam ki garmi kitni sakht hogi. kaise is ko bardasht karoge? goya ke abhi se tayyari karo ke maut ke baad tum ko khuda ki pakad se tum bach jao aur tum ko jahannam mein na jana pade. to yeh dawat thi. yeh garmi aur sardi ka masla nahi bayan kiya gaya tha. yani yeh ka matlab yeh nahi tha ke aap garmi aur sardi ke science bata rahe hain.</w:t>
      </w:r>
    </w:p>
    <w:p>
      <w:pPr>
        <w:jc w:val="right"/>
      </w:pPr>
      <w:r>
        <w:t>جہنم کی گرمی کتنی سخت ہوگی۔ کیسے اس کو برداشت کرو گے؟ گویا کہ ابھی سے تیاری کرو کہ موت کے بعد تم کو خدا کی پکڑ سے تم بچ جاؤ اور تم کو جہنم میں نہ جانا پڑے۔ تو یہ دعوت تھی۔ یہ گرمی اور سردی کا مسئلہ نہیں بیان کیا گیا تھا۔ یعنی یہ کا مطلب یہ نہیں تھا کہ آپ گرمی اور سردی کے سائنس بتا رہے ہیں۔</w:t>
      </w:r>
    </w:p>
    <w:p>
      <w:r>
        <w:rPr>
          <w:b/>
        </w:rPr>
        <w:t xml:space="preserve">[22:06] </w:t>
      </w:r>
      <w:r>
        <w:t>aisa nahi tha. balkay woh dawat ki zuban thi. aur daai kai bar aisa hota hai ke symbolic language istemal karta hai. aise hi ek hadees hai, us ko bhi ajeeb ghareeb maani nikale gaye hain. ek hadees hai ke Allah taala ne dekha ke ek bande ko woh museebat</w:t>
      </w:r>
    </w:p>
    <w:p>
      <w:pPr>
        <w:jc w:val="right"/>
      </w:pPr>
      <w:r>
        <w:t>ایسا نہیں تھا۔ بلکہ وہ دعوت کی زبان تھی۔ اور داعی کئی بار ایسا ہوتا ہے کہ سمبولک لینگویج استعمال کرتا ہے۔ ایسے ہی ایک حدیث ہے، اس کو بھی عجیب غریب معنی نکالے گئے ہیں۔ ایک حدیث ہے کہ اللہ تعالی نے دیکھا کہ ایک بندے کو وہ مصیبت</w:t>
      </w:r>
    </w:p>
    <w:p>
      <w:r>
        <w:rPr>
          <w:b/>
        </w:rPr>
        <w:t xml:space="preserve">[22:36] </w:t>
      </w:r>
      <w:r>
        <w:t>mein hai aur dua kar raha hai. gadgad kar, gadgad kar dua kar raha hai. museebat ke waqt jo aadmi pukarta hai aur bohat hi us ke pukar mein bohat zyada yani dard hota hai, to is tarah se woh pukar raha tha Allah taala ko, dua kar raha tha. to hadees mein hai ke Allah taala ne Jibrael se kaha ke aye Jibrael, us ke museebat ko door karne mein der karo.</w:t>
      </w:r>
    </w:p>
    <w:p>
      <w:pPr>
        <w:jc w:val="right"/>
      </w:pPr>
      <w:r>
        <w:t>میں ہے اور دعا کر رہا ہے۔ گڑگڑا کر، گڑگڑا کر دعا کر رہا ہے۔ مصیبت کے وقت جو آدمی پکارتا ہے اور بہت ہی اس کے پکار میں بہت زیادہ یعنی درد ہوتا ہے، تو اس طرح سے وہ پکار رہا تھا اللہ تعالی کو، دعا کر رہا تھا۔ تو حدیث میں ہے کہ اللہ تعالی نے جبرائیل سے کہا کہ اے جبرائیل، اس کے مصیبت کو دور کرنے میں دیر کرو۔</w:t>
      </w:r>
    </w:p>
    <w:p>
      <w:r>
        <w:rPr>
          <w:b/>
        </w:rPr>
        <w:t xml:space="preserve">[23:07] </w:t>
      </w:r>
      <w:r>
        <w:t>abhi us ki museebat ko khatam na karo. kyunke ana uhibbuhu, kyunke mujhe pasand hai us ki awaz. ana uhibbuhu, matlab woh jo gham mein hai, museebat mein hai, pukar raha hai, to us ki awaz mujhe pasand hai, is liye us ki museebat door na karo aur kuch der us ko museebat mein rehne do. ab is se kya nikal liya ke dekho, khuda jo hai pasand karta hai ke log museebaton mein jiyein, un ki</w:t>
      </w:r>
    </w:p>
    <w:p>
      <w:pPr>
        <w:jc w:val="right"/>
      </w:pPr>
      <w:r>
        <w:t>ابھی اس کی مصیبت کو ختم نہ کرو۔ کیونکہ انا احبہ، کیونکہ مجھے پسند ہے اس کی آواز۔ انا احبہ، مطلب وہ جو غم میں ہے، مصیبت میں ہے، پکار رہا ہے، تو اس کی آواز مجھے پسند ہے، اس لیے اس کی مصیبت دور نہ کرو اور کچھ دیر اس کو مصیبت میں رہنے دو۔ اب اس سے کیا نکال لیا کہ دیکھو، خدا جو ہے پسند کرتا ہے کہ لوگ مصیبتوں میں جئیں، ان کی</w:t>
      </w:r>
    </w:p>
    <w:p>
      <w:r>
        <w:rPr>
          <w:b/>
        </w:rPr>
        <w:t xml:space="preserve">[23:37] </w:t>
      </w:r>
      <w:r>
        <w:t>museebatein khatam na hon. dekhiye, yeh matlab nahi hai is ka. yeh bhi symbolic language hai. aur is mein asal mein ek aur haqeeqat ki taraf ishara kiya gaya hai. woh kya? aap jante hain ke jab aadmi, ek aadmi jis ko museebatein na padein, affluence mein jiye, us ki awaz mein dard nahi hota. us ki awaz, awaz mein ek karapann hota hai. us ki awaz mein ek be hsi</w:t>
      </w:r>
    </w:p>
    <w:p>
      <w:pPr>
        <w:jc w:val="right"/>
      </w:pPr>
      <w:r>
        <w:t>مصیبتیں ختم نہ ہوں۔ دیکھیے، یہ مطلب نہیں ہے اس کا۔ یہ بھی سمبولک لینگویج ہے۔ اور اس میں اصل میں ایک اور حقیقت کی طرف اشارہ کیا گیا ہے۔ وہ کیا؟ آپ جانتے ہیں کہ جب آدمی، ایک آدمی جس کو مصیبتیں نہ پڑیں، افلوئنس میں جیے، اس کی آواز میں درد نہیں ہوتا۔ اس کی آواز، آواز میں ایک کڑاپن ہوتا ہے۔ اس کی آواز میں ایک بے حسی</w:t>
      </w:r>
    </w:p>
    <w:p>
      <w:r>
        <w:rPr>
          <w:b/>
        </w:rPr>
        <w:t xml:space="preserve">[24:07] </w:t>
      </w:r>
      <w:r>
        <w:t>aur be dardi ka andaaz hota hai. lekin jis aadmi par museebatein padein, to us ki awaz mein nermi aati hai, soz aata hai. us ki awaz mein ek ajeeb ek khinchao paida ho jata hai. yeh ek maloom baat hai, aap is ko har aadmi samajh sakta hai ke museebat mein phanse hue aadmi ki awaz mein</w:t>
      </w:r>
    </w:p>
    <w:p>
      <w:pPr>
        <w:jc w:val="right"/>
      </w:pPr>
      <w:r>
        <w:t>اور بے دردی کا انداز ہوتا ہے۔ لیکن جس آدمی پر مصیبتیں پڑیں، تو اس کی آواز میں نرمی آتی ہے، سوز آتا ہے۔ اس کی آواز میں ایک عجیب ایک کھنچاؤ پیدا ہو جاتا ہے۔ یہ ایک معلوم بات ہے، آپ اس کو ہر آدمی سمجھ سکتا ہے کہ مصیبت میں پھنسے ہوئے آدمی کی آواز میں</w:t>
      </w:r>
    </w:p>
    <w:p>
      <w:r>
        <w:rPr>
          <w:b/>
        </w:rPr>
        <w:t xml:space="preserve">[24:40] </w:t>
      </w:r>
      <w:r>
        <w:t>soz hota hai, kashish hoti hai. aur jo aadmi jiye affluence mein, us ki awaz mein kashish nahi hoti, us ki awaz mein soz nahi hota. yahi baat jo angrezi ka shayar hai, Shelley, us ne kahi thi in lafzon mein ke "our sweetest songs are those that are sideast song" yani sab se meethe naghme woh hain jo sab se zyada</w:t>
      </w:r>
    </w:p>
    <w:p>
      <w:pPr>
        <w:jc w:val="right"/>
      </w:pPr>
      <w:r>
        <w:t>سوز ہوتا ہے، کشش ہوتی ہے۔ اور جو آدمی جیتا ہو افلوئنس میں، اس کی آواز میں کشش نہیں ہوتی، اس کی آواز میں سوز نہیں ہوتا۔ یہی بات جو انگریزی کا شاعر ہے، شیلے، اس نے کہی تھی ان لفظوں میں کہ "اورس سویٹسٹ سونگز ار دو دیٹ ار سائیڈسٹ سونگ" یعنی سب سے میٹھے نغمے وہ ہیں جو سب سے زیادہ</w:t>
      </w:r>
    </w:p>
    <w:p>
      <w:r>
        <w:rPr>
          <w:b/>
        </w:rPr>
        <w:t xml:space="preserve">[25:12] </w:t>
      </w:r>
      <w:r>
        <w:t>ghamnak naghme hain. jin naghmon mein gham ghul gaya ho, us ki mithas bohat badh jati hai. yahi haqeeqat hai jo aap sab log jante hain. is hadees mein batayi gayi hai ke us ki awaz mein aur soz paida hone do, us ki awaz mein aur yani gehrai paida hone do. yeh matlab hai is ka. aise hi ek hadees</w:t>
      </w:r>
    </w:p>
    <w:p>
      <w:pPr>
        <w:jc w:val="right"/>
      </w:pPr>
      <w:r>
        <w:t>غمناک نغمے ہیں۔ جن نغموں میں غم گھل گیا ہو، اس کی مٹھاس بہت بڑھ جاتی ہے۔ یہی حقیقت ہے جو آپ سب لوگ جانتے ہیں۔ اس حدیث میں بتائی گئی ہے کہ اس کی آواز میں اور سوز پیدا ہونے دو، اس کی آواز میں اور یعنی گہرائی پیدا ہونے دو۔ یہ مطلب ہے اس کا۔ ایسے ہی ایک حدیث</w:t>
      </w:r>
    </w:p>
    <w:p>
      <w:r>
        <w:rPr>
          <w:b/>
        </w:rPr>
        <w:t xml:space="preserve">[25:42] </w:t>
      </w:r>
      <w:r>
        <w:t>hai ke jab aadmi koi burai karta hai to us ke dil par ek dhabba aa jata hai, nuqta-e-suda, ek kala dhabba aa jata hai. is ka matlab yeh nahi ke sach much dil kala ho jata hai. is mein yeh hai hadith mein ke jab bar bar dhabbe padte hain, bohat burai karta rehta hai aadmi to sara dil kala ho jata hai.</w:t>
      </w:r>
    </w:p>
    <w:p>
      <w:pPr>
        <w:jc w:val="right"/>
      </w:pPr>
      <w:r>
        <w:t>ہے کہ جب آدمی کوئی برائی کرتا ہے تو اس کے دل پر ایک دھبہ آ جاتا ہے، نقطۃ سودا، ایک کالا دھبہ آ جاتا ہے۔ اس کا مطلب یہ نہیں کہ سچ مچ دل کالا ہو جاتا ہے۔ اس میں یہ ہے حدیث میں کہ جب بار بار دھبے پڑتے ہیں، بہت برائی کرتا رہتا ہے آدمی تو سارا دل کالا ہو جاتا ہے۔</w:t>
      </w:r>
    </w:p>
    <w:p>
      <w:r>
        <w:rPr>
          <w:b/>
        </w:rPr>
        <w:t xml:space="preserve">[26:12] </w:t>
      </w:r>
      <w:r>
        <w:t>dekhiye, yeh bhi tamseel ki zaban hai. kala ka matlab nahi ke sach much woh dil kala ho jata hai. aisa nahi hai. matlab hai ke be-hiss ho jata hai, insensitive ho jata hai. insensitivity ko yahan kale dhabbe ke taur par bayan kiya gaya hai. to burai karte karte aadmi par woh waqt aata hai jab ke us ke andar achhai karne ki speed hi khatam ho jati hai. kyunke aap jante hain ke sab se ahem cheez hai</w:t>
      </w:r>
    </w:p>
    <w:p>
      <w:pPr>
        <w:jc w:val="right"/>
      </w:pPr>
      <w:r>
        <w:t>دیکھیے، یہ بھی تمثیل کی زبان ہے۔ کالا کا مطلب نہیں کہ سچ مچ وہ دل کالا ہو جاتا ہے۔ ایسا نہیں ہے۔ مطلب ہے کہ بے حس ہو جاتا ہے، ان سینسٹیو ہو جاتا ہے۔ ان سینسٹیوٹی کو یہاں کالے دھبے کے طور پر بیان کیا گیا ہے۔ تو برائی کرتے کرتے آدمی پر وہ وقت آتا ہے جب کہ اس کے اندر اچھائی کرنے کی اسپیڈ ہی ختم ہو جاتی ہے۔ کیونکہ آپ جانتے ہیں کہ سب سے اہم چیز ہے</w:t>
      </w:r>
    </w:p>
    <w:p>
      <w:r>
        <w:rPr>
          <w:b/>
        </w:rPr>
        <w:t xml:space="preserve">[26:43] </w:t>
      </w:r>
      <w:r>
        <w:t>sensitivity. agar aadmi sensitive hoga tab woh achhe kaam karega. kyunke burai se us ko burai karna us ko achha nahi lagega. jitna zyada aadmi sensitive hoga, utni zyada woh burai se bachega. aur jitna zyada woh insensitive hoga, utni hi burai us ke liye khel ban jayegi. burai kar ke woh us ko koi pareshani nahi hogi. to is hadith mein</w:t>
      </w:r>
    </w:p>
    <w:p>
      <w:pPr>
        <w:jc w:val="right"/>
      </w:pPr>
      <w:r>
        <w:t>سینسٹیوٹی۔ اگر آدمی سینسٹیو ہوگا تب وہ اچھے کام کرے گا۔ کیونکہ برائی سے اس کو برائی کرنا اس کو اچھا نہیں لگے گا۔ جتنا زیادہ آدمی سینسٹیو ہوگا، اتنی زیادہ وہ برائی سے بچے گا۔ اور جتنا زیادہ وہ ان سینسٹیو ہوگا، اتنی ہی برائی اس کے لیے کھیل بن جائے گی۔ برائی کر کے وہ اس کو کوئی پریشانی نہیں ہوگی۔ تو اس حدیث میں</w:t>
      </w:r>
    </w:p>
    <w:p>
      <w:r>
        <w:rPr>
          <w:b/>
        </w:rPr>
        <w:t xml:space="preserve">[27:14] </w:t>
      </w:r>
      <w:r>
        <w:t>yahi baat batai gayi hai. jaisa ke maine arz kiya ke hadith jo hai aam tarz ki kitab nahi hai, balke woh yaani woh ek collection hai, bohat sare aisi baaton ka is mein lesson hai, is mein sabaq hai. woh sabaq ki kitab hai, book of lessons hai. sari sari hadith isi liye ek ek aalim ne ek kitab, ek</w:t>
      </w:r>
    </w:p>
    <w:p>
      <w:pPr>
        <w:jc w:val="right"/>
      </w:pPr>
      <w:r>
        <w:t>یہی بات بتائی گئی ہے۔ جیسا کہ میں نے عرض کیا کہ حدیث جو ہے عام طرز کی کتاب نہیں ہے، بلکہ وہ یعنی وہ ایک کلیکشن ہے، بہت سارے ایسی باتوں کا اس میں لیسن ہے، اس میں سبق ہے۔ وہ سبق کی کتاب ہے، بک اف لیسنز ہے۔ ساری ساری حدیث اسی لیے ایک ایک عالم نے ایک کتاب، ایک</w:t>
      </w:r>
    </w:p>
    <w:p>
      <w:r>
        <w:rPr>
          <w:b/>
        </w:rPr>
        <w:t xml:space="preserve">[27:45] </w:t>
      </w:r>
      <w:r>
        <w:t>selection chhapa, hadith ka selection. is ka naam unhon ne rakha "Lal Al-Hikam". arabi ek arab sheikh ki kitab hai yeh. "Lal Al-Hikam" ka matlab hai "Pals of Wisdom". hikmat ke moti. "Pals of Wisdom". main samajhta hoon ke sari ahadithon ke bare mein yahi sahi hai. yaani yeh kehna sahi hoga ke yeh hadithain jo hain, jo near about</w:t>
      </w:r>
    </w:p>
    <w:p>
      <w:pPr>
        <w:jc w:val="right"/>
      </w:pPr>
      <w:r>
        <w:t>سلیکشن چھاپا، حدیث کا سلیکشن۔ اس کا نام انہوں نے رکھا "لال الحکم"۔ عربی ایک عرب شیخ کی کتاب ہے یہ۔ "لال الحکم" کا مطلب ہے "پلس اف وزڈم"۔ حکمت کے موتی۔ "پلس اف وزڈم"۔ میں سمجھتا ہوں کہ ساری احادیثوں کے بارے میں یہی صحیح ہے۔ یعنی یہ کہنا صحیح ہوگا کہ یہ حدیثیں جو ہیں، جو نیئر اباؤٹ</w:t>
      </w:r>
    </w:p>
    <w:p>
      <w:r>
        <w:rPr>
          <w:b/>
        </w:rPr>
        <w:t xml:space="preserve">[28:15] </w:t>
      </w:r>
      <w:r>
        <w:t>25 hazar hain, chhoti badi. to woh kya hain? main samajhta hoon ke encyclopedia of wisdom hai. hadith ke bare mein agar yeh kaha jaye ke encyclopedia of wisdom to bilkul sahi baat hogi. kyunke aap jis safhe ko kholein, hadith ki kitab ko lein, aap koi bhi safha kholein to us mein aap ko bohat hi gehri baat milegi. bohat hi gehri baat mile gi</w:t>
      </w:r>
    </w:p>
    <w:p>
      <w:pPr>
        <w:jc w:val="right"/>
      </w:pPr>
      <w:r>
        <w:t>25 تھا ہے، چھوٹی بڑی۔ تو وہ کیا ہیں؟ میں سمجھتا ہوں کہ انسائیکلوپیڈیا اف وزڈم ہے۔ حدیث کے بارے میں اگر یہ کہا جائے کہ انسائیکلوپیڈیا اف وزڈم تو بالکل صحیح بات ہوگی۔ کیونکہ آپ جس صفحے کو کھولیں، حدیث کی کتاب کو لیں، آپ کوئی بھی صفحہ کھولیں تو اس میں آپ کو بہت ہی گہری بات ملے گی۔ بہت ہی گہری بات ملے گ</w:t>
      </w:r>
    </w:p>
    <w:p>
      <w:r>
        <w:rPr>
          <w:b/>
        </w:rPr>
        <w:t xml:space="preserve">[28:45] </w:t>
      </w:r>
      <w:r>
        <w:t>ye. yeh nahi ke aap kai safhe padhein, poora chapter pad dalen, tab koi baat samajh mein aaye. har safhe par ek baat milegi. do char sentences mein, ek do char words mein. to abhi main ek sahib se keh raha tha, ek hadith is tarah aayi hai ke "Shar Al-Makamat Aswaquha".</w:t>
      </w:r>
    </w:p>
    <w:p>
      <w:pPr>
        <w:jc w:val="right"/>
      </w:pPr>
      <w:r>
        <w:t>ی۔ یہ نہیں کہ آپ کئی صفحے پڑھیں، پورا چیپٹر پڑھ ڈالیں، تب کوئی بات سمجھ میں آئے۔ ہر صفحے پر ایک بات ملے گی۔ دو چار سینٹینس میں، ایک دو چار ورڈز میں۔ تو ابھی میں ایک صاحب سے کہہ رہا تھا، ایک حدیث اس طرح آئی ہے کہ "شر المقام اسواقہ"۔</w:t>
      </w:r>
    </w:p>
    <w:p>
      <w:r>
        <w:rPr>
          <w:b/>
        </w:rPr>
        <w:t xml:space="preserve">[29:15] </w:t>
      </w:r>
      <w:r>
        <w:t>"Shar Al-Makamat Aswaquha". is ka matlab yeh hai ke tamam jagahon mein sab se buri jagah bazaar hai. tamam jagahon mein sab se zyada buri jagah is ke bazaar hai. yeh kyun kaha aap ne? is par agar sochein aap to is ke andar bohat gehri baat hai.</w:t>
      </w:r>
    </w:p>
    <w:p>
      <w:pPr>
        <w:jc w:val="right"/>
      </w:pPr>
      <w:r>
        <w:t>"شر المقام اسواقہ"۔ اس کا مطلب یہ ہے کہ تمام جگہوں میں سب سے بری جگہ بازار ہے۔ تمام جگہوں میں سب سے زیادہ بری جگہ اس کے بازار ہے۔ یہ کیوں کہا آپ نے؟ اس پر اگر سوچیں آپ تو اس کے اندر بہت گہری بات ہے۔</w:t>
      </w:r>
    </w:p>
    <w:p>
      <w:r>
        <w:rPr>
          <w:b/>
        </w:rPr>
        <w:t xml:space="preserve">[29:46] </w:t>
      </w:r>
      <w:r>
        <w:t>yaani aaj kal ki zaban mein shopping center jo hote hain, shopping center, us ko aap ne bataya ke bohat hi buri jagah hain. woh globe ke upar sab se buri jagah woh hai jis ko hum kehte hain shopping center. kyun? aisa aap ne farmaya. dekhiye, yeh hai main jahan tak samajh paya hoon, yeh hai disorientation ka mamla. yaani aap ki</w:t>
      </w:r>
    </w:p>
    <w:p>
      <w:pPr>
        <w:jc w:val="right"/>
      </w:pPr>
      <w:r>
        <w:t>یعنی آج کل کی زبان میں شاپنگ سینٹر جو ہوتے ہیں، شاپنگ سینٹر، اس کو آپ نے بتایا کہ بہت ہی بری جگہ ہیں۔ وہ گلوب کے اوپر سب سے بری جگہ وہ ہے جس کو ہم کہتے ہیں شاپنگ سینٹر۔ کیوں؟ ایسا آپ نے فرمایا۔ دیکھیے، یہ ہے میں جہاں تک سمجھ پایا ہوں، یہ ہے ڈس اورینٹیشن کا معاملہ۔ یعنی آپ کی</w:t>
      </w:r>
    </w:p>
    <w:p>
      <w:r>
        <w:rPr>
          <w:b/>
        </w:rPr>
        <w:t xml:space="preserve">[30:17] </w:t>
      </w:r>
      <w:r>
        <w:t>, aap ke soch ko, aap ki tawajjah ko divert karna. dekhiye, Khuda ne duniya jo paida ki hai, yeh divine products se bhari hui hai. jabke shopping center human products ki jagah hoti hai. Khuda yeh chahta hai ke aap jo divine products hain, us par sochein. ghaas ki patti ek divine</w:t>
      </w:r>
    </w:p>
    <w:p>
      <w:pPr>
        <w:jc w:val="right"/>
      </w:pPr>
      <w:r>
        <w:t>، آپ کے سوچ کو، آپ کی توجہ کو ڈائیورٹ کرنا۔ دیکھیے، خدا نے دنیا جو پیدا کی ہے، یہ ڈیوائن پروڈکٹ سے بھری ہوئی ہے۔ جبکہ شاپنگ سینٹر ہیومن پروڈکٹس کی جگہ ہوتی ہے۔ خدا یہ چاہتا ہے کہ آپ جو ڈیوائن پروڈکٹس ہیں، اس پر سوچیں۔ گھاس کی پتی ایک ڈیو</w:t>
      </w:r>
    </w:p>
    <w:p>
      <w:r>
        <w:rPr>
          <w:b/>
        </w:rPr>
        <w:t xml:space="preserve">[30:47] </w:t>
      </w:r>
      <w:r>
        <w:t>products hai. ped ek divine product hai. flowing river ek divine product hai. pahad, suraj, chand, planets, stars sab divine products hain. universe bhari hui hai Khuda ki masnooat se, divine product se. is par sochein, is mein kya hai? is mein inflation hai, is mein wisdom hai, is mein aap ke liye intellectual</w:t>
      </w:r>
    </w:p>
    <w:p>
      <w:pPr>
        <w:jc w:val="right"/>
      </w:pPr>
      <w:r>
        <w:t>ائن پروڈکٹس ہے۔ پیڑ ایک ڈیوائن پروڈکٹ ہے۔ فلوئنگ ریور ایک ڈیوائن پروڈکٹ ہے۔ پہاڑ، سورج، چاند، پلینٹس، اسٹارز سب ڈیوائن پروڈکٹس ہیں۔ یونیورس بھری ہوئی ہے خدا کی مصنوعات سے، ڈیوائن پروڈکٹ سے۔ اس پر سوچیے، اس میں کیا ہے؟ اس میں انفلیشن ہے، اس میں وزڈم ہے، اس میں آپ کے لیے انٹلیکچ</w:t>
      </w:r>
    </w:p>
    <w:p>
      <w:r>
        <w:rPr>
          <w:b/>
        </w:rPr>
        <w:t xml:space="preserve">[31:17] </w:t>
      </w:r>
      <w:r>
        <w:t>development ka saman hai, is mein aap ke liye spiritual development ka saman hai. poori poori universe aap ko ek aap ke rooh ke liye ghiza hai. lekin yeh shopping center kya karte hain? aap ko hata kar le aate hain wahan jahan ke aap cut jate hain is se. yaani</w:t>
      </w:r>
    </w:p>
    <w:p>
      <w:pPr>
        <w:jc w:val="right"/>
      </w:pPr>
      <w:r>
        <w:t>ول ڈیویلپمنٹ کا سامان ہے، اس میں آپ کے لیے اسپرچول ڈیویلپمنٹ کا سامان ہے۔ پوری پوری یونیورس آپ کو ایک آپ کے روح کے کی غذا ہے۔ لیکن یہ شاپنگ سینٹر کیا کرتے ہیں؟ آپ کو ہٹا کر لے آتے ہیں وہاں جہاں کہ آپ کٹ جاتے ہیں اس سے۔ یع</w:t>
      </w:r>
    </w:p>
    <w:p>
      <w:r>
        <w:rPr>
          <w:b/>
        </w:rPr>
        <w:t xml:space="preserve">[31:47] </w:t>
      </w:r>
      <w:r>
        <w:t>divine products mein sochne ke bajaye aap human products mein sochne lagte hain aur phir apni apne ko animal bana lete hain. animal, animal kya hai? is ki soch ki level kya hai? ghaas aur patti. bas isi had tak is ki soch chalti hai. insaan ko jo mind diya gaya hai, jo sochne ki taqat di gayi hai, is liye hai ke woh badi badi jo sachaiyan hain, us ko</w:t>
      </w:r>
    </w:p>
    <w:p>
      <w:pPr>
        <w:jc w:val="right"/>
      </w:pPr>
      <w:r>
        <w:t>نی ڈیوائن پروڈکٹس میں سوچنے کے بجائے آپ ہیومن پروڈکٹس میں سوچنے لگتے ہیں اور پھر اپنی اپنے کو اینیمل بنا لیتے ہیں۔ اینیمل، اینیمل کیا ہے؟ اس کی سوچ کی لیول کیا ہے؟ گھاس اور پتی۔ بس اسی حد تک اس کی سوچ چلتی ہے۔ انسان کو جو مائنڈ دیا گیا ہے، جو سوچنے کی طاقت دی گئی ہے، اس لیے ہے کہ وہ بڑی بڑی جو سچائیاں ہیں، اس کو</w:t>
      </w:r>
    </w:p>
    <w:p>
      <w:r>
        <w:rPr>
          <w:b/>
        </w:rPr>
        <w:t xml:space="preserve">[32:17] </w:t>
      </w:r>
      <w:r>
        <w:t>jane. bade bade secrets hain, us ko discover kare. Khuda ka jo ata, limitless jo Khuda ka ke miracles hain, us ko daryaft kare. aur phir kya hoga? us ki personality develop karte karte woh ban jayegi jahan woh paradise mein dakhil karne ke qabil hoga. paradise mein settle karne ke qabil ban jayegi</w:t>
      </w:r>
    </w:p>
    <w:p>
      <w:pPr>
        <w:jc w:val="right"/>
      </w:pPr>
      <w:r>
        <w:t>جانے۔ بڑے بڑے سیکرٹس ہیں، اس کو ڈسکور کرے۔ خدا کا جو عطا، لمیٹ لیس جو خدا کا کہ مریکلز ہیں، اس کو دریافت کرے۔ اور پھر کیا ہوگا؟ اس کی پرسنیلٹی ڈیولپ کرتے کرتے وہ بن جائے گی جہاں وہ پیراڈائز میں داخل کرنے کے قابل ہوگا۔ پیراڈائز میں سیٹل کرنے کے قابل بن جائے گ</w:t>
      </w:r>
    </w:p>
    <w:p>
      <w:r>
        <w:rPr>
          <w:b/>
        </w:rPr>
        <w:t xml:space="preserve">[32:48] </w:t>
      </w:r>
      <w:r>
        <w:t>a. ab shopping center kya karte hain? main kai bar logon ke sath gaya hoon, India mein bhi, America mein bhi. main samajhta hoon ke taqreeban sare hi log unnecessary kharidari karte hain. unnecessary kharidari, jo cheez dekhi, nayi design lagi, kharid liya. is mein nayi chamak damak hai, woh kharid liya. koi naya model hai to kharid liya. koi tamashe ki baat</w:t>
      </w:r>
    </w:p>
    <w:p>
      <w:pPr>
        <w:jc w:val="right"/>
      </w:pPr>
      <w:r>
        <w:t>ا۔ اب شاپنگ سینٹر کیا کرتے ہیں؟ میں کئی بار لوگوں کے ساتھ گیا ہوں، انڈیا میں بھی، امریکہ میں بھی۔ میں سمجھتا ہوں کہ تقریباً سارے ہی لوگ ان نیسیسری خریداری کرتے ہیں۔ ان نیسیسری خریداری، جو چیز دیکھی، نئی ڈیزائن لگی، خرید لیا۔ اس میں نئی چمک دمک ہے، وہ خرید لیا۔ کوئی نیا ماڈل ہے تو خرید لیا۔ کوئی تماشے کی ب</w:t>
      </w:r>
    </w:p>
    <w:p>
      <w:r>
        <w:rPr>
          <w:b/>
        </w:rPr>
        <w:t xml:space="preserve">[33:18] </w:t>
      </w:r>
      <w:r>
        <w:t>hai kisi mein to kharid liya. misal ke taur par, main aksar logon se kehta hoon, khawateen se ke aap ke wardrobe mein jo paise wali khawateen hain, un ko keh raha hoon, aaj bhi itna kapda hai, itna kapda, itna kapda hai ke aap agar aaj se ek kapda na khareedein to sari zindagi aap pehante rahen, kapde khatam nahi honge. main samajhta hoon ke without any</w:t>
      </w:r>
    </w:p>
    <w:p>
      <w:pPr>
        <w:jc w:val="right"/>
      </w:pPr>
      <w:r>
        <w:t>ات ہے کسی میں تو خرید لیا۔ مثال کے طور پر، میں اکثر لوگوں سے کہتا ہوں، خواتین سے کہ آپ کے وارڈروب میں جو پیسے والی خواتین ہیں، ان کو کہہ رہا ہوں، آج بھی اتنا کپڑا ہے، اتنا کپڑا، اتنا کپڑا ہے کہ آپ اگر آج سے ایک کپڑا نہ خریدیں تو ساری زندگی آپ پہنتے رہیں، کپڑے ختم نہیں ہوں گے۔ میں سمجھتا ہوں کہ ودا آؤٹ این</w:t>
      </w:r>
    </w:p>
    <w:p>
      <w:r>
        <w:rPr>
          <w:b/>
        </w:rPr>
        <w:t xml:space="preserve">[33:48] </w:t>
      </w:r>
      <w:r>
        <w:t>exception yeh baat sahi hai ke ladies ke paas itne zyada kapde hain already ke bila aage ki kharidari kiye woh marte dam tak pehan sakti hain us ko. lekin jis ko bhi dekhein, woh kharidari kar raha hai, naye naye kapde, naye naye kapde jayega shopping center mein, ek naya design dikhai padegi, naya color dikhai padega, jhat se kharid lega us ko. yeh kya? yeh ek shaitani kaam hai.</w:t>
      </w:r>
    </w:p>
    <w:p>
      <w:pPr>
        <w:jc w:val="right"/>
      </w:pPr>
      <w:r>
        <w:t>ی ایکسیپشن یہ بات صحیح ہے کہ لیڈیز کے پاس اتنے زیادہ کپڑے ہیں الریڈی کہ بلا آگے کی خریداری کیے وہ مرتے دم تک پہن سکتی ہیں اس کو۔ لیکن جس کو بھی دیکھیں، وہ خریداری کر رہا ہے، نئے نئے کپڑے، نئے نئے کپڑے جائے گا شاپنگ سینٹر میں، ایک نیا ڈیزائن دکھائی پڑے گی، نیا کلر دکھائی پڑے گا، جھٹ سے خرید لے گا اس کو۔ یہ کیا؟ یہ ایک شیطانی کام ہے۔</w:t>
      </w:r>
    </w:p>
    <w:p>
      <w:r>
        <w:rPr>
          <w:b/>
        </w:rPr>
        <w:t xml:space="preserve">[34:19] </w:t>
      </w:r>
      <w:r>
        <w:t>Shar Al-Makamat Aswaquha, sab se buri jagah is ke bazaar hai. kyun? bazaar mein insaan ko Khuda bhool jata hai aur insani cheezein yaad aati hain. yeh hai disorientation. kitni badi maloomi hai ke paisa kharch kar ke aap jahannum kharidte hain. jahannum ka matlab yeh hai ke paisa kharch kar ke aap kya cheez kharidi? aap ne</w:t>
      </w:r>
    </w:p>
    <w:p>
      <w:pPr>
        <w:jc w:val="right"/>
      </w:pPr>
      <w:r>
        <w:t>شر المقام اسواقہ، سب سے بری جگہ اس کے بازار ہے۔ کیوں؟ بازار میں انسان کو خدا بھول جاتا ہے اور انسانی چیزیں یاد آتی ہیں۔ یہ ہے ڈس اورینٹیشن۔ کتنی بڑی معلومی ہے کہ پیسہ خرچ کر کے آپ جہنم خریدتے ہیں۔ جہنم کا مطلب یہ ہے کہ پیسہ خرچ کر کے آپ کیا چیز خریدی؟ آپ نے</w:t>
      </w:r>
    </w:p>
    <w:p>
      <w:r>
        <w:rPr>
          <w:b/>
        </w:rPr>
        <w:t xml:space="preserve">[34:49] </w:t>
      </w:r>
      <w:r>
        <w:t>wo cheez jo Khuda ki yaad se hataye, aap ko jo jannat ki yaad se hataye, aap ko. to isi ko main keh raha hoon ke paisa kharch kar ke kya kharida? jahannum. isi liye farmaya ke Shar Al-Makamat Aswaquha. is hadith jo hai, yeh bohat lambi hadith hai. main is ko arz karoon to aap shayad is ki ahmiyat samajhein. Rasool Allah Sal Allahu Alaihi Wa Sallam ne ek bar Jibrael se, yaani angel se poocha ke duniya</w:t>
      </w:r>
    </w:p>
    <w:p>
      <w:pPr>
        <w:jc w:val="right"/>
      </w:pPr>
      <w:r>
        <w:t>وہ چیز جو خدا کی یاد سے ہٹائے، آپ کو جو جنت کی یاد سے ہٹائے، آپ کو۔ تو اسی کو میں کہہ رہا ہوں کہ پیسہ خرچ کر کے کیا خریدا؟ جہنم۔ اسی لیے فرمایا کہ شر المقام اسواقہ۔ اس حدیث جو ہے، یہ بہت لمبی حدیث ہے۔ میں اس کو عرض کروں تو آپ شاید اس کی اہمیت سمجھیں۔ رسول اللہ صلی اللہ علیہ وسلم نے ایک بار جبرائیل سے، یعنی اینجل سے پوچھا کہ دنیا</w:t>
      </w:r>
    </w:p>
    <w:p>
      <w:r>
        <w:rPr>
          <w:b/>
        </w:rPr>
        <w:t xml:space="preserve">[35:20] </w:t>
      </w:r>
      <w:r>
        <w:t>mein sab se buri jagah kaun si hai aur sab se achhi jagah kaun si hai? to Jibrael ne kaha ke yeh mujhe bhi nahi maloom. jitni bhi zameen hai, us mein sab se buri jagah kaun hai? sab se achhi jagah kaun hai? Rasool Allah ne poocha Jibrael se. Jibrael ne kaha ke mujhe bhi nahi maloom, lekin main apne Rab ke paas jata hoon, poochta hoon.</w:t>
      </w:r>
    </w:p>
    <w:p>
      <w:pPr>
        <w:jc w:val="right"/>
      </w:pPr>
      <w:r>
        <w:t>میں سب سے بری جگہ کون سی ہے اور سب سے اچھی جگہ کون سی ہے؟ تو جبرائیل نے کہا کہ یہ مجھے بھی نہیں معلوم۔ جتنی بھی زمین ہے، اس میں سب سے بری جگہ کون ہے؟ سب سے اچھی جگہ کون ہے؟ رسول اللہ نے پوچھا جبرائیل سے۔ جبرائیل نے کہا کہ مجھے بھی نہیں معلوم، لیکن میں اپنے رب کے پاس جاتا ہوں، پوچھتا ہوں۔</w:t>
      </w:r>
    </w:p>
    <w:p>
      <w:r>
        <w:rPr>
          <w:b/>
        </w:rPr>
        <w:t xml:space="preserve">[35:51] </w:t>
      </w:r>
      <w:r>
        <w:t>to hadith mein aata hai ke Hazrat Jibrael ata upar uthe, upar uthe, kabhi bhi itne upar nahi uthe thay. bohat hi zyada upar uthe aur Khuda se bilkul qareeb pahunch gaye. yeh bhi main samajhta hoon ke symbolic language hai, kyunke distance ka jo tasawwur hum hai, hamare distance jo concept hai, woh wahan khatam ho jata hai. to behal, Jibrael ne Khuda se qareeb ho kar poocha ke sab se achhi jagah kaun si hai zameen</w:t>
      </w:r>
    </w:p>
    <w:p>
      <w:pPr>
        <w:jc w:val="right"/>
      </w:pPr>
      <w:r>
        <w:t>تو حدیث میں آتا ہے کہ حضرت جبرائیل عطا اوپر اٹھے، اوپر اٹھے، کبھی بھی اتنے اوپر نہیں اٹھے تھے۔ بہت ہی زیادہ اوپر اٹھے اور خدا سے بالکل قریب پہنچ گئے۔ یہ بھی میں سمجھتا ہوں کہ سمبولک لینگویج ہے، کیونکہ ڈسٹنس کا جو تصور ہم ہے، ہمارے ڈسٹنس جو کانسیپٹ ہے، وہ وہاں ختم ہو جاتا ہے۔ تو بہرحال، جبرائیل نے خدا سے قریب ہو کر پوچھا کہ سب سے اچھی جگہ کون سی ہے زمین</w:t>
      </w:r>
    </w:p>
    <w:p>
      <w:r>
        <w:rPr>
          <w:b/>
        </w:rPr>
        <w:t xml:space="preserve">[36:21] </w:t>
      </w:r>
      <w:r>
        <w:t>par? sab buri jagah kaun si zameen par? to Khuda ne is ka jawab diya, aur woh aa kar Jibrael ne bataya Rasool Allah ko. woh yeh tha: Khair Al-Makamat Masajiduhu wa Shar Al-Makamat Aswaquhu. yaani sab se achhi jagah zameen par us ki ibadat gah hai, jahan Khuda ko yaad kiya jaye, aur sab se buri jagah zameen par us ke bazaar</w:t>
      </w:r>
    </w:p>
    <w:p>
      <w:pPr>
        <w:jc w:val="right"/>
      </w:pPr>
      <w:r>
        <w:t>پر؟ سب بری جگہ کون سی زمین پر؟ تو خدا نے اس کا جواب دیا، اور وہ آ کر جبرائیل نے بتایا رسول اللہ کو۔ وہ یہ تھا: خیر المقام مساجدہ و شر المقام اسواقہ۔ یعنی سب سے اچھی جگہ زمین پر اس کی عبادت گاہ ہے، جہاں خدا کو یاد کیا جائے، اور سب سے بری جگہ زمین پر اس کے بازار</w:t>
      </w:r>
    </w:p>
    <w:p>
      <w:r>
        <w:rPr>
          <w:b/>
        </w:rPr>
        <w:t xml:space="preserve">[36:51] </w:t>
      </w:r>
      <w:r>
        <w:t>hain. isi ko maine arz kiya ke ek hai Khuda ki yaad mein jeena, ek hai insani cheezon mein jeena. jeena yaani Khuda ki cheezon mein jeena aur insani cheezon mein jeena. to Khuda ki ibadat gah jo hoti hai, woh Khuda ki cheezon mein jeena sikhata hai, aur bazaar jo hain, woh insaan ki cheezon mein jeena sikhate hain. isi ko maine kaha ke disorientation</w:t>
      </w:r>
    </w:p>
    <w:p>
      <w:pPr>
        <w:jc w:val="right"/>
      </w:pPr>
      <w:r>
        <w:t>ہیں۔ اسی کو میں نے عرض کیا کہ ایک ہے خدا کی یاد میں جینا، ایک ہے انسانی چیزوں میں جینا۔ جینا یعنی خدا کی چیزوں میں جینا اور انسانی چیزوں میں جینا۔ تو خدا کی عبادت گاہ جو ہوتی ہے، وہ خدا کی چیزوں میں جینا سکھاتی ہے، اور بازار جو ہیں، وہ انسان کی چیزوں میں جینا سکھاتے ہیں۔ اسی کو میں نے کہا کہ ڈس اورینٹیشن</w:t>
      </w:r>
    </w:p>
    <w:p>
      <w:r>
        <w:rPr>
          <w:b/>
        </w:rPr>
        <w:t xml:space="preserve">[37:22] </w:t>
      </w:r>
      <w:r>
        <w:t>yaani chahiye thi ke aap ki tawajjah sari ki sari lagi hui ho Khuda ki cheezon mein, lekin aap ki apni tawajjah ko mor dete hain insani cheezon mein. to yeh kitni badi maloomi hai ke aadmi paisa bhi kharch kare aur paye kya? sirf tabahi. ab main kuch aur, yaani jo maine kaha ke padh lo, padh lo wisdom ke</w:t>
      </w:r>
    </w:p>
    <w:p>
      <w:pPr>
        <w:jc w:val="right"/>
      </w:pPr>
      <w:r>
        <w:t>یعنی چاہیے تھی کہ آپ کی توجہ ساری کی ساری لگی ہوئی ہو خدا کی چیزوں میں، لیکن آپ کی اپنی توجہ کو موڑ دیتے ہیں انسانی چیزوں میں۔ تو یہ کتنی بڑی معلومی ہے کہ آدمی پیسہ بھی خرچ کرے اور پائے کیا؟ صرف تباہی۔ اب میں کچھ اور، یعنی جو میں نے کہا کہ پڑھ لو، پڑھ لو وزڈم کہ</w:t>
      </w:r>
    </w:p>
    <w:p>
      <w:r>
        <w:rPr>
          <w:b/>
        </w:rPr>
        <w:t xml:space="preserve">[37:54] </w:t>
      </w:r>
      <w:r>
        <w:t>yaani hadithain jo hain, woh hikmat ke moti hain. to kuch hikmat ke moti main aap ki khidmat mein arz karna chahoon ga. ek hadith hai: Afzal Al-Abadat Intizar Al-Faraj. Afzal Al-Abadat Intizar Al-Faraj. sab se oonchi ibadat yeh hai</w:t>
      </w:r>
    </w:p>
    <w:p>
      <w:pPr>
        <w:jc w:val="right"/>
      </w:pPr>
      <w:r>
        <w:t>یعنی حدیثیں جو ہیں، وہ حکمت کے موتی ہیں۔ تو کچھ حکمت کے موتی میں آپ کی خدمت میں عرض کرنا چاہوں گا۔ ایک حدیث ہے: افضل العبادت انتظار الفرج۔ افضل العبادت انتظار الفرج۔ سب سے اونچی عبادت یہ ہے</w:t>
      </w:r>
    </w:p>
    <w:p>
      <w:r>
        <w:rPr>
          <w:b/>
        </w:rPr>
        <w:t xml:space="preserve">[38:24] </w:t>
      </w:r>
      <w:r>
        <w:t>keh aadmi kushadgi ka intezar karey. yani aadmi phansa hua hai kisi masley mein, kisi problem mein, to wait karey keh yeh problem solve ho. yeh wait karna farmaiya gaya keh yeh ibadat hai, Khuda ki worship hai. mein samajhta hoon keh bohat bari baat is mein kahi gayi hai. dekhiye, hota kya hai keh koi</w:t>
      </w:r>
    </w:p>
    <w:p>
      <w:pPr>
        <w:jc w:val="right"/>
      </w:pPr>
      <w:r>
        <w:t>کہ آدمی کشادگی کا انتظار کرے۔ یعنی آدمی پھنسا ہوا ہے کسی مسئلے میں، کسی پرابلم میں، تو ویٹ کرے کہ یہ پرابلم سالو ہو۔ یہ ویٹ کرنا فرمایا گیا کہ یہ عبادت ہے، خدا کی ورشپ ہے۔ میں سمجھتا ہوں کہ بہت بڑی بات اس میں کہی گئی ہے۔ دیکھیے، ہوتا کیا ہے کہ کوئی</w:t>
      </w:r>
    </w:p>
    <w:p>
      <w:r>
        <w:rPr>
          <w:b/>
        </w:rPr>
        <w:t xml:space="preserve">[38:54] </w:t>
      </w:r>
      <w:r>
        <w:t>problem meri zindagi mein aaya to foran mein chahta hoon keh laroon is sey, larr kar ke usay khatam karoon, ya kam az kam mayoos ho jata hoon, ya negative thought aatey hain mere mind mein, hate aati hai kisi ke khilaaf, jis ney mein samajhta hoon keh us ney yeh problem create kiya hai. in sab ko kill karne wala yeh hai keh aap wait karein.</w:t>
      </w:r>
    </w:p>
    <w:p>
      <w:pPr>
        <w:jc w:val="right"/>
      </w:pPr>
      <w:r>
        <w:t>پرابلم میری زندگی میں آیا تو فوراً میں چاہتا ہوں کہ لڑوں اس سے، لڑ کر کے اسے ختم کروں، یا کم از کم مایوس ہو جاتا ہوں، یا نیگیٹیو تھاٹ آتے ہیں میرے مائنڈ میں، ہیٹ آتی ہے کسی کے خلاف، جس نے میں سمجھتا ہوں کہ اس نے یہ پرابلم کریٹ کیا ہے۔ ان سب کو کل کرنے والا یہ ہے کہ آپ ویٹ کریں۔</w:t>
      </w:r>
    </w:p>
    <w:p>
      <w:r>
        <w:rPr>
          <w:b/>
        </w:rPr>
        <w:t xml:space="preserve">[39:26] </w:t>
      </w:r>
      <w:r>
        <w:t>Afzal ul ibadat intizar ul faraj. faraj, faraj ka matlab hai kushadgi, yani solution, problem ka solution. to problem pesh aaya aur us ke solution ke liye aap ney intezar kiya to yeh hai bohat bari ibadat. dekhiye, yeh saada baat nahi hai. Ghalib ka ek sher hai, woh mein samajhta hoon keh bohat hi relevant hai yahan par</w:t>
      </w:r>
    </w:p>
    <w:p>
      <w:pPr>
        <w:jc w:val="right"/>
      </w:pPr>
      <w:r>
        <w:t>افضل العبادت انتظار الفرج۔ فرج، فرج کا مطلب ہے کشادگی، یعنی سولیوشن، پرابلم کا سولیوشن۔ تو پرابلم پیش آیا اور اس کے سولیوشن کے لیے آپ نے انتظار کیا تو یہ ہے بہت بڑی عبادت۔ دیکھیے، یہ سادہ بات نہیں ہے۔ غالب کا ایک شعر ہے، وہ میں سمجھتا ہوں کہ بہت ہی ریلیونٹ ہے یہاں پر</w:t>
      </w:r>
    </w:p>
    <w:p>
      <w:r>
        <w:rPr>
          <w:b/>
        </w:rPr>
        <w:t xml:space="preserve">[39:57] </w:t>
      </w:r>
      <w:r>
        <w:t>keh raat din gardish mein hain, saat asmaan ho rahe ga, kuch na kuch ghabraein kiya. raat din gardish mein hain, saat asmaan ho rahe ga, kuch na kuch ghabraein kiya. mein samajhta hoon keh yeh wait and see ka jo concept hai, isi ko unhon ney apne andaaz mein bayan kiya. to cheez kya hai? is dunya mein</w:t>
      </w:r>
    </w:p>
    <w:p>
      <w:pPr>
        <w:jc w:val="right"/>
      </w:pPr>
      <w:r>
        <w:t>کہ رات دن گردش میں ہیں، سات اسماں ہو رہے گا، کچھ نہ کچھ گھبرائیں کیا۔ رات دن گردش میں ہیں، سات اسماں ہو رہے گا، کچھ نہ کچھ گھبرائیں کیا۔ میں سمجھتا ہوں کہ یہ ویٹ اینڈ سی کا جو کانسیپٹ ہے، اسی کو انہوں نے اپنے انداز میں بیان کیا۔ تو چیز کیا ہے؟ اس دنیا میں</w:t>
      </w:r>
    </w:p>
    <w:p>
      <w:r>
        <w:rPr>
          <w:b/>
        </w:rPr>
        <w:t xml:space="preserve">[40:27] </w:t>
      </w:r>
      <w:r>
        <w:t>ek cheez hai, woh us ko hum kehte hain law of nature ya natural process. is dunya mein natural process chal raha hai, woh har lamha chal raha hai. maslan garmi ka mahina aaya, garmi May June ka mahina aaya, bohat garmi lag rahi hai, bohat garmi lag rahi hai. that is natural process. ab aap pareshan ho gaye keh af itni garmi, af itni garmi. lekin woh woh garmi jo hai, woh</w:t>
      </w:r>
    </w:p>
    <w:p>
      <w:pPr>
        <w:jc w:val="right"/>
      </w:pPr>
      <w:r>
        <w:t>ایک چیز ہے، وہ اس کو ہم کہتے ہیں لا اف نیچر یا نیچرل پروسیس۔ اس دنیا میں نیچرل پروسیس چل رہا ہے، وہ ہر لمحہ چل رہا ہے۔ مثلاً گرمی کا مہینہ آیا، گرمی مئی جون کا مہینہ آیا، بہت گرمی لگ رہی ہے، بہت گرمی لگ رہی ہے۔ دیٹ از نیچرل پروسیس۔ اب آپ پریشان ہو گئے کہ اف اتنی گرمی، اف اتنی گرمی۔ لیکن وہ وہ گرمی جو ہے، وہ</w:t>
      </w:r>
    </w:p>
    <w:p>
      <w:r>
        <w:rPr>
          <w:b/>
        </w:rPr>
        <w:t xml:space="preserve">[40:57] </w:t>
      </w:r>
      <w:r>
        <w:t>ek process hai. us ki wajah se kya hota hai keh pani ko heat heat di jati hai. woh heating process hai pani ko garam karne ke liye taakeh bhap uthey, bhap ooper jaye, ooper ja kar ke ek poora jo Khuda ka nizaam hai, us nizaam ke tehat woh phir dobara barsay zameen ke ooper. to bazahir to heat hai, lekin woh thandak laane ke liye ek process hai. to agar hum bohat garmi pad rahi hai,</w:t>
      </w:r>
    </w:p>
    <w:p>
      <w:pPr>
        <w:jc w:val="right"/>
      </w:pPr>
      <w:r>
        <w:t>ایک پروسیس ہے۔ اس کی وجہ سے کیا ہوتا ہے کہ پانی کو ہیٹ ہیٹ دی جاتی ہے۔ وہ ہیٹنگ پروسیس ہے پانی کو گرم کرنے کے لیے تاکہ بھاپ اٹھے، بھاپ اوپر جائے، اوپر جا کر کے ایک پورا جو خدا کا نظام ہے، اس نظام کے تحت وہ پھر دوبارہ برسے زمین کے اوپر۔ تو بظاہر تو ہیٹ ہے، لیکن وہ ٹھنڈک لانے کے لیے ایک پروسیس ہے۔ تو اگر ہم بہت گرمی پڑ رہی ہے،</w:t>
      </w:r>
    </w:p>
    <w:p>
      <w:r>
        <w:rPr>
          <w:b/>
        </w:rPr>
        <w:t xml:space="preserve">[41:28] </w:t>
      </w:r>
      <w:r>
        <w:t>to agar hum wahan pe wait karein, intezar karein to kya matlab hoga? hum Khuda ke natural process ko intezar kar rahe hain, us process culmination ka intezar kar rahe hain. is liye woh ibadat hai. yani ek problem aaya to hum ney yeh samjha keh yeh problem jo hai, Khuda ka jo dunya mein jo Khuda ke qanoon hain, Khuda ka jo nizaam hai, us ki bana par aisa hai.</w:t>
      </w:r>
    </w:p>
    <w:p>
      <w:pPr>
        <w:jc w:val="right"/>
      </w:pPr>
      <w:r>
        <w:t>تو اگر ہم وہاں پہ ویٹ کریں، انتظار کریں تو کیا مطلب ہوگا؟ ہم خدا کے نیچرل پروسیس کو انتظار کر رہے ہیں، اس پروسیس کلمینیشن کا انتظار کر رہے ہیں۔ اس لیے وہ عبادت ہے۔ یعنی ایک پرابلم آیا تو ہم نے یہ سمجھا کہ یہ پرابلم جو ہے، خدا کا جو دنیا میں جو خدا کے قانون ہے، خدا کا جو نظام ہے، اس کی بنا پر ایسا ہے۔</w:t>
      </w:r>
    </w:p>
    <w:p>
      <w:r>
        <w:rPr>
          <w:b/>
        </w:rPr>
        <w:t xml:space="preserve">[41:58] </w:t>
      </w:r>
      <w:r>
        <w:t>kyunke yahan raat aata hai, din aati hai, phir din aati hai, phir raat aata hai, garmi aati hai, sardi aati hai. yeh Khuda ka nizaam hai, Khuda ka qanoon hai. to agar hum ney yeh samjha aur Khuda ko yaad kiya, aur hum raazi hue is baat par keh Khuda ka nizaam apna kaam karey, aur hamare is problem ka solution nikle is process ke tehat, to yeh Khuda ke qanoon par raazi hona,</w:t>
      </w:r>
    </w:p>
    <w:p>
      <w:pPr>
        <w:jc w:val="right"/>
      </w:pPr>
      <w:r>
        <w:t>کیونکہ یہاں رات آتا ہے، دن آتی ہے، پھر دن آتی ہے، پھر رات آتا ہے، گرمی آتی ہے، سردی آتی ہے۔ یہ خدا کا نظام ہے، خدا کا قانون ہے۔ تو اگر ہم نے یہ سمجھا اور خدا کو یاد کیا، اور ہم راضی ہوئے اس بات پر کہ خدا کا نظام اپنا کام کرے، اور ہمارے اس پرابلم کا سولیوشن نکلے اس پروسیس کے تحت، تو یہ خدا کے قانون پر راضی ہونا،</w:t>
      </w:r>
    </w:p>
    <w:p>
      <w:r>
        <w:rPr>
          <w:b/>
        </w:rPr>
        <w:t xml:space="preserve">[42:29] </w:t>
      </w:r>
      <w:r>
        <w:t>yeh apne aap mein ek ibadat hai. aur bharrk uthna, pareshan hona, mayoos hona, larrne lagna, negative thought apne dil mein paalna, is ka matlab yeh hai keh aap Khuda ke ne jo system banaya hai, jo jo qanoon dunya mein chalaya hai, jo law of nature hai, us par raazi nahi hain. us par raazi nahi hain to is ka matlab kya hui hai? is ka matlab yahi hui keh aap Khuda ki ibadat nahi kar rahe</w:t>
      </w:r>
    </w:p>
    <w:p>
      <w:pPr>
        <w:jc w:val="right"/>
      </w:pPr>
      <w:r>
        <w:t>یہ اپنے آپ میں ایک عبادت ہے۔ اور بھڑک اٹھنا، پریشان ہونا، مایوس ہونا، لڑنے لگنا، نیگیٹیو تھاٹ اپنے دل میں پالنا، اس کا مطلب یہ ہے کہ آپ خدا کے نے جو سسٹم بنایا ہے، جو جو قانون دنیا میں چلایا ہے، جو لا اف نیچر ہے، اس پر راضی نہیں ہیں۔ اس پر راضی نہیں ہیں تو اس کا معنی کیا ہوئی ہے؟ اس کا معنی یہی ہوئی کہ آپ خدا کی عبادت نہیں کر رہے</w:t>
      </w:r>
    </w:p>
    <w:p>
      <w:r>
        <w:rPr>
          <w:b/>
        </w:rPr>
        <w:t xml:space="preserve">[42:59] </w:t>
      </w:r>
      <w:r>
        <w:t>hain. ek mauqa jis mein Khuda ke bataye hue, Khuda ke banaye hue nizaam par raazi hona ho kar aap ibadat guzar bante thay, raazi na ho kar ke aap ibadat se door hotay thay. to yeh hai keh agar koi problem hamein hum face karte hain to agar hum yeh</w:t>
      </w:r>
    </w:p>
    <w:p>
      <w:pPr>
        <w:jc w:val="right"/>
      </w:pPr>
      <w:r>
        <w:t>ہیں۔ ایک موقع جس میں خدا کے بتائے ہوئے، خدا کے بنائے ہوئے نظام پر راضی ہونا ہو کر آپ عبادت گزار بنتے تھے، راضی نہ ہو کر کے آپ عبادت سے دور ہوتے تھے۔ تو یہ ہے کہ اگر کوئی پرابلم ہمیں ہم فیس کرتے ہیں تو اگر ہم یہ</w:t>
      </w:r>
    </w:p>
    <w:p>
      <w:r>
        <w:rPr>
          <w:b/>
        </w:rPr>
        <w:t xml:space="preserve">[43:29] </w:t>
      </w:r>
      <w:r>
        <w:t>sochain keh Khuda ne jis tarah se problem dala hai, usi tarah se solution bhi nikale ga. kyunke dunya mein nizaam hi yeh hai keh raat aaye ga to phir din aaye ga. aisa nahi keh raat chalti rahe aur din na aaye. andhera aaye ga to phir subah aaye gi. yeh hona hi hona hai. to Khuda ke yeh bhi ek ibadat hai keh aadmi Khuda ke banaye hue nizaam par raazi ho</w:t>
      </w:r>
    </w:p>
    <w:p>
      <w:pPr>
        <w:jc w:val="right"/>
      </w:pPr>
      <w:r>
        <w:t>سوچیں کہ خدا نے جس طرح سے پرابلم ڈالا ہے، اسی طرح سے سولیوشن بھی نکالے گا۔ کیونکہ دنیا میں نظام ہی یہی ہے کہ رات آئے گا تو پھر دن آئے گی۔ ایسا نہیں کہ رات چلتی رہے اور دن نہ آئے۔ اندھیرا آئے گا تو پھر صبح آئے گی۔ یہ ہونا ہی ہونا ہے۔ تو خدا کے یہ بھی ایک عبادت ہے کہ آدمی خدا کے بنائے ہوئے نظام پر راضی ہو</w:t>
      </w:r>
    </w:p>
    <w:p>
      <w:r>
        <w:rPr>
          <w:b/>
        </w:rPr>
        <w:t xml:space="preserve">[44:00] </w:t>
      </w:r>
      <w:r>
        <w:t>aur intezar karey keh aaj jo cheez nahi mil rahi hai, woh kal inshallah mile gi. yeh Allah taala ke haan is ko ibadat mein gina jaye ga. dekhiye, ek hadees hai keh ma khair rasool Allah sallallahu alaihi wasallam bain al amrain? is ka matlab yeh hai keh when i</w:t>
      </w:r>
    </w:p>
    <w:p>
      <w:pPr>
        <w:jc w:val="right"/>
      </w:pPr>
      <w:r>
        <w:t>اور انتظار کرے کہ آج جو چیز نہیں مل رہی ہے، وہ کل انشاءاللہ ملے گی۔ یہ اللہ تعالی کے ہاں اس کو عبادت میں گنا جائے گا۔ دیکھیے، ایک حدیث ہے کہ ما خیر رسول اللہ صلی اللہ علیہ وسلم بین امرین؟ اس کا مطلب یہ ہے کہ وین ای</w:t>
      </w:r>
    </w:p>
    <w:p>
      <w:r>
        <w:rPr>
          <w:b/>
        </w:rPr>
        <w:t xml:space="preserve">[44:30] </w:t>
      </w:r>
      <w:r>
        <w:t>were the prophet had to choose between the two, he always opted for easier option rather than harder option. Rasool Allah ko jab do mein se ek ko lena hota tha to aap mushkil choice ko chhod kar aasan choice lete thay. is ka matlab kya hai? is ka matlab yeh hai</w:t>
      </w:r>
    </w:p>
    <w:p>
      <w:pPr>
        <w:jc w:val="right"/>
      </w:pPr>
      <w:r>
        <w:t>ور دا پرافٹ ہیڈ ٹو چوز بٹوین دا ٹو، ہی الویز اپٹڈ فار ایزیر اپشن رادر دین ہارڈر اپشن۔ رسول اللہ کو جب دو میں سے ایک کو لینا ہوتا تھا تو آپ مشکل چوائس کو چھوڑ کر آسان چوائس لیتے تھے۔ اس کا مطلب کیا ہے؟ اس کا مطلب یہ ہے</w:t>
      </w:r>
    </w:p>
    <w:p>
      <w:r>
        <w:rPr>
          <w:b/>
        </w:rPr>
        <w:t xml:space="preserve">[45:02] </w:t>
      </w:r>
      <w:r>
        <w:t>keh ek kaam jo peaceful method se ho sakta ho, us ke liye aap violent method na ikhtiyar karein. ek kaam jo gussa na dikha kar hal ho sakta ho, us ko aap gussa dikhane lagein. ek kaam jo bana larrhai ooraai ho sakta ho, us ke liye aap larrne ke liye tayyar ho jayein. ek kaam jo yani</w:t>
      </w:r>
    </w:p>
    <w:p>
      <w:pPr>
        <w:jc w:val="right"/>
      </w:pPr>
      <w:r>
        <w:t>کہ ایک کام جو پیس فل میتھڈ سے ہو سکتا ہو، اس کے لیے آپ والڈ میتھڈ نہ اختیار کریں۔ ایک کام جو جو غصہ نہ دکھا کر حل ہو سکتا ہو، اس کو آپ غصہ دکھانے لگیں۔ ایک کام جو بنا لڑائی وڑائی ہو سکتا ہو، اس کے لیے آپ لڑنے کے لیے تیار ہو جائیں۔ ایک کام جو یعنی</w:t>
      </w:r>
    </w:p>
    <w:p>
      <w:r>
        <w:rPr>
          <w:b/>
        </w:rPr>
        <w:t xml:space="preserve">[45:33] </w:t>
      </w:r>
      <w:r>
        <w:t>kitaab likh kar ke hal ho sakta ho, us ke liye aap danda le kar maarne ke liye khade ho jayein. yeh hai is ka matlab. dekhein, hamesha is se mein ney yeh samjha hai keh hamesha insaan do options ke beech mein hota hai. hamesha yani hadees ke lafz mein harder option aur easier option. hamesha koi bhi kaam ho, koi bhi baat ho, jaise aap ek job kar rahe hain,</w:t>
      </w:r>
    </w:p>
    <w:p>
      <w:pPr>
        <w:jc w:val="right"/>
      </w:pPr>
      <w:r>
        <w:t>کتاب لکھ کر کے حل ہو سکتا ہو، اس کے لیے آپ ڈنڈا لے کر مارنے کے لیے کھڑے ہو جائیں۔ یہ ہے اس کا مطلب۔ دیکھیں، ہمیشہ اس سے میں نے یہ سمجھا ہے کہ ہمیشہ انسان دو اپشنز کے بیچ میں ہوتا ہے۔ ہمیشہ یعنی حدیث کے لفظ میں ہارڈر اپشن اور ایزیر اپشن۔ ہمیشہ کوئی بھی کام ہو، کوئی بھی بات ہو، جیسے آپ ایک جاب کر رہے ہیں،</w:t>
      </w:r>
    </w:p>
    <w:p>
      <w:r>
        <w:rPr>
          <w:b/>
        </w:rPr>
        <w:t xml:space="preserve">[46:03] </w:t>
      </w:r>
      <w:r>
        <w:t>aap ko nikaal diya gaya job se. ab ek option yeh hai keh aap un ke khilaaf hungama karein keh dekho bhai, yeh bohat kharab log hain, mujhe nikaal diya aur bohat hi un par ilzaam lagayein tarah tarah ka. aur yeh kya hai keh aap bajaye doosre par ilzaam lagane ke, apne par sochein keh mein apni ko apni qualification ko barhaoon, apni competence ko barhaoon</w:t>
      </w:r>
    </w:p>
    <w:p>
      <w:pPr>
        <w:jc w:val="right"/>
      </w:pPr>
      <w:r>
        <w:t>آپ کو نکال دیا گیا جاب سے۔ اب ایک اپشن یہ ہے کہ آپ ان کے خلاف ہنگامہ کریں کہ دیکھو بھئی، یہ بہت خراب لوگ ہیں، مجھے نکال دیا اور بہت ہی ان پر الزام لگائیں طرح طرح کا۔ اور یہ کیا ہے کہ آپ بجائے دوسرے پر الزام لگانے کے، اپنے پر سوچیں کہ میں اپنی کو اپنی کوالیفیکیشن کو بڑھاؤں، اپنی کمپیٹنس کو بڑھاؤں</w:t>
      </w:r>
    </w:p>
    <w:p>
      <w:r>
        <w:rPr>
          <w:b/>
        </w:rPr>
        <w:t xml:space="preserve">[46:34] </w:t>
      </w:r>
      <w:r>
        <w:t>yahan tak keh woh mujhe lene par majboor ho jayein. kyunke aap jante hain keh bohat achi misaal hai keh the remote the top. koi bhi aadmi average ko ignore kar sakta hai, excellence ko ignore nahi kar sakta. yaad rakhiye, ek office mein aap kaam kar rahe hain, agar aap ki working bilkul average type ki hai to boss aap ko ignore kar sakta hai ki</w:t>
      </w:r>
    </w:p>
    <w:p>
      <w:pPr>
        <w:jc w:val="right"/>
      </w:pPr>
      <w:r>
        <w:t>، یہاں تک کہ وہ مجھے لینے پر مجبور ہو جائیں۔ کیونکہ آپ جانتے ہیں کہ بہت اچھی مثل ہے کہ دی ریموٹ دا ٹاپ۔ کوئی بھی آدمی ایوریج کو اگنور کر سکتا ہے، ایکسیلنس کو اگنور نہیں کر سکتا۔ یاد رکھیے، ایک افس میں آپ کام کر رہے ہیں، اگر آپ کی ورکنگ بالکل ایوریج ٹائپ کی ہے تو باس آپ کو اگنور کر سکتا ہے کی</w:t>
      </w:r>
    </w:p>
    <w:p>
      <w:r>
        <w:rPr>
          <w:b/>
        </w:rPr>
        <w:t xml:space="preserve">[47:04] </w:t>
      </w:r>
      <w:r>
        <w:t>kyunke janta hai keh ek average nahi mile ga, doosra average mil jaye ga. humein Mr Average to bhare hue hain bazaar mein, bazaar mein Mr Average ki kami nahi hai, Mr Topper ki kami hai. to aap yeh kijiye keh agar aap abhi tak Mr Average thay to aap aur parhein aur tayyari kijiye aur apne ko Mr Excellent banaiye.</w:t>
      </w:r>
    </w:p>
    <w:p>
      <w:pPr>
        <w:jc w:val="right"/>
      </w:pPr>
      <w:r>
        <w:t>ونکہ جانتا ہے کہ ایک ایوریج نہیں ملے گا، دوسرا ایوریج مل جائے گا۔ ہمیں مسٹر ایوریج تو بھرے ہوئے ہیں بازار میں، بازار میں مسٹر ایوریج کی کمی نہیں ہے، مسٹر ٹاپر کی کمی ہے۔ تو آپ یہ کیجیے کہ اگر آپ ابھی تک مسٹر ایوریج تھے تو آپ اور پڑھیے اور تیاری کیجیے اور اپنے کو مسٹر ایکسیلنٹ بنائیے۔</w:t>
      </w:r>
    </w:p>
    <w:p>
      <w:r>
        <w:rPr>
          <w:b/>
        </w:rPr>
        <w:t xml:space="preserve">[47:35] </w:t>
      </w:r>
      <w:r>
        <w:t>koi bhi aadmi Mr Excellent ko nazar andaaz nahi kar sakta, woh jhuk maar ke aap ko le ga. to ek option yeh hai keh job chhin gaya to aap us ke khilaaf gussa ho gaye, us ko badnaam karne lage aur us ko qatl ki ki ترکیب mein sochne lage. yeh hai harder option. aur doosra option kya hai? easier option kaha gaya is ko hadees mein keh apne</w:t>
      </w:r>
    </w:p>
    <w:p>
      <w:pPr>
        <w:jc w:val="right"/>
      </w:pPr>
      <w:r>
        <w:t>کوئی بھی آدمی مسٹر ایکسیلنٹ کو نظر انداز نہیں کر سکتا، وہ جھک مار کے آپ کو لے گا۔ تو ایک اپشن یہ ہے کہ جاب چھن گیا تو آپ اس کے خلاف غصہ ہو گئے، اس کو بدنام کرنے لگے اور اس کو قتل کی کی ترکیب میں سوچنے لگے۔ یہ ہے ہارڈر اپشن۔ اور دوسرا اپشن کیا ہے؟ ایزیر اپشن کہا گیا اس کو حدیث میں کہ اپنے</w:t>
      </w:r>
    </w:p>
    <w:p>
      <w:r>
        <w:rPr>
          <w:b/>
        </w:rPr>
        <w:t xml:space="preserve">[48:05] </w:t>
      </w:r>
      <w:r>
        <w:t>aap ko yani blame the self par amal karein. aap apni hi aap ko apni salahiyat ko barhaein, apni tayyari ko barhaein to kya hoga? usi market mein aap ko zyada survey ke sath jagah mil jaye gi. yeh hai har maamle mein is ka taluq. koi bhi maamla ho, aap road par chale ja rahe hain,</w:t>
      </w:r>
    </w:p>
    <w:p>
      <w:pPr>
        <w:jc w:val="right"/>
      </w:pPr>
      <w:r>
        <w:t>آپ کو یعنی بلیم دا سیلف پر عمل کریں۔ آپ اپنی ہی آپ کو اپنی صلاحیت کو بڑھائیں، اپنی تیاری کو بڑھائیں تو کیا ہوگا؟ اسی مارکیٹ میں آپ کو زیادہ سروے کے ساتھ جگہ مل جائے گی۔ یہ ہے ہر معاملے میں اس کا تعلق۔ کوئی بھی معاملہ ہو، آپ روڈ پر چلے جا رہے ہیں،</w:t>
      </w:r>
    </w:p>
    <w:p>
      <w:r>
        <w:rPr>
          <w:b/>
        </w:rPr>
        <w:t xml:space="preserve">[48:35] </w:t>
      </w:r>
      <w:r>
        <w:t>aap ki car par kisi ne maar diya, kisi scooter wale ne. ab ek shakhs hai, aap larein, gussa hon, yeh ho, woh police ko bulayein. lekin is mein aap dekhiye, us ke is mein jo itna aasan nahi hai, gussa utarein ge aap us ke ooper to woh bhi gussa utare ga. aur phir larrhai barhai ho gayi to aap hi nahi chot khayein ge, woh usi ko chot nahi hogi, aap ko bhi chot aaye gi. abhi dono hospital mein jayein ge. is se acha hai keh us ko aap maaf</w:t>
      </w:r>
    </w:p>
    <w:p>
      <w:pPr>
        <w:jc w:val="right"/>
      </w:pPr>
      <w:r>
        <w:t>آپ کی کار پر کسی نے مار دیا، کسی اسکوٹر والے نے۔ اب ایک شخص ہے، آپ لڑیں، غصہ ہوں، یہ ہو، وہ پولیس کو بلائیں۔ لیکن اس میں آپ دیکھیے، اس کے اس میں جو اتنا آسان نہیں ہے، غصہ اتاریں گے آپ اس کے اوپر تو وہ بھی غصہ اتارے گا۔ اور پھر لڑائی بڑھائی ہو گئی تو آپ ہی نہیں چوٹ کھائیں گے، وہ اسی کو چوٹ نہیں ہوگی، آپ کو بھی چوٹ آئے گی۔ ابھی دونوں ہاسپٹل میں جائیں گے۔ اس سے اچھا ہے کہ اس کو آپ مع</w:t>
      </w:r>
    </w:p>
    <w:p>
      <w:r>
        <w:rPr>
          <w:b/>
        </w:rPr>
        <w:t xml:space="preserve">[49:05] </w:t>
      </w:r>
      <w:r>
        <w:t>kar dein, us ko samjhayein keh tum is tarah se kyun rough tareeqe se chalate ho. yani koi bhi cheez aap le lijiye zindagi ki, har maamle mein aap ke liye do option maujood hotey hain, chahe larrhai ka maamla ho ya family ke family mein jhagde hotey hain, us ka maamla ho, office mein jo problem aate hain, woh hon. har maamle mein aap ke liye do option hota hai.</w:t>
      </w:r>
    </w:p>
    <w:p>
      <w:pPr>
        <w:jc w:val="right"/>
      </w:pPr>
      <w:r>
        <w:t>اف کر دیں، اس کو سمجھائیں کہ تم اس طرح سے کیوں رف طریقے سے چلاتے ہو۔ یعنی کوئی بھی چیز آپ لے لیجئے زندگی کی، ہر معاملے میں آپ کے لیے دو اپشن موجود ہوتے ہیں، چاہے لڑائی کا معاملہ ہو یا فیملی کے فیملی میں جھگڑے ہوتے ہیں، اس کا معاملہ ہو، افس میں جو پرابلم آتے ہیں، وہ ہوں۔ ہر معاملے میں آپ کے لیے دو اپشن ہوتا ہے۔</w:t>
      </w:r>
    </w:p>
    <w:p>
      <w:r>
        <w:rPr>
          <w:b/>
        </w:rPr>
        <w:t xml:space="preserve">[49:37] </w:t>
      </w:r>
      <w:r>
        <w:t>agar aap us ko pakad lein keh mujhe easier option ko lena hai, harder option ko nahi lena hai. yani peaceful tareeqe se mujhe apne problem ko solve karna hai, constructive andaaz se mujhe kaam karna hai, positive andaaz se mujhe sochna hai to zyada behtar tor par aap apne problem ko solve kar sakte hain. aisi ek hadees hai: "man hasan islam</w:t>
      </w:r>
    </w:p>
    <w:p>
      <w:pPr>
        <w:jc w:val="right"/>
      </w:pPr>
      <w:r>
        <w:t>اگر آپ اس کو پکڑ لیں کہ مجھے ایزیر اپشن کو لینا ہے، ہارڈر اپشن کو نہیں لینا ہے۔ یعنی پیس فل طریقے سے مجھے اپنے پرابلم کو سالو کرنا ہے، کنسٹرکٹو انداز سے مجھے کام کرنا ہے، پازیٹیو انداز سے مجھے سوچنا ہے تو زیادہ بہتر طور پر آپ اپنے پرابلم کو سالو کر سکتے ہیں۔ ایسی ایک حدیث ہے: "من حسن اسلام</w:t>
      </w:r>
    </w:p>
    <w:p>
      <w:r>
        <w:rPr>
          <w:b/>
        </w:rPr>
        <w:t xml:space="preserve">[50:07] </w:t>
      </w:r>
      <w:r>
        <w:t>mar taraka malayani". mein yeh hadeesein aap ko suna raha hoon kyunke aksar log, mein ney dekha hai, samajhte hain keh hadees hain to aise hi hain, samajhte hain keh authentic nahi hai aur kuch idhar udhar ki baatein hain. is mein jo kuch hai, woh Quran mein hai. dekhiye, yeh bohat bari gumrahi hai. bilashuba Quran Khuda ki kitaab hai aur us mein hamare liye rehnumai hai, lekin hadees equally important hai. yaad rakhiye, hadees jo</w:t>
      </w:r>
    </w:p>
    <w:p>
      <w:pPr>
        <w:jc w:val="right"/>
      </w:pPr>
      <w:r>
        <w:t>مر ترکہ مالایانی"۔ میں یہ حدیثیں آپ کو سنا رہا ہوں کیونکہ اکثر لوگ، میں نے دیکھا ہے، سمجھتے ہیں کہ حدیث ہیں تو ایسے ہی ہیں، سمجھتے ہیں کہ اتھینٹک نہیں ہے اور کچھ ادھر ادھر کی باتیں ہیں۔ اس میں جو کچھ ہے، وہ قرآن میں ہے۔ دیکھیے، یہ بہت بڑی گمراہی ہے۔ بلاشبہ قرآن خدا کی کتاب ہے اور اس میں ہمارے لیے رہنمائی ہے، لیکن حدیث ایکولی امپورٹنٹ ہے۔ یاد رکھیے، حدیث جو</w:t>
      </w:r>
    </w:p>
    <w:p>
      <w:r>
        <w:rPr>
          <w:b/>
        </w:rPr>
        <w:t xml:space="preserve">[50:37] </w:t>
      </w:r>
      <w:r>
        <w:t>hai, woh sara ka sara pearl of wisdom hai, parts of wisdom. us mein se mein chand cheezein aap ko suna raha hoon. to ek hadees hai keh "man hasan islam mar taraka malayani". yeh bhi Islam ki khoobi hai keh aadmi aise kaam ko chhod de jis ka koi faida na ho.</w:t>
      </w:r>
    </w:p>
    <w:p>
      <w:pPr>
        <w:jc w:val="right"/>
      </w:pPr>
      <w:r>
        <w:t>ہے، وہ سارا کا سارا پرڈ اف وزڈم ہے، پرٹس اف وزڈم۔ اس میں سے میں چند چیزیں آپ کو سنا رہا ہوں۔ تو ایک حدیث ہے کہ "من حسن اسلام مر ترکہ مالایانی"۔ یہ بھی اسلام کی خوبی ہے کہ آدمی ایسے کام کو چھوڑ دے جس کا کوئی فائدہ نہ ہو۔</w:t>
      </w:r>
    </w:p>
    <w:p>
      <w:r>
        <w:rPr>
          <w:b/>
        </w:rPr>
        <w:t xml:space="preserve">[51:11] </w:t>
      </w:r>
      <w:r>
        <w:t>yani befaida kaam ko chhod dena, yeh bhi islam ki ek khoobi hai. yeh kya hai? ek bohat bari baat is ke andar hai, woh yeh hai ke aap ka action result oriented action hona chahiye. aap bolen to yeh soch kar bolen ke is ka result kya nikle ga. aap koi step len, yeh soch kar step len ke is ka ek</w:t>
      </w:r>
    </w:p>
    <w:p>
      <w:pPr>
        <w:jc w:val="right"/>
      </w:pPr>
      <w:r>
        <w:t>یعنی بے فائدہ کام کو چھوڑ دینا، یہ بھی اسلام کی ایک خوبی ہے۔ یہ کیا ہے؟ ایک بہت بڑی بات اس کے اندر ہے، وہ یہ ہے کہ آپ کا ایکشن رزلٹ اورینٹڈ ایکشن ہونا چاہیے۔ آپ بولیں تو یہ سوچ کر بولیں کہ اس کا رزلٹ کیا نکلے گا۔ آپ کوئی اسٹیپ لیں، یہ سوچ کر اسٹیپ لیں کہ اس کا ایک</w:t>
      </w:r>
    </w:p>
    <w:p>
      <w:r>
        <w:rPr>
          <w:b/>
        </w:rPr>
        <w:t xml:space="preserve">[51:41] </w:t>
      </w:r>
      <w:r>
        <w:t>shan kya nikle ga. koi bhi behaviour aap ka jo hai, is ke liye sochen ke is behaviour jo mein kar raha hoon, is ka result kya nikle ga. to aap ki poori life jo hai, result oriented life hona chahiye. aap ki speech, aap ka sochna, aap ka action, har cheez. yani doosre lafzon mein ke aap ko well considered response</w:t>
      </w:r>
    </w:p>
    <w:p>
      <w:pPr>
        <w:jc w:val="right"/>
      </w:pPr>
      <w:r>
        <w:t>شن کیا نکلے گا۔ کوئی بھی بیہیویئر آپ کا جو ہے، اس کے لیے سوچیں کہ اس بیہیویئر جو میں کر رہا ہوں، اس کا رزلٹ کیا نکلے گا۔ تو آپ کی پوری لائف جو ہے، رزلٹ اورینٹڈ لائف ہونا چاہیے۔ آپ کی سپیچ، آپ کا سوچنا، آپ کا ایکشن، ہر چیز۔ یعنی دوسرے لفظوں میں کہ آپ کو ویل کنسیڈرڈ رسپانس</w:t>
      </w:r>
    </w:p>
    <w:p>
      <w:r>
        <w:rPr>
          <w:b/>
        </w:rPr>
        <w:t xml:space="preserve">[52:11] </w:t>
      </w:r>
      <w:r>
        <w:t>dena chahiye situation ka. koi bhi situation samne aai to aap ki taraf se aisa nahi ke emotional aap ho jayen, bhark uthen aur kuch bhi karne lagen. nahi, aap ka response considered response hona chahiye. jab aap soch kar iqdam karenge, yeh hoga ke aap result ko sochenge aur aap ka har action result oriented action ban jaye ga.</w:t>
      </w:r>
    </w:p>
    <w:p>
      <w:pPr>
        <w:jc w:val="right"/>
      </w:pPr>
      <w:r>
        <w:t>دینا چاہیے سچوئیشن کا۔ کوئی بھی سچوئیشن سامنے آئی تو آپ کی طرف سے ایسا نہیں کہ ایموشنل آپ ہو جائیں، بھڑک اٹھیں اور کچھ بھی کرنے لگیں۔ نہیں، آپ کا رسپانس کنسیڈرڈ رسپانس ہونا چاہیے۔ جب آپ سوچ کر اقدام کریں گے، یہ ہوگا کہ آپ رزلٹ کو سوچیں گے اور آپ کا ہر ایکشن رزلٹ اورینٹڈ ایکشن بن جائے گا۔</w:t>
      </w:r>
    </w:p>
    <w:p>
      <w:r>
        <w:rPr>
          <w:b/>
        </w:rPr>
        <w:t xml:space="preserve">[52:46] </w:t>
      </w:r>
      <w:r>
        <w:t>isi tarah ek hadith hai: "layambagh lil momin nafsa". qaal: "is ka matlab yeh hai ke aap ne farmaya aadmi ke liye,</w:t>
      </w:r>
    </w:p>
    <w:p>
      <w:pPr>
        <w:jc w:val="right"/>
      </w:pPr>
      <w:r>
        <w:t>اسی طرح ایک حدیث ہے: "لایمبغ للمومن نفسہ"۔ قال: "اس کا مطلب یہ ہے کہ آپ نے فرمایا آدمی کے لیے،</w:t>
      </w:r>
    </w:p>
    <w:p>
      <w:r>
        <w:rPr>
          <w:b/>
        </w:rPr>
        <w:t xml:space="preserve">[53:19] </w:t>
      </w:r>
      <w:r>
        <w:t>aadmi ko aisa nahi karna chahiye ke woh aisa kaam kare jis ke nateejay mein us ko zaleel hona pare ke woh apne aap ko khud zaleel kar. aadmi ko aisa kaam nahi karna chahiye jo jis mein woh apne aap ko khud zaleel kar raha ho." poocha gaya ke aisa kaise ho sakta hai? koi aadmi khud hi apne ko zaleel kar. aap ne farmaya: "woh ek aisi taqat se takra j</w:t>
      </w:r>
    </w:p>
    <w:p>
      <w:pPr>
        <w:jc w:val="right"/>
      </w:pPr>
      <w:r>
        <w:t>آدمی کو ایسا نہیں کرنا چاہیے کہ وہ ایسا کام کرے جس کے نتیجے میں اس کو ذلیل ہونا پڑے کہ وہ اپنے آپ کو خود ذلیل کرے۔ آدمی کو ایسا کام نہیں کرنا چاہیے جو جس میں وہ اپنے آپ کو خود ذلیل کر رہا ہو۔" پوچھا گیا کہ ایسا کیسے ہو سکتا ہے؟ کوئی آدمی خود ہی اپنے کو ذلیل کرے۔ آپ نے فرمایا: "وہ ایک ایسی طاقت سے ٹکرا ج</w:t>
      </w:r>
    </w:p>
    <w:p>
      <w:r>
        <w:rPr>
          <w:b/>
        </w:rPr>
        <w:t xml:space="preserve">[53:49] </w:t>
      </w:r>
      <w:r>
        <w:t>aye jis se nipatne ki taqat is ke andar na ho." yeh wohi hai jis ko kehte hain hamari zaban mein: "abil mujhe maar!" ek bail hai, khara hua hai rastay par, bari seengh is ke andar hai. tab bhi woh khara hua hai, lekin aap kankri maren ge, us ki ja kar dhakka den ge, zahir hai apni seengh istemal kare ga. woh</w:t>
      </w:r>
    </w:p>
    <w:p>
      <w:pPr>
        <w:jc w:val="right"/>
      </w:pPr>
      <w:r>
        <w:t>ائے جس سے نپٹنے کی طاقت اس کے اندر نہ ہو۔" یہ وہی ہے جس کو کہتے ہیں ہماری زبان میں: "ابیل مجھے مار!" ایک بیل ہے، کھڑا ہوا ہے راستے پر، بڑی سینگ اس کے اندر ہے۔ تب بھی وہ کھڑا ہوا ہے، لیکن آپ کنکری ماریں گے، اس کی جا کر دھکا دیں گے، ظاہر ہے اپنی سینگ استعمال کرے گا۔ وہ</w:t>
      </w:r>
    </w:p>
    <w:p>
      <w:r>
        <w:rPr>
          <w:b/>
        </w:rPr>
        <w:t xml:space="preserve">[54:19] </w:t>
      </w:r>
      <w:r>
        <w:t>ehi matlab hai ke "abil mujhe maar" wali policy ikhtiyar nahi karna chahiye. aaj kal aap dekhiye, logon ko haal, logon ka haal bar bar woh aise karte hain ke aisi taqat se takra jate hain jis se woh nipat nahi sakte. aur phir kya hota hai ke thak ke baith jate hain. ek lateefa, ek dehle ka lateefa ek hai ke ek shakhs tha, ek sahib ke haan woh service karta tha,</w:t>
      </w:r>
    </w:p>
    <w:p>
      <w:pPr>
        <w:jc w:val="right"/>
      </w:pPr>
      <w:r>
        <w:t>یہی مطلب ہے کہ "ابیل مجھے مار" والی پالیسی اختیار نہیں کرنا چاہیے۔ آج کل آپ دیکھیے، لوگوں کو حال، لوگوں کا حال بار بار وہ ایسے کرتے ہیں کہ ایسی طاقت سے ٹکرا جاتے ہیں جس سے وہ نپٹ نہیں سکتے۔ اور پھر کیا ہوتا ہے کہ تھک کے بیٹھ جاتے ہیں۔ ایک لطیفہ، ایک دہلی کا لطیفہ ایک ہے کہ ایک شخص تھا، ایک صاحب کے ہاں وہ سروس کرتا تھا،</w:t>
      </w:r>
    </w:p>
    <w:p>
      <w:r>
        <w:rPr>
          <w:b/>
        </w:rPr>
        <w:t xml:space="preserve">[54:51] </w:t>
      </w:r>
      <w:r>
        <w:t>bohat dinon service kar raha tha. woh un ke family servant tha, woh to baap mar gaye. ab beta, naujawan beta, baap ki jagah par aaya. ab yeh khadim, yeh jo servant tha, ya yeh boodha ho chuka tha, senior ho chuka tha, to bete se mila. woh ab apne bare hi is mein naaz mein us ne kaha ke "meri salary barhaiye, nahi to ab chuki</w:t>
      </w:r>
    </w:p>
    <w:p>
      <w:pPr>
        <w:jc w:val="right"/>
      </w:pPr>
      <w:r>
        <w:t>بہت دنوں سروس کر رہا تھا۔ وہ ان کے فیملی سرونٹ تھا، وہ تو باپ مر گئے۔ اب بیٹا، نوجوان بیٹا، باپ کی جگہ پر آیا۔ اب یہ خادم، یہ جو سرونٹ تھا، یا یہ بوڑھا ہو چکا تھا، سینیئر ہو چکا تھا، تو بیٹے سے ملا۔ وہ اب اپنے بڑے ہی اس میں ناز میں اس نے کہا کہ "میری سیلری بڑھائیے، نہیں تو اب چونکہ</w:t>
      </w:r>
    </w:p>
    <w:p>
      <w:r>
        <w:rPr>
          <w:b/>
        </w:rPr>
        <w:t xml:space="preserve">[55:21] </w:t>
      </w:r>
      <w:r>
        <w:t>yeh senior tha, woh beta to abhi naujawan ki umar mein tha, baap mar gaya tha, to woh samajhta tha ke mein baap ki zabani se chala raha hoon. mera is ghar mein mera ek darja hai aur mera ek maqam hai." to bete se us ne kaha ke "meri salary barhaiye, nahi to to beta jo tha, us ne ghoor kar us ko dekha, nahi to kya karoge? nahi to kya karoge?" jab us ne is tarah se ghoor kar</w:t>
      </w:r>
    </w:p>
    <w:p>
      <w:pPr>
        <w:jc w:val="right"/>
      </w:pPr>
      <w:r>
        <w:t>یہ سینیئر تھا، وہ بیٹا تو ابھی نوجوان کی عمر میں تھا، باپ مر گیا تھا، تو وہ سمجھتا تھا کہ میں باپ کی زبانی سے چلا رہا ہوں۔ میرا اس گھر میں میرا ایک درجہ ہے اور میرا ایک مقام ہے۔" تو بیٹے سے اس نے کہا کہ "میری سیلری بڑھائیے، نہیں تو تو بیٹا جو تھا، اس نے گھور کر اس کو دیکھا، نہیں تو کیا کرو گے؟ نہیں تو کیا کرو گے؟" جب اس نے اس طرح سے گھور کر</w:t>
      </w:r>
    </w:p>
    <w:p>
      <w:r>
        <w:rPr>
          <w:b/>
        </w:rPr>
        <w:t xml:space="preserve">[55:51] </w:t>
      </w:r>
      <w:r>
        <w:t>dekha to us ne samjha ke "yeh to mujhe nikal de ga, yeh beta!" to foran apna badal liya. us ne kaha ke "huzoor, woh isi tanqwah par kaam karen ge." yeh sacha qissa hai, yeh ke "huzoor, isi salary par kaam karen ge." yeh hai "layambagh lil momin nafsa". ek aisi taqat se na t</w:t>
      </w:r>
    </w:p>
    <w:p>
      <w:pPr>
        <w:jc w:val="right"/>
      </w:pPr>
      <w:r>
        <w:t>دیکھا تو اس نے سمجھا کہ "یہ تو مجھے نکال دے گا، یہ بیٹا!" تو فوراً اپنا بدل لیا۔ اس نے کہا کہ "حضور، وہ اسی تنخواہ پر کام کریں گے۔" یہ سچا قصہ ہے، یہ کہ "حضور، اسی سیلری پر کام کریں گے۔" یہ ہے "لایمبغ للمومن نفسہ"۔ ایک ایسی طاقت سے نہ ٹ</w:t>
      </w:r>
    </w:p>
    <w:p>
      <w:r>
        <w:rPr>
          <w:b/>
        </w:rPr>
        <w:t xml:space="preserve">[56:21] </w:t>
      </w:r>
      <w:r>
        <w:t>karana chahiye aadmi ko jis se woh nipat nahi sakta. to jab bhi aap sochen ke "mujhe takrana hai" to pehle yeh soch lijiye ke "yeh ab mujhe baat to nahi hai, yeh yani mein usay takra kar ke apne favor mein result nikal pao ga ya nahi nikal pao ga?" to rasool Allah ne farmaya ke "yeh apne hath se khud z</w:t>
      </w:r>
    </w:p>
    <w:p>
      <w:pPr>
        <w:jc w:val="right"/>
      </w:pPr>
      <w:r>
        <w:t>کرانا چاہیے آدمی کو جس سے وہ نپٹ نہیں سکتا۔ تو جب بھی آپ سوچیں کہ "مجھے ٹکرانا ہے" تو پہلے یہ سوچ لیجئے کہ "یہ اب مجھے بات تو نہیں ہے، یہ یعنی میں اسے ٹکرا کر کے اپنے فیور میں رزلٹ نکال پاؤں گا یا نہیں نکال پاؤں گا؟" تو رسول اللہ نے فرمایا کہ "یہ اپنے ہاتھ سے خود ذ</w:t>
      </w:r>
    </w:p>
    <w:p>
      <w:r>
        <w:rPr>
          <w:b/>
        </w:rPr>
        <w:t xml:space="preserve">[56:51] </w:t>
      </w:r>
      <w:r>
        <w:t>aleel karna hai." "layambagh lil momin nafsa" yani aadmiyon ko nahi chahiye ke khud hi apne ko zaleel karen. woh yehi apne ko khud zaleel karna. to yeh kitni bari hikmat ki baat hai! yeh kitni bari hikmat ki baat hai! ab mein chand aur baaten arz karoon. "hasiboo anfusakum qabla tuhas</w:t>
      </w:r>
    </w:p>
    <w:p>
      <w:pPr>
        <w:jc w:val="right"/>
      </w:pPr>
      <w:r>
        <w:t>لیل کرنا ہے۔" "لایمبغ للمومن نفسہ" یعنی آدمیوں کو نہیں چاہیے کہ خود ہی اپنے کو ذلیل کرے۔ وہ یہی اپنے کو خود ذلیل کرنا۔ تو یہ کتنی بڑی حکمت کی بات ہے! یہ کتنی بڑی حکمت کی بات ہے! اب میں چند اور باتیں عرض کروں۔ "حاسبوا انفسکم قبل تحاس</w:t>
      </w:r>
    </w:p>
    <w:p>
      <w:r>
        <w:rPr>
          <w:b/>
        </w:rPr>
        <w:t xml:space="preserve">[57:21] </w:t>
      </w:r>
      <w:r>
        <w:t>bu waznoo qabla tuznoo" apna apna hisab kar lo, apna account durust kar lo, is se pehle ke tumhara account dekha jaye. apna hisab kar lo, is se pehle ke tumhara hisab liya jaye. yani apna account durust kar lo,</w:t>
      </w:r>
    </w:p>
    <w:p>
      <w:pPr>
        <w:jc w:val="right"/>
      </w:pPr>
      <w:r>
        <w:t>بوا وزنوا قبل تزنوا" اپنا اپنا حساب کر لو، اپنا اکاؤنٹ درست کر لو، اس سے پہلے کہ تمہارا اکاؤنٹ دیکھا جائے۔ اپنا حساب کر لو، اس سے پہلے کہ تمہارا حساب لیا جائے۔ یعنی اپنا اکاؤنٹ درست کر لو،</w:t>
      </w:r>
    </w:p>
    <w:p>
      <w:r>
        <w:rPr>
          <w:b/>
        </w:rPr>
        <w:t xml:space="preserve">[57:52] </w:t>
      </w:r>
      <w:r>
        <w:t>is se pehle ke tumhara account khola jaye, tumhara account check kiya jaye, aur apne aap ko tol lo, is se pehle ke tumhe tola jaye. is mein aap ne akhirat ki yaad dilai, day of judgment ki. yani ek hisab kitab woh hai jo day of judgment ko pesh aye ga, to wahan to aadmi bach nahi sake ga. hadith mein aata hai ke "man</w:t>
      </w:r>
    </w:p>
    <w:p>
      <w:pPr>
        <w:jc w:val="right"/>
      </w:pPr>
      <w:r>
        <w:t>اس سے پہلے کہ تمہارا اکاؤنٹ کھولا جائے، تمہارا اکاؤنٹ چیک کیا جائے، اور اپنے آپ کو تول لو، اس سے پہلے کہ تمہیں تولا جائے۔ اس میں آپ نے آخرت کی یاد دلائی، ڈے اف ججمنٹ کی۔ یعنی ایک حساب کتاب وہ ہے جو ڈے اف ججمنٹ کو پیش آئے گا، تو وہاں تو آدمی بچ نہیں سکے گا۔ حدیث میں آتا ہے کہ "منو</w:t>
      </w:r>
    </w:p>
    <w:p>
      <w:r>
        <w:rPr>
          <w:b/>
        </w:rPr>
        <w:t xml:space="preserve">[58:22] </w:t>
      </w:r>
      <w:r>
        <w:t>uh ka shafqat halaq". "manuh ka shafqat halaq" yani jis ka account khola gaya, woh halak hua. kitni sakht hadith yeh hai! "manhus maghzaba" jis ka account khola gaya, woh azab se bach nahi sakta. yeh bohat hi tarpane wali hadith hai. "man nuqish faqat halaq" nuqish ke maani hote hain</w:t>
      </w:r>
    </w:p>
    <w:p>
      <w:pPr>
        <w:jc w:val="right"/>
      </w:pPr>
      <w:r>
        <w:t>ح کا شفقت حلق"۔ "منوح کا شفقت حلق" یعنی جس کا اکاؤنٹ کھولا گیا، وہ ہلاک ہوا۔ کتنی سخت حدیث یہ ہے! "منحوس مغذبہ" جس کا اکاؤنٹ کھولا گیا، وہ عذاب سے بچ نہیں سکتا۔ یہ بہت ہی تڑپانے والی حدیث ہے۔ "من نوکش فقط حلق" نوکش کے معنی ہوتے ہیں</w:t>
      </w:r>
    </w:p>
    <w:p>
      <w:r>
        <w:rPr>
          <w:b/>
        </w:rPr>
        <w:t xml:space="preserve">[58:53] </w:t>
      </w:r>
      <w:r>
        <w:t>scrutiny karna. yani qayamat ke din day of judgment mein jis aadmi ki scrutiny ki gayi, woh halak hua. "manhus muazaba" manhus muazaba yani jis ka hisab liya gaya, jis ka account check kiya gaya, woh azab se bach nahi sakta. yani Khuda keh de ke "bhai chalo theek hai" ya injil se keh de ke "is ka check mat</w:t>
      </w:r>
    </w:p>
    <w:p>
      <w:pPr>
        <w:jc w:val="right"/>
      </w:pPr>
      <w:r>
        <w:t>اسکروٹنی کرنا۔ یعنی قیامت کے دن ڈے اف ججمنٹ میں جس آدمی کی اسکروٹنی کی گئی، وہ ہلاک ہوا۔ "منحوس معذبہ" منحوس معذبہ یعنی جس کا حساب لیا گیا، جس کا اکاؤنٹ چیک کیا گیا، وہ عذاب سے بچ نہیں سکتا۔ یعنی خدا کہہ دے کہ "بھئی چلو ٹھیک ہے" یا انجیل سے کہہ دے کہ "اس کا چیک مت</w:t>
      </w:r>
    </w:p>
    <w:p>
      <w:r>
        <w:rPr>
          <w:b/>
        </w:rPr>
        <w:t xml:space="preserve">[59:23] </w:t>
      </w:r>
      <w:r>
        <w:t>karo, us ko aage badha do". aur jis ka scrutiny ki gayi, jis ka account check hua, to farmaya ke "woh to halak hua". isi ko kaha ke "hasib qabla hasib". "hasib qabla tuhasab" apna hisab kar lo, is se pehle ke tumhara hisab liya jaye ga. aap sochiye ke yeh agar aadmi ke mann mein baith jaye to sari zindagi ki islaah ho jaye</w:t>
      </w:r>
    </w:p>
    <w:p>
      <w:pPr>
        <w:jc w:val="right"/>
      </w:pPr>
      <w:r>
        <w:t>کرو، اس کو آگے بڑھا دو"۔ اور جس کا اسکروٹنی کی گئی، جس کا اکاؤنٹ چیک ہوا، تو فرمایا کہ "وہ تو ہلاک ہوا"۔ اسی کو کہا کہ "حاسب قبل حاسب"۔ "حاسب قبل تحاسب" اپنا حساب کر لو، اس سے پہلے کہ تمہارا حساب لیا جائے گا۔ آپ سوچیے کہ یہ اگر آدمی کے من میں بیٹھ جائے تو ساری زندگی کی اصلاح ہو جائے</w:t>
      </w:r>
    </w:p>
    <w:p>
      <w:r>
        <w:rPr>
          <w:b/>
        </w:rPr>
        <w:t xml:space="preserve">[59:53] </w:t>
      </w:r>
      <w:r>
        <w:t>apne aap negative thought khatm ho jaye, apne aap ghussa khatm ho jaye, apne aap hate khatm ho jaye, apne aap shikayaten khatm ho jayen, apne aap karwa pan khatm ho jaye, sab kuch khatm ho jaye. waise jaise ek aag par pani daal de, pani thandi ho jati hai, thandi ho jati hai. aag aisi jis ke dil mein yeh baith jaye to us ke andar ek ek</w:t>
      </w:r>
    </w:p>
    <w:p>
      <w:pPr>
        <w:jc w:val="right"/>
      </w:pPr>
      <w:r>
        <w:t>، اپنے آپ نیگیٹیو تھاٹ ختم ہو جائے، اپنے آپ غصہ ختم ہو جائے، اپنے آپ ہیٹ ختم ہو جائے، اپنے آپ شکایتیں ختم ہو جائیں، اپنے آپ کڑواپن ختم ہو جائے، سب کچھ ختم ہو جائے۔ ویسے جیسے ایک اگ پر پانی ڈال دے، پانی ٹھنڈی ہو جاتی ہے، ٹھنڈی ہو جاتی ہے۔ اگ ایسی جس کے دل میں یہ بیٹھ جائے تو اس کے اندر ایک ایک</w:t>
      </w:r>
    </w:p>
    <w:p>
      <w:r>
        <w:rPr>
          <w:b/>
        </w:rPr>
        <w:t xml:space="preserve">[1:00:23] </w:t>
      </w:r>
      <w:r>
        <w:t>dam ek badlao aa jayega. mujhe ek waqia abhi hua, us ko mein arz karta hoon. do char din pehle ki baat hai, America se ek sahib ne ek woh bheja, CD a kya kehte hain, us ko ek discovery jo hai, unhon ne ki thi internet par. ghanton waqt lagaya hoga us mein. to us mein</w:t>
      </w:r>
    </w:p>
    <w:p>
      <w:pPr>
        <w:jc w:val="right"/>
      </w:pPr>
      <w:r>
        <w:t>دم ایک بدلاؤ آ جائے گا۔ مجھے ایک واقعہ ابھی ہوا، اس کو میں عرض کرتا ہوں۔ دو چار دن پہلے کی بات ہے، امریکہ سے ایک صاحب نے ایک وہ بھیجا، سی ڈی اے کیا کہتے ہیں، اس کو ایک ڈسکوری جو ہے، انہوں نے کی تھی انٹرنیٹ پر۔ گھنٹوں وقت لگایا ہوگا اس میں۔ تو اس میں</w:t>
      </w:r>
    </w:p>
    <w:p>
      <w:r>
        <w:rPr>
          <w:b/>
        </w:rPr>
        <w:t xml:space="preserve">[1:00:53] </w:t>
      </w:r>
      <w:r>
        <w:t>tha ke America mein ek kitab chhapi hai jis mein bataya gaya hai ke September 11 ka jo qissa hua tha, jis mein world tower ko jahaz se takra kar gira diya gaya tha, to September 11 ka waqia jo hai, woh khud George Bush ne karwaya tha. to unhon ne bari mehnat kar ke nikala us ko aur us ki copy bheji yahan ke "dekhiye, us ko</w:t>
      </w:r>
    </w:p>
    <w:p>
      <w:pPr>
        <w:jc w:val="right"/>
      </w:pPr>
      <w:r>
        <w:t>تھا کہ امریکہ میں ایک کتاب چھپی ہے جس میں بتایا گیا ہے کہ ستمبر الیون کا جو قصہ ہوا تھا، جس میں ورلڈ ٹاور کو جہاز سے ٹکرا کر گرا دیا گیا تھا، تو ستمبر الیون کا واقعہ جو ہے، وہ خود جارج بش نے کروایا تھا۔ تو انہوں نے بڑی محنت کر کے نکالا اس کو اور اس کی کاپی بھیجی یہاں کہ "دیکھیے، اس کو</w:t>
      </w:r>
    </w:p>
    <w:p>
      <w:r>
        <w:rPr>
          <w:b/>
        </w:rPr>
        <w:t xml:space="preserve">[1:01:23] </w:t>
      </w:r>
      <w:r>
        <w:t>George Bush ne khud hi karwaya tha" yeh aap yaqeen kijiye ke mujhe is se koi dilchaspi nahi hui, kuch bhi maine us ko khol kar dekha bhi nahi. meri zaban par yeh aaya ke log doosron ka chapter kholne mein busy hain, apna chapter koi nahi kholta. jis ko dekhe, woh doosron ke chapter kholne ke laga hua hai. jis ko dekhe, hamar</w:t>
      </w:r>
    </w:p>
    <w:p>
      <w:pPr>
        <w:jc w:val="right"/>
      </w:pPr>
      <w:r>
        <w:t>جارج بش نے خود ہی کروایا تھا"۔ یہ آپ یقین کیجئے کہ مجھے اس سے کوئی دلچسپی نہیں ہوئی، کچھ بھی میں نے اس کو کھول کے دیکھا بھی نہیں۔ میری زبان پر یہ آیا کہ لوگ دوسروں کا چیپٹر کھولنے میں بزی ہیں، اپنا چیپٹر کوئی نہیں کھولتا۔ جس کو دیکھے، وہ دوسروں کے چیپٹر کھولنے کے لگا ہوا ہے۔ جس کو دیکھے، ہمار</w:t>
      </w:r>
    </w:p>
    <w:p>
      <w:r>
        <w:rPr>
          <w:b/>
        </w:rPr>
        <w:t xml:space="preserve">[1:01:53] </w:t>
      </w:r>
      <w:r>
        <w:t>e samaj mein doosron ki kamzoriyan batana, doosron ki kami batana, doosron ki burai batana, doosron ke bare mein bari bari cheezen disclose karna. abhi mein kal gaya tha yahan par ek hospital mein, to ek sahib wahan kehne lage, "dekhen sahib, yeh doctor sahib jo hain, unhon ne yeh gadbad kar rakha hai." ab woh</w:t>
      </w:r>
    </w:p>
    <w:p>
      <w:pPr>
        <w:jc w:val="right"/>
      </w:pPr>
      <w:r>
        <w:t>ے سماج میں دوسروں کی کمزوریاں بتانا، دوسروں کی کمیاں بتانا، دوسروں کی برائی بتانا، دوسروں کے بارے میں بڑی بڑی چیزیں ڈسکلوز کرنا۔ ابھی میں کل گیا تھا یہاں پر ایک ہاسپٹل میں، تو ایک صاحب وہاں کہنے لگے، "دیکھیں صاحب، یہ ڈاکٹر صاحب جو ہیں، انہوں نے یہ گڑبڑ کر رکھا ہے۔" اب وہ</w:t>
      </w:r>
    </w:p>
    <w:p>
      <w:r>
        <w:rPr>
          <w:b/>
        </w:rPr>
        <w:t xml:space="preserve">[1:02:23] </w:t>
      </w:r>
      <w:r>
        <w:t>ek disclose karne lage, jis ko dekhe, woh usi mein mashgool hai, doosron ka chapter kholne mein. lekin sacha insan woh hai jo apna chapter khole, jo introspection kare, apni kamzoriyon ko nikale. yaqeen kijiye ke yeh time ka waste karna hai, paise ka waste karna hai ke aap doosron ka chapter khulte rahen.</w:t>
      </w:r>
    </w:p>
    <w:p>
      <w:pPr>
        <w:jc w:val="right"/>
      </w:pPr>
      <w:r>
        <w:t>ایک ڈسکلوز کرنے لگے، جس کو دیکھے، وہ اسی میں مشغول ہے، دوسروں کا چیپٹر کھولنے میں۔ لیکن سچا انسان وہ ہے جو اپنا چیپٹر کھولے، جو انٹراسپیکشن کرے، اپنی کمزوریوں کو نکالے۔ یقین کیجئے کہ یہ ٹائم کا ویسٹ کرنا ہے، پیسے کا ویسٹ کرنا ہے کہ آپ دوسروں کا چیپٹر کھولتے رہیں۔</w:t>
      </w:r>
    </w:p>
    <w:p>
      <w:r>
        <w:rPr>
          <w:b/>
        </w:rPr>
        <w:t xml:space="preserve">[1:02:56] </w:t>
      </w:r>
      <w:r>
        <w:t>jis aadmi ko mein ek hadith se pehle sunai thi ke "la tazal qadam abdin hatta ursal aruwain" aadmi ke qadam hatenge nahi Khuda ke samne se. yeh day of judgment ki baat kahi gayi hai, day of judgment ki baat kahi gayi hai. "la tazal qadam abdin hatta ursal aruwain" aadmi ek qadam Khuda ke samne se hate ga nahi jab tak char baaton ka woh jawab</w:t>
      </w:r>
    </w:p>
    <w:p>
      <w:pPr>
        <w:jc w:val="right"/>
      </w:pPr>
      <w:r>
        <w:t>جس آدمی کو میں ایک حدیث سے پہلے سنائی تھی کہ "لا تزال قدم عبدا حتی ارسل اروین" آدمی کے قدم ہٹیں گے نہیں خدا کے سامنے سے۔ یہ ڈے اف ججمنٹ کی بات کہی گئی ہے، ڈے اف ججمنٹ کی بات کہی گئی ہے۔ "لا تزال قدم عبدا حتی ارسل اروین" آدمی ایک قدم خدا کے سامنے سے ہٹے گا نہیں جب تک چار باتوں کا وہ جواب</w:t>
      </w:r>
    </w:p>
    <w:p>
      <w:r>
        <w:rPr>
          <w:b/>
        </w:rPr>
        <w:t xml:space="preserve">[1:03:26] </w:t>
      </w:r>
      <w:r>
        <w:t>na de le, jab tak woh char baaton ka jawab na de le. char baaten kya hain? jo maal kamaya, woh kahan se kamaya? is maal ko jo kharch kiya, woh kin baaton mein kharch kiya? aur yeh ke jo ilm hasil kiya</w:t>
      </w:r>
    </w:p>
    <w:p>
      <w:pPr>
        <w:jc w:val="right"/>
      </w:pPr>
      <w:r>
        <w:t>نہ دے لے، جب تک وہ چار باتوں کا جواب نہ دے لے۔ چار باتیں کیا ہیں؟ جو مال کمایا، وہ کہاں سے کمایا؟ اس مال کو جو خرچ کیا، وہ کن باتوں میں خرچ کیا؟ اور یہ کہ جو علم حاصل کیا</w:t>
      </w:r>
    </w:p>
    <w:p>
      <w:r>
        <w:rPr>
          <w:b/>
        </w:rPr>
        <w:t xml:space="preserve">[1:03:56] </w:t>
      </w:r>
      <w:r>
        <w:t>, woh kaun sa ilm hasil kiya? aur is ilm ko jahan istemal kiya, woh kahan istemal kiya? yeh chaar baatein hain. ab bataiye ke agar aadmi yeh soche to usko discharge, ab sara sara concern ban jaye uska ke apne chapter kholo. doosron ka chapter kholna, yaqeen kijiye ke intellectual, yani intellectual logon ke</w:t>
      </w:r>
    </w:p>
    <w:p>
      <w:pPr>
        <w:jc w:val="right"/>
      </w:pPr>
      <w:r>
        <w:t>، وہ کون سا علم حاصل کیا؟ اور اس علم کو جہاں استعمال کیا، وہ کہاں استعمال کیا؟ یہ چار باتیں ہیں۔ اب بتائیے کہ اگر آدمی یہ سوچے تو اس کو ڈسچارج، اب سارا سارا کنسرن بن جائے اس کا کہ اپنے چیپٹر کھولو۔ دوسروں کا چیپٹر کھولنا، یقین کیجئے کہ انٹلیکچول، یعنی انٹلیکچول لوگوں کے</w:t>
      </w:r>
    </w:p>
    <w:p>
      <w:r>
        <w:rPr>
          <w:b/>
        </w:rPr>
        <w:t xml:space="preserve">[1:04:26] </w:t>
      </w:r>
      <w:r>
        <w:t>shaitani bura lafz agar bolunga, ek satiric kaam hai jis mein intellectuals phanse rehte hain. maine yeh paya hai ke saare intellectuals doosron ke chapter kholne mein lage rehte hain. ab maslan yeh jo aaya hai, wahan se sirf yani circumstantial evidence base karta hai, woh sara waqt is mein koi real proof nahi hai. circumstantial evidence par, aur yaad rakhiye, circumstantial evidence mein itni gunjaish hai ke hum jo yahan</w:t>
      </w:r>
    </w:p>
    <w:p>
      <w:pPr>
        <w:jc w:val="right"/>
      </w:pPr>
      <w:r>
        <w:t>شیطانی برا لفظ اگر بولوں گا، ایک سیٹرک کام ہے جس میں انٹلیکچولز پھنسے رہتے ہیں۔ میں نے یہ پایا ہے کہ سارے انٹلیکچولز دوسروں کے چیپٹر کھولنے میں لگے رہتے ہیں۔ اب مثلاً یہ جو آیا ہے، وہاں سے صرف یعنی سرکمسٹینشل ایویڈنس بیس کرتا ہے، وہ سارا وقت اس میں کوئی ریئل پروف نہیں ہے۔ سرکمسٹینشل ایویڈنس پر، اور یاد رکھیے، سرکمسٹینشل ایویڈنس میں اتنی گنجائش ہے کہ ہم جو یہاں</w:t>
      </w:r>
    </w:p>
    <w:p>
      <w:r>
        <w:rPr>
          <w:b/>
        </w:rPr>
        <w:t xml:space="preserve">[1:04:56] </w:t>
      </w:r>
      <w:r>
        <w:t>kaam kar rahe hain, isi ko bata sakta hai ke hum jail khane mein baithe hue hain aur choriyaan kar rahe hain. circumstantial evidence mein bohat zyada gunjaish hoti hai baat ko idhar udhar karne ki. ek hi baat ko das andaaz se aap nikaal sakte hain. iska matlab jab tak aap ke paas koi real factual evidence na ho, circumstantial evidence ko kuch bhi nahi samajhti. chunancha adalaton, hamari jo adalaten hain, kabhi bhi koi judge circumstan</w:t>
      </w:r>
    </w:p>
    <w:p>
      <w:pPr>
        <w:jc w:val="right"/>
      </w:pPr>
      <w:r>
        <w:t>کام کر رہے ہیں، اسی کو بتا سکتا ہے کہ ہم جیل خانے میں بیٹھے ہوئے ہیں اور چوریاں کر رہے ہیں۔ سرکمسٹینشل ایویڈنس میں بہت زیادہ گنجائش ہوتی ہے بات کو ادھر ادھر کرنے کی۔ ایک ہی بات کو دس انداز سے آپ نکال سکتے ہیں۔ اس کا مطلب جب تک آپ کے پاس کوئی ریئل فیکچول ایویڈنس نہ ہو، سرکمسٹینشل ایویڈنس کو کچھ بھی نہیں سمجھتی۔ چنانچہ عدالتوں، ہماری جو عدالتیں ہیں، کبھی بھی کوئی جج سرکمسٹین</w:t>
      </w:r>
    </w:p>
    <w:p>
      <w:r>
        <w:rPr>
          <w:b/>
        </w:rPr>
        <w:t xml:space="preserve">[1:05:26] </w:t>
      </w:r>
      <w:r>
        <w:t>tial evidence faisla nahi deta. yeh law hai. aisi kitabein likhte hain, log padhte hain aur dhoom machate hain aur kharidte hain. isko yeh sab intellectual corruption ka nateeja hai. yeh sab hai. to behal, main yeh keh raha tha ke jo spirit hai hadith ki, woh yeh hai ke aadmi ko chahiye ke woh apna chapter khole.</w:t>
      </w:r>
    </w:p>
    <w:p>
      <w:pPr>
        <w:jc w:val="right"/>
      </w:pPr>
      <w:r>
        <w:t>شل ایویڈنس فیصلہ نہیں دیتا۔ یہ لا ہے۔ ایسی کتابیں لکھتے ہیں، لوگ پڑھتے ہیں اور دھوم مچاتے ہیں اور خریدتے ہیں۔ اس کو یہ سب انٹلیکچول کرپشن کا نتیجہ ہے۔ یہ سب ہے۔ تو بہرحال، میں یہ کہہ رہا تھا کہ جو اسپرٹ ہے حدیث کی، وہ یہ ہے کہ آدمی کو چاہیے کہ وہ اپنا چیپٹر کھولے۔</w:t>
      </w:r>
    </w:p>
    <w:p>
      <w:r>
        <w:rPr>
          <w:b/>
        </w:rPr>
        <w:t xml:space="preserve">[1:05:58] </w:t>
      </w:r>
      <w:r>
        <w:t>aadmi apne aap ko is se bachaye ke woh doosron ka chapter kholta rahe aur aakhir mein woh mar jaye is haal mein ke uske paas kuch bhi na ho. yani apna chapter wahan khola jaye. day of judgement mein aap bataiye kya haal hoga insaan ka ke duniya mein to doosron ke chapter kholta rahe, woh aur wahan jab pahunche to uska apna chapter khol diya jaye. yeh duniya mein</w:t>
      </w:r>
    </w:p>
    <w:p>
      <w:pPr>
        <w:jc w:val="right"/>
      </w:pPr>
      <w:r>
        <w:t>آدمی اپنے آپ کو اس سے بچائے کہ وہ دوسروں کا چیپٹر کھولتا رہے اور آخر میں وہ مر جائے اس حال میں کہ اس کے پاس کچھ بھی نہ ہو۔ یعنی اپنا چیپٹر وہاں کھولا جائے۔ ڈے اف ججمنٹ میں آپ بتائیے کیا حال ہوگا انسان کا کہ دنیا میں تو دوسروں کے چیپٹر کھولتا رہے، وہ اور وہاں جب پہنچے تو اس کا اپنا چیپٹر کھول دیا جائے۔ یہ دنیا میں</w:t>
      </w:r>
    </w:p>
    <w:p>
      <w:r>
        <w:rPr>
          <w:b/>
        </w:rPr>
        <w:t xml:space="preserve">[1:06:28] </w:t>
      </w:r>
      <w:r>
        <w:t>to doosron ke chapter kholne mein laga raha hai. woh jo asal jagah hai, asal jagah hai, wahan jab pahunche to uska apna chapter khol diya jaye. to humein is se apne ko bachana chahiye. Allah taala mujh ko aur aap ko tofeeq de ke hum apna time aur apna jo kuch bhi hamare paas hai, us ko hum is kaam mein lagayein</w:t>
      </w:r>
    </w:p>
    <w:p>
      <w:pPr>
        <w:jc w:val="right"/>
      </w:pPr>
      <w:r>
        <w:t>تو دوسروں کے چیپٹر کھولنے میں لگا رہا ہے۔ وہ جو اصل جگہ ہے، اصل جگہ ہے، وہاں جب پہنچے تو اس کا اپنا چیپٹر کھول دیا جائے۔ تو ہمیں اس سے اپنے کو بچانا چاہیے۔ اللہ تعالی مجھ کو اور آپ کو توفیق دے کہ ہم اپنا ٹائم اور اپنا جو کچھ بھی ہمارے پاس ہے، اس کو ہم اس کام میں لگائیں</w:t>
      </w:r>
    </w:p>
    <w:p>
      <w:r>
        <w:rPr>
          <w:b/>
        </w:rPr>
        <w:t xml:space="preserve">[1:06:58] </w:t>
      </w:r>
      <w:r>
        <w:t>jis ka koi faida hamein milne wala hai. wahan ki duniya mein jo eternal hai, jahan hamein hamesha rehna hai. dekhiye, hadith ka dars aksar masjidon mein, madarson mein aur jagahon mein diya jata hai. yeh koi nayi cheez nahi hai, lekin maine dekha hai ke aam taur par technical andaaz mein dars dete hain log</w:t>
      </w:r>
    </w:p>
    <w:p>
      <w:pPr>
        <w:jc w:val="right"/>
      </w:pPr>
      <w:r>
        <w:t>جس کا کوئی فائدہ ہمیں ملنے والا ہے۔ وہاں کی دنیا میں جو ایٹرنل ہے، جہاں ہمیں ہمیشہ رہنا ہے۔ دیکھیے، حدیث کا درس اکثر مسجدوں میں، مدرسوں میں اور جگہوں میں دیا جاتا ہے۔ یہ کوئی نئی چیز نہیں ہے، لیکن میں نے دیکھا ہے کہ عام طور پر ٹیکنیکل انداز میں درس دیتے ہیں لوگ</w:t>
      </w:r>
    </w:p>
    <w:p>
      <w:r>
        <w:rPr>
          <w:b/>
        </w:rPr>
        <w:t xml:space="preserve">[1:07:28] </w:t>
      </w:r>
      <w:r>
        <w:t>. yani woh andaaz jo madarson mein padhane ke liye istemal hota hai. aap jante hain ke madarson mein baqayda ek sheikh ul hadith hote hain, woh hadith padhate hain. to wahan jo hadith padhane ka andaaz hai, woh hai technical, yani fanni. to madrase ke liye to theek hai, woh madrase mein jis tarah universityon mein hota hai, universityon mein yeh hota hai ke kisi subject ko</w:t>
      </w:r>
    </w:p>
    <w:p>
      <w:pPr>
        <w:jc w:val="right"/>
      </w:pPr>
      <w:r>
        <w:t>۔ یعنی وہ انداز جو مدرسوں میں پڑھانے کے لیے استعمال ہوتا ہے۔ آپ جانتے ہیں کہ مدرسوں میں باقاعدہ ایک شیخ الحدیث ہوتے ہیں، وہ حدیث پڑھاتے ہیں۔ تو وہاں جو حدیث پڑھانے کا انداز ہے، وہ ہے ٹیکنیکل، یعنی فنی۔ تو مدرسے کے لیے تو ٹھیک ہے، وہ مدرسے میں جس طرح یونیورسٹیوں میں ہوتا ہے، یونیورسٹیوں میں یہ ہوتا ہے کہ کسی سبجیکٹ کو</w:t>
      </w:r>
    </w:p>
    <w:p>
      <w:r>
        <w:rPr>
          <w:b/>
        </w:rPr>
        <w:t xml:space="preserve">[1:07:58] </w:t>
      </w:r>
      <w:r>
        <w:t>technical andaaz mein lete hain. to educational institution mein yahi sahi hai. lekin is waqt jo hum kar rahe hain, yeh madrase ka dars nahi hai, balke yeh is liye hai ke aadmi ko is se kuch lesson mile, koi sabak mile, us ki rooh ko koi food mile, koi spiritual food, koi divine food mile.</w:t>
      </w:r>
    </w:p>
    <w:p>
      <w:pPr>
        <w:jc w:val="right"/>
      </w:pPr>
      <w:r>
        <w:t>ٹیکنیکل انداز میں لیتے ہیں۔ تو ایجوکیشنل انسٹیٹیوشن میں یہی صحیح ہے۔ لیکن اس وقت جو ہم کر رہے ہیں، یہ مدرسے کا درس نہیں ہے، بلکہ یہ اس لیے ہے کہ آدمی کو اس سے کچھ لیسن ملے، کوئی سبق ملے، اس کی روح کو کوئی فوڈ ملے، کوئی سپریچول فوڈ، کوئی ڈیوائن فوڈ ملے۔</w:t>
      </w:r>
    </w:p>
    <w:p>
      <w:r>
        <w:rPr>
          <w:b/>
        </w:rPr>
        <w:t xml:space="preserve">[1:08:29] </w:t>
      </w:r>
      <w:r>
        <w:t>to hamara maqsad yeh hai, is liye hamari dars hadith ka tareeqa bilkul alag hai. technical jo aspect hai, us ko hum chhod kar ke, us ko avoid kar ke sirf un baaton ko le rahe hain jis mein aadmi ko kuch learning ho, kuch uska</w:t>
      </w:r>
    </w:p>
    <w:p>
      <w:pPr>
        <w:jc w:val="right"/>
      </w:pPr>
      <w:r>
        <w:t>تو ہمارا مقصد یہ ہے، اس لیے ہماری درس حدیث کا طریقہ بالکل الگ ہے۔ ٹیکنیکل جو اسپیکٹ ہے، اس کو ہم چھوڑ کر کے، اس کو اوائڈ کر کے صرف ان باتوں کو لے رہے ہیں جس میں آدمی کو کچھ لرننگ ہو، کچھ اس کا</w:t>
      </w:r>
    </w:p>
    <w:p>
      <w:r>
        <w:rPr>
          <w:b/>
        </w:rPr>
        <w:t xml:space="preserve">[1:08:59] </w:t>
      </w:r>
      <w:r>
        <w:t>spiritual development ho, kuch us ko Khuda ki yaad aaye, aakhirat ki yaad aaye. yeh maqsad hai hamara. to main is waqt aap ko kuch hadith sunn raha hoon. jaisa ke maine arz kiya, hadith koi aisi kitab nahi hai jo kehte hain coherent book, aisi kitab nahi hai. woh collection of sayings</w:t>
      </w:r>
    </w:p>
    <w:p>
      <w:pPr>
        <w:jc w:val="right"/>
      </w:pPr>
      <w:r>
        <w:t>سپریچول ڈیولپمنٹ ہو، کچھ اس کو خدا کی یاد آئے، آخرت کی یاد آئے۔ یہ مقصد ہے ہمارا۔ تو میں اس وقت آپ کو کچھ حدیثیں سنا رہا ہوں۔ جیسا کہ میں نے عرض کیا، حدیث کوئی ایسی کتاب نہیں ہے جو کہتے ہیں کوہینٹ بک، ایسی کتاب نہیں ہے۔ وہ کلیکشن اف سینگز</w:t>
      </w:r>
    </w:p>
    <w:p>
      <w:r>
        <w:rPr>
          <w:b/>
        </w:rPr>
        <w:t xml:space="preserve">[1:09:29] </w:t>
      </w:r>
      <w:r>
        <w:t>hain. jitni bhi hadith ki kitabein hain, woh collection of sayings hain. to is mein aap agar yeh dhoondhein ke koi coherent book ki tarah se koi is mein silsile war koi baat ho, is result tak to woh kitab mein nahi milegi aap ko. lekin agar aap chahein ke kuch seekhna to har page par, balke har har line mein aap ko koi baat mil jayegi aisi jis se aap kuch apni</w:t>
      </w:r>
    </w:p>
    <w:p>
      <w:pPr>
        <w:jc w:val="right"/>
      </w:pPr>
      <w:r>
        <w:t>ہیں۔ جتنی بھی حدیث کی کتابیں ہیں، وہ کلیکشن اف سینگز ہیں۔ تو اس میں آپ اگر یہ ڈھونڈیں کہ کوئی کوہینٹ بک کی طرح سے کوئی اس میں سلسلے وار کوئی بات ہو، اس رزلٹ تک تو وہ کتاب میں نہیں ملے گی آپ کو۔ لیکن اگر آپ چاہیں کہ کچھ سیکھنا تو ہر پیج پر، بلکہ ہر ہر لائن میں آپ کو کوئی بات مل جائے گی ایسی جس سے آپ کچھ اپنی</w:t>
      </w:r>
    </w:p>
    <w:p>
      <w:r>
        <w:rPr>
          <w:b/>
        </w:rPr>
        <w:t xml:space="preserve">[1:10:00] </w:t>
      </w:r>
      <w:r>
        <w:t>learning ko badha saken. to isi maqsad ke liye main is waqt kuch hadith aap ki khidmat mein pesh kar raha hoon. dekhiye, ek hadith hai, yeh hadith hai hadith qudsi. jo kehte hain, hadith qudsi ka matlab yeh hota hai</w:t>
      </w:r>
    </w:p>
    <w:p>
      <w:pPr>
        <w:jc w:val="right"/>
      </w:pPr>
      <w:r>
        <w:t>لرننگ کو بڑھا سکیں۔ تو اسی مقصد کے لیے میں اس وقت کچھ حدیثیں آپ کی خدمت میں پیش کر رہا ہوں۔ دیکھیے، ایک حدیث ہے، یہ حدیث ہے حدیث قدسی۔ جو کہتے ہیں، حدیث قدسی کا مطلب یہ ہوتا ہے</w:t>
      </w:r>
    </w:p>
    <w:p>
      <w:r>
        <w:rPr>
          <w:b/>
        </w:rPr>
        <w:t xml:space="preserve">[1:10:31] </w:t>
      </w:r>
      <w:r>
        <w:t>ke hadithon mein kuch woh hadithien hain jo khud Rasool Allah ki zuban se hain, kuch hadithien woh hain jo Khuda ki zuban se hain. jo hadithien Khuda ki zuban se hain, us ko kaha jata hai hadith qudsi. to yeh isi qism ki ek hadith hai. Allah taala ne farmaya: "Kul</w:t>
      </w:r>
    </w:p>
    <w:p>
      <w:pPr>
        <w:jc w:val="right"/>
      </w:pPr>
      <w:r>
        <w:t>کہ حدیثوں میں کچھ وہ حدیثیں ہیں جو خود رسول اللہ کی زبان سے ہیں، کچھ حدیثیں وہ ہیں جو خدا کی زبان سے ہیں۔ جو حدیثیں خدا کی زبان سے ہیں، اس کو کہا جاتا ہے حدیث قدسی۔ تو یہ اسی قسم کی ایک حدیث ہے۔ اللہ تعالی نے فرمایا: "کل</w:t>
      </w:r>
    </w:p>
    <w:p>
      <w:r>
        <w:rPr>
          <w:b/>
        </w:rPr>
        <w:t xml:space="preserve">[1:11:01] </w:t>
      </w:r>
      <w:r>
        <w:t>ibn Adam khattaun wa khair ul khatta'in at tawwabun". is ka translation yeh hai ke saare insaan, saare insaanon se ghalti hoti hai. yeh ghalti jo hai, woh jaise kehte hain ke "to err is human"</w:t>
      </w:r>
    </w:p>
    <w:p>
      <w:pPr>
        <w:jc w:val="right"/>
      </w:pPr>
      <w:r>
        <w:t>بنی آدم خطاون و خیر الخطا التوابون"۔ اس کا ٹرانسیشن یہ ہے کہ سارے انسان، سارے انسانوں سے غلطی ہوتی ہے۔ یہ غلطی جو ہے، وہ جیسے کہتے ہیں کہ "ٹویرز ہیومن"</w:t>
      </w:r>
    </w:p>
    <w:p>
      <w:r>
        <w:rPr>
          <w:b/>
        </w:rPr>
        <w:t xml:space="preserve">[1:11:31] </w:t>
      </w:r>
      <w:r>
        <w:t>ghalti karna insaan ki nature mein hai. to farmaya ke saare insaan ghalti karte hain, lekin sab se acha ghalti karne wala woh hai jo ghalti karne ke baad palat aaye, toba kare. toba ka matlab hai palat aana. is se yeh maloom hua ke ghalti karna bura nahi hai, ghalti kar ke laut na lautna yeh bura hai.</w:t>
      </w:r>
    </w:p>
    <w:p>
      <w:pPr>
        <w:jc w:val="right"/>
      </w:pPr>
      <w:r>
        <w:t>غلطی کرنا انسان کی نیچر میں ہے۔ تو فرمایا کہ سارے انسان غلطی کرتے ہیں، لیکن سب سے اچھا غلطی کرنے والا وہ ہے جو غلطی کرنے کے بعد پلٹ آئے، توبہ کرے۔ توبہ کا مطلب ہے پلٹ آنا۔ اس سے یہ معلوم ہوا کہ غلطی کرنا برا نہیں ہے، غلطی کر کے لوٹ نہ لوٹنا یہ برا ہے۔</w:t>
      </w:r>
    </w:p>
    <w:p>
      <w:r>
        <w:rPr>
          <w:b/>
        </w:rPr>
        <w:t xml:space="preserve">[1:12:05] </w:t>
      </w:r>
      <w:r>
        <w:t>aur main samajhta hoon ke ghalti karna rakha Allah taala ne nature mein insaan ke, is liye ke ghalti karne se aap ko ek opportunity milti hai, ek bara reward lene ki, ek bara sawab kamane ki. maslan yeh bohat bara sawab hai ke aadmi apni ghalti ka etraaf kare, etraaf, confess karna</w:t>
      </w:r>
    </w:p>
    <w:p>
      <w:pPr>
        <w:jc w:val="right"/>
      </w:pPr>
      <w:r>
        <w:t>اور میں سمجھتا ہوں کہ غلطی کرنا رکھا اللہ تعالی نے نیچر میں انسان کے، اس لیے کہ غلطی کرنے سے آپ کو ایک اپرچونیٹی ملتی ہے، ایک بڑا ریوارڈ لینے کی، ایک بڑا ثواب کمانے کی۔ مثلاً یہ بہت بڑا ثواب ہے کہ آدمی اپنی غلطی کا اعتراف کرے، اعتراف، کانفیس کرنا</w:t>
      </w:r>
    </w:p>
    <w:p>
      <w:r>
        <w:rPr>
          <w:b/>
        </w:rPr>
        <w:t xml:space="preserve">[1:12:36] </w:t>
      </w:r>
      <w:r>
        <w:t>, yeh manna ke maine ghalti ki thi. yeh bohat bara saza sawab is ke upar hai, kyunke jab aap kehte hain ke "I was wrong" to aap spiritual development ka ek zeena tay karte hain. deconditioning ka ek jo process chalana chahiye aap ke andar, woh chal padta hai. lekin main arz kar doon ke English culture mein jo hai, sorry, sorry</w:t>
      </w:r>
    </w:p>
    <w:p>
      <w:pPr>
        <w:jc w:val="right"/>
      </w:pPr>
      <w:r>
        <w:t>، یہ ماننا کہ میں نے غلطی کی تھی۔ یہ بہت بڑا سزا ثواب اس کے اوپر ہے، کیونکہ جب آپ کہتے ہیں کہ "آئی واز رونگ" تو آپ اسپیریچول ڈیولپمنٹ کا ایک زینہ طے کرتے ہیں۔ ڈی کنڈیشننگ کا ایک جو پراسیس چلانا چاہیے آپ کے اندر، وہ چل پڑتا ہے۔ لیکن میں عرض کر دوں کہ انگلش کلچر میں جو ہے، سوری، سوری</w:t>
      </w:r>
    </w:p>
    <w:p>
      <w:r>
        <w:rPr>
          <w:b/>
        </w:rPr>
        <w:t xml:space="preserve">[1:13:06] </w:t>
      </w:r>
      <w:r>
        <w:t>, is se yeh kuch bhi nahi, woh to ek minors hain, social manners. yeh saare jo kaha jata hai aaj kal, woh social manners hain. is ki koi religious value nahi hai, is ki koi spiritual value nahi hai. mere nazdeek woh mahaz lip service hota hai, lip service. yeh social etiquettes hain, social manners hain. bas to main sari ko kuch bhi nahi samajhta, balke</w:t>
      </w:r>
    </w:p>
    <w:p>
      <w:pPr>
        <w:jc w:val="right"/>
      </w:pPr>
      <w:r>
        <w:t>، اس سے یہ کچھ بھی نہیں، وہ تو ایک مائنرز ہیں، سوشل مائنرز۔ یہ سارے جو کہا جاتا ہے آج کل، وہ سوشل مائنرز ہیں۔ اس کی کوئی ریلیجس ویلیو نہیں ہے، اس کی کوئی سپریچول ویلیو نہیں ہے۔ میرے نزدیک وہ محض لپ سروس ہوتا ہے، لپ سروس۔ یہ سوشل ایٹیکیٹس ہیں، سوشل مائنرز ہیں۔ بس تو میں ساری کو کچھ بھی نہیں سمجھتا، بلکہ</w:t>
      </w:r>
    </w:p>
    <w:p>
      <w:r>
        <w:rPr>
          <w:b/>
        </w:rPr>
        <w:t xml:space="preserve">[1:13:36] </w:t>
      </w:r>
      <w:r>
        <w:t>main sari ko bura manta hoon. koi mujh se sari agar kehta hai to yaqeen kijiye, mujhe khushi nahi hoti. mujhe lagta hai kisi ne patthar maar diya. yani koi aadmi ghalti kare aur mujh se kahe ke sorry, mujhe lagta hai ke us ne patthar maara, kyunke lip service kiya hai? is se acha to aadmi chup rahe. aadmi ko kehna chahiye: "I was wrong, I was wrong, I was wrong".</w:t>
      </w:r>
    </w:p>
    <w:p>
      <w:pPr>
        <w:jc w:val="right"/>
      </w:pPr>
      <w:r>
        <w:t>میں ساری کو برا مانتا ہوں۔ کوئی مجھ سے ساری اگر کہتا ہے تو یقین کیجیے، مجھے خوشی نہیں ہوتی۔ مجھے لگتا ہے کسی نے پتھر مار دیا۔ یعنی کوئی آدمی غلطی کرے اور مجھ سے کہے کہ ساری، مجھے لگتا ہے کہ اس نے پتھر مارا، کیونکہ لپ سروس کیا ہے؟ اس سے اچھا تو آدمی چپ رہے۔ آدمی کو کہنا چاہیے: "آئی واز رونگ، آئی واز رونگ، آئی واز رونگ"۔</w:t>
      </w:r>
    </w:p>
    <w:p>
      <w:r>
        <w:rPr>
          <w:b/>
        </w:rPr>
        <w:t xml:space="preserve">[1:14:11] </w:t>
      </w:r>
      <w:r>
        <w:t>main samajhta hoon ke lip service, yeh sorry jo hai, woh lip service hai. aur "I was wrong" kehna dil ki tarap ka zuban se zahir hona hai. aadmi ke andar ek storm aata hai ke "oho, mujh se itni bari ghalti ho gayi". ek storm uthta hai aadmi ke andar ke maine ghalti kar dali. is storm ka ek zuban</w:t>
      </w:r>
    </w:p>
    <w:p>
      <w:pPr>
        <w:jc w:val="right"/>
      </w:pPr>
      <w:r>
        <w:t>میں سمجھتا ہوں کہ لپ سروس، یہ ساری جو ہے، وہ لپ سروس ہے۔ اور "آئی واز رونگ" کہنا دل کی تڑپ کا زبان سے ظاہر ہونا ہے۔ آدمی کے اندر ایک اسٹارم آتا ہے کہ "اوہو، مجھ سے اتنی بڑی غلطی ہو گئی"۔ ایک اسٹارم اٹھتا ہے آدمی کے اندر کہ میں نے غلطی کر ڈالی۔ اس اسٹارم کا ایک زبان</w:t>
      </w:r>
    </w:p>
    <w:p>
      <w:r>
        <w:rPr>
          <w:b/>
        </w:rPr>
        <w:t xml:space="preserve">[1:14:41] </w:t>
      </w:r>
      <w:r>
        <w:t>par ek thoda sa zahir hota hai ya aadmi kehta hai ke "I was wrong". to jo ghalti ka etraaf lip service ho, woh to ek aur ghalti ka izafa hai. ek ghalti ke baad doosri ghalti karna hai. lekin jo etraaf dil ki tarap ke saath juda hua ho, jo etraaf aadmi ke dil ki pukaar ho,</w:t>
      </w:r>
    </w:p>
    <w:p>
      <w:pPr>
        <w:jc w:val="right"/>
      </w:pPr>
      <w:r>
        <w:t>پر ایک تھوڑا سا ظاہر ہوتا ہے یا آدمی کہتا ہے کہ "آئی واز رونگ"۔ تو جو غلطی کا اعتراف لپ سروس ہو، وہ تو ایک اور غلطی کا اضافہ ہے۔ ایک غلطی کے بعد دوسری غلطی کرنا ہے۔ لیکن جو اعتراف دل کی تڑپ کے ساتھ جڑا ہوا ہو، جو اعتراف آدمی کے دل کی پکار ہو،</w:t>
      </w:r>
    </w:p>
    <w:p>
      <w:r>
        <w:rPr>
          <w:b/>
        </w:rPr>
        <w:t xml:space="preserve">[1:15:14] </w:t>
      </w:r>
      <w:r>
        <w:t>woh ghalti ka etraaf hai aur bilashuba is par bohat bara reward hai. jaisa ke maine arz kiya, hadith aur Quran ke mutabiq yeh ek bohat bari virtue hai, bohat bari neki hai ke aadmi ghalti karne ke baad yeh maane, yeh ke</w:t>
      </w:r>
    </w:p>
    <w:p>
      <w:pPr>
        <w:jc w:val="right"/>
      </w:pPr>
      <w:r>
        <w:t>وہ غلطی کا اعتراف ہے اور بلاشبہ اس پر بہت بڑا ریوارڈ ہے۔ جیسا کہ میں نے عرض کیا، حدیث اور قرآن کے مطابق یہ ایک بہت بڑی ورچو ہے، بہت بڑی نیکی ہے کہ آدمی غلطی کرنے کے بعد یہ مانے، یہ کہ</w:t>
      </w:r>
    </w:p>
    <w:p>
      <w:r>
        <w:rPr>
          <w:b/>
        </w:rPr>
        <w:t xml:space="preserve">[1:15:44] </w:t>
      </w:r>
      <w:r>
        <w:t>e ke maine ghalti ki, "I was wrong". lekin sorry kehna virtue nahi hai. sorry kehna to ek ek lip service hai. dil ki gehrai ke saath yeh kehna ke "I was wrong" yeh virtue hai. sochiye ke aisa kyun hai? is ki wajah yeh hai</w:t>
      </w:r>
    </w:p>
    <w:p>
      <w:pPr>
        <w:jc w:val="right"/>
      </w:pPr>
      <w:r>
        <w:t>ے کہ میں نے غلطی کی، "آئی واز رونگ"۔ لیکن ساری کہنا ورچو نہیں ہے۔ ساری کہنا تو ایک ایک لپ سروس ہے۔ دل کی گہرائی کے ساتھ یہ کہنا کہ "آئی واز رونگ" یہ ورچو ہے۔ سوچیے کہ ایسا کیوں ہے؟ اس کی وجہ یہ ہے</w:t>
      </w:r>
    </w:p>
    <w:p>
      <w:r>
        <w:rPr>
          <w:b/>
        </w:rPr>
        <w:t xml:space="preserve">[1:16:15] </w:t>
      </w:r>
      <w:r>
        <w:t>ke ghalti agarche insaan ke saath hoti hai, lekin yaad rakhiye, ghalti ka etraaf Khuda ke samne karna padta hai. aap ke samne ek insaan hota hai to aap kehte hain: "sorry, sorry". lekin sochiye ke aap ke samne agar Khuda khada hua ho, tab bhi aap sorry kahenge?</w:t>
      </w:r>
    </w:p>
    <w:p>
      <w:pPr>
        <w:jc w:val="right"/>
      </w:pPr>
      <w:r>
        <w:t>کہ غلطی اگرچہ انسان کے ساتھ ہوتی ہے، لیکن یاد رکھیے، غلطی کا اعتراف خدا کے سامنے کرنا پڑتا ہے۔ آپ کے سامنے ایک انسان ہوتا ہے تو آپ کہتے ہیں: "سوری، سوری"۔ لیکن سوچیے کہ آپ کے سامنے اگر خدا کھڑا ہوا ہو، تب بھی آپ سوری کہیں گے؟</w:t>
      </w:r>
    </w:p>
    <w:p>
      <w:r>
        <w:rPr>
          <w:b/>
        </w:rPr>
        <w:t xml:space="preserve">[1:16:46] </w:t>
      </w:r>
      <w:r>
        <w:t>kya khuda ke samne sorry kaha jata hai? khuda ke samne to aadmi dhttha padta hai ke "khudaya, mujh se bohat bari ghalti ho gai" . log to woh samajhte hain ke woh kisi insan ke samne bol rahe hain, kisi kisi insan ke samne apni ghalti ko maan rahe hain, to woh sorry, sorry keh rahe hain. aisa hargiz nahin hai. kyun? jo ghalti aap ne ki hai, woh</w:t>
      </w:r>
    </w:p>
    <w:p>
      <w:pPr>
        <w:jc w:val="right"/>
      </w:pPr>
      <w:r>
        <w:t>کیا خدا کے سامنے سوری کہا جاتا ہے؟ خدا کے سامنے تو آدمی ڈھٹھا پڑتا ہے کہ "خدایا، مجھ سے بہت بڑی غلطی ہو گئی"۔ لوگ تو وہ سمجھتے ہیں کہ وہ کسی انسان کے سامنے بول رہے ہیں، کسی کسی انسان کے سامنے اپنی غلطی کو مان رہے ہیں، تو وہ سوری، سوری کہتے ہیں۔ ایسا ہرگز نہیں ہے۔ کیوں؟ جو غلطی آپ نے کی ہے، وہ</w:t>
      </w:r>
    </w:p>
    <w:p>
      <w:r>
        <w:rPr>
          <w:b/>
        </w:rPr>
        <w:t xml:space="preserve">[1:17:16] </w:t>
      </w:r>
      <w:r>
        <w:t>haqiqatan khuda ki ghalti hai. yaani khuda, khuda ke bare mein ghalti hai. kyun? woh ghalti is liye hai ke khuda ne kaha hai ke ghalti hai. kisi insan ko aap ne gaali di, kisi insan ko aap ne takleef pohanchai, kisi insan ke sath aap ne koi burai ki, to woh burai kyun hai? is liye ke khuda ne is se aap ko mana kiya hai. khuda ne kaha hai ke kisi in</w:t>
      </w:r>
    </w:p>
    <w:p>
      <w:pPr>
        <w:jc w:val="right"/>
      </w:pPr>
      <w:r>
        <w:t>حقیقتاً خدا کی غلطی ہے۔ یعنی خدا، خدا کے بارے میں غلطی ہے۔ کیوں؟ وہ غلطی اس لیے ہے کہ خدا نے کہا ہے کہ غلطی ہے۔ کسی انسان کو آپ نے گالی دی، کسی انسان کو آپ نے تکلیف پہنچائی، کسی انسان کے ساتھ آپ نے کوئی برائی کی، تو وہ برائی کیوں ہے؟ اس لیے کہ خدا نے اس سے آپ کو منع کیا ہے۔ خدا نے کہا ہے کہ کسی ان</w:t>
      </w:r>
    </w:p>
    <w:p>
      <w:r>
        <w:rPr>
          <w:b/>
        </w:rPr>
        <w:t xml:space="preserve">[1:17:46] </w:t>
      </w:r>
      <w:r>
        <w:t>san ko takleef na do. hadith mein aata hai ke "wallah la yoman, wallah la yoman, wallah la yoman" . al-ladhi la yoman jareh boaiqeh hi az naat a bilivar, hi az naat a momin ho krates prablam far hiz nibarz.</w:t>
      </w:r>
    </w:p>
    <w:p>
      <w:pPr>
        <w:jc w:val="right"/>
      </w:pPr>
      <w:r>
        <w:t>سان کو تکلیف نہ دو۔ حدیث میں آتا ہے کہ "واللہ لا یومن، واللہ لا یومن، واللہ لا یومن"۔ الذی لا یومن جارہ بوائقہ ہی از ناٹ ا بلیور، ہی از ناٹ ا مومن ہو کریٹس پرابلم فار ہز نیبرز۔</w:t>
      </w:r>
    </w:p>
    <w:p>
      <w:r>
        <w:rPr>
          <w:b/>
        </w:rPr>
        <w:t xml:space="preserve">[1:18:17] </w:t>
      </w:r>
      <w:r>
        <w:t>apne agar doos kisi doosre ke liye prablam kriet karna, is se aap ka iman hi khatam ho jata hai. yeh kis ne kaha hai? yeh khuda ne kaha hai. is liye jab aap kisi ke samne ghalti karen, kisi se aap kisi ke bare mein aap se koi ghalti ho jaye to aap ne ghalti ki hai, khuda ke hukum ke</w:t>
      </w:r>
    </w:p>
    <w:p>
      <w:pPr>
        <w:jc w:val="right"/>
      </w:pPr>
      <w:r>
        <w:t>اپنے اگر دوس کسی دوسرے کے لیے پرابلم کریٹ کرنا، اس سے آپ کا ایمان ہی ختم ہو جاتا ہے۔ یہ کس نے کہا ہے؟ یہ خدا نے کہا ہے۔ اس لیے جب آپ کسی کے سامنے غلطی کریں، کسی سے آپ کسی کے بارے میں آپ سے کوئی غلطی ہو جائے تو آپ نے غلطی کی ہے، خدا کے حکم کے</w:t>
      </w:r>
    </w:p>
    <w:p>
      <w:r>
        <w:rPr>
          <w:b/>
        </w:rPr>
        <w:t xml:space="preserve">[1:18:47] </w:t>
      </w:r>
      <w:r>
        <w:t>hatne ki ghalti ki hai. aap kisi ko takleef pohancha kar aap khuda ke hukum se hat gaye hain, to maafi to mangna hai khuda se. insan samne hai, insan ke samne aap bolenge, lekin aslan woh aap ka manna khuda ke liye hota hai. aap sochiye ke jab aap kisi insan se keh rahe hote hain ke "sorry, sorry", isi</w:t>
      </w:r>
    </w:p>
    <w:p>
      <w:pPr>
        <w:jc w:val="right"/>
      </w:pPr>
      <w:r>
        <w:t>ہٹنے کی غلطی کی ہے۔ آپ کسی کو تکلیف پہنچا کر آپ خدا کے حکم سے ہٹ گئے ہیں، تو معافی تو مانگنا ہے خدا سے۔ انسان سامنے ہے، انسان کے سامنے آپ بولیں گے، لیکن اصلاً وہ آپ کا ماننا خدا کے لیے ہوتا ہے۔ آپ سوچیے کہ جب آپ کسی انسان سے کہہ رہے ہوتے ہیں کہ "سوری، سوری"، اسی</w:t>
      </w:r>
    </w:p>
    <w:p>
      <w:r>
        <w:rPr>
          <w:b/>
        </w:rPr>
        <w:t xml:space="preserve">[1:19:17] </w:t>
      </w:r>
      <w:r>
        <w:t>liye keh rahe hote hain ke woh insan aap ke samne dikhai padta hai. agar aap ko yeh dikhai de ke wahan par khuda khara hua hai, wahan par khuda dekh raha hai, to aap kabhi bhi sorry nahin kahenge. phir aap ki zuban se niklega ke "khudaya, main ne bohat bhari ghalti kar di, bhari bhool mujh se ho gai" . "ai waz rang" se bhi ziyada koi aur bari</w:t>
      </w:r>
    </w:p>
    <w:p>
      <w:pPr>
        <w:jc w:val="right"/>
      </w:pPr>
      <w:r>
        <w:t>لیے کہہ رہے ہوتے ہیں کہ وہ انسان آپ کے سامنے دکھائی پڑتا ہے۔ اگر آپ کو یہ دکھائی دے کہ وہاں پر خدا کھڑا ہوا ہے، وہاں پر خدا دیکھ رہا ہے، تو آپ کبھی بھی سوری نہیں کہیں گے۔ پھر آپ کی زبان سے نکلے گا کہ "خدایا، میں نے بہت بھاری غلطی کر دی، بھاری بھول مجھ سے ہو گئی"۔ "آئی واز رونگ" سے بھی زیادہ کوئی اور بڑی</w:t>
      </w:r>
    </w:p>
    <w:p>
      <w:r>
        <w:rPr>
          <w:b/>
        </w:rPr>
        <w:t xml:space="preserve">[1:19:48] </w:t>
      </w:r>
      <w:r>
        <w:t>aur ziyada kade shabd hon to woh aap ki zuban se niklega. to yaad rakhiye, ghalti ko manna ek varchu hai, lekin sorry kehna varchu nahin hai. dil ki gehraiyon ke sath, dil ki tarap ke sath keh uthna ke "mujh se bohat bhari bhari ghalti ho gai" aur "aainda main is ghalti ko repeat nahin k</w:t>
      </w:r>
    </w:p>
    <w:p>
      <w:pPr>
        <w:jc w:val="right"/>
      </w:pPr>
      <w:r>
        <w:t>اور زیادہ کڑے शब्द ہوں تو وہ آپ کی زبان سے نکلے گا۔ تو یاد رکھیے، غلطی کو ماننا ایک ورچو ہے، لیکن سوری کہنا ورچو نہیں ہے۔ دل کی گہرائیوں کے ساتھ، دل کی تڑپ کے ساتھ کہہ اٹھنا کہ "مجھ سے بہت بھاری بھاری غلطی ہو گئی" اور "آئندہ میں اس غلطی کو ریپیٹ نہیں ک</w:t>
      </w:r>
    </w:p>
    <w:p>
      <w:r>
        <w:rPr>
          <w:b/>
        </w:rPr>
        <w:t xml:space="preserve">[1:20:18] </w:t>
      </w:r>
      <w:r>
        <w:t>aroon ga", tab woh varchu banti hai, warna varchu nahin banti. ek bohat hi basic prinsipal jo diya gaya hai hadith mein social laif ke liye, sosaiti mein aap jeete hain, doosron ke sath aap jeete hain, to kaise rahen? ek bohat hi basic prinsipal:</w:t>
      </w:r>
    </w:p>
    <w:p>
      <w:pPr>
        <w:jc w:val="right"/>
      </w:pPr>
      <w:r>
        <w:t>روں گا"، تب وہ ورچو بنتی ہے، ورنہ ورچو نہیں بنتی۔ ایک بہت ہی بیسک پرنسپل جو دیا گیا ہے حدیث میں سوشل لائف کے لیے، سوسائٹی میں آپ جیتے ہیں، دوسروں کے ساتھ آپ جیتے ہیں، تو کیسے رہیں؟ ایک بہت ہی بیسک پرنسپل:</w:t>
      </w:r>
    </w:p>
    <w:p>
      <w:r>
        <w:rPr>
          <w:b/>
        </w:rPr>
        <w:t xml:space="preserve">[1:20:48] </w:t>
      </w:r>
      <w:r>
        <w:t>"intahib nafsak" ke tum doosron ke sath wohi karo jo tum apne liye pasand karte ho. kitna simple aur kitna yaani bara hai yeh prinsipal! kyun? is liye ke har aadmi ko pata hai ke use kya acha lagta hai, kya bura lagta hai. har aadmi ko pata hai,</w:t>
      </w:r>
    </w:p>
    <w:p>
      <w:pPr>
        <w:jc w:val="right"/>
      </w:pPr>
      <w:r>
        <w:t>"انتہب نفسک" کہ تم دوسروں کے ساتھ وہی کرو جو تم اپنے لیے پسند کرتے ہو۔ کتنا سمپل اور کتنا یعنی بڑا ہے یہ پرنسپل! کیوں؟ اس لیے کہ ہر آدمی کو پتہ ہے کہ اسے کیا اچھا لگتا ہے، کیا برا لگتا ہے۔ ہر آدمی کو پتہ ہے،</w:t>
      </w:r>
    </w:p>
    <w:p>
      <w:r>
        <w:rPr>
          <w:b/>
        </w:rPr>
        <w:t xml:space="preserve">[1:21:21] </w:t>
      </w:r>
      <w:r>
        <w:t>aap se koi kada bolay to aap ko bura lagega. bas aap samajh lijiye ke aap ko bhi doosron se kada nahin bolna hai. aap se koi meetha bolay to aap ko acha lagega, to aap samajh lijiye ke doosre ke sath aap ko meetha bolna hai. aap ko koi nuqsan pohanchaye to aap ko bohat takleef hogi, to samajh lijiye ke aap ko bhi doosron ko nuqsan nahin pohanchana hai. aap</w:t>
      </w:r>
    </w:p>
    <w:p>
      <w:pPr>
        <w:jc w:val="right"/>
      </w:pPr>
      <w:r>
        <w:t>آپ سے کوئی کڑا بولے تو آپ کو برا لگے گا۔ بس آپ سمجھ لیجئے کہ آپ کو بھی دوسروں سے کڑا نہیں بولنا ہے۔ آپ سے کوئی میٹھا بولے تو آپ کو اچھا لگے گا، تو آپ سمجھ لیجئے کہ دوسرے کے ساتھ آپ کو میٹھا بولنا ہے۔ آپ کو کوئی نقصان پہنچائے تو آپ کو بہت تکلیف ہوگی، تو سمجھ لیجئے کہ آپ کو بھی دوسروں کو نقصان نہیں پہنچانا ہے۔ آپ</w:t>
      </w:r>
    </w:p>
    <w:p>
      <w:r>
        <w:rPr>
          <w:b/>
        </w:rPr>
        <w:t xml:space="preserve">[1:21:51] </w:t>
      </w:r>
      <w:r>
        <w:t>ko koi faida pohanchaye to aap bohat khush honge, to samajh lijiye ke aap ko bhi doosron ke liye yuzfil banna hai. yaani sosaiti mein aap ek giwar person ban kar rahen, na ke tekar person. yeh hai is ka matlab. kitna simple aur kitna kamparahansiv hai yeh tiching! is ek baat ko agar aadmi pakad le to</w:t>
      </w:r>
    </w:p>
    <w:p>
      <w:pPr>
        <w:jc w:val="right"/>
      </w:pPr>
      <w:r>
        <w:t>کو کوئی فائدہ پہنچائے تو آپ بہت خوش ہوں گے، تو سمجھ لیجئے کہ آپ کو بھی دوسروں کے لیے یوزفل بننا ہے۔ یعنی سوسائٹی میں آپ ایک گیور پرسن بن کر رہیں، نہ کہ ٹیکر پرسن۔ یہ ہے اس کا مطلب۔ کتنا سمپل اور کتنا کمپرہینسو ہے یہ ٹیچنگ! اس ایک بات کو اگر آدمی پکڑ لے تو</w:t>
      </w:r>
    </w:p>
    <w:p>
      <w:r>
        <w:rPr>
          <w:b/>
        </w:rPr>
        <w:t xml:space="preserve">[1:22:23] </w:t>
      </w:r>
      <w:r>
        <w:t>main samajhta hoon ke zindagi jo hai, 99 99 jayegi. ab main aap ko chand baaten kahoon ga ke hadith ki stadi mein aap ko ke liye gaidlainz kya hain? hadith ki stadi kaise karen? aap yeh baat hadisi ke liye sahi nahin hai, hadisi ke liye nahin, balkeh</w:t>
      </w:r>
    </w:p>
    <w:p>
      <w:pPr>
        <w:jc w:val="right"/>
      </w:pPr>
      <w:r>
        <w:t>میں سمجھتا ہوں کہ زندگی جو ہے، 99 99 جائے گی۔ اب میں آپ کو چند باتیں کہوں گا کہ حدیث کی سٹڈی میں آپ کو کے لیے گائیڈ لائنز کیا ہیں؟ حدیث کی سٹڈی کیسے کریں؟ آپ یہ بات حدیثی کے لیے صحیح نہیں ہے، حدیثی کے لیے نہیں، بلکہ</w:t>
      </w:r>
    </w:p>
    <w:p>
      <w:r>
        <w:rPr>
          <w:b/>
        </w:rPr>
        <w:t xml:space="preserve">[1:22:53] </w:t>
      </w:r>
      <w:r>
        <w:t>har kitab ke liye, har kitab ke liye kuch prinsipal hote hain, kuch gaidlain hoti hain. woh aap agar aap us ko falu karen to aap kitab ko samajh sakte hain, unhen samajh nahin sakenge. wohi yahan bhi hai. ek hadith mein bataya gaya hai ke quran ke bare mein ke "lakil aayat minaha zahar wa bitan" yaani har quran ke har wars ka</w:t>
      </w:r>
    </w:p>
    <w:p>
      <w:pPr>
        <w:jc w:val="right"/>
      </w:pPr>
      <w:r>
        <w:t>ہر کتاب کے لیے، ہر کتاب کے لیے کچھ پرنسپل ہوتے ہیں، کچھ گائیڈ لائن ہوتی ہیں۔ وہ آپ اگر آپ اس کو فالو کریں تو آپ کتاب کو سمجھ سکتے ہیں، انہیں سمجھ نہیں سکیں گے۔ وہی یہاں بھی ہے۔ ایک حدیث میں بتایا گیا ہے کہ قرآن کے بارے میں کہ "لکل آیت منہا زہر وبتن" یعنی ہر قرآن کے ہر ورث کا</w:t>
      </w:r>
    </w:p>
    <w:p>
      <w:r>
        <w:rPr>
          <w:b/>
        </w:rPr>
        <w:t xml:space="preserve">[1:23:25] </w:t>
      </w:r>
      <w:r>
        <w:t>ek matlab hai lainz mein, aur ek matlab hai bitwin de lainz. yaani kuch us ke lafzon mein hai aur kuch lafzon mein chupa hua hai, jis ko kehte hain lainz aur bitwin de lainz. to jab aap samajhna chahen gehrai ke sath kisi hadith ko, to aap ko us ko samne rakh kar sochna chahiye. jaise main</w:t>
      </w:r>
    </w:p>
    <w:p>
      <w:pPr>
        <w:jc w:val="right"/>
      </w:pPr>
      <w:r>
        <w:t>ایک مطلب ہے لائنز میں، اور ایک مطلب ہے بیٹوین دے لائنز۔ یعنی کچھ اس کے لفظوں میں ہے اور کچھ لفظوں میں چھپا ہوا ہے، جس کو کہتے ہیں لائنز اور بیٹوین دے لائنز۔ تو جب آپ سمجھنا چاہیں گہرائی کے ساتھ کسی حدیث کو، تو آپ کو اس کو سامنے رکھ کر سوچنا چاہیے۔ جیسے میں</w:t>
      </w:r>
    </w:p>
    <w:p>
      <w:r>
        <w:rPr>
          <w:b/>
        </w:rPr>
        <w:t xml:space="preserve">[1:23:56] </w:t>
      </w:r>
      <w:r>
        <w:t>kuch misal deta hoon aap ko. ek hadith hai ke aap ne bataya: "al-taqwa hona" dil ki taraf ishara karte hue aap ne kaha: "al-taqwa hona" . taqwa yahan hai. taqwa ka matlab kya hai? yaani achhai, burai, is ka ehsas hona. to aap ne kaha: "al-taqwa hona" yaani oopri taur par kuch karna</w:t>
      </w:r>
    </w:p>
    <w:p>
      <w:pPr>
        <w:jc w:val="right"/>
      </w:pPr>
      <w:r>
        <w:t>کچھ مثال دیتا ہوں آپ کو۔ ایک حدیث ہے کہ آپ نے بتایا: "التقویٰ ہونا" دل کی طرف اشارہ کرتے ہوئے آپ نے کہا: "التقویٰ ہونا"۔ تقویٰ یہاں ہے۔ تقویٰ کا مطلب کیا ہے؟ یعنی اچھائی، برائی، اس کا احساس ہونا۔ تو آپ نے کہا: "التقویٰ ہونا" یعنی اوپری طور پر کچھ کرنا</w:t>
      </w:r>
    </w:p>
    <w:p>
      <w:r>
        <w:rPr>
          <w:b/>
        </w:rPr>
        <w:t xml:space="preserve">[1:24:26] </w:t>
      </w:r>
      <w:r>
        <w:t>ke lamba karta pehan le, oonchi topi pehan le, lambi dadi barha le, to yeh taqwa nahin hai. taqwa yahan hai. to hadith mein agarche nahin hai ke "al-taqwa hona" is mein aur barha lijiye ke "al-sharha hona" . matlab dili se shar bhi nikalta hai, wahin se khair bhi nikalta hai. achhai bhi ka sors bhi wahi hai, burai ka sors bhi wahi hai. kyun ke aap jante hain ke jab aadmi</w:t>
      </w:r>
    </w:p>
    <w:p>
      <w:pPr>
        <w:jc w:val="right"/>
      </w:pPr>
      <w:r>
        <w:t>کہ لمبا کرتا پہن لے، اونچی ٹوپی پہن لے، لمبی داڑھی بڑھا لے، تو یہ تقویٰ نہیں ہے۔ تقویٰ یہاں ہے۔ تو حدیث میں اگرچہ نہیں ہے کہ "التقویٰ ہونا" اس میں اور بڑھا لیجئے کہ "الشرہا ہونا"۔ مطلب دلی سے شر بھی نکلتا ہے، وہیں سے خیر بھی نکلتا ہے۔ اچھائی بھی کا سورس بھی وہی ہے، برائی کا سورس بھی وہی ہے۔ کیونکہ آپ جانتے ہیں کہ جب آدمی</w:t>
      </w:r>
    </w:p>
    <w:p>
      <w:r>
        <w:rPr>
          <w:b/>
        </w:rPr>
        <w:t xml:space="preserve">[1:24:56] </w:t>
      </w:r>
      <w:r>
        <w:t>koi achhai kare ya burai kare to pehle woh sochta hai, pehle woh planning karta hai, phir woh cheez action mein aati hai. to agar aap ki soch achhi hai to aap ka action bhi acha hoga. aap ki soch buri hai to aap ka action bhi bura hoga. aisi ek hadith hai:</w:t>
      </w:r>
    </w:p>
    <w:p>
      <w:pPr>
        <w:jc w:val="right"/>
      </w:pPr>
      <w:r>
        <w:t>کوئی اچھائی کرے یا برائی کرے تو پہلے وہ سوچتا ہے، پہلے وہ پلاننگ کرتا ہے، پھر وہ چیز ایکشن میں آتی ہے۔ تو اگر آپ کی سوچ اچھی ہے تو آپ کا ایکشن بھی اچھا ہوگا۔ آپ کی سوچ بری ہے تو آپ کا ایکشن بھی برا ہوگا۔ ایسی ایک حدیث ہے:</w:t>
      </w:r>
    </w:p>
    <w:p>
      <w:r>
        <w:rPr>
          <w:b/>
        </w:rPr>
        <w:t xml:space="preserve">[1:25:26] </w:t>
      </w:r>
      <w:r>
        <w:t>"hubbish yomi waisam" kisi cheez se mohabbat tum ko anda aur bahra bana deti hai. maslan aap ko apne bete se bohat mohabbat hai aur beta kehta hai ke "bhai, mujhe to nai model car chahiye" aur aap ke pas paisa nahin hai, to aap kya karenge? rishwat lenge afsar pe ja kar ke taake beti ki farmash poori.</w:t>
      </w:r>
    </w:p>
    <w:p>
      <w:pPr>
        <w:jc w:val="right"/>
      </w:pPr>
      <w:r>
        <w:t>"حبکش یومی ویسم" کسی چیز سے محبت تم کو اندھا اور بہرا بنا دیتی ہے۔ مثلاً آپ کو اپنے بیٹے سے بہت محبت ہے اور بیٹا کہتا ہے کہ "بھائی، مجھے تو نئی ماڈل کار چاہیے" اور آپ کے پاس پیسہ نہیں ہے، تو آپ کیا کریں گے؟ رشوت لیں گے افسر پہ جا کر کے تاکہ بیٹی کی فرمائش پوری ہو۔</w:t>
      </w:r>
    </w:p>
    <w:p>
      <w:r>
        <w:rPr>
          <w:b/>
        </w:rPr>
        <w:t xml:space="preserve">[1:25:58] </w:t>
      </w:r>
      <w:r>
        <w:t>biwi kahegi ke "mujhe to apni beti ki shadi karna hai dhoom dham se" to aap ke pas paisa nahin hai, to aap kya karenge? afsar pe ja kar ke rishwaten lenge. "hubbish yomi waisam" jab aap ko kisi se bohat ziyada mohabbat ho jaye to us ke mamle mein aap andhe bahre ho jate hain. "hubbish yomi waisam" is mein ek aur cheez chupi hui hai, woh hai "baghish yomi waisam"</w:t>
      </w:r>
    </w:p>
    <w:p>
      <w:pPr>
        <w:jc w:val="right"/>
      </w:pPr>
      <w:r>
        <w:t>بیوی کہے گی کہ "مجھے تو اپنی بیٹی کی شادی کرنا ہے دھوم دھام سے" تو آپ کے پاس پیسہ نہیں ہے، تو آپ کیا کریں گے؟ افس پہ جا کر کے رشوتیں لیں گے۔ "حبکش یومی ویسم" جب آپ کو کسی سے بہت زیادہ محبت ہو جائے تو اس کے معاملے میں آپ اندھے بہرے ہو جاتے ہیں۔ "حبکش یومی ویسم" اس میں ایک اور چیز چھپی ہوئی ہے، وہ ہے "بغض کش یومی ویسم"</w:t>
      </w:r>
    </w:p>
    <w:p>
      <w:r>
        <w:rPr>
          <w:b/>
        </w:rPr>
        <w:t xml:space="preserve">[1:26:29] </w:t>
      </w:r>
      <w:r>
        <w:t>yaani kisi ke sath dushmani tum ko anda bahra bana deti hai. anda pan aur bahra pan dono taraf se aata hai. agar aap ko bohat ziyada mohabbat ho jaye, tab bhi aap ke andar wohi baat aa jayegi: anda pan aur bahra pan. jo woh kahega, bas woh theek hai. jo woh kahega, wahi aap ko karna hai. isi tarah se agar aap kisi se baghiz ho jaye, dushmani ho jaye, kisi ke khilaf aap ke andar negitiv that aa jaye, tab bhi aap andhe bahre ho jate</w:t>
      </w:r>
    </w:p>
    <w:p>
      <w:pPr>
        <w:jc w:val="right"/>
      </w:pPr>
      <w:r>
        <w:t>یعنی کسی کے ساتھ دشمنی تم کو اندھا بہرا بنا دیتی ہے۔ اندھا پن اور بہرا پن دونوں طرف سے آتا ہے۔ اگر آپ کو بہت زیادہ محبت ہو جائے، تب بھی آپ کے اندر وہی بات آ جائے گی: اندھا پن اور بہرا پن۔ جو وہ کہے گا، بس وہ ٹھیک ہے۔ جو وہ کہے گا، وہی آپ کو کرنا ہے۔ اسی طرح سے اگر آپ کسی سے بغض ہو جائے، دشمنی ہو جائے، کسی کے خلاف آپ کے اندر نیگیٹیو تھاٹ آ جائے، تب بھی آپ اندھے بہرے ہو جات</w:t>
      </w:r>
    </w:p>
    <w:p>
      <w:r>
        <w:rPr>
          <w:b/>
        </w:rPr>
        <w:t xml:space="preserve">[1:26:59] </w:t>
      </w:r>
      <w:r>
        <w:t>hain. is ki har baat aap ko kharab lagti hai, is ki har baat aap ko buri lagti hai. yeh ek prinsipal is mein se nikla. yeh prinsipal nikla ke tum na to bohat ziyada mohabbat mein parho, tab bhi burai paida hogi, na bohat ziyada baghiz karo kisi ke sath, tab bhi burai paida hogi. normal tarike se duniya mein raho.</w:t>
      </w:r>
    </w:p>
    <w:p>
      <w:pPr>
        <w:jc w:val="right"/>
      </w:pPr>
      <w:r>
        <w:t>ے ہیں۔ اس کی ہر بات آپ کو خراب لگتی ہے، اس کی ہر بات آپ کو بری لگتی ہے۔ یہ ایک پرنسپل اس میں سے نکلا۔ یہ پرنسپل نکلا کہ تم نہ تو بہت زیادہ محبت میں پڑو، تب بھی برائی پیدا ہوگی، نہ بہت زیادہ بغض کرو کسی کے ساتھ، تب بھی برائی پیدا ہوگی۔ نارمل طریقے سے دنیا میں رہو۔</w:t>
      </w:r>
    </w:p>
    <w:p>
      <w:r>
        <w:rPr>
          <w:b/>
        </w:rPr>
        <w:t xml:space="preserve">[1:27:32] </w:t>
      </w:r>
      <w:r>
        <w:t>is tarah se ek hadith hai: "ahab habib kahunma yaqoon baghiz yomama" . "abghiz baghiz kahunma" . "abghiz baghiz kahunma" . "asan yaqoon habib kahunma" . is ka matlab yeh hai ke kisi se dosti karo to dosti dheemay tarike se karo, kyun ke ho sakta</w:t>
      </w:r>
    </w:p>
    <w:p>
      <w:pPr>
        <w:jc w:val="right"/>
      </w:pPr>
      <w:r>
        <w:t>اس طرح سے ایک حدیث ہے: "احب حبیب کہونما یقون بغض یومما"۔ "ابغض بغض یومما"۔ "ابغض بغض کہونما"۔ "اسان یقون حبیب کہونما"۔ اس کا مطلب یہ ہے کہ کسی سے دوستی کرو تو دوستی دھیمے طریقے سے کرو، کیونکہ ہو سکتا</w:t>
      </w:r>
    </w:p>
    <w:p>
      <w:r>
        <w:rPr>
          <w:b/>
        </w:rPr>
        <w:t xml:space="preserve">[1:28:02] </w:t>
      </w:r>
      <w:r>
        <w:t>hai kabhi woh tumhara dushman ban jaye. aap sara bhed bata diya us ko aap ne, aur kai bar aisa hota hai ke aaj ka dost kal ka dushman ban jata hai, to aap ke bhedon ko le kar exploit karta hai aap ko. to farmaya ke kisi se dosti karo to normal tarike se karo, dheemay tarike se karo. ek dam bohat ziyada bahar na ho jao dosti karne mein, kyun ke ho sakta hai kisi din woh aap ka dushman ban jaye, to phir woh prablam ban jayega tumhare</w:t>
      </w:r>
    </w:p>
    <w:p>
      <w:pPr>
        <w:jc w:val="right"/>
      </w:pPr>
      <w:r>
        <w:t>ہے کبھی وہ تمہارا دشمن بن جائے۔ آپ سارا بھید بتا دیا اس کو آپ نے، اور کئی بار ایسا ہوتا ہے کہ آج کا دوست کل کا دشمن بن جاتا ہے، تو آپ کے بھیدوں کو لے کر ایکسپلائٹ کرتا ہے آپ کو۔ تو فرمایا کہ کسی سے دوستی کرو تو نارمل طریقے سے کرو، دھیمے طریقے سے کرو۔ ایک دم بہت زیادہ باہر نہ ہو جاؤ دوستی کرنے میں، کیونکہ ہو سکتا ہے کسی دن وہ آپ کا دشمن بن جائے، تو پھر وہ پرابلم بن جائے گا تمہارے</w:t>
      </w:r>
    </w:p>
    <w:p>
      <w:r>
        <w:rPr>
          <w:b/>
        </w:rPr>
        <w:t xml:space="preserve">[1:28:32] </w:t>
      </w:r>
      <w:r>
        <w:t>liye. isi tarah farmaya ke kisi se dushmani karo, tab bhi dheemay tarike se karo. ek limit ke andar reh kar dushmani karo, kyun ke ho sakta hai kabhi woh tumhara dost ban jaye. ab farz kiya aap ne us ki aag phor di hai, hath tod diya hai, to jis din woh aap ka dost ban jaye ga to aap ko bara afsos hoga, bohat afsos hoga. main meerath gaya to wahan par bohat</w:t>
      </w:r>
    </w:p>
    <w:p>
      <w:pPr>
        <w:jc w:val="right"/>
      </w:pPr>
      <w:r>
        <w:t>لیے۔ اسی طرح فرمایا کہ کسی سے دشمنی کرو، تب بھی دھیمے طریقے سے کرو۔ ایک لمٹ کے اندر رہ کر دشمنی کرو، کیوں کہ ہو سکتا ہے کبھی وہ تمہارا دوست بن جائے۔ اب فرض کیا آپ نے اس کی اگ پھوڑ دی ہے، ہاتھ توڑ دیا ہے، تو جس دن وہ آپ کا دوست بن جائے گا تو آپ کو بڑا افسوس ہوگا، بہت افسوس ہوگا۔ میں میرٹھ گیا تو وہاں پر بہت</w:t>
      </w:r>
    </w:p>
    <w:p>
      <w:r>
        <w:rPr>
          <w:b/>
        </w:rPr>
        <w:t xml:space="preserve">[1:29:02] </w:t>
      </w:r>
      <w:r>
        <w:t>barsoun ke pehle ki baat hai, to do sahib the ek hi mahalle mein, dono ki bol chal band thi, kai sal se band thi. bol chal, bol chal nahin, salam kalam nahin, kuch bhi nahin. woh un ko dushman samajhte hain, woh un ko dushman samajhte hain. to main ne ek sahib ko, jo hamara magazine padhte the, un se kaha ke aap yeh khatam kijiye is ko. unhon ne kaha ke main kaise khatam karoon? is ki taraf se</w:t>
      </w:r>
    </w:p>
    <w:p>
      <w:pPr>
        <w:jc w:val="right"/>
      </w:pPr>
      <w:r>
        <w:t>برسوں کے پہلے کی بات ہے، تو دو صاحب تھے ایک ہی محلے میں، دونوں کی بول چال بند تھی، کئی سال سے بند تھی۔ بول چال، بول چال نہیں، سلام کلام نہیں، کچھ بھی نہیں۔ وہ ان کو دشمن سمجھتے ہیں، وہ ان کو دشمن سمجھتے ہیں۔ تو میں نے ایک صاحب کو، جو ہمارا میگزین پڑھتے تھے، ان سے کہا کہ آپ یہ ختم کیجئے اس کو۔ انہوں نے کہا کہ میں کیسے ختم کروں؟ اس کی طرف سے</w:t>
      </w:r>
    </w:p>
    <w:p>
      <w:r>
        <w:rPr>
          <w:b/>
        </w:rPr>
        <w:t xml:space="preserve">[1:29:33] </w:t>
      </w:r>
      <w:r>
        <w:t>bhi to kuch hona chahiye. main to 50 percent, main 50 percent, woh maine kaha, maine kaha yeh koi practical formula nahi hai. practical formula is dunya mein sirf ek hi hai, woh hai unilateralism pe jo base kare, wohi formula hai. bilateralism pe jo base kare, woh formula nahi hai, woh practically nahi hai. kehne ke liye to aap kahein ke bhai dono taraf se hona chahiye, kehte rahiye, hone wala to hai nahi. to maine kaha aap</w:t>
      </w:r>
    </w:p>
    <w:p>
      <w:pPr>
        <w:jc w:val="right"/>
      </w:pPr>
      <w:r>
        <w:t>بھی تو کچھ ہونا چاہیے۔ میں تو 50 پرسنٹ، میں 50 پرسنٹ، وہ میں نے کہا، میں نے کہا یہ کوئی پریکٹیکل فارمولا نہیں ہے۔ پریکٹیکل فارمولا اس دنیا میں صرف ایک ہی ہے، وہ ہے یونیلیٹرزم پہ جو بیس کرے، وہی فارمولا ہے۔ بائی لیٹرزم پہ جو بیس کرے، وہ فارمولا نہیں ہے، وہ پریکٹیکلی نہیں ہے۔ کہنے کے لیے تو آپ کہیں کہ بھئی دونوں طرف سے ہونا چاہیے، کہتے رہیے، ہونے والا تو ہے نہیں۔ تو میں نے کہا آپ</w:t>
      </w:r>
    </w:p>
    <w:p>
      <w:r>
        <w:rPr>
          <w:b/>
        </w:rPr>
        <w:t xml:space="preserve">[1:30:03] </w:t>
      </w:r>
      <w:r>
        <w:t>apne hi, apne upar le lijiye is baat ko ke aap ko is dushmani ko khatam karna hai. unhone kaha woh kaise? maine kaha aap ke ghar jaiye, yaar ja ke kahiye ke bhai maaf karo, main apne dil ko saaf kar liya tumhare liye, tum bhi apne dil ko meri taraf saaf kar lo. aaj se hum dono dushmani ko khatam karte hain. unhone kaha, unhone kaha ke woh na khatam kare to maine kaha aap jhoot bol rahe hain. jhoot is liye ke nature ke khilaaf yeh</w:t>
      </w:r>
    </w:p>
    <w:p>
      <w:pPr>
        <w:jc w:val="right"/>
      </w:pPr>
      <w:r>
        <w:t>اپنے ہی، اپنے اوپر لے لیجئے اس بات کو کہ آپ کو اس دشمنی کو ختم کرنا ہے۔ انہوں نے کہا وہ کیسے؟ میں نے کہا آپ کے گھر جائیے، یار جا کے کہیے کہ بھائی معاف کرو، میں اپنے دل کو صاف کر لیا تمہارے لیے، تم بھی اپنے دل کو میری طرف صاف کر لو۔ آج سے ہم دونوں دشمنی کو ختم کرتے ہیں۔ انہوں نے کہا، انہوں نے کہا کہ وہ نہ ختم کرے تو میں نے کہا آپ جھوٹ بول رہے ہیں۔ جھوٹ اس لیے کہ نیچر کے خلاف یہ</w:t>
      </w:r>
    </w:p>
    <w:p>
      <w:r>
        <w:rPr>
          <w:b/>
        </w:rPr>
        <w:t xml:space="preserve">[1:30:33] </w:t>
      </w:r>
      <w:r>
        <w:t>hai. aap jis se kahenge, woh pathar nahi hai, woh insan hai, us ke andar ek nature hai. to maine kaha is baat ko jaan liya hai ke insan pathar nahi hota, insan insan hota hai, pighal jata hai, woh asar qabool karta hai. to khair, woh gaye aur us ke baad woh bohat khush hua, aur us ke baad dono mein itni dosti hui ke dono ne business mein, ek business kiya partner</w:t>
      </w:r>
    </w:p>
    <w:p>
      <w:pPr>
        <w:jc w:val="right"/>
      </w:pPr>
      <w:r>
        <w:t>ہے۔ آپ جس سے کہیں گے، وہ پتھر نہیں ہے، وہ انسان ہے، اس کے اندر ایک نیچر ہے۔ تو میں نے کہا اس بات کو جان لیا ہے کہ انسان پتھر نہیں ہوتا، انسان انسان ہوتا ہے، پگھل جاتا ہے، وہ اثر قبول کرتا ہے۔ تو خیر، وہ گئے اور اس کے بعد وہ بہت خوش ہوا، اور اس کے بعد دونوں میں اتنی دوستی ہوئی کہ دونوں نے بزنس میں، ایک بزنس کیا پار</w:t>
      </w:r>
    </w:p>
    <w:p>
      <w:r>
        <w:rPr>
          <w:b/>
        </w:rPr>
        <w:t xml:space="preserve">[1:31:03] </w:t>
      </w:r>
      <w:r>
        <w:t>ship mein. yeh baat kai baras pehle ki hai, aur aaj tak un ka business partnership un ki jo hai, bohat acha chal rahi hai. to yeh bataya gaya is hadith mein ke aaj ka dushman kal ka dost ho sakta hai, aaj ka dost kal ka dushman ho sakta hai. is liye dono halaton mein bohat hi eitdaal ke sath kaam karo, normal tarike se kaam karo, ek limit ke andar rehte hue dosti bhi karo, ek limit ke andar rehte hue dush</w:t>
      </w:r>
    </w:p>
    <w:p>
      <w:pPr>
        <w:jc w:val="right"/>
      </w:pPr>
      <w:r>
        <w:t>ٹنرشپ میں۔ یہ بات کئی برس پہلے کی ہے، اور آج تک ان کا بزنس پارٹنرشپ ان کی جو ہے، بہت اچھا چل رہی ہے۔ تو یہ بتایا گیا اس حدیث میں کہ آج کا دشمن کل کا دوست ہو سکتا ہے، آج کا دوست کل کا دشمن ہو سکتا ہے۔ اس لیے دونوں حالتوں میں بہت ہی اعتدال کے ساتھ کام کرو، نارمل طریقے سے کام کرو، ایک لمٹ کے اندر رہتے ہوئے دوستی بھی کرو، ایک لمٹ کے اندر رہتے ہوئے دش</w:t>
      </w:r>
    </w:p>
    <w:p>
      <w:r>
        <w:rPr>
          <w:b/>
        </w:rPr>
        <w:t xml:space="preserve">[1:31:33] </w:t>
      </w:r>
      <w:r>
        <w:t>mani bhi karo. yeh ek usool hai zindagi ka. isi tarah se main aap arz karoon, ek sahab hamare haan aaye, bohat dadi wale aur bohat hi mazhabi qism ke. to khane ka waqt tha, un ke liye khana mangaya maine, to woh jaldi jaldi joota utarne lage. matlab mez par khana tha, aur joota utar ke khana chahte the woh. to maine kaha ke bhai, joota kyun utar rahe hain?</w:t>
      </w:r>
    </w:p>
    <w:p>
      <w:pPr>
        <w:jc w:val="right"/>
      </w:pPr>
      <w:r>
        <w:t>منی بھی کرو۔ یہ ایک اصول ہے زندگی کا۔ اسی طرح سے میں آپ عرض کروں، ایک صاحب ہمارے ہاں آئے، بہت داڑھی والے اور بہت ہی مذہبی قسم کے۔ تو کھانے کا وقت تھا، ان کے لیے کھانا منگایا میں نے، تو وہ جلدی جلدی جوتا اتارنے لگے۔ مطلب میز پر کھانا تھا، اور جوتا اتار کے کھانا چاہتے تھے وہ۔ تو میں نے کہا کہ بھائی، جوتا کیوں اتار رہے ہیں؟</w:t>
      </w:r>
    </w:p>
    <w:p>
      <w:r>
        <w:rPr>
          <w:b/>
        </w:rPr>
        <w:t xml:space="preserve">[1:32:03] </w:t>
      </w:r>
      <w:r>
        <w:t>khana to mez par hai. to unhone kaha ke hadith mein aata hai ke "akhlu akhlu nialkum". apne joote ko utar do khane ke waqt. "akhlu nialkum" khane ke waqt apne joote ko utar do. to maine kaha ke aap adhi hadith parhi aap ne aur adhi chhod di. poori hadith is tarah se hai ke "akhlu nialkum fa innaha aroh laqdamikum</w:t>
      </w:r>
    </w:p>
    <w:p>
      <w:pPr>
        <w:jc w:val="right"/>
      </w:pPr>
      <w:r>
        <w:t>کھانا تو میز پر ہے۔ تو انہوں نے کہا کہ حدیث میں آتا ہے کہ "اخلو اخلو نعالکم"۔ اپنے جوتے کو اتار دو کھانے کے وقت۔ "اخلو نعالکم" کھانے کے وقت اپنے جوتے کو اتار دو۔ تو میں نے کہا کہ آپ ادھی حدیث پڑھی آپ نے اور ادھی چھوڑ دیا۔ پوری حدیث اس طرح سے ہے کہ "اخلو نعالکم فانہا اروہ لقدامکم</w:t>
      </w:r>
    </w:p>
    <w:p>
      <w:r>
        <w:rPr>
          <w:b/>
        </w:rPr>
        <w:t xml:space="preserve">[1:32:33] </w:t>
      </w:r>
      <w:r>
        <w:t>" . joota utar do kyunke is mein tumhare paon ke liye zyada rahat hai, zyada relief hai, zyada comfortable hai woh tumhare liye joota utar kar khana. to maine kaha ke dekhiye, is mein jo crucial word hai woh aroh hai, yani rahat, comfortable hona. to asal cheez yeh nahi ke joota utaro, asal cheez yeh hai ke jis mein rahat ho woh karo.</w:t>
      </w:r>
    </w:p>
    <w:p>
      <w:pPr>
        <w:jc w:val="right"/>
      </w:pPr>
      <w:r>
        <w:t>"۔ جوتا اتار دو کیونکہ اس میں تمہارے پاؤں کے لیے زیادہ راحت ہے، زیادہ ریلیف ہے، زیادہ کمفرٹیبل ہے وہ تمہارے لیے جوتا اتار کر کھانا۔ تو میں نے کہا کہ دیکھیے، اس میں جو کروشل ورڈ ہے وہ اروہ ہے، یعنی راحت، کمفرٹیبل ہونا۔ تو اصل چیز یہ نہیں کہ جوتا اتارو، اصل چیز یہ ہے کہ جس میں راحت ہو وہ کرو۔</w:t>
      </w:r>
    </w:p>
    <w:p>
      <w:r>
        <w:rPr>
          <w:b/>
        </w:rPr>
        <w:t xml:space="preserve">[1:33:04] </w:t>
      </w:r>
      <w:r>
        <w:t>to maine kaha ke us waqt sardi ka zamana hai, aap joota pehne hue hain, paon garam hai is ke andar aap ka, to khwamkhwah apne paon aap ko thanda kar rahe hain. jab khana aap ko mez par hai to hadith ko samajhne ke liye dekhiye, aqal bhi chahiye. ek persian ka ek maqola hai, ek saying hai ke "yokman elm rah beh</w:t>
      </w:r>
    </w:p>
    <w:p>
      <w:pPr>
        <w:jc w:val="right"/>
      </w:pPr>
      <w:r>
        <w:t>تو میں نے کہا کہ اس وقت سردی کا زمانہ ہے، آپ جوتا پہنے ہوئے ہیں، پاؤں گرم ہے اس کے اندر آپ کا، تو خوامخواہ اپنے پاؤں آپ کو ٹھنڈا کر رہے ہیں۔ جب کھانا آپ کو میز پر ہے تو حدیث کو سمجھنے کے لیے دیکھیے، عقل بھی چاہیے۔ ایک پرشین کا ایک مقولہ ہے، ایک سینگ ہے کہ "یکمن علم راہ بہ</w:t>
      </w:r>
    </w:p>
    <w:p>
      <w:r>
        <w:rPr>
          <w:b/>
        </w:rPr>
        <w:t xml:space="preserve">[1:33:34] </w:t>
      </w:r>
      <w:r>
        <w:t xml:space="preserve">man naql mi bayad" . "yokman elm rah beh man naql mi bayad" ke ek man, ek ek quintal aap ke paas agar knowledge hai to das quintal aap ke andar wisdom hona chahiye. ek quintal knowledge hai to aap ko das quintal wisdom hona chahiye. </w:t>
      </w:r>
    </w:p>
    <w:p>
      <w:pPr>
        <w:jc w:val="right"/>
      </w:pPr>
      <w:r>
        <w:t>من نقل می باید"۔ "یکمن علم راہ بہمن نقل می باید" کہ ایک من، ایک ایک کوئنٹل آپ کے پاس اگر نالج ہے تو دس کوئنٹل آپ کے اندر وزڈم ہونا چاہیے۔ ایک کوئنٹل نالج ہے تو آپ کو دس کوئنٹل وزڈم ہونا چاہیے۔</w:t>
      </w:r>
    </w:p>
    <w:p>
      <w:r>
        <w:rPr>
          <w:b/>
        </w:rPr>
        <w:t xml:space="preserve">[1:34:06] </w:t>
      </w:r>
      <w:r>
        <w:t>agar aap ke paas sirf knowledge hai, sirf information hai aur wisdom nahi hai to kisi bhi baat ko aap samajh nahi sakte, chahe koi worldly baat ho, chahe koi deen ki baat ho. aise hi dekhiye, aksar aap sunte honge ke rasool Allah ko yeh khana pasand tha, woh khana pasand tha. koi kehta hai ke meetha pasand tha, koi kehta hai ke loki pasand thi, koi kehta hai gosht pasand tha,</w:t>
      </w:r>
    </w:p>
    <w:p>
      <w:pPr>
        <w:jc w:val="right"/>
      </w:pPr>
      <w:r>
        <w:t>اگر آپ کے پاس صرف نالج ہے، صرف انفارمیشن ہے اور وزڈم نہیں ہے تو کسی بھی بات کو آپ سمجھ نہیں سکتے، چاہے کوئی ورڈلی بات ہو، چاہے کوئی لجن کی بات ہو۔ ایسے ہی دیکھیے، اکثر آپ سنتے ہوں گے کہ رسول اللہ کو یہ کھانا پسند تھا، وہ کھانا پسند تھا۔ کوئی کہتا ہے کہ میٹھا پسند تھا، کوئی کہتا ہے کہ لوکی پسند تھی، کوئی کہتا ہے گوشت پسند تھا،</w:t>
      </w:r>
    </w:p>
    <w:p>
      <w:r>
        <w:rPr>
          <w:b/>
        </w:rPr>
        <w:t xml:space="preserve">[1:34:36] </w:t>
      </w:r>
      <w:r>
        <w:t>koi khata hai khajoor pasand thi. to main sochta hoon ke common sense ko use kijiye aap ke to kitabon mein, kitabon ke reference mein yeh baat kahi jati hai. to kitabon mein jo aata hai to jitne available khane the madina mein, woh sab aaye hain ke yeh pasand tha aap ko. aap ghor kijiye ke jab sab kuch pas</w:t>
      </w:r>
    </w:p>
    <w:p>
      <w:pPr>
        <w:jc w:val="right"/>
      </w:pPr>
      <w:r>
        <w:t>کوئی کھاتا ہے کھجور پسند تھی۔ تو میں سوچتا ہوں کہ کہ کامن سینس کو یوز کیجئے آپ کہ تو کتابوں میں، کتابوں کے ریفرنس میں یہ بات کہی جاتی ہے۔ تو کتابوں میں جو آتا ہے تو جتنے اویلیبل کھانے تھے مدینہ میں، وہ سب آئے ہیں کہ یہ پسند تھا آپ کو۔ آپ غور کیجئے کہ جب سب کچھ پس</w:t>
      </w:r>
    </w:p>
    <w:p>
      <w:r>
        <w:rPr>
          <w:b/>
        </w:rPr>
        <w:t xml:space="preserve">[1:35:06] </w:t>
      </w:r>
      <w:r>
        <w:t>and tha to napasand kya tha? jab aap yeh kahen ke mujhe khajoor pasand hai to koi aur cheez ho jo aap ko kam pasand hogi aap ko. to saare khane jo madine mein available the, sab ke bare mein aata hai ke rasool Allah ko yeh pasand tha. to koi kisi koi ek cheez le leta hai, koi doosri cheez le leta hai. ab sab log nikale hue hain, woh samajhte hain ke yeh jo hum kha rahe hain, sweet</w:t>
      </w:r>
    </w:p>
    <w:p>
      <w:pPr>
        <w:jc w:val="right"/>
      </w:pPr>
      <w:r>
        <w:t>ند تھا تو ناپسند کیا تھا؟ جب آپ یہ کہیں کہ مجھے کھجور پسند ہے تو کوئی اور چیز ہو جو آپ کو کم پسند ہوگی آپ کو۔ تو سارے کھانے جو مدینے میں اویلیبل تھے، سب کے بارے میں آتا ہے کہ رسول اللہ کو یہ پسند تھا۔ تو کوئی کسی کوئی ایک چیز لے لیتا ہے، کوئی دوسری چیز لے لیتا ہے۔ اب سب لوگ نکالے ہوئے ہیں، وہ سمجھتے ہیں کہ یہ جو ہم کھا رہے ہیں، سویٹ</w:t>
      </w:r>
    </w:p>
    <w:p>
      <w:r>
        <w:rPr>
          <w:b/>
        </w:rPr>
        <w:t xml:space="preserve">[1:35:37] </w:t>
      </w:r>
      <w:r>
        <w:t>ya khajoor ya koi cheez, to woh hum rasool Allah ki sunnat poori kar rahe hain. bilkul galat hai yeh, 100 percent galat hai yeh baat. maine kafi study ki is ki to pata chala? pata yeh chala ke madina mein aisa hua tha ke wahan par, yani wahan ki population bohat badh gayi thi, resources bohat kam the. aaj kal ke zamana tha nahi ke transport se ek jagah agar ko</w:t>
      </w:r>
    </w:p>
    <w:p>
      <w:pPr>
        <w:jc w:val="right"/>
      </w:pPr>
      <w:r>
        <w:t>یا کھجور یا کوئی چیز، تو وہ ہم رسول اللہ کی سنت پوری کر رہے ہیں۔ بالکل غلط ہے یہ، 100 پرسنٹ غلط ہے یہ بات۔ میں نے کافی سٹڈی کی اس کی تو پتہ کیا چلا؟ پتہ یہ چلا کہ مدینہ میں ایسا ہوا تھا کہ وہاں پر، یعنی وہاں کی پاپولیشن بہت بڑھ گئی تھی، ریسورسز بہت کم تھے۔ آج کل کے زمانہ تھا نہیں کہ ٹرانسپورٹ سے ایک جگہ اگر کو</w:t>
      </w:r>
    </w:p>
    <w:p>
      <w:r>
        <w:rPr>
          <w:b/>
        </w:rPr>
        <w:t xml:space="preserve">[1:36:07] </w:t>
      </w:r>
      <w:r>
        <w:t>i kami pad jaye to bahar se transport ke zariye cheezein aati hain, ghalla ya phal ya koi cheez ya sabzi. tab aisa nahi tha. to ek town tha madina, bohat hi limited resources the is ke. ab makka se bohat se log aa gaye, kai so ki tadad mein. to khane ka saman to itna hi tha aur khane wale zyada ho gaye. is tarah se wahan scarcity paida ho gayi, khane ki kami.</w:t>
      </w:r>
    </w:p>
    <w:p>
      <w:pPr>
        <w:jc w:val="right"/>
      </w:pPr>
      <w:r>
        <w:t>ئی کمی پڑ جائے تو باہر سے ٹرانسپورٹ کے ذریعے چیزیں آتی ہیں، غلہ یا پھل یا کوئی چیز یا سبزی۔ تب ایسا نہیں تھا۔ تو ایک ٹاؤن تھا مدینہ، بہت ہی لمیٹڈ ریسورسز تھے اس کے۔ اب مکہ سے بہت سے لوگ آ گئے، کئی سو کی تعداد میں۔ تو کھانے کا سامان تو اتنا ہی تھا اور کھانے والے زیادہ ہو گئے۔ اس طرح سے وہاں اسکیسٹی پیدا ہوگئی، کھانے کی کمی۔</w:t>
      </w:r>
    </w:p>
    <w:p>
      <w:r>
        <w:rPr>
          <w:b/>
        </w:rPr>
        <w:t xml:space="preserve">[1:36:39] </w:t>
      </w:r>
      <w:r>
        <w:t>to kya hua? wahan par is tarah ke qisse padhenge aap kitabon mein ke rasool Allah ya aap ke sahabi hazrat umar ya hazrat abubakar do waqt se khana nahi khaya unhone. to ek ansari ko pata chala, ansari ka matlab hota hai local, madine ka local aadmi ke rasool Allah ne khana nahi khaya do waqt se. to dara hua aata hai ke rasool Allah mere ghar chaliye aur mere ghar aap khana kha</w:t>
      </w:r>
    </w:p>
    <w:p>
      <w:pPr>
        <w:jc w:val="right"/>
      </w:pPr>
      <w:r>
        <w:t>تو کیا ہوا؟ وہاں پر اس طرح کے قصے پڑھیں گے آپ کتابوں میں کہ رسول اللہ یا آپ کے صحابی حضرت عمر یا حضرت ابوبکر دو وقت سے کھانا نہیں کھایا انہوں نے۔ تو ایک انصاری کو پتہ چلا، انصاری کا مطلب ہوتا ہے لوکل، مدینے کا لوکل آدمی کہ رسول اللہ نے کھانا نہیں کھایا دو وقت سے۔ تو دڑا ہوا آتا ہے کہ رسول اللہ میرے گھر چلیے اور میرے گھر آپ کھانا کھ</w:t>
      </w:r>
    </w:p>
    <w:p>
      <w:r>
        <w:rPr>
          <w:b/>
        </w:rPr>
        <w:t xml:space="preserve">[1:37:09] </w:t>
      </w:r>
      <w:r>
        <w:t>iye. ab woh kahin bahar tha, wohin se dara hua aap ke paas chala aaya, yani ghar ja kar ke koi ehtimam nahi kiya is ne. ab bahar suna ke rasool Allah wahan par hain aur woh do waqt se unhone khana nahi khaya hai. to kahin bahar se tha, wohin se dara hua chala aaya aap ke paas aur le ke gaya. ab jab le ke gaya to andar ja ke biwi se kehta hai ke bhai rasool Allah aaye hain, un ke sath do aadmi aur hain, kuch khana do. to kehta hai to kuch hai hi nahi yahan par. to pehle bataya hota</w:t>
      </w:r>
    </w:p>
    <w:p>
      <w:pPr>
        <w:jc w:val="right"/>
      </w:pPr>
      <w:r>
        <w:t>ائیے۔ اب وہ کہیں باہر تھا، وہیں سے دڑا ہوا آپ کے پاس چلا آیا، یعنی گھر جا کر کے کوئی اہتمام نہیں کیا اس نے۔ اب باہر سنا کہ رسول اللہ وہاں پر ہیں اور وہ دو وقت سے انہوں نے کھانا نہیں کھایا ہے۔ تو کہیں باہر سے تھا، وہیں سے دڑا ہوا چلا آیا آپ کے پاس اور لے کے گیا۔ اب جب لے کے گیا تو اندر جا کے بیوی سے کہتا ہے کہ بھئی رسول اللہ آئے ہیں، ان کے ساتھ دو آدمی اور ہیں، کچھ کھانا دو۔ تو کہتا ہے تو کچھ ہے ہی نہیں یہاں پر۔ تو پہلے بتایا ہوتا</w:t>
      </w:r>
    </w:p>
    <w:p>
      <w:r>
        <w:rPr>
          <w:b/>
        </w:rPr>
        <w:t xml:space="preserve">[1:37:40] </w:t>
      </w:r>
      <w:r>
        <w:t>ke jo hai wohi do. ab woh kehti hai bechari ghar ki house wife ke bhai kya us waqt thoda sa khajoor hai, us ne kaha hai thoda sa doodh hai, us ne kaha hai thoda sa loki ka salan hai, us ne kaha hai thodi si roti hai, lo wahi do, wahi do, wahi do. ab ghar mein jo cheez thi available, us waqt us ko le kar bahar chala aaya aur sharmate sharmate kehta hai ke rasool Allah us waqt to yahi tha. to rasool Allah us ko</w:t>
      </w:r>
    </w:p>
    <w:p>
      <w:pPr>
        <w:jc w:val="right"/>
      </w:pPr>
      <w:r>
        <w:t>کہ جو ہے وہی دو۔ اب وہ کہتی ہے بیچاری گھر کی ہاؤس وائف کہ بھئی کیا اس وقت تھوڑا سا کھجور ہے، اس نے کہا ہے تھوڑا سا دودھ ہے، اس نے کہا ہے تھوڑا سا لوکی کا سالن ہے، اس نے کہا ہے تھوڑی سی روٹی ہے، لو وہی دو، وہی دو، وہی دو۔ اب گھر میں جو چیز تھی اویلیبل، اس وقت اس کو لے کر باہر چلا آیا اور شرماتے شرماتے کہتا ہے کہ رسول اللہ اس وقت تو یہی تھا۔ تو رسول اللہ اس کو</w:t>
      </w:r>
    </w:p>
    <w:p>
      <w:r>
        <w:rPr>
          <w:b/>
        </w:rPr>
        <w:t xml:space="preserve">[1:38:13] </w:t>
      </w:r>
      <w:r>
        <w:t>yeh keh kar khana shuru kar dete the ke yeh to bohat acha khana hai, yeh bohat acha khana hai. yani us ki sharmindagi ko door karne ke liye, apni pasand ko batane ke liye nahi. yani he wanted to keep his prestige, na ke apni pasand batane ke liye ke jo bhi woh laya hai, usi ko tareef kar rahe hain aap. bhai yeh to bara acha salan hai, yeh to bara acha khana hai.</w:t>
      </w:r>
    </w:p>
    <w:p>
      <w:pPr>
        <w:jc w:val="right"/>
      </w:pPr>
      <w:r>
        <w:t>یہ کہہ کر کھانا شروع کر دیتے تھے کہ یہ تو بہت اچھا کھانا ہے، یہ بہت اچھا کھانا ہے۔ یعنی اس کی شرمندگی کو دور کرنے کے لیے، اپنی پسند کو بتانے کے لیے نہیں۔ یعنی ہی وانٹڈ ٹو کیپ ہز پریسٹیج، نہ کہ اپنی پسند بتانے کے لیے کہ جو بھی وہ لایا ہے، اسی کو تعریف کر رہے ہیں آپ۔ بھئی یہ تو بڑا اچھا سالن ہے، یہ تو بڑا اچھا کھانا ہے۔</w:t>
      </w:r>
    </w:p>
    <w:p>
      <w:r>
        <w:rPr>
          <w:b/>
        </w:rPr>
        <w:t xml:space="preserve">[1:38:43] </w:t>
      </w:r>
      <w:r>
        <w:t>yeh baat jo main keh raha hoon, bohat bohat dinon ki study ke baad keh raha hoon. saare waqiat maine ikattha kiye aur nateeja nikala to khulasa yeh maine paya ke aap ne is tarah ke jo baatein farmayi thi, woh apni pasand ko batane ke liye nahi. woh to ek cheez le ke bechara aaya tha. yeh baat bhi maine kab samjhi? ek mujh par ek ek tajurba guz</w:t>
      </w:r>
    </w:p>
    <w:p>
      <w:pPr>
        <w:jc w:val="right"/>
      </w:pPr>
      <w:r>
        <w:t>یہ بات جو میں کہہ رہا ہوں، بہت بہت دنوں کی سٹڈی کے بعد کہہ رہا ہوں۔ سارے واقعات میں نے اکٹھا کیے اور نتیجہ نکالا تو خلاصہ یہ میں نے پایا کہ آپ نے اس طرح کے جو باتیں فرمائی تھیں، وہ اپنی پسند کو بتانے کے لیے نہیں۔ وہ تو ایک چیز لے کے بیچارہ آیا تھا۔ یہ بات بھی میں نے کب سمجھی؟ ایک مجھ پر ایک ایک تجربہ گز</w:t>
      </w:r>
    </w:p>
    <w:p>
      <w:r>
        <w:rPr>
          <w:b/>
        </w:rPr>
        <w:t xml:space="preserve">[1:39:13] </w:t>
      </w:r>
      <w:r>
        <w:t>ra. chand ulama hazrat ke sath main gaya ajmer ke paas ek maqam hai, us ko kehte hain mirat, M I R A T mirat. woh bohat hi pichhla hua area hai, wahan education nahi, wahan kuch bhi nahi, bohat hi pichhla hua, yani bohat zyada pichhla hua. to wahan hum log pahunche, hum mein se ek aadmi jo tha, us ka ek aadmi se kuch pehchan thi,</w:t>
      </w:r>
    </w:p>
    <w:p>
      <w:pPr>
        <w:jc w:val="right"/>
      </w:pPr>
      <w:r>
        <w:t>را۔ چند علماء حضرات کے ساتھ میں گیا اجمیر کے پاس ایک مقام ہے، اس کو کہتے ہیں میرات، ایم آئی آر اے ٹی میرات۔ وہ بہت ہی پچھلا ہوا ایریا ہے، وہاں ایجوکیشن نہیں، وہاں کچھ بھی نہیں، بہت ہی پچھلا ہوا، یعنی بہت زیادہ پچھلا ہوا۔ تو وہاں ہم لوگ پہنچے، ہم میں سے ایک آدمی جو تھا، اس کا ایک آدمی سے کچھ پہچان تھی،</w:t>
      </w:r>
    </w:p>
    <w:p>
      <w:r>
        <w:rPr>
          <w:b/>
        </w:rPr>
        <w:t xml:space="preserve">[1:39:43] </w:t>
      </w:r>
      <w:r>
        <w:t>us ke ghar pahunche to hum log shayad teen aadmi the. us bechare se mulaqat hui to us ne ek jagah hum ko bithaya, ab bithakar ke woh chala gaya. ab hamare sath jo log the, woh samajhte the woh gaya hai chaye lene ke liye aur bohat der ho gayi, woh chaye le kar nahi aaya. hum pahunche to wahan maghrib ke waqt, maghrib ki namaz padhi, ab intezar kar rahe hain ke chaye</w:t>
      </w:r>
    </w:p>
    <w:p>
      <w:pPr>
        <w:jc w:val="right"/>
      </w:pPr>
      <w:r>
        <w:t>اس کے گھر پہنچے تو ہم لوگ شاید تین آدمی تھے۔ اس بیچارے سے ملاقات ہوئی تو اس نے ایک جگہ ہم کو بٹھایا، اب بٹھا کر کے وہ چلا گیا۔ اب ہمارے ساتھ جو لوگ تھے، وہ سمجھتے تھے وہ گیا ہے چائے لینے کے لیے اور بہت دیر ہو گئی، وہ چائے لے کر نہیں آیا۔ ہم پہنچے تو وہاں مغرب کے وقت، مغرب کی نماز پڑھی، اب انتظار کر رہے ہیں کہ چائے</w:t>
      </w:r>
    </w:p>
    <w:p>
      <w:r>
        <w:rPr>
          <w:b/>
        </w:rPr>
        <w:t xml:space="preserve">[1:40:13] </w:t>
      </w:r>
      <w:r>
        <w:t>le kar aata hoga. to isha ka waqt ho gaya, isha ki namaz padhi, abhi bhi kuch nahi laya. woh aakhir mein woh laya to hamara sham ka khana, yani dinner. lekin woh kya tha? agar aap log yeh zaban jante hon, yeh dehati zaban hai ke arhar ki daal aur gol gola. mujhe nahi maloom ke dilli wale is ko samajhte hain ke nahi samajhte. arhar ki daal aur gol gola, arhar ki sadah daal, baghair masale ke, baghair ghee ke,</w:t>
      </w:r>
    </w:p>
    <w:p>
      <w:pPr>
        <w:jc w:val="right"/>
      </w:pPr>
      <w:r>
        <w:t>لے کے آتا ہوگا۔ تو عشاء کا وقت ہو گیا، عشاء کی نماز پڑھی، ابھی بھی کچھ نہیں لایا۔ وہ آخر میں وہ لایا تو ہمارا شام کا کھانا، یعنی ڈنر۔ لیکن وہ کیا تھا؟ اگر آپ لوگ یہ زبان جانتے ہوں، یہ دیہاتی زبان ہے کہ ارہر کی دال اور گول گولا۔ مجھے نہیں معلوم کہ دلی والے اس کو سمجھتے ہیں کہ نہیں سمجھتے۔ ارہر کی دال اور گول گولا، ارہر کی سادہ دال، بغیر مصالحے کے، بغیر گھی کے،</w:t>
      </w:r>
    </w:p>
    <w:p>
      <w:r>
        <w:rPr>
          <w:b/>
        </w:rPr>
        <w:t xml:space="preserve">[1:40:43] </w:t>
      </w:r>
      <w:r>
        <w:t>bilkul sadah, jo pani mein daal ke pakai jati hai. pani mein daal ke paka diya, thoda sa namak daal diya, woh arhar ki daal aur gol gola jo gur se banaya jata hai. ab log jo sathi hamare the, bohat ghussa hue, itni der us ne laga di, koi chaye pani bhi nahi kiya aur khana laya to khana kya ke arhar ki daal aur gol gola, us ka kya combination hai? yani arhar aur daal, arhar ki daal aur gol gola, koi combination nahi. to gh</w:t>
      </w:r>
    </w:p>
    <w:p>
      <w:pPr>
        <w:jc w:val="right"/>
      </w:pPr>
      <w:r>
        <w:t>بالکل سادہ، جو پانی میں ڈال کے پکائی جاتی ہے۔ پانی میں ڈال کے پکا دیا، تھوڑا سا نمک ڈال دیا، وہ ارہر کی دال اور گول گولا جو گڑ سے بنایا جاتا ہے۔ اب لوگ جو ساتھی ہمارے تھے، بہت غصہ ہوئے، اتنی دیر اس نے لگا دی، کوئی چائے پانی بھی نہیں کیا اور کھانا لایا تو کھانا کیا کہ ارہر کی دال اور گول گولا، اس کا کیا کمبینیشن ہے؟ یعنی ارہر اور دال، ارہر کی دال اور گول گولا، کوئی کمبینیشن نہیں۔ تو غ</w:t>
      </w:r>
    </w:p>
    <w:p>
      <w:r>
        <w:rPr>
          <w:b/>
        </w:rPr>
        <w:t xml:space="preserve">[1:41:13] </w:t>
      </w:r>
      <w:r>
        <w:t>ussa hui hai, woh koi kha nahi raha tha us ko. to maine kaha ke is is tajurbe se maine jana ke kya guzarta hoga madine mein. achanak mere dil mein aaya, bhai yeh to behtareen khana hai, yeh to behtareen khana hai. to I wanted to keep his prestige, apna pasand batana nahi tha, mujhe us ki, us ki bechari ki izzat rakhna tha, us ko riayat karna tha. maine kaha yeh to behtareen khana hai,</w:t>
      </w:r>
    </w:p>
    <w:p>
      <w:pPr>
        <w:jc w:val="right"/>
      </w:pPr>
      <w:r>
        <w:t>صہ ہوئی ہے، وہ کوئی کھا نہیں رہا تھا اس کو۔ تو میں نے کہا کہ اس اس تجربے سے میں نے جانا کہ کیا گزرتا ہوگا مدینے میں۔ اچانک میرے دل میں آیا، بھئی یہ تو بہترین کھانا ہے، یہ تو بہترین کھانا ہے۔ تو آئی وانٹڈ ٹو کیپ ہز پریسٹیج، اپنا پسند بتانا نہیں تھا، مجھے اس کی، اس کی بیچاری کی عزت رکھنا تھا، اس کو رعایت کرنا تھا۔ میں نے کہا یہ تو بہترین کھانا ہے،</w:t>
      </w:r>
    </w:p>
    <w:p>
      <w:r>
        <w:rPr>
          <w:b/>
        </w:rPr>
        <w:t xml:space="preserve">[1:41:44] </w:t>
      </w:r>
      <w:r>
        <w:t>is se acha khana kya ho sakta hai? ab maine khana shuru kar diya, arhar ki daal aur gola mila mila khana shuru kar diya aur tareef karne laga. main khoob tareef karne laga to jab main tareef kar khane laga to baqi log bhi khane lage, sab log. tab main samjha ke rasool Allah sallallahu alaihi wasallam madine mein jo tareef karte the, us ka matlab kya tha? woh absolute sense mein nahi tha, jaise maine jo kahi baat, woh absolute sense mein nahi thi.</w:t>
      </w:r>
    </w:p>
    <w:p>
      <w:pPr>
        <w:jc w:val="right"/>
      </w:pPr>
      <w:r>
        <w:t>اس سے اچھا کھانا کیا ہو سکتا ہے؟ اب میں نے کھانا شروع کر دیا، ارہر کی دال اور گولا ملا ملا کھانا شروع کر دیا اور تعریف کرنے لگا۔ میں خوب تعریف کرنے لگا تو جب میں تعریف کر کھانے لگا تو باقی لوگ بھی کھانے لگے، سب لوگ۔ تب میں سمجھا کہ رسول اللہ صلی اللہ علیہ وسلم مدینے میں جو تعریف کرتے تھے، اس کا مطلب کیا تھا؟ وہ ایبسولیوٹ سینس میں نہیں تھا، جیسے میں نے جو کہی بات، وہ ایبسولیوٹ سینس میں نہیں تھی۔</w:t>
      </w:r>
    </w:p>
    <w:p>
      <w:r>
        <w:rPr>
          <w:b/>
        </w:rPr>
        <w:t xml:space="preserve">[1:42:15] </w:t>
      </w:r>
      <w:r>
        <w:t>is bechare ka dil rakhna tha, is ki riayat karna tha. yeh hai sara qissa jo mein kafi study ke baad aap ke sath arz kar raha hoon. is ko logon ne bana liya ke rasool Allah ko yeh pasand tha, rasool Allah ko woh pasand tha. yaqeen kijiye, rasool Allah ko sirf insaan ki khair khwahi pasand thi aur kuch nahi, na khana, na kapra. rasool Allah ko yeh in ka under estimate karna hai ke aap ko yeh pasand tha, woh pas</w:t>
      </w:r>
    </w:p>
    <w:p>
      <w:pPr>
        <w:jc w:val="right"/>
      </w:pPr>
      <w:r>
        <w:t>اس بیچارے کا دل رکھنا تھا، اس کی رعایت کرنا تھا۔ یہ ہے سارا قصہ جو میں کافی سٹڈی کے بعد آپ کے ساتھ عرض کر رہا ہوں۔ اس کو لوگوں نے بنا لیا کہ رسول اللہ کو یہ پسند تھا، رسول اللہ کو وہ پسند تھا۔ یقین کیجئے، رسول اللہ کو صرف انسان کی خیر خواہی پسند تھی اور کچھ نہیں، نہ کھانا، نہ کپڑا۔ رسول اللہ کو یہ ان کا انڈر ایسٹیمیٹ کرنا ہے کہ آپ کو یہ پسند تھا، وہ پس</w:t>
      </w:r>
    </w:p>
    <w:p>
      <w:r>
        <w:rPr>
          <w:b/>
        </w:rPr>
        <w:t xml:space="preserve">[1:42:45] </w:t>
      </w:r>
      <w:r>
        <w:t>and tha, yeh under estimate karna hai Khuda ke prophet ko. aap kya samajhte hain Khuda ke prophet ko? Khuda ka prophet woh hai jo jo Khuda ke presence mein jeeta hai, Khuda ke presence mein jeeta hai. woh kya? is woh aise hi hoga, aise hi hoga. woh Khuda ki sab se pasand yeh hai ke insaan ke sath khair khwahi ki jaye,</w:t>
      </w:r>
    </w:p>
    <w:p>
      <w:pPr>
        <w:jc w:val="right"/>
      </w:pPr>
      <w:r>
        <w:t>ند تھا، یہ انڈر ایسٹیمیٹ کرنا ہے خدا کے پرافٹ کو۔ آپ کیا سمجھتے ہیں خدا کے پرافٹ کو؟ خدا کا پرافٹ وہ ہے جو جو خدا کے پریزنس میں جیتا ہے، خدا کے پریزنس میں جیتا ہے۔ وہ کیا؟ اس وہ ایسے ہی ہوگا، ایسے ہی ہوگا۔ وہ خدا کی سب سے پسند یہ ہے کہ انسان کے ساتھ خیر خواہی کی جائے،</w:t>
      </w:r>
    </w:p>
    <w:p>
      <w:r>
        <w:rPr>
          <w:b/>
        </w:rPr>
        <w:t xml:space="preserve">[1:43:16] </w:t>
      </w:r>
      <w:r>
        <w:t>is ki burai ko maaf kiya jaye, dushman ko dost samjha jaye. koi aap ko gaali de to aap ke liye dua karein, aap us ke liye. kisi shair ne bohat sahi kaha hai ke raah mein jis ne kaante bichaye, gaali di, pathar barsaye, us par chidki pyar ki shabnam, sallallahu alaihi wasallam.</w:t>
      </w:r>
    </w:p>
    <w:p>
      <w:pPr>
        <w:jc w:val="right"/>
      </w:pPr>
      <w:r>
        <w:t>اس کی برائی کو معاف کیا جائے، دشمن کو دوست سمجھا جائے۔ کوئی آپ کو گالی دے تو آپ کے لیے دعا کریں، آپ اس کے لیے۔ کسی شاعر نے بہت صحیح کہا ہے کہ راہ میں جس نے کانٹے بچھائے، گالی دی، پتھر برسائے، اس پر چھڑکی پیار کی شبنم، صلی اللہ علیہ وسلم۔</w:t>
      </w:r>
    </w:p>
    <w:p>
      <w:r>
        <w:rPr>
          <w:b/>
        </w:rPr>
        <w:t xml:space="preserve">[1:43:47] </w:t>
      </w:r>
      <w:r>
        <w:t>to yeh Khuda ke prophet ko under estimate karna hai ke woh meetha pasand karta tha, woh gosht pasand karta tha, is ko khajoor pasand thi aur is ko yeh pasand tha, is ko woh pasand tha. yeh sab kuch bhi nahi, is ko pasand yeh tha ke logon ko jannat aur jahannum se agah kiya jaye, logon ko bataya jaye ke Khuda ka creation plan kya hai,</w:t>
      </w:r>
    </w:p>
    <w:p>
      <w:pPr>
        <w:jc w:val="right"/>
      </w:pPr>
      <w:r>
        <w:t>تو یہ خدا کے پرافٹ کو انڈر ایسٹیمیٹ کرنا ہے کہ وہ میٹھا پسند کرتا تھا، وہ گوشت پسند کرتا تھا، اس کو کھجور پسند تھی اور اس کو یہ پسند تھا، اس کو وہ پسند تھا۔ یہ سب کچھ بھی نہیں، اس کو پسند یہ تھا کہ لوگوں کو جنت اور جہنم سے آگاہ کیا جائے، لوگوں کو بتایا جائے کہ خدا کا کریشن پلان کیا ہے،</w:t>
      </w:r>
    </w:p>
    <w:p>
      <w:r>
        <w:rPr>
          <w:b/>
        </w:rPr>
        <w:t xml:space="preserve">[1:44:18] </w:t>
      </w:r>
      <w:r>
        <w:t>Khuda ne kyun paida kiya insaan ko, Khuda kya chahta hai un se, pre death period kya hai, post death period kya hai. insaan ka khair khwah banna yeh hai Khuda ke rasool ki pasand, aur yeh sab Khuda ke rasool ki pasand nahi hai, jis ko log samajhte hain. aik bar</w:t>
      </w:r>
    </w:p>
    <w:p>
      <w:pPr>
        <w:jc w:val="right"/>
      </w:pPr>
      <w:r>
        <w:t>خدا نے کیوں پیدا کیا انسان کو، خدا کیا چاہتا ہے ان سے، پری ڈیتھ پیریڈ کیا ہے، پوسٹ ڈیتھ پیریڈ کیا ہے۔ انسان کا خیر خواہ بننا یہ ہے خدا کے رسول کی پسند، اور یہ سب خدا کے رسول کی پسند نہیں ہے، جس کو لوگ سمجھتے ہیں۔ ایک بار</w:t>
      </w:r>
    </w:p>
    <w:p>
      <w:r>
        <w:rPr>
          <w:b/>
        </w:rPr>
        <w:t xml:space="preserve">[1:44:48] </w:t>
      </w:r>
      <w:r>
        <w:t>aisa hua ke rasool Allah ne dekhein, Islam mein jo tasawwur hai, jo concept hai prophet ka, woh yeh nahi ke woh kuch, woh khud hi khud hi God hota hai, woh sirf aik insaan hota hai, aik bashar hota hai. is ka matlab yeh hai ke wahi cheezein us pe guzarti hain jo bashar pe guzarti hain, us ke sentiment bashar wale sentiment hote hain, us</w:t>
      </w:r>
    </w:p>
    <w:p>
      <w:pPr>
        <w:jc w:val="right"/>
      </w:pPr>
      <w:r>
        <w:t>ایسا ہوا کہ رسول اللہ نے دیکھیں، اسلام میں جو تصور ہے، جو کانسیپٹ ہے پرافٹ کا، وہ یہ نہیں کہ وہ کچھ، وہ خود ہی خود ہی گاڈ ہوتا ہے، وہ صرف ایک انسان ہوتا ہے، ایک بشر ہوتا ہے۔ اس کا مطلب یہ ہے کہ وہی چیزیں اس پہ گزرتی ہیں جو بشر پہ گزرتی ہیں، اس کے سینٹیمنٹ بشر والے سینٹیمنٹ ہوتے ہیں، اس</w:t>
      </w:r>
    </w:p>
    <w:p>
      <w:r>
        <w:rPr>
          <w:b/>
        </w:rPr>
        <w:t xml:space="preserve">[1:45:18] </w:t>
      </w:r>
      <w:r>
        <w:t>ka experience bashar wala experience hota hai. albatta Khuda us ko apni apna revelation bhejta hai ta ke woh Khuda se le kar insaanon ko bataye. to aik bar aisa hua ke rasool Allah ne kisi se loan liya, qarz liya, aur aik muddat thi, aik period tha, maslan aik mahina,</w:t>
      </w:r>
    </w:p>
    <w:p>
      <w:pPr>
        <w:jc w:val="right"/>
      </w:pPr>
      <w:r>
        <w:t>کا ایکسپیرینس بشر والا ایکسپیرینس ہوتا ہے۔ البتہ خدا اس کو اپنی اپنا ریولیشن بھیجتا ہے تاکہ وہ خدا سے لے کر انسانوں کو بتائے۔ تو ایک بار ایسا ہوا کہ رسول اللہ نے کسی سے لون لیا، قرض لیا، اور ایک مدت تھی، ایک پیریڈ تھا، مثلاً ایک مہینہ،</w:t>
      </w:r>
    </w:p>
    <w:p>
      <w:r>
        <w:rPr>
          <w:b/>
        </w:rPr>
        <w:t xml:space="preserve">[1:45:49] </w:t>
      </w:r>
      <w:r>
        <w:t>woh period guzar gaya, woh aadmi aya to aap kisi wajah se period ke andar woh loan nahi de sake thay. to aadmi aya, woh laga aap ko bura bhala keh rahe hain, bura bhala kehne laga ke aap ne loan liya tha aur time is ka ho gaya, abhi tak diya nahi aap ne, aap ka sara khandan aise hi hai, aur abdul mutalib ki sari aulad nadan hai. is tarah ki baatein bolne laga to aap ke jo companion thay,</w:t>
      </w:r>
    </w:p>
    <w:p>
      <w:pPr>
        <w:jc w:val="right"/>
      </w:pPr>
      <w:r>
        <w:t>وہ پیریڈ گزر گیا، وہ آدمی آیا تو آپ کسی وجہ سے پیریڈ کے اندر وہ لون نہیں دے سکے تھے۔ تو آدمی آیا، وہ لگا آپ کو برا بھلا کہہ رہے ہیں، برا بھلا کہنے لگا کہ آپ نے لون لیا تھا اور ٹائم اس کا ہو گیا، ابھی تک دیا نہیں آپ نے، آپ کا سارا خاندان ایسے ہی ہے، اور عبدالمطلب کی ساری اولاد نادان ہے۔ اس طرح کی باتیں بولنے لگا تو آپ کے جو کمپینین تھے،</w:t>
      </w:r>
    </w:p>
    <w:p>
      <w:r>
        <w:rPr>
          <w:b/>
        </w:rPr>
        <w:t xml:space="preserve">[1:46:19] </w:t>
      </w:r>
      <w:r>
        <w:t>unhon ne chaha ke is ko pakrein, marein is ko ke tum aisi gustakhi karte ho, yani munh par gustakhi kar raha hai. woh munh par yahan tak is ne kaha ke abdul mutalib ki sari aulad nadan hai, matlab aap ka pura khandan hi aisa hi hai ke paisa lena aur phir lotana nahi, loan lena aur waqt par na dena, kuch bhi jo munh mein aya kehta chala gaya. woh to</w:t>
      </w:r>
    </w:p>
    <w:p>
      <w:pPr>
        <w:jc w:val="right"/>
      </w:pPr>
      <w:r>
        <w:t>انہوں نے چاہا کہ اس کو پکڑیں، ماریں اس کو کہ تم ایسی گستاخی کرتے ہو، یعنی منہ پر گستاخی کر رہا ہے۔ وہ منہ پر یہاں تک اس نے کہا کہ عبدالمطلب کی ساری اولاد نادان ہے، مطلب آپ کا پورا خاندان ہی ایسا ہی ہے کہ پیسہ لینا اور پھر لوٹانا نہیں، لون لینا اور وقت پر نہ دینا، کچھ بھی جو منہ میں آیا کہتا چلا گیا۔ وہ تو</w:t>
      </w:r>
    </w:p>
    <w:p>
      <w:r>
        <w:rPr>
          <w:b/>
        </w:rPr>
        <w:t xml:space="preserve">[1:46:49] </w:t>
      </w:r>
      <w:r>
        <w:t>is gustakhi par aisa nahi hua ke in ko logon ne ko aap ne kaha ise kora maro, yeh gustakhi kar raha hai meri shan mein. aap ne kaha ke chodo is ko, in sahib al-haqq muqaran, is pe bohat ziyada sochne ki baat hai ke aap ne kaha ke mat is ko kuch karo, is ko chhod do, in sahib al-haqq muqaran. jis ka koi haq hamare upar aa</w:t>
      </w:r>
    </w:p>
    <w:p>
      <w:pPr>
        <w:jc w:val="right"/>
      </w:pPr>
      <w:r>
        <w:t>اس گستاخی پر ایسا نہیں ہوا کہ ان کو لوگوں نے کو آپ نے کہا اسے کوڑا مارو، یہ گستاخی کر رہا ہے میری شان میں۔ آپ نے کہا کہ چھوڑو اس کو، ان لصاحب الحق کے مقارن، اس پہ بہت زیادہ سوچنے کی بات ہے کہ آپ نے کہا کہ مت اس کو کچھ کرو، اس کو چھوڑ دو، ان لصاحب الحق کے مقارن۔ جس کا کوئی حق ہمارے اوپر آ</w:t>
      </w:r>
    </w:p>
    <w:p>
      <w:r>
        <w:rPr>
          <w:b/>
        </w:rPr>
        <w:t xml:space="preserve">[1:47:19] </w:t>
      </w:r>
      <w:r>
        <w:t>ta ho, us ke bolne ka right hai, bol sakta hai. hum ne jab is ka loan nahi ada kiya to us ko haq hai ke woh bole, in sahib al-haqq muqaran, haqqdar ko bolne ka haq hai. ab dekhiye ke is mein kis qadar insaniyat ka kitna ooncha darja hai, yeh insaniyat ka kitna ooncha darja hai. yeh aap ne aik lafz nahi kaha ke tum ne gustakhi kar rahe ho</w:t>
      </w:r>
    </w:p>
    <w:p>
      <w:pPr>
        <w:jc w:val="right"/>
      </w:pPr>
      <w:r>
        <w:t>تا ہو، اس کے بولنے کا رائٹ ہے، بول سکتا ہے۔ ہم نے جب اس کا لون نہیں ادا کیا تو اس کو حق ہے کہ وہ بولے، ان لصاحب الحق کے مقارن، حقدار کو بولنے کا حق ہے۔ اب دیکھیے کہ اس میں کس قدر انسانیت کا کتنا اونچا درجہ ہے، یہ انسانیت کا کتنا اونچا درجہ ہے۔ یہ آپ نے ایک لفظ نہیں کہا کہ تم نے گستاخی کر رہے ہو</w:t>
      </w:r>
    </w:p>
    <w:p>
      <w:r>
        <w:rPr>
          <w:b/>
        </w:rPr>
        <w:t xml:space="preserve">[1:47:49] </w:t>
      </w:r>
      <w:r>
        <w:t>tum gaali de rahe ho, tum yeh ho, tum woh ho, balke yeh keh rahe hain ke jab hum ne is ka paisa liya aur time par is ko ada nahi, adaiygi nahi hui to baharhal us ko haq hai ke woh kahe, woh kyun nahi kahega? woh yeh hai woh character jo prophet ne hamein sikhaya hai. aik</w:t>
      </w:r>
    </w:p>
    <w:p>
      <w:pPr>
        <w:jc w:val="right"/>
      </w:pPr>
      <w:r>
        <w:t>، تم گالی دے رہے ہو، تم یہ ہو، تم وہ ہو، بلکہ یہ کہہ رہے ہیں کہ جب ہم نے اس کا پیسہ لیا اور ٹائم پر اس کو ادا نہیں، ادائیگی نہیں ہوئی تو بہرحال اس کو حق ہے کہ وہ کہے، وہ کیوں نہیں کہے گا؟ وہ یہ ہے وہ کریکٹر جو پرافٹ نے ہمیں سکھایا ہے۔ ایک</w:t>
      </w:r>
    </w:p>
    <w:p>
      <w:r>
        <w:rPr>
          <w:b/>
        </w:rPr>
        <w:t xml:space="preserve">[1:48:19] </w:t>
      </w:r>
      <w:r>
        <w:t>hadees hai ke kafa bil mar qaziban bi kulli ma sami, bohat hi ziyada tarpane wali yeh hadees hai kyunke sabhi log is mein mubtala hain, sabhi log mere tajrube mein to sabhi log is mein mubtala hain. kafa bil mar qaziban bi kulli ma sami, kisi aadmi</w:t>
      </w:r>
    </w:p>
    <w:p>
      <w:pPr>
        <w:jc w:val="right"/>
      </w:pPr>
      <w:r>
        <w:t>حدیث ہے کہ کفا بالمر کذبا بکل ما سمع، بہت ہی زیادہ تڑپانے والی یہ حدیث ہے کیونکہ سبھی لوگ اس میں مبتلا ہیں، سبھی لوگ میرے تجربے میں تو سبھی لوگ اس میں مبتلا ہیں۔ کفا بالمر کذبا بکل ما سمع، کسی آدمی</w:t>
      </w:r>
    </w:p>
    <w:p>
      <w:r>
        <w:rPr>
          <w:b/>
        </w:rPr>
        <w:t xml:space="preserve">[1:48:49] </w:t>
      </w:r>
      <w:r>
        <w:t>ke jhoota hone ke liye yahi baat kafi hai ke woh jo kuch sune, us ko bayan karne lage. kisi aadmi ke jhoota hone ke liye yeh baat kafi hai ke woh jo kuch sune, us ko bayan karne lage. aaj kal samaj mein mein samajhta hoon ke sabhi log aise hi ho gaye hain, jo suna us ko bol rahe hain, jo suna us ko bata rahe hain. koi is ki scrutiny nahi karta, koi is ko tehqeeq nahi karta,</w:t>
      </w:r>
    </w:p>
    <w:p>
      <w:pPr>
        <w:jc w:val="right"/>
      </w:pPr>
      <w:r>
        <w:t>کے جھوٹا ہونے کے لیے یہی بات کافی ہے کہ وہ جو کچھ سنے، اس کو بیان کرنے لگے۔ کسی آدمی کے جھوٹا ہونے کے لیے یہ بات کافی ہے کہ وہ جو کچھ سنے، اس کو بیان کرنے لگے۔ آج کل سماج میں میں سمجھتا ہوں کہ سبھی لوگ ایسے ہی ہو گئے ہیں، جو سنا اس کو بول رہے ہیں، جو سنا اس کو بتا رہے ہیں۔ کوئی اس کی سکروٹری نہیں کرتا، کوئی اس کو تحقیق نہیں کرتا،</w:t>
      </w:r>
    </w:p>
    <w:p>
      <w:r>
        <w:rPr>
          <w:b/>
        </w:rPr>
        <w:t xml:space="preserve">[1:49:20] </w:t>
      </w:r>
      <w:r>
        <w:t>koi poochta pachhta nahi ke bhai kya kaun is ka witness hai, kya is mein aur baatein kya kya hain, bas suna aur bayan karne lage. to aap ne farmaya ke jo aadmi aisa kare, woh jhoota hai, woh Allah ki nazar mein qazib hai. kafa bil mar qaziban bi kulli ma sami, kaisi ajeeb baat hai. lehaza aasani se hum suno hi baat ko dohrate hain aur</w:t>
      </w:r>
    </w:p>
    <w:p>
      <w:pPr>
        <w:jc w:val="right"/>
      </w:pPr>
      <w:r>
        <w:t>کوئی پوچھتا پاچھتا نہیں کہ بھئی کیا کون اس کا وٹنس ہے، کیا اس میں اور باتیں کیا کیا ہیں، بس سنا اور بیان کرنے لگے۔ تو آپ نے فرمایا کہ جو آدمی ایسا کرے، وہ جھوٹا ہے، وہ اللہ کی نظر میں کاذب ہے۔ کفا بالمر کذبا بکل ما سمع، کیسی عجیب بات ہے۔ لہذا آسانی سے ہم سنو ہی بات کو دہراتے ہیں اور</w:t>
      </w:r>
    </w:p>
    <w:p>
      <w:r>
        <w:rPr>
          <w:b/>
        </w:rPr>
        <w:t xml:space="preserve">[1:49:50] </w:t>
      </w:r>
      <w:r>
        <w:t>yeh nahi sochte ke suno hi baat ko dohrana apne aap ko Khuda ki nazar mein jhoota dikhana hai. yeh kehna ke Khuda ya mein jhoota hoon, aisi aik hadees hai ke kisi ke khilaf badguman na karo, fa zann akzabul hadees, kyunke badguman karna sab se bara jhooti baat hai.</w:t>
      </w:r>
    </w:p>
    <w:p>
      <w:pPr>
        <w:jc w:val="right"/>
      </w:pPr>
      <w:r>
        <w:t>یہ نہیں سوچتے کہ سنو ہی بات کو دہرانا اپنے آپ کو خدا کی نظر میں جھوٹا دکھانا ہے۔ یہ کہنا کہ خدایا میں جھوٹا ہوں، ایسی ایک حدیث ہے کہ کسی کے خلاف بدگمانی نہ کرو، فنزن اکذب الحدیث، کیونکہ بدگمانی کرنا سب سے بڑا جھوٹی بات ہے۔</w:t>
      </w:r>
    </w:p>
    <w:p>
      <w:r>
        <w:rPr>
          <w:b/>
        </w:rPr>
        <w:t xml:space="preserve">[1:50:21] </w:t>
      </w:r>
      <w:r>
        <w:t>lekin aik hai ke koi bohat hi solid baat ho, tab aap us ke bare mein aik rai banayein. lekin yeh hai ke bas aisi mamooli baatein aap ke samne ayein aur aap ne aik buri rai bana li us ke bare mein. to buri rai qaim karna kisi ke bare mein, apne aap ko Khuda ki nazar mein jhoota sabit karna hai, jhoota. yeh sab baatein bohat ziyada sochne ki hain, bohat ziyada sochne</w:t>
      </w:r>
    </w:p>
    <w:p>
      <w:pPr>
        <w:jc w:val="right"/>
      </w:pPr>
      <w:r>
        <w:t>لیکن ایک ہے کہ کوئی بہت ہی سولڈ بات ہو، تب آپ اس کے بارے میں ایک رائے بنائیں۔ لیکن یہ ہے کہ بس ایسی معمولی باتیں آپ کے سامنے آئیں اور آپ نے ایک بری رائے بنا لی اس کے بارے میں۔ تو بری رائے قائم کرنا کسی کے بارے میں، اپنے آپ کو خدا کی نظر میں جھوٹا ثابت کرنا ہے، جھوٹا۔ یہ سب باتیں بہت زیادہ سوچنے کی ہیں، بہت زیادہ سوچنے</w:t>
      </w:r>
    </w:p>
    <w:p>
      <w:r>
        <w:rPr>
          <w:b/>
        </w:rPr>
        <w:t xml:space="preserve">[1:50:51] </w:t>
      </w:r>
      <w:r>
        <w:t>ki hain. aik sahabi ne kaha tabi ke zamane mein, aap jante hain ke jo companion thay prophet ko, un ko sahabi kaha jata hai aur jo companion ke companion thay, un ko tabi kaha jata hai, yani second generation. to first generation ko sahabi kehte hain aur second generation ko tabi kehte hain. to second generation jab aa gayi, us ke baad aik kitabon mein ati hai ke aik sahabi</w:t>
      </w:r>
    </w:p>
    <w:p>
      <w:pPr>
        <w:jc w:val="right"/>
      </w:pPr>
      <w:r>
        <w:t>کی ہیں۔ ایک صحابی نے کہا تابعی کے زمانے میں، آپ جانتے ہیں کہ جو کمپینین تھے پرافٹ کو، ان کو صحابی کہا جاتا ہے اور جو کمپینین کے کمپینین تھے، ان کو تابعی کہا جاتا ہے، یعنی سیکنڈ جنریشن۔ تو فرسٹ جنریشن کو صحابی کہتے ہیں اور سیکنڈ جنریشن کو تابعی کہتے ہیں۔ تو سیکنڈ جنریشن جب آ گئی، اس کے بعد ایک کتابوں میں آتی ہے کہ ایک صحابی</w:t>
      </w:r>
    </w:p>
    <w:p>
      <w:r>
        <w:rPr>
          <w:b/>
        </w:rPr>
        <w:t xml:space="preserve">[1:51:21] </w:t>
      </w:r>
      <w:r>
        <w:t>ne apne zamane ke logon se kaha ke tum log jin baaton ko nihayat aasani se bol dete ho, mujh se kinaan aoozubillah. rasool Allah ke zamane mein hum ko samajhte thay ke yeh to bilkul hum tabaah ho gaye, hum halak ho gaye, hum khatam ho gaye. hadees mein kai cheezon ke bare mein mein bataunga ke is ko samajhne ke liye aik baat</w:t>
      </w:r>
    </w:p>
    <w:p>
      <w:pPr>
        <w:jc w:val="right"/>
      </w:pPr>
      <w:r>
        <w:t>نے اپنے زمانے کے لوگوں سے کہا کہ تم لوگ جن باتوں کو نہایت آسانی سے بول دیتے ہو، مجھ سے کنا نعوذ من البقات۔ رسول اللہ کے زمانے میں ہم کو سمجھتے تھے کہ یہ تو بالکل ہم تباہ ہو گئے، ہم ہلاک ہو گئے، ہم ختم ہو گئے۔ حدیث میں کئی چیزوں کے بارے میں میں بتاؤں گا کہ اس کو سمجھنے کے لیے ایک بات</w:t>
      </w:r>
    </w:p>
    <w:p>
      <w:r>
        <w:rPr>
          <w:b/>
        </w:rPr>
        <w:t xml:space="preserve">[1:51:51] </w:t>
      </w:r>
      <w:r>
        <w:t>janna chahiye, maslan izzat ke bare mein ayega ke momin ki izzat karo, musalman ki izzat karo. to kai log is is mein samajhte hain ke bas musalman ki izzat karo aur kisi aur ki izzat karne ki zarorat nahi hai. dekhein, yeh hadeesein immediate reference mein hoti hain, samne musalman baithe hue hain,</w:t>
      </w:r>
    </w:p>
    <w:p>
      <w:pPr>
        <w:jc w:val="right"/>
      </w:pPr>
      <w:r>
        <w:t>جاننا چاہیے، مثلاً عزت کے بارے میں آئے گا کہ مومن کی عزت کرو، مسلمان کی عزت کرو۔ تو کئی لوگ اس اس میں سمجھتے ہیں کہ بس مسلمان کی عزت کرو اور کسی اور کی عزت کرنے کی ضرورت نہیں ہے۔ دیکھیں، یہ حدیثیں امیڈیٹ ریفرنس میں ہوتی ہیں، سامنے مسلمان بیٹھے ہوئے ہیں،</w:t>
      </w:r>
    </w:p>
    <w:p>
      <w:r>
        <w:rPr>
          <w:b/>
        </w:rPr>
        <w:t xml:space="preserve">[1:52:22] </w:t>
      </w:r>
      <w:r>
        <w:t>aap aik aik baat bata rahe hain ke dekho bhai, musalman aik musalman ko doosre musalman ki izzat karna chahiye. yeh immediate reference mein yeh baat kahi gayi hai, lekin is ka aap ko janna chahiye ke yeh aik principle bataya aap ne ke aik insaan ko chahiye ke doosre insaan ki izzat kare. yeh baat is tarah samajh mein ati hai ke aik jagah agar ayega lafz muslim ka, doosri jagah word ayega insaan ka. yeh maine bohat ziyada dekha hai is tarah ki hadeeson mein</w:t>
      </w:r>
    </w:p>
    <w:p>
      <w:pPr>
        <w:jc w:val="right"/>
      </w:pPr>
      <w:r>
        <w:t>آپ ایک ایک بات بتا رہے ہیں کہ دیکھو بھائی، مسلمان ایک مسلمان کو دوسرے مسلمان کی عزت کرنا چاہیے۔ یہ امیڈیٹ ریفرنس میں یہ بات کہی گئی ہے، لیکن اس کا آپ کو جاننا چاہیے کہ یہ ایک پرنسپل بتایا آپ نے کہ ایک انسان کو چاہیے کہ دوسرے انسان کی عزت کرے۔ یہ بات اس طرح سمجھ میں آتی ہے کہ ایک جگہ اگر آئے گا لفظ مسلم کا، دوسری جگہ ورڈ آئے گا انسان کا۔ یہ میں نے بہت زیادہ دیکھا ہے اس طرح کی حدیثوں میں</w:t>
      </w:r>
    </w:p>
    <w:p>
      <w:r>
        <w:rPr>
          <w:b/>
        </w:rPr>
        <w:t xml:space="preserve">[1:52:52] </w:t>
      </w:r>
      <w:r>
        <w:t>ke wahi same baat aik jagah ati hai muslim ke sath, aik jagah ati hai insaan ke sath. to yeh hai baat immediate reference ki. to immediate immediate reference ke taur par aap ne wahan muslim ka naam le liya, lekin asal jo is ka jo kehna tha aap ko woh yeh hai ke aik insaan ko chahiye ke woh doosre insaan ki izzat kare. kisi insaan ko doosre insaan ko haqir nahi samajhna chahiye.</w:t>
      </w:r>
    </w:p>
    <w:p>
      <w:pPr>
        <w:jc w:val="right"/>
      </w:pPr>
      <w:r>
        <w:t>کہ وہی سیم بات ایک جگہ آتی ہے مسلم کے ساتھ، ایک جگہ آتی ہے انسان کے ساتھ۔ تو یہ ہے بات امیڈیٹ ریفرنس کی۔ تو امیڈیٹ امیڈیٹ ریفرنس کے طور پر آپ نے وہاں مسلم کا نام لے لیا، لیکن اصل جو اس کا جو کہنا تھا آپ کو وہ یہ ہے کہ ایک انسان کو چاہیے کہ وہ دوسرے انسان کی عزت کرے۔ کسی انسان کو دوسرے انسان کو حقیر نہیں سمجھنا چاہیے۔</w:t>
      </w:r>
    </w:p>
    <w:p>
      <w:r>
        <w:rPr>
          <w:b/>
        </w:rPr>
        <w:t xml:space="preserve">[1:53:24] </w:t>
      </w:r>
      <w:r>
        <w:t>al muslim man salama al nas min lisanihi wa yadihi. muslim woh hai jis ke hath se aur us ki zuban se log peace mein rahein, log aman mein rahein. aik hadees hai ke jo zulwajhian hon, aik se kuch kehna, doosre se kuch kehna. zulwajhian yani be character ka aadmi. jab</w:t>
      </w:r>
    </w:p>
    <w:p>
      <w:pPr>
        <w:jc w:val="right"/>
      </w:pPr>
      <w:r>
        <w:t>المسلم من سلما الناس من لسانہ ویدہ۔ مسلم وہ ہے جس کے ہاتھ سے اور اس کی زبان سے لوگ پیس میں رہیں، لوگ امن میں رہیں۔ ایک حدیث ہے کہ جو ذوالوجہین ہوں، ایک سے کچھ کہنا، دوسرے سے کچھ کہنا۔ ذوالوجہین یعنی بے کریکٹر کا آدمی۔ جب</w:t>
      </w:r>
    </w:p>
    <w:p>
      <w:r>
        <w:rPr>
          <w:b/>
        </w:rPr>
        <w:t xml:space="preserve">[1:53:54] </w:t>
      </w:r>
      <w:r>
        <w:t>aadmi character wale hote hain, woh aisa nahi karenge ke aik baat bayan kar rahe hain kisi se, doosre zuban bol rahe hain, doosre keh rahe hain, doosri zuban bol rahe hain. yeh zulwajhian, do chehre wale. zulwajhian ka matlab hota hai do chehre wale, double face. to hadees mein ata hai ke Khuda ko aise log bohat napasand hain jo double face wale hon, jo double talk karte hon, aik se kuch kahein, doosre se kuch kahein.</w:t>
      </w:r>
    </w:p>
    <w:p>
      <w:pPr>
        <w:jc w:val="right"/>
      </w:pPr>
      <w:r>
        <w:t>آدمی کریکٹر والے ہوتے ہیں، وہ ایسا نہیں کریں گے کہ ایک بات بیان کر رہے ہیں کسی سے، دوسرے زبان بول رہے ہیں، دوسرے کہہ رہے ہیں، دوسری زبان بول رہے ہیں۔ یہ ذوالوجہین، دو چہرے والے۔ ذوالوجہین کا مطلب ہوتا ہے دو چہرے والے، ڈبل فیس۔ تو حدیث میں آتا ہے کہ خدا کو ایسے لوگ بہت ناپسند ہیں جو ڈبل فیس والے ہوں، جو ڈبل ٹاک کرتے ہوں، ایک سے کچھ کہیں، دوسرے سے کچھ کہیں۔</w:t>
      </w:r>
    </w:p>
    <w:p>
      <w:r>
        <w:rPr>
          <w:b/>
        </w:rPr>
        <w:t xml:space="preserve">[1:54:26] </w:t>
      </w:r>
      <w:r>
        <w:t>yani character less, be character, principled character hona chahiye. aik sache insaan ka principled behavior hona chahiye. aik sache insaan ka aap jo bole, aap jo aap ka jo behavior ho, aap ka jo action ho, sab kuch govern ho raha ho principle se, interest se nahi, khwahish se nahi, socha samjha principle.</w:t>
      </w:r>
    </w:p>
    <w:p>
      <w:pPr>
        <w:jc w:val="right"/>
      </w:pPr>
      <w:r>
        <w:t>یعنی کریکٹر لیس، بے کریکٹر، پرنسپلڈ کریکٹر ہونا چاہیے۔ ایک سچے انسان کا پرنسپلڈ بیہیویئر ہونا چاہیے۔ ایک سچے انسان کا آپ جو بولیں، آپ جو آپ کا جو بیہیویئر ہو، آپ کا جو ایکشن ہو، سب کچھ گورن ہو رہا ہو پرنسپل سے، انٹرسٹ سے نہیں، خواہش سے نہیں، سوچا سمجھا پرنسپل۔</w:t>
      </w:r>
    </w:p>
    <w:p>
      <w:r>
        <w:rPr>
          <w:b/>
        </w:rPr>
        <w:t xml:space="preserve">[1:54:58] </w:t>
      </w:r>
      <w:r>
        <w:t>yeh hai sachay insan ki definition. sacha insan principle pe chalta hai aur jhoota insan apni khwahish pe chalta hai. ek lafz mein agar kehna ho to yahi tareef hai sachay insan ki aur jhoote insan ki ke principle behavior hota hai sachay insan ka, aur jo sacha insan na ho, woh apni khwahish pe chalta hai. jab khwahish chalega to iska koi ek principle nahi hoga, kab</w:t>
      </w:r>
    </w:p>
    <w:p>
      <w:pPr>
        <w:jc w:val="right"/>
      </w:pPr>
      <w:r>
        <w:t>یہ ہے سچے انسان کی ڈیفینیشن۔ سچا انسان پرنسپل پہ چلتا ہے اور جھوٹا انسان اپنی خواہش پہ چلتا ہے۔ ایک لفظ میں اگر کہنا ہو تو یہی تعریف ہے سچے انسان کی اور جھوٹے انسان کی کہ پرنسپل بیہیویئر ہوتا ہے سچے انسان کا، اور جو سچا انسان نہ ہو، وہ اپنی خواہش پہ چلتا ہے۔ جب خواہش چلے گا تو اس کا کوئی ایک پرنسپل نہیں ہوگا، کب</w:t>
      </w:r>
    </w:p>
    <w:p>
      <w:r>
        <w:rPr>
          <w:b/>
        </w:rPr>
        <w:t xml:space="preserve">[1:55:28] </w:t>
      </w:r>
      <w:r>
        <w:t>hi aisa, kabhi waisa. Allah taala mujh ko aur aap ko tofeeq de ke hum Khuda ke sachay rastay par chalain taake humein Khuda ki blessing milay. aqool qawli haza wastaghfirullaha li wa lakum ajmaeen.</w:t>
      </w:r>
    </w:p>
    <w:p>
      <w:pPr>
        <w:jc w:val="right"/>
      </w:pPr>
      <w:r>
        <w:t>ھی ایسا، کبھی ویسا۔ اللہ تعالی مجھ کو اور آپ کو توفیق دے کہ ہم خدا کے سچے راستے پر چلیں تاکہ ہمیں خدا کی بلیسنگ ملے۔ اقول قولھذا واستغفراللہ لیم اجمعین۔</w:t>
      </w:r>
    </w:p>
    <w:p>
      <w:r>
        <w:rPr>
          <w:b/>
        </w:rPr>
        <w:t xml:space="preserve">[1:55:59] </w:t>
      </w:r>
      <w:r>
        <w:t>da first question is by priya. da question is what is da difference between knowledge and wisdom? is tarah ka jo difference hota hai, woh bilkul hard and fast tareeqay se nahi bayan kar sakta, lekin jahan tak mein samajhta hoon, knowledge se murad hai information aur wisdom se murad hai, yani knowledge ko digest kar ke, us</w:t>
      </w:r>
    </w:p>
    <w:p>
      <w:pPr>
        <w:jc w:val="right"/>
      </w:pPr>
      <w:r>
        <w:t>دا فرسٹ کوسچن از بائی پریا۔ دا کوسچن از واٹ از دا ڈیفرنس بٹوین نالج اینڈ وزڈم؟ اس طرح کا جو ڈیفرنس ہوتا ہے، وہ بالکل ہارڈ اینڈ فاسٹ طریقے سے نہیں بیان کر سکتا، لیکن جہاں تک میں سمجھتا ہوں، نالج سے مراد ہے انفارمیشن اور وزڈم سے مراد ہے، یعنی نالج کو ڈائجسٹ کر کے، اس</w:t>
      </w:r>
    </w:p>
    <w:p>
      <w:r>
        <w:rPr>
          <w:b/>
        </w:rPr>
        <w:t xml:space="preserve">[1:56:29] </w:t>
      </w:r>
      <w:r>
        <w:t>ka analysis kar ke jo baat aap jantay hain, uska naam wisdom. knowledge to paper par hoti hai, lekin wisdom aap ke andar se aati hai. to jab tak aap ke andar analysis ka power na ho aur digest kar ke khud kuch baat is mein add karne ki taqat na ho, aap wisdom tak nahi puhanch sakte. to</w:t>
      </w:r>
    </w:p>
    <w:p>
      <w:pPr>
        <w:jc w:val="right"/>
      </w:pPr>
      <w:r>
        <w:t>کا انالیسز کر کے جو بات آپ جانتے ہیں، اس کا نام وزڈم۔ نالج تو پیپر پر ہوتی ہے، لیکن وزڈم آپ کے اندر سے آتی ہے۔ تو جب تک آپ کے اندر انالیسز کا پاور نہ ہو اور ڈائجسٹ کر کے خود کچھ بات اس میں ایڈ کرنے کی طاقت نہ ہو، آپ وزڈم تک نہیں پہنچ سکتے۔ تو</w:t>
      </w:r>
    </w:p>
    <w:p>
      <w:r>
        <w:rPr>
          <w:b/>
        </w:rPr>
        <w:t xml:space="preserve">[1:56:59] </w:t>
      </w:r>
      <w:r>
        <w:t>knowledge to aati hai kitabon ko parh kar ya report ko parh kar, lekin wisdom aati hai aap ke andar se, jis ko urdu mein kehte hain baseerat. yani urdu ke lehaz se agar hum istemal karein lafz to kahein ge maloomat aur baseerat. next question is by bilal. da question is how do we differentiate between true hadith and false hadith? what is the right source? dekhen, yeh to</w:t>
      </w:r>
    </w:p>
    <w:p>
      <w:pPr>
        <w:jc w:val="right"/>
      </w:pPr>
      <w:r>
        <w:t>نالج تو آتی ہے کتابوں کو پڑھ کر یا رپورٹ کو پڑھ کر، لیکن وزڈم آتی ہے آپ کے اندر سے، جس کو اردو میں کہتے ہیں بصیرت۔ یعنی اردو کے لحاظ سے اگر ہم استعمال کریں لفظ تو کہیں گے معلومات اور بصیرت۔ نیکسٹ کوسچن از بائے بلال۔ دا کوسچن از ہاؤ ڈو وی ڈیفرنشیٹ بٹوین ٹرو حدیث اینڈ فالس حدیث؟ واٹ از دی رائٹ سورس؟ دیکھیں، یہ تو</w:t>
      </w:r>
    </w:p>
    <w:p>
      <w:r>
        <w:rPr>
          <w:b/>
        </w:rPr>
        <w:t xml:space="preserve">[1:57:30] </w:t>
      </w:r>
      <w:r>
        <w:t>bohat hi jani hui baat hai ke kisi hadith ko janchne ke liye ek poora discipline hai, jo kehte hain ilm-e-rijal. ilm-e-rijal mein paanch lakh aadmiyon ka haal bataya gaya hai. paanch lakh to aap janchiye is ko ke jo jo aap</w:t>
      </w:r>
    </w:p>
    <w:p>
      <w:pPr>
        <w:jc w:val="right"/>
      </w:pPr>
      <w:r>
        <w:t>بہت ہی جانی ہوئی بات ہے کہ کسی حدیث کو جانچنے کے لیے ایک پورا ڈسپلن ہے، جو کہتے ہیں فن رجال۔ فن رجال میں پانچ لاکھ آدمیوں کا حال بتایا گیا ہے۔ پانچ لاکھ تو آپ جانچیے اس کو کہ جو جو آپ</w:t>
      </w:r>
    </w:p>
    <w:p>
      <w:r>
        <w:rPr>
          <w:b/>
        </w:rPr>
        <w:t xml:space="preserve">[1:58:06] </w:t>
      </w:r>
      <w:r>
        <w:t>yeh baat aisi hai jo aap agar koi janna chahe to us ko kehte hain rawi, yani narrators. paanch lakh narrators ke liye likhi gayi hai ilm-e-rijal mein, to aap is mein janch kar ke jaan sakte hain ke kon si hadith jo hai</w:t>
      </w:r>
    </w:p>
    <w:p>
      <w:pPr>
        <w:jc w:val="right"/>
      </w:pPr>
      <w:r>
        <w:t>یہ بات ایسی ہے جو آپ اگر کوئی جاننا چاہے تو اس کو کہتے ہیں راوی، یعنی نیریٹرز۔ پانچ لاکھ نیریٹرز کے لائیو لکھی گئی ہے فن رجال میں، تو آپ اس میں جانچ کر کے جان سکتے ہیں کہ کون سی حدیث جو ہے</w:t>
      </w:r>
    </w:p>
    <w:p>
      <w:r>
        <w:rPr>
          <w:b/>
        </w:rPr>
        <w:t xml:space="preserve">[1:58:38] </w:t>
      </w:r>
      <w:r>
        <w:t>sahi logon se humein mili hai, kon si aisi hadith jis par hum bharosa nahi kar sakte. the next question is by mahboob from mumbai. what is the meaning of taghoot? what is the difference between taghoot and nafs? explain with examples and kindly suggest the way to control them. yeh taghoot jo hai, T-A-G-H-O-O-T taghoot</w:t>
      </w:r>
    </w:p>
    <w:p>
      <w:pPr>
        <w:jc w:val="right"/>
      </w:pPr>
      <w:r>
        <w:t>صحیح لوگوں سے ہمیں ملی ہے، کون سی ایسی حدیث جس پر ہم بھروسہ نہیں کر سکتے۔ دی نیکسٹ کوسچن از بائے محبوب فرام ممبئی۔ واٹ از دا میننگ اف طاغوت؟ واٹ از دا ڈیفرنس بٹوین طاغوت اینڈ نفس؟ ایکسپلین ود ایگزیمپلز اینڈ کائنڈلی سجیسٹ دا وے ٹو کنٹرول دیم۔ یہ طاغوت جو ہے، ٹی اے ٹی ایچ یو ٹی طاغوت</w:t>
      </w:r>
    </w:p>
    <w:p>
      <w:r>
        <w:rPr>
          <w:b/>
        </w:rPr>
        <w:t xml:space="preserve">[1:59:09] </w:t>
      </w:r>
      <w:r>
        <w:t>ke maani hote hain bohat ziyada sarkash. yeh quran mein shaitan ke liye aaya hai, yani shaitan ko quran mein taghoot kaha gaya hai, aur nafs jo hai woh aadmi ke andar ki khwahish hoti hai. to shaitan jo hai woh aap ke andar jo khwahishein hain, desires hain, un ko activate karta hai. to taghoot ka matlab hai shaitan,</w:t>
      </w:r>
    </w:p>
    <w:p>
      <w:pPr>
        <w:jc w:val="right"/>
      </w:pPr>
      <w:r>
        <w:t>کے معنی ہوتے ہیں بہت زیادہ سرکش۔ یہ قران میں سیٹن کے لیے آیا ہے، یعنی سیٹن کو قران میں طاغوت کہا گیا ہے، اور نفس جو ہے وہ آدمی کے اندر کی خواہش ہوتی ہے۔ تو سیٹن جو ہے وہ آپ کے اندر جو خواہشیں ہیں، ڈیزائرز ہیں، ان کو ایکٹیویٹ کرتا ہے۔ تو طاغوت کا مطلب ہے شیطان،</w:t>
      </w:r>
    </w:p>
    <w:p>
      <w:r>
        <w:rPr>
          <w:b/>
        </w:rPr>
        <w:t xml:space="preserve">[1:59:39] </w:t>
      </w:r>
      <w:r>
        <w:t>aur nafs ka matlab hai aap ke andar ki khwahishein. to aadmi ko aap taghoot par, yani shaitan par to control nahi kar sakte, woh aap ke control se bahar hai, lekin aap apne aap ko is se bacha sakte hain ke aap shaitan ke influence mein na aain. jab shaitan aap ko behkaye to aap pehchan lein ke yeh shaitan behka raha hai, kyunke shaitan ka</w:t>
      </w:r>
    </w:p>
    <w:p>
      <w:pPr>
        <w:jc w:val="right"/>
      </w:pPr>
      <w:r>
        <w:t>اور نفس کا مطلب ہے آپ کے اندر کی خواہشیں۔ تو آدمی کو آپ طاغوت پر، یعنی شیطان پر تو کنٹرول نہیں کر سکتے، وہ آپ کے کنٹرول سے باہر ہے، لیکن آپ اپنے آپ کو اس سے بچا سکتے ہیں کہ آپ سیٹن کے انفلوئنس میں نہ آئیں۔ جب سیٹن آپ کو بہکائے تو آپ پہچان لیں کہ یہ سیٹن بہکا رہا ہے، کیونکہ سیٹن کا</w:t>
      </w:r>
    </w:p>
    <w:p>
      <w:r>
        <w:rPr>
          <w:b/>
        </w:rPr>
        <w:t xml:space="preserve">[2:00:09] </w:t>
      </w:r>
      <w:r>
        <w:t>jo tareeqa hai woh quran mein is ko tazeen, yani beautify karna, burai ko beautify karna. maslan ek aadmi ne aap se bura kiya, ab aap se koi kahe ke bhai sabr kar lo, to aap kahein ge sabr kaise kar lein? sabr to buzdi hai. sabr karein ge to woh aadmi aur ziyada share ho jaye ga, aur ziyada humare upar zulm kare ga. yahi hai shaitan ka kaam. yani shi</w:t>
      </w:r>
    </w:p>
    <w:p>
      <w:pPr>
        <w:jc w:val="right"/>
      </w:pPr>
      <w:r>
        <w:t>جو طریقہ ہے وہ قران میں اس کو تزین، یعنی بیوٹیفائی کرنا، برائی کو بیوٹیفائی کرنا۔ مثلاً ایک آدمی نے آپ سے برا کیا، اب آپ سے کوئی کہے کہ بھئی صبر کر لو، تو آپ کہیں گے صبر کیسے کر لیں؟ صبر تو بزدلی ہے۔ صبر کریں گے تو وہ آدمی اور زیادہ شیئر ہو جائے گا، اور زیادہ ہمارے اوپر ظلم کرے گا۔ یہی ہے سیٹن کا کام۔ یعنی سی</w:t>
      </w:r>
    </w:p>
    <w:p>
      <w:r>
        <w:rPr>
          <w:b/>
        </w:rPr>
        <w:t xml:space="preserve">[2:00:39] </w:t>
      </w:r>
      <w:r>
        <w:t>tan jo hai kya kar raha hai? ghalat kaam ko beautify kar raha hai. yani sabr ka tareeqa na ikhtiyar kar ke aap revenge lein ge aur is se larne bhadne lagen ge. to yeh shaitan is isi ko beautify kar raha hai ke yeh tumhari bahaduri hai, aur yeh in ko dabana hai. nahi dabaao ge to woh aur tumhare upar share ho jayen ge. hamesha yahi hota hai ke aap ke andar koi bura thought aata hai, us ko shi</w:t>
      </w:r>
    </w:p>
    <w:p>
      <w:pPr>
        <w:jc w:val="right"/>
      </w:pPr>
      <w:r>
        <w:t>ٹن جو ہے کیا کر رہا ہے؟ غلط کام کو بیوٹیفائی کر رہا ہے۔ یعنی صبر کا طریقہ نہ اختیار کر کے آپ ریونج لیں گے اور اس سے لڑنے بھڑنے لگیں گے۔ تو یہ سیٹن اس اسی کو بیوٹیفائی کر رہا ہے کہ یہ تمہاری بہادری ہے، اور یہ ان کو دبانا ہے۔ نہیں دباؤ گے تو وہ اور تمہارے اوپر شیئر ہو جائیں گے۔ ہمیشہ یہی ہوتا ہے کہ آپ کے اندر کوئی برا تھاٹ آتا ہے، اس کو سی</w:t>
      </w:r>
    </w:p>
    <w:p>
      <w:r>
        <w:rPr>
          <w:b/>
        </w:rPr>
        <w:t xml:space="preserve">[2:01:09] </w:t>
      </w:r>
      <w:r>
        <w:t>tan beautify kar ke isi mein aap ko phansa deta hai. to wohi waqt hota hai jab ke aap pehchanen ke yeh is waqt mein shaitan ke influence mein aa gaya hoon. pehchan kar ke aap kahein, Allahu a'oodhu bik minash shaitan. is tarah shaitan ko bhagayen. next question is by anwar hussain. da question is what is the criteria and prerequisite to understand the hadith between the lines? what is the criteria and prerequisite to understand the hadith</w:t>
      </w:r>
    </w:p>
    <w:p>
      <w:pPr>
        <w:jc w:val="right"/>
      </w:pPr>
      <w:r>
        <w:t>ٹن بیوٹیفائی کر کے اسی میں آپ کو پھنسا دیتا ہے۔ تو وہی وقت ہوتا ہے جب کہ آپ پہچانیں کہ یہ اس وقت میں سیٹن کے انفلوئنس میں آ گیا ہوں۔ پہچان کر کے آپ کہیں، اللہ منعوذ بک من الشیاطین۔ اس طرح شیطان کو بھگائیں۔ نیکسٹ کوسچن از بائے انور حسین۔ دا کوسچن از واٹ از دی کرائٹیریا اینڈ پری ریکوزٹ ٹو انڈرسٹینڈ دی حدیث بٹوین دا لائنز؟ واٹ از دی کرائٹیریا اینڈ پری ریکوزٹ ٹو انڈرسٹینڈ دی حدی</w:t>
      </w:r>
    </w:p>
    <w:p>
      <w:r>
        <w:rPr>
          <w:b/>
        </w:rPr>
        <w:t xml:space="preserve">[2:01:40] </w:t>
      </w:r>
      <w:r>
        <w:t>between the lines? dekhen, is ka koi criteria nahi hota hai. between the line jo cheez hai, us ko parhne ka koi criteria nahi hota hai. yeh between the line wali baat har jagah hoti hai. us ko woh parh paye ga jo bohat ziyada is mein soche, bohat ziyada is mein dhyan de, bohat ziyada apne mind ko lagaye. maslan mein bataoon</w:t>
      </w:r>
    </w:p>
    <w:p>
      <w:pPr>
        <w:jc w:val="right"/>
      </w:pPr>
      <w:r>
        <w:t>ث بٹوین لائنز؟ دیکھیں، اس کا کوئی کرائٹیریا نہیں ہوتا ہے۔ بٹوین دا لائن جو چیز ہے، اس کو پڑھنے کا کوئی کرائٹیریا نہیں ہوتا ہے۔ یہ بٹوین دا لائن والی بات ہر جگہ ہوتی ہے۔ اس کو وہ پڑھ پائے گا جو بہت زیادہ اس میں سوچے، بہت زیادہ اس میں دھیان دے، بہت زیادہ اپنے مائنڈ کو لگائے۔ مثلاً میں بتاؤں</w:t>
      </w:r>
    </w:p>
    <w:p>
      <w:r>
        <w:rPr>
          <w:b/>
        </w:rPr>
        <w:t xml:space="preserve">[2:02:10] </w:t>
      </w:r>
      <w:r>
        <w:t>ke mein quran ki ayaton ko ya hadithon ko barabar apne mind mein rakhta hoon, raat din, raat din, raat din. aur kai baar aisa hota hai ke barson barson beet jate hain between the line ko parhne ke. abhi kal ki baat hai, mein ne apni ladki fareeda se bataya ek baat. mein ne kaha ke is baat ko discover karne mein meri poori umar khatam ho gayi. poori poori umar khatam ho gayi, tab samajh mein aayi yeh baat. woh between the line jo thi, bet</w:t>
      </w:r>
    </w:p>
    <w:p>
      <w:pPr>
        <w:jc w:val="right"/>
      </w:pPr>
      <w:r>
        <w:t>کہ میں قران کی آیتوں کو یا حدیثوں کو برابر اپنے مائنڈ میں رکھتا ہوں، رات دن، رات دن، رات دن۔ اور کئی بار ایسا ہوتا ہے کہ برسوں برسوں بیت جاتے ہیں بٹوین دی لائن کو پڑھنے کے۔ ابھی کل کی بات ہے، میں نے اپنی لڑکی فریدہ سے بتایا ایک بات۔ میں نے کہا کہ اس بات کو ڈسکور کرنے میں میری پوری عمر ختم ہو گئی۔ پوری پوری عمر ختم ہو گئی، تب سمجھ میں آئی یہ بات۔ وہ بٹوین دا لائن جو تھی، بٹ</w:t>
      </w:r>
    </w:p>
    <w:p>
      <w:r>
        <w:rPr>
          <w:b/>
        </w:rPr>
        <w:t xml:space="preserve">[2:02:40] </w:t>
      </w:r>
      <w:r>
        <w:t>ween the line ko parhne ka raaz hai concentration. ek hi baat par focus karna. jin logon ke andar yeh ho ke koi bhi cheez unhein woh hata deti ho, line se distract kar deti ho, to woh kabhi bhi between the line ko parh nahi sakte. har doosri cheez se apni soch ko hata kar ke ek focus par lagaye rehna. j</w:t>
      </w:r>
    </w:p>
    <w:p>
      <w:pPr>
        <w:jc w:val="right"/>
      </w:pPr>
      <w:r>
        <w:t>وین دا لائن کو پڑھنے کا راز ہے کنسنٹریشن۔ ایک ہی بات پر فوکس کرنا۔ جس جن لوگوں کے اندر یہ ہو کہ کوئی بھی چیز انہیں وہ ہٹا دیتی ہو، لائن سے ڈسٹریکٹ کر دیتی ہو، تو وہ کبھی بھی بٹوین دا لائن کو پڑھ نہیں سکتے۔ ہر دوسری چیز سے اپنی سوچ کو ہٹا کر کے ایک فوکس پہ لگائے رہنا۔ ج</w:t>
      </w:r>
    </w:p>
    <w:p>
      <w:r>
        <w:rPr>
          <w:b/>
        </w:rPr>
        <w:t xml:space="preserve">[2:03:10] </w:t>
      </w:r>
      <w:r>
        <w:t>aisay is ka ek example yeh hai ke arjun ka jo qissa hai mashhoor ke kai yani mahal ke kai ladke the, un ko sikhate the ek ustaad teer chalana. to arjun ko bohat maantay the. to doosre jo log the, un ko shikayat thi ke arjun ko ziyada maantay hain. to unhon ne kya kiya ke ek din peh par ek lakri ki chidiya banai aur pe par rakha. to us ne sab se kaha ke is par nishana lagao. sab ne lagaya,</w:t>
      </w:r>
    </w:p>
    <w:p>
      <w:pPr>
        <w:jc w:val="right"/>
      </w:pPr>
      <w:r>
        <w:t>یسے اس کا ایک ایگزیمپل یہ ہے کہ ارجن کا جو قصہ ہے مشہور کہ کئی یعنی محل کے کئی لڑکے تھے، ان کو سکھاتے تھے ایک استاد تیر چلانا۔ تو ارجن کو بہت مانتے تھے۔ تو دوسرے جو لوگ تھے، ان کو شکایت تھی کہ ارجن کو زیادہ مانتے ہیں۔ تو انہوں نے کیا کیا کہ ایک دن پیڑ پر ایک لکڑی کی چڑیا بنائی اور پیڑ پر رکھا۔ تو اس نے سب سے کہا کہ اس پر نشانہ لگاؤ۔ سب نے لگایا،</w:t>
      </w:r>
    </w:p>
    <w:p>
      <w:r>
        <w:rPr>
          <w:b/>
        </w:rPr>
        <w:t xml:space="preserve">[2:03:41] </w:t>
      </w:r>
      <w:r>
        <w:t>yani kaman mein teer lagaya, us ko nishana us taraf maada. to doosron se poocha ke tum ko kya dikhai de raha hai? to ustaad ne kaha ke us ki aankh par nishana lagao, aankh par. to log kahein, log kya bolte the? pe dikhai de raha hai, suraj dikhai de raha hai, patti dikhai de rahi hai, chidiya dikhai de rahi hai, aankh dikhai de rahi hai. is se poocha arjun se, to us ne kaha chidiya ki aankh, chidiya ki aankh, chidiya ki aankh. yeh hai woh cheez jis ko mein concentration kehta hoon. jis aadmi ke andar yeh ho maada</w:t>
      </w:r>
    </w:p>
    <w:p>
      <w:pPr>
        <w:jc w:val="right"/>
      </w:pPr>
      <w:r>
        <w:t>یعنی کمان میں تیر لگایا، اس کو نشانہ اس طرف مادہ۔ تو دوسروں سے پوچھا کہ تم کو کیا دکھائی دے رہا ہے؟ تو استاد نے کہا کہ اس کی آنکھ پر نشانہ لگاؤ، آنکھ پر۔ تو لوگ کہیں، لوگ کیا بولتے تھے؟ پیڑ دکھائی دے رہا ہے، سورج دکھائی دے رہا ہے، پتی دکھائی دے رہی ہے، چڑیا دکھائی دے رہی ہے، آنکھ دکھائی دے رہی ہے۔ اس سے پوچھا ارجن سے، تو اس نے کہا چڑیا کی آنکھ، چڑیا کی آنکھ، چڑیا کی آنکھ۔ یہ ہے وہ چیز جس کو میں کنسنٹریشن کہتا ہوں۔ جس آدمی کے اندر یہ ہو مادہ</w:t>
      </w:r>
    </w:p>
    <w:p>
      <w:r>
        <w:rPr>
          <w:b/>
        </w:rPr>
        <w:t xml:space="preserve">[2:04:11] </w:t>
      </w:r>
      <w:r>
        <w:t>concentration ka, wohi between the line ko parh pata hai, warna nahi. next question is by priya. question is Maulana, don't you think that shopping places are necessary for the economic growth? as the economy will stagnate? dekhen, yeh ek assumption hai, ek farzi question hai. duniya mein hazaron reformers uthe hain,</w:t>
      </w:r>
    </w:p>
    <w:p>
      <w:pPr>
        <w:jc w:val="right"/>
      </w:pPr>
      <w:r>
        <w:t>کنسنٹریشن کا، وہی بٹوین دی لائن کو پڑھ پاتا ہے، ورنہ نہیں۔ نیکسٹ کوسچن از بائے پریا۔ کوسچن از مولانا، ڈونٹ یو تھنک دیٹ شاپنگ پلیسز ار نیسیسری فار دی اکنامک گروتھ؟ ایز دی اکانومی ول سٹگنیٹ؟ دیکھیں، یہ ایک ایک سپوزیشن ہے، ایک فرضی کوسچن ہے۔ دنیا میں ہزاروں ریفارمرز اٹھے ہیں،</w:t>
      </w:r>
    </w:p>
    <w:p>
      <w:r>
        <w:rPr>
          <w:b/>
        </w:rPr>
        <w:t xml:space="preserve">[2:04:41] </w:t>
      </w:r>
      <w:r>
        <w:t>unhon ne baatein batayi hain, lekin kabhi bhi aisa nahi hua ke do chaar aadmiyon ko kisi ne maana ho. ek ideal jab bataya jaye ga to woh absolute language bataya jaye ga. bataya jaye ga. jab bhi aap koi preach karein ge, koi reformation ki baat karein ge to hamesha aap absolute language bolein ge taake us par poora emphasis pade. lekin logon ka haal yahi hota hai hamesha, aur aaj bhi yeh hoga ke koi baat ko maanta nahi. bohat choti si minority hoti hai jo baat ko maanti hai.</w:t>
      </w:r>
    </w:p>
    <w:p>
      <w:pPr>
        <w:jc w:val="right"/>
      </w:pPr>
      <w:r>
        <w:t>انہوں نے باتیں بتائی ہیں، لیکن کبھی بھی ایسا نہیں ہوا کہ دو چار آدمیوں کو کسی نے مانا ہو۔ ایک آئیڈیل جب بتایا جائے گا تو وہ ایبسولیوٹ لینگویج بتایا جائے گا۔ بتایا جائے گا۔ جب بھی آپ کوئی پریچ کریں گے، کوئی ریفارمیشن کی بات کریں گے تو ہمیشہ آپ ایبسولیوٹ لینگویج بولیں گے تاکہ اس پر پورا ایمفیسز پڑے۔ لیکن لوگوں کا حال یہی ہوتا ہے ہمیشہ، اور آج بھی یہ ہوگا کہ کوئی بات کو مانتا نہیں۔ بہت چھوٹی سی مائنورٹی ہوتی ہے جو بات کو مانتی ہے۔</w:t>
      </w:r>
    </w:p>
    <w:p>
      <w:r>
        <w:rPr>
          <w:b/>
        </w:rPr>
        <w:t xml:space="preserve">[2:05:12] </w:t>
      </w:r>
      <w:r>
        <w:t>to is wajah se is ka koi andesha nahi hai ke jo log dilchaspi rakhte hain shopping se, un ka karobar band ho jaye ga. the next question is by MN Adil, who is from Hyderabad. Maulana, he is asked meaning of an Arabic statement. I would say here, I just repeat that Arabic thing. it goes like this: fas'alu ahladh dhikri in kuntum la ta'lamoon. what does this mean? yeh quran ki ayat hai.</w:t>
      </w:r>
    </w:p>
    <w:p>
      <w:pPr>
        <w:jc w:val="right"/>
      </w:pPr>
      <w:r>
        <w:t>تو اس وجہ سے اس کا کوئی اندیشہ نہیں ہے کہ جو لوگ دلچسپی رکھتے ہیں شاپنگ سے، ان کا کاروبار بند ہو جائے گا۔ دی نیکسٹ کوسچن از بائے ایم این عادل، ہو از فرام حیدرآباد۔ مولانا، ہی از اسکڈ میننگ اف این عریبک سٹیٹمنٹ۔ ائی وڈ سے ہیر، ائی جسٹ ریپیٹ دیٹ عریبک تھنگ۔ اٹ گوز لائک دس: فصلو اہل ذکر ان کنتم لا تعلمون۔ واٹ ڈز دس مین؟ یہ قران کی آیت ہے۔</w:t>
      </w:r>
    </w:p>
    <w:p>
      <w:r>
        <w:rPr>
          <w:b/>
        </w:rPr>
        <w:t xml:space="preserve">[2:05:44] </w:t>
      </w:r>
      <w:r>
        <w:t>is ka matlab hai ke agar tum nahi jante to janne walon se poocho. simple si baat hai is mein. agar tum nahi jante to janne walon se poocho. aam taur par dekhen hota yeh hai ke log jante hain nahi aur lagte hain taqreer karne, lagte hain speech dene. mein to daily yeh dekhta hoon ke na jan kar bolna ek aam bimari hai logon mein. kisi cheez par bolne ke liye aap ko is ki poori knowledge ho, poora gyan ho, socha ho</w:t>
      </w:r>
    </w:p>
    <w:p>
      <w:pPr>
        <w:jc w:val="right"/>
      </w:pPr>
      <w:r>
        <w:t>اس کا مطلب ہے کہ اگر تم نہیں جانتے تو جاننے والوں سے پوچھو۔ سمپل سی بات ہے اس میں۔ اگر تم نہیں جانتے تو جاننے والوں سے پوچھو۔ عام طور پر دیکھیں ہوتا یہ ہے کہ لوگ جانتے ہیں نہیں اور لگتے ہیں تقریر کرنے، لگتے ہیں سپیچ دینے۔ میں تو ڈیلی یہ دیکھتا ہوں کہ نہ جان کر بولنا ایک عام بیماری ہے لوگوں میں۔ کسی چیز پہ بولنے کے لیے آپ کو اس کی پوری نالج ہو، پورا گیان ہو، سوچا ہو</w:t>
      </w:r>
    </w:p>
    <w:p>
      <w:r>
        <w:rPr>
          <w:b/>
        </w:rPr>
        <w:t xml:space="preserve">[2:06:14] </w:t>
      </w:r>
      <w:r>
        <w:t>aap ne is ke har aspect par aap ne ghor kiya ho, tab bolne ka right hota hai aap ko. to log bana jaane bujhe bolne lagte hain. is mein yeh bataya gaya hai ke agar tum nahi jante to bolte kyun ho? poocho. na janne walon ko bolna nahi chahiye, balkeh na janne walon ko poochna chahiye. na janne walon ko apni jankari barhana chahiye. yeh nahi ke na jante ke na jante hue bhi lage bolne. us ko discourage kiya gaya hai.</w:t>
      </w:r>
    </w:p>
    <w:p>
      <w:pPr>
        <w:jc w:val="right"/>
      </w:pPr>
      <w:r>
        <w:t>، آپ نے اس کے ہر اسپیکٹ پر آپ نے غور کیا ہو، تب بولنے کا رائٹ ہوتا ہے آپ کو۔ تو لوگ بنا جانے بوجھے بولنے لگتے ہیں۔ اس میں یہ بتایا گیا ہے کہ اگر تم نہیں جانتے تو بولتے کیوں ہو؟ پوچھو۔ نہ جاننے والوں کو بولنا نہیں چاہیے، بلکہ نہ جاننے والوں کو پوچھنا چاہیے۔ نہ جاننے والوں کو اپنی جانکاری بڑھانا چاہیے۔ یہ نہیں کہ نہ جانتے کہ نہ جانتے ہوئے بھی لگے بولنے۔ اس کو ڈسکرج کیا گیا ہے۔</w:t>
      </w:r>
    </w:p>
    <w:p>
      <w:r>
        <w:rPr>
          <w:b/>
        </w:rPr>
        <w:t xml:space="preserve">[2:06:44] </w:t>
      </w:r>
      <w:r>
        <w:t>next question is by sonia. question is Maulana, many people who are non Muslims are very good human beings and have all the qualities which saint or prophet has. please let us know what will happen to them after death? mein ne to aisa ek aadmi mein nahi dekha. yeh to ek farzi baat hai jo aksar kehte rehte hain log. social manners log dikhate hain, us ko aap samajhte hain ke bare achhe aadmi hain. jitne mein ne paye hain, meri umar bohat lambi ho</w:t>
      </w:r>
    </w:p>
    <w:p>
      <w:pPr>
        <w:jc w:val="right"/>
      </w:pPr>
      <w:r>
        <w:t>نیکسٹ کوسچن از بائے سونیا۔ کوسچن از مولانا، مینی پیپل ہو آر نان مسلمز ار ویری گڈ ہیومن بینگز اینڈ ہیو ال دی کوالٹیز وچ سینٹ اور پرافٹ ہیز۔ پلیز لیٹ اس نو واٹ ول ہیپن ٹو دیم افٹر ڈیتھ؟ میں نے تو ایسا ایک آدمی میں نہیں دیکھا۔ یہ تو ایک فرضی بات ہے جو اکثر کہتے رہتے ہیں لوگ۔ سوشل مینرز لوگ دکھاتے ہیں، اس کو آپ سمجھتے ہیں کہ بڑے اچھے آدمی ہیں۔ جتنے میں نے پائے ہیں، میری عمر بہت لمبی ہو</w:t>
      </w:r>
    </w:p>
    <w:p>
      <w:r>
        <w:rPr>
          <w:b/>
        </w:rPr>
        <w:t xml:space="preserve">[2:07:14] </w:t>
      </w:r>
      <w:r>
        <w:t>chuki hai, sab social manners wale log hain. jahan test padhate hain, ek dum badal jate hain. test ka matlab yeh hai ke un ka interest kal ho raha ho, un ka ego hit ho, un ka ego hurt ho. mein ne to nahi dekha ke woh aadmi jo ego hurt hua, tab bhi woh justice par qaim hai. us ka interest kal ho raha hai, tab bhi justice par qaim hai woh. aap farq kijiye social manners mein aur real character mein. dekhiye, jab tak aadmi ke andar Khuda ka dar na ho</w:t>
      </w:r>
    </w:p>
    <w:p>
      <w:pPr>
        <w:jc w:val="right"/>
      </w:pPr>
      <w:r>
        <w:t>چکی ہے، سب سوشل مینرز والے لوگ ہیں۔ جہاں ٹیسٹ پڑھاتے ہیں، ایک دم بدل جاتے ہیں۔ ٹیسٹ کا مطلب یہ ہے کہ ان کا انٹرسٹ کل ہو رہا ہو، ان کا ایگو ہٹ ہو، ان کا ایگو ہرٹ ہو۔ میں نے تو نہیں دیکھا کہ وہ آدمی جو ایگو ہرٹ ہوا، تب بھی وہ جسٹس پہ قائم ہے۔ اس کا انٹرسٹ کل ہو رہا ہے، تب بھی جسٹس پہ قائم ہے وہ۔ آپ فرق کیجئے سوشل مینرز میں اور ریئل کریکٹر میں۔ دیکھیے، جب تک آدمی کے اندر خدا کا ڈر نہ ہو</w:t>
      </w:r>
    </w:p>
    <w:p>
      <w:r>
        <w:rPr>
          <w:b/>
        </w:rPr>
        <w:t xml:space="preserve">[2:07:45] </w:t>
      </w:r>
      <w:r>
        <w:t>day of judgment ka dar na ho, is ko kabhi bhi woh right path par qaim ho nahi sakta hai. yeh ek farzi sawal hai. kyun? aap bataiye, kyun nahi hatega woh? bade bade log maine dekha hai ke woh bohat honest, bohat honest thay. bete ne jab israr kiya ke bhai mujhe paisa chahiye, papa ji to papa ji badal gaye. sari honest khatam ho gayi un ki. to jab tak aadmi test par na aaye, tab tak yeh na samjhe ke woh sach mein bohat acha aadmi hai, bohat honest aadmi hai, bohat just aadmi hai.</w:t>
      </w:r>
    </w:p>
    <w:p>
      <w:pPr>
        <w:jc w:val="right"/>
      </w:pPr>
      <w:r>
        <w:t>، ڈے اف ججمنٹ کا ڈر نہ ہو، اس کو کبھی بھی وہ رائٹ پاتھ پر قائم ہو نہیں سکتا ہے۔ یہ ایک فرضی سوال ہے۔ کیوں؟ آپ بتائیے، کیوں نہیں ہٹے گا وہ؟ بڑے بڑے لوگ میں نے دیکھا ہے کہ وہ بہت انسٹ، بہت انسٹ تھے۔ بیٹے نے جب اصرار کیا کہ بھائی مجھے پیسہ چاہیے، پاپا جی تو پاپا جی بدل گئے۔ ساری انسٹ ختم ہو گئی ان کی۔ تو جب تک آدمی ٹیسٹ پر نہ آئے، تب تک یہ نہ سمجھے کہ وہ سچ میں بہت اچھا آدمی ہے، بہت انسٹ آدمی ہے، بہت جسٹ آدمی ہے۔</w:t>
      </w:r>
    </w:p>
    <w:p>
      <w:r>
        <w:rPr>
          <w:b/>
        </w:rPr>
        <w:t xml:space="preserve">[2:08:15] </w:t>
      </w:r>
      <w:r>
        <w:t>test par aane ke baad hi yeh aap faisla kijiye is aadmi ke bare mein, is se pehle nahi. next question is by Naghma Siddiqui. the question is what should be done to teach everything more meaningfully in madrasas, including hadith rasool? because it is such a big network. dekhiye, madrason mein jo tareeqa hai, wahi rahega. universityon mein, collegeon mein aap nahi kar sakte ke wahan ka aadmi jo hai preacher ban jaye.</w:t>
      </w:r>
    </w:p>
    <w:p>
      <w:pPr>
        <w:jc w:val="right"/>
      </w:pPr>
      <w:r>
        <w:t>ٹیسٹ پر آنے کے بعد ہی یہ آپ فیصلہ کیجئے اس آدمی کے بارے میں، اس سے پہلے نہیں۔ نیکسٹ کوسچن از بائے نغمہ صدیقی۔ دی کوسچن از واٹ شوڈ بی ڈن ٹو ٹیچ ایوری تھنگ مور میننگ فلی ان مدرساز، انکلوڈنگ حدیث رسول؟ بیکاز اٹ از سچ ا بگ نیٹ ورک۔ دیکھیے، مدرسوں میں جو طریقہ ہے، وہی رہے گا۔ یونیورسٹیوں میں، کالجوں میں آپ نہیں کر سکتے کہ وہاں کا آدمی جو ہے پریچر بن جائے۔</w:t>
      </w:r>
    </w:p>
    <w:p>
      <w:r>
        <w:rPr>
          <w:b/>
        </w:rPr>
        <w:t xml:space="preserve">[2:08:45] </w:t>
      </w:r>
      <w:r>
        <w:t>koi professor jo hai, preacher nahi ban sakta. madrase ke log bhi preacher nahi ban sakte. woh technical jo andaaz hai, waisa hi woh padhayenge, chahe college university ho, chahe madrassa ho. main samajhta hoon ke yeh yeh chand do woh hain education ke. ek hai formal education, ek informal education. to college university aur madrassa yeh formal education center hain, woh rahenge. woh hum ko informal education ka alag se chalana pad</w:t>
      </w:r>
    </w:p>
    <w:p>
      <w:pPr>
        <w:jc w:val="right"/>
      </w:pPr>
      <w:r>
        <w:t>کوئی پروفیسر جو ہے، پریچر نہیں بن سکتا۔ مدرسے کے لوگ بھی پریچر نہیں بن سکتے۔ وہ ٹیکنیکل جو انداز ہے، ویسا ہی وہ پڑھائیں گے، چاہے کالج یونیورسٹی ہو، چاہے مدرسہ ہو۔ میں سمجھتا ہوں کہ یہ یہ چاند دو وہ ہیں ایجوکیشن کے۔ ایک ہے فارمل ایجوکیشن، ایک ان فارمل ایجوکیشن۔ تو کالج یونیورسٹی اور مدرسہ یہ فارمل ایجوکیشن سینٹر ہیں، وہ رہیں گے۔ وہ ہم کو ان فارمل ایجوکیشن کا الگ سے چلانا پڑ</w:t>
      </w:r>
    </w:p>
    <w:p>
      <w:r>
        <w:rPr>
          <w:b/>
        </w:rPr>
        <w:t xml:space="preserve">[2:09:15] </w:t>
      </w:r>
      <w:r>
        <w:t>ega. is ke zariye se hamein woh kaam karna padega jis ke bare mein aap ne farmaya. next question is by Basit Jamal. question is Maulana, one hadith you quoted was that of man is questioned he will go to hell in the day of judgment. and the other hadith you quoted was every man will be questioned about four things. these both seem to contradict each other. please explain. dekhen,</w:t>
      </w:r>
    </w:p>
    <w:p>
      <w:pPr>
        <w:jc w:val="right"/>
      </w:pPr>
      <w:r>
        <w:t>ے گا۔ اس کے ذریعے سے ہمیں وہ کام کرنا پڑے گا جس کے بارے میں آپ نے فرمایا۔ نیکسٹ کوسچن از بائے باسط جمال۔ کوسچن از مولانا، ون حدیث یو کوٹڈ واز دیٹ اف مین از کوسچنڈ ہی ول گو ٹو ہیل ان دی ڈے اف ججمنٹ۔ اینڈ دی ادر حدیث یو کوٹڈ واز ایوری مین ول بی کوسچنڈ اباؤٹ فور تھنگز۔ دیز بوتھ سیم ٹو کنٹراڈکٹ ایچ ادر۔ پلیز ایکسپلین۔ دیکھیں،</w:t>
      </w:r>
    </w:p>
    <w:p>
      <w:r>
        <w:rPr>
          <w:b/>
        </w:rPr>
        <w:t xml:space="preserve">[2:09:49] </w:t>
      </w:r>
      <w:r>
        <w:t>aur bohat sari hadithon ko milakar yeh baat samajh mein aati hai ke aadmi do qism ke hote hain. ek woh jo duniya hi mein apna hisab kar len, apna account duniya mein check kar len, apna account khud hi check kar len. ek woh hain ke account to check na karen, lekin lift service karke kahin ke maine to sab kuch kar l</w:t>
      </w:r>
    </w:p>
    <w:p>
      <w:pPr>
        <w:jc w:val="right"/>
      </w:pPr>
      <w:r>
        <w:t>اور بہت ساری حدیثوں کو ملا کر یہ بات سمجھ میں آتی ہے کہ آدمی دو قسم کے ہوتے ہیں۔ ایک وہ جو دنیا ہی میں اپنا حساب کر لیں، اپنا اکاؤنٹ دنیا میں چیک کر لیں، اپنا اکاؤنٹ خود ہی چیک کر لیں۔ ایک وہ ہیں کہ اکاؤنٹ تو چیک نہ کریں، لیکن لفٹ سروس کر کے کہیں کہ میں نے تو سب کچھ کر ل</w:t>
      </w:r>
    </w:p>
    <w:p>
      <w:r>
        <w:rPr>
          <w:b/>
        </w:rPr>
        <w:t xml:space="preserve">[2:10:19] </w:t>
      </w:r>
      <w:r>
        <w:t>iya hai, maine theek kar liya hai. to false, yani false belief mein ya wishful thinking jeene wale, jeene wale log jo hain, un ki wahan exclude nahi ki jayegi. aur jin logon ne sach mein hi dil se apne account ko check kar liya duniya hi mein, to un ka wahan par exclude nahi hogi. main ek misaal deta hoon difference ka.</w:t>
      </w:r>
    </w:p>
    <w:p>
      <w:pPr>
        <w:jc w:val="right"/>
      </w:pPr>
      <w:r>
        <w:t>یا ہے، میں نے ٹھیک کر لیا ہے۔ تو فالس، یعنی فالس بیلیف میں یا وش فل تھنکنگ جینے والے، جینے والے لوگ جو ہیں، ان کی وہاں ایکسکلوڈ نہیں کی جائے گی۔ اور جن لوگوں نے سچ مچ ہی دل سے اپنے اکاؤنٹ کو چیک کر لیا دنیا ہی میں، تو ان کا وہاں پر ایکسکلوڈ نہیں ہوگی۔ میں ایک مثال دیتا ہوں ڈیفرنس کا۔</w:t>
      </w:r>
    </w:p>
    <w:p>
      <w:r>
        <w:rPr>
          <w:b/>
        </w:rPr>
        <w:t xml:space="preserve">[2:10:50] </w:t>
      </w:r>
      <w:r>
        <w:t>prophet ke do companion aap ke paas aaye, ek land ka jhagda tha. dono ka kehna tha ke yeh land meri hai, yeh land meri hai. yani property dispute, jis ko aap kehte hain. us zamane mein papers nahi hua karte thay, jaise aaj kal hote hain. to prophet ke samne koi evidence nahi aaya. yani evidence ke basis par aap koi judgment dene ki position mein nahi thay. to circumstantial evi</w:t>
      </w:r>
    </w:p>
    <w:p>
      <w:pPr>
        <w:jc w:val="right"/>
      </w:pPr>
      <w:r>
        <w:t>پرافٹ کے دو کمپین آپ کے پاس آئے، ایک لینڈ کا جھگڑا تھا۔ دونوں کا کہنا تھا کہ یہ لینڈ میری ہے، یہ لینڈ میری ہے۔ یعنی پراپرٹی ڈسپیوٹ، جس کو آپ کہتے ہیں۔ اس زمانے میں پیپرز نہیں ہوا کرتے تھے، جیسے آج کل ہوتے ہیں۔ تو پرافٹ کے سامنے کوئی ایویڈنس نہیں آیا۔ یعنی ایویڈنس کے بیس پر آپ کوئی ججمنٹ دینے کی پوزیشن میں نہیں تھے۔ تو سرکمسٹینشل ای</w:t>
      </w:r>
    </w:p>
    <w:p>
      <w:r>
        <w:rPr>
          <w:b/>
        </w:rPr>
        <w:t xml:space="preserve">[2:11:20] </w:t>
      </w:r>
      <w:r>
        <w:t>dence ke basis par aap kuch bata sakte thay. to aap ne kaha ke dekho, main apni samajh se jo baatein tum logon ne kahi hain, tum log baatein sun kar ke agar is line ko Mr. A ke de doon, jab ke woh Mr. B ki ho, to mere dene se woh zameen tumhari nahi ho jayegi. woh zameen</w:t>
      </w:r>
    </w:p>
    <w:p>
      <w:pPr>
        <w:jc w:val="right"/>
      </w:pPr>
      <w:r>
        <w:t>ویڈنس کے بیس پر آپ کچھ بتا سکتے تھے۔ تو آپ نے کہا کہ دیکھو، میں اپنی سمجھ سے جو باتیں تم لوگوں نے کہی ہیں، تم لوگ باتیں سن کر کے اگر اس لائن کو مسٹر اے کے دے دوں، جب کہ وہ مسٹر بی کی ہو، تو میرے دینے سے وہ زمین تمہاری نہیں ہو جائے گی۔ وہ زمین</w:t>
      </w:r>
    </w:p>
    <w:p>
      <w:r>
        <w:rPr>
          <w:b/>
        </w:rPr>
        <w:t xml:space="preserve">[2:11:50] </w:t>
      </w:r>
      <w:r>
        <w:t>tumhare liye qayamat mein aag ka, aag ki zameen ban jayegi. aag mandir, woh aag ka ek tukda ban jayegi. yani mere dene se nahi ho jayega woh mamla khatam. sach mein woh zameen kis ki hai? sach mein agar sach mein zameen us ki nahi hai, maine de diya doosre aadmi ko, to</w:t>
      </w:r>
    </w:p>
    <w:p>
      <w:pPr>
        <w:jc w:val="right"/>
      </w:pPr>
      <w:r>
        <w:t>تمہارے لیے قیامت میں آگ کا، آگ کی زمین بن جائے گی۔ آگ مندار، وہ آگ کا ایک ٹکڑا بن جائے گی۔ یعنی میرے دینے سے نہیں ہو جائے گا وہ معاملہ ختم۔ سچ مچ وہ زمین کس کی ہے؟ سچ مچ اگر سچ مچ زمین اس کی نہیں ہے، میں نے دے دیا دوسرے آدمی کو، تو</w:t>
      </w:r>
    </w:p>
    <w:p>
      <w:r>
        <w:rPr>
          <w:b/>
        </w:rPr>
        <w:t xml:space="preserve">[2:12:20] </w:t>
      </w:r>
      <w:r>
        <w:t>wahan par kya hoga? woh zameen us ke liye aag ka tukda ban jayegi, us ko jalna padega. us ko to kya hua? dono ne yeh kaha: haq liya hai, haq liya hai! agar mera haq tha to maine mere bhai ko diya. us ne kaha ke agar mera haq tha to maine apne bhai ko diya. yeh hai apna account khud check karna. agar koi is tarah apna account check kar le to inshallah akhirat mein us ki</w:t>
      </w:r>
    </w:p>
    <w:p>
      <w:pPr>
        <w:jc w:val="right"/>
      </w:pPr>
      <w:r>
        <w:t>وہاں پر کیا ہوگا؟ وہ زمین اس کے لیے آگ کا ٹکڑا بن جائے گی، اس کو جلنا پڑے گا۔ اس کو تو کیا ہوا؟ دونوں نے یہ کہا: حقی لیاخی، حقی لیاخی! اگر میرا حق تھا تو میں نے میرے بھائی کو دیا۔ اس نے کہا کہ اگر میرا حق تھا تو میں نے اپنے بھائی کو دیا۔ یہ ہے اپنا اکاؤنٹ خود چیک کرنا۔ اگر کوئی اس طرح اپنا اکاؤنٹ چیک کر لے تو انشاءاللہ آخرت میں اس کی اس</w:t>
      </w:r>
    </w:p>
    <w:p>
      <w:r>
        <w:rPr>
          <w:b/>
        </w:rPr>
        <w:t xml:space="preserve">[2:12:50] </w:t>
      </w:r>
      <w:r>
        <w:t>ko scroll nahi ki jayegi aur bohat aasani ke sath uska mamla Allah taala khatam farma denge. next question is by Abro. question is what is riwayat and what is dirayat? which of these are part of hadith? dekhen, yeh ek technical question hai, main is ki detail mein nahi jaunga. simple tor par is ka matlab yeh hai ke agar aap ek hadith ko narrators</w:t>
      </w:r>
    </w:p>
    <w:p>
      <w:pPr>
        <w:jc w:val="right"/>
      </w:pPr>
      <w:r>
        <w:t>کو اسکرول نہیں کی جائے گی اور بہت آسانی کے ساتھ اس کا معاملہ اللہ تعالی ختم فرما دیں گے۔ نیکسٹ کوسچن از بائے ابرو۔ کوسچن از واٹ از روایت اینڈ واٹ از درایت؟ وچ اف دیز ار پارٹ اف حدیث؟ دیکھیں، یہ ایک ٹیکنیکل کوسچن ہے، میں اس کی ڈیٹیل میں نہیں جاؤں گا۔ سمپل طور پر اس کا مطلب یہ ہے کہ اگر آپ ایک حدیث کو نریٹرز</w:t>
      </w:r>
    </w:p>
    <w:p>
      <w:r>
        <w:rPr>
          <w:b/>
        </w:rPr>
        <w:t xml:space="preserve">[2:13:20] </w:t>
      </w:r>
      <w:r>
        <w:t>ke tor par len ke narrators jo chain hai, woh chain sahi hai ya nahi sahi hai, woh hui riwayat. aur agar aap apni aql ko istemal karen aur aql ko istemal kar ke samjhen ke yeh theek hai ke nahi theek hai, to hui dirayat. abhi aql ka matlab yeh nahi ke unlimited tor par aql, yani Quran ki roshni mein aur doosri jo Quran se jo sachaiyan milen, us ki roshni mein dekhna. to</w:t>
      </w:r>
    </w:p>
    <w:p>
      <w:pPr>
        <w:jc w:val="right"/>
      </w:pPr>
      <w:r>
        <w:t>کے طور پر لیں کہ نریٹرز جو چین ہے، وہ چین صحیح ہے یا نہیں صحیح ہے، وہ ہوئی روایت۔ اور اگر آپ اپنی عقل کو استعمال کریں اور عقل کو استعمال کر کے سمجھیں کہ یہ ٹھیک ہے کہ نہیں ٹھیک ہے، تو ہوئی درایت۔ ابھی عقل کا مطلب یہ نہیں کہ ان لمیٹڈ طور پر عقل، یعنی قرآن کی روشنی میں اور دوسری جو قرآن سے جو سچائیاں ملیں، اس کی روشنی میں دیکھنا۔ تو</w:t>
      </w:r>
    </w:p>
    <w:p>
      <w:r>
        <w:rPr>
          <w:b/>
        </w:rPr>
        <w:t xml:space="preserve">[2:13:50] </w:t>
      </w:r>
      <w:r>
        <w:t>other than narrators doosri baaton ko samne rakh kar ke is par sochna, yeh hai dirayat. to is ki bohat detail hai, is ki main is ki detail mein nahi jana chahta. is ko okay, this is the last question by Naveed. question is which collection of hadith is appropriate for us to refer to? bhai, dekhen, main koi mere paas koi references nahi hai,</w:t>
      </w:r>
    </w:p>
    <w:p>
      <w:pPr>
        <w:jc w:val="right"/>
      </w:pPr>
      <w:r>
        <w:t>ادر دین نریٹرز دوسری باتوں کو سامنے رکھ کر کے اس پر سوچنا، یہ ہے درایت۔ تو اس کی بہت ڈیٹیل ہے، اس کی میں اس کی ڈیٹیل میں نہیں جانا چاہتا۔ اس کو اوکے، دس از دا لاسٹ کوسچن بائے نوید۔ کوسچن از وچ کلیکشن اف حدیث از اپروپریٹ فار اس ٹو ریفر ٹو؟ بھائی، دیکھیں، میں کوئی میرے پاس کوئی ریفرنسز نہیں ہے،</w:t>
      </w:r>
    </w:p>
    <w:p>
      <w:r>
        <w:rPr>
          <w:b/>
        </w:rPr>
        <w:t xml:space="preserve">[2:14:20] </w:t>
      </w:r>
      <w:r>
        <w:t>is liye ke jitni bhi likhi gayi hain, ek hai hadith ka text aur ek hai hadith ki commentary. to jahan tak maine paya hai, logon ne commentary mein to sab technical commentaries hain, technical cheezon ko le le kar us ki commentary ki hai logon ne. acha, jahan tak sawal hai, yani collection ka, is mein bhi kai problems hain. is ke baad detail mein nahi jana chahta, yahan par kya prab</w:t>
      </w:r>
    </w:p>
    <w:p>
      <w:pPr>
        <w:jc w:val="right"/>
      </w:pPr>
      <w:r>
        <w:t>اس لیے کہ جتنی بھی لکھی گئی ہیں، ایک ہے حدیث کا ٹیکسٹ اور ایک ہے حدیث کی کمنٹری۔ تو جہاں تک میں نے پایا ہے، لوگوں نے کمنٹری میں تو سب ٹیکنیکل کمنٹریز ہیں، ٹیکنیکل چیزوں کو لے لے کر اس کی کمنٹری کی ہے لوگوں نے۔ اچھا، جہاں تک سوال ہے، یعنی کلیکشن کا، اس میں بھی کئی پرابلم ہیں۔ اس کے بعد ڈیٹیل میں نہیں جانا چاہتا، یہاں پر کیا پراب</w:t>
      </w:r>
    </w:p>
    <w:p>
      <w:r>
        <w:rPr>
          <w:b/>
        </w:rPr>
        <w:t xml:space="preserve">[2:14:50] </w:t>
      </w:r>
      <w:r>
        <w:t>lem aate hain. to main khud is position par nahi hota ke main kis hadith ko refer karoon, kis book ko. chunancha maine khud ek ek likhna shuru kiya hai, taqreeban saade chhe hazar hadithon ka main ek bana raha hoon collection. saade chhe hazar hadithain is mein hongi. is ka bohat is ka translation hoga aur brief mein is ka is ki commentary hogi. aur jab tak abhi jo bhi kitab available ho market mein, woh le lijiye, us ko p</w:t>
      </w:r>
    </w:p>
    <w:p>
      <w:pPr>
        <w:jc w:val="right"/>
      </w:pPr>
      <w:r>
        <w:t>لم آتے ہیں۔ تو میں خود اس پوزیشن پر نہیں ہوتا کہ میں کس حدیث کو ریفر کروں، کس بک کو۔ چنانچہ میں نے خود ایک ایک لکھنا شروع کیا ہے، تقریباً ساڑھے چھ ہزار حدیثوں کا میں ایک بنا رہا ہوں کلیکشن۔ ساڑھے چھ ہزار حدیثیں اس میں ہوں گی۔ اس کا بہت اس کا ٹرانسیشن ہوگا اور بریف میں اس کا اس کی کمنٹری ہوگی۔ اور جب تک ابھی جو بھی کتاب اویلیبل ہو مارکیٹ میں، وہ لے لیجئے، اس کو پ</w:t>
      </w:r>
    </w:p>
    <w:p>
      <w:r>
        <w:rPr>
          <w:b/>
        </w:rPr>
        <w:t xml:space="preserve">[2:15:20] </w:t>
      </w:r>
      <w:r>
        <w:t>dhiye ya padhne ko dijiye kisi ko.</w:t>
      </w:r>
    </w:p>
    <w:p>
      <w:pPr>
        <w:jc w:val="right"/>
      </w:pPr>
      <w:r>
        <w:t>ڑھیے یا پڑھنے کو دیجئے کسی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