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Place of Women in Islam | March 5, 2006 | Maulana Wahiduddin Khan</w:t>
      </w:r>
    </w:p>
    <w:p>
      <w:r>
        <w:t>https://www.youtube.com/watch?v=1Ti4skvf7UA</w:t>
      </w:r>
    </w:p>
    <w:p>
      <w:r>
        <w:rPr>
          <w:b/>
        </w:rPr>
        <w:t xml:space="preserve">[00:00] </w:t>
      </w:r>
      <w:r>
        <w:t>aaj jo baat karna hai is ka topic hai aurat, yani women. to Madhuri Dixit ne is mein ek aisi baat kahi jis se mere question ka answer mil gaya. respect mein to equal zaroor hain, lekin role mein different hain. yani critical sense mein dono barabar hain. respect ke aitbar se dono barabar hain, lekin role ke aitbar</w:t>
      </w:r>
    </w:p>
    <w:p>
      <w:pPr>
        <w:jc w:val="right"/>
      </w:pPr>
      <w:r>
        <w:t>آج جو بات کرنا ہے اس کا ٹاپک ہے عورت، یعنی وومن۔ تو مہدی دکشت نے اس میں ایک ایسی بات کہی جس سے میرے کوئسچن کا آنسر مل گیا۔ ریسپیکٹ میں تو ایکول ضرور ہیں، لیکن رول میں ڈفرنٹ ہیں۔ یعنی کریٹیکل سینس میں دونوں برابر ہیں۔ ریسپیکٹ کے اعتبار سے دونوں برابر ہیں، لیکن رول کے اعتبار</w:t>
      </w:r>
    </w:p>
    <w:p>
      <w:r>
        <w:rPr>
          <w:b/>
        </w:rPr>
        <w:t xml:space="preserve">[00:30] </w:t>
      </w:r>
      <w:r>
        <w:t>se barabar nahi. mere nazdeek, ya law of nature jo maine samjha hai, us ke nazdeek mard performer hai aur aurat booster hai. agar yeh baat jaan le to main sochta hoon ke har aurat jo hai, hero ban jaye. har aurat ek heroic role ada kar sakti hai.</w:t>
      </w:r>
    </w:p>
    <w:p>
      <w:pPr>
        <w:jc w:val="right"/>
      </w:pPr>
      <w:r>
        <w:t>سے برابر نہیں۔ میرے نزدیک، یا لا آف نیچر جو میں نے سمجھا ہے، اس کے نزدیک مرد پرفارمر ہے اور عورت بوسٹر ہے۔ اگر یہ بات جان لے تو میں سوچتا ہوں کہ ہر عورت جو ہے، ہیرو بن جائے۔ ہر عورت ایک ہیروئک رول ادا کر سکتی ہے۔</w:t>
      </w:r>
    </w:p>
    <w:p>
      <w:r>
        <w:rPr>
          <w:b/>
        </w:rPr>
        <w:t xml:space="preserve">[01:01] </w:t>
      </w:r>
      <w:r>
        <w:t>bismillah hir rahman nir rahim. wa salallahu ala nabi al kareem. rab ishrah li sadri, wa yassir li amri, wahul uqdatan min lisani yafqahu qawli. aaj jo baat karna hai is ka topic hai</w:t>
      </w:r>
    </w:p>
    <w:p>
      <w:pPr>
        <w:jc w:val="right"/>
      </w:pPr>
      <w:r>
        <w:t>بسم اللہ الرحمن الرحیم۔ وصلی اللہ علی النبی الکریم۔ رب اشرح لی صدری، ویسر لی امری، واحل العقدۃ من لسانی یفقہ قولی۔ آج جو بات کرنا ہے اس کا ٹاپک ہے</w:t>
      </w:r>
    </w:p>
    <w:p>
      <w:r>
        <w:rPr>
          <w:b/>
        </w:rPr>
        <w:t xml:space="preserve">[01:32] </w:t>
      </w:r>
      <w:r>
        <w:t>aurat, yani women. place of women in the creation plan of God. aurat ka maqam Khuda ke takhleeqi nizam mein. yeh hai aaj ka topic. ek bohat mashhoor saying</w:t>
      </w:r>
    </w:p>
    <w:p>
      <w:pPr>
        <w:jc w:val="right"/>
      </w:pPr>
      <w:r>
        <w:t>عورت، یعنی وومن۔ پلیس آف وومن ان دا کرییشن پلان آف گاڈ۔ عورت کا مقام خدا کے تخلیقی نظام میں۔ یہ ہے آج کا ٹاپک۔ ایک بہت مشہور سےنگ</w:t>
      </w:r>
    </w:p>
    <w:p>
      <w:r>
        <w:rPr>
          <w:b/>
        </w:rPr>
        <w:t xml:space="preserve">[02:02] </w:t>
      </w:r>
      <w:r>
        <w:t>hai, aap us ko jante honge zaroor, ke "there is a woman at the beginning of all great things". maine is saying mein potentially badhaya hai. potentially. "there is a woman at the beginning of all great things" ka matlab yeh hai ke aurat yeh potential rakhti hai.</w:t>
      </w:r>
    </w:p>
    <w:p>
      <w:pPr>
        <w:jc w:val="right"/>
      </w:pPr>
      <w:r>
        <w:t>ہے، آپ اس کو جانتے ہوں گے ضرور، کہ "دیر از ا وومن ایٹ دا بگننگ آف آل گریٹ تھنگز"۔ میں نے اس سےنگ میں پوٹینشلی بڑھایا ہے۔ پوٹینشلی۔ "دیر از ا وومن ایٹ دا بگننگ آف آل گریٹ تھنگز" کا مطلب یہ ہے کہ عورت یہ پوٹینشل رکھتی ہے۔</w:t>
      </w:r>
    </w:p>
    <w:p>
      <w:r>
        <w:rPr>
          <w:b/>
        </w:rPr>
        <w:t xml:space="preserve">[02:32] </w:t>
      </w:r>
      <w:r>
        <w:t>by nature aurat ke andar yeh potential hota hai ke woh great things ki base ban sake. us ke zariye great things wajood mein ayen. to is saying mein potential ka zikr hai. is ka matlab nahi ke har aurat actual sense mein aisi hoti hai. is par maine bohat socha, to maine paya ke poori history mein bohat thodi auratein aisi hain jo</w:t>
      </w:r>
    </w:p>
    <w:p>
      <w:pPr>
        <w:jc w:val="right"/>
      </w:pPr>
      <w:r>
        <w:t>بائی نیچر عورت کے اندر یہ پوٹینشل ہوتا ہے کہ وہ گریٹ تھنگز کی بیس بن سکے۔ اس کے ذریعے گریٹ تھنگز وجود میں آئیں۔ تو اس سےنگ میں پوٹینشل کا ذکر ہے۔ اس کا مطلب نہیں کہ ہر عورت ایکچول سینس میں ایسی ہوتی ہے۔ اس پر میں نے بہت سوچا، تو میں نے پایا کہ پوری ہسٹری میں بہت تھوڑی عورتیں ایسی ہیں جو</w:t>
      </w:r>
    </w:p>
    <w:p>
      <w:r>
        <w:rPr>
          <w:b/>
        </w:rPr>
        <w:t xml:space="preserve">[03:02] </w:t>
      </w:r>
      <w:r>
        <w:t>is saying par poori utren. billion trillion auratein paida huin, lekin is saying ka application bohat thodi auraton par ho saka. agarche potentially har woman aisi hi thi. potentially har woman aisi hi thi. to kyun aisa hua, yeh main bohat sochta raha hoon.</w:t>
      </w:r>
    </w:p>
    <w:p>
      <w:pPr>
        <w:jc w:val="right"/>
      </w:pPr>
      <w:r>
        <w:t>اس سےنگ پر پوری اتریں۔ بلین ٹریلین عورتیں پیدا ہوئیں، لیکن اس سےنگ کا ایپلیکیشن بہت تھوڑی عورتوں پر ہو سکا۔ اگرچہ پوٹینشلی ہر وومن ایسی ہی تھی۔ پوٹینشلی ہر وومن ایسی ہی تھی۔ تو کیوں ایسا ہوا، یہ میں بہت سوچتا رہا ہوں۔</w:t>
      </w:r>
    </w:p>
    <w:p>
      <w:r>
        <w:rPr>
          <w:b/>
        </w:rPr>
        <w:t xml:space="preserve">[03:33] </w:t>
      </w:r>
      <w:r>
        <w:t>aaj mujhe times of India mein aaj hi ek report chhapi hai, us mein mujhe is ka answer mila. yeh hai aaj ka times of India, Delhi times. us mein aap dekh rahe hain ke mashhoor jo film star hai, Madhuri Dixit, uska photo chhapa hua hai, aur uska ek interview us mein aaya hai. Madhuri Dixit ka.</w:t>
      </w:r>
    </w:p>
    <w:p>
      <w:pPr>
        <w:jc w:val="right"/>
      </w:pPr>
      <w:r>
        <w:t>آج مجھے ٹائمز آف انڈیا میں آج ہی ایک رپورٹ چھپی ہے، اس میں مجھے اس کا آنسر ملا۔ یہ ہے آج کا ٹائمز آف انڈیا، ڈلی ٹائمز۔ اس میں آپ دیکھ رہے ہیں کہ مشہور جو فلم اسٹار ہے، مادھوری دکشت، اس کا فوٹو چھپا ہوا ہے، اور اس کا ایک انٹرویو اس میں آیا ہے۔ مادھوری دکشت کا۔</w:t>
      </w:r>
    </w:p>
    <w:p>
      <w:r>
        <w:rPr>
          <w:b/>
        </w:rPr>
        <w:t xml:space="preserve">[04:04] </w:t>
      </w:r>
      <w:r>
        <w:t>ek bohat hi... chuki yeh log jo hain, mera tajurba yeh hai ke jo film actor aur film actress hote hain na, yeh hypocrite nahi hote. jo baat hai wahi keh dete hain. aam tor par mera tajurba hai, mera experience hai ke log hote hain hypocrite. baat kuch hoti hai, bolte hain kuch. khas kar jo intellectuals hain, jo educated community hai, woh to sab ke sab double t</w:t>
      </w:r>
    </w:p>
    <w:p>
      <w:pPr>
        <w:jc w:val="right"/>
      </w:pPr>
      <w:r>
        <w:t>ایک بہت ہی... چونکہ یہ لوگ جو ہیں، میرا تجربہ یہ ہے کہ جو فلم ایکٹر اور فلم ایکٹریس ہوتے ہیں نا، یہ ہپوکریٹ نہیں ہوتے۔ جو بات ہے وہی کہہ دیتے ہیں۔ عام طور پر میرا تجربہ ہے، میرا ایکسپیرینس ہے کہ لوگ ہوتے ہیں ہپوکریٹ۔ بات کچھ ہوتی ہے، بولتے ہیں کچھ۔ خاص کر جو انٹلیکچولز ہیں، جو ایجوکیٹڈ کمیونٹی ہے، وہ تو سب کے سب ڈبل ٹ</w:t>
      </w:r>
    </w:p>
    <w:p>
      <w:r>
        <w:rPr>
          <w:b/>
        </w:rPr>
        <w:t xml:space="preserve">[04:34] </w:t>
      </w:r>
      <w:r>
        <w:t>ek karti hai. saaf saaf nahi bolti hai. lekin yeh jo film ki duniya hai, wahan ke logon mein maine yeh baat paai hai ke woh jhoot nahi bolte. woh hypocrite nahi hote. woh kabhi double talk nahi karte. jo baat unke dil mein hoti hai, wahi unki zubaan par hoti hai. to Madhuri Dixit ne is mein</w:t>
      </w:r>
    </w:p>
    <w:p>
      <w:pPr>
        <w:jc w:val="right"/>
      </w:pPr>
      <w:r>
        <w:t>اک کرتی ہے۔ صاف صاف نہیں بولتی ہے۔ لیکن یہ جو فلم کی دنیا ہے، وہاں کے لوگوں میں میں نے یہ بات پائی ہے کہ وہ جھوٹ نہیں بولتے۔ وہ ہپوکریٹ نہیں ہوتے۔ وہ کبھی ڈبل ٹاک نہیں کرتے۔ جو بات ان کے دل میں ہوتی ہے، وہی ان کی زبان پر ہوتی ہے۔ تو مادھوری دکشت نے اس میں</w:t>
      </w:r>
    </w:p>
    <w:p>
      <w:r>
        <w:rPr>
          <w:b/>
        </w:rPr>
        <w:t xml:space="preserve">[05:04] </w:t>
      </w:r>
      <w:r>
        <w:t>aisi baat kahi jis se mere question ka answer mil gaya. woh kehti hai ke aaj ka Times of India, yaani 5 March ka, is ka jo hota hai page Daily Times, is mein aap is ko dekh sakte hain. to woh kehti hai ke "When I was unmarried, I was living in my own universe".</w:t>
      </w:r>
    </w:p>
    <w:p>
      <w:pPr>
        <w:jc w:val="right"/>
      </w:pPr>
      <w:r>
        <w:t>ایسی بات کہی جس سے میرے کوئسچن کا آنسر مل گیا۔ وہ کہتی ہے کہ آج کا ٹائمز آف انڈیا، یعنی 5 مارچ کا، اس کا جو ہوتا ہے پیج ڈلی ٹائمز، اس میں آپ اس کو دیکھ سکتے ہیں۔ تو وہ کہتی ہے کہ "وین آئی واز ان میریڈ، آئی واز لیونگ ان مائی اون یونیورس"۔</w:t>
      </w:r>
    </w:p>
    <w:p>
      <w:r>
        <w:rPr>
          <w:b/>
        </w:rPr>
        <w:t xml:space="preserve">[05:37] </w:t>
      </w:r>
      <w:r>
        <w:t>jab mein shadi meri nahi hui thi to mein apni hi duniya mein jeeti thi. "When I was unmarried, I was living in my own universe". ab is ke do bachche ho chuke hain. ab do bachchon ke baad woh kehti hai ke mein bilkul badal chuki hoon. khud apne munh se bolti hai. ab ke bare mein kehti hai woh</w:t>
      </w:r>
    </w:p>
    <w:p>
      <w:pPr>
        <w:jc w:val="right"/>
      </w:pPr>
      <w:r>
        <w:t>جب میں شادی میری نہیں ہوئی تھی تو میں اپنی ہی دنیا میں جیتی تھی۔ "وین آئی واز ان میریڈ، آئی واز لیونگ ان مائی اون یونیورس"۔ اب اس کے دو بچے ہو چکے ہیں۔ اب دو بچوں کے بعد وہ کہتی ہے کہ میں بالکل بدل چکی ہوں۔ خود اپنے منہ سے بولتی ہے۔ اب کے بارے میں کہتی ہے وہ</w:t>
      </w:r>
    </w:p>
    <w:p>
      <w:r>
        <w:rPr>
          <w:b/>
        </w:rPr>
        <w:t xml:space="preserve">[06:08] </w:t>
      </w:r>
      <w:r>
        <w:t>ke ab kya hai? "My kids are everything for me. Everything is determined by my kids, by their needs". is do sentence mein aap sochein to poori kahani aurat ki chhupi hui hai. poori history ki kahani. poori history ki kahani.</w:t>
      </w:r>
    </w:p>
    <w:p>
      <w:pPr>
        <w:jc w:val="right"/>
      </w:pPr>
      <w:r>
        <w:t>کہ اب کیا ہے؟ "مائی کڈز آر ایوری تھنگ فار می۔ ایوری تھنگ از ڈیٹرمن بائی مائی کڈز، بائی دیر نیڈز"۔ اس دو سینٹنس میں آپ سوچیں تو پوری کہانی عورت کی چھپی ہوئی ہے۔ پوری ہسٹری کی کہانی۔ پوری ہسٹری کی کہانی۔</w:t>
      </w:r>
    </w:p>
    <w:p>
      <w:r>
        <w:rPr>
          <w:b/>
        </w:rPr>
        <w:t xml:space="preserve">[06:38] </w:t>
      </w:r>
      <w:r>
        <w:t>yaani yeh kahani ke kyun aisa hota hai, ya aisa hua, ke aurat apne potential ko avail nahi kar saki. woh marti chali gayi history mein. woh kya? marriage se pehle yeh hota hai ke woh jeeti hai body display mein. apne aap mein. apne aap ko banana, sanwarna, fashion karna, beauty parlor mein ja kar apne ko beautify karna</w:t>
      </w:r>
    </w:p>
    <w:p>
      <w:pPr>
        <w:jc w:val="right"/>
      </w:pPr>
      <w:r>
        <w:t>یعنی یہ کہانی کہ کیوں ایسا ہوتا ہے، یا ایسا ہوا، کہ عورت اپنے پوٹینشل کو اویل نہیں کر سکی۔ وہ مرتی چلی گئی ہسٹری میں۔ وہ کیا؟ میرج سے پہلے یہ ہوتا ہے کہ وہ جیتی ہے باڈی ڈسپلے میں۔ اپنے آپ میں۔ اپنے آپ کو بنانا، سنوارنا، فیشن کرنا، بیوٹی پارلر میں جا کر اپنے کو بیوٹیفائی کرنا</w:t>
      </w:r>
    </w:p>
    <w:p>
      <w:r>
        <w:rPr>
          <w:b/>
        </w:rPr>
        <w:t xml:space="preserve">[07:09] </w:t>
      </w:r>
      <w:r>
        <w:t>. jis ko mein kehta hoon body display. to marriage se pehle aurat jeeti hai is mein ke doosron ko woh achhi lage. beautification kya hai? ke aap doosron ko achhi lagein. yeh beautification. to woh kehti hai ke "When I was unmarried, I was living in my own universe". apne aap pe jeeti thi. ab jab bachche ho gaye to kya</w:t>
      </w:r>
    </w:p>
    <w:p>
      <w:pPr>
        <w:jc w:val="right"/>
      </w:pPr>
      <w:r>
        <w:t>۔ جس کو میں کہتا ہوں باڈی ڈسپلے۔ تو میرج سے پہلے عورت جیتی ہے اس میں کہ دوسروں کو وہ اچھی لگے۔ بیوٹیفیکیشن کیا ہے؟ کہ آپ دوسروں کو اچھی لگیں۔ یہ بیوٹیفیکیشن۔ تو وہ کہتی ہے کہ "وین آئی واز ان میریڈ، آئی واز لیونگ ان مائی اون یونیورس"۔ اپنے آپ پہ جیتی تھی۔ اب جب بچے ہو گئے تو کیا</w:t>
      </w:r>
    </w:p>
    <w:p>
      <w:r>
        <w:rPr>
          <w:b/>
        </w:rPr>
        <w:t xml:space="preserve">[07:39] </w:t>
      </w:r>
      <w:r>
        <w:t>hua? kya bachchon mein jee rahi hai woh? "My kids are my... my kids are everything for me. Everything is determined by their needs". ab is mein aap dekhiye ke jis ko mein kehta hoon break in history. aap jante hain ke ek term bola jata hai government services mein, break in service</w:t>
      </w:r>
    </w:p>
    <w:p>
      <w:pPr>
        <w:jc w:val="right"/>
      </w:pPr>
      <w:r>
        <w:t>ہوا؟ کیا بچوں میں جی رہی ہے وہ؟ "مائی کڈز آر مائی... مائی کڈز آر ایوری تھنگ فار می۔ ایوری تھنگ از ڈیٹرمن بائی دیر نیڈز"۔ اب اس میں آپ دیکھیے کہ جس کو میں کہتا ہوں بریک ان ہسٹری۔ آپ جانتے ہیں کہ ایک ٹرم بولا جاتا ہے گورنمنٹ سروسز میں، بریک ان سروس</w:t>
      </w:r>
    </w:p>
    <w:p>
      <w:r>
        <w:rPr>
          <w:b/>
        </w:rPr>
        <w:t xml:space="preserve">[08:09] </w:t>
      </w:r>
      <w:r>
        <w:t>. agar aap ki service... aap kisi service mein hain aur bila chhutti liye hue aap ek din, do din baith jayein ghar par, to aap break in service ho jata hai. yaani pichhla jo record hai khatm. ab naye sarr se aap ki service shuru hogi. to aap ka promotion wagera jo hai, woh ab se shuru hoga. pichhle se pichhla gina nahi jayega.</w:t>
      </w:r>
    </w:p>
    <w:p>
      <w:pPr>
        <w:jc w:val="right"/>
      </w:pPr>
      <w:r>
        <w:t>۔ اگر آپ کی سروس... آپ کسی سروس میں ہیں اور بلا چھٹی لیے ہوئے آپ ایک دن، دو دن بیٹھ جائیں گھر پر، تو آپ بریک ان سروس ہو جاتا ہے۔ یعنی پچھلا جو ریکارڈ ہے ختم۔ اب نئے سرے سے آپ کی سروس شروع ہوتی ہے۔ تو آپ کا پروموشن وغیرہ جو ہے، وہ اب سے شروع ہوگا۔ پچھلے سے پچھلا گنا نہیں جائے گا۔</w:t>
      </w:r>
    </w:p>
    <w:p>
      <w:r>
        <w:rPr>
          <w:b/>
        </w:rPr>
        <w:t xml:space="preserve">[08:39] </w:t>
      </w:r>
      <w:r>
        <w:t>to aurat ki zindagi mein do baar break in history hota hai. yaani pehli baar us waqt jab ke us ki shadi hui. jab shadi hui to woh history jo banai thi us ne, body display wali, woh khatm. kyunke ab bachcha hua. ab woh nayi history shuru hui ke bachche mein jeene lagi woh. lekin woh bhi is mein break ho jata hai. kyun? jin bachchon ko yeh auratein poochti hain, un ke bhi to bachche honge aage</w:t>
      </w:r>
    </w:p>
    <w:p>
      <w:pPr>
        <w:jc w:val="right"/>
      </w:pPr>
      <w:r>
        <w:t>تو عورت کی زندگی میں دو بار بریک ان ہسٹری ہوتا ہے۔ یعنی پہلی بار اس وقت جب کہ اس کی شادی ہوئی۔ جب شادی ہوئی تو وہ ہسٹری جو بنائی تھی اس نے، باڈی ڈسپلے والی، وہ ختم۔ کیونکہ اب بچہ ہوا۔ اب وہ نئی ہسٹری شروع ہوئی کہ بچے میں جینے لگی وہ۔ لیکن وہ بھی اس میں بریک ہو جاتا ہے۔ کیوں؟ جن بچوں کو یہ عورتیں پوچھتی ہیں، ان کے بھی تو بچے ہوں گے آگ</w:t>
      </w:r>
    </w:p>
    <w:p>
      <w:r>
        <w:rPr>
          <w:b/>
        </w:rPr>
        <w:t xml:space="preserve">[09:09] </w:t>
      </w:r>
      <w:r>
        <w:t>. to woh apne bachchon ko poochhein ge. woh kyun poochhte rahenge Madhuri Dixit ko? woh kyun poochhte rahenge apne maa baap ko? to jin bachchon ko poochhte poochhte woh... jin bachchon ko woh pooj rahi hoti hai, jin ko apna everything bana rahi hoti hai, jab un bachchon ki shadi hoti hai, un bachchon ko... to woh bhi apne bachchon ko everything bana lete hain. to do baar break</w:t>
      </w:r>
    </w:p>
    <w:p>
      <w:pPr>
        <w:jc w:val="right"/>
      </w:pPr>
      <w:r>
        <w:t>ے۔ تو وہ اپنے بچوں کو پوچھیں گے۔ وہ کیوں پوچھتے رہیں گے مادھوری دکشت کو؟ وہ کیوں پوچھتے رہیں گے اپنے ماں باپ کو؟ تو جن بچوں کو پوچھتے پوچھتے وہ... جن بچوں کو وہ پوج رہی ہوتی ہے، جن کو اپنا ایوری تھنگ بنا رہی ہوتی ہے، جب ان بچوں کی شادی ہوتی ہے، ان بچوں کو... تو وہ بھی اپنے بچوں کو ایوری تھنگ بنا لیتے ہیں۔ تو دو بار بر</w:t>
      </w:r>
    </w:p>
    <w:p>
      <w:r>
        <w:rPr>
          <w:b/>
        </w:rPr>
        <w:t xml:space="preserve">[09:39] </w:t>
      </w:r>
      <w:r>
        <w:t>in history hota hai aurat ki zindagi mein. aur aap jante hain ke badi taraqqi hoti hai sustainable effort ke zariye se. jo effort sustainable na ho, woh kabhi bhi kisi bade result tak nahi pahunch sakti. to sustainable effort darkar hoti hai zindagi mein koi bada kaam karne ke liye. aur aurat jo hai, baar baar</w:t>
      </w:r>
    </w:p>
    <w:p>
      <w:pPr>
        <w:jc w:val="right"/>
      </w:pPr>
      <w:r>
        <w:t>یک ان ہسٹری ہوتا ہے عورت کی زندگی میں۔ اور آپ جانتے ہیں کہ بڑی ترقی ہوتی ہے سسٹینڈ ایفرٹ کے ذریعے سے۔ جو ایفرٹ سسٹینیبل نہ ہو، وہ کبھی بھی کسی بڑے رزلٹ تک نہیں پہنچ سکتی۔ تو سسٹینیبل ایفرٹ درکار ہوتی ہے زندگی میں کوئی بڑا کام کرنے کے لیے۔ اور عورت جو ہے، بار بار</w:t>
      </w:r>
    </w:p>
    <w:p>
      <w:r>
        <w:rPr>
          <w:b/>
        </w:rPr>
        <w:t xml:space="preserve">[10:10] </w:t>
      </w:r>
      <w:r>
        <w:t>break in history ka shikar hoti hai. agar separation ho gaya shadi ke baad, to phir ek aur break in history aaya us ki zindagi mein. is tarah aurat ki koi continuous history nahi ban paati, yahan tak ke woh mar kar khatm ho jati hai. yeh mein samajhta hoon ke ek kahani hai jo Madhuri Dixit ki nahi, balkeh har ek ki kahani</w:t>
      </w:r>
    </w:p>
    <w:p>
      <w:pPr>
        <w:jc w:val="right"/>
      </w:pPr>
      <w:r>
        <w:t>بریک ان ہسٹری کا شکار ہوتی ہے۔ اگر سیپریشن ہو گیا شادی کے بعد، تو پھر ایک اور بریک ان ہسٹری آیا اس کی زندگی میں۔ اس طرح عورت کی کوئی کنٹینیوس ہسٹری نہیں بن پاتی، یہاں تک کہ وہ مر کر ختم ہو جاتی ہے۔ یہ میں سمجھتا ہوں کہ ایک کہانی ہے جو مادھوری دکشت کی نہیں، بلکہ ہر ایک کی کہانی</w:t>
      </w:r>
    </w:p>
    <w:p>
      <w:r>
        <w:rPr>
          <w:b/>
        </w:rPr>
        <w:t xml:space="preserve">[10:40] </w:t>
      </w:r>
      <w:r>
        <w:t>hai. yeh har aurat ki kahani hai. to mein samajhta hoon ke sab se pehle yeh jaanna chahiye aurat ko ke woh yeh jaane ke Khuda ka us ke bare mein... Khuda ne us ke andar kya potential rakha hai. jis ko mein kehta hoon ke place of woman in the creation plan of God. yaani Khuda ne apne creation plan</w:t>
      </w:r>
    </w:p>
    <w:p>
      <w:pPr>
        <w:jc w:val="right"/>
      </w:pPr>
      <w:r>
        <w:t>ہے۔ یہ ہر عورت کی کہانی ہے۔ تو میں سمجھتا ہوں کہ سب سے پہلے یہ جاننا چاہیے عورت کو کہ وہ یہ جانے کہ خدا کا اس کے بارے میں... خدا نے اس کے اندر کیا پوٹینشل رکھا ہے۔ جس کو میں کہتا ہوں کہ پلیس آف وومن ان دا کرییشن پلان آف گاڈ۔ یعنی خدا نے اپنے کرییشن پل</w:t>
      </w:r>
    </w:p>
    <w:p>
      <w:r>
        <w:rPr>
          <w:b/>
        </w:rPr>
        <w:t xml:space="preserve">[11:10] </w:t>
      </w:r>
      <w:r>
        <w:t>ke mutabiq aurat ke andar kya potential rakha hai, woh kya kar sakti hai. is ko jaanna. maine is par bahut ek kaafi detail mein ek book chhapi hai, woh chhappi hai filhaal Urdu mein. "Aurat Ma'maar-e-Insaniyat". "Aurat Ma'maar-e-Insaniyat". is kitab mein maine bahut detail ke saath yeh baatein likhi hain. English mein is ka title hoga jab chhappegi, in</w:t>
      </w:r>
    </w:p>
    <w:p>
      <w:pPr>
        <w:jc w:val="right"/>
      </w:pPr>
      <w:r>
        <w:t>ان کے مطابق عورت کے اندر کیا پوٹینشل رکھا ہے، وہ کیا کر سکتی ہے۔ اس کو جاننا۔ میں نے اس پر بہت ایک کافی ڈیٹیل میں ایک بک چھاپی ہے، وہ چھپ چکی ہے فی الحال اردو میں۔ "عورت معمار انسانیت"۔ "عورت معمار انسانیت"۔ اس کتاب میں میں نے بہت ڈیٹیل کے ساتھ یہ باتیں لکھی ہیں۔ انگلش میں اس کا ٹائٹل ہوگا جب چھپے گی، ان</w:t>
      </w:r>
    </w:p>
    <w:p>
      <w:r>
        <w:rPr>
          <w:b/>
        </w:rPr>
        <w:t xml:space="preserve">[11:40] </w:t>
      </w:r>
      <w:r>
        <w:t>sha'Allah, ke "Woman: The Building of Humanity". to aurat ka jo role tha, woh tha insaniyat ki ta'ameer mein apne potential ko use karna. lekin apna yeh role aurat daryaft nahi kar sakti, nahi kar paati, yahan tak ke khatm ho jati hai.</w:t>
      </w:r>
    </w:p>
    <w:p>
      <w:pPr>
        <w:jc w:val="right"/>
      </w:pPr>
      <w:r>
        <w:t>شاء اللہ، کہ "وومن: دا بلڈنگ آف ہیومینٹی"۔ تو عورت کا جو رول تھا، وہ تھا انسانیت کی تعمیر میں اپنے پوٹینشل کو یوز کرنا۔ لیکن اپنا یہ رول عورت دریافت نہیں کر سکتی، نہیں کر پاتی، یہاں تک کہ ختم ہو جاتی ہے۔</w:t>
      </w:r>
    </w:p>
    <w:p>
      <w:r>
        <w:rPr>
          <w:b/>
        </w:rPr>
        <w:t xml:space="preserve">[12:10] </w:t>
      </w:r>
      <w:r>
        <w:t>to yeh jo aaj kal jo bahut zyada charcha hai gender equality ka, mein samajhta hoon ke yeh bahut bada yaani obsession hai jis mein saari auratein jeeti hain. aur yeh false obsession hai. kyunke gender equality kya hai? kuch bhi nahi. dekhiye, poori history mein maine dekha hai ke log jo hain apne mind se</w:t>
      </w:r>
    </w:p>
    <w:p>
      <w:pPr>
        <w:jc w:val="right"/>
      </w:pPr>
      <w:r>
        <w:t>تو یہ جو آج کل جو بہت زیادہ چرچا ہے جینڈر ایکولٹی کا، میں سمجھتا ہوں کہ یہ بہت بڑا یعنی ابسیشن ہے جس میں ساری عورتیں جیتی ہیں۔ اور یہ فالس ابسیشن ہے۔ کیونکہ جینڈر ایکولٹی کیا ہے؟ کچھ بھی نہیں۔ دیکھیے، پوری ہسٹری میں میں نے دیکھا ہے کہ لوگ جو ہیں اپنے مائنڈ سے</w:t>
      </w:r>
    </w:p>
    <w:p>
      <w:r>
        <w:rPr>
          <w:b/>
        </w:rPr>
        <w:t xml:space="preserve">[12:40] </w:t>
      </w:r>
      <w:r>
        <w:t>ek plan banate hain. woh yeh nahi dekhte ke law of nature kya hai. isi liye aap dekhiye jitne bade bade reformer hain, bade bade thinker hain, sab fail. sab fail. poori history mein sirf ek hi insan hai jis ka plan kamyab hua, woh Muhammad (SAW). baqi sab reformer fail, sab thinker fail. kyun? apne mind mein khud se unhone ek ideal banaya, baghair dekhe hue</w:t>
      </w:r>
    </w:p>
    <w:p>
      <w:pPr>
        <w:jc w:val="right"/>
      </w:pPr>
      <w:r>
        <w:t>ایک پلان بناتے ہیں۔ وہ یہ نہیں دیکھتے کہ لاء آف نیچر کیا ہے۔ اسی لیے آپ دیکھیے جتنے بڑے بڑے ریفارمر ہیں، بڑے بڑے تھنکر ہیں، سب فیل۔ سب فیل۔ پوری ہسٹری میں صرف ایک ہی انسان ہے جس کا پلان کامیاب ہوا، وہ محمد صلی اللہ علیہ وسلم۔ باقی سب ریفارمر فیل، سب تھنکر فیل۔ کیوں؟ اپنے مائنڈ میں خود سے انہوں نے ایک آئیڈیل بنایا، بغیر دیکھے ہوئے</w:t>
      </w:r>
    </w:p>
    <w:p>
      <w:r>
        <w:rPr>
          <w:b/>
        </w:rPr>
        <w:t xml:space="preserve">[13:11] </w:t>
      </w:r>
      <w:r>
        <w:t>ke nature ka jo law of nature jo hai, is se mutabiqat karta hai ke nahi. to gender equality jo hai, yeh law of nature ke khilaaf hai. dekhiye, nature mein barabari nahi hai. nature mein barabari hai hi nahi. yaani har aurat miss different hai, har mard mister different hai. yeh psychology aur biology batati hai. ek ek aadmi ka</w:t>
      </w:r>
    </w:p>
    <w:p>
      <w:pPr>
        <w:jc w:val="right"/>
      </w:pPr>
      <w:r>
        <w:t>کہ نیچر کا جو لاء آف نیچر جو ہے، اس سے مطابقت کرتا ہے کہ نہیں۔ تو جینڈر ایکولٹی جو ہے، یہ لاء آف نیچر کے خلاف ہے۔ دیکھیے، نیچر میں برابری نہیں ہے۔ نیچر میں برابری ہے ہی نہیں۔ یعنی ہر عورت مس ڈفرنٹ ہے، ہر مرد مسٹر ڈفرنٹ ہے۔ یہ سائیکالوجی اور بائیولوجی بتاتی ہے۔ ایک ایک آدمی کا</w:t>
      </w:r>
    </w:p>
    <w:p>
      <w:r>
        <w:rPr>
          <w:b/>
        </w:rPr>
        <w:t xml:space="preserve">[13:42] </w:t>
      </w:r>
      <w:r>
        <w:t>still doosre aadmi se alag hai. ek ek aadmi ki aankh doosre aadmi ki aankh se alag hai. ek ek aadmi ka mind doosre aadmi ke mind se alag hai. to isi ko mein kehta hoon ke har aurat miss different hai aur har mard mister different hai. to where is that gender equality? sahi baat jo law of nature ke mutabiq thi, woh yeh thi ke mard aurat</w:t>
      </w:r>
    </w:p>
    <w:p>
      <w:pPr>
        <w:jc w:val="right"/>
      </w:pPr>
      <w:r>
        <w:t>سٹل دوسرے آدمی سے الگ ہے۔ ایک ایک آدمی کی آنکھ دوسرے آدمی کی آنکھ سے الگ ہے۔ ایک ایک آدمی کا مائنڈ دوسرے آدمی کے مائنڈ سے الگ ہے۔ تو اسی کو میں کہتا ہوں کہ ہر عورت مس ڈفرنٹ ہے اور ہر مرد مسٹر ڈفرنٹ ہے۔ تو ویر از دیٹ جینڈر ایکولٹی؟ صحیح بات جو لاء آف نیچر کے مطابق تھی، وہ یہ تھی کہ مرد عورت</w:t>
      </w:r>
    </w:p>
    <w:p>
      <w:r>
        <w:rPr>
          <w:b/>
        </w:rPr>
        <w:t xml:space="preserve">[14:12] </w:t>
      </w:r>
      <w:r>
        <w:t>dono different hain. yaani ek... yaani respect mein to equal zaroor hain, lekin role mein different hain. yaani equal in respect, but different in role. yeh tha sahi formula jo according to the law of nature tha. ab gender equality ka matlab yeh hua ke jo kaam mard kare wahi aurat kare, jo aurat kare woh mard kare. yeh to bilkul</w:t>
      </w:r>
    </w:p>
    <w:p>
      <w:pPr>
        <w:jc w:val="right"/>
      </w:pPr>
      <w:r>
        <w:t>دونوں ڈفرنٹ ہیں۔ یعنی ایک... یعنی ریسپیکٹ میں تو ایکول ضرور ہیں، لیکن رول میں ڈفرنٹ ہیں۔ یعنی ایکول ان ریسپیکٹ، بٹ ڈفرنٹ ان رول۔ یہ تھا صحیح فارمولا جو اکارڈنگ ٹو دا لاء آف نیچر تھا۔ اب جینڈر ایکولٹی کا مطلب یہ ہوا کہ جو کام مرد کرے وہی عورت کرے، جو عورت کرے وہ مرد کرے۔ یہ تو بالکل</w:t>
      </w:r>
    </w:p>
    <w:p>
      <w:r>
        <w:rPr>
          <w:b/>
        </w:rPr>
        <w:t xml:space="preserve">[14:42] </w:t>
      </w:r>
      <w:r>
        <w:t>stupid baat hai. jab Khuda ne ya creator ne banaya hai different, to wahi wahi kaam dono kaise kar sakte hain? bataiye. wahi wahi kaam nahi kar sakte. abhi bahut research hui hai mind par, aur yeh establish ho gayi hai baat ke mind jo hai, aurat ka alag dhang par work karta hai, aur mard ka alag dhang par kaam karta hai. dono ka mind ek dhang par nahi chalta hai. to jab nature ne har ek ko mister different aur miss dif</w:t>
      </w:r>
    </w:p>
    <w:p>
      <w:pPr>
        <w:jc w:val="right"/>
      </w:pPr>
      <w:r>
        <w:t>اسٹوپڈ بات ہے۔ جب خدا نے یا کریٹر نے بنایا ہے ڈفرنٹ، تو وہی وہی کام دونوں کیسے کر سکتے ہیں؟ بتائیے۔ وہی وہی کام نہیں کر سکتے۔ ابھی بہت ریسرچ ہوئی ہے مائنڈ پر، اور یہ اسٹیبلش ہو گئی ہے بات کہ مائنڈ جو ہے، عورت کا الگ ڈھنگ پر ورک کرتا ہے، اور مرد کا الگ ڈھنگ پر کام کرتا ہے۔ دونوں کا مائنڈ ایک ڈھنگ پر نہیں چلتا ہے۔ تو جب نیچر نے ہر ایک کو مسٹر ڈفرنٹ اور مس ڈ</w:t>
      </w:r>
    </w:p>
    <w:p>
      <w:r>
        <w:rPr>
          <w:b/>
        </w:rPr>
        <w:t xml:space="preserve">[15:12] </w:t>
      </w:r>
      <w:r>
        <w:t>ferent bana rakha hai, to gender equality chalegi kaise? yeh bahut badi sochne ki baat hai. to is ka natija kya hota hai gender equality ka? ke saari auratein duty conscious na ban sakein, right conscious ban gayin. mein barabar hoon to mujhe barabar ke right milen. hum kisi se kam nahi. saare jhagde jo hain married life ke, isi liye hain</w:t>
      </w:r>
    </w:p>
    <w:p>
      <w:pPr>
        <w:jc w:val="right"/>
      </w:pPr>
      <w:r>
        <w:t>فرنٹ بنا رکھا ہے، تو جینڈر ایکولٹی چلے گی کیسے؟ یہ بہت بڑی سوچنے کی بات ہے۔ تو اس کا نتیجہ کیا ہوتا ہے جینڈر ایکولٹی کا؟ کہ ساری عورتیں ڈیوٹی کانشیس نہ بن سکیں، رائٹ کانشیس بن گئیں۔ میں برابر ہوں تو مجھے برابر کے رائٹ ملے۔ ہم کسی سے کم نہیں۔ سارے جھگڑے جو ہیں میریڈ لائف کے، اسی لیے ہیں</w:t>
      </w:r>
    </w:p>
    <w:p>
      <w:r>
        <w:rPr>
          <w:b/>
        </w:rPr>
        <w:t xml:space="preserve">[15:42] </w:t>
      </w:r>
      <w:r>
        <w:t>ke husband aur wife mein shadi se pehle jab love effort chalta hai, tab to pata nahi chalta. shadi hote hi dono jo hain, do right conscious ek doosre ke ekattha ho jate hain. do mister right conscious aur miss right conscious. inhe apna right chahiye, inko apna right chahiye. to gender equality ka jo concept hai, woh duty ke concept ko chheen leta hai. apni duty... yaani dono hi</w:t>
      </w:r>
    </w:p>
    <w:p>
      <w:pPr>
        <w:jc w:val="right"/>
      </w:pPr>
      <w:r>
        <w:t>کہ ہسبینڈ اور وائف میں شادی سے پہلے جب لو ایفرٹ چلتا ہے، تب تو پتہ نہیں چلتا۔ شادی ہوتے ہی دونوں جو ہیں، دو رائٹ کانشیس ایک دوسرے کے اکٹھا ہو جاتے ہیں۔ دو مسٹر رائٹ کانشیس اور مس رائٹ کانشیس۔ انہیں اپنا رائٹ چاہیے، ان کو اپنا رائٹ چاہیے۔ تو جینڈر ایکولٹی کا جو کانسیپٹ ہے، وہ ڈیوٹی کے کانسیپٹ کو چھین لیتا ہے۔ اپنی ڈیوٹی... یعنی دونوں ہی</w:t>
      </w:r>
    </w:p>
    <w:p>
      <w:r>
        <w:rPr>
          <w:b/>
        </w:rPr>
        <w:t xml:space="preserve">[16:12] </w:t>
      </w:r>
      <w:r>
        <w:t>ko woh duty conscious nahi banata, balkeh dono hi ko right conscious bana deta hai. ab takraav hota rehta hai. jab dono right chahein apna aur duty par dhyan na dein, to takraav takraav hoga. to takraav jo hoga, to apna potential kaise woh use karein ge? kaise istemal kar payenge? dekhiye, nature mein Quran mein hai ke "wa khalaqna kulla shai'in zawjain".</w:t>
      </w:r>
    </w:p>
    <w:p>
      <w:pPr>
        <w:jc w:val="right"/>
      </w:pPr>
      <w:r>
        <w:t>کو وہ ڈیوٹی کانشیس نہیں بناتا، بلکہ دونوں ہی کو رائٹ کانشیس بنا دیتا ہے۔ اب ٹکراؤ ہوتا رہتا ہے۔ جب دونوں رائٹ چاہیں اپنا اور ڈیوٹی پر دھیان نہ دیں، تو ٹکراؤ ٹکراؤ ہوگا۔ تو ٹکراؤ جو ہوگا، تو اپنا پوٹینشل کیسے وہ یوز کریں گے؟ کیسے استعمال کر پائیں گے؟ دیکھیے، نیچر میں قرآن میں ہے کہ "وومن کل شین خلقنا زوجین"۔</w:t>
      </w:r>
    </w:p>
    <w:p>
      <w:r>
        <w:rPr>
          <w:b/>
        </w:rPr>
        <w:t xml:space="preserve">[16:43] </w:t>
      </w:r>
      <w:r>
        <w:t>har cheez ke jode banaye. yaani nature jo hai, woh duality ke usool par chalti hai. duality. duality ka matlab kya hai? do se mil kar ke ek cheez banna. koi cheez is universe mein akele koi kaam nahi kar paati. jaise aap lijiye rain ko, lijiye barish ko, lijiye barish. suraj aur ocean</w:t>
      </w:r>
    </w:p>
    <w:p>
      <w:pPr>
        <w:jc w:val="right"/>
      </w:pPr>
      <w:r>
        <w:t>ہر چیز کے جوڑے بنائے۔ یعنی نیچر جو ہے، وہ ڈویلٹی کے اصول پر چلتی ہے۔ ڈویلٹی۔ ڈویلٹی کا مطلب کیا ہے؟ دو سے مل کر کے ایک چیز بننا۔ کوئی چیز اس یونیورس میں اکیلے کوئی کام نہیں کر پاتی۔ جیسے آپ لیجیے رین کو، لیجیے بارش کو، لیجیے بارش۔ سورج اور اوشن</w:t>
      </w:r>
    </w:p>
    <w:p>
      <w:r>
        <w:rPr>
          <w:b/>
        </w:rPr>
        <w:t xml:space="preserve">[17:14] </w:t>
      </w:r>
      <w:r>
        <w:t>donon ke milne se banti hai. agar ocean akela chahe ke main barish barsaoon, to nahin barsa sakta. sun akela chahe ke main barish barsaoon, to sun barish nahin barsa sakta. sun aur ocean donon mil kar kaam karte hain, tab woh cheez paida hoti hai jis ko aap rain kehte hain, barish kehte hain. to yeh isi ko main kehta hoon ke duality ka nizam hai, dual system hai, ya joreen ka system hai.</w:t>
      </w:r>
    </w:p>
    <w:p>
      <w:pPr>
        <w:jc w:val="right"/>
      </w:pPr>
      <w:r>
        <w:t>دونوں کے ملنے سے بنتی ہے۔ اگر اوشن اکیلا چاہے کہ میں بارش برساؤں، تو نہیں برسا سکتا۔ سن اکیلا چاہے کہ میں بارش برساؤں، تو سن بارش نہیں برسا سکتا۔ سن اور اوشن دونوں مل کر کام کرتے ہیں، تب وہ چیز پیدا ہوتی ہے جس کو آپ رین کہتے ہیں، بارش کہتے ہیں۔ تو یہ اسی کو میں کہتا ہوں کہ ڈویلٹی کا نظام ہے، ڈوئل سسٹم ہے، یا زوجین کا سسٹم ہے۔</w:t>
      </w:r>
    </w:p>
    <w:p>
      <w:r>
        <w:rPr>
          <w:b/>
        </w:rPr>
        <w:t xml:space="preserve">[17:44] </w:t>
      </w:r>
      <w:r>
        <w:t>yani do ke milne se ek cheez ka wajood mein aana. do ke milne se ek cheez ka wajood mein aana. yani suraj heat supply karta hai, aur ocean bhap supply ban kar ke ooper jati hai. woh ocean ka pani bhap ban ke ooper jata hai, aur suraj jo hai heat supply karta hai. donon ke milne se woh cheez banti hai jis ko hum rain kehte hain. theek yahi muamla aur</w:t>
      </w:r>
    </w:p>
    <w:p>
      <w:pPr>
        <w:jc w:val="right"/>
      </w:pPr>
      <w:r>
        <w:t>یعنی دو کے ملنے سے ایک چیز کا وجود میں آنا۔ دو کے ملنے سے ایک چیز کا وجود میں آنا۔ یعنی سورج ہیٹ سپلائی کرتا ہے، اور اوشن بھاپ سپلائی بن کر کے اوپر جاتی ہے۔ وہ اوشن کا پانی بھاپ بن کے اوپر جاتا ہے، اور سورج جو ہے ہیٹ سپلائی کرتا ہے۔ دونوں کے ملنے سے وہ چیز بنتی ہے جس کو ہم رین کہتے ہیں۔ ٹھیک یہی معاملہ ع</w:t>
      </w:r>
    </w:p>
    <w:p>
      <w:r>
        <w:rPr>
          <w:b/>
        </w:rPr>
        <w:t xml:space="preserve">[18:14] </w:t>
      </w:r>
      <w:r>
        <w:t>at mard ka hai. khuda ne kuch potential aurat mein rakhe hain, kuch potential mard mein rakhe hain. donon jab ek doosre ki janen, tab woh mil kar ke ek kaam kar sakte hain. yeh gender equality jo hai, yeh to colour hai, colour kisi bade kaam ke liye. aur yeh ho raha hai, aap dekhiye, jab se gender equality ka afsana chala hai, kisi bhi europe ki lady ne koi bada kaam nahin kiya. america europe ki lady</w:t>
      </w:r>
    </w:p>
    <w:p>
      <w:pPr>
        <w:jc w:val="right"/>
      </w:pPr>
      <w:r>
        <w:t>ورت مرد کا ہے۔ خدا نے کچھ پوٹینشل عورت میں رکھے ہیں، کچھ پوٹینشل مرد میں رکھے ہیں۔ دونوں جب ایک دوسرے کی جانیں، تب وہ مل کر کے ایک کام کر سکتے ہیں۔ یہ جینڈر ایکولٹی جو ہے، یہ تو کلر ہے، کلر کسی بڑے کام کے لیے۔ اور یہ ہو رہا ہے، آپ دیکھیے، جب سے جینڈر ایکولٹی کا افسانہ چلا ہے، کسی بھی یورپ کی لیڈی نے کوئی بڑا کام نہیں کیا۔ امریکہ یورپ کی لیڈی</w:t>
      </w:r>
    </w:p>
    <w:p>
      <w:r>
        <w:rPr>
          <w:b/>
        </w:rPr>
        <w:t xml:space="preserve">[18:44] </w:t>
      </w:r>
      <w:r>
        <w:t>ne. pehle aisi aurten huin jo bada kaam kiya jinhon ne. jaise main zikr karunga aap ka edison ki maa ka, jo ke us se pehle thi woh. to yeh ek ek thinker ne bahut sahi baat kahi ke nature abhors uniformity. nature nafrat karti hai yaksaniyat se. nature abhors uniformity.</w:t>
      </w:r>
    </w:p>
    <w:p>
      <w:pPr>
        <w:jc w:val="right"/>
      </w:pPr>
      <w:r>
        <w:t>نے۔ پہلے ایسی عورتیں ہوئیں جو بڑا کام کیا جنہوں نے۔ جیسے میں ذکر کروں گا آپ کا ایڈیسن کی ماں کا، جو کہ اس سے پہلے تھی وہ۔ تو یہ ایک ایک تھنکر نے بہت صحیح بات کہی کہ نیچر ابورڈز یونیفارمٹی۔ نیچر نفرت کرتی ہے یکسانیت سے۔ نیچر ابورڈز یونیفارمٹی۔</w:t>
      </w:r>
    </w:p>
    <w:p>
      <w:r>
        <w:rPr>
          <w:b/>
        </w:rPr>
        <w:t xml:space="preserve">[19:14] </w:t>
      </w:r>
      <w:r>
        <w:t>nature nafrat karti hai yaksaniyat se. yani jo mard hai wahi aurat ho, jo aurat hai wahi mard ho. yeh nature ne nahin rakha. to donon ko alag alag apna role janna parega. aur woh role kya hai? woh difference mein hai. woh role difference mein chupa hua hai. aap is ko jano ke donon mr different hain, tab yeh possible hoga ke aap</w:t>
      </w:r>
    </w:p>
    <w:p>
      <w:pPr>
        <w:jc w:val="right"/>
      </w:pPr>
      <w:r>
        <w:t>نیچر نفرت کرتی ہے یکسانیت سے۔ یعنی جو مرد ہے وہی عورت ہو، جو عورت ہے وہی مرد ہو۔ یہ نیچر نے نہیں رکھا۔ تو دونوں کو الگ الگ اپنا رول جاننا پڑے گا۔ اور وہ رول کیا ہے؟ وہ ڈفرنس میں ہے۔ وہ رول ڈفرنس میں چھپا ہوا ہے۔ آپ اس کو جانیں کہ دونوں مسٹر ڈفرنٹ ہیں، تب یہ پاسیبل ہوگا کہ آپ</w:t>
      </w:r>
    </w:p>
    <w:p>
      <w:r>
        <w:rPr>
          <w:b/>
        </w:rPr>
        <w:t xml:space="preserve">[19:45] </w:t>
      </w:r>
      <w:r>
        <w:t>apna role kar saken. yeh equality ka jo concept hai, woh that is quite against the law of nature. equality. kahin bhi equality nahin hai. ab dekhiye, initial stage par hamari universe jo hai, woh kya hai? atom hai. atom mein kya hai? negative particle hain aur positive particle hain. electron aur neutron.</w:t>
      </w:r>
    </w:p>
    <w:p>
      <w:pPr>
        <w:jc w:val="right"/>
      </w:pPr>
      <w:r>
        <w:t>اپنا رول کر سکیں۔ یہ ایکولٹی کا جو کانسیپٹ ہے، وہ دیٹ از کوائٹ اگینسٹ دی لاء آف نیچر۔ ایکولٹی۔ کہیں بھی ایکولٹی نہیں ہے۔ اب دیکھیے، انیشل اسٹیج پر ہماری یونیورس جو ہے، وہ کیا ہے؟ ایٹم ہے۔ ایٹم میں کیا ہے؟ نیگیٹیو پارٹیکل ہیں اور پازیٹیو پارٹیکل ہیں۔ الیکٹران اور نیوٹران۔</w:t>
      </w:r>
    </w:p>
    <w:p>
      <w:r>
        <w:rPr>
          <w:b/>
        </w:rPr>
        <w:t xml:space="preserve">[20:16] </w:t>
      </w:r>
      <w:r>
        <w:t>agar sirf... agar sirf neutron hi neutron ho, tab bhi atom wajood mein nahin aayega. to positive particle hon aur negative particle na hon, ya negative particle aur positive particle na hon, to koi atom nahin banega. poori universe khatam ho jayegi. to yeh nature ka usool hai ke do cheezon se mil kar ek cheez banna. negative particle aur positive particle milne se atom ka banna.</w:t>
      </w:r>
    </w:p>
    <w:p>
      <w:pPr>
        <w:jc w:val="right"/>
      </w:pPr>
      <w:r>
        <w:t>اگر صرف... اگر صرف نیوٹران ہی نیوٹران ہو، تب بھی ایٹم وجود میں نہیں آئے گا۔ تو پازیٹیو پارٹیکل ہوں اور نیگیٹیو پارٹیکل نہ ہوں، یا نیگیٹیو پارٹیکل اور پازیٹیو پارٹیکل نہ ہوں، تو کوئی ایٹم نہیں بنے گا۔ پوری یونیورس ختم ہو جائے گی۔ تو یہ نیچر کا اصول ہے کہ دو چیزوں سے مل کر ایک چیز بننا۔ نیگیٹیو پارٹیکل اور پازیٹیو پارٹیکل ملنے سے ایٹم کا بننا۔</w:t>
      </w:r>
    </w:p>
    <w:p>
      <w:r>
        <w:rPr>
          <w:b/>
        </w:rPr>
        <w:t xml:space="preserve">[20:47] </w:t>
      </w:r>
      <w:r>
        <w:t>ek bhi hadaf kar dijiye, ek bhi nikal dijiye, to atom khatam. yahi... yahi hai, yahi yani difference ka yeh principle jo hai, universal hai, har jagah yeh chalta hai. do difference ke milne se ek cheez ka wajood mein aana. yahi nature ka tareeqa hai. aur jab tak is ko</w:t>
      </w:r>
    </w:p>
    <w:p>
      <w:pPr>
        <w:jc w:val="right"/>
      </w:pPr>
      <w:r>
        <w:t>ایک بھی حذف کر دیجیے، ایک بھی نکال دیجیے، تو ایٹم ختم۔ یہی... یہی ہے، یہی یعنی ڈفرنس کا یہ پرنسپل جو ہے، یونیورسل ہے، ہر جگہ یہ چلتا ہے۔ دو ڈفرنس کے ملنے سے ایک چیز کا وجود میں آنا۔ یہی نیچر کا طریقہ ہے۔ اور جب تک اس کو</w:t>
      </w:r>
    </w:p>
    <w:p>
      <w:r>
        <w:rPr>
          <w:b/>
        </w:rPr>
        <w:t xml:space="preserve">[21:17] </w:t>
      </w:r>
      <w:r>
        <w:t>hum na janen, hum koi kaam nahin kar sakte. hadith mein aata hai ke aurat ke bare mein: "al nisa shaqaiq al rijal". aurat aur mard ke bare mein aata hai ke "man and women are two equal halves of single unit".</w:t>
      </w:r>
    </w:p>
    <w:p>
      <w:pPr>
        <w:jc w:val="right"/>
      </w:pPr>
      <w:r>
        <w:t>ہم نہ جانیں، ہم کوئی کام نہیں کر سکتے۔ حدیث میں آتا ہے کہ عورت کے بارے میں: "النساء شقائق الرجال"۔ عورت اور مرد کے بارے میں آتا ہے کہ "من اینڈ وومن آر ٹو ایکول ہافز آف سنگل یونٹ"۔</w:t>
      </w:r>
    </w:p>
    <w:p>
      <w:r>
        <w:rPr>
          <w:b/>
        </w:rPr>
        <w:t xml:space="preserve">[21:49] </w:t>
      </w:r>
      <w:r>
        <w:t>"man and women are two equal halves of single unit". aurat aur mard donon ek wahida ke do barabar ke ajza hain. ek taraf dekhiye, yeh hadith hai. doosri taraf quran mein aata hai ke mard jo hai, woh aurat ke ooper qawwam hai. yani aaj kal ki zuban mein kaha jaye ke boss hai. yani mard jo hai, aurat ke ooper boss hai. to</w:t>
      </w:r>
    </w:p>
    <w:p>
      <w:pPr>
        <w:jc w:val="right"/>
      </w:pPr>
      <w:r>
        <w:t>"من اینڈ وومن آر ٹو ایکول ہافز آف سنگل یونٹ"۔ عورت اور مرد دونوں ایک واحدہ کے دو برابر کے اجزاء ہیں۔ ایک طرف دیکھیے، یہ حدیث ہے۔ دوسری طرف قرآن میں آتا ہے کہ مرد جو ہے، وہ عورت کے اوپر قوام ہے۔ یعنی آج کل کی زبان میں کہا جائے کہ باس ہے۔ یعنی مرد جو ہے، عورت کے اوپر باس ہے۔ تو</w:t>
      </w:r>
    </w:p>
    <w:p>
      <w:r>
        <w:rPr>
          <w:b/>
        </w:rPr>
        <w:t xml:space="preserve">[22:19] </w:t>
      </w:r>
      <w:r>
        <w:t>ek taraf yeh bataya ke two equal halves, do barabar ke hisse, do barabar ke hisse. doosri taraf bataya ke mard jo hai, aurat ke ooper boss hai. is ka matlab kya hai? theoretical sense mein donon barabar hain. respect ke aitbar se donon barabar hain, lekin role ke aitbar se barabar nahin hain. jis tarah se aap dekhiye</w:t>
      </w:r>
    </w:p>
    <w:p>
      <w:pPr>
        <w:jc w:val="right"/>
      </w:pPr>
      <w:r>
        <w:t>ایک طرف یہ بتایا کہ ٹو ایکول ہافز، دو برابر کے حصے، دو برابر کے حصے۔ دوسری طرف بتایا کہ مرد جو ہے، عورت کے اوپر باس ہے۔ اس کا مطلب کیا ہے؟ تھیٹیکل سینس میں دونوں برابر ہیں۔ ریسپیکٹ کے اعتبار سے دونوں برابر ہیں، لیکن رول کے اعتبار سے برابر نہیں ہیں۔ جس طرح سے آپ دیکھیے</w:t>
      </w:r>
    </w:p>
    <w:p>
      <w:r>
        <w:rPr>
          <w:b/>
        </w:rPr>
        <w:t xml:space="preserve">[22:49] </w:t>
      </w:r>
      <w:r>
        <w:t>، aaj ki koi company mein koi afsar hota hai, afsar mein sab ko barabar ki respect mila hua hota hai, lekin wahan ek boss hota hai sath sath. in terms of respect sab barabar hain, lekin agar wahan ek boss na ho to koi company chal nahin sakti, koi organization chal nahin sakti, koi association chal nahin sakta. to agarche jitne members hain, sab</w:t>
      </w:r>
    </w:p>
    <w:p>
      <w:pPr>
        <w:jc w:val="right"/>
      </w:pPr>
      <w:r>
        <w:t>، آج کی کوئی کمپنی میں کوئی افسر ہوتا ہے، افسر میں سب کو برابر کی ریسپیکٹ ملا ہوا ہوتا ہے، لیکن وہاں ایک باس ہوتا ہے ساتھ ساتھ۔ ان ٹرم آف ریسپیکٹ سب برابر ہیں، لیکن اگر وہاں ایک باس نہ ہو تو کوئی کمپنی چل نہیں سکتی، کوئی ارگنائزیشن چل نہیں سکتی، کوئی ایسوسی ایشن چل نہیں سکتا۔ تو اگرچہ جتنے ممبرز ہیں، سب</w:t>
      </w:r>
    </w:p>
    <w:p>
      <w:r>
        <w:rPr>
          <w:b/>
        </w:rPr>
        <w:t xml:space="preserve">[23:20] </w:t>
      </w:r>
      <w:r>
        <w:t>in terms of respect barabar mane jate hain, lekin is ke system ko chalane ke liye ek boss chahiye. is tarah se hadith mein ek taraf yeh bataya gaya ke donon barabar hain respect ke sense mein, lekin sath sath yeh bata diya gaya ke jo home ka jo department hai, us mein donon ko yeh manna chahiye ke khuda ne donon ke andar alag alag qualities rakhi hain.</w:t>
      </w:r>
    </w:p>
    <w:p>
      <w:pPr>
        <w:jc w:val="right"/>
      </w:pPr>
      <w:r>
        <w:t>ان ٹرم آف ریسپیکٹ برابر مانے جاتے ہیں، لیکن اس کے سسٹم کو چلانے کے لیے ایک باس چاہیے۔ اس طرح سے حدیث میں ایک طرف یہ بتایا گیا کہ دونوں برابر ہیں ریسپیکٹ کے سینس میں، لیکن ساتھ ساتھ یہ بتا دیا گیا کہ جو ہوم کا جو ڈیپارٹمنٹ ہے، اس میں دونوں کو یہ ماننا چاہیے کہ خدا نے دونوں کے اندر الگ الگ کوالٹیز رکھی ہیں۔</w:t>
      </w:r>
    </w:p>
    <w:p>
      <w:r>
        <w:rPr>
          <w:b/>
        </w:rPr>
        <w:t xml:space="preserve">[23:50] </w:t>
      </w:r>
      <w:r>
        <w:t>is qualities ke aitbar se yeh rakha hai khuda ne ke aurat accept kare mard ko as a boss ghar ke andar, to phir ghar ka nizam bahut acha chalaiga. agar gender equality chalayen, donon boss ban jayen, to donon boss ka matlab yahi hoga jaise ek empire mein do king hon, ek cabinet mein do prime minister hon. to aisa system chal sakta hai? kahin nahin chal sakta.</w:t>
      </w:r>
    </w:p>
    <w:p>
      <w:pPr>
        <w:jc w:val="right"/>
      </w:pPr>
      <w:r>
        <w:t>اس کوالٹیز کے اعتبار سے یہ رکھا ہے خدا نے کہ عورت ایکسیپٹ کرے مرد کو ایز اے باس گھر کے اندر، تو پھر گھر کا نظام بہت اچھا چلے گا۔ اگر جینڈر ایکولٹی چلائیں، دونوں باس بن جائیں، تو دونوں باس کا مطلب یہی ہوگا جیسے ایک ایمپائر میں دو کنگ ہوں، ایک کیبنٹ میں دو پرائم منسٹر ہوں۔ تو ایسا سسٹم چل سکتا ہے؟ کہیں نہیں چل سکتا۔</w:t>
      </w:r>
    </w:p>
    <w:p>
      <w:r>
        <w:rPr>
          <w:b/>
        </w:rPr>
        <w:t xml:space="preserve">[24:22] </w:t>
      </w:r>
      <w:r>
        <w:t>to yeh pehla usool hai jo auraton ko aur mardon ko janna chahiye ke donon, jis ko main ne kaha ke equal in respect aur different in role, yeh pehla principle hai is baat ke liye ke jo potential khuda ne rakha hai, us potential ko auraten avail kar saken. ya aisa aam taur par kaha jata hai ke woh</w:t>
      </w:r>
    </w:p>
    <w:p>
      <w:pPr>
        <w:jc w:val="right"/>
      </w:pPr>
      <w:r>
        <w:t>تو یہ پہلا اصول ہے جو عورتوں کو اور مردوں کو جاننا چاہیے کہ دونوں، جس کو میں نے کہا کہ ایکول ان ریسپیکٹ اور ڈفرنٹ ان رول، یہ پہلا پرنسپل ہے اس بات کے لیے کہ جو پوٹینشل خدا نے رکھا ہے، اس پوٹینشل کو عورتیں اویل کر سکیں۔ یا ایسا عام طور پر کہا جاتا ہے کہ وہ</w:t>
      </w:r>
    </w:p>
    <w:p>
      <w:r>
        <w:rPr>
          <w:b/>
        </w:rPr>
        <w:t xml:space="preserve">[24:53] </w:t>
      </w:r>
      <w:r>
        <w:t>ke islam gender equality ke khilaf hai. in other words, islam aurat ko degrade karta hai. dekhiye, yeh bahut nasamjhi ki baat hai. masla islam ka nahin hai, masla hai law of nature ka. islam deen fitrat hai, islam religion of nature hai.</w:t>
      </w:r>
    </w:p>
    <w:p>
      <w:pPr>
        <w:jc w:val="right"/>
      </w:pPr>
      <w:r>
        <w:t>کہ اسلام جینڈر ایکولٹی کے خلاف ہے۔ ان ادر ورڈز، اسلام عورت کو ڈی گریڈ کرتا ہے۔ دیکھیے، یہ بہت ناسمجھی کی بات ہے۔ مسئلہ اسلام کا نہیں ہے، مسئلہ ہے لاء آف نیچر کا۔ اسلام دین فطرت ہے، اسلام ریلیجن آف نیچر ہے۔</w:t>
      </w:r>
    </w:p>
    <w:p>
      <w:r>
        <w:rPr>
          <w:b/>
        </w:rPr>
        <w:t xml:space="preserve">[25:24] </w:t>
      </w:r>
      <w:r>
        <w:t>yani jo nature ka qanoon hai, usi ka naam hai islam. islam mein aurat ko degrade nahin kiya gaya hai, balkeh yeh proper place jo nature ke creation, jo khuda ke creation plan mein banti hai, us ki woh woh place di gayi hai. us ko asal baat yeh hai, yeh hai kisi ko galat naam de kar,</w:t>
      </w:r>
    </w:p>
    <w:p>
      <w:pPr>
        <w:jc w:val="right"/>
      </w:pPr>
      <w:r>
        <w:t>یعنی جو نیچر کا قانون ہے، اسی کا نام ہے اسلام۔ اسلام میں عورت کو ڈی گریڈ نہیں کیا گیا ہے، بلکہ یہ پراپر پلیس جو نیچر کے کریشن، جو خدا کے کریشن پلان میں بنتی ہے، اس کی وہ وہ پلیس دی گئی ہے۔ اس کو اصل بات یہ ہے، یہ ہے کسی کو غلط نام دے کر،</w:t>
      </w:r>
    </w:p>
    <w:p>
      <w:r>
        <w:rPr>
          <w:b/>
        </w:rPr>
        <w:t xml:space="preserve">[25:54] </w:t>
      </w:r>
      <w:r>
        <w:t>jis ko kehte hain wrong name in creature, galat naam de kar badnam karna. yeh masla na to degrade karne ka hai, na yeh hai ke gender equality ko na manne ka. sab se pehle aap yeh janiye ke yeh duniya jo hai, woh kisi banane wale ne banai hai. us ne is ka apna ek creation plan hai. hum is ke against mein nahin aa sakte. kabhi bhi aisa possible nahin hai. maslan aap yeh chahen ke</w:t>
      </w:r>
    </w:p>
    <w:p>
      <w:pPr>
        <w:jc w:val="right"/>
      </w:pPr>
      <w:r>
        <w:t>جس کو کہتے ہیں رونگ نام ان کریچر، غلط نام دے کر بدنام کرنا۔ یہ مسئلہ نہ تو ڈی گریڈ کرنے کا ہے، نہ یہ ہے کہ جینڈر ایکولٹی کو نہ ماننے کا۔ سب سے پہلے آپ یہ جانیے کہ یہ دنیا جو ہے، وہ کسی بنانے والے نے بنائی ہے۔ اس نے اس کا اپنا ایک کریشن پلان ہے۔ ہم اس کے اگینسٹ میں نہیں آ سکتے۔ کبھی بھی ایسا پاسیبل نہیں ہے۔ مثلاً آپ یہ چاہیں کہ</w:t>
      </w:r>
    </w:p>
    <w:p>
      <w:r>
        <w:rPr>
          <w:b/>
        </w:rPr>
        <w:t xml:space="preserve">[26:24] </w:t>
      </w:r>
      <w:r>
        <w:t>mard bachcha paida kare, aurten bachcha na paida karen, yeh aap ke bas mein nahin hai. bachcha paida karne ka kaam aurat karegi, mard nahin kar sakta hai. kyun ke khuda ke ya creator ke ka jo naqsha takhleeq hai, us ke khilaf hai. yeh aap chahen ke aap hawa se oxygen na len, balkeh pani pi kar oxygen milta rahe, aap ko yeh possible nahin hai. to asal cheez</w:t>
      </w:r>
    </w:p>
    <w:p>
      <w:pPr>
        <w:jc w:val="right"/>
      </w:pPr>
      <w:r>
        <w:t>مرد بچہ پیدا کرے، عورتیں بچہ نہ پیدا کریں، یہ آپ کے بس میں نہیں ہے۔ بچہ پیدا کرنے کا کام عورت کرے گی، مرد نہیں کر سکتا ہے۔ کیونکہ خدا کے یا کریٹر کے کا جو نقشہ تخلیق ہے، اس کے خلاف ہے۔ یہ آپ چاہیں کہ آپ ہوا سے اکسیجن نہ لیں، بلکہ پانی پی کر اکسیجن ملتا رہے، آپ کو یہ پاسیبل نہیں ہے۔ تو اصل چیز</w:t>
      </w:r>
    </w:p>
    <w:p>
      <w:r>
        <w:rPr>
          <w:b/>
        </w:rPr>
        <w:t xml:space="preserve">[26:54] </w:t>
      </w:r>
      <w:r>
        <w:t>yeh hai ke koi bhi kaam aap ko karna ho, aurat ka place janna ho ya koi aur kaam, sab se pehle aap ko janna chahiye ke law of nature kya hai. jaise misal ke taur par main aksar yeh baat kehta raha hoon ke log jo hain provoke ho jate hain apni pasand ke khilaf, koi baat hui to bhadak uthte hain aur ladne lagte hain. woh chahte hain ke is ko mita dalen.</w:t>
      </w:r>
    </w:p>
    <w:p>
      <w:pPr>
        <w:jc w:val="right"/>
      </w:pPr>
      <w:r>
        <w:t>یہ ہے کہ کوئی بھی کام آپ کو کرنا ہو، عورت کا پلیس جاننا ہو یا کوئی اور کام، سب سے پہلے آپ کو جاننا چاہیے کہ لاء آف نیچر کیا ہے۔ جیسے مثال کے طور پر میں اکثر یہ بات کہتا رہا ہوں کہ لوگ جو ہیں پرووک ہو جاتے ہیں اپنی پسند کے خلاف، کوئی بات ہوئی تو بھڑک اٹھتے ہیں اور لڑنے لگتے ہیں۔ وہ چاہتے ہیں کہ اس کو مٹا ڈالیں۔</w:t>
      </w:r>
    </w:p>
    <w:p>
      <w:r>
        <w:rPr>
          <w:b/>
        </w:rPr>
        <w:t xml:space="preserve">[27:25] </w:t>
      </w:r>
      <w:r>
        <w:t>yeh possible nahin hai. kyun? is liye ke khuda ka jo naqsha takhleeq hai, god ka jo creation plan hai, us mein har ek ko freedom di gayi hai. freedom. khuda ko har ek ka test lena hai. jab test lena hai to freedom dena zaroori hai us ke liye. to har aadmi apni freedom ko exercise, exercise kar raha hai. aap kehte hain yeh conspiracy hai ya zulm hai, yeh sab jhooti baaten hain.</w:t>
      </w:r>
    </w:p>
    <w:p>
      <w:pPr>
        <w:jc w:val="right"/>
      </w:pPr>
      <w:r>
        <w:t>یہ پاسیبل نہیں ہے۔ کیوں؟ اس لیے کہ خدا کا جو نقشہ تخلیق ہے، گاڈ کا جو کریشن پلان ہے، اس میں ہر ایک کو فریڈم دی گئی ہے۔ فریڈم۔ خدا کو ہر ایک کا ٹیسٹ لینا ہے۔ جب ٹیسٹ لینا ہے تو فریڈم دینا ضروری ہے اس کے لیے۔ تو ہر آدمی اپنی فریڈم کو ایکسرسائز، ایکسرسائز کر رہا ہے۔ آپ کہتے ہیں یہ کانسپریسی ہے یا ظلم ہے، یہ سب جھوٹی باتیں ہیں۔</w:t>
      </w:r>
    </w:p>
    <w:p>
      <w:r>
        <w:rPr>
          <w:b/>
        </w:rPr>
        <w:t xml:space="preserve">[27:57] </w:t>
      </w:r>
      <w:r>
        <w:t>chunki aap freedom ko abolish nahin kar sakte, is liye aap ko freedom ko tolerate karna hai. provocative situation ho to us ko tolerate karna hai. kyun? provocative situation jo paida hui, woh kisi ne apni freedom ko aap ke khayal se galat exercise kiya. lekin aap kisi ko dictate nahin kar sakte. jo khuda ne freedom di hai kisi ko, us ka apna</w:t>
      </w:r>
    </w:p>
    <w:p>
      <w:pPr>
        <w:jc w:val="right"/>
      </w:pPr>
      <w:r>
        <w:t>چونکہ آپ فریڈم کو ابولش نہیں کر سکتے، اس لیے آپ کو فریڈم کو ٹولریٹ کرنا ہے۔ پروووکیٹو سچوئیشن ہو تو اس کو ٹولریٹ کرنا ہے۔ کیوں؟ پروووکیٹو سچوئیشن جو پیدا ہوئی، وہ کسی نے اپنی فریڈم کو آپ کے خیال سے غلط ایکسرسائز کیا۔ لیکن آپ کسی کو ڈکٹیٹ نہیں کر سکتے۔ جو خدا نے فریڈم دی ہے کسی کو، اس کا اپنا</w:t>
      </w:r>
    </w:p>
    <w:p>
      <w:r>
        <w:rPr>
          <w:b/>
        </w:rPr>
        <w:t xml:space="preserve">[28:27] </w:t>
      </w:r>
      <w:r>
        <w:t>yeh decision hai ke woh is ko misuse kare ya misuse na kare. aap kuch nahin kar sakte. woh misuse karega, aur khuda us ko permit kiye hue hain ke tum misuse karo, chahe proper use karo. to jis cheez ko aap kehte hain ke mera dil dukha aur mere jazbat ko thes lagi, aur main provoke ho gaya, mujhe ghusa aa gaya, woh kya hai? woh hai law of nature ke khilaf</w:t>
      </w:r>
    </w:p>
    <w:p>
      <w:pPr>
        <w:jc w:val="right"/>
      </w:pPr>
      <w:r>
        <w:t>یہ ڈیسیژن ہے کہ وہ اس کو مس یوز کرے یا مس یوز نہ کرے۔ آپ کچھ نہیں کر سکتے۔ وہ مس یوز کرے گا، اور خدا اس کو پرمٹ کیے ہوئے ہیں کہ تم مس یوز کرو، چاہے پراپر یوز کرو۔ تو جس چیز کو آپ کہتے ہیں کہ میرا دل دکھا اور میرے جذبات کو ٹھیس لگی، اور میں پرووک ہو گیا، مجھے غصہ آ گیا، وہ کیا ہے؟ وہ ہے لاء آف نیچر کے خلاف</w:t>
      </w:r>
    </w:p>
    <w:p>
      <w:r>
        <w:rPr>
          <w:b/>
        </w:rPr>
        <w:t xml:space="preserve">[28:57] </w:t>
      </w:r>
      <w:r>
        <w:t>، kisi insan ke khilaf nahin hai. kisi insan ke khilaf nahin hai. aap ko yeh karna parega ke khuda ka jo takhleeqi naqsha hai, us se apne ko adjust karen. aap yeh nahin kar sakte ke khuda ke takhleeqi naqshe ko abolish kar den. isi tarah se mamla hai aurat aur mard ka. aurat mard ko khuda ne barabar paida hi nahin kiya.</w:t>
      </w:r>
    </w:p>
    <w:p>
      <w:pPr>
        <w:jc w:val="right"/>
      </w:pPr>
      <w:r>
        <w:t>، کسی انسان کے خلاف نہیں ہے۔ کسی انسان کے خلاف نہیں ہے۔ آپ کو یہ کرنا پڑے گا کہ خدا کا جو تخلیقی نقشہ ہے، اس سے اپنے کو ایڈجسٹ کریں۔ آپ یہ نہیں کر سکتے کہ خدا کے تخلیقی نقشے کو ابالش کر دیں۔ اسی طرح سے معاملہ ہے عورت اور مرد کا۔ عورت مرد کو خدا نے برابر پیدا ہی نہیں کیا۔</w:t>
      </w:r>
    </w:p>
    <w:p>
      <w:r>
        <w:rPr>
          <w:b/>
        </w:rPr>
        <w:t xml:space="preserve">[29:28] </w:t>
      </w:r>
      <w:r>
        <w:t>psychology ka jo study ki gayi hai, biology mein jo study ki gayi, us se sabit ho, proof ho chuka hai ke aurat aur mard mein donon mein itne differences hain ke woh alag hai, woh alag hai. woh miss different hai, woh mr different hai. to aap kya karenge? you have to know the art of difference management, rather than eliminating the differences. to gender equality jo hai, goya ke difference ko eliminate karna chahti hai, jo ke paasi</w:t>
      </w:r>
    </w:p>
    <w:p>
      <w:pPr>
        <w:jc w:val="right"/>
      </w:pPr>
      <w:r>
        <w:t>سائیکالوجی کا جو سٹڈی کی گئی ہے، بایولوجی میں جو سٹڈی کی گئی، اس سے ثابت ہو، پروف ہو چکا ہے کہ عورت اور مرد میں دونوں میں اتنے ڈفرنسز ہیں کہ وہ الگ ہے، وہ الگ ہے۔ وہ مس ڈفرنٹ ہے، وہ مسٹر ڈفرنٹ ہے۔ تو آپ کیا کریں گے؟ یو ہیو ٹو نو دا آرٹ آف ڈفرنس مینجمنٹ، رادر دین ایلیمینیٹنگ دا ڈفرنسز۔ تو جینڈر ایکولٹی جو ہے، گویا کہ ڈفرنس کو ایلیمینیٹ کرنا چاہتی ہے، جو کہ پاسی</w:t>
      </w:r>
    </w:p>
    <w:p>
      <w:r>
        <w:rPr>
          <w:b/>
        </w:rPr>
        <w:t xml:space="preserve">[29:58] </w:t>
      </w:r>
      <w:r>
        <w:t>nahi hai. Isi waja se kya hua? Aurat poori history mein entertainment ka role karti rahi, tafreeh ka role. Bas isi se uski zindagi shuru hoti hai, isi pe uski zindagi khatm ho jati hai. Saare potential iske hain, pade rehte hain, woh avail nahi kar pati usko. Bas tafreeh ka role, tafreeh ka role, tafreeh ka role. Main samajhta hoon ke aurat</w:t>
      </w:r>
    </w:p>
    <w:p>
      <w:pPr>
        <w:jc w:val="right"/>
      </w:pPr>
      <w:r>
        <w:t>بل نہیں ہے۔ اسی وجہ سے کیا ہوا؟ عورت پوری ہسٹری میں انٹرٹینمنٹ کا رول کرتی رہی، تفریح کا رول۔ بس اسی سے اس کی زندگی شروع ہوتی ہے، اسی پہ اس کی زندگی ختم ہو جاتی ہے۔ سارے پوٹینشل اس کے ہیں، پڑے رہتے ہیں، وہ اویل نہیں کر پاتی اس کو۔ بس تفریح کا رول، تفریح کا رول، تفریح کا رول۔ میں سمجھتا ہوں کہ عورت</w:t>
      </w:r>
    </w:p>
    <w:p>
      <w:r>
        <w:rPr>
          <w:b/>
        </w:rPr>
        <w:t xml:space="preserve">[30:28] </w:t>
      </w:r>
      <w:r>
        <w:t>ko discover karna chahiye ke woh is se bara role is ke liye muqaddar hai. Woh hai positive role, creative role. Positive role aur creative role, yeh is ke muqaddar hai. Lekin is ke liye use law of nature ko manna hoga, law of nature ko samajhna hoga. Woh kya hai?</w:t>
      </w:r>
    </w:p>
    <w:p>
      <w:pPr>
        <w:jc w:val="right"/>
      </w:pPr>
      <w:r>
        <w:t>کو ڈسکور کرنا چاہیے کہ وہ اس سے بڑا رول اس کے لیے مقدر ہے۔ وہ ہے پازیٹیو رول، کریٹیو رول۔ پازیٹیو رول اور کریٹیو رول، یہ اس کے مقدر ہے۔ لیکن اس کے لیے اسے لاء آف نیچر کو ماننا ہوگا، لاء آف نیچر کو سمجھنا ہوگا۔ وہ کیا ہے؟</w:t>
      </w:r>
    </w:p>
    <w:p>
      <w:r>
        <w:rPr>
          <w:b/>
        </w:rPr>
        <w:t xml:space="preserve">[30:59] </w:t>
      </w:r>
      <w:r>
        <w:t>Woh yeh hai ke aurat aur mard ke darmiyan equality nahi hai, balke inequality hai. Yani gender equality jo hai, yeh ulta qanoon hai. Sahi baat hai ke gender inequality. Is ka matlab kya hua? Ke aap yeh koshish agar karein gender equality qaim karne mein, to aap hamesha nakaam rahenge. Sahi, sahi formula hai</w:t>
      </w:r>
    </w:p>
    <w:p>
      <w:pPr>
        <w:jc w:val="right"/>
      </w:pPr>
      <w:r>
        <w:t>وہ یہ ہے کہ عورت اور مرد کے درمیان ایکولٹی نہیں ہے، بلکہ ان ایکولٹی ہے۔ یعنی جینڈر ایکولٹی جو ہے، یہ الٹا قانون ہے۔ صحیح بات ہے کہ جینڈر ان ایکولٹی۔ اس کا مطلب کیا ہوا؟ کہ آپ یہ کوشش اگر کریں جینڈر ایکولٹی قائم کرنے میں، تو آپ ہمیشہ ناکام رہیں گے۔ صحیح، صحیح فارمولا ہے</w:t>
      </w:r>
    </w:p>
    <w:p>
      <w:r>
        <w:rPr>
          <w:b/>
        </w:rPr>
        <w:t xml:space="preserve">[31:29] </w:t>
      </w:r>
      <w:r>
        <w:t>gender cooperation. Gender equality nahi, gender cooperation. Yani do mr different aapas mein cooperate karein, ek doosre ke sath mil kar chalne ka faisla karein. Jaise aap jante hain ke cogwheel hota hai, aise to ek aise chalte hain, dono mil kar ke. To cogwheel jaisa mamla hai, ek doosre ko cooperate karte hain, dono dono wheel</w:t>
      </w:r>
    </w:p>
    <w:p>
      <w:pPr>
        <w:jc w:val="right"/>
      </w:pPr>
      <w:r>
        <w:t>جینڈر کوآپریشن۔ جینڈر ایکولٹی نہیں، جینڈر کوآپریشن۔ یعنی دو مسٹر ڈفرنٹ آپس میں کوآپریٹ کریں، ایک دوسرے کے ساتھ مل کر چلنے کا فیصلہ کریں۔ جیسے آپ جانتے ہیں کہ کاگ ویل ہوتا ہے، ایسے تو ایک ایسے چلتے ہیں، دونوں مل کر کے۔ تو کاگ ویل جیسا معاملہ ہے، ایک دوسرے کوآپریٹ کرتے ہیں، دونوں دونوں ویل</w:t>
      </w:r>
    </w:p>
    <w:p>
      <w:r>
        <w:rPr>
          <w:b/>
        </w:rPr>
        <w:t xml:space="preserve">[31:59] </w:t>
      </w:r>
      <w:r>
        <w:t>Ek wheel doosri wheel ke sath cooperate karta hai, tab poori machine chalti hai. To yeh mamla equality ka hai hi nahi, yeh mamla cooperation ka hai. So, you have to, you have to know the principle of cooperation, rather than principle of equality. Isi operation mein saari duniya padi hui hai, aur nateeja kya hai? Ke</w:t>
      </w:r>
    </w:p>
    <w:p>
      <w:pPr>
        <w:jc w:val="right"/>
      </w:pPr>
      <w:r>
        <w:t>۔ ایک ویل دوسری ویل کے ساتھ کوآپریٹ کرتا ہے، تب پوری مشین چلتی ہے۔ تو یہ معاملہ ایکولٹی کا ہے ہی نہیں، یہ معاملہ کوآپریشن کا ہے۔ سو، یو ہیو ٹو، یو ہیو ٹو نو دا پرنسپل آف کوآپریشن، رادر دین پرنسپل آف ایکولٹی۔ اسی آپریشن میں ساری دنیا پڑی ہوئی ہے، اور نتیجہ کیا ہے؟ کہ</w:t>
      </w:r>
    </w:p>
    <w:p>
      <w:r>
        <w:rPr>
          <w:b/>
        </w:rPr>
        <w:t xml:space="preserve">[32:29] </w:t>
      </w:r>
      <w:r>
        <w:t>jab aurat aur mard ekatha hote hain shadi kar ke, to do mr egoist ekatha ho jate hain. Ms egoist aur Mr egoist, aur hamesha ego problem hota rehta hai. Isi ka nateeja hota hai separation. Isi ka nateeja hua separation. Barabari ek concept hi law of nature ke khilaf hai. Sahi baat hai ke in nabrabri hai, inequality hai. Woh kis kis liye hai? Taake aap dono ek</w:t>
      </w:r>
    </w:p>
    <w:p>
      <w:pPr>
        <w:jc w:val="right"/>
      </w:pPr>
      <w:r>
        <w:t>جب عورت اور مرد اکٹھا ہوتے ہیں شادی کر کے، تو دو مسٹر ایگوئسٹ اکٹھا ہو جاتے ہیں۔ مس ایگوئسٹ اور مسٹر ایگوئسٹ، اور ہمیشہ ایگو پرابلم ہوتا رہتا ہے۔ اسی کا نتیجہ ہوتا ہے سیپریشن۔ اسی کا نتیجہ ہوا سیپریشن۔ برابری ایک کانسیپٹ ہی لاء آف نیچر کے خلاف ہے۔ صحیح بات ہے کہ ان نابرابری ہے، ان ایکولٹی ہے۔ وہ کس کس لیے ہے؟ تاکہ آپ دونوں ایک</w:t>
      </w:r>
    </w:p>
    <w:p>
      <w:r>
        <w:rPr>
          <w:b/>
        </w:rPr>
        <w:t xml:space="preserve">[32:59] </w:t>
      </w:r>
      <w:r>
        <w:t>doosre se cooperation karein. Jaise main keh sakta hoon ke suraj aur samandar dono mein equality nahi hai, inequality hai. Aap kahenge suraj jaisa hai, waisa samandar hai, ya samandar hai, waisa suraj hai, to kabhi barish nahi barsegi. Jo role suraj ka hai, wahi samandar ka hai. Jo samandar ka role, wahi suraj ka role hai. To ab, ab agar yeh aap chalayein, aap equality ek principle, to kabhi bhi rain hone wali nahi hai.</w:t>
      </w:r>
    </w:p>
    <w:p>
      <w:pPr>
        <w:jc w:val="right"/>
      </w:pPr>
      <w:r>
        <w:t>دوسرے سے کوآپریشن کریں۔ جیسے میں کہہ سکتا ہوں کہ سورج اور سمندر دونوں میں ایکولٹی نہیں ہے، ان ایکولٹی ہے۔ آپ کہیں گے سورج جیسا ہے، ویسا سمندر ہے، یا سمندر ہے، ویسا سورج ہے، تو کبھی بارش نہیں برسے گی۔ جو رول سورج کا ہے، وہی سمندر کا ہے۔ جو سمندر کا رول، وہی سورج کا رول ہے۔ تو اب، اب اگر یہ آپ چلائیں، آپ ایکولٹی ایک پرنسپل، تو کبھی بھی رین ہونے والی نہیں ہے۔</w:t>
      </w:r>
    </w:p>
    <w:p>
      <w:r>
        <w:rPr>
          <w:b/>
        </w:rPr>
        <w:t xml:space="preserve">[33:32] </w:t>
      </w:r>
      <w:r>
        <w:t>To nature mein alag role hai suraj ka, alag role hai samandar ka. To dono ek doosre se cooperate karte hain, tab rain hoti hai. Aisi aurat aur mard ko ek doosre ke sath cooperate karna chahiye. Tab yeh hoga ke aurat apne potential ko avail kar sake. Main jahan tak samjha hoon, ek bohat hi acha role hai aurat ka, woh hai</w:t>
      </w:r>
    </w:p>
    <w:p>
      <w:pPr>
        <w:jc w:val="right"/>
      </w:pPr>
      <w:r>
        <w:t>تو نیچر میں الگ رول ہے سورج کا، الگ رول ہے سمندر کا۔ تو دونوں ایک دوسرے سے کوآپریٹ کرتے ہیں، تب رین ہوتی ہے۔ ایسی عورت اور مرد کو ایک دوسرے کے ساتھ کوآپریٹ کرنا چاہیے۔ تب یہ ہوگا کہ عورت اپنے پوٹینشل کو اویل کر سکے۔ میں جہاں تک سمجھا ہوں، ایک بہت ہی اچھا رول ہے عورت کا، وہ ہے</w:t>
      </w:r>
    </w:p>
    <w:p>
      <w:r>
        <w:rPr>
          <w:b/>
        </w:rPr>
        <w:t xml:space="preserve">[34:02] </w:t>
      </w:r>
      <w:r>
        <w:t>advisor. Main samajhta hoon ke best advisor aurat hai kisi mard ki. Best advisor. Kyun? Ke agar is is taqseem ko maan liya jaye ke aurat apne workplace mein hai, mard apne workplace mein hai, dono ka workplace alag alag ho, to dono ek doosre ke liye best advisor ban sakte hain. Agar</w:t>
      </w:r>
    </w:p>
    <w:p>
      <w:pPr>
        <w:jc w:val="right"/>
      </w:pPr>
      <w:r>
        <w:t>ایڈوائزر۔ میں سمجھتا ہوں کہ بیسٹ ایڈوائزر عورت ہے کسی مرد کی۔ بیسٹ ایڈوائزر۔ کیوں؟ کہ اگر اس اس تقسیم کو مان لیا جائے کہ عورت اپنے ورک پلیس میں ہے، مرد اپنے ورک پلیس میں ہے، دونوں کا ورک پلیس الگ الگ ہو، تو دونوں ایک دوسرے کے لیے بیسٹ ایڈوائزر بن سکتے ہیں۔ اگر</w:t>
      </w:r>
    </w:p>
    <w:p>
      <w:r>
        <w:rPr>
          <w:b/>
        </w:rPr>
        <w:t xml:space="preserve">[34:33] </w:t>
      </w:r>
      <w:r>
        <w:t>ek workplace ek hi ho, to aap ghor kijiye, ek hi workplace mein dono hain, ab koi wahan par koi aisi baat hui jis se ek ek ko ghussa aaya, to doosre ko ghussa aa jayega. Dono ab normal ho jayenge, to kaun kis ko advice karega? Lekin agar aisa ho ke ek ka workplace doosra hai, doosre ka workplace doosra hai, to ek ko agar ghussa aaya, doosra baghair ghusse ka hoga, woh normal</w:t>
      </w:r>
    </w:p>
    <w:p>
      <w:pPr>
        <w:jc w:val="right"/>
      </w:pPr>
      <w:r>
        <w:t>ایک ورک پلیس ایک ہی ہو، تو آپ غور کیجئے، ایک ہی ورک پلیس میں دونوں ہیں، اب کوئی وہاں پر کوئی ایسی بات ہوئی جس سے ایک ایک کو غصہ آیا، تو دوسرے کو غصہ آ جائے گا۔ دونوں اب نارمل ہو جائیں گے، تو کون کس کو ایڈوائس کرے گا؟ لیکن اگر ایسا ہو کہ ایک کا ورک پلیس دوسرا ہے، دوسرے کا ورک پلیس دوسرا ہے، تو ایک کو اگر غصہ آیا، دوسرا بغیر غصے کا ہوگا، وہ نارمل</w:t>
      </w:r>
    </w:p>
    <w:p>
      <w:r>
        <w:rPr>
          <w:b/>
        </w:rPr>
        <w:t xml:space="preserve">[35:03] </w:t>
      </w:r>
      <w:r>
        <w:t>mood mein hoga, woh acha advice kar sakega. Is ko hum kahenge ke advisor ke liye zaroori hai ke woh ghair mutasir zehan ke sath ho. Mutasir zehan ke sath koi aadmi advice nahi kar sakta aap ko. Is ki main ek ek si mein example deta hoon. History se ek bohat acha example, woh example hai Emperor Akbar ka.</w:t>
      </w:r>
    </w:p>
    <w:p>
      <w:pPr>
        <w:jc w:val="right"/>
      </w:pPr>
      <w:r>
        <w:t>موڈ میں ہوگا، وہ اچھا ایڈوائس کر سکے گا۔ اس کو ہم کہیں گے کہ ایڈوائزر کے لیے ضروری ہے کہ وہ غیر متاثر ذہن کے ساتھ ہو۔ متاثر ذہن کے ساتھ کوئی آدمی ایڈوائس نہیں کر سکتا آپ کو۔ اس کی میں ایک ایک سی میں ایگزامپل دیتا ہوں۔ ہسٹری سے ایک بہت اچھا ایگزیمپل، وہ ایگزامپل ہے ایمپرر اکبر کا۔</w:t>
      </w:r>
    </w:p>
    <w:p>
      <w:r>
        <w:rPr>
          <w:b/>
        </w:rPr>
        <w:t xml:space="preserve">[35:34] </w:t>
      </w:r>
      <w:r>
        <w:t>Emperor Akbar, jo aap jante hain ke India mein Mughal rule shuru hua Babar se, us ke baad Humayun tha, to third tha Akbar. To aisa hua ke Akbar ke zamane mein ek aalim the, scholar the, bohat bade, un ka naam tha Mulla Abdul Nabi. Unhone Akbar ko jab woh bach, jab chota tha, to Akbar ko padhaya tha. Yani Mulla Abdul Nabi jo</w:t>
      </w:r>
    </w:p>
    <w:p>
      <w:pPr>
        <w:jc w:val="right"/>
      </w:pPr>
      <w:r>
        <w:t>ایمپرر اکبر، جو آپ جانتے ہیں کہ انڈیا میں مغل رول شروع ہوا بابر سے، اس کے بعد ہمایوں تھا، تو تھرڈ تھا اکبر۔ تو ایسا ہوا کہ اکبر کے زمانے میں ایک عالم تھے، اسکالر تھے، بہت بڑے، ان کا نام تھا ملا عبدالنبی۔ انہوں نے اکبر کو جب وہ بچ، جب جو چھوٹا تھا، تو اکبر کو پڑھایا تھا۔ یعنی ملا عبدالنبی جو</w:t>
      </w:r>
    </w:p>
    <w:p>
      <w:r>
        <w:rPr>
          <w:b/>
        </w:rPr>
        <w:t xml:space="preserve">[36:04] </w:t>
      </w:r>
      <w:r>
        <w:t>the, woh Akbar ke ustad the. To kya hua ke ek din aisa, aisa hua ke Mulla Abdul Nabi Akbar ke darbar mein aaye. To us din kuch hinduo ka, kuch Diwali waghera ka din tha. Akbar ne is lihaz se gerua kapra pehan liya tha, saffron, sirf is liye ke log, logo ki diljoi ke liye, logo ke jazbat ki riayat</w:t>
      </w:r>
    </w:p>
    <w:p>
      <w:pPr>
        <w:jc w:val="right"/>
      </w:pPr>
      <w:r>
        <w:t>تھے، وہ اکبر کے استاد تھے۔ تو کیا ہوا کہ ایک دن ایسا، ایسا ہوا کہ ملا عبدالنبی اکبر کے دربار میں آئے۔ تو اس دن کچھ ہندوؤں کا، کچھ دیوالی وغیرہ کا دن تھا۔ اکبر نے اس لحاظ سے گیروا کپڑا پہن لیا تھا، سیفرن، صرف اس لیے کہ لوگ، لوگوں کی دلجوئی کے لیے، لوگوں کے جذبات کی رعایت</w:t>
      </w:r>
    </w:p>
    <w:p>
      <w:r>
        <w:rPr>
          <w:b/>
        </w:rPr>
        <w:t xml:space="preserve">[36:34] </w:t>
      </w:r>
      <w:r>
        <w:t>ke liye. Main samajhta hoon is mein koi harj nahi tha. Agar aise kiya is ne aise to, lekin Mulla Abdul Nabi jo hai, bohat traditional qism ke aadmi the, woh ghussa ho gaye aur us jazbe ke tehat ke main Akbar ka ustad hoon, us ko un ke hath mein ek chhari hua karti thi, us chhari se Akbar ko mara. Ek darbar mein baitha hua hai, takht par baitha hua hai, woh saare log wahan par maujood hain, sab ke samne unhone Akbar ko mara</w:t>
      </w:r>
    </w:p>
    <w:p>
      <w:pPr>
        <w:jc w:val="right"/>
      </w:pPr>
      <w:r>
        <w:t>کے لیے۔ میں سمجھتا ہوں اس میں کوئی حرج نہیں تھا۔ اگر ایسے کیا اس نے ایسے تو، لیکن ملا عبدالنبی جو ہے، بہت ٹریڈیشنل قسم کے آدمی تھے، وہ غصہ ہو گئے اور اس جذبے کے تحت کہ میں اکبر کا استاد ہوں، اس کو ان کے ہاتھ میں ایک چھڑی ہوا کرتی تھی، اس چھڑی سے اکبر کو مار دیا۔ ایک دربار میں بیٹھا ہوا ہے، تخت پر بیٹھا ہوا ہے، وہ سارے لوگ وہاں پر موجود ہیں، سب کے سامنے انہوں نے اکبر کو مار دیا</w:t>
      </w:r>
    </w:p>
    <w:p>
      <w:r>
        <w:rPr>
          <w:b/>
        </w:rPr>
        <w:t xml:space="preserve">[37:04] </w:t>
      </w:r>
      <w:r>
        <w:t>dande se. To kya hua? Phir Akbar khamoshi ke sath chala gaya andar. Wahan us ki maa thi, us ka naam tha Mariam Zamani. To apni maa se Akbar ne kaha ke aaj bohat bura hua. Us ne poocha kya hua? Kaha ke Mulla Abdul Nabi ko main bohat izzat karta hoon, kyunke woh mere ustad the. Aaj unhone yeh kiya ke</w:t>
      </w:r>
    </w:p>
    <w:p>
      <w:pPr>
        <w:jc w:val="right"/>
      </w:pPr>
      <w:r>
        <w:t>ڈنڈے سے۔ تو کیا ہوا؟ پھر اکبر خاموشی کے ساتھ چلا گیا اندر۔ وہاں اس کی ماں تھی، اس کا نام تھا مریم زمانی۔ تو اپنی ماں سے اکبر نے کہا کہ آج بہت برا ہوا۔ اس نے پوچھا کیا ہوا؟ کہا کہ ملا عبدالنبی کو میں بہت عزت کرتا ہوں، کیونکہ وہ میرے استاد تھے۔ آج انہوں نے یہ کیا کہ</w:t>
      </w:r>
    </w:p>
    <w:p>
      <w:r>
        <w:rPr>
          <w:b/>
        </w:rPr>
        <w:t xml:space="preserve">[37:34] </w:t>
      </w:r>
      <w:r>
        <w:t>bhare darbar mein is ko dande se mara. Akbar ke dil mein yeh tha ke un ko qatl, qatl karwa de, kyunke ek munh se ek word us ke munh se nikalna tha aur uska sar qalb ho jata. Kyunke aap jante hain ke emperor tha woh. To ab Akbar jo tha, woh to influence tha in halaat se jahan ke woh waqia pesh aaya. Yani mutasir zehan ke sath sochta tha.</w:t>
      </w:r>
    </w:p>
    <w:p>
      <w:pPr>
        <w:jc w:val="right"/>
      </w:pPr>
      <w:r>
        <w:t>بھرے دربار میں اس کو ڈنڈے سے مار دیا۔ اکبر کے دل میں یہ تھا کہ ان کو قتل، قتل کروا دے، کیونکہ ایک منہ سے ایک ورڈ اس کے منہ سے نکلنا تھا اور اس کا سر قلب ہو جاتا۔ کیونکہ آپ جانتے ہیں کہ ایمپرر تھا وہ۔ تو اب اکبر جو تھا، وہ تو انفلوئنس تھا ان حالات سے جہاں کہ وہ واقعہ پیش آیا۔ یعنی متاثر ذہن کے ساتھ سوچتا تھا۔</w:t>
      </w:r>
    </w:p>
    <w:p>
      <w:r>
        <w:rPr>
          <w:b/>
        </w:rPr>
        <w:t xml:space="preserve">[38:06] </w:t>
      </w:r>
      <w:r>
        <w:t>Lekin us ki maa jo thi, woh bahar thi, ghar ke andar, woh ghair mutasir zehan ke sath soch sakti thi. Woh influence nahi ho sakti thi is waqie se, kyunke is mein woh present nahi thi. Woh to us ne kaha, maa ne kaha ke bete, maaf kar do. Ab dekhiye ke ek hai mutasir zehan yani Akbar ka, ek ghair mutasir zehan, woh hai maa ka.</w:t>
      </w:r>
    </w:p>
    <w:p>
      <w:pPr>
        <w:jc w:val="right"/>
      </w:pPr>
      <w:r>
        <w:t>لیکن اس کی ماں جو تھی، وہ باہر تھی، گھر کے اندر، وہ غیر متاثر ذہن کے ساتھ سوچ سکتی تھی۔ وہ انفلوئنس نہیں ہو سکتی تھی اس واقعے سے، کیونکہ اس میں وہ پریزنٹ نہیں تھی۔ وہ تو اس نے کہا، ماں نے کہا کہ بیٹے، معاف کر دو۔ اب دیکھیے کہ ایک ہے متاثر ذہن یعنی اکبر کا، ایک غیر متاثر ذہن، وہ ہے ماں کا۔</w:t>
      </w:r>
    </w:p>
    <w:p>
      <w:r>
        <w:rPr>
          <w:b/>
        </w:rPr>
        <w:t xml:space="preserve">[38:37] </w:t>
      </w:r>
      <w:r>
        <w:t>Yani ek influence mein hai, ek influence se bahar hai. To jo zehan, jo mind influence se bahar tha, woh bohat hi positive mein soch saka aur bohat hi positive qism ka advice de saka. To us ki maa ne kaha ke bete, maaf kar do. History mein likha jayega ke Emperor ne, Emperor ko bhare darbar mein dande se mara gaya aur us</w:t>
      </w:r>
    </w:p>
    <w:p>
      <w:pPr>
        <w:jc w:val="right"/>
      </w:pPr>
      <w:r>
        <w:t>یعنی ایک انفلوئنس میں ہے، ایک انفلوئنس سے باہر ہے۔ تو جو ذہن، جو مائنڈ انفلوئنس سے باہر تھا، وہ بہت ہی پازیٹیو میں سوچ سکا اور بہت ہی پازیٹیو قسم کا ایڈوائس دے سکا۔ تو اس کی ماں نے کہا کہ بیٹے، معاف کر دو۔ ہسٹری میں لکھا جائے گا کہ ایمپرر نے، ایمپرر کو بھرے دربار میں ڈنڈے سے مارا گیا اور اس</w:t>
      </w:r>
    </w:p>
    <w:p>
      <w:r>
        <w:rPr>
          <w:b/>
        </w:rPr>
        <w:t xml:space="preserve">[39:07] </w:t>
      </w:r>
      <w:r>
        <w:t>ne maaf kar diya. Aur waqatan woh history mein likha gaya, jis ko main aaj dohra raha hoon aap ke samne. To yeh main kehta hoon ke workplace ka ek hona, yeh bilkul yani stupid scheme hai ke dono agar ek hi workplace mein hain to dono hi ek hi dhang ke tassar mein jeete hain, ek hi cheezon se influence ho kar reh rahe hain. Woh to kaun kis ko advice karega? Is liye is ka</w:t>
      </w:r>
    </w:p>
    <w:p>
      <w:pPr>
        <w:jc w:val="right"/>
      </w:pPr>
      <w:r>
        <w:t>نے معاف کر دیا۔ اور واقعتا وہ ہسٹری میں لکھا گیا، جس کو میں آج دہرا رہا ہوں آپ کے سامنے۔ تو یہ میں کہتا ہوں کہ ورک پلیس کا ایک ہونا، یہ بالکل یعنی اسٹوپڈ اسکیم ہے کہ دونوں اگر ایک ہی ورک پلیس میں ہیں تو دونوں ہی ایک ہی ڈھنگ کے تاثر میں جیتے ہیں، ایک ہی چیزوں سے انفلوئنس ہو کر رہ رہے ہیں۔ وہ تو کون کس کو ایڈوائس کرے گا؟ اس لیے اس کا</w:t>
      </w:r>
    </w:p>
    <w:p>
      <w:r>
        <w:rPr>
          <w:b/>
        </w:rPr>
        <w:t xml:space="preserve">[39:37] </w:t>
      </w:r>
      <w:r>
        <w:t>Islam ki scheme yeh hai ke dono ka workplace alag alag ho. Maslan aurat jo hai, agar education ke, education ke workplace mein hai aur mard jo hai, administration mein kaam kar raha hai, to dono ek doosre ke liye best advisor ban sakte hain. To Islam ka jo, jo Islam ne jo rakha hai, usool woh degrade kar</w:t>
      </w:r>
    </w:p>
    <w:p>
      <w:pPr>
        <w:jc w:val="right"/>
      </w:pPr>
      <w:r>
        <w:t>اسلام کی اسکیم یہ ہے کہ دونوں کا ورک پلیس الگ الگ ہو۔ مثلاً عورت جو ہے، اگر ایجوکیشن کے، ایجوکیشن کے ورک پلیس میں ہے اور مرد جو ہے، ایڈمنسٹریشن میں کام کر رہا ہے، تو دونوں ایک دوسرے کے لیے بیسٹ ایڈوائزر بن سکتے ہیں۔ تو اسلام کا جو، جو اسلام نے جو رکھا ہے، اصول وہ ڈی گریڈ کر</w:t>
      </w:r>
    </w:p>
    <w:p>
      <w:r>
        <w:rPr>
          <w:b/>
        </w:rPr>
        <w:t xml:space="preserve">[40:07] </w:t>
      </w:r>
      <w:r>
        <w:t>na nahi hai, workplace ko badalna hai. Yani yeh hai wrong nomenclature, bad naam dena ek achi scheme ko. To is ko aap samajh lijiye ke Islam ka jo principle hai, woh yeh nahi hai ke dono mein barabari na rahe.</w:t>
      </w:r>
    </w:p>
    <w:p>
      <w:pPr>
        <w:jc w:val="right"/>
      </w:pPr>
      <w:r>
        <w:t>نا نہیں ہے، ورک پلیس کو بدلنا ہے۔ یعنی یہ ہے رونگ نامنکلیچر، بیڈ نام دینا ایک اچھی اسکیم کو۔ تو اس کو آپ سمجھ لیجئے کہ اسلام کا جو پرنسپل ہے، وہ یہ نہیں ہے کہ دونوں میں برابری نہ رہے۔</w:t>
      </w:r>
    </w:p>
    <w:p>
      <w:r>
        <w:rPr>
          <w:b/>
        </w:rPr>
        <w:t xml:space="preserve">[40:38] </w:t>
      </w:r>
      <w:r>
        <w:t>Barabari ka mamla nahi hai, do workplace ka mamla hai aur do workplace ke jahan aur faide hain. Bohat se faido mein se ek faida yeh hai ke dono ko best, behtareen, bohat hi achay qism ke advisor mil jate hain. Aap jante hain is baat ko achay tarike se ke advice karne ke liye healthy mind chahiye, unbiased mind chahiye, ghair mutasir zehan chahiye.</w:t>
      </w:r>
    </w:p>
    <w:p>
      <w:pPr>
        <w:jc w:val="right"/>
      </w:pPr>
      <w:r>
        <w:t>برابری کا معاملہ نہیں ہے، دو ورک پلیس کا معاملہ ہے اور دو ورک پلیس کے جہاں اور فائدے ہیں۔ بہت سے فائدوں میں سے ایک فائدہ یہ ہے کہ دونوں کو بیسٹ، بہترین، بہت ہی اچھے قسم کے ایڈوائزر مل جاتے ہیں۔ آپ جانتے ہیں اس بات کو اچھے طریقے سے کہ ایڈوائس کرنے کے لیے ہیلدی مائنڈ چاہیے، ان بائسڈ مائنڈ چاہیے، غیر متاثر ذہن چاہیے۔</w:t>
      </w:r>
    </w:p>
    <w:p>
      <w:r>
        <w:rPr>
          <w:b/>
        </w:rPr>
        <w:t xml:space="preserve">[41:09] </w:t>
      </w:r>
      <w:r>
        <w:t>To kitni achi scheme yeh hai ke workplace dono ka do ho. Duniya mein hazaron kaam hain, koi ek kaam to hai nahi, hazaron kaam hain. To Islam ka usool yeh hai ke workplace do kar diya jaye. Is ke bohat se faido mein se ek faida yeh hai jo main ne aap ki khidmat mein arz kiya, Akbar ki misaal ki surat mein. Quran mein ek ayat hai auraton, auraton ke bare mein ke khalaqa minkum azwajam litaskunu il</w:t>
      </w:r>
    </w:p>
    <w:p>
      <w:pPr>
        <w:jc w:val="right"/>
      </w:pPr>
      <w:r>
        <w:t>تو کتنی اچھی اسکیم یہ ہے کہ ورک پلیس دونوں کا دو ہو۔ دنیا میں ہزاروں کام ہیں، کوئی ایک کام تو ہے نہیں، ہزاروں کام ہیں۔ تو اسلام کا اصول یہ ہے کہ ورک پلیس دو کر دیا جائے۔ اس کے بہت سے فائدوں میں سے ایک فائدہ یہ ہے جو میں نے آپ کی خدمت میں عرض کیا، اکبر کی مثال کی صورت میں۔ قرآن میں ایک آیت ہے عورتوں، عورتوں کے بارے میں کہ خلق منفسکم ازواجا لتسکنو ال</w:t>
      </w:r>
    </w:p>
    <w:p>
      <w:r>
        <w:rPr>
          <w:b/>
        </w:rPr>
        <w:t xml:space="preserve">[41:39] </w:t>
      </w:r>
      <w:r>
        <w:t>ayaha. Ka matlab yeh hai ke God created spouses for you, so that you may find peace in them. Yeh yeh ayat jo hai Quran ki, yeh darasal wahi jo main ne kaha, yeh creation plan ko bata rahi hai. Yani Khuda ke mutabiq jo cre</w:t>
      </w:r>
    </w:p>
    <w:p>
      <w:pPr>
        <w:jc w:val="right"/>
      </w:pPr>
      <w:r>
        <w:t>یہا۔ کا مطلب یہ ہے کہ گاڈ کریٹڈ اسپاؤزز فار یو، سو دیٹ یو می فائنڈ پیس ان دیم۔ یہ یہ آیت جو ہے قرآن کی، یہ دراصل وہی جو میں نے کہا، یہ کریشن پلان کو بتا رہی ہے۔ یعنی خدا کے مطابق جو کری</w:t>
      </w:r>
    </w:p>
    <w:p>
      <w:r>
        <w:rPr>
          <w:b/>
        </w:rPr>
        <w:t xml:space="preserve">[42:09] </w:t>
      </w:r>
      <w:r>
        <w:t>ation plan hai aur jo law of nature hai, woh kya hai? Us ko bata rahi hai. Woh kya hai ke aurat aur mard dono ek doosre ke liye peace ka source bane. God created spouses so that they find peace in them. Yeh dono ke liye hai. Dekhein, aap peace ka jo word hai, woh kisi limited sense mein nahi hai,</w:t>
      </w:r>
    </w:p>
    <w:p>
      <w:pPr>
        <w:jc w:val="right"/>
      </w:pPr>
      <w:r>
        <w:t>شن پلان ہے اور جو لاء آف نیچر ہے، وہ کیا ہے؟ اس کو بتا رہی ہے۔ وہ کیا ہے کہ عورت اور مرد دونوں ایک دوسرے کے لیے پیس کا سورس بنے۔ گاڈ کریٹڈ اسپاؤزز سو دیٹ دے فائنڈ پیس ان دیم۔ یہ دونوں کے لیے ہے۔ دیکھیں، آپ پیس کا جو ورڈ ہے، وہ کسی لمٹڈ سینس میں نہیں ہے،</w:t>
      </w:r>
    </w:p>
    <w:p>
      <w:r>
        <w:rPr>
          <w:b/>
        </w:rPr>
        <w:t xml:space="preserve">[42:41] </w:t>
      </w:r>
      <w:r>
        <w:t>boht hi yani har har cheez ko cover kar raha hai. woh ke peaceful mind aur aik doosray ke sath mil jul kar rehna, adjust kar ke rehna, aik doosray ke useful banna, aik doosray ke liye boht achhay partner banna, aik doosray ke liye best advisor banna, yeh sab is mein included hai. yeh Khuda ki scheme hai. to is scheme ko samnay rakh kar</w:t>
      </w:r>
    </w:p>
    <w:p>
      <w:pPr>
        <w:jc w:val="right"/>
      </w:pPr>
      <w:r>
        <w:t>بہت ہی یعنی ہر ہر چیز کو کور کر رہا ہے۔ وہ کہ پیس فل مائنڈ اور ایک دوسرے کے ساتھ مل جل کر رہنا، ایڈجسٹ کر کے رہنا، ایک دوسرے کے یوزفل بننا، ایک دوسرے کے لیے بہت اچھے پارٹنر بننا، ایک دوسرے کے لیے بیسٹ ایڈوائزر بننا، یہ سب اس میں انکلوڈڈ ہے۔ یہ خدا کی اسکیم ہے۔ تو اس اسکیم کو سامنے رکھ کر</w:t>
      </w:r>
    </w:p>
    <w:p>
      <w:r>
        <w:rPr>
          <w:b/>
        </w:rPr>
        <w:t xml:space="preserve">[43:12] </w:t>
      </w:r>
      <w:r>
        <w:t>jab aap zindagi ka naqsha banayen gay to tabhi woh naqsha sahi hoga. agar is scheme ko samnay na rakha jaye, apnay mind se aik soch liya jaye, kuch to mind se jo sochen gay aap, woh practical tajrubay mein fail ho jaye ga. jaisay misaal ke tor par economic field mein boht say reformer uthay duniya mein</w:t>
      </w:r>
    </w:p>
    <w:p>
      <w:pPr>
        <w:jc w:val="right"/>
      </w:pPr>
      <w:r>
        <w:t>جب آپ زندگی کا نقشہ بنائیں گے تو تبھی وہ نقشہ صحیح ہوگا۔ اگر اس اسکیم کو سامنے نہ رکھا جائے، اپنے مائنڈ سے ایک سوچ لیا جائے، کچھ تو مائنڈ سے جو سوچیں گے آپ، وہ پریکٹیکل تجربے میں فیل ہو جائے گا۔ جیسے مثال کے طور پر اکنامک فیلڈ میں بہت سے ریفارمر اٹھے دنیا میں</w:t>
      </w:r>
    </w:p>
    <w:p>
      <w:r>
        <w:rPr>
          <w:b/>
        </w:rPr>
        <w:t xml:space="preserve">[43:42] </w:t>
      </w:r>
      <w:r>
        <w:t>jinho nay socha ke economic equality yeh dream raha hai sankaron saal se logon ka, lekin economic equality aik sirf aik aik khayali baat hai. kyun? jab nature sab ko barabar nahi paida kar rahi hai, kisi ko physically strong paida kar rahi hai, kisi ko physically weak paida kar rahi hai, kisi ka brain boht ziyada zabardast hai, kisi ka brain kam zabardast hai, koi boht emotional hai. yani har aa</w:t>
      </w:r>
    </w:p>
    <w:p>
      <w:pPr>
        <w:jc w:val="right"/>
      </w:pPr>
      <w:r>
        <w:t>جنہوں نے سوچا کہ اکنامک ایکولٹی یہ ڈریم رہا ہے سینکڑوں سال سے لوگوں کا، لیکن اکنامک ایکولٹی ایک صرف ایک ایک خیالی بات ہے۔ کیوں؟ جب نیچر سب کو برابر نہیں پیدا کر رہی ہے، کسی کو فزیکلی سٹرانگ پیدا کر رہی ہے، کسی کو فزیکلی ویک پیدا کر رہی ہے، کسی کا برین بہت زیادہ زبردست ہے، کسی کا برین کم زبردست ہے، کوئی بہت ایموشنل ہے۔ یعنی ہر آ</w:t>
      </w:r>
    </w:p>
    <w:p>
      <w:r>
        <w:rPr>
          <w:b/>
        </w:rPr>
        <w:t xml:space="preserve">[44:12] </w:t>
      </w:r>
      <w:r>
        <w:t>dmi different hai. to aap economic equality kaisay layen gay? to yeh nature ke mutabiq nahi hai. aur doosri baat yeh hai ke nature nay jo inequality rakhi hai economic field mein, woh koi evil nahi hai. isi se challenge paida hota hai. agar economic field mein inequality na ho to kya hoga? challenge nahi hoga, competition nahi hoga, to taraqqi kaisay hogi</w:t>
      </w:r>
    </w:p>
    <w:p>
      <w:pPr>
        <w:jc w:val="right"/>
      </w:pPr>
      <w:r>
        <w:t>دمی ڈفرنٹ ہے۔ تو آپ اکنامک ایکولٹی کیسے لائیں گے؟ تو یہ نیچر کے مطابق نہیں ہے۔ اور دوسری بات یہ ہے کہ نیچر نے جو ان ایکولٹی رکھی ہے اکنامک فیلڈ میں، وہ کوئی ایول نہیں ہے۔ اسی سے چیلنج پیدا ہوتا ہے۔ اگر اکنامک فیلڈ میں ان ایکولٹی نہ ہو تو کیا ہوگا؟ چیلنج نہیں ہوگا، کمپیٹیشن نہیں ہوگا، تو ترقی کیسے ہوگی</w:t>
      </w:r>
    </w:p>
    <w:p>
      <w:r>
        <w:rPr>
          <w:b/>
        </w:rPr>
        <w:t xml:space="preserve">[44:42] </w:t>
      </w:r>
      <w:r>
        <w:t>? isi liye main kaha karta hoon ke sankaron saal se hamaray saray thinkers, reformers yeh sochtay rahay hain ke ke haves aur have-nots mein bantatay rahay insaniyat ko. kuch haves hain, kuch have-nots. main nay arz ki ke jhooti taqseem hai, jhooti taqseem hai. sahi taqseem yeh hai ke kuch potential haves hain, kuch actual haves hain. jaisay hamaray Doc</w:t>
      </w:r>
    </w:p>
    <w:p>
      <w:pPr>
        <w:jc w:val="right"/>
      </w:pPr>
      <w:r>
        <w:t>؟ اسی لیے میں کہا کرتا ہوں کہ سینکڑوں سال سے ہمارے سارے تھنکرز، ریفارمرز یہ سوچتے رہے ہیں کہ کہ ہیوز اور ہیو ناٹس میں بانٹتے رہے انسانیت کو۔ کچھ ہیوز ہیں، کچھ ہیو ناٹس۔ میں نے عرض کی کہ جھوٹی تقسیم ہے، جھوٹی تقسیم ہے۔ صحیح تقسیم یہ ہے کہ کچھ پوٹینشل ہیوز ہیں، کچھ ایکچول ہیوز ہیں۔ جیسے ہمارے ڈاک</w:t>
      </w:r>
    </w:p>
    <w:p>
      <w:r>
        <w:rPr>
          <w:b/>
        </w:rPr>
        <w:t xml:space="preserve">[45:12] </w:t>
      </w:r>
      <w:r>
        <w:t>tor Abdul Kalam jo hamaray President hain, bachpan mein potential sense mein woh haves thay, magar actual sense mein have-nots thay. woh ab aaj jo hai, woh unka potential actual ban chuka hai. woh have-not se nikal kar have mein aa gaye hain, have ki list mein aa gaye hain. woh to zindagi mein yahi hota rehta hai. har aadmi koshish karta hai, daur karta hai, challenge ka samna karta hai aur aagay barhta hai.</w:t>
      </w:r>
    </w:p>
    <w:p>
      <w:pPr>
        <w:jc w:val="right"/>
      </w:pPr>
      <w:r>
        <w:t>ٹر عبدالکلام جو ہمارے پریزیڈنٹ ہیں، بچپن میں پوٹینشل سینس میں وہ ہیوز تھے، مگر ایکچول سینس میں ہیو ناٹس تھے۔ وہ اب آج جو ہے، وہ ان کا پوٹینشل ایکچول بن چکا ہے۔ وہ ہیو ناٹ سے نکل کر ہیو میں آ گئے ہیں، ہیو کی لسٹ میں آ گئے ہیں۔ وہ تو زندگی میں یہی ہوتا رہتا ہے۔ ہر آدمی کوشش کرتا ہے، دوڑ کرتا ہے، چیلنج کا سامنا کرتا ہے اور آگے بڑھتا ہے۔</w:t>
      </w:r>
    </w:p>
    <w:p>
      <w:r>
        <w:rPr>
          <w:b/>
        </w:rPr>
        <w:t xml:space="preserve">[45:43] </w:t>
      </w:r>
      <w:r>
        <w:t>isi liye nature nay barabri nahi rakhi. barabri hoti to zindagi ki activities khatam ho jati. zindagi ki activities ko jari rakhnay ke liye zaroori tha ke barabri na ho. ab aap jo sochtay hain ke economic equality, to aap nature ke against mein soch rahay hain, jo honay wali nahi hai. kaisay hogi? jab nature ki scheme hi woh na ho to kaisay ho jaye gi? yahan main aap</w:t>
      </w:r>
    </w:p>
    <w:p>
      <w:pPr>
        <w:jc w:val="right"/>
      </w:pPr>
      <w:r>
        <w:t>اسی لیے نیچر نے برابری نہیں رکھی۔ برابری ہوتی تو زندگی کی ایکٹیویٹیز ختم ہو جاتی۔ زندگی کی ایکٹیویٹیز کو جاری رکھنے کے لیے ضروری تھا کہ برابری نہ ہو۔ اب آپ جو سوچتے ہیں کہ اکنامک ایکولٹی، تو آپ نیچر کے اگینسٹ میں سوچ رہے ہیں، جو ہونے والی نہیں ہے۔ کیسے ہوگی؟ جب نیچر کی اسکیم ہی وہ نہ ہو تو کیسے ہو جائے گی؟ یہاں میں آپ</w:t>
      </w:r>
    </w:p>
    <w:p>
      <w:r>
        <w:rPr>
          <w:b/>
        </w:rPr>
        <w:t xml:space="preserve">[46:13] </w:t>
      </w:r>
      <w:r>
        <w:t>ko history ki aik misaal dena chahoon ga ke kisi aurat nay kis tarah apnay potential ko istemal kar ke boht bara kaam kiya. meray study ke mutabiq aisi auratain boht kam hain, kyunke beshtar auratain wohi hain ke apnay aap pe jeeti hain aur mar jati hain. apnay aap pe jeeti hain aur mar jati hain. woh jananay ki koshish nahi karti ke law of nature kya hai. nature ke mutabiq unka potential kya hai,</w:t>
      </w:r>
    </w:p>
    <w:p>
      <w:pPr>
        <w:jc w:val="right"/>
      </w:pPr>
      <w:r>
        <w:t>کو ہسٹری کی ایک مثال دینا چاہوں گا کہ کسی عورت نے کس طرح اپنے پوٹینشل کو استعمال کر کے بہت بڑا کام کیا۔ میرے اسٹڈی کے مطابق ایسی عورتیں بہت کم ہیں، کیونکہ بیشتر عورتیں وہی ہیں کہ اپنے آپ پہ جیتی ہیں اور مر جاتی ہیں۔ اپنے آپ پہ جیتی ہیں اور مر جاتی ہیں۔ وہ جاننے کی کوشش نہیں کرتی کہ لاء آف نیچر کیا ہے۔ نیچر کے مطابق ان کا پوٹینشل کیا ہے،</w:t>
      </w:r>
    </w:p>
    <w:p>
      <w:r>
        <w:rPr>
          <w:b/>
        </w:rPr>
        <w:t xml:space="preserve">[46:44] </w:t>
      </w:r>
      <w:r>
        <w:t>yeh jananay ki koshish nahi karti. surat yeh hai ke woh aisay hi jeeti hain, aisay hi mar jati hain. to main do misaalain aap ko pesh karna chahta hoon. yahan par aik misaal hai Thomas Alva Edison ki. yeh America ka scientist tha, jis ki death hui hai 1931 mein. 1931 mein Thomas Alva Edison. aap jantay hain ke yeh boht hi bara inventor mana jata hai, shayad sab se bara. boht ziyada</w:t>
      </w:r>
    </w:p>
    <w:p>
      <w:pPr>
        <w:jc w:val="right"/>
      </w:pPr>
      <w:r>
        <w:t>یہ جاننے کی کوشش نہیں کرتی۔ صورت یہ ہے کہ وہ ایسے ہی جیتی ہیں، ایسے ہی مر جاتی ہیں۔ تو میں دو مثالیں آپ کو پیش کرنا چاہتا ہوں۔ یہاں پر ایک مثال ہے تھامس الوائی ایڈیشن کی۔ یہ امریکہ کا سائنٹسٹ تھا، جس کی ڈیتھ ہوئی ہے 1931 میں۔ 1931 میں تھامس الوائی ایڈیشن۔ آپ جانتے ہیں کہ یہ بہت ہی بڑا انوینٹر مانا جاتا ہے، شاید سب سے بڑا۔ بہت زیادہ</w:t>
      </w:r>
    </w:p>
    <w:p>
      <w:r>
        <w:rPr>
          <w:b/>
        </w:rPr>
        <w:t xml:space="preserve">[47:14] </w:t>
      </w:r>
      <w:r>
        <w:t>cheezain uss nay invent kayin. to kya hua? Thomas Alva Edison jo tha, school mein parhta tha aur teacher nay us ko nikal diya. kyun? us ko uss nay samjha ke yeh retard bachcha hai. aik kaan se woh sun nahi sakta tha, doosray kaan se bhi thora kam hi sunta tha. to kam sunnay ka unhon nay samjha ke retard bachcha hai, us ko nikal diya. aur phir uss ka, uss ko kisi</w:t>
      </w:r>
    </w:p>
    <w:p>
      <w:pPr>
        <w:jc w:val="right"/>
      </w:pPr>
      <w:r>
        <w:t>چیزیں اس نے انوینٹ کیں۔ تو کیا ہوا؟ تھامس الوائی ایڈیشن جو تھا، اسکول میں پڑھتا تھا اور ٹیچر نے اس کو نکال دیا۔ کیوں؟ اس کو اس نے سمجھا کہ یہ ریڈ آرڈر بچہ ہے۔ ایک کان سے وہ سن نہیں سکتا تھا، دوسرے کان سے بھی تھوڑا کم ہی سنتا تھا۔ تو کم سننے کا انہوں نے سمجھا کہ ریٹارڈر بچہ ہے، اس کو نکال دیا۔ اور پھر اس کا، اس کو کسی</w:t>
      </w:r>
    </w:p>
    <w:p>
      <w:r>
        <w:rPr>
          <w:b/>
        </w:rPr>
        <w:t xml:space="preserve">[47:44] </w:t>
      </w:r>
      <w:r>
        <w:t>school mein admission nahi mila. yehi insaan jo hai, woh Thomas Alva Edison bana, jis nay yeh jo bulb aap gharon mein jalte hain, safaid bulb, yeh safaid bulb kisi Edison nay banaya tha. aur sari duniya mein aap dekhtay hain safaid bulb, jis ko mercury bulb kaha jata hai, yeh sab Edison nay banaya tha. aur boht sari cheezain, boht sari cheezain. to kya hua? uss ki maa thi, uss ka naam tha Nancy</w:t>
      </w:r>
    </w:p>
    <w:p>
      <w:pPr>
        <w:jc w:val="right"/>
      </w:pPr>
      <w:r>
        <w:t>اسکول میں ایڈمیشن نہیں ملا۔ یہی انسان جو ہے، وہ تھامس الوائی ایڈیشن بنا، جس نے یہ جو بلب آپ گھروں میں جلتے ہیں، سفید بلب، یہ سفید بلب کسی ایڈیشن نے بنایا تھا۔ اور ساری دنیا میں آپ دیکھتے ہیں سفید بلب، جس کو مرکری بلب کہا جاتا ہے، یہ سب ایڈیشن نے بنایا تھا۔ اور بہت ساری چیزیں، بہت ساری چیزیں۔ تو کیا ہوا؟ اس کی ماں تھی، اس کا نام تھا نینسی</w:t>
      </w:r>
    </w:p>
    <w:p>
      <w:r>
        <w:rPr>
          <w:b/>
        </w:rPr>
        <w:t xml:space="preserve">[48:15] </w:t>
      </w:r>
      <w:r>
        <w:t>, Miss Nancy. Nancy aik teacher thi. jab uss nay dekha ke meray bachchay ko kahin admission milnay wala nahi hai, logon nay declare kar diya retard hai woh. lekin uss nay dekha ke yeh intelligent bachcha hai, aisa nahi hai ke woh uss ke andar mind na ho. to apnay saray attention uss nay bachchay par laga di. sab se pehlay uss ke andar learn</w:t>
      </w:r>
    </w:p>
    <w:p>
      <w:pPr>
        <w:jc w:val="right"/>
      </w:pPr>
      <w:r>
        <w:t>، مس نینسی۔ نینسی ایک ٹیچر تھی۔ جب اس نے دیکھا کہ میرے بچے کو کہیں ایڈیشن، کہیں ایڈمیشن ملنے والا نہیں ہے، لوگوں نے ڈیکلیئر کر دیا ریٹارڈر ہے وہ۔ لیکن اس نے دیکھا کہ یہ انٹیلیجنٹ بچہ ہے، ایسا نہیں ہے کہ وہ اس کے اندر مائنڈ نہ ہو۔ تو اپنے سارے اٹینشن اس نے بچے پر لگا دی۔ سب سے پہلے اس کے اندر لرن</w:t>
      </w:r>
    </w:p>
    <w:p>
      <w:r>
        <w:rPr>
          <w:b/>
        </w:rPr>
        <w:t xml:space="preserve">[48:45] </w:t>
      </w:r>
      <w:r>
        <w:t>ing ka shauq paida kiya. woh kehta hai ke learning ka shauq sab se pehlay meray bachchay, meri maa nay meray andar paida kiya, warna main janta nahi tha ke learning koi important cheez hai. aur uss kay baad uss ko parhaya, uss ke liye kitaben layeen, uss ko English mein acha banaya, uss ke liye laboratory banai, ghar kay andar boht kuch karti rahi. yahan par dekhiye, main aksar sochta hoon ke agar woh bachcha uss ka beautiful bachcha hota to</w:t>
      </w:r>
    </w:p>
    <w:p>
      <w:pPr>
        <w:jc w:val="right"/>
      </w:pPr>
      <w:r>
        <w:t>نگ کا شوق پیدا کیا۔ وہ کہتا ہے کہ لرننگ کا شوق سب سے پہلے میرے بچے، میری ماں نے میرے اندر پیدا کیا، ورنہ میں جانتا نہیں تھا کہ لرننگ کوئی امپورٹنٹ چیز ہے۔ اور اس کے بعد اس کو پڑھایا، اس کے لیے کتابیں لائیں، اس کو انگلش میں اچھا بنایا، اس کے لیے لیبریٹری بنائی، گھر کے اندر بہت کچھ کرتی رہی۔ یہاں پر دیکھیے، میں اکثر سوچتا ہوں کہ اگر وہ بچہ اس کا بیوٹی فل بچہ ہوتا تو</w:t>
      </w:r>
    </w:p>
    <w:p>
      <w:r>
        <w:rPr>
          <w:b/>
        </w:rPr>
        <w:t xml:space="preserve">[49:15] </w:t>
      </w:r>
      <w:r>
        <w:t>shayad yeh bhi na hota. to beautiful bachchay ko khilona lati hai, chocolate khilati hai. jaisa ke moazzaz dekhen, qissa main nay bayan kiya aap ki khidmat mein. apnay beautiful bachchon ke liye woh apnay ko fana ki hui hai. woh bachcha, bachcha retard tha, shakal surat bhi achhi nahi thi. to uss ko, uss ko khilona aur toffee ka woh nahi ban saka, balkay uss nay parhaya. uss ko parhatay parhatay uss ko scientist bana diya. to main samajhta hoon ke yeh aik achhi mis</w:t>
      </w:r>
    </w:p>
    <w:p>
      <w:pPr>
        <w:jc w:val="right"/>
      </w:pPr>
      <w:r>
        <w:t>شاید یہ بھی نہ ہوتا۔ تو بیوٹی فل بچے کو کھلونا لاتی ہے، چاکلیٹ کھلاتی ہے۔ جیسا کہ معزز دیکھیں، قصہ میں نے بیان کیا آپ کی خدمت میں۔ اپنے بیوٹی فل بچوں کے لیے وہ اپنے کو فنا کی ہوئی ہے۔ وہ بچہ، بچہ ریٹارڈر تھا، شکل صورت بھی اچھی نہیں تھی۔ تو اس کو، اس کو کھلونا اور ٹافی کا وہ نہیں بن سکا، بلکہ اس نے پڑھایا۔ اس کو پڑھاتے پڑھاتے اس کو سائنٹسٹ بنا دیا۔ تو میں سمجھتا ہوں کہ یہ ایک اچھی مث</w:t>
      </w:r>
    </w:p>
    <w:p>
      <w:r>
        <w:rPr>
          <w:b/>
        </w:rPr>
        <w:t xml:space="preserve">[49:45] </w:t>
      </w:r>
      <w:r>
        <w:t>aal hai history mein ke aik aurat nay aik retard bachchay ko jab apni target banaya to uss ko aik bara scientist bana diya. uss nay aisi history mein misaalain boht kam hain, meray ilm mein to nahi hain, lekin uss mein aap dekh saktay hain ke kis tarah aik aurat apnay potential ko</w:t>
      </w:r>
    </w:p>
    <w:p>
      <w:pPr>
        <w:jc w:val="right"/>
      </w:pPr>
      <w:r>
        <w:t>ال ہے ہسٹری میں کہ ایک عورت نے ایک ریٹارڈر بچے کو جب اپنی ٹارگٹ بنایا تو اس کو ایک بڑا سائنٹسٹ بنا دیا۔ اس نے ایسی ہسٹری میں مثالیں بہت کم ہیں، میرے علم میں تو نہیں ہیں، لیکن اس میں آپ دیکھ سکتے ہیں کہ کس طرح ایک عورت اپنے پوٹینشل کو</w:t>
      </w:r>
    </w:p>
    <w:p>
      <w:r>
        <w:rPr>
          <w:b/>
        </w:rPr>
        <w:t xml:space="preserve">[50:16] </w:t>
      </w:r>
      <w:r>
        <w:t>insaniyat ki taameer mein istemal kar sakti hai. kis tarah insaniyat ki taraqqi mein woh insaan ke insaniyat ki taraqqi ke qafilay ko aagay barha sakti hai. yeh sirf Miss Nancy hi ke liye possible nahi tha, balkay har aik ke liye possible hai. main samajhta hoon ke har aurat ke liye possible hai ke woh tareekh ke safar ko aagay barhaye aur</w:t>
      </w:r>
    </w:p>
    <w:p>
      <w:pPr>
        <w:jc w:val="right"/>
      </w:pPr>
      <w:r>
        <w:t>انسانیت کی تعمیر میں استعمال کر سکتی ہے۔ کس طرح انسانیت کی ترقی میں وہ انسان کے انسانیت کی ترقی کے قافلے کو آگے بڑھا سکتی ہے۔ یہ صرف مس مس نینسی ہی کے لیے پاسیبل نہیں تھا، بلکہ ہر ایک کے لیے پاسیبل ہے۔ میں سمجھتا ہوں کہ ہر عورت کے لیے پاسیبل ہے کہ وہ تاریخ کے سفر کو آگے بڑھائے اور</w:t>
      </w:r>
    </w:p>
    <w:p>
      <w:r>
        <w:rPr>
          <w:b/>
        </w:rPr>
        <w:t xml:space="preserve">[50:46] </w:t>
      </w:r>
      <w:r>
        <w:t>koi bara kaam kar ke duniya se jaye, bashart yeh ke woh apnay potential ko daryaft karay aur uss ko manage kar sakay. main samajhta hoon ke Khuda nay aurat aur mard dono ke liye iss duniya mein boht bara role banaya hai, boht bara role rakha hai. lekin yeh role jo hai, base karta hai cooperation par, equality par nahi.</w:t>
      </w:r>
    </w:p>
    <w:p>
      <w:pPr>
        <w:jc w:val="right"/>
      </w:pPr>
      <w:r>
        <w:t>کوئی بڑا کام کر کے دنیا سے جائے، بشرط یہ کہ وہ اپنے پوٹینشل کو دریافت کرے اور اس کو مینج کر سکے۔ میں سمجھتا ہوں کہ خدا نے عورت اور مرد دونوں کے لیے اس دنیا میں بہت بڑا رول بنایا ہے، بہت بڑا رول رکھا ہے۔ لیکن یہ رول جو ہے، بیس کرتا ہے کوآپریشن پر، ایکولٹی پر نہیں۔</w:t>
      </w:r>
    </w:p>
    <w:p>
      <w:r>
        <w:rPr>
          <w:b/>
        </w:rPr>
        <w:t xml:space="preserve">[51:18] </w:t>
      </w:r>
      <w:r>
        <w:t>agar dono equal role chahen to kuch bhi nahi kar payen gay dono. lekin agar cooperation ke sath chalain, cog wheel ki tarah aik doosray ke sath cooperate karen to woh boht bara role kar sakengay. jaisay ke barish hai, to agar suraj akela chahe ke woh barish barsaye to nahi kar sakta. woh samandar agar akela chahe barish bar</w:t>
      </w:r>
    </w:p>
    <w:p>
      <w:pPr>
        <w:jc w:val="right"/>
      </w:pPr>
      <w:r>
        <w:t>اگر دونوں ایکول رول چاہیں تو کچھ بھی نہیں کر پائیں گے دونوں۔ لیکن اگر کوآپریشن کے ساتھ چلیں، کاگ ویل کی طرح ایک دوسرے کے ساتھ کوآپریٹ کریں تو وہ بہت بڑا رول کر سکیں گے۔ جیسے کہ بارش ہے، تو اگر سورج اکیلا چاہے کہ وہ بارش برسائے تو نہیں کر سکتا۔ وہ سمندر اگر اکیلا چاہے بارش بر</w:t>
      </w:r>
    </w:p>
    <w:p>
      <w:r>
        <w:rPr>
          <w:b/>
        </w:rPr>
        <w:t xml:space="preserve">[51:48] </w:t>
      </w:r>
      <w:r>
        <w:t>sana to woh bhi nahi kar sakti. to dono ke cooperation se woh cheez wajood mein aati hai jis ko hum rain ya barish kehtay hain. yehi muamla aurat aur mard ka hai. main samajhta hoon ke yeh aik false obsession hai jis ko hum kehtay hain equality. equality ka matlab yeh hota hai ke dono ka work place aik ho. that is impossible. boht jo jo</w:t>
      </w:r>
    </w:p>
    <w:p>
      <w:pPr>
        <w:jc w:val="right"/>
      </w:pPr>
      <w:r>
        <w:t>سانا تو وہ بھی نہیں کر سکتی۔ تو دونوں کے کوآپریشن سے وہ چیز وجود میں آتی ہے جس کو ہم رین یا بارش کہتے ہیں۔ یہی معاملہ عورت اور مرد کا ہے۔ میں سمجھتا ہوں کہ یہ ایک فالس ابسیشن ہے جس کو ہم کہتے ہیں ایکولٹی۔ ایکولٹی کا مطلب یہ ہوتا ہے کہ دونوں کا ورک پلیس ایک ہو۔ دیٹ از امپوسیبل۔ بہت جو جو</w:t>
      </w:r>
    </w:p>
    <w:p>
      <w:r>
        <w:rPr>
          <w:b/>
        </w:rPr>
        <w:t xml:space="preserve">[52:19] </w:t>
      </w:r>
      <w:r>
        <w:t>sahi formula hai, woh hai, woh woh hai jo base karta hai cooperation par. dono aik doosray ke partner banen, dono aik doosray ke sath share karen, dono aik doosray ke sath adjust kartay huay cooperation den aik doosray ko, tab woh koi bara role kar saktay hain. isi cheez ko na samajhnay ki wajah se aurat sankaron saal se show item bani hui hai. show item aaj ke iss modern age mein bhi aurat abhi</w:t>
      </w:r>
    </w:p>
    <w:p>
      <w:pPr>
        <w:jc w:val="right"/>
      </w:pPr>
      <w:r>
        <w:t>صحیح فارمولا ہے، وہ ہے، وہ وہ ہے جو بیس کرتا ہے کوآپریشن پر۔ دونوں ایک دوسرے کے پارٹنر بنیں، دونوں ایک دوسرے کے ساتھ شیئر کریں، دونوں ایک دوسرے کے ساتھ ایڈجسٹ کرتے ہوئے کوآپریشن دیں ایک دوسرے کو، تب وہ کوئی بڑا رول کر سکتے ہیں۔ اسی چیز کو نہ سمجھنے کی وجہ سے عورت سینکڑوں سال سے شو آئٹم بنی ہوئی ہے۔ شو آئٹم آج کے اس ماڈرن ایج میں بھی عورت ابھی</w:t>
      </w:r>
    </w:p>
    <w:p>
      <w:r>
        <w:rPr>
          <w:b/>
        </w:rPr>
        <w:t xml:space="preserve">[52:49] </w:t>
      </w:r>
      <w:r>
        <w:t>tak show item hai. bas koi positive role abhi bhi nahi kar pa rahi aurat. to kya aurat ka muqaddar yahi hai ke woh show item banay aur mar jaye? to show item to guriya bhi karti hai. jo log banatay hain karkhanon mein guriya, woh bhi aik show item hota hai. to aurat ko sab se pehlay yeh janna hai ke woh show item nahi hai, woh aik creative item hai nature ka</w:t>
      </w:r>
    </w:p>
    <w:p>
      <w:pPr>
        <w:jc w:val="right"/>
      </w:pPr>
      <w:r>
        <w:t>تک شو آئٹم ہے۔ بس کوئی پازیٹیو رول ابھی بھی نہیں کر پا رہی عورت۔ تو کیا عورت کا مقدر یہی ہے کہ وہ شو آئٹم بنے اور مر جائے؟ تو شو آئٹم تو گڑیا بھی کرتی ہے۔ جو لوگ بناتے ہیں کارخانوں میں گڑیا، وہ بھی ایک شو آئٹم ہوتا ہے۔ تو عورت کو سب سے پہلے یہ جاننا ہے کہ وہ شو آئٹم نہیں ہے، وہ ایک کریٹیو آئٹم ہے نیچر کا</w:t>
      </w:r>
    </w:p>
    <w:p>
      <w:r>
        <w:rPr>
          <w:b/>
        </w:rPr>
        <w:t xml:space="preserve">[53:19] </w:t>
      </w:r>
      <w:r>
        <w:t>, aur uss ko creative role karna hai. iss creative role ke liye dekhiye, yeh janna paray ga ke law of nature kya hai. law of nature jo hai, woh yeh hai ke main iss ko volleyball ki misaal se waz</w:t>
      </w:r>
    </w:p>
    <w:p>
      <w:pPr>
        <w:jc w:val="right"/>
      </w:pPr>
      <w:r>
        <w:t>، اور اس کو کریٹیو رول کرنا ہے۔ اس کریٹیو رول کے لیے دیکھیے، یہ جاننا پڑے گا کہ لاء آف نیچر کیا ہے۔ لاء آف نیچر جو ہے، وہ یہ ہے کہ میں اس کو والی بال کی مثال سے واض</w:t>
      </w:r>
    </w:p>
    <w:p>
      <w:r>
        <w:rPr>
          <w:b/>
        </w:rPr>
        <w:t xml:space="preserve">[53:49] </w:t>
      </w:r>
      <w:r>
        <w:t>ah karta hoon. aap log volleyball ko jantay hon gay, aik khel hai. aap mein se sabhi logon nay uss ko dekha hoga. agar field mein nahi dekha hoga to TV par dekha hoga. to volleyball ke khel mein aisa hota hai ke net jo hota hai, net ke paas aik taraf aik hota hai, uss ko roller kehtay hain. hum roller doosri taraf hota hai, uss ko hum booster ke</w:t>
      </w:r>
    </w:p>
    <w:p>
      <w:pPr>
        <w:jc w:val="right"/>
      </w:pPr>
      <w:r>
        <w:t>ح کرتا ہوں۔ آپ لوگ والی بال کو جانتے ہوں گے، ایک کھیل ہے۔ آپ میں سے سبھی لوگوں نے اس کو دیکھا ہوگا۔ اگر فیلڈ میں نہیں دیکھا ہوگا تو ٹی وی پر دیکھا ہوگا۔ تو والی بال کے کھیل میں ایسا ہوتا ہے کہ نیٹ جو ہوتا ہے، نیٹ کے پاس ایک طرف ایک ہوتا ہے، اس کو والر کہتے ہیں۔ ہم والر دوسری طرف ہوتا ہے، اس کو ہم بوسٹر کہ</w:t>
      </w:r>
    </w:p>
    <w:p>
      <w:r>
        <w:rPr>
          <w:b/>
        </w:rPr>
        <w:t xml:space="preserve">[54:19] </w:t>
      </w:r>
      <w:r>
        <w:t>htay hain. roller aur booster. dekhiye, roller agar chahe booster kaam karay to volleyball khelni hogi. booster agar chahe ke roller kaam karay, tab bhi volleyball khelni hogi. har aik apnay role ko jantay hain, tab volleyball ka khel ho pata hai. booster janta hai ke mujhe boost karna hai, roller janta hai ke mujhe volley marna hai. to main samajhta hoon ke yeh boht</w:t>
      </w:r>
    </w:p>
    <w:p>
      <w:pPr>
        <w:jc w:val="right"/>
      </w:pPr>
      <w:r>
        <w:t>تے ہیں۔ والر اور بوسٹر۔ دیکھیے، والر اگر چاہے بوسٹر کام کرے تو والی بال کھیلنی ہوگا۔ بوسٹر اگر چاہے کہ والر کام کرے، تب بھی والی بال کھیلنی ہوگا۔ ہر ایک اپنے رول کو جانتے ہیں، تب والی بال کا کھیل ہو پاتا ہے۔ بوسٹر جانتا ہے کہ مجھے بوسٹ کرنا ہے، والر جانتا ہے کہ مجھے والی مارنا ہے۔ تو میں سمجھتا ہوں کہ یہ بہت</w:t>
      </w:r>
    </w:p>
    <w:p>
      <w:r>
        <w:rPr>
          <w:b/>
        </w:rPr>
        <w:t xml:space="preserve">[54:49] </w:t>
      </w:r>
      <w:r>
        <w:t>acha misaal hai iss samajhnay ke liye ke aurat aur mard ka muamla kya hai. meray nazdeek ya law of nature jo main nay samjha hai, uss ke nazdeek mard performer hai aur aurat booster hai. single word mein kisi ka darja kam nahi hai. jis tarah volleyball ke khel mein roller aur booster ka darja ghaṭta baṛhta nahi hai, dono equal member hain aik team ke,</w:t>
      </w:r>
    </w:p>
    <w:p>
      <w:pPr>
        <w:jc w:val="right"/>
      </w:pPr>
      <w:r>
        <w:t>اچھی مثال ہے اس سمجھنے کے لیے کہ عورت اور مرد کا معاملہ کیا ہے۔ میرے نزدیک یا لاء آف نیچر جو میں نے سمجھا ہے، اس کے نزدیک مرد پرفارمر ہے اور عورت بوسٹر ہے۔ سنگل ورڈ میں کسی کا درجہ کم نہیں ہے۔ جس طرح والی بال کے کھیل میں والر اور بوسٹر کا درجہ گھٹتا بڑھتا نہیں ہے، دونوں ایکول ممبر ہیں ایک ٹیم کے،</w:t>
      </w:r>
    </w:p>
    <w:p>
      <w:r>
        <w:rPr>
          <w:b/>
        </w:rPr>
        <w:t xml:space="preserve">[55:20] </w:t>
      </w:r>
      <w:r>
        <w:t>lekin in ka role different hota hai. agar aurat sirf is baat ko jaan le ke according to da nature, is ka role khuda ne muqaddar kiya hai ke woh booster bane, mard ka role muqaddar kiya hai ke woh performer bane. yani mard ruler ka role ada kare aur aurat booster ka role ada kare. agar yeh baat jaan le to main samajhta hoon ke har aurat jo hai, hero ban jaye.</w:t>
      </w:r>
    </w:p>
    <w:p>
      <w:pPr>
        <w:jc w:val="right"/>
      </w:pPr>
      <w:r>
        <w:t>لیکن ان کا رول ڈفرنٹ ہوتا ہے۔ اگر عورت صرف اس بات کو جان لے کہ اکارڈنگ ٹو دا نیچر، اس کا رول خدا نے مقدر کیا ہے کہ وہ بوسٹر بنے، مرد کا رول مقدر کیا ہے کہ وہ پرفارمر بنے۔ یعنی مرد والر کا رول ادا کرے اور عورت بوسٹر کا رول ادا کرے۔ اگر یہ بات جان لے تو میں سمجھتا ہوں کہ ہر عورت جو ہے، ہیرو بن جائے۔</w:t>
      </w:r>
    </w:p>
    <w:p>
      <w:r>
        <w:rPr>
          <w:b/>
        </w:rPr>
        <w:t xml:space="preserve">[55:51] </w:t>
      </w:r>
      <w:r>
        <w:t>har aurat aik heroic role ada kar sakti hai. main yahan par aik aik misaal doon ga ke aik baat aur arz kar doon. aik hota hai individual ke liye booster banna, aik hota hai group ke liye booster banna. jaise ke thomas alwai edison, jo science</w:t>
      </w:r>
    </w:p>
    <w:p>
      <w:pPr>
        <w:jc w:val="right"/>
      </w:pPr>
      <w:r>
        <w:t>ہر عورت ایک ہیروئک رول ادا کر سکتی ہے۔ میں یہاں پر ایک ایک مثال دوں گا کہ ایک بات اور عرض کر دوں۔ ایک ہوتا ہے انڈیویجول کے لیے بوسٹر بننا، ایک ہوتا ہے گروپ کے لیے بوسٹر بننا۔ جیسے کہ تھامس الوائی ایڈیشن، جو سائن</w:t>
      </w:r>
    </w:p>
    <w:p>
      <w:r>
        <w:rPr>
          <w:b/>
        </w:rPr>
        <w:t xml:space="preserve">[56:21] </w:t>
      </w:r>
      <w:r>
        <w:t>test tha, us ki maa nancy aik individual ke liye booster bani. yani edison ke liye woh booster bani, yani aik individual ke liye woh booster bani, us ki maa nancy. lekin jab aik aurat aik educational institution mein parhati hai, jo bachche schooling ke liye aaye hue hain, un ko educate karti hai, to woh group ko group ke liye bos</w:t>
      </w:r>
    </w:p>
    <w:p>
      <w:pPr>
        <w:jc w:val="right"/>
      </w:pPr>
      <w:r>
        <w:t>ٹسٹ تھا، اس کی ماں نینسی ایک انڈیویجول کے لیے بوسٹر بنی۔ یعنی ایڈیشن کے لیے وہ بوسٹر بنی، یعنی ایک انڈیویجول کے لیے وہ بوسٹر بنی، اس کی ماں نینسی۔ لیکن جب ایک عورت ایک ایجوکیشنل انسٹیٹیوشن میں پڑھاتی ہے، جو بچے اسکولنگ کے لیے آئے ہوئے ہیں، ان کو ایجوکیٹ کرتی ہے، تو وہ گروپ کو گروپ کے لیے بوس</w:t>
      </w:r>
    </w:p>
    <w:p>
      <w:r>
        <w:rPr>
          <w:b/>
        </w:rPr>
        <w:t xml:space="preserve">[56:51] </w:t>
      </w:r>
      <w:r>
        <w:t>ter banti hai. group ke liye booster banti hai, aik generation banati hai. generation to aik individual ke liye booster banne ki misaal aap paate hain mr yeh miss nancy mein, jo maa thi edison ki, aur har woh lady jo poori duty ke sath duty conscious ban kar ke aik school mein</w:t>
      </w:r>
    </w:p>
    <w:p>
      <w:pPr>
        <w:jc w:val="right"/>
      </w:pPr>
      <w:r>
        <w:t>ٹر بنتی ہے۔ گروپ کے لیے بوسٹر بنتی ہے، ایک جنریشن بناتی ہے۔ جنریشن تو ایک انڈیویجول کے لیے بوسٹر بننے کی مثال آپ پاتے ہیں مسٹر یہ مس نینسی میں، جو ماں تھی ایڈیشن کی، اور ہر وہ لیڈی جو پوری ڈیوٹی کے ساتھ ڈیوٹی کانشیس بن کر کے ایک اسکول میں</w:t>
      </w:r>
    </w:p>
    <w:p>
      <w:r>
        <w:rPr>
          <w:b/>
        </w:rPr>
        <w:t xml:space="preserve">[57:21] </w:t>
      </w:r>
      <w:r>
        <w:t>bachchon ko parha rahi hai, us ko educate kar rahi hai, woh poore group ki booster hai. woh agli generation ko aage barha rahi hai, bohat bara kaam kar rahi hai. woh to main yeh keh raha tha ke khuda ne ya creation plan ke mutabiq jo jo role rakha gaya hai, woh yeh hai ke mard performer bane</w:t>
      </w:r>
    </w:p>
    <w:p>
      <w:pPr>
        <w:jc w:val="right"/>
      </w:pPr>
      <w:r>
        <w:t>بچوں کو پڑھا رہی ہے، اس کو ایجوکیٹ کر رہی ہے، وہ پورے گروپ کی بوسٹر ہے۔ وہ اگلی جنریشن کو آگے بڑھا رہی ہے، بہت بڑا کام کر رہی ہے۔ وہ تو میں یہ کہہ رہا تھا کہ خدا نے یا کریشن پلان کے مطابق جو جو رول رکھا گیا ہے، وہ یہ ہے کہ مرد پرفارمر بنے</w:t>
      </w:r>
    </w:p>
    <w:p>
      <w:r>
        <w:rPr>
          <w:b/>
        </w:rPr>
        <w:t xml:space="preserve">[57:51] </w:t>
      </w:r>
      <w:r>
        <w:t>aur aurat booster bane. is ko samajhne ke liye yeh hadith mein yahi theek yahi baat kahi gayi hai jo maine kaha. woh yeh hadith mein aata hai ke khair o mataa'a dunya al-mar'at us saaliha tu'een 'ala deenihi.</w:t>
      </w:r>
    </w:p>
    <w:p>
      <w:pPr>
        <w:jc w:val="right"/>
      </w:pPr>
      <w:r>
        <w:t>اور عورت بوسٹر بنے۔ اس کو سمجھنے کے لیے یہ حدیث میں یہی ٹھیک یہی بات کہی گئی ہے جو میں نے کہا۔ وہ یہ حدیث میں آتا ہے کہ خیر و متاع دنیا البرۃ الصالحہ توین علی دینہ۔</w:t>
      </w:r>
    </w:p>
    <w:p>
      <w:r>
        <w:rPr>
          <w:b/>
        </w:rPr>
        <w:t xml:space="preserve">[58:22] </w:t>
      </w:r>
      <w:r>
        <w:t>kisi mard ke liye sab se achhi, sab se acha asset aik biwi hai, saaliha. saaliha ma'ani sound, aik sound biwi. sound ka matlab hota hai jo law of nature ko samajh kar ke us ke mutabiq chalna chahe, apne potential ko jaan kar ke us ko avail karna chahe. woh sound woman hai. to hadith mein bataya gaya hai ke</w:t>
      </w:r>
    </w:p>
    <w:p>
      <w:pPr>
        <w:jc w:val="right"/>
      </w:pPr>
      <w:r>
        <w:t>کسی مرد کے لیے سب سے اچھی، سب سے اچھا ایسٹ ایک بیوی ہے، صالحہ۔ صالحہ معنی ساؤنڈ، ایک ساؤنڈ بیوی۔ ساؤنڈ کا مطلب ہوتا ہے جو لاء آف نیچر کو سمجھ کر کے اس کے مطابق چلنا چاہے، اپنے پوٹینشل کو جان کر کے اس کو اویل کرنا چاہے۔ وہ ساؤنڈ وومن ہے۔ تو حدیث میں بتایا گیا ہے کہ</w:t>
      </w:r>
    </w:p>
    <w:p>
      <w:r>
        <w:rPr>
          <w:b/>
        </w:rPr>
        <w:t xml:space="preserve">[58:52] </w:t>
      </w:r>
      <w:r>
        <w:t>sab se kisi kisi mard ke liye sab se acha asset kya hai? aik saaliha aurat tu'een 'ala deenihi, jo helpful bane us ke deen ke liye, jo helpful bane us ke mission ke liye, jo helpful bane us ke, us ke jo kaam karna chahta hai, us ke liye. to yeh helpful banna jo hai, tu'een ho, tu'een ho, matlab helpful banna. to helpful banna kya hai? booster banna</w:t>
      </w:r>
    </w:p>
    <w:p>
      <w:pPr>
        <w:jc w:val="right"/>
      </w:pPr>
      <w:r>
        <w:t>سب سے کسی کسی مرد کے لیے سب سے اچھا ایسٹ کیا ہے؟ ایک صالح عورت توین علی دینہ، جو ہیلپ فل بنے اس کے دین کے لیے، جو ہیلپ فل بنے اس کے مشن کے لیے، جو ہیلپ فل بنے اس کے، اس کے جو کام کرنا چاہتا ہے، اس کے لیے۔ تو یہ ہیلپ فل بننا جو ہے، توین ہو، توین ہو، مطلب ہیلپ فل بننا۔ تو ہیلپ فل بننا کیا ہے؟ بوسٹر بننا</w:t>
      </w:r>
    </w:p>
    <w:p>
      <w:r>
        <w:rPr>
          <w:b/>
        </w:rPr>
        <w:t xml:space="preserve">[59:22] </w:t>
      </w:r>
      <w:r>
        <w:t>۔ agar aap lafz badlein to is ka matlab yeh hoga ke sab se achhi biwi woh hai jo mard ko performer ki jagah rakhe aur khud us ki booster ban jaye. khair o mataa'a dunya al-mar'at us saaliha tu'een 'ala deenihi. sab se achhi, sab se acha asset isi ke liye woh aurat hai, woh woh biwi hai jo us ke liye,</w:t>
      </w:r>
    </w:p>
    <w:p>
      <w:pPr>
        <w:jc w:val="right"/>
      </w:pPr>
      <w:r>
        <w:t>۔ اگر آپ لفظ بدلیں تو اس کا مطلب یہ ہوگا کہ سب سے اچھی بیوی وہ ہے جو مرد کو پرفارمر کی جگہ رکھے اور خود اس کی بوسٹر بن جائے۔ خیر و متاع دنیا المرۃ الصالحہ توین علی دینہ۔ سب سے اچھی، سب سے اچھا ایسٹ اسی کے لیے وہ عورت ہے، وہ وہ بیوی ہے جو اس کے لیے،</w:t>
      </w:r>
    </w:p>
    <w:p>
      <w:r>
        <w:rPr>
          <w:b/>
        </w:rPr>
        <w:t xml:space="preserve">[59:53] </w:t>
      </w:r>
      <w:r>
        <w:t>us ke deen mein madadgar ban jaye, helpful ban jaye. deen ko aap greater sense mein lijiye, yani mission ke sense mein, zindagi ke program ke sense mein, koi bara kaam karne ke sense mein. sab cheez deen se juri hui hai. to main samajhta hoon ke is hadith mein isi cheez ko bataya gaya hai jis ko maine kaha ke sab se achhi biwi, sab se achhi khatoon woh hain</w:t>
      </w:r>
    </w:p>
    <w:p>
      <w:pPr>
        <w:jc w:val="right"/>
      </w:pPr>
      <w:r>
        <w:t>اس کے دین میں مددگار بن جائے، ہیلپ فل بن جائے۔ دین کو آپ گریٹر سینس میں لیجئے، یعنی مشن کے سینس میں، زندگی کے پروگرام کے سینس میں، کوئی بڑا کام کرنے کے سینس میں۔ سب چیز دین سے جڑی ہوئی ہے۔ تو میں سمجھتا ہوں کہ اس حدیث میں اسی چیز کو بتایا گیا ہے جس کو میں نے کہا کہ سب سے اچھی بیوی، سب سے اچھی خاتون وہ ہیں</w:t>
      </w:r>
    </w:p>
    <w:p>
      <w:r>
        <w:rPr>
          <w:b/>
        </w:rPr>
        <w:t xml:space="preserve">[1:00:23] </w:t>
      </w:r>
      <w:r>
        <w:t>jo is scheme ko maanein ke mard ka role performer banna hai aur mera role booster banna hai. agar yeh zehn aa jaye, yeh soch aa jaye to bilashuba har aurat hero ban jaye. kyunke akele abhi jo gender equality ka jo concept hai, us mein har aurat akele hi hero banna chahti hai, akele heroic kaam karna chahti hai. to woh to possible nahi hai,</w:t>
      </w:r>
    </w:p>
    <w:p>
      <w:pPr>
        <w:jc w:val="right"/>
      </w:pPr>
      <w:r>
        <w:t>جو اس اسکیم کو مانیں کہ مرد کا رول پرفارمر بننا ہے اور میرا رول بوسٹر بننا ہے۔ اگر یہ ذہن آ جائے، یہ سوچ آ جائے تو بلاشبہ ہر عورت ہیرو بن جائے۔ کیونکہ اکیلے ابھی جو جینڈر ایکولٹی کا جو کانسیپٹ ہے، اس میں ہر عورت اکیلے ہی ہیرو بننا چاہتی ہے، اکیلے ہیروئک کام کرنا چاہتی ہے۔ تو وہ تو پاسیبل نہیں ہے،</w:t>
      </w:r>
    </w:p>
    <w:p>
      <w:r>
        <w:rPr>
          <w:b/>
        </w:rPr>
        <w:t xml:space="preserve">[1:00:56] </w:t>
      </w:r>
      <w:r>
        <w:t>woh to possible nahi hai. main aap ko Islam ki history ki aik misaal deta hoon is baat ko samajhne ke liye. Quran mein hai: "wa wajadaka 'aa'ilan fa aghna" rasool Allah ke bare mein ke hum ne paya tum ko muhtaj to hum ne tum ko ghani kar diya. main</w:t>
      </w:r>
    </w:p>
    <w:p>
      <w:pPr>
        <w:jc w:val="right"/>
      </w:pPr>
      <w:r>
        <w:t>وہ تو پاسیبل نہیں ہے۔ میں آپ کو اسلام کی ہسٹری کی ایک مثال دیتا ہوں اس بات کو سمجھنے کے لیے۔ قرآن میں ہے: "وبجدک ائلن فاغنہ" رسول اللہ کے بارے میں کہ ہم نے پایا تم کو محتاج تو ہم نے تم کو غنی کر دیا۔ میں</w:t>
      </w:r>
    </w:p>
    <w:p>
      <w:r>
        <w:rPr>
          <w:b/>
        </w:rPr>
        <w:t xml:space="preserve">[1:01:26] </w:t>
      </w:r>
      <w:r>
        <w:t>samajhta hoon ke is ayat ka matlab yahi hai ke is ayat ke bare mein hadithon mein, is mein tafsir mein aata hai, commentary mein is se murad hai khadija, aap ki first wife jo theen. khadija se aap ne shadi ki thi jab ke khadija ki umar 40 years thi aur aap ki 25 years thi. to khadija bohat hi intelligent lady theen. woh un ke haan tijarat hoti thi, un ke paas paisa bhi</w:t>
      </w:r>
    </w:p>
    <w:p>
      <w:pPr>
        <w:jc w:val="right"/>
      </w:pPr>
      <w:r>
        <w:t>سمجھتا ہوں کہ اس آیت کا مطلب یہی ہے کہ اس آیت کے بارے میں حدیثوں میں، اس میں تفسیر میں آتا ہے، کمنٹری میں اس سے مراد ہے خدیجہ، آپ کی فرسٹ وائف جو تھیں۔ خدیجہ سے آپ نے شادی کی تھی جب کہ خدیجہ کی عمر 40 ایئرز تھی اور آپ کی 25 ایئرز تھی۔ تو خدیجہ بہت ہی انٹیلیجنٹ لیڈی تھیں۔ وہ ان کے ہاں تجارت ہوتی تھی، ان کے پاس پیسہ بھی</w:t>
      </w:r>
    </w:p>
    <w:p>
      <w:r>
        <w:rPr>
          <w:b/>
        </w:rPr>
        <w:t xml:space="preserve">[1:01:56] </w:t>
      </w:r>
      <w:r>
        <w:t>tha aur bohat hi sound lady aap keh sakte hain un ko. to woh sach much booster ban gayi hain rasool Allah ke liye. woh kaise? jab rasool Allah ko pehli wahi mili, jab woh Hira mein the, yani hira mountain ke cave mein the, to pehla experience jo hua ke farishta aata hai aur reveal karta hai Quran ke kuch hisse</w:t>
      </w:r>
    </w:p>
    <w:p>
      <w:pPr>
        <w:jc w:val="right"/>
      </w:pPr>
      <w:r>
        <w:t>تھا اور بہت ہی ساؤنڈ لیڈی آپ کہہ سکتے ہیں ان کو۔ تو وہ سچ مچ بوسٹر بن گئی ہیں رسول اللہ کے لیے۔ وہ کیسے؟ جب رسول اللہ کو پہلی وحی ملی، جب وہ کے کیو میں تھے، یعنی ہرا ماؤنٹن کے کیو میں تھے، تو پہلا ایکسپیرینس جو ہوا کہ فرشتہ آتا ہے اور ریویل کرتا ہے قرآن کے کچھ حص</w:t>
      </w:r>
    </w:p>
    <w:p>
      <w:r>
        <w:rPr>
          <w:b/>
        </w:rPr>
        <w:t xml:space="preserve">[1:02:26] </w:t>
      </w:r>
      <w:r>
        <w:t>۔ to pehla experience jo tha, bohat hi aap ke liye ghabrane wala ban gaya. aap ghabraye hue aaye ghar mein to aap dekhiye ke woh jo baat hai ke aik part, aik partner is is situation se bahar hai. yeh do partner the, aik Muhammad, aik Khadija. to Muhammad jo the, woh is is situation ke andar the, jis ko hum kehte hain "earthly affairs" aur Khadija is se bahar thi, ghar par thi.</w:t>
      </w:r>
    </w:p>
    <w:p>
      <w:pPr>
        <w:jc w:val="right"/>
      </w:pPr>
      <w:r>
        <w:t>ے۔ تو پہلا ایکسپیرینس جو تھا، بہت ہی آپ کے لیے گھبرانے والا بن گیا۔ آپ گھبرائے ہوئے آئے گھر میں تو آپ دیکھیے کہ وہ جو بات ہے کہ ایک پارٹ، ایک پارٹنر اس اس سچویشن سے باہر ہے۔ یہ دو پارٹنر تھے، ایک محمد، ایک خدیجہ۔ تو محمد جو تھے، وہ اس اس سچویشن کے اندر تھے، جس کو ہم کہتے ہیں "ارتھین اف افیئرز" اور خدیجہ اس سے باہر تھی، گھر پر تھی۔</w:t>
      </w:r>
    </w:p>
    <w:p>
      <w:r>
        <w:rPr>
          <w:b/>
        </w:rPr>
        <w:t xml:space="preserve">[1:02:56] </w:t>
      </w:r>
      <w:r>
        <w:t>woh to wahan par jo un ko jo experience hua, us mein un ko ghabrahat aa gayi. to Khadija is se mutasir nahi ho sakti thi kyunke woh alag thi. woh jab woh aaye, woh kuch ghabraye hue kaha ke "zamnilooni, zamnilooni, mujhe oṛha do, mujhe oṛha do". to us waqt Khadija ne jo baat kahi thi, bari zabardast baat thi. unhon ne kaha ke aap doosron ki madad</w:t>
      </w:r>
    </w:p>
    <w:p>
      <w:pPr>
        <w:jc w:val="right"/>
      </w:pPr>
      <w:r>
        <w:t>وہ تو وہاں پر جو ان کو جو ایکسپیرینس ہوا، اس میں ان کو گھبراہٹ آ گئی۔ تو خدیجہ اس سے متاثر نہیں ہو سکتی تھی کیونکہ وہ الگ تھی۔ وہ جب وہ آئے، وہ کچھ گھبرائے ہوئے کہا کہ "زمبلونی، زمبلونی، مجھے اڑاؤ، مجھے اڑاؤ"۔ تو اس وقت خدیجہ نے جو بات کہی تھی، بڑی زبردست بات تھی۔ انہوں نے کہا کہ آپ دوسروں کی مدد</w:t>
      </w:r>
    </w:p>
    <w:p>
      <w:r>
        <w:rPr>
          <w:b/>
        </w:rPr>
        <w:t xml:space="preserve">[1:03:26] </w:t>
      </w:r>
      <w:r>
        <w:t>karte hain, kamzor logon ka sahara bante hain, nadaron ko help pohanchate hain. chunke aap insaan ki madad karte hain, is liye Khuda aap ko be madad ka, be madad nahi chhod de ga. yani is lady ne yeh baat kahi us waqt ke chunke aap ki zindagi aisi guzri hai ke aap ke sine mein insaan ka dard hai, aap logon ke madadgar ban ban jate</w:t>
      </w:r>
    </w:p>
    <w:p>
      <w:pPr>
        <w:jc w:val="right"/>
      </w:pPr>
      <w:r>
        <w:t>کرتے ہیں، کمزور لوگوں کا سہارا بنتے ہیں، ناداروں کو ہیلپ پہنچاتے ہیں۔ چونکہ آپ انسان کی مدد کرتے ہیں، اس لیے خدا آپ کو بے مدد کا، بے مدد نہیں چھوڑ دے گا۔ یعنی اس لیڈی نے یہ بات کہی اس وقت کہ چونکہ آپ کی زندگی ایسی گزری ہے کہ آپ کے سینے میں انسان کا درد ہے، آپ لوگوں کے مددگار بن بن جات</w:t>
      </w:r>
    </w:p>
    <w:p>
      <w:r>
        <w:rPr>
          <w:b/>
        </w:rPr>
        <w:t xml:space="preserve">[1:03:56] </w:t>
      </w:r>
      <w:r>
        <w:t>hain. jis ko dekhte hain ke us ko koi kami hai, us ko poora karne ke liye daud padte hain, apna waqt, apna paisa, apni taqat lagate hain doosre ki madad karne ke liye. to unhon ne kaha ke aap Khuda ki makhlooq ko madad pohanchate hain to Khuda aap ko be madadgar nahi chhodega, zaroor madad karega. Khuda aap ki yeh pehli baat thi. is ke baad is lady ne kya kiya ke wahan par</w:t>
      </w:r>
    </w:p>
    <w:p>
      <w:pPr>
        <w:jc w:val="right"/>
      </w:pPr>
      <w:r>
        <w:t>ے ہیں۔ جس کو دیکھتے ہیں کہ اس کو کوئی کمی ہے، اس کو پورا کرنے کے لیے دوڑ پڑتے ہیں، اپنا وقت، اپنا پیسہ، اپنی طاقت لگاتے ہیں دوسرے کی مدد کرنے کے لیے۔ تو انہوں نے کہا کہ آپ خدا کی مخلوق کو مدد پہنچاتے ہیں تو خدا آپ کو بے مددگار نہیں چھوڑے گا، ضرور مدد کرے گا۔ خدا آپ کی یہ پہلی بات تھی۔ اس کے بعد اس لیڈی نے کیا کیا کہ وہاں پر</w:t>
      </w:r>
    </w:p>
    <w:p>
      <w:r>
        <w:rPr>
          <w:b/>
        </w:rPr>
        <w:t xml:space="preserve">[1:04:27] </w:t>
      </w:r>
      <w:r>
        <w:t>Makkah mein, Makkah ke outskirt mein aik rehta tha, aik aadmi jo Christian tha, Warqa bin Naufal. woh Christian scholar tha. woh to us ke paas le gayeen kyunke woh jaanti thi ke Christianity, Christian tradition mein concept hai prophethood ka aur revelation ka, in cheezon ka. to aap ne socha ke woh is baat ko jaanta hoga. to aap le gaye</w:t>
      </w:r>
    </w:p>
    <w:p>
      <w:pPr>
        <w:jc w:val="right"/>
      </w:pPr>
      <w:r>
        <w:t>مکہ میں، مکہ کے اؤٹ اسکرٹ میں ایک رہتا تھا، ایک آدمی جو کرسچن تھا، ورقہ بن نوفل۔ وہ کرسچن اسکالر تھا۔ وہ تو اس کے پاس لے گئیں کیونکہ وہ جانتی تھی کہ کرسچینٹی، کرسچن ٹریڈیشن میں کانسیپٹ ہے پرافٹ ہڈ کا اور ریولیشن کا، ان چیزوں کا۔ تو آپ نے سوچا کہ وہ اس بات کو جانتا ہوگا۔ تو آپ لے گئے</w:t>
      </w:r>
    </w:p>
    <w:p>
      <w:r>
        <w:rPr>
          <w:b/>
        </w:rPr>
        <w:t xml:space="preserve">[1:04:57] </w:t>
      </w:r>
      <w:r>
        <w:t>Warqa bin Naufal ke paas. us ne poocha saari baatein. to Warqa ne kaha ke Khuda ki qasam, jo jo kuch tum keh rahe ho, agar woh sahi hai, jo experience tum par guzra, woh agar sahi hai to tumhare paas wahi angel aaya tha jo Musa ke paas aaya, jo jo Jesus ke paas aaya. yeh tha role Khadija ka. us role</w:t>
      </w:r>
    </w:p>
    <w:p>
      <w:pPr>
        <w:jc w:val="right"/>
      </w:pPr>
      <w:r>
        <w:t>ورقہ ابن نوفل کے پاس۔ اس نے پوچھا ساری باتیں۔ تو ورقہ نے کہا کہ خدا کی قسم، جو جو کچھ تم کہہ رہے ہو، اگر وہ صحیح ہے، جو ایکسپیرینس تم پر گزرا، وہ اگر صحیح ہے تو تمہارے پاس وہی اینجل آیا تھا جو موسی کے پاس آیا، جو جو جیزس کے پاس آیا۔ یہ تھا رول خدیجہ کا۔ اس رول</w:t>
      </w:r>
    </w:p>
    <w:p>
      <w:r>
        <w:rPr>
          <w:b/>
        </w:rPr>
        <w:t xml:space="preserve">[1:05:27] </w:t>
      </w:r>
      <w:r>
        <w:t>ko main isi role ko main kehta hoon booster. rasool Allah ko Khuda ka message pohanchana tha, Khuda ke ki taraf se jo revelation aaya tha, us ko saare insanon tak aam karna tha. yeh tha performer ka role, apne paise se, apne time se, apni zuban se madad karna. yeh tha booster ka role. to saari zindagi Khadija aap ke liye booster bani raheen. is</w:t>
      </w:r>
    </w:p>
    <w:p>
      <w:pPr>
        <w:jc w:val="right"/>
      </w:pPr>
      <w:r>
        <w:t>کو میں اسی رول کو میں کہتا ہوں بوسٹر۔ رسول اللہ کو خدا کا میسج پہنچانا تھا، خدا کے کی طرف سے جو ریولیشن آیا تھا، اس کو سارے انسانوں تک عام کرنا تھا۔ یہ تھا پرفارمر کا رول، اپنے پیسے سے، اپنے ٹائم سے، اپنی زبان سے مدد کرنا۔ یہ تھا بوسٹر کا رول۔ تو ساری زندگی خدیجہ آپ کے لیے بوسٹر بنی رہیں۔ اس</w:t>
      </w:r>
    </w:p>
    <w:p>
      <w:r>
        <w:rPr>
          <w:b/>
        </w:rPr>
        <w:t xml:space="preserve">[1:05:57] </w:t>
      </w:r>
      <w:r>
        <w:t>ka itraaf khud rasool Allah ne hadith mein kiya hai. baad ki jo khawateen aap ke nikah mein aaeen, aap ne khud yeh farmaya ke Khadija wala role kisi aur ne ada nahi kiya, jo un ka role tha. har qadam par woh aap ke liye, yani koi complex nahi, apna saara paisa un ko de diya, apni saari daulat un ko de di. kyunke rasool Allah khud kamate nahi the, kab</w:t>
      </w:r>
    </w:p>
    <w:p>
      <w:pPr>
        <w:jc w:val="right"/>
      </w:pPr>
      <w:r>
        <w:t>کا اعتراف خود رسول اللہ نے حدیث میں کیا ہے۔ بعد کی جو خواتین آپ کے نکاح میں آئیں، آپ نے خود یہ فرمایا کہ خدیجہ والا رول کسی اور نے ادا نہیں کیا، جو ان کا رول تھا۔ ہر قدم پر وہ آپ کے لیے، یعنی کوئی کمپلیکس نہیں، اپنا سارا پیسہ ان کو دے دیا، اپنی ساری دولت ان کو دے دی۔ کیونکہ رسول اللہ خود کماتے نہیں تھے، کب</w:t>
      </w:r>
    </w:p>
    <w:p>
      <w:r>
        <w:rPr>
          <w:b/>
        </w:rPr>
        <w:t xml:space="preserve">[1:06:27] </w:t>
      </w:r>
      <w:r>
        <w:t>hi apni zuban se aik lafz nahi nikala ke aap mere ghar mein rehte hain, aap meri daulat par jeete hain, aap ki khud apni koi kamai nahi. is qism ka kabhi isharay ki zuban mein bhi aap ne kuch nahi kaha, apna sab kuch un ko de diya. to prophethood ka role to karna tha rasool Allah ko, lekin un ki madad ka role kiya Khadija ne. isi ko main keh raha hoon ke aik hai performer ka role, aik hai b</w:t>
      </w:r>
    </w:p>
    <w:p>
      <w:pPr>
        <w:jc w:val="right"/>
      </w:pPr>
      <w:r>
        <w:t>ھی اپنی زبان سے ایک لفظ نہیں نکالا کہ آپ میرے گھر میں رہتے ہیں، آپ میری دولت پر جیتے ہیں، آپ کی خود اپنی کوئی کمائی نہیں۔ اس قسم کا کبھی اشارے کی زبان میں بھی آپ نے کچھ نہیں کہا، اپنا سب کچھ ان کو دے دیا۔ تو پرافٹ ہڈ کا رول تو کرنا تھا رسول اللہ کو، لیکن ان کی مدد کا رول کیا خدیجہ نے۔ اسی کو میں کہہ رہا ہوں کہ ایک ہے پرفارمر کا رول، ایک ہے ب</w:t>
      </w:r>
    </w:p>
    <w:p>
      <w:r>
        <w:rPr>
          <w:b/>
        </w:rPr>
        <w:t xml:space="preserve">[1:06:57] </w:t>
      </w:r>
      <w:r>
        <w:t>ooster ka role. to Khadija aap ke liye behtareen booster ban gayi, aur aap jo hai, yani agar main insani zuban istemal karoon to aap is is aap ko yeh mauqa mila ke aap sab apna performer ka role jo aap ko muqaddar kiya tha Khuda ne, woh aap bharpoor tor par us ko ada kar saken. isi tarah se history mein aik aur khatoon hai jinka naam Hajra hai, bohat bara role hai un ka.</w:t>
      </w:r>
    </w:p>
    <w:p>
      <w:pPr>
        <w:jc w:val="right"/>
      </w:pPr>
      <w:r>
        <w:t>وسٹر کا رول۔ تو خدیجہ آپ کے لیے بہترین بوسٹر بن گئی، اور آپ جو ہے، یعنی اگر میں انسانی زبان استعمال کروں تو آپ اس اس آپ کو یہ موقع ملا کہ آپ سب اپنا پرفارمر کا رول جو آپ کو مقدر کیا تھا خدا نے، وہ آپ بھرپور طور پر اس کو ادا کر سکیں۔ اسی طرح سے ہسٹری میں ایک اور خاتون ہے جن کا نام ہاجرہ ہے، بہت بڑا رول ہے ان کا۔</w:t>
      </w:r>
    </w:p>
    <w:p>
      <w:r>
        <w:rPr>
          <w:b/>
        </w:rPr>
        <w:t xml:space="preserve">[1:07:28] </w:t>
      </w:r>
      <w:r>
        <w:t>woh role kya hai ke chaar hazar saal pehle aisa tha ke saari duniya nature worship mein jeeti thi, rab noon kaseera. dekha ke suraj chamak raha hai to usi ko samajh liya ke yeh Khuda hai, chand chamak raha hai us ko samajh liya ke yeh Khuda hai. mureekh aur zuhra jo planets hain, zyada chamakte hain, samajh liya ke yeh Khuda hai. ocean ko Khuda samajh liya, ma</w:t>
      </w:r>
    </w:p>
    <w:p>
      <w:pPr>
        <w:jc w:val="right"/>
      </w:pPr>
      <w:r>
        <w:t>وہ رول کیا ہے کہ چار ہزار سال پہلے ایسا تھا کہ ساری دنیا نیچر ورشپ میں جیتی تھی، رب نون کثیرا۔ دیکھا کہ سورج چمک رہا ہے تو اسی کو سمجھ لیا کہ یہ خدا ہے، چاند چمک رہا ہے اس کو سمجھ لیا کہ یہ خدا ہے۔ مریخ اور زہرہ جو پلینٹس ہیں، زیادہ چمکتے ہیں، سمجھ لیا کہ یہ خدا ہے۔ اوشن کو خدا سمجھ لیا، ما</w:t>
      </w:r>
    </w:p>
    <w:p>
      <w:r>
        <w:rPr>
          <w:b/>
        </w:rPr>
        <w:t xml:space="preserve">[1:07:58] </w:t>
      </w:r>
      <w:r>
        <w:t>ountan ko khuda samajh liya. isi ko kehte hain nature worship. nature worship chhai hui thi hazaron saal se. isi ko quran mein kaha gaya ke innhan kaseera ke nature ki majesty ko dekh kar isi ko khuda maan liya, creator ko bhool gaye. is isi ko hum shirk kehte hain, isi ka naam hai shirk. nature worship kya hai? isi ka naam shirk hai. is zamane mein aisa hua ke</w:t>
      </w:r>
    </w:p>
    <w:p>
      <w:pPr>
        <w:jc w:val="right"/>
      </w:pPr>
      <w:r>
        <w:t>ؤنٹن کو خدا سمجھ لیا۔ اسی کو کہتے ہیں نیچر ورشپ۔ نیچر ورشپ چھائی ہوئی تھی ہزاروں سال سے۔ اسی کو قرآن میں کہا گیا کہ انہن کثیرا کہ نیچر کی مجسٹری کو دیکھ کر اسی کو خدا مان لیا، کریٹر کو بھول گئے۔ اس اسی کو ہم شرک کہتے ہیں، اسی کا نام ہے شرک۔ نیچر ورشپ کیا ہے؟ اسی کا نام شرک ہے۔ اس زمانے میں ایسا ہوا کہ</w:t>
      </w:r>
    </w:p>
    <w:p>
      <w:r>
        <w:rPr>
          <w:b/>
        </w:rPr>
        <w:t xml:space="preserve">[1:08:28] </w:t>
      </w:r>
      <w:r>
        <w:t>shirk, shirk hi culture ban gaya insan ka. sare log shirk culture mein jeene lage. paida hue to paida hote hi shirk ke culture mein dakhil ho gaye. poori zindagi isi mein jeete rahe, wahi sunna, wahi padhna, wahi, wahi rituals, wahi har cheez. to insan jo hai, goya ke shirk mein conditioned ho gaya tha.</w:t>
      </w:r>
    </w:p>
    <w:p>
      <w:pPr>
        <w:jc w:val="right"/>
      </w:pPr>
      <w:r>
        <w:t>شرک، شرک ہی کلچر بن گیا انسان کا۔ سارے لوگ شرک کلچر میں جینے لگے۔ پیدا ہوئے تو پیدا ہوتے ہی شرک کے کلچر میں داخل ہو گئے۔ پوری زندگی اسی میں جیتے رہے، وہی سننا، وہی پڑھنا، وہی، وہی ریچولز، وہی ہر چیز۔ تو انسان جو ہے، گویا کہ شرک میں کنڈیشنڈ ہو گیا تھا۔</w:t>
      </w:r>
    </w:p>
    <w:p>
      <w:r>
        <w:rPr>
          <w:b/>
        </w:rPr>
        <w:t xml:space="preserve">[1:08:59] </w:t>
      </w:r>
      <w:r>
        <w:t>hazaron saal ke process se shirk jo hai, is ne logon ko condition kar diya tha. ab soch nahi paate the, siwaye is ke ke shirk ke term mein sochein. literature shirk mein dhal gaya tha, rituals shirk mein dhal gaye the, poori zindagi mein shirk hi shirk har taraf phail gaya tha, yahan tak ke badshahat bhi is zamane mein shirk par qaim ho gayi thi. to shirk culture mein log</w:t>
      </w:r>
    </w:p>
    <w:p>
      <w:pPr>
        <w:jc w:val="right"/>
      </w:pPr>
      <w:r>
        <w:t>ہزاروں سال کے پروسیس سے شرک جو ہے، اس نے لوگوں کو کنڈیشن کر دیا تھا۔ اب سوچ نہیں پاتے تھے، سوائے اس کے کہ شرک کے ٹرم میں سوچیں۔ لٹریچر شرک میں ڈھل گیا تھا، ریچولز شرک میں ڈھل گئے تھے، پوری زندگی میں شرک ہی شرک ہر طرف پھیل گیا تھا، یہاں تک کہ بادشاہت بھی اس زمانے میں شرک پر قائم ہو گئی تھی۔ تو شرک کلچر میں لوگ</w:t>
      </w:r>
    </w:p>
    <w:p>
      <w:r>
        <w:rPr>
          <w:b/>
        </w:rPr>
        <w:t xml:space="preserve">[1:09:30] </w:t>
      </w:r>
      <w:r>
        <w:t>conditioned ho gaye the. ab kya kiya jaye? to hazrat ibrahim alaihissalam ke zariye jo paighambar the, ek scheme banai gayi, ek plan banaya gaya ke ek nayi nasal banai jaye shehron se bahar. shehron mein aap jante hain ke nature worship chhai hui thi. to desert tha makkah ke paas, sab desert hi is zamane mein. ab to shehar hai wahan par, us waqt de</w:t>
      </w:r>
    </w:p>
    <w:p>
      <w:pPr>
        <w:jc w:val="right"/>
      </w:pPr>
      <w:r>
        <w:t>کنڈیشنڈ ہو گئے تھے۔ اب کیا کیا جائے؟ تو حضرت ابراہیم علیہ السلام کے ذریعے جو پیغمبر تھے، ایک اسکیم بنائی گئی، ایک پلان بنایا گیا کہ ایک نئی نسل بنائی جائے شہروں سے باہر۔ شہروں میں آپ جانتے ہیں کہ نیچر ورشپ چھائی ہوئی تھی۔ تو ڈیزرٹ تھا مکہ کے پاس، سب ڈیزرٹ ہی اس زمانے میں۔ اب تو شہر ہے وہاں پر، اس وقت ڈی</w:t>
      </w:r>
    </w:p>
    <w:p>
      <w:r>
        <w:rPr>
          <w:b/>
        </w:rPr>
        <w:t xml:space="preserve">[1:10:00] </w:t>
      </w:r>
      <w:r>
        <w:t>sert tha. chaar hazar saal pehle hazrat ibrahim ne apni biwi hajra ko aur chhote bachche ismail ko la ke wo desert mein chhod diya, ek nayi nasal banane ke liye, city se door, shirk culture se door, nature worship ke mahol se door, taake un ki conditioning na hone paye. aur baghair conditioning ke wo wahan par bane. to riwayat mein aata hai ke jab haz</w:t>
      </w:r>
    </w:p>
    <w:p>
      <w:pPr>
        <w:jc w:val="right"/>
      </w:pPr>
      <w:r>
        <w:t>زرٹ تھا۔ چار ہزار سال پہلے حضرت ابراہیم نے اپنی بیوی ہاجرہ کو اور چھوٹے بچے اسماعیل کو لا کے وہ ڈیزرٹ میں چھوڑ دیا، ایک نئی نسل بنانے کے لیے، سٹی سے دور، شرک کلچر سے دور، نیچر ورشپ کے ماحول سے دور، تاکہ ان کی کنڈیشننگ نہ ہونے پائے۔ اور بغیر کنڈیشننگ کے وہ وہاں پر بنے۔ تو روایات میں آتا ہے کہ جب حض</w:t>
      </w:r>
    </w:p>
    <w:p>
      <w:r>
        <w:rPr>
          <w:b/>
        </w:rPr>
        <w:t xml:space="preserve">[1:10:30] </w:t>
      </w:r>
      <w:r>
        <w:t>rat ibrahim ne wahan chhoda hajra ko aur ismail ko aur khud jaane lage wahan chhod kar ke, to hajra ne poocha ke hum ko yahan chhod kar kahan ja rahe hain? is desert mein hum ko chhod kar kahan ja rahe hain? yahan to kuch bhi nahi. to kai baar unhone kaha aur hazrat ibrahim ne koi jawab nahi diya. phir aakhir mein unhone kaha ke kya aap ko khuda ne aisa karne ka hukum diya hai? ye hum ko</w:t>
      </w:r>
    </w:p>
    <w:p>
      <w:pPr>
        <w:jc w:val="right"/>
      </w:pPr>
      <w:r>
        <w:t>رت ابراہیم نے وہاں چھوڑا ہاجرہ کو اور اسماعیل کو اور خود جانے لگے وہاں چھوڑ کر کے، تو ہاجرہ نے پوچھا کہ ہم کو یہاں چھوڑ کر کہاں جا رہے ہیں؟ اس ڈیزرٹ میں ہم کو چھوڑ کر کہاں جا رہے ہیں؟ یہاں تو کچھ بھی نہیں۔ تو کئی بار انہوں نے کہا اور حضرت ابراہیم نے کوئی جواب نہیں دیا۔ پھر آخر میں انہوں نے کہا کہ کیا آپ کو خدا نے ایسا کرنے کا حکم دیا ہے؟ یہ ہم کو</w:t>
      </w:r>
    </w:p>
    <w:p>
      <w:r>
        <w:rPr>
          <w:b/>
        </w:rPr>
        <w:t xml:space="preserve">[1:11:00] </w:t>
      </w:r>
      <w:r>
        <w:t>yahan chhod rahe hain, aap to khuda ne aisa kaha hai ke in ko chhod do desert mein. to hazrat ibrahim ne kaha ke haan. is lady ne jis ka naam hajra tha, hari is ko hajar kehte hain biblical language mein, is ne kaha ke phir khuda hum ko west nahi karega, phir khuda hum ko zaya nahi karega. zara gaur kijiye, desert mein khade ho kar is ne kaha, main bataun, kisi mard ko ye</w:t>
      </w:r>
    </w:p>
    <w:p>
      <w:pPr>
        <w:jc w:val="right"/>
      </w:pPr>
      <w:r>
        <w:t>یہاں چھوڑ رہے ہیں، آپ تو خدا نے ایسا کہا ہے کہ ان کو چھوڑ دو ڈیزرٹ میں۔ تو حضرت ابراہیم نے کہا کہ ہاں۔ اس لیڈی نے جس کا نام ہاجرہ تھا، ہری اس کو ہاجر کہتے ہیں ببلیکل لینگویج میں، اس نے کہا کہ پھر خدا ہم کو ویسٹ نہیں کرے گا، پھر خدا ہم کو ضائع نہیں کرے گا۔ ذرا غور کیجئے، ڈیزرٹ میں کھڑے ہو کر اس نے کہا، میں بتاؤں، کسی مرد کو یہ</w:t>
      </w:r>
    </w:p>
    <w:p>
      <w:r>
        <w:rPr>
          <w:b/>
        </w:rPr>
        <w:t xml:space="preserve">[1:11:30] </w:t>
      </w:r>
      <w:r>
        <w:t>kehne ki tofeeq nahi hui. poori history mein mujhe koi aisa mard nahi maloom jis ne ye aisa aisa word bola ho, aisa kalma kaha ho ke desert mein khade ho kar yahan pani nahi, yahan khana nahi, yahan kuch bhi nahi, yahan insan nahi, chidiya bhi nahi. wo kehti hai ke agar khuda ne ye kaha hai ke chhod do in ko desert mein, to khuda hamara saath nahi chhodega,</w:t>
      </w:r>
    </w:p>
    <w:p>
      <w:pPr>
        <w:jc w:val="right"/>
      </w:pPr>
      <w:r>
        <w:t>کہنے کی توفیق نہیں ہوئی۔ پوری ہسٹری میں مجھے کوئی ایسا مرد نہیں معلوم جس نے یہ ایسا ایسا ورڈ بولا ہو، ایسا کلمہ کہا ہو کہ ڈیزرٹ میں کھڑے ہو کر یہاں پانی نہیں، یہاں کھانا نہیں، یہاں کچھ بھی نہیں، یہاں انسان نہیں، چڑیا بھی نہیں۔ وہ کہتی ہے کہ اگر خدا نے یہ کہا ہے کہ چھوڑ دو ان کو ڈیزرٹ میں، تو خدا ہمارا ساتھ نہیں چھوڑے گا،</w:t>
      </w:r>
    </w:p>
    <w:p>
      <w:r>
        <w:rPr>
          <w:b/>
        </w:rPr>
        <w:t xml:space="preserve">[1:12:00] </w:t>
      </w:r>
      <w:r>
        <w:t>khuda hum ko zaya nahi karega. ye kyun hua? is desert mein ek nayi generation banana, nayi generation jo poori tarah shirk ki conditioning se khali ho, poori tarah khule zehan ke sath. kyunke wo desert mein kya tha? khula maidan, khule pahad, upar aasman, upar chand aur suraj, siwaye yani nature ke, siwaye</w:t>
      </w:r>
    </w:p>
    <w:p>
      <w:pPr>
        <w:jc w:val="right"/>
      </w:pPr>
      <w:r>
        <w:t>خدا ہم کو ضائع نہیں کرے گا۔ یہ کیوں ہوا؟ اس ڈیزرٹ میں ایک نئی جنریشن بنانا، نئی جنریشن جو پوری طرح شرک کی کنڈیشننگ سے خالی ہو، پوری طرح کھلے ذہن کے ساتھ۔ کیونکہ وہ ڈیزرٹ میں کیا تھا؟ کھلا میدان، کھلے پہاڑ، اوپر آسمان، اوپر چاند اور سورج، سوائے یعنی نیچر کے، سوائے</w:t>
      </w:r>
    </w:p>
    <w:p>
      <w:r>
        <w:rPr>
          <w:b/>
        </w:rPr>
        <w:t xml:space="preserve">[1:12:30] </w:t>
      </w:r>
      <w:r>
        <w:t>wahan kuch aur nahi tha. wahan shirk nahi tha, wahan shirk culture nahi tha, wahan koi mandir nahi tha, wahan ke khuda ke siwa kisi aur ki parastish ka wahan mahol nahi tha. wahan to is tarah se is khule mahol mein, is desert ke mahol mein, sari mushkilon ko jhelte hue, musibaton ko jhelte hue, wahan ek ek nasal bani hai, ek generation bani hai jis ko hum banu ismail kehte hain. wo poori tarah</w:t>
      </w:r>
    </w:p>
    <w:p>
      <w:pPr>
        <w:jc w:val="right"/>
      </w:pPr>
      <w:r>
        <w:t>وہاں کچھ اور نہیں تھا۔ وہاں شرک نہیں تھا، وہاں شرک کلچر نہیں تھا، وہاں کوئی مندر نہیں تھا، وہاں کے خدا کے سوا کسی اور کی پرستش کا وہاں ماحول نہیں تھا۔ وہاں تو اس طرح سے اس کھلے ماحول میں، اس ڈیزرٹ کے ماحول میں، ساری مشکلوں کو جھیلتے ہوئے، مصیبتوں کو جھیلتے ہوئے، وہاں ایک ایک نسل بنی ہے، ایک جنریشن بنی ہے جس کو ہم بنو اسماعیل کہتے ہیں۔ وہ پوری طرح</w:t>
      </w:r>
    </w:p>
    <w:p>
      <w:r>
        <w:rPr>
          <w:b/>
        </w:rPr>
        <w:t xml:space="preserve">[1:13:01] </w:t>
      </w:r>
      <w:r>
        <w:t>shirk ki conditioning se khali thi. is mein har ek mister nature tha, is mein ke har aurat miss nature thi aur har mard mister nature tha, yani apne apne nature pe jeeta tha, apne nature par wo khada hua tha. is ka nature bigda nahi tha, is mein koi bigad nahi aaya tha is ke nature mein. to yahi wo generation hai jis mein se Muhammad paida hue, rasool Allah sallallahu alaihi wasallam paida hue aur sahaba paida</w:t>
      </w:r>
    </w:p>
    <w:p>
      <w:pPr>
        <w:jc w:val="right"/>
      </w:pPr>
      <w:r>
        <w:t>شرک کی کنڈیشننگ سے خالی تھی۔ اس میں ہر ایک مسٹر نیچر تھا، اس میں کہ ہر عورت مس نیچر تھی اور ہر مرد مسٹر نیچر تھا، یعنی اپنے اپنے نیچر پہ جیتا تھا، اپنے نیچر پر وہ کھڑا ہوا تھا۔ اس کا نیچر بگڑا نہیں تھا، اس میں کوئی بگاڑ نہیں آیا تھا اس کے نیچر میں۔ تو یہی وہ جنریشن ہے جس میں سے محمد پیدا ہوئے، رسول اللہ صلی اللہ علیہ وسلم پیدا ہوئے اور صحابہ پیدا</w:t>
      </w:r>
    </w:p>
    <w:p>
      <w:r>
        <w:rPr>
          <w:b/>
        </w:rPr>
        <w:t xml:space="preserve">[1:13:31] </w:t>
      </w:r>
      <w:r>
        <w:t>hue. to rasool Allah aur sahaba is generation mein mein se nikle jo poori tarah shirk ki conditioning se khali thi. phir unhone is phir is tarah ek team bani rasool Allah ke gird. aap jante hain ke history mein kabhi bhi kisi prophet ke sath koi team nahi ban saki, kabhi nahi aisa hua. sirf rasool Allah ke sath aisa hua, ek team bani</w:t>
      </w:r>
    </w:p>
    <w:p>
      <w:pPr>
        <w:jc w:val="right"/>
      </w:pPr>
      <w:r>
        <w:t>ہوئے۔ تو رسول اللہ اور صحابہ اس جنریشن میں میں سے نکلے جو پوری طرح شرک کی کنڈیشننگ سے خالی تھی۔ پھر انہوں نے اس پھر اس طرح ایک ٹیم بنی رسول اللہ کے گرد۔ آپ جانتے ہیں کہ ہسٹری میں کبھی بھی کسی پرافٹ کے ساتھ کوئی ٹیم نہیں بن سکی، کبھی نہیں ایسا ہوا۔ صرف رسول اللہ کے ساتھ ایسا ہوا، ایک ٹیم بنی</w:t>
      </w:r>
    </w:p>
    <w:p>
      <w:r>
        <w:rPr>
          <w:b/>
        </w:rPr>
        <w:t xml:space="preserve">[1:14:01] </w:t>
      </w:r>
      <w:r>
        <w:t>jis mein kam az kam do lakh bahut hi zabardast qism ke log the. yahi wo team hai jis ne ke revolution barpa kiya. yani is se pehle tauheed ek ek theory thi, hazaron saal se tauheed ek theory, ek ideology thi. bas is team ne aisa kiya ke is theory, is theory ko, is is ideology ko revolution ke darje tak pahunchaya</w:t>
      </w:r>
    </w:p>
    <w:p>
      <w:pPr>
        <w:jc w:val="right"/>
      </w:pPr>
      <w:r>
        <w:t>جس میں کم از کم دو لاکھ بہت ہی زبردست قسم کے لوگ تھے۔ یہی وہ ٹیم ہے جس نے کہ ریولیشن برپا کیا۔ یعنی اس سے پہلے توحید ایک ایک تھیوری تھی، ہزاروں سال سے توحید ایک تھیوری، ایک آئیڈیالوجی تھی۔ بس اس ٹیم نے ایسا کیا کہ اس تھیوری، اس تھیوری کو، اس اس آئیڈیالوجی کو ریولیوشن کے درجے تک پہنچایا</w:t>
      </w:r>
    </w:p>
    <w:p>
      <w:r>
        <w:rPr>
          <w:b/>
        </w:rPr>
        <w:t xml:space="preserve">[1:14:32] </w:t>
      </w:r>
      <w:r>
        <w:t>. revolution yani ideology ko ek revolution banaya. wo yahi, wo is ka is ka credit kis ko jata hai? ek lady ko, is ka naam hajra tha. hajra ke sacrifice ke baad ye hua ke wo team ban saki jis ne ke tauheed ke nazariye ko, tauheed ke ideology ko revolution tak pahunchaya.</w:t>
      </w:r>
    </w:p>
    <w:p>
      <w:pPr>
        <w:jc w:val="right"/>
      </w:pPr>
      <w:r>
        <w:t>۔ ریولیوشن یعنی آئیڈیالوجی کو ایک ریولیوشن بنایا۔ وہ یہی، وہ اس کا اس کا کریڈٹ کس کو جاتا ہے؟ ایک لیڈی کو، اس کا نام ہاجرہ تھا۔ ہاجرہ کے سیکریفائس کے بعد یہ ہوا کہ وہ ٹیم بن سکی جس نے کہ توحید کے نظریے کو، توحید کے آئیڈیالوجی کو ریولیوشن تک پہنچایا۔</w:t>
      </w:r>
    </w:p>
    <w:p>
      <w:r>
        <w:rPr>
          <w:b/>
        </w:rPr>
        <w:t xml:space="preserve">[1:15:03] </w:t>
      </w:r>
      <w:r>
        <w:t>to ye sab kab hua? jab ke aurat ne is haqeeqat ko jana ke mard ka kaam performer banna hai, mera kaam booster banna hai. main samajhta hoon ke kisi aurat ko bhi aaj bhi agar koi bada role karna hai history mein to sab se pehle is ko ye janna padega ke law of nature kya hai, is ka</w:t>
      </w:r>
    </w:p>
    <w:p>
      <w:pPr>
        <w:jc w:val="right"/>
      </w:pPr>
      <w:r>
        <w:t>تو یہ سب کب ہوا؟ جب کہ عورت نے اس حقیقت کو جانا کہ مرد کا کام پرفارمر بننا ہے، میرا کام بوسٹر بننا ہے۔ میں سمجھتا ہوں کہ کسی عورت کو بھی آج بھی اگر کوئی بڑا رول کرنا ہے ہسٹری میں تو سب سے پہلے اس کو یہ جاننا پڑے گا کہ لاء آف نیچر کیا ہے، اس کا</w:t>
      </w:r>
    </w:p>
    <w:p>
      <w:r>
        <w:rPr>
          <w:b/>
        </w:rPr>
        <w:t xml:space="preserve">[1:15:33] </w:t>
      </w:r>
      <w:r>
        <w:t>apna role kya hai, mard ka role kya hai, is ka apna potential kya hai, mard ka potential kya hai. is haqeeqat ko daryaft karne ke baad hi ye possible hai ke koi aurat koi historical role ada kar sake. pehle bhi agar kisi ne kiya hai to usi waqt kiya hai jab ke is ne apne potential ko jana. aaj bhi agar koi aurat role karegi to usi waqt karegi jab ke wo apne potential ko discover kare. sirf</w:t>
      </w:r>
    </w:p>
    <w:p>
      <w:pPr>
        <w:jc w:val="right"/>
      </w:pPr>
      <w:r>
        <w:t>اپنا رول کیا ہے، مرد کا رول کیا ہے، اس کا اپنا پوٹینشل کیا ہے، مرد کا پوٹینشل کیا ہے۔ اس حقیقت کو دریافت کرنے کے بعد ہی یہ پاسیبل ہے کہ کوئی عورت کوئی ہسٹوریکل رول ادا کر سکے۔ پہلے بھی اگر کسی نے کیا ہے تو اسی وقت کیا ہے جب کہ اس نے اپنے پوٹینشل کو جانا۔ آج بھی اگر کوئی عورت رول کرے گی تو اسی وقت کرے گی جب کہ وہ اپنے پوٹینشل کو ڈسکور کرے۔ صرف</w:t>
      </w:r>
    </w:p>
    <w:p>
      <w:r>
        <w:rPr>
          <w:b/>
        </w:rPr>
        <w:t xml:space="preserve">[1:16:03] </w:t>
      </w:r>
      <w:r>
        <w:t>fashion ko janna, body display ko janna, banao singar ko janna aur society mein show item bane rehna, is mein agar aurat jeeti hai to koi bada kaam wo nahi kar sakti hai. is se upar uthna padega, is se upar uthna padega. aur history mein wahi aurtein bada role kar payi hain jo is se upar uthi hain. aqool qawlahu hadha wastaghfirullah</w:t>
      </w:r>
    </w:p>
    <w:p>
      <w:pPr>
        <w:jc w:val="right"/>
      </w:pPr>
      <w:r>
        <w:t>فیشن کو جاننا، باڈی ڈسپلے کو جاننا، بناؤ سنگار کو جاننا اور سوسائٹی میں شو آئٹم بنے رہنا، اس میں اگر عورت جیتی ہے تو کوئی بڑا کام وہ نہیں کر سکتی ہے۔ اس سے اوپر اٹھنا پڑے گا، اس سے اوپر اٹھنا پڑے گا۔ اور ہسٹری میں وہی عورتیں بڑا رول کر پائی ہیں جو اس سے اوپر اٹھی ہیں۔ اقول قولھذا واستغفراللہ</w:t>
      </w:r>
    </w:p>
    <w:p>
      <w:r>
        <w:rPr>
          <w:b/>
        </w:rPr>
        <w:t xml:space="preserve">[1:16:33] </w:t>
      </w:r>
      <w:r>
        <w:t>li walakum ajmaeen. the first question is from sadia khan: why are actors and actresses not hypocrites as compared to intellectuals? haan, ye bahut achha question hai. main</w:t>
      </w:r>
    </w:p>
    <w:p>
      <w:pPr>
        <w:jc w:val="right"/>
      </w:pPr>
      <w:r>
        <w:t>لی ولکم اجمعین۔ دا فرسٹ کوسچن از فرام سعدیہ خان: وائی ار ایکٹرز اینڈ ایکٹریسز ناٹ ہپوکریٹس ایز کمپیر ٹو انٹلیکچولز؟ ہاں، یہ بہت اچھا کوسچن ہے۔ میں</w:t>
      </w:r>
    </w:p>
    <w:p>
      <w:r>
        <w:rPr>
          <w:b/>
        </w:rPr>
        <w:t xml:space="preserve">[1:17:03] </w:t>
      </w:r>
      <w:r>
        <w:t>bhi is pe sochta raha hoon ke kyun hypocrite nahi hote wo log. main radio sunta hoon, TV to dekhta nahi hoon. main to radio par aksar main sui ghumata hoon, mujhe milana nahi aata. to mujhe sui har baar sui ghumani padti hai idhar udhar. to kahin na kahin mil jata hai, wo koi actor bol rahi hai, koi actress bol raha hai. to kabhi bhi wo log, jahan tak maine paya hai, double talk nahi karte.</w:t>
      </w:r>
    </w:p>
    <w:p>
      <w:pPr>
        <w:jc w:val="right"/>
      </w:pPr>
      <w:r>
        <w:t>بھی اس پہ سوچتا رہا ہوں کہ کیوں ہپوکریٹ نہیں ہوتے وہ لوگ۔ میں ریڈیو سنتا ہوں، ٹی وی تو دیکھتا نہیں ہوں۔ میں تو ریڈیو پر اکثر میں سوئی گھماتا ہوں، مجھے ملانا نہیں آتا۔ تو مجھے سوئی ہر بار سوئی گھمانی پڑتی ہے ادھر ادھر۔ تو کہیں نہ کہیں مل جاتا ہے، وہ کوئی ایکٹر بول رہی ہے، کوئی ایکٹرس بول رہا ہے۔ تو کبھی بھی وہ لوگ، جہاں تک میں نے پایا ہے، ڈبل ٹاک نہیں کرتے۔</w:t>
      </w:r>
    </w:p>
    <w:p>
      <w:r>
        <w:rPr>
          <w:b/>
        </w:rPr>
        <w:t xml:space="preserve">[1:17:34] </w:t>
      </w:r>
      <w:r>
        <w:t>is ki wajah mere khayal se ye hai ke intellectuals ka profession jo hai, wo alag hai, un ka profession alag hai. un ka profession hai entertainment, aur un ka profession hai, yani wo koi ideal le kar ke speech, speech dena. to un ka profession entertainment hai. is mein, is mein jhoot bolne ki koi zaroorat hi nahi ke main singer hoon, ye mera profession hai. un ko zaroorat nahi pa</w:t>
      </w:r>
    </w:p>
    <w:p>
      <w:pPr>
        <w:jc w:val="right"/>
      </w:pPr>
      <w:r>
        <w:t>اس کی وجہ میرے خیال سے یہ ہے کہ انٹلیکچولز کا پروفیشن جو ہے، وہ الگ ہے، ان کا پروفیشن الگ ہے۔ ان کا پروفیشن ہے انٹرٹینمنٹ، اور ان کا پروفیشن ہے، یعنی وہ کوئی آئیڈیل لے کر کے اسپیچ، اسپیچ دینا۔ تو ان کا پروفیشن انٹرٹینمنٹ ہے۔ اس میں، اس میں جھوٹ بولنے کی کوئی ضرورت ہی نہیں کہ میں سنگر ہوں، یہ میرا پروفیشن ہے۔ ان کو ضرورت نہیں پ</w:t>
      </w:r>
    </w:p>
    <w:p>
      <w:r>
        <w:rPr>
          <w:b/>
        </w:rPr>
        <w:t xml:space="preserve">[1:18:04] </w:t>
      </w:r>
      <w:r>
        <w:t>dti is ki ke wo double talk karein. yahan par alag hai, khada hoga aadmi ke garibi hatao, aur dil mein kya hoga ke mujhe apni garibi hatana hai. khada hoga ke equality lao, matlab kya hoga ke mujhe leader lena hai, akhbar mein chhapa hai. to un ka profession alag hai, un ka profession alag hai. un ka profession base karta hai ke apne aap ko media mein lao, apne aap ko limelight mein lao, apne aap ko doosron ki nazar mein achha banao. ye un ka profi</w:t>
      </w:r>
    </w:p>
    <w:p>
      <w:pPr>
        <w:jc w:val="right"/>
      </w:pPr>
      <w:r>
        <w:t>ڑتی اس کی کہ وہ ڈبل ٹاک کریں۔ یہاں پر الگ ہے، کھڑا ہوگا آدمی کہ غریبی ہٹاؤ، اور دل میں کیا ہوگا کہ مجھے اپنی غریبی ہٹانا ہے۔ کھڑا ہوگا کہ ایکولٹی لاؤ، مطلب کیا ہوگا کہ مجھے لیڈر لینا ہے، اخبار میں چھپنا ہے۔ تو ان کا پروفیشن الگ ہے، ان کا پروفیشن الگ ہے۔ ان کا پروفیشن بیس کرتا ہے کہ اپنے آپ کو میڈیا میں لاؤ، اپنے آپ کو لائم لائٹ میں لاؤ، اپنے آپ کو دوسروں کی نظر میں اچھا بناؤ۔ یہ ان کا پروفی</w:t>
      </w:r>
    </w:p>
    <w:p>
      <w:r>
        <w:rPr>
          <w:b/>
        </w:rPr>
        <w:t xml:space="preserve">[1:18:34] </w:t>
      </w:r>
      <w:r>
        <w:t>shun hai intellectuals ka. to from the outset jo hai, wo hypocrite ho jate hain. andar kuch rehta hai, bolte hain kuch, jab ke un ka koi is qism ka koi un ka problem hi nahi hai. jo dil mein hai, wahi zuban pe dil mein hai ke humein gana bajana aur paisa lena hai. to unhein jo dil mein hai, wahi zuban par hai. to main samajhta hoon ke yani in logon ke haan mujhe aksar bahut badi badi baat</w:t>
      </w:r>
    </w:p>
    <w:p>
      <w:pPr>
        <w:jc w:val="right"/>
      </w:pPr>
      <w:r>
        <w:t>شن ہے انٹلیکچولز کا۔ تو فرام دا اؤٹ سیٹ جو ہے، وہ ہپوکریٹ ہو جاتے ہیں۔ اندر کچھ رہتا ہے، بولتے ہیں کچھ، جبکہ ان کا کوئی اس قسم کا کوئی ان کا پرابلم ہی نہیں ہے۔ جو دل میں ہے، وہی زبان پہ دل میں ہے کہ ہمیں گانا بجانا اور پیسہ لینا ہے۔ تو انہیں جو دل میں ہے، وہی زبان پر ہے۔ تو میں سمجھتا ہوں کہ یعنی ان لوگوں کے ہاں مجھے اکثر بہت بڑی بڑی بات</w:t>
      </w:r>
    </w:p>
    <w:p>
      <w:r>
        <w:rPr>
          <w:b/>
        </w:rPr>
        <w:t xml:space="preserve">[1:19:04] </w:t>
      </w:r>
      <w:r>
        <w:t>ein milti hain, aur kabhi bhi intellectuals ke haan mujhe aaj tak koi badi baat nahi mili. kyunke intellectuals hawaai baatein karte hain. maslan, lata mangeshkar bahut badi singer hai. main ek baar sun raha tha is ka interview, itni badi baat kahi is ne ke kisi bhi intellectual se itni badi baat nahi ki. is se poocha gaya ke aap ke bare mein ye kaha jata hai ke aap arrogant hain, apne ko kuch ooncha samajhti hain,</w:t>
      </w:r>
    </w:p>
    <w:p>
      <w:pPr>
        <w:jc w:val="right"/>
      </w:pPr>
      <w:r>
        <w:t>یں ملتی ہیں، اور کبھی بھی انٹلیکچولز کے ہاں مجھے آج تک کوئی بڑی بات نہیں ملی۔ کیونکہ انٹلیکچولز ہوائی باتیں کرتے ہیں۔ مثلاً، لتا منگیشکر بہت بڑی سنگر ہے۔ میں ایک بار سن رہا تھا اس کا انٹرویو، اتنی بڑی بات کہی اس نے کہ کسی بھی انٹلیکچول سے اتنی بڑی بات نہیں کی۔ اس سے پوچھا گیا کہ آپ کے بارے میں یہ کہا جاتا ہے کہ آپ اروگینٹ ہیں، اپنے کو کچھ اونچا سمجھتی ہیں،</w:t>
      </w:r>
    </w:p>
    <w:p>
      <w:r>
        <w:rPr>
          <w:b/>
        </w:rPr>
        <w:t xml:space="preserve">[1:19:35] </w:t>
      </w:r>
      <w:r>
        <w:t>aap ke andar gharoor aa gaya hai. is ne ek aisi baat kahi ke main hairaan reh gaya ke itni badi baat to kisi kisi ne kam az kam nahi suna, na religious leaderon se, na secular leaderon se. is ne bahut hi narmi se kaha: "i can not afford arrogance, i can not afford arrogance." main arrogance ka tahammul nahi kar sakti. is ne explain</w:t>
      </w:r>
    </w:p>
    <w:p>
      <w:pPr>
        <w:jc w:val="right"/>
      </w:pPr>
      <w:r>
        <w:t>آپ کے اندر غرور آ گیا ہے۔ اس نے ایک ایسی بات کہی کہ میں حیران رہ گیا کہ اتنی بڑی بات تو کسی کسی میں نے کم از کم نہیں سنا، نہ ریلیجس لیڈروں سے، نہ سیکولر لیڈروں سے۔ اس نے بہت ہی نرمی سے کہا: "آئی کین ناٹ افورڈ اروگنس، آئی کین ناٹ افورڈ اروگنس۔" میں اروگنس کا تحمل نہیں کر سکتی۔ اس نے ایکسپلین</w:t>
      </w:r>
    </w:p>
    <w:p>
      <w:r>
        <w:rPr>
          <w:b/>
        </w:rPr>
        <w:t xml:space="preserve">[1:20:05] </w:t>
      </w:r>
      <w:r>
        <w:t>kiya ke dekhiye, meri value is mein hai ke meri awaz sareeli awaz nikle, mere gale se naram awaz, sareeli awaz, meethi awaz nikle. arrogant aadmi ke gale se meethi awaz nahi nikal sakti. mera profession mujhe batata hai ke main arrogant na banu. is ko maine phir aakhir se joda to maine kaha ke koi insan khuda ke muqable mein arrogant banne ka tahammul nahi kar sakta, is ko af</w:t>
      </w:r>
    </w:p>
    <w:p>
      <w:pPr>
        <w:jc w:val="right"/>
      </w:pPr>
      <w:r>
        <w:t>کیا کہ دیکھیے، میری ویلیو اس میں ہے کہ میری آواز سریلی آواز نکلے، میرے گلے سے نرم آواز، سریلی آواز، میٹھی آواز نکلے۔ اروگینٹ آدمی کے گلے سے میٹھی آواز نہیں نکل سکتی۔ میرا پروفیشن مجھے بتاتا ہے کہ میں اروگینٹ نہ بنوں۔ اس کو میں نے پھر آخر سے جوڑا تو میں نے کہا کہ کوئی انسان خدا کے مقابلے میں اروگینٹ بننے کا تحمل نہیں کر سکتا، اس کو اف</w:t>
      </w:r>
    </w:p>
    <w:p>
      <w:r>
        <w:rPr>
          <w:b/>
        </w:rPr>
        <w:t xml:space="preserve">[1:20:35] </w:t>
      </w:r>
      <w:r>
        <w:t>word nahi kar sakta. kyu? aage jo day of judgment aanay wala hai, wahan Khuda hoga jo faisla karega. to Khuda ke hath mein hell hogi, Khuda ke hath mein paradise hogi. to mein Khuda ki narazgi ko afford nahi kar sakta. yeh insaan ke andar hona chahiye. to yeh nuqta mujhe mila Mangeshkar se, aur kisi bhi religious leader ke haan mujhe aisa koi nuqta nahi mila. next</w:t>
      </w:r>
    </w:p>
    <w:p>
      <w:pPr>
        <w:jc w:val="right"/>
      </w:pPr>
      <w:r>
        <w:t>ورڈ نہیں کر سکتا۔ کیوں؟ آگے جو ڈے آف ججمنٹ آنے والا ہے، وہاں خدا ہوگا جو فیصلہ کرے گا۔ تو خدا کے ہاتھ میں ہل ہوگی، خدا کے ہاتھ میں پیراڈائز ہوگی۔ تو میں خدا کی ناراضگی کو افورڈ نہیں کر سکتا۔ یہ انسان کے اندر ہونا چاہیے۔ تو یہ نقطہ مجھے ملا منگیشکر سے، اور کسی بھی ریلیجس لیڈر کے ہاں مجھے ایسا کوئی نقطہ نہیں ملا۔ نیکسٹ</w:t>
      </w:r>
    </w:p>
    <w:p>
      <w:r>
        <w:rPr>
          <w:b/>
        </w:rPr>
        <w:t xml:space="preserve">[1:21:05] </w:t>
      </w:r>
      <w:r>
        <w:t>question is from Owais Siddiqui: he says that Maulana you said that after Ismail a generation was created which was pure from shirk, but before the Prophet of Islam most of the people in Arab were mushrik. would you throw some light on it? dekhen, kitaben jo likhi gayi hain na, bohat jhooti kitaben likhi gayi hain. yaani Rasool Allah ke kirdaar ko acha bananay ke liye in ko target kiya jata hai. sari</w:t>
      </w:r>
    </w:p>
    <w:p>
      <w:pPr>
        <w:jc w:val="right"/>
      </w:pPr>
      <w:r>
        <w:t>کوسچن از فرام اویس صدیقی: ہی سیز دیٹ مولانا یو سیڈ دیٹ افٹر اسماعیل ا جنریشن واز کریٹڈ وچ واز پیور فرام شرک، بٹ بیفور دی پرافٹ اف اسلام موسٹ اف دی پیپل ان عرب وار مشرک۔ وڈ یو تھرو سم لائٹ ان اٹ؟ دیکھیں، کتابیں جو لکھی گئی ہیں نا، بہت جھوٹی کتابیں لکھی گئی ہیں۔ یعنی رسول اللہ کے کردار کو اچھا بنانے کے لیے ان کو ٹارگٹ کیا جاتا ہے۔ ساری</w:t>
      </w:r>
    </w:p>
    <w:p>
      <w:r>
        <w:rPr>
          <w:b/>
        </w:rPr>
        <w:t xml:space="preserve">[1:21:35] </w:t>
      </w:r>
      <w:r>
        <w:t>kitaben jhooti kitaben hain. maaf kijiyega, mujhe itnay oonche character thay in logon ke, us ko ghatatay hain. aap meri kitab parhiye, do kitaben maine likhi hain. ek kitab ka naam hai "Paighambar-e-Inquilab", ek kitab ka naam hai "Prophet of Revolution". jaisay misaal ke taur par sari kitabon mein parhen gay aap ke woh apni larkiyon ko zinda dafan kar detay thay. yeh ek jhooti baat hai. agar zinda dafan karte</w:t>
      </w:r>
    </w:p>
    <w:p>
      <w:pPr>
        <w:jc w:val="right"/>
      </w:pPr>
      <w:r>
        <w:t>کتابیں جھوٹی کتابیں ہیں۔ معاف کیجئے گا، مجھے اتنے اونچے کریکٹر تھے ان لوگوں کے، اس کو گھٹاتے ہیں۔ آپ میری کتاب پڑھیے، دو کتابیں میں نے لکھی ہیں۔ ایک کتاب کا نام ہے "پیغمبر انقلاب"، ایک کتاب کا نام ہے "پرافٹ اف ریولیوشن"۔ جیسے مثال کے طور پر ساری کتابوں میں پڑھیں گے آپ کہ وہ اپنی لڑکیوں کو زندہ دفن کر دیتے تھے۔ یہ ایک جھوٹی بات ہے۔ اگر زندہ دفن کرتے</w:t>
      </w:r>
    </w:p>
    <w:p>
      <w:r>
        <w:rPr>
          <w:b/>
        </w:rPr>
        <w:t xml:space="preserve">[1:22:05] </w:t>
      </w:r>
      <w:r>
        <w:t>to nasal kahan se rehti? sab mar jatay, sab khatam ho jatay. ek general andaaz mein aap parhen kitabon mein ke woh apni larkiyon ko zinda dafan kar detay thay. bilkul sar sar tha, common sense kehna kafi hai jananay ke liye. ek jhooti baat hai, sirf ek qabeela tha, ek tribe tha jis ke kuch logon ne aisa kiya tha. ab us ko generalize kar diya jata hai hamari kitabon mein. bilkul galat baat hai. mushrik shirk ke daur mein, mein batata hoon aap ko, ek</w:t>
      </w:r>
    </w:p>
    <w:p>
      <w:pPr>
        <w:jc w:val="right"/>
      </w:pPr>
      <w:r>
        <w:t>تو نسل کہاں سے رہتی؟ سب مر جاتے، سب ختم ہو جاتے۔ ایک جنرل انداز میں آپ پڑھیں کتابوں میں کہ وہ اپنی لڑکیوں کو زندہ دفن کر دیتے تھے۔ بالکل سر سر تھا، کامن سینس کہنا کافی ہے جاننے کے لیے۔ ایک جھوٹی بات ہے، صرف ایک قبیلہ تھا، ایک ٹرائب تھا جس کے کچھ لوگوں نے ایسا کیا تھا۔ اب اس کو جنرلائز کر دیا جاتا ہے ہماری کتابوں میں۔ بالکل غلط بات ہے۔ مشرک شرک کے دور میں، میں بتاتا ہوں آپ کو، ایک</w:t>
      </w:r>
    </w:p>
    <w:p>
      <w:r>
        <w:rPr>
          <w:b/>
        </w:rPr>
        <w:t xml:space="preserve">[1:22:35] </w:t>
      </w:r>
      <w:r>
        <w:t>martaba aisa hua ke do tribe larh gaye aapas mein. larhnay ke baad ek dam larhnay ki nabat aa gayi, fighting ki talwarein nikal gayeen. ek aadmi aaya, us ne kaha ke kya mein tum ko is se achi baat na bataoon? us ne kaha bataiye. us ne kaha tum ek doosray ko maaf kar do. khoon bahanay se acha yeh hai ke doosray ko maaf kar do. yahin par full stop ho jayega khoon bahanay ka. jo khoon beh chuka woh beh chuka aur khoon nahi behay ga. isi waqt unhon ne maan liya</w:t>
      </w:r>
    </w:p>
    <w:p>
      <w:pPr>
        <w:jc w:val="right"/>
      </w:pPr>
      <w:r>
        <w:t>مرتبہ ایسا ہوا کہ دو ٹرائب لڑ گئے آپس میں۔ لڑنے کے بعد ایک دم لڑنے کی نوبت آ گئی، فائٹنگ کی تلواریں نکل گئیں۔ ایک آدمی آیا، اس نے کہا کہ کیا میں تم کو اس سے اچھی بات نہ بتاؤں؟ اس نے کہا بتائیے۔ اس نے کہا تم ایک دوسرے کو معاف کر دو۔ خون بہانے سے اچھا یہ ہے کہ دوسرے کو معاف کر دو۔ یہیں پر فل سٹاپ ہو جائے گا خون بہانے کا۔ جو خون بہہ چکا وہ بہہ چکا اور خون نہیں بہے گا۔ اسی وقت انہوں نے مان لیا</w:t>
      </w:r>
    </w:p>
    <w:p>
      <w:r>
        <w:rPr>
          <w:b/>
        </w:rPr>
        <w:t xml:space="preserve">[1:23:07] </w:t>
      </w:r>
      <w:r>
        <w:t>aur aur is par larhay nahi aapas mein. woh mein Mewat mein gaya, sab darhi walay log hotay hain, wahan par tasbeeh walay log hotay hain, wahan par saaray Mewat mein tasbeeh aur darhi aap dekh sakte hain. to mein wahan par ek jagah tha jahan band ban raha tha. yeh waqia likha hai maine apni kitab "Mehwad ke Safar" mein tareekh ke sath. to ek mamooli si baat hui ke do group aapas mein larh gaye. do fam</w:t>
      </w:r>
    </w:p>
    <w:p>
      <w:pPr>
        <w:jc w:val="right"/>
      </w:pPr>
      <w:r>
        <w:t>اور اور اس پر لڑے نہیں آپس میں۔ وہ میں میوات میں گیا، سب داڑھی والے لوگ ہوتے ہیں، وہاں پر تسبیح والے لوگ ہوتے ہیں، وہاں پر سارے میوات میں تسبیح اور تاڑھی آپ دیکھ سکتے ہیں۔ تو میں وہاں پر ایک جگہ تھا جہاں بند بن رہا تھا۔ یہ واقعہ لکھا ہے میں نے اپنی کتاب "معواد کے سفر" میں تاریخ کے ساتھ۔ تو ایک معمولی سی بات ہوئی کہ دو گروپ آپس میں لڑ گئے۔ دو فیم</w:t>
      </w:r>
    </w:p>
    <w:p>
      <w:r>
        <w:rPr>
          <w:b/>
        </w:rPr>
        <w:t xml:space="preserve">[1:23:37] </w:t>
      </w:r>
      <w:r>
        <w:t>ily wahan par theen, do family ke log ya do qabeela chalta hai wahan par, aapas mein larhnay larhnay lagay. aapas mein yahan tak ke lathiyan aa gayeen. mein wahan gaya, maine kaha ke aap log darhi walay aur tasbeeh walay log hain, namaz parhnay walay log hain, to Quran Hadees mein yeh likha hai ke aapas mein na larho. to kehtay kya hain? molvi chalo, us waqt hum ko Quran Hadees mat batao. in se hazar guna behtar thay woh log jin ko aap mushrik kehtay hain. woh</w:t>
      </w:r>
    </w:p>
    <w:p>
      <w:pPr>
        <w:jc w:val="right"/>
      </w:pPr>
      <w:r>
        <w:t>لی وہاں پر تھیں، دو فیملی کے لوگ یا دو قبیلہ چلتا ہے وہاں پر، آپس میں لڑنے لڑنے لگے۔ آپس میں یہاں تک کہ لاٹھیاں آ گئیں۔ میں وہاں گیا، میں نے کہا کہ آپ لوگ داڑھی والے اور تسبیح والے لوگ ہیں، نماز پڑھنے والے لوگ ہیں، تو قرآن حدیث میں یہ لکھا ہے کہ آپس میں نہ لڑو۔ تو کہتے کیا ہیں؟ مولوی چلو، اس وقت ہم کو قرآن حدیث مت بتاؤ۔ ان سے ہزار گنا بہتر تھے وہ لوگ جن کو آپ مشرک کہتے ہیں۔ وہ</w:t>
      </w:r>
    </w:p>
    <w:p>
      <w:r>
        <w:rPr>
          <w:b/>
        </w:rPr>
        <w:t xml:space="preserve">[1:24:08] </w:t>
      </w:r>
      <w:r>
        <w:t>doosray qism ke mushrik thay, woh doosray qism ke mushrik thay. yaad rakhiye ke kitabon mein jo picture un ke hain, woh jhooti picture hain. woh bohat achay log thay, bohat aala log thay. woh ek qissa mein batata hoon, Imru' al-Qais ek aadmi tha, woh bhi mushrik tha. to us ke baap ko kisi ne maar dala, to woh gaya but ke paas, wahan fall nikaltay thay ke mein revenge loon ke na loon. to fall n</w:t>
      </w:r>
    </w:p>
    <w:p>
      <w:pPr>
        <w:jc w:val="right"/>
      </w:pPr>
      <w:r>
        <w:t>دوسرے قسم کے مشرک تھے، وہ دوسرے قسم کے مشرک تھے۔ یاد رکھیے کہ کتابوں میں جو پکچر ان کے ہیں، وہ جھوٹی پکچر ہے۔ وہ بہت اچھے لوگ تھے، بہت اعلیٰ لوگ تھے۔ وہ ایک قصہ میں بتاتا ہوں، عمر القیس ایک آدمی تھا، وہ بھی مشرک تھا۔ تو اس کے باپ کو کسی نے مار ڈالا، تو وہ گیا بت کے پاس، وہاں فال نکالتے تھے کہ میں ریونج لوں کہ نہ لوں۔ تو فال ن</w:t>
      </w:r>
    </w:p>
    <w:p>
      <w:r>
        <w:rPr>
          <w:b/>
        </w:rPr>
        <w:t xml:space="preserve">[1:24:38] </w:t>
      </w:r>
      <w:r>
        <w:t>ikala, to but ne kaha ke revenge mat lo. us ne usi waqt us but ko tod dala ke tu jhoot kehta hai. in ka bohat hi superficial qism ka shirk tha, superficial qism ka shirk tha. aur beshtar log in mein aisay thay jo bohat hi oonchay, yaani high standard tha un ka morality ke aitbaar se. us ko tafseel se maine likha hai apni kitab mein. next question is from Stuti Malhotra</w:t>
      </w:r>
    </w:p>
    <w:p>
      <w:pPr>
        <w:jc w:val="right"/>
      </w:pPr>
      <w:r>
        <w:t>کالا، تو بت نے کہا کہ ریونج مت لو۔ اس نے اسی وقت اس بت کو توڑ ڈالا کہ تو جھوٹ کہتا ہے۔ ان کا بہت ہی سپرفیشل قسم کا شرک تھا، سپرفیشل قسم کا شرک تھا۔ اور بیشتر لوگ ان میں ایسے تھے جو بہت ہی اونچے، یعنی ہائی سٹینڈرڈ تھا ان کا موریلٹی کے اعتبار سے۔ اس کو تفصیل سے میں نے لکھا ہے اپنی کتاب میں۔ نیکسٹ کوسچن از فرام ستوتی ملوت</w:t>
      </w:r>
    </w:p>
    <w:p>
      <w:r>
        <w:rPr>
          <w:b/>
        </w:rPr>
        <w:t xml:space="preserve">[1:25:08] </w:t>
      </w:r>
      <w:r>
        <w:t>ra: she says that man is boss over women. how can this be convinced by a modern and educated woman? i think she wants to say that. how could an educated woman be convinced with this theory or this thought? har woman aaj ke kisi ne kisi ko boss manay hue ghar ke bahar, woh jahan job karti hai, wahan kisi ko boss manay hue hai. woh sari</w:t>
      </w:r>
    </w:p>
    <w:p>
      <w:pPr>
        <w:jc w:val="right"/>
      </w:pPr>
      <w:r>
        <w:t>را: شی سیز دیٹ مین از باس اوور وومن۔ ہاؤ کین دس بی کنونسڈ بائی ا ماڈرن اینڈ ایجوکیٹڈ وومن؟ ائی تھنک شی وانٹس ٹو سے دیٹ۔ ہاؤ کڈ این ایجوکیٹڈ وومن بی کنونسڈ ود دس تھیوری اور دس تھاٹ؟ ہر وومن آج کے کسی نے کسی کو باس مانے ہوئے گھر کے باہر، وہ جہاں جاب کرتی ہے، وہاں کسی کو باس مانے ہوئے ہے۔ وہ ساری</w:t>
      </w:r>
    </w:p>
    <w:p>
      <w:r>
        <w:rPr>
          <w:b/>
        </w:rPr>
        <w:t xml:space="preserve">[1:25:38] </w:t>
      </w:r>
      <w:r>
        <w:t>auratain aaj kal ki job karti hain. to aap dekhiye, wahan jo company ka director hai, wahan jo company ka jo bana hua bara afsar, us ko boss manay hue hain. to bossism ka principle ek universal principle hai. agar aap bossism ka principle na manen to aap ko koi job place mein jagah hi nahi milegi. koi aap ko job denay wala nahi hai. yeh to un ki double thinking hai ke ghar ke bahar to boss ko mano, ghar ke andar</w:t>
      </w:r>
    </w:p>
    <w:p>
      <w:pPr>
        <w:jc w:val="right"/>
      </w:pPr>
      <w:r>
        <w:t>عورتیں آج کل کی جاب کرتی ہیں۔ تو آپ دیکھیے، وہاں جو کمپنی کا ڈائریکٹر ہے، وہاں جو کمپنی کا جو بنا ہوا بڑا افسر، اس کو باس مانے ہوئے ہیں۔ تو باسزم کا پرنسپل ایک یونیورسل پرنسپل ہے۔ اگر آپ باسزم کا پرنسپل نہ مانیں تو آپ کو کوئی جاب پلیس میں جگہ ہی نہیں ملے گی۔ کوئی آپ کو جاب دینے والا نہیں ہے۔ یہ تو ان کی ڈبل تھنکنگ ہے کہ گھر کے باہر تو باس کو مانو، گھر کے اند</w:t>
      </w:r>
    </w:p>
    <w:p>
      <w:r>
        <w:rPr>
          <w:b/>
        </w:rPr>
        <w:t xml:space="preserve">[1:26:08] </w:t>
      </w:r>
      <w:r>
        <w:t>boss ko na mano. to un ko revise karna chahiye apni soch ko, kyun ke aisi double thinking chalti nahi hai. agar ek company smoothly chalegi, jab jab wahan bossism ke principle ko apply kiya jaye, to ghar bhi chalega us waqt achay tarike se jab bossism ke principle ko apply kiya jaye. aur apply na karnay ki wajah se aap dekhiye kya hai, modern society mein more than 50 percent jo hai, kya ya to separation hota hai, ladte phirte hain, aur kabhi bhi</w:t>
      </w:r>
    </w:p>
    <w:p>
      <w:pPr>
        <w:jc w:val="right"/>
      </w:pPr>
      <w:r>
        <w:t>ر باس کو نہ مانو۔ تو ان کو ریوائز کرنا چاہیے اپنی سوچ کو، کیونکہ ایسی ڈبل تھنکنگ چل نہیں سکتی ہے۔ اگر ایک کمپنی سموتھلی چلے گی، جب جب وہاں باسزم کے پرنسپل کو اپلائی کیا جائے، تو گھر بھی چلے گا اس وقت اچھے طریقے سے جب باسزم کے پرنسپل کو اپلائی کیا جائے۔ اور اپلائی نہ کرنے کی وجہ سے آپ دیکھیے کیا ہے، ماڈرن سوسائٹی میں مور دین 50 پرسنٹ جو ہے، کیا یا تو سپریشن ہوتا ہے، لڑتے پھرتے ہیں، اور کبھی بھی</w:t>
      </w:r>
    </w:p>
    <w:p>
      <w:r>
        <w:rPr>
          <w:b/>
        </w:rPr>
        <w:t xml:space="preserve">[1:26:38] </w:t>
      </w:r>
      <w:r>
        <w:t>successful marriage nahi hoti in ki. agarchay love marriage hoti hai, marriage ke baad success in ke ghar mein na peace hota hai, na khushi hoti hai, kuch bhi nahi hoti. to yeh kya hai? isi liye hai, yaani wohi woman jo peaceful tarike se job karti hai, wohi woman ghar atay hi bilkul ulti ban jati hai, aggressive ban jati hai, ladti phirti hai. yeh to un ka contradiction hai. is contradiction ko nikalna padega. next question</w:t>
      </w:r>
    </w:p>
    <w:p>
      <w:pPr>
        <w:jc w:val="right"/>
      </w:pPr>
      <w:r>
        <w:t>سکسیس فل میرج نہیں ہوتی ان کی۔ اگرچہ لو میرج ہوتی ہے، میرج کے بعد سکسیس ان کے گھر میں نہ پیس ہوتا ہے، نہ خوشی ہوتی ہے، کچھ بھی نہیں ہوتی۔ تو یہ کیا ہے؟ اسی لیے ہے، یعنی وہی وومن جو پیس فل طریقے سے جاب کرتی ہے، وہی وومن گھر آتے ہی بالکل الٹی بن جاتی ہے، ایگریسو بن جاتی ہے، لڑتی پھرتی ہے۔ یہ تو ان کا کنٹراڈکشن ہے۔ اس کنٹراڈکشن کو نکالنا پڑے گا۔ نیکسٹ کوسچ</w:t>
      </w:r>
    </w:p>
    <w:p>
      <w:r>
        <w:rPr>
          <w:b/>
        </w:rPr>
        <w:t xml:space="preserve">[1:27:08] </w:t>
      </w:r>
      <w:r>
        <w:t>is from Naghma Siddiqui: she says that in today's world, where worldly responsibilities and pressures are enormous, how can a woman take out time for self rediscovery or self discovery? mein to samajhta hoon ke enormous kuch nahi, yeh priority ki baat hai. log priority kisi aur cheez ko liye hue hain, to ab hum us ko kya karein? priority par lena padega</w:t>
      </w:r>
    </w:p>
    <w:p>
      <w:pPr>
        <w:jc w:val="right"/>
      </w:pPr>
      <w:r>
        <w:t>ن از فرام نغمہ صدیقی: شی سیز دیٹ ان ٹوڈےز ورلڈ، ویئر ورلڈلی ریسپانسبیلٹیز اینڈ پریشرز ار انارمس، ہاؤ کین ا وومن ٹیک آؤٹ ٹائم فار سیلف ری ڈسکوری اور سیلف ڈسکوری؟ میں تو سمجھتا ہوں کہ انارمس کچھ نہیں، یہ پرائیورٹی کی بات ہے۔ لوگ پرائیورٹی کسی اور چیز کو لیے ہوئے ہیں، تو اب ہم اس کو کیا کریں؟ پرائیورٹی پر لینا پڑے گا س</w:t>
      </w:r>
    </w:p>
    <w:p>
      <w:r>
        <w:rPr>
          <w:b/>
        </w:rPr>
        <w:t xml:space="preserve">[1:27:38] </w:t>
      </w:r>
      <w:r>
        <w:t>self discovery ko. baqi sari cheezein jo hain, woh aap ko secondary banana padega. to already aap yeh kiye hue hain, kisi aur cheez ko secondary banaye hue hain. to mein kehta hoon ke yeh aap ka jo priority ki jo scheme hai, woh galat hai. yaani koi bhi woman aisi nahi hai jo aisa na kar rahi ho, kisi cheez ko secondary banaye hue hai, kisi ko priority di hui hai. isi ko aap badal dijiye. jo cheez waqai is qabil hai ke us ko priority di jaye, woh hai self disc</w:t>
      </w:r>
    </w:p>
    <w:p>
      <w:pPr>
        <w:jc w:val="right"/>
      </w:pPr>
      <w:r>
        <w:t>یلف ڈسکوری کو۔ باقی ساری چیزیں جو ہیں، وہ آپ کو سیکنڈری بنانا پڑے گا۔ تو الریڈی آپ یہ کیے ہوئے ہیں، کسی اور چیز کو سیکنڈری بنائے ہوئے ہیں۔ تو میں کہتا ہوں کہ یہ آپ کا جو پرائیورٹی کی جو اسکیم ہے، وہ غلط ہے۔ یعنی کوئی بھی وومن ایسی نہیں ہے جو ایسا نہ کر رہی ہو، کسی چیز کو سیکنڈری بنائی ہوئی ہے، کسی کو پرائیورٹی دی ہوئی ہے۔ اسی کو آپ بدل دیجئے۔ جو چیز واقعی اس قابل ہے کہ اس کو پرائیورٹی دی جائے، وہ ہے سیلف ڈسک</w:t>
      </w:r>
    </w:p>
    <w:p>
      <w:r>
        <w:rPr>
          <w:b/>
        </w:rPr>
        <w:t xml:space="preserve">[1:28:08] </w:t>
      </w:r>
      <w:r>
        <w:t>overy. sab se pehle baqi jo secondary banai hai, isi liye yeh is liye zaroori hai. yeh law of nature ke mutabiq yahi baat hai. isi mein aap ko koi bari taraqqi mil sakti hai ke apni priority ki scheme ko aap badalein. next question is from Rajat Malhotra: he says that in today's world, again where the entire focus of education is on competence and all the</w:t>
      </w:r>
    </w:p>
    <w:p>
      <w:pPr>
        <w:jc w:val="right"/>
      </w:pPr>
      <w:r>
        <w:t>وری۔ سب سے پہلے باقی جو سیکنڈری بنائی ہے، اسی لیے یہ اس لیے ضروری ہے۔ یہ لاء اف نیچر کے مطابق یہی بات ہے۔ اسی میں آپ کو کوئی بڑی ترقی مل سکتی ہے کہ اپنی پرائیورٹی کی اسکیم کو آپ بدلیں۔ نیکسٹ کوسچن از فرام رجت ملوترا: ہی سیز دیٹ ان ٹوڈےز ورلڈ، اگین ویئر دی انٹائر فوکس اف ایجوکیشن از ان کمپیٹنس اینڈ ال دی</w:t>
      </w:r>
    </w:p>
    <w:p>
      <w:r>
        <w:rPr>
          <w:b/>
        </w:rPr>
        <w:t xml:space="preserve">[1:28:38] </w:t>
      </w:r>
      <w:r>
        <w:t>educations, including the educational system, journalism and all these corporate sectors, are the priority. so how can one ensure that the focus remains on the rules but not on the rights? dekhen, yeh bhi mein kahunga ke yeh sara mamla is liye ke paise ko joar diya gaya hai education se. sara mamla yeh hai, bachcha paida hoti hai, sochne lagtay hain ke is ka</w:t>
      </w:r>
    </w:p>
    <w:p>
      <w:pPr>
        <w:jc w:val="right"/>
      </w:pPr>
      <w:r>
        <w:t>ایجوکیشنز، انکلوڈنگ دی ایجوکیشنل سسٹم، جرنلزم اینڈ ال دیز کارپوریٹ سیکٹرز، ار دی پرائیورٹی۔ سو ہاؤ کین ون انشور دیٹ دی فوکس ریمینز ان دی رولز بٹ ناٹ ان دی رائٹس؟ دیکھیں، یہ بھی میں کہوں گا کہ یہ سارا معاملہ اس لیے کہ پیسے کو جوڑ دیا گیا ہے ایجوکیشن سے۔ سارا معاملہ یہ ہے، بچہ پیدا ہوتی ہے، سوچنے لگتے ہیں کہ اس کا</w:t>
      </w:r>
    </w:p>
    <w:p>
      <w:r>
        <w:rPr>
          <w:b/>
        </w:rPr>
        <w:t xml:space="preserve">[1:29:08] </w:t>
      </w:r>
      <w:r>
        <w:t>yani kis field mein us ko dala jaye. isi field mein sochtay hain jahan paise zyada milen. jaisay hamaray bachpan mein log zyada tar doctor banatay thay, engineer banatay thay, ab kya MBA banatay hain, samajhtay hain ke multinationals mein is se service milegi. to yahan mein kahunga ke yeh koi priority nahi hai. maine apni zindagi mein dekha hai ke jahan paisa zyada aaya, sirf woh cheez jis ko tabzeer kaha gaya hai. tabzeer ke maani hotay hain paise ko cheentna</w:t>
      </w:r>
    </w:p>
    <w:p>
      <w:pPr>
        <w:jc w:val="right"/>
      </w:pPr>
      <w:r>
        <w:t>، یعنی کس فیلڈ میں اس کو ڈالا جائے۔ اسی فیلڈ میں سوچتے ہیں جہاں پیسے زیادہ ملے۔ جیسے ہمارے بچپن میں لوگ زیادہ تر ڈاکٹر بناتے تھے، انجینئر بناتے تھے، اب کیا ایم بی اے بناتے ہیں، سمجھتے ہیں کہ ملٹی نیشنلز میں اس سے سروس ملے گی۔ تو یہاں میں کہوں گا کہ یہ کوئی پرائیورٹی نہیں ہے۔ میں نے اپنی زندگی میں دیکھا ہے کہ جہاں پیسہ زیادہ آیا، صرف وہ چیز جس کو تبذیر کہا گیا ہے۔ تبذیر کے معنی ہوتے ہیں پیسے کو چھینٹنا</w:t>
      </w:r>
    </w:p>
    <w:p>
      <w:r>
        <w:rPr>
          <w:b/>
        </w:rPr>
        <w:t xml:space="preserve">[1:29:39] </w:t>
      </w:r>
      <w:r>
        <w:t>paise ko cheentna. "Innal mubazzireena kano ikhwanash shayateen", paisay ko cheentnay walay shaitan ke bhai hain. maine apni poori zindagi mein yahi dekha hai ke log jab tak paisa kam rehta hai, tab tak theek thaak rehtay hain. paisa zyada aaya to shaitan ke bhai ban gaye. mein kehta hoon, is se kya faida? zyada paisa kamakar agar aap shaitan ke bhai bananay walay hon to is se acha kam kamai kijiye. kam kamai kijiye to kam kam shaitan ke bhai to nahi banen gay.</w:t>
      </w:r>
    </w:p>
    <w:p>
      <w:pPr>
        <w:jc w:val="right"/>
      </w:pPr>
      <w:r>
        <w:t>، پیسے کو چھینٹنا۔ ان المبذرین کانو اخوان الشیاطین، پیسہ کو چھینٹنے والے شیطان کے بھائی ہیں۔ میں نے اپنی پوری زندگی میں یہی دیکھا ہے کہ لوگ جب تک پیسہ کم رہتا ہے، تب تک ٹھیک ٹھاک رہتے ہیں۔ پیسہ زیادہ آیا تو شیطان کے بھائی بن گئے۔ میں کہتا ہوں، اس سے کیا فائدہ؟ زیادہ پیسہ کما کر اگر آپ شیطان کے بھائی بننے والے ہوں تو اس سے اچھا ہے کم کمائی کیجئے۔ کم کمائی کیجئے تو کم کم شیطان کے بھائی تو نہیں بنیں گے۔</w:t>
      </w:r>
    </w:p>
    <w:p>
      <w:r>
        <w:rPr>
          <w:b/>
        </w:rPr>
        <w:t xml:space="preserve">[1:30:11] </w:t>
      </w:r>
      <w:r>
        <w:t>yaani shopping list barhti hai, sirf luxury item barhtay hain, sirf outing barhti hai. mein samajhta hoon ke zyada paisa kamana aisi halat mein bilkul apni zindagi ko waste karna hai. next question is from Ayesha: she says that according to you, getting married and having children are termed as breaks in women's</w:t>
      </w:r>
    </w:p>
    <w:p>
      <w:pPr>
        <w:jc w:val="right"/>
      </w:pPr>
      <w:r>
        <w:t>یعنی شاپنگ لسٹ بڑھتی ہے، صرف لگزری آئٹم بڑھتے ہیں، صرف آؤٹنگ بڑھتی ہے۔ میں سمجھتا ہوں کہ زیادہ پیسہ کمانا ایسی حالت میں بالکل اپنی زندگی کو ویسٹ کرنا ہے۔ نیکسٹ کوسچن از فرام عائشہ: شی سیز دیٹ اکارڈنگ ٹو یو، گیٹنگ میریڈ اینڈ ہیونگ چلڈرن ار ٹرمڈ ایز بریکس ان وومنز</w:t>
      </w:r>
    </w:p>
    <w:p>
      <w:r>
        <w:rPr>
          <w:b/>
        </w:rPr>
        <w:t xml:space="preserve">[1:30:41] </w:t>
      </w:r>
      <w:r>
        <w:t>history, but aren't these two factors a part of creation plan of God? haan ji, yeh sahi hai. asal mein jis cheez pe mein jis cheez pe mein emphasis de raha tha, woh khud bachcha nahi hai, balkay logon ka unnatural attachment bachche ke sath yeh hai. bachcha hamesha paida hota tha, pehlay zamanay mein hamaray bachpan tak bachcha jo hai, focus of attraction nahi bana bana rehta tha. aaj jo bachche</w:t>
      </w:r>
    </w:p>
    <w:p>
      <w:pPr>
        <w:jc w:val="right"/>
      </w:pPr>
      <w:r>
        <w:t>ہسٹری، بٹ ار اینٹ دیز ٹو فیکٹرز ا پارٹ اف کریشن پلان اف گاڈ؟ ہاں جی، یہ صحیح ہے۔ اصل میں جس چیز پہ میں جس چیز پہ میں ایمفیسز دے رہا تھا، وہ خود بچہ نہیں ہے، بلکہ لوگوں کا ان نیچرل اٹیچمنٹ بچے کے ساتھ یہ ہے۔ بچہ ہمیشہ پیدا ہوتا تھا، پہلے زمانے میں ہمارے بچپن تک بچہ جو ہے، فوکس اف اٹریکشن نہیں بنا بنا رہتا تھا۔ آج جو بچے</w:t>
      </w:r>
    </w:p>
    <w:p>
      <w:r>
        <w:rPr>
          <w:b/>
        </w:rPr>
        <w:t xml:space="preserve">[1:31:11] </w:t>
      </w:r>
      <w:r>
        <w:t>ke sath koi sochta hi nahi, kuch yahan Delhi mein ek saahab hain jo business karte hain, to hamari beti thi, un ke woh class fellow thi, un ki un ki beti. to us ne bataya ke us ke father ne kaha apni beti se ke tum hi logon ke liye to kamatay hain. yeh koi nazariya hai? us zamanay mein jab paisa barh gaya, item barh gaye, tab aisa hua hai ke logon ne bete ko, beti ko apna devta bana</w:t>
      </w:r>
    </w:p>
    <w:p>
      <w:pPr>
        <w:jc w:val="right"/>
      </w:pPr>
      <w:r>
        <w:t>کے ساتھ کوئی سوچتا ہی نہیں، کچھ یہاں دلی میں ایک صاحب ہیں جو بزنس کرتے ہیں، تو ہماری بیٹی تھی، ان کے وہ کلاس فیلو تھی، ان کی ان کی بیٹی۔ تو اس نے بتایا کہ اس کے فادر نے کہا اپنی بیٹی سے کہ تم ہی لوگوں کے لیے تو کماتے ہیں۔ یہ کوئی نظریہ ہے؟ اس زمانے میں جب پیسہ بڑھ گیا، آئٹم بڑھ گئے، تب ایسا ہوا ہے کہ لوگوں نے بیٹے کو، بیٹی کو اپنا دیوتا بنا</w:t>
      </w:r>
    </w:p>
    <w:p>
      <w:r>
        <w:rPr>
          <w:b/>
        </w:rPr>
        <w:t xml:space="preserve">[1:31:41] </w:t>
      </w:r>
      <w:r>
        <w:t>liya. Hadees mein aata hai ke ek zamanay aayega, "antul ummata" ke ek zamanay aayega jab ke log apne bete hi ko apna maabood bana len gay, rab bana len gay. "antul ummata" yahan Delhi mein ek saahab thay, becharay ka inteqal ho gaya, un ki maan bohat paisa kamaya. unhon ne to un ki maan kaha karti thi ke haaye, mere bete ki daulat kaun le ga? un ki aulad nahi hui thi,</w:t>
      </w:r>
    </w:p>
    <w:p>
      <w:pPr>
        <w:jc w:val="right"/>
      </w:pPr>
      <w:r>
        <w:t>لیا۔ حدیث میں آتا ہے کہ ایک زمانہ آئے گا، انتل امتہ کہ ایک زمانہ آئے گا جب کہ لوگ اپنے بیٹے ہی کو اپنا معبود بنا لیں گے، رب بنا لیں گے۔ انتل امتہ یہاں دلی میں ایک صاحب تھے، بیچارے کا انتقال ہو گیا، ان کی ماں بہت پیسہ کمایا۔ انہوں نے تو ان کی ماں کہا کرتی تھی کہ ہائے، میرے بیٹے کی دولت کون لے گا؟ ان کی اولاد نہیں ہوئی تھی،</w:t>
      </w:r>
    </w:p>
    <w:p>
      <w:r>
        <w:rPr>
          <w:b/>
        </w:rPr>
        <w:t xml:space="preserve">[1:32:11] </w:t>
      </w:r>
      <w:r>
        <w:t>un ka un ka jo beta tha, paisa kamaya us ne, lekin aulad nahi thi. to woh kaha karti, haaye, mere bete ki daulat kaun le ga? pehlay daulat itni hoti nahi thi, is liye beta parasti bhi zyada nahi thi. hamaray bachpan mein daulat bohat hi kam hoti thi, agriculture pe base karti thi economy. jab tak economy agriculture pe base karti thi, sirf badshahon ke paas paisa hota tha, raja nawab ke paas paisa hota tha, landlord ke paas paisa hota tha. ab to har ek ke paas paisa hai.</w:t>
      </w:r>
    </w:p>
    <w:p>
      <w:pPr>
        <w:jc w:val="right"/>
      </w:pPr>
      <w:r>
        <w:t>ان کا ان کا جو بیٹا تھا، پیسہ کمایا اس نے، لیکن اولاد نہیں تھی۔ تو وہ کہا کرتی، ہائے، میرے بیٹے کی دولت کون لے گا؟ پہلے دولت اتنی ہوتی نہیں تھی، اس لیے بیٹا پرستی بھی زیادہ نہیں تھی۔ ہمارے بچپن میں دولت بہت ہی کم ہوتی تھی، ایگریکلچر پہ بیس کرتی تھی اکانومی۔ جب تک اکانومی ایگریکلچر پہ بیس کرتی تھی، صرف بادشاہوں کے پاس پیسہ ہوتا تھا، راجہ نواب کے پاس پیسہ ہوتا تھا، لینڈ لارڈ کے پاس پیسہ ہوتا تھا۔ اب تو ہر ایک کے پاس پیسہ ہے۔</w:t>
      </w:r>
    </w:p>
    <w:p>
      <w:r>
        <w:rPr>
          <w:b/>
        </w:rPr>
        <w:t xml:space="preserve">[1:32:41] </w:t>
      </w:r>
      <w:r>
        <w:t>ab to ab to mein samajhta hoon ke thela chalany walay bhi us ki jeb mein paise bhare hue hain. khoob mobile se woh business karta hai. industrial age mein aisa hua hai ke paisay ki bharmaar ho gayi, tab beta parasti barh gayi. beta parasti barh gayi. mere mere bete hain, maine kabhi beta parasti nahi ki. maine kabhi apne beton ko god mein nahi liya, kabhi god le ke khilaya nahi, kabhi beton ke liye mein chocolate nahi laya, kabhi beton ke liye mein</w:t>
      </w:r>
    </w:p>
    <w:p>
      <w:pPr>
        <w:jc w:val="right"/>
      </w:pPr>
      <w:r>
        <w:t>اب تو اب تو میں سمجھتا ہوں کہ تھیلا چلانے والے بھی اس کی جیب میں پیسے بھرے ہوئے ہیں۔ خوب موبائل سے وہ بزنس کرتا ہے۔ انڈسٹریل ایج میں ایسا ہوا ہے کہ پیسے کی بھرمار ہو گئی، تب بیٹا پرستی بڑھ گئی۔ بیٹا پرستی بڑھ گئی۔ میرے میرے بیٹے ہیں، میں نے کبھی بیٹا پرستی نہیں کی۔ میں نے کبھی اپنے بیٹوں کو گود میں نہیں لیا، کبھی گود لے کے کھلایا نہیں، کبھی بیٹوں کے لیے میں چاکلیٹ نہیں لایا، کبھی بیٹوں کے لیے میں</w:t>
      </w:r>
    </w:p>
    <w:p>
      <w:r>
        <w:rPr>
          <w:b/>
        </w:rPr>
        <w:t xml:space="preserve">[1:33:11] </w:t>
      </w:r>
      <w:r>
        <w:t>khilona nahin laya. mere bhi bete hain, lekin logon ko kya dekhta hoon? main bas sari tawajjuh, sari daulat, sab kuch bete par nichhawar hai. is is mahol ke aitbar se maine kaha, agar koi is se bacha sake apne aap ko. ab maine aap se kaha tha is se pehle ek baar ke meri biwi, meri shadi taqreeban 65 saal pehle hui, aur aaj tak maine apni biwi ke liye ek bhi joda kapra nahin banaya. kabhi kapre ke liye maine shopping nahin ki.</w:t>
      </w:r>
    </w:p>
    <w:p>
      <w:pPr>
        <w:jc w:val="right"/>
      </w:pPr>
      <w:r>
        <w:t>کھلونا نہیں لایا۔ میرے بھی بیٹے ہیں، لیکن لوگوں کو کیا دیکھتا ہوں؟ میں بس ساری توجہ، ساری دولت، سب کچھ بیٹے پر نچھاور ہے۔ اس اس ماحول کے اعتبار سے میں نے کہا، اگر کوئی اس سے بچا سکے اپنے آپ کو۔ اب میں نے آپ سے کہا تھا اس سے پہلے ایک بار کہ میری بیوی، میری شادی تقریباً 65 سال پہلے ہوئی، اور آج تک میں نے اپنی بیوی کے لیے ایک بھی جوڑا کپڑا نہیں بنایا۔ کبھی کپڑے کے لیے میں نے شاپنگ نہیں کی۔</w:t>
      </w:r>
    </w:p>
    <w:p>
      <w:r>
        <w:rPr>
          <w:b/>
        </w:rPr>
        <w:t xml:space="preserve">[1:33:42] </w:t>
      </w:r>
      <w:r>
        <w:t>to agar aap aise ban jayen, aap to bohat acha hai. beta nem'at hai, beta is waqt nem'at hai jab ke us ko Khuda na banaya jaye hadith ke alfaz mein. lekin yaani beta is waqt musibat hai jab ke hadith ke alfaz mein us ko aap Khuda bana lain. beta is waqt nem'at hai jab ke us ko sirf beta samjhen. aap bas jaisa ke maine samjha, Allah ke fazl se, maine kabhi apne beton ko Khuda nahin banaya. matlab na god mein khilaya, na un ke liye toffi laya, na un ke liye</w:t>
      </w:r>
    </w:p>
    <w:p>
      <w:pPr>
        <w:jc w:val="right"/>
      </w:pPr>
      <w:r>
        <w:t>تو اگر آپ ایسے بن جائیں، آپ تو بہت اچھا ہے۔ بیٹا نعمت ہے، بیٹا اس وقت نعمت ہے جب کہ اس کو خدا نہ بنایا جائے حدیث کے الفاظ میں۔ لیکن یعنی بیٹا اس وقت مصیبت ہے جب کہ حدیث کے الفاظ میں اس کو آپ خدا بنا لیں۔ بیٹا اس وقت نعمت ہے جب کہ اس کو صرف بیٹا سمجھیں۔ آپ بس جیسا کہ میں نے سمجھا، اللہ کے فضل سے، میں نے کبھی اپنے بیٹوں کو خدا نہیں بنایا۔ مطلب نہ گود میں کھلایا، نہ ان کے لیے ٹافی لایا، نہ ان کے لیے</w:t>
      </w:r>
    </w:p>
    <w:p>
      <w:r>
        <w:rPr>
          <w:b/>
        </w:rPr>
        <w:t xml:space="preserve">[1:34:12] </w:t>
      </w:r>
      <w:r>
        <w:t>khilona laya, na un ke kapre ka ihtimam kiya. hatta ke apni biwi ke liye maine itni lambi muddat guzar gayi, maine aaj tak ek joda kapra nahin banaya. to aap aisa kijiye. meri jo complaint hai, is waqt hai jab ke aap apne bete ko Khuda banaye hue hon, intal ummata ka misdaq bani hui hon, tab hai warna nahin hai. next question is from Sameera: she says, is it the responsibility of women only to cooperate</w:t>
      </w:r>
    </w:p>
    <w:p>
      <w:pPr>
        <w:jc w:val="right"/>
      </w:pPr>
      <w:r>
        <w:t>کھلونا لایا، نہ ان کے کپڑے کا اہتمام کیا۔ حتیٰ کہ اپنی بیوی کے لیے میں نے اتنی لمبی مدت گزر گئی، میں نے آج تک ایک جوڑا کپڑا نہیں بنایا۔ تو آپ ایسا کیجئے۔ میری جو کمپلین ہے، اس وقت ہے جب کہ آپ اپنے بیٹے کو خدا بنائے ہوئے ہوں، انتل امتہ کا مصداق بنی ہوئی ہوں، تب ہے ورنہ نہیں ہے۔ نیکسٹ کوسچن از فرام سمیرا: شی سیز، از اٹ دی ریسپانسبیلٹی اف وومن اونلی ٹو کوآپری</w:t>
      </w:r>
    </w:p>
    <w:p>
      <w:r>
        <w:rPr>
          <w:b/>
        </w:rPr>
        <w:t xml:space="preserve">[1:34:42] </w:t>
      </w:r>
      <w:r>
        <w:t>t, sacrifice and adjust? what if the man in his role as a boss is wrong and he gets away with with playing role of the boss? aisa karne ke liye aap ko ek aur universe banani paregi. agar suraj chahe ke mujhe pani barsana hai, samundar chahe ke mujhe heat pahunchana hai, to samundar aur suraj dono ko ek nai universe banani paregi. yahan kuch qualities</w:t>
      </w:r>
    </w:p>
    <w:p>
      <w:pPr>
        <w:jc w:val="right"/>
      </w:pPr>
      <w:r>
        <w:t>ٹ، سیکریفائس اینڈ ایڈجسٹ؟ واٹ اف دی مین ان ہز رول ایز ا باس از رونگ اینڈ ہی گیٹس اوے ود ود پلینگ رول اف دا باس؟ ایسا کرنے کے لیے آپ کو ایک اور یونیورس بنانی پڑے گی۔ اگر سورج چاہے کہ مجھے پانی برسانا ہے، سمندر چاہے کہ مجھے ہیٹ پہنچانا ہے، تو سمندر اور سورج دونوں کو ایک نئی یونیورس بنانی پڑے گی۔ یہاں کچھ کوال</w:t>
      </w:r>
    </w:p>
    <w:p>
      <w:r>
        <w:rPr>
          <w:b/>
        </w:rPr>
        <w:t xml:space="preserve">[1:35:12] </w:t>
      </w:r>
      <w:r>
        <w:t>aurat mein hoti hain, kuch qualities mard mein hoti hain. aap is ko kya karenge? yeh Time magazine jo nikalta hai America se, is ne ek team banai, 20 ladies theen, is mein 20 khawateen, is mein ek bhi mard nahin tha. aur is par yeh unhon ne un ko saunpa ke tum America mein auraton ka status kya hai, is ko pata karo. har har field mein, psychology mein</w:t>
      </w:r>
    </w:p>
    <w:p>
      <w:pPr>
        <w:jc w:val="right"/>
      </w:pPr>
      <w:r>
        <w:t>ٹیز عورت میں ہوتی ہیں، کچھ کوالٹیز مرد میں ہوتی ہیں۔ آپ اس کو کیا کریں گے؟ یہ ٹائم میگزین جو نکلتا ہے امریکہ سے، اس نے ایک ٹیم بنائی، 20 لیڈیز تھیں، اس میں 20 خواتین، اس میں ایک بھی مرد نہیں تھا۔ اور اس پر یہ انہوں نے ان کو سونپا کہ تم امریکہ میں عورتوں کا اسٹیٹس کیا ہے، اس کو پتہ کرو۔ ہر ہر فیلڈ میں، سائیکالوجی میں</w:t>
      </w:r>
    </w:p>
    <w:p>
      <w:r>
        <w:rPr>
          <w:b/>
        </w:rPr>
        <w:t xml:space="preserve">[1:35:42] </w:t>
      </w:r>
      <w:r>
        <w:t>biology mein, work place mein, is mein, is mein, har ek mein. is ne bataya ke har shobay mein aurat jo hai, mard se peechay hai. hatta ke entertainment mein bhi, entertainment mein, film mein bhi, mard ko zyada paisa diya jata hai, aurat ko kam paisa diya jata hai. to is ne yeh bataya tha ke auraten jo hain, biologically different hoti hain. to is ne aakhir mein khatam kiya tha is par ke women's lib</w:t>
      </w:r>
    </w:p>
    <w:p>
      <w:pPr>
        <w:jc w:val="right"/>
      </w:pPr>
      <w:r>
        <w:t>، بیالوجی میں، ورک پلیس میں، اس میں، اس میں، ہر ایک میں۔ اس نے بتایا کہ ہر شعبے میں عورت جو ہے، مرد سے پیچھے ہے۔ حتیٰ کہ انٹرٹینمنٹ میں بھی، انٹرٹینمنٹ میں، فلم میں بھی، مرد کو زیادہ پیسہ دیا جاتا ہے، عورت کو کم پیسہ دیا جاتا ہے۔ تو اس نے یہ بتایا تھا کہ عورتیں جو ہیں، بائیولوجیکلی ڈفرنٹ ہوتی ہیں۔ تو اس نے آخر میں ختم کیا تھا اس پر کہ وومنز لب</w:t>
      </w:r>
    </w:p>
    <w:p>
      <w:r>
        <w:rPr>
          <w:b/>
        </w:rPr>
        <w:t xml:space="preserve">[1:36:13] </w:t>
      </w:r>
      <w:r>
        <w:t>jo chal rahi hai, jo khawateen ke leader sahiban hain, woh kehte hain ke hamein yaani auraton ke genetic code ko badalna parega, naye qism ki auraten banani parengi. yeh matlab doosra universe banana parega. to kitna ridiculous hai yeh baat? booster ka role koi mamooli role nahin hai, bohat bara role hai. booster ka role kya? Hajra ne jo maine bataya aap ko, Hajra ka role itna bara tha ke jo log Hajj karne gaye hain, woh jante hain ke Hajj</w:t>
      </w:r>
    </w:p>
    <w:p>
      <w:pPr>
        <w:jc w:val="right"/>
      </w:pPr>
      <w:r>
        <w:t>جو چل رہی ہے، جو خواتین کے لیڈر صاحبان ہیں، وہ کہتے ہیں کہ ہمیں یعنی عورتوں کے جینیٹک کوڈ کو بدلنا پڑے گا، نئے قسم کی عورتیں بنانی پڑیں گی۔ یہ مطلب دوسرا یونیورس بنانا پڑے گا۔ تو کتنا ریڈیکولس ہے یہ بات؟ بوسٹر کا رول کوئی معمولی رول نہیں ہے، بہت بڑا رول ہے۔ بوسٹر کا رول کیا؟ ہاجرہ نے جو میں نے بتایا آپ کو، ہاجرہ کا رول اتنا بڑا تھا کہ جو لوگ حج کرنے گئے ہیں، وہ جانتے ہیں کہ حج</w:t>
      </w:r>
    </w:p>
    <w:p>
      <w:r>
        <w:rPr>
          <w:b/>
        </w:rPr>
        <w:t xml:space="preserve">[1:36:43] </w:t>
      </w:r>
      <w:r>
        <w:t>mein ek hota hai, us ko sa'ee kehte hain. sa'ee ma'ni daurna. to do chatanen hain, Safa aur Marwa. Marwa dono ke chunao ke beech mein daurna parta hai. yeh daurna kyun hota hai? yeh Hajra ke footsteps par daurna hai. yaani history batati hai ke jab pani nahin tha wahan par, to pani dhoondne ke liye Hajra dori thi. us ke us ke is mein yeh Safa par darti thi, Safa se Marwa ki taraf, Marwa se Safa ki taraf</w:t>
      </w:r>
    </w:p>
    <w:p>
      <w:pPr>
        <w:jc w:val="right"/>
      </w:pPr>
      <w:r>
        <w:t>میں ایک ہوتا ہے، اس کو سائے کہتے ہیں۔ سائے معنی دوڑنا۔ تو دو چٹانیں ہیں، صفا اور مروہ۔ مروہ دونوں کے چناؤ کے بیچ میں دوڑنا پڑتا ہے۔ یہ دوڑنا کیوں ہوتا ہے؟ یہ ہاجرہ کے فٹ اسٹیپ پر دوڑنا ہے۔ یعنی ہسٹری بتاتی ہے کہ جب پانی نہیں تھا وہاں پر، تو پانی ڈھونڈنے کے لیے ہاجرہ دوڑی تھی۔ اس کے اس کے اس میں یہ صفا پر دوڑتی تھی، صفا سے مروہ کی طرف، مروہ سے صفا کی طرف</w:t>
      </w:r>
    </w:p>
    <w:p>
      <w:r>
        <w:rPr>
          <w:b/>
        </w:rPr>
        <w:t xml:space="preserve">[1:37:13] </w:t>
      </w:r>
      <w:r>
        <w:t>saat bar dori thi pani ki talash mein. to Khuda ne hukum diya ke jitne bhi haji hain, dauren is daur ke peechay. yaani symbolic way mein woh recognize karen aurat ke aurat ke darjay ko. Safa aur Marwa ke darmiyan jo daur hoti hai, saat bar ki, woh symbolic sense mein har mard ko ko yaani acknowledge karna parta hai ke mard aurat ka maqam bohat oncha hai ke king ko bhi is</w:t>
      </w:r>
    </w:p>
    <w:p>
      <w:pPr>
        <w:jc w:val="right"/>
      </w:pPr>
      <w:r>
        <w:t>، سات بار دوڑی تھی پانی کی تلاش میں۔ تو خدا نے حکم دیا کہ جتنے بھی حاجی ہیں، دوڑیں اس دوڑ کے پیچھے۔ یعنی سمبولک وے میں وہ ریکگنائز کریں عورت کے عورت کے درجے کو۔ صفا اور مروہ کے درمیان جو دوڑ ہوتی ہے، سات بار کی، وہ سمبولک سینس میں ہر مرد کو کو یعنی ایکنالج کرنا پڑتا ہے کہ مرد عورت کا مقام بہت اونچا ہے کہ کنگ کو بھی اس</w:t>
      </w:r>
    </w:p>
    <w:p>
      <w:r>
        <w:rPr>
          <w:b/>
        </w:rPr>
        <w:t xml:space="preserve">[1:37:43] </w:t>
      </w:r>
      <w:r>
        <w:t>ke footsteps par daurna parta hai. to yeh to hamari soch hai ke hum booster ko kam samjhen aur performer ko zyada samjhen. yeh jo cooperation hai, yeh degrade nahin hai, yeh degrade karna nahin, balkay yeh cooperate karne ki baat hai, cooperative spirit ki baat hai. yeh aur according to the law of nature. this question is from OS and he says that according to my knowl</w:t>
      </w:r>
    </w:p>
    <w:p>
      <w:pPr>
        <w:jc w:val="right"/>
      </w:pPr>
      <w:r>
        <w:t>کے فٹ اسٹیپ پر دوڑنا پڑتا ہے۔ تو یہ تو ہماری سوچ ہے کہ ہم بوسٹ بوسٹر کو کم سمجھیں اور پرفارمر کو زیادہ سمجھیں۔ یہ جو کوآپریشن ہے، یہ ڈی گریڈیٹ نہیں ہے، یہ ڈی گریڈ کرنا نہیں، بلکہ یہ کوآپریٹ کرنے کی بات ہے، کوآپریٹو اسپرٹ کی بات ہے۔ یہ اور اکارڈنگ ٹو دا لاء اف نیچر۔ دس کوسچن از فرام او ایس اینڈ ہی سیز دیٹ اکارڈنگ ٹو مائی نال</w:t>
      </w:r>
    </w:p>
    <w:p>
      <w:r>
        <w:rPr>
          <w:b/>
        </w:rPr>
        <w:t xml:space="preserve">[1:38:13] </w:t>
      </w:r>
      <w:r>
        <w:t>edge, God in the Quran addresses man directly, whereas woman is never directed, is never addressed directly. why is it so? nahin, nahin, aisa nahin hai. maine bohat si ayaten naqal ki hain apni kitab mein, aap parhiye. Khawateen-e-Islam English mein is ka transmission ho chuka hai, yeh bilkul galat hai. ek aisa aurat, omar dono ko Quran mein khitab kiya gaya hai. is ki detail agar aap janna chahte hain to meri kitab parhen. aap Khawateen-e-Islam Urdu mein hai,</w:t>
      </w:r>
    </w:p>
    <w:p>
      <w:pPr>
        <w:jc w:val="right"/>
      </w:pPr>
      <w:r>
        <w:t>ج، گاڈ ان دی قران ایڈریسز مین ڈائریکٹلی، ویئر ایز وومن از نیور ڈائریکٹڈ، از نیور ایڈریسڈ ڈائریکٹلی۔ وائی از اٹ سو؟ نہیں، نہیں، ایسا نہیں ہے۔ میں نے بہت سی آیتیں نقل کی ہیں اپنی کتاب میں، آپ پڑھیے۔ خاتون اسلام انگلش میں اس کا ٹرانسمیشن ہو چکا ہے، یہ بالکل غلط ہے۔ ایک ایسا عورت، عمر دونوں کو قران میں خطاب کیا گیا ہے۔ اس کی ڈیٹیل اگر آپ جاننا چاہتے ہیں تو میری کتاب پڑھیں۔ آپ خاتون اسلام اردو میں ہے،</w:t>
      </w:r>
    </w:p>
    <w:p>
      <w:r>
        <w:rPr>
          <w:b/>
        </w:rPr>
        <w:t xml:space="preserve">[1:38:43] </w:t>
      </w:r>
      <w:r>
        <w:t>wohi kitab English mein bhi chhap chuki hai. here is gentleman Adil Wasi, he says that what are the rights bestowed upon women by Islam? he would like to know that. dekhiye, main to yeh rai rakhta hoon ke right woman ka hai, mard ka hai, aurat ka hai. yeh nazariya jhoota hai ke right, right, right, right. Quran ke mutabiq ya Islam ke mutabiq asal cheez duty hai, asal cheez right nahin hai. hadith mein ata hai ke</w:t>
      </w:r>
    </w:p>
    <w:p>
      <w:pPr>
        <w:jc w:val="right"/>
      </w:pPr>
      <w:r>
        <w:t>وہی کتاب انگلش میں بھی چھپ چکی ہے۔ ہیر از جنٹلمین عادل وارثی، ہی سیز دیٹ واٹ ار دی رائٹس بیسٹورڈ ان وومن بائی اسلام؟ ہی وڈ لائک ٹو نو دیٹ۔ دیکھیے، میں تو یہ رائے رکھتا ہوں کہ رائٹ وومن کا ہے، مرد کا ہے، عورت کا ہے۔ یہ نظریہ جھوٹا ہے کہ رائٹ، رائٹ، رائٹ، رائٹ۔ قران کے مطابق یا اسلام کے مطابق اصل چیز ڈیوٹی ہے، اصل چیز رائٹ نہیں ہے۔ حدیث میں آتا ہے کہ</w:t>
      </w:r>
    </w:p>
    <w:p>
      <w:r>
        <w:rPr>
          <w:b/>
        </w:rPr>
        <w:t xml:space="preserve">[1:39:14] </w:t>
      </w:r>
      <w:r>
        <w:t>addu ilaihim haqqahum wa sir Allah haqqakum. un ka jo haq hai, us ko ada karo, apna jo haq hai, woh Khuda se mango. yaani Islam ka matlab logon ko duty conscious banana hai, right conscious banana hai. Islam ka maqsad nahin hai zindagi mein na mard ka koi right hai, na aurat koi right hai. dutyan hain, duty. har ek apni duty ko jane. jab aap apni dutyon ko pura karenge to right apne aap milega. is liye Islam ki philosophy yeh hai ke duty ko pura karne ke</w:t>
      </w:r>
    </w:p>
    <w:p>
      <w:pPr>
        <w:jc w:val="right"/>
      </w:pPr>
      <w:r>
        <w:t>ادو الیہم حقہم وسر اللہ حقکم۔ ان کا جو حق ہے، اس کو ادا کرو، اپنا جو حق ہے، وہ خدا سے مانگو۔ یعنی اسلام کا مطلب لوگوں کو ڈیوٹی کانشیس بنانا ہے، رائٹ کانشیس بنانا ہے۔ اسلام کا مقصد نہیں ہے زندگی میں نہ مرد کا کوئی رائٹ ہے، نہ عورت کوئی رائٹ ہے۔ ڈیوٹیاں ہیں، ڈیوٹی۔ ہر ایک اپنی ڈیوٹی کو جانے۔ جب آپ اپنی ڈیوٹیوں کو پورا کریں گے تو رائٹ اپنے آپ ملے گا۔ اس لیے اسلام کی فلاسفی یہ ہے کہ ڈیوٹی کو پورا کرنے کے</w:t>
      </w:r>
    </w:p>
    <w:p>
      <w:r>
        <w:rPr>
          <w:b/>
        </w:rPr>
        <w:t xml:space="preserve">[1:39:44] </w:t>
      </w:r>
      <w:r>
        <w:t>baad apne aap right milta hai, aur right ki demand karne se koi right kisi ko nahin milta. yeh hai Islam ki philosophy. this question is from Naghma, she says that in the case of Hajar, was her role of booster or performer? haan ji, question bohat interesting hai.</w:t>
      </w:r>
    </w:p>
    <w:p>
      <w:pPr>
        <w:jc w:val="right"/>
      </w:pPr>
      <w:r>
        <w:t>بعد اپنے آپ رائٹ ملتا ہے، اور رائٹ کی ڈیمانڈ کرنے سے کوئی رائٹ کسی کو نہیں ملتا۔ یہ ہے اسلام کی فلاسفی۔ دس کوسچن از فرام نغمہ، شی سیز دیٹ ان دی کیس اف ہاجر، واز ہر رول اف بوسٹر اور پرفارمر؟ ہاں جی، کویسچن بڑا انٹرسٹنگ ہے۔</w:t>
      </w:r>
    </w:p>
    <w:p>
      <w:r>
        <w:rPr>
          <w:b/>
        </w:rPr>
        <w:t xml:space="preserve">[1:40:15] </w:t>
      </w:r>
      <w:r>
        <w:t>main samajhta hoon isi category mein jayega, booster ki category mein. yaani woh performer ko create kiya unhon ne, yaani unhi ke jo process chalaya, unhon ne isi ke nateejay mein super performer wajood paya. Rasool Allah Sallallahu Alaihi Wasallam aur sare Sahaba, aap ke companion. to ek yahan par thora sa complex situation hai, lekin basically woh boosting ka role tha, kyunke is ke nateejay mein</w:t>
      </w:r>
    </w:p>
    <w:p>
      <w:pPr>
        <w:jc w:val="right"/>
      </w:pPr>
      <w:r>
        <w:t>میں سمجھتا ہوں اسی کیٹگری میں جائے گا، بوسٹر کی کیٹگری میں۔ یعنی وہ پرفارمر کو کریٹ کیا انہوں نے، یعنی انہی کے جو پراسیس چلایا، انہوں نے اسی کے نتیجے میں سپر پرفارمر وجود پایا۔ رسول اللہ صلی اللہ علیہ وسلم اور سارے اصحاب، آپ کے کمپینین۔ تو ایک یہاں پر تھوڑا سا کمپلیکس سچوئیشن ہے، لیکن بیسیکلی وہ بوسٹنگ کا رول تھا، کیونکہ اس کے نتیجے میں</w:t>
      </w:r>
    </w:p>
    <w:p>
      <w:r>
        <w:rPr>
          <w:b/>
        </w:rPr>
        <w:t xml:space="preserve">[1:40:46] </w:t>
      </w:r>
      <w:r>
        <w:t>baray baray performer paida hue jinhon ne history mein naya revolution barpa kiya. main yahi samajhta hoon. this question is from Hussain Bano, she says that in the situation when men and women are earning and contributing to the economy of the house, what are the rights and facilities that women should expect in this case?</w:t>
      </w:r>
    </w:p>
    <w:p>
      <w:pPr>
        <w:jc w:val="right"/>
      </w:pPr>
      <w:r>
        <w:t>بڑے بڑے پرفارمر پیدا ہوئے جنہوں نے ہسٹری میں نیا ریولوشن برپا کیا۔ میں یہی سمجھتا ہوں۔ دس کوسچن از فرام حسین بانو، شی سیز دیٹ ان دی سچویشن وین مین اینڈ وومن ار ارننگ اینڈ کنٹریبیوٹنگ ٹو دی اکانومی اف دی ہاؤس، واٹ ار دی رائٹس اینڈ فیسلیٹیز دیٹ وومن شوڈ ایکسپیکٹ ان دس کیس؟</w:t>
      </w:r>
    </w:p>
    <w:p>
      <w:r>
        <w:rPr>
          <w:b/>
        </w:rPr>
        <w:t xml:space="preserve">[1:41:16] </w:t>
      </w:r>
      <w:r>
        <w:t>dekhen, Islam ke mutabiq yaani shadi ke baad aurat par ghar chalane ki zimmedari nahin hai, sirf mard ke upar hai. agar dono kamate hain to Islam aurat ko yeh right deta hai ke woh apne paise ko kahin save kare, saving bank mein daal de. mard use nahin keh sakta ke tum ko bhi share karna parega ghar ke kharch mein. Islam ke mutabiq mard ko khud zimmedari</w:t>
      </w:r>
    </w:p>
    <w:p>
      <w:pPr>
        <w:jc w:val="right"/>
      </w:pPr>
      <w:r>
        <w:t>دیکھیں، اسلام کے مطابق یعنی شادی کے بعد عورت پر گھر چلانے کی ذمہ داری نہیں ہے، صرف مرد کے اوپر ہے۔ اگر دونوں کماتے ہیں تو اسلام عورت کو یہ رائٹ دیتا ہے کہ وہ اپنے پیسے کو کہیں سیو کرے، سیونگ بینک میں ڈال دے۔ مرد اسے نہیں کہہ سکتا کہ تم کو بھی شیئر کرنا پڑے گا گھر کے خرچ میں۔ اسلام کے مطابق مرد کو خود ذمہ داری</w:t>
      </w:r>
    </w:p>
    <w:p>
      <w:r>
        <w:rPr>
          <w:b/>
        </w:rPr>
        <w:t xml:space="preserve">[1:41:46] </w:t>
      </w:r>
      <w:r>
        <w:t>leni paregi ghar ke kharch ki. agar voluntarily aurat is mein share kare to theek hai, kar sakti hai woh, lekin yaani is par koi compulsion nahin hai. my question is while, i understand women changes after child is born, as he becomes her epicenter. but Maulana, don't you think that child provides women ventilator for her to let out her emotions? as prior to her becoming a mother, her emotions are</w:t>
      </w:r>
    </w:p>
    <w:p>
      <w:pPr>
        <w:jc w:val="right"/>
      </w:pPr>
      <w:r>
        <w:t>لینی پڑے گی گھر کے خرچ کی۔ اگر والنٹیریلی عورت اس میں شیئر کرے تو ٹھیک ہے، کر سکتی ہے وہ، لیکن یعنی اس پر کوئی کمپلشن نہیں ہے۔ مائی کوسچن از وائل، ائی انڈرسٹینڈ وومن چینجز افٹر چائلڈ از بورن، ایز ہی بیکمز ہر ایپی سینٹر۔ بٹ مولانا، ڈونٹ یو تھنک دیٹ چائلڈ پرووائیڈز وومن وینٹیلیٹر فار ہر ٹو لیٹ اؤٹ ہر ایموشنز؟ ایز پرائر ٹو ہر بیکمنگ ا مدر، ہر ایموشنز ار</w:t>
      </w:r>
    </w:p>
    <w:p>
      <w:r>
        <w:rPr>
          <w:b/>
        </w:rPr>
        <w:t xml:space="preserve">[1:42:17] </w:t>
      </w:r>
      <w:r>
        <w:t>dispersed everywhere, and after child is born, she gets concentrated in one, then she becomes more creative. nahin, yeh yeh to nahin ke creative banti hai, woh yeh keh rahi hai ke pampering karne wali banti hai. dekhen, is mein main basic baat yeh kahunga ke yeh koi nature ki scheme nahin hai. kyun? wohi beta, wohi beti jis ko aaj aap samajhte hain ke hamein emotions ka focus mil raha hai, hamein to woh toot jata hai. kyunke jab</w:t>
      </w:r>
    </w:p>
    <w:p>
      <w:pPr>
        <w:jc w:val="right"/>
      </w:pPr>
      <w:r>
        <w:t>ڈسپرسڈ ایوری ویر، اینڈ افٹر چائلڈ از بورن، شی گیٹس کنسنٹریٹڈ ان ون، ہین شی بیکمز مور کریٹیو۔ نہیں، یہ یہ تو نہیں کہ کریٹیو بنتی ہے، وہ یہ کہہ رہی ہے کہ پیمپرنگ کرنے والی بنتی ہے۔ دیکھیں، اس میں میں بیسک بات یہ کہوں گا کہ یہ کوئی نیچر کی اسکیم نہیں ہے۔ کیوں؟ وہی بیٹا، وہی بیٹی جس کو آج آپ سمجھتے ہیں کہ ہمیں ایموشنز کا فوکس مل رہا ہے، ہمیں تو وہ ٹوٹ جاتا ہے۔ کیونکہ جب</w:t>
      </w:r>
    </w:p>
    <w:p>
      <w:r>
        <w:rPr>
          <w:b/>
        </w:rPr>
        <w:t xml:space="preserve">[1:42:47] </w:t>
      </w:r>
      <w:r>
        <w:t>us ke bachay hotay hain to woh maa baap ko chhod deta hai, phir woh apne bachon ki taraf divert ho jata hai. us ki tawajjuh ab maa baap ko shikayat hoti hai. main zindagi bhar yeh dekhta raha hoon ke maa baap apne jin bachon ke liye apni zindagi laga dete hain, wahi bachay jab khud maa baap bante hain to un ko apne bachon ki fikr ho jati hai, aur maa baap ko shikayat hoti hai. to is ma'ni ki bohat temporary hai, yeh bohat temporary phase hai. yeh to kya is itni temporary phase ke liye nature jo hai kahegi inhi ko apna sab kuch bana lo</w:t>
      </w:r>
    </w:p>
    <w:p>
      <w:pPr>
        <w:jc w:val="right"/>
      </w:pPr>
      <w:r>
        <w:t>اس کے بچے ہوتے ہیں تو وہ ماں باپ کو چھوڑ دیتا ہے، پھر وہ اپنے بچوں کی طرف ڈائیورٹ ہو جاتا ہے۔ اس کی توجہ اب ماں باپ کو شکایت ہوتی ہے۔ میں زندگی بھر یہ دیکھتا رہا ہوں کہ ماں باپ اپنے جن بچوں کے لیے اپنی زندگی لگا دیتے ہیں، وہی بچے جب خود ماں باپ بنتے ہیں تو ان کو اپنے بچوں کی فکر ہو جاتی ہے، اور ماں باپ کو شکایت ہوتی ہے۔ تو اس معنی کی بہت ٹیمپریری ہے، یہ بہت ٹیمپریری فیز ہے۔ یہ تو کیا اس اتنی ٹیمپریری فیز کے لیے نیچر جو ہے کہے گی انہی کو اپنا سب کچھ بنا لو</w:t>
      </w:r>
    </w:p>
    <w:p>
      <w:r>
        <w:rPr>
          <w:b/>
        </w:rPr>
        <w:t xml:space="preserve">[1:43:17] </w:t>
      </w:r>
      <w:r>
        <w:t>؟ aisa keh sakti hai epicenter bana lo in ko? nature aisa nahin keh sakti. kisi temporary phase ke liye nature kabhi aisa nahin keh sakti. aap ko ek permanent target dhoondna parega, aisa target jo kabhi khatam na ho. permanent target tab aap koi bara kaam kar sakenge. woh target jo khatam ho jaye, aap ke bas mein yeh nahin hai ke bachay ki jab shadi ho, un ke khud bhi apne bachay paida ho jayen to un ko un se dilchaspi na</w:t>
      </w:r>
    </w:p>
    <w:p>
      <w:pPr>
        <w:jc w:val="right"/>
      </w:pPr>
      <w:r>
        <w:t>؟ ایسا کہہ سکتی ہے ایپی سینٹر بنا لو ان کو؟ نیچر ایسا نہیں کہہ سکتی۔ کسی ٹیمپریری فیز کے لیے نیچر کبھی ایسا نہیں کہہ سکتی۔ آپ کو ایک پرماننٹ ٹارگٹ ڈھونڈنا پڑے گا، ایسا ٹارگٹ جو کبھی ختم نہ ہو۔ پرماننٹ ٹارگٹ تب آپ کوئی بڑا کام کر سکیں گے۔ وہ ٹارگٹ جو ختم ہو جائے، آپ کے بس میں یہ نہیں ہے کہ بچے کی جب شادی ہو، ان کے خود بھی اپنے بچے پیدا ہو جائیں تو ان کو ان سے دلچسپی نہ</w:t>
      </w:r>
    </w:p>
    <w:p>
      <w:r>
        <w:rPr>
          <w:b/>
        </w:rPr>
        <w:t xml:space="preserve">[1:43:47] </w:t>
      </w:r>
      <w:r>
        <w:t>ho. zaroor hogi, aur phir un ki apne maa baap se dilchaspi ghat jayegi. ab ab maa baap ko shikayat hogi. isi to saas bahu ka problem paida hua har jagah, har ghar mein ke saas bahu jo hai, saas jo hai, adjust nahin kar pati is ko ke mere bete ki tawajjuh apne beton ki taraf chali gayi. to is se jhagray paida hotay hain. to yeh koi main nahin samajhta ke koi realistic baat hai. Maulana, second part of my question is that, can you give examples fr</w:t>
      </w:r>
    </w:p>
    <w:p>
      <w:pPr>
        <w:jc w:val="right"/>
      </w:pPr>
      <w:r>
        <w:t>ہو۔ ضرور ہوگی، اور پھر ان کی اپنے ماں باپ سے دلچسپی گھٹ جائے گی۔ اب اب ماں باپ کو شکایت ہوگی۔ اسی تو ساس بہو کا پرابلم پیدا ہوا ہر جگہ، ہر گھر میں کہ ساس بہو جو ہے، ساس جو ہے، ایڈجسٹ نہیں کر پاتی اس کو کہ میرے بیٹے کی توجہ اپنے بیٹوں کی طرف چلی گئی۔ تو اس سے جھگڑے پیدا ہوتے ہیں۔ تو یہ کوئی میں نہیں سمجھتا کہ کوئی ریلسٹک بات ہے۔ مولانا، سیکنڈ پارٹ اف مائی کوسچن از دیٹ، کین یو گیو ایگزامپلز فر</w:t>
      </w:r>
    </w:p>
    <w:p>
      <w:r>
        <w:rPr>
          <w:b/>
        </w:rPr>
        <w:t xml:space="preserve">[1:44:17] </w:t>
      </w:r>
      <w:r>
        <w:t>om prophets life? how was he different in parenting his own children as opposed to the parents of today? Rahab ke beta to tha nahin, betiyan kuch betiyan theen to aisi girti parti un ki zindagi rahi. kisi beti ki koi zindagi nahin. naye rehne ghar mila, unhein musibat ki zindagi kaati. unhon ne misal ke tor par Fatima jo theen, jo bohat zyada kaha jata hai ke bohat aap ki cheheti beti thi. main is ko nahin manta ke cheheti ka lafz istemal kiya jaye, lekin log keh</w:t>
      </w:r>
    </w:p>
    <w:p>
      <w:pPr>
        <w:jc w:val="right"/>
      </w:pPr>
      <w:r>
        <w:t>ام پرافٹس لائف؟ ہاؤ واز ہی ڈفرنٹ ان پیرنٹنگ ہز اون چلڈرن ایز اپوز ٹو دا پیرنٹس اف ٹوڈے؟ راہب کے بیٹا تو تھا نہیں، بیٹیاں کچھ بیٹیاں تھیں تو ایسی گرتی پڑتی ان کی زندگی رہی۔ کسی بیٹی کی کوئی زندگی نہیں۔ نئے رہنے گھر ملا، انہیں مصیبت کی زندگی کاٹی۔ انہوں نے مثال کے طور پر فاطمہ جو تھیں، جو بہت زیادہ کہا جاتا ہے کہ بہت آپ کی چہیتی بیٹی تھی۔ میں اس کو نہیں مانتا کہ چہیتی کا لفظ استعمال کیا جائے، لیکن لوگ کہ</w:t>
      </w:r>
    </w:p>
    <w:p>
      <w:r>
        <w:rPr>
          <w:b/>
        </w:rPr>
        <w:t xml:space="preserve">[1:44:47] </w:t>
      </w:r>
      <w:r>
        <w:t>te hain aisa. to Fatima ki zindagi kya thi? shadi ke baad aap ne shadi kar di un ki Ali ke sath jin ka koi cheez nahin tha. matlab us zamane mein bagh hua karta tha, un ke pas koi bagh nahin tha, koi property nahin thi. to Fatima jati theen khajoor ke bagh mein, jo upar se khajoor girti thi, us ko chunne ke liye. us ko chunne ke liye guthli laati theen, guthli ko peesti theen, pees kar ke us ka atta banati theen, aur bahar ja kar pani laati theen</w:t>
      </w:r>
    </w:p>
    <w:p>
      <w:pPr>
        <w:jc w:val="right"/>
      </w:pPr>
      <w:r>
        <w:t>تے ہیں ایسا۔ تو فاطمہ کی زندگی کیا تھی؟ شادی کے بعد آپ نے شادی کر دی ان کی علی کے ساتھ جن کا کوئی چیز نہیں تھی۔ مطلب اس زمانے میں باغ ہوا کرتا تھا، ان کے پاس کوئی باغ نہیں تھا، کوئی پراپرٹی نہیں تھی۔ تو فاطمہ جاتی تھیں کھجور کے باغ میں، جو اوپر سے کھجور گرتی تھی، اس کو چننے کے لیے۔ اس کو چننے کے لیے گٹھلی لاتی تھیں، گٹھلی کو پیستی تھیں، پیس کر کے اس کا آٹا بناتی تھیں، اور باہر جا کر پانی لاتی تھیں</w:t>
      </w:r>
    </w:p>
    <w:p>
      <w:r>
        <w:rPr>
          <w:b/>
        </w:rPr>
        <w:t xml:space="preserve">[1:45:17] </w:t>
      </w:r>
      <w:r>
        <w:t>mask le kar ke. to yeh sab karte hue un ke hath mein chhalay par gaye, thak jati theen. to gayeen ek din Rasool Allah ke pas ke hamein ek, ek, hamein ek, ek servant de dijiye, ek servant de dijiye. to der tak khari raheen, servant de di. to aakhir mein Rasool Allah ne kaha ke kya main tum ko is se achi cheez na bataoon? servant se achi cheez? to kaha, woh kya? to aap ne kaha ke Subhan Allah, Alhamdulillah, Allah Akbar parh</w:t>
      </w:r>
    </w:p>
    <w:p>
      <w:pPr>
        <w:jc w:val="right"/>
      </w:pPr>
      <w:r>
        <w:t>، مشک لے کر کے۔ تو یہ سب کرتے ہوئے ان کے ہاتھ میں چھالے پڑ گئے، تھک جاتی تھیں۔ تو گئیں ایک دن رسول اللہ کے پاس کہ ہمیں ایک، ایک، ہمیں ایک، ایک سرونٹ دے دیجئے، ایک سرونٹ دے دیجئے۔ تو دیر تک کھڑی رہیں، سرونٹ دے دی۔ تو آخر میں رسول اللہ نے کہا کہ کیا میں تم کو اس سے اچھی چیز نہ بتاؤں؟ سرونٹ سے اچھی چیز؟ تو کہا، وہ کیا؟ تو آپ نے کہا کہ سبحان اللہ، الحمدللہ، اللہ اکبر پڑ</w:t>
      </w:r>
    </w:p>
    <w:p>
      <w:r>
        <w:rPr>
          <w:b/>
        </w:rPr>
        <w:t xml:space="preserve">[1:45:47] </w:t>
      </w:r>
      <w:r>
        <w:t>ha kro. aaj kal jis ko musalman tasbeeh fatima kehte hain, wo sab musalman jhoote hain. maaf kijiyega, kyun? tasbeeh fatima mein is ko alag kar ke nahi dekh sakte. aap ke beti ko servant na de kar ke tasbeeh fatima dena, yahan kya hai ke beti ko to khoob dete hain jehez mein, aur yahan wahan beti ko luxury saman laad dete hain. tab tasbeeh fatima kar rahe hain baith kar ke. to aap tasbeeh fatima ka reference na dijiye</w:t>
      </w:r>
    </w:p>
    <w:p>
      <w:pPr>
        <w:jc w:val="right"/>
      </w:pPr>
      <w:r>
        <w:t>ھا کرو۔ آج کل جس کو مسلمان تسبیح فاطمہ کہتے ہیں، وہ سب مسلمان جھوٹے ہیں۔ معاف کیجئے گا، کیوں؟ تسبیح فاطمہ میں اس کو الگ کر کے نہیں دیکھ سکتے۔ آپ کہ بیٹی کو سرونٹ نہ دے کر کے تسبیح فاطمہ دینا، یہاں کیا ہے کہ بیٹی کو تو خوب دیتے ہیں جہیز میں، اور یہاں وہاں بیٹی کو لگزری سامان لاد دیتے ہیں۔ تب تسبیح فاطمہ کر رہے ہیں بیٹھ کر کے۔ تو آپ تسبیح فاطمہ کا ریفرنس نہ دیجئے</w:t>
      </w:r>
    </w:p>
    <w:p>
      <w:r>
        <w:rPr>
          <w:b/>
        </w:rPr>
        <w:t xml:space="preserve">[1:46:17] </w:t>
      </w:r>
      <w:r>
        <w:t>ke beti ko servant nahi diya, beti ko ghar nahi diya, beti ko koi luxury sa item nahi diya, koi comfort nahi diya. aur kaha kya ke tum yeh yeh parh liya karo, 33 baar, 33 baar, 34 baar, yani kul mila kar so baar, subhan Allah, alhamdulillah, Allah Akbar. to yeh tha rasool Allah ka tareeqa. das question is from farida khanoom, she says can a woman play her role guided by her own nature, or she needs an external guide.</w:t>
      </w:r>
    </w:p>
    <w:p>
      <w:pPr>
        <w:jc w:val="right"/>
      </w:pPr>
      <w:r>
        <w:t>کہ بیٹی کو سرونٹ نہیں دیا، بیٹی کو گھر نہیں دیا، بیٹی کو کوئی لگزری سا آئٹم نہیں دیا، کوئی کمفرٹ نہیں دیا۔ اور کہا کیا کہ تم یہ یہ پڑھ لیا کرو، 33 بار، 33 بار، 34 بار، یعنی کل ملا کر سو بار، سبحان اللہ، الحمدللہ، اللہ اکبر۔ تو یہ تھا رسول اللہ کا طریقہ۔ دس کوسچن از فرام فریدہ خانم، شی سیز کین اے وومن پلے ہر رول گائیڈڈ بائی ہر اون نیچر، اور شی نیڈز این ایکسٹرنل گائیڈ۔</w:t>
      </w:r>
    </w:p>
    <w:p>
      <w:r>
        <w:rPr>
          <w:b/>
        </w:rPr>
        <w:t xml:space="preserve">[1:46:48] </w:t>
      </w:r>
      <w:r>
        <w:t>how is it possible to provide this guidance to all the women? dekhiye, yeh baat partly sahi hai kyunke nature har ek mein hota hai, aur nature se guidance milti hai. lekin na mard na aurat, koi bhi sirf nature ko follow kar ke right path ko nahi pa sakte. dono ko kya karna parta hai? dono ko yani quran parhna hoga, hadith</w:t>
      </w:r>
    </w:p>
    <w:p>
      <w:pPr>
        <w:jc w:val="right"/>
      </w:pPr>
      <w:r>
        <w:t>ہاؤ از اٹ پوسیبل ٹو پرووائیڈ دس گائیڈنس ٹو ال دی وومن؟ دیکھیے، یہ بات پارٹلی صحیح ہے کیونکہ نیچر ہر ایک میں ہوتا ہے، اور نیچر سے گائیڈنس ملتی ہے۔ لیکن نہ مرد نہ عورت، کوئی بھی صرف نیچر کو فالو کر کے رائٹ پاتھ کو نہیں پا سکتے۔ دونوں کو کیا کرنا پڑتا ہے؟ دونوں کو یعنی قران پڑھنا ہوگا، حدیث</w:t>
      </w:r>
    </w:p>
    <w:p>
      <w:r>
        <w:rPr>
          <w:b/>
        </w:rPr>
        <w:t xml:space="preserve">[1:47:18] </w:t>
      </w:r>
      <w:r>
        <w:t>parhna hoga, living discussion karna hoga, dialogue karna hoga, exchange karna hoga. tab ja kar khulega ke right path kya hai. sirf apne nature hi ko read kar ke koi right path ko pa le to yeh na mard ke liye possible hai, na aurat ke liye possible hai. yeh ek process hai jo chalta hai study se, exchange se, discussion se, interaction se. tab ja kar aadmi ko khulta hai ke right path kya hai. to yeh baat mere nazdeek dono ke liye sahi</w:t>
      </w:r>
    </w:p>
    <w:p>
      <w:pPr>
        <w:jc w:val="right"/>
      </w:pPr>
      <w:r>
        <w:t>پڑھنا ہوگا، لونگ ڈسکشن کرنا ہوگا، ڈائیلاگ کرنا ہوگا، ایکسچینج کرنا ہوگا۔ تب جا کر کھلے گا کہ رائٹ پاتھ کیا ہے۔ صرف اپنے نیچر ہی کو ریڈ کر کے کوئی رائٹ پاتھ کو پا لے تو یہ نہ مرد کے لیے پاسیبل ہے، نہ عورت کے لیے پاسیبل ہے۔ یہ ایک پراسیس ہے جو چلتا ہے اسٹڈی سے، ایکسچینج سے، ڈسکشن سے، انٹریکشن سے۔ تب جا کر آدمی کو کھلتا ہے کہ رائٹ پاتھ کیا ہے۔ تو یہ بات میرے نزدیک دونوں کے لیے صحیح</w:t>
      </w:r>
    </w:p>
    <w:p>
      <w:r>
        <w:rPr>
          <w:b/>
        </w:rPr>
        <w:t xml:space="preserve">[1:47:48] </w:t>
      </w:r>
      <w:r>
        <w:t>hai. the concept explained by you is very very correct, and no one can deny that men and women, i mean, they are different, and they have to play different roles. but how it is put into practice is big question. the problems in my opinion arise because of the of the prac</w:t>
      </w:r>
    </w:p>
    <w:p>
      <w:pPr>
        <w:jc w:val="right"/>
      </w:pPr>
      <w:r>
        <w:t>ہے۔ دا کانسیپٹ ایکسپلین بائی یو از ویری ویری کریکٹ، اینڈ نو ون کین ڈینائے دیٹ مین اینڈ وومن، ائی مین، دے ار ڈفرنٹ، اینڈ دے ہیو ٹو پلے ڈفرنٹ رولز۔ بٹ ہاؤ اٹ از پٹ انٹو پریکٹس از بگ کوسچن۔ دا پرابلمز ان مائی اوپینین ارائز بیکاز اف دا اف دا پریک</w:t>
      </w:r>
    </w:p>
    <w:p>
      <w:r>
        <w:rPr>
          <w:b/>
        </w:rPr>
        <w:t xml:space="preserve">[1:48:18] </w:t>
      </w:r>
      <w:r>
        <w:t>ticing in wrong way. like men as a boss, fine, but there can be authoritarian boss, and there can be democratic boss. now understanding everybody's role, understanding women, that's very important. if you are boss, you have to take care of everything. but what has happened in the society? there are lot of stories or the histories</w:t>
      </w:r>
    </w:p>
    <w:p>
      <w:pPr>
        <w:jc w:val="right"/>
      </w:pPr>
      <w:r>
        <w:t>ٹسنگ ان رونگ وے۔ لائک مین ایز اے باس، فائن، بٹ دیر کین بی اتھارٹیرین باس، اینڈ دیر کین بی ڈیموکریٹک باس۔ ناؤ انڈرسٹینڈنگ ایوری باڈیز رول، انڈرسٹینڈنگ وومن، دیٹس ویری امپورٹنٹ۔ اف یو ار باس، یو ہیو ٹو ٹیک کیئر اف ایوری تھنگ۔ بٹ واٹ ہیز ہیپنڈ ان دا سوسائٹی؟ دیر ار لاٹ اف سٹوریز اور دا ہسٹریز</w:t>
      </w:r>
    </w:p>
    <w:p>
      <w:r>
        <w:rPr>
          <w:b/>
        </w:rPr>
        <w:t xml:space="preserve">[1:48:49] </w:t>
      </w:r>
      <w:r>
        <w:t>that women is ill-treated, mistreated, and in the response people are talking, and women are talking about the gender equality. and gender equality does not mean exactly everything the same, but they should not be mistreated. the whole so many examples of mistreatment for the women, and and also</w:t>
      </w:r>
    </w:p>
    <w:p>
      <w:pPr>
        <w:jc w:val="right"/>
      </w:pPr>
      <w:r>
        <w:t>دیٹ وومن از ایلٹریٹڈ، مس ٹریٹڈ، اینڈ ان دا رسپانس پیپل ار ٹاکنگ، اینڈ وومن ار ٹاکنگ اباؤٹ دا جینڈر ایکوالٹی۔ اینڈ جینڈر ایکوالٹی ڈز ناٹ مین ایگزیکٹلی ایوری تھنگ دا سیم، بٹ دے شوڈ ناٹ بی مس ٹریٹڈ۔ دا ہول سو مینی ایگزیمپلز اف مس ٹریٹمنٹ فار دا وومن، اینڈ اینڈ الس</w:t>
      </w:r>
    </w:p>
    <w:p>
      <w:r>
        <w:rPr>
          <w:b/>
        </w:rPr>
        <w:t xml:space="preserve">[1:49:20] </w:t>
      </w:r>
      <w:r>
        <w:t>Islam, i mean, that extreme thing is wrong. it's a, it's a religion in my opinion, and i like your comment is of a balance. there has to be a balance in both the role, which you are constantly talking about it. they have to go together. so it's very very important that today, like mostly everything was talked about that women should do this. but</w:t>
      </w:r>
    </w:p>
    <w:p>
      <w:pPr>
        <w:jc w:val="right"/>
      </w:pPr>
      <w:r>
        <w:t>و اسلام، ائی مین، دیٹ ایکسٹریم تھنگ از رونگ۔ اٹس اے، اٹس اے ریلیجن ان مائی اوپینین، اینڈ ائی لائک یور کمنٹ از اف اے بیلنس۔ دیر ہیز ٹو بی اے بیلنس ان بوتھ دا رول، وچ یو ار کانسٹنٹلی ٹاکنگ اباؤٹ اٹ۔ دے ہیو ٹو گو ٹوگیدر۔ سو اٹس ویری ویری امپورٹنٹ دیٹ ٹوڈے، لائک موسٹلی ایوری تھنگ واز ٹاکڈ اباؤٹ دیٹ وومن شوڈ ڈو دس۔ بٹ</w:t>
      </w:r>
    </w:p>
    <w:p>
      <w:r>
        <w:rPr>
          <w:b/>
        </w:rPr>
        <w:t xml:space="preserve">[1:49:50] </w:t>
      </w:r>
      <w:r>
        <w:t>how men should treat the women so that they they can go together, they can work together to form a better society. and i think Islam has created that society, but we are not really following the Islamic ways. also so it is not only to tell women what to do alone, it is the role of the men. also and the other thing, what Maulana sahib you are</w:t>
      </w:r>
    </w:p>
    <w:p>
      <w:pPr>
        <w:jc w:val="right"/>
      </w:pPr>
      <w:r>
        <w:t>ہاؤ مین شوڈ ٹریٹ دا وومن سو دیٹ دے دے کین گو ٹوگیدر، دے کین ورک ٹوگیدر ٹو فارم اے بیٹر سوسائٹی۔ اینڈ ائی تھنک اسلام ہیز کریٹڈ دیٹ سوسائٹی، بٹ وی ار ناٹ ریلی فالوئنگ دا اسلامک ویز۔ السو سو اٹ از ناٹ اونلی ٹو ٹیل وومن واٹ ٹو ڈو الون، اٹ از دا رول اف دا مین۔ السو اینڈ دا ادر تھنگ، واٹ مولانا صاحب یو ار</w:t>
      </w:r>
    </w:p>
    <w:p>
      <w:r>
        <w:rPr>
          <w:b/>
        </w:rPr>
        <w:t xml:space="preserve">[1:50:20] </w:t>
      </w:r>
      <w:r>
        <w:t>saying about that, i mean, that when the child needs the care, that care has to be given by the mother, to whatever extent it is. and one has to leave everything and give that support to that, that child, when i mean, when you over do that, that that is wrong. so i mean, we should not over do any action, but wherever there is a, and if like you are saying that</w:t>
      </w:r>
    </w:p>
    <w:p>
      <w:pPr>
        <w:jc w:val="right"/>
      </w:pPr>
      <w:r>
        <w:t>سینگ اباؤٹ دیٹ، ائی مین، دیٹ وین دا چائلڈ نیڈز دا کیئر، دیٹ کیئر ہیز ٹو بی گیون بائی دا مدر، ٹو واٹ ایور ایکسٹینٹ اٹ از۔ اینڈ ون ہیز ٹو لیو ایوری تھنگ اینڈ گیو دیٹ سپورٹ ٹو دیٹ، دیٹ چائلڈ، وین ائی مین، وین یو اوور ڈو دیٹ، دیٹ دیٹ از رونگ۔ سو ائی مین، وی شوڈ ناٹ اوور ڈو اینی ایکشن، بٹ ور ایور دیر از اے، اینڈ اف لائک یو ار سینگ دیٹ</w:t>
      </w:r>
    </w:p>
    <w:p>
      <w:r>
        <w:rPr>
          <w:b/>
        </w:rPr>
        <w:t xml:space="preserve">[1:50:54] </w:t>
      </w:r>
      <w:r>
        <w:t>the women is what is the word? booster, ya so i mean, like people, the women can't recognize her role as a booster. also people, i mean, one need support, the women need support to even work as a good booster. how can we get? you need proper education to understand her role and all that. so that support has to be given by the b</w:t>
      </w:r>
    </w:p>
    <w:p>
      <w:pPr>
        <w:jc w:val="right"/>
      </w:pPr>
      <w:r>
        <w:t>دا وومن از واٹ از دا ورڈ؟ بوسٹر، یا سو ائی مین، لائک پیپل، دا وومن کانٹ ریکگنائز ہر رول ایز اے بوسٹر۔ السو پیپل، ائی مین، ون نیڈ سپورٹ، دا وومن نیڈ سپورٹ ٹو ایون ورک ایز اے گڈ بوسٹر۔ ہاؤ کین وی گیٹ؟ یو نیڈ پراپر ایجوکیشن ٹو انڈرسٹینڈ ہر رول اینڈ ال دیٹ۔ سو دیٹ سپورٹ ہیز ٹو بی گیون بائی دا ب</w:t>
      </w:r>
    </w:p>
    <w:p>
      <w:r>
        <w:rPr>
          <w:b/>
        </w:rPr>
        <w:t xml:space="preserve">[1:51:24] </w:t>
      </w:r>
      <w:r>
        <w:t>i mean of the, if they are bosses, they are bosses by father, by brothers, and everybody. but what has happened in the society? that the women can't study and can't go to school. i mean, all these wrong things. and then it is the extreme now, that everybody is just saying that equal, equal. so a mature mind, means mature mind, or women's mature mind will play the fine role and understand their. so we</w:t>
      </w:r>
    </w:p>
    <w:p>
      <w:pPr>
        <w:jc w:val="right"/>
      </w:pPr>
      <w:r>
        <w:t>ائی مین اف دا، اف دے ار باسز، دے ار باسز بائی فادر، بائی برادرز، اینڈ ایوری باڈی۔ بٹ واٹ ہیز ہیپنڈ ان دا سوسائٹی؟ دیٹ دا وومن کانٹ سٹڈی اینڈ کانٹ گو ٹو سکول۔ ائی مین، ال دیز رونگ تھنگز۔ اینڈ دین اٹ از دا ایکسٹریم ناؤ، دیٹ ایوری باڈی از جسٹ سینگ دیٹ ایکول، ایکول۔ سو ا میچور مائنڈ، مینز میچور مائنڈ، اور وومنز میچور مائنڈ ول پلے دا فائن رول اینڈ انڈرسٹینڈ دیر۔ سو وی</w:t>
      </w:r>
    </w:p>
    <w:p>
      <w:r>
        <w:rPr>
          <w:b/>
        </w:rPr>
        <w:t xml:space="preserve">[1:51:55] </w:t>
      </w:r>
      <w:r>
        <w:t>all have to understand the position of Islam, position of women in Islam, and then have to work accordingly for that. men support to women, men support to children, whenever they are earning, i mean, they don't have to be conditioned about it. that's my thing, that we all have to work towards that. that support has to be provided to the women, to even think about. theek, main samajh gaya</w:t>
      </w:r>
    </w:p>
    <w:p>
      <w:pPr>
        <w:jc w:val="right"/>
      </w:pPr>
      <w:r>
        <w:t>ال ہیو ٹو انڈرسٹینڈ دا پوزیشن اف اسلام، پوزیشن اف وومن ان اسلام، اینڈ دین ہیو ٹو ورک اکارڈنگلی فار دیٹ۔ مین سپورٹ ٹو وومن، مین سپورٹ ٹو چلڈرن، وین ایور دے ارینگ، ائی مین، دے ڈونٹ ہیو ٹو بی کنڈیشنڈ اباؤٹ اٹ۔ دیٹس مائی تھنگ، دیٹ وی ال ہیو ٹو ورک ٹوورڈز دیٹ۔ دیٹ سپورٹ ہیز ٹو بی پرووائیڈڈ ٹو دا وومن، ٹو ایون تھنک اباؤٹ۔ ٹھیک، میں سمجھ گیا</w:t>
      </w:r>
    </w:p>
    <w:p>
      <w:r>
        <w:rPr>
          <w:b/>
        </w:rPr>
        <w:t xml:space="preserve">[1:52:25] </w:t>
      </w:r>
      <w:r>
        <w:t>main samajh gaya aap ki baat. dekhiye, sab se important baat yeh hai ke log sochte hain apne mind se. main sochta hoon quran ke mind se, apne apni reason le kar ke log rai banate hain. main nahi karta. dekhiye, bahut zyada bola jata hai balance ka word, balance way mein sochna, mutawazin soch. kahin bhi quran hadith mein yeh lafz nahi milta. main samajhta hoon ke yeh ek bilkul hi ek</w:t>
      </w:r>
    </w:p>
    <w:p>
      <w:pPr>
        <w:jc w:val="right"/>
      </w:pPr>
      <w:r>
        <w:t>، میں سمجھ گیا اپ کی بات۔ دیکھیے، سب سے امپورٹنٹ بات یہ ہے کہ لوگ سوچتے ہیں اپنے مائنڈ سے۔ میں سوچتا ہوں قران کے مائنڈ سے، اپنے اپنی ریزن لے کر کے لوگ رائے بناتے ہیں۔ میں نہیں کرتا۔ دیکھیے، بہت زیادہ بولا جاتا ہے بیلنس کا ورڈ، بیلنس وے میں سوچنا، متوازن سوچ۔ کہیں بھی قران حدیث میں یہ لفظ نہیں ملتا۔ میں سمجھتا ہوں کہ یہ ایک بالکل ہی ایک</w:t>
      </w:r>
    </w:p>
    <w:p>
      <w:r>
        <w:rPr>
          <w:b/>
        </w:rPr>
        <w:t xml:space="preserve">[1:52:56] </w:t>
      </w:r>
      <w:r>
        <w:t>intellectual luxury hai. balance kabhi duniya mein chalta nahi hai, impossible hai. yeh khoobsurat word hai jo aksar bola jata hai ek beautiful speech dene ke liye. asal cheez jo hai wo hai jo basic formula hai, wo test. yani Khuda ne har insan ko test par rakha hai. yeh irrelevant baat hai ke balance mein hai ke nahi, balance mein hai. wo performer hai ke booster hai. har ek ko test par rakh rakha hai Khuda ne.</w:t>
      </w:r>
    </w:p>
    <w:p>
      <w:pPr>
        <w:jc w:val="right"/>
      </w:pPr>
      <w:r>
        <w:t>انٹلیکچول لگزری ہے۔ بیلنس کبھی دنیا میں چلتا نہیں ہے، امپاسیبل ہے۔ یہ خوبصورت ورڈ ہے جو اکثر بولا جاتا ہے ایک بیوٹی فل اسپیچ دینے کے لیے۔ اصل چیز جو ہے وہ ہے جو بیسک فارمولا ہے، وہ ٹیسٹ۔ یعنی خدا نے ہر انسان کو ٹیسٹ پر رکھا ہے۔ یہ اریلیونٹ بات ہے کہ بیلنس میں ہے کہ نہیں، بیلنس میں ہے۔ وہ پرفارمر ہے کہ بوسٹر ہے۔ ہر ایک کو ٹیسٹ پر رکھ رکھا ہے خدا نے۔</w:t>
      </w:r>
    </w:p>
    <w:p>
      <w:r>
        <w:rPr>
          <w:b/>
        </w:rPr>
        <w:t xml:space="preserve">[1:53:26] </w:t>
      </w:r>
      <w:r>
        <w:t>main aap ko misaal deta hoon ke rasool Allah ke baad rasool Allah ne kaha tha: "la fazl al-ajami ala al-arabi". ek ko doosre par koi fazilat nahi hai. log is ko pesh karte hain balance way mein sochna. balance way mein nahi sochna. yeh kyun? rasool Allah ke baad yeh sawal aya ke khalifa kis ko banaya? banaya jaye to Hazrat Abu Bakr ne kaha ke rasool Allah ne kaha tha ke "al-aimmatu min Quraish". Quraish mein se banega khalifa, Quraish mein</w:t>
      </w:r>
    </w:p>
    <w:p>
      <w:pPr>
        <w:jc w:val="right"/>
      </w:pPr>
      <w:r>
        <w:t>میں اپ کو مثال دیتا ہوں کہ رسول اللہ کے بعد رسول اللہ نے کہا تھا: "لا فضل العجبین العربین"۔ ایک کو دوسرے پر کوئی فضیلت نہیں ہے۔ لوگ اس کو پیش کرتے ہیں بیلنس وے میں سوچنا۔ بیلنس وے میں نہیں سوچنا۔ یہ کیوں؟ رسول اللہ کے بعد یہ سوال ایا کہ خلیفہ کس کو بنایا؟ بنایا جائے تو حضرت ابوبکر نے کہا کہ رسول اللہ نے کہا تھا کہ "الائمۃ بن قریش"۔ قریش میں سے بنے گا خلیفہ، قریش میں</w:t>
      </w:r>
    </w:p>
    <w:p>
      <w:r>
        <w:rPr>
          <w:b/>
        </w:rPr>
        <w:t xml:space="preserve">[1:53:56] </w:t>
      </w:r>
      <w:r>
        <w:t>se banega hakim. to yeh kahan hai? wo balance way mein sochna. yani aap ne doosre tribes ko alag kar diya aur Quraish se kaha: "Quraish mein se khalifa banana". to main samajhta hoon ke yeh ek khoobsurat word zaroor hai, balance, lekin yeh koi quran o hadith mein is ki asal nahi hai. is ke asal cheez hai ke practical realities kya hain, is ko dekhna. law of nature kya hai, is ko dekhna. creation plan kya hai, is ko dekhna. aur test ke aitbar se apni duty kya hai, is ko dekhna. to</w:t>
      </w:r>
    </w:p>
    <w:p>
      <w:pPr>
        <w:jc w:val="right"/>
      </w:pPr>
      <w:r>
        <w:t>سے بنے گا حاکم۔ تو یہ کہاں ہے؟ وہ بیلنس وے میں سوچنا۔ یعنی اپ نے دوسرے ٹرائبز کو الگ کر دیا اور قریش سے کہا: "قریش میں سے خلیفہ بنانا"۔ تو میں سمجھتا ہوں کہ یہ ایک خوبصورت ورڈ ضرور ہے، بیلنس، لیکن یہ کوئی قران و حدیث میں اس کی اصل نہیں ہے۔ اس کے اصل چیز ہے کہ پریکٹیکل ریلیٹیز کیا ہیں، اس کو دیکھنا۔ لاء اف نیچر کیا ہے، اس کو دیکھنا۔ کریشن پلان کیا ہے، اس کو دیکھنا۔ اور ٹیسٹ کے اعتبار سے اپنی ڈیوٹی کیا ہے، اس کو دیکھنا۔ تو</w:t>
      </w:r>
    </w:p>
    <w:p>
      <w:r>
        <w:rPr>
          <w:b/>
        </w:rPr>
        <w:t xml:space="preserve">[1:54:26] </w:t>
      </w:r>
      <w:r>
        <w:t>jab tak aap sincere na hon, tab tak aap is ko samajh nahi sakte. sincerity is must. isi liye pehli ayat muqarrar mein hai: "hudan lil muttaqin". yani guidance hai quran un logon ke liye jin ke andar sincerity ho. to behal, main jo samajhta hoon wo yeh hai ke main apni reason ko le kar kabhi bhi rai nahi banata, quran ko le kar rai banata hoon. aur main apne mutalliq aitraz kar sakta hoon ke balance way mein sochna yeh ek aaj kal ka ek word hai jo bahut bola jata hai, lekin quran o hadith mein yeh word kahin nahi milta. jo milta hai wo</w:t>
      </w:r>
    </w:p>
    <w:p>
      <w:pPr>
        <w:jc w:val="right"/>
      </w:pPr>
      <w:r>
        <w:t>جب تک اپ سنسیئر نہ ہوں، تب تک اپ اس کو سمجھ نہیں سکتے۔ سنسیرٹی از مسٹ۔ اسی لیے پہلی ایت مقرر میں ہے: "ہد للمتقین"۔ یعنی گائیڈنس ہے قران ان لوگوں کے لیے جن کے اندر سنسیرٹی ہو۔ تو بہرحال، میں جو سمجھتا ہوں وہ یہ ہے کہ میں اپنی ریزن کو لے کر کبھی بھی رائے نہیں بناتا، قران کو لے کر رائے بناتا ہوں۔ اور میں اپنے متعلق اعتراض کر سکتا ہوں کہ بیلنس وے میں سوچنا یہ ایک اج کل کا ایک ورڈ ہے جو بہت بولا جاتا ہے، لیکن قران و حدیث میں یہ ورڈ کہیں نہیں ملتا۔ جو ملتا ہے وہ</w:t>
      </w:r>
    </w:p>
    <w:p>
      <w:r>
        <w:rPr>
          <w:b/>
        </w:rPr>
        <w:t xml:space="preserve">[1:54:56] </w:t>
      </w:r>
      <w:r>
        <w:t>wahi hai ke creation plan ke liye socho, law of nature ko le kar socho, test ke le kar socho, tum Khuda ke aage accountable ho, is ke liye le kar socho. tab tumhare mind mein ayegi sincerity, tab tum critical banoge, tum egoless banoge. to phir nihayat aasani se tum ko dikhai pad jayega ke mujhe meri duty kya hai, mujhe kya karna chahiye. yeh maine samjha hai quran o hadith se.</w:t>
      </w:r>
    </w:p>
    <w:p>
      <w:pPr>
        <w:jc w:val="right"/>
      </w:pPr>
      <w:r>
        <w:t>وہی ہے کہ کریشن پلان کے لیے سوچو، لاء اف نیچر کو لے کر سوچو، ٹیسٹ کے لے کر سوچو، تم خدا کے اگے اکاؤنٹیبل ہو، اس کے لیے لے کر سوچو۔ تب تمہارے مائنڈ میں ائے گی سنسیرٹی، تب تم کریکٹسائز بنو گے، تم ایگولیس بنو گے۔ تو پھر نہایت اسانی سے تم کو دکھائی پڑ جائے گا کہ مجھے میری ڈیوٹی کیا ہے، مجھے کیا کرنا چاہیے۔ یہ میں نے سمجھا ہے قران و حدیث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