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Find Paradise | April 4, 2006 | Maulana Wahiduddin Khan</w:t>
      </w:r>
    </w:p>
    <w:p>
      <w:r>
        <w:t>https://www.youtube.com/watch?v=ddpvsZZz264</w:t>
      </w:r>
    </w:p>
    <w:p>
      <w:r>
        <w:rPr>
          <w:b/>
        </w:rPr>
        <w:t xml:space="preserve">[00:01] </w:t>
      </w:r>
      <w:r>
        <w:t>aaj ki shaam ke liye jo topic hai wo yeh hai: "how to find paradise". jahan tak main samajhta hoon, "how to find paradise" ka jo question hai wo direct taur par juda hua hai "how to find God" se. ke paradise kisi mysterious cheez ka naam nahi hai. paradise kisi ko mysteriously nahi milegi; paradise ek character ka naam hai. paradise ek culture ka naam hai.</w:t>
      </w:r>
    </w:p>
    <w:p>
      <w:pPr>
        <w:jc w:val="right"/>
      </w:pPr>
      <w:r>
        <w:t>آج کی شام کے لیے جو ٹاپک ہے وہ یہ ہے: "ہاؤ ٹو فائنڈ پیراڈائز"۔ جہاں تک میں سمجھتا ہوں، "ہاؤ ٹو فائنڈ پیراڈائز" کا جو کوئسچن ہے وہ ڈائریکٹ طور پر جڑا ہوا ہے "ہاؤ ٹو فائنڈ گاڈ" سے۔ کہ پیراڈائز کسی مسٹیریس چیز کا نام نہیں ہے۔ پیراڈائز کسی کو مسٹیریسلی نہیں ملے گی؛ پیراڈائز ایک کریکٹر کا نام ہے۔ پیراڈائز ایک کلچر کا نام ہے۔</w:t>
      </w:r>
    </w:p>
    <w:p>
      <w:r>
        <w:rPr>
          <w:b/>
        </w:rPr>
        <w:t xml:space="preserve">[00:32] </w:t>
      </w:r>
      <w:r>
        <w:t>paradise ek spirit ka naam hai. paradise ek revolution ka naam hai. رب oriented thinking, رب oriented character, رب oriented behavior—yeh to tumhare andar aa jaye. to Khuda ko daryaft karte hi, Khuda ko discover karte hi, aisa hota hai ke aadmi ki poori zindagi ka orientation badal jata hai. is liye ke Khuda sab se bari cheez hai. jab aap Khuda ko discover</w:t>
      </w:r>
    </w:p>
    <w:p>
      <w:pPr>
        <w:jc w:val="right"/>
      </w:pPr>
      <w:r>
        <w:t>پیراڈائز ایک اسپرٹ کا نام ہے۔ پیراڈائز ایک ریولوشن کا نام ہے۔ رب اورینٹڈ تھنکنگ، رب اورینٹڈ کریکٹر، رب اورینٹڈ بیہیویئر—یہ تو تمہارے اندر آ جائے۔ تو خدا کو دریافت کرتے ہی، خدا کو ڈسکور کرتے ہی، ایسا ہوتا ہے کہ آدمی کی پوری زندگی کا اورینٹیشن بدل جاتا ہے۔ اس لیے کہ خدا سب سے بڑی چیز ہے۔ جب آپ خدا کو ڈسکور</w:t>
      </w:r>
    </w:p>
    <w:p>
      <w:r>
        <w:rPr>
          <w:b/>
        </w:rPr>
        <w:t xml:space="preserve">[01:02] </w:t>
      </w:r>
      <w:r>
        <w:t>karte hain to kya hota hai? har doosri cheez aap ke liye secondary ban jati hai. bismillah rahman rahim. wa salla Allahu ala al-nabi al-karim. rab ishrah li sadri, wa yassir li</w:t>
      </w:r>
    </w:p>
    <w:p>
      <w:pPr>
        <w:jc w:val="right"/>
      </w:pPr>
      <w:r>
        <w:t>کرتے ہیں تو کیا ہوتا ہے؟ ہر دوسری چیز آپ کے لیے سیکنڈری بن جاتی ہے۔ بسم اللہ الرحمن الرحیم۔ وصلی اللہ علی النبی الکریم۔ رب اشرح لی صدری، ویسر لی</w:t>
      </w:r>
    </w:p>
    <w:p>
      <w:r>
        <w:rPr>
          <w:b/>
        </w:rPr>
        <w:t xml:space="preserve">[01:32] </w:t>
      </w:r>
      <w:r>
        <w:t>amri, wah al-uqdata min lisani, yafqahu qawli. aaj ki shaam ke liye jo topic hai wo yeh hai: "how to find paradise". jannat ko paane ka rasta kya hai?</w:t>
      </w:r>
    </w:p>
    <w:p>
      <w:pPr>
        <w:jc w:val="right"/>
      </w:pPr>
      <w:r>
        <w:t>امری، واحل العقدۃ من لسانی، یفقہ قولی۔ آج کی شام کے لیے جو ٹاپک ہے وہ یہ ہے: "ہاؤ ٹو فائنڈ پیراڈائز"۔ جنت کو پانے کا راستہ کیا ہے؟</w:t>
      </w:r>
    </w:p>
    <w:p>
      <w:r>
        <w:rPr>
          <w:b/>
        </w:rPr>
        <w:t xml:space="preserve">[02:07] </w:t>
      </w:r>
      <w:r>
        <w:t>jahan tak main samajhta hoon, "how to find paradise" ka jo question hai wo direct taur par juda hua hai "how to find God" se. aaj ki shaam ke liye jo topic hai wo yeh hai: "how to find paradise". yani Khuda ko kaise paya jaye. isi se</w:t>
      </w:r>
    </w:p>
    <w:p>
      <w:pPr>
        <w:jc w:val="right"/>
      </w:pPr>
      <w:r>
        <w:t>جہاں تک میں سمجھتا ہوں، "ہاؤ ٹو فائنڈ پیراڈائز" کا جو کوئسچن ہے وہ ڈائریکٹ طور پر جڑا ہوا ہے "ہاؤ ٹو فائنڈ گاڈ" سے۔ آج کی شام کے لیے جو ٹاپک ہے وہ یہ ہے: "ہاؤ ٹو فائنڈ پیراڈائز"۔ یعنی خدا کو کیسے پایا جائے۔ اسی سے</w:t>
      </w:r>
    </w:p>
    <w:p>
      <w:r>
        <w:rPr>
          <w:b/>
        </w:rPr>
        <w:t xml:space="preserve">[02:37] </w:t>
      </w:r>
      <w:r>
        <w:t>juda hua hai yeh sawal ke paradise ko kaise paya jaye. dono ek doosre se itna zyada jude hue hain ke aap dono ko alag nahi kar sakte. kyun aisa hai? is liye ke paradise hai kya? quran ke mutabiq paradise</w:t>
      </w:r>
    </w:p>
    <w:p>
      <w:pPr>
        <w:jc w:val="right"/>
      </w:pPr>
      <w:r>
        <w:t>جڑا ہوا ہے یہ سوال کہ پیراڈائز کو کیسے پایا جائے۔ دونوں ایک دوسرے سے اتنا زیادہ جڑے ہوئے ہیں کہ آپ دونوں کو الگ نہیں کر سکتے۔ کیوں ایسا ہے؟ اس لیے کہ پیراڈائز ہے کیا؟ قرآن کے مطابق پیراڈائز</w:t>
      </w:r>
    </w:p>
    <w:p>
      <w:r>
        <w:rPr>
          <w:b/>
        </w:rPr>
        <w:t xml:space="preserve">[03:08] </w:t>
      </w:r>
      <w:r>
        <w:t>khuda ka paros hai. khuda ke neighborhood mein jeene hi ka naam hai paradise. kai baar mujh se poocha jaata hai ke aap paradise ki baat karte hain, yeh to lalach ki baat hui. kuch system aise banaye gaye hain jinhone</w:t>
      </w:r>
    </w:p>
    <w:p>
      <w:pPr>
        <w:jc w:val="right"/>
      </w:pPr>
      <w:r>
        <w:t>خدا کا پڑوس ہے۔ خدا کے نیبرہڈ میں جینے ہی کا نام ہے پیراڈائز۔ کئی بار مجھ سے پوچھا جاتا ہے کہ آپ پیراڈائز کی بات کرتے ہیں، یہ تو لالچ کی بات ہوئی۔ کچھ سسٹم ایسے بنائے گئے ہیں جنہوں نے</w:t>
      </w:r>
    </w:p>
    <w:p>
      <w:r>
        <w:rPr>
          <w:b/>
        </w:rPr>
        <w:t xml:space="preserve">[03:40] </w:t>
      </w:r>
      <w:r>
        <w:t>paradise ko lalach ka unwan de diya hai. unke nazdeek selfless hona chahiye aadmi ko, yahan tak ke paradise bhi uska target nahi hona chahiye. yeh bilkul ek khayali baat hai. iska reality se koi talluq nahi.</w:t>
      </w:r>
    </w:p>
    <w:p>
      <w:pPr>
        <w:jc w:val="right"/>
      </w:pPr>
      <w:r>
        <w:t>پیراڈائز کو لالچ کا عنوان دے دیا ہے۔ ان کے نزدیک سیلف لیس ہونا چاہیے آدمی کو، یہاں تک کہ پیراڈائز بھی اس کا ٹارگٹ نہیں ہونا چاہیے۔ یہ بالکل ایک خیالی بات ہے۔ اس کا ریلیٹی سے کوئی تعلق نہیں۔</w:t>
      </w:r>
    </w:p>
    <w:p>
      <w:r>
        <w:rPr>
          <w:b/>
        </w:rPr>
        <w:t xml:space="preserve">[04:13] </w:t>
      </w:r>
      <w:r>
        <w:t>dekhiye, quran mein—main aap ko ek waqia bataoon—main dubai gaya tha ek baar, to wahan yahi sawal mujh se kiya gaya. ek buzurg aaye, unhone kaha: "main khuda ko manta hoon, lekin main paradise ko nahi manta, kyunke yeh to lalach ki baat hui." to</w:t>
      </w:r>
    </w:p>
    <w:p>
      <w:pPr>
        <w:jc w:val="right"/>
      </w:pPr>
      <w:r>
        <w:t>دیکھیے، قرآن میں—میں آپ کو ایک واقعہ بتاؤں—میں دبئی گیا تھا ایک بار، تو وہاں یہی سوال مجھ سے کیا گیا۔ ایک بزرگ آئے، انہوں نے کہا: "میں خدا کو مانتا ہوں، لیکن میں پیراڈائز کو نہیں مانتا، کیونکہ یہ تو لالچ کی بات ہوئی۔" تو</w:t>
      </w:r>
    </w:p>
    <w:p>
      <w:r>
        <w:rPr>
          <w:b/>
        </w:rPr>
        <w:t xml:space="preserve">[04:43] </w:t>
      </w:r>
      <w:r>
        <w:t>main ne unko quran ki ek aayat batai. dekhiye, quran mein jannat walon ke kai qisse bataye gaye hain. un mein se ek yeh hai ke hazrat musa ke zamane mein jo king tha misr ka,</w:t>
      </w:r>
    </w:p>
    <w:p>
      <w:pPr>
        <w:jc w:val="right"/>
      </w:pPr>
      <w:r>
        <w:t>میں نے ان کو قرآن کی ایک آیت بتائی۔ دیکھیے، قرآن میں جنت والوں کے کئی قصے بتائے گئے ہیں۔ ان میں سے ایک یہ ہے کہ حضرت موسیٰ کے زمانے میں جو کنگ تھا مصر کا،</w:t>
      </w:r>
    </w:p>
    <w:p>
      <w:r>
        <w:rPr>
          <w:b/>
        </w:rPr>
        <w:t xml:space="preserve">[05:16] </w:t>
      </w:r>
      <w:r>
        <w:t>firaun ya firoun, to uski jo biwi thi jinka naam asia tha, woh hazrat musa ke upar iman layi. yaani firaun ne, yaani unke husband ne, to hazrat musa ka inkar kar diya. unke message ko nahi mana. lekin unki jo biwi thi, asia</w:t>
      </w:r>
    </w:p>
    <w:p>
      <w:pPr>
        <w:jc w:val="right"/>
      </w:pPr>
      <w:r>
        <w:t>فیرعو یا فرعون، تو اس کی جو بیوی تھی جن کا نام آسیہ تھا، وہ حضرت موسیٰ کے اوپر ایمان لائی۔ یعنی فرعون نے، یعنی ان کے ہسبنڈ نے، تو حضرت موسیٰ کا انکار کر دیا۔ ان کے میسج کو نہیں مانا۔ لیکن ان کی جو بیوی تھیں، آسیہ</w:t>
      </w:r>
    </w:p>
    <w:p>
      <w:r>
        <w:rPr>
          <w:b/>
        </w:rPr>
        <w:t xml:space="preserve">[05:46] </w:t>
      </w:r>
      <w:r>
        <w:t xml:space="preserve"> , unki samajh mein baat aa gayi aur unhone hazrat musa ke deen ko, ya unke message ko, maan liya, yahan tak ke usko declare bhi kar diya. to jab firaun ko maloom hua ke khud unki biwi ne musa ke deen ko maan liya hai, woh bohat gussa hua.</w:t>
      </w:r>
    </w:p>
    <w:p>
      <w:pPr>
        <w:jc w:val="right"/>
      </w:pPr>
      <w:r>
        <w:t>، ان کی سمجھ میں بات آ گئی اور انہوں نے حضرت موسیٰ کے دین کو، یا ان کے میسج کو، مان لیا، یہاں تک کہ اس کو ڈیکلیئر بھی کر دیا۔ تو جب فرعون کو معلوم ہوا کہ خود ان کی بیوی نے موسیٰ کے دین کو مان لیا ہے، وہ بہت غصہ ہوا۔</w:t>
      </w:r>
    </w:p>
    <w:p>
      <w:r>
        <w:rPr>
          <w:b/>
        </w:rPr>
        <w:t xml:space="preserve">[06:18] </w:t>
      </w:r>
      <w:r>
        <w:t>usne kaha ke main tum ko qatl kar doonga, bohat zillat ke sath tum ko marwaoonga. to unhone kaha ke theek hai, tum king ho, jo chahe faisla karo. to us waqt jab ke unke samne yeh aaya ke ya to musa ke deen ko lein ya fira</w:t>
      </w:r>
    </w:p>
    <w:p>
      <w:pPr>
        <w:jc w:val="right"/>
      </w:pPr>
      <w:r>
        <w:t>اس نے کہا کہ میں تم کو قتل کر دوں گا، بہت ذلت کے ساتھ تم کو مرواؤں گا۔ تو انہوں نے کہا کہ ٹھیک ہے، تم کنگ ہو، جو چاہے فیصلہ کرو۔ تو اس وقت جب کہ ان کے سامنے یہ آیا کہ یا تو موسیٰ کے دین کو لیں یا فرع</w:t>
      </w:r>
    </w:p>
    <w:p>
      <w:r>
        <w:rPr>
          <w:b/>
        </w:rPr>
        <w:t xml:space="preserve">[06:48] </w:t>
      </w:r>
      <w:r>
        <w:t>un ki baat ko manen, unhone firaun ki baat ko inkar kar diya, yaani misr ke, egypt ke king ka, aur hazrat musa ki baat ko maan liya, jo us waqt ek aam aadmi ki hesiyat rakhte the wahan. to aakhir waqt mein unki zuban se ek dua nikli. aakhir waqt mein, jab ke woh is dunya ko chhodne wali thi aur firaun ke talwar se qatl hone wali thi</w:t>
      </w:r>
    </w:p>
    <w:p>
      <w:pPr>
        <w:jc w:val="right"/>
      </w:pPr>
      <w:r>
        <w:t>ون کی بات کو مانیں، انہوں نے فرعون کی بات کو انکار کر دیا، یعنی مصر کے، ایجپٹ کے کنگ کا، اور حضرت موسیٰ کی بات کو مان لیا، جو اس وقت ایک عام آدمی کی حیثیت رکھتے تھے وہاں۔ تو آخر وقت میں ان کی زبان سے ایک دعا نکلی۔ آخر وقت میں، جب کہ وہ اس دنیا کو چھوڑنے والی تھیں اور فرعون کے تلوار سے قتل ہونے والی تھ</w:t>
      </w:r>
    </w:p>
    <w:p>
      <w:r>
        <w:rPr>
          <w:b/>
        </w:rPr>
        <w:t xml:space="preserve">[07:18] </w:t>
      </w:r>
      <w:r>
        <w:t>n, unki dua yeh thi: "rab ibn li bait fil jannah". jaise aakhri khwahish hoti hai insaan ki, maut se pehle, to unhone khuda se apni yeh khwahish batai: "rab ibn li bait fil jannah". aye mere rab, mere liye jannat mein,</w:t>
      </w:r>
    </w:p>
    <w:p>
      <w:pPr>
        <w:jc w:val="right"/>
      </w:pPr>
      <w:r>
        <w:t>یں، ان کی دعا یہ تھی: "رب ابن لی بیت فی الجنہ"۔ جیسے آخری خواہش ہوتی ہے انسان کی، موت سے پہلے، تو انہوں نے خدا سے اپنی یہ خواہش بتائی: "رب ابن لی بیت فی الجنہ"۔ اے میرے رب، میرے لیے جنت میں،</w:t>
      </w:r>
    </w:p>
    <w:p>
      <w:r>
        <w:rPr>
          <w:b/>
        </w:rPr>
        <w:t xml:space="preserve">[07:48] </w:t>
      </w:r>
      <w:r>
        <w:t>apne paros mein, mere liye ghar bana de. yeh dua quran mein naqal hui hai. iska matlab yeh hai ke quran confirm kar raha hai ke yeh dua sahih dua thi unki. quran isko endorse kar raha hai. to is dua se maloom hua ke</w:t>
      </w:r>
    </w:p>
    <w:p>
      <w:pPr>
        <w:jc w:val="right"/>
      </w:pPr>
      <w:r>
        <w:t>اپنے پڑوس میں، میرے لیے گھر بنا دے۔ یہ دعا قرآن میں نقل ہوئی ہے۔ اس کا مطلب یہ ہے کہ قرآن کنفرم کر رہا ہے کہ یہ دعا صحیح دعا تھی ان کی۔ قرآن اس کو انڈورس کر رہا ہے۔ تو اس دعا سے معلوم ہوا کہ</w:t>
      </w:r>
    </w:p>
    <w:p>
      <w:r>
        <w:rPr>
          <w:b/>
        </w:rPr>
        <w:t xml:space="preserve">[08:18] </w:t>
      </w:r>
      <w:r>
        <w:t>is dua mein jannat ki definition milti hai. woh definition yeh hai ke jannat khuda ke paros mein jeene ka naam hai. to jab maine yeh kaha, dubai ke woh sahib jo the, to foran woh maan gaye. unhone kaha ke mujhe jannat ka yeh concept maloom nahi tha. main jannat ko sirf ek</w:t>
      </w:r>
    </w:p>
    <w:p>
      <w:pPr>
        <w:jc w:val="right"/>
      </w:pPr>
      <w:r>
        <w:t>اس دعا میں جنت کی ڈیفینیشن ملتی ہے۔ وہ ڈیفینیشن یہ ہے کہ جنت خدا کے پڑوس میں جینے کا نام ہے۔ تو جب میں نے یہ کہا، دبئی کے وہ صاحب جو تھے، تو فوراً وہ مان گئے۔ انہوں نے کہا کہ مجھے جنت کا یہ کانسیپٹ معلوم نہیں تھا۔ میں جنت کو صرف ایک</w:t>
      </w:r>
    </w:p>
    <w:p>
      <w:r>
        <w:rPr>
          <w:b/>
        </w:rPr>
        <w:t xml:space="preserve">[08:49] </w:t>
      </w:r>
      <w:r>
        <w:t>lalach ki cheez samajhta tha. to maine kaha ke dekhiye, agar aap kisi country ke president ke guest hon to kya hoga? kya wahan ke aap jhugi jhonpdi mein rahenge? kya wahan aap ko footpath par sona padega? kya wahan aap bhooke rahenge?</w:t>
      </w:r>
    </w:p>
    <w:p>
      <w:pPr>
        <w:jc w:val="right"/>
      </w:pPr>
      <w:r>
        <w:t>لالچ کی چیز سمجھتا تھا۔ تو میں نے کہا کہ دیکھیے، اگر آپ کسی کنٹری کے پریزیڈنٹ کے گیسٹ ہوں تو کیا ہوگا؟ کیا وہاں کے آپ جھگی جھونپڑی میں رہیں گے؟ کیا وہاں آپ کو فٹ پاتھ پر سونا پڑے گا؟ کیا وہاں آپ بھوکے رہیں گے؟</w:t>
      </w:r>
    </w:p>
    <w:p>
      <w:r>
        <w:rPr>
          <w:b/>
        </w:rPr>
        <w:t xml:space="preserve">[09:20] </w:t>
      </w:r>
      <w:r>
        <w:t>kisi mulk ke president ka guest hona apne aap mein yeh baat rakhta hai, apne baat, apne aap mein yeh baat shamil hai is mein ke aap wahan ke bohat hi achhe ghar mein rahenge, sari facilities aap ko hasil rahengi. yaani is mulk ki jannat mein aap ka thikana hoga. to is se pata chalta hai ke jannat kya hai. jannat kh</w:t>
      </w:r>
    </w:p>
    <w:p>
      <w:pPr>
        <w:jc w:val="right"/>
      </w:pPr>
      <w:r>
        <w:t>کسی ملک کے پریزیڈنٹ کا گیسٹ ہونا اپنے آپ میں یہ بات رکھتا ہے، اپنے بات، اپنے آپ میں یہ بات شامل ہے اس میں کہ آپ وہاں کے بہت ہی اچھے گھر میں رہیں گے، ساری فیسلیٹیز آپ کو حاصل رہیں گی۔ یعنی اس ملک کی جنت میں آپ کا ٹھکانہ ہوگا۔ تو اس سے پتہ چلتا ہے کہ جنت کیا ہے۔ جنت خ</w:t>
      </w:r>
    </w:p>
    <w:p>
      <w:r>
        <w:rPr>
          <w:b/>
        </w:rPr>
        <w:t xml:space="preserve">[09:50] </w:t>
      </w:r>
      <w:r>
        <w:t>uda ke paros mein jeene ka naam hai. aur zahir hai ke is se achhi baat kya ho sakti hai ke aadmi is khuda ke paros mein rahe jisne is universe ko banaya. aap zara ghor kijiye ke khuda ki creation mein kitni zyada beauty hai. hare bhare darakhton ko dekhiye, is ko dekh kar aap ki aankhen thandi hoti hain.</w:t>
      </w:r>
    </w:p>
    <w:p>
      <w:pPr>
        <w:jc w:val="right"/>
      </w:pPr>
      <w:r>
        <w:t>دا کے پڑوس میں جینے کا نام ہے۔ اور ظاہر ہے کہ اس سے اچھی بات کیا ہو سکتی ہے کہ آدمی اس خدا کے پڑوس میں رہے جس نے اس یونیورس کو بنایا۔ آپ ذرا غور کیجیے کہ خدا کی کرییشن میں کتنی زیادہ بیوٹی ہے۔ ہرے بھرے درختوں کو دیکھیے، اس کو دیکھ کر آپ کی آنکھیں ٹھنڈی ہوتی ہیں۔</w:t>
      </w:r>
    </w:p>
    <w:p>
      <w:r>
        <w:rPr>
          <w:b/>
        </w:rPr>
        <w:t xml:space="preserve">[10:22] </w:t>
      </w:r>
      <w:r>
        <w:t>aap phool ko dekhiye, kitna husn hai phool ke andar. aap darya ke rawani ko dekhiye, jab darya pahad se utar kar maidanon mein behta hai to kaisi ajib music is ke andar se nikalti hai. aap chidiya ke chehchon ko dekhiye, kitni sareeli awaz hoti hai chidiyon ki.</w:t>
      </w:r>
    </w:p>
    <w:p>
      <w:pPr>
        <w:jc w:val="right"/>
      </w:pPr>
      <w:r>
        <w:t>آپ پھول کو دیکھیے، کتنا حسن ہے پھول کے اندر۔ آپ دریا کے روانی کو دیکھیے، جب دریا پہاڑ سے اتر کر میدانوں میں بہتا ہے تو کیسی عجیب میوزک اس کے اندر سے نکلتی ہے۔ آپ چڑیا کے چہچہوں کو دیکھیے، کتنی سریلی آواز ہوتی ہے چڑیوں کی۔</w:t>
      </w:r>
    </w:p>
    <w:p>
      <w:r>
        <w:rPr>
          <w:b/>
        </w:rPr>
        <w:t xml:space="preserve">[10:53] </w:t>
      </w:r>
      <w:r>
        <w:t>is se aap khuda ke, khuda ka test kya hai, is ko samajh sakte hain. khuda ka test kitna beautiful hai, is ko aap jaan sakte hain. to yeh khuda ka, khuda ka test, khuda ki qualities, khuda ke attributes jo manifest hui hain is dunya mein, is se pata chalta hai ke khuda ka paros kitna zyada beautiful hoga.</w:t>
      </w:r>
    </w:p>
    <w:p>
      <w:pPr>
        <w:jc w:val="right"/>
      </w:pPr>
      <w:r>
        <w:t>اس سے آپ خدا کے، خدا کا ٹیسٹ کیا ہے، اس کو سمجھ سکتے ہیں۔ خدا کا ٹیسٹ کتنا بیوٹی فل ہے، اس کو آپ جان سکتے ہیں۔ تو یہ خدا کا، خدا کا ٹیسٹ، خدا کی کوالٹیز، خدا کے ایٹریبیوٹس جو مینیفیسٹ ہوئی ہیں اس دنیا میں، اس سے پتہ چلتا ہے کہ خدا کا پڑوس کتنا زیادہ بیوٹی فل ہوگا۔</w:t>
      </w:r>
    </w:p>
    <w:p>
      <w:r>
        <w:rPr>
          <w:b/>
        </w:rPr>
        <w:t xml:space="preserve">[11:25] </w:t>
      </w:r>
      <w:r>
        <w:t>to goya jannat khuda ke beautiful paros mein rehne ka naam hai. khuda jin ko accept karega, khuda jin ko izzat dena chahega, khuda jin ko reward dena chahega, un ke bare mein khuda elan karega ke un ko mere paros mein basa do, mere paros mein</w:t>
      </w:r>
    </w:p>
    <w:p>
      <w:pPr>
        <w:jc w:val="right"/>
      </w:pPr>
      <w:r>
        <w:t>تو گویا جنت خدا کے بیوٹی فل پڑوس میں رہنے کا نام ہے۔ خدا جن کو ایکسیپٹ کرے گا، خدا جن کو عزت دینا چاہے گا، خدا جن کو ریوارڈ دینا چاہے گا، ان کے بارے میں خدا اعلان کرے گا کہ ان کو میرے پڑوس میں بسا دو، میرے پڑوس میں</w:t>
      </w:r>
    </w:p>
    <w:p>
      <w:r>
        <w:rPr>
          <w:b/>
        </w:rPr>
        <w:t xml:space="preserve">[11:55] </w:t>
      </w:r>
      <w:r>
        <w:t>hamesha ke liye rahenge. to jannat juri hui hai khuda se. to yeh lalach ka sawal nahi hai. yeh khud direct taur par sachai ki jo aap discovery karte hain, us se juri hui hai yeh cheez. is ka talluq marifat se hai, is ka talluq revelation se hai, is ka talluq truth se hai, is ka talluq khuda ko pane se hai.</w:t>
      </w:r>
    </w:p>
    <w:p>
      <w:pPr>
        <w:jc w:val="right"/>
      </w:pPr>
      <w:r>
        <w:t>ہمیشہ کے لیے رہیں گے۔ تو جنت جڑی ہوئی ہے خدا سے۔ تو یہ لالچ کا سوال نہیں ہے۔ یہ خود ڈائریکٹ طور پر سچائی کی جو آپ ڈسکوری کرتے ہیں، اس سے جڑی ہوئی ہے یہ چیز۔ اس کا تعلق معرفت سے ہے، اس کا تعلق ریولائزیشن سے ہے، اس کا تعلق ٹروتھ سے ہے، اس کا تعلق خدا کو پانے سے ہے۔</w:t>
      </w:r>
    </w:p>
    <w:p>
      <w:r>
        <w:rPr>
          <w:b/>
        </w:rPr>
        <w:t xml:space="preserve">[12:26] </w:t>
      </w:r>
      <w:r>
        <w:t>to yeh ek miss understanding hai ke galat taur par log paradise ko jod dete hain lalach se. is ka lalach se koi talluq nahi hai. doosri cheez jo main kehna chahta hoon woh yeh ke paradise kisi mysterious</w:t>
      </w:r>
    </w:p>
    <w:p>
      <w:pPr>
        <w:jc w:val="right"/>
      </w:pPr>
      <w:r>
        <w:t>تو یہ ایک مس انڈرسٹینڈنگ ہے کہ غلط طور پر لوگ پیراڈائز کو جوڑ دیتے ہیں لالچ سے۔ اس کا لالچ سے کوئی تعلق نہیں ہے۔ دوسری چیز جو میں کہنا چاہتا ہوں وہ یہ کہ پیراڈائز کسی مسٹیریس</w:t>
      </w:r>
    </w:p>
    <w:p>
      <w:r>
        <w:rPr>
          <w:b/>
        </w:rPr>
        <w:t xml:space="preserve">[12:57] </w:t>
      </w:r>
      <w:r>
        <w:t>cheez ka naam nahi hai. paradise kisi ko mysteriously nahi milegi. paradise ek character ka naam hai. paradise ek culture ka naam hai. paradise ek spirit ka naam hai. paradise ek revolution ka naam hai. main aap ko ek example deta hoon. aaj ke,</w:t>
      </w:r>
    </w:p>
    <w:p>
      <w:pPr>
        <w:jc w:val="right"/>
      </w:pPr>
      <w:r>
        <w:t>چیز کا نام نہیں ہے۔ پیراڈائز کسی کو مسٹیریسلی نہیں ملے گی۔ پیراڈائز ایک کریکٹر کا نام ہے۔ پیراڈائز ایک کلچر کا نام ہے۔ پیراڈائز ایک اسپرٹ کا نام ہے۔ پیراڈائز ایک ریولیوشن کا نام ہے۔ میں آپ کو ایک ایگزامپل دیتا ہوں۔ آج کے،</w:t>
      </w:r>
    </w:p>
    <w:p>
      <w:r>
        <w:rPr>
          <w:b/>
        </w:rPr>
        <w:t xml:space="preserve">[13:27] </w:t>
      </w:r>
      <w:r>
        <w:t>aaj ka jo times of india hai, aaj mani 4 april ka, is mein ek item chhaapa hai ke "unleash that anger". "unleash that anger". aa</w:t>
      </w:r>
    </w:p>
    <w:p>
      <w:pPr>
        <w:jc w:val="right"/>
      </w:pPr>
      <w:r>
        <w:t>آج کا جو ٹائمز آف انڈیا ہے، آج معنی 4 اپریل کا، اس میں ایک آئٹم چھپا ہے کہ "انلیش دیٹ اینگر"۔ "انلیش دیٹ اینگر"۔ آ</w:t>
      </w:r>
    </w:p>
    <w:p>
      <w:r>
        <w:rPr>
          <w:b/>
        </w:rPr>
        <w:t xml:space="preserve">[13:57] </w:t>
      </w:r>
      <w:r>
        <w:t>j kal dunya mein aur india mein ek naya concept bohat phail raha hai, woh hai "unleash that anger". yaani jab ghussa aaye to us ko phenk maro. misaal ke taur par is mein bataya gaya hai ke jis tarah se punch bag hota hai aur boxers is par marte hain, ghosa</w:t>
      </w:r>
    </w:p>
    <w:p>
      <w:pPr>
        <w:jc w:val="right"/>
      </w:pPr>
      <w:r>
        <w:t>ج کل دنیا میں اور انڈیا میں ایک نیا کانسیپٹ بہت پھیل رہا ہے، وہ ہے "انلیش دیٹ اینگر"۔ یعنی جب غصہ آئے تو اس کو پھینک مارو۔ مثال کے طور پر اس میں بتایا گیا ہے کہ جس طرح سے پنچ بیگ ہوتا ہے اور باکسز اس پر مارتے ہیں، گھوسہ</w:t>
      </w:r>
    </w:p>
    <w:p>
      <w:r>
        <w:rPr>
          <w:b/>
        </w:rPr>
        <w:t xml:space="preserve">[14:28] </w:t>
      </w:r>
      <w:r>
        <w:t>punch bag par, to is mein bataya gaya hai ke apne ghar mein ek punch bag rakh lo, ghussa aaye to us par ja kar maro. "unleash that anger". is tarah ki baatein logon ko bohat achhi lagti hain kyunke is mein ek tamashe ki baat hai. bohat se log is par us ko ikhtiyar kiye kar rahe hain.</w:t>
      </w:r>
    </w:p>
    <w:p>
      <w:pPr>
        <w:jc w:val="right"/>
      </w:pPr>
      <w:r>
        <w:t>پنچ بیگ پر، تو اس میں بتایا گیا ہے کہ اپنے گھر میں ایک پنچ بیگ رکھ لو، غصہ آئے تو اس پر جا کر مارو۔ "انلیش دیٹ اینگر"۔ اس طرح کی باتیں لوگوں کو بڑی اچھی لگتی ہیں کیونکہ اس میں ایک تماشے کی بات ہے۔ بہت سے لوگ اس پر اس کو اختیار کیے کر رہے ہیں۔</w:t>
      </w:r>
    </w:p>
    <w:p>
      <w:r>
        <w:rPr>
          <w:b/>
        </w:rPr>
        <w:t xml:space="preserve">[14:58] </w:t>
      </w:r>
      <w:r>
        <w:t>dekhiye, yeh baat koi sadha baat nahi hai. yahan par is dunya mein do different culture hain. ek hai paradise culture aur yeh kya hai? "unleash that anger" culture. do different culture hain. anger ek aisi cheez hai jo sab mein hoti hai. koi, koi</w:t>
      </w:r>
    </w:p>
    <w:p>
      <w:pPr>
        <w:jc w:val="right"/>
      </w:pPr>
      <w:r>
        <w:t>دیکھیے، یہ بات کوئی سادہ بات نہیں ہے۔ یہاں پر اس دنیا میں دو ڈفرنٹ کلچر ہیں۔ ایک ہے پیراڈائز کلچر اور یہ کیا ہے؟ "انلیش دیٹ اینگر" کلچر۔ دو ڈفرنٹ کلچر ہیں۔ اینگر ایک ایسی چیز ہے جو سب میں ہوتی ہے۔ کوئی، کوئی</w:t>
      </w:r>
    </w:p>
    <w:p>
      <w:r>
        <w:rPr>
          <w:b/>
        </w:rPr>
        <w:t xml:space="preserve">[15:29] </w:t>
      </w:r>
      <w:r>
        <w:t>bhi insaan anger se khali nahi. lekin sare log anger ko ek evil ke roop mein dekhte hain. to "unleash that anger" ka jo concept hai, is mein bhi yahi samjha gaya hai ke anger ek, ek evil hai, us ko phenk maro. insaan ke upar nahi maar sakte to punch bag ke upar maro, deewar par maro, patthar par maro.</w:t>
      </w:r>
    </w:p>
    <w:p>
      <w:pPr>
        <w:jc w:val="right"/>
      </w:pPr>
      <w:r>
        <w:t>بھی انسان اینگر سے خالی نہیں۔ لیکن سارے لوگ اینگر کو ایک ایول کے روپ میں دیکھتے ہیں۔ تو "انلیش دیٹ اینگر" کا جو کانسیپٹ ہے، اس میں بھی یہی سمجھا گیا ہے کہ اینگر ایک، ایک ایول ہے، اس کو پھینک مارو۔ انسان کے اوپر نہیں مار سکتے تو پنچ بیگ کے اوپر مارو، دیوار پر مارو، پتھر پر مارو۔</w:t>
      </w:r>
    </w:p>
    <w:p>
      <w:r>
        <w:rPr>
          <w:b/>
        </w:rPr>
        <w:t xml:space="preserve">[15:59] </w:t>
      </w:r>
      <w:r>
        <w:t>mein samajhta hoon ke yeh khuda ke creation plan, khuda ka jo creation plan hai, us ko na janne ki wajah se yeh baatein ho rahi hain. khuda ne anger, anger kis ne paida kiya? khud creator ne paida kiya. anger is part of nature. anger hum ne kahin se export nahi kar liya hai.</w:t>
      </w:r>
    </w:p>
    <w:p>
      <w:pPr>
        <w:jc w:val="right"/>
      </w:pPr>
      <w:r>
        <w:t>میں سمجھتا ہوں کہ یہ خدا کے کرییشن پلان، خدا کا جو کرییشن پلان ہے، اس کو نہ جاننے کی وجہ سے یہ باتیں ہو رہی ہیں۔ خدا نے اینگر، اینگر کس نے پیدا کیا؟ خود کرییٹر نے پیدا کیا۔ اینگر از پارٹ آف نیچر۔ اینگر ہم نے کہیں سے ایکسپورٹ نہیں کر لیا ہے۔</w:t>
      </w:r>
    </w:p>
    <w:p>
      <w:r>
        <w:rPr>
          <w:b/>
        </w:rPr>
        <w:t xml:space="preserve">[16:30] </w:t>
      </w:r>
      <w:r>
        <w:t>anger kahin se hum ne export ya import nahi kar liya hai. woh khud hamare andar hai. anger kis liye hai? anger ek evil nahi hai. anger ek opportunity hai. paradise culture ke mutabiq quran mein hai ke jannat wale kaun hain? "wa</w:t>
      </w:r>
    </w:p>
    <w:p>
      <w:pPr>
        <w:jc w:val="right"/>
      </w:pPr>
      <w:r>
        <w:t>اینگر کہیں سے ہم نے ایکسپورٹ یا امپورٹ نہیں کر لیا ہے۔ وہ خود ہمارے اندر ہے۔ اینگر کس لیے ہے؟ اینگر ایک ایول نہیں ہے۔ اینگر ایک اپرچونٹی ہے۔ پیراڈائز کلچر کے مطابق قرآن میں ہے کہ جنت والے کون ہیں؟ "و</w:t>
      </w:r>
    </w:p>
    <w:p>
      <w:r>
        <w:rPr>
          <w:b/>
        </w:rPr>
        <w:t xml:space="preserve">[17:00] </w:t>
      </w:r>
      <w:r>
        <w:t>dha ma ghabahum yaghfiroon". jannat wale woh log hain jab unhein ghussa aata hai to woh maaf kar dete hain. jo ghusse ko pee jate hain. yaani paradise culture yeh hai ke aap anger ko convert karein ek aur behtar cheez mein</w:t>
      </w:r>
    </w:p>
    <w:p>
      <w:pPr>
        <w:jc w:val="right"/>
      </w:pPr>
      <w:r>
        <w:t>ذا ما غضبہم یغفرون"۔ جنت والے وہ لوگ ہیں جب انہیں غصہ آتا ہے تو وہ معاف کر دیتے ہیں۔ جو غصے کو پی جاتے ہیں۔ یعنی پیراڈائز کلچر یہ ہے کہ آپ اینگر کو کنورٹ کریں ایک اور بہتر چیز میں</w:t>
      </w:r>
    </w:p>
    <w:p>
      <w:r>
        <w:rPr>
          <w:b/>
        </w:rPr>
        <w:t xml:space="preserve">[17:30] </w:t>
      </w:r>
      <w:r>
        <w:t>۔ yaani negative, negativity ko positivity mein convert karein. anger ko convert karein forgiveness mein. to yeh aap ke liye rewardable ban jayega. kyun? is liye ke dekhiye, paradise ka sab se bara jo, sab se bari jo shart hai, woh kya hai? woh yahi hai ke jab aap ko, jab aap</w:t>
      </w:r>
    </w:p>
    <w:p>
      <w:pPr>
        <w:jc w:val="right"/>
      </w:pPr>
      <w:r>
        <w:t>۔ یعنی نیگیٹیو، نیگیٹیوٹی کو پازیٹیوٹی میں کنورٹ کریں۔ اینگر کو کنورٹ کریں فارگیونس میں۔ تو یہ آپ کے لیے ریوارڈیبل بن جائے گا۔ کیوں؟ اس لیے کہ دیکھیے، پیراڈائز کا سب سے بڑا جو، سب سے بڑی جو شرط ہے، وہ کیا ہے؟ وہ یہی ہے کہ جب آپ کو، جب آپ</w:t>
      </w:r>
    </w:p>
    <w:p>
      <w:r>
        <w:rPr>
          <w:b/>
        </w:rPr>
        <w:t xml:space="preserve">[18:00] </w:t>
      </w:r>
      <w:r>
        <w:t>ke andar anger aaye, jab list aaye, jab koi manfi thought ka toofan uthe aap ke andar, to isi wohi waqt hota hai jab ke aap paradise ko hasil kar sakte hain. to is tarah se aap is ko, aap is negative thought ko positive thought mein convert karein. yahi to paradise ka key price hai.</w:t>
      </w:r>
    </w:p>
    <w:p>
      <w:pPr>
        <w:jc w:val="right"/>
      </w:pPr>
      <w:r>
        <w:t>کے اندر اینگر آئے، جب لسٹ آئے، جب کوئی منفی تھاٹ کا طوفان اٹھے آپ کے اندر، تو اسی وہی وقت ہوتا ہے جب کہ آپ پیراڈائز کو حاصل کر سکتے ہیں۔ تو اس طرح سے آپ اس کو، آپ اس نیگیٹیو تھاٹ کو پازیٹیو تھاٹ میں کنورٹ کریں۔ یہی تو پیراڈائز کا کی پرائس ہے۔</w:t>
      </w:r>
    </w:p>
    <w:p>
      <w:r>
        <w:rPr>
          <w:b/>
        </w:rPr>
        <w:t xml:space="preserve">[18:30] </w:t>
      </w:r>
      <w:r>
        <w:t>quran mein hai ke surah ankaboot mein ke kya log samajhte hain ke unhein paradise mil jayegi sirf yeh kehne se ke hum khuda par iman laye? nahi, unhein jaancha jayega. jaancha jayega. baghair jaanch ke kisi shakhs ko paradise milne wali nahi hai. woh jaanch kya hai? zahir hai ke smooth</w:t>
      </w:r>
    </w:p>
    <w:p>
      <w:pPr>
        <w:jc w:val="right"/>
      </w:pPr>
      <w:r>
        <w:t>قرآن میں ہے کہ سورہ عنکبوت میں کہ کیا لوگ سمجھتے ہیں کہ انہیں پیراڈائز مل جائے گی صرف یہ کہنے سے کہ ہم خدا پر ایمان لائے؟ نہیں، انہیں جانچا جائے گا۔ جانچا جائے گا۔ بغیر جانچ کے کسی شخص کو پیراڈائز ملنے والی نہیں ہے۔ وہ جانچ کیا ہے؟ ظاہر ہے کہ سموتھ</w:t>
      </w:r>
    </w:p>
    <w:p>
      <w:r>
        <w:rPr>
          <w:b/>
        </w:rPr>
        <w:t xml:space="preserve">[19:01] </w:t>
      </w:r>
      <w:r>
        <w:t>condition mein kisi ki jaanch nahi hoti. jab tak aap ko jhatka na lage, jab tak aap ko ghussa na aaye, jab koi negative thought aap par attack na kare, tab tak aap ki jaanch kahan hui? tab tak aap ki jaanch nahi hui. mein samajhta hoon ke aaj kal ki jo culture hai,</w:t>
      </w:r>
    </w:p>
    <w:p>
      <w:pPr>
        <w:jc w:val="right"/>
      </w:pPr>
      <w:r>
        <w:t>کنڈیشن میں کسی کی جانچ نہیں ہوتی۔ جب تک آپ کو جھٹکا نہ لگے، جب تک آپ کو غصہ نہ آئے، جب کوئی نیگیٹیو تھاٹ آپ پر اٹیک نہ کرے، تب تک آپ کی جانچ کہاں ہوئی؟ تب تک آپ کی جانچ نہیں ہوئی۔ میں سمجھتا ہوں کہ آج کل کی جو کلچر ہے،</w:t>
      </w:r>
    </w:p>
    <w:p>
      <w:r>
        <w:rPr>
          <w:b/>
        </w:rPr>
        <w:t xml:space="preserve">[19:32] </w:t>
      </w:r>
      <w:r>
        <w:t>woh chuke creation plan of god se waqif nahi hai, is liye woh aisi baatein karta hai ke "unleash that anger". jo sahi culture hai, woh agar is ke samne ho to maloom ho ke yeh to ek opportunity hai. yeh to ek opportunity hai. jis tarah se agar aap ek believer hain, aap khuda ki ibadat karne wale</w:t>
      </w:r>
    </w:p>
    <w:p>
      <w:pPr>
        <w:jc w:val="right"/>
      </w:pPr>
      <w:r>
        <w:t>وہ چونکہ کرییشن پلان آف گاڈ سے واقف نہیں ہے، اس لیے وہ ایسی باتیں کرتا ہے کہ "انلیش دیٹ اینگر"۔ جو صحیح کلچر ہے، وہ اگر اس کے سامنے ہو تو معلوم ہو کہ یہ تو ایک اپرچونٹی ہے۔ یہ تو ایک اپرچونٹی ہے۔ جس طرح سے اگر آپ ایک بلیور ہیں، آپ خدا کی عبادت کرنے والے</w:t>
      </w:r>
    </w:p>
    <w:p>
      <w:r>
        <w:rPr>
          <w:b/>
        </w:rPr>
        <w:t xml:space="preserve">[20:02] </w:t>
      </w:r>
      <w:r>
        <w:t>hain, azan ki awaz aayi to aap ne samjha ke ab mujhe ibadat karna hai. woh ek call hai ibadat ki. isi tarah jab aap ke andar koi negative thought ubhra, jab koi toofan aaya aap ke andar, koi storm aaya aap ke andar, anger ka, lalach ka, malice ka, revenge</w:t>
      </w:r>
    </w:p>
    <w:p>
      <w:pPr>
        <w:jc w:val="right"/>
      </w:pPr>
      <w:r>
        <w:t>ہیں، اذان کی آواز آئی تو آپ نے سمجھا کہ اب مجھے عبادت کرنا ہے۔ وہ ایک کال ہے عبادت کی۔ اسی طرح جب آپ کے اندر کوئی نیگیٹیو تھاٹ ابھرا، جب کوئی طوفان آیا آپ کے اندر، کوئی سٹارم آیا آپ کے اندر، اینگر کا، لالچ کا، میلنس کا، ریون</w:t>
      </w:r>
    </w:p>
    <w:p>
      <w:r>
        <w:rPr>
          <w:b/>
        </w:rPr>
        <w:t xml:space="preserve">[20:32] </w:t>
      </w:r>
      <w:r>
        <w:t>ka, to woh bhi ek call hoti hai. yeh call ke aap is ko andar hi andar diffuse karein. diffuse kar ke aap is minus ko plus banayein apne liye. is negative ko positive mein convert karein. yahi woh cheez hai jo aap ko jannat ke qabil banati hai. mein yahan par</w:t>
      </w:r>
    </w:p>
    <w:p>
      <w:pPr>
        <w:jc w:val="right"/>
      </w:pPr>
      <w:r>
        <w:t>ج کا، تو وہ بھی ایک کال ہوتی ہے۔ یہ کال کہ آپ اس کو اندر ہی اندر ڈیفیوز کریں۔ ڈیفیوز کر کے آپ اس مائنس کو پلس بنائیں اپنے لیے۔ اس نیگیٹیو کو پازیٹیو میں کنورٹ کریں۔ یہی وہ چیز ہے جو آپ کو جنت کے قابل بناتی ہے۔ میں یہاں پر</w:t>
      </w:r>
    </w:p>
    <w:p>
      <w:r>
        <w:rPr>
          <w:b/>
        </w:rPr>
        <w:t xml:space="preserve">[21:02] </w:t>
      </w:r>
      <w:r>
        <w:t>kuch aur baatein karna chahunga. ek bohat bari galat fehmi logon ko yeh hai ke koi samajhta hai ke jannat jo hai mil jayegi is tarah ke musalman ghar mein paida ho gaye to jannat mil jayegi. koi samajhta hai ke zaban se kuch alfaaz bol diye to jannat mil jayegi. kisi buzurg ka daman tham liya to jannat mil jayegi. yeh sab cheezein</w:t>
      </w:r>
    </w:p>
    <w:p>
      <w:pPr>
        <w:jc w:val="right"/>
      </w:pPr>
      <w:r>
        <w:t>کچھ اور باتیں کرنا چاہوں گا۔ ایک بہت بڑی غلط فہمی لوگوں کو یہ ہے کہ کوئی سمجھتا ہے کہ جنت جو ہے مل جائے گی اس طرح کہ مسلمان گھر میں پیدا ہو گئے تو جنت مل جائے گی۔ کوئی سمجھتا ہے کہ زبان سے کچھ الفاظ بول دیے تو جنت مل جائے گی۔ کسی بزرگ کا دامن تھام لیا تو جنت مل جائے گی۔ یہ سب چیز</w:t>
      </w:r>
    </w:p>
    <w:p>
      <w:r>
        <w:rPr>
          <w:b/>
        </w:rPr>
        <w:t xml:space="preserve">[21:32] </w:t>
      </w:r>
      <w:r>
        <w:t>jannat mein le jane wali nahi hain. mein yahan par apna ek, ek waqia bayan karunga jo mere sath pesh aaya azadi se bohat pehle. azadi se bohat pehle jab mein chota tha, bohat pehle ki baat hai.</w:t>
      </w:r>
    </w:p>
    <w:p>
      <w:pPr>
        <w:jc w:val="right"/>
      </w:pPr>
      <w:r>
        <w:t>یں جنت میں لے جانے والی نہیں ہیں۔ میں یہاں پر اپنا ایک، ایک واقعہ بیان کروں گا جو میرے ساتھ پیش آیا آزادی سے بہت پہلے۔ آزادی سے بہت پہلے جب میں چھوٹا تھا، بہت پہلے کی بات ہے۔</w:t>
      </w:r>
    </w:p>
    <w:p>
      <w:r>
        <w:rPr>
          <w:b/>
        </w:rPr>
        <w:t xml:space="preserve">[22:04] </w:t>
      </w:r>
      <w:r>
        <w:t>to us waqt mein gaon mein rehta tha. jab mein choti umar mein tha, tab ki baat hai. to shehar mein, adampur shehar mein, ek roz mein sarak par chal raha tha. to wahan par hamare عزیز the shehar mein, to hum jaya karte the kabhi kabhi. to ek din mein shehar mein ek road par chal raha tha.</w:t>
      </w:r>
    </w:p>
    <w:p>
      <w:pPr>
        <w:jc w:val="right"/>
      </w:pPr>
      <w:r>
        <w:t>تو اس وقت میں گاؤں میں رہتا تھا۔ جب میں چھوٹی عمر میں تھا، تب کی بات ہے۔ تو شہر میں، آدم گڑھ شہر میں، ایک روز میں سڑک پر چل رہا تھا۔ تو وہاں پر ہمارے عزیز تھے شہر میں، تو ہم جایا کرتے تھے کبھی کبھی۔ تو ایک دن میں شہر میں ایک روڈ پر چل رہا تھا۔</w:t>
      </w:r>
    </w:p>
    <w:p>
      <w:r>
        <w:rPr>
          <w:b/>
        </w:rPr>
        <w:t xml:space="preserve">[22:34] </w:t>
      </w:r>
      <w:r>
        <w:t>to ek jagah pahuncha jahan naujawanon ki bheed dikhai di mujhe. wahan par ek building thi. to woh naujawan line lagaye hue khade the wahan par. woh tha wahan ka ek school, wesley school. to line lagaye hue the, maloom hua ke wahan par mithai baant rahi hai, sweet baant rahi hai. woh naujawan jo hain,</w:t>
      </w:r>
    </w:p>
    <w:p>
      <w:pPr>
        <w:jc w:val="right"/>
      </w:pPr>
      <w:r>
        <w:t>تو ایک جگہ پہنچا جہاں نوجوانوں کی بھیڑ دکھائی دی مجھے۔ وہاں پر ایک بلڈنگ تھی۔ تو وہ نوجوان لائن لگائے ہوئے کھڑے تھے وہاں پر۔ وہ تھا وہاں کا ایک اسکول، ویسلی اسکول۔ تو لائن لگائے ہوئے تھے، معلوم ہوا کہ وہاں پر مٹھائی بٹ رہی ہے، سویٹ بٹ رہی ہے۔ وہ نوجوان جو ہیں،</w:t>
      </w:r>
    </w:p>
    <w:p>
      <w:r>
        <w:rPr>
          <w:b/>
        </w:rPr>
        <w:t xml:space="preserve">[23:04] </w:t>
      </w:r>
      <w:r>
        <w:t>line mein khade hue hain, ek ek kar ke aage badhte hain aur phir aage ja kar ke woh sweet lete hain aur phir chale jate hain. mein us waqt chota tha, mein bhi line mein khada ho gaya ke shayad jo bhi ho, sab ke liye mithai baant rahi hai yahan par. to jab mein chalte chalte wahan pahuncha, yaani window par pahuncha, window ki doosri taraf ek aadmi baitha hua tha.</w:t>
      </w:r>
    </w:p>
    <w:p>
      <w:pPr>
        <w:jc w:val="right"/>
      </w:pPr>
      <w:r>
        <w:t>لائن میں کھڑے ہوئے ہیں، ایک ایک کر کے آگے بڑھتے ہیں اور پھر آگے جا کر کے وہ سویٹ لیتے ہیں اور پھر چلے جاتے ہیں۔ میں اس وقت چھوٹا تھا، میں بھی لائن میں کھڑا ہو گیا کہ شاید جو بھی ہو، سب کے لیے مٹھائی بٹ رہی ہے یہاں پر۔ تو جب میں چلتے چلتے وہاں پہنچا، یعنی ونڈو پر پہنچا، ونڈو کی دوسری طرف ایک آدمی بیٹھا ہوا تھا۔</w:t>
      </w:r>
    </w:p>
    <w:p>
      <w:r>
        <w:rPr>
          <w:b/>
        </w:rPr>
        <w:t xml:space="preserve">[23:35] </w:t>
      </w:r>
      <w:r>
        <w:t>us ne kaha ke "identity card". us waqt mein is lafz ke matlab nahi janta tha. kya matlab hai identity card ka? to meri samajh mein nahi aayi ke kya pooch raha hai mujh se. to phir us ne kaha ke apna identity card lao. to meri samajh mein kuch nahi aaya. phir mein khirki chhod kar chala gaya. us waqt mujhe ek sabak mila.</w:t>
      </w:r>
    </w:p>
    <w:p>
      <w:pPr>
        <w:jc w:val="right"/>
      </w:pPr>
      <w:r>
        <w:t>اس نے کہا کہ "آئیڈنٹیٹی کارڈ"۔ اس وقت میں اس لفظ کے معنی نہیں جانتا تھا۔ کیا مطلب ہے آئیڈنٹیٹی کارڈ کا؟ تو میری سمجھ میں نہیں آئی کہ کیا پوچھ رہا ہے مجھ سے۔ تو پھر اس نے کہا کہ اپنا آئیڈنٹیٹی کارڈ لاؤ۔ تو میری سمجھ میں کچھ نہیں آیا۔ پھر میں کھڑکی چھوڑ کر چلا گیا۔ اس وقت مجھے ایک سبق ملا۔</w:t>
      </w:r>
    </w:p>
    <w:p>
      <w:r>
        <w:rPr>
          <w:b/>
        </w:rPr>
        <w:t xml:space="preserve">[24:06] </w:t>
      </w:r>
      <w:r>
        <w:t>woh aaj tak mujhe woh yaad hai, woh scene. aur us waqt mere unconscious mind mein ek baat aayi thi, jo baat ko conscious mind, mere conscious mind mein aayi. yaani us waqt mein ne la-shaoor ki satah par ek baat jani thi. baat ko mein ne shaoor ki satah par ek baat daryaft ki. woh kya? jannat ki khirki par khada</w:t>
      </w:r>
    </w:p>
    <w:p>
      <w:pPr>
        <w:jc w:val="right"/>
      </w:pPr>
      <w:r>
        <w:t>وہ آج تک مجھے وہ یاد ہے، وہ سین۔ اور اس وقت میرے انکانشس مائنڈ میں ایک بات آئی تھی، جو بات کو کانشس مائنڈ، میرے کانشس مائنڈ میں آئی۔ یعنی اس وقت میں نے لاشعور کی سطح پر ایک بات جانی تھی۔ بات کو میں نے شعور کی سطح پر ایک بات دریافت کی۔ وہ کیا؟ جنت کی کھڑکی پر کھ</w:t>
      </w:r>
    </w:p>
    <w:p>
      <w:r>
        <w:rPr>
          <w:b/>
        </w:rPr>
        <w:t xml:space="preserve">[24:36] </w:t>
      </w:r>
      <w:r>
        <w:t>ho jaye aadmi, is se kisi ko paradise nahi milne wali. ek line lagi hui hai, log candidate bane hue hain paradise ke. is ka matlab yeh nahi hai ke is line mein jo khada ho jaye to us ko paradise mil jayegi. jab woh khirki par pahunchega to us se woh farishta, woh angel jo wahan baitha hua hai, woh poochega</w:t>
      </w:r>
    </w:p>
    <w:p>
      <w:pPr>
        <w:jc w:val="right"/>
      </w:pPr>
      <w:r>
        <w:t>ڑا ہو جائے آدمی، اس سے کسی کو پیراڈائز نہیں ملنے والی۔ ایک لائن لگی ہوئی ہے، لوگ کینڈیڈیٹ بنے ہوئے ہیں پیراڈائز کے۔ اس کا مطلب یہ نہیں ہے کہ اس لائن میں جو کھڑا ہو جائے تو اس کو پیراڈائز مل جائے گی۔ جب وہ کھڑکی پر پہنچے گا تو اس سے وہ فرشتہ، وہ اینجل جو وہاں بیٹھا ہوا ہے، وہ پوچھے گا</w:t>
      </w:r>
    </w:p>
    <w:p>
      <w:r>
        <w:rPr>
          <w:b/>
        </w:rPr>
        <w:t xml:space="preserve">[25:07] </w:t>
      </w:r>
      <w:r>
        <w:t>ke apna identity card le aao. to jo aadmi apna identity card pesh kar sakega, us ke liye jannat hai. aur identity card jo pesh na kar payega, us ko jannat ka gate us ke liye nahi khola jayega. yeh card kahan banta hai? yeh</w:t>
      </w:r>
    </w:p>
    <w:p>
      <w:pPr>
        <w:jc w:val="right"/>
      </w:pPr>
      <w:r>
        <w:t>کہ اپنا آئیڈنٹیٹی کارڈ لے آؤ۔ تو جو آدمی اپنا آئیڈنٹیٹی کارڈ پیش کر سکے گا، اس کے لیے جنت ہے۔ اور آئیڈنٹیٹی کارڈ جو پیش نہ کر پائے گا، اس کو جنت کا گیٹ اس کے لیے نہیں کھولا جائے گا۔ یہ کارڈ کہاں بنتا ہے؟ یہ</w:t>
      </w:r>
    </w:p>
    <w:p>
      <w:r>
        <w:rPr>
          <w:b/>
        </w:rPr>
        <w:t xml:space="preserve">[25:37] </w:t>
      </w:r>
      <w:r>
        <w:t>card isi zindagi mein banta hai. aap jante hain ke hamari jo zindagi hai, woh 60, 70, 60, 80 saal ki nahi hai. har insan, mard ya aurat, jo paida hua hai, woh eternal life le kar paida hua hai. to yeh jo zindagi hai hamari, maut se pehle wali, is mein jo hum karte hain,</w:t>
      </w:r>
    </w:p>
    <w:p>
      <w:pPr>
        <w:jc w:val="right"/>
      </w:pPr>
      <w:r>
        <w:t>کارڈ اسی زندگی میں بنتا ہے۔ آپ جانتے ہیں کہ ہماری جو زندگی ہے، وہ 60، 70، 60، 80 سال کی نہیں ہے۔ ہر انسان، مرد یا عورت، جو پیدا ہوا ہے، وہ ایٹرنل لائف لے کر پیدا ہوا ہے۔ تو یہ جو زندگی ہے ہماری، موت سے پہلے والی، اس میں جو ہم کرتے ہیں،</w:t>
      </w:r>
    </w:p>
    <w:p>
      <w:r>
        <w:rPr>
          <w:b/>
        </w:rPr>
        <w:t xml:space="preserve">[26:07] </w:t>
      </w:r>
      <w:r>
        <w:t>jis jo hamara record banta hai, hamare bol ka, hamari soch ka, hamare action ka, hamare behavior ka, us se jo hamara record banta hai, wohi hamara card hai. isi card ko pesh karne par paradise milegi. aur jis ke pas yeh card na ho, to line mein khada ho jane se koi paradise mein dakhil nahi ho sakta hai.</w:t>
      </w:r>
    </w:p>
    <w:p>
      <w:pPr>
        <w:jc w:val="right"/>
      </w:pPr>
      <w:r>
        <w:t>جس جو ہمارا ریکارڈ بنتا ہے، ہمارے بول کا، ہماری سوچ کا، ہمارے ایکشن کا، ہمارے بیہیویئر کا، اس سے جو ہمارا ریکارڈ بنتا ہے، وہی ہمارا کارڈ ہے۔ اسی کارڈ کو پیش کرنے پر پیراڈائز ملے گی۔ اور جس کے پاس یہ کارڈ نہ ہو، تو لائن میں کھڑا ہو جانے سے کوئی پیراڈائز میں داخل نہیں ہو سکتا ہے۔</w:t>
      </w:r>
    </w:p>
    <w:p>
      <w:r>
        <w:rPr>
          <w:b/>
        </w:rPr>
        <w:t xml:space="preserve">[26:44] </w:t>
      </w:r>
      <w:r>
        <w:t>yaani aaj kal ki zaban mein mein kahunga ke jo deserve karega, woh paradise mein jayega. jo deserve nahi karega, woh paradise mein jane wala nahi hai. aur yeh, yeh sara mamla isi duniya mein hona hai. yaani maut se pehle ki jo duniya hai, isi mein yeh sara hona hai. is ke baad to faisla hai. is</w:t>
      </w:r>
    </w:p>
    <w:p>
      <w:pPr>
        <w:jc w:val="right"/>
      </w:pPr>
      <w:r>
        <w:t>یعنی آج کل کی زبان میں میں کہوں گا کہ جو ڈیزرو کرے گا، وہ پیراڈائز میں جائے گا۔ جو ڈیزرو نہیں کرے گا، وہ پیراڈائز میں جانے والا نہیں ہے۔ اور یہ، یہ سارا معاملہ اسی دنیا میں ہونا ہے۔ یعنی موت سے پہلے کی جو دنیا ہے، اسی میں یہ سارا ہونا ہے۔ اس کے بعد تو فیصلہ ہے۔ اس</w:t>
      </w:r>
    </w:p>
    <w:p>
      <w:r>
        <w:rPr>
          <w:b/>
        </w:rPr>
        <w:t xml:space="preserve">[27:14] </w:t>
      </w:r>
      <w:r>
        <w:t>ke baad to day of judgment hai. aaj tum ek aisi duniya mein ho jahan karna hai magar milna nahi hai. ek koi duniya aur aayegi jahan tum ke liye tum ko milna hai, wahan par milne wali cheez milegi. wahan, wahan phir karna nahi hoga.</w:t>
      </w:r>
    </w:p>
    <w:p>
      <w:pPr>
        <w:jc w:val="right"/>
      </w:pPr>
      <w:r>
        <w:t>کے بعد تو ڈے آف ججمنٹ ہے۔ آج تم ایک ایسی دنیا میں ہو جہاں کرنا ہے مگر ملنا نہیں ہے۔ ایک کوئی دنیا اور آئے گی جہاں تم کے لیے تم کو ملنا ہے، وہاں پر ملنے والی چیز ملے گی۔ وہاں، وہاں پھر کرنا نہیں ہوگا۔</w:t>
      </w:r>
    </w:p>
    <w:p>
      <w:r>
        <w:rPr>
          <w:b/>
        </w:rPr>
        <w:t xml:space="preserve">[27:46] </w:t>
      </w:r>
      <w:r>
        <w:t>to yeh duniya karne ki duniya hai aur maut ke baad wali duniya paane ki duniya hai. is baat ko achi tarah samajh lena chahiye. kai log yeh samajhte hain ke maut ke baad wahan jahan hum pahunchenge to hamare buzurg ya hamare paighambar wahan khade honge, asaa le kar ke, aur sare farishton ko bhaga denge aur kahenge hum ko yeh hamara, hamare group ke log hain, unhein paradise mein dakhil karo. is qism ki baatein bilkul</w:t>
      </w:r>
    </w:p>
    <w:p>
      <w:pPr>
        <w:jc w:val="right"/>
      </w:pPr>
      <w:r>
        <w:t>تو یہ دنیا کرنے کی دنیا ہے اور موت کے بعد والی دنیا پانے کی دنیا ہے۔ اس بات کو اچھی طرح سمجھ لینا چاہیے۔ کئی لوگ یہ سمجھتے ہیں کہ موت کے بعد وہاں جہاں ہم پہنچیں گے تو ہمارے بزرگ یا ہمارے پیغمبر وہاں کھڑے ہوں گے، عصا لے کر کے، اور سارے فرشتوں کو بھگا دیں گے اور کہیں گے ہم کو یہ ہمارا، ہمارے گروپ کے لوگ ہیں، انہیں پیراڈائز میں داخل کرو۔ اس قسم کی باتیں بالکل</w:t>
      </w:r>
    </w:p>
    <w:p>
      <w:r>
        <w:rPr>
          <w:b/>
        </w:rPr>
        <w:t xml:space="preserve">[28:20] </w:t>
      </w:r>
      <w:r>
        <w:t>baseless hain. ab mein aap ko quran ki ek surah ki taraf le jana chahta hoon. yeh hai quran ki surah number 95, at-teen. is surah mein bataya gaya hai ke laqad khalaqnal insana fi ahsani taq</w:t>
      </w:r>
    </w:p>
    <w:p>
      <w:pPr>
        <w:jc w:val="right"/>
      </w:pPr>
      <w:r>
        <w:t>بیس لیس ہیں۔ اب میں آپ کو قرآن کی ایک سورہ کی طرف لے جانا چاہتا ہوں۔ یہ ہے قرآن کی سورہ نمبر 95، التین۔ اس سورہ میں بتایا گیا ہے کہ لقد خلقنا الانسان فی احسن تق</w:t>
      </w:r>
    </w:p>
    <w:p>
      <w:r>
        <w:rPr>
          <w:b/>
        </w:rPr>
        <w:t xml:space="preserve">[28:50] </w:t>
      </w:r>
      <w:r>
        <w:t>waise to hum ne insaan ko sab se achi tarah se banaya, phir hum ne usay nichay se nichay pohncha diya. is ka translation yeh hai ke Allah taala farmatay hain: "wae created man in the best mould, then we cast him down to the lowest of the low." yeh</w:t>
      </w:r>
    </w:p>
    <w:p>
      <w:pPr>
        <w:jc w:val="right"/>
      </w:pPr>
      <w:r>
        <w:t>ویم ثم رددناه اسفل سافرین۔ اس کا ٹرانسلیشن یہ ہے کہ اللہ تعالی فرماتے ہیں: "وی کریٹڈ مین ان دا بیسٹ مولڈ، دین وی کاسٹ ہم ڈاؤن ٹو دا لوئسٹ اف دا لو۔" یہ</w:t>
      </w:r>
    </w:p>
    <w:p>
      <w:r>
        <w:rPr>
          <w:b/>
        </w:rPr>
        <w:t xml:space="preserve">[29:20] </w:t>
      </w:r>
      <w:r>
        <w:t>tamseel ki zaban hai. is ka matlab yeh hai ke wae created man wid wid wid great potentials. hum ne insaan ko behtareen potential ke sath paida kiya. insaan ko hum ne, insaan ko Khuda ne behtareen potential</w:t>
      </w:r>
    </w:p>
    <w:p>
      <w:pPr>
        <w:jc w:val="right"/>
      </w:pPr>
      <w:r>
        <w:t>تمثیل کی زبان ہے۔ اس کا مطلب یہ ہے کہ وی کریٹڈ مین ود ود ود گریٹ پوٹینشلز۔ ہم نے انسان کو بہترین پوٹینشل کے ساتھ پیدا کیا۔ انسان کو ہم نے، انسان کو خدا نے بہترین پوٹینشل</w:t>
      </w:r>
    </w:p>
    <w:p>
      <w:r>
        <w:rPr>
          <w:b/>
        </w:rPr>
        <w:t xml:space="preserve">[29:50] </w:t>
      </w:r>
      <w:r>
        <w:t>ke sath paida kiya. is ke baad kya hota hai ke insaan apne potential ko under utilize kar ke apne ko garhay mein daal leta hai. yeh hai majority ka muamla. potential har aik le kar aata hai. potential mein kami nahi hai. potential mein farq nahi hai. lekin</w:t>
      </w:r>
    </w:p>
    <w:p>
      <w:pPr>
        <w:jc w:val="right"/>
      </w:pPr>
      <w:r>
        <w:t>کے ساتھ پیدا کیا۔ اس کے بعد کیا ہوتا ہے کہ انسان اپنے پوٹینشل کو انڈر یوٹیلائز کر کے اپنے کو گڑھے میں ڈال لیتا ہے۔ یہ ہے میجورٹی کا معاملہ۔ پوٹینشل ہر ایک لے کر آتا ہے۔ پوٹینشل میں کمی نہیں ہے۔ پوٹینشل میں فرق نہیں ہے۔ لیکن</w:t>
      </w:r>
    </w:p>
    <w:p>
      <w:r>
        <w:rPr>
          <w:b/>
        </w:rPr>
        <w:t xml:space="preserve">[30:22] </w:t>
      </w:r>
      <w:r>
        <w:t>insaan kya karta hai ke us ko ghalat istemal karta hai, under utilize karta hai. is tarah se woh apne ko mehroom kar leta hai us se ke us ko woh bara inaam diya jaye jis ke liye woh banaya gaya hai. to yeh kamtar istemal kiya hai? woh kamtar istemal yeh hai ke jo cheez,</w:t>
      </w:r>
    </w:p>
    <w:p>
      <w:pPr>
        <w:jc w:val="right"/>
      </w:pPr>
      <w:r>
        <w:t>انسان کیا کرتا ہے کہ اس کو غلط استعمال کرتا ہے، انڈر یوٹیلائز کرتا ہے۔ اس طرح سے وہ اپنے کو محروم کر لیتا ہے اس سے کہ اس کو وہ بڑا انعام دیا جائے جس کے لیے وہ بنایا گیا ہے۔ تو یہ کمتر استعمال کیا ہے؟ وہ کمتر استعمال یہ ہے کہ جو چیز،</w:t>
      </w:r>
    </w:p>
    <w:p>
      <w:r>
        <w:rPr>
          <w:b/>
        </w:rPr>
        <w:t xml:space="preserve">[30:52] </w:t>
      </w:r>
      <w:r>
        <w:t>jo potential ya jo salahiyat di gayi hai, is death period mein apna future bananay ke liye, us ko aap pre-death period mein apni zindagi bananay mein laga dein. jisay Quran mein kaha gaya hai: "aajilatan b</w:t>
      </w:r>
    </w:p>
    <w:p>
      <w:pPr>
        <w:jc w:val="right"/>
      </w:pPr>
      <w:r>
        <w:t>جو پوٹینشل یا جو صلاحیت دی گئی ہے، اس ڈیتھ پیریڈ میں اپنا فیوچر بنانے کے لیے، اس کو آپ پری ڈیتھ پیریڈ میں اپنی زندگی بنانے میں لگا دیں۔ جسے قرآن میں کہا گیا ہے: "عاجلہ ب</w:t>
      </w:r>
    </w:p>
    <w:p>
      <w:r>
        <w:rPr>
          <w:b/>
        </w:rPr>
        <w:t xml:space="preserve">[31:22] </w:t>
      </w:r>
      <w:r>
        <w:t>i-aajilah" yani immediate gain. Khuda ne jo potential diya hai, jo salahiyat di hai, us ko immediate gain ko hasil karne mein laga dein. aur woh cheez jo milti hai maut ke baad ki eternal life mein, us ka koi dhiyan na dein. us ke liye kuch na karein. to aisay logon ke sath kya paish aayega? aisay logon ke sath</w:t>
      </w:r>
    </w:p>
    <w:p>
      <w:pPr>
        <w:jc w:val="right"/>
      </w:pPr>
      <w:r>
        <w:t>ون العاجلہ" یعنی امیڈیٹ گین۔ خدا نے جو پوٹینشل دیا ہے، جو صلاحیت دی ہے، اس کو امیڈیٹ گین کو حاصل کرنے میں لگا دیں۔ اور وہ چیز جو ملتی ہے موت کے بعد کی ایٹرنل لائف میں، اس کا کوئی دھیان نہ دیں۔ اس کے لیے کچھ نہ کریں۔ تو ایسے لوگوں کے ساتھ کیا پیش آئے گا؟ ایسے لوگوں کے ساتھ</w:t>
      </w:r>
    </w:p>
    <w:p>
      <w:r>
        <w:rPr>
          <w:b/>
        </w:rPr>
        <w:t xml:space="preserve">[31:52] </w:t>
      </w:r>
      <w:r>
        <w:t>yeh paish aayega ke dunya mein to bari shandar zindagi unhon ne bana li thi. lekin jab woh maut ke baad aglay period mein dakhil honge to woh khali hath honge. sari shaan khatam ho chuki hogi. sari shaan khatam ho chuki hogi.</w:t>
      </w:r>
    </w:p>
    <w:p>
      <w:pPr>
        <w:jc w:val="right"/>
      </w:pPr>
      <w:r>
        <w:t>یہ پیش آئے گا کہ دنیا میں تو بڑی شاندار زندگی انہوں نے بنا لی تھی۔ لیکن جب وہ موت کے بعد اگلے پیریڈ میں داخل ہوں گے تو وہ خالی ہاتھ ہوں گے۔ ساری شان ختم ہو چکی ہوگی۔ ساری شان ختم ہو چکی ہوگی۔</w:t>
      </w:r>
    </w:p>
    <w:p>
      <w:r>
        <w:rPr>
          <w:b/>
        </w:rPr>
        <w:t xml:space="preserve">[32:24] </w:t>
      </w:r>
      <w:r>
        <w:t>to yeh, yeh, yeh muamla woh jo mein ne kaha ghusay wali baat, us se aap us ko samajh sakte hain ke temptation se larna immediate, immediate gain mein kyun aadmi istemal karta hai apni apni salahiyaton ko? kyunke woh temptation se lar nahi pata. aadmi ko bohat achay potential</w:t>
      </w:r>
    </w:p>
    <w:p>
      <w:pPr>
        <w:jc w:val="right"/>
      </w:pPr>
      <w:r>
        <w:t>تو یہ، یہ، یہ معاملہ وہ جو میں نے کہا غصے والی بات، اس سے آپ اس کو سمجھ سکتے ہیں کہ ٹیمپٹیشن سے لڑنا امیڈیٹ، امیڈیٹ گین میں کیوں آدمی استعمال کرتا ہے اپنی اپنی صلاحیتوں کو؟ کیونکہ وہ ٹیمپٹیشن سے لڑ نہیں پاتا۔ آدمی کو بہت اچھے پوٹین</w:t>
      </w:r>
    </w:p>
    <w:p>
      <w:r>
        <w:rPr>
          <w:b/>
        </w:rPr>
        <w:t xml:space="preserve">[32:54] </w:t>
      </w:r>
      <w:r>
        <w:t>ke sath paida kiya gaya hai, behtareen salahiyat ke sath paida kiya gaya hai, lekin sath sath temptation rakh di gayi hai us ke andar. us ke andar khud creation plan ke mutabiq anger rakh diya gaya, lalach rakh di gayi, malice rakh di gayi, hasad rakh di gayi, worldly cheezon ki taraf mohabbat rakh di gayi. yeh sab rakh diya</w:t>
      </w:r>
    </w:p>
    <w:p>
      <w:pPr>
        <w:jc w:val="right"/>
      </w:pPr>
      <w:r>
        <w:t>شل کے ساتھ پیدا کیا گیا ہے، بہترین صلاحیت کے ساتھ پیدا کیا گیا ہے، لیکن ساتھ ساتھ ٹیمپٹیشن رکھ دی گئی ہے اس کے اندر۔ اس کے اندر خود کریشن پلان کے مطابق اینگر رکھ دیا گیا، لالچ رکھ دی گئی، میلش رکھ دیا گیا، حسد رکھ دیا گیا، ورلڈلی چیزوں کی طرف محبت رکھ دی گئی۔ یہ سب رکھ دیا</w:t>
      </w:r>
    </w:p>
    <w:p>
      <w:r>
        <w:rPr>
          <w:b/>
        </w:rPr>
        <w:t xml:space="preserve">[33:24] </w:t>
      </w:r>
      <w:r>
        <w:t>gaya. ab is ka jo test hai woh yeh hai ke apne aap ko worldly temptation se oopar uthaye. woh apna tazkiya kare. us ko Quran mein tazkiya kaha gaya hai. zali-ka jaza-u-man tazakka yani paradise milegi un ko jinhon ne apna tazkiya kiya.</w:t>
      </w:r>
    </w:p>
    <w:p>
      <w:pPr>
        <w:jc w:val="right"/>
      </w:pPr>
      <w:r>
        <w:t>گیا۔ اب اس کا جو ٹیسٹ ہے وہ یہ ہے کہ اپنے آپ کو ورلڈلی ٹیمپٹیشن سے اوپر اٹھائے۔ وہ اپنا تزکیہ کرے۔ اس کو قرآن میں تزکیہ کہا گیا ہے۔ ذالک جزا من تزکیہ یعنی پیراڈائز ملے گی ان کو جنہوں نے اپنا تزکیہ کیا۔</w:t>
      </w:r>
    </w:p>
    <w:p>
      <w:r>
        <w:rPr>
          <w:b/>
        </w:rPr>
        <w:t xml:space="preserve">[33:56] </w:t>
      </w:r>
      <w:r>
        <w:t>tazkiya ka matlab hota hai purification. purification yani jab dunya ki zindagi mein un ko un ke sath aisa ho ke negative thought aayen, anger aaye, lalach aaye, arrogance aayen.</w:t>
      </w:r>
    </w:p>
    <w:p>
      <w:pPr>
        <w:jc w:val="right"/>
      </w:pPr>
      <w:r>
        <w:t>تزکیہ کا مطلب ہوتا ہے پیوریفیکیشن۔ پیوریفیکیشن یعنی جب دنیا کی زندگی میں ان کو ان کے ساتھ ایسا ہو کہ نیگیٹیو تھاٹ آئیں، اینگر آئے، لالچ آئے، اروگینس آئے۔</w:t>
      </w:r>
    </w:p>
    <w:p>
      <w:r>
        <w:rPr>
          <w:b/>
        </w:rPr>
        <w:t xml:space="preserve">[34:29] </w:t>
      </w:r>
      <w:r>
        <w:t>is tarah ki cheezein aayen jo aadmi ko sarkash banati hain, jo aadmi ko sachai se door karti hain. to woh apni, woh us waqt us ka ehsas jaag uthe ke yeh to mera test ka time aa gaya, yeh mera test ka time aa gaya. aur phir woh apna purification kare, apne aap ko purifi</w:t>
      </w:r>
    </w:p>
    <w:p>
      <w:pPr>
        <w:jc w:val="right"/>
      </w:pPr>
      <w:r>
        <w:t>اس طرح کی چیزیں آئیں جو آدمی کو سرکش بناتی ہیں، جو آدمی کو سچائی سے دور کرتی ہیں۔ تو وہ اپنی، وہ اس وقت اس کا احساس جاگ اٹھے کہ یہ تو میرا ٹیسٹ کا ٹائم آ گیا، یہ میرا ٹیسٹ کا ٹائم آ گیا۔ اور پھر وہ اپنا پیوریفیکیشن کرے، اپنے آپ کو پیوریف</w:t>
      </w:r>
    </w:p>
    <w:p>
      <w:r>
        <w:rPr>
          <w:b/>
        </w:rPr>
        <w:t xml:space="preserve">[34:59] </w:t>
      </w:r>
      <w:r>
        <w:t>cation kare. yahi yani jo woh surah jo mein ne parhi aap ke samnay, jis mein aik insaan ko hum ne paida kiya behtareen banawat ke sath, phir us ko us ko daal diya bohat nichay garhay mein. us ka matlab aik garhay mein dalnay ka matlab kya hai? us ko aisi, aisay negative thought ke sath</w:t>
      </w:r>
    </w:p>
    <w:p>
      <w:pPr>
        <w:jc w:val="right"/>
      </w:pPr>
      <w:r>
        <w:t>ائی کرے۔ یہی یعنی جو وہ سورہ جو میں نے پڑھی آپ کے سامنے، جس میں ایک انسان کو ہم نے پیدا کیا بہترین بناوٹ کے ساتھ، پھر اس کو اس کو ڈال دیا بہت نیچے گڑھے میں۔ اس کا مطلب ایک گڑھے میں ڈالنے کا مطلب کیا ہے؟ اس کو ایسی، ایسے نیگیٹیو تھاٹ کے ساتھ</w:t>
      </w:r>
    </w:p>
    <w:p>
      <w:r>
        <w:rPr>
          <w:b/>
        </w:rPr>
        <w:t xml:space="preserve">[35:30] </w:t>
      </w:r>
      <w:r>
        <w:t>paida kiya, aisay temptation de kar paida kiya ke us ke asar mein aa kar ke woh sachai se door chala jata hai. lekin jo apni freedom ko sahi istemal kare, jo temptation se laray, jo apne negative thought ko positive thought mein convert kare, to woh us se bach jayega. allazeena aamano wa amilus-salihaat magar woh log bach jayenge</w:t>
      </w:r>
    </w:p>
    <w:p>
      <w:pPr>
        <w:jc w:val="right"/>
      </w:pPr>
      <w:r>
        <w:t>پیدا کیا، ایسے ٹیمپٹیشن دے کر پیدا کیا کہ اس کے اثر میں آ کر کے وہ سچائی سے دور چلا جاتا ہے۔ لیکن جو اپنی فریڈم کو صحیح استعمال کرے، جو ٹیمپٹیشن سے لڑے، جو اپنے نیگیٹیو تھاٹ کو پازیٹیو تھاٹ میں کنورٹ کرے، تو وہ اس سے بچ جائے گا۔ الذین آمنوا أمر الصالحات مگر وہ لوگ بچ جائیں گے</w:t>
      </w:r>
    </w:p>
    <w:p>
      <w:r>
        <w:rPr>
          <w:b/>
        </w:rPr>
        <w:t xml:space="preserve">[36:00] </w:t>
      </w:r>
      <w:r>
        <w:t>jo Khuda par yaqeen kiya, jinhon ne jo Khuda se daray aur Khuda ki khatir jinhon ne apne aap ko purify kiya. to yeh woh log hain jo bach gaye us se ke woh asfalas-safileen mein un ka anjam ho. bach gaye us se. to yeh, yeh jo muamla hai, yeh kahan shuru hota hai? sab se pehle shuru hota hai</w:t>
      </w:r>
    </w:p>
    <w:p>
      <w:pPr>
        <w:jc w:val="right"/>
      </w:pPr>
      <w:r>
        <w:t>جو خدا پر یقین کیا، جنہوں نے جو خدا سے ڈرے اور خدا کی خاطر جنہوں نے اپنے آپ کو پیوریفائی کیا۔ تو یہ وہ لوگ ہیں جو بچ گئے اس سے کہ وہ اسفل سافرین میں ان کا انجام ہو۔ بچ گئے اس سے۔ تو یہ، یہ جو معاملہ ہے، یہ کہاں شروع ہوتا ہے؟ سب سے پہلے شروع ہوتا ہے</w:t>
      </w:r>
    </w:p>
    <w:p>
      <w:r>
        <w:rPr>
          <w:b/>
        </w:rPr>
        <w:t xml:space="preserve">[36:30] </w:t>
      </w:r>
      <w:r>
        <w:t>yeh realization se, jis ko hum ma'rifat kaha jata hai. yani insaan is dunya mein paida hua, yahan par tarah tarah ke khayalat hain, tarah tarah ke thought hain, tarah tarah ki philosophy hai. un sab mein insaan ko yeh karna hai ke woh sachai ko discover kare. lekin sachai kabhi bhi chalayegi nahi. koi angel</w:t>
      </w:r>
    </w:p>
    <w:p>
      <w:pPr>
        <w:jc w:val="right"/>
      </w:pPr>
      <w:r>
        <w:t>یہ ریلائزیشن سے، جس کو ہم معرفت کہا جاتا ہے۔ یعنی انسان اس دنیا میں پیدا ہوا، یہاں پر طرح طرح کے خیالات ہیں، طرح طرح کے تھاٹ ہیں، طرح طرح کی فلاسفی ہے۔ ان سب میں انسان کو یہ کرنا ہے کہ وہ سچائی کو ڈسکور کرے۔ لیکن سچائی کبھی بھی چلائے گی نہیں۔ کوئی این</w:t>
      </w:r>
    </w:p>
    <w:p>
      <w:r>
        <w:rPr>
          <w:b/>
        </w:rPr>
        <w:t xml:space="preserve">[37:01] </w:t>
      </w:r>
      <w:r>
        <w:t>aa kar ke ailan nahi karega ke dekho yeh sachai hai, us ko pakro. humein khud sachai ko discover karna hai. mein ne is se pehle arz kiya tha ke yeh muamla woh hai jis ko kehte hain education mein discovery method. discovery method ka matlab yeh hai ke cheezein bikher di jati hain etrandom tareeqay se. phir yeh student ko kaha jata hai ke</w:t>
      </w:r>
    </w:p>
    <w:p>
      <w:pPr>
        <w:jc w:val="right"/>
      </w:pPr>
      <w:r>
        <w:t>جیل آ کر کے اعلان نہیں کرے گا کہ دیکھو یہ سچائی ہے، اس کو پکڑو۔ ہمیں خود سچائی کو ڈسکور کرنا ہے۔ میں نے اس سے پہلے عرض کیا تھا کہ یہ معاملہ وہ ہے جس کو کہتے ہیں ایجوکیشن میں ڈسکوری میتھڈ۔ ڈسکوری میتھڈ کا مطلب یہ ہے کہ چیزیں بکھیر دی جاتی ہیں ایٹرنڈم طریقے سے۔ پھر یہ سٹوڈنٹ کو کہا کہا جاتا ہے کہ</w:t>
      </w:r>
    </w:p>
    <w:p>
      <w:r>
        <w:rPr>
          <w:b/>
        </w:rPr>
        <w:t xml:space="preserve">[37:31] </w:t>
      </w:r>
      <w:r>
        <w:t>us ko talash kar ke nikalo. to dunya mein Khuda ne har qism ki cheezon ko bikher diya hai. yahan tak yahan Satan bhi hai, aap ka yahan nurse bhi hai, yahan pe evil bhi hai, yahan burai bhi hai. aur phir aap ko chun chun kar, chun chun kar ke truth ko nikalna hai. yun samajh lijiye ke A se Z tak saray huroof jo hain, hazaron, lakhon, billion, million ki tadad mein bikhray hue hain. A se Z</w:t>
      </w:r>
    </w:p>
    <w:p>
      <w:pPr>
        <w:jc w:val="right"/>
      </w:pPr>
      <w:r>
        <w:t>اس کو تلاش کر کے نکالو۔ تو دنیا میں خدا نے ہر قسم کی چیزوں کو بکھیر دیا ہے۔ یہاں تک یہاں سیٹن بھی ہے، آپ کا یہاں نرس بھی ہے، یہاں پہ ایول بھی ہے، یہاں برائی بھی ہے۔ اور پھر آپ کو چن چن کر، چن چن کر کے ٹی ار یو ٹی ایچ کو نکالنا ہے۔ یوں سمجھ لیجئے کہ اے سے زیڈ تک سارے حروف جو ہیں، ہزاروں، لاکھوں، بلین، ملین کی تعداد میں بکھیرے ہوئے ہیں۔ اے سے زی</w:t>
      </w:r>
    </w:p>
    <w:p>
      <w:r>
        <w:rPr>
          <w:b/>
        </w:rPr>
        <w:t xml:space="preserve">[38:01] </w:t>
      </w:r>
      <w:r>
        <w:t>tak. ab aik bachay se kaha jata hai ke is mein se nikal kar truth banao, truth likho. woh dhoonde ga. dhoond dhoond kar kya karega? A ko chora, us ne B ko chora, C ko chora. chortay chortay phir T milega us ko. phir T uthayega woh. phir bohat cheezon ko eliminate karega. phir us ko R milega. phir R ko uthayega. phir aur bohat cheezon ko eliminate karega. phir us ko U milega. to letters ke jungle mein dhoond dhoond kar woh truth nikale</w:t>
      </w:r>
    </w:p>
    <w:p>
      <w:pPr>
        <w:jc w:val="right"/>
      </w:pPr>
      <w:r>
        <w:t>ڈ تک۔ اب ایک بچے سے کہا جاتا ہے کہ اس میں سے نکال کے ٹروتھ بناؤ، ٹروتھ لکھو۔ وہ ڈھونڈے گا۔ ڈھونڈ ڈھونڈ کر کیا کرے گا؟ اے کو چھوڑا، اس نے بی کو چھوڑا، سی کو چھوڑا۔ چھوڑتے چھوڑتے پھر ٹی ملے گا اس کو۔ پھر ٹی اٹھائے گا وہ۔ پھر بہت چیزوں کو ایلیمینیٹ کرے گا۔ پھر اس کو ار ملے گا۔ پھر ار کو اٹھائے گا۔ پھر اور بہت چیزوں کو ایلیمینیٹ کرے گا۔ پھر اس کو یو ملے گا۔ تو لیٹرز کے جنگل میں ڈھونڈ ڈھونڈ کر وہ ٹروتھ نکالے</w:t>
      </w:r>
    </w:p>
    <w:p>
      <w:r>
        <w:rPr>
          <w:b/>
        </w:rPr>
        <w:t xml:space="preserve">[38:31] </w:t>
      </w:r>
      <w:r>
        <w:t>ga. aisa nahi ho sakta ke koi angel aaye aur woh truth de de utha kar ke dekho yeh truth hai. aisa nahi ho sakta hai. yeh hai ma'rifat, yeh hai realization, yeh hai discovery. to jo log is ke liye tayyar na hon ke is discovery method mein apne ko</w:t>
      </w:r>
    </w:p>
    <w:p>
      <w:pPr>
        <w:jc w:val="right"/>
      </w:pPr>
      <w:r>
        <w:t>گا۔ ایسا نہیں ہو سکتا کہ کوئی اینجل آئے اور وہ ٹی ار یو ٹی ایچ دے دے اٹھا کر کہ دیکھو یہ ٹروتھ ہے۔ ایسا نہیں ہو سکتا ہے۔ یہ ہے معرفت، یہ ہے ریلائزیشن، یہ ہے ڈسکوری۔ تو جو لوگ اس کے لیے تیار نہ ہوں کہ اس ڈسکوری میتھڈ میں اپنے کو</w:t>
      </w:r>
    </w:p>
    <w:p>
      <w:r>
        <w:rPr>
          <w:b/>
        </w:rPr>
        <w:t xml:space="preserve">[39:01] </w:t>
      </w:r>
      <w:r>
        <w:t>daal kar ke letters ke jungle mein se letters ko nikal kar truth ko likhein, unhein kabhi sachai nahi milegi. is test se to baharhaal aadmi ko guzarna hi guzarna hai. har aadmi ko, har aadmi ko, har aurat ko, har mard ko is test se guzarna hai ke usay khud dhoond dhoond kar truth nikalna hai aur phir truth ko likhna hai us ko.</w:t>
      </w:r>
    </w:p>
    <w:p>
      <w:pPr>
        <w:jc w:val="right"/>
      </w:pPr>
      <w:r>
        <w:t>ڈال کر کے لیٹرز کے جنگل میں سے لیٹرز کو نکال کر ٹروتھ کو لکھیں، انہیں کبھی سچائی نہیں ملے گی۔ اس ٹیسٹ سے تو بہرحال آدمی کو گزرنا ہی گزرنا ہے۔ ہر آدمی کو، ہر آدمی کو، ہر عورت کو، ہر مرد کو اس ٹیسٹ سے گزرنا ہے کہ اسے خود ڈھونڈ ڈھونڈ کر ٹی ار یو ٹی ایچ نکالنا ہے اور پھر ٹروتھ کو لکھنا ہے اس کو۔</w:t>
      </w:r>
    </w:p>
    <w:p>
      <w:r>
        <w:rPr>
          <w:b/>
        </w:rPr>
        <w:t xml:space="preserve">[39:34] </w:t>
      </w:r>
      <w:r>
        <w:t>phir jab us ne truth ko discover kar liya to phir kya karna hai? us ko surrender karna hai. Khuda ke agay surrender kar dena hai. sachai ko sirf sachai ko ya Khuda ko sirf daryaft karna kafi nahi hai. jis tarah se aap rasta chal rahe hain, kahin aap daryaft karein ke yahan aik bheriya khara hua hai, aik alf khara hua hai, yahan pe aik tiger khara hua</w:t>
      </w:r>
    </w:p>
    <w:p>
      <w:pPr>
        <w:jc w:val="right"/>
      </w:pPr>
      <w:r>
        <w:t>پھر جب اس نے ٹروتھ کو ڈسکور کر لیا تو پھر کیا کرنا ہے؟ اس کو سرینڈر کرنا ہے۔ خدا کے آگے سرینڈر کر دینا ہے۔ سچائی کو صرف سچائی کو یا خدا کو صرف دریافت کرنا کافی نہیں ہے۔ جس طرح سے آپ راستہ چل رہے ہیں، کہیں آپ دریافت کریں کہ یہاں ایک بھیڑیا کھڑا ہوا ہے، ایک الف کھڑا ہوا ہے، یہاں پہ ایک ٹائیگر کھڑا ہوا</w:t>
      </w:r>
    </w:p>
    <w:p>
      <w:r>
        <w:rPr>
          <w:b/>
        </w:rPr>
        <w:t xml:space="preserve">[40:04] </w:t>
      </w:r>
      <w:r>
        <w:t>hai, yahan aik saanp maujood hai, to sirf daryaft karna kafi nahi hai. discovery ke ma'nay yeh hain ke woh action mein aa jaye. aap ke mein ne aik martaba Hyderabad mein aik speech thi, mukhtalif tarah ki boliyan bol rahe thay, to mein ne kaha ke dekhiye, agar yahan par saanp jaisi aik cheez pari hui ho,</w:t>
      </w:r>
    </w:p>
    <w:p>
      <w:pPr>
        <w:jc w:val="right"/>
      </w:pPr>
      <w:r>
        <w:t>ہے، یہاں ایک سانپ موجود ہے، تو صرف دریافت کرنا کافی نہیں ہے۔ ڈسکوری کے معنی یہ ہیں کہ وہ ایکشن میں آ جائے۔ آپ کے میں نے ایک مرتبہ حیدرآباد میں ایک سپیچ تھی، مختلف طرح کی بولیاں بول رہے تھے، تو میں نے کہا کہ دیکھیے، اگر یہاں پر سانپ جیسی ایک چیز پڑی ہوئی ہو،</w:t>
      </w:r>
    </w:p>
    <w:p>
      <w:r>
        <w:rPr>
          <w:b/>
        </w:rPr>
        <w:t xml:space="preserve">[40:36] </w:t>
      </w:r>
      <w:r>
        <w:t>aur woh ho plastic ka, to aap tarah tarah ki batein karenge ke yeh factory mein bana hua hai. kisi ne kaha ke yeh kisi ghar, kisi karigar ne banaya hai ya export kiya hua ho, import kiya hua ho, tarah tarah ki batein karenge aap. lekin agar sach much saanp ho, sach much woh khara ho kar ke phan nikaal kar khara ho jaye, tab aap batein bhool jayenge. yani saanp agar plastic</w:t>
      </w:r>
    </w:p>
    <w:p>
      <w:pPr>
        <w:jc w:val="right"/>
      </w:pPr>
      <w:r>
        <w:t>اور وہ ہو پلاسٹک کا، تو آپ طرح طرح کے باتیں کریں گے کہ یہ فیکٹری میں بنا ہوا ہے۔ کسی نے کہا کہ یہ کسی گھر، کسی کاریگر نے بنایا ہے یا ایکسپورٹ کیا ہوا ہو، امپورٹ کیا ہوا ہو، طرح طرح کی باتیں کریں گے آپ۔ لیکن اگر سچ مچ سانپ ہو، سچ مچ وہ کھڑا ہو کر کے پھن نکال کر کھڑا ہو جائے، تب آپ باتیں بھول جائیں گے۔ یعنی سانپ اگر پلاسٹ</w:t>
      </w:r>
    </w:p>
    <w:p>
      <w:r>
        <w:rPr>
          <w:b/>
        </w:rPr>
        <w:t xml:space="preserve">[41:06] </w:t>
      </w:r>
      <w:r>
        <w:t>wala saanp hai, tabhi batein banatay hain log ke dekho bhai, kitab beautiful hai, kis karigar ne banaya hai? yeh to lagta hai ke importer hai, yeh to lagta hai ke Japan se aaya hai. yeh baat, woh baat, tarah tarah ki batein nikale ga aadmi. agar us mein us ko lagta hai ke us mein koi sacha saanp nahi hai, lekin sach much saanp agar ho, wahan pe kala naag ho, to aadmi</w:t>
      </w:r>
    </w:p>
    <w:p>
      <w:pPr>
        <w:jc w:val="right"/>
      </w:pPr>
      <w:r>
        <w:t>ک والا سانپ ہے، تبھی باتیں بناتے ہیں لوگ کہ دیکھو بھائی، کتاب بیوٹی فل ہے، کس کاریگر نے بنایا ہے؟ یہ تو لگتا ہے کہ امپورٹر ہے، یہ تو لگتا ہے کہ جاپان سے آیا ہے۔ یہ بات، وہ بات، طرح طرح کی باتیں نکالے گا آدمی۔ اگر اس میں اس کو لگتا ہے کہ اس میں کوئی سچا سانپ نہیں ہے، لیکن سچ مچ سانپ اگر ہو، وہاں پہ کالا ناگ ہو، تو آدمی</w:t>
      </w:r>
    </w:p>
    <w:p>
      <w:r>
        <w:rPr>
          <w:b/>
        </w:rPr>
        <w:t xml:space="preserve">[41:36] </w:t>
      </w:r>
      <w:r>
        <w:t>baatain bhool jata hai. phir kya ho jata hai? dekho bhai, saanp hai, apne ko bachao is se, bachho saanp se. to discovery jo hai, ful for action mein aati hai. yeh nahi ho sakta ke aap Khuda ko discover karein aap aur phir wahin ke wahin rahein. aap us ki pehchan Quran mein yeh di gayi hai ke jo aadmi Khuda ko discover karta hai, to us ke andar do siftien paida</w:t>
      </w:r>
    </w:p>
    <w:p>
      <w:pPr>
        <w:jc w:val="right"/>
      </w:pPr>
      <w:r>
        <w:t>باتیں بھول جاتا ہے۔ پھر کیا ہو جاتا ہے؟ دیکھو بھائی، سانپ ہے، اپنے کو بچاؤ اس سے، بچو سانپ سے۔ تو ڈسکوری جو ہے، فل فور ایکشن میں آتی ہے۔ یہ نہیں ہو سکتا کہ آپ خدا کو دریافت کریں آپ اور پھر وہیں کے وہیں رہیں۔ آپ اس کی پہچان قرآن میں یہ دی گئی ہے کہ جو آدمی خدا کو ڈسکور کرتا ہے، تو اس کے اندر دو صفتیں پیدا</w:t>
      </w:r>
    </w:p>
    <w:p>
      <w:r>
        <w:rPr>
          <w:b/>
        </w:rPr>
        <w:t xml:space="preserve">[42:06] </w:t>
      </w:r>
      <w:r>
        <w:t>hoti hain. do siftien: ek yeh ke ashadd tahbul lil-lah, allazeen aamanoo ashadd hubbul lil-lah, aur doosri jagah hai wa lam yakhsha illal-lah. yeh do siftien yaani sab</w:t>
      </w:r>
    </w:p>
    <w:p>
      <w:pPr>
        <w:jc w:val="right"/>
      </w:pPr>
      <w:r>
        <w:t>ہوتی ہیں۔ دو صفتیں: ایک یہ کہ اشد تحبل للہ، الذین آمنوا اشد حبل للہ، اور دوسری جگہ ہے ولم یخش الا اللہ۔ یہ دو صفتیں یعنی سب</w:t>
      </w:r>
    </w:p>
    <w:p>
      <w:r>
        <w:rPr>
          <w:b/>
        </w:rPr>
        <w:t xml:space="preserve">[42:36] </w:t>
      </w:r>
      <w:r>
        <w:t>se zyada Khuda se mohabbat karna aur sab se zyada Khuda se darna. yeh pehchan hai ke discovery hui aap ko ya nahi hui. Khuda se sab se zyada mohabbat karna, kyunke wahi dene wala hai. Khuda se sab se zyada darna, kyunke wahi chheen ne wala hai.</w:t>
      </w:r>
    </w:p>
    <w:p>
      <w:pPr>
        <w:jc w:val="right"/>
      </w:pPr>
      <w:r>
        <w:t>سے زیادہ خدا سے محبت کرنا اور سب سے زیادہ خدا سے ڈرنا۔ یہ پہچان ہے کہ ڈسکوری ہوئی آپ کو یا نہیں ہوئی۔ خدا سے سب سے زیادہ محبت کرنا، کیونکہ وہی دینے والا ہے۔ خدا سے سب سے زیادہ ڈرنا، کیونکہ وہی چھیننے والا ہے۔</w:t>
      </w:r>
    </w:p>
    <w:p>
      <w:r>
        <w:rPr>
          <w:b/>
        </w:rPr>
        <w:t xml:space="preserve">[43:07] </w:t>
      </w:r>
      <w:r>
        <w:t>wahi hisab lega, wahi day of judgment ka malik hai. to jab aap Khuda ko discover karte hain, to us ke baad zaroor aisa hota hai, lazmi taur par aisa hota hai ke aap ke andar Khuda se bepanah ta'alluq paida ho jata hai. isi ta'alluq ke do aspect hain: ek mohabbat ka aspect</w:t>
      </w:r>
    </w:p>
    <w:p>
      <w:pPr>
        <w:jc w:val="right"/>
      </w:pPr>
      <w:r>
        <w:t>وہی حساب لے گا، وہی ڈے اف ججمنٹ کا مالک ہے۔ تو جب آپ خدا کو ڈسکور کرتے ہیں، تو اس کے بعد ضرور ایسا ہوتا ہے، لازمی طور پر ایسا ہوتا ہے کہ آپ کے اندر خدا سے بے پناہ تعلق پیدا ہو جاتا ہے۔ اسی تعلق کے دو اسپیکٹ ہیں: ایک محبت کا اسپیکٹ</w:t>
      </w:r>
    </w:p>
    <w:p>
      <w:r>
        <w:rPr>
          <w:b/>
        </w:rPr>
        <w:t xml:space="preserve">[43:37] </w:t>
      </w:r>
      <w:r>
        <w:t xml:space="preserve"> , ek khauf ka aspect. phir saath saath yeh hota hai ke aap ke andar rabbani character paida hota hai. Quran mein hai ke kaun rabbani? rab wale bano. rab wale bano ka matlab kya hai? rab oriented character tumhare andar aa jaye. rab oriented th</w:t>
      </w:r>
    </w:p>
    <w:p>
      <w:pPr>
        <w:jc w:val="right"/>
      </w:pPr>
      <w:r>
        <w:t>، ایک خوف کا اسپیکٹ۔ پھر ساتھ ساتھ یہ ہوتا ہے کہ آپ کے اندر ربانی کریکٹر پیدا ہوتا ہے۔ قرآن میں ہے کہ کون ربانی؟ رب والے بنو۔ رب والے بنو کا مطلب کیا ہے؟ رب اورینٹڈ کریکٹر تمہارے اندر آ جائے۔ رب اورینٹڈ تھ</w:t>
      </w:r>
    </w:p>
    <w:p>
      <w:r>
        <w:rPr>
          <w:b/>
        </w:rPr>
        <w:t xml:space="preserve">[44:07] </w:t>
      </w:r>
      <w:r>
        <w:t>inking, rab oriented character, rab oriented behavior, yeh tumhare andar aa jaye. to Khuda ko daryaft karte hi, Khuda ko discover karte hi, aisa hota hai ke aadmi ki poori zindagi ka orientation badal jata hai. poori zindagi ka orientation badal jata hai.</w:t>
      </w:r>
    </w:p>
    <w:p>
      <w:pPr>
        <w:jc w:val="right"/>
      </w:pPr>
      <w:r>
        <w:t>نکنگ، رب اورینٹڈ کریکٹر، رب اورینٹڈ بیہیویئر، یہ تمہارے اندر آ جائے۔ تو خدا کو دریافت کرتے ہی، خدا کو ڈسکور کرتے ہی، ایسا ہوتا ہے کہ آدمی کی پوری زندگی کا اورینٹیشن بدل جاتا ہے۔ پوری زندگی کا اورینٹیشن بدل جاتا ہے۔</w:t>
      </w:r>
    </w:p>
    <w:p>
      <w:r>
        <w:rPr>
          <w:b/>
        </w:rPr>
        <w:t xml:space="preserve">[44:37] </w:t>
      </w:r>
      <w:r>
        <w:t>kyun? is liye ke Khuda sab se bari cheez hai. jab aap Khuda ko discover karte hain to kya hota hai? har doosri cheez aap ke liye secondary ban jati hai. har doosri cheez aap ke liye secondary ban jati hai. Khuda hi pehli cheez ban jata hai, aap ka</w:t>
      </w:r>
    </w:p>
    <w:p>
      <w:pPr>
        <w:jc w:val="right"/>
      </w:pPr>
      <w:r>
        <w:t>کیوں؟ اس لیے کہ خدا سب سے بڑی چیز ہے۔ جب آپ خدا کو ڈسکور کرتے ہیں تو کیا ہوتا ہے؟ ہر دوسری چیز آپ کے لیے سیکنڈری بن جاتی ہے۔ ہر دوسری چیز آپ کے لیے سیکنڈری بن جاتی ہے۔ خدا ہی پہلی چیز بن جاتا ہے، آپ کا</w:t>
      </w:r>
    </w:p>
    <w:p>
      <w:r>
        <w:rPr>
          <w:b/>
        </w:rPr>
        <w:t xml:space="preserve">[45:07] </w:t>
      </w:r>
      <w:r>
        <w:t>sab se bara concern ban jata hai. is se pehle ek baar mein ne arz kiya tha ke ek American writer ne Islam ka mutala kiya, us ne ek kitaab likhi, us mein woh kehta hai ke the greatest concern of Islam is Allah. to Khuda ko jab aadmi discover karta hai</w:t>
      </w:r>
    </w:p>
    <w:p>
      <w:pPr>
        <w:jc w:val="right"/>
      </w:pPr>
      <w:r>
        <w:t>سب سے بڑا کنسرن بن جاتا ہے۔ اس سے پہلے ایک بار میں نے عرض کیا تھا کہ ایک امریکن رائٹر نے اسلام کا مطالعہ کیا، اس نے ایک کتاب لکھی، اس میں وہ کہتا ہے کہ دا گریٹسٹ کنسرن اف اسلام از اللہ۔ تو خدا کو جب آدمی ڈسکور کرتا ہے</w:t>
      </w:r>
    </w:p>
    <w:p>
      <w:r>
        <w:rPr>
          <w:b/>
        </w:rPr>
        <w:t xml:space="preserve">[45:38] </w:t>
      </w:r>
      <w:r>
        <w:t>to wahi uska sab se bara concern ban jata hai. sab se bara concern. aur zahir hai ke jab Khuda sab se bara concern ban jaye to us ke baad kya hoga? aap ki soch badlegi, aap ki speech badlegi, aap ka character badlega, aap ka behavior badlega. poori zindagi aap ki ek nayi zindagi ban jayegi. aur</w:t>
      </w:r>
    </w:p>
    <w:p>
      <w:pPr>
        <w:jc w:val="right"/>
      </w:pPr>
      <w:r>
        <w:t>تو وہی اس کا سب سے بڑا کنسرن بن جاتا ہے۔ سب سے بڑا کنسرن۔ اور ظاہر ہے کہ جب خدا سب سے بڑا کنسرن بن جائے تو اس کے بعد کیا ہوگا؟ آپ کی سوچ بدلے گی، آپ کی سپیچ بدلے گی، آپ کا کریکٹر بدلے گا، آپ کا بیہیویئر بدلے گا۔ پوری زندگی آپ کی ایک نئی زندگی بن جائے گی۔ اور</w:t>
      </w:r>
    </w:p>
    <w:p>
      <w:r>
        <w:rPr>
          <w:b/>
        </w:rPr>
        <w:t xml:space="preserve">[46:08] </w:t>
      </w:r>
      <w:r>
        <w:t>ek bohat bari baat yeh hogi ke aap aaj mein jeene ki bajaye kal mein jeene lagen ge. present mein jeene ki bajaye future mein jeene lagen ge. is liye ke Khuda ne apni kitaab mein ailan kiya hai ke yeh duniya ki zindagi jo hai, bohat thodi zindagi hai. aur asal zindagi to woh hai jo maut ke baad shuru hogi.</w:t>
      </w:r>
    </w:p>
    <w:p>
      <w:pPr>
        <w:jc w:val="right"/>
      </w:pPr>
      <w:r>
        <w:t>ایک بہت بڑی بات یہ ہوگی کہ آپ آج میں جینے کی بجائے کل میں جینے لگیں گے۔ پریزنٹ میں جینے کی بجائے فیوچر میں جینے لگیں گے۔ اس لیے کہ خدا نے اپنی کتاب میں اعلان کیا ہے کہ یہ دنیا کی زندگی جو ہے، بہت تھوڑی زندگی ہے۔ اور اصل زندگی تو وہ ہے جو موت کے بعد شروع ہوگی۔</w:t>
      </w:r>
    </w:p>
    <w:p>
      <w:r>
        <w:rPr>
          <w:b/>
        </w:rPr>
        <w:t xml:space="preserve">[46:39] </w:t>
      </w:r>
      <w:r>
        <w:t>wahan par day of judgment hoga. wahan par har aadmi ka hisab liya jayega. to bilkul fitri baat hai, bilkul but natural ke aadmi present mein jeene ki bajaye future mein jeene lage. aaj mein jeene ki bajaye kal mein jeene lage. yaani is din mein woh jeene lage jab ke uska samna Khuda se hoga. jab ke uska samna Khuda se hoga.</w:t>
      </w:r>
    </w:p>
    <w:p>
      <w:pPr>
        <w:jc w:val="right"/>
      </w:pPr>
      <w:r>
        <w:t>وہاں پر ڈے اف ججمنٹ ہوگا۔ وہاں پر ہر آدمی کا حساب لیا جائے گا۔ تو بالکل فطری بات ہے، بالکل بٹ نیچرل کہ آدمی پریزنٹ میں جینے کی بجائے فیوچر میں جینے لگے۔ آج میں جینے کی بجائے کل میں جینے لگے۔ یعنی اس دن میں وہ جینے لگے جب کہ اس کا سامنا خدا سے ہوگا۔ جب کہ اس کا سامنا خدا سے ہوگا۔</w:t>
      </w:r>
    </w:p>
    <w:p>
      <w:r>
        <w:rPr>
          <w:b/>
        </w:rPr>
        <w:t xml:space="preserve">[47:12] </w:t>
      </w:r>
      <w:r>
        <w:t>to yeh zindagi mein ek revolution aata hai. revolution. yeh koi saada baat nahi hai. koi saada baat nahi hai. yeh bohat bari baat hai. ab dekhiye, aap jante hain ke aadmi ka yeh jo personality hai, woh ek dual personality hai.</w:t>
      </w:r>
    </w:p>
    <w:p>
      <w:pPr>
        <w:jc w:val="right"/>
      </w:pPr>
      <w:r>
        <w:t>تو یہ زندگی میں ایک ریولوشن آتا ہے۔ ریولوشن۔ یہ کوئی سادہ بات نہیں ہے۔ کوئی سادہ بات نہیں ہے۔ یہ بہت بڑی بات ہے۔ اب دیکھیے، آپ جانتے ہیں کہ آدمی کا یہ جو پرسنیلٹی ہے، وہ ایک ڈول پرسنیلٹی ہے۔</w:t>
      </w:r>
    </w:p>
    <w:p>
      <w:r>
        <w:rPr>
          <w:b/>
        </w:rPr>
        <w:t xml:space="preserve">[47:45] </w:t>
      </w:r>
      <w:r>
        <w:t>body aur mind ya body aur soul, jism aur rooh. body kya hai? body ki requirements woh hoti hain jo material requirement. jab aap Khuda ko na paye hue hon, Khuda ko na paye hue hon to aap body ke level par jeete hain. body ki satah par jeete hain. yaani body ki requirement ko p</w:t>
      </w:r>
    </w:p>
    <w:p>
      <w:pPr>
        <w:jc w:val="right"/>
      </w:pPr>
      <w:r>
        <w:t>باڈی اور مائنڈ یا باڈی اور سول، جسم اور روح۔ باڈی کیا ہے؟ باڈی کی ریکوائرمنٹس وہ ہوتی ہیں جو مٹیریل ریکوائرمنٹ۔ جب آپ خدا کو نہ پائے ہوئے ہوں، خدا کو نہ پائے ہوئے ہوں تو آپ باڈی کے لیول پر جیتے ہیں۔ باڈی کی سطح پر جیتے ہیں۔ یعنی باڈی کی ریکوائرمنٹ کو پ</w:t>
      </w:r>
    </w:p>
    <w:p>
      <w:r>
        <w:rPr>
          <w:b/>
        </w:rPr>
        <w:t xml:space="preserve">[48:15] </w:t>
      </w:r>
      <w:r>
        <w:t>ura karna. body ko body jis ko kehte hain, body display. apne jism ko khoobsurat banana. apne body ki khwahishon ko poora karna. yaani poori zindagi body oriented hoti hai. lekin jab aap Khuda ko daryaft kar lete hain to sara mamla badal jata hai. ab aap ka sara direction ho jata hai intel</w:t>
      </w:r>
    </w:p>
    <w:p>
      <w:pPr>
        <w:jc w:val="right"/>
      </w:pPr>
      <w:r>
        <w:t>ورا کرنا۔ باڈی کو باڈی جس کو کہتے ہیں، باڈی ڈسپلے۔ اپنے جسم کو خوبصورت بنانا۔ اپنے باڈی کی خواہشوں کو پورا کرنا۔ یعنی پوری زندگی باڈی اورینٹڈ ہوتی ہے۔ لیکن جب آپ خدا کو دریافت کر لیتے ہیں تو سارا معاملہ بدل جاتا ہے۔ اب آپ کا سارا ڈائریکشن ہو جاتا ہے انٹل</w:t>
      </w:r>
    </w:p>
    <w:p>
      <w:r>
        <w:rPr>
          <w:b/>
        </w:rPr>
        <w:t xml:space="preserve">[48:45] </w:t>
      </w:r>
      <w:r>
        <w:t>lectual development ki taraf, spiritual development ki taraf. kyunke aap ka jo body hai, maut ke baad, maut ke saath woh aap ko saath chhod deta hai. maut aayi aur body se aap alag ho gaye. maut ke baad aap ki jo personality Khuda ki taraf aage badhti hai, woh aap ke soul wali personality hai. tab bhi ek body rahega aap ke paas, aap ke saath. woh body alag alag body hoga. yeh jis body ke</w:t>
      </w:r>
    </w:p>
    <w:p>
      <w:pPr>
        <w:jc w:val="right"/>
      </w:pPr>
      <w:r>
        <w:t>یکچول ڈیویلپمنٹ کی طرف، اسپیریچول ڈیویلپمنٹ کی طرف۔ کیونکہ آپ کا جو باڈی ہے، موت کے بعد، موت کے ساتھ وہ آپ کو ساتھ چھوڑ دیتا ہے۔ موت آئی اور باڈی سے آپ الگ ہو گئے۔ موت کے بعد آپ کی جو پرسنیلٹی خدا کی طرف آگے بڑھتی ہے، وہ آپ کے سول والی پرسنیلٹی ہے۔ تب بھی ایک باڈی رہے گا آپ کے پاس، آپ کے ساتھ۔ وہ باڈی الگ الگ باڈی ہوگا۔ یہ جس باڈی کے</w:t>
      </w:r>
    </w:p>
    <w:p>
      <w:r>
        <w:rPr>
          <w:b/>
        </w:rPr>
        <w:t xml:space="preserve">[49:15] </w:t>
      </w:r>
      <w:r>
        <w:t>saath hum duniya mein jeete hain, woh ek aur body hai. woh body fani body hai. woh toot phoot ho jati hai. is ki woh khatm hone wala hai. lekin maut ke baad aap ki jo spiritual journey hai, woh ek aur body ke saath shuru hoti hai. to aap ka sara, aap ki sari tawajjuh</w:t>
      </w:r>
    </w:p>
    <w:p>
      <w:pPr>
        <w:jc w:val="right"/>
      </w:pPr>
      <w:r>
        <w:t>ساتھ ہم دنیا میں جیتے ہیں، وہ ایک اور باڈی ہے۔ وہ باڈی فانی باڈی ہے۔ وہ ٹوٹ پھوٹ ہو جاتی ہے۔ اس کی وہ ختم ہونے والا ہے۔ لیکن موت کے بعد آپ کی جو اسپیریچول جرنی ہے، وہ ایک اور باڈی کے ساتھ شروع ہوتی ہے۔ تو آپ کا سارا، آپ کی ساری توجہ</w:t>
      </w:r>
    </w:p>
    <w:p>
      <w:r>
        <w:rPr>
          <w:b/>
        </w:rPr>
        <w:t xml:space="preserve">[49:46] </w:t>
      </w:r>
      <w:r>
        <w:t>lag jati hai. agar aap Khuda ko discover kar lete hain jab to spiritual development mein aur intellectual development mein mein samajhta hoon ke yeh ek pehchan hai. yaani kisi aadmi ko yeh jaanna ho ke us ne Khuda ko discover kiya hai ya nahi kiya hai, to yeh dekhiye ke uska aur</w:t>
      </w:r>
    </w:p>
    <w:p>
      <w:pPr>
        <w:jc w:val="right"/>
      </w:pPr>
      <w:r>
        <w:t>لگ جاتی ہے۔ اگر آپ خدا کو ڈسکور کر لیتے ہیں جب تو اسپیریچول ڈیویلپمنٹ میں اور انٹلیکچول ڈیویلپمنٹ میں میں سمجھتا ہوں کہ یہ ایک پہچان ہے۔ یعنی کسی آدمی کو یہ جاننا ہو کہ اس نے خدا کو ڈسکور کیا ہے یا نہیں کیا ہے، تو یہ دیکھیے کہ اس کا اور</w:t>
      </w:r>
    </w:p>
    <w:p>
      <w:r>
        <w:rPr>
          <w:b/>
        </w:rPr>
        <w:t xml:space="preserve">[50:16] </w:t>
      </w:r>
      <w:r>
        <w:t>orientation kidhar hai. us ki dilchaspiyan kahan hain? uska sab se zyada interest kis cheez mein aata hai? woh apne waqt ko, apni salahiyat ko kahan sab se zyada lagaye hue hai? agar woh body display mein laga hua hai, body ki need poora karne mein laga hua hai, body ko comfort dene mein laga hua hai, samajh lijiye ke us ne abhi tak God ko,</w:t>
      </w:r>
    </w:p>
    <w:p>
      <w:pPr>
        <w:jc w:val="right"/>
      </w:pPr>
      <w:r>
        <w:t>ینٹیشن کدھر ہے۔ اس کی دلچسپیاں کہاں ہیں؟ اس کا سب سے زیادہ انٹرسٹ کس چیز میں آتا ہے؟ وہ اپنے وقت کو، اپنی صلاحیت کو کہاں سب سے زیادہ لگائے ہوئے ہے؟ اگر وہ باڈی ڈسپلے میں لگا ہوا ہے، باڈی کی نیڈ پورا کرنے میں لگا ہوا ہے، باڈی کو کمفرٹ دینے میں لگا ہوا ہے، سمجھ لیجئے کہ اس نے ابھی تک گاڈ کو،</w:t>
      </w:r>
    </w:p>
    <w:p>
      <w:r>
        <w:rPr>
          <w:b/>
        </w:rPr>
        <w:t xml:space="preserve">[50:46] </w:t>
      </w:r>
      <w:r>
        <w:t>Khuda ko abhi tak discover nahi kiya. agar aap yeh payein ke uska sara dhyan jo hai, spiritual development mein hai, intellectual development mein hai, apni personality ko poori purify karne mein hai, to samajh lijiye ke us ne Khuda ko pa liya hai. aur yahi log hain woh jin ko, jin ko</w:t>
      </w:r>
    </w:p>
    <w:p>
      <w:pPr>
        <w:jc w:val="right"/>
      </w:pPr>
      <w:r>
        <w:t>خدا کو ابھی تک ڈسکور نہیں کیا۔ اگر آپ یہ پائیں کہ اس کا سارا دھیان جو ہے، اسپیریچول ڈیویلپمنٹ میں ہے، انٹلیکچول ڈیویلپمنٹ میں ہے، اپنی پرسنیلٹی کو پوری پوریفائی کرنے میں ہے، تو سمجھ لیجئے کہ اس نے خدا کو پا لیا ہے۔ اور یہی لوگ ہیں وہ جن کو، جن کو</w:t>
      </w:r>
    </w:p>
    <w:p>
      <w:r>
        <w:rPr>
          <w:b/>
        </w:rPr>
        <w:t xml:space="preserve">[51:17] </w:t>
      </w:r>
      <w:r>
        <w:t>jinka selection jannat ke liye hoga. ek sahib se meri baat ho rahi thi jannat ke sawal par, to unhein shakk tha jannat ke bare mein, paradise ke bare mein. to mein ne kaha ke paradise to aaj hi exist kar rahi hai. aaj hi aap paradise ko dekh rahe hain. is mein shakk ki kya baat hai? aap samj</w:t>
      </w:r>
    </w:p>
    <w:p>
      <w:pPr>
        <w:jc w:val="right"/>
      </w:pPr>
      <w:r>
        <w:t>جن کا سلیکشن جنت کے لیے ہوگا۔ ایک صاحب سے میری بات ہو رہی تھی جنت کے سوال پر، تو انہیں شک تھا جنت کے بارے میں، پیراڈائز کے بارے میں۔ تو میں نے کہا کہ پیراڈائز تو آج ہی ایگزسٹ کر رہی ہے۔ آج ہی آپ پیراڈائز کو دیکھ رہے ہیں۔ اس میں شک کی کیا بات ہے؟ آپ سمج</w:t>
      </w:r>
    </w:p>
    <w:p>
      <w:r>
        <w:rPr>
          <w:b/>
        </w:rPr>
        <w:t xml:space="preserve">[51:48] </w:t>
      </w:r>
      <w:r>
        <w:t>hte hain ke paradise koi kal ki cheez hai? paradise ko abhi aaj hi dekh rahe hain to phir shakk ki kya baat hai is mein? to unhein achambha hua ke bhai aaj kahan dekh rahe hain hum? mein ne kaha yeh jis duniya mein aap hain, yeh mein ek scientist ka mein ne dohrana. ek scientist ne likha hai ke imperfect world ka maujood hona apne aap mein is baat</w:t>
      </w:r>
    </w:p>
    <w:p>
      <w:pPr>
        <w:jc w:val="right"/>
      </w:pPr>
      <w:r>
        <w:t>ھتے ہیں کہ پیراڈائز کوئی کل کی چیز ہے؟ پیراڈائز کو ابھی آج ہی دیکھ رہے ہیں تو پھر شک کی کیا بات ہے اس میں؟ تو انہیں اچنبہ ہوا کہ بھئی آج کہاں دیکھ رہے ہیں ہم؟ میں نے کہا یہ جس دنیا میں آپ ہیں، یہ میں ایک سائنٹسٹ کا میں نے دہرایا۔ ایک سائنٹسٹ نے لکھا ہے کہ ام پرفیکٹ ورلڈ کا موجود ہونا اپنے آپ میں اس بات</w:t>
      </w:r>
    </w:p>
    <w:p>
      <w:r>
        <w:rPr>
          <w:b/>
        </w:rPr>
        <w:t xml:space="preserve">[52:18] </w:t>
      </w:r>
      <w:r>
        <w:t>ka proof hai ke perfect world bhi maujood ho sakta hai. yeh bohat hi ajeeb baat hai. imperfect world ka maujood hona apne aap mein is baat ka proof hai ke perfect world bhi maujood ho sakta hai. ab aap dekhiye, jis duniya mein hum hain, yeh imperfect paradise hi to hai. yeh Quran mein hai ke</w:t>
      </w:r>
    </w:p>
    <w:p>
      <w:pPr>
        <w:jc w:val="right"/>
      </w:pPr>
      <w:r>
        <w:t>کا پروف ہے کہ پرفیکٹ ورلڈ بھی موجود ہو سکتا ہے۔ یہ بہت ہی عجیب بات ہے۔ ام پرفیکٹ ورلڈ کا موجود ہونا اپنے آپ میں اس بات کا پروف ہے کہ پرفیکٹ ورلڈ بھی موجود ہو سکتا ہے۔ اب آپ دیکھیے، جس دنیا میں ہم ہیں، یہ ام پرفیکٹ پیراڈائز ہی تو ہے۔ یہ قرآن میں ہے کہ</w:t>
      </w:r>
    </w:p>
    <w:p>
      <w:r>
        <w:rPr>
          <w:b/>
        </w:rPr>
        <w:t xml:space="preserve">[52:48] </w:t>
      </w:r>
      <w:r>
        <w:t>bohat hi mutashabiha paradise mein is duniya ke se milti julti cheezein di jayengi. jaise duniya mein ghar hota hai, duniya mein meway hote hain, phal hote hain, khana peena hota hai, milna julna hota hai, khushi aur masarrat hoti hai. to Quran mein hai ke bohat hi mutashabiha ke duniya mein jo nematein tum ko milti hain, jin</w:t>
      </w:r>
    </w:p>
    <w:p>
      <w:pPr>
        <w:jc w:val="right"/>
      </w:pPr>
      <w:r>
        <w:t>بہت ہی متشابہ پیراڈائز میں اس دنیا کے سے ملتی جلتی چیزیں دی جائیں گی۔ جیسے دنیا میں گھر ہوتا ہے، دنیا میں میوے ہوتے ہیں، پھل ہوتے ہیں، کھانا پینا ہوتا ہے، ملنا جلنا ہوتا ہے، خوشی اور مسرت ہوتی ہے۔ تو قرآن میں ہے کہ بہت ہی متشابہ کہ دنیا میں جو نعمتیں تم کو ملتی ہیں، جن</w:t>
      </w:r>
    </w:p>
    <w:p>
      <w:r>
        <w:rPr>
          <w:b/>
        </w:rPr>
        <w:t xml:space="preserve">[53:18] </w:t>
      </w:r>
      <w:r>
        <w:t>nematon se tum enjoy karte ho, duniya mein usi se milti julti cheezein wahan milengi. lekin woh hogi bohat hi aala shakal ki, perfect shakal ki. yaani Quran ke mutabiq aaj bhi hum imperfect paradise mein jee rahe hain. yeh Quran ka jo concept hai ke pre death period mein aap imperfect paradise mein jee rahe hain aur post death period</w:t>
      </w:r>
    </w:p>
    <w:p>
      <w:pPr>
        <w:jc w:val="right"/>
      </w:pPr>
      <w:r>
        <w:t>نعمتوں سے تم انجوائے کرتے ہو، دنیا میں اسی سے ملتی جلتی چیزیں وہاں ملیں گی۔ لیکن وہ ہوگی بہت ہی اعلیٰ شکل کی، پرفیکٹ شکل کی۔ یعنی قرآن کے مطابق آج بھی ہم ام پرفیکٹ پیراڈائز میں جی رہے ہیں۔ یہ قرآن کا جو کانسیپٹ ہے کہ پری ڈیتھ پیریڈ میں آپ ام پرفیکٹ پیراڈائز میں جی رہے ہیں اور پوسٹ ڈیتھ پیریڈ</w:t>
      </w:r>
    </w:p>
    <w:p>
      <w:r>
        <w:rPr>
          <w:b/>
        </w:rPr>
        <w:t xml:space="preserve">[53:48] </w:t>
      </w:r>
      <w:r>
        <w:t>mein aap perfect paradise mein jiyenge. agar Khuda ki taraf se aap ke liye faisla hua to to logically yeh cheez bilkul understandable hai. kyunke aap dekhiye, ek misaal mein deta hoon aap ko ke yeh jo jis ko mein imperfect world keh raha hoon</w:t>
      </w:r>
    </w:p>
    <w:p>
      <w:pPr>
        <w:jc w:val="right"/>
      </w:pPr>
      <w:r>
        <w:t>میں آپ پرفیکٹ پیراڈائز میں جیئیں گے۔ اگر خدا کی طرف سے آپ کے لیے فیصلہ ہوا تو تو لاجیکلی یہ چیز بالکل انڈرسٹینڈ ایبل ہے۔ کیونکہ آپ دیکھیے، ایک مثال میں دیتا ہوں آپ کو کہ یہ جو جس کو میں ام پرفیکٹ ورلڈ کہہ رہا ہوں</w:t>
      </w:r>
    </w:p>
    <w:p>
      <w:r>
        <w:rPr>
          <w:b/>
        </w:rPr>
        <w:t xml:space="preserve">[54:18] </w:t>
      </w:r>
      <w:r>
        <w:t>, ek waqt tha ke yeh nahi thi. to nothing se is ko wajood mein laya gaya. yeh jo imperfect world hamari hai, ek waqt tha ke woh nahi thi, phir is ka wajood hua. out of nothing is ko create kiya gaya hai. ab aap soch sakte hain ke nothing se ek cheez create karna</w:t>
      </w:r>
    </w:p>
    <w:p>
      <w:pPr>
        <w:jc w:val="right"/>
      </w:pPr>
      <w:r>
        <w:t>، ایک وقت تھا کہ یہ نہیں تھی۔ تو نتھنگ سے اس کو وجود میں لایا گیا۔ یہ جو ام پرفیکٹ ورلڈ ہماری ہے، ایک وقت تھا کہ وہ نہیں تھی، پھر اس کا وجود ہوا۔ آؤٹ اف نتھنگ اس کو کریٹ کیا گیا ہے۔ اب آپ سوچ سکتے ہیں کہ نتھنگ سے ایک چیز کریٹ کرنا</w:t>
      </w:r>
    </w:p>
    <w:p>
      <w:r>
        <w:rPr>
          <w:b/>
        </w:rPr>
        <w:t xml:space="preserve">[54:48] </w:t>
      </w:r>
      <w:r>
        <w:t>bohat ziyada mushkil hai, is se ke is ka ek improved form banaya jaye. is ka paradise jis ko hum kehte hain, woh improved form hai imperfect world ka. jis ne pehli baar yeh socha ke motor car banai jaye, to use bohat mushkil tha is ke liye sochna. lekin ab jo improved models ke bante hain, woh to bohat asan hain. koi bhi bana sakta hai. koi bhi cheez aap dekh lijiye, mobile telephone aa</w:t>
      </w:r>
    </w:p>
    <w:p>
      <w:pPr>
        <w:jc w:val="right"/>
      </w:pPr>
      <w:r>
        <w:t>بہت زیادہ مشکل ہے، اس سے کہ اس کا ایک امپرووڈ فارم بنایا جائے۔ اس کا پیراڈائز جس کو ہم کہتے ہیں، وہ امپرووڈ فارم ہے ام پرفیکٹ ورلڈ کا۔ جس نے پہلی بار یہ سوچا کہ موٹر کار بنائی جائے، تو اسے بہت مشکل تھا اس کے لیے سوچنا۔ لیکن اب جو امپرووڈ ماڈلز کے بنتے ہیں، وہ تو بہت آسان ہے۔ کوئی بھی بنا سکتا ہے۔ کوئی بھی چیز آپ دیکھ لیجئے، موبائل ٹیلی فون آ</w:t>
      </w:r>
    </w:p>
    <w:p>
      <w:r>
        <w:rPr>
          <w:b/>
        </w:rPr>
        <w:t xml:space="preserve">[55:18] </w:t>
      </w:r>
      <w:r>
        <w:t>j ghar har jeeb mein hai. har aadmi ke pehli baar jis ne socha ke mobile telephone bana sakta hai, to kitna mushkil tha sochna. lekin jab ban gaya, ab is ka improved form to bohat asan hai banana. to hum jahan jee rahe hain, yeh duniya imperfect world hai. doosre lafzon mein, imperfect paradise hai. yahan woh sari lazzaten hain, woh sari raheten hain, woh sare comfort hain</w:t>
      </w:r>
    </w:p>
    <w:p>
      <w:pPr>
        <w:jc w:val="right"/>
      </w:pPr>
      <w:r>
        <w:t>ج گھر ہر جیب میں ہے۔ ہر آدمی کے پہلی بار جس نے سوچا کہ موبائل ٹیلی فون بنا سکتا ہے، تو کتنا مشکل تھا سوچنا۔ لیکن جب بن گیا، اب اس کا امپرووڈ فارم تو بہت آسان ہے بنانا۔ تو ہم جہاں جی رہے ہیں، یہ دنیا ام پرفیکٹ ورلڈ ہے۔ دوسرے لفظوں میں، ام پرفیکٹ پیراڈائز ہے۔ یہاں وہ ساری لذتیں ہیں، وہ ساری راحتیں ہیں، وہ سارے کمفرٹ ہیں</w:t>
      </w:r>
    </w:p>
    <w:p>
      <w:r>
        <w:rPr>
          <w:b/>
        </w:rPr>
        <w:t xml:space="preserve">[55:49] </w:t>
      </w:r>
      <w:r>
        <w:t>jo ziyada improved form mein hum ko paradise milenge. bohat hi mutashabeh jannat mein milega un ko wahi cheez jo duniya mein. yahan tak ke hai ke woh kahenge: "haza allazi roziqna min qabl". yeh test to hum ko duniya mein mil chuka tha. yeh lazzaten hum duniya mein chakh chuke the. yeh raheten hum ko duniya mein dekh chuke the. ab hum ko woh cheez mil rahi hai, ziyada</w:t>
      </w:r>
    </w:p>
    <w:p>
      <w:pPr>
        <w:jc w:val="right"/>
      </w:pPr>
      <w:r>
        <w:t>جو زیادہ امپرووڈ فارم میں ہم کو پیراڈائز ملیں گے۔ بہت ہی متشابہ جنت میں ملے گا ان کو وہی چیز جو دنیا میں۔ یہاں تک کہ ہے کہ وہ کہیں گے: "ھذا الذی رزقنا من قبل"۔ یہ ٹیسٹ تو ہم کو دنیا میں مل چکا تھا۔ یہ لذتیں ہم دنیا میں چکھ چکے تھے۔ یہ راحتیں ہم کو دنیا میں دیکھ چکے تھے۔ اب ہم کو وہ چیز مل رہی ہے، زیادہ</w:t>
      </w:r>
    </w:p>
    <w:p>
      <w:r>
        <w:rPr>
          <w:b/>
        </w:rPr>
        <w:t xml:space="preserve">[56:20] </w:t>
      </w:r>
      <w:r>
        <w:t>imperfect form mein, ziyada refined way mein mil rahi hai. to aap soch sakte hain, maine in se kaha ke ek cheez nothing se thing, is ka wajood na ho aur is ko wajood mein lana, yeh to bohat mushkil kaam hai. aur jab woh cheez wajood mein aa gayi to phir is ko improve karna to bohat asan ho jata hai. chunancha science ki h</w:t>
      </w:r>
    </w:p>
    <w:p>
      <w:pPr>
        <w:jc w:val="right"/>
      </w:pPr>
      <w:r>
        <w:t>امپرووڈ فارم میں، زیادہ ریفائنڈ وے میں مل رہی ہے۔ تو آپ سوچ سکتے ہیں، میں نے ان سے کہا کہ ایک چیز نتھنگ سے تھنگ، اس کا وجود نہ ہو اور اس کو وجود میں لانا، یہ تو بہت مشکل کام ہے۔ اور جب وہ چیز وجود میں آ گئی تو پھر اس کو امپروو کرنا تو بہت آسان ہو جاتا ہے۔ چنانچہ سائنس کی ہ</w:t>
      </w:r>
    </w:p>
    <w:p>
      <w:r>
        <w:rPr>
          <w:b/>
        </w:rPr>
        <w:t xml:space="preserve">[56:50] </w:t>
      </w:r>
      <w:r>
        <w:t>istory mein kaha jata hai ke sab se, yaani pehli jo invention kisi insan ne ki, bohat bari, woh thi wheel. pehiya ko banana. wheel jab nahi thi to yeh sochna ke wheel banai jaye, is pe gaari chal sakti hai, to bohat mushkil kaam tha. jab wheel ban gayi, ab kya hai? bail gaari ban gayi hai, ab ghoda gaari ban gayi hai, ab car ban rahi hai, ab yeh gaari, woh</w:t>
      </w:r>
    </w:p>
    <w:p>
      <w:pPr>
        <w:jc w:val="right"/>
      </w:pPr>
      <w:r>
        <w:t>سٹری میں کہا جاتا ہے کہ سب سے، یعنی پہلی جو انوینشن کسی انسان نے کی، بہت بڑی، وہ تھی ویل۔ پہیہ کو بنانا۔ ویل جب نہیں تھی تو یہ سوچنا کہ ویل بنائی جائے، اس پہ گاڑی چل سکتی ہے، تو بہت مشکل کام تھا۔ جب ویل بن گئی، اب کیا ہے؟ بیل گاڑی بن گئی ہے، اب گھوڑا گاڑی بن گئی ہے، اب کار بن رہی ہے، اب یہ گاڑی، وہ</w:t>
      </w:r>
    </w:p>
    <w:p>
      <w:r>
        <w:rPr>
          <w:b/>
        </w:rPr>
        <w:t xml:space="preserve">[57:20] </w:t>
      </w:r>
      <w:r>
        <w:t>gaari, duniya bhar ki gaariyan ban rahi hain. is wajah se paradise par shak karne ki koi gunjaish nahi, kisi ke liye nahi hai. kyunke jab imperfect paradise aaj hi hum dekh rahe hain, ab hum yaqeen kar sakte hain ke isi ka improved form jo hai, woh to bohat asan hai. to behal, woh woh baat un ki samajh mein aayi aur is ko unhon ne maan liya. to agar Adam</w:t>
      </w:r>
    </w:p>
    <w:p>
      <w:pPr>
        <w:jc w:val="right"/>
      </w:pPr>
      <w:r>
        <w:t>گاڑی، دنیا بھر کی گاڑیاں بن رہی ہیں۔ اس وجہ سے پیراڈائز پر شک کرنے کی کوئی گنجائش نہیں، کسی کے لیے نہیں ہے۔ کیونکہ جب ام پرفیکٹ پیراڈائز آج ہی ہم دیکھ رہے ہیں، اب ہم یقین کر سکتے ہیں کہ اسی کا امپرووڈ فارم جو ہے، وہ تو بہت آسان ہے۔ تو بہرحال، وہ وہ بات ان کی سمجھ میں آئی اور اس کو انہوں نے مان لیا۔ تو اگر آدم</w:t>
      </w:r>
    </w:p>
    <w:p>
      <w:r>
        <w:rPr>
          <w:b/>
        </w:rPr>
        <w:t xml:space="preserve">[57:50] </w:t>
      </w:r>
      <w:r>
        <w:t>i apni aqal ko istemal kare, agar woh soche to kuch bhi mushkil nahi hai paradise ke muamle ko samajhna. yeh koi bhi, yeh koi supposition ki baat nahi hai, yeh koi khayali baat nahi hai. yeh bilkul aqal mein aane wali baat hai. aqal ke aitbar se poori tarah woh understandable hai. woh baat</w:t>
      </w:r>
    </w:p>
    <w:p>
      <w:pPr>
        <w:jc w:val="right"/>
      </w:pPr>
      <w:r>
        <w:t>ی اپنی عقل کو استعمال کرے، اگر وہ سوچے تو کچھ بھی مشکل نہیں ہے پیراڈائز کے معاملے کو سمجھنا۔ یہ کوئی بھی، یہ کوئی سپریسیشن کی بات نہیں ہے، یہ کوئی خیالی بات نہیں ہے۔ یہ بالکل عقل میں آنے والی بات ہے۔ عقل کے اعتبار سے پوری طرح وہ انڈرسٹینڈ ایبل ہے۔ وہ بات</w:t>
      </w:r>
    </w:p>
    <w:p>
      <w:r>
        <w:rPr>
          <w:b/>
        </w:rPr>
        <w:t xml:space="preserve">[58:24] </w:t>
      </w:r>
      <w:r>
        <w:t>hum jo desire le kar paida hote hain duniya mein, in sare desire ka imperfect saman is duniya mein, aaj hi ki duniya mein maujood hai. sare desires ka, koi bhi desire aap sochiye, is ko imperfect form is ka maujood hai, is ki is ki taskeen ka. to paradise ke concept ka matlab yeh hai ke yahi jo saman is duniya</w:t>
      </w:r>
    </w:p>
    <w:p>
      <w:pPr>
        <w:jc w:val="right"/>
      </w:pPr>
      <w:r>
        <w:t>ہم جو ڈیزائر لے کر پیدا ہوتے ہیں دنیا میں، ان سارے ڈیزائر کا ام پرفیکٹ سامان اس دنیا میں، آج ہی کی دنیا میں موجود ہے۔ سارے ڈیزائرز کا، کوئی بھی ڈیزائر آپ سوچیے، اس کو ام پرفیکٹ فارم اس کا موجود ہے، اس کی اس کی تسکین کا۔ تو پیراڈائز کے کانسیپٹ کا مطلب یہ ہے کہ یہی جو سامان اس دنیا</w:t>
      </w:r>
    </w:p>
    <w:p>
      <w:r>
        <w:rPr>
          <w:b/>
        </w:rPr>
        <w:t xml:space="preserve">[58:54] </w:t>
      </w:r>
      <w:r>
        <w:t>mein aap ko imperfect way mein mil raha hai, wahi ziyada perfect surat mein milega. ya maujooda duniya ka ziyada taraqqi yafta surat, maujooda duniya ki ziyada taraqqi yafta surat. to main samajhta hoon ke is mein zara bhi shak ki gunjaish nahi hai ke ek din aane wala hai jab ke paradise samne aaye. lekin</w:t>
      </w:r>
    </w:p>
    <w:p>
      <w:pPr>
        <w:jc w:val="right"/>
      </w:pPr>
      <w:r>
        <w:t>میں آپ کو ام پرفیکٹ وے میں مل رہا ہے، وہی زیادہ پرفیکٹ صورت میں ملے گا۔ یا موجودہ دنیا کا زیادہ ترقی یافتہ صورت، موجودہ دنیا کی زیادہ ترقی یافتہ صورت۔ تو میں سمجھتا ہوں کہ اس میں ذرا بھی شک کی گنجائش نہیں ہے کہ ایک دن آنے والا ہے جب کہ پیراڈائز سامنے آئے۔ لیکن</w:t>
      </w:r>
    </w:p>
    <w:p>
      <w:r>
        <w:rPr>
          <w:b/>
        </w:rPr>
        <w:t xml:space="preserve">[59:24] </w:t>
      </w:r>
      <w:r>
        <w:t>paradise mein woh log jayenge jo paradise ko isi duniya mein discover kar chuke hon. yaad rakhiye, paradise milne ke satah par to maut ke baad milegi, lekin daryaft ki satah par aap ko aaj hi ki duniya mein is ki daryaft honi chahiye. to jin logon ne aaj hi discover kar liya paradise ko, wahi woh log hain jin ke liye kal paradise ke gate khole jayenge. jannat kya hai?</w:t>
      </w:r>
    </w:p>
    <w:p>
      <w:pPr>
        <w:jc w:val="right"/>
      </w:pPr>
      <w:r>
        <w:t>پیراڈائز میں وہ لوگ جائیں گے جو پیراڈائز کو اسی دنیا میں ڈسکور کر چکے ہوں۔ یاد رکھیے، پیراڈائز ملنے کے سطح پر تو موت کے بعد ملے گی، لیکن دریافت کی سطح پر آپ کو آج ہی کی دنیا میں اس کی دریافت ہونی چاہیے۔ تو جن لوگوں نے آج ہی ڈسکور کر لیا پیراڈائز کو، وہی وہ لوگ ہیں جن کے لیے کل پیراڈائز کے گیٹ کھولے جائیں گے۔ جنت کیا ہے؟</w:t>
      </w:r>
    </w:p>
    <w:p>
      <w:r>
        <w:rPr>
          <w:b/>
        </w:rPr>
        <w:t xml:space="preserve">[59:55] </w:t>
      </w:r>
      <w:r>
        <w:t>is ko quran mein kafi detail ke sath bataya gaya hai. aap quran ko padhein to aap payenge ke quran mein maslan namaz kaise parhi jaye, is ki koi detail nahi. hajj kaise kiya jaye, is ki koi detail nahi. yahan tak ke aaj kal logon mein jo</w:t>
      </w:r>
    </w:p>
    <w:p>
      <w:pPr>
        <w:jc w:val="right"/>
      </w:pPr>
      <w:r>
        <w:t>اس کو قرآن میں کافی ڈیٹیل کے ساتھ بتایا گیا ہے۔ آپ قرآن کو پڑھیں تو آپ پائیں گے کہ قرآن میں مثلاً نماز کیسے پڑھی جائے، اس کی کوئی ڈیٹیل نہیں۔ حج کیسے کیا جائے، اس کی کوئی ڈیٹیل نہیں۔ یہاں تک کہ آج کل لوگوں میں جو</w:t>
      </w:r>
    </w:p>
    <w:p>
      <w:r>
        <w:rPr>
          <w:b/>
        </w:rPr>
        <w:t xml:space="preserve">[1:00:25] </w:t>
      </w:r>
      <w:r>
        <w:t>identity concept hai, yaani is islami shanakht, islam ki pehchan, is ka koi zikr quran mein nahi hai. aam taur par log samajhte hain ke islam naam hai ek khaas pehchan ka, khaas tarah ka kapra, khaas tarah ki topi, khaas tarah ki daadhi. jis ko kehte hain urdu mein waza qata, is ko log islam samajhte hain. lekin ajib baat hai</w:t>
      </w:r>
    </w:p>
    <w:p>
      <w:pPr>
        <w:jc w:val="right"/>
      </w:pPr>
      <w:r>
        <w:t>آئیڈنٹٹی کانسیپٹ ہے، یعنی اس اسلامی شناخت، اسلام کی پہچان، اس کا کوئی ذکر قرآن میں نہیں ہے۔ عام طور پر لوگ سمجھتے ہیں کہ اسلام نام ہے ایک خاص پہچان کا، خاص طرح کا کپڑا، خاص طرح کی ٹوپی، خاص طرح کی داڑھی۔ جس کو کہتے ہیں اردو میں وضع قطع، اس کو لوگ اسلام سمجھتے ہیں۔ لیکن عجیب بات ہے</w:t>
      </w:r>
    </w:p>
    <w:p>
      <w:r>
        <w:rPr>
          <w:b/>
        </w:rPr>
        <w:t xml:space="preserve">[1:00:55] </w:t>
      </w:r>
      <w:r>
        <w:t>ke aap quran ko padhein to is mein kuch bhi aap is ke bare mein nahi payenge, kuch bhi. jaisa ke quran ke nazdeek in baaton ki koi bhi importance nahi hai. kaisi ajib baat hai ke sab se ziyada jis cheez ko log ahmiyat dete hain, is ka quran mein koi mention hi nahi, koi reference nahi, koi zikr nahi. zikr kis ka hai? paradise ka,</w:t>
      </w:r>
    </w:p>
    <w:p>
      <w:pPr>
        <w:jc w:val="right"/>
      </w:pPr>
      <w:r>
        <w:t>کہ آپ قرآن کو پڑھیں تو اس میں کچھ بھی آپ اس کے بارے میں نہیں پائیں گے، کچھ بھی نہیں۔ جیسا کہ قرآن کے نزدیک ان باتوں کی کوئی بھی امپورٹنس نہیں ہے۔ کیسی عجیب بات ہے کہ سب سے زیادہ جس چیز کو لوگ اہمیت دیتے ہیں، اس کا قرآن میں کوئی مینشن ہی نہیں، کوئی ریفرنس نہیں، کوئی ذکر نہیں۔ ذکر کس کا ہے؟ پیراڈائز کا،</w:t>
      </w:r>
    </w:p>
    <w:p>
      <w:r>
        <w:rPr>
          <w:b/>
        </w:rPr>
        <w:t xml:space="preserve">[1:01:27] </w:t>
      </w:r>
      <w:r>
        <w:t>khuda ki badai ka, in cheezon ka. paradise ke bare mein bohat detail mein quran mein bataya gaya hai aur hadith mein bhi bataya gaya hai. khulasa is ka yeh hai: "wa lakum fiha ma tashtahi anfusukum". paradise mein woh sab kuch hoga</w:t>
      </w:r>
    </w:p>
    <w:p>
      <w:pPr>
        <w:jc w:val="right"/>
      </w:pPr>
      <w:r>
        <w:t>خدا کی بڑائی کا، ان چیزوں کا۔ پیراڈائز کے بارے میں بہت ڈیٹیل میں قرآن میں بتایا گیا ہے اور حدیث میں بھی بتایا گیا ہے۔ خلاصہ اس کا یہ ہے کہ: "ولکم فیہا ما تشتہی انفسکم"۔ پیراڈائز میں وہ سب کچھ ہوگا</w:t>
      </w:r>
    </w:p>
    <w:p>
      <w:r>
        <w:rPr>
          <w:b/>
        </w:rPr>
        <w:t xml:space="preserve">[1:01:57] </w:t>
      </w:r>
      <w:r>
        <w:t>jo tum chaho. aap jante hain ke insan ke andar ingint desire hain, ingint chahaten hain, ingint khwahishen hain. yeh sab kuch quran mein, yeh sab kuch jannat mein poori tarah maujood hoga. maslan</w:t>
      </w:r>
    </w:p>
    <w:p>
      <w:pPr>
        <w:jc w:val="right"/>
      </w:pPr>
      <w:r>
        <w:t>جو تم چاہو۔ آپ جانتے ہیں کہ انسان کے اندر ان گنت ڈیزائر ہیں، ان گنت چاہتیں ہیں، ان گنت خواہشیں ہیں۔ یہ سب کچھ قرآن میں، یہ سب کچھ جنت میں پوری طرح موجود ہوگا۔ مثلاً</w:t>
      </w:r>
    </w:p>
    <w:p>
      <w:r>
        <w:rPr>
          <w:b/>
        </w:rPr>
        <w:t xml:space="preserve">[1:02:29] </w:t>
      </w:r>
      <w:r>
        <w:t>quran mein hai ke: "la khawfun alaihim wa la hum yahzanun". jannat mein na andesha hoga aur na gham. aap jante hain ke insan duniya mein inhi do cheezon ke beech mein jeeta hai. ya to kisi dukh ka gham hota hai is ko, ya kuch pesh aane wali baaton ka is ko andesha rehta hai.</w:t>
      </w:r>
    </w:p>
    <w:p>
      <w:pPr>
        <w:jc w:val="right"/>
      </w:pPr>
      <w:r>
        <w:t>قرآن میں ہے کہ: "لا خوف علیہم ولاہم یحزنون"۔ جنت میں نہ اندیشہ ہوگا اور نہ غم۔ آپ جانتے ہیں کہ انسان دنیا میں انہی دو چیزوں کے بیچ میں جیتا ہے۔ یا تو کسی دکھ کا غم ہوتا ہے اس کو، یا کچھ پیش آنے والی باتوں کا اس کو اندیشہ رہتا ہے۔</w:t>
      </w:r>
    </w:p>
    <w:p>
      <w:r>
        <w:rPr>
          <w:b/>
        </w:rPr>
        <w:t xml:space="preserve">[1:03:00] </w:t>
      </w:r>
      <w:r>
        <w:t>to farmaya ke jannat mein na dukh hoga aur na gham hoga. aise hi hai ke: "la yarawna fiha shamsan wa la zamhareera". jannat mein na garmi hogi aur na thand. aap jante hain ke duniya mein hum kabhi thand aa gayi to is mein pareshan ho rahe hain, garmi aa gayi to is mein pareshan ho rahe hain. to pata hai ke wahan ka mausam</w:t>
      </w:r>
    </w:p>
    <w:p>
      <w:pPr>
        <w:jc w:val="right"/>
      </w:pPr>
      <w:r>
        <w:t>تو فرمایا کہ جنت میں نہ دکھ ہوگا اور نہ غم ہوگا۔ ایسے ہی ہے کہ: "لایرون فیہا شمس ولا زمہریرا"۔ جنت میں نہ گرمی ہوگی اور نہ ٹھنڈ۔ آپ جانتے ہیں کہ دنیا میں ہم کبھی ٹھنڈ آ گئی تو اس میں پریشان ہو رہے ہیں، گرمی آ گئی تو اس میں پریشان ہو رہے ہیں۔ تو پتہ ہے کہ وہاں کا موسم</w:t>
      </w:r>
    </w:p>
    <w:p>
      <w:r>
        <w:rPr>
          <w:b/>
        </w:rPr>
        <w:t xml:space="preserve">[1:03:30] </w:t>
      </w:r>
      <w:r>
        <w:t>bohat hi mo'tadil hoga. wahan na thand ki takleef hogi aur na garmi ki takleef hogi. isi tarah hadith mein hai ke: "la sakha fihi wa la nasaba". ke paradise mein na shor hoga aur na takleef hogi.</w:t>
      </w:r>
    </w:p>
    <w:p>
      <w:pPr>
        <w:jc w:val="right"/>
      </w:pPr>
      <w:r>
        <w:t>بہت ہی معتدل ہوگا۔ وہاں نہ ٹھنڈ کی تکلیف ہوگی اور نہ گرمی کی تکلیف ہوگی۔ اسی طرح حدیث میں ہے کہ: "لا سخا فیہ ولا نسب"۔ کہ پیراڈائز میں نہ شور ہوگا اور نہ تکلیف ہوگی۔</w:t>
      </w:r>
    </w:p>
    <w:p>
      <w:r>
        <w:rPr>
          <w:b/>
        </w:rPr>
        <w:t xml:space="preserve">[1:04:01] </w:t>
      </w:r>
      <w:r>
        <w:t>duniya mein aap jante hain ke har waqt koi na koi shor, koi motor ka horn baja raha hai, koi loud speaker par gana baja raha hai, koi bachche shor kar rahe hain, koi bade shor kar rahe hain. maine padha tha ek baar times of India mein ke ek lady Delhi chhod kar sirf is liye chali gayi ke yahan is ko loud speaker ki awazen itni sunne ko milti thin ke woh bardasht nahi kar saki.</w:t>
      </w:r>
    </w:p>
    <w:p>
      <w:pPr>
        <w:jc w:val="right"/>
      </w:pPr>
      <w:r>
        <w:t>دنیا میں آپ جانتے ہیں کہ ہر وقت کوئی نہ کوئی شور، کوئی موٹر کا ہارن بجا رہا ہے، کوئی لاؤڈ سپیکر پر گانا بجا رہا ہے، کوئی بچے شور کر رہے ہیں، کوئی بڑے شور کر رہے ہیں۔ میں نے پڑھا تھا ایک بار ٹائمز آف انڈیا میں کہ ایک لیڈی دلی چھوڑ کر صرف اس لیے چلی گئی کہ یہاں اس کو لاؤڈ سپیکر کی آوازیں اتنی سننے کو ملتی تھیں کہ وہ برداشت نہیں کر سکی۔</w:t>
      </w:r>
    </w:p>
    <w:p>
      <w:r>
        <w:rPr>
          <w:b/>
        </w:rPr>
        <w:t xml:space="preserve">[1:04:31] </w:t>
      </w:r>
      <w:r>
        <w:t>woh Delhi chhod ke chali gayi kahin, pata nahi kahan. to farmaya ke: "la sakha fihi wa la nasaba". jannat mein na shor hoga aur na takleef hogi. maine is ko is tarah se samjha hai ke jannat woh jagah hai jahan par limitations khatam kar di jayen</w:t>
      </w:r>
    </w:p>
    <w:p>
      <w:pPr>
        <w:jc w:val="right"/>
      </w:pPr>
      <w:r>
        <w:t>وہ دلی چھوڑ کے چلی گئی کہیں، پتہ نہیں کہاں۔ تو فرمایا کہ: "لا سخا فیہ ولا نسب"۔ جنت میں نہ شور ہوگا اور نہ تکلیف ہوگی۔ میں نے اس کو اس طریقے سے سمجھا ہے کہ جنت وہ جگہ ہے جہاں پر لیمیٹیشنز ختم کر دی جائیں</w:t>
      </w:r>
    </w:p>
    <w:p>
      <w:r>
        <w:rPr>
          <w:b/>
        </w:rPr>
        <w:t xml:space="preserve">[1:05:01] </w:t>
      </w:r>
      <w:r>
        <w:t>aur disadvantage khatam kar diya jaye. mere apne experience mein aadmi is duniya mein inhi do cheezon ke beech mein jeena padta hai. is ko kahin, is ko woh ek cheez chahta hai lekin limitations is ko aage chalne nahi deti. kahin aur is ko pata hai ke woh ek cheez chahta hai, m</w:t>
      </w:r>
    </w:p>
    <w:p>
      <w:pPr>
        <w:jc w:val="right"/>
      </w:pPr>
      <w:r>
        <w:t>اور ڈس ایڈوانٹیج ختم کر دیا جائے۔ میرے اپنے ایکسپیرینس میں آدمی اس دنیا میں انہی دو چیزوں کے بیچ میں جینا پڑتا ہے۔ اس کو کہیں، اس کو وہ ایک چیز چاہتا ہے لیکن لیمیٹیشنز اس کو آگے چلنے نہیں دیتی۔ کہیں اور اس کو پاتا ہے کہ وہ ایک چیز چاہتا ہے، م</w:t>
      </w:r>
    </w:p>
    <w:p>
      <w:r>
        <w:rPr>
          <w:b/>
        </w:rPr>
        <w:t xml:space="preserve">[1:05:31] </w:t>
      </w:r>
      <w:r>
        <w:t>agar koi disadvantage is ko rok ban jata hai. aap mein se har shakhs ko aisa tajurba hua hoga. main apna ek tajurba arz karta hoon, bohat se tajurba mein se ek tajurba. maslan ek baar, ek baar main gaya wahan par Washington mein. Washington ka jo sab se acha hotel hai, wahan mujh ko thahraya gaya. kaha, mujh se bataya gaya ke yeh Washington ka sab se acha hotel hai.</w:t>
      </w:r>
    </w:p>
    <w:p>
      <w:pPr>
        <w:jc w:val="right"/>
      </w:pPr>
      <w:r>
        <w:t>گر کوئی ڈس ایڈوانٹیج اس کو روک بن جاتا ہے۔ آپ میں سے ہر شخص کو ایسا تجربہ ہوا ہوگا۔ میں اپنا ایک تجربہ عرض کرتا ہوں، بہت سے تجربوں میں سے ایک تجربہ۔ مثلاً ایک بار، ایک بار میں گیا وہاں پر واشنگٹن میں۔ واشنگٹن کا جو سب سے اچھا ہوٹل ہے، وہاں مجھ کو ٹھہرایا گیا۔ کہا، مجھ سے بتایا گیا کہ یہ واشنگٹن کا سب سے اچھا ہوٹل ہے۔</w:t>
      </w:r>
    </w:p>
    <w:p>
      <w:r>
        <w:rPr>
          <w:b/>
        </w:rPr>
        <w:t xml:space="preserve">[1:06:02] </w:t>
      </w:r>
      <w:r>
        <w:t>is ke kamre mein jab main dakhil hua to ek ajib ehsas hua. har cheez is ki bohat hi shandar thi. to ehsas hua ke yahan main chand din bohat hi, yaani enjoy karunga, badi rahat ke sath rahunga. yaqeen kijiye ke sirf ek raat beeti thi ke agli subah ko maine socha ke bhai yahan to main nahi reh sakta. to pehle to main kisi ghar chala</w:t>
      </w:r>
    </w:p>
    <w:p>
      <w:pPr>
        <w:jc w:val="right"/>
      </w:pPr>
      <w:r>
        <w:t>اس کے کمرے میں جب میں داخل ہوا تو ایک عجیب احساس ہوا۔ ہر چیز اس کی بہت ہی شاندار تھی۔ تو احساس ہوا کہ یہاں میں چند دن بہت ہی، یعنی انجوائے کروں گا، بڑی راحت کے ساتھ رہوں گا۔ یقین کیجئے کہ صرف ایک رات بیتی تھی کہ اگلی صبح کو میں نے سوچا کہ بھئی یہاں تو میں نہیں رہ سکتا۔ تو پہلے تو میں کسی گھر چلا</w:t>
      </w:r>
    </w:p>
    <w:p>
      <w:r>
        <w:rPr>
          <w:b/>
        </w:rPr>
        <w:t xml:space="preserve">[1:06:32] </w:t>
      </w:r>
      <w:r>
        <w:t>gaya, phir jaldi se main Delhi wapas aa gaya. koi cheez aap ko dekhne mein achi lagti hai. aise hi main wahan Morocco gaya. wahan to mujhe king ke palace mein thahraya gaya tha. itna khane peene ka saman, har qism ki luxury, har qism comfort itna ziyada tha. zahir hai ke king ke palace mein jab aap hon aur king ke</w:t>
      </w:r>
    </w:p>
    <w:p>
      <w:pPr>
        <w:jc w:val="right"/>
      </w:pPr>
      <w:r>
        <w:t>گیا، پھر جلدی سے میں دلی واپس آ گیا۔ کوئی چیز آپ کو دیکھنے میں اچھی لگتی ہے۔ ایسے ہی میں وہاں مراکو گیا۔ وہاں تو مجھے کنگ کے پیلس میں ٹھہرایا گیا تھا۔ اتنا کھانے پینے کا سامان، ہر قسم کی لگزری، ہر قسم کمفرٹ اتنا زیادہ تھا۔ ظاہر ہے کہ کنگ کے پیلس میں جب آپ ہوں اور کنگ کے</w:t>
      </w:r>
    </w:p>
    <w:p>
      <w:r>
        <w:rPr>
          <w:b/>
        </w:rPr>
        <w:t xml:space="preserve">[1:07:02] </w:t>
      </w:r>
      <w:r>
        <w:t>aap woh hon, guest hon to wahan kai ulama duniya bhar ke bulaye gaye thay king ke guest ke taur par. to waise un ko bulaya gaya tha ek mahine ke liye, yaani main wahan par ek poore mahina ek dollar kharch kiye baghair nihayat shandar taur par palace ka izafaton ka faida utha sakta tha. mislan mujhe jab juice ki zaroorat padti</w:t>
      </w:r>
    </w:p>
    <w:p>
      <w:pPr>
        <w:jc w:val="right"/>
      </w:pPr>
      <w:r>
        <w:t>آپ وہ ہوں، گیسٹ ہوں تو وہاں کئی علماء دنیا بھر کے بلائے گئے تھے کنگ کے گیسٹ کے طور پر۔ تو ویسے ان کو بلایا گیا تھا ایک مہینے کے لیے، یعنی میں وہاں پر ایک پورے مہینہ ایک ڈالر خرچ کیے بغیر نہایت شاندار طور پر پیلس کا اضافتوں کا فائدہ اٹھا سکتا تھا۔ مثلاً مجھے جب جوس کی ضرورت پڑتی</w:t>
      </w:r>
    </w:p>
    <w:p>
      <w:r>
        <w:rPr>
          <w:b/>
        </w:rPr>
        <w:t xml:space="preserve">[1:07:33] </w:t>
      </w:r>
      <w:r>
        <w:t>aur main ek button dabata to foran bilkul taza juice mere mez par rakha hua hota tha. bohat hi umda qism ke phool ka juice. isi se aap qiyas kar sakte hain ke kaise kaise comfort wahan par thay. lekin ek mahine ko pehle main ne ghataya, kaha ke bhai main do hafte reh sakta hoon. is ko bhi ghataya aur ek hafte mein wahan se bhaga. main koi bhi lazzat aap ko do char din lagti hai ke</w:t>
      </w:r>
    </w:p>
    <w:p>
      <w:pPr>
        <w:jc w:val="right"/>
      </w:pPr>
      <w:r>
        <w:t>اور میں ایک بٹن دباتا تو فوراً بالکل تازہ جوس میرے میز پر رکھا ہوا ہوتا تھا۔ بہت ہی عمدہ قسم کے پھل کا جوس۔ اسی سے آپ قیاس کر سکتے ہیں کہ کیسے کیسے کمفرٹ وہاں پر تھے۔ لیکن ایک مہینے کو پہلے میں نے گھٹایا، کہا کہ بھئی میں دو ہفتے رہ سکتا ہوں۔ اس کو بھی گھٹایا اور ایک ہفتے میں وہاں سے بھاگا۔ میں کوئی بھی لذت آپ کو دو چار دن لگتی ہے کہ</w:t>
      </w:r>
    </w:p>
    <w:p>
      <w:r>
        <w:rPr>
          <w:b/>
        </w:rPr>
        <w:t xml:space="preserve">[1:08:03] </w:t>
      </w:r>
      <w:r>
        <w:t>wo lazzat hai. is ke baad woh aap ko kaatti hai, kaatti hai. woh aap ko har aadmi ko, main koi mera hi tajruba nahi hai, aap mein se har shakhs ko yeh tajruba guzra hoga. aur sab se common tajruba yeh hai ke ek ladka aur ek ladki mein love affair, love affair chalta hai. dono samajhte hain ke mera perfect, mere liye, mere liye ideal</w:t>
      </w:r>
    </w:p>
    <w:p>
      <w:pPr>
        <w:jc w:val="right"/>
      </w:pPr>
      <w:r>
        <w:t>وہ لذت ہے۔ اس کے بعد وہ آپ کو کاٹتی ہے، کاٹتی ہے۔ وہ آپ کو ہر آدمی کو، میں کوئی میرا ہی تجربہ نہیں ہے، آپ میں سے ہر شخص کو یہ تجربہ گزرا ہوگا۔ اور سب سے کامن تجربہ یہ ہے کہ ایک لڑکا اور ایک لڑکی میں لو فیور، لو افیئر چلتا ہے۔ دونوں سمجھتے ہیں کہ میرا پرفیکٹ، میرے لیے، میرے لیے آئیڈیل</w:t>
      </w:r>
    </w:p>
    <w:p>
      <w:r>
        <w:rPr>
          <w:b/>
        </w:rPr>
        <w:t xml:space="preserve">[1:08:33] </w:t>
      </w:r>
      <w:r>
        <w:t>husband hai. woh samajhta hai ke meri ideal wife hai. bari khushiyon ke sath shadi hoti hai. aur chand hi din ke baad kya hota hai? aapas mein rift paida hota hai aur dono ghussa hote hain ek doosre se. yahan tak ke ya to hamesha ke liye tanav mein jeete hain ya separation ho jata hai. duniya ki koi bhi lazzat aisi nahi hai jis mein aap ko der tak enjoy kar saken. aap ek</w:t>
      </w:r>
    </w:p>
    <w:p>
      <w:pPr>
        <w:jc w:val="right"/>
      </w:pPr>
      <w:r>
        <w:t>ہسبینڈ ہے۔ وہ سمجھتا ہے کہ میری آئیڈیل وائف ہے۔ بڑی خوشیوں کے ساتھ شادی ہوتی ہے۔ اور چند ہی دن کے بعد کیا ہوتا ہے؟ آپس میں رفٹ پیدا ہوتا ہے اور دونوں غصہ ہوتے ہیں ایک دوسرے سے۔ یہاں تک کہ یا تو ہمیشہ کے لیے تناؤ میں جیتے ہیں یا سیپریشن ہو جاتا ہے۔ دنیا کی کوئی بھی لذت ایسی نہیں ہے جس میں آپ کو دیر تک انجوائے کر سکیں۔ آپ ایک</w:t>
      </w:r>
    </w:p>
    <w:p>
      <w:r>
        <w:rPr>
          <w:b/>
        </w:rPr>
        <w:t xml:space="preserve">[1:09:03] </w:t>
      </w:r>
      <w:r>
        <w:t>martaba kashmir gaya, wahan pahalgam hai. bohat hi beautiful jagah hai. pahalgam ke beech se ek pahadi darya guzarta hai. pahad se direct, yaani patharon ke woh barf ke pighalne se direct aa raha hai chashma. is se woh darya banta hai. bohat hi acha pani is ka. hamare sath thay Kaleemullah sahib, Professor Kaleemullah sahib</w:t>
      </w:r>
    </w:p>
    <w:p>
      <w:pPr>
        <w:jc w:val="right"/>
      </w:pPr>
      <w:r>
        <w:t>مرتبہ کشمیر گیا، وہاں پہلگام ہے۔ بہت ہی بیوٹی فل جگہ ہے۔ پہلگام کے بیچ سے ایک پہاڑی دریا گزرتا ہے۔ پہاڑ سے ڈائریکٹ، یعنی پتھروں کے وہ برف کے پگھلنے سے ڈائریکٹ آ رہا ہے چشمہ۔ اس سے وہ دریا بنتا ہے۔ بہت ہی اچھا پانی اس کا۔ ہمارے ساتھ تھے کلیم اللہ صاحب، پروفیسر کلیم اللہ صاحب</w:t>
      </w:r>
    </w:p>
    <w:p>
      <w:r>
        <w:rPr>
          <w:b/>
        </w:rPr>
        <w:t xml:space="preserve">[1:09:33] </w:t>
      </w:r>
      <w:r>
        <w:t>. un ke paas glass tha to main ne kaha, "glass dijiye, main pani piunga." is ka ek glass pani piya, bohat acha laga. har drink se zyada acha. do piye, teen piye, char, paanch, chhe glass pani main pi gaya. is ke baad kya hua? mere sir mein itna sakht dard hua ke ek ek second muhal ho gaya wahan rehna. srinagar se bhag kar main aaya, yaani jahan main theh</w:t>
      </w:r>
    </w:p>
    <w:p>
      <w:pPr>
        <w:jc w:val="right"/>
      </w:pPr>
      <w:r>
        <w:t>۔ ان کے پاس گلاس تھا تو میں نے کہا، "گلاس دیجیے، میں پانی پیوں گا۔" اس کا ایک گلاس پانی پیا، بہت اچھا لگا۔ ہر ڈرنک سے زیادہ اچھا۔ دو پیا، تین پیا، چار، پانچ، چھ گلاس پانی میں پی گیا۔ اس کے بعد کیا ہوا؟ میرے سر میں اتنا سخت درد ہوا کہ ایک ایک سیکنڈ محال ہو گیا وہاں رہنا۔ سرینگر سے بھاگ کر میں آیا، یعنی جہاں میں ٹ</w:t>
      </w:r>
    </w:p>
    <w:p>
      <w:r>
        <w:rPr>
          <w:b/>
        </w:rPr>
        <w:t xml:space="preserve">[1:10:03] </w:t>
      </w:r>
      <w:r>
        <w:t>ra hua tha, wahan wahan mere liye dinner ka intezam tha. bohat zabardast tareeqe se. aap yaqeen kijiye ke main ek chamcha bhi kuch nahi kha saka sir mein dard ki wajah se. yeh aap mein se har shakhs ko tajruba hoga. isi ko main kehta hoon ke duniya mein itni disadvantage hain, itni limitations hain ke aap kuch bhi karen, aap ko duniya mein pleasure nahi mil sakta, aap ko sukoon nahi mil sakta. kuch</w:t>
      </w:r>
    </w:p>
    <w:p>
      <w:pPr>
        <w:jc w:val="right"/>
      </w:pPr>
      <w:r>
        <w:t>ھہرا ہوا تھا، وہاں وہاں میرے لیے ڈنر کا انتظام تھا۔ بہت زبردست طریقے سے۔ آپ یقین کیجئے کہ میں ایک چمچہ بھی کچھ نہیں کھا سکا سر میں درد کی وجہ سے۔ یہ آپ میں سے ہر شخص کو تجربہ ہوگا۔ اسی کو میں کہتا ہوں کہ دنیا میں اتنی ڈس ایڈوانٹیج ہیں، اتنی لیمیٹیشنز ہیں کہ آپ کچھ بھی کریں، آپ کو دنیا میں پلیژر نہیں مل سکتا، آپ کو سکھ نہیں مل سکتا۔ کچھ</w:t>
      </w:r>
    </w:p>
    <w:p>
      <w:r>
        <w:rPr>
          <w:b/>
        </w:rPr>
        <w:t xml:space="preserve">[1:10:33] </w:t>
      </w:r>
      <w:r>
        <w:t>bhi karen, hum ko, aap ko nahi, king ko bhi nahi mil sakta, president ko bhi nahi mil sakta, prime minister ko bhi nahi mil sakta. koi bhi cheez duniya mein yaad rakhiye, milne se pehle to bari achi lagti hai jab tak aap us ko door se dekhte hain, lekin milne ke baad woh aap ko kaatne lagti hai. jannat mein aisa nahi hoga.</w:t>
      </w:r>
    </w:p>
    <w:p>
      <w:pPr>
        <w:jc w:val="right"/>
      </w:pPr>
      <w:r>
        <w:t>بھی کریں، ہم کو، آپ کو نہیں، کنگ کو بھی نہیں مل سکتا، پریزیڈنٹ کو بھی نہیں مل سکتا، پرائم منسٹر کو بھی نہیں مل سکتا۔ کوئی بھی چیز دنیا میں یاد رکھیے، ملنے سے پہلے تو بڑی اچھی لگتی ہے جب تک آپ اس کو دور سے دیکھتے ہیں، لیکن ملنے کے بعد وہ آپ کو کاٹنے لگتی ہے۔ جنت میں ایسا نہیں ہوگا۔</w:t>
      </w:r>
    </w:p>
    <w:p>
      <w:r>
        <w:rPr>
          <w:b/>
        </w:rPr>
        <w:t xml:space="preserve">[1:11:05] </w:t>
      </w:r>
      <w:r>
        <w:t>kyun aisa kyun nahi hoga? is ko ek misaal se samjhiye. hadith mein aata hai jannat ke bare mein ke wahan har lamha lazzaton mein izafa hoga. duniya mein kyun aap bore ho jate hain? kyun aap enjoy nahi kar paate? kyun woh lazzat ya woh rahat ya woh comfort</w:t>
      </w:r>
    </w:p>
    <w:p>
      <w:pPr>
        <w:jc w:val="right"/>
      </w:pPr>
      <w:r>
        <w:t>کیوں ایسا کیوں نہیں ہوگا؟ اس کو ایک مثال سے سمجھیے۔ حدیث میں آتا ہے جنت کے بارے میں کہ وہاں ہر لمحہ لذتوں میں اضافہ ہوگا۔ دنیا میں کیوں آپ بور ہو جاتے ہیں؟ کیوں آپ انجوائے نہیں کر پاتے؟ کیوں وہ لذت یا وہ راحت یا وہ کم</w:t>
      </w:r>
    </w:p>
    <w:p>
      <w:r>
        <w:rPr>
          <w:b/>
        </w:rPr>
        <w:t xml:space="preserve">[1:11:35] </w:t>
      </w:r>
      <w:r>
        <w:t>ya woh luxury ek jagah theher jati hai? woh thehri hui lazzat se aap enjoy nahi kar sakte. aap aur chahte hain, aur chahte hain, aur chahte hain. lekin phir bhi ek had par ek had aa jati hai jahan limit aa jati hai. is ke aage aap kuch nahi kar sakte. misaal ke taur par aap bohat acha khana shuru karen, lazeez khane, bohat hi achay khane khane lagen to kya hoga? to yeh hoga ke paisa to hoga</w:t>
      </w:r>
    </w:p>
    <w:p>
      <w:pPr>
        <w:jc w:val="right"/>
      </w:pPr>
      <w:r>
        <w:t>فرٹ یا وہ لگزری ایک جگہ ٹھہر جاتی ہے؟ وہ ٹھہرے ہوئے لذت سے آپ انجوائے نہیں کر سکتے۔ آپ اور چاہتے ہیں، اور چاہتے ہیں، اور چاہتے ہیں۔ لیکن پھر بھی ایک حد پر ایک حد آ جاتی ہے جہاں لمٹ آ جاتی ہے۔ اس کے آگے آپ کچھ نہیں کر سکتے۔ مثال کے طور پر آپ بہت اچھا کھانا شروع کریں، لذیذ کھانے، بہت ہی اچھے کھانے کھانے لگیں تو کیا ہوگا؟ تو یہ ہوگا کہ پیسہ تو ہوگا</w:t>
      </w:r>
    </w:p>
    <w:p>
      <w:r>
        <w:rPr>
          <w:b/>
        </w:rPr>
        <w:t xml:space="preserve">[1:12:05] </w:t>
      </w:r>
      <w:r>
        <w:t>lekin aap kha nahi sakenge. tarah tarah ki bimari lag jayegi aap ko. jis ke paas bhi zyada paisa hai, us se pooch lijiye ke woh har lazzat wali cheez ko nahi kha sakta kyun ke doctor mana karta hai us ko. yeh nahi kha sakte, woh nahi kha sakte. jannat mein aisa nahi hoga. jannat mein hai ke wahan par aap ko</w:t>
      </w:r>
    </w:p>
    <w:p>
      <w:pPr>
        <w:jc w:val="right"/>
      </w:pPr>
      <w:r>
        <w:t>لیکن آپ کھا نہیں سکیں گے۔ طرح طرح کی بیماری لگ جائے گی آپ کو۔ جس کے پاس بھی زیادہ پیسہ ہے، اس سے پوچھ لیجئے کہ وہ ہر لذت والی چیز کو نہیں کھا سکتا کیونکہ ڈاکٹر منع کرتا ہے اس کو۔ یہ نہیں کھا سکتے، وہ نہیں کھا سکتے۔ جنت میں ایسا نہیں ہوگا۔ جنت میں ہے کہ وہاں پر آپ کو</w:t>
      </w:r>
    </w:p>
    <w:p>
      <w:r>
        <w:rPr>
          <w:b/>
        </w:rPr>
        <w:t xml:space="preserve">[1:12:36] </w:t>
      </w:r>
      <w:r>
        <w:t>toilet nahi jana hoga. wahan moshar ki zaroorat nahi pesh ayegi. is mein yeh hai ke aadmi khana khayega aur khana hazam hoga. ek khushbudar hawa niklegi aur sara khana aur phir sara pait aap ka khali ho jayega. bajaye is ke ke aap kahin toilet mein jayen, ek khushbudar hawa se aap ka sara pait jo hai woh saaf ho jayega aur phir aap khayenge, phir khayenge, phir</w:t>
      </w:r>
    </w:p>
    <w:p>
      <w:pPr>
        <w:jc w:val="right"/>
      </w:pPr>
      <w:r>
        <w:t>ٹوائلٹ نہیں جانا ہوگا۔ وہاں موشر کی ضرورت نہیں پیش آئے گی۔ اس میں یہ ہے کہ آدمی کھانا کھائے گا اور کھانا ہضم ہوگا۔ ایک خوشبودار ہوا نکلے گی اور سارا کھانا اور پھر سارا پیٹ آپ کا خالی ہو جائے گا۔ بجائے اس کے کہ آپ کہیں ٹوائلٹ میں جائیں، ایک خوشبودار ہوا سے آپ کا سارا پیٹ جو ہے وہ صاف ہو جائے گا اور پھر آپ کھائیں گے، پھر کھائیں گے، پ</w:t>
      </w:r>
    </w:p>
    <w:p>
      <w:r>
        <w:rPr>
          <w:b/>
        </w:rPr>
        <w:t xml:space="preserve">[1:13:06] </w:t>
      </w:r>
      <w:r>
        <w:t>khayenge. to ek is mein ek misaal hai jis se aap andaza kar sakte hain ke jannat kya cheez hogi. hadith mein aata hai ke jab log jannat wale jannat mein ja chuke honge aur wahan ke comfort mein, wahan ki luxury mein khoob khush honge to elaan hoga ke aaj Khuda apna jalwa dikhayega.</w:t>
      </w:r>
    </w:p>
    <w:p>
      <w:pPr>
        <w:jc w:val="right"/>
      </w:pPr>
      <w:r>
        <w:t>ھر کھائیں گے۔ تو ایک اس میں ایک مثال ہے جس سے آپ اندازہ کر سکتے ہیں کہ جنت کیا چیز ہوگی۔ حدیث میں آتا ہے کہ جب لوگ جنت والے جنت میں جا چکے ہوں گے اور وہاں کے کمفرٹ میں، وہاں کی لگزری میں خوب خوش ہوں گے تو اعلان ہوگا کہ آج خدا اپنا جلوہ دکھائے گا۔</w:t>
      </w:r>
    </w:p>
    <w:p>
      <w:r>
        <w:rPr>
          <w:b/>
        </w:rPr>
        <w:t xml:space="preserve">[1:13:37] </w:t>
      </w:r>
      <w:r>
        <w:t>jannat wale bohat hi khush honge ke aaj Khuda ka face dekhna hai, Khuda ka jalwa dekhna hai. jab woh Khuda ka jalwa dekhenge, is mein itna zyada enjoy hoga, itna zyada pleasure hoga ke ab tak ki sari khushiyan bhool jayenge. ab tak ki jo lazzaten, ab tak ke aaram, ab tak ke sare luxurious item sab bhool jayenge.</w:t>
      </w:r>
    </w:p>
    <w:p>
      <w:pPr>
        <w:jc w:val="right"/>
      </w:pPr>
      <w:r>
        <w:t>جنت والے بہت ہی خوش ہوں گے کہ آج خدا کا فیس دیکھنا ہے، خدا کا جلوہ دیکھنا ہے۔ جب وہ خدا کا جلوہ دیکھیں گے، اس میں اتنا زیادہ انجوائے ہوگا، اتنا زیادہ پلیژر ہوگا کہ اب تک کی ساری خوشیاں بھول جائیں گے۔ اب تک کی جو لذتیں، اب تک کے آرام، اب تک کے سارے لگزریس آئٹم سب بھول جائیں گے۔</w:t>
      </w:r>
    </w:p>
    <w:p>
      <w:r>
        <w:rPr>
          <w:b/>
        </w:rPr>
        <w:t xml:space="preserve">[1:14:08] </w:t>
      </w:r>
      <w:r>
        <w:t>itna zyada khushi, itna zyada enjoy hoga woh scene jab ke woh Khuda ko dekhenge. lekin yeh Khuda ki ek bohat hi choti si jhalak hogi. kuch dinon ke baad phir elaan hoga ke Khuda apna jalwa dikhane wala hai. dobara log ikhatta honge aur dekhenge to ek naya jalwa Khuda ka jo pehle se zyada un ko is mein enjoy mil raha</w:t>
      </w:r>
    </w:p>
    <w:p>
      <w:pPr>
        <w:jc w:val="right"/>
      </w:pPr>
      <w:r>
        <w:t>اتنا زیادہ خوشی، اتنا زیادہ انجوائے ہوگا وہ سین جب کہ وہ خدا کو دیکھیں گے۔ لیکن یہ خدا کی ایک بہت ہی چھوٹی سی جھلک ہوگی۔ کچھ دنوں کے بعد پھر اعلان ہوگا کہ خدا اپنا جلوہ دکھانے والا ہے۔ دوبارہ لوگ اکٹھا ہوں گے اور دیکھیں گے تو ایک نیا جلوہ خدا کا جو پہلے سے زیادہ ان کو اس میں انجوائے مل رہا</w:t>
      </w:r>
    </w:p>
    <w:p>
      <w:r>
        <w:rPr>
          <w:b/>
        </w:rPr>
        <w:t xml:space="preserve">[1:14:38] </w:t>
      </w:r>
      <w:r>
        <w:t>hoga, pehle se zyada pleasure mil raha hoga. pichli baaten bhool jayenge. woh is tarah aata hai ke eternally aisa hota rahega. Khuda apna naya naya jalwa dikhata rahega aur un ki khushiyan kabhi khatam nahi hongi. kyun? Khuda to unlimited hai. Khuda agar unlimited na hota to itni bari universe ko paida kar sakta tha. is universe ko Khuda is ke liye bana saka jo unlimited hai.</w:t>
      </w:r>
    </w:p>
    <w:p>
      <w:pPr>
        <w:jc w:val="right"/>
      </w:pPr>
      <w:r>
        <w:t>ہوگا، پہلے سے زیادہ پلیژر مل رہا ہوگا۔ پچھلی باتیں بھول جائیں گے۔ وہ اس طرح آتا ہے کہ ایٹرنلی ایسا ہوتا رہے گا۔ خدا اپنا نیا نیا جلوہ دکھاتا رہے گا اور ان کی خوشیاں کبھی ختم نہیں ہوں گی۔ کیوں؟ خدا تو ان لمیٹڈ ہے۔ خدا اگر ان لمیٹڈ نہ ہوتا تو اتنی بڑی یونیورس کو پیدا کر سکتا تھا۔ اس یونیورس کو خدا اس کے لیے بنا سکا جو ان لمیٹڈ ہے۔</w:t>
      </w:r>
    </w:p>
    <w:p>
      <w:r>
        <w:rPr>
          <w:b/>
        </w:rPr>
        <w:t xml:space="preserve">[1:15:12] </w:t>
      </w:r>
      <w:r>
        <w:t>to jannat mein boredom is liye nahi hoga ke wahan par har din ek nayi lazzat milegi. duniya mein boredom is liye ho jata hai ke yahan par lazzat theher jati hai. nayi lazzat nahi milti aap ko. is liye jannat mein boredom nahi hoga. jannat mein bimari nahi hogi. hadith mein ek tamseel ki zaban mein aata hai ke ek janwar laya jayega aur sab ke sam</w:t>
      </w:r>
    </w:p>
    <w:p>
      <w:pPr>
        <w:jc w:val="right"/>
      </w:pPr>
      <w:r>
        <w:t>تو جنت میں بورڈم اس لیے نہیں ہوگا کہ وہاں پر ہر دن ایک نئی لذت ملے گی۔ دنیا میں بورڈم اس لیے ہو جاتا ہے کہ یہاں پر لذت ٹھہر جاتی ہے۔ نئی لذت نہیں ملتی آپ کو۔ اس لیے جنت میں بورڈم نہیں ہوگا۔ جنت میں بیماری نہیں ہوگی۔ حدیث میں ایک تمثیل کی زبان میں آتا ہے کہ ایک جانور لایا جائے گا اور سب کے سام</w:t>
      </w:r>
    </w:p>
    <w:p>
      <w:r>
        <w:rPr>
          <w:b/>
        </w:rPr>
        <w:t xml:space="preserve">[1:15:42] </w:t>
      </w:r>
      <w:r>
        <w:t>ne is ko zibah kiya jayega. is ka slaughter kiya jayega. elaan hoga ke yeh maut thi jis ko qatal kar diya gaya, jo khatam kar diya gaya. yeh tamseel ki zaban hai ke jannat mein maut ka khataama ho jayega. ab sirf jeena hai aur khushiyon mein rehna hai. eternally aap ko enjoy karna hai. ek hadith mein</w:t>
      </w:r>
    </w:p>
    <w:p>
      <w:pPr>
        <w:jc w:val="right"/>
      </w:pPr>
      <w:r>
        <w:t>نے اس کو ذبح کیا جائے گا۔ اس کا سلاٹر کیا جائے گا۔ اعلان ہوگا کہ یہ موت تھی جس کو قتل کر دیا گیا، جو ختم کر دیا گیا۔ یہ تمثیل کی زبان ہے کہ جنت میں موت کا خاتمہ ہو جائے گا۔ اب صرف جینا ہے اور خوشیوں میں رہنا ہے۔ ایٹرنلی آپ کو انجوائے کرنا ہے۔ ایک حدیث میں</w:t>
      </w:r>
    </w:p>
    <w:p>
      <w:r>
        <w:rPr>
          <w:b/>
        </w:rPr>
        <w:t xml:space="preserve">[1:16:14] </w:t>
      </w:r>
      <w:r>
        <w:t>tamseel ki zaban mein, yaani symbolic language mein bataya gaya hai ke jannat kya cheez hai. jannat kitni beautiful cheez hai. paradise ki beauty ko symbolic language mein bataya gaya hai ek hadith mein. to woh hadith is tarah hai: hadith means saying of prophet. yaani Quran jo hai word of God hai,</w:t>
      </w:r>
    </w:p>
    <w:p>
      <w:pPr>
        <w:jc w:val="right"/>
      </w:pPr>
      <w:r>
        <w:t>تمثیل کی زبان میں، یعنی سمبولک لینگویج میں بتایا گیا ہے کہ جنت کیا چیز ہے۔ جنت کتنی بیوٹی فل چیز ہے۔ پیراڈائز کی بیوٹی کو سمبولک لینگویج میں بتایا گیا ہے ایک حدیث میں۔ تو وہ حدیث اس طرح ہے: حدیث مینز سینگ اف پرافٹ۔ یعنی قرآن جو ہے ورڈ اف گاڈ ہے،</w:t>
      </w:r>
    </w:p>
    <w:p>
      <w:r>
        <w:rPr>
          <w:b/>
        </w:rPr>
        <w:t xml:space="preserve">[1:16:45] </w:t>
      </w:r>
      <w:r>
        <w:t>hadith word of prophet hai. to aap ne farmaya ke jab duniya, yeh aaj ki jo present world hai, jab yeh khatam ho jayegi, kyun ke aap jante hain ke ek muddat tak yeh hai, is ka period hamesha ke liye nahi hai. ek testing period hai, woh khatam to duniya bhi khatam. is ke baad doosra</w:t>
      </w:r>
    </w:p>
    <w:p>
      <w:pPr>
        <w:jc w:val="right"/>
      </w:pPr>
      <w:r>
        <w:t>حدیث ورڈ اف پرافٹ ہے۔ تو آپ نے فرمایا کہ جب دنیا، یہ آج کی جو پریزنٹ ورلڈ ہے، جب یہ ختم ہو جائے گی، کیونکہ آپ جانتے ہیں کہ ایک مدت تک یہ ہے، اس کا پیریڈ ہمیشہ کے لیے نہیں ہے۔ ایک ٹیسٹنگ پیریڈ ہے، وہ ختم تو دنیا بھی ختم۔ اس کے بعد دوسرا</w:t>
      </w:r>
    </w:p>
    <w:p>
      <w:r>
        <w:rPr>
          <w:b/>
        </w:rPr>
        <w:t xml:space="preserve">[1:17:16] </w:t>
      </w:r>
      <w:r>
        <w:t>period aa jayega jahan hell hogi aur paradise hogi. to hadith mein hai ke jab sare logon ka faisla ho chuka hoga, kuch log hell mein chale jayenge, kuch logon ke liye paradise ke gate khole jayenge. ek aadmi wahan maidan mein khada reh jayega. is ke liye koi faisla nahi hua hoga, kyun ke is ka jo amal tha woh aisa tha</w:t>
      </w:r>
    </w:p>
    <w:p>
      <w:pPr>
        <w:jc w:val="right"/>
      </w:pPr>
      <w:r>
        <w:t>پیریڈ آ جائے گا جہاں ہل ہوگی اور پیراڈائز ہوگی۔ تو حدیث میں ہے کہ جب سارے لوگوں کا فیصلہ ہو چکا ہوگا، کچھ لوگ ہل میں چلے جائیں گے، کچھ لوگوں کے لیے پیراڈائز کے گیٹ کھولے جائیں گے۔ ایک آدمی وہاں میدان میں کھڑا رہ جائے گا۔ اس کے لیے کوئی فیصلہ نہیں ہوا ہوگا، کیونکہ اس کا جو عمل تھا وہ ایسا تھا</w:t>
      </w:r>
    </w:p>
    <w:p>
      <w:r>
        <w:rPr>
          <w:b/>
        </w:rPr>
        <w:t xml:space="preserve">[1:17:48] </w:t>
      </w:r>
      <w:r>
        <w:t>ke 50-50 ka mamla is ka samajh lijiye tha. na hell ke qabil, na paradise ke qabil. un hi hell ke qabil, na paradise ke qabil. woh aadmi akela khada hua hai to woh Khuda se kehta hai: "dekhiye, symbolic language hai." to woh aadmi Khuda se kehta hai ke: "ae mere Rab, tu ne mujh ko</w:t>
      </w:r>
    </w:p>
    <w:p>
      <w:pPr>
        <w:jc w:val="right"/>
      </w:pPr>
      <w:r>
        <w:t>کہ 50-50 کا معاملہ اس کا سمجھ لیجئے تھا۔ ان ہیل کے قابل، نہ پیراڈائز کے قابل۔ وہ آدمی اکیلا کھڑا ہوا ہے تو وہ خدا سے کہتا ہے: "دیکھیے، سمبولک لینگویج ہے۔" تو وہ آدمی خدا سے کہتا ہے کہ: "اے میرے رب، تو نے مجھ کو</w:t>
      </w:r>
    </w:p>
    <w:p>
      <w:r>
        <w:rPr>
          <w:b/>
        </w:rPr>
        <w:t xml:space="preserve">[1:18:20] </w:t>
      </w:r>
      <w:r>
        <w:t>jannat nahi di, to mujh ko dikha de ke jannat hai kya cheez." ek nazar se main jannat ko dekh loon, woh kya cheez hai jo jannat ya paradise hai. to Khuda farishton se kahega ke: "is insaan ko le jao aur paradise ka gate kholo." wahan khada ho kar yeh dekhe paradise ko.</w:t>
      </w:r>
    </w:p>
    <w:p>
      <w:pPr>
        <w:jc w:val="right"/>
      </w:pPr>
      <w:r>
        <w:t>جنت نہیں دی، تو مجھ کو دکھا دے کہ جنت ہے کیا چیز۔" ایک نظر سے میں جنت کو دیکھ لوں، وہ کیا چیز ہے جو جنت یا پیراڈائز ہے۔ تو خدا فرشتوں سے کہے گا کہ: "اس انسان کو لے جاؤ اور پیراڈائز کا گیٹ کھولو۔" وہاں کھڑا ہو کر یہ دیکھے پیراڈائز کو۔</w:t>
      </w:r>
    </w:p>
    <w:p>
      <w:r>
        <w:rPr>
          <w:b/>
        </w:rPr>
        <w:t xml:space="preserve">[1:18:52] </w:t>
      </w:r>
      <w:r>
        <w:t>is aadmi ko le jaya jayega, paradise ka gate khola jayega. woh khada ho kar dekhega yahan par. main aap ko ek dilchasp qissa arz karoon ke dilli mein ek ek international fair thi, kai saal pehle ki baat hai, jis mein duniya bhar ke industrial product aaye thay,</w:t>
      </w:r>
    </w:p>
    <w:p>
      <w:pPr>
        <w:jc w:val="right"/>
      </w:pPr>
      <w:r>
        <w:t>اس آدمی کو لے جایا جائے گا، پیراڈائز کا گیٹ کھولا جائے گا۔ وہ کھڑا ہو کر دیکھے گا یہاں پر۔ میں آپ کو ایک دلچسپ قصہ عرض کروں کہ دلی میں ایک ایک انٹرنیشنل فیئر تھی، کئی سال پہلے کی بات ہے، جس میں دنیا بھر کے انڈسٹریل پروڈکٹ آئے تھے،</w:t>
      </w:r>
    </w:p>
    <w:p>
      <w:r>
        <w:rPr>
          <w:b/>
        </w:rPr>
        <w:t xml:space="preserve">[1:19:22] </w:t>
      </w:r>
      <w:r>
        <w:t>behtareen qism ki carain, behtareen qism ki tarah tarah ke saman. to wahan pe ek sadhu bhi gaya tha dekhne ke liye. to Hindustan Times mein is ki report chhapi thi. jab us ne dekha, us ka us ka jo glamour aur us ki shan o shaukat industrial world ki, basically woh industrial numaaish thi. to</w:t>
      </w:r>
    </w:p>
    <w:p>
      <w:pPr>
        <w:jc w:val="right"/>
      </w:pPr>
      <w:r>
        <w:t>بہترین قسم کے کاریں، بہترین قسم کے طرح طرح کے سامان۔ تو وہاں پہ ایک سادھو بھی گیا تھا دیکھنے کے لیے۔ تو ہندوستان ٹائمز میں اس کی رپورٹ چھپی تھی۔ جب اس نے دیکھا، اس کا اس کا جو گلیمر اور اس کی شان و شوکت انڈسٹریل ورلڈ کی، بیسکلی وہ انڈسٹریل نمائش تھی۔ تو</w:t>
      </w:r>
    </w:p>
    <w:p>
      <w:r>
        <w:rPr>
          <w:b/>
        </w:rPr>
        <w:t xml:space="preserve">[1:19:52] </w:t>
      </w:r>
      <w:r>
        <w:t>jab industrial world ka usne glamour dekha to us time hindustan times mein aaya tha ke reporters se usne kaha ke: "main to jangalon mein rehta tha aur paharon mein rehta tha."</w:t>
        <w:br/>
        <w:t>mein kisi ne kaha ke: "jao dekho, wahan dilli mein aik aik tamasha ho raha hai, tum bhi ja ke dekh lo."</w:t>
        <w:br/>
        <w:t>to ab mein jo dekha hai us ko, to mein us soch mein par gaya hoon ke mein ind</w:t>
      </w:r>
    </w:p>
    <w:p>
      <w:pPr>
        <w:jc w:val="right"/>
      </w:pPr>
      <w:r>
        <w:t>جب انڈسٹریل ورلڈ کا اس نے گلیمر دیکھا تو اس ٹائم ہندوستان ٹائمز میں آیا تھا کہ رپورٹرز سے اس نے کہا کہ: "میں تو جنگلوں میں رہتا تھا اور پہاڑوں میں رہتا تھا۔" میں کسی نے کہا کہ: "جاؤ دیکھو، وہاں دلی میں ایک ایک تماشہ ہو رہا ہے، تم بھی جا کے دیکھ لو۔" تو اب میں جو دیکھا ہے اس کو، تو میں اس سوچ میں پڑ گیا ہوں کہ میں انڈ</w:t>
      </w:r>
    </w:p>
    <w:p>
      <w:r>
        <w:rPr>
          <w:b/>
        </w:rPr>
        <w:t xml:space="preserve">[1:20:22] </w:t>
      </w:r>
      <w:r>
        <w:t>ustrial world mein rahoon ya phir isi jangal mein chala jaon wapas. yani zindagi bhar ka woh khwab jo tha us ka ke mein mein nijat, salvation mujhe mile gi is mein jannat, jangal mein aur paharon mein rehne se mujhe spiritual mile, spirituality mile gi waghera waghera, woh sab bhool gaya woh. to khair, mein yeh arz kar raha tha ke woh aadmi</w:t>
      </w:r>
    </w:p>
    <w:p>
      <w:pPr>
        <w:jc w:val="right"/>
      </w:pPr>
      <w:r>
        <w:t>سٹریل ورلڈ میں رہوں یا پھر اسی جنگل میں چلا جاؤں واپس۔ یعنی زندگی بھر کا وہ خواب جو تھا اس کا کہ میں میں نجات، سالویشن مجھے ملے گی اس میں جنت، جنگل میں اور پہاڑوں میں رہنے سے مجھے اسپرچول ملے، اسپرچولٹی ملے گی وغیرہ وغیرہ، وہ سب بھول گیا وہ۔ تو خیر، میں یہ عرض کر رہا تھا کہ وہ آدمی</w:t>
      </w:r>
    </w:p>
    <w:p>
      <w:r>
        <w:rPr>
          <w:b/>
        </w:rPr>
        <w:t xml:space="preserve">[1:20:52] </w:t>
      </w:r>
      <w:r>
        <w:t>jab us ko paradise dikhai jaye gi to itna zyada woh us ko us ke andar aik aik sense of a paida hoga, aik thrill paida hoga. us ko urdu mein kehte hain ke itna mabhut ho jaye ga woh ke woh kahe ga: "ae khuda ya, jis jannat ko tu ne mujhe dikha diya, us mein mujhe dakhil bhi kar de.</w:t>
      </w:r>
    </w:p>
    <w:p>
      <w:pPr>
        <w:jc w:val="right"/>
      </w:pPr>
      <w:r>
        <w:t>جب اس کو پیراڈائز دکھائی جائے گی تو اتنا زیادہ وہ اس کو اس کے اندر ایک ایک سینس اف ا پیدا ہوگا، ایک تھرل پیدا ہوگا۔ اس کو اردو میں کہتے ہیں کہ اتنا مبہوت ہو جائے گا وہ کہ وہ کہے گا: "اے خدایا، جس جنت کو تو نے مجھے دکھا دیا، اس میں مجھے داخل بھی کر دے۔</w:t>
      </w:r>
    </w:p>
    <w:p>
      <w:r>
        <w:rPr>
          <w:b/>
        </w:rPr>
        <w:t xml:space="preserve">[1:21:25] </w:t>
      </w:r>
      <w:r>
        <w:t>jis jannat ko tu ne mujhe dikha diya, us mein mujhe dakhil bhi kar de." to khuda kahe ga ke: "ae mere bande, ae mere bande, tu mujh se jannat ko na mang. ae mere bande, tu mujh se jannat ko na mang. tu jis dunya ko chhod kar aaya hai,</w:t>
      </w:r>
    </w:p>
    <w:p>
      <w:pPr>
        <w:jc w:val="right"/>
      </w:pPr>
      <w:r>
        <w:t>جس جنت کو تو نے مجھے دکھا دیا، اس میں مجھے داخل بھی کر دے۔" تو خدا کہے گا کہ: "اے میرے بندے، اے میرے بندے، تو مجھ سے جنت کو نہ مانگ۔ اے میرے بندے، تو مجھ سے جنت کو نہ مانگ۔ تو جس دنیا کو چھوڑ کر آیا ہے،</w:t>
      </w:r>
    </w:p>
    <w:p>
      <w:r>
        <w:rPr>
          <w:b/>
        </w:rPr>
        <w:t xml:space="preserve">[1:21:55] </w:t>
      </w:r>
      <w:r>
        <w:t>yeh poori earth, yeh poori earth, poori dunya, tu jis dunya ko chhod kar aaya hai, yeh jahan moscow hai, washington hai, london hai, new dilli hai, tokyo hai, ghraz hai ke poori yeh dunya." to khuda kahe ga ke: "tu mujh se jannat ko na mang. jis dunya ko tu chhod kar aaya hai, woh dunya aise hi aik aur dunya</w:t>
      </w:r>
    </w:p>
    <w:p>
      <w:pPr>
        <w:jc w:val="right"/>
      </w:pPr>
      <w:r>
        <w:t>یہ پوری ارتھ، یہ پوری ارتھ، پوری دنیا، تو جس دنیا کو چھوڑ کر آیا ہے، یہ جہاں ماسکو ہے، واشنگٹن ہے، لندن ہے، نیو دلی ہے، ٹوکیو ہے، غرض ہے کہ پوری یہ دنیا۔" تو خدا کہے گا کہ: "تو مجھ سے جنت کو نہ مانگ۔ جس دنیا کو تو چھوڑ کر آیا ہے، وہ دنیا ایسے ہی ایک اور دنیا</w:t>
      </w:r>
    </w:p>
    <w:p>
      <w:r>
        <w:rPr>
          <w:b/>
        </w:rPr>
        <w:t xml:space="preserve">[1:22:25] </w:t>
      </w:r>
      <w:r>
        <w:t>mein tum ko de deta hoon. do dunya hain, tum jannat ko mujh se na mango." to woh aadmi jo jannat ko dekh chuka hoga, dekhen, jannat ko dekhne se pehle kya insan ka haal hota hai? aik job kho ya jaye to woh suicide kar leta hai. aik line agar chhin j</w:t>
      </w:r>
    </w:p>
    <w:p>
      <w:pPr>
        <w:jc w:val="right"/>
      </w:pPr>
      <w:r>
        <w:t>میں تم کو دے دیتا ہوں۔ دو دنیا ہیں، تم جنت کو مجھ سے نہ مانگو۔" تو وہ آدمی جو جنت کو دیکھ چکا ہوگا، دیکھیں، جنت کو دیکھنے سے پہلے کیا انسان کا حال ہوتا ہے؟ ایک جاب کھویا جائے تو وہ سوسائیڈ کر لیتا ہے۔ ایک لائن اگر چھن ج</w:t>
      </w:r>
    </w:p>
    <w:p>
      <w:r>
        <w:rPr>
          <w:b/>
        </w:rPr>
        <w:t xml:space="preserve">[1:22:55] </w:t>
      </w:r>
      <w:r>
        <w:t>aye to ladne ke liye, us ko qatl karne ke liye tayyar hota hai jis ne line chhini hai. political is mein aap dekhte hain ke agar us ko mp nahi bana, woh ya koi acha portfolio nahi mila ministry ka, to us ka haal yeh hota hai ke woh hospital mein dakhil ho jata hai, woh hospitalized ho jata hai. woh aik chote se, aik chote se khone ko bardasht nahi</w:t>
      </w:r>
    </w:p>
    <w:p>
      <w:pPr>
        <w:jc w:val="right"/>
      </w:pPr>
      <w:r>
        <w:t>ائے تو لڑنے کے لیے، اس کو قتل کرنے کے لیے تیار ہوتا ہے جس نے لائن چھینی ہے۔ پولیٹیکل اس میں آپ دیکھتے ہیں کہ اگر اس کو ایم پی نہیں بنا، وہ یا کوئی اچھا پورٹ فولیو نہیں ملا منسٹری کا، تو اس کا حال یہ ہوتا ہے کہ وہ ہاسپٹل میں داخل ہو جاتا ہے، وہ ہاسپٹلائز ہو جاتا ہے۔ وہ ایک چھوٹے سے، ایک چھوٹے سے کھونے کو برداشت نہیں</w:t>
      </w:r>
    </w:p>
    <w:p>
      <w:r>
        <w:rPr>
          <w:b/>
        </w:rPr>
        <w:t xml:space="preserve">[1:23:26] </w:t>
      </w:r>
      <w:r>
        <w:t>kar pata. dunya ke aik choti si cheez ko khone ko, aik particle dunya ka, us aadmi ko poori poori dunya, balkeh aise aik aur dunya, do dunayen us ko di jayen gi. magar woh kahe ga, us ka jawab hoga, woh jo climax hai, climax yeh hai ke woh insan kahe ga: "ya rab, kayfakon abdak?</w:t>
      </w:r>
    </w:p>
    <w:p>
      <w:pPr>
        <w:jc w:val="right"/>
      </w:pPr>
      <w:r>
        <w:t>کر پاتا۔ دنیا کے ایک چھوٹی سی چیز کو کھونے کو، ایک پارٹیکل دنیا کا، اس آدمی کو پوری پوری دنیا، بلکہ ایسی ایک اور دنیا، دو دنیایں اس کو دی جائیں گی۔ مگر وہ کہے گا، اس کا جواب ہوگا، وہ جو کلائمیکس ہے، کلائمیکس یہ ہے کہ وہ انسان کہے گا: "یا رب، کیفاکون عبادک؟</w:t>
      </w:r>
    </w:p>
    <w:p>
      <w:r>
        <w:rPr>
          <w:b/>
        </w:rPr>
        <w:t xml:space="preserve">[1:23:58] </w:t>
      </w:r>
      <w:r>
        <w:t>ya rab, kayfakon abdak? ae mere rab, mein kaise? ae mere rab, tere bandon mein sab se zyada badbakht banda mein hi kyun banon? ae mere rab, mein hi tere bandon mein sab se zyada badbakht banda kyun banon?</w:t>
      </w:r>
    </w:p>
    <w:p>
      <w:pPr>
        <w:jc w:val="right"/>
      </w:pPr>
      <w:r>
        <w:t>یا رب، کیفاکون عبادک؟ اے میرے رب، میں کیسے؟ اے میرے رب، تیرے بندوں میں سب سے زیادہ بدبخت بندہ میں ہی کیوں بنوں؟ اے میرے رب، میں ہی تیرے بندوں میں سب سے زیادہ بدبخت بندہ کیوں بنوں؟</w:t>
      </w:r>
    </w:p>
    <w:p>
      <w:r>
        <w:rPr>
          <w:b/>
        </w:rPr>
        <w:t xml:space="preserve">[1:24:28] </w:t>
      </w:r>
      <w:r>
        <w:t>kaise banon?" yani jannat ko chhod kar aise do dunayon ko le ka malik ban jana, itna bara empire, aap ghor kijiye, itna bara empire jis mein aise do dunyaen hon aur us ke throne par woh baitha hua ho, crown pehan kar. aap zara ghor kijiye is cheez ko ke aise do dunyaen</w:t>
      </w:r>
    </w:p>
    <w:p>
      <w:pPr>
        <w:jc w:val="right"/>
      </w:pPr>
      <w:r>
        <w:t>کیسے بنوں؟" یعنی جنت کو چھوڑ کر ایسی دو دنیاؤں کو لے کا مالک بن جانا، اتنا بڑا ایمپائر، آپ غور کیجئے، اتنا بڑا ایمپائر جس میں ایسی دو دنیایں ہوں اور اس کے تھرون پر وہ بیٹھا ہوا ہو، کراؤن پہن کر۔ آپ ذرا غور کیجئے اس چیز کو کہ ایسی دو دنیاؤں</w:t>
      </w:r>
    </w:p>
    <w:p>
      <w:r>
        <w:rPr>
          <w:b/>
        </w:rPr>
        <w:t xml:space="preserve">[1:25:00] </w:t>
      </w:r>
      <w:r>
        <w:t>usay de di jayen, us ka empire wahan qaim ho, sari luxuries, sare comfort, sari izzat, sab kuch us ko do dunayon ke level ka mil jaye, tab bhi woh jannat itni precious cheez, itni valuable cheez hogi, itni zyada beautiful hogi ke woh kahe ga ke: "khuda ya, agar mein do dunayon ko le loon jannat ko chhod kar ke to</w:t>
      </w:r>
    </w:p>
    <w:p>
      <w:pPr>
        <w:jc w:val="right"/>
      </w:pPr>
      <w:r>
        <w:t>اسے دے دی جائیں، اس کا ایمپائر وہاں قائم ہو، ساری لگزریز، سارے کمفرٹ، ساری عزت، سب کچھ اس کو دو دنیاؤں کے لیول کا مل جائے، تب بھی وہ جنت اتنی پریشیس چیز، اتنی ویلیوبل چیز ہوگی، اتنی زیادہ بیوٹی فل ہوگی کہ وہ کہے گا کہ: "خدایا، اگر میں دو دنیاؤں کو لے لوں جنت کو چھوڑ کر کے تو</w:t>
      </w:r>
    </w:p>
    <w:p>
      <w:r>
        <w:rPr>
          <w:b/>
        </w:rPr>
        <w:t xml:space="preserve">[1:25:30] </w:t>
      </w:r>
      <w:r>
        <w:t>mujh se zyada ahmaq aadmi to koi nahi, mujh se zyada stupid aadmi to koi bhi nahi." is hadith par mein ne socha ke aisa kyun kahe ga? woh aadmi, woh aadmi aisa kyun kahe ga? to mujhe aik misal samajh mein aayi: TV set ki misal. dekhen, aik aap ke paas aik bohat acha</w:t>
      </w:r>
    </w:p>
    <w:p>
      <w:pPr>
        <w:jc w:val="right"/>
      </w:pPr>
      <w:r>
        <w:t>مجھ سے زیادہ احمق آدمی تو کوئی نہیں، مجھ سے زیادہ اسٹیپیڈ آدمی تو کوئی بھی نہیں۔" اس حدیث پر میں نے سوچا کہ ایسا کیوں کہے گا؟ وہ آدمی، وہ آدمی ایسا کیوں کہے گا؟ تو مجھے ایک مثال سمجھ میں آئی: ٹی وی سیٹ کی مثال۔ دیکھیں، ایک آپ کے پاس ایک بہت اچھا</w:t>
      </w:r>
    </w:p>
    <w:p>
      <w:r>
        <w:rPr>
          <w:b/>
        </w:rPr>
        <w:t xml:space="preserve">[1:26:00] </w:t>
      </w:r>
      <w:r>
        <w:t>color TV ho, dunya ka sab se acha color TV, jis mein bohat hi saaf awaz bhi ho aur bohat hi saaf picture bhi ho. to agar mere paas aik hazar TV hai jo khadkhad karta hai, black and white TV, jis mein na tasveer saaf aati hai, na awaz saaf aati hai,</w:t>
      </w:r>
    </w:p>
    <w:p>
      <w:pPr>
        <w:jc w:val="right"/>
      </w:pPr>
      <w:r>
        <w:t>کلر ٹی وی ہو، دنیا کا سب سے اچھا کلر ٹی وی، جس میں بہت ہی صاف آواز بھی ہو اور بہت ہی صاف پکچر بھی ہو۔ تو اگر میرے پاس ایک ہزار ٹی وی ہے جو کھڑکھڑ کرتا ہے، بلیک اینڈ وائٹ ٹی وی، جس میں نہ تصویر صاف آتی ہے، نہ آواز صاف آتی ہے،</w:t>
      </w:r>
    </w:p>
    <w:p>
      <w:r>
        <w:rPr>
          <w:b/>
        </w:rPr>
        <w:t xml:space="preserve">[1:26:31] </w:t>
      </w:r>
      <w:r>
        <w:t>to mein aap se kahoon ke aap apna aik TV jo aap ke paas, color TV jo aap ke paas hai, bohat acha, woh mujhe de dijiye. mera aik hazar TV aap le lijiyye. to aap kahen ge: "bhai, khatrak, is khatrak ko le kya karoon? usay koday mein daal do, us ko kya karoon ga?" mein is se mein ne nateeja nikala ke imperfect ki koi bhi quantity</w:t>
      </w:r>
    </w:p>
    <w:p>
      <w:pPr>
        <w:jc w:val="right"/>
      </w:pPr>
      <w:r>
        <w:t>تو میں آپ سے کہوں کہ آپ اپنا ایک ٹی وی جو آپ کے پاس، کلر ٹی وی جو آپ کے پاس ہے، بہت اچھا، وہ مجھے دے دیجئے۔ میرا ایک ہزار ٹی وی آپ لے لیجئے۔ تو آپ کہیں گے: "بھائی، کھٹراک، اس کھٹراک کو لے کیا کروں؟ اسے کوڑے میں ڈال دو، اس کو کیا کروں گا؟" میں اس سے میں نے نتیجہ نکالا کہ ام پرفیکٹ کی کوئی بھی کوانٹٹی</w:t>
      </w:r>
    </w:p>
    <w:p>
      <w:r>
        <w:rPr>
          <w:b/>
        </w:rPr>
        <w:t xml:space="preserve">[1:27:02] </w:t>
      </w:r>
      <w:r>
        <w:t>perfect ka badal nahi ban sakti. imperfect ki koi bhi miqdar perfect ka badal nahi ban sakti. imperfect kitna hi zyada ho, lekin woh perfect ke barabar nahi ho sakta. yeh hai farq jis ki wajah se woh aadmi kahe ga ke: "kh</w:t>
      </w:r>
    </w:p>
    <w:p>
      <w:pPr>
        <w:jc w:val="right"/>
      </w:pPr>
      <w:r>
        <w:t>پرفیکٹ کا بدل نہیں بن سکتی۔ ام پرفیکٹ کی کوئی بھی مقدار پرفیکٹ کا بدل نہیں بن سکتی۔ ام پرفیکٹ کتنا ہی زیادہ ہو، لیکن وہ پرفیکٹ کے برابر نہیں ہو سکتا۔ یہ ہے فرق جس کی وجہ سے وہ آدمی کہے گا کہ: "خ</w:t>
      </w:r>
    </w:p>
    <w:p>
      <w:r>
        <w:rPr>
          <w:b/>
        </w:rPr>
        <w:t xml:space="preserve">[1:27:32] </w:t>
      </w:r>
      <w:r>
        <w:t>uda ya, mein hi tere bandon mein sab se zyada badbakht banda kyun banon?" aise dunya hai jis mein hum kya kuch karte hain, jis ko aap jante hain aap, aur woh paradise jis ko hum chhode hue hain, to kitni bari stability hai yeh. kitni bari stability hai yeh</w:t>
      </w:r>
    </w:p>
    <w:p>
      <w:pPr>
        <w:jc w:val="right"/>
      </w:pPr>
      <w:r>
        <w:t>دایا، میں ہی تیرے بندوں میں سب سے زیادہ بدبخت بندہ کیوں بنوں؟" ایسی دنیا ہے جس میں ہم کیا کچھ کرتے ہیں، جس کو آپ جانتے ہیں آپ، اور وہ پیراڈائز جس کو ہم چھوڑے ہوئے ہیں، تو کتنی بڑی اسٹیبیلٹی ہے یہ۔ کتنی بڑی اسٹیبیلٹی ہے یہ</w:t>
      </w:r>
    </w:p>
    <w:p>
      <w:r>
        <w:rPr>
          <w:b/>
        </w:rPr>
        <w:t xml:space="preserve">[1:28:02] </w:t>
      </w:r>
      <w:r>
        <w:t>۔ ab mein kuch aur baaten aap ke samne rakhon ga is ke aur thori detail ke liye, is baat ko samajhne ke liye. dekhen, Islam ki history mein bohat lamba hukoomat ka zamana tha,</w:t>
      </w:r>
    </w:p>
    <w:p>
      <w:pPr>
        <w:jc w:val="right"/>
      </w:pPr>
      <w:r>
        <w:t>۔ اب میں کچھ اور باتیں آپ کے سامنے رکھوں گا اس کے اور تھوڑی ڈیٹیل کے لیے، اس بات کو سمجھنے کے لیے۔ دیکھیں، اسلام کی ہسٹری میں بہت لمبا حکومت کا زمانہ تھا،</w:t>
      </w:r>
    </w:p>
    <w:p>
      <w:r>
        <w:rPr>
          <w:b/>
        </w:rPr>
        <w:t xml:space="preserve">[1:28:32] </w:t>
      </w:r>
      <w:r>
        <w:t>abbas jis ko hum abbas period kehte hain. pehle prophet ka zamana tha, phir khaleefat ka zamana aya, phir umayyad ka zamana aya, phir abbas ka zamana aya. to un ka rule bohat bare area mein tha. is ke baad kya hua ke turkistan se</w:t>
      </w:r>
    </w:p>
    <w:p>
      <w:pPr>
        <w:jc w:val="right"/>
      </w:pPr>
      <w:r>
        <w:t>عباس جس کو ہم عباس پیریڈ کہتے ہیں۔ پہلے پرافٹ کا زمانہ تھا، پھر خلیفت کا زمانہ آیا، پھر امیت کا زمانہ آیا، پھر عباس کا زمانہ آیا۔ تو ان کا رول بہت بڑے ایریا میں تھا۔ اس کے بعد کیا ہوا کہ ترکستان سے</w:t>
      </w:r>
    </w:p>
    <w:p>
      <w:r>
        <w:rPr>
          <w:b/>
        </w:rPr>
        <w:t xml:space="preserve">[1:29:05] </w:t>
      </w:r>
      <w:r>
        <w:t>jangli qabail jin ko tatari kaha jata hai, uthe. unhon ne samarqand se le kar halab tak, halab english mein kehte hain aleppo, woh arabi mein kehte hain halab. samarqand se le kar halab tak sab kuch tabah kar dala. aur aakhir mein jo aakhri badshah tha, aakhri jo khalifa tha, abdullah, us ko pakad kar</w:t>
      </w:r>
    </w:p>
    <w:p>
      <w:pPr>
        <w:jc w:val="right"/>
      </w:pPr>
      <w:r>
        <w:t>جنگلی قبیلے جن کو تاتاری کہا جاتا ہے، اٹھے۔ انہوں نے سمرقند سے لے کر حلب تک، حلب انگلش میں کہتے ہیں الفو، وہ عربی میں کہتے ہیں حلب۔ سمرقند سے لے کر حلب تک سب کچھ تباہ کر ڈالا۔ اور آخر میں جو آخری بادشاہ تھا، آخری جو خلیفہ تھا، عبداللہ، اس کو پکڑ کر</w:t>
      </w:r>
    </w:p>
    <w:p>
      <w:r>
        <w:rPr>
          <w:b/>
        </w:rPr>
        <w:t xml:space="preserve">[1:29:35] </w:t>
      </w:r>
      <w:r>
        <w:t>band kar diya, us ko aik ghar mein band kar diya. to jo tatari sardar tha, us ne keh diya ke us ko khana pani band karo, na un ko khana do, na pani do. aise hi chand din beet gaye to us ne tatari sardar ke paas aik message bhi</w:t>
      </w:r>
    </w:p>
    <w:p>
      <w:pPr>
        <w:jc w:val="right"/>
      </w:pPr>
      <w:r>
        <w:t>بند کر دیا، اس کو ایک گھر میں بند کر دیا۔ تو جو تاتاری سردار تھا، اس نے کہہ دیا کہ اس کو کھانا پانی بند کرو، نہ ان کو کھانا دو، نہ پانی دو۔ ایسے ہی چند دن بیت گئے تو اس نے تاتاری سردار کے پاس ایک میسج بھی</w:t>
      </w:r>
    </w:p>
    <w:p>
      <w:r>
        <w:rPr>
          <w:b/>
        </w:rPr>
        <w:t xml:space="preserve">[1:30:05] </w:t>
      </w:r>
      <w:r>
        <w:t>ja. us ne kaha ke: "mein bohat bhooka hoon, bhook se mein tarp raha hoon, mujhe kuch khana bhijwao." to tatari sardar ne kaha ke us ke palace mein jo diamond aur nikle hain, jo jawahir nikle hain, us ko aik</w:t>
      </w:r>
    </w:p>
    <w:p>
      <w:pPr>
        <w:jc w:val="right"/>
      </w:pPr>
      <w:r>
        <w:t>جا۔ اس نے کہا کہ: "میں بہت بھوکا ہوں، بھوک سے میں تڑپ رہا ہوں، مجھے کچھ کھانا بھجواؤ۔" تو تاتاری سردار نے کہا کہ اس کے پیلس میں جو ڈائمنڈ اور نکلے ہیں، جو جواہر نکلے ہیں، اس کو ایک</w:t>
      </w:r>
    </w:p>
    <w:p>
      <w:r>
        <w:rPr>
          <w:b/>
        </w:rPr>
        <w:t xml:space="preserve">[1:30:37] </w:t>
      </w:r>
      <w:r>
        <w:t>thaal mein sazao aur le ja kar us ko pesh kar do. to log le gaye, aik thal mein heere aur jawahir ko saza kar ke, jo jugmag jugmag kar rahe the. us ke palace ke basement mein woh mile the. to jab woh thal us ke samne laya gaya to khalifa</w:t>
      </w:r>
    </w:p>
    <w:p>
      <w:pPr>
        <w:jc w:val="right"/>
      </w:pPr>
      <w:r>
        <w:t>تھال میں سجاؤ اور لے جا کر اس کو پیش کر دو۔ تو لوگ لے گئے، ایک تھال میں ہیرے اور جواہر کو سجا کر کے، جو جگمگ جگمگ کر رہے تھے۔ اس کے ایلس کے بیسمنٹ میں وہ ملے تھے۔ تو جب وہ تھال اس کے سامنے لایا گیا تو خلیفہ</w:t>
      </w:r>
    </w:p>
    <w:p>
      <w:r>
        <w:rPr>
          <w:b/>
        </w:rPr>
        <w:t xml:space="preserve">[1:31:11] </w:t>
      </w:r>
      <w:r>
        <w:t>us ko dekh kar khush nahi ho saka, khush nahi ho saka us ko dekh kar, balkeh woh rone laga. ab ghor kijiye ke jis heere jawahir ko pehle woh dekh kar khush hota tha, aaj woh dekh kar rone laga. aur us ne kaha: "in aljawahir la tu'kal, in aljawahir la tu'kal,</w:t>
      </w:r>
    </w:p>
    <w:p>
      <w:pPr>
        <w:jc w:val="right"/>
      </w:pPr>
      <w:r>
        <w:t>اس کو دیکھ کر خوش نہیں ہو سکا، خوش نہیں ہو سکا اس کو دیکھ کر، بلکہ وہ رونے لگا۔ اب غور کیجئے کہ جس ہیرے جواہر کو پہلے وہ دیکھ کر خوش ہوتا تھا، آج وہ دیکھ کر رونے لگا۔ اور اس نے کہا: "ان الجواہر لا توکل، ان الجواہر لا توکل،</w:t>
      </w:r>
    </w:p>
    <w:p>
      <w:r>
        <w:rPr>
          <w:b/>
        </w:rPr>
        <w:t xml:space="preserve">[1:31:45] </w:t>
      </w:r>
      <w:r>
        <w:t>jawahir to khaye nahi jatay, jawahir to khaye nahi jatay." mein samajhta hoon ke yahi haal insan ka hone wala hai akhirat mein. jo log khuda ko bhule hue hain, jinhon ne khuda ke aage surrender nahi kiya,</w:t>
      </w:r>
    </w:p>
    <w:p>
      <w:pPr>
        <w:jc w:val="right"/>
      </w:pPr>
      <w:r>
        <w:t>جواہر تو کھائے نہیں جاتے، جواہر تو کھائے نہیں جاتے۔" میں سمجھتا ہوں کہ یہی حال انسان کا ہونے والا ہے آخرت میں۔ جو لوگ خدا کو بھولے ہوئے ہیں، جنہوں نے خدا کے آگے سرنڈر نہیں کیا،</w:t>
      </w:r>
    </w:p>
    <w:p>
      <w:r>
        <w:rPr>
          <w:b/>
        </w:rPr>
        <w:t xml:space="preserve">[1:32:15] </w:t>
      </w:r>
      <w:r>
        <w:t>jinhon ne khuda ki marzi ko apni marzi nahi banaya, aur dunya mein lage rahe ke is mein paisa ikatha karne mein, carain ikatha karne mein, makanat banane mein, aur dunya ka saaz saman ikatha karne mein, furniture ikatha karne mein, akhirat mein yahi haal un ka hoga. un ko bh</w:t>
      </w:r>
    </w:p>
    <w:p>
      <w:pPr>
        <w:jc w:val="right"/>
      </w:pPr>
      <w:r>
        <w:t>جنہوں نے خدا کی مرضی کو اپنی مرضی نہیں بنایا، اور دنیا میں لگے رہے کہ اس میں پیسہ اکٹھا کرنے میں، کاریں اکٹھا کرنے میں، مکانات بنانے میں، اور دنیا کا ساز سامان اکٹھا کرنے میں، فرنیچر اکٹھا کرنے میں، آخرت میں یہی حال ان کا ہوگا۔ ان کو بھ</w:t>
      </w:r>
    </w:p>
    <w:p>
      <w:r>
        <w:rPr>
          <w:b/>
        </w:rPr>
        <w:t xml:space="preserve">[1:32:45] </w:t>
      </w:r>
      <w:r>
        <w:t>wa lagay gi, un ko pesh kiya jaye ga: "dekho, yeh tumhara furniture hai, dekho, yeh tumhari carain hain, dekho, yeh tumhara bank balance hai." to woh aadmi jo bhook aur piyas mein tarp raha hoga, dobara woh kahe ga ke: "in aljawhar la tuakil." jis cheezon ko aaj insaan pa kar khush hota hai aur samajhta hai ke mein</w:t>
      </w:r>
    </w:p>
    <w:p>
      <w:pPr>
        <w:jc w:val="right"/>
      </w:pPr>
      <w:r>
        <w:t>وک لگے گی، ان کو پیش کیا جائے گا: "دیکھو، یہ تمہارا فرنیچر ہے، دیکھو، یہ تمہاری کاریں ہیں، دیکھو، یہ تمہارا بینک بیلنس ہے۔" تو وہ آدمی جو بھوک اور پیاس میں تڑپ رہا ہوگا، دوبارہ وہ کہے گا کہ: "ان الجواہر لا توکل۔" جس چیزوں کو آج انسان پا کر خوش ہوتا ہے اور سمجھتا ہے کہ میں</w:t>
      </w:r>
    </w:p>
    <w:p>
      <w:r>
        <w:rPr>
          <w:b/>
        </w:rPr>
        <w:t xml:space="preserve">[1:33:15] </w:t>
      </w:r>
      <w:r>
        <w:t>kamyab houn, woh cheezain us ko di jayen gi. is waqt to us ko pata chalay ga ke na is se piyas bujhne wali hai, na us ke, na bhook mitne wali hai. to yaad rakhiye, dunya ki yeh sari cheezain aap ko sirf is waqt tak aap ko kuch un se kuch mil raha hai jab tak, jab tak</w:t>
      </w:r>
    </w:p>
    <w:p>
      <w:pPr>
        <w:jc w:val="right"/>
      </w:pPr>
      <w:r>
        <w:t>کامیاب ہوں، وہ چیزیں اس کو دی جائیں گی۔ اس وقت تو اس کو پتہ چلے گا کہ نہ اس سے پیاس بجھنے والی ہے، نہ اس کے، نہ بھوک مٹنے والی ہے۔ تو یاد رکھیے، دنیا کی یہ ساری چیزیں آپ کو صرف اس وقت تک آپ کو کچھ ان سے کچھ مل رہا ہے جب تک، جب تک</w:t>
      </w:r>
    </w:p>
    <w:p>
      <w:r>
        <w:rPr>
          <w:b/>
        </w:rPr>
        <w:t xml:space="preserve">[1:33:45] </w:t>
      </w:r>
      <w:r>
        <w:t>aap testing period mein hain. is ke baad yahi khana aap ko, aap aap ke halaq ke neeche nahi utre ga, yeh pani aap gale ke neeche nahi utre ga. yahi khana, yahi pani, yeh lazzatain, yeh comfort, yeh luxuries, yeh sirf is liye aap ko yeh khana sirf is liye aap gale ke neeche utarta hai ke Khuda ne ijazat de di hai ke jab tak testing period hai, tab tak usay enjoy karne do. yeh bohat</w:t>
      </w:r>
    </w:p>
    <w:p>
      <w:pPr>
        <w:jc w:val="right"/>
      </w:pPr>
      <w:r>
        <w:t>آپ ٹیسٹنگ پیریڈ میں ہیں۔ اس کے بعد یہی کھانا آپ کو، آپ آپ کے حلق کے نیچے نہیں اترے گا، یہ پانی آپ گلے کے نیچے نہیں اترے گا۔ یہی کھانا، یہی پانی، یہ لذتیں، یہ کمفرٹ، یہ لگزریز، یہ صرف اس لیے آپ کو یہ کھانا صرف اس لیے آپ گلے کے نیچے اترتا ہے کہ خدا نے اجازت دے دی ہے کہ جب تک ٹیسٹنگ پیریڈ ہے، تب تک اسے انجوائے کرنے دو۔ یہ بہت</w:t>
      </w:r>
    </w:p>
    <w:p>
      <w:r>
        <w:rPr>
          <w:b/>
        </w:rPr>
        <w:t xml:space="preserve">[1:34:15] </w:t>
      </w:r>
      <w:r>
        <w:t>hi important baat hai, yeh Quran mein batai gai. yaad rakhiye ke dunya mein jab aap lazzaton ko istemal kar ke khush hotay hain, testy khane kha kar ke ya achay achay cheezon ko pa kar ke khush hotay hain, yeh sirf is waqt tak hai Khuda ki taraf se jab tak aap test par hain. yeh test ki price hai. test khatam to enjoy bhi khatam.</w:t>
      </w:r>
    </w:p>
    <w:p>
      <w:pPr>
        <w:jc w:val="right"/>
      </w:pPr>
      <w:r>
        <w:t>ہی امپورٹنٹ بات ہے، یہ قرآن میں بتائی گئی۔ یاد رکھیے کہ دنیا میں جب آپ لذتوں کو استعمال کر کے خوش ہوتے ہیں، ٹیسٹی کھانے کھا کر کے یا اچھے اچھے چیزوں کو پا کر کے خوش ہوتے ہیں، یہ صرف اس وقت تک ہے خدا کی طرف سے جب تک آپ ٹیسٹ پر ہیں۔ یہ ٹیسٹ کی پرائس ہے۔ ٹیسٹ ختم تو انجوائے بھی ختم۔</w:t>
      </w:r>
    </w:p>
    <w:p>
      <w:r>
        <w:rPr>
          <w:b/>
        </w:rPr>
        <w:t xml:space="preserve">[1:34:46] </w:t>
      </w:r>
      <w:r>
        <w:t>test ke baad koi cheez aap ko, aap ko koi cheez pleasure nahi de gi. kisi cheez se aap enjoy nahi kar sakain ge. wohi haal hoga jo us ne kaha tha: "in aljawhar la tuakil, jawahir to khaye nahi jatay." yeh bohat hi sangeen baat hai jo aadmi ke liye sochna chahiye. jis ko yahan mein chand waqiat bataoun ga. Rasool Allah ke jo companion thay,</w:t>
      </w:r>
    </w:p>
    <w:p>
      <w:pPr>
        <w:jc w:val="right"/>
      </w:pPr>
      <w:r>
        <w:t>ٹیسٹ کے بعد کوئی چیز آپ کو، آپ کو کوئی چیز پلیزر نہیں دے گی۔ کسی چیز سے آپ انجوائے نہیں کر سکیں گے۔ وہی حال ہوگا جو اس نے کہا تھا: "ان الجواہر لا توکل، جواہر تو کھائے نہیں جاتے۔" یہ بہت ہی سنگین بات ہے جو آدمی کے لیے سوچنا چاہیے۔ جس کو یہاں میں چند واقعات بتاؤں گا۔ رسول اللہ کے جو کمپینین تھے،</w:t>
      </w:r>
    </w:p>
    <w:p>
      <w:r>
        <w:rPr>
          <w:b/>
        </w:rPr>
        <w:t xml:space="preserve">[1:35:17] </w:t>
      </w:r>
      <w:r>
        <w:t>sahabi, un ka tareeqa kya tha? kis tarah woh dunya mein rehte thay jis ke nateejay mein Khuda ne ailan kiya ke razi Allahu anhum wa ridwanuh un ke liye jannat ka ailan farmaya. mislan aik sahabi hain, un ko second caliph ne, yani Umar Farooq ne, Syria ka governor banaya.</w:t>
      </w:r>
    </w:p>
    <w:p>
      <w:pPr>
        <w:jc w:val="right"/>
      </w:pPr>
      <w:r>
        <w:t>صحابی، ان کا طریقہ کیا تھا؟ کس طرح وہ دنیا میں رہتے تھے جس کے نتیجے میں خدا نے اعلان کیا کہ رضی اللہ عنہم ورضوانہ ان کے لیے جنت کا اعلان فرمایا۔ مثلاً ایک صاحب ہیں، ان کو سیکنڈ کیلف نے، یعنی عمر فاروق نے، سیریا کا گورنر بنایا۔</w:t>
      </w:r>
    </w:p>
    <w:p>
      <w:r>
        <w:rPr>
          <w:b/>
        </w:rPr>
        <w:t xml:space="preserve">[1:35:50] </w:t>
      </w:r>
      <w:r>
        <w:t>Syria ka governor, woh Madina se rawana hue Syria ke liye. rastay mein jab thay, abhi woh ke un ko dinar ki theli pohnchi, yani Hazrat Umar ne un ko dinar theli, dinar ki theli bheji ke apni zarooriyat poori karne ke liye. un ki biwi bohat khush hui. us ke zehn mein yeh tha ke mein Syria</w:t>
      </w:r>
    </w:p>
    <w:p>
      <w:pPr>
        <w:jc w:val="right"/>
      </w:pPr>
      <w:r>
        <w:t>سیریا کا گورنر، وہ مدینہ سے روانہ ہوئے سیریا کے لیے۔ راستے میں جب تھے، ابھی وہ کہ ان کو دینار کی تھیلی پہنچی، یعنی حضرت عمر نے ان کو دینار تھیلی، دینار کی تھیلی بھیجی کہ اپنی ضرورتیں پوری کرنے کے لیے۔ ان کی بیوی بہت خوش ہوئی۔ اس کے ذہن میں یہ تھا کہ میں سیریا</w:t>
      </w:r>
    </w:p>
    <w:p>
      <w:r>
        <w:rPr>
          <w:b/>
        </w:rPr>
        <w:t xml:space="preserve">[1:36:20] </w:t>
      </w:r>
      <w:r>
        <w:t>mein governor ki biwi ban kar mujhe rehna hai to mere paas achay kapray hone chahiye, mere paas acha furniture hona chahiye. to us ne kaha ke bara acha yeh paisa aa gaya hai, ab aap is se yeh sab kar daliye ta ke wahan hum Syria mein rahain. to lage bhai, first lady yeh Syria ki hain. to unhon ne kaha ke mere paas is dinar ka aik aur acha istemal bhi hai,</w:t>
      </w:r>
    </w:p>
    <w:p>
      <w:pPr>
        <w:jc w:val="right"/>
      </w:pPr>
      <w:r>
        <w:t>میں گورنر کی بیوی بن کر مجھے رہنا ہے تو میرے پاس اچھے کپڑے ہونے چاہیے، میرے پاس اچھا فرنیچر ہونا چاہیے۔ تو اس نے کہا کہ بڑا اچھا یہ پیسہ آ گیا ہے، اب آپ اس سے یہ سب کر ڈالیے تاکہ وہاں ہم سیریا میں رہیں۔ تو لگے بھئی، فرسٹ لیڈی یہ سیریا کی ہیں۔ تو انہوں نے کہا کہ میرے پاس اس دینار کا ایک اور اچھا استعمال بھی ہے،</w:t>
      </w:r>
    </w:p>
    <w:p>
      <w:r>
        <w:rPr>
          <w:b/>
        </w:rPr>
        <w:t xml:space="preserve">[1:36:50] </w:t>
      </w:r>
      <w:r>
        <w:t>is se acha istemal. to us ne poocha ke woh kya? us ne kaha, unhon ne kaha ke mein is ko Khuda ke rastay mein kharch kar doon. to ro rahe, chalane lagi. woh kitabon mein aata hai ke woh good looking lady thi. woh to aap jantay hain ke good looking jo</w:t>
      </w:r>
    </w:p>
    <w:p>
      <w:pPr>
        <w:jc w:val="right"/>
      </w:pPr>
      <w:r>
        <w:t>اس سے اچھا استعمال۔ تو اس نے پوچھا کہ وہ کیا؟ اس نے کہا، انہوں نے کہا کہ میں اس کو خدا کے راستے میں خرچ کر دوں۔ تو رو رہے، چلانے لگی۔ وہ کتابوں میں آتا ہے کہ وہ گڈ لوکنگ لیڈی تھی۔ وہ تو آپ جانتے ہیں کہ گڈ لوکنگ جو</w:t>
      </w:r>
    </w:p>
    <w:p>
      <w:r>
        <w:rPr>
          <w:b/>
        </w:rPr>
        <w:t xml:space="preserve">[1:37:20] </w:t>
      </w:r>
      <w:r>
        <w:t>ladies hoti hain, un mein jis ko kehtay hain angrezi mein tantrum, to un ke andar tantrum bhi aa jata hai. naz nakhray dikhati hain. to us ne naz nakhra dikhaya, roi chalai. to us sahabi ne kaha ke sun lo, mein tumhari khatir jannat ko nahi chhor sakta. yani tumhare</w:t>
      </w:r>
    </w:p>
    <w:p>
      <w:pPr>
        <w:jc w:val="right"/>
      </w:pPr>
      <w:r>
        <w:t>لیڈیز ہوتی ہیں، ان میں جس کو کہتے ہیں انگریزی میں ٹینٹرم، تو ان کے اندر ٹیٹرم بھی آ جاتا ہے۔ ناز نخرے دکھاتی ہیں۔ تو اس نے ناز نخرہ دکھایا، روئی چلائی۔ تو اس صحابی نے کہا کہ سن لو، میں تمہاری خاطر جنت کو نہیں چھوڑ سکتا۔ یعنی تمہارے</w:t>
      </w:r>
    </w:p>
    <w:p>
      <w:r>
        <w:rPr>
          <w:b/>
        </w:rPr>
        <w:t xml:space="preserve">[1:37:51] </w:t>
      </w:r>
      <w:r>
        <w:t>, mein tumhari khatir jannat ko nahi chhor sakta. mujhe is paisay se jannat ka ticket lena hai, tumhari khwahishain nahi poori karna hai. jab jab is tarah se karrapan dikhaya unhon ne to aata hai ke fasmah waradi to naram par gai aur razi ho gai. yeh tareeqa tha sahaba karam ka problem ko solve karne ka. yani jannat ka rasta</w:t>
      </w:r>
    </w:p>
    <w:p>
      <w:pPr>
        <w:jc w:val="right"/>
      </w:pPr>
      <w:r>
        <w:t>، میں تمہاری خاطر جنت کو نہیں چھوڑ سکتا۔ مجھے اس پیسے سے جنت کا ٹکٹ لینا ہے، تمہاری خواہشیں نہیں پوری کرنا ہے۔ جب جب اس طرح سے کڑاپن دکھایا انہوں نے تو آتا ہے کہ فسمہ ورضی تو نرم پڑ گئی اور راضی ہو گئی۔ یہ طریقہ تھا صحابہ کرام کا پرابلم کو سالو کرنے کا۔ یعنی جنت کا راستہ</w:t>
      </w:r>
    </w:p>
    <w:p>
      <w:r>
        <w:rPr>
          <w:b/>
        </w:rPr>
        <w:t xml:space="preserve">[1:38:21] </w:t>
      </w:r>
      <w:r>
        <w:t>aap chalen, jannat ke rastay mein to problem aayen ge, problem aayen ge. is problem ko kaise solve kiya jaye? is ko agar aap ko janna hai to aap jaan sakte hain Rasool Allah ke sahaba ki zindagioun ka mutalia kar ke.</w:t>
      </w:r>
    </w:p>
    <w:p>
      <w:pPr>
        <w:jc w:val="right"/>
      </w:pPr>
      <w:r>
        <w:t>آپ چلیں، جنت کے راستے میں تو پرابلم آئیں گے، پرابلم آئیں گے۔ اس پرابلم کو کیسے سالو کیا جائے؟ اس کو اگر آپ کو جاننا ہے تو آپ جان سکتے ہیں رسول اللہ کے صحابہ کی زندگیوں کا مطالعہ کر کے۔</w:t>
      </w:r>
    </w:p>
    <w:p>
      <w:r>
        <w:rPr>
          <w:b/>
        </w:rPr>
        <w:t xml:space="preserve">[1:38:53] </w:t>
      </w:r>
      <w:r>
        <w:t>aik sahabi thay jis zamanay mein Hazrat Umar Farooqi ke zamanay ke waqia hai ke Iran ka jo emperor tha, us se aap jantay hain ke larai hui aur emperor ki fauj haar gai aur musalmanon ko fatah hui. to emperor ka jo crown tha, woh bhi is mein maray gaye thay. woh emperor bhi</w:t>
      </w:r>
    </w:p>
    <w:p>
      <w:pPr>
        <w:jc w:val="right"/>
      </w:pPr>
      <w:r>
        <w:t>ایک صحابی تھے جس زمانے میں حضرت عمر فاروقی کے زمانے کے واقعہ ہے کہ ایران کا جو ایمپرر تھا، اس سے آپ جانتے ہیں کہ لڑائی ہوئی اور ایمپرر کی فوج ہار گئی اور مسلمانوں کو فتح ہوئی۔ تو ایمپرر کا جو کراؤن تھا، وہ بھی اس میں مارے گئے تھے۔ وہ ایمپرر بھی</w:t>
      </w:r>
    </w:p>
    <w:p>
      <w:r>
        <w:rPr>
          <w:b/>
        </w:rPr>
        <w:t xml:space="preserve">[1:39:23] </w:t>
      </w:r>
      <w:r>
        <w:t>to larai hotay hotay sham ho chuki thi, to andhera chha chuka tha. to aik sahabi ko is tareeki mein aik jagah aik cheez chamakti hui dikhai di, to unhon ne uthaya, woh tha us ka crown, badshah crown, jis mein diamond aur gold yeh sab cheezain theen. to unhon</w:t>
      </w:r>
    </w:p>
    <w:p>
      <w:pPr>
        <w:jc w:val="right"/>
      </w:pPr>
      <w:r>
        <w:t>تو لڑائی ہوتے ہوتے شام ہو چکی تھی، تو اندھیرا چھا چکا تھا۔ تو ایک صحابی کو اس تاریکی میں ایک جگہ ایک چیز چمکتی ہوئی دکھائی دی، تو انہوں نے اٹھایا، وہ تھا اس کا کراؤن، بادشاہ کراؤن، جس میں ڈائمنڈ اور گولڈ یہ سب چیزیں تھیں۔ تو انہوں</w:t>
      </w:r>
    </w:p>
    <w:p>
      <w:r>
        <w:rPr>
          <w:b/>
        </w:rPr>
        <w:t xml:space="preserve">[1:39:53] </w:t>
      </w:r>
      <w:r>
        <w:t>ne kiya kiya? unhon ne socha ke agar is ko mera koi saathi dekh le, mera koi bhai dekh le to pata nahi kya kya mujhe mashwaray de ga. unhon ne is ko chupa kapray mein lapait liya, kapray mein lapait kar ke rawana hue. rawana kahan hue? apne tent ki taraf nahi, kyun ke unhon ne yeh bhi socha ke agar mein is ko le kar apne tent par jaoun ga, ho sakta hai</w:t>
      </w:r>
    </w:p>
    <w:p>
      <w:pPr>
        <w:jc w:val="right"/>
      </w:pPr>
      <w:r>
        <w:t>نے کیا کیا؟ انہوں نے سوچا کہ اگر اس کو میرا کوئی ساتھی دیکھ لے، میرا کوئی بھائی دیکھ لے تو پتہ نہیں کیا کیا مجھے مشورے دے گا۔ انہوں نے اس کو چھپا کپڑے میں لپیٹ لیا، کپڑے میں لپیٹ کر کے روانہ ہوئے۔ روانہ کہاں ہوئے؟ اپنے ٹینٹ کی طرف نہیں، کیونکہ انہوں نے یہ بھی سوچا کہ اگر میں اس کو لے کر اپنے ٹینٹ پر جاؤں گا، ہو سکتا ہے</w:t>
      </w:r>
    </w:p>
    <w:p>
      <w:r>
        <w:rPr>
          <w:b/>
        </w:rPr>
        <w:t xml:space="preserve">[1:40:23] </w:t>
      </w:r>
      <w:r>
        <w:t>meri niyat badal jaye, ho sakta hai koi baat paish aa jaye. isi waqt seedhay gaye woh sardar ke tent ki taraf, jo wahan army ka sardar tha. wahan par tent mein woh thay, woh sardar us ke andar dakhil hue aur us ko nikal kar rakha sardar ke samnay. to wahan halki mombatti ki roshni shayad hogi,</w:t>
      </w:r>
    </w:p>
    <w:p>
      <w:pPr>
        <w:jc w:val="right"/>
      </w:pPr>
      <w:r>
        <w:t>میری نیت بدل جائے، ہو سکتا ہے کوئی بات پیش آ جائے۔ اسی وقت سیدھے گئے وہ سردار کے ٹینٹ کی طرف، جو وہاں ارمی کا سردار تھا۔ وہاں پر ٹینٹ میں وہ تھے، وہ سردار اس کے اندر داخل ہوئے اور اس کو نکال کر رکھا سردار کے سامنے۔ تو وہاں ہلکی مومبتی کی روشنی شاید ہوگی،</w:t>
      </w:r>
    </w:p>
    <w:p>
      <w:r>
        <w:rPr>
          <w:b/>
        </w:rPr>
        <w:t xml:space="preserve">[1:40:54] </w:t>
      </w:r>
      <w:r>
        <w:t>baharhal wahan jab rakha to woh jagmaga utha, woh woh saman jo ke crown tha king ka. phir aap dekhiye ke unhon ne kiya kiya. ab bhi aakhri aik mauqa ho sakta tha, koi problem paida ho jaye un ke liye. woh foran unhon ne peeth pheri, woh rakha ulti taraf ghoom kar ke tent ke bahar nikalnay lagay. sardar ne poocha ke apna naam to</w:t>
      </w:r>
    </w:p>
    <w:p>
      <w:pPr>
        <w:jc w:val="right"/>
      </w:pPr>
      <w:r>
        <w:t>بہرحال وہاں جب رکھا تو وہ جگمگا اٹھا، وہ وہ سامان جو کہ کراؤن تھا کنگ کا۔ پھر آپ دیکھیے کہ انہوں نے کیا کیا۔ اب بھی آخری ایک موقع ہو سکتا تھا، کوئی پرابلم پیدا ہو جائے ان کے لیے۔ وہ فوراً انہوں نے پیٹھ پھیری، وہ رکھا الٹی طرف گھوم کر کے ٹینٹ کے باہر نکلنے لگے۔ سردار نے پوچھا کہ اپنا نام تو</w:t>
      </w:r>
    </w:p>
    <w:p>
      <w:r>
        <w:rPr>
          <w:b/>
        </w:rPr>
        <w:t xml:space="preserve">[1:41:24] </w:t>
      </w:r>
      <w:r>
        <w:t>bata do ke tum kon ho? is aadmi ne kaha ke mein ne jis ke liye kiya hai, woh mera naam khoob janta hai. mein ne jis ke liye kiya hai, woh mera naam khoob janta hai. is ke baad woh tareeki mein gum ho gaye, nikal gaye aur aaj tak history</w:t>
      </w:r>
    </w:p>
    <w:p>
      <w:pPr>
        <w:jc w:val="right"/>
      </w:pPr>
      <w:r>
        <w:t>بتا دو کہ تم کون ہو؟ اس آدمی نے کہا کہ میں نے جس کے لیے کیا ہے، وہ میرا نام خوب جانتا ہے۔ میں نے جس کے لیے کیا ہے، وہ میرا نام خوب جانتا ہے۔ اس کے بعد وہ تاریکی میں گم ہو گئے، نکل گئے اور آج تک ہسٹ</w:t>
      </w:r>
    </w:p>
    <w:p>
      <w:r>
        <w:rPr>
          <w:b/>
        </w:rPr>
        <w:t xml:space="preserve">[1:41:54] </w:t>
      </w:r>
      <w:r>
        <w:t>mein un ke naam ka pata nahi. yeh kon sahabi thay? yeh waqia kitabon mein aata hai, lekin un ka un ka naam koi murekh nahi janta. dekhen, aap jantay hain ke jab bhi koi kaam, koi bara kaam kiya jaye, akela koi aadmi koi bara kaam nahi kar sakta. bara kaam karne ke liye kya karna parta hai? bara kaam karne ke</w:t>
      </w:r>
    </w:p>
    <w:p>
      <w:pPr>
        <w:jc w:val="right"/>
      </w:pPr>
      <w:r>
        <w:t>ری میں ان کے نام کا پتہ نہیں۔ یہ کون صاحب تھے؟ یہ واقعہ کتابوں میں آتا ہے، لیکن ان کا ان کا نام کوئی مورخ نہیں جانتا۔ دیکھیں، آپ جانتے ہیں کہ جب بھی کوئی کام، کوئی بڑا کام کیا جائے، اکیلا کوئی آدمی کوئی بڑا کام نہیں کر سکتا۔ بڑا کام کرنے کے لیے کیا کرنا پڑتا ہے؟ بڑا کام کرنے کے</w:t>
      </w:r>
    </w:p>
    <w:p>
      <w:r>
        <w:rPr>
          <w:b/>
        </w:rPr>
        <w:t xml:space="preserve">[1:42:24] </w:t>
      </w:r>
      <w:r>
        <w:t>liye logon ko jorna parta hai. sainkaron aadmi, hazaron aadmi jurtay hain, tab koi bara kaam hota hai. ab aap jantay hain ke insanon mein har aik ka test alag, har aik ki soch alag. yaad hai ke mein ne aik book parhi, us mein likha tha ke har insaan ka aik aik cell alag hota hai doosray se. mera cell jo hai, aap ke cell se alag hai.</w:t>
      </w:r>
    </w:p>
    <w:p>
      <w:pPr>
        <w:jc w:val="right"/>
      </w:pPr>
      <w:r>
        <w:t>لیے لوگوں کو جوڑنا پڑتا ہے۔ سینکڑوں آدمی، ہزاروں آدمی جڑتے ہیں، تب کوئی بڑا کام ہوتا ہے۔ اب آپ جانتے ہیں کہ انسانوں میں ہر ایک کا ٹیسٹ الگ، ہر ایک کی سوچ الگ۔ یاد ہے کہ میں نے ایک بک پڑھی، اس میں لکھا تھا کہ ہر انسان کا ایک ایک سیل الگ ہوتا ہے دوسرے سے۔ میرا سیل جو ہے، آپ کے سیل سے الگ ہے۔</w:t>
      </w:r>
    </w:p>
    <w:p>
      <w:r>
        <w:rPr>
          <w:b/>
        </w:rPr>
        <w:t xml:space="preserve">[1:42:54] </w:t>
      </w:r>
      <w:r>
        <w:t>us mein tha ke har aankh alag dhang se dekhti hai cheezon ko. jis dhang se mein dekhta hoon, us dhang se dunya mein koi doosra insaan nahi dekhta. har insaan ka cell alag, har insaan ke dekhnay ke liye aankh alag, har cheez ka sab kuch alag. yani kehti hai, ajeeb baat hai ke dunya mein trillion trillion insaan paida hue, lekin kabhi koi insaan repeat nahi hua history mein. kaisi anokhi hai Khuda ki qudrat! kabhi koi in</w:t>
      </w:r>
    </w:p>
    <w:p>
      <w:pPr>
        <w:jc w:val="right"/>
      </w:pPr>
      <w:r>
        <w:t>اس میں تھا کہ ہر آنکھ الگ ڈھنگ سے دیکھتی ہے چیزوں کو۔ جس ڈھنگ سے میں دیکھتا ہوں، اس ڈھنگ سے دنیا میں کوئی دوسرا انسان نہیں دیکھتا۔ ہر انسان کا سیل الگ، ہر انسان کے دیکھنے کے لیے آنکھ الگ، ہر چیز کا سب کچھ الگ۔ یعنی کہتی ہے، عجیب بات ہے کہ دنیا میں ٹریلین ٹریلین انسان پیدا ہوئے، لیکن کبھی کوئی انسان ریپیٹ نہیں ہوا ہسٹری میں۔ کیسی انوکھی ہے خدا کی قدرت! کبھی کوئی ان</w:t>
      </w:r>
    </w:p>
    <w:p>
      <w:r>
        <w:rPr>
          <w:b/>
        </w:rPr>
        <w:t xml:space="preserve">[1:43:24] </w:t>
      </w:r>
      <w:r>
        <w:t>saan dunya mein kabhi repeat nahi hua. har insaan alag hai, har insaan mister different hai. is liye kya hota hai ke jab bhi aap koi mission chalayen, koi bara kaam karen, to zaroor aisa hota hai ke differences atay hain. difference is part of nature, difference part of life. koi yeh samjhe ke difference nahi aayen ge to woh rehta hai, yani kisi bewakoof</w:t>
      </w:r>
    </w:p>
    <w:p>
      <w:pPr>
        <w:jc w:val="right"/>
      </w:pPr>
      <w:r>
        <w:t>سان دنیا میں کبھی ریپیٹ نہیں ہوا۔ ہر انسان الگ ہے، ہر انسان مسٹر ڈفرنٹ ہے۔ اس لیے کیا ہوتا ہے کہ جب بھی آپ کوئی مشن چلائیں، کوئی بڑا کام کریں، تو ضرور ایسا ہوتا ہے کہ ڈفرنسز آتے ہیں۔ ڈفرنس از پارٹ آف نیچر، ڈفرنس پارٹ آف لائف۔ کوئی یہ سمجھے کہ ڈفرنس نہیں آئیں گے تو وہ رہتا ہے، یعنی کسی بیوق</w:t>
      </w:r>
    </w:p>
    <w:p>
      <w:r>
        <w:rPr>
          <w:b/>
        </w:rPr>
        <w:t xml:space="preserve">[1:43:54] </w:t>
      </w:r>
      <w:r>
        <w:t>on ki dunya mein rehta hai. woh difference to aa kar rahe ga, but you have to know the art of difference management. aur difference management kaisa hota hai? unilateral basis par hota hai. aap ko tayyar rehna chahiye ke unilateral basis par aap difference ko khatam karen ge, bilateral basis par nahi. yaad rakhiye, dunya mein kabhi aisi</w:t>
      </w:r>
    </w:p>
    <w:p>
      <w:pPr>
        <w:jc w:val="right"/>
      </w:pPr>
      <w:r>
        <w:t>وفوں کی دنیا میں رہتا ہے۔ وہ ڈفرنس تو آ کر رہے گا، بٹ یو ہیو ٹو نو دا آرٹ آف ڈفرنس مینجمنٹ۔ اور ڈفرنس مینجمنٹ کیسا ہوتا ہے؟ انلیٹرل بیس پر ہوتا ہے۔ آپ کو تیار رہنا چاہیے کہ انلیٹرل بیس پر آپ ڈفرنس کو ختم کریں گے، بائی لیٹرل بیس پر نہیں۔ یاد رکھیے، دنیا میں کبھی ایسی</w:t>
      </w:r>
    </w:p>
    <w:p>
      <w:r>
        <w:rPr>
          <w:b/>
        </w:rPr>
        <w:t xml:space="preserve">[1:44:24] </w:t>
      </w:r>
      <w:r>
        <w:t>koi team nahi bani hai jo yeh kahe ke bhai difference to bilateral basis par khatam hon ge. nahi, hamesha woh team koi kaam kar pai hai, bara kaam jo us ke liye tayyar ho ke difference aayen ge to hum unilateral basis par khatam karen ge. is ko mein aap ko aik waqia batata hoon. is ka Rasool Allah ke zamanay ka aik waqia hai.</w:t>
      </w:r>
    </w:p>
    <w:p>
      <w:pPr>
        <w:jc w:val="right"/>
      </w:pPr>
      <w:r>
        <w:t>کوئی ٹیم نہیں بنی ہے جو یہ کہے کہ بھئی ڈفرنس تو بائی لیٹرل بیس پر ختم ہوں گے۔ نہیں، ہمیشہ وہ ٹیم کوئی کام کر پائی ہے، بڑا کام جو اس کے لیے تیار ہو کہ ڈفرنس آئیں گے تو ہم انلیٹرل بیس پر ختم کریں گے۔ اس کو میں آپ کو ایک واقعہ بتاتا ہوں۔ اس کا رسول اللہ کے زمانے کا ایک واقعہ ہے۔</w:t>
      </w:r>
    </w:p>
    <w:p>
      <w:r>
        <w:rPr>
          <w:b/>
        </w:rPr>
        <w:t xml:space="preserve">[1:44:55] </w:t>
      </w:r>
      <w:r>
        <w:t>aik sahabi thay, Abu Ubaidah Ibn Al-Jarah. aap ne aik campaign bheji, yeh sardar thay, us ke do so aadmiyon ke sath bheja. aap ne un ko, aap ne kaha ke is waqt do hi do so aadmi available hain, baad ko mein kuch aur logon ko bhejun ga, do so aadmiyon ko le kar tum aagay barho. to Abu Ubaidah Ibn Al-Jarah do so aadmiyon ko le kar aag</w:t>
      </w:r>
    </w:p>
    <w:p>
      <w:pPr>
        <w:jc w:val="right"/>
      </w:pPr>
      <w:r>
        <w:t>ایک صحابی تھے، ابو عبیدہ ابن الجراح۔ آپ نے ایک کیمپین بھیجی، یہ سردار تھے، اس کے دو سو آدمیوں کے ساتھ بھیجا۔ آپ نے ان کو، آپ نے کہا کہ اس وقت دو ہی دو سو آدمی اویلیبل ہیں، بعد کو میں کچھ اور لوگوں کو بھیجوں گا، دو سو آدمیوں کو لے کر تم آگے بڑھو۔ تو ابو عبیدہ ابن الجراح دو سو آدمیوں کو لے کر آگ</w:t>
      </w:r>
    </w:p>
    <w:p>
      <w:r>
        <w:rPr>
          <w:b/>
        </w:rPr>
        <w:t xml:space="preserve">[1:45:25] </w:t>
      </w:r>
      <w:r>
        <w:t>e barhe, aur ek maqam par unhon ne parao dala. is beech mein yeh hua ke rasool Allah ne aadmiyon ko ekatha kar ke do sau aadmi aur ekatha kiye, aur ek aur sahib ki sardari mein un ko aage bheja. to jab woh log ekatha hue to namaz ka time jab aaya to sawal yeh tha ke namaz kaun padhaye? to abu ubaydah jo the, woh senior the,</w:t>
      </w:r>
    </w:p>
    <w:p>
      <w:pPr>
        <w:jc w:val="right"/>
      </w:pPr>
      <w:r>
        <w:t>ے بڑھے، اور ایک مقام پر انہوں نے پڑاؤ ڈالا۔ اس بیچ میں یہ ہوا کہ رسول اللہ نے آدمیوں کو اکٹھا کر کے دو سو آدمی اور اکٹھا کیے، اور ایک اور صاحب کی سرداری میں ان کو آگے بھیجا۔ تو جب وہ لوگ اکٹھا ہوئے تو نماز کا ٹائم جب آیا تو سوال یہ تھا کہ نماز کون پڑھائے؟ تو ابو عبیدہ جو تھے، وہ سینیئر تھے،</w:t>
      </w:r>
    </w:p>
    <w:p>
      <w:r>
        <w:rPr>
          <w:b/>
        </w:rPr>
        <w:t xml:space="preserve">[1:45:56] </w:t>
      </w:r>
      <w:r>
        <w:t>woh woh junior the. to logon ne yeh samajh kar ke abu ubaydah senior hain, umar zyada hai, to unhi ko khada kar diya. aap namaz padhaiye. ibn al-aas jo the, unhon ne kaha ke nahi, asal sardar mein hoon, aap to meri madad ke liye bheje gaye hain, aap asal nahi hain. ab yeh wahan par ek controversy paida ho gayi.</w:t>
      </w:r>
    </w:p>
    <w:p>
      <w:pPr>
        <w:jc w:val="right"/>
      </w:pPr>
      <w:r>
        <w:t>وہ وہ جونیئر تھے۔ تو لوگوں نے یہ سمجھ کر کہ ابو عبیدہ سینیئر ہیں، عمر زیادہ ہے، تو انہی کو کھڑا کر دیا۔ آپ نماز پڑھائیے۔ ابن العاص جو تھے، انہوں نے کہا کہ نہیں، اصل سردار میں ہوں، آپ تو میری مدد کے لیے بھیجے گئے ہیں، آپ اصل نہیں ہیں۔ اب یہ وہاں پر ایک کنٹروورسی پیدا ہوگئی۔</w:t>
      </w:r>
    </w:p>
    <w:p>
      <w:r>
        <w:rPr>
          <w:b/>
        </w:rPr>
        <w:t xml:space="preserve">[1:46:26] </w:t>
      </w:r>
      <w:r>
        <w:t>log yeh chahte the ke senior hone ki wajah se hi yeh namaz padhayein, aur ibn al-aas ka kehna tha ke nahi, asal to mein hoon, yani poore qafle ka mein sardar hoon, is liye mein namaz padhaunga. to jante hain kya hua? is waqt yeh hua ke shayad aasman ke neeche aise waqiat dobara repeat na hue hon. abu ubaydah jo bohat top ke sahabi the aur senior sahabi the</w:t>
      </w:r>
    </w:p>
    <w:p>
      <w:pPr>
        <w:jc w:val="right"/>
      </w:pPr>
      <w:r>
        <w:t>لوگ یہ چاہتے تھے کہ سینیئر ہونے کی وجہ سے ہی یہ نماز پڑھائیں، اور ابن العاص کا کہنا تھا کہ نہیں، اصل تو میں ہوں، یعنی پورے قافلے کا میں سردار ہوں، اس لیے میں نماز پڑھاؤں گا۔ تو جانتے ہیں کیا ہوا؟ اس وقت یہ ہوا کہ شاید آسمان کے نیچے ایسے واقعات دوبارہ ریپیٹ نہ ہوئے ہوں۔ ابو عبیدہ جو بہت ٹاپ کے صحابی تھے اور سینیئر صحابی تھے</w:t>
      </w:r>
    </w:p>
    <w:p>
      <w:r>
        <w:rPr>
          <w:b/>
        </w:rPr>
        <w:t xml:space="preserve">[1:46:56] </w:t>
      </w:r>
      <w:r>
        <w:t>, unhon ne elaan kiya sab ke samne: "wallah nasir nahi lata". unhon ne kaha ke jab mein chala tha madina se to prophet ne hum ko yeh naseehat ki thi ke tum log aapas mein takrao na karna, ke tum log jab milo wahan par ja kar ke aage</w:t>
      </w:r>
    </w:p>
    <w:p>
      <w:pPr>
        <w:jc w:val="right"/>
      </w:pPr>
      <w:r>
        <w:t>، انہوں نے اعلان کیا سب کے سامنے: "واللہ ناصر نہیں لاتا"۔ انہوں نے کہا کہ جب میں چلا تھا مدینہ سے تو پرافٹ نے ہم کو یہ نصیحت کی تھی کہ تم لوگ آپس میں ٹکراؤ نہ کرنا، کہ تم لوگ جب ملو وہاں پر جا کر کے آگے</w:t>
      </w:r>
    </w:p>
    <w:p>
      <w:r>
        <w:rPr>
          <w:b/>
        </w:rPr>
        <w:t xml:space="preserve">[1:47:27] </w:t>
      </w:r>
      <w:r>
        <w:t>aapas mein ikhtilaf karna, ikhtilaf na karna, takrao na karna. to unhon ne kaha ke "wallah lena Khuda ki qasam, agar tum meri baat na mano to mein khud hi tumhari baat manunga". matlab unhon ne surrender kar diya. jo senior tha, senior us ne kaha ke "Khuda ki qasam, agar tum meri baat na mano, mut</w:t>
      </w:r>
    </w:p>
    <w:p>
      <w:pPr>
        <w:jc w:val="right"/>
      </w:pPr>
      <w:r>
        <w:t>آپس میں اختلاف کرنا، اختلاف نہ کرنا، ٹکراؤ نہ کرنا۔ تو انہوں نے کہا کہ "واللہ لینا خدا کی قسم، اگر تم میری بات نہ مانو تو میں خود ہی تمہاری بات مانوں گا"۔ مطلب انہوں نے سرنڈر کر دیا۔ جو سینیئر تھا، سینیئر اس نے کہا کہ "خدا کی قسم، اگر تم میری بات نہ مانو، مط</w:t>
      </w:r>
    </w:p>
    <w:p>
      <w:r>
        <w:rPr>
          <w:b/>
        </w:rPr>
        <w:t xml:space="preserve">[1:47:57] </w:t>
      </w:r>
      <w:r>
        <w:t>alib mujhe namaz ki imamat ka mauqa na do to koi harj nahi, mein peechay khada ho jata hoon, tum namaz aage padhao, tum meri baat na mano, tab bhi mein tumhari baat manunga taake unity baqi rahe". is tarah se sahaba ne woh kaam kiya jo history mein jis ki koi koi doosri misaal nahi, doosri misaal nahi.</w:t>
      </w:r>
    </w:p>
    <w:p>
      <w:pPr>
        <w:jc w:val="right"/>
      </w:pPr>
      <w:r>
        <w:t>لب مجھے نماز کی امامت کا موقع نہ دو تو کوئی حرج نہیں، میں پیچھے کھڑا ہو جاتا ہوں، تم نماز آگے پڑھاؤ، تم میری بات نہ مانو، تب بھی میں تمہاری بات مانوں گا تاکہ یونیٹی باقی رہے"۔ اس طرح سے صحابہ نے وہ کام کیا جو ہسٹری میں جس کی کوئی کوئی دوسری مثال نہیں، دوسری مثال نہیں۔</w:t>
      </w:r>
    </w:p>
    <w:p>
      <w:r>
        <w:rPr>
          <w:b/>
        </w:rPr>
        <w:t xml:space="preserve">[1:48:29] </w:t>
      </w:r>
      <w:r>
        <w:t>quran mein hai ke jannat walon ka jo title diya gaya quran mein woh hai "an-nafs al-mutma'innah", yani mutma'in soul, mutma'in soul, ya "ayyatiha an-nafs al-mutma'innah". yeh mutma'in soul kaun hai?</w:t>
      </w:r>
    </w:p>
    <w:p>
      <w:pPr>
        <w:jc w:val="right"/>
      </w:pPr>
      <w:r>
        <w:t>قرآن میں ہے کہ جنت والوں کا جو ٹائٹل دیا گیا قرآن میں وہ ہے "النفس المطمئنہ"، یعنی مطمئن سول، مطمئن سول، یا "ایتھا النفس المطمئنہ"۔ یہ مطمئن سول کون ہے؟</w:t>
      </w:r>
    </w:p>
    <w:p>
      <w:r>
        <w:rPr>
          <w:b/>
        </w:rPr>
        <w:t xml:space="preserve">[1:49:01] </w:t>
      </w:r>
      <w:r>
        <w:t>woh hai "radi Allahu anhum wa radu 'anhu". yeh woh log hain jo razi ho gaye Khuda ke upar. mein ne is par ghor kiya ke razi hona kya cheez hai? Khuda ke upar razi hona kya cheez hai? to sahaba ke waqiat se samajh mein aayi yeh baat. razi hona yeh hai ke dunya mein Khuda ne apne plan ke mutabiq, Khuda</w:t>
      </w:r>
    </w:p>
    <w:p>
      <w:pPr>
        <w:jc w:val="right"/>
      </w:pPr>
      <w:r>
        <w:t>وہ ہے "رضی اللہ عنہم ورضوا عنہ"۔ یہ وہ لوگ ہیں جو راضی ہو گئے خدا کے اوپر۔ میں نے اس پر غور کیا کہ راضی ہونا کیا چیز ہے؟ خدا کے اوپر راضی ہونا کیا چیز ہے؟ تو صحابہ کے واقعات سے سمجھ میں آئی یہ بات۔ راضی ہونا یہ ہے کہ دنیا میں خدا نے اپنے پلان کے مطابق، خدا</w:t>
      </w:r>
    </w:p>
    <w:p>
      <w:r>
        <w:rPr>
          <w:b/>
        </w:rPr>
        <w:t xml:space="preserve">[1:49:31] </w:t>
      </w:r>
      <w:r>
        <w:t>ka jo creation plan hai, us ke mutabiq aisi cheezein paida ki hain jo hum mein se kai logon ko, jis ko hum mein se kai log like na karein. maslan, mein chota hoon, aap bade hain, meri personality weak hai, aap ki personality taqatwar hai, mere paas kam land hai, aap ke paas zyada land hai, aap zyada acha bolte hain, mein acha nahi bol pata. to kai qism ke dif</w:t>
      </w:r>
    </w:p>
    <w:p>
      <w:pPr>
        <w:jc w:val="right"/>
      </w:pPr>
      <w:r>
        <w:t>کا جو کریشن پلان ہے، اس کے مطابق ایسی چیزیں پیدا کی ہیں جو ہم میں سے کئی لوگوں کو، جس کو ہم میں سے کئی لوگ لائک نہ کریں۔ مثلاً، میں چھوٹا ہوں، آپ بڑے ہیں، میری پرسنیلٹی ویک ہے، آپ کی پرسنیلٹی طاقتور ہے، میرے پاس کم لینڈ ہے، آپ کے پاس زیادہ لینڈ ہے، آپ زیادہ اچھا بولتے ہیں، میں اچھا نہیں بول پاتا۔ تو کئی قسم کے ڈ</w:t>
      </w:r>
    </w:p>
    <w:p>
      <w:r>
        <w:rPr>
          <w:b/>
        </w:rPr>
        <w:t xml:space="preserve">[1:50:01] </w:t>
      </w:r>
      <w:r>
        <w:t>ferences hote hain. isi differences se kya hota hai? lalach, hasad, kina, bughz, intiqam, arrogance, yeh sab aata hai. to mein ne sahaba ki zindagi ko padh ke samjha hai, razi hone ka matlab in in differences ko, is farq ko Khuda ki taraf se samajh ke razi ho jana. is ko yani kisi ko</w:t>
      </w:r>
    </w:p>
    <w:p>
      <w:pPr>
        <w:jc w:val="right"/>
      </w:pPr>
      <w:r>
        <w:t>فرنسز ہوتے ہیں۔ اسی ڈفرنسز سے کیا ہوتا ہے؟ لالچ، حسد، کینہ، بغض، انتقام، اروگنس، یہ سب آتا ہے۔ تو میں نے صحابہ کی زندگی کو پڑھ کے سمجھا ہے، راضی ہونے کا مطلب ان ان ڈفرنسز کو، اس فرق کو خدا کی طرف سے سمجھ کے راضی ہو جانا۔ اس کو یعنی کسی کو</w:t>
      </w:r>
    </w:p>
    <w:p>
      <w:r>
        <w:rPr>
          <w:b/>
        </w:rPr>
        <w:t xml:space="preserve">[1:50:31] </w:t>
      </w:r>
      <w:r>
        <w:t>badai mili hai to woh Khuda ke diye se badai mili hai. to jab Khuda ke diye se mili hai to mein is par razi hoon. Khuda jo tune diya mujhe, woh bhi tera diya hua tha. un ko jo diya, woh bhi un ka, woh bhi tera diya hua tha. is par razi ho jana. jaise misaal ke taur par jab khaleefa ka masla pesh hua madina mein rasool Allah ke hijrat ke baad, to do candidate the wahan par: abubakar aur</w:t>
      </w:r>
    </w:p>
    <w:p>
      <w:pPr>
        <w:jc w:val="right"/>
      </w:pPr>
      <w:r>
        <w:t>بڑائی ملی ہے تو وہ خدا کے دیے سے بڑائی ملی ہے۔ تو جب خدا کے دیے سے ملی ہے تو میں اس پر راضی ہوں۔ خدا جو تو نے دیا مجھے، وہ بھی تیرا دیا ہوا تھا۔ ان کو جو دیا، وہ بھی ان کا، وہ بھی تیرا دیا ہوا تھا۔ اس پر راضی ہو جانا۔ جیسے مثال کے طور پر جب خلیفہ کا مسئلہ پیش ہوا مدینہ میں رسول اللہ کے ہجرت کے بعد، تو دو کینڈیڈیٹ تھے وہاں پر: ابوبکر اور</w:t>
      </w:r>
    </w:p>
    <w:p>
      <w:r>
        <w:rPr>
          <w:b/>
        </w:rPr>
        <w:t xml:space="preserve">[1:51:01] </w:t>
      </w:r>
      <w:r>
        <w:t>sa'd ibn 'ubadah. to jaisa ke aap jante hain, jab wahan par logon ka, logon ki rai li gayi to logon ne decide kiya ke abubakar jo hain, wohi khaleefa hon. ab sa'd ibn 'ubadah jo the, un ke liye aur un ke qabile ke liye yeh bohat bara masla tha kyunke woh madine ke sardar the. sardar ko reject karte,</w:t>
      </w:r>
    </w:p>
    <w:p>
      <w:pPr>
        <w:jc w:val="right"/>
      </w:pPr>
      <w:r>
        <w:t>سعد ابن عبادہ۔ تو جیسا کہ آپ جانتے ہیں، جب وہاں پر لوگوں کا، لوگوں کی رائے لی گئی تو لوگوں نے ڈیسائیڈ کیا کہ ابوبکر جو ہیں، وہی خلیفہ ہوں۔ اب سعد ابن عبادہ جو تھے، ان کے لیے اور ان کے قبیلے کے لیے یہ بہت بڑا مسئلہ تھا کیونکہ وہ مدینے کے سردار تھے۔ سردار کو ریجیکٹ کرتے،</w:t>
      </w:r>
    </w:p>
    <w:p>
      <w:r>
        <w:rPr>
          <w:b/>
        </w:rPr>
        <w:t xml:space="preserve">[1:51:32] </w:t>
      </w:r>
      <w:r>
        <w:t>abubakar bahar se aaye the, makka se aaye the, to un ka poora qabila jo hai, us par yani us ko pasand nahi aayi yeh baat. to sa'd ibn 'ubadah ne kya kiya? bilkul khamoshi ke sath unhon ne accept kar liya faisle ko, kuch bhi unhon ne react nahi kiya, koi juloos nahi nikala, koi jalsa nahi kiya.</w:t>
      </w:r>
    </w:p>
    <w:p>
      <w:pPr>
        <w:jc w:val="right"/>
      </w:pPr>
      <w:r>
        <w:t>ابوبکر باہر سے آئے تھے، مکہ سے آئے تھے، تو ان کا پورا قبیلہ جو ہے، اس پر یعنی اس کو پسند نہیں آئی یہ بات۔ تو سعد ابن عبادہ نے کیا کیا؟ بالکل خاموشی کے ساتھ انہوں نے ایکسیپٹ کر لیا فیصلے کو، کچھ بھی انہوں نے ری ایکٹ نہیں کیا، کوئی جلوس نہیں نکالا، کوئی جلسہ نہیں کیا۔</w:t>
      </w:r>
    </w:p>
    <w:p>
      <w:r>
        <w:rPr>
          <w:b/>
        </w:rPr>
        <w:t xml:space="preserve">[1:52:02] </w:t>
      </w:r>
      <w:r>
        <w:t>aur sab se bari baat yeh ki ke un ka jo tribe ke log the, woh aate the un ke paas aur un ko tarah tarah se baatein sikhate the ke aap na maniye, hum aap ke sath hain. unhon ne ek ajib o ghareeb sacrifice ki, madina chhod kar woh syria chale gaye. bohat ajib waqia yeh hai ke mein jab tak yahan rahunga to yahan par ek fitna rahega. jab</w:t>
      </w:r>
    </w:p>
    <w:p>
      <w:pPr>
        <w:jc w:val="right"/>
      </w:pPr>
      <w:r>
        <w:t>اور سب سے بڑی بات یہ کی کہ ان کا جو ٹرائب کے لوگ تھے، وہ آتے تھے ان کے پاس اور ان کو طرح طرح سے باتیں سکھاتے تھے کہ آپ نہ مانیے، ہم آپ کے ساتھ ہیں۔ انہوں نے ایک عجیب و غریب سیکریفائس کی، مدینہ چھوڑ کر وہ سیریا چلے گئے۔ بہت عجیب واقعہ یہ ہے کہ میں جب تک یہاں رہوں گا تو یہاں پر ایک فتنہ رہے گا۔ جب</w:t>
      </w:r>
    </w:p>
    <w:p>
      <w:r>
        <w:rPr>
          <w:b/>
        </w:rPr>
        <w:t xml:space="preserve">[1:52:32] </w:t>
      </w:r>
      <w:r>
        <w:t>tak mein rahunga, fitna rahega. jaisa jaisa aap dekhte hain, hamare haan ek leader jab haar jata hai to itne dham, itne itne masail khade karta hai ke jo jeeta hai, jo party jeeti hai, woh woh kaam nahi kar kar pati. yeh haarne wala hai, itna dham machata hai, strike hai, bharat band hai, aur duniya bhar ke museebatein dalta hai. woh parliament mein hangame khada karta hai. aap har saal, har mauqe par dekhte hain aap</w:t>
      </w:r>
    </w:p>
    <w:p>
      <w:pPr>
        <w:jc w:val="right"/>
      </w:pPr>
      <w:r>
        <w:t>تک میں رہوں گا، فتنہ رہے گا۔ جیسا جیسے آپ دیکھتے ہیں، ہمارے ہاں ایک لیڈر جب ہار جاتا ہے تو اتنے دھم، اتنے اتنے مسائل کھڑے کرتا ہے کہ جو جیتا ہے، جو پارٹی جیتی ہے، وہ وہ کام نہیں کر کر پاتی۔ یہ ہارنے والا ہے، اتنا دھوم مچاتا ہے، اسٹرائیک ہے، بھارت بند ہے، اور دنیا بھر کے مصیبتیں ڈالتا ہے۔ وہ پارلیمنٹ میں ہنگامے کھڑا کرتا ہے۔ آپ ہر سال، ہر موقع پر دیکھتے ہیں آپ</w:t>
      </w:r>
    </w:p>
    <w:p>
      <w:r>
        <w:rPr>
          <w:b/>
        </w:rPr>
        <w:t xml:space="preserve">[1:53:02] </w:t>
      </w:r>
      <w:r>
        <w:t>ke hara hua leader jeete hue leader ko chalne nahi deta. wahan par yeh hua ke jo leader haar gaya tha, woh leader pehle to khamosh ho gaya, phir us ne dekha ke us ke saathi aa kar us ko uksate hain, to us ne socha ke mera yahan rehna madine mein yeh logon ke liye barabar ek ek source bana rahega fitne ka. khamoshi se raat ke waqt nikle aur ja kar syria chale gaye. 11</w:t>
      </w:r>
    </w:p>
    <w:p>
      <w:pPr>
        <w:jc w:val="right"/>
      </w:pPr>
      <w:r>
        <w:t>کہ ہارا ہوا لیڈر جیتے ہوئے لیڈر کو چلنے نہیں دیتا۔ وہاں پر یہ ہوا کہ جو لیڈر ہار گیا تھا، وہ لیڈر پہلے تو خاموش ہو گیا، پھر اس نے دیکھا کہ اس کے ساتھی آ کر اس کو اکساتے ہیں، تو اس نے سوچا کہ میرا یہاں رہنا مدینے میں یہ لوگوں کے لیے برابر ایک ایک سورس بنا رہے گا فتنے کا۔ خاموشی سے رات کے وقت نکلے اور جا کر سیریا چلے گئے۔ 11</w:t>
      </w:r>
    </w:p>
    <w:p>
      <w:r>
        <w:rPr>
          <w:b/>
        </w:rPr>
        <w:t xml:space="preserve">[1:53:32] </w:t>
      </w:r>
      <w:r>
        <w:t>saal tak wahan khamoshi ke sath rahe, woh 11 saal tak wahin mare. woh madina ke baad, madine mein un ka garden, woh woh khajooron ka bagh tha, un ki property thi, wahan ke woh qabile, apne qabile ke sardar the, sab kuch chhod ke chale gaye aur syria mein 11 saal tak khamosh zindagi guzar kar mar gaye. yeh hai tareeqa jis se ke team qaim rehti hai. differences ke bawajood</w:t>
      </w:r>
    </w:p>
    <w:p>
      <w:pPr>
        <w:jc w:val="right"/>
      </w:pPr>
      <w:r>
        <w:t>سال تک وہاں خاموشی کے ساتھ رہے، وہ 11 سال تک وہیں مرے۔ وہ مدینہ کے بعد، مدینے میں ان کا گارڈن، وہ وہ کھجوروں کا باغ تھا، ان کی پراپرٹی تھی، وہاں کے وہ قبیلے، اپنے قبیلے کے سردار تھے، سب کچھ چھوڑ کے چلے گئے اور سیریا میں 11 سال تک خاموش زندگی گزار کر مر گئے۔ یہ ہے طریقہ جس سے کہ ٹیم قائم رہتی ہے۔ ڈفرنسز کے باوجود</w:t>
      </w:r>
    </w:p>
    <w:p>
      <w:r>
        <w:rPr>
          <w:b/>
        </w:rPr>
        <w:t xml:space="preserve">[1:54:02] </w:t>
      </w:r>
      <w:r>
        <w:t>team is mein khatm nahi hoti. difference to aayenge, agar aap sab mein difference nahi aayenge to is se bari koi nadani nahi hai. kyunke yeh dunya Khuda ne is tarah banai hai ke wahan par differences aayein to woh to aayenge, kyunke woh to Khuda ka faisla hai. Khuda ke faisle ko kaun rok sakta hai?</w:t>
      </w:r>
    </w:p>
    <w:p>
      <w:pPr>
        <w:jc w:val="right"/>
      </w:pPr>
      <w:r>
        <w:t>ٹیم اس میں ختم نہیں ہوتی۔ ڈفرنس تو آئیں گے، اگر آئی پی سب میں ڈفرنس نہیں آئیں گے تو اس سے بڑی کوئی نادانی نہیں ہے۔ کیونکہ یہ دنیا خدا نے اس طرح بنائی ہے کہ وہاں پر ڈفرنسز آئیں تو وہ تو آئیں گے، کیونکہ وہ تو خدا کا فیصلہ ہے۔ خدا کے فیصلے کو کون روک سکتا ہے؟</w:t>
      </w:r>
    </w:p>
    <w:p>
      <w:r>
        <w:rPr>
          <w:b/>
        </w:rPr>
        <w:t xml:space="preserve">[1:54:36] </w:t>
      </w:r>
      <w:r>
        <w:t>ek sahabi ka mein waqia arz karoon, kaise log the? woh ek aam sahabi, bilkul bilkul aam, ek common, jis ko aap kehte hain common man. us ke andar bhi kya spirit hoti thi? woh aaye, gaon ke rehne wale the, woh rasool Allah ke paas, aur unhon ne aap ke paas aa kar ke bay'at ki aur islam accept kiya.</w:t>
      </w:r>
    </w:p>
    <w:p>
      <w:pPr>
        <w:jc w:val="right"/>
      </w:pPr>
      <w:r>
        <w:t>ایک صحابی کا میں واقعہ عرض کروں، کیسے لوگ تھے؟ وہ ایک عام صحابی، بالکل بالکل عام، ایک کامن، جس کو آپ کہتے ہیں کامن مین۔ اس کے اندر بھی کیا اسپیریٹ ہوتی تھی؟ وہ آئے، گاؤں کے رہنے والے تھے، وہ رسول اللہ کے پاس، اور انہوں نے آپ کے پاس آ کر کے بیعت کی اور اسلام ایکسیپٹ کیا۔</w:t>
      </w:r>
    </w:p>
    <w:p>
      <w:r>
        <w:rPr>
          <w:b/>
        </w:rPr>
        <w:t xml:space="preserve">[1:55:07] </w:t>
      </w:r>
      <w:r>
        <w:t>aap ne un ko hazrat ali ke sath kar diya ke un ke sath raho aur training lo, seekho kya hai Khuda ki taleemat, Khuda ki teaching. to do char din woh dikhai diye. wahan par jo pehchan thi, masjid thi. log masjid mein aate the. agar masjid mein dikhai na dein to samajh lein ke woh aadmi kahin chala gaya hai. to rasool Allah ne us ko do char din dekha, phir a</w:t>
      </w:r>
    </w:p>
    <w:p>
      <w:pPr>
        <w:jc w:val="right"/>
      </w:pPr>
      <w:r>
        <w:t>آپ نے ان کو حضرت علی کے ساتھ کر دیا کہ ان کے ساتھ رہو اور ٹریننگ لو، سیکھو کیا ہے خدا کی تعلیمات، خدا کی ٹیچنگ۔ تو دو چار دن وہ دکھائی دیے۔ وہاں پر جو پہچان تھی، مسجد تھی۔ لوگ مسجد میں آتے تھے۔ اگر مسجد میں دکھائی نہ دیں تو سمجھ لیں کہ وہ آدمی کہیں چلا گیا ہے۔ تو رسول اللہ نے اس کو دو چار دن دیکھا، پھر ا</w:t>
      </w:r>
    </w:p>
    <w:p>
      <w:r>
        <w:rPr>
          <w:b/>
        </w:rPr>
        <w:t xml:space="preserve">[1:55:37] </w:t>
      </w:r>
      <w:r>
        <w:t>chaanak maloom hua ke woh to hai nahi, woh to masjid mein aate nahi. to aap ne hazrat ali se poocha ke woh aadmi jis ko mein ne tumhare hawale kiya tha, woh kahan chala gaya? us ka kya mamla pesh aaya us ke sath? to unhon ne kaha ke woh to mujhe bhi nahi pata. mere sath do char din raha, woh us ke baad woh ab mujh se bhi nahi milta hai, woh aadmi.</w:t>
      </w:r>
    </w:p>
    <w:p>
      <w:pPr>
        <w:jc w:val="right"/>
      </w:pPr>
      <w:r>
        <w:t>چانک معلوم ہوا کہ وہ تو ہے نہیں، وہ تو مسجد میں آتے نہیں۔ تو آپ نے حضرت علی سے پوچھا کہ وہ آدمی جس کو میں نے تمہارے حوالے کیا تھا، وہ کہاں چلا گیا؟ اس کا کیا معاملہ پیش آیا اس کے ساتھ؟ تو انہوں نے کہا کہ وہ تو مجھے بھی نہیں پتہ۔ میرے ساتھ دو چار دن رہا، وہ اس کے بعد وہ اب مجھے مجھ سے بھی نہیں ملتا ہے، وہ آدمی۔</w:t>
      </w:r>
    </w:p>
    <w:p>
      <w:r>
        <w:rPr>
          <w:b/>
        </w:rPr>
        <w:t xml:space="preserve">[1:56:08] </w:t>
      </w:r>
      <w:r>
        <w:t>to rasool Allah ne kaha logon se ke jis ko bhi woh aadmi mile to woh mere paas le aao. to kya hua ke log jo hain, us ki us ki khoj mein lage. ek sahib ko woh ek din mil gaye kahin madine ke a</w:t>
      </w:r>
    </w:p>
    <w:p>
      <w:pPr>
        <w:jc w:val="right"/>
      </w:pPr>
      <w:r>
        <w:t>تو رسول اللہ نے کہا لوگوں سے کہ جس کو بھی وہ آدمی ملے تو وہ میرے پاس لے آئے۔ تو کیا ہوا کہ لوگ جو ہیں، اس کے اس کی کھوج میں لگے۔ ایک صاحب کو وہ ایک دن مل گئے کہیں مدینے کے آ</w:t>
      </w:r>
    </w:p>
    <w:p>
      <w:r>
        <w:rPr>
          <w:b/>
        </w:rPr>
        <w:t xml:space="preserve">[1:56:38] </w:t>
      </w:r>
      <w:r>
        <w:t>outskirts mein. to unhon ne kaha ke tum ko rasool Allah ne yaad kiya hai, tum se milna chahte hain. to woh aaye, aap ne poocha ke tum kahan chale gaye? unhon ne kaha mein ne deen seekh liya, deen seekhne kaha tha aap ne. unhon ne kaha woh kaise? ek surah hai, surah zalzalah. us mein yeh hai ke aadmi jo bhi neki karega, choti ya bari, to</w:t>
      </w:r>
    </w:p>
    <w:p>
      <w:pPr>
        <w:jc w:val="right"/>
      </w:pPr>
      <w:r>
        <w:t>ؤٹ اسکرٹ میں۔ تو انہوں نے کہا کہ تم کو رسول اللہ نے یاد کیا ہے، تم سے ملنا چاہتے ہیں۔ تو وہ آئے، آپ نے پوچھا کہ تم کہاں چلے گئے؟ انہوں نے کہا میں نے دین سیکھ لیا، دین سیکھنے کہا تھا آپ نے۔ انہوں نے کہا وہ کیسے؟ ایک سورہ ہے، سورہ ذوالذال۔ اس میں یہ ہے کہ آدمی جو بھی نیکی کرے گا، چھوٹی یا بڑی، تو</w:t>
      </w:r>
    </w:p>
    <w:p>
      <w:r>
        <w:rPr>
          <w:b/>
        </w:rPr>
        <w:t xml:space="preserve">[1:57:08] </w:t>
      </w:r>
      <w:r>
        <w:t>woh Khuda ke haan us ka badla milega us ko. to us ne kaha ke Khuda ne mujhe consciousness diya hai, zameer diya hai, jis ko aap consciousness kehte hain. mera consciousness bata deta hai ke yeh cheez buri hai ya achi, kyunke ab jab mein ne islam qabool kar liya to mera consciousness jaag utha hai. to mera consciousness jo faisla karta hai, burai ka to chhod deta hoon, jo burai karta hai, us ko maan leta hoon. to aap ne kaha ke yeh shakhs jannati hai.</w:t>
      </w:r>
    </w:p>
    <w:p>
      <w:pPr>
        <w:jc w:val="right"/>
      </w:pPr>
      <w:r>
        <w:t>وہ خدا کے ہاں اس کا بدلہ ملے گا اس کو۔ تو اس نے کہا کہ خدا نے مجھے کانشیسنس دیا ہے، ضمیر دیا ہے، جس کو آپ کانشیسنس کہتے ہیں۔ میرا کانشیسنس بتا دیتا ہے کہ یہ چیز بری ہے یا اچھی، کیونکہ اب جب میں نے اسلام قبول کر لیا تو میرا کانشیسنس جاگ جاگ اٹھا ہے۔ تو میرا کانشیسنس جو فیصلہ کرتا ہے، برائی کا تو چھوڑ دیتا ہوں، جو برائی کرتا ہے، اس کو مان لیتا ہوں۔ تو آپ نے کہا کہ یہ شخص جنتی ہے۔</w:t>
      </w:r>
    </w:p>
    <w:p>
      <w:r>
        <w:rPr>
          <w:b/>
        </w:rPr>
        <w:t xml:space="preserve">[1:57:41] </w:t>
      </w:r>
      <w:r>
        <w:t>aakhir mein mein yeh kahunga ke sab se zaroori cheez hai dua. yeh sari baatein jo mein ne aap ke samne arz ki, in sab ke sath dua ko jod lijiye. dua ke baghair na sacha iman aa sakta, dua ke baghair na aap ke andar kirdaar aa sakta, character. dua ke baghair jannat bhi nahi mil sakti. dua kya hai? ek waqia mein arz karoon ga</w:t>
      </w:r>
    </w:p>
    <w:p>
      <w:pPr>
        <w:jc w:val="right"/>
      </w:pPr>
      <w:r>
        <w:t>آخر میں میں یہ کہوں گا کہ سب سے ضروری چیز ہے دعا۔ یہ ساری باتیں جو میں نے آپ کے سامنے عرض کی، ان سب کے ساتھ دعا کو جوڑ لیجئے۔ دعا کے بغیر نہ سچا ایمان آ سکتا، دعا کے بغیر نہ آپ کے اندر کردار آ سکتا، کریکٹر۔ دعا کے بغیر جنت بھی نہیں مل سکتی۔ دعا کیا ہے؟ ایک واقعہ میں عرض کروں گ</w:t>
      </w:r>
    </w:p>
    <w:p>
      <w:r>
        <w:rPr>
          <w:b/>
        </w:rPr>
        <w:t xml:space="preserve">[1:58:11] </w:t>
      </w:r>
      <w:r>
        <w:t>a aap ke samne ke dua kya cheez hai? yeh sacha waqia hai rampur ka. wahan ek school teacher thay, to un ka zahir hai ke school teacher ki tankhwah bohat kam hoti thi, ab to kuch barh gayi hai, pehle to bohat kam hoti thi. yeh baat bohat pehle ki hai. to is ne apne baap se kaha ke mujhe bicycle chahiye. baap ne kaha ke dekho, main school teacher hoon, mere pas itna paisa nahi</w:t>
      </w:r>
    </w:p>
    <w:p>
      <w:pPr>
        <w:jc w:val="right"/>
      </w:pPr>
      <w:r>
        <w:t>ا آپ کے سامنے کہ دعا کیا چیز ہے؟ یہ سچا واقعہ ہے رامپور کا۔ وہاں ایک اسکول ٹیچر تھے، تو ان کا ظاہر ہے کہ اسکول ٹیچر کی تنخواہ بہت کم ہوتی تھی، اب تو کچھ بڑھ گئی ہے، پہلے تو بہت کم ہوتی تھی۔ یہ بات بہت پہلے کی ہے۔ تو اس نے اپنے باپ سے کہا کہ مجھے بائیسکل چاہیے۔ باپ نے کہا کہ دیکھو، میں اسکول ٹیچر ہوں، میرے پاس اتنا پیسہ نہیں</w:t>
      </w:r>
    </w:p>
    <w:p>
      <w:r>
        <w:rPr>
          <w:b/>
        </w:rPr>
        <w:t xml:space="preserve">[1:58:41] </w:t>
      </w:r>
      <w:r>
        <w:t>ke main bicycle khareedun. to kai bar woh kehta raha, kehta raha. aakhir ek din jab ziyada is ne zid kiya apne baap se, to baap ne us ko daan diya. us ne kaha ke dekho, main bicycle nahi le sakta, mere pas itna paisa nahi hai, aur agar tum ne ab mujh se kaha bicycle ke liye to main tum ko marun ga. jab baap ne aisa kaha</w:t>
      </w:r>
    </w:p>
    <w:p>
      <w:pPr>
        <w:jc w:val="right"/>
      </w:pPr>
      <w:r>
        <w:t>کہ میں بائیسکل خریدوں۔ تو کئی بار وہ کہتا رہا، کہتا رہا۔ آخر ایک دن جب زیادہ اس نے ضد کیا اپنے باپ سے، تو باپ نے اس کو ڈانٹ دیا۔ اس نے کہا کہ دیکھو، میں بائیسکل نہیں لے سکتا، میرے پاس اتنا پیسہ نہیں ہے، اور اگر تم نے اب مجھ سے کہا بائیسکل کے لیے تو میں تم کو ماروں گا۔ جب باپ نے ایسا کہا</w:t>
      </w:r>
    </w:p>
    <w:p>
      <w:r>
        <w:rPr>
          <w:b/>
        </w:rPr>
        <w:t xml:space="preserve">[1:59:12] </w:t>
      </w:r>
      <w:r>
        <w:t>to beta rone laga. ro kar us ne kaha ke aap hi to hamare baap hain, aap se na kahein to kis se kahein? is ke baad baap bhi rone laga. us ne kaha ke theek hai, main tumhare liye bicycle ka intezam karta hoon, aur kal kar diya us ne. ab yahan par sochiye ke aisa kyun hua? wohi baap kaise badal gaya? cheez yeh hai ke jab bete ne yeh kaha ke aap hi to hamare baap hain, aap se na kahein to kis se kahein?</w:t>
      </w:r>
    </w:p>
    <w:p>
      <w:pPr>
        <w:jc w:val="right"/>
      </w:pPr>
      <w:r>
        <w:t>تو بیٹا رونے لگا۔ رو کر اس نے کہا کہ آپ ہی تو ہمارے باپ ہیں، آپ سے نہ کہیں تو کس سے کہیں؟ اس کے بعد باپ بھی رونے لگا۔ اس نے کہا کہ ٹھیک ہے، میں تمہارے لیے بائیسکل کا انتظام کرتا ہوں، اور کل کر دیا اس نے۔ اب یہاں پر سوچیے کہ ایسا کیوں ہوا؟ وہی باپ کیسے بدل گیا؟ چیز یہ ہے کہ جب بیٹے نے یہ کہا کہ آپ ہی تو ہمارے باپ ہیں، آپ سے نہ کہیں تو کس سے کہیں؟</w:t>
      </w:r>
    </w:p>
    <w:p>
      <w:r>
        <w:rPr>
          <w:b/>
        </w:rPr>
        <w:t xml:space="preserve">[1:59:43] </w:t>
      </w:r>
      <w:r>
        <w:t>is ka matlab yeh hua ke is ne bicycle ke masle ko baap ka masla bana diya. un ki fatherhood jo hai, doubtful ho gayi. yeh keh kar is ne apne father ki fatherhood ko doubtful bana diya ke agar tum bicycle ka intezam nahi karte ho to tumhare mein baap bhi nahi ho. yani is ne apne masle ko baap ka masla bana diya. to main samajhta hoon ke is mein</w:t>
      </w:r>
    </w:p>
    <w:p>
      <w:pPr>
        <w:jc w:val="right"/>
      </w:pPr>
      <w:r>
        <w:t>اس کا مطلب یہ ہوا کہ اس نے بائیسکل کے مسئلے کو باپ کا مسئلہ بنا دیا۔ ان کی فادر ہڈ جو ہے، ڈاؤٹ فل ہو گئی۔ یہ کہہ کر اس نے اپنے فادر کی فادر ہڈ کو ڈاؤٹ فل بنا دیا کہ اگر تم بائیسکل کا انتظام نہیں کرتے ہو تو تمہارے میں باپ بھی نہیں ہو۔ یعنی اس نے اپنے مسئلے کو باپ کا مسئلہ بنا دیا۔ تو میں سمجھتا ہوں کہ اس میں</w:t>
      </w:r>
    </w:p>
    <w:p>
      <w:r>
        <w:rPr>
          <w:b/>
        </w:rPr>
        <w:t xml:space="preserve">[2:00:15] </w:t>
      </w:r>
      <w:r>
        <w:t>aap dua ki ek jhalak dekh sakte hain ke dua kya cheez hai? dua kuch shabdon ke dohrane ka naam nahi hai, kuch kuch shabdon aap yaad kar lein, us ko dohra dein, us ka naam dua nahi hai. dua to yeh hai ke aap Khuda se is level par aa kar bol padein ke</w:t>
      </w:r>
    </w:p>
    <w:p>
      <w:pPr>
        <w:jc w:val="right"/>
      </w:pPr>
      <w:r>
        <w:t>آپ دعا کی ایک جھلک دیکھ سکتے ہیں کہ دعا کیا چیز ہے؟ دعا کچھ शब्दوں کے دہرانے کا نام نہیں ہے، کچھ کچھ शब्द آپ یاد کر لیں، اس کو دہرا دیں، اس کا نام دعا نہیں ہے۔ دعا تو یہ ہے کہ آپ خدا سے اس لیول پر آ کر بول پڑیں کہ</w:t>
      </w:r>
    </w:p>
    <w:p>
      <w:r>
        <w:rPr>
          <w:b/>
        </w:rPr>
        <w:t xml:space="preserve">[2:00:46] </w:t>
      </w:r>
      <w:r>
        <w:t>ke wahan aap ka problem Khuda ka problem ban jaye. jis tarah is father ka problem ban gaya, bete ka problem, us ke fatherhood doubtful hone lage. to jab yeh naubat aa jaye ke jo problem bande ka hai, woh problem Khuda ka ban jaye, to wahan par Khuda ki taraf se elan kar diya jata hai ke is ki</w:t>
      </w:r>
    </w:p>
    <w:p>
      <w:pPr>
        <w:jc w:val="right"/>
      </w:pPr>
      <w:r>
        <w:t>کہ وہاں آپ کا پرابلم خدا کا پرابلم بن جائے۔ جس طرح اس فادر کا پرابلم بن گیا، بیٹے کا پرابلم، اس کے فادر ہڈ ڈاؤٹ فل ہونے لگے۔ تو جب یہ نوبت آ جائے کہ جو پرابلم بندے کا ہے، وہ پرابلم خدا کا بن جائے، تو وہاں پر خدا کی طرف سے اعلان کر دیا جاتا ہے کہ اس کی</w:t>
      </w:r>
    </w:p>
    <w:p>
      <w:r>
        <w:rPr>
          <w:b/>
        </w:rPr>
        <w:t xml:space="preserve">[2:01:16] </w:t>
      </w:r>
      <w:r>
        <w:t>dua qabool kar li gayi, aur sare farishte daud padte hain is ki dua ko poora karne ke liye. to dua ke baghair koi aadmi paradise tak nahi pahunch sakta, aur dua kya hai, woh is waqie mein aap dekh sakte hain. is ki jhalak: aqool qawli haza wastaghfirullaha li wa lakum ajmaeen.</w:t>
      </w:r>
    </w:p>
    <w:p>
      <w:pPr>
        <w:jc w:val="right"/>
      </w:pPr>
      <w:r>
        <w:t>دعا قبول کر لی گئی، اور سارے فرشتے دوڑ پڑتے ہیں اس کی دعا کو پورا کرنے کے لیے۔ تو دعا کے بغیر کوئی آدمی پیراڈائز تک نہیں پہنچ سکتا، اور دعا کیا ہے، وہ اس واقعے میں آپ دیکھ سکتے ہیں۔ اس کی جھلک: أقول قولی هذا واستغفراللہ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