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Salah (Prayer) | January 22, 2006 | Maulana Wahiduddin Khan</w:t>
      </w:r>
    </w:p>
    <w:p>
      <w:r>
        <w:t>https://www.youtube.com/watch?v=k9e3-2e4uTw</w:t>
      </w:r>
    </w:p>
    <w:p>
      <w:r>
        <w:rPr>
          <w:b/>
        </w:rPr>
        <w:t xml:space="preserve">[00:00] </w:t>
      </w:r>
      <w:r>
        <w:t>aaj mujhe, in sha Allah, namaz ke bare mein kuch kehna hai. namaz ko arabi mein "salat" kehte hain, english mein is ko prayer kaha jata hai. yaad rakhiye, namaz ki ek spirit hai, ek is ka form hai. to namaz ek set of rituals ban jati hai, kuch rasmi aamal ka majmooa</w:t>
      </w:r>
    </w:p>
    <w:p>
      <w:pPr>
        <w:jc w:val="right"/>
      </w:pPr>
      <w:r>
        <w:t>آج مجھے، ان شاء اللہ، نماز کے بارے میں کچھ کہنا ہے۔ نماز کو عربی میں "صلاة" کہتے ہیں، انگلش میں اس کو prayer کہا جاتا ہے۔ یاد رکھیے، نماز کی ایک اسپرٹ ہے، ایک اس کا فارم ہے۔ تو نماز ایک سیٹ آف ریچولز بن جاتی ہے، کچھ رسمی اعمال کا مجموعہ</w:t>
      </w:r>
    </w:p>
    <w:p>
      <w:r>
        <w:rPr>
          <w:b/>
        </w:rPr>
        <w:t xml:space="preserve">[00:31] </w:t>
      </w:r>
      <w:r>
        <w:t>۔ main samajhta hoon ke yeh Islam ki tasgheer hogi, Islam ko underestimate karna hoga. Quran ne form ke bare mein jo detail nahi batayi, to yeh impish dena tha ke asal cheez spirit hai. is se hamein ek criterion mila, yani how to judge the true spirit of namaz. ek aadmi jo namaz padhta hai, aur aaj kal to karoron log namaz padh rahe hain, lekin woh lap service ka koi mamla yeh nahi hai.</w:t>
      </w:r>
    </w:p>
    <w:p>
      <w:pPr>
        <w:jc w:val="right"/>
      </w:pPr>
      <w:r>
        <w:t>۔ میں سمجھتا ہوں کہ یہ اسلام کی تصغیر ہوگی، اسلام کو انڈر اسٹیمیٹ کرنا ہوگا۔ قرآن نے فارم کے بارے میں جو ڈیٹیل نہیں بتائی، تو یہ امپیشس دینا تھا کہ اصل چیز اسپرٹ ہے۔ اس سے ہمیں ایک کرائٹیرین ملا، یعنی how to judge the true spirit of نماز۔ ایک آدمی جو نماز پڑھتا ہے، اور آج کل تو کروڑوں لوگ نماز پڑھ رہے ہیں، لیکن وہ لپ سروس کا کوئی معاملہ یہ نہیں ہے۔</w:t>
      </w:r>
    </w:p>
    <w:p>
      <w:r>
        <w:rPr>
          <w:b/>
        </w:rPr>
        <w:t xml:space="preserve">[01:04] </w:t>
      </w:r>
      <w:r>
        <w:t>woh yeh hai ke aap ke seenay mein ek storm aa jaye. is baat ko samjhe baghair jo namaz ada ki jayegi, woh namaz Khuda ke haan is ki koi value nahi hogi. na bando mein koi value hogi, na Khuda ke haan koi value hogi. spirit agar nahi hai to form ki koi value nahi.</w:t>
      </w:r>
    </w:p>
    <w:p>
      <w:pPr>
        <w:jc w:val="right"/>
      </w:pPr>
      <w:r>
        <w:t>وہ یہ ہے کہ آپ کے سینے میں ایک سٹورم آ جائے۔ اس بات کو سمجھے بغیر جو نماز ادا کی جائے گی، وہ نماز خدا کے ہاں اس کی کوئی ویلیو نہیں ہوگی۔ نہ بندوں میں کوئی ویلیو ہوگی، نہ خدا کے ہاں کوئی ویلیو ہوگی۔ اسپرٹ اگر نہیں ہے تو فارم کی کوئی ویلیو نہیں۔</w:t>
      </w:r>
    </w:p>
    <w:p>
      <w:r>
        <w:rPr>
          <w:b/>
        </w:rPr>
        <w:t xml:space="preserve">[01:36] </w:t>
      </w:r>
      <w:r>
        <w:t>bismillah rahman rahim. wasallallahu ala nabiyil karim. rab ishrah li sadri, wa yassir li amri, wah lul uqdatan min lisani yafqahu qawli. aap jante hain ke yeh spiritual class jo</w:t>
      </w:r>
    </w:p>
    <w:p>
      <w:pPr>
        <w:jc w:val="right"/>
      </w:pPr>
      <w:r>
        <w:t>بسم اللہ الرحمن الرحیم۔ وصلی اللہ علی النبی الکریم۔ رب اشرح لی صدری، ویسر لی امری، واحل العقدۃ من لسانی یفقہ قولی۔ آپ جانتے ہیں کہ یہ اسپیریچول کلاس جو</w:t>
      </w:r>
    </w:p>
    <w:p>
      <w:r>
        <w:rPr>
          <w:b/>
        </w:rPr>
        <w:t xml:space="preserve">[02:07] </w:t>
      </w:r>
      <w:r>
        <w:t>CPS ke tehat kiya ja raha hai, weekly basis par, har Sunday ko. yeh shuru hua tha 2001 mein. is ka maqsad kya hai, is ko achi tarah samajh le</w:t>
      </w:r>
    </w:p>
    <w:p>
      <w:pPr>
        <w:jc w:val="right"/>
      </w:pPr>
      <w:r>
        <w:t>سی پی ایس کے تحت کیا جا رہا ہے، ویکلی بیسس پر، ہر سنڈے کو۔ یہ شروع ہوا تھا 2001 میں۔ اس کا مقصد کیا ہے، اس کو اچھی طرح سمجھ لی</w:t>
      </w:r>
    </w:p>
    <w:p>
      <w:r>
        <w:rPr>
          <w:b/>
        </w:rPr>
        <w:t xml:space="preserve">[02:37] </w:t>
      </w:r>
      <w:r>
        <w:t>jiye. yeh ek alag qism ka program hai. aap jante hain ke aaj ki duniya mein har din sankaron, balkeh hazaron program hote rehte hain, har jagah. doosre program jo hote hain, har jagah, un ki kamyabi yeh hoti hai ke woh</w:t>
      </w:r>
    </w:p>
    <w:p>
      <w:pPr>
        <w:jc w:val="right"/>
      </w:pPr>
      <w:r>
        <w:t>جیے۔ یہ ایک الگ قسم کا پروگرام ہے۔ آپ جانتے ہیں کہ آج کی دنیا میں ہر دن سینکڑوں، بلکہ ہزاروں پروگرام ہوتے رہتے ہیں، ہر جگہ۔ دوسرے پروگرام جو ہوتے ہیں، ہر جگہ، ان کی کامیابی یہ ہوتی ہے کہ وہ</w:t>
      </w:r>
    </w:p>
    <w:p>
      <w:r>
        <w:rPr>
          <w:b/>
        </w:rPr>
        <w:t xml:space="preserve">[03:08] </w:t>
      </w:r>
      <w:r>
        <w:t>doosre ko hara dein. hamari kamyabi yeh hai ke hum khud apne ko hara sakein. doosre log apni jeet par khushi manate hain, hamare haan apni haar par aap ko mutmaeen hona hai. jo aadmi khud apne aap ko harane ke liye tayyar ho jaye,</w:t>
      </w:r>
    </w:p>
    <w:p>
      <w:pPr>
        <w:jc w:val="right"/>
      </w:pPr>
      <w:r>
        <w:t>دوسرے کو ہرا دیں۔ ہماری کامیابی یہ ہے کہ ہم خود اپنے کو ہرا سکیں۔ دوسرے لوگ اپنی جیت پر خوشی مناتے ہیں، ہمارے ہاں اپنی ہار پر آپ کو مطمئن ہونا ہے۔ جو آدمی خود اپنے آپ کو ہرانے کے لیے تیار ہو جائے،</w:t>
      </w:r>
    </w:p>
    <w:p>
      <w:r>
        <w:rPr>
          <w:b/>
        </w:rPr>
        <w:t xml:space="preserve">[03:39] </w:t>
      </w:r>
      <w:r>
        <w:t>usi ko hamare is spiritual class mein kuch milega. jo log is zehan ke tehat sochte hon ke kamyabi yeh hai ke hum doosre ko hara sakein, to un ko hamare is spiritual class mein kuch nahi milega. yeh jo baat main keh raha hoon, yeh Quran o Hadees se</w:t>
      </w:r>
    </w:p>
    <w:p>
      <w:pPr>
        <w:jc w:val="right"/>
      </w:pPr>
      <w:r>
        <w:t>اسی کو ہمارے اس اسپیریچول کلاس میں کچھ ملے گا۔ جو لوگ اس ذہن کے تحت سوچتے ہوں کہ کامیابی یہ ہے کہ ہم دوسرے کو ہرا سکیں، تو ان کو ہمارے اس اسپیریچول کلاس میں کچھ نہیں ملے گا۔ یہ جو بات میں کہہ رہا ہوں، یہ قرآن و حدیث سے</w:t>
      </w:r>
    </w:p>
    <w:p>
      <w:r>
        <w:rPr>
          <w:b/>
        </w:rPr>
        <w:t xml:space="preserve">[04:10] </w:t>
      </w:r>
      <w:r>
        <w:t>milti hai. Rasool Allah sal Allah alaihi wasallam ne farmaya: "al mujahidu man jahada nafsahu fi ta'atillah". yani mujahid woh hai jo apne aap se lade, Allah ki rah mein. to doosron par jeet hasil karna,</w:t>
      </w:r>
    </w:p>
    <w:p>
      <w:pPr>
        <w:jc w:val="right"/>
      </w:pPr>
      <w:r>
        <w:t>ملتی ہے۔ رسول اللہ صلی اللہ علیہ وسلم نے فرمایا: "المجاہد من جاہد نفسہ فی طاعت اللہ"۔ یعنی مجاہد وہ ہے جو اپنے آپ سے لڑے، اللہ کی راہ میں۔ تو دوسروں پر جیت حاصل کرنا،</w:t>
      </w:r>
    </w:p>
    <w:p>
      <w:r>
        <w:rPr>
          <w:b/>
        </w:rPr>
        <w:t xml:space="preserve">[04:40] </w:t>
      </w:r>
      <w:r>
        <w:t>yeh ek alag dhang ka program hota hai. hamare program ka maqsad yeh hai ke hum logon ko, logon ke andar yeh soch paida karein, yeh soch ke woh apne aap par control karein, apni soch ko badlein, apne upar shaitan ko havi na hone dein. apne</w:t>
      </w:r>
    </w:p>
    <w:p>
      <w:pPr>
        <w:jc w:val="right"/>
      </w:pPr>
      <w:r>
        <w:t>یہ ایک الگ ڈھنگ کا پروگرام ہوتا ہے۔ ہمارے پروگرام کا مقصد یہ ہے کہ ہم لوگوں کو، لوگوں کے اندر یہ سوچ پیدا کریں، یہ سوچ کہ وہ اپنے آپ پر کنٹرول کریں، اپنی سوچ کو بدلیں، اپنے اوپر شیطان کو حاوی نہ ہونے دیں۔ اپنے</w:t>
      </w:r>
    </w:p>
    <w:p>
      <w:r>
        <w:rPr>
          <w:b/>
        </w:rPr>
        <w:t xml:space="preserve">[05:10] </w:t>
      </w:r>
      <w:r>
        <w:t>andar jo negative thought hain, us ko zair karein. to isi ko maine kaha ke hamara maqsad doosron ko harana nahi hai, balkeh khud apne aap ko harana hai. yaad rakhiye, duniya mein jis ne haar qabool ki, wohi akhirat mein jeet ka</w:t>
      </w:r>
    </w:p>
    <w:p>
      <w:pPr>
        <w:jc w:val="right"/>
      </w:pPr>
      <w:r>
        <w:t>اندر جو نیگیٹیو تھاٹ ہیں، اس کو زیر کریں۔ تو اسی کو میں نے کہا کہ ہمارا مقصد دوسروں کو ہرانا نہیں ہے، بلکہ خود اپنے آپ کو ہرانا ہے۔ یاد رکھیے، دنیا میں جس نے ہار قبول کی، وہی آخرت میں جیت کا</w:t>
      </w:r>
    </w:p>
    <w:p>
      <w:r>
        <w:rPr>
          <w:b/>
        </w:rPr>
        <w:t xml:space="preserve">[05:40] </w:t>
      </w:r>
      <w:r>
        <w:t>reward payega. yahan haarna, wahan jeetna hai. yeh hai philosophy hamare is CPS ki. aaj mujhe, in sha Allah, namaz ke bare mein kuch kehna hai. namaz ko arabi mein "salat" kehte hain, english mein</w:t>
      </w:r>
    </w:p>
    <w:p>
      <w:pPr>
        <w:jc w:val="right"/>
      </w:pPr>
      <w:r>
        <w:t>ریوارڈ پائے گا۔ یہاں ہارنا، وہاں جیتنا ہے۔ یہ ہے فلاسفی ہمارے اس سی پی ایس کی۔ آج مجھے، ان شاء اللہ، نماز کے بارے میں کچھ کہنا ہے۔ نماز کو عربی میں "صلاة" کہتے ہیں، انگلش میں</w:t>
      </w:r>
    </w:p>
    <w:p>
      <w:r>
        <w:rPr>
          <w:b/>
        </w:rPr>
        <w:t xml:space="preserve">[06:10] </w:t>
      </w:r>
      <w:r>
        <w:t>is ko prayer kaha jata hai. to ek hadees mein peghambar Islam ne farmaya ke "buni al Islami ala khams". yani Islam ki base jo hai, woh panch pillars par khadi ki gayi hai. to panch pillars mein se ek hai namaz.</w:t>
      </w:r>
    </w:p>
    <w:p>
      <w:pPr>
        <w:jc w:val="right"/>
      </w:pPr>
      <w:r>
        <w:t>اس کو prayer کہا جاتا ہے۔ تو ایک حدیث میں پیغمبر اسلام نے فرمایا کہ "بنی الاسلام علی خمس"۔ یعنی اسلام کی بیس جو ہے، وہ پانچ پلرز پر کھڑی کی گئی ہے۔ تو پانچ پلرز میں سے ایک ہے نماز۔</w:t>
      </w:r>
    </w:p>
    <w:p>
      <w:r>
        <w:rPr>
          <w:b/>
        </w:rPr>
        <w:t xml:space="preserve">[06:42] </w:t>
      </w:r>
      <w:r>
        <w:t>panch waqt ki namaz. is silsile mein bohat si ayatein aur hadeesein hain. maslan Rasool Allah ne farmaya ek hadees mein: "as salatu nur". namaz roshni hai. isi tarah "as salatu imadud deen". "man aqamahu aqam ad</w:t>
      </w:r>
    </w:p>
    <w:p>
      <w:pPr>
        <w:jc w:val="right"/>
      </w:pPr>
      <w:r>
        <w:t>پانچ وقت کی نماز۔ اس سلسلے میں بہت سی آیتیں اور حدیثیں ہیں۔ مثلاً رسول اللہ نے فرمایا ایک حدیث میں: "الصلاة نور"۔ نماز روشنی ہے۔ اسی طرح "الصلاة عماد الدین"۔ "من اقامہ اقام الد</w:t>
      </w:r>
    </w:p>
    <w:p>
      <w:r>
        <w:rPr>
          <w:b/>
        </w:rPr>
        <w:t xml:space="preserve">[07:12] </w:t>
      </w:r>
      <w:r>
        <w:t>deen, wa man hadamah hadam ad deen". namaz Islam ka khamba hai. yani Islam ko agar ek building se tashbeeh di jaye, to yeh building namaz ke upar khadi hui hai.</w:t>
      </w:r>
    </w:p>
    <w:p>
      <w:pPr>
        <w:jc w:val="right"/>
      </w:pPr>
      <w:r>
        <w:t>ین، ومن هدمہ هدم الدین"۔ نماز اسلام کا کھمبا ہے۔ یعنی اسلام کو اگر ایک بلڈنگ سے تشبیہ دی جائے، تو یہ بلڈنگ نماز کے اوپر کھڑی ہوئی ہے۔</w:t>
      </w:r>
    </w:p>
    <w:p>
      <w:r>
        <w:rPr>
          <w:b/>
        </w:rPr>
        <w:t xml:space="preserve">[07:43] </w:t>
      </w:r>
      <w:r>
        <w:t>to aap ne farmaya ke jis ne namaz ko qaim kiya, us ne poore deen ko qaim kiya. aur jis ne namaz ko dhaya, us ne poore deen ko dhaya. dekhiye, yeh baat jo hai, namaz ke form ke bare mein nahi hai. yaad rakhiye,</w:t>
      </w:r>
    </w:p>
    <w:p>
      <w:pPr>
        <w:jc w:val="right"/>
      </w:pPr>
      <w:r>
        <w:t>تو آپ نے فرمایا کہ جس نے نماز کو قائم کیا، اس نے پورے دین کو قائم کیا۔ اور جس نے نماز کو ڈھایا، اس نے پورے دین کو ڈھا دیا۔ دیکھیے، یہ بات جو ہے، نماز کے فارم کے بارے میں نہیں ہے۔ یاد رکھیے،</w:t>
      </w:r>
    </w:p>
    <w:p>
      <w:r>
        <w:rPr>
          <w:b/>
        </w:rPr>
        <w:t xml:space="preserve">[08:14] </w:t>
      </w:r>
      <w:r>
        <w:t>namaz ki ek spirit hai, ek is ka form hai. agar aap samjhein ke yeh Quran ki ayatein aur hadeesein namaz ke form ke bare mein hain, to namaz ek set of rituals ban jati hai. kuch rasmi aamal ka majmooa. main samajhta hoon ke yeh Islam ki tasgheer hogi, Islam ko underestimate karna hoga. hum yeh samjhein</w:t>
      </w:r>
    </w:p>
    <w:p>
      <w:pPr>
        <w:jc w:val="right"/>
      </w:pPr>
      <w:r>
        <w:t>نماز کی ایک اسپرٹ ہے، ایک اس کا فارم ہے۔ اگر آپ سمجھیں کہ یہ قرآن کی آیتیں اور حدیثیں نماز کے فارم کے بارے میں ہیں، تو نماز ایک سیٹ آف ریچولز بن جاتی ہے۔ کچھ رسمی اعمال کا مجموعہ۔ میں سمجھتا ہوں کہ یہ اسلام کی تصغیر ہوگی، اسلام کو انڈر اسٹیمیٹ کرنا ہوگا۔ ہم یہ سمجھیں</w:t>
      </w:r>
    </w:p>
    <w:p>
      <w:r>
        <w:rPr>
          <w:b/>
        </w:rPr>
        <w:t xml:space="preserve">[08:44] </w:t>
      </w:r>
      <w:r>
        <w:t>ke koi bhi set of rituals, koi bhi form, itni badi cheez ho sakti hai ke isi par Islam ki poori building khadi hui ho. yeh Islam ka underestimate hai. yeh tamam ayatein aur hadeesein Islam ke bare mein, namaz ke bare mein, is ki spirit ke aitbar se hain. spirit</w:t>
      </w:r>
    </w:p>
    <w:p>
      <w:pPr>
        <w:jc w:val="right"/>
      </w:pPr>
      <w:r>
        <w:t>کہ کوئی بھی سیٹ آف ریچولز، کوئی بھی فارم، اتنی بڑی چیز ہو سکتی ہے کہ اسی پر اسلام کی پوری بلڈنگ کھڑی ہوئی ہو۔ یہ اسلام کا انڈر اسٹیمیشن ہے۔ یہ تمام آیتیں اور حدیثیں اسلام کے بارے میں، نماز کے بارے میں، اس کی اسپرٹ کے اعتبار سے ہیں۔ اسپرٹ</w:t>
      </w:r>
    </w:p>
    <w:p>
      <w:r>
        <w:rPr>
          <w:b/>
        </w:rPr>
        <w:t xml:space="preserve">[09:15] </w:t>
      </w:r>
      <w:r>
        <w:t>۔ isi liye aap jab quran ko parhte hain to sare quran mein kahin bhi namaz ka form nahin bataya gaya hai. agar aap sirf quran hi ko parhein to aap is ko parh kar ke namaz perform nahin kar sakte. kyunke kis tarah namaz ko perform kiya jaye, yeh quran mein kahin bhi bataya nahin gaya hai.</w:t>
      </w:r>
    </w:p>
    <w:p>
      <w:pPr>
        <w:jc w:val="right"/>
      </w:pPr>
      <w:r>
        <w:t>۔ اسی لیے آپ جب قرآن کو پڑھتے ہیں تو سارے قرآن میں کہیں بھی نماز کا فارم نہیں بتایا گیا ہے۔ اگر آپ صرف قرآن ہی کو پڑھیں تو آپ اس کو پڑھ کر کے نماز پرفارم نہیں کر سکتے۔ کیونکہ کس طرح نماز کو پرفارم کیا جائے، یہ قرآن میں کہیں بھی بتایا نہیں گیا ہے۔</w:t>
      </w:r>
    </w:p>
    <w:p>
      <w:r>
        <w:rPr>
          <w:b/>
        </w:rPr>
        <w:t xml:space="preserve">[09:45] </w:t>
      </w:r>
      <w:r>
        <w:t>is ki kuch detail hadith mein hai, aur zyada detail is ki fiqah mein hai. kyun? is ka maqsad hai emphasis dena. quran ne form ke bare mein jo detail nahin batayi, to yeh emphasis dena tha ke asal cheez spirit hai. isi liye quran mein hai ke "qad aflaha al mominoon allazeena</w:t>
      </w:r>
    </w:p>
    <w:p>
      <w:pPr>
        <w:jc w:val="right"/>
      </w:pPr>
      <w:r>
        <w:t>اس کی کچھ ڈیٹیل حدیث میں ہے، اور زیادہ ڈیٹیل اس کی فقہ میں ہے۔ کیوں؟ اس کا مقصد ہے امفیسیس دینا۔ قرآن نے فارم کے بارے میں جو ڈیٹیل نہیں بتائی، تو یہ امفیسیس دینا تھا کہ اصل چیز اسپرٹ ہے۔ اسی لیے قرآن میں ہے کہ "قد افلح المؤمنون الذین</w:t>
      </w:r>
    </w:p>
    <w:p>
      <w:r>
        <w:rPr>
          <w:b/>
        </w:rPr>
        <w:t xml:space="preserve">[10:15] </w:t>
      </w:r>
      <w:r>
        <w:t>fi salatihim khashi'oon". woh log, woh believers, kamyab ho gaye jo apni namaz mein khushu karte hain. khushu wohi hai, yaani spirit wali namaz parhte hain. isi tarah hadith mein hai ke "la salata liman la yatahashsha". is ki namaz namaz nahin, jo apni namaz mein khushu na kare.</w:t>
      </w:r>
    </w:p>
    <w:p>
      <w:pPr>
        <w:jc w:val="right"/>
      </w:pPr>
      <w:r>
        <w:t>فی صلاتهم خاشعون"۔ وہ لوگ، وہ بلیورز، کامیاب ہو گئے جو اپنی نماز میں خشوع کرتے ہیں۔ خشوع وہی ہے، یعنی اسپرٹ والی نماز پڑھتے ہیں۔ اسی طرح حدیث میں ہے کہ "لا صلاة لمن لا يتخشى"۔ اس کی نماز نماز نہیں، جو اپنی نماز میں خشوع نہ کرے۔</w:t>
      </w:r>
    </w:p>
    <w:p>
      <w:r>
        <w:rPr>
          <w:b/>
        </w:rPr>
        <w:t xml:space="preserve">[10:46] </w:t>
      </w:r>
      <w:r>
        <w:t>yaani spirit wali namaz na parhe. rasool allah sallallahu alaihi wasallam madine ki jo masjid hai, jis ko masjid nabwi kaha jata hai, ek bar wahan aap baithe hue thay. to ek musalman sahab wahan aaye, unhon ne namaz parhi, ghaliban do rakat namaz parhi. is ke baad woh aap ke pas aaye</w:t>
      </w:r>
    </w:p>
    <w:p>
      <w:pPr>
        <w:jc w:val="right"/>
      </w:pPr>
      <w:r>
        <w:t>یعنی اسپرٹ والی نماز نہ پڑھے۔ رسول اللہ صلی اللہ علیہ وسلم مدینے کی جو مسجد ہے، جس کو مسجد نبوی کہا جاتا ہے، ایک بار وہاں آپ بیٹھے ہوئے تھے۔ تو ایک مسلمان صاحب وہاں آئے، انہوں نے نماز پڑھی، غالباً دو رکعت نماز پڑھی۔ اس کے بعد وہ آپ کے پاس آئے</w:t>
      </w:r>
    </w:p>
    <w:p>
      <w:r>
        <w:rPr>
          <w:b/>
        </w:rPr>
        <w:t xml:space="preserve">[11:17] </w:t>
      </w:r>
      <w:r>
        <w:t>milne ke liye. to aap ne kya farmaya? aap ne farmaya ke "irja' fasalli fa innaka lam tusal". tum jao, phir se namaz parho, kyunke tum ne namaz nahin parhi. aap ne dekha ke woh form ko dohra raha hai, lekin us ke ada se, us ke chehre se,</w:t>
      </w:r>
    </w:p>
    <w:p>
      <w:pPr>
        <w:jc w:val="right"/>
      </w:pPr>
      <w:r>
        <w:t>ملنے کے لیے۔ تو آپ نے کیا فرمایا؟ آپ نے فرمایا کہ "ارجع فصل فإنك لم تصل"۔ تم جاؤ، پھر سے نماز پڑھو، کیونکہ تم نے نماز نہیں پڑھی۔ آپ نے دیکھا کہ وہ فارم کو دہرا رہا ہے، لیکن اس کے ادا سے، اس کے چہرے سے،</w:t>
      </w:r>
    </w:p>
    <w:p>
      <w:r>
        <w:rPr>
          <w:b/>
        </w:rPr>
        <w:t xml:space="preserve">[11:48] </w:t>
      </w:r>
      <w:r>
        <w:t>us ke body se aap ne yeh samjha ke yeh spirit wali namaz nahin parh raha hai, bas form wali namaz dohra raha hai. to aap ne farmaya ke "irja' fasalli fa innaka lam tusal". jao, phir se namaz parho, kyunke tum ne namaz nahin parhi. to isi tarah se quran mein surah ankaboot mein</w:t>
      </w:r>
    </w:p>
    <w:p>
      <w:pPr>
        <w:jc w:val="right"/>
      </w:pPr>
      <w:r>
        <w:t>اس کے باڈی سے آپ نے یہ سمجھا کہ یہ اسپرٹ والی نماز نہیں پڑھ رہا ہے، بس فارم والی نماز دہرا رہا ہے۔ تو آپ نے فرمایا کہ "ارجع فصل فإنك لم تصل"۔ جاؤ، پھر سے نماز پڑھو، کیونکہ تم نے نماز نہیں پڑھی۔ تو اسی طرح سے قرآن میں سورہ العنکبوت میں</w:t>
      </w:r>
    </w:p>
    <w:p>
      <w:r>
        <w:rPr>
          <w:b/>
        </w:rPr>
        <w:t xml:space="preserve">[12:19] </w:t>
      </w:r>
      <w:r>
        <w:t>farmaya ke "innas salata tanha anil fahshai wal munkar". is ka translation yeh hai ke namaz rokti hai har qism ke evil se, har qism ki burai se. ab dekhiye ke agar namaz ka form</w:t>
      </w:r>
    </w:p>
    <w:p>
      <w:pPr>
        <w:jc w:val="right"/>
      </w:pPr>
      <w:r>
        <w:t>فرمایا کہ "إن الصلاة تنہا عن الفاحشاء والمنکر"۔ اس کا ٹرانسلیشن یہ ہے کہ نماز روکتی ہے ہر قسم کے ایول سے، ہر قسم کی برائی سے۔ اب دیکھیے کہ اگر نماز کا فارم</w:t>
      </w:r>
    </w:p>
    <w:p>
      <w:r>
        <w:rPr>
          <w:b/>
        </w:rPr>
        <w:t xml:space="preserve">[12:49] </w:t>
      </w:r>
      <w:r>
        <w:t>jo hai, wohi buraiyon se rokehta hai, to aaj muslim society ko evil free society hona chahiye. kyunke karoron karoron log namaz parh rahe hain. aap jis masjid mein jaiye, har masjid aap ko bhari hui dikhai degi. dilli mein bohat si masjidain hain, aap kisi bhi masjid mein jaiye, masjidain bhari hui dikhai dengi.</w:t>
      </w:r>
    </w:p>
    <w:p>
      <w:pPr>
        <w:jc w:val="right"/>
      </w:pPr>
      <w:r>
        <w:t>جو ہے، وہی برائیوں سے روکتا ہے، تو آج مسلم سوسائٹی کو ایول فری سوسائٹی ہونا چاہیے۔ کیونکہ کروڑوں کروڑوں لوگ نماز پڑھ رہے ہیں۔ آپ جس مسجد میں جائیے، ہر مسجد آپ کو بھری ہوئی دکھائی دے گی۔ دلی میں بہت سی مسجدیں ہیں، آپ کسی بھی مسجد میں جائیے، مسجدیں بھری ہوئی دکھائی دیں گی۔</w:t>
      </w:r>
    </w:p>
    <w:p>
      <w:r>
        <w:rPr>
          <w:b/>
        </w:rPr>
        <w:t xml:space="preserve">[13:20] </w:t>
      </w:r>
      <w:r>
        <w:t>log har jagah namaz parh rahe hain. to form ke aitbar se, agar form jo hai, wohi namaz hoti haqiqatan, to hum yeh scene dekhte jo is ayat mein bataya gaya hai ke namaz rokti hai har qism ke evil se. to musalmanon ki society jo hai, evil free society hoti. lekin is ka ulta hai.</w:t>
      </w:r>
    </w:p>
    <w:p>
      <w:pPr>
        <w:jc w:val="right"/>
      </w:pPr>
      <w:r>
        <w:t>لوگ ہر جگہ نماز پڑھ رہے ہیں۔ تو فارم کے اعتبار سے، اگر فارم جو ہے، وہی نماز ہوتی حقیقتاً، تو ہم یہ سین دیکھتے جو اس آیت میں بتایا گیا ہے کہ نماز روکتی ہے ہر قسم کے ایول سے۔ تو مسلمانوں کی سوسائٹی جو ہے، ایول فری سوسائٹی ہوتی۔ لیکن اس کا الٹا ہے۔</w:t>
      </w:r>
    </w:p>
    <w:p>
      <w:r>
        <w:rPr>
          <w:b/>
        </w:rPr>
        <w:t xml:space="preserve">[13:50] </w:t>
      </w:r>
      <w:r>
        <w:t>koi bhi aadmi jo masjid ke paros mein rehta ho, musalmanon ki society mein rehta ho, woh achi tarah janta hai ke musalmanon ki society evil free society nahin hai. is ke liye mujhe koi proof dene ki zaroorat nahin hai. aap ek visit kijiye kisi muslim mehle ka, ek visit kijiye kisi muslim colony ka. ek hi visit mein aap jaan lenge ke yeh e</w:t>
      </w:r>
    </w:p>
    <w:p>
      <w:pPr>
        <w:jc w:val="right"/>
      </w:pPr>
      <w:r>
        <w:t>کوئی بھی آدمی جو مسجد کے پڑوس میں رہتا ہو، مسلمانوں کی سوسائٹی میں رہتا ہو، وہ اچھی طرح جانتا ہے کہ مسلمانوں کی سوسائٹی ایول فری سوسائٹی نہیں ہے۔ اس کے لیے مجھے کوئی پروف دینے کی ضرورت نہیں ہے۔ آپ ایک وزٹ کیجیے کسی مسلم محلے کا، ایک وزٹ کیجیے کسی مسلم کالونی کا۔ ایک ہی وزٹ میں آپ جان لیں کہ یہ ای</w:t>
      </w:r>
    </w:p>
    <w:p>
      <w:r>
        <w:rPr>
          <w:b/>
        </w:rPr>
        <w:t xml:space="preserve">[14:20] </w:t>
      </w:r>
      <w:r>
        <w:t>vil free society nahin hai. jabke wahan dhoom hogi masjidon ki, namaziyon ki. to kya matlab hai is ka? yeh jo quran mein kaha gaya hai ke namaz rokti hai har qism ki burai se. dekhiye, is mein ek cheez understood hai. woh kya? namaz ki spirit rokti hai. is ko samajhne ke liye ek cheez ko yahan</w:t>
      </w:r>
    </w:p>
    <w:p>
      <w:pPr>
        <w:jc w:val="right"/>
      </w:pPr>
      <w:r>
        <w:t>ول فری سوسائٹی نہیں ہے۔ جبکہ وہاں دھوم ہوگی مسجدوں کی، نمازیوں کی۔ تو کیا مطلب ہے اس کا؟ یہ جو قرآن میں کہا گیا ہے کہ نماز روکتی ہے ہر قسم کی برائی سے۔ دیکھیے، اس میں ایک چیز انڈرسٹڈ ہے۔ وہ کیا؟ نماز کی اسپرٹ روکتی ہے۔ اس کو سمجھنے کے لیے ایک چیز کو یہاں</w:t>
      </w:r>
    </w:p>
    <w:p>
      <w:r>
        <w:rPr>
          <w:b/>
        </w:rPr>
        <w:t xml:space="preserve">[14:50] </w:t>
      </w:r>
      <w:r>
        <w:t>manna padega, jis ko kehte hain mahzoof. yaani understood hai woh. to literal translation to yeh hai ke namaz rokti hai. lekin matlab kya hai? namaz ki spirit rokti hai. to ek waqia hai ke jis ke andar namaz wali spirit aa jaye, aise bhi aap individual aap dekhenge ke jo spirit wali namaz parhte hain, to sach much un ki zindagi evil</w:t>
      </w:r>
    </w:p>
    <w:p>
      <w:pPr>
        <w:jc w:val="right"/>
      </w:pPr>
      <w:r>
        <w:t>ماننا پڑے گا، جس کو کہتے ہیں محذوف۔ یعنی انڈرسٹڈ ہے وہ۔ تو لٹرل ٹرانسلیشن تو یہ ہے کہ نماز روکتی ہے۔ لیکن مطلب کیا ہے؟ نماز کی اسپرٹ روکتی ہے۔ تو ایک واقعہ ہے کہ جس کے اندر نماز والی اسپرٹ آ جائے، ایسے بھی آپ انڈیویجول آپ دیکھیں گے کہ جو اسپرٹ والی نماز پڑھتے ہیں، تو سچ مچ ان کی زندگی ایول</w:t>
      </w:r>
    </w:p>
    <w:p>
      <w:r>
        <w:rPr>
          <w:b/>
        </w:rPr>
        <w:t xml:space="preserve">[15:20] </w:t>
      </w:r>
      <w:r>
        <w:t>free zindagi hogi. lekin aise log bohat hi kam hain. to baharhal, aap jante hain ke yahan par hum form wale islam ka bohat kam zikr karte hain. kyunke woh sab log jante hain, har taraf is ka charcha hai. hum spirit wale islam ka charcha karte hain yahan par. to aaj mein isi par kuch kahunga ke namaz ki spirit kya hai?</w:t>
      </w:r>
    </w:p>
    <w:p>
      <w:pPr>
        <w:jc w:val="right"/>
      </w:pPr>
      <w:r>
        <w:t>فری زندگی ہوگی۔ لیکن ایسے لوگ بہت ہی کم ہیں۔ تو بہرحال، آپ جانتے ہیں کہ یہاں پر ہم فارم والے اسلام کا بہت کم ذکر کرتے ہیں۔ کیونکہ وہ سب لوگ جانتے ہیں، ہر طرف اس کا چرچا ہے۔ ہم اسپرٹ والے اسلام کا چرچا کرتے ہیں یہاں پر۔ تو آج میں اسی پر کچھ کہوں گا کہ نماز کی اسپرٹ کیا ہے؟</w:t>
      </w:r>
    </w:p>
    <w:p>
      <w:r>
        <w:rPr>
          <w:b/>
        </w:rPr>
        <w:t xml:space="preserve">[15:54] </w:t>
      </w:r>
      <w:r>
        <w:t>yaani namaz ki spirit kya hai jis ko har believer ke andar inculcate karna chahta hai islam. yahan mein ek hadith se shuru karunga. ek hadith jo kai kitabon mein aayi hai, maslan muslim, sahih muslim mein, musnad ahmad mein. to is mein bataya gaya hai ke ek shakhs p</w:t>
      </w:r>
    </w:p>
    <w:p>
      <w:pPr>
        <w:jc w:val="right"/>
      </w:pPr>
      <w:r>
        <w:t>یعنی نماز کی اسپرٹ کیا ہے جس کو ہر بلیور کے اندر انکلکیٹ کرنا چاہتا ہے اسلام۔ یہاں میں ایک حدیث سے شروع کروں گا۔ ایک حدیث جو کئی کتابوں میں آئی ہے، مثلاً مسلم، صحیح مسلم میں، مسند احمد میں۔ تو اس میں بتایا گیا ہے کہ ایک شخص پ</w:t>
      </w:r>
    </w:p>
    <w:p>
      <w:r>
        <w:rPr>
          <w:b/>
        </w:rPr>
        <w:t xml:space="preserve">[16:24] </w:t>
      </w:r>
      <w:r>
        <w:t>rophet ke pas aaya. us ne ek question kiya. us ne poocha ke aye allah ke rasool, duniya mein sab se achi jagah kaun si hai? aur duniya mein sab se buri jagah kaun hai? duniya mein sab se achi jagah kaun si hai?</w:t>
      </w:r>
    </w:p>
    <w:p>
      <w:pPr>
        <w:jc w:val="right"/>
      </w:pPr>
      <w:r>
        <w:t>رافٹ کے پاس آیا۔ اس نے ایک کوئسچن کیا۔ اس نے پوچھا کہ اے خدا کے رسول، دنیا میں سب سے اچھی جگہ کون سی ہے؟ اور دنیا میں سب سے بری جگہ کون ہے؟ دنیا میں سب سے اچھی جگہ کون سی ہے؟</w:t>
      </w:r>
    </w:p>
    <w:p>
      <w:r>
        <w:rPr>
          <w:b/>
        </w:rPr>
        <w:t xml:space="preserve">[16:55] </w:t>
      </w:r>
      <w:r>
        <w:t>aur duniya mein sab se buri jagah kaun si hai? to aap ne kaha ke mujh ko bhi nahin maloom. yeh hadith mein aata hai, sahih muslim mein aur musnad ahmad mein, aur bhi baz kitabon mein, ke aap ne farmaya ke mujhe bhi is sawal ka jawab nahin maloom. is ke baad jibril aaye. jibril to aap ke pas aate rehte thay. to aap ne yeh sawal jibril angel</w:t>
      </w:r>
    </w:p>
    <w:p>
      <w:pPr>
        <w:jc w:val="right"/>
      </w:pPr>
      <w:r>
        <w:t>اور دنیا میں سب سے بری جگہ کون سی ہے؟ تو آپ نے کہا کہ مجھ کو بھی نہیں معلوم۔ یہ حدیث میں آتا ہے، صحیح مسلم میں اور مسند احمد میں، اور بھی بعض کتابوں میں، کہ آپ نے فرمایا کہ مجھے بھی اس سوال کا جواب نہیں معلوم۔ اس کے بعد جبرائیل آئے۔ جبرائیل تو آپ کے پاس آتے رہتے تھے۔ تو آپ نے یہ سوال جبرائیل اینجل</w:t>
      </w:r>
    </w:p>
    <w:p>
      <w:r>
        <w:rPr>
          <w:b/>
        </w:rPr>
        <w:t xml:space="preserve">[17:25] </w:t>
      </w:r>
      <w:r>
        <w:t>jo thay, un se rakha. kyunke aap jante hain ke jibril ka direct contact allah se hota rehta hai. yaani woh is position mein hotay hain ke woh allah se direct pooch saken. to aap ne jibril se ke samne yeh sawal rakha ke sab se achi jagah duniya mein kaun hai? sab se buri jagah duniya mein kaun hai? to jibril ne kah</w:t>
      </w:r>
    </w:p>
    <w:p>
      <w:pPr>
        <w:jc w:val="right"/>
      </w:pPr>
      <w:r>
        <w:t>جو تھے، ان سے رکھا۔ کیونکہ آپ جانتے ہیں کہ جبرائیل کا ڈائریکٹ کنٹیکٹ خدا سے ہوتا رہتا ہے۔ یعنی وہ اس پوزیشن میں ہوتے ہیں کہ وہ خدا سے ڈائریکٹ پوچھ سکیں۔ تو آپ نے جبرائیل سے کے سامنے یہ سوال رکھا کہ سب سے اچھی جگہ دنیا میں کون ہے؟ سب سے بری جگہ دنیا میں کون ہے؟ تو جبرائیل نے کہ</w:t>
      </w:r>
    </w:p>
    <w:p>
      <w:r>
        <w:rPr>
          <w:b/>
        </w:rPr>
        <w:t xml:space="preserve">[17:55] </w:t>
      </w:r>
      <w:r>
        <w:t>a ke mujh ko bhi nahin maloom. is ke baad kya hua ke hadith mein aata hai ke jibril upar aasman ki taraf uthe. yahan tak ke woh kehte hain, jibril kehte hain ke mein allah se itna zyada qareeb hua jitna qareeb mein is se pehle kabhi nahin hua tha.</w:t>
      </w:r>
    </w:p>
    <w:p>
      <w:pPr>
        <w:jc w:val="right"/>
      </w:pPr>
      <w:r>
        <w:t>ا کہ مجھ کو بھی نہیں معلوم۔ اس کے بعد کیا ہوا کہ حدیث میں آتا ہے کہ جبرائیل اوپر آسمان کی طرف اٹھے۔ یہاں تک کہ وہ کہتے ہیں، جبرائیل کہتے ہیں کہ میں خدا سے اتنا زیادہ قریب ہوا جتنا قریب میں اس سے پہلے کبھی نہیں ہوا تھا۔</w:t>
      </w:r>
    </w:p>
    <w:p>
      <w:r>
        <w:rPr>
          <w:b/>
        </w:rPr>
        <w:t xml:space="preserve">[18:26] </w:t>
      </w:r>
      <w:r>
        <w:t>qareeb hone ka matlab yeh nahin ke hum aap ek doosre se qareeb hain. allah se qareeb hona aisi aisi shakal mein nahin hota hai. to baharhal woh kehte hain ke mein itna zyada qareeb hua jitna qareeb is se pehle kabhi nahin hua tha. aur phir mein ne poocha allah se yahi sawal. to allah ki taraf se jo jawab aaya woh yeh tha ke khair</w:t>
      </w:r>
    </w:p>
    <w:p>
      <w:pPr>
        <w:jc w:val="right"/>
      </w:pPr>
      <w:r>
        <w:t>قریب ہونے کا مطلب یہ نہیں کہ ہم آپ ایک دوسرے سے قریب ہیں۔ خدا سے قریب ہونا ایسی ایسی شکل میں نہیں ہوتا ہے۔ تو بہرحال وہ کہتے ہیں کہ میں اتنا زیادہ قریب ہوا جتنا قریب اس سے پہلے کبھی نہیں ہوا تھا۔ اور پھر میں نے پوچھا خدا سے یہی سوال۔ تو خدا کی طرف سے جو جواب آیا وہ یہ تھا کہ خیر</w:t>
      </w:r>
    </w:p>
    <w:p>
      <w:r>
        <w:rPr>
          <w:b/>
        </w:rPr>
        <w:t xml:space="preserve">[18:57] </w:t>
      </w:r>
      <w:r>
        <w:t>ul maqami ilal lahi masajiduhu wa shar ul maqami ilal lahi aswaquhu. is ka matlab yeh hai ke allah ke nazdeek duniya mein sab se buri jagah us ke bazaar hain, shopping centers hain. aur allah ke nazdeek sab se achi jagah duniya mein</w:t>
      </w:r>
    </w:p>
    <w:p>
      <w:pPr>
        <w:jc w:val="right"/>
      </w:pPr>
      <w:r>
        <w:t>المقام الی اللہ مساجدہ و شر المقام الی اللہ اسواقہ۔ اس کا مطلب یہ ہے کہ خدا کے نزدیک دنیا میں سب سے بری جگہ اس کے بازار ہیں، شاپنگ سینٹر ہیں۔ اور خدا کے نزدیک سب سے اچھی جگہ دنیا میں</w:t>
      </w:r>
    </w:p>
    <w:p>
      <w:r>
        <w:rPr>
          <w:b/>
        </w:rPr>
        <w:t xml:space="preserve">[19:28] </w:t>
      </w:r>
      <w:r>
        <w:t>masjid hai, jahan namaz ada ki jati hai. yeh jawab bohat zyada sochne ka hai. kafi soch kar hi aap samajh sakte hain ke is jawab ke andar kya gehrai hai. dekhiye, mein ne is par ghor kiya to meri samajh mein aaya ke kya farq hai shopping center. shopping center bhi represent kar raha hai worldly activities ko. yaani</w:t>
      </w:r>
    </w:p>
    <w:p>
      <w:pPr>
        <w:jc w:val="right"/>
      </w:pPr>
      <w:r>
        <w:t>مسجد ہے، جہاں نماز ادا کی جاتی ہے۔ یہ جواب بہت زیادہ سوچنے کا ہے۔ کافی سوچ کر ہی آپ سمجھ سکتے ہیں کہ اس جواب کے اندر کیا گہرائی ہے۔ دیکھیے، میں نے اس پر غور کیا تو میری سمجھ میں آیا کہ کیا فرق ہے شاپنگ سینٹر۔ شاپنگ سینٹر بھی ریپریزنٹ کر رہا ہے ورلڈلی ایکٹیویٹیز کو۔ یعنی</w:t>
      </w:r>
    </w:p>
    <w:p>
      <w:r>
        <w:rPr>
          <w:b/>
        </w:rPr>
        <w:t xml:space="preserve">[19:59] </w:t>
      </w:r>
      <w:r>
        <w:t>sirf wohi spot matlab nahin hai jahan koi building khadi hai, aap ja kar shopping karte hain. shopping center darasal represent kar raha hai masjid ke bahar jo activities hoti hain, us ko material maqsad ko le kar. aur masjid se murad hai woh jagah jahan ke namaz parhi jati hai, allah ki yaad ki jati hai.</w:t>
      </w:r>
    </w:p>
    <w:p>
      <w:pPr>
        <w:jc w:val="right"/>
      </w:pPr>
      <w:r>
        <w:t>صرف وہی اسپاٹ مطلب نہیں ہے جہاں کوئی بلڈنگ کھڑی ہے، آپ جا کر شاپنگ کرتے ہیں۔ شاپنگ سینٹر دراصل ریپریزنٹ کر رہا ہے مسجد کے باہر جو ایکٹیویٹیز ہوتی ہیں، اس کو مٹیریل مقصد کو لے کر۔ اور مسجد سے مراد ہے وہ جگہ جہاں کہ نماز پڑھی جاتی ہے، خدا کی یاد کی جاتی ہے۔</w:t>
      </w:r>
    </w:p>
    <w:p>
      <w:r>
        <w:rPr>
          <w:b/>
        </w:rPr>
        <w:t xml:space="preserve">[20:30] </w:t>
      </w:r>
      <w:r>
        <w:t>to yahan tak is par ghor karne ke baad mein ne jo samjha hai woh yeh hai ke asal cheez yeh batana hai woh mind jo banta hai dono jagah. mind, spirit, andar ki soch jo banti hai.</w:t>
      </w:r>
    </w:p>
    <w:p>
      <w:pPr>
        <w:jc w:val="right"/>
      </w:pPr>
      <w:r>
        <w:t>تو یہاں تک اس پر غور کرنے کے بعد میں نے جو سمجھا ہے وہ یہ ہے کہ اصل چیز یہ بتانا ہے وہ مائنڈ جو بنتا ہے دونوں جگہ۔ مائنڈ، اسپرٹ، اندر کی سوچ جو بنتی ہے۔</w:t>
      </w:r>
    </w:p>
    <w:p>
      <w:r>
        <w:rPr>
          <w:b/>
        </w:rPr>
        <w:t xml:space="preserve">[21:03] </w:t>
      </w:r>
      <w:r>
        <w:t>to shopping center mein kya hota hai? worldly activities hoti hain. worldly activities. aap jante hain ke wahan par spiritual activities nahin hoti hain. wahan koi baith kar allah ko yaad nahin karta hai. wahan baith kar koi quran mein soch nahin karta, parh kar ke sochta nahin is ko. worldly activities ke center ka naam hai shopping center.</w:t>
      </w:r>
    </w:p>
    <w:p>
      <w:pPr>
        <w:jc w:val="right"/>
      </w:pPr>
      <w:r>
        <w:t>تو شاپنگ سینٹر میں کیا ہوتا ہے؟ ورلڈلی ایکٹیویٹیز ہوتی ہیں۔ ورلڈلی ایکٹیویٹیز۔ آپ جانتے ہیں کہ وہاں پر اسپرچول ایکٹیویٹیز نہیں ہوتی ہیں۔ وہاں کوئی بیٹھ کر خدا کو یاد نہیں کرتا ہے۔ وہاں بیٹھ کر کوئی قرآن میں سوچ نہیں کرتا، پڑھ کر کے سوچتا نہیں اس کو۔ ورلڈلی ایکٹیویٹیز کے سینٹر کا نام ہے شاپنگ سینٹر۔</w:t>
      </w:r>
    </w:p>
    <w:p>
      <w:r>
        <w:rPr>
          <w:b/>
        </w:rPr>
        <w:t xml:space="preserve">[21:35] </w:t>
      </w:r>
      <w:r>
        <w:t>aur other worldly activities ka naam hai masjid. masjid mein aap allah ke charche ke liye aate hain, allah ki yaad ke liye aate hain, allah ki worship karne ke liye aate hain. to masjid kya hai? woh yaani other jo other worldly concept hai ke maut ke baad</w:t>
      </w:r>
    </w:p>
    <w:p>
      <w:pPr>
        <w:jc w:val="right"/>
      </w:pPr>
      <w:r>
        <w:t>اور ادر ورلڈلی ایکٹیویٹیز کا نام ہے مسجد۔ مسجد میں آپ خدا کے چرچے کے لیے آتے ہیں، خدا کی یاد کے لیے آتے ہیں، خدا کی ورشپ کرنے کے لیے آتے ہیں۔ تو مسجد کیا ہے؟ وہ یعنی ادر جو ادر ورلڈلی کانسیپٹ ہے کہ موت کے بعد</w:t>
      </w:r>
    </w:p>
    <w:p>
      <w:r>
        <w:rPr>
          <w:b/>
        </w:rPr>
        <w:t xml:space="preserve">[22:05] </w:t>
      </w:r>
      <w:r>
        <w:t>jo aik dunya aanay wali hai, jahan Khuda samnay aa jaye ga, farishtay samnay aa jayen gay, jannat dozakh samnay aa jaye gi. to is ke churchay ki jagah hai masjid. aur hamari worldly jo cheezen hain, is ke churchay ki jagah hai shopping center. to is ka maani kya hui hai? is ka matlab yeh nahi ke shopping center mein jana koi haram hai. koi Quran mein khud hai ke</w:t>
      </w:r>
    </w:p>
    <w:p>
      <w:pPr>
        <w:jc w:val="right"/>
      </w:pPr>
      <w:r>
        <w:t>جو ایک دنیا آنے والی ہے، جہاں خدا سامنے آ جائے گا، فرشتے سامنے آ جائیں گے، جنت دوزخ سامنے آ جائے گی۔ تو اس کے چرچے کی جگہ ہے مسجد۔ اور ہماری ورلڈلی جو چیزیں ہیں، اس کے چرچے کی جگہ ہے شاپنگ سینٹر۔ تو اس کا معنی کیا ہوئی ہے؟ اس کا مطلب یہ نہیں کہ شاپنگ سینٹر میں جانا کوئی حرام ہے۔ کوئی قرآن میں خود ہے کہ</w:t>
      </w:r>
    </w:p>
    <w:p>
      <w:r>
        <w:rPr>
          <w:b/>
        </w:rPr>
        <w:t xml:space="preserve">[22:36] </w:t>
      </w:r>
      <w:r>
        <w:t>yamshi fil aswaaq paighambar ke baray mein ke paighambar bazaron mein bhi jatay hain. is zamanay mein jo ab shopping center kaha jata hai, is zamanay mein us ko market kaha jata tha ya bazaar kaha jata tha. to khud paighambar bazaar mein jatay thay, yeh Quran mein likha hua hai. lekin farq kya tha? paighambar jatay thay bazaar mein aik mission le kar. aam log jatay hain wahan</w:t>
      </w:r>
    </w:p>
    <w:p>
      <w:pPr>
        <w:jc w:val="right"/>
      </w:pPr>
      <w:r>
        <w:t>یمش فی الاسواق پیغمبر کے بارے میں کہ پیغمبر بازاروں میں بھی جاتے ہیں۔ اس زمانے میں جو اب شاپنگ سینٹر کہا جاتا ہے، اس زمانے میں اس کو مارکیٹ کہا جاتا تھا یا بازار کہا جاتا تھا۔ تو خود پیغمبر بازار میں جاتے تھے، یہ قرآن میں لکھا ہوا ہے۔ لیکن فرق کیا تھا؟ پیغمبر جاتے تھے بازار میں ایک مشن لے کر۔ عام لوگ جاتے ہیں وہاں</w:t>
      </w:r>
    </w:p>
    <w:p>
      <w:r>
        <w:rPr>
          <w:b/>
        </w:rPr>
        <w:t xml:space="preserve">[23:06] </w:t>
      </w:r>
      <w:r>
        <w:t>kiske liye? woh consumer item ke liye. bohat farq hai. aam insan jata hai shopping center mein, jis ko kehtay hain consumer goods, consumer items. jab mein apni kamzoriyon ko dekhta hoon, aap dekhtay hain ke mein kitna kamzor hoon. to mujhe aik waqia yaad aata hai.</w:t>
      </w:r>
    </w:p>
    <w:p>
      <w:pPr>
        <w:jc w:val="right"/>
      </w:pPr>
      <w:r>
        <w:t>کس کے لیے؟ وہ کنزیومر آئٹم کے لیے۔ بہت فرق ہے۔ عام انسان جاتا ہے شاپنگ سینٹر میں، جس کو کہتے ہیں کنزیومر گڈز، کنزیومر آئٹمز۔ جب میں اپنی کمزوریوں کو دیکھتا ہوں، آپ دیکھتے ہیں کہ میں کتنا کمزور ہوں۔ تو مجھے ایک واقعہ یاد آتا ہے۔</w:t>
      </w:r>
    </w:p>
    <w:p>
      <w:r>
        <w:rPr>
          <w:b/>
        </w:rPr>
        <w:t xml:space="preserve">[23:40] </w:t>
      </w:r>
      <w:r>
        <w:t>Rasool Allah Sal Allah o Alaihi Wasallam ko jab nabuwat mili 610 eesvi mein Makkah mein, to us waqt aap sari dunya mein akeley momin thay. aap ne apne aas paas ke logon ko, family walon ko ikatha kiya aur kaha ke</w:t>
      </w:r>
    </w:p>
    <w:p>
      <w:pPr>
        <w:jc w:val="right"/>
      </w:pPr>
      <w:r>
        <w:t>رسول اللہ صلی اللہ علیہ وسلم کو جب نبوت ملی 610 عیسوی میں مکہ میں، تو اس وقت آپ ساری دنیا میں اکیلے مومن تھے۔ آپ نے اپنے اس پاس کے لوگوں کو، فیملی والوں کو اکٹھا کیا اور کہا کہ</w:t>
      </w:r>
    </w:p>
    <w:p>
      <w:r>
        <w:rPr>
          <w:b/>
        </w:rPr>
        <w:t xml:space="preserve">[24:11] </w:t>
      </w:r>
      <w:r>
        <w:t>mujhe Khuda ne yeh yeh duty di hai ke mein Khuda ke paigham ko logon tak pounchaoon. to aap log mera saath dijiye. to us waqt Quraish ke log aur aap ki family ke log wahan ikatha thay. koi bhi khara nahi hua. kisi ne bhi nahi kaha ke mein aap ka saath deta hoon.</w:t>
      </w:r>
    </w:p>
    <w:p>
      <w:pPr>
        <w:jc w:val="right"/>
      </w:pPr>
      <w:r>
        <w:t>مجھے خدا نے یہ یہ ڈیوٹی دی ہے کہ میں خدا کے پیغام کو لوگوں تک پہنچاؤں۔ تو آپ لوگ میرا ساتھ دیجیے۔ تو اس وقت قریش کے لوگ اور آپ کی فیملی کے لوگ وہاں اکٹھا تھے۔ کوئی بھی کھڑا نہیں ہوا۔ کسی نے بھی نہیں کہا کہ میں آپ کا ساتھ دیتا ہوں۔</w:t>
      </w:r>
    </w:p>
    <w:p>
      <w:r>
        <w:rPr>
          <w:b/>
        </w:rPr>
        <w:t xml:space="preserve">[24:44] </w:t>
      </w:r>
      <w:r>
        <w:t>phir aik pause ke baad aik bachay khara hua. yeh wohi thay jin ko hum Hazrat Ali ke naam se jantay hain, Ali ibn Abi Talib. us waqt woh aik nojawan thay. to unhon ne kaha ke mein aap ka saath deta hoon. to woh itnay chotay se thay aur us waqt woh un ki health bhi achi nahi thi.</w:t>
      </w:r>
    </w:p>
    <w:p>
      <w:pPr>
        <w:jc w:val="right"/>
      </w:pPr>
      <w:r>
        <w:t>پھر ایک پاز کے بعد ایک بچہ کھڑا ہوا۔ یہ وہی تھے جن کو ہم حضرت علی کے نام سے جانتے ہیں، علی ابن ابی طالب۔ اس وقت وہ ایک نوجوان تھے۔ تو انہوں نے کہا کہ میں آپ کا ساتھ دیتا ہوں۔ تو وہ اتنے چھوٹے سے تھے اور اس وقت وہ ان کی ہیلتھ بھی اچھی نہیں تھی۔</w:t>
      </w:r>
    </w:p>
    <w:p>
      <w:r>
        <w:rPr>
          <w:b/>
        </w:rPr>
        <w:t xml:space="preserve">[25:14] </w:t>
      </w:r>
      <w:r>
        <w:t>dublay se thay. to aap ne farmaya ke ant ya Ali, ant ya Ali, tum aey Ali, tum aey Ali. yani itna bara kaam hai jis mein baray baray logon ki zaroorat hai. aur tum aik chotay se bachay ho aur kamzor bhi ho, tum kehtay ho ke mein aap ka saath doon ga. to yahan se Islam shuru hua. ant ya Ali</w:t>
      </w:r>
    </w:p>
    <w:p>
      <w:pPr>
        <w:jc w:val="right"/>
      </w:pPr>
      <w:r>
        <w:t>دبلے سے تھے۔ تو آپ نے فرمایا کہ انت یا علی، انت یا علی، تم اے علی، تم اے علی۔ یعنی اتنا بڑا کام ہے جس میں بڑے بڑے لوگوں کی ضرورت ہے۔ اور تم ایک چھوٹے سے بچہ ہو اور کمزور بھی ہو، تم کہتے ہو کہ میں آپ کا ساتھ دوں گا۔ تو یہاں سے اسلام شروع ہوا۔ انت یا علی</w:t>
      </w:r>
    </w:p>
    <w:p>
      <w:r>
        <w:rPr>
          <w:b/>
        </w:rPr>
        <w:t xml:space="preserve">[25:45] </w:t>
      </w:r>
      <w:r>
        <w:t>, ant ya Ali. to bara baray kaam ka aghaz hamesha bara kaam hamesha chotay se shuru hota hai. yaad rakhiye, jis kaam ko shuru hi mein aap bara dekhen, woh samajh lijiye ke bara kaam nahi hai. poori history mein koi aisi misaal nahi hai ke koi bara kaam baray aghaz se shuru hua ho. kabhi bhi bara kaam</w:t>
      </w:r>
    </w:p>
    <w:p>
      <w:pPr>
        <w:jc w:val="right"/>
      </w:pPr>
      <w:r>
        <w:t>، انت یا علی۔ تو بڑا بڑے کام کا آغاز ہمیشہ بڑا کام ہمیشہ چھوٹے سے شروع ہوتا ہے۔ یاد رکھیے، جس کام کو شروع ہی میں آپ بڑا دیکھیں، وہ سمجھ لیجیے کہ بڑا کام نہیں ہے۔ پوری ہسٹری میں کوئی ایسی مثال نہیں ہے کہ کوئی بڑا کام بڑے آغاز سے شروع ہوا ہوا۔ کبھی بھی بڑا کام</w:t>
      </w:r>
    </w:p>
    <w:p>
      <w:r>
        <w:rPr>
          <w:b/>
        </w:rPr>
        <w:t xml:space="preserve">[26:17] </w:t>
      </w:r>
      <w:r>
        <w:t>crowd se shuru nahi hota, bheer se shuru nahi hota. chotay aghaz se shuru hota hai bara kaam. to mein samajhta hoon ke hum log isi ki aik misaal hain. hum maqsad to hamara yeh hai ke aik nai history banayen, Islam ko reprocess karen, sachai ko reprocess karen history mein. yani history ko reprocess karna itna bara kaam hai. yeh</w:t>
      </w:r>
    </w:p>
    <w:p>
      <w:pPr>
        <w:jc w:val="right"/>
      </w:pPr>
      <w:r>
        <w:t>کراؤڈ سے شروع نہیں ہوتا، بھیڑ سے شروع نہیں ہوتا۔ چھوٹے آغاز سے شروع ہوتا ہے بڑا کام۔ تو میں سمجھتا ہوں کہ ہم لوگ اسی کی ایک مثال ہیں۔ ہم مقصد تو ہمارا یہ ہے کہ ایک نئی ہسٹری بنائیں، اسلام کو ری پروسیس کریں، سچائی کو ری پروسیس کریں ہسٹری میں۔ یعنی ہسٹری کو ری پروسیس کرنا اتنا بڑا کام ہے۔ یہ</w:t>
      </w:r>
    </w:p>
    <w:p>
      <w:r>
        <w:rPr>
          <w:b/>
        </w:rPr>
        <w:t xml:space="preserve">[26:48] </w:t>
      </w:r>
      <w:r>
        <w:t>prophetic history jo hai, us ko reprocess karna. lekin maamla wohi hai ke ant ya Ali. to mein samajhta hoon ke is mein hasil se hamaray liye ke bara kaam hamesha chotay hi se shuru hota hai. jis kaam mein dekhen ke shuru hi mein wahan dhoom dham hai, to samajh lijiye ke woh bara kaam hi nahi hai. woh bara kaam hi nahi hai. to j</w:t>
      </w:r>
    </w:p>
    <w:p>
      <w:pPr>
        <w:jc w:val="right"/>
      </w:pPr>
      <w:r>
        <w:t>پرافٹک ہسٹری جو ہے، اس کو ری پروسیس کرنا۔ لیکن معاملہ وہی ہے کہ انت یا علی۔ تو میں سمجھتا ہوں کہ اس میں حصول سے ہمارے لیے کہ بڑا کام ہمیشہ چھوٹے ہی سے شروع ہوتا ہے۔ جس کام میں دیکھیں کہ شروع ہی میں وہاں دھوم دھام ہے، تو سمجھ لیجیے کہ وہ بڑا کام ہی نہیں ہے۔ وہ بڑا کام ہی نہیں ہے۔ تو ج</w:t>
      </w:r>
    </w:p>
    <w:p>
      <w:r>
        <w:rPr>
          <w:b/>
        </w:rPr>
        <w:t xml:space="preserve">[27:18] </w:t>
      </w:r>
      <w:r>
        <w:t>aisa ke mein ne arz kiya, hadith mein aaya hai ke the best place in the world is its masjid, is mosque, and the worst place in the world is its shopping center. to aisa kyun hai? yeh is lihaaz se hai ke dono jagah do alag alag mind</w:t>
      </w:r>
    </w:p>
    <w:p>
      <w:pPr>
        <w:jc w:val="right"/>
      </w:pPr>
      <w:r>
        <w:t>یسا کہ میں نے عرض کیا، حدیث میں آیا ہے کہ دا بیسٹ پلیس ان دا ورلڈ از اٹس مسجد، از ماسک، اینڈ دا ورسٹ پلیس ان دا ورلڈ از اٹس شاپنگ سینٹر۔ تو ایسا کیوں ہے؟ یہ اس لحاظ سے ہے کہ دونوں جگہ دو الگ الگ مائنڈ</w:t>
      </w:r>
    </w:p>
    <w:p>
      <w:r>
        <w:rPr>
          <w:b/>
        </w:rPr>
        <w:t xml:space="preserve">[27:48] </w:t>
      </w:r>
      <w:r>
        <w:t>banta hai, alag alag soch banti hai. aik word mein agar mein kahoon to mein yeh kahoon ga ke shopping center ya worldly activities ki dunya mein kya hota hai? wahan par yeh hota hai ke this worldly mind banta hai. this worldly mind.</w:t>
      </w:r>
    </w:p>
    <w:p>
      <w:pPr>
        <w:jc w:val="right"/>
      </w:pPr>
      <w:r>
        <w:t>بنتا ہے، الگ الگ سوچ بنتی ہے۔ ایک ورڈ میں اگر میں کہوں تو میں یہ کہوں گا کہ شاپنگ سینٹر یا ورلڈلی ایکٹیویٹیز کی دنیا میں کیا ہوتا ہے؟ وہاں پر یہ ہوتا ہے کہ دس ورلڈلی مائنڈ بنتا ہے۔ دس ورلڈلی مائنڈ۔</w:t>
      </w:r>
    </w:p>
    <w:p>
      <w:r>
        <w:rPr>
          <w:b/>
        </w:rPr>
        <w:t xml:space="preserve">[28:19] </w:t>
      </w:r>
      <w:r>
        <w:t>aur masjid ka maqsad yeh hai ke other worldly mind banana. to this worldly mind aur other worldly mind yeh difference hai jis ki wajah se dono mein itna bara difference ho jata hai. ab aap is criterion ko le kar namaz ke baray mein dekhiye. dekhi</w:t>
      </w:r>
    </w:p>
    <w:p>
      <w:pPr>
        <w:jc w:val="right"/>
      </w:pPr>
      <w:r>
        <w:t>اور مسجد کا مقصد یہ ہے کہ ادر ورلڈلی مائنڈ بنانا۔ تو دس ورلڈلی مائنڈ اور ادر ورلڈلی مائنڈ یہ ڈیفرنس ہے جس کی وجہ سے دونوں میں اتنا بڑا ڈیفرنس ہو جاتا ہے۔ اب آپ اس کرائٹیرین کو لے کر نماز کے بارے میں دیکھیے۔ دیکھی</w:t>
      </w:r>
    </w:p>
    <w:p>
      <w:r>
        <w:rPr>
          <w:b/>
        </w:rPr>
        <w:t xml:space="preserve">[28:49] </w:t>
      </w:r>
      <w:r>
        <w:t>ye, aap jantay hain ke namaz 24 ghantay mein panch time parhi jati hai. is ka aghaz is tarah hota hai ke masjid kharay ho kar azan deta hai. yeh call, yeh call rozana panch bar hoti hai. is azan mein bar bar keh</w:t>
      </w:r>
    </w:p>
    <w:p>
      <w:pPr>
        <w:jc w:val="right"/>
      </w:pPr>
      <w:r>
        <w:t>ے، آپ جانتے ہیں کہ نماز 24 گھنٹے میں پانچ ٹائم پڑھی جاتی ہے۔ اس کا آغاز اس طرح ہوتا ہے کہ مسجد کھڑے ہو کر اذان دیتا ہے۔ یہ کال، یہ کال روزانہ پانچ بار ہوتی ہے۔ اس اذان میں بار بار کہ</w:t>
      </w:r>
    </w:p>
    <w:p>
      <w:r>
        <w:rPr>
          <w:b/>
        </w:rPr>
        <w:t xml:space="preserve">[29:19] </w:t>
      </w:r>
      <w:r>
        <w:t>a jata hai Allahu Akbar. aur namaz mein, iqamat mein, azan mein 24 ghantay mein bar bar yeh word repeat hota hai Allahu Akbar, Allahu Akbar. yani Maulana Zakwan Nadvi se mein ne kaha ke aap giniye ke panch bar namaz mein kitni bar repeat hota hai yeh word Allahu Akbar. to unhon ne</w:t>
      </w:r>
    </w:p>
    <w:p>
      <w:pPr>
        <w:jc w:val="right"/>
      </w:pPr>
      <w:r>
        <w:t>ا جاتا ہے اللہ اکبر۔ اور نماز میں، اقامت میں، اذان میں 24 گھنٹے میں بار بار یہ ورڈ ریپیٹ ہوتا ہے اللہ اکبر، اللہ اکبر۔ یعنی مولانا زکوان ندوی سے میں نے کہا کہ آپ گنیے کہ پانچ بار نماز میں کتنی بار ریپیٹ ہوتا ہے یہ ورڈ اللہ اکبر۔ تو انہوں نے</w:t>
      </w:r>
    </w:p>
    <w:p>
      <w:r>
        <w:rPr>
          <w:b/>
        </w:rPr>
        <w:t xml:space="preserve">[29:50] </w:t>
      </w:r>
      <w:r>
        <w:t>aur un ki Mrs. Aisha ne, dono ne mil kar baqayda is ko count kiya. unhon ne bataya ke 326 time, 326 bar 24 ghantay mein Allahu Akbar kaha jata hai. is ko le kar jab mein ne socha to meri samajh mein aaya ke namaz ka sab se bara jo</w:t>
      </w:r>
    </w:p>
    <w:p>
      <w:pPr>
        <w:jc w:val="right"/>
      </w:pPr>
      <w:r>
        <w:t>اور ان کی مسز عائشہ نے، دونوں نے مل کر باقاعدہ اس کو کاؤنٹ کیا۔ انہوں نے بتایا کہ 326 ٹائم، 326 بار 24 گھنٹے میں اللہ اکبر کہا جاتا ہے۔ اس کو لے کر جب میں نے سوچا تو میری سمجھ میں آیا کہ نماز کا سب سے بڑا جو</w:t>
      </w:r>
    </w:p>
    <w:p>
      <w:r>
        <w:rPr>
          <w:b/>
        </w:rPr>
        <w:t xml:space="preserve">[30:20] </w:t>
      </w:r>
      <w:r>
        <w:t>purpose hai, sab se bara jo maqsad hai, woh hai Allahu Akbar ki spirit logon ke andar paida karna. to inculcate Allahu Akbar ka matlab kya hai? God is great. God is great. aur koi aur cheez great nahi hai. is ko le kar meri samajh mein aaya ke namaz ka jo asal</w:t>
      </w:r>
    </w:p>
    <w:p>
      <w:pPr>
        <w:jc w:val="right"/>
      </w:pPr>
      <w:r>
        <w:t>پرپس ہے، سب سے بڑا جو مقصد ہے، وہ ہے اللہ اکبر کی اسپرٹ لوگوں کے اندر پیدا کرنا۔ ٹو انکلکیٹ اللہ اکبر کا مطلب کیا ہے؟ گاڈ از گریٹ۔ گاڈ از گریٹ۔ اور کوئی اور چیز گریٹ نہیں ہے۔ اس کو لے کر میری سمجھ میں آیا کہ نماز کا جو اصل</w:t>
      </w:r>
    </w:p>
    <w:p>
      <w:r>
        <w:rPr>
          <w:b/>
        </w:rPr>
        <w:t xml:space="preserve">[30:50] </w:t>
      </w:r>
      <w:r>
        <w:t>maqsad hai woh yeh hai ke God is great wali spirit logon ke andar paida karna. yani God alone is great. God alone is great. and nothing else is great. yeh hai basic. 326 bar jab is</w:t>
      </w:r>
    </w:p>
    <w:p>
      <w:pPr>
        <w:jc w:val="right"/>
      </w:pPr>
      <w:r>
        <w:t>مقصد ہے وہ یہ ہے کہ گاڈ از گریٹ والی اسپرٹ لوگوں کے اندر پیدا کرنا۔ یعنی گاڈ الون از گریٹ۔ گاڈ الون از گریٹ۔ اینڈ نتھنگ ایلس از گریٹ۔ یہ ہے بیسک۔ 326 بار جب اس</w:t>
      </w:r>
    </w:p>
    <w:p>
      <w:r>
        <w:rPr>
          <w:b/>
        </w:rPr>
        <w:t xml:space="preserve">[31:20] </w:t>
      </w:r>
      <w:r>
        <w:t>word ko 24 ghantay mein dohraya jaye, yani if repeated word hai yeh namaz ka. to bilkul understandable hai yeh baat ke namaz ka asal maqsad kya hai? yeh spirit paida karna ke God alone is great and nothing else is great.</w:t>
      </w:r>
    </w:p>
    <w:p>
      <w:pPr>
        <w:jc w:val="right"/>
      </w:pPr>
      <w:r>
        <w:t>ورڈ کو 24 گھنٹے میں دہرایا جائے، یعنی اف ریپیٹڈ ورڈ ہے یہ نماز کا۔ تو بالکل انڈرسٹینڈ ایبل ہے یہ بات کہ نماز کا اصل مقصد کیا ہے؟ یہ اسپرٹ پیدا کرنا کہ گاڈ الون از گریٹ اینڈ نتھنگ ایلس از گریٹ۔</w:t>
      </w:r>
    </w:p>
    <w:p>
      <w:r>
        <w:rPr>
          <w:b/>
        </w:rPr>
        <w:t xml:space="preserve">[31:53] </w:t>
      </w:r>
      <w:r>
        <w:t>mein samajhta hoon ke is mein zindagi ki sari baaten hi agayeen. sari baaten isi mein agayeen. agar aap is mind ko le kar ke dunya mein jeen ke bara to sirf Khuda hai, baqi koi cheez choti nahi hai, to kya hoga? woh sari evil activities khatam ho jayen gi jis ko hum dunya mein dekhtay hain. evil activities kyun</w:t>
      </w:r>
    </w:p>
    <w:p>
      <w:pPr>
        <w:jc w:val="right"/>
      </w:pPr>
      <w:r>
        <w:t>میں سمجھتا ہوں کہ اس میں زندگی کی ساری باتیں ہی آگئیں۔ ساری باتیں اسی میں آگئیں۔ اگر آپ اس مائنڈ کو لے کر کے دنیا میں جییں کہ بڑا تو صرف خدا ہے، باقی کوئی چیز چھوٹی نہیں ہے، تو کیا ہوگا؟ وہ ساری ایول ایکٹیویٹیز ختم ہو جائیں گی جس کو ہم دنیا میں دیکھتے ہیں۔ ایول ایکٹیویٹیز کیوں</w:t>
      </w:r>
    </w:p>
    <w:p>
      <w:r>
        <w:rPr>
          <w:b/>
        </w:rPr>
        <w:t xml:space="preserve">[32:23] </w:t>
      </w:r>
      <w:r>
        <w:t>hain? other than God kisi ko bara samajh kar. sari evil activities, evil activities ke peechay jo jo psychology hai, jo soch hai, woh yeh hai ke kisi na kisi other than God ko hum bara maan letay hain. maslan hum money ko bara maan letay hain. money ko bara maan kar ke har qism ka corruption kartay hain</w:t>
      </w:r>
    </w:p>
    <w:p>
      <w:pPr>
        <w:jc w:val="right"/>
      </w:pPr>
      <w:r>
        <w:t>ہیں؟ ادر دین گاڈ کسی کو بڑا سمجھ کر۔ ساری ایول ایکٹیویٹیز، ایول ایکٹیویٹیز کے پیچھے جو جو سائیکالوجی ہے، جو سوچ ہے، وہ یہ ہے کہ کسی نہ کسی ادر دین گاڈ کو ہم بڑا مان لیتے ہیں۔ مثلاً ہم منی کو بڑا مان لیتے ہیں۔ منی کو بڑا مان کر کے ہر قسم کا کرپشن کرتے ہیں</w:t>
      </w:r>
    </w:p>
    <w:p>
      <w:r>
        <w:rPr>
          <w:b/>
        </w:rPr>
        <w:t xml:space="preserve">[32:53] </w:t>
      </w:r>
      <w:r>
        <w:t>taake hum ziyada se ziyada money kamayen. hum fame ko bara maan letay hain to apnay ko famous bananay ke liye sab kuch kar dalte hain. sari evil practices kartay hain taake hum woh popular hon. is tarah se hum political power ko bara maan letay hain. to political power ko gain karne ke liye hum sara gadbad machate hain. jaisay ke aap dekh rahay hain dunya mein</w:t>
      </w:r>
    </w:p>
    <w:p>
      <w:pPr>
        <w:jc w:val="right"/>
      </w:pPr>
      <w:r>
        <w:t>تاکہ ہم زیادہ سے زیادہ منی کمائیں۔ ہم فیم کو بڑا مان لیتے ہیں تو اپنے کو فیمس بنانے کے لیے سب کچھ کر ڈالتے ہیں۔ ساری ایول پریکٹسز کرتے ہیں تاکہ ہم وہ پاپولر ہوں۔ اس طرح سے ہم پولیٹیکل پاور کو بڑا مان لیتے ہیں۔ تو پولیٹیکل پاور کو گین کرنے کے لیے ہم سارا گڑبڑ مچاتے ہیں۔ جیسے کہ آپ دیکھ رہے ہیں دنیا میں</w:t>
      </w:r>
    </w:p>
    <w:p>
      <w:r>
        <w:rPr>
          <w:b/>
        </w:rPr>
        <w:t xml:space="preserve">[33:23] </w:t>
      </w:r>
      <w:r>
        <w:t>۔ yahan tak ke aik ghar ko aap leejiyay jahan saas aur bahu ka jhagda hota hai. woh kyun? saas chahti hai ke mein barhoon, bara banon. bahu chahti hai ke mein bara banon. yani ghar ke andar jo chota sa aik choti si dunya hai, aik choti mini state hai, us ke andar saas chahti hai ke mein bari ban jaoon, bahu chahti hai ke mein b</w:t>
      </w:r>
    </w:p>
    <w:p>
      <w:pPr>
        <w:jc w:val="right"/>
      </w:pPr>
      <w:r>
        <w:t>۔ یہاں تک کہ ایک گھر کو آپ لیجیے جہاں ساس اور بہو کا جھگڑا ہوتا ہے۔ وہ کیوں؟ ساس چاہتی ہے کہ میں بڑھوں، بڑا بنوں۔ بہو چاہتی ہے کہ میں بڑا بنوں۔ یعنی گھر کے اندر جو چھوٹا سا ایک چھوٹی سی دنیا ہے، ایک چھوٹی ایک منی اسٹیٹ ہے، اس کے اندر ساس چاہتی ہے کہ میں بڑی بن جاؤں، بہو چاہتی ہے کہ میں ب</w:t>
      </w:r>
    </w:p>
    <w:p>
      <w:r>
        <w:rPr>
          <w:b/>
        </w:rPr>
        <w:t xml:space="preserve">[33:53] </w:t>
      </w:r>
      <w:r>
        <w:t>adi ban jaoon. to isi ka takrao hota hai. aur sari ghar ke andar jo negative activities ya buraiyan aati hain, woh sirf isi liye hoti hain apnay ko bara bananay ke liye. to ghar se le kar ke parliament tak poori zindagi ko phaila kar aap dekh lijiyay to kisi na kisi other than God ko aadmi ne bara banaya hoga aur us ke liye woh sara evil practices kar raha hoga.</w:t>
      </w:r>
    </w:p>
    <w:p>
      <w:pPr>
        <w:jc w:val="right"/>
      </w:pPr>
      <w:r>
        <w:t>ڑی بن جاؤں۔ تو اسی کا ٹکراؤ ہوتا ہے۔ اور ساری گھر کے اندر جو نیگیٹیو ایکٹیویٹیز یا برائیاں آتی ہیں، وہ صرف اسی لیے ہوتی ہیں اپنے کو بڑا بنانے کے لیے۔ تو گھر سے لے کر کے پارلیمنٹ تک پوری زندگی کو پھیلا کر آپ دیکھ لیجئے تو کسی نہ کسی ادر دین گاڈ کو آدمی نے بڑا بنایا ہوگا اور اس کے لیے وہ سارا ایول پریکٹسز کر رہا ہوگا۔</w:t>
      </w:r>
    </w:p>
    <w:p>
      <w:r>
        <w:rPr>
          <w:b/>
        </w:rPr>
        <w:t xml:space="preserve">[34:26] </w:t>
      </w:r>
      <w:r>
        <w:t>kabhi aisa hota hai ke sirf apnay aap ko aadmi bara samajh leta hai. apni ego ko, apni ego ko qaim karne ke liye woh sachai ko acknowledge nahi karta, kisi baat ka etiraf nahi karta. kyun? us ko ego baqi rahay, doosri cheezen kuch bhi, kuch bhi ho jaye un ka. to mein samajhta hoon ke yeh aik bohat hi important baat hai zindagi ke baray mein ke</w:t>
      </w:r>
    </w:p>
    <w:p>
      <w:pPr>
        <w:jc w:val="right"/>
      </w:pPr>
      <w:r>
        <w:t>کبھی ایسا ہوتا ہے کہ صرف اپنے آپ کو آدمی بڑا سمجھ لیتا ہے۔ اپنی ایگو کو، اپنی ایگو کو قائم کرنے کے لیے وہ سچائی کو ایکنالج نہیں کرتا، کسی بات کا اعتراف نہیں کرتا۔ کیوں؟ اس کو ایگو باقی رہے، دوسری چیزیں کچھ بھی، کچھ بھی ہو جائے ان کا۔ تو میں سمجھتا ہوں کہ یہ ایک بہت ہی امپورٹنٹ بات ہے زندگی کے بارے میں کہ</w:t>
      </w:r>
    </w:p>
    <w:p>
      <w:r>
        <w:rPr>
          <w:b/>
        </w:rPr>
        <w:t xml:space="preserve">[34:57] </w:t>
      </w:r>
      <w:r>
        <w:t>yeh jo namaz mein sikhai jati hai ke god all one is great and nothing else is great. Khuda ki sab barhai sirf Khuda aik Khuda ke liye hai. Is ke siwa jo kuch hai sab chhota hai, sab chhota hai, sab chhota hai. Aap sochiye, yani psychologically sochiye, kya kabhi bhi koi shakhs kisi chhoti cheez ke liye abhi sari daud dhop machayega? Aik cheez is ko chhota samajh le,</w:t>
      </w:r>
    </w:p>
    <w:p>
      <w:pPr>
        <w:jc w:val="right"/>
      </w:pPr>
      <w:r>
        <w:t>یہ جو نماز میں سکھائی جاتی ہے کہ گاڈ الون از گریٹ اینڈ نتھنگ ایلس از گریٹ۔ خدا کی سب بڑائی صرف خدا ایک خدا کے لیے ہے۔ اس کے سوا جو کچھ ہے سب چھوٹا ہے، سب چھوٹا ہے، سب چھوٹا ہے۔ آپ سوچیے، یعنی سائیکلوجیکلی سوچیے، کیا کبھی بھی کوئی شخص کسی چھوٹی چیز کے لیے ابھی ساری دوڑ دھوپ مچائے گا؟ ایک چیز اس کو چھوٹا سمجھ لے،</w:t>
      </w:r>
    </w:p>
    <w:p>
      <w:r>
        <w:rPr>
          <w:b/>
        </w:rPr>
        <w:t xml:space="preserve">[35:28] </w:t>
      </w:r>
      <w:r>
        <w:t>is ke liye woh kya sari evil practices karega? Aadmi jhuggi jhonpdi ke liye nahi karta corruption, kothiyon aur mahallon aur palaces ke liye karta hai corruption, kyunke is ko bara samajhta hai woh. To yeh yeh sare hi negative thought, evil practices, sare corruption ka kaat hai. Yeh spirit</w:t>
      </w:r>
    </w:p>
    <w:p>
      <w:pPr>
        <w:jc w:val="right"/>
      </w:pPr>
      <w:r>
        <w:t>اس کے لیے وہ کیا ساری ایول پریکٹسز کرے گا؟ آدمی جھگی جھونپڑی کے لیے نہیں کرتا کرپشن، کوٹھیوں اور محلوں اور پیلسز کے لیے کرتا ہے کرپشن، کیونکہ اس کو بڑا سمجھتا ہے وہ۔ تو یہ یہ سارے ہی نیگیٹیو تھاٹ، ایول پریکٹسز، سارے کرپشن کا کاٹ ہے۔ یہ اسپرٹ</w:t>
      </w:r>
    </w:p>
    <w:p>
      <w:r>
        <w:rPr>
          <w:b/>
        </w:rPr>
        <w:t xml:space="preserve">[35:59] </w:t>
      </w:r>
      <w:r>
        <w:t>ke bara to sirf Khuda hai, baqi sari cheezein chhoti hain. Accha yeh hai jo call ya azan jo namaz mein har namaz ke pehle di jati hai. Accha is ke baad kya hota hai? Is ke baad hota hai wuzu, yani pani se hath paon ko aur chehre ko dhona. Yeh dhona jo hai, yeh koi rituals nahi hai, yeh koi rasam nahi hai.</w:t>
      </w:r>
    </w:p>
    <w:p>
      <w:pPr>
        <w:jc w:val="right"/>
      </w:pPr>
      <w:r>
        <w:t>کہ بڑا تو صرف خدا ہے، باقی ساری چیزیں چھوٹی ہیں۔ اچھا یہ ہے جو کال یا اذان جو نماز میں ہر نماز کے پہلے دی جاتی ہے۔ اچھا اس کے بعد کیا ہوتا ہے؟ اس کے بعد ہوتا ہے وضو، یعنی پانی سے ہاتھ پاؤں کو اور چہرے کو دھونا۔ یہ دھونا جو ہے، یہ کوئی ریچولز نہیں ہے، یہ کوئی رسم نہیں ہے۔</w:t>
      </w:r>
    </w:p>
    <w:p>
      <w:r>
        <w:rPr>
          <w:b/>
        </w:rPr>
        <w:t xml:space="preserve">[36:31] </w:t>
      </w:r>
      <w:r>
        <w:t>Yeh sach poochhein to symbolic sense mein yeh spiritual purification ka mamla hai. Yani bazahir to aap dhote hain apne hath paon ko aur body ke kuch parts ko, lekin jo jis spirit ko jagana maqsad hai, woh hai spiritual purification. Isi liye jab wuzu poora ho jata hai to kehte hain ke</w:t>
      </w:r>
    </w:p>
    <w:p>
      <w:pPr>
        <w:jc w:val="right"/>
      </w:pPr>
      <w:r>
        <w:t>یہ سچ پوچھیں تو سمبولک سینس میں یہ اسپرچول پیوریفیکیشن کا معاملہ ہے۔ یعنی بظاہر تو آپ دھوتے ہیں اپنے ہاتھ پاؤں کو اور باڈی کے کچھ پارٹس کو، لیکن جو جس اسپرٹ کو جگانا مقصد ہے، وہ ہے اسپرچول پیوریفیکیشن۔ اسی لیے جب وضو پورا ہو جاتا ہے تو کہتے ہیں کہ</w:t>
      </w:r>
    </w:p>
    <w:p>
      <w:r>
        <w:rPr>
          <w:b/>
        </w:rPr>
        <w:t xml:space="preserve">[37:04] </w:t>
      </w:r>
      <w:r>
        <w:t>Khudaya mere dil ko pak bana de. Dekha, yani yani unhon ne aadmi ne bazahir to dhwaya apne hath paon ko, lekin dua kya parh raha hai ke Khudaya mere dil ko pak pak bana de. To woh goya ke upar ka aik act kar ke apne andar ko purify kar raha hai.</w:t>
      </w:r>
    </w:p>
    <w:p>
      <w:pPr>
        <w:jc w:val="right"/>
      </w:pPr>
      <w:r>
        <w:t>خدایا میرے دل کو پاک بنا دے۔ دیکھا، یعنی یعنی انہوں نے آدمی نے بظاہر تو دھوایا اپنے ہاتھ پاؤں کو، لیکن دعا کیا پڑھ رہا ہے کہ خدایا میرے دل کو پاک پاک بنا دے۔ تو وہ گویا کہ اوپر کا ایک ایکٹ کر کے اپنے اندر کو پیوریفائی کر رہا ہے۔</w:t>
      </w:r>
    </w:p>
    <w:p>
      <w:r>
        <w:rPr>
          <w:b/>
        </w:rPr>
        <w:t xml:space="preserve">[37:40] </w:t>
      </w:r>
      <w:r>
        <w:t>Yeh hai wuzu. Yani aadmi ab tak jo masjid ke bahar worldly activities mein jahan is ko bohat si cheezon ke beech mein jeena par raha tha, un sab se alag kar ke aik aik seclusion, aik aisi jagah aata hai jahan seclusion mein kuch der, kuch moment bitaye. Yani worldly activities se alag kar ke kuch moment</w:t>
      </w:r>
    </w:p>
    <w:p>
      <w:pPr>
        <w:jc w:val="right"/>
      </w:pPr>
      <w:r>
        <w:t>یہ ہے وضو۔ یعنی آدمی اب تک جو مسجد کے باہر ورلڈلی ایکٹیویٹیز میں جہاں اس کو بہت سی چیزوں کے بیچ میں جینا پڑ رہا تھا، ان سب سے الگ کر کے ایک ایک سیکلوژن، ایک ایسی جگہ آتا ہے جہاں وہ سیکلوژن میں کچھ دیر، کچھ مومنٹ بتائے۔ یعنی ورلڈلی ایکٹیویٹیز سے الگ کر کے کچھ مومنٹ</w:t>
      </w:r>
    </w:p>
    <w:p>
      <w:r>
        <w:rPr>
          <w:b/>
        </w:rPr>
        <w:t xml:space="preserve">[38:10] </w:t>
      </w:r>
      <w:r>
        <w:t>ke liye woh aik aik aise place mein aata hai jahan seclusion mein reh kar ke, alag thalag reh kar ke, woh apne ko purify kare, Khuda greatness ko yaad kare, aur doosri cheezein bari nahi hain, un ko apne dil mein bithaye. Is ke liye aata hai wahan par woh. To yeh hai, yani namaz ke baad jo pehla act kiya jata</w:t>
      </w:r>
    </w:p>
    <w:p>
      <w:pPr>
        <w:jc w:val="right"/>
      </w:pPr>
      <w:r>
        <w:t>کے لیے وہ ایک ایک ایسے پلیس میں آتا ہے جہاں سیکلوژن میں رہ کر کے، الگ تھلگ رہ کر کے، وہ اپنے کو پیوریفائی کرے، خدا گریٹنس کو یاد کرے، اور دوسری چیزیں بڑی نہیں ہیں، ان کو اپنے دل میں بٹھائے۔ اس کے لیے آتا ہے وہاں پر وہ۔ تو یہ ہے، یعنی نماز کے بعد جو پہلا ایکٹ کیا جاتا</w:t>
      </w:r>
    </w:p>
    <w:p>
      <w:r>
        <w:rPr>
          <w:b/>
        </w:rPr>
        <w:t xml:space="preserve">[38:40] </w:t>
      </w:r>
      <w:r>
        <w:t>hai, wuzu. Is ki spirit, wuzu ki spirit hath paon dhona nahi hai, wuzu ki spirit self purification hai. Apne dil ko, apne mind ko, apne soul ko purify karna. Yeh hai spirit wuzu ki. To bazahir aap dhote hain apne hath paon ko, lekin jo spirit jagate</w:t>
      </w:r>
    </w:p>
    <w:p>
      <w:pPr>
        <w:jc w:val="right"/>
      </w:pPr>
      <w:r>
        <w:t>ہے، وضو۔ اس کی اسپرٹ، وضو کی اسپرٹ ہاتھ پاؤں دھونا نہیں ہے، وضو کی اسپرٹ سیلف پیوریفیکیشن ہے۔ اپنے دل کو، اپنے مائنڈ کو، اپنے سول کو پیوریفائی کرنا۔ یہ ہے اسپرٹ وضو کی۔ تو بظاہر آپ دھوتے ہیں اپنے ہاتھ پاؤں کو، لیکن جو اسپرٹ جگاتے</w:t>
      </w:r>
    </w:p>
    <w:p>
      <w:r>
        <w:rPr>
          <w:b/>
        </w:rPr>
        <w:t xml:space="preserve">[39:10] </w:t>
      </w:r>
      <w:r>
        <w:t>hain apne andar, jo soch apne andar jagate hain, woh yeh hai ke Khuda se aap dua karte hain ke Khudaya jis tarah pani ne mere hath paon ko saaf kiya, to apni rehmat se mere mind ko, mere dil ko pak saaf bana de. Maine bataya aap ko ke namaz mein jo panch time daily parhi jati hai, to sab se zyada jo word bola jata hai, woh hai Allah Akbar.</w:t>
      </w:r>
    </w:p>
    <w:p>
      <w:pPr>
        <w:jc w:val="right"/>
      </w:pPr>
      <w:r>
        <w:t>ہیں اپنے اندر، جو سوچ اپنے اندر جگاتے ہیں، وہ یہ ہے کہ خدا سے آپ دعا کرتے ہیں کہ خدایا جس طرح پانی نے میرے ہاتھ پاؤں کو صاف کیا، تو اپنی رحمت سے میرے مائنڈ کو، میرے دل کو پاک صاف بنا دے۔ میں نے بتایا آپ کو کہ نماز میں جو پانچ ٹائم ڈیلی پڑھی جاتی ہے، تو سب سے زیادہ جو ورڈ بولا جاتا ہے، وہ ہے اللہ اکبر۔</w:t>
      </w:r>
    </w:p>
    <w:p>
      <w:r>
        <w:rPr>
          <w:b/>
        </w:rPr>
        <w:t xml:space="preserve">[39:41] </w:t>
      </w:r>
      <w:r>
        <w:t>Yani more than 300 times. Allah Akbar ka word namazon mein more than 300 times parha jata hai. Is ka matlab hai God is great. God is great. Dekhiye, har baat mein kuch cheez understood hoti hai. Har baat mein koi bhi baat ho to</w:t>
      </w:r>
    </w:p>
    <w:p>
      <w:pPr>
        <w:jc w:val="right"/>
      </w:pPr>
      <w:r>
        <w:t>یعنی مور دین 300 ٹائمز۔ اللہ اکبر کا ورڈ نمازوں میں مور دین 300 ٹائمز پڑھا جاتا ہے۔ اس کا مطلب ہے گاڈ از گریٹ۔ گاڈ از گریٹ۔ دیکھیے، ہر بات میں کچھ چیز انڈرسٹڈ ہوتی ہے۔ ہر بات میں کوئی بھی بات ہو تو</w:t>
      </w:r>
    </w:p>
    <w:p>
      <w:r>
        <w:rPr>
          <w:b/>
        </w:rPr>
        <w:t xml:space="preserve">[40:12] </w:t>
      </w:r>
      <w:r>
        <w:t>jo sentence aap bolte hain, sari baat isi ke andar nahi aati. Kuch cheez understood rehti hai. Yeh aik principle hai. To isi tarah se jab aap kehte hain God is great, to is mein aik cheez understood hai, woh kya? I am not great. Agar apne aap ko bhi bara mante rahein aap, to is ka matlab kya hua? Ke</w:t>
      </w:r>
    </w:p>
    <w:p>
      <w:pPr>
        <w:jc w:val="right"/>
      </w:pPr>
      <w:r>
        <w:t>جو سینٹنس آپ بولتے ہیں، ساری بات اسی کے اندر نہیں آتی۔ کچھ چیز انڈرسٹڈ رہتی ہے۔ یہ ایک پرنسپل ہے۔ تو اسی طرح سے جب آپ کہتے ہیں گاڈ از گریٹ، تو اس میں ایک چیز انڈرسٹڈ ہے، وہ کیا؟ ائی ایم ناٹ گریٹ۔ اگر اپنے آپ کو بھی بڑا مانتے رہیں آپ، تو اس کا مطلب کیا ہوا؟ کہ</w:t>
      </w:r>
    </w:p>
    <w:p>
      <w:r>
        <w:rPr>
          <w:b/>
        </w:rPr>
        <w:t xml:space="preserve">[40:42] </w:t>
      </w:r>
      <w:r>
        <w:t>aap ne Khuda ko nahi bara mana. Jab bhi do linein hain, aap kahein ke yeh line bari hai, is ka matlab yeh hai ke doosri line chhoti hai. Agar chhoti line ko bhi aap bara mante rahein, to aap ne bari line ko bhi bara nahi mana. To jab aap yeh kehte hain ke God is great, to is mein apne aap yeh baat included hai ke I am not great.</w:t>
      </w:r>
    </w:p>
    <w:p>
      <w:pPr>
        <w:jc w:val="right"/>
      </w:pPr>
      <w:r>
        <w:t>آپ نے خدا کو نہیں بڑا مانا۔ جب بھی دو لائنیں ہیں، آپ کہیں کہ یہ لائن بڑی ہے، اس کا مطلب یہ ہے کہ دوسری لائن چھوٹی ہے۔ اگر چھوٹی لائن کو بھی آپ بڑا مانتے رہیں، تو آپ نے بڑی لائن کو بھی بڑا نہیں مانا۔ تو جب آپ یہ کہتے ہیں کہ گاڈ از گریٹ، تو اس میں اپنے آپ یہ بات انکلوڈڈ ہے کہ ائی ایم ناٹ گریٹ۔</w:t>
      </w:r>
    </w:p>
    <w:p>
      <w:r>
        <w:rPr>
          <w:b/>
        </w:rPr>
        <w:t xml:space="preserve">[41:15] </w:t>
      </w:r>
      <w:r>
        <w:t>Is se hamein criterion mila. How to judge the true spirit of namaz. Aik aadmi jo namaz parhta hai, aur aaj kal to karoron log namaz parh rahe hain. To jaisa ke maine aik hadith sunai aap ko ke kisi ki namaz ko dekh kar Prophet ne kaha: "Jao phir se namaz parho kyunke tum ne namaz nahi parh</w:t>
      </w:r>
    </w:p>
    <w:p>
      <w:pPr>
        <w:jc w:val="right"/>
      </w:pPr>
      <w:r>
        <w:t>اس سے ہمیں کرائٹیرین ملا۔ ہاؤ ٹو جج دا ٹرو اسپرٹ اف نماز۔ ایک آدمی جو نماز پڑھتا ہے، اور آج کل تو کروڑوں لوگ نماز پڑھ رہے ہیں۔ تو جیسا کہ میں نے ایک حدیث سنائی آپ کو کہ کسی کی نماز کو دیکھ کر پرافٹ نے کہا: "جاؤ پھر سے نماز پڑھو کیونکہ تم نے نماز نہیں پڑ</w:t>
      </w:r>
    </w:p>
    <w:p>
      <w:r>
        <w:rPr>
          <w:b/>
        </w:rPr>
        <w:t xml:space="preserve">[41:45] </w:t>
      </w:r>
      <w:r>
        <w:t>hi." To main aap ko aik criterion deta hoon, bohat hi clear cut criterion. Woh kya? Ke yeh jo maine arz kiya ke Allah Akbar ka matlab yeh hai ke God is great and I am not great. In other words, is ka matlab kya hai? Spirit of modesty. Yani</w:t>
      </w:r>
    </w:p>
    <w:p>
      <w:pPr>
        <w:jc w:val="right"/>
      </w:pPr>
      <w:r>
        <w:t>ھی۔" تو میں آپ کو ایک کرائٹیرین دیتا ہوں، بہت ہی کلیئر کٹ کرائٹیرین۔ وہ کیا؟ کہ یہ جو میں نے عرض کیا کہ اللہ اکبر کا مطلب یہ ہے کہ گاڈ از گریٹ اینڈ ائی ایم ناٹ گریٹ۔ ان ادر ورڈز، اس کا مطلب کیا ہے؟ اسپرٹ اف ماڈیسٹی۔ یعنی</w:t>
      </w:r>
    </w:p>
    <w:p>
      <w:r>
        <w:rPr>
          <w:b/>
        </w:rPr>
        <w:t xml:space="preserve">[42:15] </w:t>
      </w:r>
      <w:r>
        <w:t>is namaz inculcate karti hai spirit of modesty ko, yani Khuda ko bara man kar apne aap ko chhota bana lena. Yeh hai criterion. Koi bhi shakhs jo aap ko namaz parhta hua dikhai deta hai, to agar aap paein ke sach much is ke andar modesty hai, arrogance khatam ho gaya hai, egoism nahi hai is ke andar, tab samjhiye ke is ne spirit wali namaz parhi.</w:t>
      </w:r>
    </w:p>
    <w:p>
      <w:pPr>
        <w:jc w:val="right"/>
      </w:pPr>
      <w:r>
        <w:t>اس نماز انکلکیٹ کرتی ہے اسپرٹ اف ماڈیسٹی کو، یعنی خدا کو بڑا مان کر اپنے آپ کو چھوٹا بنا لینا۔ یہ ہے کرائٹیرین۔ کوئی بھی شخص جو آپ کو نماز پڑھتا ہوا دکھائی دیتا ہے، تو اگر آپ پائیں کہ سچ مچ اس کے اندر ماڈیسٹی ہے، ارگنس ختم ہو گیا ہے، ایگو ازم نہیں ہے اس کے اندر، تب سمجھیے کہ اس نے اسپرٹ والی نماز پڑھی۔</w:t>
      </w:r>
    </w:p>
    <w:p>
      <w:r>
        <w:rPr>
          <w:b/>
        </w:rPr>
        <w:t xml:space="preserve">[42:46] </w:t>
      </w:r>
      <w:r>
        <w:t>Aur agar namaz parh kar bhi is ke andar arrogance hai, egoism hai, to use keh dijiye ke jao tum phir se namaz parho kyunke tum ne namaz nahi parhi. Yani prophetic language mein aap yeh keh sakte hain. To namaz ya salat ya prayer, kisi aadmi ki jo aadmi namaz parhta ho, us ko janchne ka jo crai</w:t>
      </w:r>
    </w:p>
    <w:p>
      <w:pPr>
        <w:jc w:val="right"/>
      </w:pPr>
      <w:r>
        <w:t>اور اگر نماز پڑھ کر بھی اس کے اندر ارگنس ہے، ایگو ازم ہے، تو اسے کہہ دیجیے کہ جاؤ تم پھر سے نماز پڑھو کیونکہ تم نے نماز نہیں پڑھی۔ یعنی پرافٹک لینگویج میں آپ یہ کہہ سکتے ہیں۔ تو نماز یا صلاۃ یا پریر، کسی آدمی کی جو آدمی نماز پڑھتا ہو، اس کو جانچنے کا جو کرائ</w:t>
      </w:r>
    </w:p>
    <w:p>
      <w:r>
        <w:rPr>
          <w:b/>
        </w:rPr>
        <w:t xml:space="preserve">[43:16] </w:t>
      </w:r>
      <w:r>
        <w:t>terian hai, woh yeh hai ke is ke andar modesty ki spirit aayi ho. To maine arz kiya ke agar aap kisi namaz parhne wale ke andar modesty ki spirit na paein, woh ladta jhagadta ho, ladte jhagadne ka matlab kya hai? Aik bhai egoist hona. Sirf egoist log hi aap ladte jhagadte rehte hain.</w:t>
      </w:r>
    </w:p>
    <w:p>
      <w:pPr>
        <w:jc w:val="right"/>
      </w:pPr>
      <w:r>
        <w:t>ٹیرین ہے، وہ یہ ہے کہ اس کے اندر ماڈیسٹی کی اسپرٹ آئی ہو۔ تو میں نے عرض کیا کہ اگر آپ کسی نماز پڑھنے والے کے اندر ماڈیسٹی کی اسپرٹ نہ پائیں، وہ لڑتا جھگڑتا ہو، لڑتے جھگڑنے کا مطلب کیا ہے؟ ایک بھائی ایگوئسٹ ہونا۔ صرف ایگوئسٹ لوگ ہی آپ لڑتے جھگڑتے رہتے ہیں۔</w:t>
      </w:r>
    </w:p>
    <w:p>
      <w:r>
        <w:rPr>
          <w:b/>
        </w:rPr>
        <w:t xml:space="preserve">[43:46] </w:t>
      </w:r>
      <w:r>
        <w:t>Arrogance ka matlab kya hai? Jo aadmi doosre ko acknowledge na kare, woh arrogant hota hai. To jo aadmi ke andar arrogance na jaye, egoism na jaye, ladna jhagadna na jaye, to keh sakte hain aap ke Prophet ne jo kaha hai, woh to bar bar apply ho raha hai ke jao phir se namaz parho ke tum ne abhi namaz nahi parhi hai.</w:t>
      </w:r>
    </w:p>
    <w:p>
      <w:pPr>
        <w:jc w:val="right"/>
      </w:pPr>
      <w:r>
        <w:t>ارگنس کا مطلب کیا ہے؟ جو آدمی دوسرے کو ایکنالج نہ کرے، وہ ارگنٹ ہوتا ہے۔ تو جو آدمی کے اندر ارگنس نہ جائے، ایگوئزم نہ جائے، لڑنا جھگڑنا نہ جائے، تو کہہ سکتے ہیں آپ کہ پرافٹ نے جو کہا ہے، وہ تو بار بار اپلائی ہو رہا ہے کہ جاؤ پھر سے نماز پڑھو کہ تم نے ابھی نماز نہیں پڑھی ہے۔</w:t>
      </w:r>
    </w:p>
    <w:p>
      <w:r>
        <w:rPr>
          <w:b/>
        </w:rPr>
        <w:t xml:space="preserve">[44:16] </w:t>
      </w:r>
      <w:r>
        <w:t>Yeh hai namaz ki asli spirit. To maine aap ki khidmat mein kuch baatein arz karein, aap aage ko leejie. Jab aik shakhs namaz shuru karta hai to namaz mein kuch duaein, kuch ayatein parhi jati hain. Kuch Quran ki ayatein aur kuch duaein parhi jati hain. To bas sari baaton ka ya sari duaaon ka ya sari a</w:t>
      </w:r>
    </w:p>
    <w:p>
      <w:pPr>
        <w:jc w:val="right"/>
      </w:pPr>
      <w:r>
        <w:t>یہ ہے نماز کی اصلی اسپرٹ۔ تو میں نے آپ کی خدمت میں کچھ باتیں عرض کیں، آپ آگے کو لیجئے۔ جب ایک شخص نماز شروع کرتا ہے تو نماز میں کچھ دعائیں، کچھ آیتیں پڑھی جاتی ہیں۔ کچھ قرآن کی آیتیں اور کچھ دعائیں پڑھی جاتی ہیں۔ تو بس ساری باتوں کا یا ساری دعاؤں کا یا ساری آ</w:t>
      </w:r>
    </w:p>
    <w:p>
      <w:r>
        <w:rPr>
          <w:b/>
        </w:rPr>
        <w:t xml:space="preserve">[44:46] </w:t>
      </w:r>
      <w:r>
        <w:t>ayaton ka charcha nahi karunga is waqt. Selected way mein kuch baaton ka charcha karunga ke kis tarah woh related hai namaz ki asli spirit se. Dekhiye, har namaz mein Quran ki aik surah parhi jati hai, aik chapter chhota jo hai, pehla chapter jo Quran ka bilkul pehla. Quran mein aap jante hain ke 114 chapters hain, kuch chhote, kuch</w:t>
      </w:r>
    </w:p>
    <w:p>
      <w:pPr>
        <w:jc w:val="right"/>
      </w:pPr>
      <w:r>
        <w:t>یتوں کا چرچا نہیں کروں گا اس وقت۔ سلیکٹڈ وے میں کچھ باتوں کا چرچا کروں گا کہ کس طرح وہ ریلیٹڈ ہے نماز کی اصلی اسپرٹ سے۔ دیکھیے، ہر نماز میں قرآن کی ایک سورہ پڑھی جاتی ہے، ایک چیپٹر چھوٹا جو ہے، پہلا چیپٹر جو قرآن کا بالکل پہلا۔ قرآن میں آپ جانتے ہیں کہ 114 چیپٹرز ہیں، کچھ چھوٹے، کچھ</w:t>
      </w:r>
    </w:p>
    <w:p>
      <w:r>
        <w:rPr>
          <w:b/>
        </w:rPr>
        <w:t xml:space="preserve">[45:16] </w:t>
      </w:r>
      <w:r>
        <w:t>bade. Aik bohat hi chhota sa chapter hai jo jo Quran ka pehla chapter hai, woh Quran ka preface samajh lijiye, us ko us ko har namaz mein zaroor parha jata hai. Har namaz mein hadith mein aata hai ke Allah salat yuqarib al kitab ke jo aadmi</w:t>
      </w:r>
    </w:p>
    <w:p>
      <w:pPr>
        <w:jc w:val="right"/>
      </w:pPr>
      <w:r>
        <w:t>بڑے۔ ایک بہت ہی چھوٹا سا چیپٹر ہے جو جو قرآن کا پہلا چیپٹر ہے، وہ قرآن کا پریفیس سمجھ لیجئے، اس کو اس کو ہر نماز میں ضرور پڑھا جاتا ہے۔ ہر نماز میں حدیث میں آتا ہے کہ اللہ صلاۃ یقرب الکتاب کہ جو آدمی</w:t>
      </w:r>
    </w:p>
    <w:p>
      <w:r>
        <w:rPr>
          <w:b/>
        </w:rPr>
        <w:t xml:space="preserve">[45:46] </w:t>
      </w:r>
      <w:r>
        <w:t>is surah ko namaz mein na parhe to us ki namaz namaz nahi. Us ko kehte hain Al Fatiha. Is ka jo pehla sentence hai, dekhiye kya hai? Alhamdulillah Rabbil Alameen. Yani main shukr karta hoon Allah ka jo malik hai sare alam ka. To kaha pehla jo</w:t>
      </w:r>
    </w:p>
    <w:p>
      <w:pPr>
        <w:jc w:val="right"/>
      </w:pPr>
      <w:r>
        <w:t>اس سورہ کو نماز میں نہ پڑھے تو اس کی نماز نماز نہیں۔ اس کو کہتے ہیں الفاتحہ۔ اس کا جو پہلا سینٹنس ہے، دیکھیے کیا ہے؟ الحمدللہ رب العالمین۔ یعنی میں شکر کرتا ہوں اللہ کا جو مالک ہے سارے عالم کا۔ تو کہا پہلا جو</w:t>
      </w:r>
    </w:p>
    <w:p>
      <w:r>
        <w:rPr>
          <w:b/>
        </w:rPr>
        <w:t xml:space="preserve">[46:17] </w:t>
      </w:r>
      <w:r>
        <w:t>lesson hai namaz ka, woh yeh hai ke aadmi ke andar shukr ki spirit paida ho, yani acknowledge karna. Shukr ka matlab hai acknowledge karna. Shukr ka matlab hai acknowledge karna. Hadith mein aata hai ke man lam yashkur al nas lam yashkur Allah. Jo aadmi</w:t>
      </w:r>
    </w:p>
    <w:p>
      <w:pPr>
        <w:jc w:val="right"/>
      </w:pPr>
      <w:r>
        <w:t>لیسن ہے نماز کا، وہ یہ ہے کہ آدمی کے اندر شکر کی اسپرٹ پیدا ہو، یعنی ایکنالج کرنا۔ شکر کا مطلب ہے ایکنالج کرنا۔ شکر کا مطلب ہے ایکنالج کرنا۔ حدیث میں آتا ہے کہ من لم یشکر الناس لم یشکر اللہ۔ جو آدمی</w:t>
      </w:r>
    </w:p>
    <w:p>
      <w:r>
        <w:rPr>
          <w:b/>
        </w:rPr>
        <w:t xml:space="preserve">[46:47] </w:t>
      </w:r>
      <w:r>
        <w:t>insan ko acknowledge nahi karega, woh Khuda ko bhi acknowledge nahi karega. Jo insan ka shukr ada na kare, woh Khuda ka shukr bhi ada nahi karega. To acknowledge karna yeh pehli cheez hai jo namaz mein sikhai gayi. Mazhabi zuban mein is ko shukr kehte hain. Yani religious language mein isi ko shukr kehte hain. Shukr kya hai?</w:t>
      </w:r>
    </w:p>
    <w:p>
      <w:pPr>
        <w:jc w:val="right"/>
      </w:pPr>
      <w:r>
        <w:t>انسان کو ایکنالج نہیں کرے گا، وہ خدا کو بھی ایکنالج نہیں کرے گا۔ جو انسان کا شکر ادا نہ کرے، وہ خدا کا شکر بھی ادا نہیں کرے گا۔ تو ایکنالج کرنا یہ پہلی چیز ہے جو نماز میں سکھائی گئی۔ مذہبی زبان میں اس کو شکر کہتے ہیں۔ یعنی ریلیجس لینگویج میں اسی کو شکر کہتے ہیں۔ شکر کیا ہے؟</w:t>
      </w:r>
    </w:p>
    <w:p>
      <w:r>
        <w:rPr>
          <w:b/>
        </w:rPr>
        <w:t xml:space="preserve">[47:18] </w:t>
      </w:r>
      <w:r>
        <w:t>Shukr yeh nahi hai ke aap ke paas kothi motor ho jaye, bara sa job mil jaye, bohat fame mil jaye aap ko, bohat political power mil jaye, to aap kahein ke Khuda ka shukr hai. Nahi, yeh mere nazdeek jhoota shukr hai. Jhoota shukr kyun hai? Sacha shukr sirf woh ho sakta hai jis mein sare insan barabar hon. Sare</w:t>
      </w:r>
    </w:p>
    <w:p>
      <w:pPr>
        <w:jc w:val="right"/>
      </w:pPr>
      <w:r>
        <w:t>شکر یہ نہیں ہے کہ آپ کے پاس کوٹھی موٹر ہو جائے، بڑا سا جاب مل جائے، بہت فیم مل جائے آپ کو، بہت پولیٹیکل پاور مل جائے، تو آپ کہیں کہ خدا کا شکر ہے۔ نہیں، یہ میرے نزدیک جھوٹا شکر ہے۔ جھوٹا شکر کیوں ہے؟ سچا شکر صرف وہ ہو سکتا ہے جس میں سارے انسان برابر ہوں۔ سارے</w:t>
      </w:r>
    </w:p>
    <w:p>
      <w:r>
        <w:rPr>
          <w:b/>
        </w:rPr>
        <w:t xml:space="preserve">[47:48] </w:t>
      </w:r>
      <w:r>
        <w:t>insaan barabar hon. agar aap yeh kahein ke sania mirza ko jo achievement mili to us ne kaha khuda ka shukar hai, to sab ko to nahi mile gi woh. sab ko to nahi mile gi. to khuda kaise aisa kar sakta hai ke aik aisa criterion muqarrar kare jo kuch hi logon ko mile? kyunke sab se bara reward jo hai khuda ke haan woh hai shukar par</w:t>
      </w:r>
    </w:p>
    <w:p>
      <w:pPr>
        <w:jc w:val="right"/>
      </w:pPr>
      <w:r>
        <w:t>انسان برابر ہوں۔ اگر آپ یہ کہیں کہ ثانیہ مرزا کو جو اچیومنٹ ملی تو اس نے کہا خدا کا شکر ہے، تو سب کو تو نہیں ملے گی وہ۔ سب کو تو نہیں ملے گی۔ تو خدا کیسے ایسا کر سکتا ہے کہ ایک ایسا کرائٹیرین مقرر کرے جو کچھ ہی لوگوں کو ملے؟ کیونکہ سب سے بڑا ریوارڈ جو ہے خدا کے ہاں وہ ہے شکر پر</w:t>
      </w:r>
    </w:p>
    <w:p>
      <w:r>
        <w:rPr>
          <w:b/>
        </w:rPr>
        <w:t xml:space="preserve">[48:19] </w:t>
      </w:r>
      <w:r>
        <w:t>. shukar par, yaani alhamdulillah jo hai, shukar us par sab se bara reward hai. to aap sochiye ke kya khuda aisa kare ga ke aik aisa principle banaye jis mein do char logon hi ko bara reward milne wala ho aur log jo hain un ko koi reward hi nahi milne wala. aisa kabhi nahi ho sakta. khuda sab ko aik nazar se dekhta hai. sab ko.</w:t>
      </w:r>
    </w:p>
    <w:p>
      <w:pPr>
        <w:jc w:val="right"/>
      </w:pPr>
      <w:r>
        <w:t>۔ شکر پر، یعنی الحمدللہ جو ہے، شکر اس پر سب سے بڑا ریوارڈ ہے۔ تو آپ سوچیے کہ کیا خدا ایسا کرے گا کہ ایک ایسا پرنسپل بنائے جس میں دو چار لوگوں ہی کو بڑا ریوارڈ ملنے والا ہو اور لوگ جو ہیں ان کو کوئی ریوارڈ ہی نہیں ملے۔ ایسا کبھی نہیں ہو سکتا۔ خدا سب کو ایک نظر سے دیکھتا ہے۔ سب کو۔</w:t>
      </w:r>
    </w:p>
    <w:p>
      <w:r>
        <w:rPr>
          <w:b/>
        </w:rPr>
        <w:t xml:space="preserve">[48:51] </w:t>
      </w:r>
      <w:r>
        <w:t>jaise maa apne sab bachon ko aik nazar se dekhti hai. to khuda ne jab yeh kaha ke sab se bara reward mile ga shukar par, to is ka matlab yeh hua ke har aik ke liye woh achievable ho. agar har aik ke liye woh achievable na ho to woh phir khuda ki baat hi nahi hui. woh to discrimination aa gaya us ke andar. to koi bhi aisa interpretation shukar ka</w:t>
      </w:r>
    </w:p>
    <w:p>
      <w:pPr>
        <w:jc w:val="right"/>
      </w:pPr>
      <w:r>
        <w:t>جیسے ماں اپنے سب بچوں کو ایک نظر سے دیکھتی ہے۔ تو خدا نے جب یہ کہا کہ سب سے بڑا ریوارڈ ملے گا شکر پر، تو اس کا مطلب یہ ہوا کہ ہر ایک کے لیے وہ اچیویبل ہو۔ اگر ہر ایک کے لیے وہ اچیویبل نہ ہو تو وہ پھر خدا کی بات ہی نہیں ہوئی۔ وہ تو ڈسکریمنیشن آ گیا اس کے اندر۔ تو کوئی بھی ایسا انٹرپریٹیشن شکر کا</w:t>
      </w:r>
    </w:p>
    <w:p>
      <w:r>
        <w:rPr>
          <w:b/>
        </w:rPr>
        <w:t xml:space="preserve">[49:22] </w:t>
      </w:r>
      <w:r>
        <w:t>jis mein saare log, saare logon ke liye woh achievable na ho, to woh woh sahi nahi hai. woh sahi nahi hai, woh galat hai. woh is liye sahi baat kya hai? shukar khuda ka karna us cheez par jo already har aik ko mila hua hai. paida hote hi mil jata hai. har aik ko, har aik</w:t>
      </w:r>
    </w:p>
    <w:p>
      <w:pPr>
        <w:jc w:val="right"/>
      </w:pPr>
      <w:r>
        <w:t>جس میں سارے لوگ، سارے لوگوں کے لیے وہ اچیویبل نہ ہو، تو وہ وہ صحیح نہیں ہے۔ وہ صحیح نہیں ہے، وہ غلط ہے۔ وہ اس لیے صحیح بات کیا ہے؟ شکر خدا کا کرنا اس چیز پر جو الریڈی ہر ایک کو ملا ہوا ہے۔ پیدا ہوتے ہی مل جاتا ہے۔ ہر ایک کو، ہر ایک</w:t>
      </w:r>
    </w:p>
    <w:p>
      <w:r>
        <w:rPr>
          <w:b/>
        </w:rPr>
        <w:t xml:space="preserve">[49:52] </w:t>
      </w:r>
      <w:r>
        <w:t>ko, har aik ko. maslan aap ka yeh body, aap ka yeh mind, aap ki yeh aankh, aap ke body mein digestive system, bolne ki power, sunne ki power, inhi par shukar karna hai jo har aik ko barabar mila hua hai, janam hi se mil jata hai. to kaha shukar woh hai jo kiya jaye us par</w:t>
      </w:r>
    </w:p>
    <w:p>
      <w:pPr>
        <w:jc w:val="right"/>
      </w:pPr>
      <w:r>
        <w:t>کو، ہر ایک کو۔ مثلاً آپ کا یہ باڈی، آپ کا یہ مائنڈ، آپ کی یہ آنکھ، آپ کے باڈی میں ڈائجسٹو سسٹم، بولنے کی پاور، سننے کی پاور، انہی پر شکر کرنا ہے جو ہر ایک کو برابر ملا ہوا ہے، جنم ہی سے مل جاتا ہے۔ تو کہا شکر وہ ہے جو کیا جائے اس پر</w:t>
      </w:r>
    </w:p>
    <w:p>
      <w:r>
        <w:rPr>
          <w:b/>
        </w:rPr>
        <w:t xml:space="preserve">[50:23] </w:t>
      </w:r>
      <w:r>
        <w:t>jo already har aik ko mila hua hai. woh nahi ke jo kama kar kama kar aap hasil karte hain. phir to phir to har aadmi bara shukar ada nahi kar sakta. main aik qissa arz karoon. main aik baar srinagar mein tha, kashmir mein, to wahan par meri aik speech thi. woh open place mein thi, woh khula maidan tha. to</w:t>
      </w:r>
    </w:p>
    <w:p>
      <w:pPr>
        <w:jc w:val="right"/>
      </w:pPr>
      <w:r>
        <w:t>جو الریڈی ہر ایک کو ملا ہوا ہے۔ وہ نہیں کہ جو کما کر کما کر آپ حاصل کرتے ہیں۔ پھر تو پھر تو ہر آدمی بڑا شکر ادا نہیں کر سکتا۔ میں ایک قصہ عرض کروں۔ میں ایک بار سری نگر میں تھا، کشمیر میں، تو وہاں پر میری ایک اسپیچ تھی۔ وہ اوپن پلیس میں تھی، وہ کھلا میدان تھا۔ تو</w:t>
      </w:r>
    </w:p>
    <w:p>
      <w:r>
        <w:rPr>
          <w:b/>
        </w:rPr>
        <w:t xml:space="preserve">[50:53] </w:t>
      </w:r>
      <w:r>
        <w:t>saamne hamein himalaya pahad dikhai de raha tha. to wahan par thi. to yahi baat chal rahi thi, shukar ki baat. to maine wahan yeh baat kahi ke shukar jo hai woh kya cheez hai? to maine aik sawal kiya. maine kaha ke aankh jo hai, sirf aankh hi itni bari cheez hai ke jis par shukar karne ke liye aap ke paas zuban nahi, jo har aik ko paida hote hi mil jati hai.</w:t>
      </w:r>
    </w:p>
    <w:p>
      <w:pPr>
        <w:jc w:val="right"/>
      </w:pPr>
      <w:r>
        <w:t>سامنے ہمیں ہمالیہ پہاڑ دکھائی دے رہا تھا۔ تو وہاں پر تھی۔ تو یہی بات چل رہی تھی، شکر کی بات۔ تو میں نے وہاں یہ بات کہی کہ شکر جو ہے وہ کیا چیز ہے؟ تو میں نے ایک سوال کیا۔ میں نے کہا کہ آنکھ جو ہے، صرف آنکھ ہی اتنی بڑی چیز ہے کہ جس پر شکر کرنے کے لیے آپ کے پاس زبان نہیں، جو ہر ایک کو پیدا ہوتے ہی مل جاتی ہے۔</w:t>
      </w:r>
    </w:p>
    <w:p>
      <w:r>
        <w:rPr>
          <w:b/>
        </w:rPr>
        <w:t xml:space="preserve">[51:24] </w:t>
      </w:r>
      <w:r>
        <w:t>idhar aadmi paida hua aur aankh le kar aa gaya. koi kamai kiye baghair aankh mil gayi us ko. to maine kaha ke itni bari cheez, aap jante hain ke aankh jo hai, aadmi ke paas agar na ho to saari duniya andheri ho jaye. aap aankh band kar ke paanch minute kahein khare ho jaiye to yeh saari duniya aap ke liye andheri hogi. woh exist hi nahi kar rahi</w:t>
      </w:r>
    </w:p>
    <w:p>
      <w:pPr>
        <w:jc w:val="right"/>
      </w:pPr>
      <w:r>
        <w:t>ادھر آدمی پیدا ہوا اور آنکھ لے کر آ گیا۔ کوئی کمائی کیے بغیر آنکھ مل گئی اس کو۔ تو میں نے کہا کہ اتنی بڑی چیز، آپ جانتے ہیں کہ آنکھ جو ہے، آدمی کے پاس اگر نہ ہو تو ساری دنیا اندھیری ہو جائے۔ آپ آنکھ بند کر کے پانچ منٹ کہیں کھڑے ہو جائیے تو یہ ساری دنیا آپ کے لیے اندھیری ہوگی۔ وہ ایگزسٹ ہی نہیں کر رہی</w:t>
      </w:r>
    </w:p>
    <w:p>
      <w:r>
        <w:rPr>
          <w:b/>
        </w:rPr>
        <w:t xml:space="preserve">[51:54] </w:t>
      </w:r>
      <w:r>
        <w:t>hogi. abhi main yahan aankh band kar loon to yahan na koi haal hai, na koi insaan hai, na koi yahan par camera hai, kuch bhi nahi. sab khatam. to kaha jata hai ke jo information hum gather karte hain bahar se, us mein more than 80 percent aankh ke through hoti hai. aankh ke zariye hoti hai. more than 80 percent. to maine kaha ke yeh bataiye, aik sawal kiya maine audience se</w:t>
      </w:r>
    </w:p>
    <w:p>
      <w:pPr>
        <w:jc w:val="right"/>
      </w:pPr>
      <w:r>
        <w:t>ہوگی۔ ابھی میں یہاں آنکھ بند کر لوں تو یہاں نہ کوئی حال ہے، نہ کوئی انسان ہے، نہ کوئی یہاں پر کیمرہ ہے، کچھ بھی نہیں۔ سب ختم۔ تو کہا جاتا ہے کہ جو انفارمیشن ہم گیدر کرتے ہیں باہر سے، اس میں مور دین 80 پرسنٹ آنکھ کے تھرو ہوتی ہے۔ آنکھ کے ذریعے ہوتی ہے۔ مور دین 80 پرسنٹ۔ تو میں نے کہا کہ یہ بتائیے، ایک سوال کیا میں نے آڈینس سے</w:t>
      </w:r>
    </w:p>
    <w:p>
      <w:r>
        <w:rPr>
          <w:b/>
        </w:rPr>
        <w:t xml:space="preserve">[52:26] </w:t>
      </w:r>
      <w:r>
        <w:t>yeh bataiye ke agar aik angel aata hai khuda ki taraf se aur woh kehta hai ke yeh himalaya jo duniya ka sab se bara pahad hai, yeh poora ka poora aap ko golden mountain bana kar de diya jaye ga. sone ka pahad. condition sirf aik hai, woh yeh hai ke aap ki dono aankhein le li jayen gi.</w:t>
      </w:r>
    </w:p>
    <w:p>
      <w:pPr>
        <w:jc w:val="right"/>
      </w:pPr>
      <w:r>
        <w:t>، یہ بتائیے کہ اگر ایک اینجل آتا ہے خدا کی طرف سے اور وہ کہتا ہے کہ یہ ہمالیہ جو دنیا کا سب سے بڑا پہاڑ ہے، یہ پورا کا پورا آپ کو گولڈن ماؤنٹین بنا کر دے دیا جائے گا۔ سونے کا پہاڑ۔ کنڈیشن صرف ایک ہے، وہ یہ ہے کہ آپ کی دونوں آنکھیں لے لی جائیں گی۔</w:t>
      </w:r>
    </w:p>
    <w:p>
      <w:r>
        <w:rPr>
          <w:b/>
        </w:rPr>
        <w:t xml:space="preserve">[53:00] </w:t>
      </w:r>
      <w:r>
        <w:t>golden mountain aap ko mile ga us us shart par, us condition par ke phir aap dekhne qabil nahi honge. dono aankhein bahar taur par price ke le li jayen gi. to kya aap ko manzoor hoga? to aik aadmi, aik senior aadmi khara hua, us ne bare hi dard ke sath kaha ke aise golden mountain ko le kar hum kya karein</w:t>
      </w:r>
    </w:p>
    <w:p>
      <w:pPr>
        <w:jc w:val="right"/>
      </w:pPr>
      <w:r>
        <w:t>گولڈن ماؤنٹین آپ کو ملے گا اس اس شرط پر، اس کنڈیشن پر کہ پھر آپ دیکھنے قابل نہیں ہوں گے۔ دونوں آنکھیں بطور پرائس کے لے لی جائیں گی۔ تو کیا آپ کو منظور ہوگا؟ تو ایک آدمی، ایک سینیئر آدمی کھڑا ہوا، اس نے بڑے ہی درد کے ساتھ کہا کہ ایسے گولڈن ماؤنٹین کو لے کر ہم کیا کریں</w:t>
      </w:r>
    </w:p>
    <w:p>
      <w:r>
        <w:rPr>
          <w:b/>
        </w:rPr>
        <w:t xml:space="preserve">[53:31] </w:t>
      </w:r>
      <w:r>
        <w:t>jis ko dekhne ke liye hamare paas do aankhein bhi na hon? aise sone ke pahad ko le kar hum kya karein jis ko dekhne ke liye hamare do aankhein bhi na hon? to maine us par add kiya ke dekhiye, is ka matlab kya hai? yeh do aankhein jo khuda ki taraf se hum ko free mein mili hui hain, to maine kaha yeh do aankhein</w:t>
      </w:r>
    </w:p>
    <w:p>
      <w:pPr>
        <w:jc w:val="right"/>
      </w:pPr>
      <w:r>
        <w:t>جس کو دیکھنے کے لیے ہمارے پاس دو آنکھیں بھی نہ ہوں؟ ایسے سونے کے پہاڑ کو لے کر ہم کیا کریں جس کو دیکھنے کے لیے ہمارے دو آنکھیں بھی نہ ہوں؟ تو میں نے اس پر ایڈ کیا کہ دیکھیے، اس کا مطلب کیا ہے؟ یہ دو آنکھیں جو خدا کی طرف سے ہم کو فری میں ملی ہوئی ہیں، تو میں نے کہا یہ دو آنکھیں</w:t>
      </w:r>
    </w:p>
    <w:p>
      <w:r>
        <w:rPr>
          <w:b/>
        </w:rPr>
        <w:t xml:space="preserve">[54:04] </w:t>
      </w:r>
      <w:r>
        <w:t>sone ke pahad se zyada qeemti hain. yeh do aankhein sone ke pahad se zyada qeemti hain. is par shukar karna hai. shukar ke liye hamein intezar nahi karna hai ke mere paas bohat bari kothi ho jaye, mere paas bohat bari car ho jaye, mere paas bohat bara bank balance ho jaye, mujh ko bohat bara political power mil jaye.</w:t>
      </w:r>
    </w:p>
    <w:p>
      <w:pPr>
        <w:jc w:val="right"/>
      </w:pPr>
      <w:r>
        <w:t>سونے کے پہاڑ سے زیادہ قیمتی ہیں۔ یہ دو آنکھیں سونے کے پہاڑ سے زیادہ قیمتی ہیں۔ اس پر شکر کرنا ہے۔ شکر کے لیے ہمیں انتظار نہیں کرنا ہے کہ میرے پاس بہت بڑی کوٹھی ہو جائے، میرے پاس بہت بڑی کار ہو جائے، میرے پاس بہت بڑا بینک بیلنس ہو جائے، مجھ کو بہت بڑا پولیٹیکل پاور مل جائے۔</w:t>
      </w:r>
    </w:p>
    <w:p>
      <w:r>
        <w:rPr>
          <w:b/>
        </w:rPr>
        <w:t xml:space="preserve">[54:34] </w:t>
      </w:r>
      <w:r>
        <w:t>us ko jo aadmi wait kare ga to woh kabhi shukar nahi kar sakta. yahi already jo kuch mila hua hai, usi par shukar karna hai. yeh haath, yeh paon, yeh aankh, yeh kaan, yeh naak. aik scientist ne likha hai jo khuda ko nahi manta tha. to us ne kaha ke aik din aisa hua ke meri bachchi aa kar meri kursi ke paas khari ho gayi.</w:t>
      </w:r>
    </w:p>
    <w:p>
      <w:pPr>
        <w:jc w:val="right"/>
      </w:pPr>
      <w:r>
        <w:t>اس کو جو آدمی ویٹ کرے گا تو وہ کبھی شکر نہیں کر سکتا۔ یہی الریڈی جو کچھ ملا ہوا ہے، اسی پر شکر کرنا ہے۔ یہ ہاتھ، یہ پاؤں، یہ آنکھ، یہ کان، یہ ناک۔ ایک سائنٹسٹ نے لکھا ہے جو خدا کو نہیں مانتا تھا۔ تو اس نے کہا کہ ایک دن ایسا ہوا کہ میری بچی آ کر میری کرسی کے پاس کھڑی ہو گئی۔</w:t>
      </w:r>
    </w:p>
    <w:p>
      <w:r>
        <w:rPr>
          <w:b/>
        </w:rPr>
        <w:t xml:space="preserve">[55:05] </w:t>
      </w:r>
      <w:r>
        <w:t>ghaliban us ki grand daughter thi woh. to jab khari ho gayi aur us se woh baat kar raha tha to achaanak us ke andar yeh soch aayi ke kaise aisa possible hota hai ke main bol raha hoon aur meri bachchi sun rahi hai us ko. to kaan ke mechanism par sochne laga main. kya cheez hai kaan? kya cheez hai zuban? kaise main bolta</w:t>
      </w:r>
    </w:p>
    <w:p>
      <w:pPr>
        <w:jc w:val="right"/>
      </w:pPr>
      <w:r>
        <w:t>غالباً اس کی گرینڈ ڈاٹر تھی وہ۔ تو جب کھڑی ہو گئی اور اس سے وہ بات کر رہا تھا تو اچانک اس کے اندر یہ سوچ آئی کہ کیسے ایسا پاسیبل ہوتا ہے کہ میں بول رہا ہوں اور میری بچی سن رہی ہے اس کو۔ تو کان کے میکانزم پر سوچنے لگا میں۔ کیا چیز ہے کان؟ کیا چیز ہے زبان؟ کیسے میں بولتا</w:t>
      </w:r>
    </w:p>
    <w:p>
      <w:r>
        <w:rPr>
          <w:b/>
        </w:rPr>
        <w:t xml:space="preserve">[55:35] </w:t>
      </w:r>
      <w:r>
        <w:t>hoon, kaise bachchi sunti hai aur kaise mind us ko samajhta hai. to woh likhta hai ke yeh sochte hue, sochte hue mujhe aisa laga ke main khuda ke belief ke paas pahunch raha hoon. khuda ko manne ke qareeb hota ja raha hoon. to jaldi se us ne mind ko jhatak diya aur sochna band kar diya. har lamha, har waqt, har</w:t>
      </w:r>
    </w:p>
    <w:p>
      <w:pPr>
        <w:jc w:val="right"/>
      </w:pPr>
      <w:r>
        <w:t>ہوں، کیسے بچی سنتی ہے اور کیسے مائنڈ اس کو سمجھتا ہے۔ تو وہ لکھتا ہے کہ یہ سوچتے ہوئے، سوچتے ہوئے مجھے ایسا لگا کہ میں خدا کے بیلیف کے پاس پہنچ رہا ہوں۔ خدا کو ماننے کے قریب ہوتا جا رہا ہوں۔ تو جلدی سے اس نے مائنڈ کو جھٹک دیا اور سوچنا بند کر دیا۔ ہر لمحہ، ہر وقت، ہر</w:t>
      </w:r>
    </w:p>
    <w:p>
      <w:r>
        <w:rPr>
          <w:b/>
        </w:rPr>
        <w:t xml:space="preserve">[56:05] </w:t>
      </w:r>
      <w:r>
        <w:t>moment aadmi jin tajrubaat mein jeeta hai, woh tajrubaat us ko khuda ki yaad dilate hain. lekin kai baar aisa hota hai ke chunke woh tajrubaat, woh experience hamari apni khwahish ke khilaaf hote hain, to hum us ko manne ko tayyar nahi hote. chunke us scientist ne yeh maan liya tha ke khuda nahi hai, ab jab yeh</w:t>
      </w:r>
    </w:p>
    <w:p>
      <w:pPr>
        <w:jc w:val="right"/>
      </w:pPr>
      <w:r>
        <w:t>مومنٹ آدمی جن تجربات میں جیتا ہے، وہ تجربات اس کو خدا کی یاد دلاتے ہیں۔ لیکن کئی بار ایسا ہوتا ہے کہ چونکہ وہ تجربات، وہ ایکسپیرینس ہماری اپنی خواہش کے خلاف ہوتے ہیں، تو ہم اس کو ماننے کو تیار نہیں ہوتے۔ چونکہ اس سائنٹسٹ نے یہ مان لیا تھا کہ خدا نہیں ہے، اب جب یہ</w:t>
      </w:r>
    </w:p>
    <w:p>
      <w:r>
        <w:rPr>
          <w:b/>
        </w:rPr>
        <w:t xml:space="preserve">[56:35] </w:t>
      </w:r>
      <w:r>
        <w:t>cheez kuch saamne aayi jo keh rahi thi ke khuda exist kar raha hai, to apni us chahat ki wajah se, na ke kisi reason ki wajah se, us ke peeche koi reason nahi thi, sirf chahat, us ne inkar kar diya. to khair, main yeh keh raha tha ke namaz mein jo kaha jata hai alhamdulillah rabb ul alameen, to simply yeh kuch aik aik word nahi hai jis ko recite karna</w:t>
      </w:r>
    </w:p>
    <w:p>
      <w:pPr>
        <w:jc w:val="right"/>
      </w:pPr>
      <w:r>
        <w:t>چیز کچھ سامنے آئی جو کہہ رہی تھی کہ خدا ایگزسٹ کر رہا ہے، تو اپنی اس چاہت کی وجہ سے، نہ کہ کسی ریزن کی وجہ سے، اس کے پیچھے کوئی ریزن نہیں تھی، صرف چاہت، اس نے انکار کر دیا۔ تو خیر، میں یہ کہہ رہا تھا کہ نماز میں جو کہا جاتا ہے الحمدللہ رب العالمین، تو سمپلی یہ کچھ ایک ایک ورڈ نہیں ہے جس کو ریسائیڈ کرنا</w:t>
      </w:r>
    </w:p>
    <w:p>
      <w:r>
        <w:rPr>
          <w:b/>
        </w:rPr>
        <w:t xml:space="preserve">[57:05] </w:t>
      </w:r>
      <w:r>
        <w:t>kafi ho. woh aik spirit ko inculcate karna hai. spirit of shukar, aik spirit of acknowledgement. lekin woh lip service ka koi mamla yeh nahi hai. woh yeh hai ke aap ke seenay mein aik storm aa jaye, yeh soch kar ke kaisa bara khuda hoga woh jis ne universe ko banaya, jis ne solar system ko banaya, jis ne star ko banaya</w:t>
      </w:r>
    </w:p>
    <w:p>
      <w:pPr>
        <w:jc w:val="right"/>
      </w:pPr>
      <w:r>
        <w:t>کافی ہو۔ وہ ایک اسپرٹ کو انکلکیٹ کرنا ہے۔ اسپرٹ آف شکر، ایک اسپرٹ آف ایکنالجمنٹ۔ لیکن وہ لپ سروس کا کوئی معاملہ یہ نہیں ہے۔ وہ یہ ہے کہ آپ کے سینے میں ایک سٹارم آ جائے، یہ سوچ کر کے کہ کیسا بڑا خدا ہوگا وہ جس نے یونیورس کو بنایا، جس نے سولر سسٹم کو بنایا، جس نے اسٹار کو بنای</w:t>
      </w:r>
    </w:p>
    <w:p>
      <w:r>
        <w:rPr>
          <w:b/>
        </w:rPr>
        <w:t xml:space="preserve">[57:35] </w:t>
      </w:r>
      <w:r>
        <w:t>jis ne planet ko banaya, jis ne mujh ko banaya, aur aisi beautiful duniya rehne ke liye di. yeh soch kar ke, yeh soch kar ke aap ke andar aik aik star jaag pade shukar ka aur aap jhuk jayen khuda ke aage. yeh hai alhamdulillah rabb ul alameen. alhamdulillah rabb ul alameen. koi kuch recite karne ka aik kuch word nahi hai, aik sentence</w:t>
      </w:r>
    </w:p>
    <w:p>
      <w:pPr>
        <w:jc w:val="right"/>
      </w:pPr>
      <w:r>
        <w:t>ا، جس نے پلینٹ کو بنایا، جس نے مجھ کو بنایا، اور ایسی بیوٹی فل دنیا رہنے کے لیے دی۔ یہ سوچ کر کے، یہ سوچ کر کے آپ کے اندر ایک ایک اسٹار جاگ پڑے شکر کا اور آپ جھک جائیں خدا کے آگے۔ یہ ہے الحمدللہ رب العالمین۔ الحمدللہ رب العالمین۔ کوئی کچھ ریسائیڈ کرنے کا ایک کچھ ورڈ نہیں ہے، ایک سین</w:t>
      </w:r>
    </w:p>
    <w:p>
      <w:r>
        <w:rPr>
          <w:b/>
        </w:rPr>
        <w:t xml:space="preserve">[58:05] </w:t>
      </w:r>
      <w:r>
        <w:t>nahi hai. aik spirit ko apne andar inculcate karne ka mamla hai yeh. to is tarah ki cheezein namaz mein parhi jati hain. aam taur par namaz ka qaaida yeh hai ke pehle parha jata hai alhamdulillah rabb ul alameen, baaz suraton mein, aur us ke baad aik koi surah parhi jati hai.</w:t>
      </w:r>
    </w:p>
    <w:p>
      <w:pPr>
        <w:jc w:val="right"/>
      </w:pPr>
      <w:r>
        <w:t>ٹنس نہیں ہے۔ ایک اسپرٹ کو اپنے اندر انکلکیٹ کرنے کا معاملہ ہے یہ۔ تو اس طرح کی چیزیں نماز میں پڑھی جاتی ہیں۔ عام طور پر نماز کا قاعدہ یہ ہے کہ پہلے پڑھا جاتا ہے الحمدللہ رب العالمین، بعض صورتوں میں، اور اس کے بعد ایک کوئی سورہ پڑھی جاتی ہے۔</w:t>
      </w:r>
    </w:p>
    <w:p>
      <w:r>
        <w:rPr>
          <w:b/>
        </w:rPr>
        <w:t xml:space="preserve">[58:37] </w:t>
      </w:r>
      <w:r>
        <w:t>baaz rakaton mein akela alhamdulillah parha jata hai, lekin zyada tar alhamdulillah ke sath aik aur koi, aik aur koi surah ya chapter jis ko hum kehte hain, us ko shamil kiya jata hai. to misaal ke taur par aik choti si chapter jo aaj sabhi namaz walon ko yaad rehti hai, woh hai surah al asr. yeh parhte hain, aksar log parhte hain is ko namaz mein. wal asr innal insana lafi khusr</w:t>
      </w:r>
    </w:p>
    <w:p>
      <w:pPr>
        <w:jc w:val="right"/>
      </w:pPr>
      <w:r>
        <w:t>بعض رکعتوں میں اکیلا الحمدللہ پڑھا جاتا ہے، لیکن زیادہ تر الحمدللہ کے ساتھ ایک اور کوئی، ایک اور کوئی سورہ یا چیپٹر جس کو ہم کہتے ہیں، اس کو شامل کیا جاتا ہے۔ تو مثال کے طور پر ایک چھوٹی سی چیپٹر جو آج سبھی نماز والوں کو یاد رہتی ہے، وہ ہے سورہ العصر۔ یہ پڑھتے ہیں، اکثر لوگ پڑھتے ہیں اس کو نماز میں۔ والعصر ان الانسان خسر</w:t>
      </w:r>
    </w:p>
    <w:p>
      <w:r>
        <w:rPr>
          <w:b/>
        </w:rPr>
        <w:t xml:space="preserve">[59:11] </w:t>
      </w:r>
      <w:r>
        <w:t>illa allazina amanu wa amilus salihat. is ka matlab yeh hai ke time is witness, time is witness that man is in loss. loss. zamana gawah hai ke insaan ghaate mein hai. time is witness that man is in loss. us par aik commentator hain, un ka naam hai imam razi,</w:t>
      </w:r>
    </w:p>
    <w:p>
      <w:pPr>
        <w:jc w:val="right"/>
      </w:pPr>
      <w:r>
        <w:t>الا الذین امنو واعملوا الصالحات۔ اس کا مطلب یہ ہے کہ ٹائم از وٹنس، ٹائم از وٹنس دیٹ مین از ان لاس۔ ایل او ڈبل ایس۔ زمانہ گواہ ہے کہ انسان گھاٹے میں ہے۔ ٹائم از وٹنس دیٹ مین از ان لاس۔ اس پر ایک کمنٹیٹر ہیں، ان کا نام ہے امام رازی،</w:t>
      </w:r>
    </w:p>
    <w:p>
      <w:r>
        <w:rPr>
          <w:b/>
        </w:rPr>
        <w:t xml:space="preserve">[59:42] </w:t>
      </w:r>
      <w:r>
        <w:t>quran ke commentator. unhon ne is ki commentary likhte hue likha hai ke is mein jo baat kahi gayi hai ke guzarta hua zamana ko khuda ne witness banaya. is kis baat ka? ke insaan ghaate mein hai. to unhon ne kaha is ko aap samajh sakte hain ice, barf ki misaal se. unhon ne kaha barf kya cheez hai?</w:t>
      </w:r>
    </w:p>
    <w:p>
      <w:pPr>
        <w:jc w:val="right"/>
      </w:pPr>
      <w:r>
        <w:t>قرآن کے کمنٹیٹر۔ انہوں نے اس کی کمنٹری لکھتے ہوئے لکھا ہے کہ اس میں جو بات کہی گئی ہے کہ گزرتا ہوا زمانہ کو خدا نے وٹنس بنایا۔ اس کس بات کا؟ کہ انسان گھاٹے میں ہے۔ تو انہوں نے کہا اس کو آپ سمجھ سکتے ہیں آئس، برف کی مثال سے۔ انہوں نے کہا برف کیا چیز ہے؟</w:t>
      </w:r>
    </w:p>
    <w:p>
      <w:r>
        <w:rPr>
          <w:b/>
        </w:rPr>
        <w:t xml:space="preserve">[1:00:13] </w:t>
      </w:r>
      <w:r>
        <w:t>barf is something different from iron or stone. lohe ka tukra hai, woh aise hi 50 baras tak pada rahe ga. woh pathar ka tukra hai, woh aise hi hazar baras tak pada rahe ga. woh lekin ice kya hai? woh barabar pighalti rehti hai. pighal pighal kam hoti rehti hai, yahan tak ke khatam ho jati hai. to woh likhte hain ke yeh quran ka yeh</w:t>
      </w:r>
    </w:p>
    <w:p>
      <w:pPr>
        <w:jc w:val="right"/>
      </w:pPr>
      <w:r>
        <w:t>برف از سمتھنگ ڈفرنٹ فرام آئرن اور اسٹون۔ لوہے کا ٹکڑا ہے، وہ ایسے ہی 50 برس تک پڑا رہے گا۔ وہ پتھر کا ٹکڑا ہے، وہ ایسے ہی ہزار برس تک پڑا رہے گا۔ وہ لیکن آئس کیا ہے؟ وہ برابر پگھلتی رہتی ہے۔ پگھل پگھل کم ہوتی رہتی ہے، یہاں تک کہ ختم ہو جاتی ہے۔ تو وہ لکھتے ہیں کہ یہ قرآن کا یہ</w:t>
      </w:r>
    </w:p>
    <w:p>
      <w:r>
        <w:rPr>
          <w:b/>
        </w:rPr>
        <w:t xml:space="preserve">[1:00:43] </w:t>
      </w:r>
      <w:r>
        <w:t>waris jo hai, yeh chapter hai, woh bata raha hai ke insaan ki life jo hai, just like ice hai. kyunke aap jante hain ke hum paida hone ke baad din badin kya hota hai? hamari umar ghatti rehti hai, khatam hote rehte hain, khatam hote hote mar jate hain.yani paida hote hi countdown shuru ho gaya. paida hote hi agar aap farz karein 40 baras jeene wale hain</w:t>
      </w:r>
    </w:p>
    <w:p>
      <w:pPr>
        <w:jc w:val="right"/>
      </w:pPr>
      <w:r>
        <w:t>ورث جو ہے، یہ چیپٹر ہے، وہ بتا رہا ہے کہ انسان کی لائف جو ہے، جسٹ لائک آئس ہے۔ کیونکہ آپ جانتے ہیں کہ ہم پیدا ہونے کے بعد دن بدن کیا ہوتا ہے؟ ہماری عمر گھٹتی رہتی ہے، ختم ہوتے رہتے ہیں، ختم ہوتے ہوتے مر جاتے ہیں۔ یعنی پیدا ہوتے ہی کاؤنٹ ڈاؤن شروع ہو گیا۔ پیدا ہوتے ہی اگر آپ فرض کریں 40 برس جینے والے ہیں</w:t>
      </w:r>
    </w:p>
    <w:p>
      <w:r>
        <w:rPr>
          <w:b/>
        </w:rPr>
        <w:t xml:space="preserve">[1:01:14] </w:t>
      </w:r>
      <w:r>
        <w:t>toh ek saal khatam hua toh 39 ho gaya, aur khatam hua toh 38 ho gaya, aur khatam hua toh 37 ho gaya. ghattate ghattate ghattate ghattate do par aaya, phir ek par aaya, phir khatam ho gaya. toh kaha paida hote hi countdown shuru ho gaya. ab kitni kitni kitni sochne ki baat yeh hai ke idhar mein paida hua, idhar countdown bhi shuru ho gaya. hote hote mar jaunga mein</w:t>
      </w:r>
    </w:p>
    <w:p>
      <w:pPr>
        <w:jc w:val="right"/>
      </w:pPr>
      <w:r>
        <w:t>تو ایک سال ختم ہوا تو 39 ہو گیا، اور ختم ہوا تو 38 ہو گیا، اور ختم ہوا تو 37 ہو گیا۔ گھٹتے گھٹتے گھٹتے گھٹتے دو پر آیا، پھر ایک پر آیا، پھر ختم ہو گیا۔ تو کہا پیدا ہوتے ہی کاؤنٹ ڈاؤن شروع ہو گیا۔ اب کتنی کتنی کتنی سوچنے کی بات یہ ہے کہ ادھر میں پیدا ہوا، ادھر کاؤنٹ ڈاؤن بھی شروع ہو گیا۔ ہوتے ہوتے مر جاؤں گا میں</w:t>
      </w:r>
    </w:p>
    <w:p>
      <w:r>
        <w:rPr>
          <w:b/>
        </w:rPr>
        <w:t xml:space="preserve">[1:01:44] </w:t>
      </w:r>
      <w:r>
        <w:t>. toh barf ka mamla toh hua, jaise barf pighal pighal kam ho rahi hai, aise hi mein yani har din kam hota chala ja raha hoon, yahan tak ke maut tak pahunch jata hoon mein. toh unhone kaha ke aise hi mamla insaan ka hai, barf jaisa ke jis tarah se barf. unhone likha hai ke maine samjha is ayat ko baghdad ke ek ek jagah maine dekha ke ek aadmi barf bech raha tha, ice.</w:t>
      </w:r>
    </w:p>
    <w:p>
      <w:pPr>
        <w:jc w:val="right"/>
      </w:pPr>
      <w:r>
        <w:t>۔ تو برف کا معاملہ تو ہوا، جیسے برف پگھل پگھل کم ہو رہی ہے، ایسے ہی میں یعنی ہر دن کم ہوتا چلا جا رہا ہوں، یہاں تک کہ موت تک پہنچ جاتا ہوں میں۔ تو انہوں نے کہا کہ ایسے ہی معاملہ انسان کا ہے، برف جیسا کہ جس طرح سے برف۔ انہوں نے لکھا ہے کہ میں نے سمجھا اس آیت کو بغداد کے ایک ایک جگہ میں نے دیکھا کہ ایک آدمی برف بیچ رہا تھا، آئس۔</w:t>
      </w:r>
    </w:p>
    <w:p>
      <w:r>
        <w:rPr>
          <w:b/>
        </w:rPr>
        <w:t xml:space="preserve">[1:02:16] </w:t>
      </w:r>
      <w:r>
        <w:t>is zamane mein barf ki ice factory nahi hoti thi, lekin ek aur tareeqa tha barf banane ka. is se bana barf bana kar bech bechte the log. toh woh ek aadmi bech raha tha barf, yani woh ghoom ghoom kar ke woh kehta tha, pukarta tha: "ae logon! ek aise aadmi ki madad karo jis ka saman har lamha pighal kar khatam ho raha hai." matlab agar tum khareedoge</w:t>
      </w:r>
    </w:p>
    <w:p>
      <w:pPr>
        <w:jc w:val="right"/>
      </w:pPr>
      <w:r>
        <w:t>اس زمانے میں برف کی آئس فیکٹری نہیں ہوتی تھی، لیکن ایک اور طریقہ تھا برف بنانے کا۔ اس سے بنا برف بنا کر بیچ بیچتے تھے لوگ۔ تو وہ ایک آدمی بیچ رہا تھا برف، یعنی وہ گھوم گھوم کر کے وہ کہتا تھا، پکارتا تھا: "اے لوگوں! ایک ایسے آدمی کی مدد کرو جس کا سامان ہر لمحہ پگھل کر ختم ہو رہا ہے۔" مطلب اگر تم خریدو گے</w:t>
      </w:r>
    </w:p>
    <w:p>
      <w:r>
        <w:rPr>
          <w:b/>
        </w:rPr>
        <w:t xml:space="preserve">[1:02:46] </w:t>
      </w:r>
      <w:r>
        <w:t>nahi aur mujhe aise hi mera barf jo hai aise pada rahega toh kuch der ke baad sara pighal ke beh chuka hoga. mere paas kuch bhi nahi rahega. toh unhone kaha ke jab maine suna is aadmi ko yeh kehte hue ke "ae logon! ek aise insaan ki madad karo jis ka سرمایہ, jis ka capital har waqt kam ho raha hai, kam ho raha hai, kam ho raha hai, decrease ho raha hai." toh unhone kaha ke yahi zindagi ka mamla hai. zindagi</w:t>
      </w:r>
    </w:p>
    <w:p>
      <w:pPr>
        <w:jc w:val="right"/>
      </w:pPr>
      <w:r>
        <w:t>نہیں اور مجھے ایسے ہی میرا برف جو ہے ایسے پڑا رہے گا تو کچھ دیر کے بعد سارا پگھل کے بہہ چکا ہوگا۔ میرے پاس کچھ بھی نہیں رہے گا۔ تو انہوں نے کہا کہ جب میں نے سنا اس آدمی کو یہ کہتے ہوئے کہ "اے لوگوں! ایک ایسے انسان کی مدد کرو جس کا سرمایہ، جس کا کیپیٹل ہر وقت کم ہو رہا ہے، کم ہو رہا ہے، کم ہو رہا ہے، ڈکریز ہو رہا ہے۔" تو انہوں نے کہا کہ یہی زندگی کا معاملہ ہے۔ زندگی</w:t>
      </w:r>
    </w:p>
    <w:p>
      <w:r>
        <w:rPr>
          <w:b/>
        </w:rPr>
        <w:t xml:space="preserve">[1:03:16] </w:t>
      </w:r>
      <w:r>
        <w:t>kya hai? har lamha countdown ho raha hai. hum maut ki taraf ja rahe hain. log birthday manate hain, halanke death day manana chahiye. kyunke har agla saal kya hota hai? woh death ko yaad dilata hai ke meri umar mein ek saal aur kam ho gaya. jab hum birthday manate hote hain toh aisa nahi hai ke birthday ke din hamari umar badh rahi hai. har saal jab khatam hua mera</w:t>
      </w:r>
    </w:p>
    <w:p>
      <w:pPr>
        <w:jc w:val="right"/>
      </w:pPr>
      <w:r>
        <w:t>کیا ہے؟ ہر لمحہ کاؤنٹ ڈاؤن ہو رہا ہے۔ ہم موت کی طرف جا رہے ہیں۔ لوگ برتھ ڈے مناتے ہیں، حالانکہ ڈیتھ ڈے منانا چاہیے۔ کیونکہ ہر اگلا سال کیا ہوتا ہے؟ وہ ڈیتھ کو یاد دلاتا ہے کہ میری عمر میں ایک سال اور کم ہو گیا۔ جب ہم برتھ ڈے مناتے ہوتے ہیں تو ایسا نہیں ہے کہ برتھ ڈے کے دن ہماری عمر بڑھ رہی ہے۔ ہر سال جب ختم ہوا میرا</w:t>
      </w:r>
    </w:p>
    <w:p>
      <w:r>
        <w:rPr>
          <w:b/>
        </w:rPr>
        <w:t xml:space="preserve">[1:03:47] </w:t>
      </w:r>
      <w:r>
        <w:t>, har saal jab poora hota hai toh woh ek reminder hai ke tumhari zindagi jitni thi, us mein ek saal aur kam ho gaya, ek saal aur kam ho gaya. toh yeh mamla countdown ka mamla hai. toh unhone likha hai ke yeh surah bata rahi hai ke "ae insaan! hoshiyar ho ja, alert ho ja, avail kar le apne time ko." avail na karna hi ghaate mein jana hai. matlab barf na bechna hi barf ko khatam karna hai.</w:t>
      </w:r>
    </w:p>
    <w:p>
      <w:pPr>
        <w:jc w:val="right"/>
      </w:pPr>
      <w:r>
        <w:t>، ہر سال جب پورا ہوتا ہے تو وہ ایک ریمائنڈر ہے کہ تمہاری زندگی جتنی تھی، اس میں ایک سال اور کم ہو گیا، ایک سال اور کم ہو گیا۔ تو یہ معاملہ کاؤنٹ ڈاؤن کا معاملہ ہے۔ تو انہوں نے لکھا ہے کہ یہ سورہ بتا رہی ہے کہ "اے انسان! ہوشیار ہو جا، الرٹ ہو جا، اویل کر لے اپنے ٹائم کو۔" اویل نہ کرنا ہی گھاٹے میں جانا ہے۔ مطلب برف نہ بیچنا ہی برف کو ختم کرنا ہے۔</w:t>
      </w:r>
    </w:p>
    <w:p>
      <w:r>
        <w:rPr>
          <w:b/>
        </w:rPr>
        <w:t xml:space="preserve">[1:04:18] </w:t>
      </w:r>
      <w:r>
        <w:t>bech lo, yani barf ko istemal kar lo toh mil gaya. agar chhode raho, chhode raho toh khatam. toh unhone likha hai ke zindagi aise hi hai, bas ke ghaata toh apne aap ho raha hai, loss toh apne aap hi ho raha hai. lekin avail karna hai toh woh aap ko planning karni padegi, struggle karni padegi, koshish karni padegi.</w:t>
      </w:r>
    </w:p>
    <w:p>
      <w:pPr>
        <w:jc w:val="right"/>
      </w:pPr>
      <w:r>
        <w:t>بیچ لو، یعنی برف کو استعمال کر لو تو مل گیا۔ اگر چھوڑے رہو، چھوڑے رہو تو ختم۔ تو انہوں نے لکھا ہے کہ زندگی ایسے ہی ہے، بس کہ گھاٹا تو اپنے آپ ہو رہا ہے، لاس تو اپنے آپ ہی ہو رہا ہے۔ لیکن اویل کرنا ہے تو وہ آپ کو پلاننگ کرنی پڑے گی، سٹرگل کرنی پڑے گی، کوشش کرنی پڑے گی۔</w:t>
      </w:r>
    </w:p>
    <w:p>
      <w:r>
        <w:rPr>
          <w:b/>
        </w:rPr>
        <w:t xml:space="preserve">[1:04:50] </w:t>
      </w:r>
      <w:r>
        <w:t>kaha failure toh apne aap aa rahi hai, achievement jo hai woh koshish kar ke aayega. kaisi ajeeb baat hai. ab yeh namaz mein padha aadmi ne. aksar namazon mein log chhoti suratein padhte hain toh yeh surah sab log padhte hain, bahut log padhte hain. ab bataiye ke yeh yeh jo hai, kitna hila dene, hila dene wali baat hai. yeh reminder jo hai, k</w:t>
      </w:r>
    </w:p>
    <w:p>
      <w:pPr>
        <w:jc w:val="right"/>
      </w:pPr>
      <w:r>
        <w:t>کہا فیلیئر تو اپنے آپ آ رہی ہے، اچیومنٹ جو ہے وہ کوشش کر کے آئے گا۔ کیسی عجیب بات ہے۔ اب یہ نماز میں پڑھا آدمی نے۔ اکثر نمازوں میں لوگ چھوٹی سورتیں پڑھتے ہیں تو یہ سورہ سب لوگ پڑھتے ہیں، بہت لوگ پڑھتے ہیں۔ اب بتائیے کہ یہ یہ جو ہے، کتنا ہلا دینے، ہلا دینے والی بات ہے۔ یہ ریمائنڈر جو ہے، ک</w:t>
      </w:r>
    </w:p>
    <w:p>
      <w:r>
        <w:rPr>
          <w:b/>
        </w:rPr>
        <w:t xml:space="preserve">[1:05:20] </w:t>
      </w:r>
      <w:r>
        <w:t>itna hila dene wala hai. jab aadmi yeh surah ko padh kar nikle bahar, namaz ke bahar toh aap yani aaj kal toh aap dekhein ke masjid ke bahar khade ho jaiye, gate par nikalenge log toh hawa karte hue, baatein karte hue, hansi mazak karte hue nikalte hain. kafi kisi masjid ke samne khade ho jaiye aap. lekin profit ka jo companion the toh aata hai kitabon mein ke jab woh nikalte the toh har ek chup hota tha,</w:t>
      </w:r>
    </w:p>
    <w:p>
      <w:pPr>
        <w:jc w:val="right"/>
      </w:pPr>
      <w:r>
        <w:t>تنا ہلا دینے والا ہے۔ جب آدمی یہ سورہ کو پڑھ کر نکلے باہر، نماز کے باہر تو آپ یعنی آج کل تو آپ دیکھیں کہ مسجد کے باہر کھڑے ہو جائیے، گیٹ پر نکلیں گے لوگ تو ہوا کرتے ہوئے، باتیں کرتے ہوئے، ہنسی مذاق کرتے ہوئے نکلتے ہیں۔ کافی کسی مسجد کے سامنے کھڑے ہو جائیے آپ۔ لیکن پرافٹ کا جو کمپینین تھے تو آتا ہے کتابوں میں کہ جب وہ نکلتے تھے تو ہر ایک چپ ہوتا تھا،</w:t>
      </w:r>
    </w:p>
    <w:p>
      <w:r>
        <w:rPr>
          <w:b/>
        </w:rPr>
        <w:t xml:space="preserve">[1:05:50] </w:t>
      </w:r>
      <w:r>
        <w:t>sab speechless hota tha, chup chap sar jhukaye hue apne ghar ki taraf ja rahe hote the. ab sochiye kyun aisa hai? aaj masjidon se jab bahar niklte hain log toh khoob ha haa karte hue, haste hue, bolte hue nikalte hain. woh nikalte the speechless ho kar ke. kyun? yeh yaad karte the ke hamara toh countdown ho raha hai, har din hum maut ki taraf badh rahe hain.</w:t>
      </w:r>
    </w:p>
    <w:p>
      <w:pPr>
        <w:jc w:val="right"/>
      </w:pPr>
      <w:r>
        <w:t>سب سپیچ لیس ہوتا تھا، چپ چاپ سر جھکائے ہوئے اپنے گھر کی طرف جا رہے ہوتے تھے۔ اب سوچیں کیوں ایسا ہے؟ آج مسجدوں سے جب باہر نکلتے ہیں لوگ تو خوب ہاں ہاؤ کرتے ہوئے، ہنستے ہوئے، بولتے ہوئے نکلتے ہیں۔ وہ نکلتے تھے سپیچ لیس ہو کر کے۔ کیوں؟ یہ یاد کرتے تھے کہ ہمارا تو کاؤنٹ ڈاؤن ہو رہا ہے، ہر دن ہم موت کی طرف بڑھ رہے ہیں۔</w:t>
      </w:r>
    </w:p>
    <w:p>
      <w:r>
        <w:rPr>
          <w:b/>
        </w:rPr>
        <w:t xml:space="preserve">[1:06:20] </w:t>
      </w:r>
      <w:r>
        <w:t>avail kar lo, avail kar lo, avail kar lo. kya maloom kal hi maut aane wali ho. toh unke liye namaz reminder ban jati thi. aaj kal kya hai? namaz ko samajhte hain ritual, ek form ada kar liya, bas baat khatam. aisi namaz ke bare mein wahi rasool Allah ka qaul hai: "jao phir se namaz padho kyunke tumne namaz nahi pad</w:t>
      </w:r>
    </w:p>
    <w:p>
      <w:pPr>
        <w:jc w:val="right"/>
      </w:pPr>
      <w:r>
        <w:t>اویل کر لو، اویل کر لو، اویل کر لو۔ کیا معلوم کل ہی موت آنے والی ہو۔ تو ان کے لیے نماز ریمائنڈر بن جاتی تھی۔ آج کل کیا ہے؟ نماز کو سمجھتے ہیں ریچول، ایک فارم ادا کر لیا، بس بات ختم۔ ایسی نماز کے بارے میں وہی رسول اللہ کا قول ہے: "جاؤ پھر سے نماز پڑھو کیونکہ تم نے نماز نہیں پڑ</w:t>
      </w:r>
    </w:p>
    <w:p>
      <w:r>
        <w:rPr>
          <w:b/>
        </w:rPr>
        <w:t xml:space="preserve">[1:06:50] </w:t>
      </w:r>
      <w:r>
        <w:t>hi." toh is tarah ki baatein padhte hue aadmi aur aage badhta hai toh phir is mein woh cheez hoti hai jis ko hum kehte hain ruku aur sajdah. ruku kehte hain aadmi sar jhukaya, aadmi ne aur sajdah kehte hain ke sar ko zameen par rakh diya, pehle jhuka aur phir yani jo kehte hain bow karna, bow kiya, phir zameen par sar rakh diya.</w:t>
      </w:r>
    </w:p>
    <w:p>
      <w:pPr>
        <w:jc w:val="right"/>
      </w:pPr>
      <w:r>
        <w:t>ھی۔" تو اس طرح کی باتیں پڑھتے ہوئے آدمی اور آگے بڑھتا ہے تو پھر اس میں وہ چیز ہوتی ہے جس کو ہم کہتے ہیں رکوع اور سجود۔ رکوع کہتے ہیں آدمی سر جھکایا، آدمی نے اور سجدہ کہتے ہیں کہ سر کو زمین پر رکھ دیا، پہلے جھکا اور پھر یعنی جو کہتے ہیں باؤ کرنا، باؤ کیا، پھر زمین پر سر رکھ دیا۔</w:t>
      </w:r>
    </w:p>
    <w:p>
      <w:r>
        <w:rPr>
          <w:b/>
        </w:rPr>
        <w:t xml:space="preserve">[1:07:23] </w:t>
      </w:r>
      <w:r>
        <w:t>yeh kya hai? isi spirit ka yeh ek ek woh hai, demonstration hai. ruku aur sajdah bhi koi ritual nahi hai, koi rasam nahi hai. yani bow karna ya apna sar zameen par rakh dena, yeh koi ritual ki baat nahi hai. woh is pe jo jaagi aadmi ke andar ke bada toh khud sirf Khuda hai, mein toh chhota hoon</w:t>
      </w:r>
    </w:p>
    <w:p>
      <w:pPr>
        <w:jc w:val="right"/>
      </w:pPr>
      <w:r>
        <w:t>یہ کیا ہے؟ اسی اسپرٹ کا یہ ایک ایک وہ ہے، ڈیمونسٹریشن ہے۔ رکوع اور سجدہ بھی کوئی ریچول نہیں ہے، کوئی رسم نہیں ہے۔ یعنی باؤ کرنا یا اپنا سر زمین پر رکھ دینا، یہ کوئی ریچول کی بات نہیں ہے۔ وہ اس پہ جو جاگی آدمی کے اندر کہ بڑا تو خود صرف خدا ہے، میں تو چھوٹا ہوں</w:t>
      </w:r>
    </w:p>
    <w:p>
      <w:r>
        <w:rPr>
          <w:b/>
        </w:rPr>
        <w:t xml:space="preserve">[1:07:53] </w:t>
      </w:r>
      <w:r>
        <w:t>. shukr toh Khuda hi ke liye hai, isi ko sari badai hai. meri zindagi is waqt ka, meri zindagi is waqt kamyab hogi jab ke Khuda ki mujhe madad mile, us ki help mile, nahi toh mein kamyab nahi ho sakta hoon. yeh sab ehsasat dekh jo jaage aadmi ke andar toh woh ehsasat jo hai manifest hue is tarah se</w:t>
      </w:r>
    </w:p>
    <w:p>
      <w:pPr>
        <w:jc w:val="right"/>
      </w:pPr>
      <w:r>
        <w:t>۔ شکر تو خدا ہی کے لیے ہے، اسی کو ساری بڑائی ہے۔ میری زندگی اس وقت کا، میری زندگی اس وقت کامیاب ہوگی جب کہ خدا کی مجھے مدد ملے، اس کی ہیلپ ملے، نہیں تو میں کامیاب نہیں ہو سکتا ہوں۔ یہ سب احساسات دیکھ جو جاگے آدمی کے اندر تو وہ احساسات جو ہے مینیفیسٹ ہوئے اس طرح سے</w:t>
      </w:r>
    </w:p>
    <w:p>
      <w:r>
        <w:rPr>
          <w:b/>
        </w:rPr>
        <w:t xml:space="preserve">[1:08:23] </w:t>
      </w:r>
      <w:r>
        <w:t>ke aadmi sajde mein gir pada, ruku mein gir pada. aur phir wahan par kya kehte hain toh maslan is mein kai duaen hoti hain. aam taur par toh namaz mein kuch ek dua, dua hai, woh yaad kar lete hain, log padhte rehte hain. lekin hadithon mein aur duaen aati hain, bahut si. maslan ruku ke bare mein hadith mein hai ke aap ne jab ruku mein gaye, ruku kehte hain gushta jhuk</w:t>
      </w:r>
    </w:p>
    <w:p>
      <w:pPr>
        <w:jc w:val="right"/>
      </w:pPr>
      <w:r>
        <w:t>کہ آدمی سجدے میں گر پڑا، رکوع میں گر پڑا۔ اور پھر وہاں پر کیا کہتے ہیں تو مثلاً اس میں کئی دعائیں ہوتی ہیں۔ عام طور پر تو نماز میں کچھ ایک دعا، دعا ہے، وہ یاد کر لیتے ہیں، لوگ پڑھتے رہتے ہیں۔ لیکن حدیثوں میں اور دعائیں آتی ہیں، بہت سی۔ مثلاً رکوع کے بارے میں حدیث میں ہے کہ آپ نے جب رکوع میں گئے، رکوع کہتے ہیں گشتہ جھک</w:t>
      </w:r>
    </w:p>
    <w:p>
      <w:r>
        <w:rPr>
          <w:b/>
        </w:rPr>
        <w:t xml:space="preserve">[1:08:53] </w:t>
      </w:r>
      <w:r>
        <w:t>ne ko, toh aap ke zuban se nikla: "ae Khuda! mein jhuk gaya tere aage, mera sar tere aage jhuk gaya, meri aankh tere aage jhuk gayi, mera kaan tere aage jhuk gaya, mera poora sab kuch jhuk gaya tere aage." woh spirit jo hai, woh bol rahi hoti thi. woh spirit toh</w:t>
      </w:r>
    </w:p>
    <w:p>
      <w:pPr>
        <w:jc w:val="right"/>
      </w:pPr>
      <w:r>
        <w:t>نے کو، تو آپ کے زبان سے نکلا: "اے خدا! میں جھک گیا تیرے آگے، میرا سر تیرے آگے جھک گیا، میری آنکھ تیرے آگے جھک گئی، میرا کان تیرے آگے جھک گیا، میرا پورا سب کچھ جھک گیا تیرے آگے۔" وہ اسپرٹ جو ہے، وہ بول رہی ہوتی تھی۔ وہ اسپرٹ تو</w:t>
      </w:r>
    </w:p>
    <w:p>
      <w:r>
        <w:rPr>
          <w:b/>
        </w:rPr>
        <w:t xml:space="preserve">[1:09:23] </w:t>
      </w:r>
      <w:r>
        <w:t>Allah ko jab aap ne bada mana, apne ko chhota mana toh kya hua? surrender ki spirit aayi, submission ki spirit aayi. toh yeh ruku aur sajdah jo hai, haqiqatan submission aur surrender ki spirit ka kya demonstration hai? isi ka manifestation hai. wahi cheez jo andar ek storm utha tha, wahi storm is tarah ruku aur sajde ki surat mein dhal gaya.</w:t>
      </w:r>
    </w:p>
    <w:p>
      <w:pPr>
        <w:jc w:val="right"/>
      </w:pPr>
      <w:r>
        <w:t>اللہ کو جب آپ نے بڑا مانا، اپنے کو چھوٹا مانا تو کیا ہوا؟ سرینڈر کی اسپرٹ آئی، سبمیشن کی اسپرٹ آئی۔ تو یہ رکوع اور سجدہ جو ہے، حقیقتاً سبمیشن اور سرینڈر کی اسپرٹ کا کیا ڈیمونسٹریشن ہے؟ اسی کا مینیفیسٹشن ہے۔ وہی چیز جو اندر ایک اسٹارم اٹھا تھا، وہی اسٹارم اس طرح رکوع اور سجدے کی صورت میں ڈھل گیا۔</w:t>
      </w:r>
    </w:p>
    <w:p>
      <w:r>
        <w:rPr>
          <w:b/>
        </w:rPr>
        <w:t xml:space="preserve">[1:09:55] </w:t>
      </w:r>
      <w:r>
        <w:t>yeh spirit wali namaz is tarah se aap padhte hue aage badhte hain. aur aam taur par namazen do unit, char unit ya maghrib mein teen unit hoti hain. toh namazen khatam karne ke baad kya hota hai? aap aakhir mein apna sar dayen aur bayen</w:t>
      </w:r>
    </w:p>
    <w:p>
      <w:pPr>
        <w:jc w:val="right"/>
      </w:pPr>
      <w:r>
        <w:t>یہ اسپرٹ والی نماز اس طرح سے آپ پڑھتے ہوئے آگے بڑھتے ہیں۔ اور عام طور پر نمازیں دو یونٹ، چار یونٹ یا مغرب میں تین یونٹ ہوتی ہیں۔ تو نمازوں ختم کرنے کے بعد کیا ہوتا ہے؟ آپ آخر میں اپنا سر دائیں اور بائیں</w:t>
      </w:r>
    </w:p>
    <w:p>
      <w:r>
        <w:rPr>
          <w:b/>
        </w:rPr>
        <w:t xml:space="preserve">[1:10:25] </w:t>
      </w:r>
      <w:r>
        <w:t>mor kar kehte hain: "assalam o alaikum warahmatullah, assalam o alaikum warahmatullah." yeh har namaz ke baad kaha jata hai. "peace be upon you, peace and blessing be upon you." you se kaun murad hai? sare duniya ke log, yani east mein, west mein, south mein, north mein, har taraf jo log hain, un sab ke liye. toh</w:t>
      </w:r>
    </w:p>
    <w:p>
      <w:pPr>
        <w:jc w:val="right"/>
      </w:pPr>
      <w:r>
        <w:t>موڑ کر کہتے ہیں: "السلام علیکم ورحمۃ اللہ، السلام علیکم ورحمۃ اللہ۔" یہ ہر نماز کے بعد کہا جاتا ہے۔ "پیس بی اپان یو، پیس اینڈ بلیسنگ بی اپان یو۔" یو سے کون مراد ہے؟ سارے دنیا کے لوگ، یعنی ایسٹ میں، ویسٹ میں، ساؤتھ میں، نارتھ میں، ہر طرف جو لوگ ہیں، ان سب کے لیے۔ تو</w:t>
      </w:r>
    </w:p>
    <w:p>
      <w:r>
        <w:rPr>
          <w:b/>
        </w:rPr>
        <w:t xml:space="preserve">[1:10:56] </w:t>
      </w:r>
      <w:r>
        <w:t>sar jab ghumata, sar jab ghumata hai namaz parhne wala idhar aur udhar toh sare woh insaan jo globe par hain, chahe east ke hon ya west ke hon, north ke hon, south ke hon, un se keh raha hota hai: "ae logon! assalam o alaikum warahmatullah, tumhare upar peace ho Khuda ki, tumhare upar blessing ho Khuda ki." is ko ek bahut bade scholar the, un ka naam tha ibn eina. ibn</w:t>
      </w:r>
    </w:p>
    <w:p>
      <w:pPr>
        <w:jc w:val="right"/>
      </w:pPr>
      <w:r>
        <w:t>سر جب گھماتا، سر جب گھماتا ہے نماز پڑھنے والا ادھر اور ادھر تو سارے وہ انسان جو گلوب پر ہیں، چاہے ایسٹ کے ہوں یا ویسٹ کے ہوں، نارتھ کے ہوں، ساؤتھ کے ہوں، ان سے کہہ رہا ہوتا ہے: "اے لوگوں! السلام علیکم ورحمۃ اللہ، تمہارے اوپر پیس ہو خدا کی، تمہارے اوپر بلیسنگ ہو خدا کی۔" اس کو ایک بہت بڑے سکالر تھے، ان کا نام تھا ابن عینہ۔ ابن</w:t>
      </w:r>
    </w:p>
    <w:p>
      <w:r>
        <w:rPr>
          <w:b/>
        </w:rPr>
        <w:t xml:space="preserve">[1:11:26] </w:t>
      </w:r>
      <w:r>
        <w:t>eina toh unhone is ko kaha: "yeh assalam o alaikum kehna kya hai?" toh unhone kaha ke: "hal tadrim assalam? hal tadrim assalam?" kya tum jante ho ke assalam o alaikum jab kehta hai namazi toh kya matlab hota hai is ka? woh kehta hai ke: "anta amin minni, anta amin minni."</w:t>
      </w:r>
    </w:p>
    <w:p>
      <w:pPr>
        <w:jc w:val="right"/>
      </w:pPr>
      <w:r>
        <w:t>عینہ تو انہوں نے اس کو کہا: "یہ السلام علیکم کہنا کیا ہے؟" تو انہوں نے کہا کہ: "ہل تدریم السلام؟ ہل تدریم السلام؟" کیا تم جانتے ہو کہ السلام علیکم جب کہتا ہے نمازی تو کیا مطلب ہوتا ہے اس کا؟ وہ کہتا ہے کہ: "انت امن منی، انت امن منی۔"</w:t>
      </w:r>
    </w:p>
    <w:p>
      <w:r>
        <w:rPr>
          <w:b/>
        </w:rPr>
        <w:t xml:space="preserve">[1:11:56] </w:t>
      </w:r>
      <w:r>
        <w:t>kaisi anokhi baat hai! dekhein, "anta amin minni, anta amin minni." ae logon! tum mujh se safe ho, ae logon! tum mujh se safe ho. yani ab jo purify ho kar nikla hoon masjid se, mein ab jo mein Khuda ki spirit le kar nikla hoon masjid se, mein toh kya hoga? duniya mein modest ban kar rahunga,</w:t>
      </w:r>
    </w:p>
    <w:p>
      <w:pPr>
        <w:jc w:val="right"/>
      </w:pPr>
      <w:r>
        <w:t>کیسی انوکھی بات ہے! دیکھیں، "انت امن منی، انت امن منی۔" اے لوگوں! تم مجھ سے سیف ہو، اے لوگوں! تم مجھ سے سیف ہو۔ یعنی اب جو پیریفائی ہو کر نکلا ہوں مسجد سے، میں اب جو میں خدا کی اسپرٹ لے کر نکلا ہوں مسجد سے، میں تو کیا ہوگا؟ دنیا میں ماڈسٹ بن کر رہوں گا،</w:t>
      </w:r>
    </w:p>
    <w:p>
      <w:r>
        <w:rPr>
          <w:b/>
        </w:rPr>
        <w:t xml:space="preserve">[1:12:28] </w:t>
      </w:r>
      <w:r>
        <w:t>duniya mein Khuda ko surrender kar ke rahunga, duniya mein submission ki spirit ke sath rahunga. toh phir kya hoga? meri zuban se tum ko koi takleef nahi pahunchegi, mere hath se tum ko koi takleef nahi pahunchegi. isi liye hadith mein aata hai ke: "al muslimu muslimun man salima muslimuna min lisanihi wa yadihi." is ka matlab yeh hua ke namaz jo hai, aadmi ko</w:t>
      </w:r>
    </w:p>
    <w:p>
      <w:pPr>
        <w:jc w:val="right"/>
      </w:pPr>
      <w:r>
        <w:t>دنیا میں خدا کو سرینڈر کر کے رہوں گا، دنیا میں سبمیشن کی اسپرٹ کے ساتھ رہوں گا۔ تو پھر کیا ہوگا؟ میری زبان سے تم کو کوئی تکلیف نہیں پہنچے گی، میرے ہاتھ سے تم کو کوئی تکلیف نہیں پہنچے گی۔ اسی لیے حدیث میں آتا ہے کہ: "المسلم مسلم از ون بائے ہوز ہینڈز اینڈ ٹنگ، اور پیپل ار سیف۔" اس کا مطلب یہ ہوا کہ نماز جو ہے، آدمی کو</w:t>
      </w:r>
    </w:p>
    <w:p>
      <w:r>
        <w:rPr>
          <w:b/>
        </w:rPr>
        <w:t xml:space="preserve">[1:12:59] </w:t>
      </w:r>
      <w:r>
        <w:t>kya banati hai? peaceful member of society, harmless member of society. yani masjid mein trained ho kar ke, masjid wali spirit ko apne andar le kar ke jab nikalta hai aadmi bahar society mein toh woh kaisa insaan hona chahiye? agar us ki spirit aayi ho us ke andar, harmless person ban jaye, ek peaceful ban jaye, doosron ke liye har ek ka well wisher</w:t>
      </w:r>
    </w:p>
    <w:p>
      <w:pPr>
        <w:jc w:val="right"/>
      </w:pPr>
      <w:r>
        <w:t>کیا بناتی ہے؟ پیس فل ممبر اف سوسائٹی، ہارم لیس ممبر اف سوسائٹی۔ یعنی مسجد میں ٹرینڈ ہو کر کے، مسجد والی اسپرٹ کو اپنے اندر لے کر کے جب نکلتا ہے آدمی باہر سوسائٹی میں تو وہ کیسا انسان ہونا چاہیے؟ اگر اس کی اسپرٹ آئی ہو اس کے اندر، ہارم لیس پرسن بن جائے، ایک پیس فل بن جائے، دوسروں کے لیے ہر ایک کا ویل وشر</w:t>
      </w:r>
    </w:p>
    <w:p>
      <w:r>
        <w:rPr>
          <w:b/>
        </w:rPr>
        <w:t xml:space="preserve">[1:13:29] </w:t>
      </w:r>
      <w:r>
        <w:t>ban jaye, well wisher, no problem person ban jaye, is ka behavior yani logon ke liye insan friendly behavior ban jaye, insan friendly behavior. To namaz ko agar aap ada karein ek ek rasam ke taur par, ritual ke taur par, form ke taur par to aise hi hai jaise ke aap</w:t>
      </w:r>
    </w:p>
    <w:p>
      <w:pPr>
        <w:jc w:val="right"/>
      </w:pPr>
      <w:r>
        <w:t>بن جائے، ویل وشر، نو پرابلم پرسن بن جائے، اس کا بیہیویئر یعنی لوگوں کے لیے انسان فرینڈلی بیہیویئر بن جائے، انسان فرینڈلی بیہیویئر۔ تو نماز کو اگر آپ ادا کریں ایک ایک رسم کے طور پر، ریچول کے طور پر، فارم کے طور پر تو ایسے ہی ہے جیسے کہ آپ</w:t>
      </w:r>
    </w:p>
    <w:p>
      <w:r>
        <w:rPr>
          <w:b/>
        </w:rPr>
        <w:t xml:space="preserve">[1:13:59] </w:t>
      </w:r>
      <w:r>
        <w:t>narangi ka andar ka phenk dein aur chhilka kha lein to kuch bhi nahi hoga. Lekin jab namaz ko padhein us ki spirit ke sath to kaha ke aap ne narangi ka andar bhi khaya to is se aap ko milega kuch nourishment. To namaz ko jab padha jaye, namaz ko jab ada kiya jaye us ki spirit ke sath, tab yeh baat hoti hai ke aadmi jab bahar nikalta hai</w:t>
      </w:r>
    </w:p>
    <w:p>
      <w:pPr>
        <w:jc w:val="right"/>
      </w:pPr>
      <w:r>
        <w:t>نارنگی کا اندر کا پھینک دیں اور چھلکا کھا لیں تو کچھ بھی نہیں ہوگا۔ لیکن جب نماز کو پڑھیں اس کی اسپرٹ کے ساتھ تو کہا کہ آپ نے نارنگی کا اندر بھی کھایا تو اس سے آپ کو ملے گا کچھ نرشمنٹ۔ تو نماز کو جب پڑھا جائے، نماز کو جب ادا کیا جائے اس کی اسپرٹ کے ساتھ، تب یہ بات ہوتی ہے کہ آدمی جب باہر نکلتا ہے</w:t>
      </w:r>
    </w:p>
    <w:p>
      <w:r>
        <w:rPr>
          <w:b/>
        </w:rPr>
        <w:t xml:space="preserve">[1:14:30] </w:t>
      </w:r>
      <w:r>
        <w:t>to ek naya insan hota hai, ek naya insan jise Quran mein: "Sabghat Allah sabghah" yani Allah ke rang mein ranga hua hota hai. Woh Allah ke rang mein ranga hone ka matlab kya hai? Is ke andar submission hoga, is ke andar honesty hogi, is ke andar modesty hogi, woh sach bolega, woh logon ka well wisher hoga,</w:t>
      </w:r>
    </w:p>
    <w:p>
      <w:pPr>
        <w:jc w:val="right"/>
      </w:pPr>
      <w:r>
        <w:t>تو ایک نیا انسان ہوتا ہے، ایک نیا انسان جسے قرآن میں: "سبغت اللہ سبغہ" یعنی اللہ کے رنگ میں رنگا ہوا ہوتا ہے۔ وہ اللہ کے رنگ میں رنگا ہونے کا مطلب کیا ہے؟ اس کے اندر سبمیشن ہوگا، اس کے اندر اونسٹری ہوگی، اس کے اندر ماڈیسٹی ہوگی، وہ سچ بولے گا، وہ لوگوں کا ویل وشر ہوگا،</w:t>
      </w:r>
    </w:p>
    <w:p>
      <w:r>
        <w:rPr>
          <w:b/>
        </w:rPr>
        <w:t xml:space="preserve">[1:15:02] </w:t>
      </w:r>
      <w:r>
        <w:t>kisi ka paisa nahi marega, kisi se ladai jhagda nahi karega. To agar aap yeh cheezein dekhein namazi mein to samjhiye ke us ne spirit wali namaz padhi hai. Agar aap dekhein yeh yeh cheezein nahi hain to samajh lijiye ke us ne aisi namaz padhi ke form ko to ada kiya us ne aur spirit wahan ghayab thi. Woh e</w:t>
      </w:r>
    </w:p>
    <w:p>
      <w:pPr>
        <w:jc w:val="right"/>
      </w:pPr>
      <w:r>
        <w:t>کسی کا پیسہ نہیں مارے گا، کسی سے لڑائی جھگڑا نہیں کرے گا۔ تو اگر آپ یہ چیزیں دیکھیں نمازی میں تو سمجھئے کہ اس نے اسپرٹ والی نماز پڑھی ہے۔ اگر آپ دیکھیں یہ یہ چیزیں نہیں ہیں تو سمجھ لیجئے کہ اس نے ایسی نماز پڑھی کہ فارم کو تو ادا کیا اس نے اور اسپرٹ وہاں غائب تھی۔ وہ ای</w:t>
      </w:r>
    </w:p>
    <w:p>
      <w:r>
        <w:rPr>
          <w:b/>
        </w:rPr>
        <w:t xml:space="preserve">[1:15:32] </w:t>
      </w:r>
      <w:r>
        <w:t>se hi jaise ek aadmi ne santre ka chhilka to kha liya aur is ka andar ka jo tha woh phenk diya. To yeh bohat hi important baat hai jis ko samajhna chahiye. Is baat ko samjhe baghair jo namaz ada ki jayegi woh namaz Khuda ke haan us ki koi value nahi hogi, na bandon mein koi value hogi, na Khuda ke haan koi value hogi.</w:t>
      </w:r>
    </w:p>
    <w:p>
      <w:pPr>
        <w:jc w:val="right"/>
      </w:pPr>
      <w:r>
        <w:t>سے ہی جیسے ایک آدمی نے سنترے کا چھلکا تو کھا لیا اور اس کا اندر کا جو تھا وہ پھینک دیا۔ تو یہ بہت ہی امپورٹنٹ بات ہے جس کو سمجھنا چاہیے۔ اس بات کو سمجھے بغیر جو نماز ادا کی جائے گی وہ نماز خدا کے ہاں اس کی کوئی ویلیو نہیں ہوگی، نہ بندوں میں کوئی ویلیو ہوگی، نہ خدا کے ہاں کوئی ویلیو ہوگی۔</w:t>
      </w:r>
    </w:p>
    <w:p>
      <w:r>
        <w:rPr>
          <w:b/>
        </w:rPr>
        <w:t xml:space="preserve">[1:16:02] </w:t>
      </w:r>
      <w:r>
        <w:t>Aur agar spirit ke sath sachi namaz ada ki jayegi tabhi woh bandon ke nazdeek bhi us ki value hogi aur Khuda ke nazdeek bhi us ki value hogi. Wahi sachi namaz hogi. Hadith mein aata hai ke "Al-abd wal-kufr tark-us-salat" yani namaz hi se aadmi momin banta hai aur namaz chhod kar woh iman us ka khatm ho jata hai. Yeh itni bari ch</w:t>
      </w:r>
    </w:p>
    <w:p>
      <w:pPr>
        <w:jc w:val="right"/>
      </w:pPr>
      <w:r>
        <w:t>اور اگر اسپرٹ کے ساتھ سچی نماز ادا کی جائے گی تبھی وہ بندوں کے نزدیک بھی اس کی ویلیو ہوگی اور خدا کے نزدیک بھی اس کی ویلیو ہوگی۔ وہی سچی نماز ہوگی۔ حدیث میں آتا ہے کہ "العبد والکفر ترک الصلوۃ" یعنی نماز ہی سے آدمی مومن بنتا ہے اور نماز چھوڑ کر وہ ایمان اس کا ختم ہو جاتا ہے۔ یہ اتنی بڑی چ</w:t>
      </w:r>
    </w:p>
    <w:p>
      <w:r>
        <w:rPr>
          <w:b/>
        </w:rPr>
        <w:t xml:space="preserve">[1:16:32] </w:t>
      </w:r>
      <w:r>
        <w:t>eez hai namaz. Ek Persian poet ne, ek Sufi poet ne namaz ke bare mein kaha ke: "Roz-e-mehshar ke jaan-gudaz bibad, awwal pursish-e-namaz bibad." Is ka matlab yeh hai ke ke namaz az</w:t>
      </w:r>
    </w:p>
    <w:p>
      <w:pPr>
        <w:jc w:val="right"/>
      </w:pPr>
      <w:r>
        <w:t>یز ہے نماز۔ ایک پرشین پوئٹ نے، ایک صوفی پوئٹ نے نماز کے بارے میں کہا کہ: "روز محشر کے جاں گداز ببت، اولی پرسش نماز ببت۔" اس کا مطلب یہ ہے کہ کہ نماز از</w:t>
      </w:r>
    </w:p>
    <w:p>
      <w:r>
        <w:rPr>
          <w:b/>
        </w:rPr>
        <w:t xml:space="preserve">[1:17:03] </w:t>
      </w:r>
      <w:r>
        <w:t>first to be questioned on the crucial day of judgment. Namaz is first to be questioned on the crucial day of judgment. Itni importance hai namaz ki jis ko Arabic mein salat kehte hain.</w:t>
      </w:r>
    </w:p>
    <w:p>
      <w:pPr>
        <w:jc w:val="right"/>
      </w:pPr>
      <w:r>
        <w:t>فرسٹ ٹو بی کویسچن ان دا کروشل ڈے اف ججمنٹ۔ نماز از فرسٹ ٹو بی کویسچن ان دا کروشل ڈے اف ججمنٹ۔ اتنی امپورٹنس ہے نماز کی جس کو عربی میں صلاۃ کہتے ہیں۔</w:t>
      </w:r>
    </w:p>
    <w:p>
      <w:r>
        <w:rPr>
          <w:b/>
        </w:rPr>
        <w:t xml:space="preserve">[1:17:34] </w:t>
      </w:r>
      <w:r>
        <w:t>S A L A T salat. To aap sochiye ke jis Khuda ne itne bare universe ko banaya woh kuch form ko itni bari importance de dega? Yeh Khuda ko underestimate karna hai. Kuch form jo hum dohrate hain namaz mein, kuch rituals to Khuda ko underestimate karenge. Aap agar samjhein ke yahi sab se bari cheez thi</w:t>
      </w:r>
    </w:p>
    <w:p>
      <w:pPr>
        <w:jc w:val="right"/>
      </w:pPr>
      <w:r>
        <w:t>ایس اے ایل اے ٹی صلاۃ۔ تو آپ سوچیے کہ جس خدا نے اتنے بڑے یونیورس کو بنایا وہ کچھ فارم کو اتنی بڑی امپورٹنس دے دے گا؟ یہ خدا کو انڈر ایسٹیمیٹ کرنا ہے۔ کچھ فارم جو ہم دہراتے ہیں نماز میں، کچھ ریچولز تو خدا کو انڈر ایسٹیمیٹ کریں گے۔ آپ اگر سمجھیں کہ یہی سب سے بڑی چیز تھی</w:t>
      </w:r>
    </w:p>
    <w:p>
      <w:r>
        <w:rPr>
          <w:b/>
        </w:rPr>
        <w:t xml:space="preserve">[1:18:04] </w:t>
      </w:r>
      <w:r>
        <w:t>jo Khuda ko apne Paighambar ke zariye bhej na tha insan ke paas, aisi namaz se to bari cheez ek darakht hai. Aisi namaz se to bari cheez ek darakht hai. Darakht se aap ko kya lakdi milti hai? Shadow milta hai, hari hari pattiyan milti hain, phool milta hai, phal milta hai. Ek beautiful scene deta hai darakht aap ko. Aap ke ghar ke paas darakht ho to us ki beauty</w:t>
      </w:r>
    </w:p>
    <w:p>
      <w:pPr>
        <w:jc w:val="right"/>
      </w:pPr>
      <w:r>
        <w:t>جو خدا کو اپنے پیغمبر کے ذریعے بھیجنا تھا انسان کے پاس، ایسی نماز سے تو بڑی چیز ایک درخت ہے۔ ایسی نماز سے تو بڑی چیز ایک درخت ہے۔ درخت سے آپ کو کیا لکڑی ملتی ہے؟ شیڈو ملتا ہے، ہری ہری پتیاں ملتی ہیں، پھول ملتا ہے، پھل ملتا ہے۔ ایک بیوٹی فل سین دیتا ہے درخت آپ کو۔ آپ کے گھر کے پاس درخت ہو تو اس کی بیوٹی</w:t>
      </w:r>
    </w:p>
    <w:p>
      <w:r>
        <w:rPr>
          <w:b/>
        </w:rPr>
        <w:t xml:space="preserve">[1:18:34] </w:t>
      </w:r>
      <w:r>
        <w:t>mein badhata hai woh. To aisi spirit-less namaz se kahin acha hai ek peed. To aap soch sakte hain ke Khuda ne yani isi par hell aur paradise ka mamla rakh diya ke jo namaz yeh form wali namaz padh le woh paradise mein jaye, jo na padhe woh hell mein jaye. To kaisa ajib Khuda hoga woh? Ek aap dekhein ek peed ko, ek</w:t>
      </w:r>
    </w:p>
    <w:p>
      <w:pPr>
        <w:jc w:val="right"/>
      </w:pPr>
      <w:r>
        <w:t>میں بڑھاتا ہے وہ۔ تو ایسی اسپرٹ لیس نماز سے کہیں اچھا ہے ایک پیڑ۔ تو آپ سوچ سکتے ہیں کہ خدا نے یعنی اسی پر ہیل اور پیراڈائز کا معاملہ رکھ دیا کہ جو نماز یہ فارم والی نماز پڑھ لے وہ پیراڈائز میں جائے، جو نہ پڑھے وہ ہیل میں جائے۔ تو کیسا عجیب خدا ہوگا وہ؟ ایک آپ دیکھیں ایک پیڑ کو، ایک</w:t>
      </w:r>
    </w:p>
    <w:p>
      <w:r>
        <w:rPr>
          <w:b/>
        </w:rPr>
        <w:t xml:space="preserve">[1:19:04] </w:t>
      </w:r>
      <w:r>
        <w:t>ek river ko jo beh raha hota hai, ek mountain ko aur suraj ko, aasman ko. Kitni beautiful nature hai yeh. Is ko dekh kar thrill paida hota hai. Thrill aisi beautiful duniya bana le insan. Namaz ek spirit-less namaz ko, ek form ko kahe ke yeh padh lo to phir tum ko paradise de denge. Main samajhta hoon ke Khuda ka underestimate hai. Khuda ko kam samajhna hai.</w:t>
      </w:r>
    </w:p>
    <w:p>
      <w:pPr>
        <w:jc w:val="right"/>
      </w:pPr>
      <w:r>
        <w:t>ایک ریور کو جو بہہ رہا ہوتا ہے، ایک ماؤنٹین کو اور سورج کو، اسمان کو۔ کتنی بیوٹی فل نیچر ہے یہ۔ اس کو دیکھ کر تھرل پیدا ہوتا ہے۔ تھرل ایسی بیوٹی فل دنیا بنا لے انسان۔ نماز ایک اسپرٹ لیس نماز کو، ایک فارم کو کہے کہ یہ پڑھ لو تو پھر تم کو پیراڈائز دے دیں گے۔ میں سمجھتا ہوں کہ خدا کا انڈر ایسٹیمیشن ہے۔ خدا کو کم سمجھنا ہے۔</w:t>
      </w:r>
    </w:p>
    <w:p>
      <w:r>
        <w:rPr>
          <w:b/>
        </w:rPr>
        <w:t xml:space="preserve">[1:19:39] </w:t>
      </w:r>
      <w:r>
        <w:t>Khuda ko kam samajhna hai. Hadith mein aata hai ke: "Al-masajid buyut-ul-mutaqqin". Al-masajid buyut-ul-mutaqqin masjidain taqwa ka ghar hain. Aage badhne se pehle main aap ko ek hadith ya</w:t>
      </w:r>
    </w:p>
    <w:p>
      <w:pPr>
        <w:jc w:val="right"/>
      </w:pPr>
      <w:r>
        <w:t>خدا کو کم سمجھنا ہے۔ حدیث میں آتا ہے کہ: "المساجد بیوت المتقین"۔ المساجد بیوت المتقین مسجدیں تقوی کا گھر ہیں۔ آگے بڑھنے سے پہلے میں آپ کو ایک حدیث یع</w:t>
      </w:r>
    </w:p>
    <w:p>
      <w:r>
        <w:rPr>
          <w:b/>
        </w:rPr>
        <w:t xml:space="preserve">[1:20:09] </w:t>
      </w:r>
      <w:r>
        <w:t>ani ek saying of Prophet sunana chahta hoon. Ek hadith hai ke aap ne farmaya: "Al-mu'min-ul-qawi khairun wa ahabbu ilallahi min al-mu'min-i-dha'if wa kullun khair." Is ka matlab yeh hai ke strong believer aur weak believer mein Khuda ko strong believer zyada pasand</w:t>
      </w:r>
    </w:p>
    <w:p>
      <w:pPr>
        <w:jc w:val="right"/>
      </w:pPr>
      <w:r>
        <w:t>نی ایک سینگ اف پرافٹ سنانا چاہتا ہوں۔ ایک حدیث ہے کہ آپ نے فرمایا: "المومن القوی خیر واحب عند اللہ من المومن الضعیف ول کل خیر"۔ اس کا مطلب یہ ہے کہ اسٹرانگ بیلیور اور ویک بیلیور میں خدا کو اسٹرانگ بیلیور زیادہ پسند</w:t>
      </w:r>
    </w:p>
    <w:p>
      <w:r>
        <w:rPr>
          <w:b/>
        </w:rPr>
        <w:t xml:space="preserve">[1:20:39] </w:t>
      </w:r>
      <w:r>
        <w:t>hai kamzor believer se. Yani momin qawi Khuda ko zyada pasand hai momin za'eef se. Phir aage jo baat kahi gayi woh bohat bari baat hai. Wa kullun khair aur dono hi mein khair hai. Dono hi mein kuch point good ke hain. Dono hi mein good hai. Woh kaise</w:t>
      </w:r>
    </w:p>
    <w:p>
      <w:pPr>
        <w:jc w:val="right"/>
      </w:pPr>
      <w:r>
        <w:t>ہے کمزور بیلیور سے۔ یعنی مومن قوی خدا کو زیادہ پسند ہے مومن ضعیف سے۔ پھر آگے جو بات کہی گئی وہ بہت بڑی بات ہے۔ ول کل خیر اور دونوں ہی میں خیر ہے۔ دونوں ہی میں کچھ پوائنٹ گڈ کے ہیں۔ دونوں ہی میں گڈ ہے۔ وہ کیسے</w:t>
      </w:r>
    </w:p>
    <w:p>
      <w:r>
        <w:rPr>
          <w:b/>
        </w:rPr>
        <w:t xml:space="preserve">[1:21:10] </w:t>
      </w:r>
      <w:r>
        <w:t>? Dekhein, koi mysterious baat nahi hai yeh. Yeh mysterious baat nahi hai yeh. It is quite understandable by applying your reason. Woh kaise? Dekhein, namaz ki jo spirit mein bata raha hoon is se bohat juda hua hai yeh saying jo Prophet ki hai. Dono</w:t>
      </w:r>
    </w:p>
    <w:p>
      <w:pPr>
        <w:jc w:val="right"/>
      </w:pPr>
      <w:r>
        <w:t>؟ دیکھیں، کوئی مسٹیریس بات نہیں ہے یہ۔ یہ مسٹیریس بات نہیں ہے یہ۔ اٹ از کوائٹ انڈرسٹینڈ ایبل بائی اپلائی یور ریزن۔ وہ کیسے؟ دیکھیں، نماز کی جو اسپرٹ میں بتا رہا ہوں اس سے بہت جڑا ہوا ہے یہ سینگ جو پرافٹ کی ہے۔ دونوں</w:t>
      </w:r>
    </w:p>
    <w:p>
      <w:r>
        <w:rPr>
          <w:b/>
        </w:rPr>
        <w:t xml:space="preserve">[1:21:40] </w:t>
      </w:r>
      <w:r>
        <w:t>hi ke liye khair ka matlab yeh hai ke dekhne mein ek strong aadmi zyada theek maloom hota hai, zyada kaam ka lagta hai woh. Lekin jo kamzor hai us ke andar bhi ek bohat bari bhalai hai. Woh kya? Jab aap apne ko weak feel karein to that inculcates spirit of modesty in your</w:t>
      </w:r>
    </w:p>
    <w:p>
      <w:pPr>
        <w:jc w:val="right"/>
      </w:pPr>
      <w:r>
        <w:t>ہی کے لیے خیر کا مطلب یہ ہے کہ دیکھنے میں ایک سٹرانگ آدمی زیادہ ٹھیک معلوم ہوتا ہے، زیادہ کام کا لگتا ہے وہ۔ لیکن جو کمزور ہے اس کے اندر بھی ایک بہت بڑی بھلائی ہے۔ وہ کیا؟ جب آپ اپنے کو ویک فیل کریں تو دیٹ انکلکیٹس اسپرٹ اف ماڈیسٹی ان یور</w:t>
      </w:r>
    </w:p>
    <w:p>
      <w:r>
        <w:rPr>
          <w:b/>
        </w:rPr>
        <w:t xml:space="preserve">[1:22:10] </w:t>
      </w:r>
      <w:r>
        <w:t>soul, your mind. Yani strong apne ko feel karein to arrogance aa sakta hai. Very risky position. Very risky position. Apne ko samjhein ke mere muscles bare taqatwar hain, mera nervous system bohat mazboot hai, meri body bari strong hai. To aap ek risk mein jeete hain. Woh risk kya</w:t>
      </w:r>
    </w:p>
    <w:p>
      <w:pPr>
        <w:jc w:val="right"/>
      </w:pPr>
      <w:r>
        <w:t>سول، یور مائنڈ۔ یعنی سٹرانگ اپنے کو فیل کریں تو ارگنز آ سکتا ہے۔ ویری رسکی پوزیشن۔ ویری رسکی پوزیشن۔ اپنے کو سمجھیں کہ میرے مسلز بڑے طاقتور ہیں، میرا نروس سسٹم بہت مضبوط ہے، میری باڈی بڑی سٹرانگ ہے۔ تو آپ ایک رسک میں جیتے ہیں۔ وہ رسک کیا ہے</w:t>
      </w:r>
    </w:p>
    <w:p>
      <w:r>
        <w:rPr>
          <w:b/>
        </w:rPr>
        <w:t xml:space="preserve">[1:22:40] </w:t>
      </w:r>
      <w:r>
        <w:t>? Aap ke andar egoism aa jaye, arrogance aa jaye. Is ka risk jo kehte hain Hindi mein bara acha word hai ahankar. Ahankar bohat hi meaningful word hai jo kisi aur zuban mein mujhe dikhai nahi pada. Arrogance wagera jo hai us se zyada mean</w:t>
      </w:r>
    </w:p>
    <w:p>
      <w:pPr>
        <w:jc w:val="right"/>
      </w:pPr>
      <w:r>
        <w:t>؟ آپ کے اندر ایگو ازم آ جائے، ارگنز آ جائے۔ اس کا رسک جو کہتے ہیں ہندی میں بڑا اچھا ورڈ ہے اہنکار۔ اہنکار بہت ہی میننگ فل ورڈ ہے جو کسی اور زبان میں مجھے دکھائی نہیں پڑا۔ ارگنز وغیرہ جو ہے اس سے زیادہ می</w:t>
      </w:r>
    </w:p>
    <w:p>
      <w:r>
        <w:rPr>
          <w:b/>
        </w:rPr>
        <w:t xml:space="preserve">[1:23:10] </w:t>
      </w:r>
      <w:r>
        <w:t>ingful word hai ahankar. To ek strong aadmi ke liye yeh andesha hai ke woh us ke andar ahankar aa jaye. Lekin jo ek weak aadmi hai jis ka body kamzor hai, us ka nervous system kamzor hai to woh bhi ek advantageous position mein hai. Us ka</w:t>
      </w:r>
    </w:p>
    <w:p>
      <w:pPr>
        <w:jc w:val="right"/>
      </w:pPr>
      <w:r>
        <w:t>ننگ فل ورڈ ہے اہنکار۔ تو ایک سٹرانگ آدمی کے لیے یہ اندیشہ ہے کہ وہ اس کے اندر اہنکار آ جائے۔ لیکن جو ایک ویک آدمی ہے جس کا باڈی کمزور ہے، اس کا نروس سسٹم کمزور ہے تو وہ بھی ایک ایڈوانٹیجیس پوزیشن میں ہے۔ اس کا</w:t>
      </w:r>
    </w:p>
    <w:p>
      <w:r>
        <w:rPr>
          <w:b/>
        </w:rPr>
        <w:t xml:space="preserve">[1:23:40] </w:t>
      </w:r>
      <w:r>
        <w:t>bhi ek plus point hai. Woh kya? Is ki wajah se us ke andar humility aur modesty aayegi. Humility aayegi. Apne ko kam samajhne ka mizaj aayega. Yani woh quality jo Khuda ko zyada pasand hai. Khuda ko pasand hai submission, surrender, modesty. To yeh quality us ke andar aayegi. Isi liye form</w:t>
      </w:r>
    </w:p>
    <w:p>
      <w:pPr>
        <w:jc w:val="right"/>
      </w:pPr>
      <w:r>
        <w:t>بھی ایک پلس پوائنٹ ہے۔ وہ کیا؟ اس کی وجہ سے اس کے اندر ہیملیٹ اور ماڈیسٹی آئے گی۔ ہیملیٹی آئے گی۔ اپنے کو کم سمجھنے کا مزاج آئے گا۔ یعنی وہ کوالٹی جو خدا کو زیادہ پسند ہے۔ خدا کو پسند ہے سبمیشن، سرینڈر، ماڈیسٹی۔ تو یہ کوالٹی اس کے اندر آئے گی۔ اسی لیے فرم</w:t>
      </w:r>
    </w:p>
    <w:p>
      <w:r>
        <w:rPr>
          <w:b/>
        </w:rPr>
        <w:t xml:space="preserve">[1:24:10] </w:t>
      </w:r>
      <w:r>
        <w:t>aya ke kullun khair dono hi ke liye bhalai hai. Lekin main samajhta hoon ke weak hona shayad zyada acha hai kyunke woh us ke liye kam risk hota hai. To main namaz ke bare mein arz kar raha tha ke Al-masajid buyut-ul-mutaqqin masjidain taqwa ka ghar hain. Is ka matlab kya hai?</w:t>
      </w:r>
    </w:p>
    <w:p>
      <w:pPr>
        <w:jc w:val="right"/>
      </w:pPr>
      <w:r>
        <w:t>ایا کہ لکل خیر دونوں ہی کے لیے بھلائی ہے۔ لیکن میں سمجھتا ہوں کہ ویک ہونا شاید زیادہ اچھا ہے کیونکہ وہ اس کے لیے کم رسک ہوتا ہے۔ تو میں نماز کے بارے میں عرض کر رہا تھا کہ المساجد بیوت المتقین مسجدیں تقوی کا گھر ہیں۔ اس کا مطلب کیا ہے؟</w:t>
      </w:r>
    </w:p>
    <w:p>
      <w:r>
        <w:rPr>
          <w:b/>
        </w:rPr>
        <w:t xml:space="preserve">[1:24:40] </w:t>
      </w:r>
      <w:r>
        <w:t>Taqwa ki spirit inculcate karne ka center hai. Masjidain training center hain is baat ka ke aadmi ke andar taqwa paida ho. Is ka translation to yeh hai ke masjidain taqwa ka ghar hain ya mutaqqiyon ka ghar hain. Lekin is ko sochiye, sochiye, sochen to maloom hoga ke is ka matlab yeh hai ke woh training center hain.</w:t>
      </w:r>
    </w:p>
    <w:p>
      <w:pPr>
        <w:jc w:val="right"/>
      </w:pPr>
      <w:r>
        <w:t>تقوی کی اسپرٹ انکلکیٹ کرنے کا سینٹر ہے۔ مسجدیں ٹریننگ سینٹر ہیں اس بات کا کہ آدمی کے اندر تقوی پیدا ہو۔ اس کا ٹرانسیشن تو یہ ہے کہ مسجدیں تقوی کا گھر ہیں یا متقیوں کا گھر ہیں۔ لیکن اس کو سوچیے، سوچیے، سوچیں تو معلوم ہوگا کہ اس کا مطلب یہ ہے کہ وہ ٹریننگ سینٹر ہیں۔</w:t>
      </w:r>
    </w:p>
    <w:p>
      <w:r>
        <w:rPr>
          <w:b/>
        </w:rPr>
        <w:t xml:space="preserve">[1:25:13] </w:t>
      </w:r>
      <w:r>
        <w:t>Taqwa ka training center hai. Taqwa ka matlab kya hai? Taqwa ka matlab yeh hai ke aap ke andar sincerity aa jaye. Aap cheezon ko zyada seriously lene lagien. Woh cheez jis ko kehte hain hum Urdu mein ehtiyat ka mizaj woh aa jaye.</w:t>
      </w:r>
    </w:p>
    <w:p>
      <w:pPr>
        <w:jc w:val="right"/>
      </w:pPr>
      <w:r>
        <w:t>تقوی کا ٹریننگ سینٹر ہے۔ تقوی کا مطلب کیا ہے؟ تقوی کا مطلب یہ ہے کہ آپ کے اندر سنسیرٹی آ جائے۔ آپ چیزوں کو زیادہ سیریسلی لینے لگیں۔ وہ چیز جس کو کہتے ہیں ہم اردو میں احتیاط کا مزاج وہ آ جائے۔</w:t>
      </w:r>
    </w:p>
    <w:p>
      <w:r>
        <w:rPr>
          <w:b/>
        </w:rPr>
        <w:t xml:space="preserve">[1:25:43] </w:t>
      </w:r>
      <w:r>
        <w:t>Sochien bohat zyada. Koi bhi koi baat bolne se pehle sochen, kuch karne se sochen ke bhai theek hai ke nahi theek hai. Yeh mizaj aa jaye. Jaisa ke ek hadith mein is se pehle main sunaya hi mein ne aap ko ke Hazrat Umar ne ek ek sahabi se poocha, ek companion se ke what is taqwa? Taqwa kya hai? To unhon ne kaha</w:t>
      </w:r>
    </w:p>
    <w:p>
      <w:pPr>
        <w:jc w:val="right"/>
      </w:pPr>
      <w:r>
        <w:t>سوچیں بہت زیادہ۔ کوئی بھی کوئی بات بولنے سے پہلے سوچیں، کچھ کرنے سے سوچیں کہ بھئی ٹھیک ہے کہ نہیں ٹھیک ہے۔ یہ مزاج آ جائے۔ جیسا کہ ایک حدیث میں اس سے پہلے میں سنایا ہی میں نے آپ کو کہ حیت عمر نے ایک ایک صحابی سے پوچھا، ایک کمپینین سے کہ واٹ از تقوی؟ تقوی کیا ہے؟ تو انہوں نے کہا</w:t>
      </w:r>
    </w:p>
    <w:p>
      <w:r>
        <w:rPr>
          <w:b/>
        </w:rPr>
        <w:t xml:space="preserve">[1:26:13] </w:t>
      </w:r>
      <w:r>
        <w:t>keh ya amir ul momineen, har salq, har salq tareeq e shoqan. kiya aap ek aisay rastay par kabhi chalay hain jis mein rastay ke dono taraf jhaarain hon, thaarni bushes hon? to unhon ne kaha keh bhala haan. to unhon ne poocha keh fama falty? to us waqt kiya kiya aap ne? to aap ne farmaya keh shammr to washtahat. yani</w:t>
      </w:r>
    </w:p>
    <w:p>
      <w:pPr>
        <w:jc w:val="right"/>
      </w:pPr>
      <w:r>
        <w:t>کہ یا امیر المومنین، ہر سلق، ہر سلق طریق شوقن۔ کیا آپ ایک ایسے راستے پر کبھی چلے ہیں جس میں راستے کے دونوں طرف جھاڑیاں ہوں، تھارنی بشز ہوں؟ تو انہوں نے کہا کہ بھلا ہاں۔ تو انہوں نے پوچھا کہ فما فالت؟ تو اس وقت کیا کیا آپ نے؟ تو آپ نے فرمایا کہ شمر تو وشتحت۔ یعنی</w:t>
      </w:r>
    </w:p>
    <w:p>
      <w:r>
        <w:rPr>
          <w:b/>
        </w:rPr>
        <w:t xml:space="preserve">[1:26:43] </w:t>
      </w:r>
      <w:r>
        <w:t>idhar bhi thaarni bush, idhar bhi thaarni bush. ek bohat hi narrow rasta hai, is se humain aagay barhna hai. to unhon ne kaha keh maine yeh kiya keh apnay kapray ko samait liya aur bachtay bachtay aagay chala gaya. apnay ko bachatay huay, sambhaltay huay aagay chala gaya. to unhon ne kaha keh zaalik ul taqwa, yahi taqwa hai. dunya ki zindagi mein aap jantay hain keh bohat saray temptation hain, bohat saray fitnay hain,</w:t>
      </w:r>
    </w:p>
    <w:p>
      <w:pPr>
        <w:jc w:val="right"/>
      </w:pPr>
      <w:r>
        <w:t>ادھر بھی تھارنی بش، ادھر بھی تھارنی بش۔ ایک بہت ہی نیرو راستہ ہے، اس سے ہمیں آگے بڑھنا ہے۔ تو انہوں نے کہا کہ میں نے یہ کیا کہ اپنے کپڑے کو سمیٹ لیا اور بچتے بچتے آگے چلا گیا۔ اپنے کو بچاتے ہوئے، سنبھالتے ہوئے آگے چلا گیا۔ تو انہوں نے کہا کہ ذالک التقوی، یہی تقوی ہے۔ دنیا کی زندگی میں آپ جانتے ہیں کہ بہت سارے ٹیمپٹیشن ہیں، بہت سارے فتنے ہیں،</w:t>
      </w:r>
    </w:p>
    <w:p>
      <w:r>
        <w:rPr>
          <w:b/>
        </w:rPr>
        <w:t xml:space="preserve">[1:27:14] </w:t>
      </w:r>
      <w:r>
        <w:t>jagah jagah behkaaway hain. poori world ek deceptive world ban gayi hai. main samajhta hoon keh har jagah deceptive, deception hai. to is deceptive world mein hum jeetay hain. deceptive world ka matlab kiya hai? aap ek bohat bara aap ne building dekhi, palace dekha to aap ko l</w:t>
      </w:r>
    </w:p>
    <w:p>
      <w:pPr>
        <w:jc w:val="right"/>
      </w:pPr>
      <w:r>
        <w:t>جگہ جگہ بہکاوے ہیں۔ پوری ورلڈ ایک ڈسپٹی ورلڈ بن گئی ہے۔ میں سمجھتا ہوں کہ ہر جگہ ڈسپٹی، ڈسپشن ہے۔ تو اس ڈسپٹی ورلڈ میں ہم جیتے ہیں۔ ڈسپٹی ورلڈ کا مطلب کیا ہے؟ آپ ایک بہت بڑا آپ نے بلڈنگ دیکھی، پیلس دیکھا تو آپ کو ل</w:t>
      </w:r>
    </w:p>
    <w:p>
      <w:r>
        <w:rPr>
          <w:b/>
        </w:rPr>
        <w:t xml:space="preserve">[1:27:44] </w:t>
      </w:r>
      <w:r>
        <w:t>aga keh dekho yeh bari cheez hai, mujhe meray paas bhi palace hona chahiye. to woh deceptive hai. is liye keh kiya hai is ki haqeeqat? jo log baray baray gharon mein rehtay hain, un ke dil se pooch lijiye keh kiya un ko mila hua hai? baray baray gharon mein rehnay walay log sab se ziyada tension aur stress mein jeetay hain. aap survey kar ke dekh lijiye. to mila kiya?</w:t>
      </w:r>
    </w:p>
    <w:p>
      <w:pPr>
        <w:jc w:val="right"/>
      </w:pPr>
      <w:r>
        <w:t>گا کہ دیکھو یہ بڑی چیز ہے، مجھے میرے پاس بھی پیلس ہونا چاہیے۔ تو وہ ڈسپٹیو ہے۔ اس لیے کہ کیا ہے اس کی حقیقت؟ جو لوگ بڑے بڑے گھروں میں رہتے ہیں، ان کے دل سے پوچھ لیجئے کہ کیا ان کو ملا ہوا ہے؟ بڑے بڑے گھروں میں رہنے والے لوگ سب سے زیادہ ٹینشن اور اسٹریس میں جیتے ہیں۔ آپ سروے کر کے دیکھ لیجئے۔ تو ملا کیا؟</w:t>
      </w:r>
    </w:p>
    <w:p>
      <w:r>
        <w:rPr>
          <w:b/>
        </w:rPr>
        <w:t xml:space="preserve">[1:28:14] </w:t>
      </w:r>
      <w:r>
        <w:t>to yeh yeh sab yeh ek ek cheez dunya mein deceptive hai. aap ko dhoka deti hai keh bara acha hai, yeh bara acha hai, bara acha hai. lekin haqeeqat mein kuch bhi nahi hota. to taqwa ka matlab yeh hai keh aap is yeh saray jo jo cheezain hain jo aap ko dhoka deti hain, is se apnay ko bacha saken. har temptation se apnay ko oopar utha saken. shaitan ke behkaaway se apnay</w:t>
      </w:r>
    </w:p>
    <w:p>
      <w:pPr>
        <w:jc w:val="right"/>
      </w:pPr>
      <w:r>
        <w:t>تو یہ یہ سب یہ ایک ایک چیز دنیا میں ڈسپٹیو ہے۔ آپ کو دھوکہ دیتی ہے کہ بڑا اچھا ہے، یہ بڑا اچھا ہے، بڑا اچھا ہے۔ لیکن حقیقت میں کچھ بھی نہیں ہوتا۔ تو تقوی کا مطلب یہ ہے کہ آپ اس یہ سارے جو جو چیزیں ہیں جو آپ کو دھوکہ دیتی ہیں، اس سے اپنے کو بچا سکیں۔ ہر ٹیمپٹیشن سے اپنے کو اوپر اٹھا سکیں۔ شیطان کے بہکاوے سے اپنے</w:t>
      </w:r>
    </w:p>
    <w:p>
      <w:r>
        <w:rPr>
          <w:b/>
        </w:rPr>
        <w:t xml:space="preserve">[1:28:44] </w:t>
      </w:r>
      <w:r>
        <w:t>ko bacha saken. to aap ko malice se bachna hai, hasad se bachna hai, anger se bachna hai, dishonesty se bachna hai, corruption se bachna hai, arrogance se bachna hai. to yeh sab to sentiment aap ke andar mojood hain. bar bar woh jaagtay hain. to kaisay bachen gay aap? taqwa. yani aap bohat ziyada serious hon, bohat ziyada sincere hon, bohat ziyada sochtay hon</w:t>
      </w:r>
    </w:p>
    <w:p>
      <w:pPr>
        <w:jc w:val="right"/>
      </w:pPr>
      <w:r>
        <w:t>کو بچا سکیں۔ تو آپ کو مائلش سے بچنا ہے، حسد سے بچنا ہے، اینگر سے بچنا ہے، ڈس ہونسٹری سے بچنا ہے، کرپشن سے بچنا ہے، ارگنز سے بچنا ہے۔ تو یہ سب تو سینٹیمنٹ آپ کے اندر موجود ہیں۔ بار بار وہ جاگتے ہیں۔ تو کیسے بچیں گے آپ؟ تقوی۔ یعنی آپ بہت زیادہ سیریس ہوں، بہت زیادہ سنسیئر ہوں، بہت زیادہ سوچتے ہوں</w:t>
      </w:r>
    </w:p>
    <w:p>
      <w:r>
        <w:rPr>
          <w:b/>
        </w:rPr>
        <w:t xml:space="preserve">[1:29:14] </w:t>
      </w:r>
      <w:r>
        <w:t>keh bhai yeh theek hai ke nahi theek hai, yeh theek hai ke nahi theek hai. wohi thaarni bush ke beech se chaltay huay jis tarah aadmi apnay ko bachata hai, aisay hi dunya mein chaltay huay apnay ko bachayein aap. misaal ke tor par yeh hai keh koi kisi ne aap ko gaali de di, kisi ne provoke kar diya to bachnay ka time aa gaya. kyunkeh is ki wajah se aap ke andar negative thoughts ayengay, aap ke andar revenge ayega,</w:t>
      </w:r>
    </w:p>
    <w:p>
      <w:pPr>
        <w:jc w:val="right"/>
      </w:pPr>
      <w:r>
        <w:t>کہ بھئی یہ ٹھیک ہے کہ نہیں ٹھیک ہے، یہ ٹھیک ہے کہ نہیں ٹھیک ہے۔ وہی تھارنی بش کے بیچ سے چلتے ہوئے جس طرح آدمی اپنے کو بچاتا ہے، ایسے ہی دنیا میں چلتے ہوئے اپنے کو بچائیں آپ۔ مثلاً یہ ہے کہ کوئی کسی نے آپ کو گالی دے دی، کسی نے پرووک کر دیا تو بچنے کا ٹائم آ گیا۔ کیونکہ اس کی وجہ سے آپ کے اندر نیگیٹیو تھاٹ آئیں گے، آپ کے اندر ریونج آئے گا،</w:t>
      </w:r>
    </w:p>
    <w:p>
      <w:r>
        <w:rPr>
          <w:b/>
        </w:rPr>
        <w:t xml:space="preserve">[1:29:45] </w:t>
      </w:r>
      <w:r>
        <w:t>aap ghussa hon gay. lekin apnay ko aap bachayein is se. jaisa quran mein aata hai keh al qadhimina al ghaiz wa al aafina an an naas keh sacha insaan woh hai jo ghussay ko pee jaye aur logon ko forgive kare. to kab aisa hoga? jab log ghussa dilayengay. agar koi society mein ghussa dilanay wala na ho to koi matlab hi nahi hai ghussay ko</w:t>
      </w:r>
    </w:p>
    <w:p>
      <w:pPr>
        <w:jc w:val="right"/>
      </w:pPr>
      <w:r>
        <w:t>آپ غصہ ہوں گے۔ لیکن اپنے کو آپ بچائیں اس سے۔ جیسا قرآن میں آتا ہے کہ القاد من الغیض والعافین عن الناس کہ سچا انسان وہ ہے جو غصے کو پی جائے اور لوگوں کو فارگیو کرے۔ تو کب ایسا ہوگا؟ جب لوگ غصہ دلائیں گے۔ اگر کوئی سوسائٹی میں غصہ دلانے والا نہ ہو تو کوئی مطلب ہی نہیں ہے غصے کو</w:t>
      </w:r>
    </w:p>
    <w:p>
      <w:r>
        <w:rPr>
          <w:b/>
        </w:rPr>
        <w:t xml:space="preserve">[1:30:15] </w:t>
      </w:r>
      <w:r>
        <w:t>pee jana. to aisi society jahan kuch log ghussa dilatay hain, kuch log provoke kartay hain, kuch log aisi baatein kartay hain, is ke andar negative thought aata hai aap ke andar, is se bachna, apnay aap ko bachana. isi ka naam hai taqwa. to yeh kaha gaya keh masjidain taqwa ka ghar hain. yani taqwa ki spirit ko bana andar daalnay ka, is</w:t>
      </w:r>
    </w:p>
    <w:p>
      <w:pPr>
        <w:jc w:val="right"/>
      </w:pPr>
      <w:r>
        <w:t>پی جانا۔ تو ایسی سوسائٹی جہاں کچھ لوگ غصہ دلاتے ہیں، کچھ لوگ پرووک کرتے ہیں، کچھ لوگ ایسی باتیں کرتے ہیں، اس کے اندر نیگیٹیو تھاٹ آتا ہے آپ کے اندر، اس سے بچنا، اپنے آپ کو بچانا۔ اسی کا نام ہے تقوی۔ تو یہ کہا گیا کہ مسجدیں تقوی کا گھر ہیں۔ یعنی تقوی کی اسپرٹ کو بنا اندر ڈالنے کا، اس</w:t>
      </w:r>
    </w:p>
    <w:p>
      <w:r>
        <w:rPr>
          <w:b/>
        </w:rPr>
        <w:t xml:space="preserve">[1:30:45] </w:t>
      </w:r>
      <w:r>
        <w:t>ki is ka is ka training center hai. taqwa ki spirit ka training center hai. yeh matlab hai is baat ka. to maine chand baatein arz keen keh namaz ki spirit kiya hai? ab ek aur baat suniye. dekhein, namaz jo parhi jati hai masjidon mein to woh congregation ke sath parhi jati hai.</w:t>
      </w:r>
    </w:p>
    <w:p>
      <w:pPr>
        <w:jc w:val="right"/>
      </w:pPr>
      <w:r>
        <w:t>کی اس کا اس کا ٹریننگ سینٹر ہے۔ تقوی کی اسپرٹ کا ٹریننگ سینٹر ہے۔ یہ مطلب ہے اس بات کا۔ تو میں نے چند باتیں عرض کیں کہ نماز کی اسپرٹ کیا ہے؟ اب ایک اور بات سنیے۔ دیکھیں، نماز جو پڑھی جاتی ہے مسجدوں میں تو وہ کانگریگیشن کے ساتھ پڑھی جاتی ہے۔</w:t>
      </w:r>
    </w:p>
    <w:p>
      <w:r>
        <w:rPr>
          <w:b/>
        </w:rPr>
        <w:t xml:space="preserve">[1:31:17] </w:t>
      </w:r>
      <w:r>
        <w:t>tamam namazein woh congregational prayer hain. to yeh kaisay parha jata hai? is ko hum kehtay hain jamaat ke sath namaz. to namaz kaisay parhi jati hai jamaat ke sath? is ka tareeqa yeh hai keh chahay aap das aadmi hon ya das hazar hon to aap ko row mein saf mein khara hona parta hai. saray log chahay do row hon ya 50 row hon, 100 row hon,</w:t>
      </w:r>
    </w:p>
    <w:p>
      <w:pPr>
        <w:jc w:val="right"/>
      </w:pPr>
      <w:r>
        <w:t>تمام نمازیں وہ کانگریگیشنل پریئر ہیں۔ تو یہ کیسے پڑھا جاتا ہے؟ اس کو ہم کہتے ہیں جماعت کے ساتھ نماز۔ تو نماز کیسے پڑھی جاتی ہے جماعت کے ساتھ؟ اس کا طریقہ یہ ہے کہ چاہے آپ دس آدمی ہوں یا دس ہزار ہوں تو آپ کو رو میں صف میں کھڑا ہونا پڑتا ہے۔ سارے لوگ چاہے دو رو ہوں یا 50 رو ہوں، 100 رو ہوں،</w:t>
      </w:r>
    </w:p>
    <w:p>
      <w:r>
        <w:rPr>
          <w:b/>
        </w:rPr>
        <w:t xml:space="preserve">[1:31:47] </w:t>
      </w:r>
      <w:r>
        <w:t>kitnay bhi qataarain hon, kitnay bhi saf hon, sab log saf mein kharay hotay hain. is ke baad ek aadmi jo namaz ko lead karta hai, woh aagay khara hota hai. us ko imam kaha jata hai. imam jo hai woh namaz ko lead karta hota hai. yani woh jab kahay ga Allah o Akbar to doosray log bhi Allah o Akbar kahain gay. woh jab parhay ga Kasrat to us ko sunain gay log. woh jab jhukay ga to sab log jhuk jayengay.</w:t>
      </w:r>
    </w:p>
    <w:p>
      <w:pPr>
        <w:jc w:val="right"/>
      </w:pPr>
      <w:r>
        <w:t>کتنے بھی قطاریں ہوں، کتنے بھی صف ہوں، سب لوگ صف میں کھڑے ہوتے ہیں۔ اس کے بعد ایک آدمی جو نماز کو لیڈ کرتا ہے، وہ آگے کھڑا ہوتا ہے۔ اس کو امام کہا جاتا ہے۔ امام جو ہے وہ نماز کو لیڈ کرتا ہوتا ہے۔ یعنی وہ جب کہے گا اللہ اکبر تو دوسرے لوگ بھی اللہ اکبر کہیں گے۔ وہ جب پڑھے گا کشت تو اس کو سنیں گے لوگ۔ وہ جب جھکے گا تو سب لوگ جھک جائیں گے۔</w:t>
      </w:r>
    </w:p>
    <w:p>
      <w:r>
        <w:rPr>
          <w:b/>
        </w:rPr>
        <w:t xml:space="preserve">[1:32:17] </w:t>
      </w:r>
      <w:r>
        <w:t>woh sajday mein jayega, sar apna zameen par rakhay ga to woh bhi sar zameen par rakhengay. to imam ek aadmi hota hai, do aadmi nahi. aisi koi congregational prayer possible nahi hai jis mein do do imam kharay huay hon aagay. to chahay das aadmi hon, chahay das hazar aur das lakh bhi hon, imam ek rahay ga. to yeh jo congregational prayer hai, ek bohat bara lesson is ke andar hai.</w:t>
      </w:r>
    </w:p>
    <w:p>
      <w:pPr>
        <w:jc w:val="right"/>
      </w:pPr>
      <w:r>
        <w:t>وہ سجدے میں جائے گا، سر اپنا زمین پر رکھے گا تو وہ بھی سر زمین پر رکھیں گے۔ تو امام ایک آدمی ہوتا ہے، دو آدمی نہیں۔ ایسی کوئی کانگریگیشنل پریئر پاسیبل نہیں ہے جس میں دو دو امام کھڑے ہوئے ہوں آگے۔ تو چاہے دس آدمی ہوں، چاہے دس ہزار اور دس لاکھ بھی ہوں، امام ایک رہے گا۔ تو یہ جو کانگریگیشنل پریئر ہے، ایک بہت بڑا لیسن اس کے اندر ہے۔</w:t>
      </w:r>
    </w:p>
    <w:p>
      <w:r>
        <w:rPr>
          <w:b/>
        </w:rPr>
        <w:t xml:space="preserve">[1:32:49] </w:t>
      </w:r>
      <w:r>
        <w:t>woh lesson kiya hai? woh lesson yeh hai keh apnay mein se ek ko aagay kar ke sab ke sab back seat par chalay jao. apnay mein se ek ko aagay kar ke sab ke sab back seat par chalay jao. yeh paanch time yeh lesson diya jata hai masjidon mein.</w:t>
      </w:r>
    </w:p>
    <w:p>
      <w:pPr>
        <w:jc w:val="right"/>
      </w:pPr>
      <w:r>
        <w:t>وہ لیسن کیا ہے؟ وہ لیسن یہ ہے کہ اپنے میں سے ایک کو آگے کر کے سب کے سب بیک سیٹ پر چلے جاؤ۔ اپنے میں سے ایک کو آگے کر کے سب کے سب بیک سیٹ پر چلے جاؤ۔ یہ پانچ ٹائم یہ لیسن دیا جاتا ہے مسجدوں میں۔</w:t>
      </w:r>
    </w:p>
    <w:p>
      <w:r>
        <w:rPr>
          <w:b/>
        </w:rPr>
        <w:t xml:space="preserve">[1:33:21] </w:t>
      </w:r>
      <w:r>
        <w:t>ab dekhein kitni bari baat yeh hai. agar samajh ke andar yeh spirit aa jaye keh leader to ek hoga, sab to lead hi nahi kar saktay, to kiya hoga? acceptance ka mizaj paida hoga. acceptance of leadership. jab tak yani</w:t>
      </w:r>
    </w:p>
    <w:p>
      <w:pPr>
        <w:jc w:val="right"/>
      </w:pPr>
      <w:r>
        <w:t>اب دیکھیں کتنی بڑی بات یہ ہے۔ اگر سماج کے اندر یہ اسپرٹ آ جائے کہ لیڈر تو ایک ہوگا، سب تو لیڈ ہی نہیں کر سکتے، تو کیا ہوگا؟ ایکسیپٹنس کا مزاج پیدا ہوگا۔ ایکسیپٹنس اف لیڈرشپ۔ جب تک یعنی</w:t>
      </w:r>
    </w:p>
    <w:p>
      <w:r>
        <w:rPr>
          <w:b/>
        </w:rPr>
        <w:t xml:space="preserve">[1:33:51] </w:t>
      </w:r>
      <w:r>
        <w:t>acceptance of leadership ka mizaj yeh hi yeh kar sakta hai keh ek ko aagay kar ke baqi sab log bhi chalay jayen, back seat pe chalay jayen. warna kiya har aadmi jam kar ke agar yeh spirit na ho, har aadmi jam kar ke aagay jayega. har aadmi aagay khara khara hona chahay ga. to logon ke andar acceptance of leadership ki spirit paida karna yeh hai congregational namaz ka maqsad.</w:t>
      </w:r>
    </w:p>
    <w:p>
      <w:pPr>
        <w:jc w:val="right"/>
      </w:pPr>
      <w:r>
        <w:t>ایکسیپٹنس اف لیڈرشپ کا مزاج یہ ہی یہ کر سکتا ہے کہ ایک کو آگے کر کے باقی سب لوگ بھی چلے جائیں، بیک سیٹ پہ چلے جائیں۔ ورنہ کیا ہر آدمی جم کر کے اگر یہ اسپرٹ نہ ہو، ہر آدمی جم کر کے آگے جائے گا۔ ہر آدمی آگے کھڑا کھڑا ہونا چاہے گا۔ تو لوگوں کے اندر ایکسیپٹنس اف لیڈرشپ کی اسپرٹ پیدا کرنا یہ ہے کانگریگیشنل نماز کا مقصد۔</w:t>
      </w:r>
    </w:p>
    <w:p>
      <w:r>
        <w:rPr>
          <w:b/>
        </w:rPr>
        <w:t xml:space="preserve">[1:34:24] </w:t>
      </w:r>
      <w:r>
        <w:t>dekhiye, aksar log yeh kehtay hain, aap ne bhi suna hoga kehtay huay keh musalmanon mein koi leader nahi. aksar log suntay hongay, aap article bhi chaptay rehtay hain keh musalmanon mein koi leader nahi. main kehta hoon yeh bilkul base less baat hai. base less baat hai. leadership kiya hai? mashhoor masla hai keh maano dev nahi to pathar. leader maan le kisi ko to le</w:t>
      </w:r>
    </w:p>
    <w:p>
      <w:pPr>
        <w:jc w:val="right"/>
      </w:pPr>
      <w:r>
        <w:t>دیکھیے، اکثر لوگ یہ کہتے ہیں، آپ نے بھی سنا ہوگا کہتے ہوئے کہ مسلمانوں میں کوئی لیڈر نہیں۔ اکثر لوگ سنتے ہوں گے، آپ آرٹیکل بھی چھپتے رہتے ہیں کہ مسلمانوں میں کوئی لیڈر نہیں۔ میں کہتا ہوں یہ بالکل بیس لیس بات ہے۔ بیس لیس بات ہے۔ لیڈرشپ کیا ہے؟ مشہور مسئلہ ہے کہ مانو دیو نہیں تو پتھر۔ لیڈر مان لے کسی کو تو لی</w:t>
      </w:r>
    </w:p>
    <w:p>
      <w:r>
        <w:rPr>
          <w:b/>
        </w:rPr>
        <w:t xml:space="preserve">[1:34:54] </w:t>
      </w:r>
      <w:r>
        <w:t>ader hai, na maanay to leader nahi hai woh. yani Gandhi ko 47 se pehlay logon ne maan liya tha to leader banay huay thay woh. 47 ke baad maana nahi to leader un ki leader khatam ho gayi. to unhon ne kaha keh ab meri baat kaun sunay ga? 47 ke baad Mahatma Gandhi ne kaha tha keh ab meri kaun sunay ga? ek kitaab chhapi hai Hindi mein, us ka title yahi hai: ab meri kaun sunay ga? to jab Indian log</w:t>
      </w:r>
    </w:p>
    <w:p>
      <w:pPr>
        <w:jc w:val="right"/>
      </w:pPr>
      <w:r>
        <w:t>ڈر ہے، نہ مانے تو لیڈر نہیں ہے وہ۔ یعنی گاندھی کو 47 سے پہلے لوگوں نے مان لیا تھا تو لیڈر بنے ہوئے تھے وہ۔ 47 کے بعد مانا نہیں تو لیڈر ان کی لیڈر ختم ہو گئی۔ تو انہوں نے کہا کہ اب میری بات کون سنے گا؟ 47 کے بعد مہاتما گاندھی نے کہا تھا کہ اب میری کون سنے گا؟ ایک کتاب چھپی ہے ہندی میں، اس کا ٹائٹل یہی ہے: اب میری کون سنے گا؟ تو جب انڈین لوگ</w:t>
      </w:r>
    </w:p>
    <w:p>
      <w:r>
        <w:rPr>
          <w:b/>
        </w:rPr>
        <w:t xml:space="preserve">[1:35:24] </w:t>
      </w:r>
      <w:r>
        <w:t>on mein acceptance tha Gandhi ke baray mein to un ki leadership chal rahi thi. acceptance khatam ho gaya to un ki leader bhi khatam ho gayi, goli maar di gayi un ko. to leadership naam hai acceptance ka. to musalmanon mein jo cheez us waqt nahi hai, jo leak kar rahi hai, woh leak of leadership ka mamla nahi hai, balkeh leak of acceptance of leadership ka mamla hai.</w:t>
      </w:r>
    </w:p>
    <w:p>
      <w:pPr>
        <w:jc w:val="right"/>
      </w:pPr>
      <w:r>
        <w:t>وں میں ایکسیپٹنس تھا گاندھی کے بارے میں تو ان کی لیڈرشپ چل رہی تھی۔ ایکسیپٹنس ختم ہو گیا تو ان کی لیڈر بھی ختم ہو گئی، گولی مار دی گئی ان کو۔ تو لیڈرشپ نام ہے ایکسیپٹنس کا۔ تو مسلمانوں میں جو چیز اس وقت نہیں ہے، جو لیک کر رہی ہے، وہ لیک اف لیڈرشپ کا معاملہ نہیں ہے، بلکہ لیک اف ایکسیپٹنس اف لیڈرشپ کا معاملہ ہے۔</w:t>
      </w:r>
    </w:p>
    <w:p>
      <w:r>
        <w:rPr>
          <w:b/>
        </w:rPr>
        <w:t xml:space="preserve">[1:35:55] </w:t>
      </w:r>
      <w:r>
        <w:t>log samajhtay hain keh musalmanon mein leak of leadership ka problem hai. yeh yeh galat hai bilkul. jo problem hai woh hai leak of acceptance of leadership. Khuda hamesha paida karta hai aisay log jin ke andar leadership ki qualities hoti hain. jaisay India mein 47 se pehlay Maulana Abul Kalam Azad thay, un ke andar zabardast quality thi leadership ki. lekin India ke musalmanon ne un ko maana nahi. woh reject</w:t>
      </w:r>
    </w:p>
    <w:p>
      <w:pPr>
        <w:jc w:val="right"/>
      </w:pPr>
      <w:r>
        <w:t>لوگ سمجھتے ہیں کہ مسلمانوں میں لیک اف لیڈرشپ کا پرابلم ہے۔ یہ یہ غلط ہے بالکل۔ جو پرابلم ہے وہ ہے لیک اف ایکسیپٹنس اف لیڈرشپ۔ خدا ہمیشہ پیدا کرتا ہے ایسے لوگ جن کے اندر لیڈرشپ کی کوالٹیز ہوتی ہیں۔ جیسے انڈیا میں 47 سے پہلے مولانا ابوالکلام آزاد تھے، ان کے اندر زبردست کوالٹی تھی لیڈرشپ کی۔ لیکن انڈیا کے مسلمانوں نے ان کو مانا نہیں۔ وہ ریجیکٹ</w:t>
      </w:r>
    </w:p>
    <w:p>
      <w:r>
        <w:rPr>
          <w:b/>
        </w:rPr>
        <w:t xml:space="preserve">[1:36:25] </w:t>
      </w:r>
      <w:r>
        <w:t>kar diya to un ki leadership bhi nahi chali. aap jantay hain keh Maulana Abul Kalam Azad kehtay hain keh partition nahi hona chahiye. aur bohat zabardast quality un ke andar leadership ki thi. lekin musalmanon ne un ko maana nahi un ko. kyunkeh chali nahi un ki baat. to masla jo hai leak of leadership ka nahi hai. masla leak of acceptance of leadership ka hai.</w:t>
      </w:r>
    </w:p>
    <w:p>
      <w:pPr>
        <w:jc w:val="right"/>
      </w:pPr>
      <w:r>
        <w:t>کر دیا تو ان کی لیڈرشپ بھی نہیں چلی۔ آپ جانتے ہیں کہ مولانا ابوالکلام آزاد کہتے ہیں کہ پارٹیشن نہیں ہونا چاہیے۔ اور بہت زبردست کوالٹی ان کے اندر لیڈرشپ کی تھی۔ لیکن مسلمانوں نے ان کو مانا نہیں ان کو۔ کیونکہ چلی نہیں ان کی بات۔ تو مسئلہ جو ہے لیک اف لیڈرشپ کا نہیں ہے۔ مسئلہ لیک اف ایکسیپٹنس اف لیڈرشپ کا ہے۔</w:t>
      </w:r>
    </w:p>
    <w:p>
      <w:r>
        <w:rPr>
          <w:b/>
        </w:rPr>
        <w:t xml:space="preserve">[1:36:55] </w:t>
      </w:r>
      <w:r>
        <w:t>wohi kehtay hain maano dev nahi to pathar. isi cheez ko jo aap devta maan letay hain to woh devta ban jata hai. na maanein to pathar ka tukra hai woh. yeh mamla leadership ka hai. to namaz mein isi spirit ko paida kiya jata hai. yani acceptance of leadership ki spirit ko paida kiya jata hai. paanchon time mein aisa hota hai keh ek aadmi aagay khara ho jata hai.</w:t>
      </w:r>
    </w:p>
    <w:p>
      <w:pPr>
        <w:jc w:val="right"/>
      </w:pPr>
      <w:r>
        <w:t>وہی کہتے ہیں مانو دیو نہیں تو پتھر۔ اسی چیز کو جو آپ دیوتا مان لیتے ہیں تو وہ دیوتا بن جاتا ہے۔ نہ مانیں تو پتھر کا ٹکڑا ہے وہ۔ یہ معاملہ لیڈرشپ کا ہے۔ تو نماز میں اسی اسپرٹ کو پیدا کیا جاتا ہے۔ یعنی ایکسیپٹنس اف لیڈرشپ کی اسپرٹ کو پیدا کیا جاتا ہے۔ پانچوں ٹائم میں ایسا ہوتا ہے کہ ایک آدمی آگے کھڑا ہو جاتا ہے۔</w:t>
      </w:r>
    </w:p>
    <w:p>
      <w:r>
        <w:rPr>
          <w:b/>
        </w:rPr>
        <w:t xml:space="preserve">[1:37:26] </w:t>
      </w:r>
      <w:r>
        <w:t>us ko imam kehtay hain hum. baqi saray log peechay yani back seat pe chalay jatay hain. yeh hai training of accepting, acceptance of leadership. yani har din paanch baar yeh training di jati hai keh tum log agar accept kar lo gay to leader ban jayega tumhara. koi accept nahi karogay to leader bhi nahi banay ga. to phir kiya hoga? anarchy hogi, differences hon gay, larai hogi, jhagda hoga. jaisa keh aap bohat jagah dekh rahay hain,</w:t>
      </w:r>
    </w:p>
    <w:p>
      <w:pPr>
        <w:jc w:val="right"/>
      </w:pPr>
      <w:r>
        <w:t>اس کو امام کہتے ہیں ہم۔ باقی سارے لوگ پیچھے یعنی بیک سیٹ پہ چلے جاتے ہیں۔ یہ ہے ٹریننگ اف ایکسیپٹنگ، ایکسیپٹنس اف لیڈرشپ۔ یعنی ہر دن پانچ بار یہ ٹریننگ دی جاتی ہے کہ تم لوگ اگر ایکسیپٹ کر لو گے تو لیڈر بن جائے گا تمہارا۔ کوئی ایکسیپٹ نہیں کرو گے تو لیڈر بھی نہیں بنے گا۔ تو پھر کیا ہوگا؟ انارکی ہوگی، ڈیفرنسز ہوں گے، لڑائی ہوگی، جھگڑا ہوگا۔ جیسا کہ آپ بہت جگہ دیکھ رہے ہیں،</w:t>
      </w:r>
    </w:p>
    <w:p>
      <w:r>
        <w:rPr>
          <w:b/>
        </w:rPr>
        <w:t xml:space="preserve">[1:37:56] </w:t>
      </w:r>
      <w:r>
        <w:t>paper mein rozana parhtay hain aap keh namaz parhnay ke bawajood kiya hai? jhagda hai, fasad hai, maar kaat hai. isi liye keh form wali namaz ko log parh rahay hain. spirit wali namaz nahi parh rahay. to dekhein, namaz mein jaisa keh maine arz kiya, ek keh jo ek taraf ek ek individual ke andar jo quality chahiye woh paida karnay ki koshish ki jati hai.</w:t>
      </w:r>
    </w:p>
    <w:p>
      <w:pPr>
        <w:jc w:val="right"/>
      </w:pPr>
      <w:r>
        <w:t>پیپر میں روزانہ پڑھتے ہیں آپ کہ نماز پڑھنے کے باوجود کیا ہے؟ جھگڑا ہے، فساد ہے، مار کاٹ ہے۔ اسی لیے کہ فارم والی نماز کو لوگ پڑھ رہے ہیں۔ اسپرٹ والی نماز نہیں پڑھ رہے۔ تو دیکھیں، نماز میں جیسا کہ میں نے عرض کیا، ایک کہ جو ایک طرف ایک ایک انڈیویجول کے اندر جو کوالٹی چاہیے وہ پیدا کرنے کی کوشش کی جاتی ہے۔</w:t>
      </w:r>
    </w:p>
    <w:p>
      <w:r>
        <w:rPr>
          <w:b/>
        </w:rPr>
        <w:t xml:space="preserve">[1:38:26] </w:t>
      </w:r>
      <w:r>
        <w:t>aur sath sath ek society mein social level par jo cheez chahiye keh ek aadmi ki leadership mein saalon chal rahay hon. koi organized society us waqt nahi ban sakti jab tak keh logon ke andar yeh mizaj na ho, yeh spirit na ho keh apnay mein se kisi ko leader maan kar ke sab log us ke peechay chalain. is ke baad sab log back seat pe chalay jayen. kitni b</w:t>
      </w:r>
    </w:p>
    <w:p>
      <w:pPr>
        <w:jc w:val="right"/>
      </w:pPr>
      <w:r>
        <w:t>اور ساتھ ساتھ ایک سوسائٹی میں سوشل لیول پر جو چیز چاہیے کہ ایک آدمی کی لیڈرشپ میں سالوں چل رہے ہوں۔ کوئی ارگنائزڈ سوسائٹی اس وقت نہیں بن سکتی جب تک کہ لوگوں کے اندر یہ مزاج نہ ہو، یہ اسپرٹ نہ ہو کہ اپنے میں سے کسی کو لیڈر مان کر کے سب لوگ اس کے پیچھے چلیں۔ اس کے بعد سب لوگ بیک سیٹ پہ چلے جائیں۔ کتنی ب</w:t>
      </w:r>
    </w:p>
    <w:p>
      <w:r>
        <w:rPr>
          <w:b/>
        </w:rPr>
        <w:t xml:space="preserve">[1:38:56] </w:t>
      </w:r>
      <w:r>
        <w:t>ri yeh training di jati hai har roz masjid ke andar. acceptance of leadership ki training. to yeh yahan par main aap ko ek baat sunana chahunga jo ibn e khaldun ne likhi hai. ibn e khaldun bohat bara scholar tha muslim history ka. to woh jab spain mein muslim rule tha, us zamane mein woh paida hua.</w:t>
      </w:r>
    </w:p>
    <w:p>
      <w:pPr>
        <w:jc w:val="right"/>
      </w:pPr>
      <w:r>
        <w:t>ڑی یہ ٹریننگ دی جاتی ہے ہر روز مسجد کے اندر۔ ایکسیپٹنس اف لیڈرشپ کی ٹریننگ۔ تو یہ یہاں پر میں آپ کو ایک بات سنانا چاہوں گا جو ابن خلدون نے لکھی ہے۔ ابن خلدون بہت بڑا اسکالر تھا مسلم ہسٹری کا۔ تو وہ جب اسپین میں مسلم رول تھا، اس زمانے میں وہ پیدا ہوا۔</w:t>
      </w:r>
    </w:p>
    <w:p>
      <w:r>
        <w:rPr>
          <w:b/>
        </w:rPr>
        <w:t xml:space="preserve">[1:39:29] </w:t>
      </w:r>
      <w:r>
        <w:t>to ibn e khaldun ki ek kitaab hai, uska naam hai muqaddama ibn e khaldun. muqaddama ibn e khaldun. is mein us ne ek qissa likha hai, ek waqia ke muslim yeh jo us zamane ke baat hai jab ke musalmanon mein abhi companion maujood thay to companion aur companion of the companions woh zamane ki baat, is period ki baat hai yeh.</w:t>
      </w:r>
    </w:p>
    <w:p>
      <w:pPr>
        <w:jc w:val="right"/>
      </w:pPr>
      <w:r>
        <w:t>تو ابن خلدون کی ایک کتاب ہے، اس کا نام ہے مقدمہ ابن خلدون۔ مقدمہ ابن خلدون۔ اس میں اس نے ایک قصہ لکھا ہے، ایک واقعہ کہ مسلم یہ جو اس زمانے کے کی بات ہے جب کہ مسلمانوں میں ابھی کمپینین موجود تھے تو کمپینین اور کمپین اف دا کمپینینز وہ زمانے کی بات، اس پیریڈ کی بات ہے یہ۔</w:t>
      </w:r>
    </w:p>
    <w:p>
      <w:r>
        <w:rPr>
          <w:b/>
        </w:rPr>
        <w:t xml:space="preserve">[1:40:00] </w:t>
      </w:r>
      <w:r>
        <w:t>to jab yeh log gaye wahan par iran to hazaron ki tadad mein gaye thay woh. to wahan par us waqt koi masjid nahi hoti thi. ab to wahan par bohat masjidain hain. tab koi masjid nahi hoti thi. to un ka jo us zamane mein jo un ka mamla pesh aaya woh iran ki fauj se pesh aaya. to iran ka jo badshah tha uska naam tha yezdgard. wahan ka general tha uska naam tha</w:t>
      </w:r>
    </w:p>
    <w:p>
      <w:pPr>
        <w:jc w:val="right"/>
      </w:pPr>
      <w:r>
        <w:t>تو جب یہ لوگ گئے وہاں پر ایران تو ہزاروں کی تعداد میں گئے تھے وہ۔ تو وہاں پر اس وقت کوئی مسجد نہیں ہوتی تھی۔ اب تو وہاں پر بہت مسجدیں ہیں۔ تب کوئی مسجد نہیں ہوتی تھی۔ تو ان کا جو اس زمانے میں جو ان کا معاملہ پیش آیا وہ ایران کی فوج سے پیش آیا۔ تو ایران کا جو بادشاہ تھا اس کا نام تھا یزدگرد۔ وہاں کا جنرل تھا اس کا نام تھا</w:t>
      </w:r>
    </w:p>
    <w:p>
      <w:r>
        <w:rPr>
          <w:b/>
        </w:rPr>
        <w:t xml:space="preserve">[1:40:30] </w:t>
      </w:r>
      <w:r>
        <w:t>rustam. rustam bohat hi intelligent aadmi tha. us ne kya dekha ke yeh log jo arab se aaye hain rozana khule open field mein khuli jagah par woh log namaz parhte thay. to kya hota tha ke ek aadmi aage khara ho gaya. baqi sab log peechay khare ho gaye. yani ek ko aage kar ke sab back seat pe chalay gaye.</w:t>
      </w:r>
    </w:p>
    <w:p>
      <w:pPr>
        <w:jc w:val="right"/>
      </w:pPr>
      <w:r>
        <w:t>رستم۔ رستم بہت ہی انٹیلیجنٹ آدمی تھا۔ اس نے کیا دیکھا کہ یہ لوگ جو عرب سے آئے ہیں روزانہ کھلے اوپن فیلڈ میں کھلی جگہ پر وہ لوگ نماز پڑھتے تھے۔ تو کیا ہوتا تھا کہ ایک آدمی آگے کھڑا ہو گیا۔ باقی سب لوگ پیچھے کھڑے ہو گئے۔ یعنی ایک کو آگے کر کے سب بیک سیٹ پہ چلے گئے۔</w:t>
      </w:r>
    </w:p>
    <w:p>
      <w:r>
        <w:rPr>
          <w:b/>
        </w:rPr>
        <w:t xml:space="preserve">[1:41:00] </w:t>
      </w:r>
      <w:r>
        <w:t>aur us ke baad kya hua? aage wala aadmi jo jo karta hai wohi peechay walay karte hain. yani haath uthaya to abhi haath uthate hain. jhuke to abhi jhukte hain. uthe to abhi uthte hain. to us ne dekha jab kai baar yeh cheez to us ne samjha ke to yeh to discipline way mein zindagi guzarnay ki training hai. discipline life ki training hai yeh. to us zamane mein khalifa jo thay un ka naam tha umar.</w:t>
      </w:r>
    </w:p>
    <w:p>
      <w:pPr>
        <w:jc w:val="right"/>
      </w:pPr>
      <w:r>
        <w:t>اور اس کے بعد کیا ہوا؟ آگے والا آدمی جو جو کرتا ہے وہی پیچھے والے کرتے ہیں۔ یعنی ہاتھ اٹھایا تو ابھی ہاتھ اٹھاتے ہیں۔ جھکے تو ابھی جھکتے ہیں۔ اٹھے تو ابھی اٹھتے ہیں۔ تو اس نے دیکھا جب کئی بار یہ چیز تو اس نے سمجھا کہ تو یہ تو ڈسپلن وے میں زندگی گزارنے کی ٹریننگ ہے۔ ڈسپلن لائف کی ٹریننگ ہے یہ۔ تو اس زمانے میں خلیفہ جو تھے ان کا نام تھا عمر۔</w:t>
      </w:r>
    </w:p>
    <w:p>
      <w:r>
        <w:rPr>
          <w:b/>
        </w:rPr>
        <w:t xml:space="preserve">[1:41:31] </w:t>
      </w:r>
      <w:r>
        <w:t>second khalifa jo thay umar. to rustam ne kaha ke aql umar o qudi aql umar o qavi yalam al kitab kulab al adab umar mera kaleja kha gaya kyunke yeh uska literal translation yeh hai ke umar mera kaleja kha gaya kyunke yeh kutton ko adab sikha raha hai. kutton ko discipline sikha raha hai. asli iran ke log</w:t>
      </w:r>
    </w:p>
    <w:p>
      <w:pPr>
        <w:jc w:val="right"/>
      </w:pPr>
      <w:r>
        <w:t>سیکنڈ کیلیف جو تھے عمر۔ تو رستم نے کہا کہ عقل عمر و قودی عقل عمر و قوی یعلم الکتاب کلاب الاداب عمر میرا کلیجہ کھا گیا کیونکہ یہ اس کا لٹرل ٹرانسلیشن یہ ہے کہ عمر میرا کلیجہ کھا گیا کیونکہ یہ کتوں کو اداب سکھا رہا ہے۔ کتوں کو ڈسپلن سکھا رہا ہے۔ اصلی ایران کے لوگ</w:t>
      </w:r>
    </w:p>
    <w:p>
      <w:r>
        <w:rPr>
          <w:b/>
        </w:rPr>
        <w:t xml:space="preserve">[1:42:01] </w:t>
      </w:r>
      <w:r>
        <w:t>bohat hi un ke andar kibr tha, bohat hi arrogance tha. arbon ko bohat haqeer samajhte thay woh. just like animal samajhte thay animal. us zamane ki jo yeh is baat is baat ki baat hai jab ke sasani empire qaim thi. aap jante hain us zamane mein do bari empire thi roman empire aur sasani empire. to sasani empire ka center jo tha iran tha woh. to woh log arbon ko bilkul haqeer samajhte thay. just like animal. to us ne jab dekha ke arbon ko</w:t>
      </w:r>
    </w:p>
    <w:p>
      <w:pPr>
        <w:jc w:val="right"/>
      </w:pPr>
      <w:r>
        <w:t>بہت ہی ان کے اندر کبر تھا، بہت ہی ارگنس تھا۔ عربوں کو بہت حقیر سمجھتے تھے وہ۔ جسٹ لائک انیول سمجھتے تھے انیول۔ اس زمانے کی جو یہ اس بات اس بات کی بات ہے جب کہ ساسانی ایمپائر قائم تھی۔ آپ جانتے ہیں اس زمانے میں دو بڑی ایمپائر تھیں رومن ایمپائر اور ساسانی ایمپائر۔ تو ساسانی ایمپائر کا سینٹر جو تھا ایران تھا وہ۔ تو وہ لوگ عربوں کو بالکل حقیر سمجھتے تھے۔ جسٹ لائک انیمل۔ تو اس نے جب دیکھا کہ عربوں کو</w:t>
      </w:r>
    </w:p>
    <w:p>
      <w:r>
        <w:rPr>
          <w:b/>
        </w:rPr>
        <w:t xml:space="preserve">[1:42:31] </w:t>
      </w:r>
      <w:r>
        <w:t>ki training ho rahi hai to us ki zuban se yeh jumla nikla ke umar mera kaleja kha gaya. yeh to kutton ko discipline sikha raha hai. hum kaise in ko face karein ge? kaise in ka muqabla karein ge? itna well disciplined log jo hain woh to aur se zyada taqatwar ho jatay hain. us ne goya us waqt us baat ko acknowledge kiya ke namaz discipline ki train</w:t>
      </w:r>
    </w:p>
    <w:p>
      <w:pPr>
        <w:jc w:val="right"/>
      </w:pPr>
      <w:r>
        <w:t>کی ٹریننگ ہو رہی ہے تو اس کی زبان سے یہ جملہ نکلا کہ عمر میرا کلیجہ کھا گیا۔ یہ تو کتوں کو ڈسپلن سکھا رہا ہے۔ ہم کیسے ان کو فیس کریں گے؟ کیسے ان کا مقابلہ کریں گے؟ اتنا ویل ڈسپلن لوگ جو ہیں وہ تو اور سے زیادہ طاقتور ہو جاتے ہیں۔ اس نے گویا اس وقت اس بات کو اکنالج کیا کہ نماز ڈسپلن کی ٹرین</w:t>
      </w:r>
    </w:p>
    <w:p>
      <w:r>
        <w:rPr>
          <w:b/>
        </w:rPr>
        <w:t xml:space="preserve">[1:43:01] </w:t>
      </w:r>
      <w:r>
        <w:t>ing hai aur discipline log jo hotay hain woh yani un ke andar itni taqat aa jati hai. koi un ko conquer karne ki taqat nahi rakhta. is ka is tarah se acknowledge kiya unhone ke us ne ke khalifa umar jo hai mera kaleja kha gaya woh un logon ko discipline sikha raha hai. hum bhala discipline discipline ka muqabla kaise kar sakte hain? jo log itna highly disciplined hon un ka muq</w:t>
      </w:r>
    </w:p>
    <w:p>
      <w:pPr>
        <w:jc w:val="right"/>
      </w:pPr>
      <w:r>
        <w:t>نگ ہے اور ڈسپلن لوگ جو ہوتے ہیں وہ یعنی ان کے اندر اتھا طاقت آ جاتی ہے۔ کوئی ان کو کنکر کرنے کی طاقت نہیں رکھتا۔ اس کا اس طریقے سے اکنالج کیا انہوں نے کہ اس نے کہ خلیفہ عمر جو ہے میرا کلیجہ کھا گیا وہ ان لوگوں کو ڈسپلن سکھا رہا ہے۔ ہم بھلا ڈسپلن ڈسپلن کا مقابلہ کیسے کر سکتے ہیں؟ جو لوگ اتنا ہائیلی ڈسپلنڈ ہوں ان کا مق</w:t>
      </w:r>
    </w:p>
    <w:p>
      <w:r>
        <w:rPr>
          <w:b/>
        </w:rPr>
        <w:t xml:space="preserve">[1:43:31] </w:t>
      </w:r>
      <w:r>
        <w:t>abla karna hamare bas se bahir hai. hamare bas se bahir hai. yeh hai namaz. yeh hai namaz. to maine jo arz kiya ke namaz kisi form ka naam nahi hai. jab hum namaz ka word bolte hain to aam taur par log samajhte hain ke kuch forms hain, kuch rituals hain, un ko dohrana isi ka naam namaz hai.</w:t>
      </w:r>
    </w:p>
    <w:p>
      <w:pPr>
        <w:jc w:val="right"/>
      </w:pPr>
      <w:r>
        <w:t>ابلہ کرنا ہمارے بس سے باہر ہے۔ ہمارے بس سے باہر ہے۔ یہ ہے نماز۔ یہ ہے نماز۔ تو میں نے جو عرض کیا کہ نماز کسی فارم کا نام نہیں ہے۔ جب ہم نماز کا ورڈ بولتے ہیں تو عام طور پر لوگ سمجھتے ہیں کہ کچھ فارم ہیں، کچھ ریچولز ہیں، ان کو دہرانا اسی کا نام نماز ہے۔</w:t>
      </w:r>
    </w:p>
    <w:p>
      <w:r>
        <w:rPr>
          <w:b/>
        </w:rPr>
        <w:t xml:space="preserve">[1:44:05] </w:t>
      </w:r>
      <w:r>
        <w:t>dekhein form har cheez mein hota hai lekin us ki ek spirit hoti hai. jaise aap log yahan ekhatta hain is ka ek form hai lekin form asal nahi hai. asal woh hai jis spirit ke sath hum yahan ekhatta hue hain. woh spirit agar mere andar ho aap ke andar ho to yeh bohat hi blessing ki cheez ban jaye gi hamari meeting. agar woh spirit na ho mere andar aur aap ke andar to sab kuch bhi nahi hai. nothing</w:t>
      </w:r>
    </w:p>
    <w:p>
      <w:pPr>
        <w:jc w:val="right"/>
      </w:pPr>
      <w:r>
        <w:t>دیکھیں فارم ہر چیز میں ہوتا ہے لیکن اس کی ایک اسپرٹ ہوتی ہے۔ جیسے آپ لوگ یہاں اکٹھا ہیں اس کا ایک فارم ہے لیکن فارم اصل نہیں ہے۔ اصل وہ ہے جس اسپرٹ کے ساتھ ہم یہاں اکٹھا ہوئے ہیں۔ وہ اسپرٹ اگر میرے اندر ہو آپ کے اندر ہو تو یہ بہت ہی بلیسنگ کی چیز بن جائے گی ہماری میٹنگ۔ اگر وہ اسپرٹ نہ ہو میرے اندر اور آپ کے اندر تو سب کچھ بھی نہیں ہے۔ نتھنگ</w:t>
      </w:r>
    </w:p>
    <w:p>
      <w:r>
        <w:rPr>
          <w:b/>
        </w:rPr>
        <w:t xml:space="preserve">[1:44:36] </w:t>
      </w:r>
      <w:r>
        <w:t>kuch bhi nahi hai. to koi bhi cheez ho aisa nahi ke namaz exceptionally koi alag cheez hai. woh har cheez ka ek form hota hai. har cheez ki ek spirit hoti hai. to is spirit ko jagana yeh hai asal kaam. kyunke agar spirit hai tabhi form ki koi value hai. spirit agar nahi hai to form ki koi value nahi.</w:t>
      </w:r>
    </w:p>
    <w:p>
      <w:pPr>
        <w:jc w:val="right"/>
      </w:pPr>
      <w:r>
        <w:t>کچھ بھی نہیں ہے۔ تو کوئی بھی چیز ہو ایسا نہیں کہ نماز ایکسیپشنلی کوئی الگ چیز ہے۔ وہ ہر چیز کا ایک فارم ہوتا ہے۔ ہر چیز کی ایک اسپرٹ ہوتی ہے۔ تو اس اسپرٹ کو جگانا یہ ہے اصل کام۔ کیونکہ اگر اسپرٹ ہے تبھی فارم کی کوئی ویلیو ہے۔ اسپرٹ اگر نہیں ہے تو فارم کی کوئی ویلیو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