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What is Akhirat? | March 12, 2006 | Maulana Wahiduddin Khan</w:t>
      </w:r>
    </w:p>
    <w:p>
      <w:r>
        <w:t>https://www.youtube.com/watch?v=ogMXLsGHvpY</w:t>
      </w:r>
    </w:p>
    <w:p>
      <w:r>
        <w:rPr>
          <w:b/>
        </w:rPr>
        <w:t xml:space="preserve">[00:00] </w:t>
      </w:r>
      <w:r>
        <w:t>aaj main chahta hoon ke main akhirat ke concept par pur kahoon. aaj ka jo pre death period jo hai, woh hai testing ground, aur post death period jo hai, woh hai reward milne ka zamana. yeh belief, yeh aqeedah ke maut ke baad ek aur duniya aanay wali hai jo eternal hogi, jahan paradise hogi, woh wohi hai jis ko hum akhirat kehte hain. yahan par phool bhi hain aur kaantay bhi hain. yani li</w:t>
      </w:r>
    </w:p>
    <w:p>
      <w:pPr>
        <w:jc w:val="right"/>
      </w:pPr>
      <w:r>
        <w:t>آج میں چاہتا ہوں کہ میں آخرت کے کانسیپٹ پر پُرکہوں۔ آج کا جو پری ڈیتھ پیریڈ جو ہے، وہ ہے ٹیسٹنگ گراؤنڈ، اور پوسٹ ڈیتھ پیریڈ جو ہے، وہ ہے ریوارڈ ملنے کا زمانہ۔ یہ بلیف، یہ عقیدہ کہ موت کے بعد ایک اور دنیا آنے والی ہے جو ایٹرنل ہوگی، جہاں پیراڈائز ہوگی، وہ وہی ہے جس کو ہم آخرت کہتے ہیں۔ یہاں پر پھول بھی ہیں اور کانٹے بھی ہیں۔ یعنی ل</w:t>
      </w:r>
    </w:p>
    <w:p>
      <w:r>
        <w:rPr>
          <w:b/>
        </w:rPr>
        <w:t xml:space="preserve">[00:30] </w:t>
      </w:r>
      <w:r>
        <w:t>kes aur dislikes dono hain, pleasant aur unpleasant dono qism ki cheezein hain. negative item aur positive item dono yahan maujood hain. is ke beech mein aap ko daal diya gaya hai, aur freedom de di gayi hai. aap apne ilm aur apni freedom ko use kar ke, is ko istemal kar ke, ya to aap apne ko qualify karte hain ya apne ko</w:t>
      </w:r>
    </w:p>
    <w:p>
      <w:pPr>
        <w:jc w:val="right"/>
      </w:pPr>
      <w:r>
        <w:t>ائکس اور ڈس لائکس دونوں ہیں، پلیزنٹ اور ان پلیزنٹ دونوں قسم کی چیزیں ہیں۔ نیگیٹو آئٹم اور پازیٹو آئٹم دونوں یہاں موجود ہیں۔ اس کے بیچ میں آپ کو ڈال دیا گیا ہے، اور فریڈم دے دی گئی ہے۔ آپ اپنے علم اور اپنی فریڈم کو یوز کر کے، اس کو استعمال کر کے، یا تو آپ اپنے کو کوالیفائی کرتے ہیں یا اپنے کو</w:t>
      </w:r>
    </w:p>
    <w:p>
      <w:r>
        <w:rPr>
          <w:b/>
        </w:rPr>
        <w:t xml:space="preserve">[01:01] </w:t>
      </w:r>
      <w:r>
        <w:t>qualify nahi karte. isi par akhirat mein faisla hoga. bismillah hir rahman nir rahim. wa sallallahu ala nabi al karim. rab ishrah li sadri, wa yassir li amri,</w:t>
      </w:r>
    </w:p>
    <w:p>
      <w:pPr>
        <w:jc w:val="right"/>
      </w:pPr>
      <w:r>
        <w:t>کوالیفائی نہیں کرتے۔ اسی پر آخرت میں فیصلہ ہوگا۔ بسم اللہ الرحمن الرحیم۔ وصلی اللہ علی النبی الکریم۔ رب اشرح لی صدری، ویسر لی امری،</w:t>
      </w:r>
    </w:p>
    <w:p>
      <w:r>
        <w:rPr>
          <w:b/>
        </w:rPr>
        <w:t xml:space="preserve">[01:33] </w:t>
      </w:r>
      <w:r>
        <w:t>wah al uqdata min lisani yafqahu qawli. aap jante hain ke hamari jo yeh class hoti hai, weekly class, is ka maqsad hai diligent understanding. yeh zamana</w:t>
      </w:r>
    </w:p>
    <w:p>
      <w:pPr>
        <w:jc w:val="right"/>
      </w:pPr>
      <w:r>
        <w:t>واحل العقدۃ من لسانی یفقہ قولی۔ آپ جانتے ہیں کہ ہماری جو یہ کلاس ہوتی ہے، ویکلی کلاس، اس کا مقصد ہے ڈیلجسٹ انڈرسٹینڈنگ۔ یہ زمانہ</w:t>
      </w:r>
    </w:p>
    <w:p>
      <w:r>
        <w:rPr>
          <w:b/>
        </w:rPr>
        <w:t xml:space="preserve">[02:04] </w:t>
      </w:r>
      <w:r>
        <w:t>interaction ka zamana hai, dialogue ka zamana hai. discussion ka zamana hai. ek doosre ko samajhne ka zamana hai. aap jante hain ke hazaron saal se duniya mein koi bara development nahi ho raha tha. yeh development jo aaj aap dekhte hain,</w:t>
      </w:r>
    </w:p>
    <w:p>
      <w:pPr>
        <w:jc w:val="right"/>
      </w:pPr>
      <w:r>
        <w:t>انٹریکشن کا زمانہ ہے، ڈائیلاگ کا زمانہ ہے۔ ڈسکشن کا زمانہ ہے۔ ایک دوسرے کو سمجھنے کا زمانہ ہے۔ آپ جانتے ہیں کہ ہزاروں سال سے دنیا میں کوئی بڑا ڈیولپمنٹ نہیں ہو رہا تھا۔ یہ ڈیولپمنٹ جو آج آپ دیکھتے ہیں،</w:t>
      </w:r>
    </w:p>
    <w:p>
      <w:r>
        <w:rPr>
          <w:b/>
        </w:rPr>
        <w:t xml:space="preserve">[02:36] </w:t>
      </w:r>
      <w:r>
        <w:t>woh kaise hua? yeh hua jab communication ka zamana aaya. ek scholar ne rightly kaha hai ke "our age is age of communication". is se pehle communication nahi tha, is liye koi bara development bhi pichli history mein nahi hua.</w:t>
      </w:r>
    </w:p>
    <w:p>
      <w:pPr>
        <w:jc w:val="right"/>
      </w:pPr>
      <w:r>
        <w:t>وہ کیسے ہوا؟ یہ ہوا جب کمیونیکیشن کا زمانہ آیا۔ ایک اسکالر نے رائٹلی کہا ہے کہ "اور ایج از ایج اف کمیونیکیشن"۔ اس سے پہلے کمیونیکیشن نہیں تھا، اس لیے کوئی بڑا ڈیولپمنٹ بھی پچھلی ہسٹری میں نہیں ہوا۔</w:t>
      </w:r>
    </w:p>
    <w:p>
      <w:r>
        <w:rPr>
          <w:b/>
        </w:rPr>
        <w:t xml:space="preserve">[03:08] </w:t>
      </w:r>
      <w:r>
        <w:t>communication ke aanay se ek baat to yeh hui ke learning process bohat barh gaya. har ek ke paas kuch hota hai contribute karne ke liye, kuch share karne ke liye. lekin pehle yeh process bohat hi limited had tak hota tha. lekin jab communication ka zamana aaya</w:t>
      </w:r>
    </w:p>
    <w:p>
      <w:pPr>
        <w:jc w:val="right"/>
      </w:pPr>
      <w:r>
        <w:t>کمیونیکیشن کے آنے سے ایک بات تو یہ ہوئی کہ لرننگ پروسیس بہت بڑھ گیا۔ ہر ایک کے پاس کچھ ہوتا ہے کنٹریبیوٹ کرنے کے لیے، کچھ شیئر کرنے کے لیے۔ لیکن پہلے یہ پروسیس بہت ہی لمیٹڈ حد تک ہوتا تھا۔ لیکن جب کمیونیکیشن کا زمانہ آیا</w:t>
      </w:r>
    </w:p>
    <w:p>
      <w:r>
        <w:rPr>
          <w:b/>
        </w:rPr>
        <w:t xml:space="preserve">[03:39] </w:t>
      </w:r>
      <w:r>
        <w:t>to yeh sharing process jo hai, human society mein unlimited had tak barh gaya. so all these developments are due to the sharing process. ek doosre se seekhna. jaise ke yahan jantra mantra mein aap ne dekha hoga, ek ajeeb dhang ki imaratein khari hui hain. woh kya hai? woh</w:t>
      </w:r>
    </w:p>
    <w:p>
      <w:pPr>
        <w:jc w:val="right"/>
      </w:pPr>
      <w:r>
        <w:t>تو یہ شیئرنگ پروسیس جو ہے، ہیومن سوسائٹی میں ان لمیٹڈ حد تک بڑھ گیا۔ سو ال دیز ڈیولپمنٹس ار ڈیو ٹو دی شیئرنگ پروسیس۔ ایک دوسرے سے سیکھنا۔ جیسے کہ یہاں جنتر منتر میں آپ نے دیکھا ہوگا، ایک عجیب ڈھنگ کی عمارتیں کھڑی ہوئی ہیں۔ وہ کیا ہے؟ وہ</w:t>
      </w:r>
    </w:p>
    <w:p>
      <w:r>
        <w:rPr>
          <w:b/>
        </w:rPr>
        <w:t xml:space="preserve">[04:11] </w:t>
      </w:r>
      <w:r>
        <w:t>pehle zamane ke observatory thi. woh observatory kaise bani? woh baghdad ke model par banayi gayi. baghdad mein wahan ke muslim scientist ne observatory banayi, jis se woh space ko ab</w:t>
      </w:r>
    </w:p>
    <w:p>
      <w:pPr>
        <w:jc w:val="right"/>
      </w:pPr>
      <w:r>
        <w:t>پہلے زمانے کے ابزرویٹری تھی۔ وہ ابزرویٹری کیسے بنی؟ وہ بغداد کے ماڈل پر بنائی گئی۔ بغداد میں وہاں کے مسلم سائنٹسٹ نے ابزرویٹری بنائی، جس سے وہ اسپیس کو اب</w:t>
      </w:r>
    </w:p>
    <w:p>
      <w:r>
        <w:rPr>
          <w:b/>
        </w:rPr>
        <w:t xml:space="preserve">[04:41] </w:t>
      </w:r>
      <w:r>
        <w:t>serve kar sakein. yani sitaron ki movement ko, suraj chand ko. to isi observatory ke model par India mein jantra mantra road par observatory banayi gayi. yeh gaya baghdad se ilm aaya India mein. is tarah se India se ilm gaya baghdad mein. woh kaise? baghdad</w:t>
      </w:r>
    </w:p>
    <w:p>
      <w:pPr>
        <w:jc w:val="right"/>
      </w:pPr>
      <w:r>
        <w:t>زرو کر سکیں۔ یعنی ستاروں کی موومنٹ کو، سورج چاند کو۔ تو اسی ابزرویٹری کے ماڈل پر انڈیا میں جنتر منتر روڈ پر ابزرویٹری بنائی گئی۔ یہ گیا بغداد سے علم آیا انڈیا میں۔ اس طرح سے انڈیا سے علم گیا بغداد میں۔ وہ کیسے؟ بغداد</w:t>
      </w:r>
    </w:p>
    <w:p>
      <w:r>
        <w:rPr>
          <w:b/>
        </w:rPr>
        <w:t xml:space="preserve">[05:11] </w:t>
      </w:r>
      <w:r>
        <w:t>ke khalifa ko maloom hua ke India mein ek pandit hai jis ne ek book likhi hai, jis mein us ne ginti karne ko aasan kar diya hai. pehle zamane mein ginti karna bohat mushkil tha. unhone, India ke ek pandit ne, yeh nikala ke ek par zero laga do to 10 ban gaya. ek aur</w:t>
      </w:r>
    </w:p>
    <w:p>
      <w:pPr>
        <w:jc w:val="right"/>
      </w:pPr>
      <w:r>
        <w:t>کے خلیفہ کو معلوم ہوا کہ انڈیا میں ایک پنڈت ہے جس نے ایک بک لکھی ہے، جس میں اس نے گنتی کرنے کو آسان کر دیا ہے۔ پہلے زمانے میں گنتی کرنا بہت مشکل تھا۔ انہوں نے، انڈیا کے ایک پنڈت نے، یہ نکالا کہ ایک پر زیرو لگا دو تو 10 بن گیا۔ ایک اور</w:t>
      </w:r>
    </w:p>
    <w:p>
      <w:r>
        <w:rPr>
          <w:b/>
        </w:rPr>
        <w:t xml:space="preserve">[05:41] </w:t>
      </w:r>
      <w:r>
        <w:t>zero barha do to 100 ho gaya. ek aur zero barha do to 1000 ho gaya. yeh un ko pata chala to unhone apna aadmi bheja. us ne sanskrit seekhi, us kitaab ko us ne liya aur us ka translation kiya arabic language mein. to all though it was Indian numerals, but generally it is called Arabic numerals. why? bec</w:t>
      </w:r>
    </w:p>
    <w:p>
      <w:pPr>
        <w:jc w:val="right"/>
      </w:pPr>
      <w:r>
        <w:t>زیرو بڑھا دو تو 100 ہو گیا۔ ایک اور زیرو بڑھا دو تو 1000 ہو گیا۔ یہ ان کو پتہ چلا تو انہوں نے اپنا آدمی بھیجا۔ اس نے سنسکرت سیکھی، اس کتاب کو اس نے لیا اور اس کا ٹرانسلیشن کیا عربک لینگویج میں۔ تو ال دو اٹ واز انڈین نیومرلز، بٹ جنرلی اٹ از کالڈ عربک نیومرلز۔ وائی؟ کی</w:t>
      </w:r>
    </w:p>
    <w:p>
      <w:r>
        <w:rPr>
          <w:b/>
        </w:rPr>
        <w:t xml:space="preserve">[06:11] </w:t>
      </w:r>
      <w:r>
        <w:t>ause introduce karne ka kaam arbon ne kiya. aur us ke baad bohat science mein tarraqi us waqt tak nahi ho rahi thi jab tak ke ginti ka tareeqa yeh daryaft nahi hua tha. ab computer age mein ginti ke aur tareeqay develop kar ke ban gaye hain. to baat mein yeh kar raha hoon ke sharing process, yani India se seekha arab ne,</w:t>
      </w:r>
    </w:p>
    <w:p>
      <w:pPr>
        <w:jc w:val="right"/>
      </w:pPr>
      <w:r>
        <w:t>ونکہ انٹروڈیوس کرنے کا کام عربوں نے کیا۔ اور اس کے بعد بہت سائنس میں ترقی اس وقت تک نہیں ہو رہی تھی جب تک کہ گنتی کا طریقہ یہ دریافت نہیں ہوا تھا۔ اب کمپیوٹر ایج میں گنتی کے اور طریقے ڈیولپ کر کے بن گئے ہیں۔ تو بات میں یہ کر رہا ہوں کہ شیئرنگ پروسیس، یعنی انڈیا سے سیکھا عرب نے،</w:t>
      </w:r>
    </w:p>
    <w:p>
      <w:r>
        <w:rPr>
          <w:b/>
        </w:rPr>
        <w:t xml:space="preserve">[06:41] </w:t>
      </w:r>
      <w:r>
        <w:t>arab se seekha india ne. ab yeh sharing process bohat barh gaya hai. to isi ka aik aur bhi result hai, woh hai religion mein. yani unfortunately religion mein bias aa jata hai foran. hum mathematics mein to share karte hain, astronomy mein share karte hain, open dial</w:t>
      </w:r>
    </w:p>
    <w:p>
      <w:pPr>
        <w:jc w:val="right"/>
      </w:pPr>
      <w:r>
        <w:t>عرب سے سیکھا انڈیا نے۔ اب یہ شیئرنگ پروسیس بہت بڑھ گیا ہے۔ تو اسی کا ایک اور بھی رزلٹ ہے، وہ ہے ریلیجن میں۔ یعنی انفارچونیٹلی ریلیجن میں بائس آ جاتا ہے فوراً۔ ہم میتھمیٹکس میں تو شیئر کرتے ہیں، اسٹرانومی میں شیئر کرتے ہیں، اوپن ڈائیل</w:t>
      </w:r>
    </w:p>
    <w:p>
      <w:r>
        <w:rPr>
          <w:b/>
        </w:rPr>
        <w:t xml:space="preserve">[07:11] </w:t>
      </w:r>
      <w:r>
        <w:t>ag kar ke. lekin jab religion ki baat aati hai to wahan par bias aa jata hai, kattarpan aa jata hai. hum chahte hain ke yeh yeh cheez khatam ho. jis tarah open dialogue scientific branches mein hota hai, usi tarah open dialogue religion mein bhi ho.</w:t>
      </w:r>
    </w:p>
    <w:p>
      <w:pPr>
        <w:jc w:val="right"/>
      </w:pPr>
      <w:r>
        <w:t>اگ کر کے۔ لیکن جب ریلیجن کی بات آتی ہے تو وہاں پر بائس آ جاتا ہے، کٹرپن آ جاتا ہے۔ ہم چاہتے ہیں کہ یہ یہ چیز ختم ہو۔ جس طرح اوپن ڈائیلاگ سائنٹیفک برانچز میں ہوتا ہے، اسی طرح اوپن ڈائیلاگ ریلیجن میں بھی ہو۔</w:t>
      </w:r>
    </w:p>
    <w:p>
      <w:r>
        <w:rPr>
          <w:b/>
        </w:rPr>
        <w:t xml:space="preserve">[07:44] </w:t>
      </w:r>
      <w:r>
        <w:t>religion mein bhi ho. aur main samajhta hoon ke india is ke liye best country hai. kyunke india mein jo aata hai, jo openness hai, jo tolerance hai, woh shayad kisi bhi doosre country mein nahin. yani yeh aik fact hai. main dunya bhar mein gaya hoon, idhar udhar parha bhi hai bohat kuch. main por</w:t>
      </w:r>
    </w:p>
    <w:p>
      <w:pPr>
        <w:jc w:val="right"/>
      </w:pPr>
      <w:r>
        <w:t>ریلیجن میں بھی ہو۔ اور میں سمجھتا ہوں کہ انڈیا اس کے لیے بیسٹ کنٹری ہے۔ کیونکہ انڈیا میں جو آتا ہے، جو اوپننس ہے، جو ٹالرنس ہے، وہ شاید کسی بھی دوسرے کنٹری میں نہیں۔ یعنی یہ ایک فیکٹ ہے۔ میں دنیا بھر میں گیا ہوں، ادھر ادھر پڑھا بھی ہے بہت کچھ۔ میں پور</w:t>
      </w:r>
    </w:p>
    <w:p>
      <w:r>
        <w:rPr>
          <w:b/>
        </w:rPr>
        <w:t xml:space="preserve">[08:14] </w:t>
      </w:r>
      <w:r>
        <w:t>e conviction ke sath keh sakta hoon ke jo openness, jo tolerance india mein hai, woh kisi bhi mulk mein nahin. main kal ki aik example deta hoon aap ko ke kal main hyderabad mein tha. hyderabad mein aik aisa, aik aisi baat hui jo kam az kam muslim country mein to nahin ho sakti. 57 muslim countries mein k</w:t>
      </w:r>
    </w:p>
    <w:p>
      <w:pPr>
        <w:jc w:val="right"/>
      </w:pPr>
      <w:r>
        <w:t>ے کنوکشن کے ساتھ کہہ سکتا ہوں کہ جو اوپننس، جو ٹالرنس انڈیا میں ہے، وہ کسی بھی ملک میں نہیں ہے۔ میں کل کی ایک ایگزامپل دیتا ہوں آپ کو کہ کل میں حیدرآباد میں تھا۔ حیدرآباد میں ایک ایسا، ایک ایسی بات ہوئی جو کم از کم مسلم کنٹری میں تو نہیں ہو سکتی۔ 57 مسلم کنٹریز میں ک</w:t>
      </w:r>
    </w:p>
    <w:p>
      <w:r>
        <w:rPr>
          <w:b/>
        </w:rPr>
        <w:t xml:space="preserve">[08:44] </w:t>
      </w:r>
      <w:r>
        <w:t>abhi bhi aisa nahin ho sakta jo kal hyderabad mein hua. is example se aap samajh sakte hain ke india, india ka strength kya hai. aur india ka khas, yani contribution kya hai. kal main hyderabad mein tha, wahan par aik organization hai, uska naam hai tajna bharti. is mein sab RSS ke log the.</w:t>
      </w:r>
    </w:p>
    <w:p>
      <w:pPr>
        <w:jc w:val="right"/>
      </w:pPr>
      <w:r>
        <w:t>بھی بھی ایسا نہیں ہو سکتا جو کل حیدرآباد میں ہوا۔ اس ایگزامپل سے آپ سمجھ سکتے ہیں کہ انڈیا، انڈیا کا اسٹرینتھ کیا ہے۔ اور انڈیا کا خاص، یعنی کنٹریبیوشن کیا ہے۔ کل میں حیدرآباد میں تھا، وہاں پر ایک آرگنائزیشن ہے، اس کا نام ہے تجنا بھارتی۔ اس میں سب آر ایس ایس کے لوگ تھے۔</w:t>
      </w:r>
    </w:p>
    <w:p>
      <w:r>
        <w:rPr>
          <w:b/>
        </w:rPr>
        <w:t xml:space="preserve">[09:14] </w:t>
      </w:r>
      <w:r>
        <w:t>RSS ke logon ne yeh organization banai hai. inhi logon ne mujhe wahan par invite kiya aik lecture dene ke liye. bhartiya vidya bhawan jo hyderabad ki hai, us ke hall mein yeh program hua. kafi bara hall hai, aur kafi log wahan par bhare hue the. aur main speaker mein hi tha. to</w:t>
      </w:r>
    </w:p>
    <w:p>
      <w:pPr>
        <w:jc w:val="right"/>
      </w:pPr>
      <w:r>
        <w:t>آر ایس ایس کے لوگوں نے یہ آرگنائزیشن بنائی ہے۔ انہی لوگوں نے مجھے وہاں پر انوائٹ کیا ایک لیکچر دینے کے لیے۔ بھارتیہ ودیا بھون جو حیدرآباد کی ہے، اس کے ہال میں یہ پروگرام ہوا۔ کافی بڑا ہال ہے، اور کافی لوگ وہاں پر بھرے ہوئے تھے۔ اور میں اسپیکر میں ہی تھا۔ تو</w:t>
      </w:r>
    </w:p>
    <w:p>
      <w:r>
        <w:rPr>
          <w:b/>
        </w:rPr>
        <w:t xml:space="preserve">[09:45] </w:t>
      </w:r>
      <w:r>
        <w:t>mujhe jo subject diya gaya tha, woh tha "da concept of co existence in islam". yani RSS ke group ne mujhe bulaya islam par lecture dene ke liye. yeh yeh hai india ki mahanta. to kya hua? is mein aik bohat hi anokhi baat hui. yahan kai woh log baithe hue hain jinhon ne is ghatna ko dekha hyderabad mein, kyunke woh mere sath gaye the.</w:t>
      </w:r>
    </w:p>
    <w:p>
      <w:pPr>
        <w:jc w:val="right"/>
      </w:pPr>
      <w:r>
        <w:t>مجھے جو سبجیکٹ دیا گیا تھا، وہ تھا "دا کانسیپٹ اف کو ایگزسٹنس ان اسلام"۔ یعنی آر ایس ایس کے گروپ نے مجھے بلایا اسلام پر لیکچر دینے کے لیے۔ یہ یہ ہے انڈیا کی مہانت۔ تو کیا ہوا؟ اس میں ایک بہت ہی انوکھی بات ہوئی۔ یہاں کئی وہ لوگ بیٹھے ہوئے ہیں جنہوں نے اس گھٹنا کو دیکھا حیدرآباد میں، کیونکہ وہ میرے ساتھ گئے تھے۔</w:t>
      </w:r>
    </w:p>
    <w:p>
      <w:r>
        <w:rPr>
          <w:b/>
        </w:rPr>
        <w:t xml:space="preserve">[10:18] </w:t>
      </w:r>
      <w:r>
        <w:t>is ke jo jalsay ke jo president the, mr chaudhary, woh pure hindu, na sirf hindu hain balkeh RSS ke leader hain woh. to woh chair kar rahe the. unhon ne apni speech mein bare josh ke sath aik baat kahi. unhon ne kaha ke</w:t>
      </w:r>
    </w:p>
    <w:p>
      <w:pPr>
        <w:jc w:val="right"/>
      </w:pPr>
      <w:r>
        <w:t>اس کے جو جلسے کے جو پریزیڈنٹ تھے، مسٹر چوہدری، وہ پورے ہندو، نہ صرف ہندو ہیں بلکہ آر ایس ایس کے لیڈر ہیں وہ۔ تو وہ چیئر کر رہے تھے۔ انہوں نے اپنی اسپیچ میں بڑے جوش کے ساتھ ایک بات کہی۔ انہوں نے کہا کہ</w:t>
      </w:r>
    </w:p>
    <w:p>
      <w:r>
        <w:rPr>
          <w:b/>
        </w:rPr>
        <w:t xml:space="preserve">[10:52] </w:t>
      </w:r>
      <w:r>
        <w:t>gandhi paida hua is desh mein, aur us ne khul kar ke buraiyon par bola. woh needar ho kar har burai ko condemn kiya. us ne gandhi ne to unhon ne kaha ke muslim ulma aisa kyun nahin karte? muslim ulma jo hain, woh dekhte hain buraiyon ko, phir woh us ko bolte</w:t>
      </w:r>
    </w:p>
    <w:p>
      <w:pPr>
        <w:jc w:val="right"/>
      </w:pPr>
      <w:r>
        <w:t>گاندھی پیدا ہوا اس دیش میں، اور اس نے کھل کر کے برائیوں پر بولا۔ وہ نیڈر ہو کر ہر برائی کو کنڈیم کیا۔ اس نے گاندھی نے تو انہوں نے کہا کہ مسلم علماء ایسا کیوں نہیں کرتے؟ مسلم علماء جو ہیں، وہ دیکھتے ہیں برائیوں کو، پھر وہ اس کو بولتے</w:t>
      </w:r>
    </w:p>
    <w:p>
      <w:r>
        <w:rPr>
          <w:b/>
        </w:rPr>
        <w:t xml:space="preserve">[11:22] </w:t>
      </w:r>
      <w:r>
        <w:t>nahin. kyun nahin us ke khilaf? yeh kaha unhon ne. to main ne bohat hi light mood mein kaha, yeh sara program english mein ho raha tha. main ne bhi jo speech di thi, woh english mein thi. to main ne kaha ke "gandhi was one". and "moula is also one". and "i</w:t>
      </w:r>
    </w:p>
    <w:p>
      <w:pPr>
        <w:jc w:val="right"/>
      </w:pPr>
      <w:r>
        <w:t>نہیں۔ کیوں نہیں اس کے خلاف؟ یہ کہا انہوں نے۔ تو میں نے بہت ہی لائٹ موڈ میں کہا، یہ سارا پروگرام انگلش میں ہو رہا تھا۔ میں نے بھی جو اسپیچ دی تھی، وہ انگلش میں تھی۔ تو میں نے کہا کہ "گاندھی واز ون"۔ اینڈ "مولا از السو ون"۔ اینڈ "آ</w:t>
      </w:r>
    </w:p>
    <w:p>
      <w:r>
        <w:rPr>
          <w:b/>
        </w:rPr>
        <w:t xml:space="preserve">[11:52] </w:t>
      </w:r>
      <w:r>
        <w:t>am better than gandhi". because gandhi was killed. i am alive. i am here alive adjusting this this function. ab aik baat jo main ne kahi india mein, yahi baat main pakistan mein nahin kar sakta. agar main pakistan mein kisi stage par yeh keh doon ke "i am better than jinnah" to wahin mujhe woh log qatal kar dein g</w:t>
      </w:r>
    </w:p>
    <w:p>
      <w:pPr>
        <w:jc w:val="right"/>
      </w:pPr>
      <w:r>
        <w:t>ئی ایم بیٹر دین گاندھی"۔ بیکاز گاندھی واز کلڈ۔ آئی ایم الائیو۔ آئی ایم ہیر الائیو ایڈجسٹنگ دس دس فنکشن۔ اب ایک بات جو میں نے کہی انڈیا میں، یہی بات میں پاکستان میں نہیں کر سکتا۔ اگر میں پاکستان میں کسی اسٹیج پر یہ کہہ دوں کہ "آئی ایم بیٹر دین جنہ" تو وہیں مجھے وہ لوگ قتل کر دیں گ</w:t>
      </w:r>
    </w:p>
    <w:p>
      <w:r>
        <w:rPr>
          <w:b/>
        </w:rPr>
        <w:t xml:space="preserve">[12:22] </w:t>
      </w:r>
      <w:r>
        <w:t>e. ya kisi bhi muslim country mein aisa main keh doon. agar yahan main ne sab ke samne kaha, aur majority hinduo ki thi wahan par, "i am better than gandhi". kisi ne bura nahin mana, koi ghusa nahin hua, kuch bhi nahin. yeh hai india ki mahanta. india mein jo adarsh hai, jo openness hai, jo tolerance hai, main samajhta hoon ke dunya</w:t>
      </w:r>
    </w:p>
    <w:p>
      <w:pPr>
        <w:jc w:val="right"/>
      </w:pPr>
      <w:r>
        <w:t>ے۔ یا کسی بھی مسلم کنٹری میں ایسا میں کہہ دوں۔ اگر یہاں میں نے سب کے سامنے کہا، اور میجورٹی ہندوؤں کی تھی وہاں پر، "آئی ایم بیٹر دین گاندھی"۔ کسی نے برا نہیں مانا، کوئی غصہ نہیں ہوا، کچھ بھی نہیں۔ یہ ہے انڈیا کی مہانت۔ انڈیا میں جو ادارتہ ہے، جو اوپننس ہے، جو ٹالرنس ہے، میں سمجھتا ہوں کہ دنیا</w:t>
      </w:r>
    </w:p>
    <w:p>
      <w:r>
        <w:rPr>
          <w:b/>
        </w:rPr>
        <w:t xml:space="preserve">[12:52] </w:t>
      </w:r>
      <w:r>
        <w:t>ke kisi mulk mein nahin. is liye hamara jo mission hai ke khula dialogue different cultures mein aur different religions stations ke beech mein, is tarah ka mission chalane ke liye india best country hai. best country hai. main chahta hoon ke hindu, musalman, christian, budh, koi bhi ho</w:t>
      </w:r>
    </w:p>
    <w:p>
      <w:pPr>
        <w:jc w:val="right"/>
      </w:pPr>
      <w:r>
        <w:t>کے کسی ملک میں نہیں۔ اس لیے ہمارا جو مشن ہے کہ کھلا ڈائیلاگ ڈفرنٹ کلچرز میں اور ڈفرنٹ ریلیجن سٹیشن کے بیچ میں، اس طرح کا مشن چلانے کے لیے انڈیا بیسٹ کنٹری ہے۔ بیسٹ کنٹری ہے۔ میں چاہتا ہوں کہ ہندو، مسلمان، کرسچن، بدھ، کوئی بھی ہو</w:t>
      </w:r>
    </w:p>
    <w:p>
      <w:r>
        <w:rPr>
          <w:b/>
        </w:rPr>
        <w:t xml:space="preserve">[13:23] </w:t>
      </w:r>
      <w:r>
        <w:t xml:space="preserve"> , khula dialogue karen. theek isi tarah se jis tarah science ke branches mein hota hai. yani scientific dialogue. already scientific dialogue ilm ke doosre branches mein already ho raha hai. hum chahte hain ke wahi scientific dialogue mazhab mein bhi hone lage. yeh hamara mission hai. aur main samajhta hoon</w:t>
      </w:r>
    </w:p>
    <w:p>
      <w:pPr>
        <w:jc w:val="right"/>
      </w:pPr>
      <w:r>
        <w:t>، کھلا ڈائیلاگ کریں۔ ٹھیک اسی طرح سے جس طرح سائنس کے برانچز میں ہوتا ہے۔ یعنی سائنٹیفک ڈائیلاگ۔ الریڈی سائنٹیفک ڈائیلاگ علم کے دوسرے برانچز میں الریڈی ہو رہا ہے۔ ہم چاہتے ہیں کہ وہی سائنٹیفک ڈائیلاگ مذہب میں بھی ہونے لگے۔ یہ ہمارا مشن ہے۔ اور میں سمجھتا ہوں</w:t>
      </w:r>
    </w:p>
    <w:p>
      <w:r>
        <w:rPr>
          <w:b/>
        </w:rPr>
        <w:t xml:space="preserve">[13:53] </w:t>
      </w:r>
      <w:r>
        <w:t>ke main khush qismat hoon ke mujhe khuda ne india mein paida kiya, kyunke india hi woh best mulk tha jahan par main is qism ke mission ko chala sakoon. to khair, aaj main ne jo subject mere mind mein hai, jis par bolna chahta hoon, main woh hai islam ka aik principle, jis ko hum keh</w:t>
      </w:r>
    </w:p>
    <w:p>
      <w:pPr>
        <w:jc w:val="right"/>
      </w:pPr>
      <w:r>
        <w:t>کہ میں خوش قسمت ہوں کہ مجھے خدا نے انڈیا میں پیدا کیا، کیونکہ انڈیا ہی وہ بیسٹ ملک تھا جہاں پر میں اس قسم کے مشن کو چلا سکوں۔ تو خیر، آج میں نے جو سبجیکٹ میرے مائنڈ میں ہے، جس پر بولنا چاہتا ہوں، میں وہ ہے اسلام کا ایک پرنسپل، جس کو ہم کہ</w:t>
      </w:r>
    </w:p>
    <w:p>
      <w:r>
        <w:rPr>
          <w:b/>
        </w:rPr>
        <w:t xml:space="preserve">[14:23] </w:t>
      </w:r>
      <w:r>
        <w:t>te hain "akhirat". akhirat means day hereafter. dekhiye, islam mein islam ka jo belief system hai, belief system, is ke teen basic principle hain. the belief syst</w:t>
      </w:r>
    </w:p>
    <w:p>
      <w:pPr>
        <w:jc w:val="right"/>
      </w:pPr>
      <w:r>
        <w:t>تے ہیں "اخرت"۔ اخرت مینز ڈے ہیر افٹر۔ دیکھیے، اسلام میں اسلام کا جو بیلیف سسٹم ہے، بیلیف سسٹم، اس کے تین بیسک پرنسپل ہیں۔ دا بیلیف سسٹ</w:t>
      </w:r>
    </w:p>
    <w:p>
      <w:r>
        <w:rPr>
          <w:b/>
        </w:rPr>
        <w:t xml:space="preserve">[14:53] </w:t>
      </w:r>
      <w:r>
        <w:t>em of islam is based on three basic principles. woh kya? toheed, risalat, aur akhirat. yani oneness of god, prophethood, and day hereafter. the concept of hell and paradise.</w:t>
      </w:r>
    </w:p>
    <w:p>
      <w:pPr>
        <w:jc w:val="right"/>
      </w:pPr>
      <w:r>
        <w:t>م اف اسلام از بیسڈ ان تھری بیسک پرنسپلز۔ وہ کیا؟ توحید، رسالت، اور اخرت۔ یعنی وننس اف گاڈ، پرافٹ ہڈ، اینڈ ڈے ہیر افٹر۔ دا کانسیپٹ اف ہیل اینڈ پیراڈائز۔</w:t>
      </w:r>
    </w:p>
    <w:p>
      <w:r>
        <w:rPr>
          <w:b/>
        </w:rPr>
        <w:t xml:space="preserve">[15:24] </w:t>
      </w:r>
      <w:r>
        <w:t>to is se pehle aik lecture mein main toheed par bol chuka hoon, detail ke sath, oneness of god par. aage main kisi waqt inshallah prophethood par boloon ga, detail ke sath. aaj main chahta hoon ke main akhirat ke concept par kuch kahoon. yani islam mein jo yeh concept hai ke zindagi</w:t>
      </w:r>
    </w:p>
    <w:p>
      <w:pPr>
        <w:jc w:val="right"/>
      </w:pPr>
      <w:r>
        <w:t>تو اس سے پہلے ایک لیکچر میں میں توحید پر بول چکا ہوں، ڈیٹیل کے ساتھ، وننس اف گاڈ پر۔ اگے میں کسی وقت انشاءاللہ پرافٹ ہڈ پر بولوں گا، ڈیٹیل کے ساتھ۔ آج میں چاہتا ہوں کہ میں اخرت کے کانسیپٹ پر کچھ کہوں۔ یعنی اسلام میں جو یہ کانسیپٹ ہے کہ زندگی</w:t>
      </w:r>
    </w:p>
    <w:p>
      <w:r>
        <w:rPr>
          <w:b/>
        </w:rPr>
        <w:t xml:space="preserve">[15:57] </w:t>
      </w:r>
      <w:r>
        <w:t>divided hai do period mein: pre death period aur post death period. to jis tarah akhirat ke concept ki gist hai, woh yahi hai ke insan ki life ke do period hain: pre death period aur post death period. pread yeh</w:t>
      </w:r>
    </w:p>
    <w:p>
      <w:pPr>
        <w:jc w:val="right"/>
      </w:pPr>
      <w:r>
        <w:t>ڈیوائیڈ ہے دو پیریڈ میں: پری ڈیتھ پیریڈ اور پوسٹ ڈیتھ پیریڈ۔ تو جس طرح اخرت کے کانسیپٹ کی جسٹ ہے، وہ یہی ہے کہ انسان کی لائف کے دو پیریڈ ہیں: پری ڈیتھ پیریڈ اور پوسٹ ڈیتھ پیریڈ۔ پریڈ یہ</w:t>
      </w:r>
    </w:p>
    <w:p>
      <w:r>
        <w:rPr>
          <w:b/>
        </w:rPr>
        <w:t xml:space="preserve">[16:28] </w:t>
      </w:r>
      <w:r>
        <w:t>yeh jo division hai, it is just like ice berg. aap jante hain ke ice berg ka sirf aik chota tip upar dikhai deta hai, baqi sara ka sara body is ka pani mein chupa rehta hai. yahi mamla is ka hai. pre death period mein life ka sirf aik tip hai, aur is ka insan ki</w:t>
      </w:r>
    </w:p>
    <w:p>
      <w:pPr>
        <w:jc w:val="right"/>
      </w:pPr>
      <w:r>
        <w:t>یہ جو ڈویژن ہے، اٹ از جسٹ لائک ائس برگ۔ آپ جانتے ہیں کہ ائس برگ کا صرف ایک چھوٹا ٹپ اوپر دکھائی دیتا ہے، باقی سارا کا سارا باڈی اس کا پانی میں چھپا رہتا ہے۔ یہی معاملہ اس کا ہے۔ پری ڈیتھ پیریڈ میں لائف کا صرف ایک ٹپ ہے، اور اس کا انسان کی</w:t>
      </w:r>
    </w:p>
    <w:p>
      <w:r>
        <w:rPr>
          <w:b/>
        </w:rPr>
        <w:t xml:space="preserve">[16:58] </w:t>
      </w:r>
      <w:r>
        <w:t>life ka bara hissa, bara hissa, bara hissa jo hai, woh post death period mein rakh diya gaya hai. aur aaj ka jo pre death period jo hai, woh hai testing ground, aur post death period jo hai, woh hai reward milne ka zamanah.</w:t>
      </w:r>
    </w:p>
    <w:p>
      <w:pPr>
        <w:jc w:val="right"/>
      </w:pPr>
      <w:r>
        <w:t>لائف کا بڑا حصہ، بڑا حصہ، بڑا حصہ جو ہے، وہ پوسٹ ڈیتھ پیریڈ میں رکھ دیا گیا ہے۔ اور آج کا جو پری ڈیتھ پیریڈ جو ہے، وہ ہے ٹیسٹنگ گراؤنڈ، اور پوسٹ ڈیتھ پیریڈ جو ہے، وہ ہے ریوارڈ ملنے کا زمانہ۔</w:t>
      </w:r>
    </w:p>
    <w:p>
      <w:r>
        <w:rPr>
          <w:b/>
        </w:rPr>
        <w:t xml:space="preserve">[17:28] </w:t>
      </w:r>
      <w:r>
        <w:t>yeh hai concept of akhirat. is ke mutabiq khuda ne aik bohat hi beautiful duniya banai, yani other than this earth, bohat hi beautiful duniya, jis ko hum paradise kehte hain. yeh duniya maternal hai,</w:t>
      </w:r>
    </w:p>
    <w:p>
      <w:pPr>
        <w:jc w:val="right"/>
      </w:pPr>
      <w:r>
        <w:t>یہ ہے کانسیپٹ اف اخرت۔ اس کے مطابق خدا نے ایک بہت ہی بیوٹی فل دنیا بنائی، یعنی ادر دین دس ارتھ، بہت ہی بیوٹی فل دنیا، جس کو ہم پیراڈائز کہتے ہیں۔ یہ دنیا میٹرنل ہے،</w:t>
      </w:r>
    </w:p>
    <w:p>
      <w:r>
        <w:rPr>
          <w:b/>
        </w:rPr>
        <w:t xml:space="preserve">[18:00] </w:t>
      </w:r>
      <w:r>
        <w:t>perfect hai, ideal hai. insan ki desire jo is duniya mein un fulfilled rehti hain, you know, every man and woman is a graveyard of un fulfilled desires. rastay mein humein aik khatoon mili</w:t>
      </w:r>
    </w:p>
    <w:p>
      <w:pPr>
        <w:jc w:val="right"/>
      </w:pPr>
      <w:r>
        <w:t>پرفیکٹ ہے، ائیڈیل ہے۔ انسان کی ڈیزائر جو اس دنیا میں ان فلفلڈ رہتی ہیں، یو نو، ایوری مین اینڈ وومن از ا گریو یارڈ اف ان فلفل ڈیزائر۔ راستے میں ہمیں ایک خاتون ملی</w:t>
      </w:r>
    </w:p>
    <w:p>
      <w:r>
        <w:rPr>
          <w:b/>
        </w:rPr>
        <w:t xml:space="preserve">[18:30] </w:t>
      </w:r>
      <w:r>
        <w:t>jahaz ke andar, to meri jo grand daughter hai, sadia, us se baat kar rahi thi. woh bohat parhi likhi lady theen, shayad woh engineer hain. woh to bazahir to khoob hans rahi thi, woh aur apni saheli ke sath hans hans ke baaten kar rahi thi. lekin jab sadia ne baat ki un se, to un ki zuban se nikla ke main to aik sad</w:t>
      </w:r>
    </w:p>
    <w:p>
      <w:pPr>
        <w:jc w:val="right"/>
      </w:pPr>
      <w:r>
        <w:t>جہاز کے اندر، تو میری جو گرینڈ ڈاٹر ہے، سعدیہ، اس سے بات کر رہی تھی۔ وہ بہت پڑھی لکھی لیڈی تھیں، شاید وہ انجینئر ہیں۔ وہ تو بظاہر تو خوب ہنس رہی تھی، وہ اور اپنی سہیلی کے ساتھ ہنس ہنس کے باتیں کر رہی تھی۔ لیکن جب سعدیہ نے بات کی ان سے، تو ان کی زبان سے نکلا کہ میں تو ایک سی</w:t>
      </w:r>
    </w:p>
    <w:p>
      <w:r>
        <w:rPr>
          <w:b/>
        </w:rPr>
        <w:t xml:space="preserve">[19:00] </w:t>
      </w:r>
      <w:r>
        <w:t>person hoon, andar se aik sad personality hai. is ke andar woh lady, jis ko acha job mila hua hai, achi degree hai, acha ghar hai rehne ke liye, hawai jahaz mein safar karti hai, phir andar se woh sad kyun hai? is ka jo inner self hai, woh sad kyun hai? is par</w:t>
      </w:r>
    </w:p>
    <w:p>
      <w:pPr>
        <w:jc w:val="right"/>
      </w:pPr>
      <w:r>
        <w:t>ڈ پرسن ہوں، اندر سے ایک سیڈ پرسنیلٹی ہے۔ اس کے اندر وہ لیڈی، جس کو اچھا جاب ملا ہوا ہے، اچھی ڈگری ہے، اچھا گھر ہے رہنے کے لیے، ہوا جہاز میں سفر کرتی ہے، پھر اندر سے وہ سیڈ کیوں ہے؟ اس کا جو انر سیلف ہے، وہ سیڈ کیوں ہے؟ اس پر</w:t>
      </w:r>
    </w:p>
    <w:p>
      <w:r>
        <w:rPr>
          <w:b/>
        </w:rPr>
        <w:t xml:space="preserve">[19:30] </w:t>
      </w:r>
      <w:r>
        <w:t>mein sochta raha, sochta raha. to mein ne dekha ke wohi seed nahi hai, jaan boojh se seed hain. koi bhi aadmi, chhota ya bada, aisa nahi milega aap ko jo andar se seed na ho. SAD, koi bhi aisa nahi hai. aap Dilli mein bohat se log hain jin ke paas million, billion dollar</w:t>
      </w:r>
    </w:p>
    <w:p>
      <w:pPr>
        <w:jc w:val="right"/>
      </w:pPr>
      <w:r>
        <w:t>میں سوچتا رہا، سوچتا رہا۔ تو میں نے دیکھا کہ وہی سیڈ نہیں ہے، جان بوجھ سے سیڈ ہیں۔ کوئی بھی آدمی، چھوٹا یا بڑا، ایسا نہیں ملے گا آپ کو جو اندر سے سیڈ نہ ہو۔ ایس اے ڈی، کوئی بھی ایسا نہیں ہے۔ آپ دلی میں بہت سے لوگ ہیں جن کے پاس ملین، بلین ڈالر</w:t>
      </w:r>
    </w:p>
    <w:p>
      <w:r>
        <w:rPr>
          <w:b/>
        </w:rPr>
        <w:t xml:space="preserve">[20:01] </w:t>
      </w:r>
      <w:r>
        <w:t>un ke account mein hain. aap miliye un se, baat kijiye, pata chalega woh bhi andar se seed hain. hamare paas aik sahib aate hain, un ka naam hai doctor Sham Sundar Sharma. woh physiotherapy ka kaam karte hain. to doctor Sham Sundar Sharma yehin Dilli mein rehte hain. unhon ne kaha ke mera jo profession hai, to bohat bare bare logon ke haan mujhe jana</w:t>
      </w:r>
    </w:p>
    <w:p>
      <w:pPr>
        <w:jc w:val="right"/>
      </w:pPr>
      <w:r>
        <w:t>ان کے اکاؤنٹ میں ہیں۔ آپ ملیے ان سے، بات کیجئے، پتہ چلے گا وہ بھی اندر سے سیڈ ہیں۔ ہمارے پاس ایک صاحب آتے ہیں، ان کا نام ہے ڈاکٹر شام سندر شرما۔ وہ فزیوتھراپی کا کام کرتے ہیں۔ تو ڈاکٹر شام سندر شرما یہیں دلی میں رہتے ہیں۔ انہوں نے کہا کہ میرا جو پروفیشن ہے، تو بہت بڑے بڑے لوگوں کے ہاں مجھے جانا</w:t>
      </w:r>
    </w:p>
    <w:p>
      <w:r>
        <w:rPr>
          <w:b/>
        </w:rPr>
        <w:t xml:space="preserve">[20:31] </w:t>
      </w:r>
      <w:r>
        <w:t>parta hai. unhon ne bataya ke jo jitna zyada rich hai, utna hi seed hai, yaani paisay ka dher laga hua hai, andar se woh seed hai. thora sa jab kuredte hain, unhon ne kaha, thora sa is ko andar se jhankte hain to seed nikalta hai. to is par mein ne socha ke aisa kyun hai? to mujhe is</w:t>
      </w:r>
    </w:p>
    <w:p>
      <w:pPr>
        <w:jc w:val="right"/>
      </w:pPr>
      <w:r>
        <w:t>پڑتا ہے۔ انہوں نے بتایا کہ جو جتنا زیادہ رچ ہے، اتنا ہی سیڈ ہے، یعنی پیسے کا ڈھیر لگا ہوا ہے، اندر سے وہ سیڈ ہے۔ تھوڑا سا جب کریدتے ہیں، انہوں نے کہا، تھوڑا سا اس کو اندر سے جھانکتے ہیں تو سیڈ نکلتا ہے۔ تو اس پر میں نے سوچا کہ ایسا کیوں ہے؟ تو مجھے اس</w:t>
      </w:r>
    </w:p>
    <w:p>
      <w:r>
        <w:rPr>
          <w:b/>
        </w:rPr>
        <w:t xml:space="preserve">[21:01] </w:t>
      </w:r>
      <w:r>
        <w:t>ka jawab nahi mila ke every human being is born with numerous desires, unlimited desires. chahe koi aurat ho ya mard ho, andar is ke desire hi zyada bhari hui hain. lekin yeh duniya jo hai, limited duniya hai.</w:t>
      </w:r>
    </w:p>
    <w:p>
      <w:pPr>
        <w:jc w:val="right"/>
      </w:pPr>
      <w:r>
        <w:t>کا جواب نہیں ملا کہ ایوری ہیومن بینگ از بورن ود نیومرس ڈیزائرز، ان لمیٹڈ ڈیزائرز۔ چاہے کوئی عورت ہو یا مرد ہو، اندر اس کے ڈیزائر ہی زیادہ بھری ہوئی ہیں۔ لیکن یہ دنیا جو ہے، لمیٹڈ دنیا ہے۔</w:t>
      </w:r>
    </w:p>
    <w:p>
      <w:r>
        <w:rPr>
          <w:b/>
        </w:rPr>
        <w:t xml:space="preserve">[21:31] </w:t>
      </w:r>
      <w:r>
        <w:t>is ki desire yahan sirf limited tor par hi poori ho pati hain. to aadmi chahta hai unlimited had tak apni desire ko fulfill karna, unlimited had tak. lekin woh sirf limited daira mein apni desire ko poora kar pata hai. to desire unlimited hai,</w:t>
      </w:r>
    </w:p>
    <w:p>
      <w:pPr>
        <w:jc w:val="right"/>
      </w:pPr>
      <w:r>
        <w:t>اس کی ڈیزائر یہاں صرف لمیٹڈ طور پر ہی پوری ہو پاتی ہیں۔ تو آدمی چاہتا ہے ان لمیٹڈ حد تک اپنی ڈیزائر کو فلفل کرنا، ان لمیٹڈ حد تک۔ لیکن وہ صرف لمیٹڈ دائرے میں اپنی ڈیزائر کو پورا کر پاتا ہے۔ تو ڈیزائر ان لمیٹڈ ہے،</w:t>
      </w:r>
    </w:p>
    <w:p>
      <w:r>
        <w:rPr>
          <w:b/>
        </w:rPr>
        <w:t xml:space="preserve">[22:02] </w:t>
      </w:r>
      <w:r>
        <w:t>fulfillment limited hai. yeh jo contradiction hai, chahne aur paane mein, to yahi hai woh cheez jo aap ke andar dissatisfaction paida karti hai, jis ki wajah se aadmi seed ban jata hai. ab yahan par sochne ki baat yeh hai,</w:t>
      </w:r>
    </w:p>
    <w:p>
      <w:pPr>
        <w:jc w:val="right"/>
      </w:pPr>
      <w:r>
        <w:t>فلفلمنٹ لمیٹڈ ہے۔ یہ جو کنٹراڈکشن ہے، چاہنے اور پانے میں، تو یہی ہے وہ چیز جو آپ کے اندر ڈس سیٹسفیکشن پیدا کرتی ہے، جس کی وجہ سے آدمی سیڈ بن جاتا ہے۔ اب یہاں پر سوچنے کی بات یہ ہے،</w:t>
      </w:r>
    </w:p>
    <w:p>
      <w:r>
        <w:rPr>
          <w:b/>
        </w:rPr>
        <w:t xml:space="preserve">[22:32] </w:t>
      </w:r>
      <w:r>
        <w:t>yaani isi ka naam akhirat hai. yeh jo mein bata raha hoon aap ko, isi concept ka naam hai akhirat. yaani yeh belief, yeh aqeedah ke maut ke baad aik aur duniya aanay wali hai jo eternal hogi, yahan paradise hogi, lekin woh har aik</w:t>
      </w:r>
    </w:p>
    <w:p>
      <w:pPr>
        <w:jc w:val="right"/>
      </w:pPr>
      <w:r>
        <w:t>یعنی اسی کا نام اخرت ہے۔ یہ جو میں بتا رہا ہوں آپ کو، اسی کانسیپٹ کا نام ہے اخرت۔ یعنی یہ بیلیف، یہ عقیدہ کہ موت کے بعد ایک اور دنیا آنے والی ہے جو ایٹرنل ہوگی، یہاں پیراڈائز ہوگی، لیکن وہ ہر ایک</w:t>
      </w:r>
    </w:p>
    <w:p>
      <w:r>
        <w:rPr>
          <w:b/>
        </w:rPr>
        <w:t xml:space="preserve">[23:02] </w:t>
      </w:r>
      <w:r>
        <w:t>ko nahi milegi. woh us ko milegi jo qualify kare wahan settle hone ke liye, jo qualify kare wahan settle hone ke liye, jo deserve karega, us ko paradise milegi. jo deserve nahi karega, woh hell mein daal diya jayega. yaani basically isi belief ka naam akhirat.</w:t>
      </w:r>
    </w:p>
    <w:p>
      <w:pPr>
        <w:jc w:val="right"/>
      </w:pPr>
      <w:r>
        <w:t>کو نہیں ملے گی۔ وہ اس کو ملے گی جو کوالیفائی کرے وہاں سیٹل ہونے کے لیے، جو کوالیفائی کرے وہاں سیٹل ہونے کے لیے، جو ڈیزرو کرے گا، اس کو پیراڈائز ملے گی۔ جو ڈیزرو نہیں کرے گا، وہ ہیل میں ڈال دیا جائے گا۔ یعنی بیسیکلی اسی بیلیف کا نام اخرت ہے۔</w:t>
      </w:r>
    </w:p>
    <w:p>
      <w:r>
        <w:rPr>
          <w:b/>
        </w:rPr>
        <w:t xml:space="preserve">[23:36] </w:t>
      </w:r>
      <w:r>
        <w:t>to dekhiye, jab hum is duniya ko sochte hain to hum paate hain ke yeh hamari duniya jo hai, yahan par har cheez ka aik pair hai. yeh duniya duality par qaim hai. mein aankh se dekhna chahta hoon, lekin aankh bana light ke dekh nahi sakti. to yahan par sun maujood</w:t>
      </w:r>
    </w:p>
    <w:p>
      <w:pPr>
        <w:jc w:val="right"/>
      </w:pPr>
      <w:r>
        <w:t>تو دیکھیے، جب ہم اس دنیا کو سوچتے ہیں تو ہم پاتے ہیں کہ یہ ہماری دنیا جو ہے، یہاں پر ہر چیز کا ایک پیئر ہے۔ یہ دنیا ڈویلٹی پر قائم ہے۔ میں آنکھ سے دیکھنا چاہتا ہوں، لیکن آنکھ بنا لائٹ کے دیکھ نہیں سکتی۔ تو یہاں پر سن موجود</w:t>
      </w:r>
    </w:p>
    <w:p>
      <w:r>
        <w:rPr>
          <w:b/>
        </w:rPr>
        <w:t xml:space="preserve">[24:06] </w:t>
      </w:r>
      <w:r>
        <w:t>hai, suraj jo taqreeban nau crore das lakh meel door hai, wahan se light bhej raha hai. woh to aik taraf meri aankh hai aur doosri taraf sun light. isi ko mein kehta hoon ke pair system. aankh ho aur light na ho to mein dekh nahi sakta, ya light ho aur aankh na ho to</w:t>
      </w:r>
    </w:p>
    <w:p>
      <w:pPr>
        <w:jc w:val="right"/>
      </w:pPr>
      <w:r>
        <w:t>ہے، سورج جو تقریباً نو کروڑ دس لاکھ میل دور ہے، وہاں سے لائٹ بھیج رہا ہے۔ وہ تو ایک طرف میری آنکھ ہے اور دوسری طرف سن لائٹ۔ اسی کو میں کہتا ہوں کہ پیئر سسٹم۔ آنکھ ہو اور لائٹ نہ ہو تو میں دیکھ نہیں سکتا، یا لائٹ ہو اور آنکھ نہ ہو تو</w:t>
      </w:r>
    </w:p>
    <w:p>
      <w:r>
        <w:rPr>
          <w:b/>
        </w:rPr>
        <w:t xml:space="preserve">[24:37] </w:t>
      </w:r>
      <w:r>
        <w:t>koi yahan dekhne wala nahi hoga. is tarah se dekhiye, thirst hai, pyaas to sath sath abundantly pani maujood hai. pani ho aur pyaas na ho to woh pani bekar hoga. aur thirst hai, pani agar nahi hai to thirst poori nahi hogi. to is duniya ko Khuda ne banaya hai pair system par. yahan tak ke aap chale jayen, chale jayen,</w:t>
      </w:r>
    </w:p>
    <w:p>
      <w:pPr>
        <w:jc w:val="right"/>
      </w:pPr>
      <w:r>
        <w:t>کوئی یہاں دیکھنے والا نہیں ہوگا۔ اس طرح سے دیکھیے، تھسٹ ہے، پیاس تو ساتھ ساتھ ابینڈنٹلی پانی موجود ہے۔ پانی ہو اور پیاس نہ ہو تو وہ پانی بیکار ہوگا۔ اور تھسٹ ہے، پانی اگر نہیں ہے تو تھسٹ پوری نہیں ہوگی۔ تو اس دنیا کو خدا نے بنایا ہے پیئر سسٹم پر۔ یہاں تک کہ آپ چلے جائیں، چلے جائیں،</w:t>
      </w:r>
    </w:p>
    <w:p>
      <w:r>
        <w:rPr>
          <w:b/>
        </w:rPr>
        <w:t xml:space="preserve">[25:07] </w:t>
      </w:r>
      <w:r>
        <w:t>aap atom tak pahunch jayen to woh bhi wahan pe dual system hai. negative particle, positive particle, dono jab hain tab atom hai. agar negative particle hon aur positive particle na ho to atom exist nahi karega. to atom se le kar ke aage tak, jahan tak aap sochte chale jayen, har jagah aik aik duality ka system hai. do se mil kar aik unit</w:t>
      </w:r>
    </w:p>
    <w:p>
      <w:pPr>
        <w:jc w:val="right"/>
      </w:pPr>
      <w:r>
        <w:t>آپ ایٹم تک پہنچ جائیں تو وہ بھی وہاں پہ ڈول سسٹم ہے۔ نیگیٹیو پارٹیکل، پازیٹیو پارٹیکل، دونوں جب ہیں تب ایٹم ہے۔ اگر نیگیٹیو پارٹیکل ہوں اور پازیٹیو پارٹیکل نہ ہو تو ایٹم ایگزسٹ نہیں کرے گا۔ تو ایٹم سے لے کر کے اگے تک، جہاں تک آپ سوچتے چلے جائیں، ہر جگہ ایک ایک ڈویلٹی کا سسٹم ہے۔ دو سے مل کر ایک یون</w:t>
      </w:r>
    </w:p>
    <w:p>
      <w:r>
        <w:rPr>
          <w:b/>
        </w:rPr>
        <w:t xml:space="preserve">[25:37] </w:t>
      </w:r>
      <w:r>
        <w:t>banta hai. to aise aisi duniya mein aik hi exception hai, aur woh hai desire. to sochne ki baat hai ke aik hi exception kyun? yaani itni bari universe, itni bari universe, har har aik mein is ka pair hai. pair ka matlab hota</w:t>
      </w:r>
    </w:p>
    <w:p>
      <w:pPr>
        <w:jc w:val="right"/>
      </w:pPr>
      <w:r>
        <w:t>ٹ بنتا ہے۔ تو ایسے ایسی دنیا میں ایک ہی ایکسیپشن ہے، اور وہ ہے ڈیزائر۔ تو سوچنے کی بات ہے کہ ایک ہی ایکسیپشن کیوں؟ یعنی اتنی بڑی یونیورس، اتنی بڑی یونیورس، ہر ہر ایک میں اس کا پیئر ہے۔ پیئر کا مطلب ہوتا</w:t>
      </w:r>
    </w:p>
    <w:p>
      <w:r>
        <w:rPr>
          <w:b/>
        </w:rPr>
        <w:t xml:space="preserve">[26:07] </w:t>
      </w:r>
      <w:r>
        <w:t>hai ke aik cheez jo hai, doosre se mil kar apne ko complete kare. jaise male female se mil kar apne aap ko complete karta hai. negative particle, positive particle se mil kar apne aap ko complete karte hain. pyaas pani se mil kar apne aap ko complete karta hai. yahan tak ke ab yeh science mein yeh mana gaya hai ke hamari zameen bhi</w:t>
      </w:r>
    </w:p>
    <w:p>
      <w:pPr>
        <w:jc w:val="right"/>
      </w:pPr>
      <w:r>
        <w:t>ہے کہ ایک چیز جو ہے، دوسرے سے مل کر اپنے کو کمپلیٹ کرے۔ جیسے میل فیمیل سے مل کر اپنے آپ کو کمپلیٹ کرتا ہے۔ نیگیٹیو پارٹیکل، پازیٹیو پارٹیکل سے مل کر اپنے آپ کو کمپلیٹ کرتے ہیں۔ پیاس پانی سے مل کر اپنے آپ کو کمپلیٹ کرتا ہے۔ یہاں تک کہ اب یہ سائنس میں یہ مانا گیا ہے کہ ہماری زمین بھی</w:t>
      </w:r>
    </w:p>
    <w:p>
      <w:r>
        <w:rPr>
          <w:b/>
        </w:rPr>
        <w:t xml:space="preserve">[26:37] </w:t>
      </w:r>
      <w:r>
        <w:t>do zameen hai. dono na hotin, khatam ho jayegi. agarche yeh imaginary yeh concept hai abhi tak, lekin science mein maan liya gaya hai is ko. to aik aik negative world hai, aik positive world hai. yaani wohi same system jo atom mein hai, negative particle, positive particle, wohi is duniya mein bhi hai. to negative world</w:t>
      </w:r>
    </w:p>
    <w:p>
      <w:pPr>
        <w:jc w:val="right"/>
      </w:pPr>
      <w:r>
        <w:t>دو زمین ہے۔ دونوں نہ ہوتی ہیں، ختم ہو جائے گی۔ اگرچہ یہ امیجنری یہ کانسیپٹ ہے ابھی تک، لیکن سائنس میں مان لیا گیا ہے اس کو۔ تو ایک ایک نیگیٹیو ورلڈ ہے، ایک پازیٹیو ورلڈ ہے۔ یعنی وہی سیم سسٹم جو ایٹم میں ہے، نیگیٹیو پارٹیکل، پازیٹیو پارٹیکل، وہی اس دنیا میں بھی ہے۔ تو نیگیٹیو ورلڈ</w:t>
      </w:r>
    </w:p>
    <w:p>
      <w:r>
        <w:rPr>
          <w:b/>
        </w:rPr>
        <w:t xml:space="preserve">[27:07] </w:t>
      </w:r>
      <w:r>
        <w:t>aur positive world dono hain, tab hi exist kar rahi hai hamari zameen. warna exist hi nahi karegi, disappear ho jayegi, disintegrate ho jayegi. aap sochiye ke jab is duniya mein sara system jo hai, duality par qaim hai, aik hi exception kyun? ke desire hai, magar is ka fulfillment nahi. yeh</w:t>
      </w:r>
    </w:p>
    <w:p>
      <w:pPr>
        <w:jc w:val="right"/>
      </w:pPr>
      <w:r>
        <w:t>اور پازیٹیو ورلڈ دونوں ہیں، تب ہی ایگزسٹ کر رہی ہے ہماری زمین۔ ورنہ ایگزسٹ ہی نہیں کرے گی، ڈس ایپئر ہو جائے گی، ڈس انٹیگریٹ ہو جائے گی۔ آپ سوچیے کہ جب اس دنیا میں سارا سسٹم جو ہے، ڈویلٹی پر قائم ہے، ایک ہی ایکسیپشن کیوں؟ کہ ڈیزائر ہے، مگر اس کا فلفلمنٹ نہیں۔ یہ</w:t>
      </w:r>
    </w:p>
    <w:p>
      <w:r>
        <w:rPr>
          <w:b/>
        </w:rPr>
        <w:t xml:space="preserve">[27:37] </w:t>
      </w:r>
      <w:r>
        <w:t>bohat sochne ki baat hai ke desire hai, magar is ka fulfillment nahi. is is aik exception ke siwa koi aur doosra exception aap bata nahi sakte is poori universe mein ke aik cheez maujood ho, is ka pair maujood na ho. yaani aik cheez exist kar rahi ho, is ka pair exist na kar raha ho. aisi koi bhi example aap is duniya mein bata nahi sakte.</w:t>
      </w:r>
    </w:p>
    <w:p>
      <w:pPr>
        <w:jc w:val="right"/>
      </w:pPr>
      <w:r>
        <w:t>بہت سوچنے کی بات ہے کہ ڈیزائر ہے، مگر اس کا فلفلمنٹ نہیں۔ اس اس ایک ایکسیپشن کے سوا کوئی اور دوسرا ایکسیپشن آپ بتا نہیں سکتے اس پوری یونیورس میں کہ ایک چیز موجود ہو، اس کا پیئر موجود نہ ہو۔ یعنی ایک چیز ایگزسٹ کر رہی ہو، اس کا پیئر ایگزسٹ نہ کر رہا ہو۔ ایسی کوئی بھی ایگزامپل آپ اس دنیا میں بتا نہیں سکتے۔</w:t>
      </w:r>
    </w:p>
    <w:p>
      <w:r>
        <w:rPr>
          <w:b/>
        </w:rPr>
        <w:t xml:space="preserve">[28:10] </w:t>
      </w:r>
      <w:r>
        <w:t>yeh aik hi example hai ke insan paida hota hai unlimited desire le kar, unlimited desire, lekin us ko is ke fulfillment ke liye yahan par koi saman nahi, koi sadhan nahi. to ab yahan par dekhiye, aap logic jo hai, aap scientific logic jo hai, us ko apply kijiye. to hum manne par</w:t>
      </w:r>
    </w:p>
    <w:p>
      <w:pPr>
        <w:jc w:val="right"/>
      </w:pPr>
      <w:r>
        <w:t>یہ ایک ہی ایگزامپل ہے کہ انسان پیدا ہوتا ہے ان لمیٹڈ ڈیزائر لے کر، ان لمیٹڈ ڈیزائر، لیکن اس کو اس کے فلفلمنٹ کے لیے یہاں پر کوئی سامان نہیں، کوئی سادن نہیں۔ تو اب یہاں پر دیکھیے، آپ لاجک جو ہے، آپ سائنٹیفک لاجک جو ہے، اس کو اپلائی کیجئے۔ تو ہم ماننے پر</w:t>
      </w:r>
    </w:p>
    <w:p>
      <w:r>
        <w:rPr>
          <w:b/>
        </w:rPr>
        <w:t xml:space="preserve">[28:40] </w:t>
      </w:r>
      <w:r>
        <w:t>majboor honge ke jab 99 cheezon mein aik har cheez ka pair hai, to yaqeenan sauween mein bhi pair hona chahiye. yaani jo hai law of probability, science mein mana jata hai, to law of probability se apne aap yeh prove ho rahi hai</w:t>
      </w:r>
    </w:p>
    <w:p>
      <w:pPr>
        <w:jc w:val="right"/>
      </w:pPr>
      <w:r>
        <w:t>مجبور ہوں گے کہ جب 99 چیزوں میں ایک ہر چیز کا پیئر ہے، تو یقینا سویں میں بھی پیئر ہونا چاہیے۔ یعنی جو ہے لا اف پراببلیٹی، سائنس میں مانا جاتا ہے، تو لا اف پراببلیٹی سے اپنے آپ یہ پروف ہو رہی ہے</w:t>
      </w:r>
    </w:p>
    <w:p>
      <w:r>
        <w:rPr>
          <w:b/>
        </w:rPr>
        <w:t xml:space="preserve">[29:13] </w:t>
      </w:r>
      <w:r>
        <w:t>ke jis tarah doosri cheezon ka pair maujood hai, usi tarah se hamari desire ka bhi pair maujood hai. aur woh yeh hai, woh wohi hai jis ko hum akhirat kehte hain, jahan hamari desire poori hon gi. Quran mein hai ke yaani woh jagah paradise, woh jagah hai jahan tumhari sari desire poori hon gi.</w:t>
      </w:r>
    </w:p>
    <w:p>
      <w:pPr>
        <w:jc w:val="right"/>
      </w:pPr>
      <w:r>
        <w:t>کہ جس طرح دوسری چیزوں کا پیئر موجود ہے، اسی طرح سے ہماری ڈیزائر کا بھی پیئر موجود ہے۔ اور وہ یہ ہے، وہ وہی ہے جس کو ہم اخرت کہتے ہیں، جہاں ہماری ڈیزائر پوری ہوں گی۔ قرآن میں ہے کہ یعنی وہ جگہ پیراڈائز، وہ جگہ ہے جہاں تمہاری ساری ڈیزائر پوری ہوں گی۔</w:t>
      </w:r>
    </w:p>
    <w:p>
      <w:r>
        <w:rPr>
          <w:b/>
        </w:rPr>
        <w:t xml:space="preserve">[29:47] </w:t>
      </w:r>
      <w:r>
        <w:t>paradise, woh jagah hai jahan tumhari sari desire poori hon gi. yaani desire ka fulfillment, jo is ka pair hai, woh pre-death period mein to nahi hai, lekin us ko post-death period mein rakh diya gaya hai. kyun? yeh deservation pe milna hai. yeh jo deserve karega, woh payega. jo deserve nahi karega, woh nahi payega. to mein apna aik apna aik</w:t>
      </w:r>
    </w:p>
    <w:p>
      <w:pPr>
        <w:jc w:val="right"/>
      </w:pPr>
      <w:r>
        <w:t>پیراڈائز، وہ جگہ ہے جہاں تمہاری ساری ڈیزائر پوری ہوں گی۔ یعنی ڈیزائر کا فلفلمنٹ، جو اس کا پیئر ہے، وہ پری ڈیتھ پیریڈ میں تو نہیں ہے، لیکن اس کو پوسٹ ڈیتھ پیریڈ میں رکھ دیا گیا ہے۔ کیوں؟ یہ ڈیزرویشن پہ ملنا ہے۔ یہ جو ڈیزرو کرے گا، وہ پائے گا۔ جو ڈیزرو نہیں کرے گا، وہ نہیں پائے گا۔ تو میں اپنا ایک اپنا ایک</w:t>
      </w:r>
    </w:p>
    <w:p>
      <w:r>
        <w:rPr>
          <w:b/>
        </w:rPr>
        <w:t xml:space="preserve">[30:18] </w:t>
      </w:r>
      <w:r>
        <w:t>experience pehle bayan karta hoon, phir aage jo kuch mein ne kehna hai akhirat ke bare mein, woh arz karoon ga. jab mein yahan se gaya to mere paas hawai jahaz ka return ticket tha. mein ne socha ke mere</w:t>
      </w:r>
    </w:p>
    <w:p>
      <w:pPr>
        <w:jc w:val="right"/>
      </w:pPr>
      <w:r>
        <w:t>ایکسپیرینس پہلے بیان کرتا ہوں، پھر اگے جو کچھ میں نے کہنا ہے اخرت کے بارے میں، وہ عرض کروں گا۔ جب میں یہاں سے گیا تو میرے پاس ہوائی جہاز کا ریٹرن ٹکٹ تھا۔ میں نے سوچا کہ میرے</w:t>
      </w:r>
    </w:p>
    <w:p>
      <w:r>
        <w:rPr>
          <w:b/>
        </w:rPr>
        <w:t xml:space="preserve">[30:48] </w:t>
      </w:r>
      <w:r>
        <w:t>paas aik aisa ticket hai jo mujhe Dilli se Hyderabad bhi le jayega aur Hyderabad se Dilli wapas bhi pahunchayega. yaani do tarafah journey, double journey. lekin usi ke sath mere paas aik aur ticket bhi hai. although is not observable</w:t>
      </w:r>
    </w:p>
    <w:p>
      <w:pPr>
        <w:jc w:val="right"/>
      </w:pPr>
      <w:r>
        <w:t>پاس ایک ایسا ٹکٹ ہے جو مجھے دلی سے حیدرآباد بھی لے جائے گا اور حیدرآباد سے دلی واپس بھی پہنچائے گا۔ یعنی دو طرفہ جرنی، ڈبل جرنی۔ لیکن اسی کے ساتھ میرے پاس ایک اور ٹکٹ بھی ہے۔ ال دو از ناٹ ابزرویبل</w:t>
      </w:r>
    </w:p>
    <w:p>
      <w:r>
        <w:rPr>
          <w:b/>
        </w:rPr>
        <w:t xml:space="preserve">[31:18] </w:t>
      </w:r>
      <w:r>
        <w:t>not in my pocket, just like the other ticket. lekin woh hai. har aadmi jo paida hota hai, woh is ticket ko le kar paida hota hai nature se. woh ticket kya hai? ticket of death. har</w:t>
      </w:r>
    </w:p>
    <w:p>
      <w:pPr>
        <w:jc w:val="right"/>
      </w:pPr>
      <w:r>
        <w:t>، از ناٹ ان مائی پاکٹ، جسٹ لائک دی ادر ٹکٹ۔ لیکن وہ ہے۔ ہر آدمی جو پیدا ہوتا ہے، وہ اس ٹکٹ کو لے کر پیدا ہوتا ہے نیچر سے۔ وہ ٹکٹ کیا ہے؟ ٹکٹ اف ڈیتھ۔ ہر</w:t>
      </w:r>
    </w:p>
    <w:p>
      <w:r>
        <w:rPr>
          <w:b/>
        </w:rPr>
        <w:t xml:space="preserve">[31:48] </w:t>
      </w:r>
      <w:r>
        <w:t>aadmi jo paida hota hai, sath sath is ke liye yeh destined hota hai ke aik din woh mare aur mar kar aik journey is ki shuru ho. is doosri journey ke liye is ke paas koi return ticket nahi. duniya mein jo hum journey karte hain, us ke liye hamare paas return ticket hota hai.</w:t>
      </w:r>
    </w:p>
    <w:p>
      <w:pPr>
        <w:jc w:val="right"/>
      </w:pPr>
      <w:r>
        <w:t>آدمی جو پیدا ہوتا ہے، ساتھ ساتھ اس کے لیے یہ ڈیسٹنڈ ہوتا ہے کہ ایک دن وہ مرے اور مر کر ایک جرنی اس کی شروع ہو۔ اس دوسری جرنی کے لیے اس کے پاس کوئی ریٹرن ٹکٹ نہیں۔ دنیا میں جو ہم جرنی کرتے ہیں، اس کے لیے ہمارے پاس ریٹرن ٹکٹ ہوتا ہے۔</w:t>
      </w:r>
    </w:p>
    <w:p>
      <w:r>
        <w:rPr>
          <w:b/>
        </w:rPr>
        <w:t xml:space="preserve">[32:18] </w:t>
      </w:r>
      <w:r>
        <w:t>lekin jo final journey hamein karni hai, maut ke waqt, us ke baad is ke liye kisi ke paas bhi return ticket nahin. chahe koi layman ho ya king ho ya koi billionaire ho, koi bhi ho, koi bhi itna powerful nahin ke is doosri journey ke liye bhi woh return ticket hasil kar sake.</w:t>
      </w:r>
    </w:p>
    <w:p>
      <w:pPr>
        <w:jc w:val="right"/>
      </w:pPr>
      <w:r>
        <w:t>لیکن جو فائنل جرنی ہمیں کرنی ہے، موت کے وقت، اس کے بعد اس کے لیے کسی کے پاس بھی ریٹرن ٹکٹ نہیں۔ چاہے کوئی لے مین ہو یا کنگ ہو یا کوئی بلینیئر ہو، کوئی بھی ہو، کوئی بھی اتنا پاورفل نہیں کہ اس دوسری جرنی کے لیے بھی وہ ریٹرن ٹکٹ حاصل کر سکے۔</w:t>
      </w:r>
    </w:p>
    <w:p>
      <w:r>
        <w:rPr>
          <w:b/>
        </w:rPr>
        <w:t xml:space="preserve">[32:49] </w:t>
      </w:r>
      <w:r>
        <w:t>wo ticket, return ticket, dollar se nahin milta, milta hi nahin. woh to jab hum is dunya mein aate hain to bohat thore din rehte hain, 50 saal, 60 saal, 70 saal. us ke baad hamein ek journey par jaana hota hai jahan se lotna nahin hai. yahan se lotna nahin hai.</w:t>
      </w:r>
    </w:p>
    <w:p>
      <w:pPr>
        <w:jc w:val="right"/>
      </w:pPr>
      <w:r>
        <w:t>وہ ٹکٹ، ریٹرن ٹکٹ، ڈالر سے نہیں ملتا، ملتا ہی نہیں۔ وہ تو جب ہم اس دنیا میں آتے ہیں تو بہت تھوڑے دن رہتے ہیں، 50 سال، 60 سال، 70 سال۔ اس کے بعد ہمیں ایک جرنی پر جانا ہوتا ہے جہاں سے لوٹنا نہیں ہے۔ یہاں سے لوٹنا نہیں ہے۔</w:t>
      </w:r>
    </w:p>
    <w:p>
      <w:r>
        <w:rPr>
          <w:b/>
        </w:rPr>
        <w:t xml:space="preserve">[33:23] </w:t>
      </w:r>
      <w:r>
        <w:t>yeh yeh jo subject hai, isi ko study karne ka naam hai concept of aakhirat. yeh ek subject hai. yeh koi aisi baat nahin ke kisi ne is ko graveyard mein dafan kar diya, kisi ne is ko shamshad bhon par jala diya to baat khatam ho gayi. nahin, ek bohat</w:t>
      </w:r>
    </w:p>
    <w:p>
      <w:pPr>
        <w:jc w:val="right"/>
      </w:pPr>
      <w:r>
        <w:t>یہ یہ جو سبجیکٹ ہے، اسی کو اسٹڈی کرنے کا نام ہے کانسیپٹ اف اخرت۔ یہ ایک سبجیکٹ ہے۔ یہ کوئی ایسی بات نہیں کہ کسی نے اس کو گریویارڈ میں دفن کر دیا، کسی نے اس کو شمشاد بھون پر جلا دیا تو بات ختم ہو گئی۔ نہیں، ایک بہت</w:t>
      </w:r>
    </w:p>
    <w:p>
      <w:r>
        <w:rPr>
          <w:b/>
        </w:rPr>
        <w:t xml:space="preserve">[33:53] </w:t>
      </w:r>
      <w:r>
        <w:t>bara subject hai. is pe sochne ki zaroorat hai ke post death period mein yeh jo journey paish aati hai, jis mein lotna nahin hota, woh kya hai? isi subject ki study ka naam hai aakhirat. aakhirat ka matlab hai day hereafter. is ke sath</w:t>
      </w:r>
    </w:p>
    <w:p>
      <w:pPr>
        <w:jc w:val="right"/>
      </w:pPr>
      <w:r>
        <w:t>بڑا سبجیکٹ ہے۔ اس پہ سوچنے کی ضرورت ہے کہ پوسٹ ڈیتھ پیریڈ میں یہ جو جرنی پیش آتی ہے، جس میں لوٹنا نہیں ہوتا، وہ کیا ہے؟ اسی سبجیکٹ کی اسٹڈی کا نام ہے اخرت۔ اخرت کا مطلب ہے ڈے ہیر افٹر۔ اس کے ساتھ</w:t>
      </w:r>
    </w:p>
    <w:p>
      <w:r>
        <w:rPr>
          <w:b/>
        </w:rPr>
        <w:t xml:space="preserve">[34:23] </w:t>
      </w:r>
      <w:r>
        <w:t>dekhiye, concept of accountability juda hua hai. concept of accountability yani pre death period jo hai, woh freedom ka period hai. aap azaad hain ke jo chahe karein, kisi ko lotein, kisi ko exploit karein, kisi ko marein, kuch bhi karein, aap azaad hain.</w:t>
      </w:r>
    </w:p>
    <w:p>
      <w:pPr>
        <w:jc w:val="right"/>
      </w:pPr>
      <w:r>
        <w:t>دیکھیے، کانسیپٹ اف اکاؤنٹیبلٹی جڑا ہوا ہے۔ کانسیپٹ اف اکاؤنٹیبلٹی یعنی پری ڈیتھ پیریڈ جو ہے، وہ فریڈم کا پیریڈ ہے۔ آپ آزاد ہیں کہ جو چاہے کریں، کسی کو لوٹیں، کسی کو ایکسپلائٹ کریں، کسی کو ماریں، کچھ بھی کریں، آپ آزاد ہیں۔</w:t>
      </w:r>
    </w:p>
    <w:p>
      <w:r>
        <w:rPr>
          <w:b/>
        </w:rPr>
        <w:t xml:space="preserve">[34:56] </w:t>
      </w:r>
      <w:r>
        <w:t>lekin post death period mein aap accountability ka mamla aap ke samne aayega. is ko aap face karna padega. yani Khuda ke samne aap ko khada hona padega aur aap ko jawab dena padega ke aap ne apni freedom ko proper use kiya ya misuse kiya. yeh hai hadith mein aata hai</w:t>
      </w:r>
    </w:p>
    <w:p>
      <w:pPr>
        <w:jc w:val="right"/>
      </w:pPr>
      <w:r>
        <w:t>لیکن پوسٹ ڈیتھ پیریڈ میں آپ اکاؤنٹیبلٹی کا معاملہ آپ کے سامنے آئے گا۔ اس کو آپ فیس کرنا پڑے گا۔ یعنی خدا کے سامنے آپ کو کھڑا ہونا پڑے گا اور آپ کو جواب دینا پڑے گا کہ آپ نے اپنی فریڈم کو پراپر یوز کیا یا مس یوز کیا۔ یہ ہے حدیث میں آتا ہے</w:t>
      </w:r>
    </w:p>
    <w:p>
      <w:r>
        <w:rPr>
          <w:b/>
        </w:rPr>
        <w:t xml:space="preserve">[35:26] </w:t>
      </w:r>
      <w:r>
        <w:t>ke la yazaal qadam abde hatta arbaeen. yani aakhirat mein insan ka qadam aage nahin badhega jab tak us se char baaton ke bare mein poochh na liya jaye. jab tak us se char baaton ke bare mein</w:t>
      </w:r>
    </w:p>
    <w:p>
      <w:pPr>
        <w:jc w:val="right"/>
      </w:pPr>
      <w:r>
        <w:t>کہ لا یزال قدم عبد حتی اربعین۔ یعنی اخرت میں انسان کا قدم اگے نہیں بڑھے گا جب تک اس سے چار باتوں کے بارے میں پوچھ نہ لیا جائے۔ جب تک اس سے چار باتوں کے بارے میں</w:t>
      </w:r>
    </w:p>
    <w:p>
      <w:r>
        <w:rPr>
          <w:b/>
        </w:rPr>
        <w:t xml:space="preserve">[35:57] </w:t>
      </w:r>
      <w:r>
        <w:t>poochh na liya jaye. woh char baatein kya hain? kahan se kamaya aur kahan kharch kiya? kyunke aap jante hain ke sara sari zindagi aadmi kamane, kamane, kamane mein laga rehta hai. to sab se yani jo activities hain insan ki, woh sab ki sab</w:t>
      </w:r>
    </w:p>
    <w:p>
      <w:pPr>
        <w:jc w:val="right"/>
      </w:pPr>
      <w:r>
        <w:t>پوچھ نہ لیا جائے۔ وہ چار باتیں کیا ہیں؟ کہاں سے کمایا اور کہاں خرچ کیا؟ کیونکہ آپ جانتے ہیں کہ سارا ساری زندگی آدمی کمانے، کمانے، کمانے میں لگا رہتا ہے۔ تو سب سے یعنی جو ایکٹیویٹیز ہیں انسان کی، وہ سب کی سب</w:t>
      </w:r>
    </w:p>
    <w:p>
      <w:r>
        <w:rPr>
          <w:b/>
        </w:rPr>
        <w:t xml:space="preserve">[36:29] </w:t>
      </w:r>
      <w:r>
        <w:t>sab ki sab sab ka target yahi hota hai kamana. to basic activity jo hai, woh yahi hai. aap kisi se poochhein ke tum kya karte ho? to batayega, main yeh job karta hoon, yeh business karta hoon. to kamana ka matlab hai kamana is dunya mein. to farmaya ke ek baat yeh poochhi jayegi ke tum ne jo paisa kamaya, woh kahan se kamaya? ke</w:t>
      </w:r>
    </w:p>
    <w:p>
      <w:pPr>
        <w:jc w:val="right"/>
      </w:pPr>
      <w:r>
        <w:t>سب کی سب سب کا ٹارگٹ یہی ہوتا ہے کمانا۔ تو بیسک ایکٹیویٹی جو ہے، وہ یہی ہے۔ آپ کسی سے پوچھیں کہ تم کیا کرتے ہو؟ تو بتائے گا، میں یہ جاب کرتا ہوں، یہ بزنس کرتا ہوں۔ تو کرنا کا مطلب ہے کمانا اس دنیا میں۔ تو فرمایا کہ ایک بات یہ پوچھی جائے گی کہ تم نے جو پیسہ کمایا، وہ کہاں سے کمایا؟ کہ</w:t>
      </w:r>
    </w:p>
    <w:p>
      <w:r>
        <w:rPr>
          <w:b/>
        </w:rPr>
        <w:t xml:space="preserve">[36:59] </w:t>
      </w:r>
      <w:r>
        <w:t>halal tareeqe se ya haram tareeqe se? aur doosri baat yeh poochhi jayegi ke jo kamaya, us ko kahan kharch kiya? min ayna tasib fi anfaquh, kahan se kamaya aur kahan kharch kiya? yeh do baat hui. teesri aur chauthi baat yeh hai</w:t>
      </w:r>
    </w:p>
    <w:p>
      <w:pPr>
        <w:jc w:val="right"/>
      </w:pPr>
      <w:r>
        <w:t>لافل طریقے سے یا ان لافل طریقے سے؟ اور دوسری بات یہ پوچھی جائے گی کہ جو کمایا، اس کو کہاں خرچ کیا؟ من عینک تصبہ فی انفقہ، کہاں سے کمایا اور کہاں خرچ کیا؟ یہ دو بات ہوئی۔ تیسری اور چوتھی بات یہ ہے</w:t>
      </w:r>
    </w:p>
    <w:p>
      <w:r>
        <w:rPr>
          <w:b/>
        </w:rPr>
        <w:t xml:space="preserve">[37:30] </w:t>
      </w:r>
      <w:r>
        <w:t>ke kya jaana aur jo jaana, us ke mutabiq kya amal kiya? do hi cheezein insan ki sari activities ka yani woh rehti hain, center bani rehti hain. yani earning aur learning. earning aur learning. to earning mein kya hai? kamana aur kharch karna. learning mein kya hai?</w:t>
      </w:r>
    </w:p>
    <w:p>
      <w:pPr>
        <w:jc w:val="right"/>
      </w:pPr>
      <w:r>
        <w:t>کہ کیا جانا اور جو جانا، اس کے مطابق کیا عمل کیا؟ دو ہی چیزیں انسان کی ساری ایکٹیویٹیز کا یعنی وہ رہتی ہیں، سینٹر بنی رہتی ہیں۔ یعنی ارننگ اور لرننگ۔ ارننگ اور لرننگ۔ تو ارننگ میں کیا ہے؟ کمانا اور خرچ کرنا۔ لرننگ میں کیا ہے؟</w:t>
      </w:r>
    </w:p>
    <w:p>
      <w:r>
        <w:rPr>
          <w:b/>
        </w:rPr>
        <w:t xml:space="preserve">[38:01] </w:t>
      </w:r>
      <w:r>
        <w:t>jaanna aur us ke mutabiq karna. yeh char basic activities hain insan ki. to earning ke do aspect hain, learning ke bhi do aspect hain. to kul char hui hain. yeh to basically jo accountability hai, jo day of judgment hai, post death period mein</w:t>
      </w:r>
    </w:p>
    <w:p>
      <w:pPr>
        <w:jc w:val="right"/>
      </w:pPr>
      <w:r>
        <w:t>جاننا اور اس کے مطابق کرنا۔ یہ چار بیسک ایکٹیویٹیز ہیں انسان کی۔ تو ارننگ کے دو اسپیکٹ ہیں، لرننگ کے بھی دو اسپیکٹ ہیں۔ تو کل چار ہوئی ہیں۔ یہ تو بیسکلی جو اکاؤنٹیبلٹی ہے، جو ڈی اف ججمنٹ ہے، پوسٹ ڈیتھ پیریڈ میں</w:t>
      </w:r>
    </w:p>
    <w:p>
      <w:r>
        <w:rPr>
          <w:b/>
        </w:rPr>
        <w:t xml:space="preserve">[38:32] </w:t>
      </w:r>
      <w:r>
        <w:t>woh inhi charon sawalon par faisla hoga. isi par decide kiya jayega ke kaun deserve karta hai paradise ke liye aur kaun deserve nahin karta. isi par hell aur paradise ka woh kiya jayega. yani in charon sawalon mein jo poora utrega, us ke liye paradise hai, eternal world.</w:t>
      </w:r>
    </w:p>
    <w:p>
      <w:pPr>
        <w:jc w:val="right"/>
      </w:pPr>
      <w:r>
        <w:t>وہ انہی چاروں سوالوں پر فیصلہ ہوگا۔ اسی پر ڈیسائیڈ کیا جائے گا کہ کون ڈیزرو کرتا ہے پیراڈائز کے لیے اور کون ڈیزرو نہیں کرتا۔ اسی پر ہیل اور پیراڈائز کا وہ کیا جائے گا۔ یعنی ان چاروں سوالوں میں جو پورا اترے گا، اس کے لیے پیراڈائز ہے، ایٹرنل ورلڈ۔</w:t>
      </w:r>
    </w:p>
    <w:p>
      <w:r>
        <w:rPr>
          <w:b/>
        </w:rPr>
        <w:t xml:space="preserve">[39:02] </w:t>
      </w:r>
      <w:r>
        <w:t>aur jo is mein poora na utre, us ke liye hell hai. isi theory ya isi concept ka naam hai aakhirat. to dekhiye, yeh sochne ki baat hai ke</w:t>
      </w:r>
    </w:p>
    <w:p>
      <w:pPr>
        <w:jc w:val="right"/>
      </w:pPr>
      <w:r>
        <w:t>اور جو اس میں پورا نہ اترے، اس کے لیے ہیل ہے۔ اسی تھیوری یا اسی کانسیپٹ کا نام ہے اخرت۔ تو دیکھیے، یہ سوچنے کی بات ہے کہ</w:t>
      </w:r>
    </w:p>
    <w:p>
      <w:r>
        <w:rPr>
          <w:b/>
        </w:rPr>
        <w:t xml:space="preserve">[39:33] </w:t>
      </w:r>
      <w:r>
        <w:t>kaise koi aadmi successful hoga post death period mein. yeh baat ko jaanna chahiye, is ko sochna chahiye, is ko gehrai mein ja kar dekhiye. yeh dunya jo banane wale ne banai hai, yeh sirf phoolon ki dunya nahin hai, phoolon ke sath yeh kaante ki dunya bhi hai.</w:t>
      </w:r>
    </w:p>
    <w:p>
      <w:pPr>
        <w:jc w:val="right"/>
      </w:pPr>
      <w:r>
        <w:t>کیسے کوئی آدمی سکسیس فل ہوگا پوسٹ ڈیتھ پیریڈ میں۔ یہ بات کو جاننا چاہیے، اس کو سوچنا چاہیے، اس کو گہرائی میں جا کر دیکھیے۔ یہ دنیا جو بنانے والے نے بنائی ہے، یہ صرف پھولوں کی دنیا نہیں ہے، پھولوں کے ساتھ یہ کانٹے کی دنیا بھی ہے۔</w:t>
      </w:r>
    </w:p>
    <w:p>
      <w:r>
        <w:rPr>
          <w:b/>
        </w:rPr>
        <w:t xml:space="preserve">[40:04] </w:t>
      </w:r>
      <w:r>
        <w:t>you know, every rose plant has two different items, flower and thorn. this is so such the case of our world. yahan par phool bhi hain aur kaante bhi hain. yani likes aur dislikes dono hain, pleasant aur unpleasant dono qism ki cheezein hain.</w:t>
      </w:r>
    </w:p>
    <w:p>
      <w:pPr>
        <w:jc w:val="right"/>
      </w:pPr>
      <w:r>
        <w:t>یو نو، ایوری روز پلانٹ ہیز ٹو ڈفرنٹ ائٹمز، فلاور اینڈ تھار۔ دس از سو سوچ دا کیس اف اور ورلڈ۔ یہاں پر پھول بھی ہیں اور کانٹے بھی ہیں۔ یعنی لائکس اور ڈس لائکس دونوں ہیں، پلیزنٹ اور ان پلیزنٹ دونوں قسم کی چیزیں ہیں۔</w:t>
      </w:r>
    </w:p>
    <w:p>
      <w:r>
        <w:rPr>
          <w:b/>
        </w:rPr>
        <w:t xml:space="preserve">[40:35] </w:t>
      </w:r>
      <w:r>
        <w:t>negative item aur positive item dono yahan maujood hain. is ke beech mein aap ko daal diya gaya hai. aur freedom de di gayi hai. ab apne ilm aur apni freedom ko use kar ke, is ko istemal kar ke, ya to aap apne ko qualify karte</w:t>
      </w:r>
    </w:p>
    <w:p>
      <w:pPr>
        <w:jc w:val="right"/>
      </w:pPr>
      <w:r>
        <w:t>نیگیٹیو ائٹم اور پازیٹیو ائٹم دونوں یہاں موجود ہیں۔ اس کے بیچ میں آپ کو ڈال دیا گیا ہے۔ اور فریڈم دے دی گئی ہے۔ اب اپنے علم اور اپنی فریڈم کو یوز کر کے، اس کو استعمال کر کے، یا تو آپ اپنے کو کوالیفائی کرتے</w:t>
      </w:r>
    </w:p>
    <w:p>
      <w:r>
        <w:rPr>
          <w:b/>
        </w:rPr>
        <w:t xml:space="preserve">[41:05] </w:t>
      </w:r>
      <w:r>
        <w:t>hain ya apne ko qualify nahin karte. isi par aakhirat mein faisla hoga. to main ek baat yahan arz karna chahunga ke Quran mein jo concept diya gaya hai paradise ka, woh yeh nahin hai ke jo Musalman hai, woh sab jannat mein jayega. jo Musalman family mein paida ho gaya hai, woh woh sab ka sab jayega hell, woh paradise mein. aur jo non-muslim hain, woh sab hell mein jayenge. yeh</w:t>
      </w:r>
    </w:p>
    <w:p>
      <w:pPr>
        <w:jc w:val="right"/>
      </w:pPr>
      <w:r>
        <w:t>ہیں یا اپنے کو کوالیفائی نہیں کرتے۔ اسی پر اخرت میں فیصلہ ہوگا۔ تو میں ایک بات یہاں عرض کرنا چاہوں گا کہ قرآن میں جو کانسیپٹ دیا گیا ہے پیراڈائز کا، وہ یہ نہیں ہے کہ جو مسلمان ہے، وہ سب جنت میں جائے گا۔ جو مسلمان فیملی میں پیدا ہو گیا ہے، وہ وہ سب کا سب جائے گا ہیل، وہ پیراڈائز میں۔ اور جو نان مسلم ہیں، وہ سب ہیل میں جائیں گے۔ یہ</w:t>
      </w:r>
    </w:p>
    <w:p>
      <w:r>
        <w:rPr>
          <w:b/>
        </w:rPr>
        <w:t xml:space="preserve">[41:35] </w:t>
      </w:r>
      <w:r>
        <w:t>jhootha nazariya hai, jhootha concept hai. mere paas ek bar raat ko ek sahib aaye, shayad 11 baje raat ko baithe, kuch der mere paas ek Muslim to baat karte hue unhone kaha ke yeh kitni bari blessing hai ke main ek Muslim family mein paida hua aur is tarah se mujhe</w:t>
      </w:r>
    </w:p>
    <w:p>
      <w:pPr>
        <w:jc w:val="right"/>
      </w:pPr>
      <w:r>
        <w:t>جھوٹا نظریہ ہے، جھوٹا کانسیپٹ ہے۔ میرے پاس ایک بار رات کو ایک صاحب آئے، شاید 11 بجے رات کو بیٹھے، کچھ دیر میرے پاس ایک مسلم تو بات کرتے ہوئے انہوں نے کہا کہ یہ کتنی بڑی بلیسنگ ہے کہ میں ایک مسلم فیملی میں پیدا ہوا اور اس طرح سے مجھے</w:t>
      </w:r>
    </w:p>
    <w:p>
      <w:r>
        <w:rPr>
          <w:b/>
        </w:rPr>
        <w:t xml:space="preserve">[42:06] </w:t>
      </w:r>
      <w:r>
        <w:t>maut ke baad yeh reward hai mere liye ke paradise mujhe milegi. yeh jhootha concept hai. koi bhi aadmi yaad rakhiye, sirf is liye paradise mein nahin jayega ke woh Muslim family mein paida ho gaya hai. yahan tak ke yeh bhi yaad rakhiye ke Islam jo hai, is ka ek spirit hai, is ka ek form hai.</w:t>
      </w:r>
    </w:p>
    <w:p>
      <w:pPr>
        <w:jc w:val="right"/>
      </w:pPr>
      <w:r>
        <w:t>موت کے بعد یہ ریوارڈ ہے میرے لیے کہ پیراڈائز مجھے ملے گی۔ یہ جھوٹا کانسیپٹ ہے۔ کوئی بھی آدمی یاد رکھیے، صرف اس لیے پیراڈائز میں نہیں جائے گا کہ وہ مسلم فیملی میں پیدا ہو گیا ہے۔ یہاں تک کہ یہ بھی یاد رکھیے کہ اسلام جو ہے، اس کا ایک سپرٹ ہے، اس کا ایک فارم ہے۔</w:t>
      </w:r>
    </w:p>
    <w:p>
      <w:r>
        <w:rPr>
          <w:b/>
        </w:rPr>
        <w:t xml:space="preserve">[42:36] </w:t>
      </w:r>
      <w:r>
        <w:t>sirf form wale Islam par agar woh practice kare, tab bhi us ke liye paradise nahin hai. is spirit wale Islam ko karna padega, use tab us ke liye paradise hai. jaise bohat se Musalman jaate hain haj karne ke liye, woh samajhte hain ke wahan animal ko sacrifice karte hain, to samajhte hain ke bas hamari paradise pakki ho gayi. animal ko sacrifice kar ke physically pi</w:t>
      </w:r>
    </w:p>
    <w:p>
      <w:pPr>
        <w:jc w:val="right"/>
      </w:pPr>
      <w:r>
        <w:t>صرف فارم والے اسلام پر اگر وہ پریکٹس کرے، تب بھی اس کے لیے پیراڈائز نہیں ہے۔ اس سپرٹ والے اسلام کو کرنا پڑے گا، اسے تب اس کے لیے پیراڈائز ہے۔ جیسے بہت سے مسلمان جاتے ہیں حج کرنے کے لیے، وہ سمجھتے ہیں کہ وہاں اینیمل کو سیکریفائس کرتے ہیں، تو سمجھتے ہیں کہ بس ہماری پیراڈائز پکی ہو گئی۔ اینیمل کو سیکریفائس کر کے فزیکلی پی</w:t>
      </w:r>
    </w:p>
    <w:p>
      <w:r>
        <w:rPr>
          <w:b/>
        </w:rPr>
        <w:t xml:space="preserve">[43:06] </w:t>
      </w:r>
      <w:r>
        <w:t>radise pakki nahin hoti. kyun? Quran mein saaf saaf likha hua hai ke Allah ko flesh aur blood nahin pahunchta. yani animal ka flesh aur blood nahin pahunchta, Allah ko tumhara apni, tumhari apni spirit</w:t>
      </w:r>
    </w:p>
    <w:p>
      <w:pPr>
        <w:jc w:val="right"/>
      </w:pPr>
      <w:r>
        <w:t>راڈائز پکی نہیں ہوتی۔ کیوں؟ قرآن میں صاف صاف لکھا ہوا ہے کہ اللہ تقویٰ یعنی گاڈ کو فلیش اور بلڈ نہیں پہنچتا۔ یعنی اینیمل کا فلیش اور بلڈ نہیں پہنچتا، گاڈ کو تمہارا اپنی، تمہاری اپنی اسپی</w:t>
      </w:r>
    </w:p>
    <w:p>
      <w:r>
        <w:rPr>
          <w:b/>
        </w:rPr>
        <w:t xml:space="preserve">[43:36] </w:t>
      </w:r>
      <w:r>
        <w:t>pahunchti hai. kitna clear hai yahan par ke koi bhi form, koi bhi rituals kar ke aisa nahin hoga ke aap qualify karein paradise ke liye. koi form, koi set of rituals, koi etiquette aadmi ko paradise mein le jaane wala nahin hai. jo cheez paradise mein le jayegi, woh</w:t>
      </w:r>
    </w:p>
    <w:p>
      <w:pPr>
        <w:jc w:val="right"/>
      </w:pPr>
      <w:r>
        <w:t>ڈ پہنچتی ہے۔ کتنا کلیئر ہے یہاں پر کہ کوئی بھی فارم، کوئی بھی ریچولز کر کے ایسا نہیں ہوگا کہ آپ کوالیفائی کریں پیراڈائز کے لیے۔ کوئی فارم، کوئی سیٹ اف ریچولز، کوئی ایٹیکیٹ آدمی کو پیراڈائز میں لے جانے والا نہیں ہے۔ جو چیز پیراڈائز میں لے جائے گی، وہ</w:t>
      </w:r>
    </w:p>
    <w:p>
      <w:r>
        <w:rPr>
          <w:b/>
        </w:rPr>
        <w:t xml:space="preserve">[44:06] </w:t>
      </w:r>
      <w:r>
        <w:t>kya hai? woh spirit. woh spirit. dekhiye, Quran mein bohat hi clear hai yeh baat. Quran mein kaha gaya hai ke zalika jaza man tazakka. yani paradise ka reward us ko milega, us individual ko jis ne apna tazkiya kiya.</w:t>
      </w:r>
    </w:p>
    <w:p>
      <w:pPr>
        <w:jc w:val="right"/>
      </w:pPr>
      <w:r>
        <w:t>کیا ہے؟ وہ اسپرٹ۔ وہ اسپرٹ۔ دیکھیے، قرآن میں بہت ہی کلیئر ہے یہ بات۔ قرآن میں کہا گیا ہے کہ ذالک جزا من تزک۔ یعنی پیراڈائز کا ریوارڈ اس کو ملے گا، اس انڈیویجول کو جس نے اپنا تزکیہ کیا۔</w:t>
      </w:r>
    </w:p>
    <w:p>
      <w:r>
        <w:rPr>
          <w:b/>
        </w:rPr>
        <w:t xml:space="preserve">[44:36] </w:t>
      </w:r>
      <w:r>
        <w:t>tazkiya Arabic word hai, is ka matlab hota hai purification. purification paradise us ko milegi jis ne apna purification kiya. so only purified soul will be rewarded paradise. yani is dunya mein</w:t>
      </w:r>
    </w:p>
    <w:p>
      <w:pPr>
        <w:jc w:val="right"/>
      </w:pPr>
      <w:r>
        <w:t>تزکیہ عربک ورڈ ہے، اس کا مطلب ہوتا ہے پیوریفیکیشن۔ پیوریفیکیشن پیراڈائز اس کو ملے گی جس نے اپنا پیوریفیکیشن کیا۔ سو اونلی پیوریفائیڈ سول ول بی ریوارڈڈ پیراڈائز۔ یعنی اس دنیا میں</w:t>
      </w:r>
    </w:p>
    <w:p>
      <w:r>
        <w:rPr>
          <w:b/>
        </w:rPr>
        <w:t xml:space="preserve">[45:08] </w:t>
      </w:r>
      <w:r>
        <w:t>jis ne apne aap ko ek purified personality banaya, us ke liye paradise hai. to kya keh personality ko develop karna, personality ko purify karna, yeh hai woh cheez jis se koi deserve kare, koi aadmi paradise ka. kisi form ko kar ke, kisi set of rituals ko kar ke,</w:t>
      </w:r>
    </w:p>
    <w:p>
      <w:pPr>
        <w:jc w:val="right"/>
      </w:pPr>
      <w:r>
        <w:t>جس نے اپنے آپ کو ایک پیوریفائیڈ پرسنیلٹی بنایا، اس کے لیے پیراڈائز ہے۔ تو کیا کہ پرسنیلٹی کو ڈیولپ کرنا، پرسنیلٹی کو پیوریفائی کرنا، یہ ہے وہ چیز جس سے کوئی ڈیزرو کرے، کوئی آدمی پیراڈائز کا۔ کسی فارم کو کر کے، کسی سیٹ اف ریچولز کو کر کے،</w:t>
      </w:r>
    </w:p>
    <w:p>
      <w:r>
        <w:rPr>
          <w:b/>
        </w:rPr>
        <w:t xml:space="preserve">[45:38] </w:t>
      </w:r>
      <w:r>
        <w:t>kuch bhi, koi zahiri cheezein jo hoti hain, un ko kar ke kabhi kisi ko paradise milne wali nahi hai. ab dekhein ke personality development kya cheez hai? personality development ke liye aaj kal physical sense bola jata hai. main woh nahi bol raha hoon, woh hai body development. aaj kal bola jata hai person</w:t>
      </w:r>
    </w:p>
    <w:p>
      <w:pPr>
        <w:jc w:val="right"/>
      </w:pPr>
      <w:r>
        <w:t>کچھ بھی، کوئی ظاہری چیزیں جو ہوتی ہیں، ان کو کر کے کبھی کسی کو پیراڈائز ملنے والی نہیں ہے۔ اب دیکھیں کہ پرسنیلٹی ڈیویلپمنٹ کیا چیز ہے؟ پرسنیلٹی ڈیویلپمنٹ کے لیے آج کل فزیکل سینس بولا جاتا ہے۔ میں وہ نہیں بول رہا ہوں، وہ ہے باڈی ڈیویلپمنٹ۔ آج کل بولا جاتا ہے پرسن</w:t>
      </w:r>
    </w:p>
    <w:p>
      <w:r>
        <w:rPr>
          <w:b/>
        </w:rPr>
        <w:t xml:space="preserve">[46:08] </w:t>
      </w:r>
      <w:r>
        <w:t>ality development ka word, zyada tar body development ke maane mein, woh ek alag cheez hai. main bol raha hoon spiritual development ke sense mein. jo spiritual personality aap ki hai, us ko develop karna, us sense mein bol raha hoon main yeh word. to Quran mein hai ke laqad khalaqna al-insana fi ahsani taqwim thumma radadnahu asfala safilin.</w:t>
      </w:r>
    </w:p>
    <w:p>
      <w:pPr>
        <w:jc w:val="right"/>
      </w:pPr>
      <w:r>
        <w:t>یلٹی ڈیویلپمنٹ کا ورڈ، زیادہ تر باڈی ڈیویلپمنٹ کے معنی میں، وہ ایک الگ چیز ہے۔ میں بول رہا ہوں اسپیریچول ڈیویلپمنٹ کے سینس میں۔ جو اسپیریچول پرسنیلٹی آپ کی ہے، اس کو ڈیولپ کرنا، اس سینس میں بول رہا ہوں میں یہ ورڈ۔ تو قرآن میں ہے کہ لقد خلقنا الانسان فی احسن تقویم ثم رضنا اسفل السافرین۔</w:t>
      </w:r>
    </w:p>
    <w:p>
      <w:r>
        <w:rPr>
          <w:b/>
        </w:rPr>
        <w:t xml:space="preserve">[46:41] </w:t>
      </w:r>
      <w:r>
        <w:t>we created man in the best mould, then we cast him down in the lowest of the low. yaani insaan ko hum ne banaya bohat achi banawat ke sath, best banawat. yaani woh animal se acha hai, woh mountain se acha hai, woh ocean se acha hai, woh star of planet se acha hai. jo</w:t>
      </w:r>
    </w:p>
    <w:p>
      <w:pPr>
        <w:jc w:val="right"/>
      </w:pPr>
      <w:r>
        <w:t>وی کریٹڈ مین ان دا بیسٹ مولڈ، دین وی کاسٹ ہم ڈاؤن ان دا لوئسٹ اف دا لو۔ یعنی انسان کو ہم نے بنایا بہت اچھی بناوٹ کے ساتھ، بیسٹ بناوٹ۔ یعنی وہ اینیمل سے اچھا ہے، وہ ماؤنٹین سے اچھا ہے، وہ اوشن سے اچھا ہے، وہ اسٹار اف پلینٹ سے اچھا ہے۔ جو</w:t>
      </w:r>
    </w:p>
    <w:p>
      <w:r>
        <w:rPr>
          <w:b/>
        </w:rPr>
        <w:t xml:space="preserve">[47:11] </w:t>
      </w:r>
      <w:r>
        <w:t>qualities hain insaan ke andar, woh sab se unchi qualities hain. lekin phir daal diya is ko nichle, ek dum nichle gadhe mein. is ka matlab kya hai? is ka matlab hai potential aur actual ko bataya gaya hai. potential aur actual yaani potentiali</w:t>
      </w:r>
    </w:p>
    <w:p>
      <w:pPr>
        <w:jc w:val="right"/>
      </w:pPr>
      <w:r>
        <w:t>کوالٹیز ہیں انسان کے اندر، وہ سب سے اونچی کوالٹیز ہیں۔ لیکن پھر ڈال دیا اس کو نچلے، ایک دم نچلے گڑھے میں۔ اس کا مطلب کیا ہے؟ اس کا مطلب ہے پوٹینشل اور ایکچول کو بتایا گیا ہے۔ پوٹینشل اور ایکچول یعنی پوٹینشیلی</w:t>
      </w:r>
    </w:p>
    <w:p>
      <w:r>
        <w:rPr>
          <w:b/>
        </w:rPr>
        <w:t xml:space="preserve">[47:42] </w:t>
      </w:r>
      <w:r>
        <w:t>every human being is finest being. jo aap ke andar potential hai, jo aap ke andar nature hai, us ke aitbaar se aap bohat hi unchi cheez hai. lekin lowest of the low, yaani yeh duniya jahan rakha gaya, jahan settle kiya gaya hai, wahan kya hai? wahan enmity hai, wahan lust hai, wahan revenge hai, wahan anger hai, wahan</w:t>
      </w:r>
    </w:p>
    <w:p>
      <w:pPr>
        <w:jc w:val="right"/>
      </w:pPr>
      <w:r>
        <w:t>ایوری ہیومن بینگ از فائنسٹ بینگ۔ جو آپ کے اندر پوٹینشل ہے، جو آپ کے اندر نیچر ہے، اس کے اعتبار سے آپ بہت ہی اونچی چیز ہے۔ لیکن لوئسٹ اف دا لو، یعنی یہ دنیا جہاں رکھا گیا، جہاں سیٹل کیا گیا ہے، وہاں کیا ہے؟ وہاں اینمیٹی ہے، وہاں لسٹ ہے، وہاں ریونج ہے، وہاں اینگر ہے، وہاں</w:t>
      </w:r>
    </w:p>
    <w:p>
      <w:r>
        <w:rPr>
          <w:b/>
        </w:rPr>
        <w:t xml:space="preserve">[48:12] </w:t>
      </w:r>
      <w:r>
        <w:t>negativity hai, wahan thorn hai. yahan daal diya gaya hai. yeh Quran ki Surah 32 mein bataya gaya hai, yeh aur bhi kai jagah bataya gaya hai ke insaan ko paida kiya hum ne bohat hi acha, yaani potentiali very very good human being. lekin is ko settle kahan kiya gaya hai? settle kiya gaya hai aisi jagah jahan har taraf keechad hi keechad hai,</w:t>
      </w:r>
    </w:p>
    <w:p>
      <w:pPr>
        <w:jc w:val="right"/>
      </w:pPr>
      <w:r>
        <w:t>نیگیٹیوٹی ہے، وہاں تھارن ہے۔ یہاں ڈال دیا گیا ہے۔ یہ قرآن کی سورہ 32 میں بتایا گیا ہے، یہ اور بھی کئی جگہ بتایا گیا ہے کہ انسان کو پیدا کیا ہم نے بہت ہی اچھا، یعنی پوٹینشلی ویری ویری گڈ ہیومن بینگ۔ لیکن اس کو سیٹل کہاں کیا گیا ہے؟ سیٹل کیا گیا ہے ایسی جگہ جہاں ہر طرف کیچڑ ہی کیچڑ ہے،</w:t>
      </w:r>
    </w:p>
    <w:p>
      <w:r>
        <w:rPr>
          <w:b/>
        </w:rPr>
        <w:t xml:space="preserve">[48:43] </w:t>
      </w:r>
      <w:r>
        <w:t>har taraf mud hi mud hai, har taraf thorn hi thorn hai. har waqt koi provoke karne ke liye maujood hai, har waqt koi aap ko koi unpleasant situation create karne ke liye maujood hai. har aadmi, aap mein jo log baithe hain, jante hain ke har din aap ko koi aisi unpleasant situation pesh aati hai ke aap ko bura lagta hai, aap bhadak uthte hain,</w:t>
      </w:r>
    </w:p>
    <w:p>
      <w:pPr>
        <w:jc w:val="right"/>
      </w:pPr>
      <w:r>
        <w:t>ہر طرف بڈ ہی مڈ ہے، ہر طرف تھارن ہی تھارن ہے۔ ہر وقت کوئی پرووک کرنے کے لیے موجود ہے، ہر وقت کوئی آپ کو کوئی ان پلیزنٹ سچوئیشن کریٹ کرنے کے لیے موجود ہے۔ ہر آدمی، آپ میں جو لوگ بیٹھے ہیں، جانتے ہیں کہ ہر دن آپ کو کوئی ایسی ان پلیزنٹ سچوئیشن پیش آتی ہے کہ آپ کو برا لگتا ہے، آپ بھڑک اٹھتے ہیں،</w:t>
      </w:r>
    </w:p>
    <w:p>
      <w:r>
        <w:rPr>
          <w:b/>
        </w:rPr>
        <w:t xml:space="preserve">[49:13] </w:t>
      </w:r>
      <w:r>
        <w:t>aap ke andar anger aa jata hai. kuch nahi to kisi ghareeb ko dekha to aap ke andar arrogance aa gaya ke main kitna uncha hoon. kisi kisi zyada rich aadmi ko dekha to aap ke andar woh aa gaya, malice aa gayi ke dekho yeh itna uncha chala gaya, main neeche reh gaya. yaani kisi na kisi aspect se har waqt negati</w:t>
      </w:r>
    </w:p>
    <w:p>
      <w:pPr>
        <w:jc w:val="right"/>
      </w:pPr>
      <w:r>
        <w:t>آپ کے اندر اینگر آ جاتا ہے۔ کچھ نہیں تو کسی غریب کو دیکھا تو آپ کے اندر اروگنس آ گیا کہ میں کتنا اونچا ہوں۔ کسی کسی زیادہ رچ آدمی کو دیکھا تو آپ کے اندر وہ آ گیا، مالش آ گئی کہ دیکھو یہ اتنا اونچا چلا گیا، میں نیچے رہ گیا۔ یعنی کسی نہ کسی اسپیکٹ سے ہر وقت نیگیٹی</w:t>
      </w:r>
    </w:p>
    <w:p>
      <w:r>
        <w:rPr>
          <w:b/>
        </w:rPr>
        <w:t xml:space="preserve">[49:43] </w:t>
      </w:r>
      <w:r>
        <w:t>ve thought aate rehte hain aadmi ke andar. to hadith mein aata hai ke aadmi ka jo dil hai, jab bhi koi bura thought aata hai is ke andar, maslan expectation ya lust ya anger ya revenge, jitne bure thought hain, jitne negative thought hain, to is ke dil par ek ek dhabba pad jata hai,</w:t>
      </w:r>
    </w:p>
    <w:p>
      <w:pPr>
        <w:jc w:val="right"/>
      </w:pPr>
      <w:r>
        <w:t>و تھاٹ آتے رہتے ہیں آدمی کے اندر۔ تو حدیث میں آتا ہے کہ آدمی کا جو دل ہے، جب بھی کوئی برا تھاٹ آتا ہے اس کے اندر، مثلاً ایکسپائٹیشن یا لسٹ یا اینگر یا ریونج، جتنے برے تھاٹ ہیں، جتنے نیگیٹیو تھاٹ ہیں، تو اس کے دل پر ایک ایک دھبہ پڑ جاتا ہے،</w:t>
      </w:r>
    </w:p>
    <w:p>
      <w:r>
        <w:rPr>
          <w:b/>
        </w:rPr>
        <w:t xml:space="preserve">[50:14] </w:t>
      </w:r>
      <w:r>
        <w:t>kala ek kala dhabba. aur yeh padta rehta hai, padta rehta hai ke sara dil black ho jata hai. is ka matlab hai yeh color ki language nahi hai, yeh ek symbolic language bataya gaya hai. is ka matlab hai sach much dil kala ho jata hai. is ka matlab yeh hai conditioning. har waqt aap ki conditioning hoti rehti hai. yahan tak ke</w:t>
      </w:r>
    </w:p>
    <w:p>
      <w:pPr>
        <w:jc w:val="right"/>
      </w:pPr>
      <w:r>
        <w:t>کالا ایک کالا دھبہ۔ اور یہ پڑتا رہتا ہے، پڑتا رہتا ہے کہ سارا دل بلیک ہو جاتا ہے۔ اس کا مطلب ہے یہ کلر کی لینگویج نہیں ہے، یہ ایک سمبولک لینگویج بتایا گیا ہے۔ اس کا مطلب ہے سچ مچ دل کالا ہو جاتا ہے۔ اس کا مطلب یہ ہے کنڈیشننگ۔ ہر وقت آپ کی کنڈیشننگ ہوتی رہتی ہے۔ یہاں تک کہ</w:t>
      </w:r>
    </w:p>
    <w:p>
      <w:r>
        <w:rPr>
          <w:b/>
        </w:rPr>
        <w:t xml:space="preserve">[50:46] </w:t>
      </w:r>
      <w:r>
        <w:t>sara jo hai aap ka mind condition mind ban jata hai. jab main apne bare mein keh sakta hoon ke itni lambi meri umar ho gayi, aaj tak kisi ek insaan ko nahi paya main ne jo negative thinking se khali ho. har aadmi negative negative thought mein jeeta hai. bada sa bada afsar bhi aur bade se bada richest aadmi bhi</w:t>
      </w:r>
    </w:p>
    <w:p>
      <w:pPr>
        <w:jc w:val="right"/>
      </w:pPr>
      <w:r>
        <w:t>سارا جو ہے آپ کا مائنڈ کنڈیشن مائنڈ بن جاتا ہے۔ جب میں اپنے بارے میں کہہ سکتا ہوں کہ اتنی لمبی میری عمر ہو گئی، آج تک کسی ایک انسان کو نہیں پایا میں نے جو نیگیٹیو تھنکنگ سے خالی ہو۔ ہر آدمی نیگیٹیو نیگیٹیو تھاٹ میں جیتا ہے۔ بڑا سا بڑا افسر بھی اور بڑے سے بڑا رچسٹ آدمی بھی</w:t>
      </w:r>
    </w:p>
    <w:p>
      <w:r>
        <w:rPr>
          <w:b/>
        </w:rPr>
        <w:t xml:space="preserve">[51:16] </w:t>
      </w:r>
      <w:r>
        <w:t>negative thought mein jee raha hai. poora aadmi bhi negative thought mein jee raha hai. kyun? kahin na kahin koi aadmi is ko provoke karta hai. kahin na kahin is ko pareshani aa jati hai. aap dekhein ke India ka sab se bada richest aadmi tha Dhirubhai Ambani. un ke do beton ko aap lijiye, dono mein ek doosre ke liye negative thought aa gaye. to koi bhi position aadmi ko is se nahi bachati ke is ke</w:t>
      </w:r>
    </w:p>
    <w:p>
      <w:pPr>
        <w:jc w:val="right"/>
      </w:pPr>
      <w:r>
        <w:t>نیگیٹیو تھاٹ میں جی رہا ہے۔ پورا آدمی بھی نیگیٹیو تھاٹ میں جی رہا ہے۔ کیوں؟ کہیں نہ کہیں کوئی آدمی اس کو پرووک کرتا ہے۔ کہیں نہ کہیں اس کو پریشانی آ جاتی ہے۔ آپ دیکھیں کہ انڈیا کا سب سے بڑا رچسٹ آدمی تھا دھرو بھائی امبانی۔ ان کے دو بیٹوں کو آپ لیجئے، دونوں میں ایک دوسرے کے لیے نیگیٹیو تھاٹ آ گئے۔ تو کوئی بھی پوزیشن آدمی کو اس سے نہیں بچاتی کہ اس کے</w:t>
      </w:r>
    </w:p>
    <w:p>
      <w:r>
        <w:rPr>
          <w:b/>
        </w:rPr>
        <w:t xml:space="preserve">[51:46] </w:t>
      </w:r>
      <w:r>
        <w:t>andar negative thought na aa jaye. kyun? yeh duniya hai hi aisi jagah jo Quran mein kaha gaya, asfala safilin, lowest of the low. har taraf thorn hai, har taraf bushes hain, har taraf koi na koi provocation hai. is se yaani koi aisi spot nahi duniya mein hai jahan aap is se bache</w:t>
      </w:r>
    </w:p>
    <w:p>
      <w:pPr>
        <w:jc w:val="right"/>
      </w:pPr>
      <w:r>
        <w:t>اندر نیگیٹیو تھاٹ نہ آ جائے۔ کیوں؟ یہ دنیا ہے ہی ایسی جگہ جو قرآن میں کہا گیا، اسفل السافرین، لوئسٹ اف دا لو۔ ہر طرف تھارن ہے، ہر طرف بشز ہیں، ہر طرف کوئی نہ کوئی پروووکیشن ہے۔ اس سے یعنی کوئی ایسی اسپاٹ نہیں دنیا میں ہے جہاں آپ اس سے بچے</w:t>
      </w:r>
    </w:p>
    <w:p>
      <w:r>
        <w:rPr>
          <w:b/>
        </w:rPr>
        <w:t xml:space="preserve">[52:16] </w:t>
      </w:r>
      <w:r>
        <w:t>hue hon. koi aisa spot nahi. kal main jab 9 tareekh ko jab main ja raha tha Delhi se Hyderabad, airport pe kya hua? airport pe hua ke wahan bheed lagi hui thi. yaani airport kya tha? woh yaani bus station bana hua tha.</w:t>
      </w:r>
    </w:p>
    <w:p>
      <w:pPr>
        <w:jc w:val="right"/>
      </w:pPr>
      <w:r>
        <w:t>ہوئے ہوں۔ کوئی ایسا اسپاٹ نہیں۔ کل میں جب نو تاریخ کو جب میں جا رہا تھا دلی سے حیدرآباد، ایئرپورٹ پہ کیا ہوا؟ ایئرپورٹ پہ ہوا کہ وہاں بھیڑ لگی ہوئی تھی۔ یعنی ایئرپورٹ کیا تھا؟ وہ یعنی بس اسٹیشن بنا ہوا تھا۔</w:t>
      </w:r>
    </w:p>
    <w:p>
      <w:r>
        <w:rPr>
          <w:b/>
        </w:rPr>
        <w:t xml:space="preserve">[52:47] </w:t>
      </w:r>
      <w:r>
        <w:t>ab jo bhi reason hai is ki ho, jo bhi reason ho, lekin airport par khare hone ki jagah nahi thi. aur aksar flight late theen, balkay sab flight late theen. to yeh line mein lage hue the log, passenger. ek aadmi airport ke aadmi ko ghussa ho gaya, kaha kya hai tumhara airport? yeh to bus se badtar hai. bus bus station. ab dekhein, is ke paas</w:t>
      </w:r>
    </w:p>
    <w:p>
      <w:pPr>
        <w:jc w:val="right"/>
      </w:pPr>
      <w:r>
        <w:t>اب جو بھی ریزن ہے اس کی ہو، جو بھی ریزن ہو، لیکن ایئرپورٹ پر کھڑے ہونے کی جگہ نہیں تھی۔ اور اکثر فلائٹ لیٹ تھیں، بلکہ سب فلائٹ لیٹ تھیں۔ تو یہ لائن میں لگے ہوئے تھے لوگ، پیسنجر۔ ایک آدمی ایئرپورٹ کے آدمی کو غصہ ہو گیا، کہا کیا ہے تمہارا ایئرپورٹ؟ یہ تو بس اس سے بدتر ہے۔ بس بس اسٹیشن۔ اب دیکھیں، اس کے پاس</w:t>
      </w:r>
    </w:p>
    <w:p>
      <w:r>
        <w:rPr>
          <w:b/>
        </w:rPr>
        <w:t xml:space="preserve">[53:18] </w:t>
      </w:r>
      <w:r>
        <w:t>paisa hoga tabhi to is ne ticket liya hua hai jahaz ka. woh ja raha hoga jahan is ka, wahan bhi is ka koi base hoga, tab to wahan ja raha hai woh. to is ke paas paisa hai, hawa jahaz ke safar ke liye ticket hai, koi business hai, koi job hai, aur phir bhi is ko dekhiye, ek baat aisi pesh aayi ke is ko negative thought aa gaya is ke andar. ise jhagadne laga is aadmi se. to negative</w:t>
      </w:r>
    </w:p>
    <w:p>
      <w:pPr>
        <w:jc w:val="right"/>
      </w:pPr>
      <w:r>
        <w:t>پیسہ ہوگا تبھی تو اس نے ٹکٹ لیا ہوا ہے جہاز کا۔ وہ جا رہا ہوگا جہاں اس کا، وہاں بھی اس کا کوئی بیس ہوگا، تب تو وہاں جا رہا ہے وہ۔ تو اس کے پاس پیسہ ہے، ہوا جہاز کے سفر کے لیے ٹکٹ ہے، کوئی بزنس ہے، کوئی جاب ہے، اور پھر بھی اس کو دیکھیے، ایک بات ایسی پیش آئی کہ اس کو نیگیٹیو تھاٹ آ گیا اس کے اندر۔ اسے جھگڑنے لگا اس آدمی سے۔ تو نیگیٹیو</w:t>
      </w:r>
    </w:p>
    <w:p>
      <w:r>
        <w:rPr>
          <w:b/>
        </w:rPr>
        <w:t xml:space="preserve">[53:49] </w:t>
      </w:r>
      <w:r>
        <w:t>thought ki koi bhi had nahi hai. chahe ek aam aadmi ho, George Bush. George Bush ko negative thought aa gaya Iraq ke khilaf, unhon ne bombari shuru kar di. is ki sab ko aise hi koi main misaal dene ka matlab nahi ke ek aadmi, koi saare hi insaan jo hain, kahin na kahin un ko aise experience hote hain, sad experience jo un ke andar negative thought paida karte hain.</w:t>
      </w:r>
    </w:p>
    <w:p>
      <w:pPr>
        <w:jc w:val="right"/>
      </w:pPr>
      <w:r>
        <w:t>تھاٹ کی کوئی بھی حد نہیں ہے۔ چاہے ایک عام آدمی ہو، جاج بش ہو۔ جاج بش کو نیگیٹیو تھاٹ آ گیا عراق کے خلاف، انہوں نے بمباری شروع کر دی۔ اس کی سب کو ایسے ہی کوئی میں مثال دینے کا مطلب نہیں کہ ایک آدمی، کوئی سارے ہی انسان جو ہیں، کہیں نہ کہیں ان کو ایسے ایکسپیرینس ہوتے ہیں، سیڈ ایکسپیرینس جو ان کے اندر نیگیٹیو تھاٹ پیدا کرتے ہیں۔</w:t>
      </w:r>
    </w:p>
    <w:p>
      <w:r>
        <w:rPr>
          <w:b/>
        </w:rPr>
        <w:t xml:space="preserve">[54:19] </w:t>
      </w:r>
      <w:r>
        <w:t>isi se condition ho rahe hain. kisi ko bhi aap kam az kam main ne to yahi paya hai, aap bhi talash kar lijiye. koi bhi aadmi mujhe nahi mila hai jo negativity se pak ho. har aadmi negative thought mein jee raha hai. is ke khilaf, is ke khilaf, is ke khilaf, is ke khilaf. abhi main subah kisi se baat kar raha tha, kisi lady se,</w:t>
      </w:r>
    </w:p>
    <w:p>
      <w:pPr>
        <w:jc w:val="right"/>
      </w:pPr>
      <w:r>
        <w:t>اسی سے کنڈیشن ہو رہے ہیں۔ کسی کو بھی آپ کم از کم میں نے تو یہی پایا ہے، آپ بھی تلاش کر لیجئے۔ کوئی بھی آدمی مجھے نہیں ملا ہے جو نیگیٹیوٹی سے پاک ہو۔ ہر آدمی نیگیٹیو تھاٹ میں جی رہا ہے۔ اس کے خلاف، اس کے خلاف، اس کے خلاف، اس کے خلاف۔ ابھی میں صبح کسی سے بات کر رہا تھا، کسی لیڈی سے،</w:t>
      </w:r>
    </w:p>
    <w:p>
      <w:r>
        <w:rPr>
          <w:b/>
        </w:rPr>
        <w:t xml:space="preserve">[54:50] </w:t>
      </w:r>
      <w:r>
        <w:t>to us ne kaha ke auratein jahan ikattha hoti hain, to sab negative baatein karti hain. main yeh keh raha tha, ek principle bata raha tha ke negative negative question bhi Islam mein haram hai. ek yeh hai ke aap kisi ko bura samjhein, kaha ke yeh exploiter hai, yeh jhoota hai. yahi bura nahi hai, yeh haram nahi hai. negative questioning bhi haram hai. negative questioning</w:t>
      </w:r>
    </w:p>
    <w:p>
      <w:pPr>
        <w:jc w:val="right"/>
      </w:pPr>
      <w:r>
        <w:t>تو اس نے کہا کہ عورتیں جہاں اکٹھا ہوتی ہیں، تو سب نیگیٹیو باتیں کرتی ہیں۔ میں یہ کہہ رہا تھا، ایک پرنسپل بتا رہا تھا کہ نیگیٹیو نیگیٹیو کویسچن بھی اسلام میں حرام ہے۔ ایک یہ ہے کہ آپ کسی کو برا سمجھیں، کہا کہ یہ ایکسپلائٹر ہے، یہ جھوٹا ہے۔ یہی برا نہیں ہے، یہ حرام نہیں ہے۔ نیگیٹیو کویسچننگ بھی حرام ہے۔ نیگیٹیو کویسچننگ</w:t>
      </w:r>
    </w:p>
    <w:p>
      <w:r>
        <w:rPr>
          <w:b/>
        </w:rPr>
        <w:t xml:space="preserve">[55:21] </w:t>
      </w:r>
      <w:r>
        <w:t>yaani aap kahin gaye, kisi ashram mein, kisi ghar mein, kisi organization mein, ab aap wahan poochte hain kisi se, maslan ek office mein ek worker se poochte hain, are bhai, tumhara boss jo hai, woh kya karta hai? woh daant pat to nahi karta tumhari? yeh negative questioning, yeh kyun poochte hain aap? yaani kyun aap yeh sawal kar rahe hain? negative question, yeh kyun nahi poochte ke tumhara boss jo hai, bara acha lagta hai</w:t>
      </w:r>
    </w:p>
    <w:p>
      <w:pPr>
        <w:jc w:val="right"/>
      </w:pPr>
      <w:r>
        <w:t>یعنی آپ کہیں گئے، کسی آشرم میں، کسی گھر میں، کسی ارگنائزیشن میں، اب آپ وہاں پوچھتے ہیں کسی سے، مثلاً ایک افس میں ایک ورکر سے پوچھتے ہیں، ارے بھائی، تمہارا باس جو ہے، وہ کیا کرتا ہے؟ وہ ڈانٹ پٹ تو نہیں کرتا تمہاری؟ یہ نیگیٹیو کویسچننگ، یہ کیوں پوچھتے ہیں آپ؟ یعنی کیوں آپ یہ سوال کر رہے ہیں؟ نیگیٹیو کویسچن، یہ کیوں نہیں پوچھتے کہ تمہارا باس جو ہے، بڑا اچھا لگتا ہے</w:t>
      </w:r>
    </w:p>
    <w:p>
      <w:r>
        <w:rPr>
          <w:b/>
        </w:rPr>
        <w:t xml:space="preserve">[55:51] </w:t>
      </w:r>
      <w:r>
        <w:t>mujh ko? dekho, office kitna saaf suthra hai, kitna discipline yahan hai, yeh kyun nahi kehte aap? kahin bhi dekhiye, hamare media dekh lijiye, chahe paper ho, chahe TV ho, sab negative news aap dekhenge, is mein koi good news nahi. media mein negative news, ghar mein negative baatein, har jagah, office mein log kaam karte hain, jin se milta hoon main, har aadmi shikayat karta hai, mera</w:t>
      </w:r>
    </w:p>
    <w:p>
      <w:pPr>
        <w:jc w:val="right"/>
      </w:pPr>
      <w:r>
        <w:t>مجھ کو؟ دیکھو، افس کتنا صاف ستھرا ہے، کتنا ڈسپلن یہاں ہے، یہ کیوں نہیں کہتے آپ؟ کہیں بھی دیکھیے، ہمارے میڈیا دیکھ لیجئے، چاہے پیپر ہو، چاہے ٹی وی ہو، سب نیگیٹیو نیوز آپ دیکھیں گے، اس میں کوئی گڈ نیوز نہیں۔ میڈیا میں نیگیٹیو نیوز، گھر میں نیگیٹیو باتیں، ہر جگہ، افس میں لوگ کام کرتے ہیں، جن سے ملتا ہوں میں، ہر آدمی شکایت کرتا ہے، میرا</w:t>
      </w:r>
    </w:p>
    <w:p>
      <w:r>
        <w:rPr>
          <w:b/>
        </w:rPr>
        <w:t xml:space="preserve">[56:21] </w:t>
      </w:r>
      <w:r>
        <w:t>promotion nahi hua, aur yeh nahi hua, woh nahi hua. yaani koi good news nahi deta mujhe. to yeh kya mamla hai? yeh hai mamla test ka mamla. yeh sab kyun hai? yeh test ke liye hai. yeh jaise ek student examination hall mein jaye aur kahe ke bhai, yahan to baith</w:t>
      </w:r>
    </w:p>
    <w:p>
      <w:pPr>
        <w:jc w:val="right"/>
      </w:pPr>
      <w:r>
        <w:t>پروموشن نہیں ہوا، اور یہ نہیں ہوا، وہ نہیں ہوا۔ یعنی کوئی گڈ نیوز نہیں دیتا مجھے۔ تو یہ کیا معاملہ ہے؟ یہ ہے معاملہ ٹیسٹ کا معاملہ۔ یہ سب کیوں ہے؟ یہ ٹیسٹ کے لیے ہے۔ یہ جیسے ایک اسٹوڈنٹ ایگزامینیشن ہال میں جائے اور کہے کہ بھئی، یہاں تو بیٹھ</w:t>
      </w:r>
    </w:p>
    <w:p>
      <w:r>
        <w:rPr>
          <w:b/>
        </w:rPr>
        <w:t xml:space="preserve">[56:51] </w:t>
      </w:r>
      <w:r>
        <w:t>hi nahi hai, main kahoon soonga kaise yahan par? to abstract baat hogi. woh examination hall is liye nahi ke tum wahan ja ke so, wahan tumhein kursi par baith kar ke paper karna hai. to ek Khuda ne insaan ko paida kar ke ek aisi duniya mein rakha jahan har waqt is ko koi negative experience pesh aaye, har waqt koi negative exp</w:t>
      </w:r>
    </w:p>
    <w:p>
      <w:pPr>
        <w:jc w:val="right"/>
      </w:pPr>
      <w:r>
        <w:t>ہی نہیں ہے، میں کہے سوؤں گا کیسے یہاں پر؟ تو ایبسٹریکٹ بات ہوگی۔ وہ ایگزامینیشن ہال اس لیے نہیں کہ تم وہاں جا کے سوؤ، وہاں تمہیں کرسی پر بیٹھ کر کے پیپر کرنا ہے۔ تو ایک خدا نے انسان کو پیدا کر کے ایک ایسی دنیا میں رکھا جہاں ہر وقت اس کو کوئی نیگیٹیو ایکسپیرینس پیش آئے، ہر وقت کوئی نیگیٹیو ایکسپ</w:t>
      </w:r>
    </w:p>
    <w:p>
      <w:r>
        <w:rPr>
          <w:b/>
        </w:rPr>
        <w:t xml:space="preserve">[57:21] </w:t>
      </w:r>
      <w:r>
        <w:t>erience. aur phir kya karna hai? is ko is negative ko positive mein badalna hai. you have to convert your negativity into positivity. yeh conversion jo hai, usi par aap ka sara mamla chupa hua hai. conversion har waqt aap ko conversion karna hai.</w:t>
      </w:r>
    </w:p>
    <w:p>
      <w:pPr>
        <w:jc w:val="right"/>
      </w:pPr>
      <w:r>
        <w:t>یرینس۔ اور پھر کیا کرنا ہے؟ اس کو اس نیگیٹیو کو پازیٹیو میں بدلنا ہے۔ یو ہیو ٹو کنورٹ یور نیگیٹیوٹی انٹو پازیٹیوٹی۔ یہ کنورژن جو ہے، اسی پر آپ کا سارا معاملہ چھپا ہوا ہے۔ کنورژن ہر وقت آپ کو کنورژن کرنا ہے۔</w:t>
      </w:r>
    </w:p>
    <w:p>
      <w:r>
        <w:rPr>
          <w:b/>
        </w:rPr>
        <w:t xml:space="preserve">[57:51] </w:t>
      </w:r>
      <w:r>
        <w:t>negative thought aaye to us ko diffuse karna hai. negative thought aaye to ek aur soch, positive soch la kar ke apne aap ko positive banaye rakhna hai. kyunke negative thought to aayenge, negative experience to honge. aap agar yeh protest karein ke negative item duniya mein na reh</w:t>
      </w:r>
    </w:p>
    <w:p>
      <w:pPr>
        <w:jc w:val="right"/>
      </w:pPr>
      <w:r>
        <w:t>نیگیٹیو تھاٹ آئے تو اس کو ڈیفیوز کرنا ہے۔ نیگیٹیو تھاٹ آئے تو ایک اور سوچ، پازیٹیو سوچ لا کر کے اپنے آپ کو پازیٹیو بنائے رکھنا ہے۔ کیونکہ نیگیٹیو تھاٹ تو آئیں گے، نیگیٹیو ایکسپیرینس تو ہوں گے۔ آپ اگر یہ پروٹیسٹ کریں کہ نیگیٹیو آئٹم دنیا میں نہ رہ</w:t>
      </w:r>
    </w:p>
    <w:p>
      <w:r>
        <w:rPr>
          <w:b/>
        </w:rPr>
        <w:t xml:space="preserve">[58:22] </w:t>
      </w:r>
      <w:r>
        <w:t>e to yeh ho nahi sakta hai. mujh se ek sahib ne kaha ke right to protest ek universal ya accepted right hai, hum protest karenge. to maine kaha ke yeh yeh soch bilkul unislamic hai. jo baatein woh hain, is liye hain ke woh aap ko diffuse kar ke apne ko</w:t>
      </w:r>
    </w:p>
    <w:p>
      <w:pPr>
        <w:jc w:val="right"/>
      </w:pPr>
      <w:r>
        <w:t>ے تو یہ ہو نہیں سکتا ہے۔ مجھ سے ایک صاحب نے کہا کہ رائٹ ٹو پروٹیسٹ ایک یونیورسل یا ایکسیپٹڈ رائٹ ہے، ہم پروٹیسٹ کریں گے۔ تو میں نے کہا کہ یہ یہ سوچ بالکل ان اسلامک ہے۔ جو باتیں وہ ہیں، اس لیے ہیں کہ وہ آپ کو ڈیفیوز کر کے اپنے کو</w:t>
      </w:r>
    </w:p>
    <w:p>
      <w:r>
        <w:rPr>
          <w:b/>
        </w:rPr>
        <w:t xml:space="preserve">[58:52] </w:t>
      </w:r>
      <w:r>
        <w:t>positive banaye rakhna hai. is ko aap protest ka issue bana rahe hain, woh diffuse karne ka issue hai, na ke protest karne ka issue. to sirf positive personality hi paradise mein jayegi. negative personality ke liye paradise mein koi jagah nahi hai. aakhirat ke muamle ko samajhne ke liye main ek hadith pesh karta hoon</w:t>
      </w:r>
    </w:p>
    <w:p>
      <w:pPr>
        <w:jc w:val="right"/>
      </w:pPr>
      <w:r>
        <w:t>پازیٹیو بنائے رکھنا ہے۔ اس کو آپ پروٹیسٹ کا ایشو بنا رہے ہیں، وہ ڈیفیوز کرنے کا ایشو ہے، نہ کہ پروٹیسٹ کرنے کا ایشو۔ تو صرف پازیٹیو پرسنیلٹی ہی پیراڈائز میں جائے گی۔ نیگیٹیو پرسنیلٹی کے لیے پیراڈائز میں کوئی جگہ نہیں ہے۔ آخرت کے معاملے کو سمجھنے کے لیے میں ایک حدیث پیش کرتا ہوں</w:t>
      </w:r>
    </w:p>
    <w:p>
      <w:r>
        <w:rPr>
          <w:b/>
        </w:rPr>
        <w:t xml:space="preserve">[59:22] </w:t>
      </w:r>
      <w:r>
        <w:t>h. hadith hum in baaton ko kehte hain jo rasool Allah ke hawale se aati hain. Islam Quran word of God hai jo Khuda ke hawale se aata hai, aur hadith word of Rasool hai. to aisa hua ke ek baar prophet of Islam</w:t>
      </w:r>
    </w:p>
    <w:p>
      <w:pPr>
        <w:jc w:val="right"/>
      </w:pPr>
      <w:r>
        <w:t>۔ حدیث ہم ان باتوں کو کہتے ہیں جو رسول اللہ کے حوالے سے آتی ہیں۔ اسلام قرآن ورڈ اف گاڈ ہے جو خدا کے حوالے سے آتا ہے، اور حدیث ورڈ اف رسول ہے۔ تو ایسا ہوا کہ ایک بار پرافٹ اف اسلام</w:t>
      </w:r>
    </w:p>
    <w:p>
      <w:r>
        <w:rPr>
          <w:b/>
        </w:rPr>
        <w:t xml:space="preserve">[59:52] </w:t>
      </w:r>
      <w:r>
        <w:t>rasool Allah sal Allah alaih wasallam, apne kuch saahibiyon ke saath ek jagah baithe hue the to saamne se ek aadmi guzra. saamne se ek aadmi guzra, woh kahin se aaya, kahin se aa raha tha aur kahin ja raha tha. woh ruka nahi, woh rasool Allah sal Allah alaih wasallam ke paas aaya salam karne ke liye,</w:t>
      </w:r>
    </w:p>
    <w:p>
      <w:pPr>
        <w:jc w:val="right"/>
      </w:pPr>
      <w:r>
        <w:t>، رسول اللہ صلی اللہ علیہ وسلم، اپنے کچھ ساتھیوں کے ساتھ ایک جگہ بیٹھے ہوئے تھے تو سامنے سے ایک آدمی گزرا۔ سامنے سے ایک آدمی گزرا، وہ کہیں سے آیا، کہیں سے آ رہا تھا اور کہیں جا رہا تھا۔ وہ رکا نہیں، وہ رسول اللہ صلی اللہ علیہ وسلم کے پاس آیا سلام کرنے کے لیے،</w:t>
      </w:r>
    </w:p>
    <w:p>
      <w:r>
        <w:rPr>
          <w:b/>
        </w:rPr>
        <w:t xml:space="preserve">[1:00:22] </w:t>
      </w:r>
      <w:r>
        <w:t>sahaba se musafha karne ke liye, na mubarakbad dene ke liye, kuch bhi nahi. simply bas idhar se udhar chala gaya. woh aaj jo logon ki soch hai to kahein ke yeh to rasool Allah ki toheen kar di, is ko maaro ke rasool Allah baithe hue hain aur bas aaya chala gaya. salam na kalam, rasool Allah ko is ne toheen kar di, is ko maar</w:t>
      </w:r>
    </w:p>
    <w:p>
      <w:pPr>
        <w:jc w:val="right"/>
      </w:pPr>
      <w:r>
        <w:t>صحابہ سے مصافحہ کرنے کے لیے، نہ مبارکباد دینے کے لیے، کچھ بھی نہیں۔ سمپلی بس ادھر سے ادھر چلا گیا۔ وہ آج جو لوگوں کی سوچ ہے تو کہیں کہ یہ تو رسول اللہ کی توہین کر دی، اس کو مارو کہ رسول اللہ بیٹھے ہوئے ہیں اور بس آیا چلا گیا۔ سلام نہ کلام، رسول اللہ کو اس نے توہین کر دی، اس کو مار</w:t>
      </w:r>
    </w:p>
    <w:p>
      <w:r>
        <w:rPr>
          <w:b/>
        </w:rPr>
        <w:t xml:space="preserve">[1:00:53] </w:t>
      </w:r>
      <w:r>
        <w:t>o pakad kar ke. aaj jo Islam hai, woh aise hi hai musalmanon mein. yeh hai invented Islam. dekhiye, ek hai revealed Islam aur ek hai musalmanon ka invented Islam. aaj jo musalman hain, woh apne invented Islam par hain, woh revealed Islam par nahi hain. woh yaani isi waqeye mein aap dekhiye</w:t>
      </w:r>
    </w:p>
    <w:p>
      <w:pPr>
        <w:jc w:val="right"/>
      </w:pPr>
      <w:r>
        <w:t>و پکڑ کر کے۔ آج جو اسلام ہے، وہ ایسے ہی ہے مسلمانوں میں۔ یہ ہے انوینٹڈ اسلام۔ دیکھیے، ایک ہے ریویلڈ اسلام اور ایک ہے مسلمانوں کا انوینٹڈ اسلام۔ آج جو مسلمان ہیں، وہ اپنے انوینٹڈ اسلام پر ہیں، وہ ریویلڈ اسلام پر نہیں ہیں۔ وہ یعنی اسی واقعے میں آپ دیکھیے</w:t>
      </w:r>
    </w:p>
    <w:p>
      <w:r>
        <w:rPr>
          <w:b/>
        </w:rPr>
        <w:t xml:space="preserve">[1:01:23] </w:t>
      </w:r>
      <w:r>
        <w:t>ke rasool Allah baithe hue hain aur aap ke kuch saahibi bhi wahan par hain. woh aadmi aata hai aur chala jata hai, koi salam na kalam, milna na julna, na koi mubarakbad diya, na kuch naat khwani kari aap ki khidmat mein, koi na qasida padha, kuch bhi nahi kiya. is ne ke Muhammad na hote, duniya na hoti, aakhir kehta ke bhai dekhein, aap to woh shakhs hain ke aap ke liye Khuda ne duniya paida ki,</w:t>
      </w:r>
    </w:p>
    <w:p>
      <w:pPr>
        <w:jc w:val="right"/>
      </w:pPr>
      <w:r>
        <w:t>کہ رسول اللہ بیٹھے ہوئے ہیں اور آپ کے کچھ ساتھی بھی وہاں پر ہیں۔ وہ آدمی آتا ہے اور چلا جاتا ہے، کوئی سلام نہ کلام، ملنا نہ جلنا، نہ کوئی مبارکباد دیا، نہ کچھ نعت خوانی کری آپ کی خدمت میں، کوئی نہ قصیدہ پڑھا، کچھ بھی نہیں کیا۔ اس نے کہ محمد نہ ہوتے، دنیا نہ ہوتی، آخر کہتا کہ بھئی دیکھیں، آپ تو وہ شخص ہیں کہ آپ کے لیے خدا نے دنیا پیدا کی،</w:t>
      </w:r>
    </w:p>
    <w:p>
      <w:r>
        <w:rPr>
          <w:b/>
        </w:rPr>
        <w:t xml:space="preserve">[1:01:53] </w:t>
      </w:r>
      <w:r>
        <w:t>aap na aate, duniya bhi na paida hoti. yeh sab kehta kar ke is ne salam bhi nahi kiya. to aaj ka jo Islam hai musalmanon ka, woh invented Islam hai. jis cheez ko musalman gustakhi aur toheen kahenge, disrespect kahenge, us ko rasool Allah ne disrespect nahi kaha. kya kaha aap</w:t>
      </w:r>
    </w:p>
    <w:p>
      <w:pPr>
        <w:jc w:val="right"/>
      </w:pPr>
      <w:r>
        <w:t>آپ نہ آتے، دنیا بھی نہ پیدا ہوتی۔ یہ سب کہتا کر کے اس نے سلام بھی نہیں کیا۔ تو آج کا جو اسلام ہے مسلمانوں کا، وہ انوینٹڈ اسلام ہے۔ جس چیز کو مسلمان گستاخی اور توہین کہیں گے، ڈس ریسپیکٹ کہیں گے، اس کو رسول اللہ نے ڈس ریسپیکٹ نہیں کہا۔ کیا کہا آپ</w:t>
      </w:r>
    </w:p>
    <w:p>
      <w:r>
        <w:rPr>
          <w:b/>
        </w:rPr>
        <w:t xml:space="preserve">[1:02:23] </w:t>
      </w:r>
      <w:r>
        <w:t>ne? us ke ultah kaha. aap ne kaha ke yeh aadmi paradise mein jayega, yeh aadmi jannati hai. aap ghaur kijiye, jo case musalmanon ke nazdeek rasool Allah ki toheen ka case hai, khud rasool Allah ki nazar mein woh aadmi ke jannati hone ka proof hai. yeh kitna difference hai, aap ghaur kijiye. khair to hua kya? jab rasool Allah ne yeh kaha</w:t>
      </w:r>
    </w:p>
    <w:p>
      <w:pPr>
        <w:jc w:val="right"/>
      </w:pPr>
      <w:r>
        <w:t>نے؟ اس کے الٹا کہا۔ آپ نے کہا کہ یہ آدمی پیراڈائز میں جائے گا، یہ آدمی جنتی ہے۔ آپ غور کیجئے، جو کیس مسلمانوں کے نزدیک رسول اللہ کی توہین کا کیس ہے، خود رسول اللہ کی نظر میں وہ آدمی کے جنتی ہونے کا پروف ہے۔ یہ کتنا ڈیفرنس ہے، آپ غور کیجئے۔ خیر تو ہوا کیا؟ جب رسول اللہ نے یہ کہا</w:t>
      </w:r>
    </w:p>
    <w:p>
      <w:r>
        <w:rPr>
          <w:b/>
        </w:rPr>
        <w:t xml:space="preserve">[1:02:53] </w:t>
      </w:r>
      <w:r>
        <w:t>ke yeh aadmi jannati hai, to jo log aap ke paas baithe hue the, un mein se ek aadmi kehte hain ke mujh se ek jisko kehte hain curiosity, tajassus aa gaya ke aap ne is aadmi ko aisa kyun kaha? kyunke woh ek simple aadmi tha, jisko Hindi mein kehte hain sadharan. ek sadharan manush tha woh, aur aap</w:t>
      </w:r>
    </w:p>
    <w:p>
      <w:pPr>
        <w:jc w:val="right"/>
      </w:pPr>
      <w:r>
        <w:t>کہ یہ آدمی جنتی ہے، تو جو لوگ آپ کے پاس بیٹھے ہوئے تھے، ان میں سے ایک آدمی کہتے ہیں کہ مجھ سے ایک جس کو کہتے ہیں کیوریسٹی، تجسس آ گیا کہ آپ نے اس آدمی کو ایسا کیوں کہا؟ کیونکہ وہ ایک سمپل آدمی تھا، جس کو ہندی میں کہتے ہیں سادھارن۔ ایک سادھارن منش تھا وہ، اور آپ</w:t>
      </w:r>
    </w:p>
    <w:p>
      <w:r>
        <w:rPr>
          <w:b/>
        </w:rPr>
        <w:t xml:space="preserve">[1:03:23] </w:t>
      </w:r>
      <w:r>
        <w:t>kehte hain ke yeh to jannati hai. is aadmi ne jaanna chaha is aadmi ke baare mein ke woh aakhir kya karta hai ke woh jannati ban gaya. to unhon ne ek bahut hi scientific tareeqa ikhtiyar kiya. yaani ek tha ke woh ja kar poochte ke bhai tum kya karte ho? yeh scientific tareeqa nahi hai.</w:t>
      </w:r>
    </w:p>
    <w:p>
      <w:pPr>
        <w:jc w:val="right"/>
      </w:pPr>
      <w:r>
        <w:t>کہتے ہیں کہ یہ تو جنتی ہے۔ اس آدمی نے جاننا چاہا اس آدمی کے بارے میں کہ وہ آخر کیا کرتا ہے کہ وہ جنتی بن گیا۔ تو انہوں نے ایک بہت ہی سائنٹیفک طریقہ اختیار کیا۔ یعنی ایک تھا کہ وہ جا کر پوچھتے کہ بھئی تم کیا کرتے ہو؟ یہ سائنٹیفک طریقہ نہیں ہے۔</w:t>
      </w:r>
    </w:p>
    <w:p>
      <w:r>
        <w:rPr>
          <w:b/>
        </w:rPr>
        <w:t xml:space="preserve">[1:03:55] </w:t>
      </w:r>
      <w:r>
        <w:t>unhon ne socha ke main teen din is ki zindagi ko dekhunga, baghair kahe hue ke main tum ko dekhna chahta hoon. teen din watch karunga aur koi announce nahi karunga ke dekho, main tum ko dekhna chahta hoon. teen din kuch bhi nahi. ek scientific tareeqa to woh gaya us aadmi ke ghar, us ne kaha ke main teen din</w:t>
      </w:r>
    </w:p>
    <w:p>
      <w:pPr>
        <w:jc w:val="right"/>
      </w:pPr>
      <w:r>
        <w:t>انہوں نے سوچا کہ میں تین دن اس کی زندگی کو دیکھوں گا، بغیر کہے ہوئے کہ میں تم کو دیکھنا چاہتا ہوں۔ تین دن واچ کروں گا اور کوئی اناؤنس نہیں کروں گا کہ دیکھو، میں تم کو دیکھنا چاہتا ہوں۔ تین دن کچھ بھی نہیں۔ ایک سائنٹیفک طریقہ تو وہ گیا اس آدمی کے گھر، اس نے کہا کہ میں تین دن</w:t>
      </w:r>
    </w:p>
    <w:p>
      <w:r>
        <w:rPr>
          <w:b/>
        </w:rPr>
        <w:t xml:space="preserve">[1:04:25] </w:t>
      </w:r>
      <w:r>
        <w:t>aap ka guest rahunga. yeh bhi dekhiye, yeh bhi bahut hikmat ki baat hai. pehle zamane mein jab ke hotel nahi hua karte the, to ek international norm tha, yaani pre hotel period ka norm ke aap safar kar rahe hain, kisi gaon mein, kisi basti mein pahunchte hain to aap ka yeh right mana jata tha kisi ajnabi</w:t>
      </w:r>
    </w:p>
    <w:p>
      <w:pPr>
        <w:jc w:val="right"/>
      </w:pPr>
      <w:r>
        <w:t>آپ کا گیسٹ رہوں گا۔ یہ بھی دیکھیے، یہ بھی بہت حکمت کی بات ہے۔ پہلے زمانے میں جب کہ ہوٹل نہیں ہوا کرتے تھے، تو ایک انٹرنیشنل نارم تھا، یعنی پری ہوٹل پیریڈ کا نارم کہ آپ سفر کر رہے ہیں، کسی گاؤں میں، کسی بستی میں پہنچتے ہیں تو آپ کا یہ رائٹ مانا جاتا تھا کسی اجن</w:t>
      </w:r>
    </w:p>
    <w:p>
      <w:r>
        <w:rPr>
          <w:b/>
        </w:rPr>
        <w:t xml:space="preserve">[1:04:55] </w:t>
      </w:r>
      <w:r>
        <w:t>musafir ka ke woh kisi ke haan jaaye to teen din woh us ko thahraye. yeh pre hotel culture tha, us mein aisa hota tha. to woh gaya aur usi tradition ko us ne istemal karte hue kaha ke main tumhare haan teen din rahunga. unhon ne kaha, bahut achha, raho. to</w:t>
      </w:r>
    </w:p>
    <w:p>
      <w:pPr>
        <w:jc w:val="right"/>
      </w:pPr>
      <w:r>
        <w:t>بی مسافر کا کہ وہ کسی کے ہاں جائے تو تین دن وہ اس کو ٹھہرائے۔ یہ پری ہوٹل جو کلچر تھا، اس میں ایسا ہوتا تھا۔ تو وہ گیا اور اسی ٹریڈیشن کو اس نے استعمال کرتے ہوئے کہا کہ میں تمہارے ہاں تین دن رہوں گا۔ انہوں نے کہا، بہت اچھا، رہو۔ تو</w:t>
      </w:r>
    </w:p>
    <w:p>
      <w:r>
        <w:rPr>
          <w:b/>
        </w:rPr>
        <w:t xml:space="preserve">[1:05:26] </w:t>
      </w:r>
      <w:r>
        <w:t>teen din raha, raat aur din, raat aur din, us ko watch karta raha. to teesre din jab is ka waqt khatam hua aur woh jaane laga to woh aadmi jiska woh guest bana tha, uska host jo tha, host ne poocha ke bhai, aap teen din ke liye aaye, koi khaas tum ne baat cheet bhi nahi ki, koi khaas baat mein</w:t>
      </w:r>
    </w:p>
    <w:p>
      <w:pPr>
        <w:jc w:val="right"/>
      </w:pPr>
      <w:r>
        <w:t>تین دن رہا، رات اور دن، رات اور دن، اس کو واچ کرتا رہا۔ تو تیسرے دن جب اس کا وقت ختم ہوا اور وہ جانے لگا تو وہ آدمی جس کا وہ گیسٹ بنا تھا، اس کا ہاسٹ جو تھا، ہاسٹ نے پوچھا کہ بھئی، آپ تین دن کے لیے آئے، کوئی خاص تم نے بات چیت بھی نہیں کی، کوئی خاص بات میں</w:t>
      </w:r>
    </w:p>
    <w:p>
      <w:r>
        <w:rPr>
          <w:b/>
        </w:rPr>
        <w:t xml:space="preserve">[1:05:56] </w:t>
      </w:r>
      <w:r>
        <w:t>ne tum se suni nahi, to tumhara purpose kya tha stay karne ka teen din? tab us ne bataya ke aisa hua ke rasool Allah ne tumhare baare mein yeh kaha tha ke tum jannati ho, to main aaya dekhne ke liye, magar mujhe to koi samajh mein baat aayi nahi, kyunke maine aisa nahi paya ke tum raat din worship karte ho, Khuda ki ibadat karte ho</w:t>
      </w:r>
    </w:p>
    <w:p>
      <w:pPr>
        <w:jc w:val="right"/>
      </w:pPr>
      <w:r>
        <w:t>نے تم سے سنی نہیں، تو تمہارا پرپس کیا تھا اسٹے کرنے کا تین دن؟ تب اس نے بتایا کہ ایسا ہوا کہ رسول اللہ نے تمہارے بارے میں یہ کہا تھا کہ تم جنتی ہو، تو میں آیا دیکھنے کے لیے، مگر مجھے تو کوئی سمجھ میں بات آئی نہیں، کیونکہ میں نے ایسا نہیں پایا کہ تم رات دن ورشپ کرتے ہو، خدا کی عبادت کرتے ہو</w:t>
      </w:r>
    </w:p>
    <w:p>
      <w:r>
        <w:rPr>
          <w:b/>
        </w:rPr>
        <w:t xml:space="preserve">[1:06:26] </w:t>
      </w:r>
      <w:r>
        <w:t>tum raat din Quran padhte ho, jisko hum tilawat kehte hain, tum rozana roza rakhte ho, fasting karte ho, yeh bhi nahi paya main ne. tum to ek sadharan manush, ek aam aadmi ki tarah rehte ho. is wajah se yeh baat meri samajh mein aayi nahi. dekhiye, is mein samjhiye is baat ko ke woh jo guest tha,</w:t>
      </w:r>
    </w:p>
    <w:p>
      <w:pPr>
        <w:jc w:val="right"/>
      </w:pPr>
      <w:r>
        <w:t>، تم رات دن قرآن پڑھتے ہو، جس کو ہم تلاوت کہتے ہیں، تم روزانہ روزہ رکھتے ہو، فاسٹنگ کرتے ہو، یہ بھی نہیں پایا میں نے۔ تم تو ایک سادھارن منش، ایک عام آدمی کی طرح رہتے ہو۔ اس وجہ سے یہ بات میری سمجھ میں آئی نہیں۔ دیکھیے، اس میں سمجھیے اس بات کو کہ وہ جو گیسٹ تھا،</w:t>
      </w:r>
    </w:p>
    <w:p>
      <w:r>
        <w:rPr>
          <w:b/>
        </w:rPr>
        <w:t xml:space="preserve">[1:06:56] </w:t>
      </w:r>
      <w:r>
        <w:t>woh form mein dhoondh raha tha uska reason, jab ke reason spirit mein tha. uske external behavior mein dhoondh rahe the woh reason, jab ke uske internal spirit mein woh reason chupa hua tha. is wajah se us ki samajh mein nahi aaya, kyunke us ke external behavior mein yeh sab baatein jo aaj kal musalmanon mein bahut chalti hain ke raat din ibadat, raat</w:t>
      </w:r>
    </w:p>
    <w:p>
      <w:pPr>
        <w:jc w:val="right"/>
      </w:pPr>
      <w:r>
        <w:t>وہ فارم میں ڈھونڈ رہا تھا اس کا ریزن، جب کہ ریزن اسپرٹ میں تھا۔ اس کے ایکسٹرنل بیہیویئر میں ڈھونڈ رہے تھے وہ ریزن، جبکہ اس کے انٹرنل اسپرٹ میں وہ ریزن چھپا ہوا تھا۔ اس وجہ سے اس کی سمجھ میں نہیں آیا، کیونکہ اس کے ایکسٹرنل بیہیویئر میں یہ سب باتیں جو آج کل مسلمانوں میں بہت چلتی ہیں کہ رات دن عبادت، ر</w:t>
      </w:r>
    </w:p>
    <w:p>
      <w:r>
        <w:rPr>
          <w:b/>
        </w:rPr>
        <w:t xml:space="preserve">[1:07:26] </w:t>
      </w:r>
      <w:r>
        <w:t>din tilawat, raat din roza, yeh sab external behavior hai. isi ko badi cheez samajhte hain. kitabon mein likha rehta hai ke falan sahib aisa the, falan sahib aisa karte the. yeh tha hi nahi wahan par muamla. kisi ka external behavior us ko paradise mein nahi le jayega. us ki spirit, us ka jo inner personality hai, us ki woh kya hai?</w:t>
      </w:r>
    </w:p>
    <w:p>
      <w:pPr>
        <w:jc w:val="right"/>
      </w:pPr>
      <w:r>
        <w:t>ات دن تلاوت، رات دن روزہ، یہ سب ایکسٹرنل بیہیویئر ہے۔ اسی کو بڑی چیز سمجھتے ہیں۔ کتابوں میں لکھا رہتا ہے کہ فلاں صاحب ایسا تھے، فلاں صاحب ایسا کرتے تھے۔ یہ تھا ہی نہیں وہاں پر معاملہ۔ کسی کا ایکسٹرنل بیہیویئر اس کو پیراڈائز میں نہیں لے جائے گا۔ اس کی اسپرٹ، اس کا جو انر پرسنیلٹی ہے، اس کی وہ کیا ہے؟</w:t>
      </w:r>
    </w:p>
    <w:p>
      <w:r>
        <w:rPr>
          <w:b/>
        </w:rPr>
        <w:t xml:space="preserve">[1:07:56] </w:t>
      </w:r>
      <w:r>
        <w:t>woh us se decide hota hai ke paradise mein jayega ke nahi jayega. to khair, is aadmi ne phir poocha ke tum koi khaas kaam to karte nahi? tumhari kya quality hai jo tum ko paradise mein le jayegi? tab us ne ek baat kahi, yeh bahut zyada sochne ki baat hai ke aaj ka</w:t>
      </w:r>
    </w:p>
    <w:p>
      <w:pPr>
        <w:jc w:val="right"/>
      </w:pPr>
      <w:r>
        <w:t>وہ اس سے ڈیسائیڈ ہوتا ہے کہ پیراڈائز میں جائے گا کہ نہیں جائے گا۔ تو خیر، اس آدمی نے پھر پوچھا کہ تم کوئی خاص کام تو کرتے نہیں؟ تمہاری کیا کوالٹی ہے جو تم کو پیراڈائز میں لے جائے گی؟ تب اس نے ایک بات کہی، یہ بہت زیادہ سوچنے کی بات ہے کہ آج کا</w:t>
      </w:r>
    </w:p>
    <w:p>
      <w:r>
        <w:rPr>
          <w:b/>
        </w:rPr>
        <w:t xml:space="preserve">[1:08:27] </w:t>
      </w:r>
      <w:r>
        <w:t>musalmanon ka Islam aur sahaba wala Islam kitna difference dono mein hai. aaj ke musalmanon ne samajh rakha hai ke external behavior jo hai, wahi paradise mein le jayega, haalanke woh nothing hai. yeh internal jo aadmi ki finding hai, internal spirit jo hai, us se decide hoga ke aadmi paradise mein jayega. to woh jo woh bhi companion tha, dono companion the rasool Allah ke.</w:t>
      </w:r>
    </w:p>
    <w:p>
      <w:pPr>
        <w:jc w:val="right"/>
      </w:pPr>
      <w:r>
        <w:t>مسلمانوں کا اسلام اور صحابہ والا اسلام کتنا ڈیفرنس دونوں میں ہے۔ آج کے مسلمانوں نے سمجھ رکھا ہے کہ ایکسٹرنل بیہیویئر جو ہے، وہی پیراڈائز میں لے جائے گا، حالانکہ وہ نتھنگ ہے۔ یہ انٹرنل جو آدمی کی فائنڈنگ ہے، انٹرنل اسپرٹ جو ہے، اس سے ڈیسائیڈ ہوگا کہ آدمی پیراڈائز میں جائے گا۔ تو وہ جو وہ بھی کمپینین تھا، دونوں کمپینین تھے رسول اللہ کے۔</w:t>
      </w:r>
    </w:p>
    <w:p>
      <w:r>
        <w:rPr>
          <w:b/>
        </w:rPr>
        <w:t xml:space="preserve">[1:08:58] </w:t>
      </w:r>
      <w:r>
        <w:t>to jo host tha, us ne kaha ke tum ne jo kuch mujhe dekha, woh aisa hi main hoon. main bas paanch waqt ki namaz padhta hoon, apne karobar mein laga rehta hoon, aur jo jo ek aam tareeqa hai, jo zaroori, jo farz, jis ko hum kehte hain farayez, woh main us par chal</w:t>
      </w:r>
    </w:p>
    <w:p>
      <w:pPr>
        <w:jc w:val="right"/>
      </w:pPr>
      <w:r>
        <w:t>تو جو ہاسٹ تھا، اس نے کہا کہ تم نے جو کچھ مجھے دیکھا، وہ ایسا ہی میں ہوں۔ میں بس پانچ وقت کی نماز پڑھتا ہوں، اپنے کاروبار میں لگا رہتا ہوں، اور جو جو ایک عام طریقہ ہے، جو ضروری، جو فرض، جس کو ہم کہتے ہیں فرائض، وہ میں اس پر چ</w:t>
      </w:r>
    </w:p>
    <w:p>
      <w:r>
        <w:rPr>
          <w:b/>
        </w:rPr>
        <w:t xml:space="preserve">[1:09:28] </w:t>
      </w:r>
      <w:r>
        <w:t>ta hoon. phir us ne kaha ke lekin mere andar ek baat hai, woh kya? la ajid fi qalbi la ajid fi qalbi ghishshin li ahadin, yaani main kisi ke liye, kisi ke liye mere dil mein</w:t>
      </w:r>
    </w:p>
    <w:p>
      <w:pPr>
        <w:jc w:val="right"/>
      </w:pPr>
      <w:r>
        <w:t>لتا ہوں۔ پھر اس نے کہا کہ لیکن میرے اندر ایک بات ہے، وہ کیا؟ لا اجد فی قلبی لا اجد فی قلبی غشا لحد، یعنی میں کسی کے لیے، کسی کے لیے میرے دل میں</w:t>
      </w:r>
    </w:p>
    <w:p>
      <w:r>
        <w:rPr>
          <w:b/>
        </w:rPr>
        <w:t xml:space="preserve">[1:09:58] </w:t>
      </w:r>
      <w:r>
        <w:t>malice nahi hota. mere dil mein kisi ke liye malice nahi aata. yeh kaha us ne. dekhiye, yahan bhi ek cheez understood hai. koi bhi cheez dekhe, boli jaaye to kuch cheezein understood rehti hain. yahan bhi ek cheez understood hai, woh kya? woh reh</w:t>
      </w:r>
    </w:p>
    <w:p>
      <w:pPr>
        <w:jc w:val="right"/>
      </w:pPr>
      <w:r>
        <w:t>میلس نہیں ہوتا۔ میرے دل میں کسی کے لیے میلس نہیں آتا۔ یہ کہا اس نے۔ دیکھیں، یہاں بھی ایک چیز انڈرسٹڈ ہے۔ کوئی بھی چیز دیکھے، بولی جائے تو کچھ چیزیں انڈرسٹڈ رہتی ہیں۔ یہاں بھی ایک چیز انڈرسٹڈ ہے، وہ کیا؟ وہ رہ</w:t>
      </w:r>
    </w:p>
    <w:p>
      <w:r>
        <w:rPr>
          <w:b/>
        </w:rPr>
        <w:t xml:space="preserve">[1:10:28] </w:t>
      </w:r>
      <w:r>
        <w:t>ta tha isi dunya mein, jis ko Khuda Quran mein ashafin kaha gaya hai. lost of the lost, woh kahin paradise mein nahin rehta tha, woh woh kahin moon mein nahin rehta tha. woh isi dunya mein, jahan har waqt negative thought paish atay hain, har taraf thought hain, jahan har taraf provocative situation hai, har taraf anger hai, isi dunya mein woh rehta tha.</w:t>
      </w:r>
    </w:p>
    <w:p>
      <w:pPr>
        <w:jc w:val="right"/>
      </w:pPr>
      <w:r>
        <w:t>تا تھا اسی دنیا میں، جس کو خدا قرآن میں اصفافین کہا گیا ہے۔ لوست اف دا لو، وہ کہیں پیراڈائز میں نہیں رہتا تھا، وہ وہ کہیں مون میں نہیں رہتا تھا۔ وہ اسی دنیا میں، جہاں ہر وقت نیگیٹیو تھاٹ پیش آتے ہیں، ہر طرف تھاٹ ہیں، جہاں ہر طرف پروواکیٹیو سچویشن ہے، ہر طرف اینگر ہے، اسی دنیا میں وہ رہتا تھا۔</w:t>
      </w:r>
    </w:p>
    <w:p>
      <w:r>
        <w:rPr>
          <w:b/>
        </w:rPr>
        <w:t xml:space="preserve">[1:10:59] </w:t>
      </w:r>
      <w:r>
        <w:t>jab tak aap is baat ko add na karein, aap samajh nahin sakte ke is ki meaning kya hai. la ajad fi qalbi ghisha lahad, is ko add kar ke jab sochenge, lines ke sath between lines ko bhi add karna parega. har line mein kuch between, between da line kuch cheezein hoti hain. to between da line ko mila ke jab sochenge to kya matlab banega is ka? agarche log</w:t>
      </w:r>
    </w:p>
    <w:p>
      <w:pPr>
        <w:jc w:val="right"/>
      </w:pPr>
      <w:r>
        <w:t>جب تک آپ اس بات کو ایڈ نہ کریں، آپ سمجھ نہیں سکتے کہ اس کی میننگ کیا ہے۔ لا اجد فی قلبی غشا لحد، اس کو ایڈ کر کے جب سوچیں گے، لائنز کے ساتھ بٹوین لائنز کو بھی ایڈ کرنا پڑے گا۔ ہر لائن میں کچھ بٹوین، بٹوین دا لائن کچھ چیزیں ہوتی ہیں۔ تو بٹوین دا لائن کو ملا کے جب سوچیں گے تو کیا مطلب بنے گا اس کا؟ اگرچہ لوگ</w:t>
      </w:r>
    </w:p>
    <w:p>
      <w:r>
        <w:rPr>
          <w:b/>
        </w:rPr>
        <w:t xml:space="preserve">[1:11:29] </w:t>
      </w:r>
      <w:r>
        <w:t>mujh ko provoke karte hain, agarche log mujhe mere sath ishtial angizi karte hain, agarche logon se mujhe takleef pohnchti hai, agarche logon ke kaante mujhe chubhte hain, agarche wahi sad experience mujhe hota hai jo doosron ko hota hai, lekin main apni positivity ko maintain karta hoon.</w:t>
      </w:r>
    </w:p>
    <w:p>
      <w:pPr>
        <w:jc w:val="right"/>
      </w:pPr>
      <w:r>
        <w:t>مجھ کو پرووک کرتے ہیں، اگرچہ لوگ مجھے میرے ساتھ اشتعال انگیزی کرتے ہیں، اگرچہ لوگوں سے مجھے تکلیف پہنچتی ہے، اگرچہ لوگوں کے کانٹے مجھے چبھتے ہیں، اگرچہ وہی سیڈ ایکسپیرینس مجھے ہوتا ہے جو دوسروں کو ہوتا ہے، لیکن میں اپنی پازیٹیوٹی کو مینٹین کرتا ہوں۔</w:t>
      </w:r>
    </w:p>
    <w:p>
      <w:r>
        <w:rPr>
          <w:b/>
        </w:rPr>
        <w:t xml:space="preserve">[1:12:01] </w:t>
      </w:r>
      <w:r>
        <w:t>malish malish aata hai to main us ko diffuse karta rehta hoon taake meri positivity baqi rahe. yani i always try to maintain my positivity by diffusing all those negative experiences. yeh hai poora matlab is ka. to is se kya nikla</w:t>
      </w:r>
    </w:p>
    <w:p>
      <w:pPr>
        <w:jc w:val="right"/>
      </w:pPr>
      <w:r>
        <w:t>مائلش مائلش آتا ہے تو میں اس کو ڈیفیوز کرتا رہتا ہوں تاکہ میری پازیٹیوٹی باقی رہے۔ یعنی آئی الویز ٹرائی ٹو مینٹین مائی پوزیٹیوٹی بائی ڈیفیوزنگ ال دوز نیگیٹیو ایکسپیرینسز۔ یہ ہے پورا مطلب اس کا۔ تو اس سے کیا نکلا</w:t>
      </w:r>
    </w:p>
    <w:p>
      <w:r>
        <w:rPr>
          <w:b/>
        </w:rPr>
        <w:t xml:space="preserve">[1:12:32] </w:t>
      </w:r>
      <w:r>
        <w:t>ke jannati kaun hai? isi ek baat ko sochiye to sab baat mil jayegi aap ko ke jannati woh hai jo asfal safreen wali dunya mein rehta hai, hamari aap ki tarah, lekin is ka dhyan laga rehta hai paradise par, is ka dhyan laga rehta hai Khuda par, is ko angels ki companionship hasil rehti hai, aur is</w:t>
      </w:r>
    </w:p>
    <w:p>
      <w:pPr>
        <w:jc w:val="right"/>
      </w:pPr>
      <w:r>
        <w:t>کہ جنتی کون ہے؟ اسی ایک بات کو سوچیے تو سب بات مل جائے گی آپ کو کہ جنتی وہ ہے جو اسفل سافرین والی دنیا میں رہتا ہے، ہماری آپ کی طرح، لیکن اس کا دھیان لگا رہتا ہے پیراڈائز پر، اس کا دھیان لگا رہتا ہے خدا پر، اس کو اینجلز کی کمپینین شپ حاصل رہتی ہے، اور اس</w:t>
      </w:r>
    </w:p>
    <w:p>
      <w:r>
        <w:rPr>
          <w:b/>
        </w:rPr>
        <w:t xml:space="preserve">[1:13:02] </w:t>
      </w:r>
      <w:r>
        <w:t>liye woh is qabil rehta hai ke woh sare negative thoughts ko diffuse kar sake, woh convert kar sake negativity ko positivity mein. yeh hai matlab is ka. yahan ek aur bohat hi deeper meaning hai, is ko samjhiye, woh yeh hai ke why all these negative items</w:t>
      </w:r>
    </w:p>
    <w:p>
      <w:pPr>
        <w:jc w:val="right"/>
      </w:pPr>
      <w:r>
        <w:t>ی لیے وہ اس قابل رہتا ہے کہ وہ سارے نیگیٹیو تھاٹس کو ڈیفیوز کر سکے، وہ کنورٹ کر سکے نیگیٹیوٹی کو پازیٹیوٹی میں۔ یہ ہے مطلب اس کا۔ یہاں ایک اور بہت ہی ڈیپر میننگ ہے، اس کو سمجھئے، وہ یہ ہے کہ وائی ال دیز نیگیٹیو ائٹم</w:t>
      </w:r>
    </w:p>
    <w:p>
      <w:r>
        <w:rPr>
          <w:b/>
        </w:rPr>
        <w:t xml:space="preserve">[1:13:32] </w:t>
      </w:r>
      <w:r>
        <w:t>in this world? why God created all these negative items? dunya mein phool hi phool hota, kaante na hote, dunya mein sirf friendship hoti, enmity na hoti, dunya mein koi provoke karne wala na hota. abhi aap jante hain ke ek waqea hua Denmark mein, aur dunya ke sare hi musalman bhark uthe, chahe</w:t>
      </w:r>
    </w:p>
    <w:p>
      <w:pPr>
        <w:jc w:val="right"/>
      </w:pPr>
      <w:r>
        <w:t>ز ان دس ورلڈ؟ وائی گاڈ کریٹڈ ال دیز نیگیٹیو ائٹمز؟ دنیا میں پھول ہی پھول ہوتا، کانٹے نہ ہوتے، دنیا میں صرف فرینڈ شپ ہوتی، اینمیٹی نہ ہوتی، دنیا میں کوئی پرووک کرنے والا نہ ہوتا۔ ابھی آپ جانتے ہیں کہ ایک واقعہ ہوا ڈنمارک میں، اور دنیا کے سارے ہی مسلمان بھڑک اٹھے، چاہ</w:t>
      </w:r>
    </w:p>
    <w:p>
      <w:r>
        <w:rPr>
          <w:b/>
        </w:rPr>
        <w:t xml:space="preserve">[1:14:02] </w:t>
      </w:r>
      <w:r>
        <w:t>secular hon ya religious hon, molvi hon ya mister hon, sare globe par mein akela insan tha jo bach gaya is se. agar aap ko shaq ho to kisi bhi insan ko road par pakdiye, kisi musalman ko, aap paenge ke woh ghusse mein bhara hua hai. yahan tak ke abhi main ja raha tha Hyderabad, to mere bohat hi purane saathi ek hain, ek doosre city mein rehte</w:t>
      </w:r>
    </w:p>
    <w:p>
      <w:pPr>
        <w:jc w:val="right"/>
      </w:pPr>
      <w:r>
        <w:t>ے سیکولر ہوں یا ریلیجیس ہوں، مولوی ہوں یا مسٹر ہوں، سارے گلوب پر میں اکیلا انسان تھا جو بچ گیا اس سے۔ اگر آپ کو شک ہو تو کسی بھی انسان کو روڈ پر پکڑیے، کسی مسلمان کو، آپ پائیں گے کہ وہ غصے میں بھرا ہوا ہے۔ یہاں تک کہ ابھی میں جا رہا تھا حیدرآباد، تو میرے بہت ہی پرانے ساتھی ایک ہیں، ایک دوسرے سٹی میں رہتے</w:t>
      </w:r>
    </w:p>
    <w:p>
      <w:r>
        <w:rPr>
          <w:b/>
        </w:rPr>
        <w:t xml:space="preserve">[1:14:32] </w:t>
      </w:r>
      <w:r>
        <w:t>hain, un ka telephone aaya, unhon ne kaha ke dekhiye, cartoon ke issue par aap wahan kuch na boliyega, us ke khilaf, matlab us ke khilaf, us ke against mein. to main ne theek hai, main chup rahunga. nahin sahib, chup rehna kafi nahin hai, yeh mere saathi keh rahe hain, jo main samajhta hoon ke 40 saal se hamare saathi hain, unhon ne kaha ke aap yeh kahiyega ke</w:t>
      </w:r>
    </w:p>
    <w:p>
      <w:pPr>
        <w:jc w:val="right"/>
      </w:pPr>
      <w:r>
        <w:t>ہیں، ان کا ٹیلی فون آیا، انہوں نے کہا کہ دیکھیے، کارٹون کے ایشو پر آپ وہاں کچھ نہ بولیے گا، اس کے خلاف، مطلب اس کے خلاف، اس کے اگینسٹ میں۔ تو میں نے ٹھیک ہے، میں چپ رہوں گا۔ نہیں صاحب، چپ رہنا کافی نہیں ہے، یہ میرے ساتھی کہہ رہے ہیں، جو میں سمجھتا ہوں کہ 40 سال سے ہمارے ساتھی ہیں، انہوں نے کہا کہ آپ یہ کہیے گا کہ</w:t>
      </w:r>
    </w:p>
    <w:p>
      <w:r>
        <w:rPr>
          <w:b/>
        </w:rPr>
        <w:t xml:space="preserve">[1:15:03] </w:t>
      </w:r>
      <w:r>
        <w:t>right to protest jo hai, yeh dunya bhar mein mana jata hai, right to protest. to musalman agar protest kar rahe hain to woh apne right ko exercise kar rahe hain, is mein kya burai hai? bilashuba yeh ek aesthetic advice thi jo main us ko main ne ikhtiyar nahin kiya. masla right to protest ka nahin hai, right to daawa ka hai. yaad rakhiye, aap ek businessman</w:t>
      </w:r>
    </w:p>
    <w:p>
      <w:pPr>
        <w:jc w:val="right"/>
      </w:pPr>
      <w:r>
        <w:t>رائٹ ٹو پروٹیسٹ جو ہے، یہ دنیا بھر میں مانا جاتا ہے، رائٹ ٹو پروٹیسٹ۔ تو مسلمان اگر پروٹیسٹ کر رہے ہیں تو وہ اپنے رائٹ کو ایکسرسائز کر رہے ہیں، اس میں کیا برائی ہے؟ بلاشبہ یہ ایک ایک ایسٹینک ایڈوائس تھی جو میں اس کو میں نے اختیار نہیں کیا۔ مسئلہ رائٹ ٹو پروٹیسٹ کا نہیں ہے، رائٹ ٹو دعویٰ کا ہے۔ یاد رکھیے، آپ ایک بزنس مین</w:t>
      </w:r>
    </w:p>
    <w:p>
      <w:r>
        <w:rPr>
          <w:b/>
        </w:rPr>
        <w:t xml:space="preserve">[1:15:33] </w:t>
      </w:r>
      <w:r>
        <w:t>se kahin ke dekho, falan jo customer hai, woh tum ko bura bhala keh raha tha, ab aayega to us ko sunana, do danda lagana us ko, woh kya kahega? haan, mera right hai yeh ke jo mujhe bura kahe, main us ko bura kahun? woh kahega nahin, mera mera behaviour customer friendly behaviour rahega hamesha, chahe customer ne mera bura kahe, tab bhi. kabhi bhi dekhiye, koi</w:t>
      </w:r>
    </w:p>
    <w:p>
      <w:pPr>
        <w:jc w:val="right"/>
      </w:pPr>
      <w:r>
        <w:t>سے کہیں کہ دیکھو، فلاں جو کسٹمر ہے، وہ تم کو برا بھلا کہہ رہا تھا، اب آئے گا تو اس کو سنانا، دو ڈنڈا لگانا اس کو، وہ کیا کہے گا؟ ہاں، میرا رائٹ ہے یہ کہ جو مجھے برا کہے، میں اس کو برا کہوں؟ وہ کہے گا نہیں، میرا میرا بیہیویئر کسٹمر فرینڈلی بیہیویئر رہے گا ہمیشہ، چاہے کسٹمر نے میرا برا کہے، تب بھی۔ کبھی بھی دیکھیے، کوئی</w:t>
      </w:r>
    </w:p>
    <w:p>
      <w:r>
        <w:rPr>
          <w:b/>
        </w:rPr>
        <w:t xml:space="preserve">[1:16:03] </w:t>
      </w:r>
      <w:r>
        <w:t>businessman us ko afford nahin kar sakta ke woh customer friendly behaviour ko chhod de. isi tarah musalmanon ko agar samajh hoti ke hum daai hain, hum Khuda ke representative hain, hamein Khuda ke message pohnchana hai, woh jante ke hum afford nahin kar sakte ke right to protest ko avail karein, hum afford nahin kar sakte is ko, kyun ke jis ke khilaf aap protest karne ja rahe hain, woh hamara madu hai,</w:t>
      </w:r>
    </w:p>
    <w:p>
      <w:pPr>
        <w:jc w:val="right"/>
      </w:pPr>
      <w:r>
        <w:t>بزنس مین اس کو افورڈ نہیں کر سکتا کہ وہ کسٹمر فرینڈلی بیہیویئر کو چھوڑ دے۔ اسی طرح مسلمانوں کو اگر سمجھ ہوتی کہ ہم داعی ہیں، ہم خدا کے ریپریزنٹیٹیو ہیں، ہمیں خدا کے میسج پہنچانا ہے، وہ جانتے کہ ہم افورڈ نہیں کر سکتے کہ رائٹ ٹو پروٹیسٹ کو اویل کریں، ہم افورڈ نہیں کر سکتے اس کو، کیوں کہ جس کے خلاف آپ پروٹیسٹ کرنے جا رہے ہیں، وہ ہمارا مدعو ہے،</w:t>
      </w:r>
    </w:p>
    <w:p>
      <w:r>
        <w:rPr>
          <w:b/>
        </w:rPr>
        <w:t xml:space="preserve">[1:16:34] </w:t>
      </w:r>
      <w:r>
        <w:t>woh hamara madu hai. hum haq nahin rakhte Quranic shariat ke mutabiq ke madu ke khilaf right to protest istemal karein, us ke dil mein mail layein, us ke dil mein nafrat layein, us ke dil mein yani Islam ke khilaf jazbat bharkayein, us ke andar. to khair, main yeh keh raha tha ke sochne ki baat yeh hai ke Khuda ne aisi dunya banai hi kyun, jahan itne kaante hain,</w:t>
      </w:r>
    </w:p>
    <w:p>
      <w:pPr>
        <w:jc w:val="right"/>
      </w:pPr>
      <w:r>
        <w:t>وہ ہمارا مدعو ہے۔ ہم حق نہیں رکھتے قرآنی شریعت کے مطابق کہ مدعو کے خلاف رائٹ ٹو پروٹیسٹ استعمال کریں، اس کے دل میں میل لائیں، اس کے دل میں نفرت لائیں، اس کے دل میں یعنی اسلام کے خلاف جذبات بھڑکائیں، اس کے اندر۔ تو خیر، میں یہ کہہ رہا تھا کہ سوچنے کی بات یہ ہے کہ خدا نے ایسی دنیا بنائی ہی کیوں، جہاں اتنے کانٹے ہیں،</w:t>
      </w:r>
    </w:p>
    <w:p>
      <w:r>
        <w:rPr>
          <w:b/>
        </w:rPr>
        <w:t xml:space="preserve">[1:17:05] </w:t>
      </w:r>
      <w:r>
        <w:t>jahan itni sari baatein hain, itne sare negative item hain ke har waqt hamein ek na ek negative experience hota hai? to Khuda ne aisi dunya banai kyun? Khuda dunya jo hai, Khuda ki aisi hoti ke bas yahan phool hi phool hote, yahan achhi baatein si hotin, sirf friendship ka mahaul hota. yeh soch jhooti soch hai, nasamjhi ki soch hai. dekhiye,</w:t>
      </w:r>
    </w:p>
    <w:p>
      <w:pPr>
        <w:jc w:val="right"/>
      </w:pPr>
      <w:r>
        <w:t>جہاں اتنی ساری باتیں ہیں، اتنے سارے نیگیٹیو ائٹم ہیں کہ ہر وقت ہمیں ایک نہ ایک نیگیٹیو ایکسپیرینس ہوتا ہے؟ تو خدا نے ایسی دنیا بنائی کیوں؟ خدا دنیا جو ہے، خدا کی ایسی ہوتی کہ بس یہاں پھول ہی پھول ہوتے، یہاں اچھی باتیں سی ہوتیں، صرف فرینڈ شپ کا ماحول ہوتا۔ یہ سوچ جھوٹی سوچ ہے، ناسمجھی کی سوچ ہے۔ دیکھیے،</w:t>
      </w:r>
    </w:p>
    <w:p>
      <w:r>
        <w:rPr>
          <w:b/>
        </w:rPr>
        <w:t xml:space="preserve">[1:17:39] </w:t>
      </w:r>
      <w:r>
        <w:t>jitna bada reward, utna bada test, chunke akhirat mein Khuda ne jo paradise banai hai, woh sirf insan ke liye banai hai, woh animal ke liye nahin banai hai, woh mountain aur ocean ke liye nahin banai hai, woh woh insan ke liye banai hai. to insan ko test dena padega. jaise misal ke taur par dekhiye, ek</w:t>
      </w:r>
    </w:p>
    <w:p>
      <w:pPr>
        <w:jc w:val="right"/>
      </w:pPr>
      <w:r>
        <w:t>جتنا بڑا ریوارڈ، اتنا بڑا ٹیسٹ، چونکہ آخرت میں خدا نے جو پیراڈائز بنائی ہے، وہ صرف انسان کے لیے بنائی ہے، وہ انیمل کے لیے نہیں بنائی ہے، وہ ماؤنٹین اور اوشن کے لیے نہیں بنائی ہے، وہ وہ انسان کے لیے بنائی ہے۔ تو انسان کو ٹیسٹ دینا پڑے گا۔ جیسے مثال کے طور پر دیکھیے، ایک</w:t>
      </w:r>
    </w:p>
    <w:p>
      <w:r>
        <w:rPr>
          <w:b/>
        </w:rPr>
        <w:t xml:space="preserve">[1:18:11] </w:t>
      </w:r>
      <w:r>
        <w:t>kahin jagah aap dekhen ke chidiya baithi hui hain aur chawal ke daane pade hue hain, aur chidiya is ko kha rahi hain. aap ek kankri maarein, chidiya ud jayegi wahan se, aur ped ke branch par ja ke baith jayegi. to kya karegi woh? aap ko gaali degi, aap ko wahan phir bhi chehchaha rahi hogi. woh chidiya jis ko kankri mar kar us ke daane chheen liye hain, aap ne tab bhi jab jayegi ped par</w:t>
      </w:r>
    </w:p>
    <w:p>
      <w:pPr>
        <w:jc w:val="right"/>
      </w:pPr>
      <w:r>
        <w:t>کہیں جگہ آپ دیکھیں کہ چڑیا بیٹھی ہوئی ہیں اور چاول کے دانے پڑے ہوئے ہیں، اور چڑیا اس کو کھا رہی ہیں۔ آپ ایک کنکری ماریں، چڑیا اڑ جائے گی وہاں سے، اور پیڑ کے برانچ پہ جا کے بیٹھ جائے گی۔ تو کیا کرے گی وہ؟ آپ کو گالی دے گی، آپ کو وہاں پھر بھی چہچہا رہی ہوگی۔ وہ چڑیا جس کو کنکری مار کر اس کے دانے چھین لیے ہیں، آپ نے تب بھی جب جائے گی پیڑ پر</w:t>
      </w:r>
    </w:p>
    <w:p>
      <w:r>
        <w:rPr>
          <w:b/>
        </w:rPr>
        <w:t xml:space="preserve">[1:18:41] </w:t>
      </w:r>
      <w:r>
        <w:t>to chehchahayegi. woh aap ke khilaf koi gaali galoch nahin karegi, kuch bhi nahin karegi. isi liye hadith mein aata hai ke jannat ke bare mein, jannatiyon ke bare mein, afdat kaafdat at-tair, un ke dil chidiyon jaise dil hote hain. jannat walon ke dil chidiyon jaise dil hote hain. yani jo main ne misal di aap ko ke is ki khorak</w:t>
      </w:r>
    </w:p>
    <w:p>
      <w:pPr>
        <w:jc w:val="right"/>
      </w:pPr>
      <w:r>
        <w:t>تو چہچہائے گی۔ وہ آپ کے خلاف کوئی گالی گلوچ نہیں کرے گی، کچھ بھی نہیں کرے گی۔ اسی لیے حدیث میں آتا ہے کہ جنت کے بارے میں، جنتیوں کے بارے میں، افدۃ کافدۃ الطیر، ان کے دل چڑیوں جیسے دل ہوتے ہیں۔ جنت والوں کے دل چڑیوں جیسے دل ہوتے ہیں۔ یعنی جو میں نے مثال دی آپ کو کہ اس کی خوراک</w:t>
      </w:r>
    </w:p>
    <w:p>
      <w:r>
        <w:rPr>
          <w:b/>
        </w:rPr>
        <w:t xml:space="preserve">[1:19:11] </w:t>
      </w:r>
      <w:r>
        <w:t>behtareen khorak chawal ke daane bohat pasand hain chidiyon ko, ab woh kha rahi hai, kha rahi hai, kha rahi hai. aap ne kankri mar kar uda diya us ko, tab bhi woh chehchahayegi. yeh hona chahiye momin ka character, yeh jannati insan ka character. lekin yahan par sochne ki baat yeh hai ke yeh sentiment kyun hamare andar? negative sentiment to hamare andar by nature hote hain.</w:t>
      </w:r>
    </w:p>
    <w:p>
      <w:pPr>
        <w:jc w:val="right"/>
      </w:pPr>
      <w:r>
        <w:t>بہترین خوراک چاول کے دانے بہت پسند ہیں چڑیوں کو، اب وہ کھا رہی ہے، کھا رہی ہے، کھا رہی ہے۔ آپ نے کنکری مار کر اڑا دیا اس کو، تب بھی وہ چہچہائے گی۔ یہ ہونا چاہیے مومن کا کریکٹر، یہ جنتی انسان کا کریکٹر۔ لیکن یہاں پر سوچنے کی بات یہ ہے کہ یہ سینٹیمنٹ کیوں ہمارے اندر؟ نیگیٹیو سینٹیمنٹ تو ہمارے اندر بائی نیچر ہوتے ہیں۔</w:t>
      </w:r>
    </w:p>
    <w:p>
      <w:r>
        <w:rPr>
          <w:b/>
        </w:rPr>
        <w:t xml:space="preserve">[1:19:42] </w:t>
      </w:r>
      <w:r>
        <w:t>koi bhi insan, chahe prophet hi kyun na ho, negative sentiment by nature hote hain har ek ke andar. kyun ke hadith mein aata hai ke mujhe bhi ghussa aata hai jis tarah jis tarah tum ko ghussa aata hai. yani aghzab kama taghzaboon. is mani hai ke woh sentiment jo hamare aap ke andar hain, woh woh sentiment har ek ke andar hai, including prophets</w:t>
      </w:r>
    </w:p>
    <w:p>
      <w:pPr>
        <w:jc w:val="right"/>
      </w:pPr>
      <w:r>
        <w:t>کوئی بھی انسان، چاہے پرافٹ ہی کیوں نہ ہو، نیگیٹیو سینٹیمنٹ بائی نیچر ہوتے ہیں ہر ایک کے اندر۔ کیونکہ حدیث میں آتا ہے کہ مجھے بھی غصہ آتا ہے جس طرح جس طرح تم کو غصہ آتا ہے۔ یعنی اقضب کما تقضبون۔ اس معنی ہے کہ وہ سینٹیمنٹ جو ہمارے آپ کے اندر ہیں، وہ وہ سینٹیمنٹ ہر ایک کے اندر ہے، انکلوڈنگ پرافٹس</w:t>
      </w:r>
    </w:p>
    <w:p>
      <w:r>
        <w:rPr>
          <w:b/>
        </w:rPr>
        <w:t xml:space="preserve">[1:20:12] </w:t>
      </w:r>
      <w:r>
        <w:t>۔ ab sochne ki baat hai ke aisa kyun hai? aisa is liye ke yahi to test hai, isi se to woh personality banti hai jo chahiye. yani prophet ke pas ek aadmi aaya, us ne kaha ke mujhe koi master formula bataiye zindagi ka. to aap ne kaha ke la taghzab</w:t>
      </w:r>
    </w:p>
    <w:p>
      <w:pPr>
        <w:jc w:val="right"/>
      </w:pPr>
      <w:r>
        <w:t>۔ اب سوچنے کی بات ہے کہ ایسا کیوں ہے؟ ایسا اس لیے کہ یہی تو ٹیسٹ ہے، اسی سے تو وہ پرسنیلٹی بنتی ہے جو چاہیے۔ یعنی پرافٹ کے پاس ایک آدمی آیا، اس نے کہا کہ مجھے کوئی ماسٹر فارمولا بتائیے زندگی کا۔ تو آپ نے کہا کہ لا تغضب</w:t>
      </w:r>
    </w:p>
    <w:p>
      <w:r>
        <w:rPr>
          <w:b/>
        </w:rPr>
        <w:t xml:space="preserve">[1:20:43] </w:t>
      </w:r>
      <w:r>
        <w:t>don't be angry. don't be angry ka mani kya hua hai? ke mani yeh hai ke ghussa tum ko aaye hi nahin, kyun ke ghussa to aayega jab woh sentiment mere andar maujood hain to ghussa to aayega. to la taghzab ke mani hain ke you have to know the art of ghussa management, you have to know the art of anger management. anger ko manage karo,</w:t>
      </w:r>
    </w:p>
    <w:p>
      <w:pPr>
        <w:jc w:val="right"/>
      </w:pPr>
      <w:r>
        <w:t>، ڈونٹ بی اینگری۔ ڈونٹ بی ایگری کا معنی کیا ہوا ہے؟ کہ معنی یہ ہے کہ غصہ تم کو آئے ہی نہیں، کیونکہ غصہ تو آئے گا جب وہ سینٹیمنٹ میرے اندر موجود ہیں تو غصہ تو آئے گا۔ تو لا تغضب کے معنی ہیں کہ یو ہیو ٹو نو دا آرٹ اف غصہ مینجمنٹ، یو ہیو ٹو نو دا آرٹ اف اینگر مینجمنٹ۔ اینگر کو مینج کرو،</w:t>
      </w:r>
    </w:p>
    <w:p>
      <w:r>
        <w:rPr>
          <w:b/>
        </w:rPr>
        <w:t xml:space="preserve">[1:21:13] </w:t>
      </w:r>
      <w:r>
        <w:t>yeh matlab hai is ka. la taghzab ka literal matlab to hai ke ghussa na karo, lekin aap jab is mein yeh baat add karein ke aadmi ghussa to karega, kyun ke by nature us ke andar yeh sentiment rakha hua hai, tab aap samjhen ke is ka matlab yeh hai ke art of management, art of anger management seekho. you have to learn the art</w:t>
      </w:r>
    </w:p>
    <w:p>
      <w:pPr>
        <w:jc w:val="right"/>
      </w:pPr>
      <w:r>
        <w:t>یہ مطلب ہے اس کا۔ لا تغضب کا لٹرل مطلب تو ہے کہ غصہ نہ کرو، لیکن آپ جب اس میں یہ بات ایڈ کریں کہ آدمی غصہ تو کرے گا، کیونکہ بائی نیچر اس کے اندر یہ سینٹیمنٹ رکھا ہوا ہے، تب آپ سمجھیں کہ اس کا مطلب یہ ہے کہ آرٹ اف مینجمنٹ، آرٹ اف اینگر مینجمنٹ سیکھو۔ یو ہیو ٹو لرن دا آر</w:t>
      </w:r>
    </w:p>
    <w:p>
      <w:r>
        <w:rPr>
          <w:b/>
        </w:rPr>
        <w:t xml:space="preserve">[1:21:43] </w:t>
      </w:r>
      <w:r>
        <w:t>of anger management, you have to learn the art of anger management. to dekhiye, kya hota hai ke jab bhi koi negative sentiment aata hai aap ke andar to ek nayi opportunity aa jati hai. opportunity, jaise</w:t>
      </w:r>
    </w:p>
    <w:p>
      <w:pPr>
        <w:jc w:val="right"/>
      </w:pPr>
      <w:r>
        <w:t>ٹ اف اینگر مینجمنٹ، یو ہیو ٹو لرن دا آرٹ اف اینگر مینجمنٹ۔ تو دیکھیے، کیا ہوتا ہے کہ جب بھی کوئی نیگیٹیو سینٹیمنٹ آتا ہے آپ کے اندر تو ایک نئی اپرچونیٹی آ جاتی ہے۔ اپرچونیٹی، جیسے</w:t>
      </w:r>
    </w:p>
    <w:p>
      <w:r>
        <w:rPr>
          <w:b/>
        </w:rPr>
        <w:t xml:space="preserve">[1:22:14] </w:t>
      </w:r>
      <w:r>
        <w:t>Christ ne kaha ke love thy neighbor, apne padosi se mohabbat karo. love thy neighbor, ab aap ka padosi agar subah shaam aap ko phool bhejta hai, subah shaam aap ko chai pilata hai, subah shaam aap ki praise karta hai, aur aap love karte hain apne neighbor se, to yeh ek darje ki neki hui. doosra case lijiye</w:t>
      </w:r>
    </w:p>
    <w:p>
      <w:pPr>
        <w:jc w:val="right"/>
      </w:pPr>
      <w:r>
        <w:t>کرائسٹ نے کہا کہ لو دائی نیبر، اپنے پڑوسی سے محبت کرو۔ لو دائی نیبر، اب آپ کا پڑوسی اگر صبح شام آپ کو پھول بھیجتا ہے، صبح شام آپ کو چائے پلاتا ہے، صبح شام آپ کی پریز کرتا ہے، اور آپ لو کرتے ہیں اپنے نیبر سے، تو یہ ایک درجے کی نیکی ہوئی۔ دوسرا کیس لیجئے</w:t>
      </w:r>
    </w:p>
    <w:p>
      <w:r>
        <w:rPr>
          <w:b/>
        </w:rPr>
        <w:t xml:space="preserve">[1:22:45] </w:t>
      </w:r>
      <w:r>
        <w:t>ke aap ke neighbor ne aap ke ghar mein patthar phenk diya, aap ke neighbor ne aap ko abuse kiya, aap ke neighbor ne aap ko koi nuksan pohanchaya, phir bhi aap ne kya kiya? aap ko anger to aayega, anger ko manage kiya aap ne? anger ko, jaise Quran mein aata hai ke ghazabaham yaghfiroon, ke unhein ghussa aata hai to ghusse ko adha adha pee lete hain.</w:t>
      </w:r>
    </w:p>
    <w:p>
      <w:pPr>
        <w:jc w:val="right"/>
      </w:pPr>
      <w:r>
        <w:t>کہ آپ کے نیبر نے آپ کے گھر میں پتھر پھینک دیا، آپ کے نیبر نے آپ کو ابیوز کیا، آپ کے نیبر نے آپ کو کوئی نقصان پہنچایا، پھر بھی آپ نے کیا کیا؟ آپ کو اینگر تو آئے گا، اینگر کو مینج کیا آپ نے؟ اینگر کو، جیسے قرآن میں آتا ہے کہ غضبہم یغفرون، کہ انہیں غصہ آتا ہے تو غصے کو ادھا ادھر پی لیتے ہیں۔</w:t>
      </w:r>
    </w:p>
    <w:p>
      <w:r>
        <w:rPr>
          <w:b/>
        </w:rPr>
        <w:t xml:space="preserve">[1:23:16] </w:t>
      </w:r>
      <w:r>
        <w:t>to neighbor ne aap ko ghussa dilaya, hate wali baat ki ke hate aa jaye aap ke dil mein, lekin aap ne Allah ke liye us ko maaf kar diya. aap ne us ko maaf kiya, na maaf kiya, balkeh us ke liye duaen keen ke khudaaya, us ke andar jo buri soch hai, us ko nikaal de.</w:t>
      </w:r>
    </w:p>
    <w:p>
      <w:pPr>
        <w:jc w:val="right"/>
      </w:pPr>
      <w:r>
        <w:t>تو نیبر نے آپ کو غصہ دلایا، ہیٹ والی بات کی کہ ہیٹ آ جائے آپ کے دل میں، لیکن آپ نے اللہ کے لیے اس کو معاف کر دیا۔ آپ نے اس کو معاف کیا، نہ معاف کیا، بلکہ اس کے لیے دعائیں کیں کہ خدایا، اس کے اندر جو بری سوچ ہے، اس کو نکال دے۔</w:t>
      </w:r>
    </w:p>
    <w:p>
      <w:r>
        <w:rPr>
          <w:b/>
        </w:rPr>
        <w:t xml:space="preserve">[1:23:47] </w:t>
      </w:r>
      <w:r>
        <w:t>to kya hua? aap ne ek aisi neki kamayi jo thousand time ziyada bari hai. yaani ek hai normal situation mein neighbor se mohabbat karna, ek hai in spite all those negative sentiments mohabbat karna. aap sochen, kitna bara darja ho gaya aap ka? kitna bara darja ho gaya aap ka?</w:t>
      </w:r>
    </w:p>
    <w:p>
      <w:pPr>
        <w:jc w:val="right"/>
      </w:pPr>
      <w:r>
        <w:t>تو کیا ہوا؟ آپ نے ایک ایسی نیکی کمائی جو تھاؤزنڈ ٹائم زیادہ بڑی ہے۔ یعنی ایک ہے نارمل سچویشن میں نیبر سے محبت کرنا، ایک ہے انسپائٹ ال دوز نیگیٹیو سینٹیمنٹس محبت کرنا۔ آپ سوچیں، کتنا بڑا درجہ ہو گیا آپ کا؟ کتنا بڑا درجہ ہو گیا آپ کا؟</w:t>
      </w:r>
    </w:p>
    <w:p>
      <w:r>
        <w:rPr>
          <w:b/>
        </w:rPr>
        <w:t xml:space="preserve">[1:24:18] </w:t>
      </w:r>
      <w:r>
        <w:t>thandhe thandhe halaat hain, neighbor aap ka jo hai, achhi achhi baaten karta hai, aap ko phool pesh karta hai, aur aap ko mehsoos karte hain ke mere dil mein apne parosi ki mohabbat hai. theek hai, yeh bhi achhi cheez hai, lekin parosi aap ko nafrat dilaye, aap ko ghussa dilaye, aap ke andar parosi ke khilaaf hate aa jaye, revenge aa jaye, lekin aap manage karen apne is ko, apne ko diff</w:t>
      </w:r>
    </w:p>
    <w:p>
      <w:pPr>
        <w:jc w:val="right"/>
      </w:pPr>
      <w:r>
        <w:t>ٹھنڈے ٹھنڈے حالات ہیں، نیبر آپ کا جو ہے، اچھی اچھی باتیں کرتا ہے، آپ کو پھول پیش کرتا ہے، اور آپ کو محسوس کرتے ہیں کہ میرے دل میں اپنے پڑوسی کی محبت ہے۔ ٹھیک ہے، یہ بھی اچھی چیز ہے، لیکن پڑوسی آپ کو نفرت دلائے، آپ کو غصہ دلائے، آپ کے اندر پڑوسی کے خلاف ہیٹ آ جائے، ریونج آ جائے، لیکن آپ مینج کریں اپنے اس کو، اپنے کو ڈیفی</w:t>
      </w:r>
    </w:p>
    <w:p>
      <w:r>
        <w:rPr>
          <w:b/>
        </w:rPr>
        <w:t xml:space="preserve">[1:24:48] </w:t>
      </w:r>
      <w:r>
        <w:t>use karen, apne ko thandha karen. yahan tak, yahan tak, yahan tak thandha karen ke aap us ke liye dua karne lagen. is ka maani kya hui hai? ke billion time bara reward ke aap ke deserve karne lagen. aap woh reward jo us par milta hai, aap ko normal halaat mein apne apne neighbor ko achha sulook karne ka</w:t>
      </w:r>
    </w:p>
    <w:p>
      <w:pPr>
        <w:jc w:val="right"/>
      </w:pPr>
      <w:r>
        <w:t>وز کریں، اپنے کو ٹھنڈا کریں۔ یہاں تک، یہاں تک، یہاں تک ٹھنڈا کریں کہ آپ اس کے لیے دعا کرنے لگیں۔ اس کا معنی کیا ہوئی ہے؟ کہ بلین ٹائم بڑا ریوارڈ کہ آپ کے ڈیزرو کرنے لگے۔ آپ وہ ریوارڈ جو اس پر ملتا ہے، آپ کو نارمل حالات میں اپنے اپنے نیبر کو اچھا سلوک کرنے کا</w:t>
      </w:r>
    </w:p>
    <w:p>
      <w:r>
        <w:rPr>
          <w:b/>
        </w:rPr>
        <w:t xml:space="preserve">[1:25:19] </w:t>
      </w:r>
      <w:r>
        <w:t>, to jab us ne aap ko hate mein mubtala kiya, jab us ne revenge ke jazbaat bharkaye aap ke andar, jab aap ko ghussa aaya us ke andar ke main kuchal daloon us ko, aur phir bhi aap ne andar andar apne ko apne ghusse ko manage kiya, andar andar aap ghusse ko pee gaye, diffuse kiya, yaani negativity ko positivity mein convert kiya, to phir aap ne ek aisa</w:t>
      </w:r>
    </w:p>
    <w:p>
      <w:pPr>
        <w:jc w:val="right"/>
      </w:pPr>
      <w:r>
        <w:t>، تو جب اس نے آپ کو ہیٹ میں مبتلا کیا، جب اس نے ریونج کے جذبات بھڑکائے آپ کے اندر، جب آپ کو غصہ آیا اس کے اندر کہ میں کچل ڈالوں اس کو، اور پھر بھی آپ نے اندر اندر اپنے کو اپنے غصے کو مینج کیا، اندر اندر آپ غصے کو پی گئے، ڈیفیوز کیا، یعنی نیگیٹیوٹی کو پازیٹیوٹی میں کنورٹ کیا، تو پھر آپ نے ایک ایسا</w:t>
      </w:r>
    </w:p>
    <w:p>
      <w:r>
        <w:rPr>
          <w:b/>
        </w:rPr>
        <w:t xml:space="preserve">[1:25:49] </w:t>
      </w:r>
      <w:r>
        <w:t>reward kamaya, ek aisi virtue. ek aisi virtue kamayi aap ne jo billion time ziyada bari thi, ziyada valuable thi. to aap bataiye ke agar yeh halaat na hote to aap kaise yeh bari virtue kamate? aap ghor kijiye, agar yeh sab halaat na hote to yeh itni bari bari virtue jo hain, aap ke liye kaise</w:t>
      </w:r>
    </w:p>
    <w:p>
      <w:pPr>
        <w:jc w:val="right"/>
      </w:pPr>
      <w:r>
        <w:t>ریوارڈ کمایا، ایک ایسی ورچو۔ ایک ایسی ورچو کمائی آپ نے جو بلین ٹائم زیادہ بڑی تھی، زیادہ ویلیو ایبل تھی۔ تو آپ بتائیے کہ اگر یہ حالات نہ ہوتے تو آپ کیسے یہ بڑی ورچو کماتے؟ آپ غور کیجئے، اگر یہ سب حالات نہ ہوتے تو یہ اتنی بڑی بڑی ورچو جو ہیں، آپ کے لیے کیسے</w:t>
      </w:r>
    </w:p>
    <w:p>
      <w:r>
        <w:rPr>
          <w:b/>
        </w:rPr>
        <w:t xml:space="preserve">[1:26:20] </w:t>
      </w:r>
      <w:r>
        <w:t>kamate in ko? aap to yeh jo hai, jo duniya mein jo sab baaten hain, woh is liye hain ke aap ko ziyada bara darja den, aap ke darje ko badhane ke liye hai. yeh saari jo negative item duniya mein jo rakh diye gaye hain, woh aap ke darje ko badhane ke liye hain. yaad rakhiye, main aksar kaha karta hoon ke agar</w:t>
      </w:r>
    </w:p>
    <w:p>
      <w:pPr>
        <w:jc w:val="right"/>
      </w:pPr>
      <w:r>
        <w:t>کماتے ان کو؟ آپ تو یہ جو ہے، جو دنیا میں جو سب باتیں ہیں، وہ اس لیے ہیں کہ آپ کو زیادہ بڑا درجہ دیں، آپ کے درجے کو بڑھانے کے لیے ہے۔ یہ ساری جو نیگیٹیو آئٹم دنیا میں جو رکھ دیے گئے ہیں، وہ آپ کے درجے کو بڑھانے کے لیے ہیں۔ یاد رکھیے، میں اکثر کہا کرتا ہوں کہ اگر</w:t>
      </w:r>
    </w:p>
    <w:p>
      <w:r>
        <w:rPr>
          <w:b/>
        </w:rPr>
        <w:t xml:space="preserve">[1:26:50] </w:t>
      </w:r>
      <w:r>
        <w:t>aap namazi hain, azan ki awaaz aayi, jaldi se aap bhagenge namaz ki taraf. kyun? aap samajhte hain ke namaz ke jab call ho gayi to ja kar ke wahan sawab len. hum yaqeen kijiye ke yahi maamla anger ka bhi hai. jab aap ke andar anger bhadke, samajh len ke woh call aa gayi, bara virtue kamane ki. namaz ki call daudati hai aap ko masjid ki taraf. isi tarah se aap ko us waqt, aap ke</w:t>
      </w:r>
    </w:p>
    <w:p>
      <w:pPr>
        <w:jc w:val="right"/>
      </w:pPr>
      <w:r>
        <w:t>آپ نمازی ہیں، اذان کی آواز آئی، جلدی سے آپ بھاگیں گے نماز کی طرف۔ کیوں؟ آپ سمجھتے ہیں کہ نماز کہ جب کال ہو گئی تو جا کر کے وہاں ثواب لیں۔ ہم یقین کیجئے کہ یہی معاملہ اینگر کا بھی ہے۔ جب آپ کے اندر اینگر بھڑکے، سمجھ لیں کہ وہ کال آ گئی، بڑا ورچو کمانے کی۔ نماز کی کال دوڑاتی ہے آپ کو مسجد کی طرف۔ اسی طرح سے آپ کو اس وقت، آپ کے</w:t>
      </w:r>
    </w:p>
    <w:p>
      <w:r>
        <w:rPr>
          <w:b/>
        </w:rPr>
        <w:t xml:space="preserve">[1:27:20] </w:t>
      </w:r>
      <w:r>
        <w:t>andar anger jab aaye, jab hate aaye, revenge ke jazbaat bharken, samajh lijiye ke woh time aa gaya jab ke main patience, tolerance, forgiveness ka proof de kar, us ka saboot de kar, bara reward loon, bari virtue hasil karoon, apni personality ko aur ziyada badhaoon. to spiritual development ka woh mauqa hota hai, ziyada bare level par. is liye Khuda ne aap ko</w:t>
      </w:r>
    </w:p>
    <w:p>
      <w:pPr>
        <w:jc w:val="right"/>
      </w:pPr>
      <w:r>
        <w:t>اندر اینگر جب آئے، جب ہیٹ آئے، ریونج کے جذبات بھڑکیں، سمجھ لیجئے کہ وہ ٹائم آ گیا جب کہ میں پیشنس، ٹالرنس، فارگیونس کا پروف دے کر، اس کا ثبوت دے کر، بڑا ریوارڈ لوں، بڑی ورچو حاصل کروں، اپنی پرسنیلٹی کو اور زیادہ بڑھاؤں۔ تو اسپیریچول ڈیولپمنٹ کا وہ موقع ہوتا ہے، زیادہ بڑے لیول پر۔ اس لیے خدا نے آپ کو</w:t>
      </w:r>
    </w:p>
    <w:p>
      <w:r>
        <w:rPr>
          <w:b/>
        </w:rPr>
        <w:t xml:space="preserve">[1:27:51] </w:t>
      </w:r>
      <w:r>
        <w:t>, Khuda ki blessing aap ke upar hai ke aise halaat diye jis mein aap ko bari bari jannaten hasil karne ka aap ko mauqa mil gaya hai. is ko shukr karna chahiye us par, na ke ghussa karen aap. host ne samne bohat tafseel se yeh bataya hai ke</w:t>
      </w:r>
    </w:p>
    <w:p>
      <w:pPr>
        <w:jc w:val="right"/>
      </w:pPr>
      <w:r>
        <w:t>، خدا کی بلیسنگ آپ کے اوپر ہے کہ ایسے حالات دیے جس میں آپ کو بڑی بڑی جنتیں حاصل کرنے کا آپ کو اوسط مل گیا ہے۔ اس کو شکر کرنا چاہیے اس پر، نہ کہ غصہ کریں آپ۔ ہوسٹ نے سامنے بہت تفصیل سے یہ بتایا ہے کہ</w:t>
      </w:r>
    </w:p>
    <w:p>
      <w:r>
        <w:rPr>
          <w:b/>
        </w:rPr>
        <w:t xml:space="preserve">[1:28:21] </w:t>
      </w:r>
      <w:r>
        <w:t>hum negativity ko kis tarah se manage kar sakte hain aur apne negative item ko aur tajrube ko positive tajruba bana sakte hain. is mauqe par bohat se logon ko yeh sawal hota hai ke Maulana jo baaten batate hain, peace ki aur aman ki aur anger management ki, kya yeh practical bhi hai? rozmarra ki zindagi mein is ko apnaya ja sakta hai ke nahi? to main yahan par is ki</w:t>
      </w:r>
    </w:p>
    <w:p>
      <w:pPr>
        <w:jc w:val="right"/>
      </w:pPr>
      <w:r>
        <w:t>ہم نیگیٹیوٹی کو کس طرح سے مینج کر سکتے ہیں اور اپنے نیگیٹیو آئٹم کو اور تجربے کو پازیٹیو تجربہ بنا سکتے ہیں۔ اس موقع پر بہت سے لوگوں کو یہ سوال ہوتا ہے کہ مولانا جو باتیں بتاتے ہیں، پیس کی اور امن کی اور اینگر مینجمنٹ کی، کیا یہ پریکٹیکل بھی ہے؟ روزمرہ کی زندگی میں اس کو اپنایا جا سکتا ہے کہ نہیں؟ تو میں یہاں پر اس کی</w:t>
      </w:r>
    </w:p>
    <w:p>
      <w:r>
        <w:rPr>
          <w:b/>
        </w:rPr>
        <w:t xml:space="preserve">[1:28:51] </w:t>
      </w:r>
      <w:r>
        <w:t>practical misaal aur taaza misaal main aap ko ek dena chahta hoon. kal hum log, yaani 11 March 2006 ko Hyderabad mein thay, wahan Maulana ka khitab hua aur Maulana ki taqreer khatam hone ke baad teen aala taleem yafta khawateen program mein aayin aur unhon ne Maulana se alag se yeh</w:t>
      </w:r>
    </w:p>
    <w:p>
      <w:pPr>
        <w:jc w:val="right"/>
      </w:pPr>
      <w:r>
        <w:t>پریکٹیکل مثال اور تازہ مثال میں آپ کو ایک دینا چاہتا ہوں۔ کل ہم لوگ، یعنی 11 مارچ 2006 کو حیدرآباد میں تھے، وہاں مولانا کا خطاب ہوا اور مولانا کی تقریر ختم ہونے کے بعد تین اعلیٰ تعلیم یافتہ خواتین پروگرام میں آئیں اور انہوں نے مولانا سے الگ سے یہ</w:t>
      </w:r>
    </w:p>
    <w:p>
      <w:r>
        <w:rPr>
          <w:b/>
        </w:rPr>
        <w:t xml:space="preserve">[1:29:21] </w:t>
      </w:r>
      <w:r>
        <w:t>maloom karna chaha ke aap ka mission kya hai. to Maulana ne un ke sawal ka jawab 20 minute mein tafseel ke sath un ko diya. to wahan par jo log baithe thay, un ko un ko yeh galat fehmi ho gayi ke shayad Maulana ka yeh jo majlis hai, yeh yeh sawal jawab ki majlis hai. to ek saheb ko sabr nahi hua, jab dekha ke 20 minute tak Maulana ek sawal ka jawab de rahe hain, to beech hi mein unhon ne haath utha kar</w:t>
      </w:r>
    </w:p>
    <w:p>
      <w:pPr>
        <w:jc w:val="right"/>
      </w:pPr>
      <w:r>
        <w:t>معلوم کرنا چاہا کہ آپ کا مشن کیا ہے۔ تو مولانا نے ان کے سوال کا جواب 20 منٹ میں تفصیل کے ساتھ ان کو دیا۔ تو وہاں پر جو لوگ بیٹھے تھے، ان کو ان کو یہ غلط فہمی ہو گئی کہ شاید مولانا کا یہ جو مجلس ہے، یہ یہ سوال جواب کی مجلس ہے۔ تو ایک صاحب کو صبر نہیں ہوا، جب دیکھا کہ 20 منٹ تک مولانا ایک سوال کا جواب دے رہے ہیں، تو بیچ ہی میں انہوں نے ہاتھ اٹھا کر</w:t>
      </w:r>
    </w:p>
    <w:p>
      <w:r>
        <w:rPr>
          <w:b/>
        </w:rPr>
        <w:t xml:space="preserve">[1:29:52] </w:t>
      </w:r>
      <w:r>
        <w:t>Maulana se kaha ke main zara aap ko mudakhlat karna chahta hoon, main bhi ek sawal karna chahta hoon. aur woh ek bohat hi taleem yafta aadmi thay, Ali, unhon ne university ki bhi taleem li hai aur deeniyat ka bhi mutala kiya, unhon ne bohat wasee, lekin bohat se confusion un ke zehan mein thay. unhon ne kaha ke main beech mein mudakhlat karna chahta hoon. to Maulana ne kaha ke dekhiye, kisi baat jab ho rahi ho, koi baat</w:t>
      </w:r>
    </w:p>
    <w:p>
      <w:pPr>
        <w:jc w:val="right"/>
      </w:pPr>
      <w:r>
        <w:t>مولانا سے کہا کہ میں ذرا آپ کو مداخلت کرنا چاہتا ہوں، میں بھی ایک سوال کرنا چاہتا ہوں۔ اور وہ ایک بہت ہی تعلیم یافتہ آدمی تھے، علی، انہوں نے یونیورسٹی کی بھی تعلیم لی ہے اور دینیات کا بھی مطالعہ کیا، انہوں نے بہت وسیع، لیکن بہت سے کنفیوژن ان کے ذہن میں تھے۔ انہوں نے کہا کہ میں بیچ میں مداخلت کرنا چاہتا ہوں۔ تو مولانا نے کہا کہ دیکھیے، کسی بات جب ہو رہی ہو، کوئی بات</w:t>
      </w:r>
    </w:p>
    <w:p>
      <w:r>
        <w:rPr>
          <w:b/>
        </w:rPr>
        <w:t xml:space="preserve">[1:30:22] </w:t>
      </w:r>
      <w:r>
        <w:t>beech mein mudakhlat karna isi tarah se haram hai jis tarah ek shakhs namaz parh raha ho aur aap us ki namaz mein beech mein kuch usay kehne lagen. aur is tarah un ko rok diya, unhon ne kaha ke baad mein aap sawal kijiye jo kuch kehna ho. to is par woh saheb bohat ghussa hue aur woh zor zor se bolne lage, yeh kya tareeqa hai? main kahan se kaam chhod kar aaya, itni masroofiyat se main time nikaal ke aaya aur Maulana ne mere sawal ka jawab nahi diya. aur yeh koi tareeqa hai ke ek sawal ka jawab 20 minute tak diya jaye aur ek aadmi ek mukhtasar sawal kare, us ko radd kar diya j</w:t>
      </w:r>
    </w:p>
    <w:p>
      <w:pPr>
        <w:jc w:val="right"/>
      </w:pPr>
      <w:r>
        <w:t>بیچ میں مداخلت کرنا اسی طرح سے حرام ہے جس طرح ایک شخص نماز پڑھ رہا ہو اور آپ اس کی نماز میں بیچ میں کچھ اسے کہنے لگیں۔ اور اس طرح ان کو روک دیا، انہوں نے کہا کہ بعد میں آپ سوال کیجیے جو کچھ کہنا ہو۔ تو اس پر وہ صاحب بہت غصہ ہوئے اور وہ زور زور سے بولنے لگے، یہ کیا طریقہ ہے؟ میں کہاں سے کام چھوڑ کر آیا، اتنی مصروفیت سے میں ٹائم نکال کے آیا اور مولانا نے میرے سوال کا جواب نہیں دیا۔ اور یہ کوئی طریقہ ہے کہ ایک سوال کا جواب 20 منٹ تک دیا جائے اور ایک آدمی ایک مختصر سوال کرے، اس کو رد کر دیا ج</w:t>
      </w:r>
    </w:p>
    <w:p>
      <w:r>
        <w:rPr>
          <w:b/>
        </w:rPr>
        <w:t xml:space="preserve">[1:30:52] </w:t>
      </w:r>
      <w:r>
        <w:t>aye? to is tarah se woh bohat khafa hote hue, bak bak karte hue nikal gaye. to Maulana bhi us waqt bahar nikal rahe thay, hum log bhi nikal rahe thay, chunke time ho gaya tha jaane ka. chunache woh jab neeche pahunche aur Maulana bhi neeche pahunche to Maulana se lad gaye ke sahib, yeh kya tareeqa hai aap ka? kaun se kahan gaya pani mein? aur bohat ziyada. to Maulana ne un se kaha ke aap mujhe maaf kar dijiye. aur yeh yeh jumla Maulana ne un se taqreeban 25 ya 30 martaba dohraya</w:t>
      </w:r>
    </w:p>
    <w:p>
      <w:pPr>
        <w:jc w:val="right"/>
      </w:pPr>
      <w:r>
        <w:t>ائے؟ تو اس طرح سے وہ بہت خفا ہوتے ہوئے، بک بک کرتے ہوئے نکل گئے۔ تو مولانا بھی اس وقت باہر نکل رہے تھے، ہم لوگ بھی نکل رہے تھے، چونکہ ٹائم ہو گیا تھا جانے کا۔ چنانچہ وہ جب نیچے پہنچے اور مولانا بھی نیچے پہنچے تو مولانا سے لڑ گئے کہ صاحب، یہ کیا طریقہ ہے آپ کا؟ کون سے کہاں گیا پانی میں؟ اور بہت زیادہ۔ تو مولانا نے ان سے کہا کہ آپ مجھے معاف کر دیجئے۔ اور یہ یہ جملہ مولانا نے ان سے تقریباً 25 یا 30 مرتبہ دہرایا</w:t>
      </w:r>
    </w:p>
    <w:p>
      <w:r>
        <w:rPr>
          <w:b/>
        </w:rPr>
        <w:t xml:space="preserve">[1:31:22] </w:t>
      </w:r>
      <w:r>
        <w:t>ke aap mujhe maaf kar dijiye, aap ki koi ghalati nahi thi, aap mujhe maaf kar dijiye, aap bilkul theek thay, meri ghalati thi, aap mujhe maaf kar dijiye. aap agar mujhe maaf kar denge to mujhe bohat sawab milega, aap ko bohat sawab milega. bar bar Maulana un se kehte rahe, mujhe maaf kar dijiye. aur is ke baad woh naram pad gaye aur Maulana ne usi waqt wahin zameen par baith kar kaha ke main aap ke sawal ka jawab de kar jaunga. un ka sawal yeh tha ke aap yeh kehte hain ke anger management karo, ghusse ko bardasht karo</w:t>
      </w:r>
    </w:p>
    <w:p>
      <w:pPr>
        <w:jc w:val="right"/>
      </w:pPr>
      <w:r>
        <w:t>کہ آپ مجھے معاف کر دیجئے، آپ کی کوئی غلطی نہیں تھی، آپ مجھے معاف کر دیجئے، آپ بالکل ٹھیک تھے، میری غلطی تھی، آپ مجھے معاف کر دیجئے۔ آپ اگر مجھے معاف کر دیں گے تو مجھے بہت ثواب ملے گا، آپ کو بہت ثواب ملے گا۔ بار بار مولانا ان سے کہتے رہے، مجھے معاف کر دیجئے۔ اور اس کے بعد وہ نرم پڑ گئے اور مولانا نے اسی وقت وہیں زمین پر بیٹھ کر کہا کہ میں آپ کے سوال کا جواب دے کر جاؤں گا۔ ان کا سوال یہ تھا کہ آپ یہ کہتے ہیں کہ اینگر مینجمنٹ کرو، غصے کو برداشت کرو</w:t>
      </w:r>
    </w:p>
    <w:p>
      <w:r>
        <w:rPr>
          <w:b/>
        </w:rPr>
        <w:t xml:space="preserve">[1:31:52] </w:t>
      </w:r>
      <w:r>
        <w:t>sabr ka response do, lekin Khuda ne insaan ki fitrat mein jo hai jhagda rakha hai, insaan ki fitrat mein ghussa rakha hai. to jo cheez fitri ho, us ko hum kaise manage kar sakte hain? to Maulana ne un se kaha ke dekhiye, abhi is ka tajruba hum ko aur aap ko hua, hum ko ek baat par ghussa aaya aur us ka response bhi aap ke samne aaya. aap yeh bataiye ke ghussa achhi cheez hai, modesty aur tawazu achhi cheez hai?</w:t>
      </w:r>
    </w:p>
    <w:p>
      <w:pPr>
        <w:jc w:val="right"/>
      </w:pPr>
      <w:r>
        <w:t>، صبر کا رسپانس دو، لیکن خدا نے انسان کی فطرت میں جو ہے جھگڑا رکھا ہے، انسان کی فطرت میں غصہ رکھا ہے۔ تو جو چیز فطری ہو، اس کو ہم کیسے مینج کر سکتے ہیں؟ تو مولانا نے ان سے کہا کہ دیکھیے، ابھی اس کا تجربہ ہم کو اور آپ کو ہوا، ہم کو ایک بات پر غصہ آیا اور اس کا رسپانس بھی آپ کے سامنے آیا۔ آپ یہ بتائیے کہ غصہ اچھی چیز ہے، مودیسٹی اور تواضع اچھی چیز ہے؟</w:t>
      </w:r>
    </w:p>
    <w:p>
      <w:r>
        <w:rPr>
          <w:b/>
        </w:rPr>
        <w:t xml:space="preserve">[1:32:22] </w:t>
      </w:r>
      <w:r>
        <w:t>to unhon ne kaha ke nahi, ghussa to achhi cheez nahi hai, modesty achhi cheez hai. to Maulana ne kaha ke agar Khuda ne hamari fitrat mein yeh ghussa na rakha hota, hamari fitrat mein is tarah ka mizaj, mushtael mizaj na rakha hota, to hamein yeh tajruba jo modesty ka hua hai, yeh kaise hota? yeh ghussa hamari fitrat mein rakha tha Khuda ne, isi liye hamein yeh itna bara mauqa mila ke hum modesty ka tajruba kar saken. to is par woh saheb normal ho gaye. to yeh waqea hum logon</w:t>
      </w:r>
    </w:p>
    <w:p>
      <w:pPr>
        <w:jc w:val="right"/>
      </w:pPr>
      <w:r>
        <w:t>تو انہوں نے کہا کہ نہیں، غصہ تو اچھی چیز نہیں ہے، مودیسٹی اچھی چیز ہے۔ تو مولانا نے کہا کہ اگر خدا نے ہماری فطرت میں یہ غصہ نہ رکھا ہوتا، ہماری فطرت میں اس طرح کا مزاج، مشتعل مزاج نہ رکھا ہوتا، تو ہمیں یہ تجربہ جو مودیسٹی کا ہوا ہے، یہ کیسے ہوتا؟ یہ غصہ ہماری فطرت میں رکھا تھا خدا نے، اسی لیے ہم کو یہ اتنا بڑا موقع ملا کہ ہم مودیسٹی کا تجربہ کر سکیں۔ تو اس پر وہ صاحب نارمل ہو گئے۔ تو یہ واقعہ ہم لوگوں</w:t>
      </w:r>
    </w:p>
    <w:p>
      <w:r>
        <w:rPr>
          <w:b/>
        </w:rPr>
        <w:t xml:space="preserve">[1:32:52] </w:t>
      </w:r>
      <w:r>
        <w:t>ke liye, hum logon ke pure safar ka khulasa tha. aur is waqeye ne hamein bataya ke hum kis tarah se Maulana ki in baaton ko apni zindagi mein apply kar sakte hain aur is ka amli namuna ban sakte hain. and the question is that Quran mein ab se 1450 saal pehle saat zameenon ki nishandahi farmayi gayi hai aur science abhi sirf do zameenon ko hi daryaft kar paya hai, jaisa ke aap ne farmaya. is se pehle aap saat zameenon ke ta'alluq se apni rai ka</w:t>
      </w:r>
    </w:p>
    <w:p>
      <w:pPr>
        <w:jc w:val="right"/>
      </w:pPr>
      <w:r>
        <w:t>کے لیے، ہم لوگوں کے پورے سفر کا خلاصہ تھا۔ اور اس واقعے نے ہمیں بتایا کہ ہم کس طرح سے مولانا کی ان باتوں کو اپنی زندگی میں اپلائی کر سکتے ہیں اور اس کا عملی نمونہ بن سکتے ہیں۔ اینڈ دا کوسچن از دیٹ قرآن میں اب سے 1450 سال پہلے سات زمینوں کی نشاندہی فرمائی گئی ہے اور سائنس ابھی صرف دو زمینوں کو ہی دریافت کر پایا ہے، جیسا کہ آپ نے فرمایا۔ اس سے پہلے آپ سات زمینوں کے تعلق سے اپنی رائے کا</w:t>
      </w:r>
    </w:p>
    <w:p>
      <w:r>
        <w:rPr>
          <w:b/>
        </w:rPr>
        <w:t xml:space="preserve">[1:33:23] </w:t>
      </w:r>
      <w:r>
        <w:t>izhar farmayen. dekhiye, Quran mein sirf saat zameeni ki baat nahi hai, aur bhi bohat si baaten hain jo abhi tak undiscovered hain. science ne duniya ki jo baaten jani hain, woh less than one percent hain. abhi aisa nahi hai ke poori poori poori poori jo universe hai, universe of fact, us ko science ne discover kar liya ho. universe</w:t>
      </w:r>
    </w:p>
    <w:p>
      <w:pPr>
        <w:jc w:val="right"/>
      </w:pPr>
      <w:r>
        <w:t>اظہار فرمائیں۔ دیکھیے، قرآن میں صرف سات زمینی کی بات نہیں ہے، اور بھی بہت سی باتیں ہیں جو ابھی تک ان ڈسکورڈ ہیں۔ سائنس نے دنیا کی جو باتیں جانی ہیں، وہ لیس دین ون پرسنٹ ہیں۔ ابھی ایسا نہیں ہے کہ پوری پوری پوری پوری جو یونیورس ہے، یونیورس آف فیکٹ، اس کو سائنس نے ڈسکور کر لیا ہو۔ یونیورس</w:t>
      </w:r>
    </w:p>
    <w:p>
      <w:r>
        <w:rPr>
          <w:b/>
        </w:rPr>
        <w:t xml:space="preserve">[1:33:53] </w:t>
      </w:r>
      <w:r>
        <w:t>of fact ka less than one percent hi science daryaft kar saki hai. is liye main yeh kahunga ke yeh woh cheezen hain jo aaj agarche hamein maloom nahi hain, future mein maloom hongi. jaise ke example Quran hi mein maujood hai, doosra ke Quran jab utra to us mein kaha gaya ke Firon ki lash ke bare mein, Firon ki body ke bare mein ke al-yawm nunji baka bidanak litakuna li man khalaafak ke Firon ka body jo hai woh preserve</w:t>
      </w:r>
    </w:p>
    <w:p>
      <w:pPr>
        <w:jc w:val="right"/>
      </w:pPr>
      <w:r>
        <w:t>آف فیکٹ کا لیس دین ون پرسنٹ ہی سائنس دریافت کر سکی ہے۔ اس لیے میں یہ کہوں گا کہ یہ وہ چیزیں ہیں جو آج اگرچہ ہمیں معلوم نہیں ہیں، فیوچر میں معلوم ہوں گی۔ جیسے کہ ایگزامپل قرآن ہی میں موجود ہے، دوسرا کہ قرآن جب اترا تو اس میں کہا گیا کہ فرعون کی لاش کے بارے میں، فرعون کی باڈی کے بارے میں کہ الیوم نونجی کا بدن کا لتکون خلف کا آیا کہ فرعون کا باڈی جو ہے وہ پریز</w:t>
      </w:r>
    </w:p>
    <w:p>
      <w:r>
        <w:rPr>
          <w:b/>
        </w:rPr>
        <w:t xml:space="preserve">[1:34:23] </w:t>
      </w:r>
      <w:r>
        <w:t>ro hai, aindah woh samne aayega. to nuzool Quran ke waqt us ke bare mein koi bhi nahi janta tha, koi ek insaan bhi nahi janta tha ke Firon ka body kahan hai. yeh hazar saal ke baad French aur German scholars ne pyramid se nikala aur ab woh Cairo ke museum mein maujood hai, woh body. to jis tarah se is ayat ka,</w:t>
      </w:r>
    </w:p>
    <w:p>
      <w:pPr>
        <w:jc w:val="right"/>
      </w:pPr>
      <w:r>
        <w:t>رو ہے، آئندہ وہ سامنے آئے گا۔ تو نزول قرآن کے وقت اس کے بارے میں کوئی بھی نہیں جانتا تھا، کوئی ایک انسان بھی نہیں جانتا تھا کہ فرعون کا باڈی کہاں ہے۔ یہ ہزار سال کے بعد فرینچ اور جرمن اسکالرز نے پیرامڈ سے نکالا اور اب وہ قیروں کے میوزیم میں موجود ہے، وہ باڈی۔ تو جس طرح سے اس آیت کا،</w:t>
      </w:r>
    </w:p>
    <w:p>
      <w:r>
        <w:rPr>
          <w:b/>
        </w:rPr>
        <w:t xml:space="preserve">[1:34:54] </w:t>
      </w:r>
      <w:r>
        <w:t>is ayat mein jis baat ki khabar di gayi thi, woh hazar saal ke baad maloom hui, isi tarah zameenon ke bare mein jo khabar di gayi hai, woh agle kisi mauqe par maloom hogi. is mein koi pareshani ki baat nahi hai. this question is from Razia she asked that what is the difference between satisfaction and happiness and is any of the two possible in pre death period? dekhiye, yeh koi itna aasan</w:t>
      </w:r>
    </w:p>
    <w:p>
      <w:pPr>
        <w:jc w:val="right"/>
      </w:pPr>
      <w:r>
        <w:t>اس آیت میں جس بات کی خبر دی گئی تھی، وہ ہزار سال کے بعد معلوم ہوئی، اسی طرح زمینوں کے بارے میں جو خبر دی گئی ہے، وہ اگلے کسی موقع پر معلوم ہوگی۔ اس میں کوئی پریشانی کی بات نہیں ہے۔ دس کوسچن از فرام رازیہ شی اسک دیٹ واٹ از دا ڈیفرنس بٹوین سیٹسفیکشن اینڈ ہیپینس اینڈ از اینی اف دا ٹو پوسیبل ان پری ڈیتھ پیریڈ؟ دیکھیے، یہ کوئی اتنا آسان</w:t>
      </w:r>
    </w:p>
    <w:p>
      <w:r>
        <w:rPr>
          <w:b/>
        </w:rPr>
        <w:t xml:space="preserve">[1:35:24] </w:t>
      </w:r>
      <w:r>
        <w:t>question nahi hai. yeh main sirf yeh keh sakta hoon ke duniya mein real sense mein happiness kabhi bhi mil nahi sakti hai, satisfaction kabhi mil nahi sakta hai. jo cheez possible hai, woh yeh ke aap yeh jaan len ke duniya mein yeh cheez milne wali hi nahi hai. to jo cheez possible hai, woh hai contentment.</w:t>
      </w:r>
    </w:p>
    <w:p>
      <w:pPr>
        <w:jc w:val="right"/>
      </w:pPr>
      <w:r>
        <w:t>کوسچن نہیں ہے۔ یہ میں صرف یہ کہہ سکتا ہوں کہ دنیا میں ریئل سینس میں ہیپینس کبھی بھی مل نہیں سکتی ہے، سیٹسفیکشن کبھی مل نہیں سکتا ہے۔ جو چیز پاسیبل ہے، وہ یہ کہ آپ یہ جان لیں کہ دنیا میں یہ چیز ملنے والی ہی نہیں ہے۔ تو جو چیز پاسیبل ہے، وہ ہے کنٹینٹمنٹ۔</w:t>
      </w:r>
    </w:p>
    <w:p>
      <w:r>
        <w:rPr>
          <w:b/>
        </w:rPr>
        <w:t xml:space="preserve">[1:35:55] </w:t>
      </w:r>
      <w:r>
        <w:t>hadith mein, quran mein qanaat ki baat bohat ziyada kahi gayi hai. to aaj kal jis cheez ko bola jata hai happiness ya satisfaction, wo apne modern contribution mein to possible nahi hai, lekin ek aur cheez possible hai, wo hai contentment, qanaat. wo kya hai? aap hawa jahaz mein safar karte hain to aap ko yeh nahi hota ke aap wahan bed ho, wahan sooon is ke upar, kyunke aap jante hain ke hawa jahaz mein bed nahi hua kar</w:t>
      </w:r>
    </w:p>
    <w:p>
      <w:pPr>
        <w:jc w:val="right"/>
      </w:pPr>
      <w:r>
        <w:t>حدیث میں، قرآن میں قناعت کی بات بہت زیادہ کہی گئی ہے۔ تو آج کل جس چیز کو بولا جاتا ہے ہیپینس یا سیٹسفیکشن، وہ اپنے ماڈرن کنٹریشن میں تو پاسیبل نہیں ہے، لیکن ایک اور چیز پاسیبل ہے، وہ ہے کنٹینٹمنٹ، قناعت۔ وہ کیا ہے؟ آپ ہوا جہاز میں سفر کرتے ہیں تو آپ کو یہ نہیں ہوتا کہ آپ وہاں بیڈ ہو، وہاں سوؤں اس کے اوپر، کیونکہ آپ جانتے ہیں کہ ہوا جہاز میں بیڈ نہیں ہوا کر</w:t>
      </w:r>
    </w:p>
    <w:p>
      <w:r>
        <w:rPr>
          <w:b/>
        </w:rPr>
        <w:t xml:space="preserve">[1:36:25] </w:t>
      </w:r>
      <w:r>
        <w:t>te. to ek contentment aa jata hai. yeh is qism ka ek ek feeling dunya mein hasil ho jati hai, aadmi ko unnecessary tension se bach jata hai, wo unnecessary stress se bach jata hai. wo yeh hai is mamle mein position. next question is from hussain bano she says that sometimes in her case despite her best efforts to avoid negative thoughts</w:t>
      </w:r>
    </w:p>
    <w:p>
      <w:pPr>
        <w:jc w:val="right"/>
      </w:pPr>
      <w:r>
        <w:t>تے۔ تو ایک کنٹینٹمنٹ آ جاتا ہے۔ یہ اس قسم کا ایک ایک فیلنگ دنیا میں حاصل ہو جاتی ہے، آدمی کو ان نیسیسری ٹینشن سے بچ جاتا ہے، وہ ان نیسیسری اسٹریس سے بچ جاتا ہے۔ وہ یہ ہے اس معاملے میں پوزیشن۔ نیکسٹ کوسچن از فرام حسین بانو شی سیز دیٹ سم ٹائمز ان ہر کیس ڈسپائٹ ہر بیسٹ ایفرٹس ٹو اوائڈ نیگیٹیو تھاٹس</w:t>
      </w:r>
    </w:p>
    <w:p>
      <w:r>
        <w:rPr>
          <w:b/>
        </w:rPr>
        <w:t xml:space="preserve">[1:36:55] </w:t>
      </w:r>
      <w:r>
        <w:t>she is incapable of diffusing that thought. so she says that is there any dua which can help her diffuse the negative thought and deal with the life related issue? dekhiye, ek baat samajh lijiye ke negative thought complete sense mein khatam nahi hota, kisi ke liye bhi nahi khatam hota.</w:t>
      </w:r>
    </w:p>
    <w:p>
      <w:pPr>
        <w:jc w:val="right"/>
      </w:pPr>
      <w:r>
        <w:t>شی از ان کیپیبل اف ڈیفیوزنگ دیٹ تھاٹ۔ سو شی سیز دیٹ از دیر اینی دعا وچ کین ہیلپ ہر ڈیفیوز دی نیگیٹیو تھاٹ اینڈ ڈیل ود دی لائف ریلیٹڈ ایشو؟ دیکھیے، ایک بات سمجھ لیجئے کہ نیگیٹیو تھاٹ کمپلیٹ سینس میں ختم نہیں ہوتا، کسی کے لیے بھی نہیں ختم ہوتا۔</w:t>
      </w:r>
    </w:p>
    <w:p>
      <w:r>
        <w:rPr>
          <w:b/>
        </w:rPr>
        <w:t xml:space="preserve">[1:37:26] </w:t>
      </w:r>
      <w:r>
        <w:t>is liye yeh ek continuous process hai. agar wo continuous process na ho to rozana aap neki kaise kamayenge? aap ghor kijiye ke agar aap ki umar 30 years hai, usi waqt sare negative sentiment aap ne kill daale, ek dam khatam kar liya to phir aap enable ho gaye, aur wo development ka process jo hai, wo to wahin kahin ruk gaya.</w:t>
      </w:r>
    </w:p>
    <w:p>
      <w:pPr>
        <w:jc w:val="right"/>
      </w:pPr>
      <w:r>
        <w:t>اس لیے یہ ایک کنٹینیوس پراسیس ہے۔ اگر وہ کنٹینیوس پراسیس نہ ہو تو روزانہ آپ نیکی کیسے کمائیں گے؟ آپ غور کیجئے کہ اگر آپ کی عمر تھرٹی ایئرز ہے، اسی وقت سارے نیگیٹیو سینٹیمنٹ آپ نے کل کر ڈالے، ایک دم ختم کر لیا تو پھر آپ انیبل ہو گئے، اور وہ ڈیویلپمنٹ کا پراسیس جو ہے، وہ تو وہیں کہیں رک گیا۔</w:t>
      </w:r>
    </w:p>
    <w:p>
      <w:r>
        <w:rPr>
          <w:b/>
        </w:rPr>
        <w:t xml:space="preserve">[1:37:57] </w:t>
      </w:r>
      <w:r>
        <w:t>is ko achhe se samjhiye ke yeh jo jis ko mein management keh raha hoon ke anger ko manage karna, negative thought ko manage karna, there is a process, wo process barabar jari rahega taake aap ka personal development jo hai, wo kabhi khatam na ho, chalta rahe, chalta rahe, chalta rahe. yeh to bohat achhi baat hai ke khatam nahi hota, khatam nahi ho, khatam ho jaye to is ka matlab yeh hai ke personal development</w:t>
      </w:r>
    </w:p>
    <w:p>
      <w:pPr>
        <w:jc w:val="right"/>
      </w:pPr>
      <w:r>
        <w:t>اس کو اچھے سے سمجھیے کہ یہ جو جس کو میں مینجمنٹ کہہ رہا ہوں کہ اینگر کو مینج کرنا، نیگیٹیو تھاٹ کو مینج کرنا، دیر از ا پراسیس، وہ پراسیس برابر جاری رہے گا تاکہ آپ کا پرسنل ڈیولپمنٹ جو ہے، وہ کبھی ختم نہ ہو، چلتا رہے، چلتا رہے، چلتا رہے۔ یہ تو بہت اچھی بات ہے کہ ختم نہیں ہوتا، ختم نہیں ہو، ختم ہو جائے تو اس کا مطلب یہ ہے کہ پرسنل ڈیولپمنٹ</w:t>
      </w:r>
    </w:p>
    <w:p>
      <w:r>
        <w:rPr>
          <w:b/>
        </w:rPr>
        <w:t xml:space="preserve">[1:38:27] </w:t>
      </w:r>
      <w:r>
        <w:t>ka process ruk jayega. doosri baat dekhiye, yeh hai ke quran se yahi maloom hota hai ke 100 percent kabhi bhi kisi ka khatam nahi hota. wo quran se maloom hota hai khuda aakhirat mein khatam karega. jin logon ke liye yeh faisla kiya jayega ke unhein jannat mein dakhil kiya jayega to thode bahut jo reh gaye hain, is ko khuda wahan pak kar dega. yeh aata hai quran mein ke y</w:t>
      </w:r>
    </w:p>
    <w:p>
      <w:pPr>
        <w:jc w:val="right"/>
      </w:pPr>
      <w:r>
        <w:t>کا پراسیس رک جائے گا۔ دوسری بات دیکھیں، یہ ہے کہ قرآن سے یہی معلوم ہوتا ہے کہ ہنڈرڈ پرسنٹ کبھی بھی کسی کا ختم نہیں ہوتا۔ وہ قرآن سے معلوم ہوتا ہے خدا آخرت میں ختم کرے گا۔ جن لوگوں کے لیے یہ فیصلہ کیا جائے گا کہ انہیں جنت میں داخل کیا جائے گا تو تھوڑے بہت جو رہ گئے ہیں، اس کو خدا وہاں پاک کر دے گا۔ یہ آتا ہے قرآن میں کہ ی</w:t>
      </w:r>
    </w:p>
    <w:p>
      <w:r>
        <w:rPr>
          <w:b/>
        </w:rPr>
        <w:t xml:space="preserve">[1:39:00] </w:t>
      </w:r>
      <w:r>
        <w:t>ani ahle jannat ke darmiyan dunya mein jo ek doosre ke khilaf shikayatein aur malis the, is ko khuda nikal dega wahan. to ek wo log hain jo manage hi na karein, usi mein jeete rahein, wo to hell mein jayenge. doosre wo log hain jo manage karein sincerely aur manage karte karte kuch thoda sa phir bhi reh jaye, as a law of nature,</w:t>
      </w:r>
    </w:p>
    <w:p>
      <w:pPr>
        <w:jc w:val="right"/>
      </w:pPr>
      <w:r>
        <w:t>عنی اہل جنت کے درمیان دنیا میں جو ایک دوسرے کے خلاف شکایتیں اور مالیث تھے، اس کو خدا نکال دے گا وہاں۔ تو ایک وہ لوگ ہیں جو مینج ہی نہ کریں، اسی میں جیتے رہیں، وہ تو ہل میں جائیں گے۔ دوسرے وہ لوگ ہیں جو مینج کریں سنسیرلی اور مینج کرتے کرتے کچھ تھوڑا سا پھر بھی رہ جائے، ایز اے لا اف نیچر،</w:t>
      </w:r>
    </w:p>
    <w:p>
      <w:r>
        <w:rPr>
          <w:b/>
        </w:rPr>
        <w:t xml:space="preserve">[1:39:31] </w:t>
      </w:r>
      <w:r>
        <w:t>un ke liye khuda ne wada kiya hai ke un ko, un ko aakhri taur par yani final purification khuda kar dega. aur phir jab jannat mein jayenge, wo to wo poori tarah positive personality le kar jayenge. this question is from ayesha she says that according to hadith simplicity is part of faith then can you explain relation between two</w:t>
      </w:r>
    </w:p>
    <w:p>
      <w:pPr>
        <w:jc w:val="right"/>
      </w:pPr>
      <w:r>
        <w:t>ان کے لیے خدا نے وعدہ کیا ہے کہ ان کو، ان کو آخری طور پر یعنی فائنل پیوریفیکیشن خدا کر دے گا۔ اور پھر جب جنت میں جائیں گے، وہ تو وہ پوری طرح پوزیٹیو پرسنیلٹی لے کر جائیں گے۔ دس کوسچن از فرام عائشہ شی سیز دیٹ اکارڈنگ ٹو حدیث سمپلیسٹی از پارٹ اف فیتھ دین کین یو ایکسپلین ریلیشن بٹوین ٹو</w:t>
      </w:r>
    </w:p>
    <w:p>
      <w:r>
        <w:rPr>
          <w:b/>
        </w:rPr>
        <w:t xml:space="preserve">[1:40:03] </w:t>
      </w:r>
      <w:r>
        <w:t>? dekhiye, simplicity jo hai, wo aap ko is qabil banati hai ke aap apne time ko bacha sakein, apne paise paise ko bacha sakein, apne attention ko bacha sakein. yeh hai dono ke darmiyan taluq. jab jin logon ke beech mein, jin logon ke andar simplicity na ho, har waqt un ko kaha jata hai ke bhai aaj khana khana paka hai, yeh sofa to</w:t>
      </w:r>
    </w:p>
    <w:p>
      <w:pPr>
        <w:jc w:val="right"/>
      </w:pPr>
      <w:r>
        <w:t>؟ دیکھیے، سمپلیسٹی جو ہے، وہ آپ کو اس قابل بناتی ہے کہ آپ اپنے ٹائم کو بچا سکیں، اپنے پیسے پیسے کو بچا سکیں، اپنے اٹینشن کو بچا سکیں۔ یہ ہے دونوں کے درمیان تعلق۔ جب جن لوگوں کے بیچ میں، جن لوگوں کے اندر سمپلیسٹی نہ ہو، ہر وقت ان کو کہا جاتا ہے کہ بھئی آج کھانا کھانا پکا ہے، یہ صوفہ تو</w:t>
      </w:r>
    </w:p>
    <w:p>
      <w:r>
        <w:rPr>
          <w:b/>
        </w:rPr>
        <w:t xml:space="preserve">[1:40:33] </w:t>
      </w:r>
      <w:r>
        <w:t>purana ho gaya, is ko badalna hai, aur car mein dekhiye, is ka yeh ho gaya hai. to simplicity na hone ki yeh price deni padti hai ke aap ki attention har waqt divert hoti rahe. aur simplicity agar aa jaye ke jo hai wahi theek hai, main aaj allah taala, allah ke fazl se, yeh hai ke jo hai wahi theek hai, jo khana hai wahi theek hai, jo kapda hai wahi theek hai, to main apne ko status quest kehta hoon. status quest, shayad main history ka sab se bada</w:t>
      </w:r>
    </w:p>
    <w:p>
      <w:pPr>
        <w:jc w:val="right"/>
      </w:pPr>
      <w:r>
        <w:t>پرانا ہو گیا، اس کو بدلنا ہے، اور کار میں دیکھو، اس کا یہ ہو گیا ہے۔ تو سمپلیسٹی نہ ہونے کی یہ پرائز دینی پڑتی ہے کہ آپ کی اٹینشن ہر وقت ڈائیورٹ ہوتی رہے۔ اور سمپلیسٹی اگر آ جائے کہ جو ہے وہی ٹھیک ہے، میں آج اللہ تعالی، اللہ کے فضل سے، یہ ہے کہ جو ہے وہی ٹھیک ہے، جو کھانا ہے وہی ٹھیک ہے، جو کپڑا ہے وہی ٹھیک ہے، تو میں اپنے کو اسٹیٹس کوئسٹ کہتا ہوں۔ اسٹیٹس کوئسٹ، شاید میں ہسٹری کا سب سے بڑا</w:t>
      </w:r>
    </w:p>
    <w:p>
      <w:r>
        <w:rPr>
          <w:b/>
        </w:rPr>
        <w:t xml:space="preserve">[1:41:03] </w:t>
      </w:r>
      <w:r>
        <w:t>status quest hoon ke jo hai wahi theek hai. is se main apne aap ko bachata hoon is baat se ke meri tawajjuh divert ho. ek hi single point pe laga rahe, yeh hai wo reward jo milta hai us aadmi ko jo simplicity ko apna lifestyle banae. naghma would like to ask that sometimes we are not able to diffuse the anger immediately can we still get</w:t>
      </w:r>
    </w:p>
    <w:p>
      <w:pPr>
        <w:jc w:val="right"/>
      </w:pPr>
      <w:r>
        <w:t>اسٹیٹس کوئسٹ ہوں کہ جو ہے وہی ٹھیک ہے۔ اس سے میں اپنے آپ کو بچاتا ہوں اس بات سے کہ میری توجہ ڈائیورٹ ہو۔ ایک ہی سنگل پوائنٹ پہ لگا رہے، یہ ہے وہ ریوارڈ جو ملتا ہے اس آدمی کو جو سمپلیسٹی کو اپنا لائف اسٹائل بنائے۔ نغمہ وڈ لائک ٹو اسک دیٹ سم ٹائمز وی ار ناٹ ایبل ٹو ڈیفیوز دی اینگر امیڈیٹلی کین وی سٹل گیٹ</w:t>
      </w:r>
    </w:p>
    <w:p>
      <w:r>
        <w:rPr>
          <w:b/>
        </w:rPr>
        <w:t xml:space="preserve">[1:41:33] </w:t>
      </w:r>
      <w:r>
        <w:t>the unlimited reward for that or some part of that would be deducted? haan, dekhiye, yeh asaan kaam nahi hai. hadith mein aata hai ke agar aap kisi se ghussa ho jayein aur bol chaal band ho jaye to teen din ke liye maaf hai, teen din ke liye maaf hai, chauthe din ke liye maaf nahi hai. khuda ne aap ko allowance diya hai ek din, do din</w:t>
      </w:r>
    </w:p>
    <w:p>
      <w:pPr>
        <w:jc w:val="right"/>
      </w:pPr>
      <w:r>
        <w:t>دی ان لمیٹڈ ریوارڈ فار دیٹ اور سم پارٹ اف دیٹ وڈ بی ڈیڈکٹڈ؟ ہاں، دیکھیے، یہ آسان کام نہیں ہے۔ حدیث میں آتا ہے کہ اگر آپ کسی سے غصہ ہو جائیں اور بول چال بند ہو جائے تو تین دن کے لیے معافی ہے، تین دن کے لیے معافی ہے، چوتھے دن کے لیے معافی نہیں ہے۔ خدا نے آپ کو الاوننس دیا ہے ایک دن، دو دن</w:t>
      </w:r>
    </w:p>
    <w:p>
      <w:r>
        <w:rPr>
          <w:b/>
        </w:rPr>
        <w:t xml:space="preserve">[1:42:03] </w:t>
      </w:r>
      <w:r>
        <w:t xml:space="preserve"> , teen din, manage karo, manage karo, manage karo. natural period yahi hai, teen din jo hai wo natural period hai, teen din ke baad wo unnatural ho jata hai, phir wo qabil e maafi nahi hai. to ya to end and there up you diffuse karein, nahi to khuda ne aap ko time diya hai teen din ka, teen din ke andar aap ko zaroor manage kar lena chahiye, us ke baad maaf nahi hogi.</w:t>
      </w:r>
    </w:p>
    <w:p>
      <w:pPr>
        <w:jc w:val="right"/>
      </w:pPr>
      <w:r>
        <w:t>، تین دن، مینج کرو، مینج کرو، مینج کرو۔ نیچرل پیریڈ یہی ہے، تین دن جو ہے وہ نیچرل پیریڈ ہے، تین دن کے بعد وہ ان نیچرل ہو جاتا ہے، پھر وہ قابل معافی نہیں ہے۔ تو یا تو دین اینڈ دیر اپ ڈیفیوز کریں، نہیں تو خدا نے آپ کو ٹائم دیا ہے تین دن کا، تین دن کے اندر آپ کو ضرور مینج کر لینا چاہیے، اس کے بعد معافی نہیں ہوگی۔</w:t>
      </w:r>
    </w:p>
    <w:p>
      <w:r>
        <w:rPr>
          <w:b/>
        </w:rPr>
        <w:t xml:space="preserve">[1:42:35] </w:t>
      </w:r>
      <w:r>
        <w:t>doctor m i pradhan has a question that what is the definition of takabbur pride? dekhiye, ek hadith mein bataya gaya hai, is ko ek hadith mein poocha gaya yahi baat, theek yahi question to aap ne do lafz mein is ka jawab diya: batrul haqq wa ghibtul naas. kibr kya hai? aap ne bataya ke batrul haqq wa ghibtul naas yani sachai aaye to is ko brush aside kar dena, is ko kehte hain</w:t>
      </w:r>
    </w:p>
    <w:p>
      <w:pPr>
        <w:jc w:val="right"/>
      </w:pPr>
      <w:r>
        <w:t>ڈاکٹر ایم ائی پردھان ہیز اے کوسچن دیٹ واٹ از دی ڈیفینیشن اف تکبر پرائیڈ؟ دیکھیے، ایک حدیث میں بتایا گیا ہے، اس کو ایک حدیث میں پوچھا گیا یہی بات، ٹھیک یہی کوسچن تو آپ نے دو لفظ میں اس کا جواب دیا: بطر الحق وغبت الناس۔ کبر کیا ہے؟ آپ نے بتایا کہ بطر الحق وغبت الناس یعنی سچائی آئے تو اس کو برش سائیڈ کر دینا، اس کو کہتے ہیں</w:t>
      </w:r>
    </w:p>
    <w:p>
      <w:r>
        <w:rPr>
          <w:b/>
        </w:rPr>
        <w:t xml:space="preserve">[1:43:05] </w:t>
      </w:r>
      <w:r>
        <w:t>brush aside, sachai ko brush aside karna aur logon ko kam samajhna, haqir samajhna. yeh kya hai? yeh to jahil aadmi hai, yeh kya hai? yeh to ghareeb aadmi hai. to compare kar ke yani kisi ek aspect se aap zyada hon ke ilm mein zyada hain, education mein zyada hain, paise mein zyada hain, bada ghar aap ke paas hai, to wo comparison jo hai aap ke</w:t>
      </w:r>
    </w:p>
    <w:p>
      <w:pPr>
        <w:jc w:val="right"/>
      </w:pPr>
      <w:r>
        <w:t>برش سائیڈ، سچائی کو برش سائیڈ کرنا اور لوگوں کو کم سمجھنا، حقیر سمجھنا۔ یہ کیا ہے؟ یہ تو جاہل آدمی ہے، یہ کیا ہے؟ یہ تو غریب آدمی ہے۔ تو کمپیئر کر کے یعنی کسی ایک اسپیکٹ سے آپ زیادہ ہوں کہ علم میں زیادہ ہیں، ایجوکیشن میں زیادہ ہیں، پیسے میں زیادہ ہیں، بڑا گھر آپ کے پاس ہے، تو وہ کمپیریزن جو ہے آپ کے</w:t>
      </w:r>
    </w:p>
    <w:p>
      <w:r>
        <w:rPr>
          <w:b/>
        </w:rPr>
        <w:t xml:space="preserve">[1:43:35] </w:t>
      </w:r>
      <w:r>
        <w:t>mind mein agar aa jaye to aap un logon ko kam samjhenge jin ke paas aap ke muqable mein kam hai, in terms of house, in terms of car, in terms of money. to batrul haqq wa ghibtul naas, haqq samne aaye to is ko aadmi jhadak de, is ko brush aside kar de, aur sirf is bana par logon ko haqir samjhe ke un ke paas kam hai, aap ke paas zyada hai. material in terms of material cheez, material cheez</w:t>
      </w:r>
    </w:p>
    <w:p>
      <w:pPr>
        <w:jc w:val="right"/>
      </w:pPr>
      <w:r>
        <w:t>مائنڈ میں اگر آ جائے تو آپ ان لوگوں کو کم سمجھیں گے جن کے پاس آپ کے مقابلے میں کم ہے، ان ٹرم اف ہاؤس، ان ٹرم اف کار، ان ٹرم اف منی۔ تو بطر الحق وغبت الناس، حق سامنے آئے تو اس کو آدمی جھڑک دے، اس کو برش سائیڈ کر دے، اور صرف اس بنا پر لوگوں کو حقیر سمجھے کہ ان کے پاس کم ہے، آپ کے پاس زیادہ ہے۔ مٹیریل ان ٹرم اف مٹیریل چیز، مٹیریل چیز</w:t>
      </w:r>
    </w:p>
    <w:p>
      <w:r>
        <w:rPr>
          <w:b/>
        </w:rPr>
        <w:t xml:space="preserve">[1:44:05] </w:t>
      </w:r>
      <w:r>
        <w:t>on mein yeh do cheezein batayi gayi hain hadith mein, kibr ki pehchan. this question is from mariya khan she says that India has large number of religions and people have open dialogue also but then why do riots take place here? dekhiye, India mein ek bohat badi ghalati hui hai jis ko hum bhugat rahe hain, is ki price de rahe hain. yahan ke jo thinkers the, jo reformers jo the, unhon</w:t>
      </w:r>
    </w:p>
    <w:p>
      <w:pPr>
        <w:jc w:val="right"/>
      </w:pPr>
      <w:r>
        <w:t>وں میں یہ دو چیزیں بتائی گئی ہیں حدیث میں، کبر کی پہچان۔ دس کوسچن از فرام ماریہ خان شی سیز دیٹ انڈیا ہیز لارج نمبر اف ریلیجنز اینڈ پیپل ہیو اوپن ڈائیلاگ السو بٹ دین وائی ڈو رائٹس ٹیک پلیس ہیر؟ دیکھیے، انڈیا میں ایک بہت بڑی غلطی ہوئی ہے جس کو ہم بھگت رہے ہیں، اس کی پرائس دے رہے ہیں۔ یہاں کے جو تھنکرز تھے، جو ریفارمرز جو تھے، انہوں</w:t>
      </w:r>
    </w:p>
    <w:p>
      <w:r>
        <w:rPr>
          <w:b/>
        </w:rPr>
        <w:t xml:space="preserve">[1:44:35] </w:t>
      </w:r>
      <w:r>
        <w:t>ne galat formula apply karna chaha, unnatural formula. wo kya? all religions are true, sab mazhab sachhe hain. unhon ne yeh rai banayi ke jab tak yeh na mana jaye ke main bhi sacha, tum bhi sachhe, tab tak jhagda hota rahega. main kahunga unnatural formula hai, aur khud hinduo mein kuch top ke logon ne is ke khilaf kaha, maslan RSS ke guru the,</w:t>
      </w:r>
    </w:p>
    <w:p>
      <w:pPr>
        <w:jc w:val="right"/>
      </w:pPr>
      <w:r>
        <w:t>نے غلط فارمولا اپلائی کرنا چاہا، ان نیچرل فارمولا۔ وہ کیا؟ ال ریلیجنز ار ٹرو، سب مذہب سچے ہیں۔ انہوں نے یہ رائے بنائی کہ جب تک یہ نہ مانا جائے کہ میں بھی سچا، تم بھی سچے، تب تک جھگڑا ہوتا رہے گا۔ میں کہوں گا ان نیچرل فارمولا ہے، اور خود ہندوؤں میں کچھ ٹاپ کے لوگوں نے اس کے خلاف کہا، مثلاً ار ایس ایس کے گرو تھے،</w:t>
      </w:r>
    </w:p>
    <w:p>
      <w:r>
        <w:rPr>
          <w:b/>
        </w:rPr>
        <w:t xml:space="preserve">[1:45:06] </w:t>
      </w:r>
      <w:r>
        <w:t>guru golwalkar, bohat top ke aadmi the RSS ke, unhon ne kaha ke nature abhors uniformity, nature abhors uniformity. to baharhal, zyada logon ne riot khatam karne ka ya jhagda khatam karne ka formula yeh bataya jis ko main kaha karta hoon mutual recognition, tum mujh ko mano, main tum ko mano, mun tra haji begum to me</w:t>
      </w:r>
    </w:p>
    <w:p>
      <w:pPr>
        <w:jc w:val="right"/>
      </w:pPr>
      <w:r>
        <w:t>گرو گولوالکر، بہت ٹاپ کے آدمی تھے ار ایس ایس کے، انہوں نے کہا کہ نیچر ابورز یونیفارمٹی، نیچر ابورز یونیفارمٹی۔ تو بہرحال، زیادہ لوگوں نے رائٹ ختم کرنے کا یا جھگڑا ختم کرنے کا فارمولا یہ بتایا جس کو میں کہا کرتا ہوں میوچول ریکگنیشن، تم مجھ کو مانو، میں تم کو مانوں، من ترا حاجی بگم تو می</w:t>
      </w:r>
    </w:p>
    <w:p>
      <w:r>
        <w:rPr>
          <w:b/>
        </w:rPr>
        <w:t xml:space="preserve">[1:45:36] </w:t>
      </w:r>
      <w:r>
        <w:t>ra haji bego, tum bhi sachhe, main bhi sacha. is ko main kehta hoon mutual recognition, that was wrong formula, that was unnatural formula, kyunke difference to hai, difference kaise mitayenge? aap sahi formula jo maine diya hai, wo hai mutual respect, mutual respect yani follow one and respect all. to wo jo formula diya un logon ne mutual</w:t>
      </w:r>
    </w:p>
    <w:p>
      <w:pPr>
        <w:jc w:val="right"/>
      </w:pPr>
      <w:r>
        <w:t>را حاجی بگو، تم بھی سچے، میں بھی سچا۔ اس کو میں کہتا ہوں میوچول ریکگنیشن، دیٹ واز رونگ فارمولا، دیٹ واز ان نیچرل فارمولا، کیونکہ ڈیفرنس تو ہے، ڈیفرنس کیسے مٹائیں گے؟ آپ صحیح فارمولا جو میں نے دیا ہے، وہ ہے میوچول ریسپیکٹ، میوچول ریسپیکٹ یعنی فالو ون اینڈ ریسپیکٹ ال۔ تو وہ جو فارمولا دیا ان لوگوں نے میوچ</w:t>
      </w:r>
    </w:p>
    <w:p>
      <w:r>
        <w:rPr>
          <w:b/>
        </w:rPr>
        <w:t xml:space="preserve">[1:46:06] </w:t>
      </w:r>
      <w:r>
        <w:t>recognition ka, usi se bhadkao aata hai ke aap yeh mano ke Islam jo hai, usi pe chalne se paradise milega. to bhadkega aadmi ke kaise yeh mano ke mere tareeqe se chalne mein bhi paradise milega. ab bhadkao aata hai, main kehta hoon ke yeh unnatural hai, aap keh nahi sakte. ek moti si kitab mere paas hai, doctor bhagwan das ki, us mein dikhaya unhon ne ke sare mazhab ek. yeh bilkul</w:t>
      </w:r>
    </w:p>
    <w:p>
      <w:pPr>
        <w:jc w:val="right"/>
      </w:pPr>
      <w:r>
        <w:t>ول ریکگنیشن کا، اسی سے بھڑکاؤ آتا ہے کہ آپ یہ مانیں کہ اسلام جو ہے، اسی پہ چلنے سے پیرائز ملے گی۔ تو بھڑکے گا آدمی کہ کیسے یہ مانو کہ میرے طریقے سے چلنے میں بھی پیرائز ملے گی۔ اب بھڑکاؤ آتا ہے، میں کہتا ہوں کہ یہ ان نیچرل ہے، آپ کہہ نہیں سکتے۔ ایک موٹی سی کتاب میرے پاس ہے، ڈاکٹر بھگوان داس کی، اس میں دکھایا انہوں نے کہ سارے مذہب ایک۔ یہ بالکل</w:t>
      </w:r>
    </w:p>
    <w:p>
      <w:r>
        <w:rPr>
          <w:b/>
        </w:rPr>
        <w:t xml:space="preserve">[1:46:36] </w:t>
      </w:r>
      <w:r>
        <w:t>sari book jo hai, wo yani wo sari itni moti si kitab jo kya hai, blunder of mistakes hai. wo to baharhal yeh manna ke khuda ek hai, yeh manna ke khuda do hai, yeh manna ke khuda teen hai, sab ek, sab ek hi kaise ho sakta hai? kaise ho sakta hai? bataiye to baharhal main yeh kahunga ke jar jo hai, wo galat formula hai. badqismati se jis ko gandhi ne bhi ikhtiyar kiya, aur bohat se logon ne, bade top ke logon ne</w:t>
      </w:r>
    </w:p>
    <w:p>
      <w:pPr>
        <w:jc w:val="right"/>
      </w:pPr>
      <w:r>
        <w:t>ساری بک جو ہے، وہ یعنی وہ ساری اتنی موٹی سی کتاب جو کیا ہے، بلنڈر اف مسٹیکس ہے۔ وہ تو بہرحال یہ ماننا کہ خدا ایک ہے، یہ ماننا کہ خدا دو ہے، یہ ماننا کہ خدا تین ہے، سب ایک، سب ایک ہی کیسے ہو سکتا ہے؟ کیسے ہو سکتا ہے؟ بتائیے تو بہرحال میں یہ کہوں گا کہ جڑ جو ہے، وہ غلط فارمولا ہے۔ بدقسمتی سے جس کو گاندھی نے بھی اختیار کیا، اور بہت سے لوگوں نے، بڑے ٹاپ کے لوگوں نے</w:t>
      </w:r>
    </w:p>
    <w:p>
      <w:r>
        <w:rPr>
          <w:b/>
        </w:rPr>
        <w:t xml:space="preserve">[1:47:08] </w:t>
      </w:r>
      <w:r>
        <w:t>ke mutual recognition, tum mujh ko sacha mano, main tum ko sacha manta hoon. main galat samajhta hoon is ko, ram rahim ek hai, galat samajhta hoon main is ko. sahi formula jo natural formula hai, wo hai follow one and respect all. in term in term of respect hai uniformity. yani jaisa ke maine abhi ek lady se kaha ke gender equality ke muqable mein</w:t>
      </w:r>
    </w:p>
    <w:p>
      <w:pPr>
        <w:jc w:val="right"/>
      </w:pPr>
      <w:r>
        <w:t>کہ میوچول ریکگنیشن، تم مجھ کو سچا مانو، میں تم کو سچا مانتا ہوں۔ میں غلط سمجھتا ہوں اس کو، رام رحیم ایک ہے، غلط سمجھتا ہوں میں اس کو۔ صحیح فارمولا جو نیچرل فارمولا ہے، وہ ہے فالو ون اینڈ ریسپیکٹ ال۔ ان ٹرم ان ٹرم اف ریسپیکٹ ہے یونیفارمٹی۔ یعنی جیسا کہ میں نے ابھی ایک لیڈی سے کہا کہ جینڈر ایکولٹی کے مقابلے میں</w:t>
      </w:r>
    </w:p>
    <w:p>
      <w:r>
        <w:rPr>
          <w:b/>
        </w:rPr>
        <w:t xml:space="preserve">[1:47:38] </w:t>
      </w:r>
      <w:r>
        <w:t xml:space="preserve"> , wo bhi gender equality bhi isi qism ki fallacy hai, har mazhab sacha to sare dono barabar. gender equality ek fallacy par base karti hai. to maine kaha ke sahi kya hai? sahi yeh hai ke equal in respect and different in role, equal respect and different in role. isi tareeqe se yeh agar aap rozmarra ki zindagi mein aap le</w:t>
      </w:r>
    </w:p>
    <w:p>
      <w:pPr>
        <w:jc w:val="right"/>
      </w:pPr>
      <w:r>
        <w:t>، وہ بھی جینڈر ایکولٹی بھی اسی قسم کی فیلیسی ہے، ہر مذہب سچا تو سارے دونوں برابر۔ جینڈر ایکولٹی ایک فیلیسی پر بیس کرتی ہے۔ تو میں نے کہا کہ صحیح کیا ہے؟ صحیح یہ ہے کہ ایکول ان ریسپیکٹ اینڈ ڈفرنٹ ان رول، ایکول ریسپیکٹ اینڈ ڈفرنٹ ان رول۔ اسی طریقے سے یہ اگر آپ روزمرہ کی زندگی میں آپ لی</w:t>
      </w:r>
    </w:p>
    <w:p>
      <w:r>
        <w:rPr>
          <w:b/>
        </w:rPr>
        <w:t xml:space="preserve">[1:48:08] </w:t>
      </w:r>
      <w:r>
        <w:t>test let's agree to disagree ka formula chalate hain, let's agree to disagree, wahi formula aap mazhab mein chalaiye. yeh kyun chahte hain ke sab mazhab yeksan, sab mazhab sacha, sab mazhab ek? yeh galat formula hai. to baharhal main yeh kahunga India mein riot ko khatam karne ka yeh formula galat hai ke mutual recognition chalaya jaye, nahi, mutual respect chalaya jaye, aur peaceful dialogue, ek doosre ko respect dete hue hum peaceful</w:t>
      </w:r>
    </w:p>
    <w:p>
      <w:pPr>
        <w:jc w:val="right"/>
      </w:pPr>
      <w:r>
        <w:t>ٹسٹ لیٹسٹ ایگری ٹو ڈس ایگری کا فارمولا چلاتے ہیں، لیٹسٹ ایگری ٹو ڈس ایگری، وہی فارمولا آپ مذہب میں چلائیے۔ یہ کیوں چاہتے ہیں کہ سب مذہب یکساں، سب مذہب سچا، سب مذہب ایک؟ یہ غلط فارمولا ہے۔ تو بہرحال میں یہ کہوں گا انڈیا میں رائٹ کو ختم کرنے کا یہ فارمولا غلط ہے کہ میوچول ریکگنیشن چلایا جائے، نہیں، میوچول ریسپیکٹ چلایا جائے، اور پیس فل ڈائیلاگ، ایک دوسرے کو ریسپیکٹ دیتے ہوئے ہم پیس فل</w:t>
      </w:r>
    </w:p>
    <w:p>
      <w:r>
        <w:rPr>
          <w:b/>
        </w:rPr>
        <w:t xml:space="preserve">[1:48:38] </w:t>
      </w:r>
      <w:r>
        <w:t>dialog karen. yeh hai solution. faraz ahmad would like to know what are huqooq ul ibad and how significant they are. dekhen, ek hadith mein is ko bohat simple way mein bayan kiya gaya: jo apne liye chaho, wahi doosron ke liye chaho. yeh huqooq ul ibad hain. jo apne liye chaho, woh doosre ke liye chaho.</w:t>
      </w:r>
    </w:p>
    <w:p>
      <w:pPr>
        <w:jc w:val="right"/>
      </w:pPr>
      <w:r>
        <w:t>ڈائیلاگ کریں۔ یہ ہے سلویوشن۔ فراز احمد وڈ لائک ٹو نو واٹ ار حقوق العباد اینڈ ہاؤ سگنیفیکنٹ دے ار۔ دیکھیں، ایک حدیث میں اس کو بہت سمپل وے میں بیان کیا گیا: جو اپنے لیے چاہو، وہی دوسروں کے لیے چاہو۔ یہ حقوق العباد ہیں۔ جو اپنے لیے چاہو، وہ دوسرے کے لیے چاہو۔</w:t>
      </w:r>
    </w:p>
    <w:p>
      <w:r>
        <w:rPr>
          <w:b/>
        </w:rPr>
        <w:t xml:space="preserve">[1:49:08] </w:t>
      </w:r>
      <w:r>
        <w:t>misalan, main chahta hoon ke mujhe gaali na de, main doosre gaali na doon. main chahta hoon ke mera maal koi na loote, to main doosre ka maal na looton. main chahta hoon koi mere saath exploitation ka muamla na kare, to main doosre ko exploit na karoon. bohat simple formula: jo cheez tum apne liye chahte ho, usi ko doosre ke liye chaho. haan, persian mein kaha gaya hai ke aanch bar khod ma pasandi bar deegar ma</w:t>
      </w:r>
    </w:p>
    <w:p>
      <w:pPr>
        <w:jc w:val="right"/>
      </w:pPr>
      <w:r>
        <w:t>مثلاً، میں چاہتا ہوں کہ مجھے گالی نہ دے، میں دوسرے گالی نہ دوں۔ میں چاہتا ہوں کہ میرا مال کوئی نہ لوٹے، تو میں دوسرے کا مال نہ لوٹوں۔ میں چاہتا ہوں کوئی میرے ساتھ ایکسپائریشن کا معاملہ نہ کرے، تو میں دوسرے کو ایکسپائریٹ نہ کروں۔ بہت سمپل فارمولا: جو چیز تم اپنے لیے چاہتے ہو، اسی کو دوسرے کے لیے چاہو۔ ہاں، پرشین میں کہا گیا ہے کہ آنچ برخود ما پسندی بر دیگر ما</w:t>
      </w:r>
    </w:p>
    <w:p>
      <w:r>
        <w:rPr>
          <w:b/>
        </w:rPr>
        <w:t xml:space="preserve">[1:49:38] </w:t>
      </w:r>
      <w:r>
        <w:t>pasand. usi formula ko persian mein kaha gaya hai ke aanch bar khod ma pasandi bar deegar ma pasand. jo cheez tum ko apne liye pasand nahi hai, wahi doosron ke liye mat pasand karo. yeh hai simple formula. this question is from priya she says what is the most important hurdle in personality development? other than personality development, kisi aur cheez ko importance de dena.</w:t>
      </w:r>
    </w:p>
    <w:p>
      <w:pPr>
        <w:jc w:val="right"/>
      </w:pPr>
      <w:r>
        <w:t>پسند۔ اسی فارمولے کو پرشین میں کہا گیا ہے کہ آنچ برخود ما پسندی بر دیگر ما پسند۔ جو چیز تم کو اپنے لیے پسند نہیں ہے، وہی دوسروں کے لیے مت پسند کرو۔ یہ ہے سمپل فارمولا۔ دس کوسچن از فرام پریا شی سیز واٹ از دی موسٹ امپورٹنٹ ہرڈل ان پرسنیلٹی ڈیویلپمنٹ؟ ادر دین پرسنیلٹی ڈیویلپمنٹ، کسی اور چیز کو امپورٹنس دے دینا۔</w:t>
      </w:r>
    </w:p>
    <w:p>
      <w:r>
        <w:rPr>
          <w:b/>
        </w:rPr>
        <w:t xml:space="preserve">[1:50:10] </w:t>
      </w:r>
      <w:r>
        <w:t>yani yeh jo cheez hai, personality development, is ke saath kisi bhi doosri cheez ko aap importance de dein to bas woh kaam ruk jayega. kisi bhi cheez ko duniya mein aap ko hazaron cheezon ka samna parta hai, misalan material cheezain, misalan consumers mein hazaron lakhon item hain. ab aap kahein, yeh to mere paas nahi hai, is ke baghair case</w:t>
      </w:r>
    </w:p>
    <w:p>
      <w:pPr>
        <w:jc w:val="right"/>
      </w:pPr>
      <w:r>
        <w:t>یعنی یہ جو چیز ہے، پرسنیلٹی ڈیویلپمنٹ، اس کے ساتھ کسی بھی دوسری چیز کو آپ امپورٹنس دے دیں تو بس وہ کام رک جائے گا۔ کسی بھی چیز کو دنیا میں آپ کو ہزاروں چیزیں کا سامنا پڑتا ہے، مثلاً مٹیریل چیزیں، مثلاً کنزیومرز میں ہزاروں لاکھوں ائٹم ہیں۔ اب آپ کہیں، یہ تو میرے پاس نہیں ہے، اس کے بغیر کیس</w:t>
      </w:r>
    </w:p>
    <w:p>
      <w:r>
        <w:rPr>
          <w:b/>
        </w:rPr>
        <w:t xml:space="preserve">[1:50:40] </w:t>
      </w:r>
      <w:r>
        <w:t>e kaam chalega? to jaise maine kal wahan hyderabad mein ek misal di thi ke log jo hain jante nahi ke aurat kitni valuable cheez hai, us ko underestimate karte hain. sab se bara qusoor mardon ka hai ke unhone aurat ki qualities ko underestimate kiya, aur aurat ka role jo hai, positive role, woh duniya ke samne bohat kam aa saka. jaise maine bataya tha ke aap ko</w:t>
      </w:r>
    </w:p>
    <w:p>
      <w:pPr>
        <w:jc w:val="right"/>
      </w:pPr>
      <w:r>
        <w:t>ے کام چلے گا؟ تو جیسے میں نے کل وہاں حیدرآباد میں ایک مثال دی تھی کہ لوگ جو ہیں جانتے نہیں کہ عورت کتنی ویلیوبل چیز ہے، اس کو انڈر ایسٹیمیٹ کرتے ہیں۔ سب سے بڑا قصور مردوں کا ہے کہ انہوں نے عورت کی کوالٹیز کو انڈر ایسٹیمیٹ کیا، اور عورت کا رول جو ہے، پازیٹیو رول، وہ دنیا کے سامنے بہت کم آ سکا۔ جیسے میں نے بتایا تھا کہ آپ کو</w:t>
      </w:r>
    </w:p>
    <w:p>
      <w:r>
        <w:rPr>
          <w:b/>
        </w:rPr>
        <w:t xml:space="preserve">[1:51:10] </w:t>
      </w:r>
      <w:r>
        <w:t>ek aurat ne ek america ka sab se bara scientist paida kiya, pichli bar maine bataya tha, anderson. anderson ne 1300 invention is se mansoob hain, 1300 invention kyun us ne aur kis ne us ko banaya tha? ek aurat ne, us ki maa ne. to aurat ko</w:t>
      </w:r>
    </w:p>
    <w:p>
      <w:pPr>
        <w:jc w:val="right"/>
      </w:pPr>
      <w:r>
        <w:t>ایک عورت نے ایک امریکہ کا سب سے بڑا سائنٹسٹ پیدا کیا، پچھلی بار میں نے بتایا تھا، اینڈرسن۔ اینڈرسن نے 1300 انوینشن اس سے منسوب ہیں، 1300 انوینشن کیوں اس نے اور کس نے اس کو بنایا تھا؟ ایک عورت نے، اس کی ماں نے۔ تو عورت کو</w:t>
      </w:r>
    </w:p>
    <w:p>
      <w:r>
        <w:rPr>
          <w:b/>
        </w:rPr>
        <w:t xml:space="preserve">[1:51:41] </w:t>
      </w:r>
      <w:r>
        <w:t>mard ne underestimate kiya, is liye woh us ki, us ko woh nahi kar saka. us ko yani us ko avail nahi kar saka. to personality development jo hai, kisi bhi cheez ko, chahe woh koi bhi cheez ho, us ko aap barabari bana lein, us ko secretary bana dein to bas woh ruk jayega. to ek hi baat meri dil ki kehne ke liye hai ke jab aap jaan lein</w:t>
      </w:r>
    </w:p>
    <w:p>
      <w:pPr>
        <w:jc w:val="right"/>
      </w:pPr>
      <w:r>
        <w:t>مرد نے انڈر ایسٹیمیٹ کیا، اس لیے وہ اس کی، اس کو وہ نہیں کر سکا۔ اس کو یعنی اس کو اویل نہیں کر سکا۔ تو پرسنیلٹی ڈیویلپمنٹ جو ہے، کسی بھی چیز کو، چاہے وہ کوئی بھی چیز ہو، اس کو آپ برابری بنا لیں، اس کو سیکرٹری بنا دیں تو بس وہ رک جائے گا۔ تو ایک ہی بات میری دل کی کہنے کے لیے ہے کہ جب آپ جان لیں</w:t>
      </w:r>
    </w:p>
    <w:p>
      <w:r>
        <w:rPr>
          <w:b/>
        </w:rPr>
        <w:t xml:space="preserve">[1:52:11] </w:t>
      </w:r>
      <w:r>
        <w:t>ke personality development jo hai ya purification of soul jo hai, sab se bari cheez hai. is ke baad doosra faisla yeh kar leejye ke kisi bhi doosri cheez ko main barabari importance nahi doonga. bas yahi wahid formula hai. this question is from sadia khan she says that why is it that of all the countries only india is best for religious dialogue and why is it that openness and tolerance</w:t>
      </w:r>
    </w:p>
    <w:p>
      <w:pPr>
        <w:jc w:val="right"/>
      </w:pPr>
      <w:r>
        <w:t>کہ پرسنیلٹی ڈیویلپمنٹ جو ہے یا پیوریفیکیشن اف سول جو ہے، سب سے بڑی چیز ہے۔ اس کے بعد دوسرا فیصلہ یہ کر لیجئے کہ کسی بھی دوسری چیز کو میں برابری امپورٹنس نہیں دوں گا۔ بس یہی واحد فارمولا ہے۔ دس کوسچن از فرام سعدیہ خان شی سیز دیٹ وائی از اٹ دیٹ اف ال دی کنٹریز اونلی انڈیا از بیسٹ فار ریلیجیس ڈائیلاگ اینڈ وائی از اٹ دیٹ اوپننس اینڈ ٹالرنس</w:t>
      </w:r>
    </w:p>
    <w:p>
      <w:r>
        <w:rPr>
          <w:b/>
        </w:rPr>
        <w:t xml:space="preserve">[1:52:41] </w:t>
      </w:r>
      <w:r>
        <w:t>is maximum in india as compared to other countries? dekhiye, yeh india ka jo plus point hai, wahi is ka minus point bhi hai. yeh india ka plus point jo hai, wahi is ka minus point bhi hai ke yeh theory bohat pehle se chali aa rahi hai, gita gita ki zuban se chali aa rahi hai ke every religion is true, har rasta ek hi sachai ki taraf jata hai. yeh gita chala raha hai, to yeh is ka plus point hai. lekin minus point kya hai?</w:t>
      </w:r>
    </w:p>
    <w:p>
      <w:pPr>
        <w:jc w:val="right"/>
      </w:pPr>
      <w:r>
        <w:t>از میکسیمم ان انڈیا ایز کمپیر ٹو ادر کنٹریز؟ دیکھیے، یہ انڈیا کا جو پلس پوائنٹ ہے، وہی اس کا مائنس پوائنٹ بھی ہے۔ یہ انڈیا کا پلس پوائنٹ جو ہے، وہی اس کا مائنس پوائنٹ بھی ہے کہ یہ تھیوری بہت پہلے سے چلی آ رہی ہے، گیتا گیتا کی زبان سے چلی آ رہی ہے کہ ایوری ریلیجن از ٹرو، ہر راستہ ایک ہی سچائی کی طرف جاتا ہے۔ یہ گیتا چلا رہا ہے، تو یہ اس کا پلس پوائنٹ ہے۔ لیکن مائنس پوائنٹ کیا ہے؟</w:t>
      </w:r>
    </w:p>
    <w:p>
      <w:r>
        <w:rPr>
          <w:b/>
        </w:rPr>
        <w:t xml:space="preserve">[1:53:12] </w:t>
      </w:r>
      <w:r>
        <w:t>conviction se mahroom kar deta hai yeh nazariya. jab aap samjhein ke har rasta sacha hai, to aap yeh yeh theory aap se conviction ko chheen leti hai. conviction dekhiye, oneness chahta hai. oneness, aap ek ghar banayein, aap samjhein ke main akela is ka owner hoon, tab is ghar ko aap apna ghar samjhenge. aap samjhein ke sari duniya is ghar ka malik hai, to us ka koi aap ka taluq nahi hoga is ghar se.</w:t>
      </w:r>
    </w:p>
    <w:p>
      <w:pPr>
        <w:jc w:val="right"/>
      </w:pPr>
      <w:r>
        <w:t>کنوکشن سے محروم کر دیتا ہے یہ نظریہ۔ جب آپ سمجھیں کہ ہر راستہ سچا ہے، تو آپ یہ یہ تھیوری آپ سے کنوکشن کو چھین لیتی ہے۔ کنوکشن دیکھیے، وننس چاہتا ہے۔ وننس، آپ ایک گھر بنائیں، آپ سمجھیں کہ میں اکیلا اس کا اونر ہوں، تب اس گھر کو آپ اپنا گھر سمجھیں گے۔ آپ سمجھیں کہ ساری دنیا اس گھر کا مالک ہے، تو اس کا کوئی آپ کا تعلق نہیں ہوگا اس گھر سے۔</w:t>
      </w:r>
    </w:p>
    <w:p>
      <w:r>
        <w:rPr>
          <w:b/>
        </w:rPr>
        <w:t xml:space="preserve">[1:53:44] </w:t>
      </w:r>
      <w:r>
        <w:t>to india ki jo plus point hai, wahi is ka minus point bhi hai ke yeh india mein yeh yeh thinking develop hui ke every religion is true, yeh gita se chal rahi hai, aaj tak chali ja rahi hai. yeh is ka plus point hai. lekin negative point kya hai? ke is ne yeh kiya ke jo log is ko mante hain, woh conviction se khali hote hain. sachai par conviction ke main ne sachai ko paya hai, the truth with capital T main ne paya hai. to us waqt sa</w:t>
      </w:r>
    </w:p>
    <w:p>
      <w:pPr>
        <w:jc w:val="right"/>
      </w:pPr>
      <w:r>
        <w:t>تو انڈیا کی جو پلس پوائنٹ ہے، وہی اس کا مائنس پوائنٹ بھی ہے کہ یہ انڈیا میں یہ یہ تھنکنگ ڈیویلپ ہوئی کہ ایوری ریلیجن از ٹرو، یہ گیتا سے چل رہی ہے، آج تک چلی جا رہی ہے۔ یہ اس کا پلس پوائنٹ ہے۔ لیکن نیگیٹیو پوائنٹ کیا ہے؟ کہ اس نے یہ کیا کہ جو لوگ اس کو مانتے ہیں، وہ کنوکشن سے خالی ہوتے ہیں۔ سچائی پر کنوکشن کہ میں نے سچائی کو پایا ہے، دا ٹروتھ ود کیپیٹل ٹی میں نے پایا ہے۔ تو اس وقت س</w:t>
      </w:r>
    </w:p>
    <w:p>
      <w:r>
        <w:rPr>
          <w:b/>
        </w:rPr>
        <w:t xml:space="preserve">[1:54:14] </w:t>
      </w:r>
      <w:r>
        <w:t>chai pe khare nahi ho sakte. woh isi liye india sab se corrupt mulk ban gaya hai, sab country, kyun ke unhone koi is mein jeeta nahi ke main ne sab se bari sachai ko pa liya hai. to woh kya hai? wealth sachai hai, aur office sachai hai, political taraqqi sachai hai, har sachi sachai ban gayi hai. ab main misalan, mere andar khuda ke fazal se har mazhab ki respect hai, lekin main samajhta hoon ke maine sachai ko paya hai. quran mein</w:t>
      </w:r>
    </w:p>
    <w:p>
      <w:pPr>
        <w:jc w:val="right"/>
      </w:pPr>
      <w:r>
        <w:t>چائی پہ کھڑے نہیں ہو سکتے۔ وہ اسی لیے انڈیا سب سے کرپٹ ملک بن گیا ہے، سب کنٹری، کیونکہ انہوں نے کوئی اس میں جیتا نہیں کہ میں نے سب سے بڑی سچائی کو پا لیا ہے۔ تو وہ کیا ہے؟ ویلتھ سچائی ہے، اور افس سچائی ہے، پولیٹیکل ترقی سچائی ہے، ہر سچی سچائی بن گئی ہے۔ اب میں مثلاً، میرے اندر خدا کے فضل سے ہر مذہب کی ریسپیکٹ ہے، لیکن میں سمجھتا ہوں کہ میں نے سچائی کو پایا ہے۔ قرآن میں</w:t>
      </w:r>
    </w:p>
    <w:p>
      <w:r>
        <w:rPr>
          <w:b/>
        </w:rPr>
        <w:t xml:space="preserve">[1:54:44] </w:t>
      </w:r>
      <w:r>
        <w:t>ek poora conviction mujhe is ke upar hai, to koi cheez mujhe attract nahi karti. mujh ko governor banaya gaya, mujhe hansi aa gayi. raj sahab banaya gaya, mujhe hansi aa gayi. yani mujhe billion dollar ka offer diya, mujhe hansi aa gayi. kyun? mujhe sab se bari sachai ko paya hai. har cheez mere liye us ki line choti ho gayi hai. to yeh jo concept hai, every religion is true, yani ek aitbar se acha hai. yeh</w:t>
      </w:r>
    </w:p>
    <w:p>
      <w:pPr>
        <w:jc w:val="right"/>
      </w:pPr>
      <w:r>
        <w:t>ایک پورا کنوکشن مجھے اس کے اوپر ہے، تو کوئی چیز مجھے اٹریکٹ نہیں کرتی۔ مجھ کو گورنر بنایا گیا، مجھے ہنسی آ گئی۔ راج صاحب بنایا گیا، مجھے ہنسی آ گئی۔ یعنی مجھے بلین ڈالر کا افر دیا، مجھے ہنسی آ گئی۔ کیوں؟ مجھے سب سے بڑی سچائی کو پایا ہے۔ ہر چیز میرے لیے اس کی لائن چھوٹی ہو گئی ہے۔ تو یہ جو کانسیپٹ ہے، ایوری ریلیجن از ٹرو، یعنی ایک اعتبار سے اچھا ہے۔ یہ</w:t>
      </w:r>
    </w:p>
    <w:p>
      <w:r>
        <w:rPr>
          <w:b/>
        </w:rPr>
        <w:t xml:space="preserve">[1:55:16] </w:t>
      </w:r>
      <w:r>
        <w:t>doosra aspect is ka jo hai, minus point yeh hai ke woh conviction, conviction ko aap se chheen leta hai. jaise maine ek qissa bataya tha, ek ek ship ka, aviation se pehle ke zamane ki baat hai. ek ship chala america se africa ke liye, to atlantic mein woh sail kar raha tha. beech mein storm aa gaya, aur jahaz aise aise hone laga. to ek ek passenger kehta hai ke main us waqt gaya</w:t>
      </w:r>
    </w:p>
    <w:p>
      <w:pPr>
        <w:jc w:val="right"/>
      </w:pPr>
      <w:r>
        <w:t>دوسرا اسپیکٹ اس کا جو ہے، مائنس پوائنٹ یہ ہے کہ وہ کنوکشن، کنوکشن کو آپ سے چھین لیتا ہے۔ جیسے میں نے ایک قصہ بتایا تھا، ایک ایک شپ کا، ایوی ایشن سے پہلے کے زمانے کی بات ہے۔ ایک شپ چلا امریکہ سے افریقہ کے لیے، تو اٹلانٹک میں وہ سیل کر رہا تھا۔ بیچ میں سٹارم آ گیا، اور جہاز ایسے ایسے ہونے لگا۔ تو ایک ایک پیسنجر کہتا ہے کہ میں اس وقت گیا</w:t>
      </w:r>
    </w:p>
    <w:p>
      <w:r>
        <w:rPr>
          <w:b/>
        </w:rPr>
        <w:t xml:space="preserve">[1:55:46] </w:t>
      </w:r>
      <w:r>
        <w:t>idhar udhar pareshani ke alam mein, to sab log pareshan the. ek bachchi choti si, ek corner mein baithi hui, doll se khel rahi thi. phir kaha, tum doll se khel rahi ho, janti ho kya ho raha hai? kaha, kya ho raha hai? kaha, yeh storm hai, jahaz sink karne wala hai. to bachchi ne kaha, "you know, my father is captain of the ship, he is na</w:t>
      </w:r>
    </w:p>
    <w:p>
      <w:pPr>
        <w:jc w:val="right"/>
      </w:pPr>
      <w:r>
        <w:t>ادھر ادھر پریشانی کے عالم میں، تو سب لوگ پریشان تھے۔ ایک بچی چھوٹی سی، ایک کارنر میں بیٹھی ہوئی، ڈال سے کھیل رہی تھی۔ پھر کہا، تم ڈال سے کھیل رہی ہو، جانتی ہو کیا ہو رہا ہے؟ کہا، کیا ہو رہا ہے؟ کہا، یہ سٹارم ہے، جہاز سنگ کرنے والا ہے۔ تو بچی نے کہا، "یو نو، مائی فادر از کیپٹن اف دی شپ، ہی از نا</w:t>
      </w:r>
    </w:p>
    <w:p>
      <w:r>
        <w:rPr>
          <w:b/>
        </w:rPr>
        <w:t xml:space="preserve">[1:56:16] </w:t>
      </w:r>
      <w:r>
        <w:t>t, he is not going to let it sink. mere father is jahaz captain hai, woh us ko doobne nahi dega." yeh conviction jo hai, jab aata hai ke ek par ek par yaqeen ho, aap ko conviction kabhi bhi diverse cheezon par nahi ho sakta hai. yeh in natural hai, yeh baat. aap munh se bolne ke liye bol dijiye, lekin aap se ek price deni padegi aap ko ke conviction nikal jayega aap se. to</w:t>
      </w:r>
    </w:p>
    <w:p>
      <w:pPr>
        <w:jc w:val="right"/>
      </w:pPr>
      <w:r>
        <w:t>ٹ، ہی از ناٹ گوئنگ ٹو لیٹ اٹ سنک۔ میرے فادر اس جہاز کیپٹن ہے، وہ اس کو ڈوبنے نہیں دے گا۔" یہ کنوکشن جو ہے، جب آتا ہے کہ ایک پر ایک پر یقین ہو، آپ کو کنوکشن کبھی بھی ڈائیورس چیزوں پر نہیں ہو سکتا ہے۔ یہ ان نیچرل ہے، یہ بات۔ آپ منہ سے بولنے کے لیے بول دیجیے، لیکن آپ سے ایک پرائس دینی پڑے گی آپ کو کہ کنوکشن نکل جائے گا آپ سے۔ تو</w:t>
      </w:r>
    </w:p>
    <w:p>
      <w:r>
        <w:rPr>
          <w:b/>
        </w:rPr>
        <w:t xml:space="preserve">[1:56:46] </w:t>
      </w:r>
      <w:r>
        <w:t>jo conviction mujhe Allah taala se mila hai, wahi ke main ek sach, ek cheez sachai samajhta hoon. lekin jo aadmi sachai ko paye hue ho, us ke saath udharta honi chahiye. dekhiye, ek composite of opposites ka muamla hai. ek taraf aap ek cheez sachai maanein, doosri taraf usi darje mein aap doosron ko respect, respectful maanein. warna sachai nahi, nahi mili hai aap</w:t>
      </w:r>
    </w:p>
    <w:p>
      <w:pPr>
        <w:jc w:val="right"/>
      </w:pPr>
      <w:r>
        <w:t>جو کنوکشن مجھے اللہ تعالی سے ملا ہے، وہی کہ میں ایک سچ، ایک چیز سچائی سمجھتا ہوں۔ لیکن جو آدمی سچائی کو پائے ہوئے ہو، اس کے ساتھ ادھارتا ہونی چاہیے۔ دیکھیے، ایک کمپوزٹ اف اپوزٹس کا معاملہ ہے۔ ایک طرف آپ ایک چیز سچائی مانیں، دوسری طرف اسی درجے میں آپ دوسروں کو ریسپیکٹ، ریسپیکٹ فل مانیں۔ ورنہ سچائی نہیں، نہیں ملی ہے آپ</w:t>
      </w:r>
    </w:p>
    <w:p>
      <w:r>
        <w:rPr>
          <w:b/>
        </w:rPr>
        <w:t xml:space="preserve">[1:57:16] </w:t>
      </w:r>
      <w:r>
        <w:t>ko. sachai udharta sikhati hai, sachai respect sikhati hai. sachai, sachai jo, jaisa ke rasool Allah ka waqia maine bayan kiya tha aap se ke yahoodi body ko dekh kar aap khare ho gaye. unhone kaha, "yeh to yahoodi hai." aap ne kaha, "was he not human being?" to sachai yeh maante hue ke yeh yeh the truth hai with capital T. phir bhi aap insaan ko respect de saken ge, tab aap sachai ko paya aap ne. agar aap insaan</w:t>
      </w:r>
    </w:p>
    <w:p>
      <w:pPr>
        <w:jc w:val="right"/>
      </w:pPr>
      <w:r>
        <w:t>کو۔ سچائی ادھارتا سکھاتی ہے، سچائی ریسپیکٹ سکھاتی ہے۔ سچائی، سچائی جو، جیسا کہ رسول اللہ کا واقعہ میں نے بیان کیا تھا آپ سے کہ یہودی باڈی کو دیکھ کر آپ کھڑے ہو گئے۔ انہوں نے کہا، "یہ تو یہودی ہے۔" آپ نے کہا، "واز ہی ناٹ ہیومن بینگ؟" تو سچائی یہ مانتے ہوئے کہ یہ یہ دا ٹروتھ ہے ود کیپیٹل ٹی۔ پھر بھی آپ انسان کو ریسپیکٹ دے سکیں گے، تب آپ سچائی کو پایا آپ نے۔ اگر آپ انسان</w:t>
      </w:r>
    </w:p>
    <w:p>
      <w:r>
        <w:rPr>
          <w:b/>
        </w:rPr>
        <w:t xml:space="preserve">[1:57:47] </w:t>
      </w:r>
      <w:r>
        <w:t>ko kam samjhein, insaan se hate karein, to yeh is baat ka proof hoga ke aap ko sachai mili hi nahi. aap jhoota dawah kar rahe hain, yeh jhoota dawah hai. insaan se hate karna aur yeh ke mujhe sachai mili, dono ekatha nahi ho sakte. sachai ke milte hi aap ke andar kya aata hai? modesty aati hai, modesty love aati hai. jaise ke hazrat masih ne kaha tha ke "love your enemy". jo sachai ko payega, woh sare in</w:t>
      </w:r>
    </w:p>
    <w:p>
      <w:pPr>
        <w:jc w:val="right"/>
      </w:pPr>
      <w:r>
        <w:t>کو کم سمجھیں، انسان سے ہیٹ کریں، تو یہ اس بات کا پروف ہوگا کہ آپ کو سچائی ملی ہی نہیں۔ آپ جھوٹا دعویٰ کر رہے ہیں، یہ جھوٹا دعویٰ ہے۔ انسان سے ہیٹ کرنا اور یہ کہ مجھے سچائی ملی، دونوں اکٹھا نہیں ہو سکتے۔ سچائی کے ملتے ہی آپ کے اندر کیا آتا ہے؟ ماڈیسٹی آتی ہے، ماڈیسٹی لو آتی ہے۔ جیسے کہ حضرت مسیح نے کہا تھا کہ "لو یور اینمی"۔ جو سچائی کو پائے گا، وہ سارے ان</w:t>
      </w:r>
    </w:p>
    <w:p>
      <w:r>
        <w:rPr>
          <w:b/>
        </w:rPr>
        <w:t xml:space="preserve">[1:58:17] </w:t>
      </w:r>
      <w:r>
        <w:t>saanon se mohabbat karega. us ke andar bepanah modesty hogi, yaqeen ke saath modesty nahi, to woh sachai ko nahi paya us ne.</w:t>
      </w:r>
    </w:p>
    <w:p>
      <w:pPr>
        <w:jc w:val="right"/>
      </w:pPr>
      <w:r>
        <w:t>سانوں سے محبت کرے گا۔ اس کے اندر بے پناہ ماڈیسٹی ہوگی، یقین کے ساتھ ماڈیسٹی نہیں، تو وہ سچائی کو نہیں پایا اس نے۔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