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The Month of Remembrance June 21, 2015</w:t>
      </w:r>
    </w:p>
    <w:p>
      <w:r>
        <w:t>https://youtu.be/D0D6zmqcScc</w:t>
      </w:r>
    </w:p>
    <w:p>
      <w:r>
        <w:rPr>
          <w:b/>
        </w:rPr>
        <w:t xml:space="preserve">[00:14] </w:t>
      </w:r>
      <w:r>
        <w:t>Bismillah Rehman ur Rahim, wa salla 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[00:31] </w:t>
      </w:r>
      <w:r>
        <w:t>wahul uqdatan min lisani yafqahu qawli.</w:t>
      </w:r>
    </w:p>
    <w:p>
      <w:pPr>
        <w:jc w:val="right"/>
      </w:pPr>
      <w:r>
        <w:t>واحل العقدۃ من لسانی یفقہ قولی۔</w:t>
      </w:r>
    </w:p>
    <w:p>
      <w:r>
        <w:rPr>
          <w:b/>
        </w:rPr>
        <w:t xml:space="preserve">[00:37] </w:t>
      </w:r>
      <w:r>
        <w:t>21 June 2015.</w:t>
      </w:r>
    </w:p>
    <w:p>
      <w:pPr>
        <w:jc w:val="right"/>
      </w:pPr>
      <w:r>
        <w:t>21 جون 2015۔</w:t>
      </w:r>
    </w:p>
    <w:p>
      <w:r>
        <w:rPr>
          <w:b/>
        </w:rPr>
        <w:t xml:space="preserve">[00:43] </w:t>
      </w:r>
      <w:r>
        <w:t>Jaisa ke aap jante hain, yeh Ramzan ka mahina hai, to main chand baatein Ramzan ke talluq se arz karna chahta hoon.</w:t>
      </w:r>
    </w:p>
    <w:p>
      <w:pPr>
        <w:jc w:val="right"/>
      </w:pPr>
      <w:r>
        <w:t>جیسا کہ آپ جانتے ہیں، یہ رمضان کا مہینہ ہے، تو میں چند باتیں رمضان کے تعلق سے عرض کرنا چاہتا ہوں۔</w:t>
      </w:r>
    </w:p>
    <w:p>
      <w:r>
        <w:rPr>
          <w:b/>
        </w:rPr>
        <w:t xml:space="preserve">[01:01] </w:t>
      </w:r>
      <w:r>
        <w:t>pehli baat yeh hai ke hadith mein aata hai ke Rasool Allah Sal Allahu Alaihi Wasallam ne jab</w:t>
      </w:r>
    </w:p>
    <w:p>
      <w:pPr>
        <w:jc w:val="right"/>
      </w:pPr>
      <w:r>
        <w:t>پہلی بات یہ ہے کہ حدیث میں آتا ہے کہ رسول اللہ صلی اللہ علیہ وسلم نے جب</w:t>
      </w:r>
    </w:p>
    <w:p>
      <w:r>
        <w:rPr>
          <w:b/>
        </w:rPr>
        <w:t xml:space="preserve">[01:11] </w:t>
      </w:r>
      <w:r>
        <w:t>Shaban ke aakhir mein Ramzan ke mahine ka chand dekha to chand dekh kar aap ki zuban pe yeh alfaaz aaye: Allahumma ahlil alaina bil amni wal amaani wa salamatil Islam.</w:t>
      </w:r>
    </w:p>
    <w:p>
      <w:pPr>
        <w:jc w:val="right"/>
      </w:pPr>
      <w:r>
        <w:t>شعبان کے آخر میں رمضان کے مہینے کا چاند دیکھا تو چاند دیکھ کر آپ کی زبان پہ یہ الفاظ آئے: اللهم أهل علینا بالأمن والأمان وسلامت الاسلام ۔</w:t>
      </w:r>
    </w:p>
    <w:p>
      <w:r>
        <w:rPr>
          <w:b/>
        </w:rPr>
        <w:t xml:space="preserve">[01:29] </w:t>
      </w:r>
      <w:r>
        <w:t>ae allah, is mahine ko hamare liye aman ka mahina bana de,</w:t>
      </w:r>
    </w:p>
    <w:p>
      <w:pPr>
        <w:jc w:val="right"/>
      </w:pPr>
      <w:r>
        <w:t>اے اللہ، اس مہینے کو ہمارے لیے امن کا مہینہ بنا دے،</w:t>
      </w:r>
    </w:p>
    <w:p>
      <w:r>
        <w:rPr>
          <w:b/>
        </w:rPr>
        <w:t xml:space="preserve">[01:38] </w:t>
      </w:r>
      <w:r>
        <w:t>peace ka mahina bana de, aur islam yani surrender karne ka mahina bana de.</w:t>
      </w:r>
    </w:p>
    <w:p>
      <w:pPr>
        <w:jc w:val="right"/>
      </w:pPr>
      <w:r>
        <w:t>پیس کا مہینہ بنا دے، اور اسلام یعنی سرنڈر کرنے کا مہینہ بنا دے۔</w:t>
      </w:r>
    </w:p>
    <w:p>
      <w:r>
        <w:rPr>
          <w:b/>
        </w:rPr>
        <w:t xml:space="preserve">[01:49] </w:t>
      </w:r>
      <w:r>
        <w:t>aap ne aisa kyun farmaya?</w:t>
      </w:r>
    </w:p>
    <w:p>
      <w:pPr>
        <w:jc w:val="right"/>
      </w:pPr>
      <w:r>
        <w:t>آپ نے ایسا کیوں فرمایا؟</w:t>
      </w:r>
    </w:p>
    <w:p>
      <w:r>
        <w:rPr>
          <w:b/>
        </w:rPr>
        <w:t xml:space="preserve">[01:54] </w:t>
      </w:r>
      <w:r>
        <w:t>dekhen, ramzan ka bohat ziyada talluq peace culture se hai, yani aap ne ramzan ke mahine ke shuru mein yeh dua ki ke allah is mahine ko aman ka mahina bana de,</w:t>
      </w:r>
    </w:p>
    <w:p>
      <w:pPr>
        <w:jc w:val="right"/>
      </w:pPr>
      <w:r>
        <w:t>دیکھیں، رمضان کا بہت زیادہ تعلق پیس کلچر سے ہے، یعنی آپ نے رمضان کے مہینے کے شروع میں یہ دعا کی کہ اللہ اس مہینے کو امن کا مہینہ بنا دے،</w:t>
      </w:r>
    </w:p>
    <w:p>
      <w:r>
        <w:rPr>
          <w:b/>
        </w:rPr>
        <w:t xml:space="preserve">[02:12] </w:t>
      </w:r>
      <w:r>
        <w:t>month of peace.</w:t>
      </w:r>
    </w:p>
    <w:p>
      <w:pPr>
        <w:jc w:val="right"/>
      </w:pPr>
      <w:r>
        <w:t>منتھ آف پیس۔</w:t>
      </w:r>
    </w:p>
    <w:p>
      <w:r>
        <w:rPr>
          <w:b/>
        </w:rPr>
        <w:t xml:space="preserve">[02:15] </w:t>
      </w:r>
      <w:r>
        <w:t>to dekhen, jab aap pe roza rakhta hai, pani aur khana woh nahi le pata to woh ladne ke qabil nahi rehta.</w:t>
      </w:r>
    </w:p>
    <w:p>
      <w:pPr>
        <w:jc w:val="right"/>
      </w:pPr>
      <w:r>
        <w:t>تو دیکھیں، جب آپ پہ روزہ رکھتا ہے، پانی اور کھانا وہ نہیں لے پاتا تو وہ لڑنے کے قابل نہیں رہتا۔</w:t>
      </w:r>
    </w:p>
    <w:p>
      <w:r>
        <w:rPr>
          <w:b/>
        </w:rPr>
        <w:t xml:space="preserve">[02:31] </w:t>
      </w:r>
      <w:r>
        <w:t>sochiye ke kaisa aadmi ladne ke qabil rahega jab ke woh khane peene se chhod rakha hai. to is se maloom hua ke</w:t>
      </w:r>
    </w:p>
    <w:p>
      <w:pPr>
        <w:jc w:val="right"/>
      </w:pPr>
      <w:r>
        <w:t>سوچیے کہ کیسا آدمی لڑنے کے قابل رہے گا جب کہ وہ کھانے پینے سے چھوڑ رکھا ہے۔ تو اس سے معلوم ہوا کہ</w:t>
      </w:r>
    </w:p>
    <w:p>
      <w:r>
        <w:rPr>
          <w:b/>
        </w:rPr>
        <w:t xml:space="preserve">[02:43] </w:t>
      </w:r>
      <w:r>
        <w:t>ramzan ke mahine mein yeh jo kiya jata hai ke</w:t>
      </w:r>
    </w:p>
    <w:p>
      <w:pPr>
        <w:jc w:val="right"/>
      </w:pPr>
      <w:r>
        <w:t>رمضان کے مہینے میں یہ جو کیا جاتا ہے کہ</w:t>
      </w:r>
    </w:p>
    <w:p>
      <w:r>
        <w:rPr>
          <w:b/>
        </w:rPr>
        <w:t xml:space="preserve">[02:54] </w:t>
      </w:r>
      <w:r>
        <w:t>dawn se le kar evening tak, dawn se le kar sunset tak khana peena chhod diya jata hai,</w:t>
      </w:r>
    </w:p>
    <w:p>
      <w:pPr>
        <w:jc w:val="right"/>
      </w:pPr>
      <w:r>
        <w:t>ڈان سے لے کر ایوننگ تک، ڈان سے لے کر سن سیٹ تک کھانا پینا چھوڑ دیا جاتا ہے،</w:t>
      </w:r>
    </w:p>
    <w:p>
      <w:r>
        <w:rPr>
          <w:b/>
        </w:rPr>
        <w:t xml:space="preserve">[03:03] </w:t>
      </w:r>
      <w:r>
        <w:t>to yeh is baat ki training hai, alamati training, ke tum ko duniya mein peaceful andaaz mein rehna hai, sarkashi nahi dikhana hai,</w:t>
      </w:r>
    </w:p>
    <w:p>
      <w:pPr>
        <w:jc w:val="right"/>
      </w:pPr>
      <w:r>
        <w:t>تو یہ اس بات کی ٹریننگ ہے، علامتی ٹریننگ، کہ تم کو دنیا میں پیس فل انداز میں رہنا ہے، سرکشی نہیں دکھانا ہے،</w:t>
      </w:r>
    </w:p>
    <w:p>
      <w:r>
        <w:rPr>
          <w:b/>
        </w:rPr>
        <w:t xml:space="preserve">[03:19] </w:t>
      </w:r>
      <w:r>
        <w:t>modesty ke sath rehna hai,</w:t>
      </w:r>
    </w:p>
    <w:p>
      <w:pPr>
        <w:jc w:val="right"/>
      </w:pPr>
      <w:r>
        <w:t>ماڈرسٹی کے ساتھ رہنا ہے،</w:t>
      </w:r>
    </w:p>
    <w:p>
      <w:r>
        <w:rPr>
          <w:b/>
        </w:rPr>
        <w:t xml:space="preserve">[03:25] </w:t>
      </w:r>
      <w:r>
        <w:t>self control ke sath rehna hai. to ek kaisa ajeeb yeh sabaq hai ramzan ke mahine ka.</w:t>
      </w:r>
    </w:p>
    <w:p>
      <w:pPr>
        <w:jc w:val="right"/>
      </w:pPr>
      <w:r>
        <w:t>سیلف کنٹرول کے ساتھ رہنا ہے۔ تو ایک کیسا عجیب یہ سبق ہے رمضان کے مہینے کا۔</w:t>
      </w:r>
    </w:p>
    <w:p>
      <w:r>
        <w:rPr>
          <w:b/>
        </w:rPr>
        <w:t xml:space="preserve">[03:35] </w:t>
      </w:r>
      <w:r>
        <w:t>yani agar aadmi zindagi mein yeh culture apna le, yani culture of modesty, culture of peace, to us ki apni zindagi aur poori society kitni achhi ho jaye.</w:t>
      </w:r>
    </w:p>
    <w:p>
      <w:pPr>
        <w:jc w:val="right"/>
      </w:pPr>
      <w:r>
        <w:t>یعنی اگر آدمی زندگی میں یہ کلچر اپنا لے، یعنی کلچر آف ماڈرسٹی، کلچر آف پیس، تو اس کی اپنی زندگی اور پوری سوسائٹی کتنی اچھی ہو جائے۔</w:t>
      </w:r>
    </w:p>
    <w:p>
      <w:r>
        <w:rPr>
          <w:b/>
        </w:rPr>
        <w:t xml:space="preserve">[03:55] </w:t>
      </w:r>
      <w:r>
        <w:t>aap sochiye, kitni achhi ho jaye.</w:t>
      </w:r>
    </w:p>
    <w:p>
      <w:pPr>
        <w:jc w:val="right"/>
      </w:pPr>
      <w:r>
        <w:t>آپ سوچیے، کتنی اچھی ہو جائے۔</w:t>
      </w:r>
    </w:p>
    <w:p>
      <w:r>
        <w:rPr>
          <w:b/>
        </w:rPr>
        <w:t xml:space="preserve">[04:00] </w:t>
      </w:r>
      <w:r>
        <w:t>aaj subah mein radio mein khola mein ne to 7 baje ek program aa raha tha, us mein tha ke how to</w:t>
      </w:r>
    </w:p>
    <w:p>
      <w:pPr>
        <w:jc w:val="right"/>
      </w:pPr>
      <w:r>
        <w:t>آج صبح میں ریڈیو میں کھولا میں نے تو 7 بجے ایک پروگرام آ رہا تھا، اس میں تھا کہ how to</w:t>
      </w:r>
    </w:p>
    <w:p>
      <w:r>
        <w:rPr>
          <w:b/>
        </w:rPr>
        <w:t xml:space="preserve">[04:15] </w:t>
      </w:r>
      <w:r>
        <w:t>maintain a tension-free life. ke tension free life kis tarah se batayen.</w:t>
      </w:r>
    </w:p>
    <w:p>
      <w:pPr>
        <w:jc w:val="right"/>
      </w:pPr>
      <w:r>
        <w:t>maintain a tension-free life ۔ کہ ٹینشن فری لائف کس طرح سے بتائیں۔</w:t>
      </w:r>
    </w:p>
    <w:p>
      <w:r>
        <w:rPr>
          <w:b/>
        </w:rPr>
        <w:t xml:space="preserve">[04:29] </w:t>
      </w:r>
      <w:r>
        <w:t>to duniya mein bohat se log jo hain yeh kehte hain ke tension free hamare paas aao, hum tum ko tension free life denge. lekin mein to kisi ko paya nahi jo tension free ho.</w:t>
      </w:r>
    </w:p>
    <w:p>
      <w:pPr>
        <w:jc w:val="right"/>
      </w:pPr>
      <w:r>
        <w:t>تو دنیا میں بہت سے لوگ جو ہیں یہ کہتے ہیں کہ ٹینشن فری ہمارے پاس آؤ، ہم تم کو ٹینشن فری لائف دیں گے۔ لیکن میں تو کسی کو پایا نہیں جو ٹینشن فری ہو۔</w:t>
      </w:r>
    </w:p>
    <w:p>
      <w:r>
        <w:rPr>
          <w:b/>
        </w:rPr>
        <w:t xml:space="preserve">[04:42] </w:t>
      </w:r>
      <w:r>
        <w:t>tension free hone ke liye ramzan ka mahina ek training hai isi baat ki. ramzan ke mahine mein aap ko tension free banana hai.</w:t>
      </w:r>
    </w:p>
    <w:p>
      <w:pPr>
        <w:jc w:val="right"/>
      </w:pPr>
      <w:r>
        <w:t>ٹینشن فری ہونے کے لیے رمضان کا مہینہ ایک ٹریننگ ہے اسی بات کی۔ رمضان کے مہینے میں آپ کو ٹینشن فری بنانا ہے۔</w:t>
      </w:r>
    </w:p>
    <w:p>
      <w:r>
        <w:rPr>
          <w:b/>
        </w:rPr>
        <w:t xml:space="preserve">[04:56] </w:t>
      </w:r>
      <w:r>
        <w:t>jab aap doosron se na uljhen, doosron se shikayat aap ke dil mein na rahe, to yahi raaz hai tension free hone ka.</w:t>
      </w:r>
    </w:p>
    <w:p>
      <w:pPr>
        <w:jc w:val="right"/>
      </w:pPr>
      <w:r>
        <w:t>جب آپ دوسروں سے نہ الجھیں، دوسروں سے شکایت آپ کے دل میں نہ رہے، تو یہی راز ہے ٹینشن فری ہونے کا۔</w:t>
      </w:r>
    </w:p>
    <w:p>
      <w:r>
        <w:rPr>
          <w:b/>
        </w:rPr>
        <w:t xml:space="preserve">[05:15] </w:t>
      </w:r>
      <w:r>
        <w:t>ek hadith hai, dekhiye, is hadith mein yeh kaha gaya hai ke jab tum roza rakho to mujh se koshish karo jab roza rakha hai to us ko apni zuban se buri baat nahi nikalna chahiye.</w:t>
      </w:r>
    </w:p>
    <w:p>
      <w:pPr>
        <w:jc w:val="right"/>
      </w:pPr>
      <w:r>
        <w:t>ایک حدیث ہے، دیکھیے، اس حدیث میں یہ کہا گیا ہے کہ جب تم روزہ رکھو تو مجھ سے کوشش کرو جب روزہ رکھا ہے تو اس کو اپنی زبان سے بری بات نہیں نکالنا چاہیے۔</w:t>
      </w:r>
    </w:p>
    <w:p>
      <w:r>
        <w:rPr>
          <w:b/>
        </w:rPr>
        <w:t xml:space="preserve">[05:34] </w:t>
      </w:r>
      <w:r>
        <w:t>wala yarfus wala yashum. buri baat nahi nikalni chahiye.</w:t>
      </w:r>
    </w:p>
    <w:p>
      <w:pPr>
        <w:jc w:val="right"/>
      </w:pPr>
      <w:r>
        <w:t>ولا يرفص ولا يصغم ۔ بری بات نہیں نکالنی چاہیے۔</w:t>
      </w:r>
    </w:p>
    <w:p>
      <w:r>
        <w:rPr>
          <w:b/>
        </w:rPr>
        <w:t xml:space="preserve">[05:43] </w:t>
      </w:r>
      <w:r>
        <w:t>aur phir farmaya ke agar koi doosra shakhs tum ko buri baat kahe, gaali de,</w:t>
      </w:r>
    </w:p>
    <w:p>
      <w:pPr>
        <w:jc w:val="right"/>
      </w:pPr>
      <w:r>
        <w:t>اور پھر فرمایا کہ اگر کوئی دوسرا شخص تم کو بری بات کہے، گالی دے،</w:t>
      </w:r>
    </w:p>
    <w:p>
      <w:r>
        <w:rPr>
          <w:b/>
        </w:rPr>
        <w:t xml:space="preserve">[05:51] </w:t>
      </w:r>
      <w:r>
        <w:t>koi provocative baat kahe to tum jawab mein khud na bhadak utho, balkeh yeh kaho: inni min al-saaim.</w:t>
      </w:r>
    </w:p>
    <w:p>
      <w:pPr>
        <w:jc w:val="right"/>
      </w:pPr>
      <w:r>
        <w:t>کوئی پرووکیٹیو بات کہے تو تم جواب میں خود نہ بھڑک اٹھو، بلکہ یہ کہو: إني من الصائم ۔</w:t>
      </w:r>
    </w:p>
    <w:p>
      <w:r>
        <w:rPr>
          <w:b/>
        </w:rPr>
        <w:t xml:space="preserve">[06:02] </w:t>
      </w:r>
      <w:r>
        <w:t>inni min al-saaim. ke bhai, mein to rozedar aadmi hoon, maine roza rakha hai.</w:t>
      </w:r>
    </w:p>
    <w:p>
      <w:pPr>
        <w:jc w:val="right"/>
      </w:pPr>
      <w:r>
        <w:t>إني من الصائم ۔ کہ بھائی، میں تو روزے دار آدمی ہوں، میں نے روزہ رکھا ہے۔</w:t>
      </w:r>
    </w:p>
    <w:p>
      <w:r>
        <w:rPr>
          <w:b/>
        </w:rPr>
        <w:t xml:space="preserve">[06:11] </w:t>
      </w:r>
      <w:r>
        <w:t>iska matlab yeh hai ke rozedar se allah taala ki yeh matloob hai ke us ki zindagi mein reaction na ho. ke doosra kuch kahe to aap bhi bhadak uthen, react karen.</w:t>
      </w:r>
    </w:p>
    <w:p>
      <w:pPr>
        <w:jc w:val="right"/>
      </w:pPr>
      <w:r>
        <w:t>اس کا مطلب یہ ہے کہ روزے دار سے اللہ تعالیٰ کی یہ مطلوب ہے کہ اس کی زندگی میں ری ایکشن نہ ہو۔ کہ دوسرا کچھ کہے تو آپ بھی بھڑک اٹھیں، ری ایکٹ کریں۔</w:t>
      </w:r>
    </w:p>
    <w:p>
      <w:r>
        <w:rPr>
          <w:b/>
        </w:rPr>
        <w:t xml:space="preserve">[06:24] </w:t>
      </w:r>
      <w:r>
        <w:t>is mein ke doosra aap ko aisi baat kahe jis se aap ke jazbaat ko thes lage, aap</w:t>
      </w:r>
    </w:p>
    <w:p>
      <w:pPr>
        <w:jc w:val="right"/>
      </w:pPr>
      <w:r>
        <w:t>اس میں کہ دوسرا آپ کو ایسی بات کہے جس سے آپ کے جذبات کو ٹھیس لگے، آپ</w:t>
      </w:r>
    </w:p>
    <w:p>
      <w:r>
        <w:rPr>
          <w:b/>
        </w:rPr>
        <w:t xml:space="preserve">[06:33] </w:t>
      </w:r>
      <w:r>
        <w:t>ke andar ishtia'al aa jaye, aap ke andar ghairat jaag uthe, inteqaam jaag uthe, to aap ko apne aap ko rokna chahiye.</w:t>
      </w:r>
    </w:p>
    <w:p>
      <w:pPr>
        <w:jc w:val="right"/>
      </w:pPr>
      <w:r>
        <w:t>کے اندر اشتعال آ جائے، آپ کے اندر ہیٹ جاگ اٹھے، انتقام جاگ اٹھے، تو آپ کو اپنے آپ کو روکنا چاہیے۔</w:t>
      </w:r>
    </w:p>
    <w:p>
      <w:r>
        <w:rPr>
          <w:b/>
        </w:rPr>
        <w:t xml:space="preserve">[06:47] </w:t>
      </w:r>
      <w:r>
        <w:t>aur yeh kehna chahiye ke inni minas saim. inni minas saim. main to bhai rozaydaar hoon, maine to Allah ke hukum se roza rakha rakha hai.</w:t>
      </w:r>
    </w:p>
    <w:p>
      <w:pPr>
        <w:jc w:val="right"/>
      </w:pPr>
      <w:r>
        <w:t>اور یہ کہنا چاہیے کہ إني من الصائم ۔ إني من الصائم ۔ میں تو بھائی روزے دار ہوں، میں نے تو اللہ کے حکم سے روزہ رکھا رکھ رکھا ہے۔</w:t>
      </w:r>
    </w:p>
    <w:p>
      <w:r>
        <w:rPr>
          <w:b/>
        </w:rPr>
        <w:t xml:space="preserve">[06:59] </w:t>
      </w:r>
      <w:r>
        <w:t>is se aap andaza kar sakte hain ke roza ya Ramzan jo hai is ka maqsad kya hai. is ka maqsad sirf khana peena chhodna nahi hai,</w:t>
      </w:r>
    </w:p>
    <w:p>
      <w:pPr>
        <w:jc w:val="right"/>
      </w:pPr>
      <w:r>
        <w:t>اس سے آپ اندازہ کر سکتے ہیں کہ روزہ یا رمضان جو ہے اس کا مقصد کیا ہے۔ اس کا مقصد صرف کھانا پینا چھوڑنا نہیں ہے،</w:t>
      </w:r>
    </w:p>
    <w:p>
      <w:r>
        <w:rPr>
          <w:b/>
        </w:rPr>
        <w:t xml:space="preserve">[07:13] </w:t>
      </w:r>
      <w:r>
        <w:t>apni aadaaton ko chhodna hai,</w:t>
      </w:r>
    </w:p>
    <w:p>
      <w:pPr>
        <w:jc w:val="right"/>
      </w:pPr>
      <w:r>
        <w:t>اپنی عادتوں کو چھوڑنا ہے،</w:t>
      </w:r>
    </w:p>
    <w:p>
      <w:r>
        <w:rPr>
          <w:b/>
        </w:rPr>
        <w:t xml:space="preserve">[07:19] </w:t>
      </w:r>
      <w:r>
        <w:t>reaction ko chhodna hai, negative thinking ko chhodna hai, shikayat ko chhodna hai, samajee zindagi mein yeh sab jo baatein aati hain is ko chhodna hai.</w:t>
      </w:r>
    </w:p>
    <w:p>
      <w:pPr>
        <w:jc w:val="right"/>
      </w:pPr>
      <w:r>
        <w:t>ری ایکشن کو چھوڑنا ہے، نیگیٹیو تھنکنگ کو چھوڑنا ہے، شکایت کو چھوڑنا ہے، سماجی زندگی میں یہ سب جو باتیں آتی ہیں اس کو چھوڑنا ہے۔</w:t>
      </w:r>
    </w:p>
    <w:p>
      <w:r>
        <w:rPr>
          <w:b/>
        </w:rPr>
        <w:t xml:space="preserve">[07:33] </w:t>
      </w:r>
      <w:r>
        <w:t>woh to ek ilamati tark hai. to yeh kitni badi baat hai yeh.</w:t>
      </w:r>
    </w:p>
    <w:p>
      <w:pPr>
        <w:jc w:val="right"/>
      </w:pPr>
      <w:r>
        <w:t>وہ تو ایک علامتی ترک ہے۔ تو یہ کتنی بڑی بات ہے یہ۔</w:t>
      </w:r>
    </w:p>
    <w:p>
      <w:r>
        <w:rPr>
          <w:b/>
        </w:rPr>
        <w:t xml:space="preserve">[07:43] </w:t>
      </w:r>
      <w:r>
        <w:t>dekhein, hadeeson mein ka bahut saari hadeesein aati hain, aap kitaab us-siyaam mein parh sakte hain. kitaab us-siyaam mein mislan aap dekhein, Mishkaat mein to sau se zyada riwayatein milengi aap ko, choti badi.</w:t>
      </w:r>
    </w:p>
    <w:p>
      <w:pPr>
        <w:jc w:val="right"/>
      </w:pPr>
      <w:r>
        <w:t>دیکھیں، حدیثوں میں کا بہت ساری حدیثیں آتی ہیں، آپ کتاب الصیام میں پڑھ سکتے ہیں۔ کتاب الصیام میں مثلاً آپ دیکھیں، مشکات میں تو سو سے زیادہ روایتیں ملیں گی آپ کو، چھوٹی بڑی۔</w:t>
      </w:r>
    </w:p>
    <w:p>
      <w:r>
        <w:rPr>
          <w:b/>
        </w:rPr>
        <w:t xml:space="preserve">[08:02] </w:t>
      </w:r>
      <w:r>
        <w:t>Qur'an mein rozay ka zikr Surah Al-Baqarah mein baqaida taur par aaya hai.</w:t>
      </w:r>
    </w:p>
    <w:p>
      <w:pPr>
        <w:jc w:val="right"/>
      </w:pPr>
      <w:r>
        <w:t>قرآن میں روزے کا ذکر سورہ البقرہ میں باقاعدہ طور پر آیا ہے۔</w:t>
      </w:r>
    </w:p>
    <w:p>
      <w:r>
        <w:rPr>
          <w:b/>
        </w:rPr>
        <w:t xml:space="preserve">[08:08] </w:t>
      </w:r>
      <w:r>
        <w:t>Surah Al-Baqarah ka ayat number 183 se le kar 187 tak, yaani 183 up to 187, is mein rozay ka zikr hai.</w:t>
      </w:r>
    </w:p>
    <w:p>
      <w:pPr>
        <w:jc w:val="right"/>
      </w:pPr>
      <w:r>
        <w:t>سورہ البقرہ کا آیت نمبر 183 سے لے کر 187 تک، یعنی 183 اپ ٹو 187، اس میں روزے کا ذکر ہے۔</w:t>
      </w:r>
    </w:p>
    <w:p>
      <w:r>
        <w:rPr>
          <w:b/>
        </w:rPr>
        <w:t xml:space="preserve">[08:28] </w:t>
      </w:r>
      <w:r>
        <w:t>to is mein kya bataya gaya hai? is mein ke rozay ka hukum is liye diya gaya la'allakum tattaqoon.</w:t>
      </w:r>
    </w:p>
    <w:p>
      <w:pPr>
        <w:jc w:val="right"/>
      </w:pPr>
      <w:r>
        <w:t>تو اس میں کیا بتایا گیا ہے؟ اس میں کہ روزے کا حکم اس لیے دیا گیا لعلكم تتقون ۔</w:t>
      </w:r>
    </w:p>
    <w:p>
      <w:r>
        <w:rPr>
          <w:b/>
        </w:rPr>
        <w:t xml:space="preserve">[08:40] </w:t>
      </w:r>
      <w:r>
        <w:t>taake tumhare andar taqwa paida ho. to taqwa kya hai? taqwa ke lafzi ma'ani hain bachna. yeh bachne ka culture hai.</w:t>
      </w:r>
    </w:p>
    <w:p>
      <w:pPr>
        <w:jc w:val="right"/>
      </w:pPr>
      <w:r>
        <w:t>تاکہ تمہارے اندر تقویٰ پیدا ہو۔ تو تقویٰ کیا ہے؟ تقویٰ کے لفظی معنی ہیں بچنا۔ یہ بچنے کا کلچر ہے۔</w:t>
      </w:r>
    </w:p>
    <w:p>
      <w:r>
        <w:rPr>
          <w:b/>
        </w:rPr>
        <w:t xml:space="preserve">[08:52] </w:t>
      </w:r>
      <w:r>
        <w:t>jis tarah rozay mein aap paani se bachte hain, khaane se bachte hain, to yeh kya hai? yeh tarbiyat hai, ilamati tarbiyat ke aap ko bachna hai har us cheez se jo Allah ko pasand nahi.</w:t>
      </w:r>
    </w:p>
    <w:p>
      <w:pPr>
        <w:jc w:val="right"/>
      </w:pPr>
      <w:r>
        <w:t>جس طرح روزے میں آپ پانی سے بچتے ہیں، کھانے سے بچتے ہیں، تو یہ کیا ہے؟ یہ تربیت ہے، علامتی تربیت کہ آپ کو بچنا ہے ہر اس چیز سے جو اللہ کو پسند نہیں۔</w:t>
      </w:r>
    </w:p>
    <w:p>
      <w:r>
        <w:rPr>
          <w:b/>
        </w:rPr>
        <w:t xml:space="preserve">[09:09] </w:t>
      </w:r>
      <w:r>
        <w:t>mislan gaali galoch se bachna, negative thinking se bachna, nafrat se bachna, reaction se bachna.</w:t>
      </w:r>
    </w:p>
    <w:p>
      <w:pPr>
        <w:jc w:val="right"/>
      </w:pPr>
      <w:r>
        <w:t>مثلاً گالی گلوچ سے بچنا، نیگیٹیو تھنکنگ سے بچنا، نفرت سے بچنا، ری ایکشن سے بچنا۔</w:t>
      </w:r>
    </w:p>
    <w:p>
      <w:r>
        <w:rPr>
          <w:b/>
        </w:rPr>
        <w:t xml:space="preserve">[09:21] </w:t>
      </w:r>
      <w:r>
        <w:t>yeh woh tamam qism ka behaviour aur soch jo Allah ko pasand nahi hai, us se apne aap ko bacha kar rakhna.</w:t>
      </w:r>
    </w:p>
    <w:p>
      <w:pPr>
        <w:jc w:val="right"/>
      </w:pPr>
      <w:r>
        <w:t>یہ وہ تمام قسم کا بیہیویئر اور سوچ جو اللہ کو پسند نہیں ہے، اس سے اپنے آپ کو بچا کر رکھنا۔</w:t>
      </w:r>
    </w:p>
    <w:p>
      <w:r>
        <w:rPr>
          <w:b/>
        </w:rPr>
        <w:t xml:space="preserve">[09:33] </w:t>
      </w:r>
      <w:r>
        <w:t>yeh hai taqwa.</w:t>
      </w:r>
    </w:p>
    <w:p>
      <w:pPr>
        <w:jc w:val="right"/>
      </w:pPr>
      <w:r>
        <w:t>یہ ہے تقویٰ۔</w:t>
      </w:r>
    </w:p>
    <w:p>
      <w:r>
        <w:rPr>
          <w:b/>
        </w:rPr>
        <w:t xml:space="preserve">[09:36] </w:t>
      </w:r>
      <w:r>
        <w:t>is lihaaz se Ramzan ka mahina shehr ut-taqwa hai, yaani month of taqwa. kaisi ajeeb baat hai!</w:t>
      </w:r>
    </w:p>
    <w:p>
      <w:pPr>
        <w:jc w:val="right"/>
      </w:pPr>
      <w:r>
        <w:t>اس لحاظ سے رمضان کا مہینہ شہر التقویٰ ہے، یعنی منتھ آف تقویٰ۔ کیسی عجیب بات ہے!</w:t>
      </w:r>
    </w:p>
    <w:p>
      <w:r>
        <w:rPr>
          <w:b/>
        </w:rPr>
        <w:t xml:space="preserve">[09:47] </w:t>
      </w:r>
      <w:r>
        <w:t>month of taqwa.</w:t>
      </w:r>
    </w:p>
    <w:p>
      <w:pPr>
        <w:jc w:val="right"/>
      </w:pPr>
      <w:r>
        <w:t>منتھ آف تقویٰ۔</w:t>
      </w:r>
    </w:p>
    <w:p>
      <w:r>
        <w:rPr>
          <w:b/>
        </w:rPr>
        <w:t xml:space="preserve">[09:52] </w:t>
      </w:r>
      <w:r>
        <w:t>taqwa ke baray mein ek hadees hai. ek Sahabi ne, ek Sahabi thay, top ke Sahabi,</w:t>
      </w:r>
    </w:p>
    <w:p>
      <w:pPr>
        <w:jc w:val="right"/>
      </w:pPr>
      <w:r>
        <w:t>تقویٰ کے بارے میں ایک حدیث ہے۔ ایک صحابی نے، ایک صحابی تھے، ٹاپ کے صحابی،</w:t>
      </w:r>
    </w:p>
    <w:p>
      <w:r>
        <w:rPr>
          <w:b/>
        </w:rPr>
        <w:t xml:space="preserve">[10:02] </w:t>
      </w:r>
      <w:r>
        <w:t>to Hazrat Umar ne un se poocha: "taqwa kya hai?"</w:t>
      </w:r>
    </w:p>
    <w:p>
      <w:pPr>
        <w:jc w:val="right"/>
      </w:pPr>
      <w:r>
        <w:t>تو حضرت عمر نے ان سے پوچھا: "تقویٰ کیا ہے؟"</w:t>
      </w:r>
    </w:p>
    <w:p>
      <w:r>
        <w:rPr>
          <w:b/>
        </w:rPr>
        <w:t xml:space="preserve">[10:09] </w:t>
      </w:r>
      <w:r>
        <w:t>yeh jab Khalifa thay, Hazrat Umar tab ki baat hai yeh. "taqwa kya hai?" to Sahabi ne kaha ke ya Ameer ul Momineen, hal sarakta tareeqan za shawq.</w:t>
      </w:r>
    </w:p>
    <w:p>
      <w:pPr>
        <w:jc w:val="right"/>
      </w:pPr>
      <w:r>
        <w:t>یہ جب خلیفہ تھے، حضرت عمر تب کی بات ہے یہ۔ "تقویٰ کیا ہے؟" تو صحابی نے کہا کہ یا امیرالمومنین، ہل سرکت طریقا ذا شوق ۔</w:t>
      </w:r>
    </w:p>
    <w:p>
      <w:r>
        <w:rPr>
          <w:b/>
        </w:rPr>
        <w:t xml:space="preserve">[10:25] </w:t>
      </w:r>
      <w:r>
        <w:t>Ae Ameer ul Momineen, kya aap kabhi aise raaste se guzre hain jo jis ke dono taraf jhaari, jhaari, kaante taar jhaadiyaan hon?</w:t>
      </w:r>
    </w:p>
    <w:p>
      <w:pPr>
        <w:jc w:val="right"/>
      </w:pPr>
      <w:r>
        <w:t>اے امیرالمومنین، کیا آپ کبھی ایسے راستے سے گزرے ہیں جو جس کے دونوں طرف جھاڑی، جھاڑی، کاٹے تار جھاڑیاں ہوں؟</w:t>
      </w:r>
    </w:p>
    <w:p>
      <w:r>
        <w:rPr>
          <w:b/>
        </w:rPr>
        <w:t xml:space="preserve">[10:37] </w:t>
      </w:r>
      <w:r>
        <w:t>hal sarakta tareeqan za shawq. kabhi aap aise raaste se guzre hain jis ki dono taraf thodi bushes hon?</w:t>
      </w:r>
    </w:p>
    <w:p>
      <w:pPr>
        <w:jc w:val="right"/>
      </w:pPr>
      <w:r>
        <w:t>هل سرکت طریقا ذا شوق ۔ کبھی آپ ایسے راستے سے گزرے ہیں جس کی دونوں طرف تھوڑی بوشز ہوں؟</w:t>
      </w:r>
    </w:p>
    <w:p>
      <w:r>
        <w:rPr>
          <w:b/>
        </w:rPr>
        <w:t xml:space="preserve">[10:47] </w:t>
      </w:r>
      <w:r>
        <w:t>to unhone kaha: "haan." to unhone kaha: "aap ne kya kiya?</w:t>
      </w:r>
    </w:p>
    <w:p>
      <w:pPr>
        <w:jc w:val="right"/>
      </w:pPr>
      <w:r>
        <w:t>تو انہوں نے کہا: "ہاں۔" تو انہوں نے کہا: "آپ نے کیا کیا؟</w:t>
      </w:r>
    </w:p>
    <w:p>
      <w:r>
        <w:rPr>
          <w:b/>
        </w:rPr>
        <w:t xml:space="preserve">[10:51] </w:t>
      </w:r>
      <w:r>
        <w:t>" to unhone kaha ke shammart wajtahedat. shammart wajtahedat. maine apne kapde ko sameit liya, ab bachte hue nikal gaya.</w:t>
      </w:r>
    </w:p>
    <w:p>
      <w:pPr>
        <w:jc w:val="right"/>
      </w:pPr>
      <w:r>
        <w:t>" تو انہوں نے کہا کہ شمرت واجتہدت ۔ شمرت واجتہدت۔ میں نے اپنے کپڑے کو سمیٹ لیا، اب بچتے ہوئے نکل گیا۔</w:t>
      </w:r>
    </w:p>
    <w:p>
      <w:r>
        <w:rPr>
          <w:b/>
        </w:rPr>
        <w:t xml:space="preserve">[11:06] </w:t>
      </w:r>
      <w:r>
        <w:t>to unhon ne kaha ke zalk uttaqwa. yeh hai taqwa, yani dunya se bachte hue guzar jana.</w:t>
      </w:r>
    </w:p>
    <w:p>
      <w:pPr>
        <w:jc w:val="right"/>
      </w:pPr>
      <w:r>
        <w:t>تو انہوں نے کہا کہ ذالک التقویٰ ۔ یہ ہے تقویٰ، یعنی دنیا سے بچتے ہوئے گزر جانا۔</w:t>
      </w:r>
    </w:p>
    <w:p>
      <w:r>
        <w:rPr>
          <w:b/>
        </w:rPr>
        <w:t xml:space="preserve">[11:17] </w:t>
      </w:r>
      <w:r>
        <w:t>yeh hamara safar jo hai dunya ka, yeh dunya se akhirat ki taraf hai, insan se Allah ki taraf hai. aaj hum insanon ke darmiyan hain, kal hum Allah ke paas pohnchenge.</w:t>
      </w:r>
    </w:p>
    <w:p>
      <w:pPr>
        <w:jc w:val="right"/>
      </w:pPr>
      <w:r>
        <w:t>یہ ہمارا سفر جو ہے دنیا کا، یہ دنیا سے آخرت کی طرف ہے، انسان سے اللہ کی طرف ہے۔ آج ہم انسانوں کے درمیان ہیں، کل ہم اللہ کے پاس پہنچیں گے۔</w:t>
      </w:r>
    </w:p>
    <w:p>
      <w:r>
        <w:rPr>
          <w:b/>
        </w:rPr>
        <w:t xml:space="preserve">[11:31] </w:t>
      </w:r>
      <w:r>
        <w:t>yeh ek safar hai. yeh safar mein thori bushz hain. thori bushz quran mein kya hain? bohat si baatein aap ko paish aayengi jis se aap offend ho jayen.</w:t>
      </w:r>
    </w:p>
    <w:p>
      <w:pPr>
        <w:jc w:val="right"/>
      </w:pPr>
      <w:r>
        <w:t>یہ ایک سفر ہے۔ یہ سفر میں تھوڑی بوشز ہیں۔ تھوڑی بوشز قرآن میں کیا ہیں؟ بہت سی باتیں آپ کو پیش آئیں گی جس سے آپ افینڈ ہو جائیں۔</w:t>
      </w:r>
    </w:p>
    <w:p>
      <w:r>
        <w:rPr>
          <w:b/>
        </w:rPr>
        <w:t xml:space="preserve">[11:42] </w:t>
      </w:r>
      <w:r>
        <w:t>log aisi baat kahenge jis se aap ko ghussa aa jaye.</w:t>
      </w:r>
    </w:p>
    <w:p>
      <w:pPr>
        <w:jc w:val="right"/>
      </w:pPr>
      <w:r>
        <w:t>لوگ ایسی بات کہیں گے جس سے آپ کو غصہ آ جائے۔</w:t>
      </w:r>
    </w:p>
    <w:p>
      <w:r>
        <w:rPr>
          <w:b/>
        </w:rPr>
        <w:t xml:space="preserve">[11:46] </w:t>
      </w:r>
      <w:r>
        <w:t>log aisa sulook karenge jis se aap ko nafrat aa jaye. log aisa kaam karenge jis se aap ko intiqam aa jaye. yeh thori bushz hain.</w:t>
      </w:r>
    </w:p>
    <w:p>
      <w:pPr>
        <w:jc w:val="right"/>
      </w:pPr>
      <w:r>
        <w:t>لوگ ایسا سلوک کریں گے جس سے آپ کو نفرت آ جائے۔ لوگ ایسا کام کریں گے جس سے آپ کو انتقام آ جائے۔ یہ تھوڑی بوشز ہیں۔</w:t>
      </w:r>
    </w:p>
    <w:p>
      <w:r>
        <w:rPr>
          <w:b/>
        </w:rPr>
        <w:t xml:space="preserve">[11:56] </w:t>
      </w:r>
      <w:r>
        <w:t>isi ke andar se guzarna hai. to bachte hue guzar jana. shumarat wajtahedat.</w:t>
      </w:r>
    </w:p>
    <w:p>
      <w:pPr>
        <w:jc w:val="right"/>
      </w:pPr>
      <w:r>
        <w:t>اسی کے اندر سے گزرنا ہے۔ تو بچتے ہوئے گزر جانا۔ شمرت واجتہدت ۔</w:t>
      </w:r>
    </w:p>
    <w:p>
      <w:r>
        <w:rPr>
          <w:b/>
        </w:rPr>
        <w:t xml:space="preserve">[12:06] </w:t>
      </w:r>
      <w:r>
        <w:t>bachate hue, bachte hue, bachte hue guzar jana.</w:t>
      </w:r>
    </w:p>
    <w:p>
      <w:pPr>
        <w:jc w:val="right"/>
      </w:pPr>
      <w:r>
        <w:t>بچتے ہوئے، بچتے ہوئے، بچتے ہوئے گزر جانا۔</w:t>
      </w:r>
    </w:p>
    <w:p>
      <w:r>
        <w:rPr>
          <w:b/>
        </w:rPr>
        <w:t xml:space="preserve">[12:11] </w:t>
      </w:r>
      <w:r>
        <w:t>aur mein khud bhi aisa hua mere sath ke kaate daar jhaari ke darmiyan se guzarna pada. to mujhe tajurba hua ke kya cheez hai kaate daar jhaari ke beech se chalna.</w:t>
      </w:r>
    </w:p>
    <w:p>
      <w:pPr>
        <w:jc w:val="right"/>
      </w:pPr>
      <w:r>
        <w:t>اور میں خود بھی ایسا ہوا میرے ساتھ کہ کاٹے دار جھاڑی کے درمیان سے جانا پڑا۔ تو مجھے تجربہ ہوا کہ کیا چیز ہے کاٹے دار جھاڑی کے بیچ سے چلنا۔</w:t>
      </w:r>
    </w:p>
    <w:p>
      <w:r>
        <w:rPr>
          <w:b/>
        </w:rPr>
        <w:t xml:space="preserve">[12:25] </w:t>
      </w:r>
      <w:r>
        <w:t>to waqai kapde ko simatna padta hai. idhar dekhna, idhar dekhna.</w:t>
      </w:r>
    </w:p>
    <w:p>
      <w:pPr>
        <w:jc w:val="right"/>
      </w:pPr>
      <w:r>
        <w:t>تو واقعی کپڑے کو سمٹنا پڑتا ہے۔ ادھر دیکھنا، ادھر دیکھنا۔</w:t>
      </w:r>
    </w:p>
    <w:p>
      <w:r>
        <w:rPr>
          <w:b/>
        </w:rPr>
        <w:t xml:space="preserve">[12:34] </w:t>
      </w:r>
      <w:r>
        <w:t>to yeh quran mein jo hai ke ramzan shahr uttaqwa hai. yani taqwa ki tarbiyat ka mahina.</w:t>
      </w:r>
    </w:p>
    <w:p>
      <w:pPr>
        <w:jc w:val="right"/>
      </w:pPr>
      <w:r>
        <w:t>تو یہ قرآن میں جو ہے کہ رمضان شہر التقویٰ ہے۔ یعنی تقویٰ کی تربیت کا مہینہ۔</w:t>
      </w:r>
    </w:p>
    <w:p>
      <w:r>
        <w:rPr>
          <w:b/>
        </w:rPr>
        <w:t xml:space="preserve">[12:45] </w:t>
      </w:r>
      <w:r>
        <w:t>ke dunya mein yahi hoga ke idhar rahenge thori bushz, guzar rahenge thori bushz. yahi hoga. kyunke insan ko azadi di hai Allah taala ne.</w:t>
      </w:r>
    </w:p>
    <w:p>
      <w:pPr>
        <w:jc w:val="right"/>
      </w:pPr>
      <w:r>
        <w:t>کہ دنیا میں یہی ہوگا کہ ادھر رہیں گے تھوڑی بوشز، گزر رہیں گے تھوڑی بوشز۔ یہی ہوگا۔ کیونکہ انسان کو آزادی دی ہے اللہ تعالیٰ نے۔</w:t>
      </w:r>
    </w:p>
    <w:p>
      <w:r>
        <w:rPr>
          <w:b/>
        </w:rPr>
        <w:t xml:space="preserve">[12:58] </w:t>
      </w:r>
      <w:r>
        <w:t>azadi itni zyada di hai ke jinat ne naoozubillah Allah se behs kar liya. Allah se keh diya ke khudaaya tu discrimination karta hai ke jannat par adam ko paida kiya mitti se aur mujhe paida kiya naar se.</w:t>
      </w:r>
    </w:p>
    <w:p>
      <w:pPr>
        <w:jc w:val="right"/>
      </w:pPr>
      <w:r>
        <w:t>آزادی اتنی زیادہ دی ہے کہ جنات نے نعوذ باللہ اللہ سے بحث کر لیا۔ اللہ سے کہہ دیا کہ خدایا تو ڈسکریمنٹ کرتا ہے کہ جنت پر آدم کو پیدا کیا مٹی سے اور مجھے پیدا کیا نار سے۔</w:t>
      </w:r>
    </w:p>
    <w:p>
      <w:r>
        <w:rPr>
          <w:b/>
        </w:rPr>
        <w:t xml:space="preserve">[13:16] </w:t>
      </w:r>
      <w:r>
        <w:t>matlab mein superior hoon lekin tune discrimination kiya. yani khuda se direct us ne shikayat kar di. kyunke azadi thi.</w:t>
      </w:r>
    </w:p>
    <w:p>
      <w:pPr>
        <w:jc w:val="right"/>
      </w:pPr>
      <w:r>
        <w:t>مطلب میں سپیریئر ہوں لیکن تو نے ڈسکریمنشن کیا۔ یعنی خدا سے ڈائریکٹ اس نے شکایت کر دی۔ کیونکہ آزادی تھی۔</w:t>
      </w:r>
    </w:p>
    <w:p>
      <w:r>
        <w:rPr>
          <w:b/>
        </w:rPr>
        <w:t xml:space="preserve">[13:27] </w:t>
      </w:r>
      <w:r>
        <w:t>azadi ek aisi cheez hai jis ki koi limit nahi hai. aap kisi ko qadar karein, kisi ko nafrat karein, kisi ke liye apne dil mein keena rakh lein, kisi se revenge rakh lein apne dil mein,</w:t>
      </w:r>
    </w:p>
    <w:p>
      <w:pPr>
        <w:jc w:val="right"/>
      </w:pPr>
      <w:r>
        <w:t>آزادی ایک ایسی چیز ہے جس کی کوئی لمٹ نہیں ہے۔ آپ کسی کو قدر کر دیں، کسی کو نفرت کریں، کسی کے لیے اپنے دل میں کینہ رکھ لیں، کسی سے ریونج رکھ لیں اپنے دل میں،</w:t>
      </w:r>
    </w:p>
    <w:p>
      <w:r>
        <w:rPr>
          <w:b/>
        </w:rPr>
        <w:t xml:space="preserve">[13:43] </w:t>
      </w:r>
      <w:r>
        <w:t>kisi ko badnaam karein, jo kuch chahein kar sakte hain. kyunke azadi hai. azadi itni zyada hai ke Allah ke muqable mein bhi azadi hai.</w:t>
      </w:r>
    </w:p>
    <w:p>
      <w:pPr>
        <w:jc w:val="right"/>
      </w:pPr>
      <w:r>
        <w:t>کسی کو بدنام کریں، جو کچھ چاہیں کر سکتے ہیں۔ کیونکہ آزادی ہے۔ آزادی اتنی زیادہ ہے کہ اللہ کے مقابلے میں بھی آزادی ہے۔</w:t>
      </w:r>
    </w:p>
    <w:p>
      <w:r>
        <w:rPr>
          <w:b/>
        </w:rPr>
        <w:t xml:space="preserve">[13:55] </w:t>
      </w:r>
      <w:r>
        <w:t>jaise ek shakhs ne ek kitaab likhi. God is dead. God is dead. aap sochiye ke Allah jo ek</w:t>
      </w:r>
    </w:p>
    <w:p>
      <w:pPr>
        <w:jc w:val="right"/>
      </w:pPr>
      <w:r>
        <w:t>جیسے ایک شخص نے ایک کتاب لکھی۔ God is dead. گاڈ از ڈیڈ۔ آپ سوچیے کہ اللہ جو ایک</w:t>
      </w:r>
    </w:p>
    <w:p>
      <w:r>
        <w:rPr>
          <w:b/>
        </w:rPr>
        <w:t xml:space="preserve">[14:10] </w:t>
      </w:r>
      <w:r>
        <w:t>saari kainat ko itna zyada woh hayy o qayyum hai, saari kainat ko sambhal</w:t>
      </w:r>
    </w:p>
    <w:p>
      <w:pPr>
        <w:jc w:val="right"/>
      </w:pPr>
      <w:r>
        <w:t>ساری کائنات کو اتنا زیادہ وہ حی و قیوم ہے، ساری کائنات کو سنب</w:t>
      </w:r>
    </w:p>
    <w:p>
      <w:r>
        <w:rPr>
          <w:b/>
        </w:rPr>
        <w:t xml:space="preserve">[14:16] </w:t>
      </w:r>
      <w:r>
        <w:t>e hue, us ke bare mein kitaab likhta hai ke God is dead. lekin Allah ne us ke qalam ko roka nahi, us kitaab ko chhapne se roka nahi, us kitaab ko phalne se roka nahi.</w:t>
      </w:r>
    </w:p>
    <w:p>
      <w:pPr>
        <w:jc w:val="right"/>
      </w:pPr>
      <w:r>
        <w:t>ھالے ہوئے، اس کے بارے میں کتاب لکھتا ہے کہ گاڈ از ڈیڈ۔ لیکن اللہ نے اس کے قلم کو روکا نہیں، اس کتاب کو چھپنے سے روکا نہیں، اس کتاب کو پھلنے سے روکا نہیں۔</w:t>
      </w:r>
    </w:p>
    <w:p>
      <w:r>
        <w:rPr>
          <w:b/>
        </w:rPr>
        <w:t xml:space="preserve">[14:30] </w:t>
      </w:r>
      <w:r>
        <w:t>to kaisi ajeeb hai yeh azadi.</w:t>
      </w:r>
    </w:p>
    <w:p>
      <w:pPr>
        <w:jc w:val="right"/>
      </w:pPr>
      <w:r>
        <w:t>تو کیسی عجیب ہے یہ آزادی۔</w:t>
      </w:r>
    </w:p>
    <w:p>
      <w:r>
        <w:rPr>
          <w:b/>
        </w:rPr>
        <w:t xml:space="preserve">[14:35] </w:t>
      </w:r>
      <w:r>
        <w:t>to is azadi ko jab aap ko mili hai to misuse of freedom ki bhi azadi hai. to it is misuse of freedom that creates problems.</w:t>
      </w:r>
    </w:p>
    <w:p>
      <w:pPr>
        <w:jc w:val="right"/>
      </w:pPr>
      <w:r>
        <w:t>تو اس آزادی کو جب آپ کو ملی ہے تو مس یوز آف فریڈم کی بھی آزادی ہے۔ تو اٹ از مس یوز آف فریڈم دیٹ کریٹس پرابلم۔</w:t>
      </w:r>
    </w:p>
    <w:p>
      <w:r>
        <w:rPr>
          <w:b/>
        </w:rPr>
        <w:t xml:space="preserve">[14:49] </w:t>
      </w:r>
      <w:r>
        <w:t>isi ko kaha gaya thorny bushes.</w:t>
      </w:r>
    </w:p>
    <w:p>
      <w:pPr>
        <w:jc w:val="right"/>
      </w:pPr>
      <w:r>
        <w:t>اسی کو کہا گیا تھارنی بوشز۔</w:t>
      </w:r>
    </w:p>
    <w:p>
      <w:r>
        <w:rPr>
          <w:b/>
        </w:rPr>
        <w:t xml:space="preserve">[14:55] </w:t>
      </w:r>
      <w:r>
        <w:t>to poori zindagi hamari hai thorny bushes ke darmiyan se guzarna. poori zindagi.</w:t>
      </w:r>
    </w:p>
    <w:p>
      <w:pPr>
        <w:jc w:val="right"/>
      </w:pPr>
      <w:r>
        <w:t>تو پوری زندگی ہماری ہے تھارنی بوشز کے درمیان سے گزرنا۔ پوری زندگی۔</w:t>
      </w:r>
    </w:p>
    <w:p>
      <w:r>
        <w:rPr>
          <w:b/>
        </w:rPr>
        <w:t xml:space="preserve">[15:05] </w:t>
      </w:r>
      <w:r>
        <w:t>mein ek martaba naujawani ki umar mein ek waqt aisa hua ke mein ek khet mein dakhil hua ke mein samjhein ke rastay paidal chal raha tha, mein apne gaon ja raha tha.</w:t>
      </w:r>
    </w:p>
    <w:p>
      <w:pPr>
        <w:jc w:val="right"/>
      </w:pPr>
      <w:r>
        <w:t>میں ایک مرتبہ نوجوانی کی عمر میں ایک وقت ایسا ہوا کہ میں ایک کھیت میں داخل ہوا کہ میں سمجھیں کہ راستے پیدل چل رہا تھا، میں اپنے گاؤں جا رہا تھا۔</w:t>
      </w:r>
    </w:p>
    <w:p>
      <w:r>
        <w:rPr>
          <w:b/>
        </w:rPr>
        <w:t xml:space="preserve">[15:20] </w:t>
      </w:r>
      <w:r>
        <w:t>woh bara bara chauda khet tha, woh to khatam hi nahi hota tha, rasta kahin nahi milta tha. idhar jaon tab bhi rasta nahi, idhar jaon tab bhi rasta nahi.</w:t>
      </w:r>
    </w:p>
    <w:p>
      <w:pPr>
        <w:jc w:val="right"/>
      </w:pPr>
      <w:r>
        <w:t>وہ بڑا بڑا چوڑا کھیت تھا، وہ تو ختم ہی نہیں ہوتا تھا، راستہ کہیں نہیں ملتا تھا۔ ادھر جاؤں تب بھی راستہ نہیں، ادھر جاؤں تب بھی راستہ نہیں۔</w:t>
      </w:r>
    </w:p>
    <w:p>
      <w:r>
        <w:rPr>
          <w:b/>
        </w:rPr>
        <w:t xml:space="preserve">[15:32] </w:t>
      </w:r>
      <w:r>
        <w:t>raat ka waqt tha, bilkul andhera.</w:t>
      </w:r>
    </w:p>
    <w:p>
      <w:pPr>
        <w:jc w:val="right"/>
      </w:pPr>
      <w:r>
        <w:t>رات کا وقت تھا، بالکل اندھیرا۔</w:t>
      </w:r>
    </w:p>
    <w:p>
      <w:r>
        <w:rPr>
          <w:b/>
        </w:rPr>
        <w:t xml:space="preserve">[15:35] </w:t>
      </w:r>
      <w:r>
        <w:t>is jaisay se utar kar mein aa raha tha gaon janay ke liye. ab mein ne kaha khuda mein kya karoon, mujh ko koi rasta hi nahi mil raha hai.</w:t>
      </w:r>
    </w:p>
    <w:p>
      <w:pPr>
        <w:jc w:val="right"/>
      </w:pPr>
      <w:r>
        <w:t>اس جیسے سے اتر کر میں آ رہا تھا گاؤں جانے کے لیے۔ اب میں نے کہا خدا میں کیا کروں، مجھ کو کوئی راستہ ہی نہیں مل رہا ہے۔</w:t>
      </w:r>
    </w:p>
    <w:p>
      <w:r>
        <w:rPr>
          <w:b/>
        </w:rPr>
        <w:t xml:space="preserve">[15:47] </w:t>
      </w:r>
      <w:r>
        <w:t>aik ajeeb halat thi meri. to achaanak mujhe nazar aaya ke roshni hai.</w:t>
      </w:r>
    </w:p>
    <w:p>
      <w:pPr>
        <w:jc w:val="right"/>
      </w:pPr>
      <w:r>
        <w:t>ایک عجیب حالت تھی میری۔ تو اچانک مجھے نظر آیا کہ روشنی ہے۔</w:t>
      </w:r>
    </w:p>
    <w:p>
      <w:r>
        <w:rPr>
          <w:b/>
        </w:rPr>
        <w:t xml:space="preserve">[15:55] </w:t>
      </w:r>
      <w:r>
        <w:t>yeh waqia hai fareeha aur baadiya ke darmiyan.</w:t>
      </w:r>
    </w:p>
    <w:p>
      <w:pPr>
        <w:jc w:val="right"/>
      </w:pPr>
      <w:r>
        <w:t>یہ واقعہ ہے فریحہ اور باڑیا کے درمیان۔</w:t>
      </w:r>
    </w:p>
    <w:p>
      <w:r>
        <w:rPr>
          <w:b/>
        </w:rPr>
        <w:t xml:space="preserve">[16:00] </w:t>
      </w:r>
      <w:r>
        <w:t>abhi tak mujhe aankhon ke samnay hai. to aik aadmi barh raha tha meri taraf aur lambi torch is ke haath mein thi. ab to torch ka istemal nahi hai.</w:t>
      </w:r>
    </w:p>
    <w:p>
      <w:pPr>
        <w:jc w:val="right"/>
      </w:pPr>
      <w:r>
        <w:t>ابھی تک مجھے آنکھوں کے سامنے ہے۔ تو ایک آدمی بڑھ رہا تھا میری طرف اور لمبی ٹارچ اس کے ہاتھ میں تھی۔ اب تو ٹارچ کا استعمال نہیں ہے۔</w:t>
      </w:r>
    </w:p>
    <w:p>
      <w:r>
        <w:rPr>
          <w:b/>
        </w:rPr>
        <w:t xml:space="preserve">[16:11] </w:t>
      </w:r>
      <w:r>
        <w:t>pehlay zamanay mein choti torch hoti thi, aik cell, do cell ki. aik bari torch hoti thi, das cell ki. to lambi torch li hui hogi. woh meri taraf barh raha tha.</w:t>
      </w:r>
    </w:p>
    <w:p>
      <w:pPr>
        <w:jc w:val="right"/>
      </w:pPr>
      <w:r>
        <w:t>پہلے زمانے میں چھوٹی ٹارچ ہوتی تھی، ایک سل، دو سل کی۔ ایک بڑی ٹارچ ہوتی تھی، دس سل کی۔ تو لمبی ٹارچ لی ہوئی ہوگی۔ وہ میری طرف بڑھ رہا تھا۔</w:t>
      </w:r>
    </w:p>
    <w:p>
      <w:r>
        <w:rPr>
          <w:b/>
        </w:rPr>
        <w:t xml:space="preserve">[16:22] </w:t>
      </w:r>
      <w:r>
        <w:t>to jab qareeb aaya to mein ne kaha ke mujhe yeh barhiya ka jo pul hai, wahan jana hai.</w:t>
      </w:r>
    </w:p>
    <w:p>
      <w:pPr>
        <w:jc w:val="right"/>
      </w:pPr>
      <w:r>
        <w:t>تو جب قریب آیا تو میں نے کہا کہ مجھے یہ بڑھیا کا جو پل ہے، وہاں جانا ہے۔</w:t>
      </w:r>
    </w:p>
    <w:p>
      <w:r>
        <w:rPr>
          <w:b/>
        </w:rPr>
        <w:t xml:space="preserve">[16:29] </w:t>
      </w:r>
      <w:r>
        <w:t>pul par pohnchnay ke baad mein aagay chala jaunga. to us ne mere sath, woh mere sath chala aur torch se rasta dikhatay huay yahan tak ke mujhe pul tak pohncha diya.</w:t>
      </w:r>
    </w:p>
    <w:p>
      <w:pPr>
        <w:jc w:val="right"/>
      </w:pPr>
      <w:r>
        <w:t>پل پر پہنچنے کے بعد میں آگے چلا جاؤں گا۔ تو اس نے میرے ساتھ، وہ میرے ساتھ چلا اور ٹارچ سے راستہ دکھاتے ہوئے یہاں تک کہ مجھے پل تک پہنچا دیا۔</w:t>
      </w:r>
    </w:p>
    <w:p>
      <w:r>
        <w:rPr>
          <w:b/>
        </w:rPr>
        <w:t xml:space="preserve">[16:44] </w:t>
      </w:r>
      <w:r>
        <w:t>jab pul tak pohncha diya to phir mujhe samajh mein aa gaya ke mujhe apne ghar pohnchnay ke liye kya karna hai.</w:t>
      </w:r>
    </w:p>
    <w:p>
      <w:pPr>
        <w:jc w:val="right"/>
      </w:pPr>
      <w:r>
        <w:t>جب پل تک پہنچا دیا تو پھر مجھے سمجھ میں آگیا کہ مجھے اپنے گھر پہنچنے کے لیے کیا کرنا ہے۔</w:t>
      </w:r>
    </w:p>
    <w:p>
      <w:r>
        <w:rPr>
          <w:b/>
        </w:rPr>
        <w:t xml:space="preserve">[16:53] </w:t>
      </w:r>
      <w:r>
        <w:t>to bhai, is liye aik waqia mein arz kiya ke tharney bushz mein aap agar apnay ko bachana chahein to khuda wahan torch le kar khara hua hai.</w:t>
      </w:r>
    </w:p>
    <w:p>
      <w:pPr>
        <w:jc w:val="right"/>
      </w:pPr>
      <w:r>
        <w:t>تو بھئی، اس لیے ایک واقعہ میں عرض کیا کہ تھارنی بوشز میں آپ اگر اپنے کو بچانا چاہیں تو خدا وہاں ٹارچ لے کر کھڑا ہوا ہے۔</w:t>
      </w:r>
    </w:p>
    <w:p>
      <w:r>
        <w:rPr>
          <w:b/>
        </w:rPr>
        <w:t xml:space="preserve">[17:05] </w:t>
      </w:r>
      <w:r>
        <w:t>yeh matlab yeh nahi ke aap akeley hain, aap akeley nahi hain. yani Allah ne aap ko paida kar ke chor diya tharney bushz mein,</w:t>
      </w:r>
    </w:p>
    <w:p>
      <w:pPr>
        <w:jc w:val="right"/>
      </w:pPr>
      <w:r>
        <w:t>یہ مطلب یہ نہیں کہ آپ اکیلے ہیں، آپ اکیلے نہیں ہیں۔ یعنی اللہ نے آپ کو پیدا کر کے چھوڑ دیا تھارنی بوشز میں،</w:t>
      </w:r>
    </w:p>
    <w:p>
      <w:r>
        <w:rPr>
          <w:b/>
        </w:rPr>
        <w:t xml:space="preserve">[17:18] </w:t>
      </w:r>
      <w:r>
        <w:t>gaari jo jhaariyon mein. lekin yaad rakhiye ke hamari taqat ki limit hai. hum apni taqat se kabhi aisa hota hai ke hum lagta hai ke hum kaisay kaisay kya karein.</w:t>
      </w:r>
    </w:p>
    <w:p>
      <w:pPr>
        <w:jc w:val="right"/>
      </w:pPr>
      <w:r>
        <w:t>گاڑی جو جھاڑیوں میں۔ لیکن یاد رکھیے کہ ہماری طاقت کی لمٹ ہے۔ ہم اپنی طاقت سے کبھی ایسا ہوتا ہے کہ ہم لگتا ہے کہ ہم کیسے کیسے کیا کریں۔</w:t>
      </w:r>
    </w:p>
    <w:p>
      <w:r>
        <w:rPr>
          <w:b/>
        </w:rPr>
        <w:t xml:space="preserve">[17:34] </w:t>
      </w:r>
      <w:r>
        <w:t>to wahan khuda khara hua hai, khuda ke farishtay khare huay hain torch le kar.</w:t>
      </w:r>
    </w:p>
    <w:p>
      <w:pPr>
        <w:jc w:val="right"/>
      </w:pPr>
      <w:r>
        <w:t>تو وہاں خدا کھڑا ہوا ہے، خدا کے فرشتے کھڑے ہوئے ہیں ٹارچ لے کر۔</w:t>
      </w:r>
    </w:p>
    <w:p>
      <w:r>
        <w:rPr>
          <w:b/>
        </w:rPr>
        <w:t xml:space="preserve">[17:42] </w:t>
      </w:r>
      <w:r>
        <w:t>to dekhein, agar aap yeh azm kar lein, azm kar lein, wohi jo hadees mein hai ke إني من الصائم ke mein to rozedar hoon, mujhe jhaariyon se takrana nahi hai,</w:t>
      </w:r>
    </w:p>
    <w:p>
      <w:pPr>
        <w:jc w:val="right"/>
      </w:pPr>
      <w:r>
        <w:t>تو دیکھیں، اگر آپ یہ عزم کر لیں، عزم کر لیں، وہی جو حدیث میں ہے کہ إني من الصائم کہ میں تو روزے دار ہوں، مجھے جھاڑیوں سے ٹکرانا نہیں ہے،</w:t>
      </w:r>
    </w:p>
    <w:p>
      <w:r>
        <w:rPr>
          <w:b/>
        </w:rPr>
        <w:t xml:space="preserve">[18:00] </w:t>
      </w:r>
      <w:r>
        <w:t>mujhe react nahi karna hai, mujhe kisi ki baat par apnay seenay mein kina nahi rakh lena hai, mujhe kisi ke ghussa ho kar intiqam nahi ke liye nahi sochna hai.</w:t>
      </w:r>
    </w:p>
    <w:p>
      <w:pPr>
        <w:jc w:val="right"/>
      </w:pPr>
      <w:r>
        <w:t>مجھے ری ایکٹ نہیں کرنا ہے، مجھے کسی کی بات پر اپنے سینے میں کینہ نہیں رکھ لینا ہے، مجھے کسی کے غصہ ہو کر انتقام نہیں کے لیے نہیں سوچنا ہے۔</w:t>
      </w:r>
    </w:p>
    <w:p>
      <w:r>
        <w:rPr>
          <w:b/>
        </w:rPr>
        <w:t xml:space="preserve">[18:13] </w:t>
      </w:r>
      <w:r>
        <w:t>to wahan khuda ke farishtay aap ke khare hain aap ki madad karne ke liye.</w:t>
      </w:r>
    </w:p>
    <w:p>
      <w:pPr>
        <w:jc w:val="right"/>
      </w:pPr>
      <w:r>
        <w:t>تو وہاں خدا کے فرشتے آپ کے کھڑے ہیں آپ کی مدد کرنے کے لیے۔</w:t>
      </w:r>
    </w:p>
    <w:p>
      <w:r>
        <w:rPr>
          <w:b/>
        </w:rPr>
        <w:t xml:space="preserve">[18:21] </w:t>
      </w:r>
      <w:r>
        <w:t>acha, isi liye yeh bohat ajeeb baat hai ke mein bas sochta tha ke ramzan ke tazkaray mein yeh ayat kyun hai surah al baqarah mein.</w:t>
      </w:r>
    </w:p>
    <w:p>
      <w:pPr>
        <w:jc w:val="right"/>
      </w:pPr>
      <w:r>
        <w:t>اچھا، اسی لیے یہ بہت عجیب بات ہے کہ میں بس سوچتا تھا کہ رمضان کے تذکرے میں یہ آیت کیوں ہے سورہ البقرہ میں۔</w:t>
      </w:r>
    </w:p>
    <w:p>
      <w:r>
        <w:rPr>
          <w:b/>
        </w:rPr>
        <w:t xml:space="preserve">[18:38] </w:t>
      </w:r>
      <w:r>
        <w:t>to kal hi meri samajh mein aaya ke is ka woh ramzan ka jo tazkara hai surah al baqarah ki ayat number 183 se 187 tak, isi ke beech mein aik ayat aati hai</w:t>
      </w:r>
    </w:p>
    <w:p>
      <w:pPr>
        <w:jc w:val="right"/>
      </w:pPr>
      <w:r>
        <w:t>تو کل ہی میری سمجھ میں آیا کہ اس کا وہ رمضان کا جو تذکرہ ہے سورہ البقرہ کی آیت نمبر 183 سے 187 تک، اسی کے بیچ میں ایک آیت آتی ہے</w:t>
      </w:r>
    </w:p>
    <w:p>
      <w:r>
        <w:rPr>
          <w:b/>
        </w:rPr>
        <w:t xml:space="preserve">[18:53] </w:t>
      </w:r>
      <w:r>
        <w:t>وإذا سألك عبادي إني فإني قريب أجب دعوة الداعي فليستجيبوا لي ولي منبين لا يشهدون aur jab bande tum se poochein mere baray mein to mein un ke qareeb hoon aur</w:t>
      </w:r>
    </w:p>
    <w:p>
      <w:pPr>
        <w:jc w:val="right"/>
      </w:pPr>
      <w:r>
        <w:t>وإذا سألك عبادي إني فإني قريب أجب دعوة الداعي فليستجيبوا لي ولي منبين لا يشهدون اور جب بندے تم سے پوچھیں میرے بارے میں تو میں ان کے قریب ہوں اور</w:t>
      </w:r>
    </w:p>
    <w:p>
      <w:r>
        <w:rPr>
          <w:b/>
        </w:rPr>
        <w:t xml:space="preserve">[19:13] </w:t>
      </w:r>
      <w:r>
        <w:t>mein pukaarnay wali ko pukaar kar jawab deta hoon. to woh mujhe pukaarein</w:t>
      </w:r>
    </w:p>
    <w:p>
      <w:pPr>
        <w:jc w:val="right"/>
      </w:pPr>
      <w:r>
        <w:t>میں پکارنے والی کو پکار کر جواب دیتا ہوں۔ تو وہ مجھے پکاریں</w:t>
      </w:r>
    </w:p>
    <w:p>
      <w:r>
        <w:rPr>
          <w:b/>
        </w:rPr>
        <w:t xml:space="preserve">[19:22] </w:t>
      </w:r>
      <w:r>
        <w:t>to unhein roshd aur guidance mile gi.</w:t>
      </w:r>
    </w:p>
    <w:p>
      <w:pPr>
        <w:jc w:val="right"/>
      </w:pPr>
      <w:r>
        <w:t>تو انہیں رشد اور گائیڈنس ملے گی۔</w:t>
      </w:r>
    </w:p>
    <w:p>
      <w:r>
        <w:rPr>
          <w:b/>
        </w:rPr>
        <w:t xml:space="preserve">[19:28] </w:t>
      </w:r>
      <w:r>
        <w:t>to ramzan ki ayaton ke darmiyan yeh ayat hai. is ka matlab ke yeh ayat aik aik aik paigham de rahi hai aap ko ke aye bande, taqwa ki zindagi guzar,</w:t>
      </w:r>
    </w:p>
    <w:p>
      <w:pPr>
        <w:jc w:val="right"/>
      </w:pPr>
      <w:r>
        <w:t>تو رمضان کی آیتوں کے درمیان یہ آیت ہے۔ اس کا مطلب کہ یہ آیت ایک ایک ایک پیغام دے رہی ہے آپ کو کہ اے بندے، تقویٰ کی زندگی گزار،</w:t>
      </w:r>
    </w:p>
    <w:p>
      <w:r>
        <w:rPr>
          <w:b/>
        </w:rPr>
        <w:t xml:space="preserve">[19:45] </w:t>
      </w:r>
      <w:r>
        <w:t>yani jhaariyon se bachnay ka paka irada kar le, jhaariyon se mat ulajh,</w:t>
      </w:r>
    </w:p>
    <w:p>
      <w:pPr>
        <w:jc w:val="right"/>
      </w:pPr>
      <w:r>
        <w:t>یعنی جھاڑیوں سے بچنے کا پکا ارادہ کر لے، جھاڑیوں سے مت الجھ،</w:t>
      </w:r>
    </w:p>
    <w:p>
      <w:r>
        <w:rPr>
          <w:b/>
        </w:rPr>
        <w:t xml:space="preserve">[19:54] </w:t>
      </w:r>
      <w:r>
        <w:t>aur jahan tumhein koi rukawat paray gi, jahan tum helpless ho jaoge, to wahan khuda maujood hai.</w:t>
      </w:r>
    </w:p>
    <w:p>
      <w:pPr>
        <w:jc w:val="right"/>
      </w:pPr>
      <w:r>
        <w:t>اور جہاں تمہیں کوئی رکاوٹ پڑے گی، جہاں تم ہیلپ لیس ہو جاؤ گے، تو وہاں خدا موجود ہے۔</w:t>
      </w:r>
    </w:p>
    <w:p>
      <w:r>
        <w:rPr>
          <w:b/>
        </w:rPr>
        <w:t xml:space="preserve">[20:05] </w:t>
      </w:r>
      <w:r>
        <w:t>jaisay tum pukaaroge, wahan tum apnay paas khuda ko maujood paoge.</w:t>
      </w:r>
    </w:p>
    <w:p>
      <w:pPr>
        <w:jc w:val="right"/>
      </w:pPr>
      <w:r>
        <w:t>جیسے تم پکارو گے، وہاں تم اپنے پاس خدا کو موجود پاؤ گے۔</w:t>
      </w:r>
    </w:p>
    <w:p>
      <w:r>
        <w:rPr>
          <w:b/>
        </w:rPr>
        <w:t xml:space="preserve">[20:14] </w:t>
      </w:r>
      <w:r>
        <w:t>kisi ajeeb ayat hai, kitna solace is ke andar hai.</w:t>
      </w:r>
    </w:p>
    <w:p>
      <w:pPr>
        <w:jc w:val="right"/>
      </w:pPr>
      <w:r>
        <w:t>کیسی عجیب آیت ہے، کتنا سولس اس کے اندر ہے۔</w:t>
      </w:r>
    </w:p>
    <w:p>
      <w:r>
        <w:rPr>
          <w:b/>
        </w:rPr>
        <w:t xml:space="preserve">[20:18] </w:t>
      </w:r>
      <w:r>
        <w:t>aur isi ka namuna maine aap se arz kiya ke main ghane khet mein andhere mein phans gaya tha, aur jab maine Allah ko yaad kiya to achaanak wahan ek insaan, shayad woh farishta tha,</w:t>
      </w:r>
    </w:p>
    <w:p>
      <w:pPr>
        <w:jc w:val="right"/>
      </w:pPr>
      <w:r>
        <w:t>اور اسی کا نمونہ میں نے آپ سے عرض کیا کہ میں گھنے کھیت میں اندھیرے میں پھنس گیا تھا، اور جب میں نے اللہ کو یاد کیا تو اچانک وہاں ایک انسان، شاید وہ فرشتہ تھا،</w:t>
      </w:r>
    </w:p>
    <w:p>
      <w:r>
        <w:rPr>
          <w:b/>
        </w:rPr>
        <w:t xml:space="preserve">[20:36] </w:t>
      </w:r>
      <w:r>
        <w:t>aur kyunke us waqt ghayab ho gaya, woh yeh bohat ajeeb baat yeh hai ke mujhko pul tak pahuncha kar ke uske baad woh gha</w:t>
      </w:r>
    </w:p>
    <w:p>
      <w:pPr>
        <w:jc w:val="right"/>
      </w:pPr>
      <w:r>
        <w:t>اور کیونکہ اس وقت غائب ہو گیا، وہ یہ بہت عجیب بات یہ ہے کہ مجھ کو پل تک پہنچا کر کے اس کے بعد وہ غ</w:t>
      </w:r>
    </w:p>
    <w:p>
      <w:r>
        <w:rPr>
          <w:b/>
        </w:rPr>
        <w:t xml:space="preserve">[20:46] </w:t>
      </w:r>
      <w:r>
        <w:t>yab ho gaya. Na roshni thi, na insaan tha. Maine peeche mud kar dekha to kuch koi bhi nahi tha.</w:t>
      </w:r>
    </w:p>
    <w:p>
      <w:pPr>
        <w:jc w:val="right"/>
      </w:pPr>
      <w:r>
        <w:t>ائب ہو گیا۔ نہ روشنی تھی، نہ انسان تھا۔ میں نے پیچھے مڑ کر دیکھا تو کچھ کوئی بھی نہیں تھا۔</w:t>
      </w:r>
    </w:p>
    <w:p>
      <w:r>
        <w:rPr>
          <w:b/>
        </w:rPr>
        <w:t xml:space="preserve">[20:56] </w:t>
      </w:r>
      <w:r>
        <w:t>to roze ke tazkire ke darmiyan yeh ayat aana wa idha saalaka ibaadi inni fainni qareeb ujeeb dawat al daa'i dhaa da'aani fal yastajeeboo li wa li wa li minbeen la yashhadoon yeh ek ek ek message hai Allah ki taraf se ke ae insaan, ae mere bande,</w:t>
      </w:r>
    </w:p>
    <w:p>
      <w:pPr>
        <w:jc w:val="right"/>
      </w:pPr>
      <w:r>
        <w:t>تو روزے کے تذکرے کے درمیان یہ آیت آنا وإذا سألك عبادي إني فإني قريب أجب دعوة الداعي ذا دعان فليستجيبوا لي ولي ولي منبین لا يشهدون یہ ایک ایک ایک میسج ہے اللہ کی طرف سے کہ اے انسان، اے میرے بندے،</w:t>
      </w:r>
    </w:p>
    <w:p>
      <w:r>
        <w:rPr>
          <w:b/>
        </w:rPr>
        <w:t xml:space="preserve">[21:21] </w:t>
      </w:r>
      <w:r>
        <w:t>taqwa ki zindagi guzaro, yeh faisla kar lo ke mujhe taqwa ki zindagi guzarna hai, yaani jhaadi se ulajhna nahi hai,</w:t>
      </w:r>
    </w:p>
    <w:p>
      <w:pPr>
        <w:jc w:val="right"/>
      </w:pPr>
      <w:r>
        <w:t>تقویٰ کی زندگی گزار، یہ فیصلہ کر لے کہ مجھے تقویٰ کی زندگی گزارنا ہے، یعنی جھاڑی سے الجھنا نہیں ہے،</w:t>
      </w:r>
    </w:p>
    <w:p>
      <w:r>
        <w:rPr>
          <w:b/>
        </w:rPr>
        <w:t xml:space="preserve">[21:30] </w:t>
      </w:r>
      <w:r>
        <w:t>bash yaani thodi bushz se main apne ko phansana nahi hai. Yeh faisla kar lo ke mujhko thodi bushz se apne ko phansana nahi hai.</w:t>
      </w:r>
    </w:p>
    <w:p>
      <w:pPr>
        <w:jc w:val="right"/>
      </w:pPr>
      <w:r>
        <w:t>بش یعنی تھوڑی بوشز سے میں اپنے کو پھنسانا نہیں ہے۔ یہ فیصلہ کر لے کہ مجھ کو تھوڑی بوشز سے اپنے کو پھنسانا نہیں ہے۔</w:t>
      </w:r>
    </w:p>
    <w:p>
      <w:r>
        <w:rPr>
          <w:b/>
        </w:rPr>
        <w:t xml:space="preserve">[21:44] </w:t>
      </w:r>
      <w:r>
        <w:t>to yaqeen rakh ke wahan to apne aap to wahan akela nahi hoga, to wahan to Allah ko paayega, farishton ko paayega.</w:t>
      </w:r>
    </w:p>
    <w:p>
      <w:pPr>
        <w:jc w:val="right"/>
      </w:pPr>
      <w:r>
        <w:t>تو یقین رکھ کے وہاں تو اپنے آپ تو وہاں اکیلا نہیں ہوگا، تو وہاں تو اللہ کو پائے گا، فرشتوں کو پائے گا۔</w:t>
      </w:r>
    </w:p>
    <w:p>
      <w:r>
        <w:rPr>
          <w:b/>
        </w:rPr>
        <w:t xml:space="preserve">[21:56] </w:t>
      </w:r>
      <w:r>
        <w:t>kaisi ajeeb baat hai.</w:t>
      </w:r>
    </w:p>
    <w:p>
      <w:pPr>
        <w:jc w:val="right"/>
      </w:pPr>
      <w:r>
        <w:t>کیسی عجیب بات ہے۔</w:t>
      </w:r>
    </w:p>
    <w:p>
      <w:r>
        <w:rPr>
          <w:b/>
        </w:rPr>
        <w:t xml:space="preserve">[21:59] </w:t>
      </w:r>
      <w:r>
        <w:t>is aitbaar se main yeh kahunga ke Ramzan ka mahina shahr al da'a hai, da'a ka mahina.</w:t>
      </w:r>
    </w:p>
    <w:p>
      <w:pPr>
        <w:jc w:val="right"/>
      </w:pPr>
      <w:r>
        <w:t>اس اعتبار سے میں یہ کہوں گا کہ رمضان کا مہینہ شہر الدعا ہے، دعا کا مہینہ۔</w:t>
      </w:r>
    </w:p>
    <w:p>
      <w:r>
        <w:rPr>
          <w:b/>
        </w:rPr>
        <w:t xml:space="preserve">[22:09] </w:t>
      </w:r>
      <w:r>
        <w:t>hadees mein aata hai ke Ramzan ke bare mein hua shahr al sabr, hua shahr al sabr ke Ramzan ka mahina sabr ka mahina hai.</w:t>
      </w:r>
    </w:p>
    <w:p>
      <w:pPr>
        <w:jc w:val="right"/>
      </w:pPr>
      <w:r>
        <w:t>حدیث میں آتا ہے کہ رمضان کے بارے میں ہوا شہر الصبر، ہوا شہر الصبر کہ رمضان کا مہینہ صبر کا مہینہ ہے۔</w:t>
      </w:r>
    </w:p>
    <w:p>
      <w:r>
        <w:rPr>
          <w:b/>
        </w:rPr>
        <w:t xml:space="preserve">[22:22] </w:t>
      </w:r>
      <w:r>
        <w:t>lekin main samajhta hoon ke ya is ayat ko le kar hum keh sakte hain ke Ramzan ka mahina shahr al da'a hai, shahr al da'a hai, da'a ka mahina.</w:t>
      </w:r>
    </w:p>
    <w:p>
      <w:pPr>
        <w:jc w:val="right"/>
      </w:pPr>
      <w:r>
        <w:t>لیکن میں سمجھتا ہوں کہ یا اس آیت کو لے کر ہم کہہ سکتے ہیں کہ رمضان کا مہینہ شہر الدعا ہے، شہر الدعا ہے، دعا کا مہینہ۔</w:t>
      </w:r>
    </w:p>
    <w:p>
      <w:r>
        <w:rPr>
          <w:b/>
        </w:rPr>
        <w:t xml:space="preserve">[22:37] </w:t>
      </w:r>
      <w:r>
        <w:t>bohat ajeeb baat hai,</w:t>
      </w:r>
    </w:p>
    <w:p>
      <w:pPr>
        <w:jc w:val="right"/>
      </w:pPr>
      <w:r>
        <w:t>بہت عجیب بات ہے،</w:t>
      </w:r>
    </w:p>
    <w:p>
      <w:r>
        <w:rPr>
          <w:b/>
        </w:rPr>
        <w:t xml:space="preserve">[22:41] </w:t>
      </w:r>
      <w:r>
        <w:t>bohat ajeeb baat hai. To dekhen, Islam ki jo ibaadaat hain, un sab ka ek form hai, namaz ka ek form hai, hajj ka ek form hai.</w:t>
      </w:r>
    </w:p>
    <w:p>
      <w:pPr>
        <w:jc w:val="right"/>
      </w:pPr>
      <w:r>
        <w:t>بہت عجیب بات ہے۔ تو دیکھیں، اسلام کی جو عبادات ہیں، ان سب کا ایک فارم ہے، نماز کا ایک فارم ہے، حج کا ایک فارم ہے۔</w:t>
      </w:r>
    </w:p>
    <w:p>
      <w:r>
        <w:rPr>
          <w:b/>
        </w:rPr>
        <w:t xml:space="preserve">[22:55] </w:t>
      </w:r>
      <w:r>
        <w:t>lekin yaad rakhiye, koi ibaadat sirf apne form ke aitbaar se matloob nahi hoti, balkeh spirit ke aitbaar se matloob hoti hai.</w:t>
      </w:r>
    </w:p>
    <w:p>
      <w:pPr>
        <w:jc w:val="right"/>
      </w:pPr>
      <w:r>
        <w:t>لیکن یاد رکھیے، کوئی عبادت صرف اپنے فارم کے اعتبار سے مطلوب نہیں ہوتی، بلکہ اسپرٹ کے اعتبار سے مطلوب ہوتی ہے۔</w:t>
      </w:r>
    </w:p>
    <w:p>
      <w:r>
        <w:rPr>
          <w:b/>
        </w:rPr>
        <w:t xml:space="preserve">[23:11] </w:t>
      </w:r>
      <w:r>
        <w:t>yeh baat Quran mein qurbani ke zariye aayi hai layanalallahu lahuma wa la damauhahum wa la qiyamatuhtaqwa Allah ko tumhari qurbani ka gosht o khoon nahi pahunchta,</w:t>
      </w:r>
    </w:p>
    <w:p>
      <w:pPr>
        <w:jc w:val="right"/>
      </w:pPr>
      <w:r>
        <w:t>یہ بات قرآن میں قربانی کے ذریعے آئی ہے لَيَنَالَ اللَّهُ لَهُمَا وَلَا دَمَاؤَهُمْ وَلَا قِيَامَاتُهُمْ تَقْوٰى اللہ کو تمہاری قربانی کا گوشت و خون نہیں پہنچتا،</w:t>
      </w:r>
    </w:p>
    <w:p>
      <w:r>
        <w:rPr>
          <w:b/>
        </w:rPr>
        <w:t xml:space="preserve">[23:26] </w:t>
      </w:r>
      <w:r>
        <w:t>tumhare dil ko taqwa pahunchta hai. To agarchay ibaadat mein ek farz, ek form hota hai,</w:t>
      </w:r>
    </w:p>
    <w:p>
      <w:pPr>
        <w:jc w:val="right"/>
      </w:pPr>
      <w:r>
        <w:t>تمہارے دل کو تقویٰ پہنچتا ہے۔ تو اگرچہ عبادت میں ایک فرض، ایک فارم ہوتا ہے،</w:t>
      </w:r>
    </w:p>
    <w:p>
      <w:r>
        <w:rPr>
          <w:b/>
        </w:rPr>
        <w:t xml:space="preserve">[23:38] </w:t>
      </w:r>
      <w:r>
        <w:t>lekin asal cheez jo Allah ko matloob hai, woh spirit hai, yaani spirit of sacrifice. Asal cheez hai khud aap ki apni spirit of sacrifice.</w:t>
      </w:r>
    </w:p>
    <w:p>
      <w:pPr>
        <w:jc w:val="right"/>
      </w:pPr>
      <w:r>
        <w:t>لیکن اصل چیز جو اللہ کو مطلوب ہے، وہ اسپرٹ ہے، یعنی اسپرٹ آف سیکریفائس۔ اصل چیز ہے خود آپ کی اپنی اسپرٹ آف سیکریفائس۔</w:t>
      </w:r>
    </w:p>
    <w:p>
      <w:r>
        <w:rPr>
          <w:b/>
        </w:rPr>
        <w:t xml:space="preserve">[23:52] </w:t>
      </w:r>
      <w:r>
        <w:t>aise hi roze ke bare mein bhi hai. Ek hadees hai ke jo aadmi roza rakha hai, magar woh apni zabaan ko buri baat nikalna na chhode,</w:t>
      </w:r>
    </w:p>
    <w:p>
      <w:pPr>
        <w:jc w:val="right"/>
      </w:pPr>
      <w:r>
        <w:t>ایسے ہی روزے کے بارے میں بھی ہے۔ ایک حدیث ہے کہ جو آدمی روزہ رکھا ہے، مگر وہ اپنی زبان کو بری بات نکالنا نہ چھوڑے،</w:t>
      </w:r>
    </w:p>
    <w:p>
      <w:r>
        <w:rPr>
          <w:b/>
        </w:rPr>
        <w:t xml:space="preserve">[24:13] </w:t>
      </w:r>
      <w:r>
        <w:t>zabaan se buri baat nikalna na chhode, apne dil mein buri baat sochna na chhode.</w:t>
      </w:r>
    </w:p>
    <w:p>
      <w:pPr>
        <w:jc w:val="right"/>
      </w:pPr>
      <w:r>
        <w:t>زبان سے بری بات نکالنا نہ چھوڑے، اپنے دل میں بری بات سوچنا نہ چھوڑے۔</w:t>
      </w:r>
    </w:p>
    <w:p>
      <w:r>
        <w:rPr>
          <w:b/>
        </w:rPr>
        <w:t xml:space="preserve">[24:22] </w:t>
      </w:r>
      <w:r>
        <w:t>to hadees mein aata hai ke aisa shakhs agar khana peena chhod de to woh Allah ko matloob nahi. Allah ko asal cheez jab nahi chhodi, usne spirit wali,</w:t>
      </w:r>
    </w:p>
    <w:p>
      <w:pPr>
        <w:jc w:val="right"/>
      </w:pPr>
      <w:r>
        <w:t>تو حدیث میں آتا ہے کہ ایسا شخص اگر کھانا پینا چھوڑ دے تو وہ اللہ کو مطلوب نہیں۔ اللہ کو اصل چیز جب نہیں چھوڑی، اس نے اسپرٹ والی،</w:t>
      </w:r>
    </w:p>
    <w:p>
      <w:r>
        <w:rPr>
          <w:b/>
        </w:rPr>
        <w:t xml:space="preserve">[24:37] </w:t>
      </w:r>
      <w:r>
        <w:t>to Allah ko uski haajat nahi ke woh khana peena chhod de.</w:t>
      </w:r>
    </w:p>
    <w:p>
      <w:pPr>
        <w:jc w:val="right"/>
      </w:pPr>
      <w:r>
        <w:t>تو اللہ کو اس کی حاجت نہیں کہ وہ کھانا پینا چھوڑ دے۔</w:t>
      </w:r>
    </w:p>
    <w:p>
      <w:r>
        <w:rPr>
          <w:b/>
        </w:rPr>
        <w:t xml:space="preserve">[24:45] </w:t>
      </w:r>
      <w:r>
        <w:t>wa laisa lillahi haajatun fiain yaday ta'aamuhu wa sharaabuhu</w:t>
      </w:r>
    </w:p>
    <w:p>
      <w:pPr>
        <w:jc w:val="right"/>
      </w:pPr>
      <w:r>
        <w:t>وَلَيْسَ لِلَّهِ حَاجَةٌ فِيَنْ يَدَى طَعَامُهُ وَشَرَابُهُ</w:t>
      </w:r>
    </w:p>
    <w:p>
      <w:r>
        <w:rPr>
          <w:b/>
        </w:rPr>
        <w:t xml:space="preserve">[24:49] </w:t>
      </w:r>
      <w:r>
        <w:t>to Allah ko uski haajat nahi ke woh apna khana pani chhod de.</w:t>
      </w:r>
    </w:p>
    <w:p>
      <w:pPr>
        <w:jc w:val="right"/>
      </w:pPr>
      <w:r>
        <w:t>تو اللہ کو اس کی حاجت نہیں کہ وہ اپنا کھانا پانی چھوڑ دے۔</w:t>
      </w:r>
    </w:p>
    <w:p>
      <w:r>
        <w:rPr>
          <w:b/>
        </w:rPr>
        <w:t xml:space="preserve">[24:58] </w:t>
      </w:r>
      <w:r>
        <w:t>is mein hai ke mallam yaday qawl al zuur wa al 'amr bhi yeh alfaaz hain mallam yaday qawl al zuur wa al 'amr bhi</w:t>
      </w:r>
    </w:p>
    <w:p>
      <w:pPr>
        <w:jc w:val="right"/>
      </w:pPr>
      <w:r>
        <w:t>اس میں ہے کہ مَلَّمَ يَدَى قَوْلَ الزُّورِ وَالْعَمَرَ بھی یہ الفاظ ہیں مَلَّمَ يَدَى قَوْلَ الزُّورِ وَالْعَمَرَ بھی</w:t>
      </w:r>
    </w:p>
    <w:p>
      <w:r>
        <w:rPr>
          <w:b/>
        </w:rPr>
        <w:t xml:space="preserve">[25:10] </w:t>
      </w:r>
      <w:r>
        <w:t>. Jis insaan ne jhoot bolna aur jhoot par amal karna na chhoda, to Allah ko uski haajat nahi ke woh khana peena chhod de.</w:t>
      </w:r>
    </w:p>
    <w:p>
      <w:pPr>
        <w:jc w:val="right"/>
      </w:pPr>
      <w:r>
        <w:t>۔ جس انسان نے جھوٹ بولنا اور جھوٹ پر عمل کرنا نہ چھوڑا، تو اللہ کو اس کی حاجت نہیں کہ وہ کھانا پینا چھوڑ دے۔</w:t>
      </w:r>
    </w:p>
    <w:p>
      <w:r>
        <w:rPr>
          <w:b/>
        </w:rPr>
        <w:t xml:space="preserve">[25:24] </w:t>
      </w:r>
      <w:r>
        <w:t>jhoot bolna kya hai? jhoot par amal karna kya hai? aap jantay hain ke jhoot bolna yeh hai ke waqe'ay ke khilaf baat kehna.</w:t>
      </w:r>
    </w:p>
    <w:p>
      <w:pPr>
        <w:jc w:val="right"/>
      </w:pPr>
      <w:r>
        <w:t>جھوٹ بولنا کیا ہے؟ جھوٹ پر عمل کرنا کیا ہے؟ آپ جانتے ہیں کہ جھوٹ بولنا یہ ہے کہ واقعے کے خلاف بات کہنا۔</w:t>
      </w:r>
    </w:p>
    <w:p>
      <w:r>
        <w:rPr>
          <w:b/>
        </w:rPr>
        <w:t xml:space="preserve">[25:37] </w:t>
      </w:r>
      <w:r>
        <w:t>yeh saada baat nahi hai, waqe'ay ke khilaf baat kehna. aap ko bohat ziyada sincere banna parta hai, bohat ziyada sincere.</w:t>
      </w:r>
    </w:p>
    <w:p>
      <w:pPr>
        <w:jc w:val="right"/>
      </w:pPr>
      <w:r>
        <w:t>یہ سادہ بات نہیں ہے، واقعے کے خلاف بات کرنا۔ آپ کو بہت زیادہ سنسیئر بننا پڑتا ہے، بہت زیادہ سنسیئر۔</w:t>
      </w:r>
    </w:p>
    <w:p>
      <w:r>
        <w:rPr>
          <w:b/>
        </w:rPr>
        <w:t xml:space="preserve">[25:49] </w:t>
      </w:r>
      <w:r>
        <w:t>tab yeh possible hota hai ke aap waqe'ay ke khilaf na bolain. agar sincere, sincerity mein zara bhi kami hai to aap kuch bhi keh dain gay.</w:t>
      </w:r>
    </w:p>
    <w:p>
      <w:pPr>
        <w:jc w:val="right"/>
      </w:pPr>
      <w:r>
        <w:t>تب یہ پاسیبل ہوتا ہے کہ آپ واقعے کے خلاف نہ بولیں۔ اگر سنسیئر، سنسیریٹی میں ذرا بھی کمی ہے تو آپ کچھ بھی کہہ دیں گے۔</w:t>
      </w:r>
    </w:p>
    <w:p>
      <w:r>
        <w:rPr>
          <w:b/>
        </w:rPr>
        <w:t xml:space="preserve">[26:07] </w:t>
      </w:r>
      <w:r>
        <w:t>to yeh jo farmaya ke jhoot bolna chhodna hai, to is ke peechay bohat sari baatein hain.</w:t>
      </w:r>
    </w:p>
    <w:p>
      <w:pPr>
        <w:jc w:val="right"/>
      </w:pPr>
      <w:r>
        <w:t>تو یہ جو فرمایا کہ جھوٹ بولنا چھوڑنا ہے، تو اس کے پیچھے بہت ساری باتیں ہیں۔</w:t>
      </w:r>
    </w:p>
    <w:p>
      <w:r>
        <w:rPr>
          <w:b/>
        </w:rPr>
        <w:t xml:space="preserve">[26:19] </w:t>
      </w:r>
      <w:r>
        <w:t>matlab insincerity ko chhodna hai.</w:t>
      </w:r>
    </w:p>
    <w:p>
      <w:pPr>
        <w:jc w:val="right"/>
      </w:pPr>
      <w:r>
        <w:t>مطلب انسینسیٹی کو چھوڑنا ہے۔</w:t>
      </w:r>
    </w:p>
    <w:p>
      <w:r>
        <w:rPr>
          <w:b/>
        </w:rPr>
        <w:t xml:space="preserve">[26:25] </w:t>
      </w:r>
      <w:r>
        <w:t>agar insincerity ko nahi chhodogay, sanjeeda andaaz ko nahi chhodogay, to phir yeh hoga ke baat baat pe jhoot bologay.</w:t>
      </w:r>
    </w:p>
    <w:p>
      <w:pPr>
        <w:jc w:val="right"/>
      </w:pPr>
      <w:r>
        <w:t>اگر انسینسیٹی کو نہیں چھوڑو گے، سنجیدہ انداز کو نہیں چھوڑو گے، تو پھر یہ ہوگا کہ بات بات پہ جھوٹ بولو گے۔</w:t>
      </w:r>
    </w:p>
    <w:p>
      <w:r>
        <w:rPr>
          <w:b/>
        </w:rPr>
        <w:t xml:space="preserve">[26:40] </w:t>
      </w:r>
      <w:r>
        <w:t>aur jhoot par amal karna kya hai? amal karna yeh hai ke bolna to yeh hai ke aap ne apni zabaan ko ghalat istemaal kiya.</w:t>
      </w:r>
    </w:p>
    <w:p>
      <w:pPr>
        <w:jc w:val="right"/>
      </w:pPr>
      <w:r>
        <w:t>اور جھوٹ پر عمل کرنا کیا ہے؟ عمل کرنا یہ ہے کہ بولنا تو یہ ہے کہ آپ نے اپنی زبان کو غلط استعمال کیا۔</w:t>
      </w:r>
    </w:p>
    <w:p>
      <w:r>
        <w:rPr>
          <w:b/>
        </w:rPr>
        <w:t xml:space="preserve">[26:51] </w:t>
      </w:r>
      <w:r>
        <w:t>mal lam yaday qawl az zur wa la malam bhi. to qawl-e-zur, yani yani jhooti baat, to yeh hai ke apni zabaan se aap ne aisi baat kahi jo waqe'ay ke khilaf thi,</w:t>
      </w:r>
    </w:p>
    <w:p>
      <w:pPr>
        <w:jc w:val="right"/>
      </w:pPr>
      <w:r>
        <w:t>مَلَّمَ يَدَى قَوْلَ الزُّورِ وَلَا مَلَمَ بھی۔ تو قولِ زور، یعنی یعنی جھوٹی بات، تو یہ ہے کہ اپنی زبان سے آپ نے ایسی بات کہی جو واقعے کے خلاف تھی،</w:t>
      </w:r>
    </w:p>
    <w:p>
      <w:r>
        <w:rPr>
          <w:b/>
        </w:rPr>
        <w:t xml:space="preserve">[27:06] </w:t>
      </w:r>
      <w:r>
        <w:t>reality ke khilaf thi. aur amal yeh kya hai? isi ke mutabiq aap ka behavior bhi ho gaya.</w:t>
      </w:r>
    </w:p>
    <w:p>
      <w:pPr>
        <w:jc w:val="right"/>
      </w:pPr>
      <w:r>
        <w:t>ریلیٹی کے خلاف تھی۔ اور عمل یہ کیا ہے؟ اسی کے مطابق آپ کا بیہیویئر بھی ہو گیا۔</w:t>
      </w:r>
    </w:p>
    <w:p>
      <w:r>
        <w:rPr>
          <w:b/>
        </w:rPr>
        <w:t xml:space="preserve">[27:18] </w:t>
      </w:r>
      <w:r>
        <w:t>aap</w:t>
      </w:r>
    </w:p>
    <w:p>
      <w:pPr>
        <w:jc w:val="right"/>
      </w:pPr>
      <w:r>
        <w:t>آپ</w:t>
      </w:r>
    </w:p>
    <w:p>
      <w:r>
        <w:rPr>
          <w:b/>
        </w:rPr>
        <w:t xml:space="preserve">[27:19] </w:t>
      </w:r>
      <w:r>
        <w:t>ka behavior, aap ka sulook, is insaan ke baray mein aap ke talluqaat, woh bhi isi pe dhal gaye, isi pe dhal gaye.</w:t>
      </w:r>
    </w:p>
    <w:p>
      <w:pPr>
        <w:jc w:val="right"/>
      </w:pPr>
      <w:r>
        <w:t>کا بیہیویئر، آپ کا سلوک، اس انسان کے بارے میں آپ کے تعلقات، وہ بھی اسی پہ ڈھل گئے، اسی پہ ڈھل گئے۔</w:t>
      </w:r>
    </w:p>
    <w:p>
      <w:r>
        <w:rPr>
          <w:b/>
        </w:rPr>
        <w:t xml:space="preserve">[27:33] </w:t>
      </w:r>
      <w:r>
        <w:t>to yeh hadees mein hai ke jo aadmi jhoot bolna aur jhoot par amal karna na chhoday, to Allah ko is ki hajat nahi ke woh woh apna khana peena chhod de.</w:t>
      </w:r>
    </w:p>
    <w:p>
      <w:pPr>
        <w:jc w:val="right"/>
      </w:pPr>
      <w:r>
        <w:t>تو یہ حدیث میں ہے کہ جو آدمی جھوٹ بولنا اور جھوٹ پر عمل کرنا نہ چھوڑے، تو اللہ کو اس کی حاجت نہیں کہ وہ وہ اپنا کھانا پینا چھوڑ دے۔</w:t>
      </w:r>
    </w:p>
    <w:p>
      <w:r>
        <w:rPr>
          <w:b/>
        </w:rPr>
        <w:t xml:space="preserve">[27:53] </w:t>
      </w:r>
      <w:r>
        <w:t>yeh hadees mein aaya hai. to hadees ke mutabiq Ramzan ka mahina shahr-e-sabr hai, sabr ka mahina hai.</w:t>
      </w:r>
    </w:p>
    <w:p>
      <w:pPr>
        <w:jc w:val="right"/>
      </w:pPr>
      <w:r>
        <w:t>یہ حدیث میں آیا ہے۔ تو حدیث کے مطابق رمضان کا مہینہ شہر الصبر ہے، صبر کا مہینہ ہے۔</w:t>
      </w:r>
    </w:p>
    <w:p>
      <w:r>
        <w:rPr>
          <w:b/>
        </w:rPr>
        <w:t xml:space="preserve">[28:04] </w:t>
      </w:r>
      <w:r>
        <w:t>Quran ko lein to is mein aap keh sakte hain ke Ramzan ka mahina shahr-e-taqwa hai, taqwa ka ka mahina hai. aur jo ayat maine padhi, us ko le kar aap kahain to yeh hoga ke Ramzan ka mahina shahr-e-dua hai,</w:t>
      </w:r>
    </w:p>
    <w:p>
      <w:pPr>
        <w:jc w:val="right"/>
      </w:pPr>
      <w:r>
        <w:t>قرآن کو لیں تو اس میں آپ کہہ سکتے ہیں کہ رمضان کا مہینہ شہر التقویٰ ہے، تقویٰ کا کا مہینہ ہے۔ اور جو آیت میں نے پڑھی، اس کو لے کر آپ کہیں تو یہ ہوگا کہ رمضان کا مہینہ شہر الدعا ہے،</w:t>
      </w:r>
    </w:p>
    <w:p>
      <w:r>
        <w:rPr>
          <w:b/>
        </w:rPr>
        <w:t xml:space="preserve">[28:22] </w:t>
      </w:r>
      <w:r>
        <w:t>shahr-e-dua hai. dekhein, dua ka matlab kya hai? dua ka matlab yeh nahi ke kisi desert mein kharay ho kar dua karna.</w:t>
      </w:r>
    </w:p>
    <w:p>
      <w:pPr>
        <w:jc w:val="right"/>
      </w:pPr>
      <w:r>
        <w:t>شہر الدعا ہے۔ دیکھیں، دعا کا مطلب کیا ہے؟ دعا کا مطلب یہ نہیں کہ کسی ڈیزرٹ میں کھڑے ہو کر دعا کرنا۔</w:t>
      </w:r>
    </w:p>
    <w:p>
      <w:r>
        <w:rPr>
          <w:b/>
        </w:rPr>
        <w:t xml:space="preserve">[28:34] </w:t>
      </w:r>
      <w:r>
        <w:t>dua ka matlab hai ke apnay aap ko sabr wali zindagi mein daalna, taqwa wali zindagi mein daalna.</w:t>
      </w:r>
    </w:p>
    <w:p>
      <w:pPr>
        <w:jc w:val="right"/>
      </w:pPr>
      <w:r>
        <w:t>دعا کا مطلب ہے کہ اپنے آپ کو صبر والی زندگی میں ڈالنا، تقویٰ والی زندگی میں ڈالنا۔</w:t>
      </w:r>
    </w:p>
    <w:p>
      <w:r>
        <w:rPr>
          <w:b/>
        </w:rPr>
        <w:t xml:space="preserve">[28:46] </w:t>
      </w:r>
      <w:r>
        <w:t>to us waqt kya hoga? us waqt tarah tarah ke halaat paish aain gay, tarah tarah ke halaat paish aain gay.</w:t>
      </w:r>
    </w:p>
    <w:p>
      <w:pPr>
        <w:jc w:val="right"/>
      </w:pPr>
      <w:r>
        <w:t>تو اس وقت کیا ہوگا؟ اس وقت طرح طرح کے حالات پیش آئیں گے، طرح طرح کے حالات پیش آئیں گے۔</w:t>
      </w:r>
    </w:p>
    <w:p>
      <w:r>
        <w:rPr>
          <w:b/>
        </w:rPr>
        <w:t xml:space="preserve">[28:58] </w:t>
      </w:r>
      <w:r>
        <w:t>yani yeh yeh saboot safar nahi hoga aap ka,</w:t>
      </w:r>
    </w:p>
    <w:p>
      <w:pPr>
        <w:jc w:val="right"/>
      </w:pPr>
      <w:r>
        <w:t>یعنی یہ یہ ثبوت سفر نہیں ہوگا آپ کا،</w:t>
      </w:r>
    </w:p>
    <w:p>
      <w:r>
        <w:rPr>
          <w:b/>
        </w:rPr>
        <w:t xml:space="preserve">[29:04] </w:t>
      </w:r>
      <w:r>
        <w:t>yeh saboot safar nahi hoga.</w:t>
      </w:r>
    </w:p>
    <w:p>
      <w:pPr>
        <w:jc w:val="right"/>
      </w:pPr>
      <w:r>
        <w:t>یہ ثبوت سفر نہیں ہوگا۔</w:t>
      </w:r>
    </w:p>
    <w:p>
      <w:r>
        <w:rPr>
          <w:b/>
        </w:rPr>
        <w:t xml:space="preserve">[29:09] </w:t>
      </w:r>
      <w:r>
        <w:t>to baar baar aisa hoga ke aap dekhein ke main to bebas hoon, mujhe to yahan kuch bhi nahi aata, kya karoon?</w:t>
      </w:r>
    </w:p>
    <w:p>
      <w:pPr>
        <w:jc w:val="right"/>
      </w:pPr>
      <w:r>
        <w:t>تو بار بار ایسا ہوگا کہ آپ دیکھیں کہ میں تو بے بس ہوں، مجھے تو یہاں کچھ بھی نہیں آتا، کیا کروں؟</w:t>
      </w:r>
    </w:p>
    <w:p>
      <w:r>
        <w:rPr>
          <w:b/>
        </w:rPr>
        <w:t xml:space="preserve">[29:20] </w:t>
      </w:r>
      <w:r>
        <w:t>to is tarah ki zindagi guzaarnay ke baad lazman aap ko dua ka tajurba hoga.</w:t>
      </w:r>
    </w:p>
    <w:p>
      <w:pPr>
        <w:jc w:val="right"/>
      </w:pPr>
      <w:r>
        <w:t>تو اس طرح کی زندگی گزارنے کے بعد لازماً آپ کو دعا کا تجربہ ہوگا۔</w:t>
      </w:r>
    </w:p>
    <w:p>
      <w:r>
        <w:rPr>
          <w:b/>
        </w:rPr>
        <w:t xml:space="preserve">[29:28] </w:t>
      </w:r>
      <w:r>
        <w:t>to dua naam hai is zindagi ko guzaarnay ke aik marhalay ka naam.</w:t>
      </w:r>
    </w:p>
    <w:p>
      <w:pPr>
        <w:jc w:val="right"/>
      </w:pPr>
      <w:r>
        <w:t>تو دعا نام ہے اس زندگی کو گزارنے کے ایک مرحلے کا نام۔</w:t>
      </w:r>
    </w:p>
    <w:p>
      <w:r>
        <w:rPr>
          <w:b/>
        </w:rPr>
        <w:t xml:space="preserve">[29:35] </w:t>
      </w:r>
      <w:r>
        <w:t>woh zindagi jo hai, sabr wali zindagi, taqwa wali zindagi, jab guzaaren gay to aisay marhalay aain gay, aisay halaat aain gay jab aap dekhen gay ke ab ab to meri limit aa gayi, ab ab main kya karoon?</w:t>
      </w:r>
    </w:p>
    <w:p>
      <w:pPr>
        <w:jc w:val="right"/>
      </w:pPr>
      <w:r>
        <w:t>وہ زندگی جو ہے، صبر والی زندگی، تقویٰ والی زندگی، جب گزاریں گے تو ایسے مراحل آئیں گے، ایسے حالات آئیں گے جب آپ دیکھیں گے کہ اب اب تو میری لمٹ آ گئی، اب اب میں کیا کروں؟</w:t>
      </w:r>
    </w:p>
    <w:p>
      <w:r>
        <w:rPr>
          <w:b/>
        </w:rPr>
        <w:t xml:space="preserve">[29:54] </w:t>
      </w:r>
      <w:r>
        <w:t>limit aa gayi to phir aap dua karein gay. yeh hai is maani mein yeh mahina shahr-e-dua hai.</w:t>
      </w:r>
    </w:p>
    <w:p>
      <w:pPr>
        <w:jc w:val="right"/>
      </w:pPr>
      <w:r>
        <w:t>لمٹ آ گئی تو پھر آپ دعا کریں گے۔ یہ ہے اس معنی میں یہ مہینہ شہر الدعا ہے۔</w:t>
      </w:r>
    </w:p>
    <w:p>
      <w:r>
        <w:rPr>
          <w:b/>
        </w:rPr>
        <w:t xml:space="preserve">[30:10] </w:t>
      </w:r>
      <w:r>
        <w:t>main samajhta hoon ke yeh baat bohat hi ziyada yani is ke liye deep thinking chahiye is maslay ko samajhnay ke liye ke dua kyun?</w:t>
      </w:r>
    </w:p>
    <w:p>
      <w:pPr>
        <w:jc w:val="right"/>
      </w:pPr>
      <w:r>
        <w:t>میں سمجھتا ہوں کہ یہ بات بہت ہی زیادہ یعنی اس کے لیے ڈیپ تھنکنگ چاہیے اس مسئلے کو سمجھنے کے لیے کہ دعا کیوں؟</w:t>
      </w:r>
    </w:p>
    <w:p>
      <w:r>
        <w:rPr>
          <w:b/>
        </w:rPr>
        <w:t xml:space="preserve">[30:22] </w:t>
      </w:r>
      <w:r>
        <w:t>yeh farmaya ke dua karo, mein tumhari dua ka jawab doon ga. Kyun farmaya? Is is is context mein,</w:t>
      </w:r>
    </w:p>
    <w:p>
      <w:pPr>
        <w:jc w:val="right"/>
      </w:pPr>
      <w:r>
        <w:t>یہ فرمایا کہ دعا کرو، میں تمہاری دعا کا جواب دوں گا۔ کیوں فرمایا؟ اس اس اس کنٹیکسٹ میں،</w:t>
      </w:r>
    </w:p>
    <w:p>
      <w:r>
        <w:rPr>
          <w:b/>
        </w:rPr>
        <w:t xml:space="preserve">[30:35] </w:t>
      </w:r>
      <w:r>
        <w:t>is context mein is</w:t>
      </w:r>
    </w:p>
    <w:p>
      <w:pPr>
        <w:jc w:val="right"/>
      </w:pPr>
      <w:r>
        <w:t>اس کنٹیکسٹ میں اس</w:t>
      </w:r>
    </w:p>
    <w:p>
      <w:r>
        <w:rPr>
          <w:b/>
        </w:rPr>
        <w:t xml:space="preserve">[30:39] </w:t>
      </w:r>
      <w:r>
        <w:t>liye ke jo zindagi</w:t>
      </w:r>
    </w:p>
    <w:p>
      <w:pPr>
        <w:jc w:val="right"/>
      </w:pPr>
      <w:r>
        <w:t>لیے کہ جو زندگی</w:t>
      </w:r>
    </w:p>
    <w:p>
      <w:r>
        <w:rPr>
          <w:b/>
        </w:rPr>
        <w:t xml:space="preserve">[30:45] </w:t>
      </w:r>
      <w:r>
        <w:t>matloob hai, yaani taqwa wali zindagi, sabr wali zindagi,</w:t>
      </w:r>
    </w:p>
    <w:p>
      <w:pPr>
        <w:jc w:val="right"/>
      </w:pPr>
      <w:r>
        <w:t>مطلوب ہے، یعنی تقویٰ والی زندگی، صبر والی زندگی،</w:t>
      </w:r>
    </w:p>
    <w:p>
      <w:r>
        <w:rPr>
          <w:b/>
        </w:rPr>
        <w:t xml:space="preserve">[30:51] </w:t>
      </w:r>
      <w:r>
        <w:t>ehtiyat wali zindagi, discipline wali zindagi, principle wali zindagi, yaani maani principle aap banen to aasan aasan kaam nahi hai.</w:t>
      </w:r>
    </w:p>
    <w:p>
      <w:pPr>
        <w:jc w:val="right"/>
      </w:pPr>
      <w:r>
        <w:t>احتیاط والی زندگی، ڈسپلن والی زندگی، پرنسپل والی زندگی، یعنی معنی پرنسپل آپ بنیں تو آسان آسان کام نہیں ہے۔</w:t>
      </w:r>
    </w:p>
    <w:p>
      <w:r>
        <w:rPr>
          <w:b/>
        </w:rPr>
        <w:t xml:space="preserve">[31:02] </w:t>
      </w:r>
      <w:r>
        <w:t>Ji,</w:t>
      </w:r>
    </w:p>
    <w:p>
      <w:pPr>
        <w:jc w:val="right"/>
      </w:pPr>
      <w:r>
        <w:t>جی،</w:t>
      </w:r>
    </w:p>
    <w:p>
      <w:r>
        <w:rPr>
          <w:b/>
        </w:rPr>
        <w:t xml:space="preserve">[31:04] </w:t>
      </w:r>
      <w:r>
        <w:t>aap yeh samajhte hain ke bhai apne samaj mein maani principle ban kar rehna hai, yeh aasan baat nahi hai.</w:t>
      </w:r>
    </w:p>
    <w:p>
      <w:pPr>
        <w:jc w:val="right"/>
      </w:pPr>
      <w:r>
        <w:t>آپ یہ سمجھتے ہیں کہ بھئی اپنے سماج میں معنی پرنسپل بن کر رہنا ہے، یہ آسان بات نہیں ہے۔</w:t>
      </w:r>
    </w:p>
    <w:p>
      <w:r>
        <w:rPr>
          <w:b/>
        </w:rPr>
        <w:t xml:space="preserve">[31:16] </w:t>
      </w:r>
      <w:r>
        <w:t>tarah tarah ke aap ko misaal pesh aayenge jahan aap ki aql kaam nahi kare gi ke ke mein karoon to kya karoon?</w:t>
      </w:r>
    </w:p>
    <w:p>
      <w:pPr>
        <w:jc w:val="right"/>
      </w:pPr>
      <w:r>
        <w:t>طرح طرح کے آپ کو مثال پیش آئیں گے جہاں آپ کی عقل کام نہیں کرے گی کہ کہ میں کروں تو کیا کروں؟</w:t>
      </w:r>
    </w:p>
    <w:p>
      <w:r>
        <w:rPr>
          <w:b/>
        </w:rPr>
        <w:t xml:space="preserve">[31:28] </w:t>
      </w:r>
      <w:r>
        <w:t>To phir wahan par aap dua karen ge aur dua ke zariye aap ka problem solve ho jaye ga. Jaise ke mein ne apna qissa bayan kiya ke ghane khet mein woh ek jangla jaisa tha, woh mein phans gaya aur raat thi andheri, bilkul andheri raat.</w:t>
      </w:r>
    </w:p>
    <w:p>
      <w:pPr>
        <w:jc w:val="right"/>
      </w:pPr>
      <w:r>
        <w:t>تو پھر وہاں پر آپ دعا کریں گے اور دعا کے ذریعے آپ کا پرابلم سالو ہو جائے گا۔ جیسے کہ میں نے اپنا قصہ بیان کیا کہ گھنے کھیتوں میں وہ ایک جنگل جیسا تھا، وہ میں پھنس گیا اور رات تھی اندھیری، بالکل اندھیری رات۔</w:t>
      </w:r>
    </w:p>
    <w:p>
      <w:r>
        <w:rPr>
          <w:b/>
        </w:rPr>
        <w:t xml:space="preserve">[31:49] </w:t>
      </w:r>
      <w:r>
        <w:t>Yeh bhi dar tha ke kahin koi saanp nikal aaye, koi janwar nikal aaye. Ajeeb meri halat thi us waqt, lekin jab mein ne dua kiya to achaanak roshni samne aa gayi</w:t>
      </w:r>
    </w:p>
    <w:p>
      <w:pPr>
        <w:jc w:val="right"/>
      </w:pPr>
      <w:r>
        <w:t>یہ بھی ڈر تھا کہ کہیں کوئی سانپ نکل آئے، کوئی جانور نکل آئے۔ عجیب میری حالت تھی اس وقت، لیکن جب میں نے دعا کیا تو اچانک روشنی سامنے آ گئی</w:t>
      </w:r>
    </w:p>
    <w:p>
      <w:r>
        <w:rPr>
          <w:b/>
        </w:rPr>
        <w:t xml:space="preserve">[32:05] </w:t>
      </w:r>
      <w:r>
        <w:t>aur is roshni ne bohat, woh jo is woh jo torch thi, bohat tez torch thi, wahi shayad das saal wali raat thi, lambi si.</w:t>
      </w:r>
    </w:p>
    <w:p>
      <w:pPr>
        <w:jc w:val="right"/>
      </w:pPr>
      <w:r>
        <w:t>اور اس روشنی نے بہت، وہ جو اس وہ جو ٹارچ تھی، بہت تیز ٹارچ تھی، وہی شاید دس سال والی رات تھی، لمبی سی۔</w:t>
      </w:r>
    </w:p>
    <w:p>
      <w:r>
        <w:rPr>
          <w:b/>
        </w:rPr>
        <w:t xml:space="preserve">[32:17] </w:t>
      </w:r>
      <w:r>
        <w:t>Ab is ko rasta dikhate hue, rasta dikhate hue, rasta dikhate hue wahan pohanch gaya jahan woh pul jo hai, hamare sath jab mein gaya tha Adb Garh to mein apne gaon bhi gaya tha.</w:t>
      </w:r>
    </w:p>
    <w:p>
      <w:pPr>
        <w:jc w:val="right"/>
      </w:pPr>
      <w:r>
        <w:t>اب اس کو راستہ دکھاتے ہوئے، راستہ دکھاتے ہوئے، راستہ دکھاتے ہوئے وہاں پہنچ گیا جہاں وہ پل جو ہے، ہمارے ساتھ جب میں گیا تھا آدب گڑھ تو میں اپنے گاؤں بھی گیا تھا۔</w:t>
      </w:r>
    </w:p>
    <w:p>
      <w:r>
        <w:rPr>
          <w:b/>
        </w:rPr>
        <w:t xml:space="preserve">[32:30] </w:t>
      </w:r>
      <w:r>
        <w:t>To jo log hamare sath gaye the, woh unhon ne dekha tha woh pul, woh pul yaani ek mamooli pul tha, par ab mein ne suna hai ke woh chaura ho raha hai aur bara pul ban raha hai wahan pe.</w:t>
      </w:r>
    </w:p>
    <w:p>
      <w:pPr>
        <w:jc w:val="right"/>
      </w:pPr>
      <w:r>
        <w:t>تو جو لوگ ہمارے ساتھ گئے تھے، وہ انہوں نے دیکھا تھا وہ پل، وہ پل یعنی ایک معمولی پل تھا، پر اب میں نے سنا ہے کہ وہ چوڑا ہو رہا ہے اور بڑا پل بن رہا ہے وہاں پہ۔</w:t>
      </w:r>
    </w:p>
    <w:p>
      <w:r>
        <w:rPr>
          <w:b/>
        </w:rPr>
        <w:t xml:space="preserve">[32:47] </w:t>
      </w:r>
      <w:r>
        <w:t>To behal</w:t>
      </w:r>
    </w:p>
    <w:p>
      <w:pPr>
        <w:jc w:val="right"/>
      </w:pPr>
      <w:r>
        <w:t>تو بہرحال</w:t>
      </w:r>
    </w:p>
    <w:p>
      <w:r>
        <w:rPr>
          <w:b/>
        </w:rPr>
        <w:t xml:space="preserve">[32:52] </w:t>
      </w:r>
      <w:r>
        <w:t>rozedaran zindagi ya sabr aur taqwa ki zindagi saada zindagi nahi hai, woh thori busz ke darmiyan se guzarna hai.</w:t>
      </w:r>
    </w:p>
    <w:p>
      <w:pPr>
        <w:jc w:val="right"/>
      </w:pPr>
      <w:r>
        <w:t>روزہ داران زندگی یا صبر اور تقویٰ کی زندگی سادہ زندگی نہیں ہے، وہ تھوڑی بسز کے درمیان سے گزرنا ہے۔</w:t>
      </w:r>
    </w:p>
    <w:p>
      <w:r>
        <w:rPr>
          <w:b/>
        </w:rPr>
        <w:t xml:space="preserve">[33:07] </w:t>
      </w:r>
      <w:r>
        <w:t>To bar bar aisa hoga, kai rasta band nazar aayega, kahin koi kanta chubh jaye ga,</w:t>
      </w:r>
    </w:p>
    <w:p>
      <w:pPr>
        <w:jc w:val="right"/>
      </w:pPr>
      <w:r>
        <w:t>تو بار بار ایسا ہوگا، کئی راستہ بند نظر آئے گا، کہیں کوئی کانٹا چبھ جائے گا،</w:t>
      </w:r>
    </w:p>
    <w:p>
      <w:r>
        <w:rPr>
          <w:b/>
        </w:rPr>
        <w:t xml:space="preserve">[33:15] </w:t>
      </w:r>
      <w:r>
        <w:t>kahin kisi insan se aap ko aise sulook ka tajurba hoga jo aap ko provoke kar de. To bar bar aisa hoga ke aap ne koi helpless mehsoos karenge ke yahan mein kya karoon, yahan mein kya karoon?</w:t>
      </w:r>
    </w:p>
    <w:p>
      <w:pPr>
        <w:jc w:val="right"/>
      </w:pPr>
      <w:r>
        <w:t>کہیں کسی انسان سے آپ کو ایسے سلوک کا تجربہ ہوگا جو آپ کو پرووک کر دے۔ تو بار بار ایسا ہوگا کہ آپ نے کوئی ہیلپ لیس محسوس کریں گے کہ یہاں میں کیا کروں، یہاں میں کیا کروں؟</w:t>
      </w:r>
    </w:p>
    <w:p>
      <w:r>
        <w:rPr>
          <w:b/>
        </w:rPr>
        <w:t xml:space="preserve">[33:37] </w:t>
      </w:r>
      <w:r>
        <w:t>To raat ki tareeki mein bhi, raat ke andhere mein bhi aap ko farishta torch le kar aa jaye ga, aap ko rasta dikhaye ga.</w:t>
      </w:r>
    </w:p>
    <w:p>
      <w:pPr>
        <w:jc w:val="right"/>
      </w:pPr>
      <w:r>
        <w:t>تو رات کی تاریکی میں بھی، رات کے اندھیرے میں بھی آپ کو فرشتہ ٹارچ لے کر آ جائے گا، آپ کو راستہ دکھائے گا۔</w:t>
      </w:r>
    </w:p>
    <w:p>
      <w:r>
        <w:rPr>
          <w:b/>
        </w:rPr>
        <w:t xml:space="preserve">[33:53] </w:t>
      </w:r>
      <w:r>
        <w:t>Is tarah dekhen, ek hadith hai is mein farmaya ke. Aur jo aamal hain, is ka sawab das guna se saat sau guna tak diya jata hai.</w:t>
      </w:r>
    </w:p>
    <w:p>
      <w:pPr>
        <w:jc w:val="right"/>
      </w:pPr>
      <w:r>
        <w:t>اس طرح دیکھیں، ایک حدیث ہے اس میں فرمایا کہ۔ اور جو اعمال ہیں، اس کا ثواب دس گنا سے سات سو گنا تک دیا جاتا ہے۔</w:t>
      </w:r>
    </w:p>
    <w:p>
      <w:r>
        <w:rPr>
          <w:b/>
        </w:rPr>
        <w:t xml:space="preserve">[34:07] </w:t>
      </w:r>
      <w:r>
        <w:t>illa as-sawm magar roza</w:t>
      </w:r>
    </w:p>
    <w:p>
      <w:pPr>
        <w:jc w:val="right"/>
      </w:pPr>
      <w:r>
        <w:t>الا الصوم مگر روزہ</w:t>
      </w:r>
    </w:p>
    <w:p>
      <w:r>
        <w:rPr>
          <w:b/>
        </w:rPr>
        <w:t xml:space="preserve">[34:13] </w:t>
      </w:r>
      <w:r>
        <w:t>fa innahu li wa 'ana ajri bhi</w:t>
      </w:r>
    </w:p>
    <w:p>
      <w:pPr>
        <w:jc w:val="right"/>
      </w:pPr>
      <w:r>
        <w:t>فَإِنَّهُ لِي وَعَنَا أَجْرِي بھی</w:t>
      </w:r>
    </w:p>
    <w:p>
      <w:r>
        <w:rPr>
          <w:b/>
        </w:rPr>
        <w:t xml:space="preserve">[34:19] </w:t>
      </w:r>
      <w:r>
        <w:t>Yaani woh roza lajil Allah hai, Allah ke fidsiya ka guard hai. Roza fidsiya ka guard hai to is ka mein yaani be hisab badla doon ga.</w:t>
      </w:r>
    </w:p>
    <w:p>
      <w:pPr>
        <w:jc w:val="right"/>
      </w:pPr>
      <w:r>
        <w:t>یعنی وہ روزہ لاجل اللہ ہے، اللہ کے فدسیہ کا گارڈ ہے۔ روزہ فدسیہ کا گارڈ ہے تو اس کا میں یعنی بے حساب بدلہ دوں گا۔</w:t>
      </w:r>
    </w:p>
    <w:p>
      <w:r>
        <w:rPr>
          <w:b/>
        </w:rPr>
        <w:t xml:space="preserve">[34:35] </w:t>
      </w:r>
      <w:r>
        <w:t>Dekhen, aam taur par log samajhte hain ke is ka taluq sirf roze se hai. Nahi, lajil amal lajil Allah se hai.</w:t>
      </w:r>
    </w:p>
    <w:p>
      <w:pPr>
        <w:jc w:val="right"/>
      </w:pPr>
      <w:r>
        <w:t>دیکھیں، عام طور پر لوگ سمجھتے ہیں کہ اس کا تعلق صرف روزے سے ہے۔ نہیں، لاجل عمل لاجل اللہ سے ہے۔</w:t>
      </w:r>
    </w:p>
    <w:p>
      <w:r>
        <w:rPr>
          <w:b/>
        </w:rPr>
        <w:t xml:space="preserve">[34:47] </w:t>
      </w:r>
      <w:r>
        <w:t>Yeh roze, roza to ek misaal ke taur par hai, is ka taluq amal lajil Allah yaani har woh kaam jo waqe'atan fidsiya ka, fidsiya ka guard ho.</w:t>
      </w:r>
    </w:p>
    <w:p>
      <w:pPr>
        <w:jc w:val="right"/>
      </w:pPr>
      <w:r>
        <w:t>یہ روزے، روزہ تو ایک مثال کے طور پر ہے، اس کا تعلق عمل لاجل اللہ یعنی ہر وہ کام جو واقعتا فدسیہ کا، فدسیہ کا گارڈ ہو۔</w:t>
      </w:r>
    </w:p>
    <w:p>
      <w:r>
        <w:rPr>
          <w:b/>
        </w:rPr>
        <w:t xml:space="preserve">[35:04] </w:t>
      </w:r>
      <w:r>
        <w:t>fidsiya ka guard ho.</w:t>
      </w:r>
    </w:p>
    <w:p>
      <w:pPr>
        <w:jc w:val="right"/>
      </w:pPr>
      <w:r>
        <w:t>فدسیہ کا گارڈ ہو۔</w:t>
      </w:r>
    </w:p>
    <w:p>
      <w:r>
        <w:rPr>
          <w:b/>
        </w:rPr>
        <w:t xml:space="preserve">[35:09] </w:t>
      </w:r>
      <w:r>
        <w:t>misalan kal parson ek saath hamari mulaqat hui to dawat ki baat hui. dawat</w:t>
      </w:r>
    </w:p>
    <w:p>
      <w:pPr>
        <w:jc w:val="right"/>
      </w:pPr>
      <w:r>
        <w:t>مثلاً کل پرسوں ایک ساتھ ہماری ملاقات ہوئی تو دعوت کی بات ہوئی۔ دعوت</w:t>
      </w:r>
    </w:p>
    <w:p>
      <w:r>
        <w:rPr>
          <w:b/>
        </w:rPr>
        <w:t xml:space="preserve">[35:17] </w:t>
      </w:r>
      <w:r>
        <w:t>to unhon ne kaha ke aap dawat ki baat karte hain, yahan to hamari jaan bachana mushkil hai. hamare saath discription hota hai, hamare huqooq salb kiye jate hain, hamare hum hum ko human rights hamare mehfooz nahi hain.</w:t>
      </w:r>
    </w:p>
    <w:p>
      <w:pPr>
        <w:jc w:val="right"/>
      </w:pPr>
      <w:r>
        <w:t>تو انہوں نے کہا کہ آپ دعوت کی بات کرتے ہیں، یہاں تو ہماری جان بچانا مشکل ہے۔ ہمارے ساتھ ڈسکرپشن ہوتا ہے، ہمارے حقوق سلب کیے جاتے ہیں، ہمارے ہم ہم کو ہیومن رائٹس ہمارے محفوظ نہیں ہیں۔</w:t>
      </w:r>
    </w:p>
    <w:p>
      <w:r>
        <w:rPr>
          <w:b/>
        </w:rPr>
        <w:t xml:space="preserve">[35:40] </w:t>
      </w:r>
      <w:r>
        <w:t>yeh sab baatein karne lage jo ke aam taur par karte hain musalman.</w:t>
      </w:r>
    </w:p>
    <w:p>
      <w:pPr>
        <w:jc w:val="right"/>
      </w:pPr>
      <w:r>
        <w:t>یہ سب باتیں کرنے لگے جو کہ عام طور پر کرتے ہیں مسلمان۔</w:t>
      </w:r>
    </w:p>
    <w:p>
      <w:r>
        <w:rPr>
          <w:b/>
        </w:rPr>
        <w:t xml:space="preserve">[35:47] </w:t>
      </w:r>
      <w:r>
        <w:t>to to aise logon ke saath hum dawat den ge? aise logon ke saath to hamare yani</w:t>
      </w:r>
    </w:p>
    <w:p>
      <w:pPr>
        <w:jc w:val="right"/>
      </w:pPr>
      <w:r>
        <w:t>تو تو ایسے لوگوں کے ساتھ ہم دعوت دیں گے؟ ایسے لوگوں کے ساتھ تو ہمارے یعنی</w:t>
      </w:r>
    </w:p>
    <w:p>
      <w:r>
        <w:rPr>
          <w:b/>
        </w:rPr>
        <w:t xml:space="preserve">[35:58] </w:t>
      </w:r>
      <w:r>
        <w:t>unhon ne sakht alfaaz bolay, main is ko dohrana nahi chahta.</w:t>
      </w:r>
    </w:p>
    <w:p>
      <w:pPr>
        <w:jc w:val="right"/>
      </w:pPr>
      <w:r>
        <w:t>انہوں نے سخت الفاظ بولے، میں اس کو دہرانا نہیں چاہتا۔</w:t>
      </w:r>
    </w:p>
    <w:p>
      <w:r>
        <w:rPr>
          <w:b/>
        </w:rPr>
        <w:t xml:space="preserve">[36:04] </w:t>
      </w:r>
      <w:r>
        <w:t>to is ke mani hain ke dawat jo hai hamesha aaj hi ki baat nahi hai, woh lajil Allah hoti hai. rasool Allah ko bhi makka madina mein jab dawat deni pari to wahan pe agar lajil Allah ka mamla na hota to aap nahi de sakte.</w:t>
      </w:r>
    </w:p>
    <w:p>
      <w:pPr>
        <w:jc w:val="right"/>
      </w:pPr>
      <w:r>
        <w:t>تو اس کے معنی ہیں کہ دعوت جو ہے ہمیشہ آج ہی کی بات نہیں ہے، وہ لاجل اللہ ہوتی ہے۔ رسول اللہ کو بھی مکہ مدینہ میں جب دعوت دینی پڑی تو وہاں پہ اگر لاجل اللہ کا معاملہ نہ ہوتا تو آپ نہیں دے سکتے۔</w:t>
      </w:r>
    </w:p>
    <w:p>
      <w:r>
        <w:rPr>
          <w:b/>
        </w:rPr>
        <w:t xml:space="preserve">[36:23] </w:t>
      </w:r>
      <w:r>
        <w:t>aap misalan dekhen, jab aap makka mein thay to quraish qabeela wahan tha,</w:t>
      </w:r>
    </w:p>
    <w:p>
      <w:pPr>
        <w:jc w:val="right"/>
      </w:pPr>
      <w:r>
        <w:t>آپ مثلاً دیکھیں، جب آپ مکہ میں تھے تو قریش قبیلہ وہاں تھا،</w:t>
      </w:r>
    </w:p>
    <w:p>
      <w:r>
        <w:rPr>
          <w:b/>
        </w:rPr>
        <w:t xml:space="preserve">[36:32] </w:t>
      </w:r>
      <w:r>
        <w:t>woh kya karte thay ke aap ke rastay mein kaat kaat dalte thay. is zamanay mein koi street light ka intezam to tha nahi, andhera hota tha ke aap niklen to kahin kaat kanta chabh jaye.</w:t>
      </w:r>
    </w:p>
    <w:p>
      <w:pPr>
        <w:jc w:val="right"/>
      </w:pPr>
      <w:r>
        <w:t>وہ کیا کرتے تھے کہ آپ کے راستے میں کاٹ کاٹ ڈالتے تھے۔ اس زمانے میں کوئی سٹریٹ لائٹ کا انتظام تو تھا نہیں، اندھیرا ہوتا تھا کہ آپ نکلیں تو کہیں کاٹ کانٹا چبھ جائے۔</w:t>
      </w:r>
    </w:p>
    <w:p>
      <w:r>
        <w:rPr>
          <w:b/>
        </w:rPr>
        <w:t xml:space="preserve">[36:52] </w:t>
      </w:r>
      <w:r>
        <w:t>is zamanay mein aaj kal ki tarah se yeh boot bhi nahi hotay thay, mamooli chappal hota tha.</w:t>
      </w:r>
    </w:p>
    <w:p>
      <w:pPr>
        <w:jc w:val="right"/>
      </w:pPr>
      <w:r>
        <w:t>اس زمانے میں آج کل کی طرح سے یہ بوٹ بھی نہیں ہوتے تھے، معمولی چپل ہوتا تھا۔</w:t>
      </w:r>
    </w:p>
    <w:p>
      <w:r>
        <w:rPr>
          <w:b/>
        </w:rPr>
        <w:t xml:space="preserve">[37:01] </w:t>
      </w:r>
      <w:r>
        <w:t>to aap ne farmaya: "aey quraish! tumhara paros kutta bura paros hai. aey quraish!</w:t>
      </w:r>
    </w:p>
    <w:p>
      <w:pPr>
        <w:jc w:val="right"/>
      </w:pPr>
      <w:r>
        <w:t>تو آپ نے فرمایا: "اے قریش! تمہارا پڑوس کتا برا پڑوس ہے۔ اے قریش!</w:t>
      </w:r>
    </w:p>
    <w:p>
      <w:r>
        <w:rPr>
          <w:b/>
        </w:rPr>
        <w:t xml:space="preserve">[37:09] </w:t>
      </w:r>
      <w:r>
        <w:t>quraish! tumhara paros kutta bura paros hai." rastay mein bhi to kaantay bicha rakhe hain tum ne. madine mein bhi aise hi hua.</w:t>
      </w:r>
    </w:p>
    <w:p>
      <w:pPr>
        <w:jc w:val="right"/>
      </w:pPr>
      <w:r>
        <w:t>قریش! تمہارا پڑوس کتا برا پڑوس ہے۔" راستے میں بھی تو کانٹے بچھا رکھے ہیں تم نے۔ مدینے میں بھی ایسے ہی ہوا۔</w:t>
      </w:r>
    </w:p>
    <w:p>
      <w:r>
        <w:rPr>
          <w:b/>
        </w:rPr>
        <w:t xml:space="preserve">[37:21] </w:t>
      </w:r>
      <w:r>
        <w:t>hazrat ayesha kehti hain ke madine mein ke baray mein hatamahun naasu hatamah kahte hain rondna, pees dalna.</w:t>
      </w:r>
    </w:p>
    <w:p>
      <w:pPr>
        <w:jc w:val="right"/>
      </w:pPr>
      <w:r>
        <w:t>حضرت عائشہ کہتی ہیں کہ مدینے میں کے بارے میں حَتَمَهُ النَّاسُ حَتَمَہُ کہتے ہیں روندنا، پیس ڈالنا۔</w:t>
      </w:r>
    </w:p>
    <w:p>
      <w:r>
        <w:rPr>
          <w:b/>
        </w:rPr>
        <w:t xml:space="preserve">[37:32] </w:t>
      </w:r>
      <w:r>
        <w:t>hatamahun naasu logon ne aap ko pees dala tha, matlab itna sataya tha ke jaise kaha: "pees dala, pees dala ho." is ke bawajood rasool Allah sallay Allah alayh wasallam ne kabhi bad dua nahi ki, kabhi nafrat ki dua nahi bolay, kabhi intiqam ki baat nahi kahi.</w:t>
      </w:r>
    </w:p>
    <w:p>
      <w:pPr>
        <w:jc w:val="right"/>
      </w:pPr>
      <w:r>
        <w:t>حَتَمَہُ النَّاسُ لوگوں نے آپ کو پیس ڈالا تھا، مطلب اتنا ستایا تھا کہ جیسے کہا: "پیس ڈالا، پیس ڈالا ہو۔" اس کے باوجود رسول اللہ صلی اللہ علیہ وسلم نے کبھی بد دعا نہیں کی، کبھی نفرت کی دعا نہیں بولے، کبھی انتقام کی بات نہیں کہی۔</w:t>
      </w:r>
    </w:p>
    <w:p>
      <w:r>
        <w:rPr>
          <w:b/>
        </w:rPr>
        <w:t xml:space="preserve">[37:53] </w:t>
      </w:r>
      <w:r>
        <w:t>yak tarfa khair khwahi ke saath dawat ka kaam karte hain. to woh hai dawat hamesha lajil Allah hot</w:t>
      </w:r>
    </w:p>
    <w:p>
      <w:pPr>
        <w:jc w:val="right"/>
      </w:pPr>
      <w:r>
        <w:t>یکطرفہ خیر خواہی کے ساتھ دعوت کا کام کرتے ہیں۔ تو وہ ہے دعوت ہمیشہ لاجل اللہ ہوت</w:t>
      </w:r>
    </w:p>
    <w:p>
      <w:r>
        <w:rPr>
          <w:b/>
        </w:rPr>
        <w:t xml:space="preserve">[38:01] </w:t>
      </w:r>
      <w:r>
        <w:t>hai. jab aap dawat ka kaam karte hain to woh Allah ki 'fadsiah of God' hoti hai. dawat ka kaam hamesha 'fadsiah of God' hoti hai.</w:t>
      </w:r>
    </w:p>
    <w:p>
      <w:pPr>
        <w:jc w:val="right"/>
      </w:pPr>
      <w:r>
        <w:t>ی ہے۔ جب آپ دعوت کا کام کرتے ہیں تو وہ اللہ کی فدسیہ آف گاڈ ہوتی ہے۔ دعوت کا کام ہمیشہ فدسیہ آف گاڈ ہوتی ہے۔</w:t>
      </w:r>
    </w:p>
    <w:p>
      <w:r>
        <w:rPr>
          <w:b/>
        </w:rPr>
        <w:t xml:space="preserve">[38:10] </w:t>
      </w:r>
      <w:r>
        <w:t>kyun ke jin logon ko aap dawat ka pohncha rahe hain, jo aap ke mozu hain, woh kabhi bhi farishta nahi ho sakte.</w:t>
      </w:r>
    </w:p>
    <w:p>
      <w:pPr>
        <w:jc w:val="right"/>
      </w:pPr>
      <w:r>
        <w:t>کیونکہ جن لوگوں کو آپ دعوت کا پہنچا رہے ہیں، جو آپ کے موضوع ہیں، وہ کبھی بھی فرشتہ نہیں ہو سکتے۔</w:t>
      </w:r>
    </w:p>
    <w:p>
      <w:r>
        <w:rPr>
          <w:b/>
        </w:rPr>
        <w:t xml:space="preserve">[38:20] </w:t>
      </w:r>
      <w:r>
        <w:t>woh aap ko satayen ge, woh aap ko offend karen ge, woh aap ko dukh pohnchayen ge.</w:t>
      </w:r>
    </w:p>
    <w:p>
      <w:pPr>
        <w:jc w:val="right"/>
      </w:pPr>
      <w:r>
        <w:t>وہ آپ کو ستائیں گے، وہ آپ کو افینڈ کریں گے، وہ آپ کو دکھ پہنچائیں گے۔</w:t>
      </w:r>
    </w:p>
    <w:p>
      <w:r>
        <w:rPr>
          <w:b/>
        </w:rPr>
        <w:t xml:space="preserve">[38:29] </w:t>
      </w:r>
      <w:r>
        <w:t>to agar lajil Allah wali spirit na ho, yani dawat fadsiah of God, dawat fadsiah of God na ho to kya hoga?</w:t>
      </w:r>
    </w:p>
    <w:p>
      <w:pPr>
        <w:jc w:val="right"/>
      </w:pPr>
      <w:r>
        <w:t>تو اگر لاجل اللہ والی سپرٹ نہ ہو، یعنی دعوت فدسیہ آف گاڈ، دعوت فدسیہ آف گاڈ نہ ہو تو کیا ہوگا؟</w:t>
      </w:r>
    </w:p>
    <w:p>
      <w:r>
        <w:rPr>
          <w:b/>
        </w:rPr>
        <w:t xml:space="preserve">[38:41] </w:t>
      </w:r>
      <w:r>
        <w:t>aap bhark uthen ge, aap bad dua karen ge, aap un se larai chhor den ge, aap un se intiqam lene ki koshish karen ge, aap un ka propaganda karen ge.</w:t>
      </w:r>
    </w:p>
    <w:p>
      <w:pPr>
        <w:jc w:val="right"/>
      </w:pPr>
      <w:r>
        <w:t>آپ بھڑک اٹھیں گے، آپ بد دعا کریں گے، آپ ان سے لڑائی چھوڑ دیں گے، آپ ان سے انتقام لینے کی کوشش کریں گے، آپ ان کا پروپیگنڈا کریں گے۔</w:t>
      </w:r>
    </w:p>
    <w:p>
      <w:r>
        <w:rPr>
          <w:b/>
        </w:rPr>
        <w:t xml:space="preserve">[38:56] </w:t>
      </w:r>
      <w:r>
        <w:t>to yeh jo rozay ke baray mein kaha gaya hai fa innahu lajli yani roza lajil Allah hota hai fadsikah abdi gad to roza ek misal yahan par hai.</w:t>
      </w:r>
    </w:p>
    <w:p>
      <w:pPr>
        <w:jc w:val="right"/>
      </w:pPr>
      <w:r>
        <w:t>تو یہ جو روزے کے بارے میں کہا گیا ہے فَإِنَّهُ لَاجْلِي یعنی روزہ لاجل اللہ ہوتا ہے فَدَسِكَةً عَبْدِ غَاڈٍ تو روزہ ایک مثال یہاں پر ہے۔</w:t>
      </w:r>
    </w:p>
    <w:p>
      <w:r>
        <w:rPr>
          <w:b/>
        </w:rPr>
        <w:t xml:space="preserve">[39:10] </w:t>
      </w:r>
      <w:r>
        <w:t>yeh poore poore deeni zindagi se is ka ta'alluq hai. jitnay bhi deeni a'maal hain, us mein dawat bhi shamil hai.</w:t>
      </w:r>
    </w:p>
    <w:p>
      <w:pPr>
        <w:jc w:val="right"/>
      </w:pPr>
      <w:r>
        <w:t>یہ پورے پورے دینی زندگی سے اس کا تعلق ہے۔ جتنے بھی دینی اعمال ہیں، اس میں دعوت بھی شامل ہے۔</w:t>
      </w:r>
    </w:p>
    <w:p>
      <w:r>
        <w:rPr>
          <w:b/>
        </w:rPr>
        <w:t xml:space="preserve">[39:20] </w:t>
      </w:r>
      <w:r>
        <w:t>to is mein agar aap ka case yeh ho ke aap jo kar rahe hain, woh lajil Allah kar rahe hain, fadsikah abdi gad kar rahe hain,</w:t>
      </w:r>
    </w:p>
    <w:p>
      <w:pPr>
        <w:jc w:val="right"/>
      </w:pPr>
      <w:r>
        <w:t>تو اس میں اگر آپ کا کیس یہ ہو کہ آپ جو کر رہے ہیں، وہ لاجل اللہ کر رہے ہیں، فَدَسِكَةً عَبْدِ غَاڈٍ کر رہے ہیں،</w:t>
      </w:r>
    </w:p>
    <w:p>
      <w:r>
        <w:rPr>
          <w:b/>
        </w:rPr>
        <w:t xml:space="preserve">[39:37] </w:t>
      </w:r>
      <w:r>
        <w:t>to is ka beshumar ajar hai. jaise abhi mere paas kuch log aaye, kuch musalman, ghaliban chaar musalman thay, isi qism ki baatein huin.</w:t>
      </w:r>
    </w:p>
    <w:p>
      <w:pPr>
        <w:jc w:val="right"/>
      </w:pPr>
      <w:r>
        <w:t>تو اس کا بے شمار اجر ہے۔ جیسے ابھی میرے پاس کچھ لوگ آئے، کچھ مسلمان، غالباً چار مسلمان تھے، اسی قسم کی باتیں ہوئیں۔</w:t>
      </w:r>
    </w:p>
    <w:p>
      <w:r>
        <w:rPr>
          <w:b/>
        </w:rPr>
        <w:t xml:space="preserve">[39:51] </w:t>
      </w:r>
      <w:r>
        <w:t>to main ne kaha aaj kal musalmanon ka haal yeh hai ke musalmanon ke majlis, un ke conference, un ki kitaben, un ke akhbar, sab mein shikayat boli.</w:t>
      </w:r>
    </w:p>
    <w:p>
      <w:pPr>
        <w:jc w:val="right"/>
      </w:pPr>
      <w:r>
        <w:t>تو میں نے کہا آج کل مسلمانوں کا حال یہ ہے کہ مسلمانوں کے مجلس، ان کے کانفرنس، ان کی کتابیں، ان کے اخبار، سب میں شکایت بولی۔</w:t>
      </w:r>
    </w:p>
    <w:p>
      <w:r>
        <w:rPr>
          <w:b/>
        </w:rPr>
        <w:t xml:space="preserve">[40:05] </w:t>
      </w:r>
      <w:r>
        <w:t>shikayat kyun boli? shikayat kyun boli? india ke aik aik alam gaye saudi arab to un ka interview chhapa tha wahan ke parche mein.</w:t>
      </w:r>
    </w:p>
    <w:p>
      <w:pPr>
        <w:jc w:val="right"/>
      </w:pPr>
      <w:r>
        <w:t>شکایت کیوں بولی؟ شکایت کیوں بولی؟ انڈیا کے ایک ایک عالم گئے سعودی عرب تو ان کا انٹرویو چھپا تھا وہاں کے پرچے میں۔</w:t>
      </w:r>
    </w:p>
    <w:p>
      <w:r>
        <w:rPr>
          <w:b/>
        </w:rPr>
        <w:t xml:space="preserve">[40:18] </w:t>
      </w:r>
      <w:r>
        <w:t>is mein unhon ne kaha tha ke musalimu alhind bayn faqqariha indiya ke musalman do chakko ke beech mein pas rahe hain.</w:t>
      </w:r>
    </w:p>
    <w:p>
      <w:pPr>
        <w:jc w:val="right"/>
      </w:pPr>
      <w:r>
        <w:t>اس میں انہوں نے کہا تھا کہ مُسْلِمُوا الْهِندَ بَيْنَ فَقَّارِهَا انڈیا کے مسلمان دو چکوں کے بیچ میں پس رہے ہیں۔</w:t>
      </w:r>
    </w:p>
    <w:p>
      <w:r>
        <w:rPr>
          <w:b/>
        </w:rPr>
        <w:t xml:space="preserve">[40:31] </w:t>
      </w:r>
      <w:r>
        <w:t>to agar aap is tarah ke soch mein hon to aap dawat nahi kar sakte. to is soch ko khatm karna parta hai. rad-e-amal ko, reaction ko, nafrat ko, intiqam ko khatm karna parta hai.</w:t>
      </w:r>
    </w:p>
    <w:p>
      <w:pPr>
        <w:jc w:val="right"/>
      </w:pPr>
      <w:r>
        <w:t>تو اگر آپ اس طرح کے سوچ میں ہوں تو آپ دعوت نہیں کر سکتے۔ تو اس سوچ کو ختم کرنا پڑتا ہے۔ ردعمل کو، ری ایکشن کو، نفرت کو، انتقام کو ختم کرنا پڑتا ہے۔</w:t>
      </w:r>
    </w:p>
    <w:p>
      <w:r>
        <w:rPr>
          <w:b/>
        </w:rPr>
        <w:t xml:space="preserve">[40:47] </w:t>
      </w:r>
      <w:r>
        <w:t>tab aap dawat ka kaam kar paate hain. wa hiya lajil allahi fadaski fadasi abd ghad to roza bhi wohi roza hai jo fadasiya ka afgard ho.</w:t>
      </w:r>
    </w:p>
    <w:p>
      <w:pPr>
        <w:jc w:val="right"/>
      </w:pPr>
      <w:r>
        <w:t>تب آپ دعوت کا کام کر پاتے ہیں۔ وَهِيَ لَاجْلِ اللَّهِ فَدَسْكِ فَدَسِكَ عَبْدِ غَاڈٍ تو روزہ بھی وہی روزہ ہے جو فدسیہ کا افگارڈ ہو۔</w:t>
      </w:r>
    </w:p>
    <w:p>
      <w:r>
        <w:rPr>
          <w:b/>
        </w:rPr>
        <w:t xml:space="preserve">[41:00] </w:t>
      </w:r>
      <w:r>
        <w:t>dawat bhi wohi dawat hai jo fadasiya ka effort ho.</w:t>
      </w:r>
    </w:p>
    <w:p>
      <w:pPr>
        <w:jc w:val="right"/>
      </w:pPr>
      <w:r>
        <w:t>دعوت بھی وہی دعوت ہے جو فدسیہ کا افگارڈ ہو۔</w:t>
      </w:r>
    </w:p>
    <w:p>
      <w:r>
        <w:rPr>
          <w:b/>
        </w:rPr>
        <w:t xml:space="preserve">[41:05] </w:t>
      </w:r>
      <w:r>
        <w:t>aur jo kaam fadasiya ka afgard hoga, us ke liye yeh allah ka jo farmana hai ke us ko be hisab reward diya jayega.</w:t>
      </w:r>
    </w:p>
    <w:p>
      <w:pPr>
        <w:jc w:val="right"/>
      </w:pPr>
      <w:r>
        <w:t>اور جو کام فدسیہ کا افگارڈ ہوگا، اس کے لیے یہ اللہ کا جو فرمانا ہے کہ اس کو بے حساب ریوارڈ دیا جائے گا۔</w:t>
      </w:r>
    </w:p>
    <w:p>
      <w:r>
        <w:rPr>
          <w:b/>
        </w:rPr>
        <w:t xml:space="preserve">[41:18] </w:t>
      </w:r>
      <w:r>
        <w:t>to yeh sab in sab amal se uska taluq ho jayega.</w:t>
      </w:r>
    </w:p>
    <w:p>
      <w:pPr>
        <w:jc w:val="right"/>
      </w:pPr>
      <w:r>
        <w:t>تو یہ سب ان سب عمل سے اس کا تعلق ہو جائے گا۔</w:t>
      </w:r>
    </w:p>
    <w:p>
      <w:r>
        <w:rPr>
          <w:b/>
        </w:rPr>
        <w:t xml:space="preserve">[41:25] </w:t>
      </w:r>
      <w:r>
        <w:t>fa innahu li wa ana ajri bhi woh mere liye insan jo hai fadasiya ka afgard kar raha hai, woh to khuda us ko be hisab ajr dega.</w:t>
      </w:r>
    </w:p>
    <w:p>
      <w:pPr>
        <w:jc w:val="right"/>
      </w:pPr>
      <w:r>
        <w:t>فَإِنَّهُ لِي وَعَنَا أَجْرِي بھی وہ میرے لیے انسان جو ہے فدسیہ کا افگارڈ کر رہا ہے، وہ تو خدا اس کو بے حساب اجر دے گا۔</w:t>
      </w:r>
    </w:p>
    <w:p>
      <w:r>
        <w:rPr>
          <w:b/>
        </w:rPr>
        <w:t xml:space="preserve">[41:37] </w:t>
      </w:r>
      <w:r>
        <w:t>to yeh hadith jo hai sirf roze ke bare mein nahi hai, yeh poori zindagi ke bare mein hai. aur sirf ek mahine ke bare mein nahi hai, sari umar ke bare mein hai.</w:t>
      </w:r>
    </w:p>
    <w:p>
      <w:pPr>
        <w:jc w:val="right"/>
      </w:pPr>
      <w:r>
        <w:t>تو یہ حدیث جو ہے صرف روزے کے بارے میں نہیں ہے، یہ پوری زندگی کے بارے میں ہے۔ اور صرف ایک مہینے کے بارے میں نہیں ہے، ساری عمر کے بارے میں ہے۔</w:t>
      </w:r>
    </w:p>
    <w:p>
      <w:r>
        <w:rPr>
          <w:b/>
        </w:rPr>
        <w:t xml:space="preserve">[41:52] </w:t>
      </w:r>
      <w:r>
        <w:t>to lajil allah ka matlab yeh hua ke chahe doosre log aap ko takleef pahuncha rahe hon, aap uska asar na lein.</w:t>
      </w:r>
    </w:p>
    <w:p>
      <w:pPr>
        <w:jc w:val="right"/>
      </w:pPr>
      <w:r>
        <w:t>تو لاجل اللہ کا مطلب یہ ہوا کہ چاہے دوسرے لوگ آپ کو تکلیف پہنچا رہے ہوں، آپ اس کا اثر نہ لیں۔</w:t>
      </w:r>
    </w:p>
    <w:p>
      <w:r>
        <w:rPr>
          <w:b/>
        </w:rPr>
        <w:t xml:space="preserve">[42:06] </w:t>
      </w:r>
      <w:r>
        <w:t>yehi baat hai jo hadith mein in alfaz mein aayi hai</w:t>
      </w:r>
    </w:p>
    <w:p>
      <w:pPr>
        <w:jc w:val="right"/>
      </w:pPr>
      <w:r>
        <w:t>یہی بات ہے جو حدیث میں ان الفاظ میں آئی ہے</w:t>
      </w:r>
    </w:p>
    <w:p>
      <w:r>
        <w:rPr>
          <w:b/>
        </w:rPr>
        <w:t xml:space="preserve">[42:10] </w:t>
      </w:r>
      <w:r>
        <w:t>la takunu imma mautaa la takunu imma mautaa tum log imma na bano.</w:t>
      </w:r>
    </w:p>
    <w:p>
      <w:pPr>
        <w:jc w:val="right"/>
      </w:pPr>
      <w:r>
        <w:t>لَا تَكُونُوا إِمَّا مَوْتًا لَا تَكُونُوا إِمَّا مَوْتًا تم لوگ إِمَّا نہ بنو۔</w:t>
      </w:r>
    </w:p>
    <w:p>
      <w:r>
        <w:rPr>
          <w:b/>
        </w:rPr>
        <w:t xml:space="preserve">[42:23] </w:t>
      </w:r>
      <w:r>
        <w:t>tum log imma na bano. yani imma ka matlab hota hai jaisa doosre ne kiya, waise hi hum ne bhi kiya.</w:t>
      </w:r>
    </w:p>
    <w:p>
      <w:pPr>
        <w:jc w:val="right"/>
      </w:pPr>
      <w:r>
        <w:t>تم لوگ إِمَّا نہ بنو۔ یعنی إِمَّا کا مطلب ہوتا ہے جیسا دوسرے نے کیا، ویسے ہی ہم نے بھی کیا۔</w:t>
      </w:r>
    </w:p>
    <w:p>
      <w:r>
        <w:rPr>
          <w:b/>
        </w:rPr>
        <w:t xml:space="preserve">[42:35] </w:t>
      </w:r>
      <w:r>
        <w:t>imma ka matlab hota hai jaisa doosre ne kiya, waise hi hum ne bhi kiya. misaal ke taur par doosre ne koi sakht baat keh di to hum bhi offend ho gaye.</w:t>
      </w:r>
    </w:p>
    <w:p>
      <w:pPr>
        <w:jc w:val="right"/>
      </w:pPr>
      <w:r>
        <w:t>إِمَّا کا مطلب ہوتا ہے جیسا دوسرے نے کیا، ویسے ہی ہم نے بھی کیا۔ مثلاً دوسرے نے کوئی سخت بات کہہ دی تو ہم بھی افینڈ ہو گئے۔</w:t>
      </w:r>
    </w:p>
    <w:p>
      <w:r>
        <w:rPr>
          <w:b/>
        </w:rPr>
        <w:t xml:space="preserve">[42:45] </w:t>
      </w:r>
      <w:r>
        <w:t>doosre ne gaali di to hum bhi us gaali dene hain. us ne hamein takleef pahunchai to hum ne bhi us ke khilaf plan banaya ke use takleef dena hai.</w:t>
      </w:r>
    </w:p>
    <w:p>
      <w:pPr>
        <w:jc w:val="right"/>
      </w:pPr>
      <w:r>
        <w:t>دوسرے نے گالی دی تو ہم بھی اس گالی دینے ہیں۔ اس نے ہمیں تکلیف پہنچائی تو ہم نے بھی اس کے خلاف پلان بنایا کہ اسے تکلیف دینا ہے۔</w:t>
      </w:r>
    </w:p>
    <w:p>
      <w:r>
        <w:rPr>
          <w:b/>
        </w:rPr>
        <w:t xml:space="preserve">[42:57] </w:t>
      </w:r>
      <w:r>
        <w:t>kisi ne koi hamare khilaf baat kar di to hum ne intiqam ka mansooba bana liya.</w:t>
      </w:r>
    </w:p>
    <w:p>
      <w:pPr>
        <w:jc w:val="right"/>
      </w:pPr>
      <w:r>
        <w:t>کسی نے کوئی ہمارے خلاف بات کر دی تو ہم نے انتقام کا منصوبہ بنا لیا۔</w:t>
      </w:r>
    </w:p>
    <w:p>
      <w:r>
        <w:rPr>
          <w:b/>
        </w:rPr>
        <w:t xml:space="preserve">[43:04] </w:t>
      </w:r>
      <w:r>
        <w:t>use intiqam lena hai. yeh hai imma.</w:t>
      </w:r>
    </w:p>
    <w:p>
      <w:pPr>
        <w:jc w:val="right"/>
      </w:pPr>
      <w:r>
        <w:t>اسے انتقام لینا ہے۔ یہ ہے إِمَّا۔</w:t>
      </w:r>
    </w:p>
    <w:p>
      <w:r>
        <w:rPr>
          <w:b/>
        </w:rPr>
        <w:t xml:space="preserve">[43:10] </w:t>
      </w:r>
      <w:r>
        <w:t>to yeh jo jo aya hai ke ramzan mein roza rakha aadmi lajil, lajil allah to us ke liye be hisab ajr hai.</w:t>
      </w:r>
    </w:p>
    <w:p>
      <w:pPr>
        <w:jc w:val="right"/>
      </w:pPr>
      <w:r>
        <w:t>تو یہ جو جو آیا ہے کہ رمضان میں روزہ رکھا آدمی لاجلی، لاجل اللہ تو اس کے لیے بے حساب اجر ہے۔</w:t>
      </w:r>
    </w:p>
    <w:p>
      <w:r>
        <w:rPr>
          <w:b/>
        </w:rPr>
        <w:t xml:space="preserve">[43:20] </w:t>
      </w:r>
      <w:r>
        <w:t>to yeh har amal ke bare mein, har amal ke bare mein.</w:t>
      </w:r>
    </w:p>
    <w:p>
      <w:pPr>
        <w:jc w:val="right"/>
      </w:pPr>
      <w:r>
        <w:t>تو یہ ہر عمل کے بارے میں، ہر عمل کے بارے میں۔</w:t>
      </w:r>
    </w:p>
    <w:p>
      <w:r>
        <w:rPr>
          <w:b/>
        </w:rPr>
        <w:t xml:space="preserve">[43:31] </w:t>
      </w:r>
      <w:r>
        <w:t>to yehi woh baatein hain jo hamein is mahine mein</w:t>
      </w:r>
    </w:p>
    <w:p>
      <w:pPr>
        <w:jc w:val="right"/>
      </w:pPr>
      <w:r>
        <w:t>تو یہی وہ باتیں ہیں جو ہمیں اس مہینے میں</w:t>
      </w:r>
    </w:p>
    <w:p>
      <w:r>
        <w:rPr>
          <w:b/>
        </w:rPr>
        <w:t xml:space="preserve">[43:39] </w:t>
      </w:r>
      <w:r>
        <w:t>jin ko yaad karna hai, apne mind mein bithana hai aur jin ko apne nazdeek ka rahanuma banana hai.</w:t>
      </w:r>
    </w:p>
    <w:p>
      <w:pPr>
        <w:jc w:val="right"/>
      </w:pPr>
      <w:r>
        <w:t>جن کو یاد کرنا ہے، اپنے مائنڈ میں بٹھانا ہے اور جن کو اپنے نزدیک کا رہنما بنانا ہے۔</w:t>
      </w:r>
    </w:p>
    <w:p>
      <w:r>
        <w:rPr>
          <w:b/>
        </w:rPr>
        <w:t xml:space="preserve">[43:50] </w:t>
      </w:r>
      <w:r>
        <w:t>in baaton ko goya ramzan ka mahina reminder hai in baaton ke liye.</w:t>
      </w:r>
    </w:p>
    <w:p>
      <w:pPr>
        <w:jc w:val="right"/>
      </w:pPr>
      <w:r>
        <w:t>ان باتوں کو گویا رمضان کا مہینہ ریمائنڈر ہے ان باتوں کے لیے۔</w:t>
      </w:r>
    </w:p>
    <w:p>
      <w:r>
        <w:rPr>
          <w:b/>
        </w:rPr>
        <w:t xml:space="preserve">[43:57] </w:t>
      </w:r>
      <w:r>
        <w:t>ramzan ka mahina ek reminder mahina hai jo hamein in tamam baaton ko yaad dilata hai. to meri dua hai ke allah taala mujh ko aur aap ko tofeeq de ke hum allah ke raaste par chalein aur duniya mein hamein uska allah ki madad mile aur aakhirat mein hamein allah hamein jannat mein dakhil farmaye.</w:t>
      </w:r>
    </w:p>
    <w:p>
      <w:pPr>
        <w:jc w:val="right"/>
      </w:pPr>
      <w:r>
        <w:t>رمضان کا مہینہ ایک ریمائنڈر مہینہ ہے جو ہمیں ان تمام باتوں کو یاد دلاتا ہے۔ تو میری دعا ہے کہ اللہ تعالیٰ مجھ کو اور آپ کو توفیق دے کہ ہم اللہ کے راستے پر چلیں اور دنیا میں ہمیں اس کا اللہ کی مدد ملے اور آخرت میں ہمیں اللہ ہمیں جنت میں داخل فرمائے۔</w:t>
      </w:r>
    </w:p>
    <w:p>
      <w:r>
        <w:rPr>
          <w:b/>
        </w:rPr>
        <w:t xml:space="preserve">[44:23] </w:t>
      </w:r>
      <w:r>
        <w:t>assalam o alaikum wa rehmatullah.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