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Religion and The Modern Age | February 26, 2006 | Maulana Wahidduin Khan</w:t>
      </w:r>
    </w:p>
    <w:p>
      <w:r>
        <w:t>https://www.youtube.com/watch?v=KJmEtnm_SpE</w:t>
      </w:r>
    </w:p>
    <w:p>
      <w:r>
        <w:rPr>
          <w:b/>
        </w:rPr>
        <w:t xml:space="preserve">[00:00] </w:t>
      </w:r>
      <w:r>
        <w:t>Islam sara ka sara base karta hai sochne par. pehle aadmi ki soch mein Islam aata hai, phir us ki life mein Islam aata hai. Islamic revolution begins from mind. kisi aur cheez se Islam shuru nahi hota. to prophet ka vision jo tha, woh future oriented tha. hamara vision hai present oriented. yeh mamooli baat nahi</w:t>
      </w:r>
    </w:p>
    <w:p>
      <w:pPr>
        <w:jc w:val="right"/>
      </w:pPr>
      <w:r>
        <w:t>اسلام سارا کا سارا بیس کرتا ہے سوچنے پر۔ پہلے آدمی کی سوچ میں اسلام آتا ہے، پھر اس کی لائف میں اسلام آتا ہے۔ اسلامک ریولوشن بیگنز فرام مائنڈ۔ کسی اور چیز سے اسلام شروع نہیں ہوتا۔ تو پرافٹ کا ویژن جو تھا، وہ فیوچر اورینٹڈ تھا۔ ہمارا ویژن ہے پریزنٹ اورینٹڈ۔ یہ معمولی بات نہیں</w:t>
      </w:r>
    </w:p>
    <w:p>
      <w:r>
        <w:rPr>
          <w:b/>
        </w:rPr>
        <w:t xml:space="preserve">[00:30] </w:t>
      </w:r>
      <w:r>
        <w:t>hai. yeh bohat bari baat hai. yeh poori is se psychology aap samajh sakte hain. log aaj mein jeete hain, prophet kal mein jeeta tha. to hamare liye agar Allah taala ke hum chahte hain ke khuda hamein jannat mein dakhil kare, to hamein yeh kaam karna padega: har bias ko khatam kar ke, har shikayat ko khatam kar ke, apne seene se sare negative thought ko nikal kar ke, kis sense ke bare mein jo hum samajhte hain ke woh dushman hain, hamare hain, woh sab nikal kar ke, dho kar ke, un ko hamein role model lena padega. jab sabr ko bataya gaya, sabr aur</w:t>
      </w:r>
    </w:p>
    <w:p>
      <w:pPr>
        <w:jc w:val="right"/>
      </w:pPr>
      <w:r>
        <w:t>ہے۔ یہ بہت بڑی بات ہے۔ یہ پوری اس سے سائیکالوجی آپ سمجھ سکتے ہیں۔ لوگ آج میں جیتے ہیں، پرافٹ کل میں جیتا تھا۔ تو ہمارے لیے اگر اللہ تعالیٰ کے ہم چاہتے ہیں کہ خدا ہمیں جنت میں داخل کرے، تو ہمیں یہ کام کرنا پڑے گا: ہر بائس کو ختم کر کے، ہر شکایت کو ختم کر کے، اپنے سینے سے سارے نیگیٹو تھاٹ کو نکال کر کے، کس سینس کے بارے میں جو ہم سمجھتے ہیں کہ وہ دشمن ہیں، ہمارے ہیں، وہ سب نکال کر کے، دھو کر کے، ان کو ہمیں رول ماڈل لینا پڑے گا۔ جب صبر کو بتایا گیا، صبر اور</w:t>
      </w:r>
    </w:p>
    <w:p>
      <w:r>
        <w:rPr>
          <w:b/>
        </w:rPr>
        <w:t xml:space="preserve">[01:00] </w:t>
      </w:r>
      <w:r>
        <w:t>reward, to aap us ko buzdiili ko kehte hain? namaz ko bhi buzdiili kahiye? hajj ko bhi buzdiili kahiye? yeh hai tehreef badal dena. asal kaam jo hai, woh hai insaan ko jannat ka rasta dikhana, hell se bachana. sara focus hamara paradise par hona chahiye.</w:t>
      </w:r>
    </w:p>
    <w:p>
      <w:pPr>
        <w:jc w:val="right"/>
      </w:pPr>
      <w:r>
        <w:t>ریوارڈ، تو آپ اس کو بزدلی کو کہتے ہیں؟ نماز کو بھی بزدلی کہیے؟ حج کو بھی بزدلی کہیے؟ یہ ہے تحریف بدل دینا۔ اصل کام جو ہے، وہ ہے انسان کو جنت کا راستہ دکھانا، ہیل سے بچانا۔ سارا فوکس ہمارا پیراڈائز پر ہونا چاہیے۔</w:t>
      </w:r>
    </w:p>
    <w:p>
      <w:r>
        <w:rPr>
          <w:b/>
        </w:rPr>
        <w:t xml:space="preserve">[01:35] </w:t>
      </w:r>
      <w:r>
        <w:t>bismillah hir rahman nir rahim. wa ashhadu allaha alan nabiyil karim. rab ishrah li sadri, wa yassir li amri, wahlul uqdatan min lisani yafqahu qawli. aaj jo baatein main inshallah kehna chahta hoon,</w:t>
      </w:r>
    </w:p>
    <w:p>
      <w:pPr>
        <w:jc w:val="right"/>
      </w:pPr>
      <w:r>
        <w:t>بسم اللہ الرحمن الرحیم۔ وشہد اللہ علی النبی الکریم۔ رب اشرح لی صدری، ویسر لی امری، واحل العقدۃ من لسانی یفقہ قولی۔ آج جو باتیں میں انشاءاللہ کہنا چاہتا ہوں،</w:t>
      </w:r>
    </w:p>
    <w:p>
      <w:r>
        <w:rPr>
          <w:b/>
        </w:rPr>
        <w:t xml:space="preserve">[02:06] </w:t>
      </w:r>
      <w:r>
        <w:t>woh zyada tar aap keh sakte hain ke woh art of thinking se hai. art of thinking koi secular word nahi hai, woh ayn Islamic word hai. quran aap padhein to us mein bar bar tafakkur, tadabbur, is tarah ke words aayenge. is ka matlab kya</w:t>
      </w:r>
    </w:p>
    <w:p>
      <w:pPr>
        <w:jc w:val="right"/>
      </w:pPr>
      <w:r>
        <w:t>وہ زیادہ تر آپ کہہ سکتے ہیں کہ وہ آرٹ آف تھنکنگ سے ہے۔ آرٹ آف تھنکنگ کوئی سیکولر ورڈ نہیں ہے، وہ عین اسلامک ورڈ ہے۔ قرآن آپ پڑھیں تو اس میں بار بار تفکر، تدبر، اس طرح کے ورڈز آئیں گے۔ اس کا مطلب کیا</w:t>
      </w:r>
    </w:p>
    <w:p>
      <w:r>
        <w:rPr>
          <w:b/>
        </w:rPr>
        <w:t xml:space="preserve">[02:36] </w:t>
      </w:r>
      <w:r>
        <w:t>hai? sochna, sochna, sochna. islam sara ka sara base karta hai sochne par. pehle aadmi ki soch mein islam aata hai, phir us ki life mein islam aata hai. islam basically islam aisha mind ka naam hai. islam aisha mind. jo log islam aisha state, islam aisha knowledge</w:t>
      </w:r>
    </w:p>
    <w:p>
      <w:pPr>
        <w:jc w:val="right"/>
      </w:pPr>
      <w:r>
        <w:t>ہے؟ سوچنا، سوچنا، سوچنا۔ اسلام سارا کا سارا بیس کرتا ہے سوچنے پر۔ پہلے آدمی کی سوچ میں اسلام آتا ہے، پھر اس کی لائف میں اسلام آتا ہے۔ اسلام بیسیکلی اسلام عائشہ مائنڈ کا نام ہے۔ اسلام عائشہ مائنڈ۔ جو لوگ اسلام عائشہ اسٹیٹ، اسلام عائشہ نالج</w:t>
      </w:r>
    </w:p>
    <w:p>
      <w:r>
        <w:rPr>
          <w:b/>
        </w:rPr>
        <w:t xml:space="preserve">[03:06] </w:t>
      </w:r>
      <w:r>
        <w:t>, islam aisha culture, islam aisha society, islam aisha government, islam aisha system ke word bolte hain, yeh sab bilkul nirarthak hai. nirarthak, meaningless. asal baat hai islam aisha of mind. mind ko islami dhang par sochne wala banana. jab tak aap ka mind islami dhang par na soche,</w:t>
      </w:r>
    </w:p>
    <w:p>
      <w:pPr>
        <w:jc w:val="right"/>
      </w:pPr>
      <w:r>
        <w:t>، اسلام عائشہ کلچر، اسلام عائشہ سوسائٹی، اسلام عائشہ گورنمنٹ، اسلام عائشہ سسٹم کے ورڈ بولتے ہیں، یہ سب بالکل نررتھک ہے۔ نررتھک، میننگ لیس۔ اصل بات ہے اسلام عائشہ آف مائنڈ۔ مائنڈ کو اسلامی ڈھنگ پر سوچنے والا بنانا۔ جب تک آپ کا مائنڈ اسلامی ڈھنگ پر نہ سوچے،</w:t>
      </w:r>
    </w:p>
    <w:p>
      <w:r>
        <w:rPr>
          <w:b/>
        </w:rPr>
        <w:t xml:space="preserve">[03:36] </w:t>
      </w:r>
      <w:r>
        <w:t>tab tak islam ki beginning bhi nahi hui. is baat ko achi tarah yaad rakhiye ke islamic revolution begins from mind. kisi aur cheez se islam shuru nahi hota. yahan mein aap ko ek example dunga.</w:t>
      </w:r>
    </w:p>
    <w:p>
      <w:pPr>
        <w:jc w:val="right"/>
      </w:pPr>
      <w:r>
        <w:t>تب تک اسلام کی بگننگ بھی نہیں ہوئی۔ اس بات کو اچھی طرح یاد رکھیے کہ اسلامک ریولوشن بیگنز فرام مائنڈ۔ کسی اور چیز سے اسلام شروع نہیں ہوتا۔ یہاں میں آپ کو ایک ایگزامپل دوں گا۔</w:t>
      </w:r>
    </w:p>
    <w:p>
      <w:r>
        <w:rPr>
          <w:b/>
        </w:rPr>
        <w:t xml:space="preserve">[04:07] </w:t>
      </w:r>
      <w:r>
        <w:t>abhi jo sari duniya mein musalmanon ne ek bahut bara abhiyan chalaya, cartoon ke issue ko le kar, mein samajhta hoon ke hamare risala ka ya hamari cps ki jo team hai, us ko chhod kar sari duniya is mein involve ho gayi. sirf cps ki team is se alag rahi. mister molvi, a</w:t>
      </w:r>
    </w:p>
    <w:p>
      <w:pPr>
        <w:jc w:val="right"/>
      </w:pPr>
      <w:r>
        <w:t>ابھی جو ساری دنیا میں مسلمانوں نے ایک بہت بڑا ابھیان چلایا، کارٹون کے ایشو کو لے کر، میں سمجھتا ہوں کہ ہمارے رسالہ کا یا ہماری سی پی ایس کی جو ٹیم ہے، اس کو چھوڑ کر ساری دنیا اس میں انوالو ہو گئی۔ صرف سی پی ایس کی ٹیم اس سے الگ رہی۔ مسٹر مولوی، ع</w:t>
      </w:r>
    </w:p>
    <w:p>
      <w:r>
        <w:rPr>
          <w:b/>
        </w:rPr>
        <w:t xml:space="preserve">[04:37] </w:t>
      </w:r>
      <w:r>
        <w:t>alam aur jahil, sab ke sab is mein involve hain. to khair, is par mein pichhle hafte mein ne kuch baatein kahi thi. aaj mein ek aur baat kehna chahunga, woh hai ek news aayi hai iran se. iran mein ek cartoonist hain, muslim cartoonist, to unhon ne denmark ke denmark ke paper mein jo september</w:t>
      </w:r>
    </w:p>
    <w:p>
      <w:pPr>
        <w:jc w:val="right"/>
      </w:pPr>
      <w:r>
        <w:t>الم اور جاہل، سب کے سب اس میں انوالو ہیں۔ تو خیر، اس پر میں پچھلے ہفتے میں نے کچھ باتیں کہی تھیں۔ آج میں ایک اور بات کہنا چاہوں گا، وہ ہے ایک نیوز آئی ہے ایران سے۔ ایران میں ایک کارٹونسٹ ہیں، مسلم کارٹونسٹ، تو انہوں نے ڈنمارک کے ڈنمارک کے پیپر میں جو ستمبر</w:t>
      </w:r>
    </w:p>
    <w:p>
      <w:r>
        <w:rPr>
          <w:b/>
        </w:rPr>
        <w:t xml:space="preserve">[05:08] </w:t>
      </w:r>
      <w:r>
        <w:t>30, 2005 ko jo cartoon chhapa tha, to us ke jawab mein unhon ne ek aur cartoon banaya. is cartoon mein dikhaya gaya tha ke prophet of islam jab madina mein the to wahan par ek budhiya thi, ghaliban ek jewish lady thi woh, woh aap ke sar par kooda daal det</w:t>
      </w:r>
    </w:p>
    <w:p>
      <w:pPr>
        <w:jc w:val="right"/>
      </w:pPr>
      <w:r>
        <w:t>30، 2005 کو جو کارٹون چھپا تھا، تو اس کے جواب میں انہوں نے ایک اور کارٹون بنایا۔ اس کارٹون میں دکھایا گیا تھا کہ پرافٹ آف اسلام جب مدینہ میں تھے تو وہاں پر ایک بڑھیا تھی، غالباً ایک جوئش لیڈی تھی وہ، وہ آپ کے سر پر کوڑا ڈال دیت</w:t>
      </w:r>
    </w:p>
    <w:p>
      <w:r>
        <w:rPr>
          <w:b/>
        </w:rPr>
        <w:t xml:space="preserve">[05:38] </w:t>
      </w:r>
      <w:r>
        <w:t>i thi, ghar ka kooda. to jab tak woh dalti rahi, aap kuch bole nahi. ek din aisa hua ke kooda upar se nahi aaya. to aap ne poocha to pata chala ke woh budhiya jo hai, woh bimar ho gayi hai. to aap us ki halat janne ke liye us ke ghar gaye, us ko</w:t>
      </w:r>
    </w:p>
    <w:p>
      <w:pPr>
        <w:jc w:val="right"/>
      </w:pPr>
      <w:r>
        <w:t>ی تھی، گھر کا کوڑا۔ تو جب تک وہ ڈالتی رہی، آپ کچھ بولے نہیں۔ ایک دن ایسا ہوا کہ کوڑا اوپر سے نہیں آیا۔ تو آپ نے پوچھا تو پتہ چلا کہ وہ بڑھیا جو ہے، وہ بیمار ہو گئی ہے۔ تو آپ اس کی حالت جاننے کے لیے اس کے گھر گئے، اس کو</w:t>
      </w:r>
    </w:p>
    <w:p>
      <w:r>
        <w:rPr>
          <w:b/>
        </w:rPr>
        <w:t xml:space="preserve">[06:08] </w:t>
      </w:r>
      <w:r>
        <w:t>dua ki. yeh jo story hai, us ki authenticity par mein nahi jata. woh authentic hai ya nahi, yeh ek alag issue hai. baharhal, is story ko le kar aap prophet ke character ko samjhiye. ek shayar ne isi par ek sher bhi kaha hai: "raah mein jis ne kaante bichhaye, gaali di</w:t>
      </w:r>
    </w:p>
    <w:p>
      <w:pPr>
        <w:jc w:val="right"/>
      </w:pPr>
      <w:r>
        <w:t>دعا کی۔ یہ جو سٹوری ہے، اس کی اتھنٹیسٹی پر میں نہیں جاتا۔ وہ اتھنٹک ہے یا نہیں، یہ ایک الگ ایشو ہے۔ بہرحال، اس سٹوری کو لے کر آپ پرافٹ کے کریکٹر کو سمجھیے۔ ایک شاعر نے اسی پر ایک شعر بھی کہا ہے: "راہ میں جس نے کانٹے بچھائے، گالی دی</w:t>
      </w:r>
    </w:p>
    <w:p>
      <w:r>
        <w:rPr>
          <w:b/>
        </w:rPr>
        <w:t xml:space="preserve">[06:38] </w:t>
      </w:r>
      <w:r>
        <w:t>, patthar barsaye, us par chhidki pyar ki shabnam, sallallahu alaihi wasallam." ab aap is ko sochiye, is story par sochiye. is story ke do hisse hain. ek hai us old lady ka aap ke upar kooda dalna, aur doosra hai us ka ke aap ne us par response kiya tha.</w:t>
      </w:r>
    </w:p>
    <w:p>
      <w:pPr>
        <w:jc w:val="right"/>
      </w:pPr>
      <w:r>
        <w:t>، پتھر برسائے، اس پر چھڑکی پیار کی شبنم، صلی اللہ علیہ وسلم۔" اب آپ اس کو سوچیے، اس سٹوری پر سوچیے۔ اس سٹوری کے دو حصے ہیں۔ ایک ہے اس اولڈ لیڈی کا آپ کے اوپر کوڑا ڈالنا، اور دوسرا ہے اس کا کہ آپ نے اس پر رسپانس کیا دیا۔</w:t>
      </w:r>
    </w:p>
    <w:p>
      <w:r>
        <w:rPr>
          <w:b/>
        </w:rPr>
        <w:t xml:space="preserve">[07:10] </w:t>
      </w:r>
      <w:r>
        <w:t>do alag alag part hain is story ke. ab aap dekhiye ke woh budhiya, old lady, madine mein aap ke sar par kooda dalti hai, jahan aap head of the state the. madine mein aap jante hain ke islam ki pehli state state bani, aur prophet khud us ke head the. to head of the state par kooda daal rahi hai, accor</w:t>
      </w:r>
    </w:p>
    <w:p>
      <w:pPr>
        <w:jc w:val="right"/>
      </w:pPr>
      <w:r>
        <w:t>دو الگ الگ پارٹ ہیں اس سٹوری کے۔ اب آپ دیکھیے کہ وہ بڑھیا، اولڈ لیڈی، مدینے میں آپ کے سر پر کوڑا ڈالتی ہے، جہاں آپ ہیڈ آف دی سٹیٹ تھے۔ مدینے میں آپ جانتے ہیں کہ اسلام کی پہلی سٹی اسٹیٹ بنی، اور پرافٹ خود اس کے ہیڈ تھے۔ تو ہیڈ آف دی سٹیٹ پر کوڑا ڈال رہی ہے، اکار</w:t>
      </w:r>
    </w:p>
    <w:p>
      <w:r>
        <w:rPr>
          <w:b/>
        </w:rPr>
        <w:t xml:space="preserve">[07:40] </w:t>
      </w:r>
      <w:r>
        <w:t>ding to the story. aur is par na to prophet yeh kehte hain ke us ko pakad kar maro, us ko jail mein band karo, aur na aap ke companion. jabke sara madina 99 percent islam ke fold mein aa chuka tha. to na to jo muslims the wahan par, woh is par koi procession nikalte, na koi us ke khilaf koi aur karwai karte.</w:t>
      </w:r>
    </w:p>
    <w:p>
      <w:pPr>
        <w:jc w:val="right"/>
      </w:pPr>
      <w:r>
        <w:t>ڈنگ ٹو دی سٹوری۔ اور اس پر نہ تو پرافٹ یہ کہتے ہیں کہ اس کو پکڑ کر مارو، اس کو جیل میں بند کرو، اور نہ آپ کے کمپینین۔ جبکہ سارا مدینہ 99 پرسنٹ اسلام کے فولڈ میں آ چکا تھا۔ تو نہ تو جو مسلمز تھے وہاں پر، وہ اس پر کوئی پروسیشن نکالتے، نہ کوئی اس کے خلاف کوئی اور کارروائی کرتے۔</w:t>
      </w:r>
    </w:p>
    <w:p>
      <w:r>
        <w:rPr>
          <w:b/>
        </w:rPr>
        <w:t xml:space="preserve">[08:14] </w:t>
      </w:r>
      <w:r>
        <w:t>albata jis din woh nahi daal pati, to ja kar us ko dua karte hain us ke liye. is mein kya baat nikli? islam mein asal importance action ki nahi hai, reaction ki hai. is tarah ke waqeye mein aap ne response diya, yeh asal us ki importance hai. doosre ne kya kiya, us ki importance nahi hai. yaani doosre log to kooda dalenge.</w:t>
      </w:r>
    </w:p>
    <w:p>
      <w:pPr>
        <w:jc w:val="right"/>
      </w:pPr>
      <w:r>
        <w:t>البتہ جس دن وہ نہیں ڈال پاتی، تو جا کر اس کو دعا کرتے ہیں اس کے لیے۔ اس میں کیا بات نکلی؟ اسلام میں اصل امپورٹنس ایکشن کی نہیں ہے، ری ایکشن کی ہے۔ اس طرح کے واقعے میں آپ نے رسپانس کیا دیا، یہ اصل اس کی امپورٹنس ہے۔ دوسرے نے کیا کیا، اس کی امپورٹنس نہیں ہے۔ یعنی دوسرے لوگ تو کوڑا ڈالیں گے۔</w:t>
      </w:r>
    </w:p>
    <w:p>
      <w:r>
        <w:rPr>
          <w:b/>
        </w:rPr>
        <w:t xml:space="preserve">[08:44] </w:t>
      </w:r>
      <w:r>
        <w:t>jab tak doosra kooda dal raha hai, aap ko kisi action ka hukum nahi diya gaya. balki yeh diya gaya ke tumhara response hona chahiye positive. yaani us ke liye dua karna, tolerate karna, sabr karna, yeh hona chahiye. to gaya ek yeh hai ke insaan kooda dalega. doosri baat is se yeh nikalti hai ke aap</w:t>
      </w:r>
    </w:p>
    <w:p>
      <w:pPr>
        <w:jc w:val="right"/>
      </w:pPr>
      <w:r>
        <w:t>جب تک دوسرا کوڑا ڈال رہا ہے، آپ کو کسی ایکشن کا حکم نہیں دیا گیا۔ بلکہ یہ دیا گیا کہ تمہارا رسپانس ہونا چاہیے پازیٹو۔ یعنی اس کے لیے دعا کرنا، ٹولریٹ کرنا، صبر کرنا، یہ ہونا چاہیے۔ تو گیا ایک یہ ہے کہ انسان کوڑا ڈالے گا۔ دوسری بات اس سے یہ نکلتی ہے کہ آپ</w:t>
      </w:r>
    </w:p>
    <w:p>
      <w:r>
        <w:rPr>
          <w:b/>
        </w:rPr>
        <w:t xml:space="preserve">[09:15] </w:t>
      </w:r>
      <w:r>
        <w:t>islamic character yeh hai ke phir bhi aap patience par qaim rahen, tolerate karen, ignore karen. aur us ke liye dil mein aap ke burai bhi na aaye. kyunke dil mein agar burai hoti to rasool Allah ja kar us ke liye dua na karte. yeh hai islam ka character. doosron ke character ke reaction mein islam character nahi ban</w:t>
      </w:r>
    </w:p>
    <w:p>
      <w:pPr>
        <w:jc w:val="right"/>
      </w:pPr>
      <w:r>
        <w:t>اسلامک کریکٹر یہ ہے کہ پھر بھی آپ پیشنس پر قائم رہیں، ٹولریٹ کریں، اگنور کریں۔ اور اس کے لیے دل میں آپ کے برائی بھی نہ آئے۔ کیونکہ دل میں اگر برائی ہوتی تو رسول اللہ جا کر اس کے لیے دعا نہ کرتے۔ یہ ہے اسلام کا کریکٹر۔ دوسروں کے کریکٹر کے ری ایکشن میں اسلام کریکٹر نہیں بن</w:t>
      </w:r>
    </w:p>
    <w:p>
      <w:r>
        <w:rPr>
          <w:b/>
        </w:rPr>
        <w:t xml:space="preserve">[09:45] </w:t>
      </w:r>
      <w:r>
        <w:t>ta. doosre kooda dalen to aap ghussa ho jayen. doosre cartoon chhapen to aap procession nikale. doosre koi burai karen to aap waris par utar aayen. yeh islam ka character nahi hai. is se yeh baat nikalti hai. agarche cartoonist ne yeh likha nahi is ke andar. is point ko cartoonist ne flash nahi kiya.</w:t>
      </w:r>
    </w:p>
    <w:p>
      <w:pPr>
        <w:jc w:val="right"/>
      </w:pPr>
      <w:r>
        <w:t>تا۔ دوسرے کوڑا ڈالیں تو آپ غصہ ہو جائیں۔ دوسرے کارٹون چھاپیں تو آپ پروسیشن نکالیں۔ دوسرے کوئی برائی کریں تو آپ وارث پر اتر آئیں۔ یہ اسلام کا کریکٹر نہیں ہے۔ اس سے یہ بات نکلتی ہے۔ اگرچہ کارٹونسٹ نے یہ لکھا نہیں اس کے اندر۔ اس پوائنٹ کو کارٹونسٹ نے فلیش نہیں کیا۔</w:t>
      </w:r>
    </w:p>
    <w:p>
      <w:r>
        <w:rPr>
          <w:b/>
        </w:rPr>
        <w:t xml:space="preserve">[10:15] </w:t>
      </w:r>
      <w:r>
        <w:t>us ne simply ek story bata di wahan par. lekin jo niklta hai is mein se yeh niklta hai ke muslim ka response negative nahi hona chahiye, balki muslim ka response positive hona chahiye. ab sochiye ke aisa kyun hai? yeh koi passivity nahi hai, yeh koi buzdiili nahi hai, yeh koi inaction nahi hai. yeh sab se bada</w:t>
      </w:r>
    </w:p>
    <w:p>
      <w:pPr>
        <w:jc w:val="right"/>
      </w:pPr>
      <w:r>
        <w:t>اس نے سمپلی ایک سٹوری بتا دی وہاں پر۔ لیکن جو نکلتا ہے اس میں سے یہ نکلتا ہے کہ مسلم کا رسپانس نیگیٹو نہیں ہونا چاہیے، بلکہ مسلم کا رسپانس پازیٹو ہونا چاہیے۔ اب سوچیے کہ ایسا کیوں ہے؟ یہ کوئی پیسیوٹی نہیں ہے، یہ کوئی بزدلی نہیں ہے، یہ کوئی ان ایکشن نہیں ہے۔ یہ سب سے بڑ</w:t>
      </w:r>
    </w:p>
    <w:p>
      <w:r>
        <w:rPr>
          <w:b/>
        </w:rPr>
        <w:t xml:space="preserve">[10:45] </w:t>
      </w:r>
      <w:r>
        <w:t>action hai. woh kya? muslim woh hai jo us ki soch god oriented soch ho. god oriented thinking, god oriented behaviour, god oriented action. jiske andar ho yeh sifat, wahi muslim hai. to jab duniya mein aap aisa karen ke negative</w:t>
      </w:r>
    </w:p>
    <w:p>
      <w:pPr>
        <w:jc w:val="right"/>
      </w:pPr>
      <w:r>
        <w:t>ا ایکشن ہے۔ وہ کیا؟ مسلم وہ ہے جو اس کی سوچ گاڈ اورینٹڈ سوچ ہو۔ گاڈ اورینٹڈ تھنکنگ، گاڈ اورینٹڈ بیہیویئر، گاڈ اورینٹڈ ایکشن۔ جس کے اندر ہو یہ صفت، وہی مسلم ہے۔ تو جب دنیا میں آپ ایسا کریں کہ نیگیٹ</w:t>
      </w:r>
    </w:p>
    <w:p>
      <w:r>
        <w:rPr>
          <w:b/>
        </w:rPr>
        <w:t xml:space="preserve">[11:15] </w:t>
      </w:r>
      <w:r>
        <w:t>attitude ke jawab mein aap bhi ek negative ban jayen, to kya hoga? har subah sham aap ka aap ka jo aap ki soch bhang hoti rahegi. aap ki soch ka focus badalta rahega. yaani khuda ke bajaye doosri taraf chala jayega. is liye is yeh jo story hai, us se jo formula banta hai, woh yeh hai ke</w:t>
      </w:r>
    </w:p>
    <w:p>
      <w:pPr>
        <w:jc w:val="right"/>
      </w:pPr>
      <w:r>
        <w:t>و ایٹیٹیوڈ کے جواب میں آپ بھی ایک نیگیٹو بن جائیں، تو کیا ہوگا؟ ہر صبح شام آپ کا آپ کا جو آپ کی سوچ بھنگ ہوتی رہے گی۔ آپ کی سوچ کا فوکس بدلتا رہے گا۔ یعنی خدا کے بجائے دوسری طرف چلا جائے گا۔ اس لیے اس اس یہ جو سٹوری ہے، اس سے جو فارمولا بنتا ہے، وہ یہ ہے کہ</w:t>
      </w:r>
    </w:p>
    <w:p>
      <w:r>
        <w:rPr>
          <w:b/>
        </w:rPr>
        <w:t xml:space="preserve">[11:45] </w:t>
      </w:r>
      <w:r>
        <w:t>ignore, ignore the problems created by man. ignore the problems created by man, so that you may be able to keep constant focus on god. yaani</w:t>
      </w:r>
    </w:p>
    <w:p>
      <w:pPr>
        <w:jc w:val="right"/>
      </w:pPr>
      <w:r>
        <w:t>اگنور، اگنور دا پرابلمز کریٹڈ بائی مین۔ اگنور دا پرابلمز کریٹڈ بائی مین، سو دیٹ یو می بی ایبل ٹو کیپ کانسٹنٹ فوکس ان گاڈ۔ یعنی</w:t>
      </w:r>
    </w:p>
    <w:p>
      <w:r>
        <w:rPr>
          <w:b/>
        </w:rPr>
        <w:t xml:space="preserve">[12:16] </w:t>
      </w:r>
      <w:r>
        <w:t>insaan ke phailaye hue samsayein, insaan ke phailaye hue problem par ignore karo, taake khuda par tumhara constant focus jo hai jari rahe, woh idhar udhar hatne na paye. to khuda wala banne ki price hai jo duniya mein aap ko deni parti hai. rasool Allah ke bare mein aata hai: "kaan daaim</w:t>
      </w:r>
    </w:p>
    <w:p>
      <w:pPr>
        <w:jc w:val="right"/>
      </w:pPr>
      <w:r>
        <w:t>انسان کے پھیلائے ہوئے سمسائیں، انسان کے پھیلائے ہوئے پرابلم پر اگنور کرو، تاکہ خدا پر تمہارا کانسٹنٹ فوکس جو ہے جاری رہے، وہ ادھر ادھر ہٹنے نہ پائے۔ تو خدا والا بننے کی پرائس ہے جو دنیا میں آپ کو دینی پڑتی ہے۔ رسول اللہ کے بارے میں آتا ہے: "کان دائم</w:t>
      </w:r>
    </w:p>
    <w:p>
      <w:r>
        <w:rPr>
          <w:b/>
        </w:rPr>
        <w:t xml:space="preserve">[12:46] </w:t>
      </w:r>
      <w:r>
        <w:t>al-fikr, kaan daaim al-fikr". woh barabar sochte rehte the. barabar soch mein rehte the. zahir hai ke soch kya hogi? soch daal roti ki to nahi hogi, khuda ki hogi. to is ka matlab hai ke prophet har waqt khuda ko le kar sochte rehte the. to jo aadmi har waqt khuda ki soch mein pada hua ho, woh is luxury ko afford nahi kar sakta</w:t>
      </w:r>
    </w:p>
    <w:p>
      <w:pPr>
        <w:jc w:val="right"/>
      </w:pPr>
      <w:r>
        <w:t>الفکر، کان دائم الفکر"۔ وہ برابر سوچتے رہتے تھے۔ برابر سوچ میں رہتے تھے۔ ظاہر ہے کہ سوچ کیا ہوگی؟ سوچ دال روٹی کی تو نہیں ہوگی، خدا کی ہوگی۔ تو اس کا مطلب ہے کہ پرافٹ ہر وقت خدا کو لے کر سوچتے رہتے تھے۔ تو جو آدمی ہر وقت خدا کی سوچ میں پڑا ہوا ہو، وہ اس لگزری کو افورڈ نہیں کر سکتا</w:t>
      </w:r>
    </w:p>
    <w:p>
      <w:r>
        <w:rPr>
          <w:b/>
        </w:rPr>
        <w:t xml:space="preserve">[13:16] </w:t>
      </w:r>
      <w:r>
        <w:t>ke koi bhi baat ho to bhadak uthe. kooda dal diya to bhadak utha. cartoon chhap gaya to bhadak utha. kisi ne kankri phenk di, phenk di to bhadak utha. koi item paper chhap gaya to bhadak utha. believer cannot afford this kind of luxury. yeh niklta hai is se. ab dekhiye ke yeh jo</w:t>
      </w:r>
    </w:p>
    <w:p>
      <w:pPr>
        <w:jc w:val="right"/>
      </w:pPr>
      <w:r>
        <w:t>کہ کوئی بھی بات ہو تو بھڑک اٹھے۔ کوڑا ڈال دیا تو بھڑک اٹھا۔ کارٹون چھاپ گیا تو بھڑک اٹھا۔ کسی نے کنکری پھینک دی، پھینک دی تو بھڑک اٹھا۔ کوئی آئٹم پیپر چھپ گیا تو بھڑک اٹھا۔ ابلیور کین ناٹ افورڈ دس کائنڈ آف لگزری۔ یہ نکلتا ہے اس سے۔ اب دیکھیے کہ یہ جو</w:t>
      </w:r>
    </w:p>
    <w:p>
      <w:r>
        <w:rPr>
          <w:b/>
        </w:rPr>
        <w:t xml:space="preserve">[13:46] </w:t>
      </w:r>
      <w:r>
        <w:t>soch bani logon ki, khas tor par is so do sau saal ke andar, is ka kitna bada nuksan hua. poori muslim history mein itna bada nuksan kabhi nahi hua jitna is zamane mein musalmanon ko uthana pada hai. woh kya? jaisa ke mein ne pichhli bar bataya tha ke prophet ke companion the, unhon ne apni sacrifice se ek master stroke kiya tha.</w:t>
      </w:r>
    </w:p>
    <w:p>
      <w:pPr>
        <w:jc w:val="right"/>
      </w:pPr>
      <w:r>
        <w:t>سوچ بنی لوگوں کی، خاص طور پر اس سو دو سو سال کے اندر، اس کا کتنا بڑا نقصان ہوا۔ پوری مسلم ہسٹری میں اتنا بڑا نقصان کبھی نہیں ہوا جتنا اس زمانے میں مسلمانوں کو اٹھانا پڑا ہے۔ وہ کیا؟ جیسا کہ میں نے پچھلی بار بتایا تھا کہ پرافٹ کے کمپینین تھے، انہوں نے اپنی سیکریفائس سے ایک ماسٹر اسٹروک کیا۔</w:t>
      </w:r>
    </w:p>
    <w:p>
      <w:r>
        <w:rPr>
          <w:b/>
        </w:rPr>
        <w:t xml:space="preserve">[14:19] </w:t>
      </w:r>
      <w:r>
        <w:t>master stroke jis ka nateeja yeh hua ke absolute imperialism toot gaya aur history mein ek naya process jari hua. is ka culmination tha modern scientific era. yaani seventh century mein prophet ke companion ne, prophet ne aur aap ke companion ne jo master stroke kiya tha us waqt ke sys</w:t>
      </w:r>
    </w:p>
    <w:p>
      <w:pPr>
        <w:jc w:val="right"/>
      </w:pPr>
      <w:r>
        <w:t>ماسٹر اسٹروک جس کا نتیجہ یہ ہوا کہ ایبسولیوٹ امپیریلزم ٹوٹ گیا اور ہسٹری میں ایک نیا پروسیس جاری ہوا۔ اس کا کلمینیشن تھا ماڈرن سائنٹیفک ایرا۔ یعنی سیونتھ سینچری میں پرافٹ کے کمپینین نے، پرافٹ نے اور آپ کے کمپینین نے جو ماسٹر اسٹروک کیا تھا اس وقت کے س</w:t>
      </w:r>
    </w:p>
    <w:p>
      <w:r>
        <w:rPr>
          <w:b/>
        </w:rPr>
        <w:t xml:space="preserve">[14:49] </w:t>
      </w:r>
      <w:r>
        <w:t>tem par, jis se absolute imperialism toot gaya tha, ek naya process history mein jari hua tha. woh kya process tha? nature ko explore karna, nature ko uncover karna. woh sab bhang ho gaya. culmination isi aaj ka jo scientific revolution hai, isi culmination hai. lekin logon ko pata hi nahi.</w:t>
      </w:r>
    </w:p>
    <w:p>
      <w:pPr>
        <w:jc w:val="right"/>
      </w:pPr>
      <w:r>
        <w:t>سٹم پر، جس سے ایبسولیوٹ امپیریلزم ٹوٹ گیا تھا، ایک نیا پروسیس ہسٹری میں جاری ہوا تھا۔ وہ کیا پروسیس تھا؟ نیچر کو ایکسپلور کرنا، نیچر کو انکور کرنا۔ وہ سب بھنگ ہو گیا۔ کلمینیشن اسی آج کا جو سائنٹیفک ریولوشن ہے، اسی کلمینیشن ہے۔ لیکن لوگوں کو پتہ ہی نہیں۔</w:t>
      </w:r>
    </w:p>
    <w:p>
      <w:r>
        <w:rPr>
          <w:b/>
        </w:rPr>
        <w:t xml:space="preserve">[15:19] </w:t>
      </w:r>
      <w:r>
        <w:t>logon ko pata hi nahin. kyon log masroof hain doosri cheezon mein? jab aap masroof hon doosri cheezon mein to asal point aap ki nigah se hat jayega. yeh baat jo main keh raha hoon, dekhiye, quran ki chapter number 41</w:t>
      </w:r>
    </w:p>
    <w:p>
      <w:pPr>
        <w:jc w:val="right"/>
      </w:pPr>
      <w:r>
        <w:t>لوگوں کو پتہ ہی نہیں۔ کیوں لوگ مشغول ہیں دوسری چیزوں میں؟ جب آپ مشغول ہوں دوسری چیزوں میں تو اصل پوائنٹ آپ کی نگاہ سے ہٹ جائے گا۔ یہ بات جو میں کہہ رہا ہوں، دیکھیے، قرآن کی چیپٹر نمبر 41</w:t>
      </w:r>
    </w:p>
    <w:p>
      <w:r>
        <w:rPr>
          <w:b/>
        </w:rPr>
        <w:t xml:space="preserve">[15:51] </w:t>
      </w:r>
      <w:r>
        <w:t>, quran ke chapter number 41 mein ek verse hai: "sanureehim ayatina fil afaq wa fi anfusihim hatta yatabayyan al-haq". yeh iska translation hai. yaani future mein seventh century mein yeh ailaan kiya gaya ke future mein hum</w:t>
      </w:r>
    </w:p>
    <w:p>
      <w:pPr>
        <w:jc w:val="right"/>
      </w:pPr>
      <w:r>
        <w:t>، قرآن کے چیپٹر نمبر 41 میں ایک ورس ہے: "سنوریہم آیاتنا فی الافاق وفینفسہم حتی یتبین الحق"۔ یہ اس کا ٹرانسلیشن ہے۔ یعنی فیوچر میں سیونتھ سینچری میں یہ اعلان کیا گیا کہ فیوچر میں ہم</w:t>
      </w:r>
    </w:p>
    <w:p>
      <w:r>
        <w:rPr>
          <w:b/>
        </w:rPr>
        <w:t xml:space="preserve">[16:21] </w:t>
      </w:r>
      <w:r>
        <w:t>, yaani Allah taala, hum dikhayenge logon ko nishaniyan universe mein aur human history mein taake logon par khul jaye ke quran is word of god. yeh thi khuda ki scheme. ab samjhiye ke khuda ki scheme kya thi?</w:t>
      </w:r>
    </w:p>
    <w:p>
      <w:pPr>
        <w:jc w:val="right"/>
      </w:pPr>
      <w:r>
        <w:t>، یعنی اللہ تعالی، ہم دکھائیں گے لوگوں کو نشانیاں یونیورس میں اور ہیومن ہسٹری میں تاکہ لوگوں پر کھل جائے کہ قرآن از ورڈ آف گاڈ۔ یہ تھی خدا کی اسکیم۔ اب سمجھیے کہ خدا کی اسکیم کیا تھی؟</w:t>
      </w:r>
    </w:p>
    <w:p>
      <w:r>
        <w:rPr>
          <w:b/>
        </w:rPr>
        <w:t xml:space="preserve">[16:53] </w:t>
      </w:r>
      <w:r>
        <w:t>jis ko main kehta hoon master stroke. aap un ki padhiye history mein. yeh woh log thay jin ki sacrifice ka yeh haal tha ke history mein koi doosri misaal nahin. unhon ne apni jaan ko jaan nahin samjha, apne maal ko maal nahin samjha, apne beta beti ko beta beti nahin samjha, apne ghar ko ghar nahin samjha.</w:t>
      </w:r>
    </w:p>
    <w:p>
      <w:pPr>
        <w:jc w:val="right"/>
      </w:pPr>
      <w:r>
        <w:t>جس کو میں کہتا ہوں ماسٹر اسٹروک۔ آپ ان کی پڑھیے ہسٹری میں۔ یہ وہ لوگ تھے جن کی سیکریفائس کا یہ حال تھا کہ ہسٹری میں کوئی دوسری مثال نہیں۔ انہوں نے اپنی جان کو جان نہیں سمجھا، اپنے مال کو مال نہیں سمجھا، اپنے بیٹا بیٹی کو بیٹا بیٹی نہیں سمجھا، اپنے گھر کو گھر نہیں سمجھا۔</w:t>
      </w:r>
    </w:p>
    <w:p>
      <w:r>
        <w:rPr>
          <w:b/>
        </w:rPr>
        <w:t xml:space="preserve">[17:24] </w:t>
      </w:r>
      <w:r>
        <w:t>sab kuch luta kar unhon ne ek sacrifice di. tab woh master stroke wajood mein aaya jis ne history mein ek naya process jari kiya. process. aur phir iska culmination tha yeh ke science ka revelation hua. science kya cheez hai? science koi musalmanon ne bohat dinon se samajh rakha hai ke science naam hai western culture ka, colonialism ka, george bush ke</w:t>
      </w:r>
    </w:p>
    <w:p>
      <w:pPr>
        <w:jc w:val="right"/>
      </w:pPr>
      <w:r>
        <w:t>سب کچھ لٹا کر انہوں نے ایک سیکریفائس دی۔ تب وہ ماسٹر اسٹروک وجود میں آیا جس نے ہسٹری میں ایک نیا پروسیس جاری کیا۔ پروسیس۔ اور پھر اس کا کلمینیشن تھا یہ کہ سائنس کا ریولیشن ہوا۔ سائنس کیا چیز ہے؟ سائنس کوئی مسلمانوں نے بہت دنوں سے سمجھ رکھا ہے کہ سائنس نام ہے ویسٹرن کلچر کا، کولونیلزم کا، جارج بش کے</w:t>
      </w:r>
    </w:p>
    <w:p>
      <w:r>
        <w:rPr>
          <w:b/>
        </w:rPr>
        <w:t xml:space="preserve">[17:55] </w:t>
      </w:r>
      <w:r>
        <w:t>exploitation ka. yeh sab jhooti baatein hain. science hai nature ko uncover karna. khuda ke creation mein jo khuda ki nishaniyan chupi hui thin, un ko uncover karna, un ko nikal kar bahar karna. ek yeh kaam hone mein hazar saal beet gaye, hazar saal. kyunke yeh ek historical process ke through hua yeh.</w:t>
      </w:r>
    </w:p>
    <w:p>
      <w:pPr>
        <w:jc w:val="right"/>
      </w:pPr>
      <w:r>
        <w:t>ایکسپلائٹیشن کا۔ یہ سب جھوٹی باتیں ہیں۔ سائنس ہے نیچر کو انکور کرنا۔ خدا کے کریشن میں جو خدا کی نشانیاں چھپی ہوئی تھیں، ان کو انکور کرنا، ان کو نکال کر باہر کرنا۔ ایک یہ کام ہونے میں ہزار سال بیت گئے، ہزار سال۔ کیونکہ یہ ایک ہسٹارکل پروسیس کے تھرو ہوا یہ۔</w:t>
      </w:r>
    </w:p>
    <w:p>
      <w:r>
        <w:rPr>
          <w:b/>
        </w:rPr>
        <w:t xml:space="preserve">[18:28] </w:t>
      </w:r>
      <w:r>
        <w:t>lekin jab yeh waqea ho gaya to kya hua? hamare logon ne ladai chhed di jo ladai aaj tak jari hai. to ladai ki wajah se kya hua? un ka focus hat gaya. focus jo tha bajaye quran ke apne qoumi jhagdon par chala gaya.</w:t>
      </w:r>
    </w:p>
    <w:p>
      <w:pPr>
        <w:jc w:val="right"/>
      </w:pPr>
      <w:r>
        <w:t>لیکن جب یہ واقعہ ہو گیا تو کیا ہوا؟ ہمارے لوگوں نے لڑائی چھیڑ دی جو لڑائی آج تک جاری ہے۔ تو لڑائی کی وجہ سے کیا ہوا؟ ان کا فوکس ہٹ گیا۔ فوکس جو تھا بجائے قرآن کے اپنے قومی جھگڑوں پر چلا گیا۔</w:t>
      </w:r>
    </w:p>
    <w:p>
      <w:r>
        <w:rPr>
          <w:b/>
        </w:rPr>
        <w:t xml:space="preserve">[18:58] </w:t>
      </w:r>
      <w:r>
        <w:t>bajaye daao warq ke land par chala gaya. bajaye islami jo jo islam ke liye jo kaam karna tha, us ke bajaye ult gaye issues pe chala gaya. ab taqreeban 200 saal se saare musalman active hain in issueson mein. unhein pata hi nahin hai ke khuda ki scheme kya thi aur kis tarah is is ki aaj aakhri tor par mukammal ho chuki hai ke</w:t>
      </w:r>
    </w:p>
    <w:p>
      <w:pPr>
        <w:jc w:val="right"/>
      </w:pPr>
      <w:r>
        <w:t>بجائے داؤ ورق کے لینڈ پر چلا گیا۔ بجائے اسلامی جو جو اسلام کے لیے جو کام کرنا تھا، اس کے بجائے الٹ گئے ایشوز پہ چلا گیا۔ اب تقریباً 200 سال سے سارے مسلمان ایکٹو ہیں ان ایشوزوں میں۔ انہیں پتہ ہی نہیں ہے کہ خدا کی اسکیم کیا تھی اور کس طرح اس اس کی آج آخری طور پر مکمل ہو چکی ہے کہ</w:t>
      </w:r>
    </w:p>
    <w:p>
      <w:r>
        <w:rPr>
          <w:b/>
        </w:rPr>
        <w:t xml:space="preserve">[19:28] </w:t>
      </w:r>
      <w:r>
        <w:t>aap is ko le kar ke dunya ke samne islam ko pesh karen. dekhiye, ek hadith hai jo bukhari mein bhi hai aur sahih muslim mein bhi hai. is ko samjhiye. is hadith ki wording kuch is tarah ki hai ke "ma nabi min al-anbiya illa uotee" . main shayad achi tarah se yaad mujh</w:t>
      </w:r>
    </w:p>
    <w:p>
      <w:pPr>
        <w:jc w:val="right"/>
      </w:pPr>
      <w:r>
        <w:t>آپ اس کو لے کر کے دنیا کے سامنے اسلام کو پیش کریں۔ دیکھیے، ایک حدیث ہے جو بخاری میں بھی ہے اور صحیح مسلم میں بھی ہے۔ اس کو سمجھیے۔ اس حدیث کی ورڈنگ کچھ اس طرح کی ہے کہ "ما نبی من الانبیاء الا وقت"۔ میں شاید اچھی طرح سے یاد مجھ</w:t>
      </w:r>
    </w:p>
    <w:p>
      <w:r>
        <w:rPr>
          <w:b/>
        </w:rPr>
        <w:t xml:space="preserve">[19:58] </w:t>
      </w:r>
      <w:r>
        <w:t>e nahin aa raha, lekin matlab is ka yeh hai ke "ma nabi min al-anbiya illa uotee". is ka matlab yeh hai ke every prophet aap jante hain ke dunya mein khuda ne taqreeban yaani 100 tha, 100 tha zyada prophet bheje aur barabar prophet aate rahe, yahan tak ke prophet islam jo thay final prophet thay. to aaya hai ke</w:t>
      </w:r>
    </w:p>
    <w:p>
      <w:pPr>
        <w:jc w:val="right"/>
      </w:pPr>
      <w:r>
        <w:t>ے نہیں آ رہا، لیکن مطلب اس کا یہ ہے کہ "ما نبی من الانبیاء الا وقت"۔ اس کا مطلب یہ ہے کہ ایوری پرافٹ آپ جانتے ہیں کہ دنیا میں خدا نے تقریباً یعنی 100 تھا، 100 تھا زیادہ پرافٹ بھیجے اور برابر پرافٹ آتے رہے، یہاں تک کہ پرافٹ اسلام جو تھے فائنل پرافٹ تھے۔ تو آیا ہے کہ</w:t>
      </w:r>
    </w:p>
    <w:p>
      <w:r>
        <w:rPr>
          <w:b/>
        </w:rPr>
        <w:t xml:space="preserve">[20:29] </w:t>
      </w:r>
      <w:r>
        <w:t>yeh jo yeh jo riwayat maine padhi aap ke samne, is ka matlab yeh hai ke every prophet was given supporting evidence according to the mind of their contemporaries. yaani har har prophet ke zamane mein insaan ki jo soch thi aur jis cheez ko insaan zyada bari cheez samajhta tha, bada to us lihaz us ke l</w:t>
      </w:r>
    </w:p>
    <w:p>
      <w:pPr>
        <w:jc w:val="right"/>
      </w:pPr>
      <w:r>
        <w:t>یہ جو یہ جو روایت میں نے پڑھی آپ کے سامنے، اس کا مطلب یہ ہے کہ ایوری پرافٹ واز گیون سپورٹنگ ایویڈنس اکارڈنگ ٹو دا مائنڈ اف دیر کنٹیمپرریز۔ یعنی ہر ہر پرافٹ کے زمانے میں انسان کی جو سوچ تھی اور جس چیز کو انسان زیادہ بڑی چیز سمجھتا تھا، بڑا تو اس لحاظ اس کے ل</w:t>
      </w:r>
    </w:p>
    <w:p>
      <w:r>
        <w:rPr>
          <w:b/>
        </w:rPr>
        <w:t xml:space="preserve">[20:59] </w:t>
      </w:r>
      <w:r>
        <w:t>ihaz se prophet ko bari cheez di gayi. mislan dekhiye, hazrat musa ko lijiye, muzziz un ke zamane mein magician ka zor tha, magic ka, jadugaron ka. to aap ko asaa ka miracle diya gaya jo saare jadugaron ke jadoo ko nigal gaya. hazrat christ ke zamane mein tib ka zor tha uni</w:t>
      </w:r>
    </w:p>
    <w:p>
      <w:pPr>
        <w:jc w:val="right"/>
      </w:pPr>
      <w:r>
        <w:t>حاظ سے پرافٹ کو بڑی چیز دی گئی۔ مثلاً دیکھیے، حضرت موسیٰ کو لیجیے، موزز ان کے زمانے میں میجیسین کا زور تھا، میجک کا، جادوگروں کا۔ تو آپ کو عصا کا بریکل دیا گیا جو سارے جادوگروں کے جادو کو نگل گیا۔ حضرت کرائسٹ کے زمانے میں طب کا زور تھا یون</w:t>
      </w:r>
    </w:p>
    <w:p>
      <w:r>
        <w:rPr>
          <w:b/>
        </w:rPr>
        <w:t xml:space="preserve">[21:29] </w:t>
      </w:r>
      <w:r>
        <w:t>yoniyon ke asar se. to hazrat masih ko woh moajza diya ke bemaron ko chhu diya aur acha ho gaya bemar. to har zamane mein is tarike se jis ko main kehta hoon supporting evidence. yaani ek thi prophet ki dawat ke aye logon, khuda ek hai. aye logon, tum ko marna hai. aye logon, hell aur paradise hai. yeh jo prophet ki dawat hua karti thi, us</w:t>
      </w:r>
    </w:p>
    <w:p>
      <w:pPr>
        <w:jc w:val="right"/>
      </w:pPr>
      <w:r>
        <w:t>انیوں کے اثر سے۔ تو حضرت مسیح کو وہ معجزہ دیا کہ بیماروں کو چھو دیا اور اچھا ہو گیا بیمار۔ تو ہر زمانے میں اس طریقے سے جس کو میں کہتا ہوں سپورٹنگ ایویڈنس۔ یعنی ایک تھی پرافٹ کی دعوت کہ اے لوگوں، خدا ایک ہے۔ اے لوگوں، تم کو مرنا ہے۔ اے لوگوں، ہیل اور پیراڈائز ہے۔ یہ جو پرافٹ کی دعوت ہوا کرتی تھی، اس</w:t>
      </w:r>
    </w:p>
    <w:p>
      <w:r>
        <w:rPr>
          <w:b/>
        </w:rPr>
        <w:t xml:space="preserve">[21:59] </w:t>
      </w:r>
      <w:r>
        <w:t>dawat ke peeche ek supporting evidence taake log yaqeen kar saken ke prophet jo hai sach much prophet hai. is ko hum kehte hain moajza ya miracle. isi ko main keh raha hoon supporting evidence. to supporting evidence apne zamane ke lihaz se hoti thi. isi ko hadith mein kaha gaya hai ke every prophet was given supporting evidence according to the mind of their</w:t>
      </w:r>
    </w:p>
    <w:p>
      <w:pPr>
        <w:jc w:val="right"/>
      </w:pPr>
      <w:r>
        <w:t>دعوت کے پیچھے ایک سپورٹنگ ایویڈنس تاکہ لوگ یقین کر سکیں کہ پرافٹ جو ہے سچ مچ پرافٹ ہے۔ اس کو ہم کہتے ہیں معجزہ یا بریکل۔ اسی کو میں کہہ رہا ہوں سپورٹنگ ایویڈنس۔ تو سپورٹنگ ایویڈنس اپنے زمانے کے لحاظ سے ہوتی تھی۔ اسی کو حدیث میں کہا گیا ہے کہ ایوری پرافٹ واز گیون سپورٹنگ ایویڈنس اکارڈنگ ٹو دا مائنڈز اف دیر</w:t>
      </w:r>
    </w:p>
    <w:p>
      <w:r>
        <w:rPr>
          <w:b/>
        </w:rPr>
        <w:t xml:space="preserve">[22:29] </w:t>
      </w:r>
      <w:r>
        <w:t>contemporaries. to yeh chalta raha, chalta raha, chalta raha. baad ke zamane mein khuda ne woh inqilab barpa kiya ke science ko supporting evidence bana diya. aaj jo hai supporting evidence jo hai woh science hai. yaani pehle jo kaam miracle ke zariye hua karta tha, aaj scientific argument ke zariye mumkin possible ho gaya.</w:t>
      </w:r>
    </w:p>
    <w:p>
      <w:pPr>
        <w:jc w:val="right"/>
      </w:pPr>
      <w:r>
        <w:t>کنٹیمپرریز۔ تو یہ چلتا رہا، چلتا رہا، چلتا رہا۔ بعد کے زمانے میں خدا نے وہ انقلاب برپا کیا کہ سائنس کو سپورٹنگ ایویڈنس بنا دیا۔ آج جو ہے سپورٹنگ ایویڈنس جو ہے وہ سائنس ہے۔ یعنی پہلے جو کام مریکل کے ذریعے ہوا کرتا تھا، آج سائنٹیفک ارگومنٹ کے ذریعے ممکن پاسیبل ہو گیا۔</w:t>
      </w:r>
    </w:p>
    <w:p>
      <w:r>
        <w:rPr>
          <w:b/>
        </w:rPr>
        <w:t xml:space="preserve">[23:00] </w:t>
      </w:r>
      <w:r>
        <w:t>to khuda ne jab zahir hai ke miracle sirf prophet ke sath aa sakte thay, hamare aap ke sath to aa nahin sakte. to khuda ne jab yeh faisla kiya ke rasool Allah ke baad doosra prophet nahin aana hai, to khuda ka yeh bhi faisla tha ke jis cheez ke jo purpose serve hota tha miracle ke zariye, us ke liye ek aur cheez honi chahiye. isi ka naam</w:t>
      </w:r>
    </w:p>
    <w:p>
      <w:pPr>
        <w:jc w:val="right"/>
      </w:pPr>
      <w:r>
        <w:t>تو خدا نے جب ظاہر ہے کہ مریکل صرف پرافٹ کے ساتھ آ سکتے تھے، ہمارے آپ کے ساتھ تو آ نہیں سکتے۔ تو خدا نے جب یہ فیصلہ کیا کہ رسول اللہ کے بعد دوسرا پرافٹ نہیں آنا ہے، تو خدا کا یہ بھی فیصلہ تھا کہ جس چیز کے جو پرپس سرو ہوتا تھا بریکل کے ذریعے، اس کے لیے ایک اور چیز ہونی چاہیے۔ اسی کا نام</w:t>
      </w:r>
    </w:p>
    <w:p>
      <w:r>
        <w:rPr>
          <w:b/>
        </w:rPr>
        <w:t xml:space="preserve">[23:30] </w:t>
      </w:r>
      <w:r>
        <w:t>hai scientific argument, scientific evidence. aaj jo science hai, woh yaqeen kijiye ke moajze ka badal hai. woh miracles ka substitute karti hai. jo kaam pehle miracles ke zariye hota tha, aaj woh science ke zariye hota hai. lekin badqismati se, kyunke musalman khuda ki is scheme ko samajh nahin sake.</w:t>
      </w:r>
    </w:p>
    <w:p>
      <w:pPr>
        <w:jc w:val="right"/>
      </w:pPr>
      <w:r>
        <w:t>ہے سائنٹیفک ارگومنٹ، سائنٹیفک ایویڈنس۔ آج جو سائنس ہے، وہ یقین کیجئے کہ معجزے کا بدل ہے۔ وہ مریکلز کا سبسٹیٹیوٹ کرتی ہے۔ جو کام پہلے مریکلز کے ذریعے ہوتا تھا، آج وہ سائنس کے ذریعے ہوتا ہے۔ لیکن بدقسمتی سے، کیونکہ مسلمان خدا کی اس اسکیم کو سمجھ نہیں سکے۔</w:t>
      </w:r>
    </w:p>
    <w:p>
      <w:r>
        <w:rPr>
          <w:b/>
        </w:rPr>
        <w:t xml:space="preserve">[24:00] </w:t>
      </w:r>
      <w:r>
        <w:t>ek shayar ka sher hai persian ka ke "khana-e-shar kharabast ke arbab-e-salah dar imarat-e-gunbad-e-aslaf khuda". is ka matlab hai ke shariat ka ghar toota pada hai. kyunke log apne gharon mein woh banane mein lage hue hain. to apne qoumi jhagde, apne political jhagde le kar ke log ladte phirte rahe hain. abhi tak lad phir</w:t>
      </w:r>
    </w:p>
    <w:p>
      <w:pPr>
        <w:jc w:val="right"/>
      </w:pPr>
      <w:r>
        <w:t>ایک شاعر کا شعر ہے پرشین کا کہ "خانہ شر خراب بست کہ ارباب صلاح در عمارت گریے گنبد اسلاف خدا"۔ اس کا مطلب ہے کہ شریعت کا گھر ٹوٹا پڑا ہے۔ کیونکہ لوگ اپنے گھروں میں وہ بنانے میں لگے ہوئے ہیں۔ تو اپنے قومی جھگڑے، اپنے پولیٹیکل جھگڑے لے کر کے لوگ لڑتے پھرتے رہے ہیں۔ ابھی تک لڑ پھر رہ</w:t>
      </w:r>
    </w:p>
    <w:p>
      <w:r>
        <w:rPr>
          <w:b/>
        </w:rPr>
        <w:t xml:space="preserve">[24:30] </w:t>
      </w:r>
      <w:r>
        <w:t>rahe hain. unhein pata hi nahin ke khuda ne kya waqea kar diya hai. kya scientific revelation aaya hai? kis tarah miracle ka badal samne aa gaya hai? is ko le kar ke aap islam ki dawat ko zyada taqat ke sath pesh kar saken. is ki khabar hi nahin. is ki khabar hum se zyada christians ko hui. christians ko. chunancha jitni bhi kitaben likhi gayi hain, is pehlu se woh sab chris</w:t>
      </w:r>
    </w:p>
    <w:p>
      <w:pPr>
        <w:jc w:val="right"/>
      </w:pPr>
      <w:r>
        <w:t>ے ہیں۔ انہیں پتہ ہی نہیں کہ خدا نے کیا واقعہ کر دیا ہے۔ کیا سائنٹیفک ریولیشن آیا ہے؟ کس طرح مریکل کا بدل سامنے آ گیا ہے؟ اس کو لے کر کے آپ اسلام کی دعوت کو زیادہ طاقت کے ساتھ پیش کر سکیں۔ اس کی خبر ہی نہیں۔ اس کی خبر ہم سے زیادہ کرسچنز کو ہوئی۔ کرسچنز کو۔ چنانچہ جتنی بھی کتابیں لکھی گئی ہیں، اس پہلو سے وہ سب کر</w:t>
      </w:r>
    </w:p>
    <w:p>
      <w:r>
        <w:rPr>
          <w:b/>
        </w:rPr>
        <w:t xml:space="preserve">[25:00] </w:t>
      </w:r>
      <w:r>
        <w:t>tians likhi hain. yahan tak ke islam ki dawat peaceful andaaz se effective tor par di ja sakti hai, baghair ladai bhadaye, baghair lade hue, baghair violence ke. yeh kaam bhi ek christian ne kiya hai. t.w. arnold ki kitab jo hai "the preaching of islam", yeh kitab hamare haan chhapi hai "the spirit of islam" ke naam se. is kitab</w:t>
      </w:r>
    </w:p>
    <w:p>
      <w:pPr>
        <w:jc w:val="right"/>
      </w:pPr>
      <w:r>
        <w:t>سچنز لکھی ہیں۔ یہاں تک کہ اسلام کی دعوت پیس فل انداز سے ایفیکٹو طور پر دی جا سکتی ہے، بغیر لڑائی بھڑائے، بغیر لڑے ہوئے، بغیر وائلنس کے۔ یہ کام بھی ایک کرسچن نے کیا ہے۔ ٹی ڈبلیو ارنلڈ کی کتاب جو ہے "دا پریچنگ اف اسلام"، یہ کتاب ہمارے ہاں چھپی ہے "دا اسپرٹ اف اسلام" کے نام سے۔ اس کتاب</w:t>
      </w:r>
    </w:p>
    <w:p>
      <w:r>
        <w:rPr>
          <w:b/>
        </w:rPr>
        <w:t xml:space="preserve">[25:31] </w:t>
      </w:r>
      <w:r>
        <w:t>yeh yeh kaam bhi ek christian ne kiya ke islam apni ideological power se aage badh sakta hai. is ki ideology itni powerful hai ke kisi violence ki zaroorat nahin hai. moti si kitab hai, poori history ka is mein charcha kiya us ne ke poori history mein hazar saal ki history mein kis tarah islam apni ideology ke zor par aage badhta raha. yeh kaam bhi ek christian ne kiya.</w:t>
      </w:r>
    </w:p>
    <w:p>
      <w:pPr>
        <w:jc w:val="right"/>
      </w:pPr>
      <w:r>
        <w:t>یہ یہ کام بھی ایک کرسچن نے کیا کہ اسلام اپنی ائیڈیلائیکل پاور سے آگے بڑھ سکتا ہے۔ اس کی ائیڈالوجی اتنی پاورفل ہے کہ کسی وائلنس کی ضرورت نہیں ہے۔ موٹی سی کتاب ہے، پوری ہسٹری کا اس میں چرچا کیا اس نے کہ پوری ہسٹری میں ہزار سال کی ہسٹری میں کس طرح اسلام اپنی ائیڈالوجی کے زور پر آگے بڑھتا رہا۔ یہ کام بھی ایک کرسچن نے کیا۔</w:t>
      </w:r>
    </w:p>
    <w:p>
      <w:r>
        <w:rPr>
          <w:b/>
        </w:rPr>
        <w:t xml:space="preserve">[26:02] </w:t>
      </w:r>
      <w:r>
        <w:t>musalman nahin kar sake kyunke musalmanon ko to ladai bhadayi chahiye. aur doosra jo science ko le kar jo kitab hai, woh sab kis ne likhi hai? maslan pichli bar maine aap se zikr kiya tha ke ek kitab hai jo christian ne likhi hai "nature and science speak about god". nature and science speak about god. is tarah se ek kitab hai, is mein 50</w:t>
      </w:r>
    </w:p>
    <w:p>
      <w:pPr>
        <w:jc w:val="right"/>
      </w:pPr>
      <w:r>
        <w:t>مسلمان نہیں کر سکے کیونکہ مسلمانوں کو تو لڑائی بھڑائی چاہیے۔ اور دوسرا جو سائنس کو لے کر جو کتاب ہے، وہ سب کس نے لکھی ہے؟ مثلاً پچھلی بار میں نے آپ سے ذکر کیا تھا کہ ایک کتاب ہے جو کرسچن نے لکھی ہے "نیچر اینڈ سائنس سپیک اباؤٹ گاڈ"۔ نیچر اینڈ سائنس سپیک اباؤٹ گاڈ۔ اس طرح سے ایک کتاب ہے، اس میں 5</w:t>
      </w:r>
    </w:p>
    <w:p>
      <w:r>
        <w:rPr>
          <w:b/>
        </w:rPr>
        <w:t xml:space="preserve">[26:32] </w:t>
      </w:r>
      <w:r>
        <w:t>scientist ke article shamil kiye gaye hain. 50 scientist. is ka naam hai "the evidence of god in expanding universe". aisa ek moti si kitab chhapi hai ek scientist ki, is ka naam hai "the intelligent universe". is mein yeh to nahin karta ke intelligent god, lekin universe ko keh kar ke woh god ka iqrar kar raha hai. yaani "the intelligent</w:t>
      </w:r>
    </w:p>
    <w:p>
      <w:pPr>
        <w:jc w:val="right"/>
      </w:pPr>
      <w:r>
        <w:t>0 سائنٹسٹ کے آرٹیکل شامل کیے گئے ہیں۔ 50 سائنٹسٹ۔ اس کا نام ہے "دا ایویڈنس اف گاڈ ان ایکسپینڈنگ یونیورس"۔ ایسا ایک موٹی سی کتاب چھپی ہے ایک سائنٹسٹ کی، اس کا نام ہے "دا انٹیلیجنٹ یونیورس"۔ اس میں یہ تو نہیں کرتا کہ انٹیلیجنٹ گاڈ، لیکن یونیورس کو کہہ کر کہ وہ گاڈ کا اعتراف کر رہا ہے۔ یعنی "دا انٹیلیجنٹ</w:t>
      </w:r>
    </w:p>
    <w:p>
      <w:r>
        <w:rPr>
          <w:b/>
        </w:rPr>
        <w:t xml:space="preserve">[27:02] </w:t>
      </w:r>
      <w:r>
        <w:t>universe". aise hi ek kitab jo maine pichli bar kaha tha ke bohat hi umda kitab hai, woh is ka title to yeh tha ke "man does not stand alone". arabic tarjuma jo is ka hua, bohat acha is ka title badal kar kiya unhon ne ke "Allah tajalli fi athar al-ilm". yaani "gloria of god in modern science". Allah tajalli fi athar al-ilm. yeh sari kitaben kis ne likhi hain? christian ne likhi hain.</w:t>
      </w:r>
    </w:p>
    <w:p>
      <w:pPr>
        <w:jc w:val="right"/>
      </w:pPr>
      <w:r>
        <w:t>یونیورس"۔ ایسے ہی ایک کتاب جو میں نے پچھلی بار کہا تھا کہ بہت ہی عمدہ کتاب ہے، وہ اس کا ٹائٹل تو یہ تھا کہ "مین ڈز ناٹ اسٹینڈ الون"۔ عربک ترجمہ جو اس کا ہوا، بہت اچھا اس کا ٹائٹل بدل کر کیا انہوں نے کہ "اللہ تجلی فی اثر العلم"۔ یعنی "گلوریا اف گاڈ ان ماڈرن سائنس"۔ اللہ تجلی فی اثر العلم۔ یہ ساری کتابیں کس نے لکھی ہیں؟ کرسچن نے لکھی ہیں۔</w:t>
      </w:r>
    </w:p>
    <w:p>
      <w:r>
        <w:rPr>
          <w:b/>
        </w:rPr>
        <w:t xml:space="preserve">[27:32] </w:t>
      </w:r>
      <w:r>
        <w:t>kyon? musalmanon ko fursat hi nahin hai ladne padne se. to khuda ki scheme ka dekhiye, khuda ki scheme se bekhabar hain. ek hadith mein hai ke kisan ya farmer ke pas aap jante hain ke bail hote hain. to is mein hai hadith mein ke kisan apne bail ko kabhi andar bandhta hai, kabhi bahar bandhta hai. yaani dhoop mein k</w:t>
      </w:r>
    </w:p>
    <w:p>
      <w:pPr>
        <w:jc w:val="right"/>
      </w:pPr>
      <w:r>
        <w:t>کیوں؟ مسلمانوں کو فرصت ہی نہیں ہے لڑنے پڑنے سے۔ تو خدا کی اسکیم کا دیکھیے، خدا کی اسکیم سے بے خبر ہیں۔ ایک حدیث میں ہے کہ کسان یا فارمر کے پاس آپ جانتے ہیں کہ بیل ہوتے ہیں۔ تو اس میں ہے حدیث میں کہ کسان اپنے بیل کو کبھی اندر باندھتا ہے، کبھی باہر باندھتا ہے۔ یعنی دھوپ میں ک</w:t>
      </w:r>
    </w:p>
    <w:p>
      <w:r>
        <w:rPr>
          <w:b/>
        </w:rPr>
        <w:t xml:space="preserve">[28:02] </w:t>
      </w:r>
      <w:r>
        <w:t>bhi baandhta hai, kabhi andar shelter ke baandhta hai. to is ko is is bail ko pata nahi ke kyun yahan baandha, kyun wahan baandha. is ko kuch pata nahi. lekin momin ko pata ho jata hai. momin jo hai wo Khuda ke yaad mein jeeta hai. Khuda ka inspiration milta rehta hai is ko. to jaan leta hai Khuda ne mujhe yahan kyun maara, wahan kyun maara. ab aap is ki</w:t>
      </w:r>
    </w:p>
    <w:p>
      <w:pPr>
        <w:jc w:val="right"/>
      </w:pPr>
      <w:r>
        <w:t>بھی باندھتا ہے، کبھی اندر شیلٹر کے باندھتا ہے۔ تو اس کو اس اس بیل کو پتہ نہیں کہ کیوں یہاں باندھا، کیوں وہاں باندھا۔ اس کو کچھ پتہ نہیں۔ لیکن مومن کو پتہ ہو جاتا ہے۔ مومن جو ہے وہ خدا کے یاد میں جیتا ہے۔ خدا کا انسپریشن ملتا رہتا ہے اس کو۔ تو جان لیتا ہے خدا نے مجھے یہاں کیوں مارا، وہاں کیوں مارا۔ اب آپ اس کی</w:t>
      </w:r>
    </w:p>
    <w:p>
      <w:r>
        <w:rPr>
          <w:b/>
        </w:rPr>
        <w:t xml:space="preserve">[28:32] </w:t>
      </w:r>
      <w:r>
        <w:t>is hadith ki roshni mein dekhiye ke Khuda ne jo revelation paida kiya tha, scientific revelation, us se hum bekhabar rahe. to hum just like any animal ban gaye. Khuda ne hum ko pahunchaya scientific era mein, lekin humein is ki khabar hi nahi. hum abhi bhi ladne bhadne ke era mein jee rahe hain. to ye haalat hai. yahan mein ek baat aap se arz karunga ke jab ye science ka daur aaya to khaas taur</w:t>
      </w:r>
    </w:p>
    <w:p>
      <w:pPr>
        <w:jc w:val="right"/>
      </w:pPr>
      <w:r>
        <w:t>اس حدیث کی روشنی میں دیکھیے کہ خدا نے جو ریولیشن پیدا کیا تھا، سائنٹیفک ریولیشن، اس سے ہم بے خبر رہے۔ تو ہم جسٹ لائک اینیول بن گئے۔ خدا نے ہم کو پہنچایا سائنٹیفک ایرا میں، لیکن ہمیں اس کی خبر ہی نہیں۔ ہم ابھی بھی لڑنے بھڑنے کے ایرا میں جی رہے ہیں۔ تو یہ حالت ہے۔ یہاں میں ایک بات آپ سے عرض کروں گا کہ جب یہ سائنس کا دور آیا تو خاص طور</w:t>
      </w:r>
    </w:p>
    <w:p>
      <w:r>
        <w:rPr>
          <w:b/>
        </w:rPr>
        <w:t xml:space="preserve">[29:03] </w:t>
      </w:r>
      <w:r>
        <w:t>par do aise cheezein huin jis se logon ka mind negative ho gaya. religion ko le kar, religion ko le kar logon ka mind, duniya ka mind negative ho gaya. is mein sab se pehla jo sab se pehli ghalati khud Christian ne ki, jab Renaissance hua 16th century mein to Europe mein domination tha Pope ka, yani Chris</w:t>
      </w:r>
    </w:p>
    <w:p>
      <w:pPr>
        <w:jc w:val="right"/>
      </w:pPr>
      <w:r>
        <w:t>پر دو ایسے چیزیں ہوئیں جس سے لوگوں کا مائنڈ نیگیٹو ہو گیا۔ ریلیجن کو لے کر، ریلیجن کو لے کر لوگوں کا مائنڈ، دنیا کا مائنڈ نیگیٹو ہو گیا۔ اس میں سب سے پہلا جو سب سے پہلی غلطی خود کرسچن نے کی، جب رینیساں ہوا سکسٹین سینچری میں تو یورپ میں ڈومینیشن تھا پوپ کا، یعنی کرس</w:t>
      </w:r>
    </w:p>
    <w:p>
      <w:r>
        <w:rPr>
          <w:b/>
        </w:rPr>
        <w:t xml:space="preserve">[29:33] </w:t>
      </w:r>
      <w:r>
        <w:t>tians ka. to kya hua? ye log lad gaye science scientists se. yani pehle agarche ab unhone apni ghalati ko correct kar liya hai, Christian ne. ab aisa nahi karte hain. wo abhi kitabein likh rahe the ke mein ne aap se arz kiya, aap yani bohat jald unhone apni ghalati ko samajh liya, introspection kiya aur wo u-turn le liya</w:t>
      </w:r>
    </w:p>
    <w:p>
      <w:pPr>
        <w:jc w:val="right"/>
      </w:pPr>
      <w:r>
        <w:t>چنز کا۔ تو کیا ہوا؟ یہ لوگ لڑ گئے سائنس سائنس دانوں سے۔ یعنی پہلے اگرچہ اب انہوں نے اپنی غلطی کو کریکٹ کر لیا ہے، کرسچن نے۔ اب ایسا نہیں کرتے ہیں۔ وہ ابھی کتابیں لکھ رہے تھے کہ میں نے آپ سے عرض کیا، آپ یعنی بہت جلد انہوں نے اپنی غلطی کو سمجھ لیا، انٹراسپیکشن کیا اور وہ یو ٹرن لے لیا</w:t>
      </w:r>
    </w:p>
    <w:p>
      <w:r>
        <w:rPr>
          <w:b/>
        </w:rPr>
        <w:t xml:space="preserve">[30:03] </w:t>
      </w:r>
      <w:r>
        <w:t>۔ hum abhi tak u-turn nahi le sake. Musalman ab tak u-turn nahi le sake. Christian ne u-turn le liya. to kya hua? dekhiye, 16th century mein jo Renaissance aaya tha aur phir jo science ke discoveries huin to us waqt Pope ka domination tha poore Europe par. in logon ne samjha ke ye Christianity ke khilaf hai. yani scientific revelation jo hai</w:t>
      </w:r>
    </w:p>
    <w:p>
      <w:pPr>
        <w:jc w:val="right"/>
      </w:pPr>
      <w:r>
        <w:t>۔ ہم ابھی تک یو ٹرن نہیں لے سکے۔ مسلمان اب تک یو ٹرن نہیں لے سکے۔ کرسچن نے یو ٹرن لے لیا۔ تو کیا ہوا؟ دیکھیے، سکسٹین سینچری میں جو رینیساں آیا تھا اور پھر جو سائنس کے ڈسکوریز ہوئیں تو اس وقت پوپ کا ڈومینیشن تھا پورے یورپ پر۔ ان لوگوں نے سمجھا کہ یہ کرسچینٹی کے خلاف ہے۔ یعنی سائنٹیفک ریولیشن جو ہے</w:t>
      </w:r>
    </w:p>
    <w:p>
      <w:r>
        <w:rPr>
          <w:b/>
        </w:rPr>
        <w:t xml:space="preserve">[30:33] </w:t>
      </w:r>
      <w:r>
        <w:t>Christianity ke khilaf hai. chunancha unhone bohat zabardast tareeqe se is ko crush karna shuru kiya. aap jante hain, kuch log jala diye gaye, kuch log phansi de di gayi, kuch gharon mein band kar diya gaya. ye kyun aisa hua? to is ki ek detailed history aap padhna chahein agar to America ka professor John William Draper ki book hai "The History of the Conflict of Religion and Science".</w:t>
      </w:r>
    </w:p>
    <w:p>
      <w:pPr>
        <w:jc w:val="right"/>
      </w:pPr>
      <w:r>
        <w:t>کرسچینٹی کے خلاف ہے۔ چنانچہ انہوں نے بہت زبردست طریقے سے اس کو کرش کرنا شروع کیا۔ آپ جانتے ہیں، کچھ لوگ جلا دیے گئے، کچھ لوگ پھانسی دے دی گئی، کچھ گھروں میں بند کر دیا گیا۔ یہ کیوں ایسا ہوا؟ تو اس کی ایک ڈیٹیلڈ ہسٹری آپ پڑھنا چاہیں اگر تو امریکہ کا پروفیسر جان ولیم ڈریپر کی بک ہے "دا ہسٹری اف دا کانفلکٹ اف ریلیجن اینڈ سائنس"۔</w:t>
      </w:r>
    </w:p>
    <w:p>
      <w:r>
        <w:rPr>
          <w:b/>
        </w:rPr>
        <w:t xml:space="preserve">[31:03] </w:t>
      </w:r>
      <w:r>
        <w:t>John William Draper ki kitaab hai, ye chhapi hai 1874 mein. 1874 mein is kitaab mein wo kehta hai ke religion aur science mein takrao ki baat karta hai. haalanke wo takrao jo tha, wo "that was not between religion and science". "that was between science and Christianity". yani religion as such se koi takrao nahi tha. wo Christianity se takra</w:t>
      </w:r>
    </w:p>
    <w:p>
      <w:pPr>
        <w:jc w:val="right"/>
      </w:pPr>
      <w:r>
        <w:t>جان ولیم ڈریپر کی کتاب ہے، یہ چھپی ہے 1874 میں۔ 1874 میں اس کتاب میں وہ کہتا ہے کہ ریلیجن اور سائنس میں ٹکراؤ کی بات کرتا ہے۔ حالانکہ وہ ٹکراؤ جو تھا، وہ "دیٹ واز ناٹ بٹوین ریلیجن اینڈ سائنس"۔ "دیٹ واز بٹوین سائنس اینڈ کرسچینٹی"۔ یعنی ریلیجن ایز سچ سے کوئی ٹکراؤ نہیں تھا۔ وہ کرسچینٹی سے ٹکرا</w:t>
      </w:r>
    </w:p>
    <w:p>
      <w:r>
        <w:rPr>
          <w:b/>
        </w:rPr>
        <w:t xml:space="preserve">[31:33] </w:t>
      </w:r>
      <w:r>
        <w:t>o tha. lekin unhone ye nahi kaha ke yani conflict between Christianity and science, balke ye keh diya conflict between yani science and religion. wo kaise? dekhiye, hua ye ke Christianity mein, yani mein matlab hai ke Church ne aise belief bana liye the, ghalat belief jis ka taluq religion se nahi tha, yani Khuda ke deen se nahi tha. Hazrat</w:t>
      </w:r>
    </w:p>
    <w:p>
      <w:pPr>
        <w:jc w:val="right"/>
      </w:pPr>
      <w:r>
        <w:t>ؤ تھا۔ لیکن انہوں نے یہ نہیں کہا کہ یعنی کانفلکٹ بٹوین کرسچینٹی اینڈ سائنس، بلکہ یہ کہہ دیا کانفلکٹ بٹوین یعنی سائنس اینڈ ریلیجن۔ وہ کیسے؟ دیکھیے، ہوا یہ کہ کرسچینٹی میں، یعنی میں مطلب ہے کہ چرچ نے ایسے بیلیف بنا لیے تھے، غلط بیلیف جس کا تعلق ریلیجن سے نہیں تھا، یعنی خدا کے دین سے نہیں تھا۔ حضرت</w:t>
      </w:r>
    </w:p>
    <w:p>
      <w:r>
        <w:rPr>
          <w:b/>
        </w:rPr>
        <w:t xml:space="preserve">[32:03] </w:t>
      </w:r>
      <w:r>
        <w:t>Masih ne wo baatein nahi kahi thi, Hazrat Musa ne wo baatein nahi kahi thi. Church ne bana liya aur wo un ke nazdeek Christianity ban gayi. mein ek example deta hoon samajhne ke liye. dekhiye, Greek mein, Greece mein do barhe scientist uthe. ek time mein do theory pesh ki gayi. ek time yani is ke solar system ke bare mein. solar system</w:t>
      </w:r>
    </w:p>
    <w:p>
      <w:pPr>
        <w:jc w:val="right"/>
      </w:pPr>
      <w:r>
        <w:t>مسیح نے وہ باتیں نہیں کہی تھیں، حضرت موسی نے وہ باتیں نہیں کہی تھیں۔ چرچ نے بنا لیا اور وہ ان کے نزدیک کرسچینٹی بن گئی۔ میں ایک ایگزیمپل دیتا ہوں سمجھنے کے لیے۔ دیکھیے، گریک میں، گریس میں دو بڑے سائنٹسٹ اٹھے۔ ایک ہی ٹائم میں دو تھیوری پیش کی گئی۔ ایک وقت یعنی اس کے سولر سسٹم کے بارے میں۔ سولر سسٹم</w:t>
      </w:r>
    </w:p>
    <w:p>
      <w:r>
        <w:rPr>
          <w:b/>
        </w:rPr>
        <w:t xml:space="preserve">[32:33] </w:t>
      </w:r>
      <w:r>
        <w:t>ke bare mein sawal ye tha ke zameen jo hai wo beech mein hai aur suraj charon taraf se ghoom raha hai ya suraj beech mein hai aur zameen ke gird ghoom rahi hai? is ko kehte hain geocentric theory aur heliocentric theory. yani zameen markazi nazariya jo hai use kehte hain geocentric theory aur suraj markazi nazariye ko kehte hain heliocentric theory. to dono theory pesh ki gayi thi Greece mein, Yunan mein.</w:t>
      </w:r>
    </w:p>
    <w:p>
      <w:pPr>
        <w:jc w:val="right"/>
      </w:pPr>
      <w:r>
        <w:t>کے بارے میں سوال یہ تھا کہ زمین جو ہے وہ بیچ میں ہے اور سورج چاروں طرف سے گھوم رہا ہے یا سورج بیچ میں ہے اور زمین کے گرد گھوم رہی ہے؟ اس کو کہتے ہیں جیوسنٹرک تھیوری اور ہیلیوسنٹرک تھیوری۔ یعنی زمین مرکزی نظریہ جو ہے اسے کہتے ہیں جیوسنٹرک تھیوری اور سورج مرکزی نظریہ کو کہتے ہیں ہیلیوسنٹرک تھیوری۔ تو دونوں تھیوری پیش کی گئی تھیں گریس میں، یونان میں۔</w:t>
      </w:r>
    </w:p>
    <w:p>
      <w:r>
        <w:rPr>
          <w:b/>
        </w:rPr>
        <w:t xml:space="preserve">[33:03] </w:t>
      </w:r>
      <w:r>
        <w:t>to kya hua ke Christian work, Christendom jo tha, yani Christian jo duniya thi, us ne adopt kar liya zameen markazi nazariye ko, yani geocentric theory ko. kyun? un ka kehna ye tha, un ka manna ye tha ke ye jo Earth hai, planet Earth, ye zameen to ye universe ka sab se bara drama yahin hua hai.</w:t>
      </w:r>
    </w:p>
    <w:p>
      <w:pPr>
        <w:jc w:val="right"/>
      </w:pPr>
      <w:r>
        <w:t>تو کیا ہوا کہ کرسچن ورک، کرسچنڈم جو تھا، یعنی کرسچن جو دنیا تھی، اس نے اڈاپٹ کر لیا زمین مرکزی نظریے کو، یعنی جیوسنٹرک تھیوری کو۔ کیوں؟ ان کا کہنا یہ تھا، ان کا ماننا یہ تھا کہ یہ جو ارتھ ہے، پلینٹ ارتھ، یہ زمین تو یہ یونیورس کا سب سے بڑا ڈرامہ یہیں ہوا ہے۔</w:t>
      </w:r>
    </w:p>
    <w:p>
      <w:r>
        <w:rPr>
          <w:b/>
        </w:rPr>
        <w:t xml:space="preserve">[33:34] </w:t>
      </w:r>
      <w:r>
        <w:t>poori jo history of universe hai, us ka sab se bara drama ye hua. wo kaun sa drama? Christ ko crucify karna. kyunke un ka, un ka jo manna hai, us ko kehte hain atonement ka. jo atonement ka jo un ki theory hai ke Christ jo the, theory ka matlab ye hai ke sara insan Adam ke baad sin mein pad gaya, gunhegar ho gaya. sare insan Adam se le kar ab tak.</w:t>
      </w:r>
    </w:p>
    <w:p>
      <w:pPr>
        <w:jc w:val="right"/>
      </w:pPr>
      <w:r>
        <w:t>پوری جو ہسٹری اف یونیورس ہے، اس کا سب سے بڑا ڈرامہ یہ ہوا۔ وہ کون سا ڈرامہ؟ کرائسٹ کو کروسیفائی کرنا۔ کیونکہ ان کا، ان کا جو ماننا ہے، اس کو کہتے ہیں اٹونمنٹ کا۔ جو اٹونمنٹ کا جو ان کی تھیوری ہے کہ کرائسٹ جو تھے، تھیوری کا مطلب یہ ہے کہ سارا انسان آدم کے بعد سن میں پڑ گیا، گنہگار ہو گیا۔ سارے انسان آدم سے لے کر اب تک۔</w:t>
      </w:r>
    </w:p>
    <w:p>
      <w:r>
        <w:rPr>
          <w:b/>
        </w:rPr>
        <w:t xml:space="preserve">[34:04] </w:t>
      </w:r>
      <w:r>
        <w:t>to insanon ko sin se nikalne ke liye Khuda ne apna beta bheja. wo beta jo hai, sui par chadha aur sui par chadh kar apni jaan de di, nauzubillah. to sare insanon ka gunah hata us ki wajah se. is ko kehte hain atonement. to un ke nazdeek ye sab se bara divine drama tha jo zameen par hua. to wo kehte the ke phir zameen hi ko center hona chahiye.</w:t>
      </w:r>
    </w:p>
    <w:p>
      <w:pPr>
        <w:jc w:val="right"/>
      </w:pPr>
      <w:r>
        <w:t>تو انسانوں کو سن سے نکالنے کے لیے خدا نے اپنا بیٹا بھیجا۔ وہ بیٹا جو ہے، سولی پر چڑھا اور سولی پر چڑھ کر اپنی جان دے دی، نعوذ باللہ۔ تو سارے انسانوں کا گناہ ہٹا اس کی وجہ سے۔ اس کو کہتے ہیں اٹونمنٹ۔ تو ان کے نزدیک یہ سب سے بڑا ڈیوائن ڈرامہ تھا جو زمین پر ہوا۔ تو وہ کہتے تھے کہ پھر زمین ہی کو سینٹر ہونا چاہیے۔</w:t>
      </w:r>
    </w:p>
    <w:p>
      <w:r>
        <w:rPr>
          <w:b/>
        </w:rPr>
        <w:t xml:space="preserve">[34:35] </w:t>
      </w:r>
      <w:r>
        <w:t>yani Khuda ke sab se bara drama jahan hua ho, wahi center banega. wo satellite nahi ho sakti kyunke heliocentric theory mein zameen satellite ban rahi thi. yani suraj ke gird ghoom rahi thi to wo satellite ho gayi. to un ka manna tha ke nahi, suraj ko satellite hona chahiye aur zameen ko center hona chahiye. ab ye un ka ek false belief tha. false belief. is false belief ko le kar unho</w:t>
      </w:r>
    </w:p>
    <w:p>
      <w:pPr>
        <w:jc w:val="right"/>
      </w:pPr>
      <w:r>
        <w:t>یعنی خدا کے سب سے بڑا ڈرامہ جہاں ہوا ہو، وہی سینٹر بنے گا۔ وہ سیٹلائٹ نہیں ہو سکتی کیونکہ ہیلیوسنٹرک تھیوری میں زمین سیٹلائٹ بن رہی تھی۔ یعنی سورج کے گرد گھوم رہی تھی تو وہ سیٹلائٹ ہو گئی۔ تو ان کا ماننا تھا کہ نہیں، سورج کو سیٹلائٹ ہونا چاہیے اور زمین کو سینٹر ہونا چاہیے۔ اب یہ ان کا ایک فالس بیلیف تھا۔ فالس بیلیف۔ اس فالس بیلیف کو لے کر انہوں</w:t>
      </w:r>
    </w:p>
    <w:p>
      <w:r>
        <w:rPr>
          <w:b/>
        </w:rPr>
        <w:t xml:space="preserve">[35:05] </w:t>
      </w:r>
      <w:r>
        <w:t>ne geocentric theory ko Christian theology mein shamil kar liya. yani Christian theology ka part ban gaya. wo geocentric theory Christian theology ka part ban gayi. is liye unhone samjha ke jab science ne ye kaha ke nahi, zameen satellite hai aur sun jo hai, suraj jo hai, wo beech mein hai to us ke khilaf ho gaye ke ye jhooti baat hai, ye blasphemy</w:t>
      </w:r>
    </w:p>
    <w:p>
      <w:pPr>
        <w:jc w:val="right"/>
      </w:pPr>
      <w:r>
        <w:t>نے جیوسنٹرک تھیوری کو کرسچن تھیولوجی میں شامل کر لیا۔ یعنی کرسچن تھیولوجی کا پارٹ بن گیا۔ وہ جیوسنٹرک تھیوری کرسچن تھیولوجی کا پارٹ بن گئی۔ اس لیے انہوں نے سمجھا کہ جب سائنس نے یہ کہا کہ نہیں، زمین سیٹلائٹ ہے اور سن جو ہے، سورج جو ہے، وہ بیچ میں ہے تو اس کے مخالف ہو گئے کہ یہ جھوٹی بات ہے، یہ بلاسفیمی</w:t>
      </w:r>
    </w:p>
    <w:p>
      <w:r>
        <w:rPr>
          <w:b/>
        </w:rPr>
        <w:t xml:space="preserve">[35:35] </w:t>
      </w:r>
      <w:r>
        <w:t>hai, ye religion ke khilaf hai. aur kitne logon ko maar dala, kaat dala unhone. to ye jo takrao hua, that was not between religion and science in real sense, that was between Church and science. lekin jab unhone kitaab likhi, John William Draper ne, to us ka title ye de diya ke "Conflict between Science and Religion". to sari duniya pe impression kaha pada</w:t>
      </w:r>
    </w:p>
    <w:p>
      <w:pPr>
        <w:jc w:val="right"/>
      </w:pPr>
      <w:r>
        <w:t>ہے، یہ ریلیجن کے خلاف ہے۔ اور کتنے لوگوں کو مار ڈالا، کاٹ ڈالا انہوں نے۔ تو یہ جو ٹکراؤ ہوا، دیٹ واز ناٹ بٹوین ریلیجن اینڈ سائنس ان ریل سینس، دیٹ واز بٹوین چرچ اینڈ سائنس۔ لیکن جب انہوں نے کتاب لکھی، جان ولیم ڈریپر نے، تو اس کا ٹائٹل یہ دے دیا کہ "کانفلکٹ بٹوین سائنس اینڈ ریلیجن"۔ تو ساری دنیا پہ امپریشن کہا پڑا</w:t>
      </w:r>
    </w:p>
    <w:p>
      <w:r>
        <w:rPr>
          <w:b/>
        </w:rPr>
        <w:t xml:space="preserve">[36:05] </w:t>
      </w:r>
      <w:r>
        <w:t>ke science jo hai, mazhab ke mukhalif hai. science mazhab ki dushman hai. science alag hai, mazhab alag hai. to jo science Khuda ne nikali thi, religion ke support ke taur par, us ko logon ne bana liya religion ka enemy, ka dushman. ye ek tragedy thi jo pesh aayi history mein aur tab se ek tarah ka antagonism paida ho gaya mazhab aur science ke beech mein</w:t>
      </w:r>
    </w:p>
    <w:p>
      <w:pPr>
        <w:jc w:val="right"/>
      </w:pPr>
      <w:r>
        <w:t>کہ سائنس جو ہے، مذہب کے مخالف ہے۔ سائنس مذہب کی دشمن ہے۔ سائنس الگ ہے، مذہب الگ ہے۔ تو جو سائنس خدا نے نکالی تھی، ریلیجن کے سپورٹ کے طور پر، اس کو لوگوں نے بنا لیا ریلیجن کا اینیم، کا دشمن۔ یہ ایک ٹریجڈی تھی جو پیش آئی ہسٹری میں اور تب سے ایک طرح کا انٹاگرنزم پیدا ہو گیا مذہب اور سائنس کے بیچ میں</w:t>
      </w:r>
    </w:p>
    <w:p>
      <w:r>
        <w:rPr>
          <w:b/>
        </w:rPr>
        <w:t xml:space="preserve">[36:35] </w:t>
      </w:r>
      <w:r>
        <w:t>۔ jo sahi spirit thi dono ke beech mein, wo kabhi bhi develop na kar saki ke religion jo hai, wo science ko leta khud apne hi support ke taur par. is par mein aaj aap ko kuch kehna chahunga. jo log religion ki history padhe hue hain, wo jante hain ke pehle zamane mein, yani Renaissance se pehle,</w:t>
      </w:r>
    </w:p>
    <w:p>
      <w:pPr>
        <w:jc w:val="right"/>
      </w:pPr>
      <w:r>
        <w:t>۔ جو صحیح اسپرٹ تھی دونوں کے بیچ میں، وہ کبھی بھی ڈیولپ نہ کر سکی کہ ریلیجن جو ہے، وہ سائنس کو لیتا خود اپنے ہی سپورٹ کے طور پر۔ اس پر میں آج آپ کو کچھ کہنا چاہوں گا۔ جو لوگ ریلیجن کی ہسٹری پڑھے ہوئے ہیں، وہ جانتے ہیں کہ پہلے زمانے میں، یعنی رینیساں سے پہلے،</w:t>
      </w:r>
    </w:p>
    <w:p>
      <w:r>
        <w:rPr>
          <w:b/>
        </w:rPr>
        <w:t xml:space="preserve">[37:08] </w:t>
      </w:r>
      <w:r>
        <w:t>jis ko kehte hain theology, religion ki theology ya ilm-e-kalam. ilm-e-kalam wahi cheez hai jis ko hum theology kehte hain English mein. to mazhab ki jo theology hoti thi pehle, ya jo ilm-e-kalam Musalmanon ne banaya, wo Greek philosopher, Greek philosopher base karti thi.</w:t>
      </w:r>
    </w:p>
    <w:p>
      <w:pPr>
        <w:jc w:val="right"/>
      </w:pPr>
      <w:r>
        <w:t>جس کو کہتے ہیں تھالوجی، ریلیجن کی تھالوجی یا علم کلام۔ علم کلام وہی چیز ہے جس کو ہم تھالوجی کہتے ہیں انگلش میں۔ تو مذہب کی جو تھالوجی ہوتی تھی پہلے، یا جو علم کلام مسلمانوں نے بنایا، وہ گریک فلاسفر، گریک فلاسفر بیس کرتی تھی۔</w:t>
      </w:r>
    </w:p>
    <w:p>
      <w:r>
        <w:rPr>
          <w:b/>
        </w:rPr>
        <w:t xml:space="preserve">[37:38] </w:t>
      </w:r>
      <w:r>
        <w:t>Greek philosophy aur Greek philosophy jo thi, wo syllogism par base karti thi, science par nahi. to pichhle zamane ki sari philosophy, chahe Musalmanon ki ho, Christian ki ho, Jew ki ho, Hindu ki ho, kisi ki bhi ho, sab ki sab Greek philosophy par base karti thi. lekin jab s</w:t>
      </w:r>
    </w:p>
    <w:p>
      <w:pPr>
        <w:jc w:val="right"/>
      </w:pPr>
      <w:r>
        <w:t>گریک فلاسفی اور گریک فلاسفی جو تھی، وہ سولجزم پر بیس کرتی تھی، سائنس پر نہیں۔ تو پچھلے زمانے کی ساری فلاسفی، چاہے مسلمانوں کی ہو، کرسچن کی ہو، جو کی ہو، ہندو کی ہو، کسی کی بھی ہو، سب کی سب گریک فلاسفی پر بیس کرتی تھی۔ لیکن جب س</w:t>
      </w:r>
    </w:p>
    <w:p>
      <w:r>
        <w:rPr>
          <w:b/>
        </w:rPr>
        <w:t xml:space="preserve">[38:08] </w:t>
      </w:r>
      <w:r>
        <w:t>cientific revelation aaya to ek intellectual revolution aaya. mein ne ek book padhi, "Modern Intellectual Revolution". us mein bataya gaya tha ke ab wo discard ho gaya, wo zamana, wo zamana khatam ho gaya jab Greek philosophy par base kar ke theology banti thi.</w:t>
      </w:r>
    </w:p>
    <w:p>
      <w:pPr>
        <w:jc w:val="right"/>
      </w:pPr>
      <w:r>
        <w:t>ائنٹیفک ریولیشن آیا تو ایک انٹلیکچول ریولیشن آیا۔ میں نے ایک بک پڑھی، "ماڈرن انٹلیکچول ریولیوشن"۔ اس میں بتایا گیا تھا کہ اب وہ ڈسکارڈ ہو گیا، وہ زمانہ، وہ زمانہ ختم ہو گیا جب گریک فلاسفی پر بیس کر کے تھالوجی بنتی تھی۔</w:t>
      </w:r>
    </w:p>
    <w:p>
      <w:r>
        <w:rPr>
          <w:b/>
        </w:rPr>
        <w:t xml:space="preserve">[38:39] </w:t>
      </w:r>
      <w:r>
        <w:t>ab is ki validity khatam ho gayi. ab jo hai, wo science ka zamana hai aur modern theology jo hai, wo wahi maani jayegi valid jo science par base kar ke bane. yani scientific theology. ab zaroorat thi ke scientific theology phir se banayi jaye. lekin mein samajhta hoon ke ye kaam saray se hua nahi. mein ne is silsile mein kafi koshish ki hai, bohat si kitabein</w:t>
      </w:r>
    </w:p>
    <w:p>
      <w:pPr>
        <w:jc w:val="right"/>
      </w:pPr>
      <w:r>
        <w:t>اب اس کی ویلیڈٹی ختم ہو گئی۔ اب جو ہے، وہ سائنس کا زمانہ ہے اور ماڈرن تھالوجی جو ہے، وہ وہی مانی جائے گی ویلڈ جو سائنس پر بیس کر کے بنے۔ یعنی سائنٹیفک تھالوجی۔ اب ضرورت تھی کہ سائنٹیفک تھالوجی پھر سے بنائی جائے۔ لیکن میں سمجھتا ہوں کہ یہ کام سرے سے ہوا نہیں۔ میں نے اس سلسلے میں کافی کوشش کی ہے، بہت سی کتاب</w:t>
      </w:r>
    </w:p>
    <w:p>
      <w:r>
        <w:rPr>
          <w:b/>
        </w:rPr>
        <w:t xml:space="preserve">[39:09] </w:t>
      </w:r>
      <w:r>
        <w:t>chhaapi hain. meri kitaab se poochein to science par base karte hue ilm, ilm-e-kalam ko phir se likhna, yani scientific ilm-e-kalam ya scientific theology, meri aksar books ka yahi subject hai. lekin abhi bhi madarson mein jo theology padhayi jati hai, wo wahi hai jo jo paanch sau saal pehle hua karti thi. madarson ki theology</w:t>
      </w:r>
    </w:p>
    <w:p>
      <w:pPr>
        <w:jc w:val="right"/>
      </w:pPr>
      <w:r>
        <w:t>یں چھاپی ہیں۔ میری کتاب سے پوچھیں تو سائنس پر بیس کرتے ہوئے علم، علم کلام کو پھر سے لکھنا، یعنی سائنٹیفک علم کلام یا سائنٹیفک تھالوجی، میری اکثر بکس کا یہی سبجیکٹ ہے۔ لیکن ابھی بھی مدرسوں میں جو تھالوجی پڑھائی جاتی ہے، وہ وہی ہے جو جو پانچ سو سال پہلے ہوا کرتی تھی۔ مدرسوں کی تھالوجی</w:t>
      </w:r>
    </w:p>
    <w:p>
      <w:r>
        <w:rPr>
          <w:b/>
        </w:rPr>
        <w:t xml:space="preserve">[39:40] </w:t>
      </w:r>
      <w:r>
        <w:t>abhi tak badli nahi gayi. jis ki validity khatam ho chuki hai ilm ki duniya mein, wahi ab tak madarson mein padhaya jata hai. to mein yahan par ye arz karunga ke jab science ka zamana aaya to shuru mein aise kuch waqiyat pesh aaye jis se ek science ka attitude kuch negative ho gaya. science ka matlab ye ke</w:t>
      </w:r>
    </w:p>
    <w:p>
      <w:pPr>
        <w:jc w:val="right"/>
      </w:pPr>
      <w:r>
        <w:t>ابھی تک بدلی نہیں گئی۔ جس کی ویلیڈٹی ختم ہو چکی ہے علم کی دنیا میں، وہی اب تک مدرسوں میں پڑھایا جاتا ہے۔ تو میں یہاں پر یہ عرض کروں گا کہ جب سائنس کا زمانہ آیا تو شروع میں ایسے کچھ واقعات پیش آئے جس سے ایک سائنس کا ایٹیٹیوڈ کچھ نیگیٹیو ہو گیا۔ سائنس کا مطلب یہ کہ</w:t>
      </w:r>
    </w:p>
    <w:p>
      <w:r>
        <w:rPr>
          <w:b/>
        </w:rPr>
        <w:t xml:space="preserve">[40:11] </w:t>
      </w:r>
      <w:r>
        <w:t>science ke behalf mein bolne walon ka negative ho gaya. yani science ko unhone istemal kiya atheism ke liye, haalanke khud science ka koi religion nahi tha. lekin kuch philosophers ne is ko istemal kiya atheism ke liye. misaal ke taur par, science ne pehli baar ye duniya ko bataya tha, jis ko kehte hain principle of causation.</w:t>
      </w:r>
    </w:p>
    <w:p>
      <w:pPr>
        <w:jc w:val="right"/>
      </w:pPr>
      <w:r>
        <w:t>سائنس کے بہاف میں بولنے والوں کا نیگیٹیو ہو گیا۔ یعنی سائنس کو انہوں نے استعمال کیا اتھیزم کے لیے، حالانکہ خود سائنس کا کوئی ریلیجن نہیں تھا۔ لیکن کچھ فلاسفرز نے اس کو استعمال کیا اتھیزم کے لیے۔ مثال کے طور پر، سائنس نے پہلی بار یہ دنیا کو بتایا تھا، جس کو کہتے ہیں پرنسپل اف کازیشن۔</w:t>
      </w:r>
    </w:p>
    <w:p>
      <w:r>
        <w:rPr>
          <w:b/>
        </w:rPr>
        <w:t xml:space="preserve">[40:42] </w:t>
      </w:r>
      <w:r>
        <w:t>principal of causation pehle samjha jata tha ke waqiat jo hote hain, woh Khuda ke hukum se hote hain. barish hui to Khuda ke hukum se hui. suraj gahan laga ya chand gahan laga to Khuda ke hukum se hua. jo kuch bhi hota hai dunya mein, woh hota hai Khuda ke hukum se. yeh samjha jata tha. science ne discover kiya ke har event ke peeche kuch cause hota hai. jaise barish hoti hai to us ke caz</w:t>
      </w:r>
    </w:p>
    <w:p>
      <w:pPr>
        <w:jc w:val="right"/>
      </w:pPr>
      <w:r>
        <w:t>پرنسپل اف کازیشن پہلے سمجھا جاتا تھا کہ واقعات جو ہوتے ہیں، وہ خدا کے حکم سے ہوتے ہیں۔ بارش ہوئی تو خدا کے حکم سے ہوئی۔ سورج گرہن لگا یا چاند گرہن لگا تو خدا کے حکم سے ہوا۔ جو کچھ بھی ہوتا ہے دنیا میں، وہ ہوتا ہے خدا کے حکم سے۔ یہ سمجھا جاتا تھا۔ سائنس نے ڈسکور کیا کہ ہر ایونٹ کے پیچھے کچھ کاز ہوتا ہے۔ جیسے بارش ہوتی ہے تو اس کے کا</w:t>
      </w:r>
    </w:p>
    <w:p>
      <w:r>
        <w:rPr>
          <w:b/>
        </w:rPr>
        <w:t xml:space="preserve">[41:12] </w:t>
      </w:r>
      <w:r>
        <w:t>z hain. yaani samandar mein pani ka garam hona suraj ki roshni se. phir bohat sare stage hote hain yahan tak ke barish hoti hai. to yaani is ko kehte hain principal of causation. yaani cause and effect ka mamla hota hai woh. to yeh simply bataya gaya tha is mein ke nature kis tarah kaam karti hai. is ka taluq yaani ilhad se ya atheism se nahi tha.</w:t>
      </w:r>
    </w:p>
    <w:p>
      <w:pPr>
        <w:jc w:val="right"/>
      </w:pPr>
      <w:r>
        <w:t>ز ہیں۔ یعنی سمندر میں پانی کا گرم ہونا سورج کی روشنی سے۔ پھر بہت سارے سٹیجز ہوتے ہیں یہاں تک کہ بارش ہوتی ہے۔ تو یعنی اس کو کہتے ہیں پرنسپل اف کازیشن۔ یعنی کاز اینڈ ایفیکٹ کا معاملہ ہوتا ہے وہ۔ تو یہ سمپلی بتایا گیا تھا اس میں کہ نیچر کس طرح کام کرتی ہے۔ اس کا تعلق یعنی الحاد سے یا اتھیزم سے نہیں تھا۔</w:t>
      </w:r>
    </w:p>
    <w:p>
      <w:r>
        <w:rPr>
          <w:b/>
        </w:rPr>
        <w:t xml:space="preserve">[41:42] </w:t>
      </w:r>
      <w:r>
        <w:t>lekin philosophers ne is ko use kiya atheism ke liye. chunancha ek mashhoor theist philosopher ne kaha is ko le kar ke jab yeh maloom ho gaya ke events ke peeche kuch asbab kaam kar rahe hain to yeh baat khatam ho gayi ke Khuda event ko wajood mein lata hai. if events are due to natural causes, not due to supernatural causes.</w:t>
      </w:r>
    </w:p>
    <w:p>
      <w:pPr>
        <w:jc w:val="right"/>
      </w:pPr>
      <w:r>
        <w:t>لیکن فلاسفرز نے اس کو یوز کیا اتھیزم کے لیے۔ چنانچہ ایک مشہور تھیسٹ فلاسفر نے کہا اس کو لے کر کہ جب یہ معلوم ہو گیا کہ ایونٹس کے پیچھے کچھ اسباب کام کر رہے ہیں تو یہ بات ختم ہو گئی کہ خدا ایونٹ کو وجود میں لاتا ہے۔ اف ایونٹس ار ڈیو ٹو نیچرل کازز، ناٹ ڈیو ٹو سپر نیچرل کازز۔</w:t>
      </w:r>
    </w:p>
    <w:p>
      <w:r>
        <w:rPr>
          <w:b/>
        </w:rPr>
        <w:t xml:space="preserve">[42:12] </w:t>
      </w:r>
      <w:r>
        <w:t>yaani waqiat agar ho rahe hain natural causes ke tehat to Khuda, maani ke Khuda in ko zaroor milata hai. to yeh abstract baat hai is ke nazdeek. to is ne kaha ke if events are due to natural causes, not due to supernatural causes. lekin yeh manna bilkul galat tha kyun ke baat is cause and effect par khatam nahi hoti. khud cause an</w:t>
      </w:r>
    </w:p>
    <w:p>
      <w:pPr>
        <w:jc w:val="right"/>
      </w:pPr>
      <w:r>
        <w:t>یعنی واقعات اگر ہو رہے ہیں نیچرل کازز کے تحت تو خدا، معنی کہ خدا ان کو ضرور ملاتا ہے۔ تو یہ ایبسٹریکٹ بات ہے اس کے نزدیک۔ تو اس نے کہا کہ اف ایونٹس ار ڈیو ٹو نیچرل کازز، ناٹ ڈیو ٹو سپر نیچرل کازز۔ لیکن یہ ماننا بالکل غلط تھا کیونکہ بات اس کاز اینڈ ایفیکٹ پر ختم نہیں ہوتی۔ خود کاز این</w:t>
      </w:r>
    </w:p>
    <w:p>
      <w:r>
        <w:rPr>
          <w:b/>
        </w:rPr>
        <w:t xml:space="preserve">[42:42] </w:t>
      </w:r>
      <w:r>
        <w:t>d effect ka system kis ne banaya? cause and effect ka system kis ne banaya? is liye aap baja taur par keh sakte hain ke nature does not explain the events. nature itself is nature itself need an explanation. jo events ho rahe hain, woh nature in ko explain nahi karti. jo is ne cause bataye, woh</w:t>
      </w:r>
    </w:p>
    <w:p>
      <w:pPr>
        <w:jc w:val="right"/>
      </w:pPr>
      <w:r>
        <w:t>ڈ ایفیکٹ کا سسٹم کس نے بنایا؟ کاز اینڈ ایفیکٹ کا سسٹم کس نے بنایا؟ اس لیے آپ بجا طور پر کہہ سکتے ہیں کہ نیچر ڈز ناٹ ایکسپلین دا ایونٹس۔ نیچر اٹ سیلف از نیچر اٹ سیلف نیڈ این ایکسپلینیشن۔ جو ایونٹ ہو رہے ہیں، وہ نیچر ان کو ایکسپلین نہیں کرتی۔ جو اس نے کاز بتائے، وہ</w:t>
      </w:r>
    </w:p>
    <w:p>
      <w:r>
        <w:rPr>
          <w:b/>
        </w:rPr>
        <w:t xml:space="preserve">[43:12] </w:t>
      </w:r>
      <w:r>
        <w:t>cause khud in ko chahiye ke hum pata karein ke cause kaise yeh cause and effect dunya mein kaise qaim hua. principal of cause kaise qaim hua dunya mein? nature does not explain. nature itself is need in need of an explanation. to lekin shuru mein, yaani renaissance ke zaman</w:t>
      </w:r>
    </w:p>
    <w:p>
      <w:pPr>
        <w:jc w:val="right"/>
      </w:pPr>
      <w:r>
        <w:t>کاز خود ان کو چاہیے کہ ہم پتہ کریں کہ کاز کیسے یہ کاز اینڈ ایفیکٹ دنیا میں کیسے قائم ہوا۔ پرنسپل اف کاز کیسے قائم ہوا دنیا میں؟ نیچر ڈز ناٹ ایکسپلین۔ نیچر اٹ سیلف از نیڈ ان نیڈ اف این ایکسپلینیشن۔ تو لیکن شروع میں، یعنی رینیساں کے زمان</w:t>
      </w:r>
    </w:p>
    <w:p>
      <w:r>
        <w:rPr>
          <w:b/>
        </w:rPr>
        <w:t xml:space="preserve">[43:43] </w:t>
      </w:r>
      <w:r>
        <w:t>e mein, church aur science danon ke darmiyan jo takrao hua, jis mein jis ka tazkara woh conflict between science aur religion mein milta hai, to is se science mein yeh samajh liya gaya, science danon ke halqe mein, un ke circle mein yeh samajh liya gaya ke science aur mazhab mein takrao hai. halanke woh takrao tha science aur Christian mein, science aur Christianity mein.</w:t>
      </w:r>
    </w:p>
    <w:p>
      <w:pPr>
        <w:jc w:val="right"/>
      </w:pPr>
      <w:r>
        <w:t>ے میں، چرچ اور سائنس دانوں کے درمیان جو ٹکراؤ ہوا، جس میں جس کا تذکرہ وہ کانفلکٹ بٹوین سائنس اور ریلیجن میں ملتا ہے، تو اس سے سائنس میں یہ سمجھ لیا گیا، سائنس دانوں کے حلقے میں، ان کے سرکل میں یہ سمجھ لیا گیا کہ سائنس اور مذہب میں ٹکراؤ ہے۔ حالانکہ وہ ٹکراؤ تھا سائنس اور کرسچن میں، سائنس اور کرسچینٹی میں۔</w:t>
      </w:r>
    </w:p>
    <w:p>
      <w:r>
        <w:rPr>
          <w:b/>
        </w:rPr>
        <w:t xml:space="preserve">[44:14] </w:t>
      </w:r>
      <w:r>
        <w:t>balke yeh zyada sahi taur par science aur church mein. to is se logon ko pata hai negative soch aa gayi mazhab ke bare mein. lekin jaisa ke maine arz kiya, Christian logon ne bohat jald you turn le liya. yahan tak ke unhone man liya ke woh zamane mein jo kuch kiya tha church, woh galat tha. ek waqia hai ke unhone apni ghalti ka etiraf kar liya ke jo sazaein hum ne di thein,</w:t>
      </w:r>
    </w:p>
    <w:p>
      <w:pPr>
        <w:jc w:val="right"/>
      </w:pPr>
      <w:r>
        <w:t>بلکہ یہ زیادہ صحیح طور پر سائنس اور چرچ میں۔ تو اس سے لوگوں کو پتہ ہے نیگیٹیو سوچ آ گئی مذہب کے بارے میں۔ لیکن جیسا کہ میں نے عرض کیا، کرسچن لوگوں نے بہت جلد یو ٹرن لے لیا۔ یہاں تک کہ انہوں نے مان لیا کہ وہ زمانے میں جو کچھ کیا تھا چرچ، وہ غلط تھا۔ ایک واقعہ ہے کہ انہوں نے اپنی غلطی کا اعتراف کر لیا کہ جو سزائیں ہم نے دی تھیں،</w:t>
      </w:r>
    </w:p>
    <w:p>
      <w:r>
        <w:rPr>
          <w:b/>
        </w:rPr>
        <w:t xml:space="preserve">[44:44] </w:t>
      </w:r>
      <w:r>
        <w:t>jo pakar dhakad ki thi science danon ki, woh galat tha. to Christian church ne you turn le liya aur is tarah se is daur ko khatam kar diya. jabke science aur religion ya science aur Christianity mein samajh liya gaya tha ke takrao. lekin is ke baad agle marhale mein doosra waqia hua jo Musalmanon ne kiya. woh takra gaye apne</w:t>
      </w:r>
    </w:p>
    <w:p>
      <w:pPr>
        <w:jc w:val="right"/>
      </w:pPr>
      <w:r>
        <w:t>جو پکڑ دھکڑ کی تھی سائنس دانوں کی، وہ غلط تھا۔ تو کرسچن چرچ نے یو ٹرن لے لیا اور اس طرح سے اس دور کو ختم کر دیا۔ جبکہ سائنس اور ریلیجن یا سائنس اور کرسچینٹی میں سمجھ لیا گیا تھا کہ ٹکراؤ۔ لیکن اس کے بعد اگلے مرحلے میں دوسرا واقعہ ہوا جو مسلمانوں نے کیا۔ وہ ٹکرا گئے اپنے</w:t>
      </w:r>
    </w:p>
    <w:p>
      <w:r>
        <w:rPr>
          <w:b/>
        </w:rPr>
        <w:t xml:space="preserve">[45:14] </w:t>
      </w:r>
      <w:r>
        <w:t>national interest ko le kar, land ke prop issues ko le kar. yeh takrao sab se zyada centered tha Palestine ke issue par. aur sari dunya mein phir phail gaya woh takrao. yahan tak yeh man liya gaya ke West jo hai, woh anti Islam hai. yaani America is navy number one of Islam. Arab log kehte hain ke America adu al Islam raqm wahid.</w:t>
      </w:r>
    </w:p>
    <w:p>
      <w:pPr>
        <w:jc w:val="right"/>
      </w:pPr>
      <w:r>
        <w:t>نیشنل انٹرسٹ کو لے کر، لینڈ کے پراپ ایشوز کو لے کر۔ یہ ٹکراؤ سب سے زیادہ سینٹرڈ تھا پیلسٹائن کے ایشو پر۔ اور ساری دنیا میں پھر پھیل گیا وہ ٹکراؤ۔ یہاں تک یہ مان لیا گیا کہ ویسٹ جو ہے، وہ اینٹی اسلام ہے۔ یعنی امریکہ از نیوی نمبر ون اف اسلام۔ عرب لوگ کہتے ہیں کہ امریکہ عدو الاسلام رقم واحد۔</w:t>
      </w:r>
    </w:p>
    <w:p>
      <w:r>
        <w:rPr>
          <w:b/>
        </w:rPr>
        <w:t xml:space="preserve">[45:45] </w:t>
      </w:r>
      <w:r>
        <w:t>to yeh yeh jo daur aaya jab ke Musalmanon aur West ke beech mein takrao shuru hua, is ka account aap dekhna chahein to aap dekh sakte hain Samuel Huntington ki jo kitab hai "The Clash Between Civilizations". "The Clash Between Civilizations" moti si kitab hai, is ko aap dekh sakte hain. is kitab ka khulasa yeh hai</w:t>
      </w:r>
    </w:p>
    <w:p>
      <w:pPr>
        <w:jc w:val="right"/>
      </w:pPr>
      <w:r>
        <w:t>تو یہ یہ جو دور آیا جب کہ مسلمانوں اور ویسٹ کے بیچ میں ٹکراؤ شروع ہوا، اس کا اکاؤنٹ آپ دیکھنا چاہیں تو آپ دیکھ سکتے ہیں سیموئل ہنٹنگن کی جو کتاب ہے "دا کلیش بٹوین سولائزیشنز"۔ "دا کلیش بٹوین سولائزیشنز" موٹی سی کتاب ہے، اس کو آپ دیکھ سکتے ہیں۔ اس کتاب کا خلاصہ یہ ہے</w:t>
      </w:r>
    </w:p>
    <w:p>
      <w:r>
        <w:rPr>
          <w:b/>
        </w:rPr>
        <w:t xml:space="preserve">[46:15] </w:t>
      </w:r>
      <w:r>
        <w:t>ke Muslim civilization aur Western civilization dono ek doosre ke muqable mein hain. dono ke darmiyan rivalry hai, dono ek doosre ke dushman hain, dono ek doosre se takra rahe hain. to pehle yaani first phase mein Christian church ke yaani galat stand se yeh taassur bana tha ke science jo hai, mazhab ke mukhal</w:t>
      </w:r>
    </w:p>
    <w:p>
      <w:pPr>
        <w:jc w:val="right"/>
      </w:pPr>
      <w:r>
        <w:t>کہ مسلم سولائزیشن اور ویسٹرن سولائزیشن دونوں ایک دوسرے کے مقابلے میں ہیں۔ دونوں کے درمیان رائیولری ہے، دونوں ایک دوسرے کے دشمن ہیں، دونوں ایک دوسرے سے ٹکرا رہے ہیں۔ تو پہلے یعنی فرسٹ فیز میں کرسچن چرچ کے یعنی غلط اسٹینڈ سے یہ تاثر بنا تھا کہ سائنس جو ہے، مذہب کے مخال</w:t>
      </w:r>
    </w:p>
    <w:p>
      <w:r>
        <w:rPr>
          <w:b/>
        </w:rPr>
        <w:t xml:space="preserve">[46:45] </w:t>
      </w:r>
      <w:r>
        <w:t>if hai. ab doosre stage mein Musalmanon ke galat stand ki wajah se yeh mahol ban raha hai ke yaani Western science aur Musalmanon mein ya Islam mein takrao hai. yeh abhi tak yeh chala ja raha hai, abhi tak chala ja raha hai. to main samajhta hoon ke Musalmanon ke liye farz ke darje mein zaroori ho gaya ke</w:t>
      </w:r>
    </w:p>
    <w:p>
      <w:pPr>
        <w:jc w:val="right"/>
      </w:pPr>
      <w:r>
        <w:t>ف ہے۔ اب دوسرے اسٹیج میں مسلمانوں کے غلط اسٹینڈ کی وجہ سے یہ ماحول بن رہا ہے کہ یعنی ویسٹرن سائنس اور مسلمانوں میں یا اسلام میں ٹکراؤ ہے۔ یہ ابھی تک یہ چلا جا رہا ہے، ابھی تک چلا جا رہا ہے۔ تو میں سمجھتا ہوں کہ مسلمانوں کے لیے فرض کے درجے میں ضروری ہو گیا کہ</w:t>
      </w:r>
    </w:p>
    <w:p>
      <w:r>
        <w:rPr>
          <w:b/>
        </w:rPr>
        <w:t xml:space="preserve">[47:15] </w:t>
      </w:r>
      <w:r>
        <w:t>woh you turn lein. jis tarah Christian ne you turn liya aur religion aur science ke darmiyan takrao ko khatam kiya, usi tarah Musalmanon ke liye farz hai ke woh you turn lein. lekin you turn lene ke liye kehna padega "we were wrong". apni ghaltiyon ko manna padega jis tarah church ne apni ghaltiyon ko mana. church ne khullam khulla yeh mana ke us zamane mein hum ne science danon ko jo pakar dhakad ki thi, woh hamari ghalti thi.</w:t>
      </w:r>
    </w:p>
    <w:p>
      <w:pPr>
        <w:jc w:val="right"/>
      </w:pPr>
      <w:r>
        <w:t>وہ یو ٹرن لیں۔ جس طرح کرسچن نے یو ٹرن لیا اور ریلیجن اور سائنس کے درمیان ٹکراؤ کو ختم کیا، اسی طرح مسلمانوں کے لیے فرض ہے کہ وہ یو ٹرن لیں۔ لیکن یو ٹرن لینے کے لیے کہنا پڑے گا "وی ویر رونگ"۔ اپنی غلطیوں کو ماننا پڑے گا جس طرح چرچ نے اپنی غلطیوں کو مانا۔ چرچ نے کھلم کھلا یہ مانا کہ اس زمانے میں ہم نے سائنس دانوں کو جو پکڑ دھکڑ کی تھی، وہ ہماری غلطی تھی۔</w:t>
      </w:r>
    </w:p>
    <w:p>
      <w:r>
        <w:rPr>
          <w:b/>
        </w:rPr>
        <w:t xml:space="preserve">[47:47] </w:t>
      </w:r>
      <w:r>
        <w:t>usi tarah Musalman ko yeh kehna padega ke hum ne jo takrao jari kiya Western logon se, woh galat tha. jaisa ke maine arz kiya ke jo jo issues paida hue land ko le kar ke, chahe woh Kashmir mein hon ya Philippines mein hon, woh Arkan mein hon ya Palestine mein hon, chahe woh Pakistan mein hon ya kahin aur bhi hon, is ko aap land ke issue ko land tak</w:t>
      </w:r>
    </w:p>
    <w:p>
      <w:pPr>
        <w:jc w:val="right"/>
      </w:pPr>
      <w:r>
        <w:t>اسی طرح مسلمان کو یہ کہنا پڑے گا کہ ہم نے جو ٹکراؤ جاری کیا ویسٹرن لوگوں سے، وہ غلط تھا۔ جیسا کہ میں نے عرض کیا کہ جو جو ایشوز پیدا ہوئے لینڈ کو لے کر کے، چاہے وہ کشمیر میں ہوں یا فلپائن میں ہوں، وہ ارکان میں ہوں یا پیلسٹائن میں ہوں، چاہے وہ پاکستان میں ہوں یا کہیں اور بھی ہوں، اس کو آپ لینڈ کے ایشو کو لینڈ تک</w:t>
      </w:r>
    </w:p>
    <w:p>
      <w:r>
        <w:rPr>
          <w:b/>
        </w:rPr>
        <w:t xml:space="preserve">[48:17] </w:t>
      </w:r>
      <w:r>
        <w:t>hi rakhiye. is ko Western civilization tak na le jaiye. yaani yeh na samjhiye ke is land ka issue jo hai, woh Islam aur aur Western civilization ke beech mein takrao ki baat hai. woh aisa har giz nahi hai. jaise Rasool Allah Salallahu Alaihi Wasallam par jo budhiya ne woh dala tha kooda, to aap ne yeh nahi kaha ke Islam aur Yahudiyat mein darmian takrao, woh woh lady ek Yahudi lady thi.</w:t>
      </w:r>
    </w:p>
    <w:p>
      <w:pPr>
        <w:jc w:val="right"/>
      </w:pPr>
      <w:r>
        <w:t>ہی رکھیے۔ اس کو ویسٹرن سولائزیشن تک نہ لے جائیے۔ یعنی یہ نہ سمجھیے کہ اس لینڈ کا ایشو جو ہے، وہ اسلام اور اور ویسٹرن سولائزیشن کے بیچ میں ٹکراؤ کی بات ہے۔ وہ ایسا ہرگز نہیں ہے۔ جیسے رسول اللہ صلی اللہ علیہ وسلم پر جو بڑھیا نے وہ ڈالا تھا کوڑا، تو آپ نے یہ نہیں کہا کہ اسلام اور یہودیت میں درمیان ٹکراؤ، وہ وہ لیڈی ایک یہودی لیڈی تھی۔</w:t>
      </w:r>
    </w:p>
    <w:p>
      <w:r>
        <w:rPr>
          <w:b/>
        </w:rPr>
        <w:t xml:space="preserve">[48:47] </w:t>
      </w:r>
      <w:r>
        <w:t>to aap yeh keh sakte the ke yeh jo hai, sazish Yahudiyon ki sazish hai aur yeh Islam aur Yahudiyat ke darmiyan takrao ki baat hai. yeh boli Islam ki boli nahi hai. to aaj jo land ke masle ko, jaise ke Falasteen mein land ka masla paida hua, is ko le kar aap yeh kahein ke Islam aur Western world mein takrao hai, bilkul baseless baat hai. yeh</w:t>
      </w:r>
    </w:p>
    <w:p>
      <w:pPr>
        <w:jc w:val="right"/>
      </w:pPr>
      <w:r>
        <w:t>تو آپ یہ کہہ سکتے تھے کہ یہ جو ہے، سازش یہودیوں کی سازش ہے اور یہ اسلام اور یہودیت کے درمیان ٹکراؤ کی بات ہے۔ یہ بولی اسلام کی بولی نہیں ہے۔ تو آج جو لینڈ کے مسئلے کو، جیسے کہ فلسطین میں لینڈ کا مسئلہ پیدا ہوا، اس کو لے کر آپ یہ کہیں کہ اسلام اور ویسٹرن ورلڈ میں ٹکراؤ ہے، بالکل بیس لیس بات ہے۔ یہ</w:t>
      </w:r>
    </w:p>
    <w:p>
      <w:r>
        <w:rPr>
          <w:b/>
        </w:rPr>
        <w:t xml:space="preserve">[49:18] </w:t>
      </w:r>
      <w:r>
        <w:t>baseless baat hai. land ke masle ko land ka masla rakhiye, Islam ke masle ko alag rakhiye. Islam ka koi takrao nahi hai Western world se. chunancha sare log jo hain, isi Western world mein apne bete aur damad ko baith kar wahan settle kiye hue hain. bare fakhr se log kehte hain ke mera beta Europe mein settle ho gaya hai, mera mera damad jo hai, America mein settle ho gaya hai. ek taraf to fakhr ke sath yeh bhi kehte hain, aur doosri taraf yeh bhi kehte hain ke Western world jo hai, Islam</w:t>
      </w:r>
    </w:p>
    <w:p>
      <w:pPr>
        <w:jc w:val="right"/>
      </w:pPr>
      <w:r>
        <w:t>بیس لیس بات ہے۔ لینڈ کے مسئلے کو لینڈ کا مسئلہ رکھیے، اسلام کے مسئلے کو الگ رکھیے۔ اسلام کا کوئی ٹکراؤ نہیں ہے ویسٹرن ورلڈ سے۔ چنانچہ سارے لوگ جو ہیں، اسی ویسٹرن ورلڈ میں اپنے بیٹے اور داماد کو بیٹھ کر وہاں سیٹل کیے ہوئے ہیں۔ بڑے فخر سے لوگ کہتے ہیں کہ میرا بیٹا یورپ میں سیٹل ہو گیا ہے، میرا میرا داماد جو ہے، امریکہ میں سیٹل ہو گیا ہے۔ ایک طرف تو فخر کے ساتھ یہ بھی کہتے ہیں، اور دوسری طرف یہ بھی کہتے ہیں کہ ویسٹرن ورلڈ جو ہے، اسلام</w:t>
      </w:r>
    </w:p>
    <w:p>
      <w:r>
        <w:rPr>
          <w:b/>
        </w:rPr>
        <w:t xml:space="preserve">[49:48] </w:t>
      </w:r>
      <w:r>
        <w:t>ka dushman hai. agar sach much Western world Islam ka dushman ho to aap ke bete aur damad ke liye haram hai wahan jana, haram hai wahan rehna. yaad rakhiye, dono baat ek sath nahi ho sakti hai. ya to aap is ko chodiye ke apne bete aur damad ko wahan settle karein, aap ya yeh chodiye boli ke Western world Islam ka dushman hai. dono ek sath nahi chal sakta hai.</w:t>
      </w:r>
    </w:p>
    <w:p>
      <w:pPr>
        <w:jc w:val="right"/>
      </w:pPr>
      <w:r>
        <w:t>کا دشمن ہے۔ اگر سچ مچ ویسٹرن ورلڈ اسلام کا دشمن ہو تو آپ کے بیٹے اور داماد کے لیے حرام ہے وہاں جانا، حرام ہے وہاں رہنا۔ یاد رکھیے، دونوں بات ایک ساتھ نہیں ہو سکتی ہے۔ یا تو آپ اس کو چھوڑیے کہ اپنے بیٹے اور داماد کو وہاں سیٹل کریں، آپ یا یہ چھوڑیے بولی کہ ویسٹرن ورلڈ اسلام کا دشمن ہے۔ دونوں ایک ساتھ نہیں چل سکتا ہے۔</w:t>
      </w:r>
    </w:p>
    <w:p>
      <w:r>
        <w:rPr>
          <w:b/>
        </w:rPr>
        <w:t xml:space="preserve">[50:20] </w:t>
      </w:r>
      <w:r>
        <w:t>to behal, mera meri jo study hai, mera jo tajurba hai, is ki roshni mein main yahi kahunga ke modern science Islam ka ilm e kalam hai, modern science religion ki theology hai. modern science hum ko woh supportive evidence deti hai, is ko le kar hum Islam ki dawat ko asar zyada taqat ke sath dunya mein phaila sakein. dekhiye, yahan main</w:t>
      </w:r>
    </w:p>
    <w:p>
      <w:pPr>
        <w:jc w:val="right"/>
      </w:pPr>
      <w:r>
        <w:t>تو بہرحال، میرا میری جو سٹڈی ہے، میرا جو تجربہ ہے، اس کی روشنی میں میں یہی کہوں گا کہ ماڈرن سائنس اسلام کا علم کلام ہے، ماڈرن سائنس لیجنڈ کی تھیولجی ہے۔ ماڈرن سائنس ہم کو وہ سپورٹیو ایویڈنس دیتی ہے، اس کو لے کر ہم اسلام کی دعوت کو اثر زیادہ طاقت کے ساتھ دنیا میں پھیلا سکیں۔ دیکھیں، یہاں میں</w:t>
      </w:r>
    </w:p>
    <w:p>
      <w:r>
        <w:rPr>
          <w:b/>
        </w:rPr>
        <w:t xml:space="preserve">[50:50] </w:t>
      </w:r>
      <w:r>
        <w:t>aap ko ek ayat ka reference doonga, Quran ki ek ayat, Quran ki Surah Al-Saff, yaani chapter number 61. Al-Saff ka chapter number hai 61. to 61 ki jo aakhri verse hai, bilkul aakhri, woh is tarah se hai ke</w:t>
      </w:r>
    </w:p>
    <w:p>
      <w:pPr>
        <w:jc w:val="right"/>
      </w:pPr>
      <w:r>
        <w:t>آپ کو ایک آیت کا ریفرنس دوں گا، قرآن کی ایک آیت، قرآن کی سورہ الصف، یعنی چیپٹر نمبر 61۔ الصف کا چیپٹر نمبر ہے 61۔ تو 61 کی جو آخری ورس ہے، بالکل آخری، وہ اس طرح سے ہے کہ</w:t>
      </w:r>
    </w:p>
    <w:p>
      <w:r>
        <w:rPr>
          <w:b/>
        </w:rPr>
        <w:t xml:space="preserve">[51:21] </w:t>
      </w:r>
      <w:r>
        <w:t>"Ya ayuhal ladheena amanu kono ansar Allah kama qala Yusuf ibn Maryam al Hawariyoon min ansari Allah qala al Hawariyoon ansar Allah". yeh bohat hi important ayat hai aur bohat hi relevant hai hamari aaj ki situation se.</w:t>
      </w:r>
    </w:p>
    <w:p>
      <w:pPr>
        <w:jc w:val="right"/>
      </w:pPr>
      <w:r>
        <w:t>"یا ایہا الذین آمنوا کونوا انصار اللہ کما قال یوسف ابن مریم الحوارین من انصاری اللہ قال الحوارین انصار اللہ"۔ یہ بہت ہی امپورٹنٹ آیت ہے اور بہت ہی ریلیونٹ ہے ہمارے آج کی سچویشن سے۔</w:t>
      </w:r>
    </w:p>
    <w:p>
      <w:r>
        <w:rPr>
          <w:b/>
        </w:rPr>
        <w:t xml:space="preserve">[51:53] </w:t>
      </w:r>
      <w:r>
        <w:t>bohat relevant hai hamari aaj ki situation se. yaani chapter number 61 ki last verse is mein kaha gaya hai ke "Ae Ae iman walo! Ae iman walo! tum ho jao Christ ke disciple ki tarah." zara ghor kijiye, kitni ajeeb ghareeb baat is ke andar hai. yaani Musalman</w:t>
      </w:r>
    </w:p>
    <w:p>
      <w:pPr>
        <w:jc w:val="right"/>
      </w:pPr>
      <w:r>
        <w:t>بہت ریلیونٹ ہے ہماری آج کی سچویشن سے۔ یعنی چیپٹر نمبر 61 کی لاسٹ ورس اس میں کہا گیا ہے کہ "اے اے ایمان والو! اے ایمان والو! تم ہو جاؤ کرائسٹ کے ڈسائپل کی طرح۔" ذرا غور کیجئے، کتنی عجیب غریب بات اس کے اندر ہے۔ یعنی مسلمان</w:t>
      </w:r>
    </w:p>
    <w:p>
      <w:r>
        <w:rPr>
          <w:b/>
        </w:rPr>
        <w:t xml:space="preserve">[52:23] </w:t>
      </w:r>
      <w:r>
        <w:t>on ko kaha gaya hai ke Christ ke followers tumhare role model hain. bohat sochne ki baat hai yeh. jisko shakk ho, woh Quran ke is chapter ko padh le. is ka literal translation yeh hai: "Ae iman lane walo! tum Allah ke helper bano." jis tarah Masih ne kaha, Christ ne apne disciple se ke tum log kya Allah ke helper bante ho?</w:t>
      </w:r>
    </w:p>
    <w:p>
      <w:pPr>
        <w:jc w:val="right"/>
      </w:pPr>
      <w:r>
        <w:t>وں کو کہا گیا ہے کہ کرائسٹ کے فالوورز تمہارے رول ماڈل ہیں۔ بہت سوچنے کی بات ہے یہ۔ جس کو شک ہو، وہ قرآن کے اس چیپٹر کو پڑھ لے۔ اس کا لٹرل ٹرانسلیشن یہ ہے: "اے ایمان لانے والو! تم اللہ کے ہیلپر بنو۔" جس طرح مسیح نے کہا، کرائسٹ نے اپنے ڈسائپل سے کہ تم لوگ کیا اللہ کے ہیلپر بنتے ہو؟</w:t>
      </w:r>
    </w:p>
    <w:p>
      <w:r>
        <w:rPr>
          <w:b/>
        </w:rPr>
        <w:t xml:space="preserve">[52:53] </w:t>
      </w:r>
      <w:r>
        <w:t>unhone kaha ke haan, hum Allah ke helper bante hain. to woh Allah ke helper bane, aur phir Allah ne unhein kamyabi di, aur woh apne dushmanon par ghalib aa gaye. bohat zyada sochne ki baat hai yeh ke Christ ke followers ko yahan aap ke liye role model ke tor par bataya gaya hai. is mein koi ghabrane ki baat nahi hai. dekhiye,</w:t>
      </w:r>
    </w:p>
    <w:p>
      <w:pPr>
        <w:jc w:val="right"/>
      </w:pPr>
      <w:r>
        <w:t>انہوں نے کہا کہ ہاں، ہم اللہ کے ہیلپر بنتے ہیں۔ تو وہ اللہ کے ہیلپر بنے، اور پھر اللہ نے انہیں کامیابی دی، اور وہ اپنے دشمنوں پر غالب آ گئے۔ بہت زیادہ سوچنے کی بات ہے یہ کہ کرائسٹ کے فالوورز کو یہاں آپ کے لیے رول ماڈل کے طور پر بتایا گیا ہے۔ اس میں کوئی گھبرانے کی بات نہیں ہے۔ دیکھیے،</w:t>
      </w:r>
    </w:p>
    <w:p>
      <w:r>
        <w:rPr>
          <w:b/>
        </w:rPr>
        <w:t xml:space="preserve">[53:24] </w:t>
      </w:r>
      <w:r>
        <w:t>islam ke do alag alag hisse hain, do part hain. ek hai islam ka belief system, yaani nizam-e-aqeeda, belief system, aur ek hai daawa organization, yaani methodology ke sense mein organization, daawa ka karna. to jahan tak belief system ki baat hai, jis</w:t>
      </w:r>
    </w:p>
    <w:p>
      <w:pPr>
        <w:jc w:val="right"/>
      </w:pPr>
      <w:r>
        <w:t>اسلام کے دو الگ الگ حصے ہیں، دو پارٹ ہیں۔ ایک ہے اسلام کا بیلیف سسٹم، یعنی نظام عقیدہ، بیلیف سسٹم، اور ایک ہے دعویٰ ارگنائزیشن، یعنی میتھڈالوجی کے سینس میں ارگنائزیشن، دعویٰ کا کرنا۔ تو جہاں تک بیلیف سسٹم کی بات ہے، جس</w:t>
      </w:r>
    </w:p>
    <w:p>
      <w:r>
        <w:rPr>
          <w:b/>
        </w:rPr>
        <w:t xml:space="preserve">[53:54] </w:t>
      </w:r>
      <w:r>
        <w:t>ko hum kehte hain nizam-e-aqaaid, to belief system aap ka rahega quran se drive, quran ko le kar banega. yaani belief system ka ek hi source hai, woh hai quran, kyunke quran authentic book hai, preserve book hai. to apna belief system hum quran se le kar banayenge. lekin jahan tak method ki baat hai, organization ki baat hai, to woh aap kahin se bhi le sakte hain.</w:t>
      </w:r>
    </w:p>
    <w:p>
      <w:pPr>
        <w:jc w:val="right"/>
      </w:pPr>
      <w:r>
        <w:t>کو ہم کہتے ہیں نظام عقائد، تو بیلیف سسٹم آپ کا رہے گا قرآن سے ڈرائیو، قرآن کو لے کر بنے گا۔ یعنی بیلیف سسٹم کا ایک ہی سورس ہے، وہ ہے قرآن، کیونکہ قرآن اتھنٹک بک ہے، پریزرو بک ہے۔ تو اپنا بیلیف سسٹم ہم قرآن سے لے کر بنائیں گے۔ لیکن جہاں تک میتھڈ کی بات ہے، ارگنائزیشن کی بات ہے، تو وہ آپ کہیں سے بھی لے سکتے ہیں۔</w:t>
      </w:r>
    </w:p>
    <w:p>
      <w:r>
        <w:rPr>
          <w:b/>
        </w:rPr>
        <w:t xml:space="preserve">[54:26] </w:t>
      </w:r>
      <w:r>
        <w:t>to quran ki is aayat se maloom hota hai ke dawah ko organize karne ke liye tumhare liye role model hain christians. agar aap ko shakk ho is mein to aap is aayat ko jaa ke padh lijiye. ab aap dekhiye, is ko le kar ke mazeed hadith ka ek majmooa, woh hai jis ko kehte hain sahih muslim. bohat hi authentic compilation hai yeh</w:t>
      </w:r>
    </w:p>
    <w:p>
      <w:pPr>
        <w:jc w:val="right"/>
      </w:pPr>
      <w:r>
        <w:t>تو قرآن کی اس آیت سے معلوم ہوتا ہے کہ دعوت کو ارگنائز کرنے کے لیے تمہارے لیے رول ماڈل ہیں کرسچنز۔ اگر آپ کو شک ہو اس میں تو آپ اس آیت کو جا کے پڑھ لیجئے۔ اب آپ دیکھیے، اس کو لے کر کے مزید حدیث کا ایک مجموعہ، وہ ہے جس کو کہتے ہیں صحیح مسلم۔ بہت ہی اتھنٹک کمپائلیشن ہے یہ</w:t>
      </w:r>
    </w:p>
    <w:p>
      <w:r>
        <w:rPr>
          <w:b/>
        </w:rPr>
        <w:t xml:space="preserve">[54:56] </w:t>
      </w:r>
      <w:r>
        <w:t>. sahih muslim, sahih muslim mein ek riwayat hai, is mein bataya gaya hai ke baad ke zamane mein sab se zyada number ho jayega christians ka, masih ko maanne walon ka. yeh hadith aaj bhi maujood hai, aur aaj yeh waqea ban chuki hai. seven century mein jab yeh rasool Allah aa</w:t>
      </w:r>
    </w:p>
    <w:p>
      <w:pPr>
        <w:jc w:val="right"/>
      </w:pPr>
      <w:r>
        <w:t>۔ صحیح مسلم، صحیح مسلم میں ایک روایت ہے، اس میں بتایا گیا ہے کہ بعد کے زمانے میں سب سے زیادہ نمبر ہو جائے گا کرسچنز کا، مسیح کو ماننے والوں کا۔ یہ حدیث آج بھی موجود ہے، اور آج یہ واقعہ بن چکی ہے۔ سیون سینچری میں جب یہ رسول اللہ آ</w:t>
      </w:r>
    </w:p>
    <w:p>
      <w:r>
        <w:rPr>
          <w:b/>
        </w:rPr>
        <w:t xml:space="preserve">[55:26] </w:t>
      </w:r>
      <w:r>
        <w:t>ye, tab christians minority mein thay. minority mein thay. koi soch bhi nahi sakta tha ke duniya ka sab se bada religion ban jayega christianity. seven century mein, seven century mein jab ke christians minority mein thay, tab yeh kaha gaya ke ek waqt aayega ke jab sab religion mein sab se zyada bada religion number ke aitbaar se ho jayega christian</w:t>
      </w:r>
    </w:p>
    <w:p>
      <w:pPr>
        <w:jc w:val="right"/>
      </w:pPr>
      <w:r>
        <w:t>ئے، تب کرسچنز مائنورٹی میں تھے۔ مائنورٹی میں تھے۔ کوئی سوچ بھی نہیں سکتا تھا کہ دنیا کا سب سے بڑا ریلیجن بن جائے گا کرسچینٹی۔ سیون سینچری میں، سیون سینچری میں جب کہ کرسچنز مائنورٹی میں تھے، تب یہ کہا گیا کہ ایک وقت آئے گا کہ جب سب ریلیجن میں سب سے زیادہ بڑا ریلیجن نمبر کے اعتبار سے ہو جائے گا کرسچین</w:t>
      </w:r>
    </w:p>
    <w:p>
      <w:r>
        <w:rPr>
          <w:b/>
        </w:rPr>
        <w:t xml:space="preserve">[55:56] </w:t>
      </w:r>
      <w:r>
        <w:t>ity. aur aaj aap jaante hain ke woh ho chuka hai. woh duniya mein aaj taqreeban one dozen major religion maane jaate hain. major religion to bohat saare religion hain, chhote chhote, lekin major religion maana jata hai one dozen religions, aur sab mein zyada number ke aitbaar se bada religion hai christianity. aaj yeh waqea ban chuka hai. to</w:t>
      </w:r>
    </w:p>
    <w:p>
      <w:pPr>
        <w:jc w:val="right"/>
      </w:pPr>
      <w:r>
        <w:t>ٹی۔ اور آج آپ جانتے ہیں کہ وہ ہو چکا ہے۔ وہ دنیا میں آج تقریباً ون ڈزن میجر ریلیجن مانے جاتے ہیں۔ میجر ریلیجن تو بہت سارے ریلیجن ہیں، چھوٹے چھوٹے، لیکن میجر ریلیجن مانا جاتا ہے ون ڈزن ریلیجنز، اور سب میں زیادہ نمبر کے اعتبار سے بڑا ریلیجن ہے کرسچینٹی۔ آج یہ واقعہ بن چکا ہے۔ تو</w:t>
      </w:r>
    </w:p>
    <w:p>
      <w:r>
        <w:rPr>
          <w:b/>
        </w:rPr>
        <w:t xml:space="preserve">[56:26] </w:t>
      </w:r>
      <w:r>
        <w:t>isi yaani muslim ki isi hadith mein yeh bataya gaya hai ke kyun aisa hoga ke christian ki ginti zyada ho jayegi. isi mein yeh baat hai ke kyun aisa hoga ke ke christians ka number ki ginti doosre mazhabon se zyada ho jayega. is hadith mein bataya gaya hai ke is ki wajah yeh hai ke un ke andar raafat aur rehmat hoti hai.</w:t>
      </w:r>
    </w:p>
    <w:p>
      <w:pPr>
        <w:jc w:val="right"/>
      </w:pPr>
      <w:r>
        <w:t>اسی یعنی مسلم کی اسی حدیث میں یہ بتایا گیا ہے کہ کیوں ایسا ہوگا کہ کرسچن کی گنتی زیادہ ہو جائے گی۔ اسی میں یہ بات ہے کہ کیوں ایسا ہوگا کہ کہ کرسچنز کا نمبر کی گنتی دوسرے مذہبوں سے زیادہ ہو جائے گی۔ اس حدیث میں بتایا گیا ہے کہ اس کی وجہ یہ ہے کہ ان کے اندر رافعت اور رحمت ہوتی ہے۔</w:t>
      </w:r>
    </w:p>
    <w:p>
      <w:r>
        <w:rPr>
          <w:b/>
        </w:rPr>
        <w:t xml:space="preserve">[56:56] </w:t>
      </w:r>
      <w:r>
        <w:t>raafat aur rehmat, yaani leniency aur compassion. aur theek yahi baat quran mein bhi hai. theek yahi baat, yaani christ ko maanne walon ke dil mein hum ne daal diya. kya raafat aur rehmat, yaani leniency aur compassion</w:t>
      </w:r>
    </w:p>
    <w:p>
      <w:pPr>
        <w:jc w:val="right"/>
      </w:pPr>
      <w:r>
        <w:t>رافعت اور رحمت، یعنی لینینسی اور کمپیشن۔ اور ٹھیک یہی بات قرآن میں بھی ہے۔ ٹھیک یہی بات، یعنی کرائسٹ کو ماننے والوں کے دل میں ہم نے ڈال دیا۔ کیا رافعت اور رحمت، یعنی لیرینسی اور کمپیشن</w:t>
      </w:r>
    </w:p>
    <w:p>
      <w:r>
        <w:rPr>
          <w:b/>
        </w:rPr>
        <w:t xml:space="preserve">[57:27] </w:t>
      </w:r>
      <w:r>
        <w:t>, yeh raaz bataya. yahi role model ka matlab hai. yeh matlab hai role model ka, yaani Allah taala ne apni maslehat, jo bhi Allah taala ki, Allah ko behtar pata hai, apni maslehat ke tehat christians, christ ke followers ke darmiyan yeh sifat khaas taur par rakh di. leniency, yaani narmi aur rehmat</w:t>
      </w:r>
    </w:p>
    <w:p>
      <w:pPr>
        <w:jc w:val="right"/>
      </w:pPr>
      <w:r>
        <w:t>، یہ راز بتایا۔ یہی رول ماڈل کا مطلب ہے۔ یہ مطلب ہے رول ماڈل کا، یعنی اللہ تعالی نے اپنی مصلحت، جو بھی اللہ تعالی کی، اللہ کو بہتر پتہ ہے، اپنی مصلحت کے تحت کرسچنز، کرائسٹ کے فالوورز کے درمیان یہ صفت خاص طور پر رکھ دی۔ لیلینسی، یعنی نرمی اور رحمت</w:t>
      </w:r>
    </w:p>
    <w:p>
      <w:r>
        <w:rPr>
          <w:b/>
        </w:rPr>
        <w:t xml:space="preserve">[57:58] </w:t>
      </w:r>
      <w:r>
        <w:t>, leniency aur compassion, yeh khaas taur par rakh di un ke andar. un ke dilon mein sakhti nahi rakhi. to kya hua? yeh ek waqea hai jo hamein maanna chahiye ke history mein pehli baar christians ne dawah work ko ek institution ki shakal de di. kabhi bhi musalman dawah work ko institution nahi bana sake, na aaj, na is se pehle</w:t>
      </w:r>
    </w:p>
    <w:p>
      <w:pPr>
        <w:jc w:val="right"/>
      </w:pPr>
      <w:r>
        <w:t>، لیرینسی اور کمپیشن، یہ خاص طور پر رکھ دی ان کے اندر۔ ان کے دلوں میں سختی نہیں رکھی۔ تو کیا ہوا؟ یہ ایک واقعہ ہے جو ہمیں ماننا چاہیے کہ ہسٹری میں پہلی بار کرسچنز نے دعویٰ ورک کو ایک انسٹیٹیوشن کی شکل دے دی۔ کبھی بھی مسلمان دعویٰ ورک کو انسٹیٹیوشن نہیں بنا سکے، نہ آج، نہ اس سے پہلے</w:t>
      </w:r>
    </w:p>
    <w:p>
      <w:r>
        <w:rPr>
          <w:b/>
        </w:rPr>
        <w:t xml:space="preserve">[58:28] </w:t>
      </w:r>
      <w:r>
        <w:t>, na koi aur mazhab wale. dawah work ko ek institution banana, yeh un ka bohat hi khaas karname hai christians ka. aur is ko unhone jitna jitna organize way mein karte hain, woh kisi bhi mazhab mein, na islam mein, musalmanon mein aisa paya jata hai. ek bohat hi well organized work hai un ka dawah work. ek institution ke</w:t>
      </w:r>
    </w:p>
    <w:p>
      <w:pPr>
        <w:jc w:val="right"/>
      </w:pPr>
      <w:r>
        <w:t>، نہ کوئی اور مذہب والے۔ دعویٰ ورک کو ایک انسٹیٹیوشن بنانا، یہ ان کا بہت ہی خاص کارنامہ ہے کرسچنز کا۔ اور اس کو انہوں نے جتنا جتنا ارگنائز وے میں کرتے ہیں، وہ کسی بھی مذہب میں، نہ اسلام میں، مسلمانوں میں ایسا پایا جاتا ہے۔ ایک بہت ہی ویل ارگنائزڈ ورک ہے ان کا دعویٰ ورک۔ ایک انسٹیٹیوشن کے</w:t>
      </w:r>
    </w:p>
    <w:p>
      <w:r>
        <w:rPr>
          <w:b/>
        </w:rPr>
        <w:t xml:space="preserve">[58:58] </w:t>
      </w:r>
      <w:r>
        <w:t>roop mein karte hain woh, aur is ke support ke liye unhone itna bada kaam kiya hai jo musalman soch bhi nahi sake. woh hai educational system india mein, aur duniya mein har jagah. india mein christians ne apna educational empire bana rakha hai. educational empire, aap pahadon mein jaayen, jangalon mein jaayen, har jagah un ke school hain. saare india mein un ke school phailay hue hain.</w:t>
      </w:r>
    </w:p>
    <w:p>
      <w:pPr>
        <w:jc w:val="right"/>
      </w:pPr>
      <w:r>
        <w:t>روپ میں کرتے ہیں وہ، اور اس کے سپورٹ کے لیے انہوں نے اتنا بڑا کام کیا ہے جو مسلمان سوچ بھی نہیں سکے۔ وہ ہے ایجوکیشنل سسٹم انڈیا میں، اور دنیا میں ہر جگہ۔ انڈیا میں کرسچنز نے اپنا ایجوکیشنل ایمپائر بنا رکھا ہے۔ ایجوکیشنل ایمپائر، آپ پہاڑوں میں جائیں، جنگلوں میں جائیں، ہر جگہ ان کے اسکول ہیں۔ سارے انڈیا میں ان کے اسکول پھیلے ہوئے ہیں۔</w:t>
      </w:r>
    </w:p>
    <w:p>
      <w:r>
        <w:rPr>
          <w:b/>
        </w:rPr>
        <w:t xml:space="preserve">[59:30] </w:t>
      </w:r>
      <w:r>
        <w:t>yeh ek waqea hai ke india mein christians ne ek educational empire bana rakha hai. is ka is ka faida kya unhein mila? ab dekhiye ke india mein aam taur par hindu aur musalman dono ke andar christians ke liye saaf corner hota hai. christians ke liye saaf corner hota hai, kyunke</w:t>
      </w:r>
    </w:p>
    <w:p>
      <w:pPr>
        <w:jc w:val="right"/>
      </w:pPr>
      <w:r>
        <w:t>یہ ایک واقعہ ہے کہ انڈیا میں کرسچنز نے ایک ایجوکیشنل ایمپائر بنا رکھا ہے۔ اس کا اس کا فائدہ کیا انہیں ملا؟ اب دیکھیے کہ انڈیا میں عام طور پر ہندو اور مسلمان دونوں کے اندر کرسچنز کے لیے صاف کارنر ہوتا ہے۔ کرسچنز کے لیے صاف کارنر ہوتا ہے، کیونکہ</w:t>
      </w:r>
    </w:p>
    <w:p>
      <w:r>
        <w:rPr>
          <w:b/>
        </w:rPr>
        <w:t xml:space="preserve">[1:00:00] </w:t>
      </w:r>
      <w:r>
        <w:t>manmohan singh ne jahan padha hai, christian school mein, wahin parvez musharraf ne padha hai. to christian ne jo educational empire banaya duniya mein, is is desh mein, poore subcontinent mein, to logon ke andar christians ke liye soft corner aa gaya, aur musalmanon ke liye hard corner hai. is ka ulta hai bilkul. kyun? musalmanon ne taleem ka gumbad ban</w:t>
      </w:r>
    </w:p>
    <w:p>
      <w:pPr>
        <w:jc w:val="right"/>
      </w:pPr>
      <w:r>
        <w:t>من موہن سنگھ نے جہاں پڑھا ہے، کرسچن اسکول میں، وہیں پرویز مشرف نے پڑھا ہے۔ تو کرسچن نے جو ایجوکیشنل ایمپائر بنایا دنیا میں، اس اس دیش میں، پورے سب کانٹیننٹ میں، تو لوگوں کے اندر کرسچنز کے لیے سافٹ کارنر آ گیا، اور مسلمانوں کے لیے ہارڈ کارنر ہے۔ اس کا الٹا ہے بالکل۔ کیوں؟ مسلمانوں نے تعلیم کا گنبد بن</w:t>
      </w:r>
    </w:p>
    <w:p>
      <w:r>
        <w:rPr>
          <w:b/>
        </w:rPr>
        <w:t xml:space="preserve">[1:00:30] </w:t>
      </w:r>
      <w:r>
        <w:t>aya, university, yaani muslim university kya hai? taleem ka gumbad, yaani christians ne ek bhi university nahi banayi hai. saare india mein woh chahein to bohat sari universityyan bana sakte hain, jitna un ke paas resources hain. ek bhi university nahi banayi. is raaz ko jaana unhone kaha schooling hai, yaani is ko main kehta hoon feeder institution, feed karne wale institu</w:t>
      </w:r>
    </w:p>
    <w:p>
      <w:pPr>
        <w:jc w:val="right"/>
      </w:pPr>
      <w:r>
        <w:t>ایا، یونیورسٹی، یعنی مسلم یونیورسٹی کیا ہے؟ تعلیم کا گنبد، یعنی کرسچنز نے ایک بھی یونیورسٹی نہیں بنائی ہے۔ سارے انڈیا میں وہ چاہیں تو بہت ساری یونیورسٹیاں بنا سکتے ہیں، جتنا ان کے پاس سورسز ہیں۔ ایک بھی یونیورسٹی نہیں بنائی۔ اس راز کو جانا انہوں نے کہا سکولنگ ہے، یعنی اس کو میں کہتا ہوں فیڈر انسٹیٹیوشنز، فیڈ کرنے والے انسٹیٹیو</w:t>
      </w:r>
    </w:p>
    <w:p>
      <w:r>
        <w:rPr>
          <w:b/>
        </w:rPr>
        <w:t xml:space="preserve">[1:01:00] </w:t>
      </w:r>
      <w:r>
        <w:t>tions. ab bataiye ke musalmanon ne university to bana di, aur feeder institution banaye nahi, to ladke kahan se aayenge? jab aap ne school ka jaal nahi bichhaya, school ke level par aap ne koi kaam nahi kiya, university khadi kar di, to mujhe bataiye ke kya by birth wahan logon ko aap dakhil karenge? kahan se layenge student? aap</w:t>
      </w:r>
    </w:p>
    <w:p>
      <w:pPr>
        <w:jc w:val="right"/>
      </w:pPr>
      <w:r>
        <w:t>شنز۔ اب بتائیے کہ مسلمانوں نے یونیورسٹی تو بنا دی، اور فیڈر انسٹیٹیوشن بنائے نہیں، تو لڑکے کہاں سے آئیں گے؟ جب آپ نے اسکول کا جال نہیں بچھایا، اسکول کے لیول پر آپ نے کوئی کام نہیں کیا، یونیورسٹی کھڑی کر دی، تو مجھے بتائیے کہ کیا بائی برتھ وہاں لوگوں کو آپ داخل کریں گے؟ کہاں سے لائیں گے سٹوڈنٹ؟ آپ</w:t>
      </w:r>
    </w:p>
    <w:p>
      <w:r>
        <w:rPr>
          <w:b/>
        </w:rPr>
        <w:t xml:space="preserve">[1:01:30] </w:t>
      </w:r>
      <w:r>
        <w:t>yeh source ka farq dekhiye. isi ko main keh raha hoon ke christians ne dawah work ko institution ki shakal de di, is ko ek organization ki shakal de di, aur musalman to sirf fakhr ka gumbad banate rahe. university, muslim university fakhr ka gumbad hai, pride ka gumbad hai. woh is ka naam mere dekhen, pride university. muslim university ka doosra naam hai pride university. to christian yeh jaan sake is baat ko ke university banane se koi faida nahi hoga.</w:t>
      </w:r>
    </w:p>
    <w:p>
      <w:pPr>
        <w:jc w:val="right"/>
      </w:pPr>
      <w:r>
        <w:t>یہ سورس کا فرق دیکھیے۔ اسی کو میں کہہ رہا ہوں کہ کرسچنز نے دعویٰ ورک کو انسٹیٹیوشن کی شکل دے دی، اس کو ایک ارگنائزیشن کی شکل دے دی، اور مسلمان تو صرف فخر کا گنبد بناتے رہے۔ یونیورسٹی، مسلم یونیورسٹی فخر کا گنبد ہے، پرائیڈ کا گنبد ہے۔ وہ اس کا نام میرے دیکھیں، پرائیڈ یونیورسٹی۔ مسلم یونیورسٹی کا دوسرا نام ہے پرائیڈ یونیورسٹی۔ تو کرسچن یہ جان سکے اس بات کو کہ یونیورسٹی بنانے سے کوئی فائدہ نہیں ہوگا۔</w:t>
      </w:r>
    </w:p>
    <w:p>
      <w:r>
        <w:rPr>
          <w:b/>
        </w:rPr>
        <w:t xml:space="preserve">[1:02:01] </w:t>
      </w:r>
      <w:r>
        <w:t>yeh schooling ka pakad lo, schooling ko pakad lo, school ka jaal bicha do. kitna bada farq hai! aap sochiye ke christian mind mein aur muslim mind mein. Allah taala ne kaha ke christian ko kya tumhare liye role model milega? role model christian ke bohat se jhagde hain, lekin woh jhagde jo hai mazhab ke naam par nahi karte. bas ireland mein jhagda hai, lekin</w:t>
      </w:r>
    </w:p>
    <w:p>
      <w:pPr>
        <w:jc w:val="right"/>
      </w:pPr>
      <w:r>
        <w:t>یہ سکولنگ کا پکڑ لو، اسکولنگ کو پکڑ لو، اسکول کا جال بچھا دو۔ کتنا بڑا فرق ہے! آپ سوچیے کہ کرسچن مائنڈ میں اور مسلم مائنڈ میں۔ اللہ تعالی نے کہا کہ کرسچن کو کیا تمہارے لیے رول ماڈل ملے گا؟ رول ماڈل کرسچن کے بہت سے جھگڑے ہیں، لیکن وہ جھگڑے جو ہے مذہب کے نام پر نہیں کرتے۔ بس ائرلینڈ میں جھگڑا ہے، لیکن</w:t>
      </w:r>
    </w:p>
    <w:p>
      <w:r>
        <w:rPr>
          <w:b/>
        </w:rPr>
        <w:t xml:space="preserve">[1:02:31] </w:t>
      </w:r>
      <w:r>
        <w:t>woh kehte hain ke christian jihad kahein is ko. woh christian jihad nahi kehte is ko, woh apna alag jhagda hai, woh aur mazhab ka maamla alag hai. musalmanon ka maamla har jhagda jahan hota hai, foran islami jihad ban jata hai. woh aur islami jihad jidhar christ par bade bade cartoon chhapte hain, un par film banti hai, aur koi jhagda nahi, kuch bhi nahi. woh simply avoid karte hain. woh</w:t>
      </w:r>
    </w:p>
    <w:p>
      <w:pPr>
        <w:jc w:val="right"/>
      </w:pPr>
      <w:r>
        <w:t>وہ کہتے ہیں کہ کرسچن جہاد کہیں اس کو۔ وہ کرسچن جہاد نہیں کہتے اس کو، وہ اپنا الگ جھگڑا ہے، وہ اور مذہب کا معاملہ الگ ہے۔ مسلمانوں کا معاملہ ہر جھگڑا جہاں ہوتا ہے، فوراً اسلامی جہاد بن جاتا ہے۔ وہ اور اسلامی جہاد جدھر کرائسٹ پر بڑے بڑے کارٹون چھپتے ہیں، ان پر فلم بنتی ہے، اور کوئی جھگڑا نہیں، کچھ بھی نہیں۔ وہ سمپلی اوائڈ کرتے ہیں۔ وہ</w:t>
      </w:r>
    </w:p>
    <w:p>
      <w:r>
        <w:rPr>
          <w:b/>
        </w:rPr>
        <w:t xml:space="preserve">[1:03:02] </w:t>
      </w:r>
      <w:r>
        <w:t>dekhen, dawah work baghair avoidance chal nahi sakta hai. agar aap ko dawah work karna hai to aap ko is sab cheezon ko avoid karna hai, warna dawah work impossible ho jayega. yaani anjeel ka mazak udaya jata hai, christ ka mazak udaya jata hai, church ka mazak udaya jata hai, lekin yeh christian community jo hai, woh kuch nahi, is ko ignore karti hai. isi liye woh dawah work ko munazzam kar sake. in</w:t>
      </w:r>
    </w:p>
    <w:p>
      <w:pPr>
        <w:jc w:val="right"/>
      </w:pPr>
      <w:r>
        <w:t>دیکھیں، دعویٰ ورک بغیر اوائڈنس چل نہیں سکتا ہے۔ اگر آپ کو دعویٰ ورک کرنا ہے تو آپ کو اس سب چیزوں کو اوائڈ کرنا ہے، ورنہ دعویٰ ورک امپاسیبل ہو جائے گا۔ یعنی انجیل کا مذاق اڑایا جاتا ہے، کرائسٹ کا مذاق اڑایا جاتا ہے، چرچ کا مذاق اڑایا جاتا ہے، لیکن یہ کرسچن کمیونٹی جو ہے، وہ کچھ نہیں، اس کو اگنور کرتی ہے۔ اسی لیے وہ دعویٰ ورک کو منظم کر سکے۔ ان</w:t>
      </w:r>
    </w:p>
    <w:p>
      <w:r>
        <w:rPr>
          <w:b/>
        </w:rPr>
        <w:t xml:space="preserve">[1:03:32] </w:t>
      </w:r>
      <w:r>
        <w:t>ka disadvantage kya hai? un ka mazhab bilkul hi, yaani yaani apni purity kho chuka hai. un ke mazhab mein insaan ki nature ke liye koi appeal nahi hai. main london gaya to ek ek christian senior aadmi mila, ek padha likha, to us se main ne baat ki to us ne kaha ke christianity ka sab se bada yeh dis-</w:t>
      </w:r>
    </w:p>
    <w:p>
      <w:pPr>
        <w:jc w:val="right"/>
      </w:pPr>
      <w:r>
        <w:t>کا ڈس ایڈوانٹیج کیا ہے؟ ان کا مذہب بالکل ہی، یعنی یعنی اپنی پیورٹی کھو چکا ہے۔ ان کے مذہب میں انسان کی نیچر کے لیے کوئی اپیل نہیں ہے۔ میں لندن گیا تو ایک ایک کرسچن سینیئر آدمی ملا، ایک پڑھا لکھا، تو اس سے میں نے بات کی تو اس نے کہا کہ کرسچینٹی کا سب سے بڑا یہ ڈس ای</w:t>
      </w:r>
    </w:p>
    <w:p>
      <w:r>
        <w:rPr>
          <w:b/>
        </w:rPr>
        <w:t xml:space="preserve">[1:04:02] </w:t>
      </w:r>
      <w:r>
        <w:t>advantage yeh hai ke un ka jo belief system hai, one thing ke bole, aap jaante hain, un ka belief system hai, trinity par qaim hai. trinity, trinity ka matlab yeh nahi ke teen khuda, balkeh three in one, one in three. us ne kaha ke agar teen kehte, tab bhi samajh mein aata ke phir teen khuda honge, lekin woh na ek kehte, na teen kehte, balkeh trinity bolte hain. koi teen bhi ho aur ek bhi hai, to unhone kaha kaun si</w:t>
      </w:r>
    </w:p>
    <w:p>
      <w:pPr>
        <w:jc w:val="right"/>
      </w:pPr>
      <w:r>
        <w:t>ڈوانٹیج یہ ہے کہ ان کا جو بیلیف سسٹم ہے، ون تھنگ کے بولے، آپ جانتے ہیں، ان کا بیلیف سسٹم ہے، ٹرینٹی پر قائم ہے۔ ٹرینٹی، ٹرینٹی کا مطلب یہ نہیں کہ تین خدا، بلکہ تھری ان ون، ون ان تھری۔ اس نے کہا کہ اگر تین کہتے، تب بھی سمجھ میں آتا کہ پھر تین خدا ہوں گے، لیکن وہ نہ ایک کہتے، نہ تین کہتے، بلکہ ٹرینٹی بولتے ہیں۔ کوئی تین بھی ہو اور ایک بھی ہے، تو انہوں نے کہا کون سی</w:t>
      </w:r>
    </w:p>
    <w:p>
      <w:r>
        <w:rPr>
          <w:b/>
        </w:rPr>
        <w:t xml:space="preserve">[1:04:32] </w:t>
      </w:r>
      <w:r>
        <w:t>mathematics se prove ho sakta hai? koi cheez ek bhi ho, teen bhi ho. meri beti farida khanoon yahan padhti thi delhi university mein english literature mein, to christian professor thay wahan par. ek to unhone ek baar poocha ke sir, yaani trinity ko explain kijiye ke what is trinity? yaani matlab teen mein ek aur ek mein teen, three in one, one in three. to unhone muskurate hue kaha, "</w:t>
      </w:r>
    </w:p>
    <w:p>
      <w:pPr>
        <w:jc w:val="right"/>
      </w:pPr>
      <w:r>
        <w:t>میتھمیٹکس سے پروف ہو سکتا ہے؟ کوئی چیز ایک بھی ہو، تین بھی ہو۔ میری بیٹی فریدہ خانم یہاں پڑھتی تھی دلی یونیورسٹی میں انگلش لٹریچر میں، تو کرسچن پروفیسر تھے وہاں پر۔ ایک تو انہوں نے ایک بار پوچھا کہ سر، یعنی ٹرینٹی کو ایکسپلین کیجیے کہ واٹ از ٹرینٹی؟ یعنی مطلب تین میں ایک اور ایک میں تین، تھری ان ون، ون ان تھری۔ تو انہوں نے مسکراتے ہوئے کہا، "</w:t>
      </w:r>
    </w:p>
    <w:p>
      <w:r>
        <w:rPr>
          <w:b/>
        </w:rPr>
        <w:t xml:space="preserve">[1:05:02] </w:t>
      </w:r>
      <w:r>
        <w:t>if you ask, i don't know. if you don't ask, i know." yahan par un ki weakness hai. yaqeen kijiye, agar un ke paas sacha mazhab hota to hum to no year hotay, hum kahin hotay. hum to zinda hain duniya mein is liye ke hamara islam jo hai, woh pure halat mein hai, apni originality ko baqi rakhe hue hai. originality ke maani kya hain? nature ke mutabiq hona,</w:t>
      </w:r>
    </w:p>
    <w:p>
      <w:pPr>
        <w:jc w:val="right"/>
      </w:pPr>
      <w:r>
        <w:t>اف یو اسک، ائی ڈونٹ نو۔ اف یو ڈونٹ اسک، ائی نو۔" یہاں پر ان کی ویکنس ہے۔ یقین کیجیے، اگر ان کے پاس سچا مذہب ہوتا تو ہم تو نو ایئر ہوتے، ہم کہیں نہ ہوتے۔ ہم تو زندہ ہیں دنیا میں اس لیے کہ ہمارا اسلام جو ہے، وہ پیور حالت میں ہے، اپنی اوریجنلٹی کو باقی رکھے ہوئے ہیں۔ اوریجنلٹی کے معنی کیا ہیں؟ نیچر کے مطابق ہونا،</w:t>
      </w:r>
    </w:p>
    <w:p>
      <w:r>
        <w:rPr>
          <w:b/>
        </w:rPr>
        <w:t xml:space="preserve">[1:05:32] </w:t>
      </w:r>
      <w:r>
        <w:t>nature ke mutabiq hona. un ka hamara mazhab, yaani hamara matlab hai ke Khuda ka mazhab, jo main hamara nahi kehta, islam natural mazhab hai aur christianity unnatural mazhab hai. ek lafz mein, christianity unnatural mazhab hai aur islam natural mazhab hai. yeh wajah hai ke woh itna kaamyaab na ho sake jitna unhein hona chahiye tha. to hamein un ka belief system to lena nahi hai. un ka belief system jo hai, woh apni jagah par hai. to chha</w:t>
      </w:r>
    </w:p>
    <w:p>
      <w:pPr>
        <w:jc w:val="right"/>
      </w:pPr>
      <w:r>
        <w:t>نیچر کے مطابق ہونا۔ ان کا ہمارا مذہب، یعنی ہمارا مطلب ہے کہ خدا کا مذہب، جو میں ہمارا نہیں کہتا، اسلام نیچرل مذہب ہے اور کرسچینٹی ان نیچرل مذہب ہے۔ ایک لفظ میں، کرسچینٹی ان نیچرل مذہب ہے اور اسلام نیچرل مذہب ہے۔ یہ وجہ ہے کہ وہ اتنا کامیاب نہ ہو سکے جتنا انہیں ہونا چاہیے تھا۔ تو ہمیں ان کا بیلیف سسٹم تو لینا نہیں ہے۔ ان کا بیلیف سسٹم جو ہے، وہ اپنی جگہ پر ہے۔ تو چھ</w:t>
      </w:r>
    </w:p>
    <w:p>
      <w:r>
        <w:rPr>
          <w:b/>
        </w:rPr>
        <w:t xml:space="preserve">[1:06:02] </w:t>
      </w:r>
      <w:r>
        <w:t>waRiye, belief system to aap Quran se lijie. method aap ko in se lena pare ga. organization in se leni pare gi. institution banaya jis tarah unhon ne, us ko lena pare ga aap ko. kyun? Quran khud kehta hai ke Christians tumhare liye role model hain da'wa work ke mamle mein. yahan par dekhiye, nusrat ki baat hai, Khuda ki nusrat karna, Khuda ki help karna. Quran mein jo main ne kaha ke 61 chapter 61 mein jo baat kahi gayi hai</w:t>
      </w:r>
    </w:p>
    <w:p>
      <w:pPr>
        <w:jc w:val="right"/>
      </w:pPr>
      <w:r>
        <w:t>وڑیے، بیلیف سسٹم تو آپ قرآن سے لیجیے۔ میتھڈ آپ کو ان سے لینا پڑے گا۔ ارگنائزیشن ان سے لینی پڑے گی۔ انسٹیٹیوشن بنایا جس طرح انہوں نے، اس کو لینا پڑے گا آپ کو۔ کیوں؟ قرآن خود کہتا ہے کہ کرسچنز تمہارے لیے رول ماڈل ہیں دعویٰ ورک کے معاملے میں۔ یہاں پر دیکھیے، نصرت کی بات ہے، خدا کی نصرت کرنا، خدا کی ہیلپ کرنا۔ قرآن میں جو میں نے کہا کہ 61 چیپٹر 61 میں جو بات کہی گئی ہے</w:t>
      </w:r>
    </w:p>
    <w:p>
      <w:r>
        <w:rPr>
          <w:b/>
        </w:rPr>
        <w:t xml:space="preserve">[1:06:33] </w:t>
      </w:r>
      <w:r>
        <w:t>ke nusrat ke ma'ne hote hain, Khuda ki nusrat ke ma'ne hote hain da'wa work, da'wati kaam. da'wa work ke liye humein bataya gaya ke Christian to wale model hain. kis tarah woh log kaam karte hain? main ne ek kitab parhi, woh us ka "History of Townshend". bohat si kitaben in logon ki hain. to Townshend ek aadmi tha, ek padre South America ka, to us ne</w:t>
      </w:r>
    </w:p>
    <w:p>
      <w:pPr>
        <w:jc w:val="right"/>
      </w:pPr>
      <w:r>
        <w:t>کہ نصرت کے معنی ہوتے ہیں، خدا کی نصرت کے معنی ہوتے ہیں دعویٰ ورک، دعوتی کام۔ دعویٰ ورک کے لیے ہمیں بتایا گیا کہ کرسچن تو والے ماڈل ہیں۔ کس طرح وہ لوگ کام کرتے ہیں؟ میں نے ایک کتاب پڑھی، وہ اس کا "ہسٹوری آف ٹاؤن سینٹ"۔ بہت سی کتابیں ان لوگوں کی ہیں۔ تو ٹاؤن سینٹ ایک آدمی تھا، ایک پادری ساؤتھ امریکہ کا، تو اس نے</w:t>
      </w:r>
    </w:p>
    <w:p>
      <w:r>
        <w:rPr>
          <w:b/>
        </w:rPr>
        <w:t xml:space="preserve">[1:07:03] </w:t>
      </w:r>
      <w:r>
        <w:t>ek plan banaya ke Paho ke jungle jo hain, bohat bare jungle hain wahan par, jahan jangli insan rehte hain, man-eater rehte hain, man-eater. us ne scheme banai ke wahan ja kar ke hum Christianity ko phailayen. bohat dilchasp kitab hai woh "History of Townshend". main ne us ka translation kiya tha aur chhapa tha. main ne us ko jo hamara weekly paper hua karta tha, "Al-Jameel", us mein us ka translation chhapa tha. main ne is kitab ka to</w:t>
      </w:r>
    </w:p>
    <w:p>
      <w:pPr>
        <w:jc w:val="right"/>
      </w:pPr>
      <w:r>
        <w:t>ایک پلان بنایا کہ پیروں کے جنگل جو ہیں، بہت بڑے جنگل ہیں وہاں پر، جہاں جنگلی انسان رہتے ہیں، مین ایٹر رہتے ہیں، مین ایٹر۔ اس نے اسکیم بنائی کہ وہاں جا کر کے ہم کرسچینٹی کو پھیلائیں۔ بہت دلچسپ کتاب ہے وہ "ہسٹوری آف ٹاؤن سینٹ"۔ میں نے اس کا ٹرانسلیشن کیا تھا اور چھاپا تھا۔ میں نے اس کو جو ہمارا ویکلی پیپر ہوا کرتا تھا، "الجمیل"، اس میں اس کا ٹرانسلیشن چھاپا تھا۔ میں نے اس کتاب کا تو</w:t>
      </w:r>
    </w:p>
    <w:p>
      <w:r>
        <w:rPr>
          <w:b/>
        </w:rPr>
        <w:t xml:space="preserve">[1:07:34] </w:t>
      </w:r>
      <w:r>
        <w:t>pehle kuch mard Christians wahan gaye. wahan par road nahi thi, wahan koi airport nahi tha, to air helicopters woh woh gaye, upar helicopter se, phir parachute se utre. woh in janglon mein parachute se utar gaye. woh halanke bohat risky tha yeh kaam. to parachute jab utre wahan par to jo insan jo man-eaters the, wahan par daur kar aaye un ke paas aur sab maar ke kha gaye un ko,</w:t>
      </w:r>
    </w:p>
    <w:p>
      <w:pPr>
        <w:jc w:val="right"/>
      </w:pPr>
      <w:r>
        <w:t>پہلے کچھ مرد کرسچنز وہاں گئے۔ وہاں پر روڈ نہیں تھی، وہاں کوئی ایئرپورٹ نہیں تھا، تو ایئر ہیلی کاپٹرز وہ وہ گئے، اوپر ہیلی کاپٹر سے، پھر پیراشوٹ سے اتر گئے۔ وہ ان جنگلوں میں پیراشوٹ سے اتر گئے۔ وہ حالانکہ بہت رسکی تھا یہ کام۔ تو پیراشوٹ جب اترے وہاں پر تو جو انسان جو مینیٹرز تھے، وہاں پر دوڑ کر آئے ان کے پاس اور سب مار کے کھا گئے ان کو،</w:t>
      </w:r>
    </w:p>
    <w:p>
      <w:r>
        <w:rPr>
          <w:b/>
        </w:rPr>
        <w:t xml:space="preserve">[1:08:06] </w:t>
      </w:r>
      <w:r>
        <w:t>kyun ke woh log insan ko apne liye danger samajhte hain, khatra samajhte hain. to un ko maar kar kha gaye. woh baad ko kya hua? un mardon ki jo khawateen theen, shayad isi waqe se bana hai yeh misl "There is woman at the beginning of all great things". to un ki biwiyon ne kaha ke hum yeh kar kya karenge? ab hum bhi jate hain janglon mein, aur unhon ne kaha ke humein bhi utar do wahan par. yeh sachha</w:t>
      </w:r>
    </w:p>
    <w:p>
      <w:pPr>
        <w:jc w:val="right"/>
      </w:pPr>
      <w:r>
        <w:t>کیونکہ وہ لوگ انسان کو اپنے لیے ڈینجر سمجھتے ہیں، خطرہ سمجھتے ہیں۔ تو ان کو مار کر کھا گئے۔ وہ بعد کو کیا ہوا؟ ان مردوں کی جو خواتین تھیں، شاید اسی واقعے سے بنا ہے یہ مثل "دیر از وومن ایٹ دا بگننگ اف ال گریٹ تھنگز"۔ تو ان کی بیویوں نے کہا کہ ہم یہ کر کیا کریں گے؟ اب ہم بھی جاتے ہیں جنگلوں میں، اور انہوں نے کہا کہ ہمیں بھی اتار دو وہاں پر۔ یہ سچا</w:t>
      </w:r>
    </w:p>
    <w:p>
      <w:r>
        <w:rPr>
          <w:b/>
        </w:rPr>
        <w:t xml:space="preserve">[1:08:36] </w:t>
      </w:r>
      <w:r>
        <w:t>sachi kahani hai, main koi aap ko fiction nahi suna raha hoon. to un ko uRaya gaya wahan par, aur helicopter se woh gaye, woh log, aur helicopter se dobara un ko parachute se wahan utar diya gaya un janglon mein, jahan un ke shohar mar chuke the, kyun ke un ke paas woh hua karta tha, wireless, wireless hota tha un ke paas. to wireless se unhon ne bataya ke hum ko log maar ke kha gaye.</w:t>
      </w:r>
    </w:p>
    <w:p>
      <w:pPr>
        <w:jc w:val="right"/>
      </w:pPr>
      <w:r>
        <w:t>سچی کہانی ہے، میں کوئی آپ کو فکشن نہیں سنا رہا ہوں۔ تو ان کو اڑایا گیا وہاں پر، اور ہیلی کاپٹر سے وہ گئے، وہ لوگ، اور ہیلی کاپٹر سے دوبارہ ان کو پیراشوٹ سے وہاں اتار دیا گیا ان جنگلوں میں، جہاں ان کے شوہر مر چکے تھے، کیونکہ ان کے پاس وہ ہوا کرتا تھا، وائرلیس، وائرلیس ہوتا تھا ان کے پاس۔ تو وائرلیس سے انہوں نے بتایا کہ ہم کو لوگ مار کے کھا گئے۔</w:t>
      </w:r>
    </w:p>
    <w:p>
      <w:r>
        <w:rPr>
          <w:b/>
        </w:rPr>
        <w:t xml:space="preserve">[1:09:06] </w:t>
      </w:r>
      <w:r>
        <w:t>woh log gaye the, well equipped the. woh unhon ne khabar di ke hum yahan utre, woh daur kar aaye, hum ko maar ke kha gaye. to un khawateen ne kaha ke hum yeh kar kya karenge? mera tajruba hai ke khawateen mein kuch khaas quality hoti hai jo mardon mein nahi hoti. agar auraton ko unhon ne kha gaye hote to mard kabhi nahi jaate. woh yaad rakhiye, yani agar pehla jo gaya</w:t>
      </w:r>
    </w:p>
    <w:p>
      <w:pPr>
        <w:jc w:val="right"/>
      </w:pPr>
      <w:r>
        <w:t>وہ لوگ گئے تھے، ویل ایکوپڈ تھے۔ وہ انہوں نے خبر دی کہ ہم یہاں اترے، وہ دوڑ کر آئے، ہم کو مار کے کھا گئے۔ تو ان خواتین نے کہا کہ ہم یہ کر کیا کریں گے؟ میرا تجربہ ہے کہ خواتین میں کچھ خاص کوالٹی ہوتی ہے جو مردوں میں نہیں ہوتی۔ اگر عورتوں کو انہوں نے کھا گئے ہوتے تو مرد کبھی نہیں جاتے۔ وہ یاد رکھیے، یعنی اگر پہلا جو گیا</w:t>
      </w:r>
    </w:p>
    <w:p>
      <w:r>
        <w:rPr>
          <w:b/>
        </w:rPr>
        <w:t xml:space="preserve">[1:09:37] </w:t>
      </w:r>
      <w:r>
        <w:t>pehle jo beech gaya tha, woh beech auraton ko hota, un ko kha gaye hote to un ka shohar kabhi nahi jaate wahan par. main auraton mein kuch aur quality pata hoon jo mardon mein nahi hai. sab se bari quality loyalty quality hoti hai. loyalty, selflessness. to khair, woh un khawateen ne kaha ke hum yeh kar kya karenge? hum bhi wahin jayenge, yeh jante hue ke wahan hamare husband jo the, un ko sab maar ke</w:t>
      </w:r>
    </w:p>
    <w:p>
      <w:pPr>
        <w:jc w:val="right"/>
      </w:pPr>
      <w:r>
        <w:t>، پہلا جو بیچ گیا تھا، وہ بیچ عورتوں کو ہوتا، ان کو کھا گئے ہوتے تو ان کا شوہر کبھی نہیں جاتے وہاں پر۔ میں عورتوں میں کچھ اور کوالٹی پاتا ہوں جو مردوں میں نہیں ہے۔ سب سے بڑی کوالٹی لائلٹی کوالٹی ہوتی ہے۔ لائلٹی، سیلف لیسنس۔ تو خیر، وہ ان خواتین نے کہا کہ ہم یہ کر کیا کریں گے؟ ہم بھی وہیں جائیں گے، یہ جانتے ہوئے کہ وہاں ہمارے ہسبینڈ جو تھے، ان کو سب مار کے</w:t>
      </w:r>
    </w:p>
    <w:p>
      <w:r>
        <w:rPr>
          <w:b/>
        </w:rPr>
        <w:t xml:space="preserve">[1:10:07] </w:t>
      </w:r>
      <w:r>
        <w:t>kha chuke hain. unhein pata nahi tha ke kya paish ayega. to khair, unhein helicopter se le kar ja kar paison se utar diya gaya. to aap jante hain kya hua? man-eaters ki ek psychology hoti hai. ab to man-eaters shayad na rahe hon, ya hon abhi bhi jo pehle hua karte the. man-eaters ki psychology hoti hai ke woh mard ko samajhte hain danger,</w:t>
      </w:r>
    </w:p>
    <w:p>
      <w:pPr>
        <w:jc w:val="right"/>
      </w:pPr>
      <w:r>
        <w:t>کھا چکے ہیں۔ انہیں پتہ نہیں تھا کہ کیا پیش آئے گا۔ تو خیر، انہیں ہیلی کاپٹر سے لے کر جا کر پیسوں سے اتار دیا گیا۔ تو آپ جانتے ہیں کیا ہوا؟ مین ایٹرز کی ایک سائیکالوجی ہوتی ہے۔ اب تو مین ایٹرز شاید نہ رہے ہوں، یا ہوں ابھی بھی جو پہلے ہوا کرتے تھے۔ مین ایٹرز کی سائیکالوجی ہوتی ہے کہ وہ مرد کو سمجھتے ہیں ڈینجر،</w:t>
      </w:r>
    </w:p>
    <w:p>
      <w:r>
        <w:rPr>
          <w:b/>
        </w:rPr>
        <w:t xml:space="preserve">[1:10:38] </w:t>
      </w:r>
      <w:r>
        <w:t>aurat ko danger nahi samajhte. woh mard ko khatra samajhte hain, is liye maar dalte hain un ko. aurat ko khatra nahi samajhte, is liye chhod dete hain us ko. yeh bohat khaas psychology un mein hoti hai. man-eaters mein to sahib, woh khawateen jo theen, woh ladies jo theen, un ko mauqa mil gaya kaam karne ka, kyun ke woh daur kar aaye, phir dikha ke auraten hain to chhod ke chale gaye. woh daur kar aaye, dekha ke auraten hain to chho</w:t>
      </w:r>
    </w:p>
    <w:p>
      <w:pPr>
        <w:jc w:val="right"/>
      </w:pPr>
      <w:r>
        <w:t>عورت کو ڈینجر نہیں سمجھتے۔ وہ مرد کو خطرہ سمجھتے ہیں، اس لیے مار ڈالتے ہیں ان کو۔ عورت کو خطرہ نہیں سمجھتے، اس لیے چھوڑ دیتے ہیں اس کو۔ یہ بہت خاص سائیکالوجی ان میں ہوتی ہے۔ مین ایٹرز میں تو صاحب، وہ خواتین جو تھیں، وہ لیڈیز جو تھیں، ان کو موقع مل گیا کام کرنے کا، کیونکہ وہ دوڑ کر آئے، پھر دکھا کہ عورتیں ہیں تو چھوڑ کے چلے گئے۔ وہ دوڑ کر آئے، دیکھا کہ عورتیں ہیں تو چھ</w:t>
      </w:r>
    </w:p>
    <w:p>
      <w:r>
        <w:rPr>
          <w:b/>
        </w:rPr>
        <w:t xml:space="preserve">[1:11:08] </w:t>
      </w:r>
      <w:r>
        <w:t>R kar chale gaye. yeh auraten biscuit aur wireless aur bohat si chezen, dawayen sab le ke gayi theen. to dheere dheere unhon ne repo qaim kiya in logon se, kuch biscuit khila diya un ko, koi bemar tha, dawa un ko de di. tarah tarah ki chezen apne sath le gayi theen, well equipped theen. woh khawateen dheere dheere dheere repo qaim kiya aur itna bara kaam kiya jo history mein kisi ne nahi kiya tha. un ki language jo thi, un ke liye bak bak jhak jhak thi.</w:t>
      </w:r>
    </w:p>
    <w:p>
      <w:pPr>
        <w:jc w:val="right"/>
      </w:pPr>
      <w:r>
        <w:t>وڑ کے چلے گئے۔ یہ عورتیں بسکٹ اور وائرلیس اور بہت سی چیزیں، دوائیں سب لے کے گئی تھیں۔ تو دھیرے دھیرے انہوں نے ریپو قائم کیا ان لوگوں سے، کچھ بسکٹ کھلا دیا ان کو، کوئی بیمار تھا، دوا ان کو دے دی۔ طرح طرح کی چیزیں اپنے ساتھ لے گئی تھیں، ویل ایکوپڈ تھیں۔ وہ خواتین دھیرے دھیرے دھیرے ریپو قائم کیا اور اتنا بڑا کام کیا جو ہسٹری میں کسی نے نہیں کیا تھا۔ ان کی لینگویج جو تھی، ان کے لیے بک بک جھک جھک تھی۔</w:t>
      </w:r>
    </w:p>
    <w:p>
      <w:r>
        <w:rPr>
          <w:b/>
        </w:rPr>
        <w:t xml:space="preserve">[1:11:39] </w:t>
      </w:r>
      <w:r>
        <w:t>un jangli insanon ke man man-eaters ki jo language thi, woh bak bak jhak jhak thi un ke liye. us ko unhon ne samjha. bohat din lag gaya un ko ke yeh kya bol rahe hain. un ki language ko samjha, us ki language ka alphabet banaya aur us mein Bible ko chhapa. unhon ne ghaur kijiye, phir baad ko mard bhi wahan gaye aur wahan ke janglon mein aaj wahan par shahar hain</w:t>
      </w:r>
    </w:p>
    <w:p>
      <w:pPr>
        <w:jc w:val="right"/>
      </w:pPr>
      <w:r>
        <w:t>ان جنگلی انسانوں کے مین مین ایٹرز کی جو لینگویج تھی، وہ بک بک جھک جھک تھی ان کے لیے۔ اس کو انہوں نے سمجھا۔ بہت دن لگ گیا ان کو کہ یہ کیا بول رہے ہیں۔ ان کی لینگویج کو سمجھا، اس کی لینگویج کا الفابیٹ بنایا اور اس میں بائبل کو چھاپا۔ انہوں نے غور کیجئے، پھر بعد کو مرد بھی وہاں گئے اور وہاں کے جنگلوں میں آج وہاں پر شہر ہیں</w:t>
      </w:r>
    </w:p>
    <w:p>
      <w:r>
        <w:rPr>
          <w:b/>
        </w:rPr>
        <w:t xml:space="preserve">[1:12:09] </w:t>
      </w:r>
      <w:r>
        <w:t>wahan road hain, wahan school hain, wahan hospital hain, wahan sari chezen hain. yeh hazaron waqe, ek waqe bata raha hoon aap ko. un ka jo main keh raha hoon ke bohat hi organized way mein karte hain kaam, woh da'wa work ka. hum to kuch bhi nahi karte. Islam jo aaj phail raha hai, bohat se log muft ka credit lena chahte hain. bohat se log yeh jhootha credit hai, apne aap phail raha hai. woh yaad rakhiye, jaise Yusuf Islam pasman ho gaye to kya aap</w:t>
      </w:r>
    </w:p>
    <w:p>
      <w:pPr>
        <w:jc w:val="right"/>
      </w:pPr>
      <w:r>
        <w:t>، وہاں روڈ ہیں، وہاں اسکول ہیں، وہاں ہاسپٹل ہیں، وہاں ساری چیزیں ہیں۔ یہ ہزاروں واقعہ، ایک واقعہ بتا رہا ہوں آپ کو۔ ان کا جو میں کہہ رہا ہوں کہ بہت ہی اگڈائز وے میں کرتے ہیں کام، وہ دعویٰ ورک کا۔ ہم تو کچھ بھی نہیں کرتے۔ اسلام جو آج پھیل رہا ہے، بہت سے لوگ مفت کا کریڈٹ لینا چاہتے ہیں۔ بہت سے لوگ یہ جھوٹا کریڈٹ ہے، اپنے آپ پھیل رہا ہے۔ وہ یاد رکھیے، جیسے یوسف اسلام پسمان ہو گئے تو کیا آپ</w:t>
      </w:r>
    </w:p>
    <w:p>
      <w:r>
        <w:rPr>
          <w:b/>
        </w:rPr>
        <w:t xml:space="preserve">[1:12:39] </w:t>
      </w:r>
      <w:r>
        <w:t>ki jamaaton ne un ko pasman banaya hai? har giz nahi. London ke Yusuf Islam sahib, jo pop singer the pehle, un ka bhai gaya Cairo, yeh the hospital mein bemar the. Cairo mein wahan par kahin ek Quran ka mil gaya, ek Quran ki ek copy khareed li aur la ke apne bhai ko di. bhai ne us Quran ko parha. Yusuf Islam kehte hain ke Quran parh kar main thara utha,</w:t>
      </w:r>
    </w:p>
    <w:p>
      <w:pPr>
        <w:jc w:val="right"/>
      </w:pPr>
      <w:r>
        <w:t>کی جماعتوں نے ان کو پسمان بنایا ہے؟ ہرگز نہیں۔ لندن کے یوسف اسلام صاحب، جو پاپ سنگر تھے پہلے، ان کا بھائی گیا کیرو، یہ تھے ہاسپٹل میں بیمار تھے۔ کیرو میں وہاں پر کہیں ایک قرآن کا مل گیا، ایک قرآن کی ایک کاپی خرید لی اور لا کے اپنے بھائی کو دیا۔ بھائی نے اس قرآن کو پڑھا۔ یوسف اسلام کہتے ہیں کہ قرآن پڑھ کر میں تھرا اٹھا،</w:t>
      </w:r>
    </w:p>
    <w:p>
      <w:r>
        <w:rPr>
          <w:b/>
        </w:rPr>
        <w:t xml:space="preserve">[1:13:10] </w:t>
      </w:r>
      <w:r>
        <w:t>kyun ke Islam, kyun ke us mein ek khaas baat main ne pai ke Khuda mujh se khud kalam kar raha hai, Khuda mujh se khud address kar raha hai: "Ya ayyuhal insaan, o man, I am your creator, listen me". yani ae insan, main tera Khuda hoon, sun meri baat. yeh andaaz-e-kalam jo hai, yeh sirf Quran mein hai. to Yusuf Islam us ko sun kar thara gaye aur yahan tak ke woh Islam mein aa gaye. ab jo musalman ho</w:t>
      </w:r>
    </w:p>
    <w:p>
      <w:pPr>
        <w:jc w:val="right"/>
      </w:pPr>
      <w:r>
        <w:t>کیونکہ اسلام، کیونکہ اس میں ایک خاص بات میں نے پائی کہ خدا مجھ سے خود کلام کر رہا ہے، خدا مجھ سے خود ایڈریس کر رہا ہے: "یا ایہا الانسان، او مین، ائی ایم یور کریٹر، لسن می"۔ یعنی اے انسان، میں تیرا خدا ہوں، سن میری بات۔ یہ انداز کلام جو ہے، یہ صرف قرآن میں ہے۔ تو یوسف اسلام اس کو سن کر تھرا گئے اور یہاں تک کہ وہ اسلام میں آ گئے۔ اب جو مسلمان ہو</w:t>
      </w:r>
    </w:p>
    <w:p>
      <w:r>
        <w:rPr>
          <w:b/>
        </w:rPr>
        <w:t xml:space="preserve">[1:13:40] </w:t>
      </w:r>
      <w:r>
        <w:t>rahe hain, woh ab Islam ki apni taqat se ho rahe hain. kisi bhi organization, kisi bhi jamaat ki tableegh se nahi ho rahe. yaad rakhiye, muft ka credit kuch log lena chahte hain, lekin woh galat hai bilkul. to bahar haal, main yeh keh raha tha ke Christian ko hamare liye role model banaya gaya hai. kis sense mein? da'wa work ke liye, jis tarah unhon ne organized way mein kaam kiya aur da'wa work ek institution banaya, usi</w:t>
      </w:r>
    </w:p>
    <w:p>
      <w:pPr>
        <w:jc w:val="right"/>
      </w:pPr>
      <w:r>
        <w:t>رہے ہیں، وہ اب اسلام کی اپنی طاقت سے ہو رہے ہیں۔ کسی بھی ارگنائزیشن، کسی بھی جماعت کی تبلیغ سے نہیں ہو رہے۔ یاد رکھیے، مفت کا کریڈٹ کچھ لوگ لینا چاہتے ہیں، لیکن وہ غلط ہے بالکل۔ تو بہرحال، میں یہ کہہ رہا تھا کہ کرسچن کو ہمارے لیے رول ماڈل بنایا گیا ہے۔ کس سینس میں؟ دعویٰ ورک کے لیے، جس طرح انہوں نے اگائز وے میں کام کیا اور دعویٰ ورک ایک انسٹیٹیوشن بنایا، اسی</w:t>
      </w:r>
    </w:p>
    <w:p>
      <w:r>
        <w:rPr>
          <w:b/>
        </w:rPr>
        <w:t xml:space="preserve">[1:14:10] </w:t>
      </w:r>
      <w:r>
        <w:t>tarah humein banana hai. yeh baat Quran se sabit hai. jis ko shakk ho, woh Surah Al-Asr chapter number 61 ki aakhri ayat ko parhe. to hamare liye, agar Allah taala ke hum chahte hain ke Khuda humein jannat mein dakhil kare, to humein yeh kaam karna pare ga: har ba'is ko khatam kar ke, har shikayat ko khatam kar ke, apne sine se saare negative thought ko nikal kar ke, Christians ke bare mein jo hum samajhte hain ke woh dushman hain, hamare hain, woh sab nikal kar ke, dho kar ke, un ko</w:t>
      </w:r>
    </w:p>
    <w:p>
      <w:pPr>
        <w:jc w:val="right"/>
      </w:pPr>
      <w:r>
        <w:t>طرح ہمیں بنانا ہے۔ یہ بات قرآن سے ثابت ہے۔ جس کو شک ہو، وہ سورہ الصف چیپٹر نمبر 61 کی آخری آیت کو پڑھے۔ تو ہمارے لیے، اگر اللہ تعالیٰ کے ہم چاہتے ہیں کہ خدا ہمیں جنت میں داخل کرے، تو ہمیں یہ کام کرنا پڑے گا: ہر باعث کو ختم کر کے، ہر شکایت کو ختم کر کے، اپنے سینے سے سارے نیگیٹیو تھاٹ کو نکال کر کے، کرسچنز کے بارے میں جو ہم سمجھتے ہیں کہ وہ دشمن ہیں، ہمارے ہیں، وہ سب نکال کر کے، دھو کر کے، ان کو</w:t>
      </w:r>
    </w:p>
    <w:p>
      <w:r>
        <w:rPr>
          <w:b/>
        </w:rPr>
        <w:t xml:space="preserve">[1:14:40] </w:t>
      </w:r>
      <w:r>
        <w:t>humein pata role model lena pare ga. belief system hamara apna hoga, lekin method ke aitbar se aur organization ke aitbar se Christian ke tareeqe ko apnana pare ga. tab dunya mein da'wa work phailay ga. aqool qawli haza, wa astaghfirullaha li walakum ajmaeen</w:t>
      </w:r>
    </w:p>
    <w:p>
      <w:pPr>
        <w:jc w:val="right"/>
      </w:pPr>
      <w:r>
        <w:t>ہمیں پتہ رول ماڈل لینا پڑے گا۔ بیلیف سسٹم ہمارا اپنا ہوگا، لیکن میتھڈ کے اعتبار سے اور ارگنائزیشن کے اعتبار سے کرسچن کے طریقے کو اپنانا پڑے گا۔ تب دنیا میں دعویٰ ورک پھیلے گا۔ اقول قولھذا، واستغفراللہ لی ولکم اجمعین</w:t>
      </w:r>
    </w:p>
    <w:p>
      <w:r>
        <w:rPr>
          <w:b/>
        </w:rPr>
        <w:t xml:space="preserve">[1:15:17] </w:t>
      </w:r>
      <w:r>
        <w:t>. The first question comes from Abro Aman Shias Maulana. Could you please throw some light on scientific Ilm Kalam? Haan, dekhiye. Ilm Kalam jo Greek philosophy par base karta hai, us ko aap janna chahen to woh Maulana Shibli Nomani ki kitab hai "Al-Kalam"</w:t>
      </w:r>
    </w:p>
    <w:p>
      <w:pPr>
        <w:jc w:val="right"/>
      </w:pPr>
      <w:r>
        <w:t>۔ دا فرسٹ کویسچن کمز فرام ابرو امان شیاس مولانا۔ کڈ یو پلیز تھرو سم لائٹ ان سائنٹیفک علم کلام؟ ہاں، دیکھیے۔ علم کلام جو گریک فلاسفی پر بیس کرتا ہے، اس کو آپ جاننا چاہیں تو وہ مولانا شبلی رحمانی کی کتاب ہے "الکلام"</w:t>
      </w:r>
    </w:p>
    <w:p>
      <w:r>
        <w:rPr>
          <w:b/>
        </w:rPr>
        <w:t xml:space="preserve">[1:15:48] </w:t>
      </w:r>
      <w:r>
        <w:t>. Do volume mein hai, moti moti. Ilm ka Kalam us mein aap discuss pa sakte hain ke Greek philosophy par jo theology base karti thi, woh kya thi. us ka naam hai "Al-Kalam" do jild mein. to ab jo modern theology jis ko main kehta hoon, jo science par base kare gi,</w:t>
      </w:r>
    </w:p>
    <w:p>
      <w:pPr>
        <w:jc w:val="right"/>
      </w:pPr>
      <w:r>
        <w:t>۔ دو والیوم میں ہے، موٹی موٹی۔ علم کا کلام اس میں آپ ڈسک پا سکتے ہیں کہ گریک فلاسفی پر جو تھیلجی بیس کرتی تھی، وہ کیا تھی۔ اس کا نام ہے "الکلام" دو جلد میں۔ تو اب جو ماڈرن تھیلوجی جس کو میں کہتا ہوں، جو سائنس پر بیس کرے گی،</w:t>
      </w:r>
    </w:p>
    <w:p>
      <w:r>
        <w:rPr>
          <w:b/>
        </w:rPr>
        <w:t xml:space="preserve">[1:16:18] </w:t>
      </w:r>
      <w:r>
        <w:t>us mein dono mein farq hai ke pehli cheez, pehli base karti thi syllogism par. syllogism matlab hai qiyasi istidlal, qiyasi qiyasi daleel, jis ko soghra kubra kaha karte the pehle zamane mein. to ek hai qiyasi istidlal aur ek hai observed fact par istidlal. jaise misal ke taur par hum ne is se pehle bataya tha aap ko ke</w:t>
      </w:r>
    </w:p>
    <w:p>
      <w:pPr>
        <w:jc w:val="right"/>
      </w:pPr>
      <w:r>
        <w:t>اس میں دونوں میں فرق ہے کہ پہلی چیز، پہلی بیس کرتی تھی سیلوجزم پر۔ سیلوجزم مطلب ہے قیاسی استدلال، قیاسی قیاسی دلیل، جس کو صغری کبری کہا کرتے تھے پہلے زمانے میں۔ تو ایک ہے قیاسی استدلال اور ایک ہے ابزروڈ فیکٹ پر استدلال۔ جیسے مثال کے طور پر ہم نے اس سے پہلے بتایا تھا آپ کو کہ</w:t>
      </w:r>
    </w:p>
    <w:p>
      <w:r>
        <w:rPr>
          <w:b/>
        </w:rPr>
        <w:t xml:space="preserve">[1:16:48] </w:t>
      </w:r>
      <w:r>
        <w:t>pehla zamane mein yeh kaha jata tha ke Khuda jo hai, woh cause of causes hai. to us ko qiyasi andaaz mein sabit karte the. ab jo yeh jo nai theory aayi hai, Big Bang theory, us ko kehte hain, to us ne is baat ka demonstration de diya hai. is baat ko, jis baat ko pehle aap qiyas ke taur</w:t>
      </w:r>
    </w:p>
    <w:p>
      <w:pPr>
        <w:jc w:val="right"/>
      </w:pPr>
      <w:r>
        <w:t>پہلے زمانے میں یہ کہا جاتا تھا کہ خدا جو ہے، وہ کاز قاز ہے۔ تو اس کو قیاسی انداز میں ثابت کرتے تھے۔ اب جو یہ جو نئی تھیوری آئی ہے، بگ بینگ تھیوری، اس کو کہتے ہیں، تو اس نے اس بات کا ڈیمونسٹریشن دے دیا ہے۔ اس بات کو، جس بات کو پہلے آپ قیاس کے طور</w:t>
      </w:r>
    </w:p>
    <w:p>
      <w:r>
        <w:rPr>
          <w:b/>
        </w:rPr>
        <w:t xml:space="preserve">[1:17:18] </w:t>
      </w:r>
      <w:r>
        <w:t>par kehte the ke ek cause hona chahiye, cause ka aap qiyas ke taur par kehte the. ab yeh hai ke universe jo wajood mein aayi, to ek explosion hua 13 billion years pehle ek cosmic ball mein. us ko main ne detail se likha hai apni book mein. to khulasa yeh hai ke Greek philosophy base karti thi qiyas par aur modern scientific Ilm Kalam base kare</w:t>
      </w:r>
    </w:p>
    <w:p>
      <w:pPr>
        <w:jc w:val="right"/>
      </w:pPr>
      <w:r>
        <w:t>پر کہتے تھے کہ ایک کاز ہونا چاہیے، کاز کا آپ قیاس کے طور پر کہتے تھے۔ اب یہ ہے کہ یونیورس جو وجود میں آئی، تو ایک ایکسپلوژن ہوا 13 بلین ایئرز پہلے ایک کاسمک بال میں۔ اس کو میں نے ڈیٹیل سے لکھا ہے اپنی بک میں۔ تو خلاصہ یہ ہے کہ گریک فلاسفی بیس کرتی تھی قیاسات پر اور ماڈرن سائنٹیفک الکلام بیس کرے</w:t>
      </w:r>
    </w:p>
    <w:p>
      <w:r>
        <w:rPr>
          <w:b/>
        </w:rPr>
        <w:t xml:space="preserve">[1:17:48] </w:t>
      </w:r>
      <w:r>
        <w:t>ga observation par, experiment par, us par base kare ga. to science ne observation ke zariye jo baaten maloom ki hain, woh woh sab ki sab mere nazdeek sabit karti hain ke jo jo sachaiyan is se pehle prophet aelan karte rahe hain, woh sahi theen. yani scientifically scientific reasoning us ke se support milti hai un ko. yeh hai farq dono mein.</w:t>
      </w:r>
    </w:p>
    <w:p>
      <w:pPr>
        <w:jc w:val="right"/>
      </w:pPr>
      <w:r>
        <w:t>گا ابزرویشن پر، ایکسپیریمنٹ پر، اس پر بیس کرے گا۔ تو سائنس نے ابزرویشن کے ذریعے جو باتیں معلوم کی ہیں، وہ وہ سب کی سب میرے نزدیک ثابت کرتی ہیں کہ جو جو سچائیاں اس سے پہلے پرافٹ اعلان کرتے رہے ہیں، وہ صحیح تھے۔ یعنی سائنٹیفکلی سائنٹیفک ریزننگ اس کے سے سپورٹ ملتی ہے ان کو۔ یہ ہے فرق دونوں میں۔</w:t>
      </w:r>
    </w:p>
    <w:p>
      <w:r>
        <w:rPr>
          <w:b/>
        </w:rPr>
        <w:t xml:space="preserve">[1:18:20] </w:t>
      </w:r>
      <w:r>
        <w:t>Next question is from Naghma. She says: "Can you give some practical tips to the principal of avoidance and patience in day to day life as well as da'wa work?" Practical example to wohi tha jo main ne shuru mein bataya ke prophet ke upar ek josh lady kooda dalti thi</w:t>
      </w:r>
    </w:p>
    <w:p>
      <w:pPr>
        <w:jc w:val="right"/>
      </w:pPr>
      <w:r>
        <w:t>نیکسٹ کویسچن از فرام نغمہ۔ شی سیز: "کین یو گیو سم پریکٹیکل ٹپس ٹو دی پرنسپل اف اوائڈنس اینڈ پیشنس ان ڈے ٹو ڈے لائف ایز ویل ایز دعویٰ ورک؟" پریکٹیکل ایگزیمپل تو وہی تھا جو میں نے شروع میں بتایا کہ پرافٹ کے اوپر ایک جوش لیڈی کوڑا ڈالتی تھی</w:t>
      </w:r>
    </w:p>
    <w:p>
      <w:r>
        <w:rPr>
          <w:b/>
        </w:rPr>
        <w:t xml:space="preserve">[1:18:51] </w:t>
      </w:r>
      <w:r>
        <w:t>aur kahan madina mein, jahan ke islamic state ban chuka tha. ab muslim states mein qanoon banaya gaya hai. kya hai? toheen risalat ke naam par ke unhein maar dalo. yeh pakistan mein qanoon hai ke jo bhi rasool Allah ki gustakhi kare, us ko maar dalo. to sawal yeh hai ke wahan par kyun nahi maar dala gaya? kyun nahi maar dala gaya? aaj to is se chote waqeye par log maarne</w:t>
      </w:r>
    </w:p>
    <w:p>
      <w:pPr>
        <w:jc w:val="right"/>
      </w:pPr>
      <w:r>
        <w:t>اور کہاں مدینہ میں، جہاں کہ اسلامک اسٹیٹ بن چکا تھا۔ اب مسلم اسٹیٹس میں قانون بنایا گیا ہے۔ کیا ہے؟ توہین رسالت کے نام پر کہ انہیں مار ڈالو۔ یہ پاکستان میں قانون ہے کہ جو بھی رسول اللہ کی گستاخی کرے، اس کو مار ڈالو۔ تو سوال یہ ہے کہ وہاں پر کیوں نہیں مار ڈالا گیا؟ کیوں نہیں مار ڈالا گیا؟ آج تو اس سے چھوٹے واقعے پر لوگ مارنے</w:t>
      </w:r>
    </w:p>
    <w:p>
      <w:r>
        <w:rPr>
          <w:b/>
        </w:rPr>
        <w:t xml:space="preserve">[1:19:21] </w:t>
      </w:r>
      <w:r>
        <w:t>ke tal jaate hain. is ko wahan itna bara waqea hai ke daily woh aap ke sar par kora daal rahi hai aur na rasool Allah ghussa hote aur na aap ke campaign ghussa hote hain. poora poora jo madine ke itne sare log the, us waqt sab islam accept kar chuke the aur koi bhi person nahi nikla, koi juloos nahi nikla, kuch bhi nahi. simply avoid kiya gaya hai. isi se aap isi misaal ko aap generalize kar lijiye ke zindagi mein</w:t>
      </w:r>
    </w:p>
    <w:p>
      <w:pPr>
        <w:jc w:val="right"/>
      </w:pPr>
      <w:r>
        <w:t>کے تل جاتے ہیں۔ اس کو وہاں اتنا بڑا واقعہ ہے کہ ڈیلی وہ آپ کے سر پر کوڑا ڈال رہی ہے اور نہ رسول اللہ غصہ ہوتے اور نہ آپ کے کمپین غصہ ہوتے ہیں۔ پورا پورا جو مدینے کے اتنے سارے لوگ تھے، اس وقت سب اسلام ایکسیپٹ کر چکے تھے اور کوئی بھی پرسن نہیں نکلا، کوئی جلوس نہیں نکلا، کچھ بھی نہیں۔ سمپلی اوائڈ کیا گیا ہے۔ اسی سے آپ اسی مثال کو آپ جینلائز کر لیجئے کہ زندگی میں</w:t>
      </w:r>
    </w:p>
    <w:p>
      <w:r>
        <w:rPr>
          <w:b/>
        </w:rPr>
        <w:t xml:space="preserve">[1:19:51] </w:t>
      </w:r>
      <w:r>
        <w:t>dekhein baat kya hai. insan ko Khuda ne freedom di hai test ke liye. aap freedom ko abolish nahi kar sakte. jab freedom hai to aadmi us ko istemal karega. ab dekhiye, isi freedom ko istemal kar ke kuch logon ne rasool Allah ke daant ko tod dala pathar mar kar ke. isi freedom ko istemal kar ke logon ne yani second khalifa ko qatal kar diya, Hazrat Usman ko qatal kar diya, Hazrat Ali ko qatal kar diya, Hussain ko qatal kar diya. yeh tha freedom ka mis</w:t>
      </w:r>
    </w:p>
    <w:p>
      <w:pPr>
        <w:jc w:val="right"/>
      </w:pPr>
      <w:r>
        <w:t>دیکھیں بات کیا ہے۔ انسان کو خدا نے فریڈم دی ہے ٹیسٹ کے لیے۔ آپ فریڈم کو ابولش نہیں کر سکتے۔ جب فریڈم ہے تو آدمی اس کو استعمال کرے گا۔ اب دیکھیے، اسی فریڈم کو استعمال کر کے کچھ لوگوں نے رسول اللہ کے دانت کو توڑ ڈالا پتھر مار کر کے۔ اسی فریڈم کو استعمال کر کے لوگوں نے یعنی سیکنڈ خلیف کو کو قتل کر دیا، حضرت عثمان کو قتل کر دیا، حضرت علی کو قتل کر دیا، حسین کو قتل کر دیا۔ یہ تھا فریڈم کا مس</w:t>
      </w:r>
    </w:p>
    <w:p>
      <w:r>
        <w:rPr>
          <w:b/>
        </w:rPr>
        <w:t xml:space="preserve">[1:20:21] </w:t>
      </w:r>
      <w:r>
        <w:t>use. aur first khalifa jo the, Hazrat Abu Bakr, woh sirf dhai saal rahe khalifa, sawa do saal ya dhai saal. agar lambe muddat tak rehte, maslan das saal rehte to kya un ka bhi woh anjam hota? koi apni freedom ko misuse karte, un ka bhi un par bhi aise karta. to aap ko yeh jaanna chahiye ke tolerance kya hai? Khuda ke schema of things ko par raazi hona hai,</w:t>
      </w:r>
    </w:p>
    <w:p>
      <w:pPr>
        <w:jc w:val="right"/>
      </w:pPr>
      <w:r>
        <w:t>یوز۔ اور فرسٹ خلیفہ جو تھے، حضرت ابوبکر، وہ صرف ڈھائی سال رہے خلیفہ، سوا دو سال یا ڈھائی سال۔ اگر لمبے مدت تک رہتے، مثلاً دس سال رہتے تو کیا ان کا بھی وہ انجام ہوتا؟ کوئی اپنی فریڈم کو مس یوز کرتے، ان کا بھی ان پر بھی ایسے کرتا۔ تو آپ کو یہ جاننا چاہیے کہ ٹولرنس کیا ہے؟ خدا کے اسکیما اف تھنگز کو پر راضی ہونا ہے،</w:t>
      </w:r>
    </w:p>
    <w:p>
      <w:r>
        <w:rPr>
          <w:b/>
        </w:rPr>
        <w:t xml:space="preserve">[1:20:52] </w:t>
      </w:r>
      <w:r>
        <w:t>is par raazi hona hai. jab Khuda ne logon ko azadi di hai to apni azadi ko istemal karenge. woh to Khuda ki di hui azadi ko chahe woh proper use karein, misuse karein, yeh un ka right hai. aap ko bhadakna nahi hai is ke upar, simply avoid karna hai. yeh daily hoga, subah shaam hoga aur hamesha hota rahega. to chahe koi chota waqea ho, bara waqea ho, chahe toheen risalat ho ya toheen insan ho,</w:t>
      </w:r>
    </w:p>
    <w:p>
      <w:pPr>
        <w:jc w:val="right"/>
      </w:pPr>
      <w:r>
        <w:t>اس پر راضی ہونا ہے۔ جب خدا نے لوگوں کو آزادی دی ہے تو اپنی آزادی کو استعمال کریں گے۔ وہ تو خدا کی دی ہوئی آزادی کو چاہے وہ پراپر یوز کریں، مس یوز کریں، یہ ان کا رائٹ ہے۔ آپ کو بھڑکنا نہیں ہے اس کے اوپر، سمپلی اوائڈ کرنا ہے۔ یہ ڈیلی ہوگا، صبح شام ہوگا اور ہمیشہ ہوتا رہے گا۔ تو چاہے کوئی چھوٹا واقعہ ہو، بڑا واقعہ ہو، چاہے توہین رسالت ہو یا توہین انسان ہو،</w:t>
      </w:r>
    </w:p>
    <w:p>
      <w:r>
        <w:rPr>
          <w:b/>
        </w:rPr>
        <w:t xml:space="preserve">[1:21:22] </w:t>
      </w:r>
      <w:r>
        <w:t>is se koi farq nahi parta. aap ko avoid avoid kis liye karna hai? ke aap ka jo asal target hai, positive sense mein, us se aap ki nazar hatne na paye. is ki aap ki nazar is se hatne na paye. agar aap bhadakne lagen, provoke hone lagen to kya hoga? ke asal target se nazrein hat jayengi. yeh hai is ka khaas maqsad, yani sabr o patience aur tolerance ko Islam mein</w:t>
      </w:r>
    </w:p>
    <w:p>
      <w:pPr>
        <w:jc w:val="right"/>
      </w:pPr>
      <w:r>
        <w:t>اس سے کوئی فرق نہیں پڑتا۔ آپ کو اوائڈ اوائڈ کس لیے کرنا ہے؟ کہ آپ کا جو اصل ٹارگٹ ہے، پوزیٹیو سینس میں، اس سے آپ کی نظر ہٹنے نہ پائے۔ اس کی آپ کی نظر اس سے ہٹنے نہ پائے۔ اگر آپ بھڑکنے لگیں، پرووک ہونے لگیں تو کیا ہوگا؟ کہ اصل ٹارگٹ سے نظریں ہٹ جائیں گی۔ یہ ہے اس کا خاص مقصد، یعنی صبر و پیشنس اور ٹالرنس کو اسلام میں</w:t>
      </w:r>
    </w:p>
    <w:p>
      <w:r>
        <w:rPr>
          <w:b/>
        </w:rPr>
        <w:t xml:space="preserve">[1:21:52] </w:t>
      </w:r>
      <w:r>
        <w:t>itna important dene ka. next question is from Dr. B Islam. he says that sarkari taqreeb mein hum ko tilak lagaya jata hai, shanti paath hota hai, Saraswati ki murti par phool charhaye jate hain, Om ba awaz buland sabse padh padhte hain aur hum se bhi shirkat ki umeed ki jati hai. yeh kehte hain ke Islami</w:t>
      </w:r>
    </w:p>
    <w:p>
      <w:pPr>
        <w:jc w:val="right"/>
      </w:pPr>
      <w:r>
        <w:t>اتنا امپورٹنٹ دینے کا۔ نیکسٹ کویسچن از فرام ڈاکٹر بی اسلام۔ ہی سیز دیٹ سرکاری تقریب میں ہم کو تلک لگایا جاتا ہے، شانتی پارٹ ہوتا ہے، سرسوتی کی مورتی پر پھول چڑھائے جاتے ہیں، اوم با آواز بلند سب سے پڑھ پڑھتے ہیں اور ہم سے بھی شرکت کی امید کی جاتی ہے۔ یہ کہتے ہیں کہ اسلامی</w:t>
      </w:r>
    </w:p>
    <w:p>
      <w:r>
        <w:rPr>
          <w:b/>
        </w:rPr>
        <w:t xml:space="preserve">[1:22:22] </w:t>
      </w:r>
      <w:r>
        <w:t>tarz par hum kya apnaein aur kya karein? avoid kijiye. sab se bari baat jo Musalmanon ne bhool gayi hai ke azwain mein ek bol aata hai, word Islamic identity, Islami shanakht. log kya samajhte hain? Islamic identity sar par topi ho, chehre par dadi ho, lamba kurta ho, aur tehmat pehni hui ho, aur khaas tarah joota paon mein ho, hath mein tasbeeh. mein kehta hoon ke</w:t>
      </w:r>
    </w:p>
    <w:p>
      <w:pPr>
        <w:jc w:val="right"/>
      </w:pPr>
      <w:r>
        <w:t>طرز پر ہم کیا اپنائیں اور کیا کریں؟ اوائڈ کیجئے۔ سب سے بڑی بات جو مسلمانوں نے بھول گئی ہے کہ عزوائیں میں ایک بول آتا ہے، ورڈ اسلامک آئیڈینٹٹی، اسلامی شناخت۔ لوگ کیا سمجھتے ہیں؟ اسلامک آئیڈینٹٹی سر پر ٹوپی ہو، چہرے پر داڑھی ہو، لمبا کرتا ہو، اور تہمت پہنی ہوئی ہوں، اور خاص طرح جوتا پاؤں میں ہو، ہاتھ میں تسبیح ہو۔ میں کہتا ہوں کہ</w:t>
      </w:r>
    </w:p>
    <w:p>
      <w:r>
        <w:rPr>
          <w:b/>
        </w:rPr>
        <w:t xml:space="preserve">[1:22:53] </w:t>
      </w:r>
      <w:r>
        <w:t>yeh hargiz Islami identity nahi hai, nahi hai, nahi hai. hazar bar kahunga, nahi hai. yeh yeh to sab culture hai. yeh Islami identity yeh hai ke aap dahi hain. Islami identity yeh hai ke aap dahi hain, doosre muddu hain. aap addresser hain, woh addressee hain. aap ko ek message pahunchana hai. yani aap ka kaam wahi hai, rohani sense mein ya Islami sense mein, jo ek businessman ka hota hai.</w:t>
      </w:r>
    </w:p>
    <w:p>
      <w:pPr>
        <w:jc w:val="right"/>
      </w:pPr>
      <w:r>
        <w:t>یہ ہرگز اسلامک آئیڈینٹٹی نہیں ہے، نہیں ہے، نہیں ہے۔ ہزار بار کہوں گا، نہیں ہے۔ یہ یہ تو سب کلچر ہے۔ یہ اسلامک آئیڈینٹٹی یہ ہے کہ آپ داعی ہیں۔ اسلامک آئیڈینٹٹی یہ ہے کہ آپ داعی ہیں، دوسرے مدعو ہیں۔ آپ ایڈریسر ہیں، وہ ایڈریسی ہیں۔ آپ کو ایک میسج پہنچانا ہے۔ یعنی آپ کا کام وہی ہے، روحانی سینس میں یا اسلامی سینس میں، جو ایک بزنس مین کا ہوتا ہے۔</w:t>
      </w:r>
    </w:p>
    <w:p>
      <w:r>
        <w:rPr>
          <w:b/>
        </w:rPr>
        <w:t xml:space="preserve">[1:23:24] </w:t>
      </w:r>
      <w:r>
        <w:t>Businessman apne customer ke in sab baaton ko nahi dekhta. woh hamesha ek customer friendly rehta hai. customer kaisa bhi ho, kala ho, safed ho, woh Muslim ho, Hindu ho, woh kuch bhi ho, businessman hamesha customer friendly bana rahega. isi tarah Musalman ko dahi hone ke hasiyat se farz hai, farz hai ke hamesha woh insan friendly bane rahein.</w:t>
      </w:r>
    </w:p>
    <w:p>
      <w:pPr>
        <w:jc w:val="right"/>
      </w:pPr>
      <w:r>
        <w:t>بزنس مین اپنے کسٹمر کے ان سب باتوں کو نہیں دیکھتا۔ وہ ہمیشہ ایک کسٹمر فرینڈلی رہتا ہے۔ کسٹمر کیسا بھی ہو، کالا ہو، سفید ہو، وہ مسلم ہو، ہندو ہو، وہ کچھ بھی ہو، بزنس مین ہمیشہ کسٹمر فرینڈلی بنا رہے گا۔ اسی طرح مسلمان کو داعی ہونے کے حیثیت سے فرض ہے، فرض ہے کہ ہمیشہ وہ انسان فرینڈلی بنے رہیں۔</w:t>
      </w:r>
    </w:p>
    <w:p>
      <w:r>
        <w:rPr>
          <w:b/>
        </w:rPr>
        <w:t xml:space="preserve">[1:23:54] </w:t>
      </w:r>
      <w:r>
        <w:t>aur yeh jaan lein ke Islami identity hargiz, hargiz yeh yeh form nahi hai jo form, jis form ko samajh liya gaya hai. woh to cultural form hai. woh Islami identity jo hai, character ka naam hai. aap sachhe hon, yeh Islami identity hai. aap dahi ban kar rahein, duniya mein Islami identity hai. aap tolerate karein, yeh Islami identity hai. apne target ko hamesha samne rakhein, us se idhar udhar na hatein. yeh Islami identity hai.</w:t>
      </w:r>
    </w:p>
    <w:p>
      <w:pPr>
        <w:jc w:val="right"/>
      </w:pPr>
      <w:r>
        <w:t>اور یہ جان لیں کہ اسلامک آئیڈینٹٹی ہرگز، ہرگز یہ یہ فارم نہیں ہے جو فارم، جس فارم کو سمجھ لیا گیا ہے۔ وہ تو کلچرل فارم ہے۔ وہ اسلامک آئیڈینٹٹی جو ہے، کریکٹر کا نام ہے۔ آپ سچے ہوں، یہ اسلامک آئیڈینٹٹی ہے۔ آپ داعی بن کر رہیں، دنیا میں اسلامک آئیڈینٹٹی ہے۔ آپ ٹولریٹ کریں، یہ اسلامک آئیڈینٹٹی ہے۔ اپنے ٹارگٹ کو ہمیشہ سامنے رکھیں، اس سے ادھر ادھر نہ ہٹیں۔ یہ اسلامک آئیڈینٹٹی ہے۔</w:t>
      </w:r>
    </w:p>
    <w:p>
      <w:r>
        <w:rPr>
          <w:b/>
        </w:rPr>
        <w:t xml:space="preserve">[1:24:24] </w:t>
      </w:r>
      <w:r>
        <w:t>is liye mere nazdeek is sawal ka jawab yeh hai ke humein sirf tolerate karna chahiye, hargiz provoke nahi hona chahiye. aur mein aap ko yahan par add karunga ke rasool Allah ne is se billion time zyada bara kaam kiya hai. is ke liye woh kya? rasool Allah jab aaye Makka se Madina, migration ke baad, to wahan par Yahood log the. us waqt Yahood logon ka qibla tha</w:t>
      </w:r>
    </w:p>
    <w:p>
      <w:pPr>
        <w:jc w:val="right"/>
      </w:pPr>
      <w:r>
        <w:t>اس لیے میرے نزدیک اس سوال کا جواب یہ ہے کہ ہمیں صرف ٹولریٹ کرنا چاہیے، ہرگز پرووک نہیں ہونا چاہیے۔ اور میں آپ کو یہاں پر ایڈ کروں گا کہ رسول اللہ نے اس سے بلین ٹائم زیادہ بڑا کام کیا ہے۔ اس کے لیے وہ کیا؟ رسول اللہ جب آئے مکہ سے مدینہ، مائیگریشن کے بعد، تو وہاں پر یہود لوگ تھے۔ اس وقت یہود لوگوں کا قبلہ تھا</w:t>
      </w:r>
    </w:p>
    <w:p>
      <w:r>
        <w:rPr>
          <w:b/>
        </w:rPr>
        <w:t xml:space="preserve">[1:24:56] </w:t>
      </w:r>
      <w:r>
        <w:t>Jerusalem. aksar log galat fehmi mein hain ke Masjid Aqsa qibla, yeh galat hai. un ka qibla tha Qubbat al-Sakhrah, jo kehte hain Dome of Rock. yeh bohat bari galat fehmi hai ke log samajhte hain ke Masjid Aqsa Yahoodon ka qibla thi. bilkul galat hai yeh baat. Jerusalem mein jo Qubbat al-Sakhrah hai, us ko Dome of Rock kehte hain, woh un ka qibla tha. idhar woh ibadat karte the. rasool Allah Sallallahu Alaihi Wasallam ne Yahoodiyon ki khatir apna qibla</w:t>
      </w:r>
    </w:p>
    <w:p>
      <w:pPr>
        <w:jc w:val="right"/>
      </w:pPr>
      <w:r>
        <w:t>یروشلم۔ اکثر لوگ غلط فہمی میں ہیں کہ مسجد اقصی قبلت، یہ غلط ہے۔ ان کا قبلہ تھا قبت الصخرہ، جو کہتے ہیں ڈوم اف راک۔ یہ بہت بڑی غلط فہمی ہے کہ لوگ سمجھتے ہیں کہ مسجد اقصی یہودوں کا قبلہ تھی۔ بالکل غلط ہے یہ بات۔ یروشلم میں جو قبت الصخرہ ہے، اس کو ڈوم اف راک کہتے ہیں، وہ ان کا قبلہ تھا۔ ادھر وہ عبادت کرتے تھے۔ رسول اللہ صلی اللہ علیہ وسلم نے یہودیوں کی خاطر اپنا قبلہ</w:t>
      </w:r>
    </w:p>
    <w:p>
      <w:r>
        <w:rPr>
          <w:b/>
        </w:rPr>
        <w:t xml:space="preserve">[1:25:26] </w:t>
      </w:r>
      <w:r>
        <w:t>idhar kar liya. aap tafsir padh lijiye, us mein likha hua hai ke talif al-lil Yahood, talif al-lil Yahood, Yahood ki talif ke liye. talif maani hota hai diljoi karna. Yahood ki diljoi ke liye aap ne un ke qible ko apna qibla bana liya. ab zara gaur kijiye, ibadat qibla jo hai, unhone bana liya Yahood ke qible ko. is se to bohat choti baat hai, chuki aap reference diya hai aap ne. to dawah masehat ke liye</w:t>
      </w:r>
    </w:p>
    <w:p>
      <w:pPr>
        <w:jc w:val="right"/>
      </w:pPr>
      <w:r>
        <w:t>ادھر کر لیا۔ آپ تفسیر پڑھ لیجئے، اس میں لکھا ہوا ہے کہ تالیفا للیہود، تالیفا للیہود، یہود کی تالیف کے لیے۔ تالیف معنی ہوتا ہے دلجوئی کرنا۔ یہود کی دلجوئی کے لیے آپ نے ان کے قبلے کو اپنا قبلہ بنا لیا۔ اب ذرا غور کیجئے، عبادت قبلہ جو ہے، انہوں نے بنا لیا یہود کے قبلے کو۔ اس سے تو بہت چھوٹی بات ہے، چونکہ آپ ریفرنس دیا ہے آپ نے۔ تو دعوتی مصلحت کے لیے</w:t>
      </w:r>
    </w:p>
    <w:p>
      <w:r>
        <w:rPr>
          <w:b/>
        </w:rPr>
        <w:t xml:space="preserve">[1:25:57] </w:t>
      </w:r>
      <w:r>
        <w:t>aakhri baat yeh hai ke dahi ki nigah future oriented hoti hai aur aap ki nigah hai present oriented. jo log in masail ko chhedte hain na, woh woh sirf present pe dekhte hain ke aaj aisa hai, lekin dahi dekhta hai kal kya hoga, kyun ke woh jaanta hai ke tolerance, patience, is ka nateeja kya niklega. un ke dil mein Islam dakhil ho jayega, woh khud hi chhod den</w:t>
      </w:r>
    </w:p>
    <w:p>
      <w:pPr>
        <w:jc w:val="right"/>
      </w:pPr>
      <w:r>
        <w:t>آخری بات یہ ہے کہ داعی کی نگاہ فیوچر اورینٹڈ ہوتی ہے اور آپ کی نگاہ ہے پریزنٹ اورینٹڈ۔ جو لوگ ان مسئلوں کو چھیڑتے ہیں نا، وہ وہ صرف پریزنٹ پہ دیکھتے ہیں کہ آج ایسا ہے، لیکن داعی دیکھتا ہے کل کیا ہوگا، کیونکہ وہ جانتا ہے کہ ٹولرنس، پیشنس، اس کا نتیجہ کیا نکلے گا۔ ان کے دل میں اسلام داخل ہو جائے گا، وہ خود ہی چھوڑ دیں</w:t>
      </w:r>
    </w:p>
    <w:p>
      <w:r>
        <w:rPr>
          <w:b/>
        </w:rPr>
        <w:t xml:space="preserve">[1:26:27] </w:t>
      </w:r>
      <w:r>
        <w:t>ge is ko. yeh hai future oriented vision. to prophet ka vision jo tha, woh future oriented tha. hamara vision hai present, present oriented. yeh mamooli baat nahi hai, yeh bohat bari baat hai. poori is se psychology aap samajh sakte hain. log aaj mein jeete hain, prophet kal mein jeeta tha. Taif mein jo waqea hua ke logon ne aap ko pathar mara waghera, to farisht</w:t>
      </w:r>
    </w:p>
    <w:p>
      <w:pPr>
        <w:jc w:val="right"/>
      </w:pPr>
      <w:r>
        <w:t>گے اس کو۔ یہ ہے فیوچر اورینٹڈ ویژن۔ تو پرافٹ کا ویژن جو تھا، وہ فیوچر اورینٹڈ تھا۔ ہمارا ویژن ہے پریزنٹ، پریزنٹ اورینٹڈ۔ یہ معمولی بات نہیں ہے، یہ بہت بڑی بات ہے۔ پوری اس سے سائیکالوجی آپ سمجھ سکتے ہیں۔ لوگ آج میں جیتے ہیں، پرافٹ کل میں جیتا تھا۔ طائف میں جو واقعہ ہوا کہ لوگوں نے آپ کو پتھر مارا وغیرہ، تو فرشت</w:t>
      </w:r>
    </w:p>
    <w:p>
      <w:r>
        <w:rPr>
          <w:b/>
        </w:rPr>
        <w:t xml:space="preserve">[1:26:57] </w:t>
      </w:r>
      <w:r>
        <w:t>aaya, jo Malik al-Jibal, pahadon ka farishta. to Taif ek basti thi, idhar pahad, idhar bhi pahad. us ne kaha ke mein in dono pahadon ko aise mila doon, ek pas kar na jayein. us ke andar aap ne farmaya ke nahi, mein umeed karta hoon ke agli naslein in ki jo hain, woh Khuda ko manengi aur Khuda par iman layengi. ab zara gaur kijiye, in zalimon ko aap ne bardasht kiya, kyun? un ke bete aur pote jo hain, Islam mein dakhil ho gaye. yeh hai fu</w:t>
      </w:r>
    </w:p>
    <w:p>
      <w:pPr>
        <w:jc w:val="right"/>
      </w:pPr>
      <w:r>
        <w:t>ہ آیا، جو ملک الجبال، پہاڑوں کا فرشتہ۔ تو طائف ایک بستی تھی، ادھر پہاڑ، ادھر بھی پہاڑ۔ اس نے کہا کہ میں ان دونوں پہاڑوں کو ایسے ملا دوں، ایک پس کر نہ جائیں۔ اس کے اندر آپ نے فرمایا کہ نہیں، میں امید کرتا ہوں کہ اگلی نسلیں ان کی جو ہیں، وہ خدا کو مانیں گی اور خدا پر ایمان لائیں گی۔ اب ذرا غور کیجئے، ان ظالموں کو آپ نے برداشت کیا، کیوں؟ ان کے بیٹے اور پوتے جو ہیں، اسلام میں داخل ہو گئے۔ یہ ہے فی</w:t>
      </w:r>
    </w:p>
    <w:p>
      <w:r>
        <w:rPr>
          <w:b/>
        </w:rPr>
        <w:t xml:space="preserve">[1:27:27] </w:t>
      </w:r>
      <w:r>
        <w:t>ture oriented thinking. jo log aisi baatein karte hain, mein samajhta hoon ke woh Islam ki abasery bhi nahi jaante. next question is from Shahnawaz. he says that in the beginning of your lecture, you mentioned that forming Islamic state or government is meaningless. then why did David Solomon Joseph become head of the states? and the prophet of Islam also formed</w:t>
      </w:r>
    </w:p>
    <w:p>
      <w:pPr>
        <w:jc w:val="right"/>
      </w:pPr>
      <w:r>
        <w:t>وچر اورینٹڈ تھنکنگ۔ جو لوگ ایسی باتیں کرتے ہیں، میں سمجھتا ہوں کہ وہ اسلام کی ایبیسیری بھی نہیں جانتے۔ نیکسٹ کویسچن از فرام شاہنواز۔ ہی سیز دیٹ ان دی بگننگ اف یور لیکچر، یو مینشن دیٹ فارمنگ اسلامک اسٹیٹ اور گورنمنٹ از میننگ لیس۔ دین وائی ڈیڈ ڈیوڈ سولمن جوزف بیکم ہیڈ اف دی سٹیٹس؟ اینڈ دی پرافٹ اف اسلام السو فارمڈ</w:t>
      </w:r>
    </w:p>
    <w:p>
      <w:r>
        <w:rPr>
          <w:b/>
        </w:rPr>
        <w:t xml:space="preserve">[1:27:57] </w:t>
      </w:r>
      <w:r>
        <w:t>Islamic state in Madina? what is your opinion on that? dekhiye, mein ne jo baat kahi hai, is ka matlab yeh hai ke target nahi hai. woh is baat ko achhi samajh lijiye, Islam ka target hai insan ko Islamize karna. Islam ka target yeh nahi hai ke ladh bhad kar hukoomat qaim karo. yeh ek jhooti baat hai. rasool Allah Sallallahu Alaihi Wasallam jab Makka mein the to aap se kaha gaya ke in tureed malik malikna qooli.</w:t>
      </w:r>
    </w:p>
    <w:p>
      <w:pPr>
        <w:jc w:val="right"/>
      </w:pPr>
      <w:r>
        <w:t>اسلامک اسٹیٹ ان مدینہ؟ واٹ از یور اوپینین ان دیٹ؟ دیکھیے، میں نے جو بات کہی ہے، اس کا مطلب یہ ہے کہ ٹارگٹ نہیں ہے۔ وہ اس بات کو اچھی سمجھ لیجئے، اسلام کا ٹارگٹ ہے انسان کو اسلامائز کرنا۔ اسلام کا ٹارگٹ یہ نہیں ہے کہ لڑ بھڑ کر حکومت قائم کرو۔ یہ ایک جھوٹی بات ہے۔ رسول اللہ صلی اللہ علیہ وسلم جب مکہ میں تھے تو آپ سے کہا گیا کہ ان ترید ملک ملکنا قولی۔</w:t>
      </w:r>
    </w:p>
    <w:p>
      <w:r>
        <w:rPr>
          <w:b/>
        </w:rPr>
        <w:t xml:space="preserve">[1:28:28] </w:t>
      </w:r>
      <w:r>
        <w:t>agar aap chahte hain hakim banna to hum aap ko hakim bana lete hain apne upar. aap ne kaha ke nahi. to sochne ki baat hai ke rasool Allah Sallallahu Alaihi Wasallam ko hakim bana rahe the, kyun nahi aap ne qabool kar liya us ko? kyun? aap ka mission tha insan ko Islamize karna. insan jab Islamize ho jayein, society ban jaye to automatic taur par us ke andar se ek ubharta hai, ek system, ek nizam. woh bhi kitne din chala? aap dekhiye zara,</w:t>
      </w:r>
    </w:p>
    <w:p>
      <w:pPr>
        <w:jc w:val="right"/>
      </w:pPr>
      <w:r>
        <w:t>اگر آپ چاہتے ہیں حاکم بننا تو ہم آپ کو حاکم بنا لیتے ہیں اپنے اوپر۔ آپ نے کہا کہ نہیں۔ تو سوچنے کی بات ہے کہ رسول اللہ صلی اللہ علیہ وسلم کو حاکم بنا رہے تھے، کیوں نہیں آپ نے قبول کر لیا اس کو؟ کیوں؟ آپ کا مشن تھا انسان کو اسلامائز کرنا۔ انسان جب اسلامائز ہو جائیں، سوسائٹی بن جائے تو اٹومیٹک طور پر اس کے اندر سے ایک ابھرتا ہے، ایک سسٹم، ایک نظام۔ وہ بھی کتنے دن چلا؟ آپ دیکھیے ذرا،</w:t>
      </w:r>
    </w:p>
    <w:p>
      <w:r>
        <w:rPr>
          <w:b/>
        </w:rPr>
        <w:t xml:space="preserve">[1:28:58] </w:t>
      </w:r>
      <w:r>
        <w:t>jis jis ko aap log itna bara, yani insan ki Islamish aap ko chhota kaam lagta hai. ab woh phir kitne din chala? aap gaur kijiye. rasool Allah Sallallahu Alaihi Wasallam wafat hui, Hazrat Aisha kehti hain ke al-Arab rasool Allah Sallallahu Alaihi Wasallam rasool Allah ki wafat hui to sara Arab murtad ho gaya. aap gaur kijiye, Umar ko maar dala, Usman ko maar dala, Ali ko maar dala, Hussain ko maar dala. to that is system with ideal state.</w:t>
      </w:r>
    </w:p>
    <w:p>
      <w:pPr>
        <w:jc w:val="right"/>
      </w:pPr>
      <w:r>
        <w:t>جس جس کو آپ لوگ اتنا بڑا، یعنی انسان کی اسلامائش آپ کو چھوٹا کام لگتا ہے۔ اب وہ پھر کتنے دن چلا؟ آپ غور کیجئے۔ رسول اللہ صلی اللہ علیہ وسلم وفات ہوئی، حضرت عائشہ کہتی ہیں کہ العرب رسول اللہ صلی اللہ علیہ وسلم رسول اللہ کی وفات ہوئی تو سارا عرب مرتد ہو گیا۔ آپ غور کیجئے، عمر کو مار ڈالا، عثمان کو مار ڈالا، علی کو مار ڈالا، حسین کو مار ڈالا۔ تو دیٹ از سسٹم ود آئیڈیل اسٹیٹ۔</w:t>
      </w:r>
    </w:p>
    <w:p>
      <w:r>
        <w:rPr>
          <w:b/>
        </w:rPr>
        <w:t xml:space="preserve">[1:29:31] </w:t>
      </w:r>
      <w:r>
        <w:t>asal kaam jo hai, woh hai insan ko jannat ka rasta dikhana, health se bachana. sara focus hamara paradise par hona chahiye, aur jab is pe focus rahega to aap maan lenge is baat ko achhe tarike se ke Islam maashra mein jo hai, Khuda insan ka target hai Islam ka, na ke doosri cheezon. okay, next question is from Zakwan Nadvi. he says that Isai hazrat ke is qadar</w:t>
      </w:r>
    </w:p>
    <w:p>
      <w:pPr>
        <w:jc w:val="right"/>
      </w:pPr>
      <w:r>
        <w:t>اصل کام جو ہے، وہ ہے انسان کو جنت کا راستہ دکھانا، ہیلتھ سے بچانا۔ سارا فوکس ہمارا پیراڈائز پر ہونا چاہیے، اور جب اس پہ فوکس رہے گا تو آپ مان لیں گے اس بات کو اچھے طریقے سے کہ اسلام معاشرہ مین جو ہے، خدا انسان کا ٹارگٹ ہے اسلام کا، نہ کہ دوسری چیزیں۔ اوکے، نیکسٹ کویسچن از فرام زکوان ندوی۔ ہی سیز دیٹ عیسائی حضرات کے اس قدر</w:t>
      </w:r>
    </w:p>
    <w:p>
      <w:r>
        <w:rPr>
          <w:b/>
        </w:rPr>
        <w:t xml:space="preserve">[1:30:01] </w:t>
      </w:r>
      <w:r>
        <w:t>sanjidgi aur shauq ke sath daawa karne ki buniyadi wajah kya hai? dekhiye, mein jahan tak is par gaur kiya hai, mein samjha hoon ke ummaten jo hain, yani nabiyon ke daur aakhir ko namoona bana leti hain. jaise khandan mein farz kijiye ke hamara baap jo tha, bohat ghareeb tha,</w:t>
      </w:r>
    </w:p>
    <w:p>
      <w:pPr>
        <w:jc w:val="right"/>
      </w:pPr>
      <w:r>
        <w:t>سنجیدگی اور شوق کے ساتھ دعویٰ کرنے کی بنیادی وجہ کیا ہے؟ دیکھیے، میں جہاں تک اس پر غور کیا ہے، میں سمجھا ہوں کہ امتیں جو ہیں، یعنی نبیوں کے دور آخر کو نمونہ بنا لیتی ہیں۔ جیسے خاندان میں فرض کیجئے کہ ہمارا باپ جو تھا، بہت غریب تھا،</w:t>
      </w:r>
    </w:p>
    <w:p>
      <w:r>
        <w:rPr>
          <w:b/>
        </w:rPr>
        <w:t xml:space="preserve">[1:30:32] </w:t>
      </w:r>
      <w:r>
        <w:t>lekin hote hote hote woh crore pati ban gaya. to hum crore pati se aaghaz karte hain apni soch ka, aur fakhr fakhr karne lagte hain. baap ke is bike ko nahi sochte jab woh ghareeb tha. baap ko is bike ko lete hain jab woh crore pati ban gaya. wahin se apne fakhr ki ghiza lene lagte hain. hum to rasool Allah ka zamana yeh hai ke aap ka khatma jab hua to duniya mein Islami Musalmanon ka bohat bara state ban chuka tha. wahan se Musalmanon ne apni soch ko shuru kiya,</w:t>
      </w:r>
    </w:p>
    <w:p>
      <w:pPr>
        <w:jc w:val="right"/>
      </w:pPr>
      <w:r>
        <w:t>لیکن ہوتے ہوتے ہوتے وہ کروڑ پتی بن گیا۔ تو ہم کروڑ پتی سے آغاز کرتے ہیں اپنی سوچ کا، اور فخر فخر کرنے لگتے ہیں۔ باپ کے اس بائیک کو نہیں سوچتے جب وہ غریب تھا۔ باپ کو اس بائیک کو لیتے ہیں جب وہ کروڑ پتی بن گیا۔ وہیں سے اپنے فخر کی غذا لینے لگتے ہیں۔ ہم تو رسول اللہ کا زمانہ یہ ہے کہ آپ کا خاتمہ جب ہوا تو دنیا میں اسلامی مسلمانوں کا بہت بڑا اسٹیٹ بن چکا تھا۔ وہاں سے مسلمانوں نے اپنی سوچ کو شروع کیا،</w:t>
      </w:r>
    </w:p>
    <w:p>
      <w:r>
        <w:rPr>
          <w:b/>
        </w:rPr>
        <w:t xml:space="preserve">[1:31:02] </w:t>
      </w:r>
      <w:r>
        <w:t>yani jo rasool Allah ka ilm tha, wahan se Musalmanon ne apni soch ka aaghaz kiya. achha, Masih ka mamla is ka ulta tha. un ka jo ilm tha, kya tha? ke un ko sui par chadhha diya gaya. to yahan se un ko aaghaz mila, yani tawazu, modesty, daawa, work, tolerance, patience. yahan se un ko aaghaz mila. hum ko aaghaz mila kahan se? political empire se. is se Musalmanon ka maz</w:t>
      </w:r>
    </w:p>
    <w:p>
      <w:pPr>
        <w:jc w:val="right"/>
      </w:pPr>
      <w:r>
        <w:t>یعنی جو رسول اللہ کا علم تھا، وہاں سے مسلمانوں نے اپنی سوچ کا آغاز کیا۔ اچھا، مسیح کا معاملہ اس کا الٹا تھا۔ ان کا جو علم تھا، کیا تھا؟ کہ ان کو سولی پر چڑھا دیا گیا۔ تو یہاں سے ان کو آغاز ملا، یعنی تواضع، ماڈیسٹی، دعویٰ، ورک، ٹالرنس، پیشنس۔ یہاں سے ان کو آغاز ملا۔ ہم کو آغاز ملا کہاں سے؟ پولیٹیکل ایمپائر سے۔ اس سے مسلمانوں کا مز</w:t>
      </w:r>
    </w:p>
    <w:p>
      <w:r>
        <w:rPr>
          <w:b/>
        </w:rPr>
        <w:t xml:space="preserve">[1:31:32] </w:t>
      </w:r>
      <w:r>
        <w:t>aj ban gaya, kya ladne bhadne ka? in ka mizaj ban gaya, kya in ka mizaj ban gaya? wahi rafat aur rehmat wala mizaj. main is baat, is ka jawab mein yahi samajh paya hoon. next question is from jamaluddin. he says that, how far will it be justified to state that the earliest muslim conquest in iran and parts of rom</w:t>
      </w:r>
    </w:p>
    <w:p>
      <w:pPr>
        <w:jc w:val="right"/>
      </w:pPr>
      <w:r>
        <w:t>اج بن گیا، کیا لڑنے بھڑنے کا؟ ان کا مزاج بن گیا، کیا ان کا مزاج بن گیا؟ وہی رافعت اور رحمت والا مزاج۔ میں اس بات، اس کا جواب میں یہی سمجھ پایا ہوں۔ نیکسٹ کویسچن از فرام جمال الدین۔ ہی سیز دیٹ، ہاؤ فار ویل اٹ بی جسٹیفائیڈ ٹو سٹیٹ دیٹ دی ارلیسٹ مسلم کنکویسٹ ان ایران اینڈ پارٹس اف روم</w:t>
      </w:r>
    </w:p>
    <w:p>
      <w:r>
        <w:rPr>
          <w:b/>
        </w:rPr>
        <w:t xml:space="preserve">[1:32:02] </w:t>
      </w:r>
      <w:r>
        <w:t>an empire were not related to da'wah work? dekhen, pichhle class mein maine tafseel se bataya tha ke is ki haqeeqat kya hai. is ki haqeeqat yeh hai ke is zamane mein badshahat ka daur tha, hazaron saal se chala aa raha tha, jis ko henry plaine ne absolute imperialism kaha hai, mutlaq shehanshayiat. jo shehanshah log jo hain,</w:t>
      </w:r>
    </w:p>
    <w:p>
      <w:pPr>
        <w:jc w:val="right"/>
      </w:pPr>
      <w:r>
        <w:t>ن ایمپائر ویر ناٹ ریلیٹڈ ٹو دعویٰ ورک؟ دیکھیں، پچھلے کلاس میں میں نے تفصیل سے بتایا تھا کہ اس کی حقیقت کیا ہے۔ اس کی حقیقت یہ ہے کہ اس زمانے میں بادشاہت کا دور تھا، ہزاروں سال سے چلا آ رہا تھا، جس کو ہنری پلین نے ایبسولیوٹ امپیریلزم کہا ہے، مطلق شہنشاہیت۔ جو شہنشاہ لوگ جو ہیں،</w:t>
      </w:r>
    </w:p>
    <w:p>
      <w:r>
        <w:rPr>
          <w:b/>
        </w:rPr>
        <w:t xml:space="preserve">[1:32:33] </w:t>
      </w:r>
      <w:r>
        <w:t>har qism ki azadi ko chheene hue the, including mazhabi azadi. to koi tehreek nahi chal sakti thi, koi kaam nahi ho sakta tha siwaye is ke ke badshah ke aage sar jhukaye rahey. to freedom nahi hone se koi kaam ho nahi pata tha. aur woh saltanaten itni zabardast thin, taqat un ki thi ke un ko todna aasan kaam nahi tha. to rasool Allah salallahu alaihi wasallam ne aur sahaba kiram ne is ko toda, jis ko maine kaha tha p</w:t>
      </w:r>
    </w:p>
    <w:p>
      <w:pPr>
        <w:jc w:val="right"/>
      </w:pPr>
      <w:r>
        <w:t>ہر قسم کی آزادی کو چھینے ہوئے تھے، انکلوڈنگ مذہبی آزادی۔ تو کوئی تحریک نہیں چل سکتی تھی، کوئی کام نہیں ہو سکتا تھا سوائے اس کے کہ بادشاہ کے آگے سر جھکائے رہیے۔ تو فریڈم نہیں ہونے سے کوئی کام ہو نہیں پاتا تھا۔ اور وہ سلطنتیں اتنی زبردست تھیں، طاقت ان کی تھی کہ ان کو توڑنا آسان کام نہیں تھا۔ تو رسول اللہ صلی اللہ علیہ وسلم نے اور صحابہ کرام نے اس کو توڑا، جس کو میں نے کہا تھا پ</w:t>
      </w:r>
    </w:p>
    <w:p>
      <w:r>
        <w:rPr>
          <w:b/>
        </w:rPr>
        <w:t xml:space="preserve">[1:33:03] </w:t>
      </w:r>
      <w:r>
        <w:t>ichhle hafte mein ke master stroke tha. woh master stroke to absolute imperialism ko khatm kar ke ek naya process tareekh mein jaari hua. to woh rukawat ko door karna tha, wahi asal maqsad nahi tha. yaad rakhiye, ek cheez hai rukawat ko door karna, woh asal maqsad nahi ho sakta. woh jaise aap ke baap ne farz ki jiye ke ek adalati case chhoda ho, woh baap business karta tha, ek ittefaq se phans gaya adalati kaam mein. to aap kya zindagi bhar maq</w:t>
      </w:r>
    </w:p>
    <w:p>
      <w:pPr>
        <w:jc w:val="right"/>
      </w:pPr>
      <w:r>
        <w:t>چھلے ہفتے میں کہ ماسٹر اسٹروک تھا۔ وہ ماسٹر اسٹروک تو ایبسولیوٹ امپیریلزم کو ختم کر کے ایک نیا پراسیس تاریخ میں جاری ہوا۔ تو وہ رکاوٹ کو دور کرنا تھا، وہی اصل مقصد نہیں تھا۔ یاد رکھیے، ایک چیز ہے رکاوٹ کو دور کرنا، وہ اصل مقصد نہیں ہو سکتا۔ وہ جیسے آپ کے باپ نے فرض کیجئے کہ ایک عدالتی کیس چھوڑا ہو، وہ باپ بزنس کرتا تھا، ایک اتفاق سے پھنس گیا عدالتی کام میں۔ تو آپ کیا زندگی بھر مق</w:t>
      </w:r>
    </w:p>
    <w:p>
      <w:r>
        <w:rPr>
          <w:b/>
        </w:rPr>
        <w:t xml:space="preserve">[1:33:33] </w:t>
      </w:r>
      <w:r>
        <w:t>adma ladte rahenge? woh ek rukawat hai, us ko khatm kar ke phir business mein chal padenge. aap asal maqsad business karna hai, na ke adalaton mein muqadma karna. to us waqt jo hazaron saal ki wajah se imperial absolutes aa gaya tha, jo us ko khatm karna tha taake religious freedom aa jaye, science ka daur aaye, azadi aaye, aur yeh sari cheezein aayen jo baad ko paida ho. woh ab aa gaya, ab da'wah work kijiye, ab ladna bhi na kiya hai.</w:t>
      </w:r>
    </w:p>
    <w:p>
      <w:pPr>
        <w:jc w:val="right"/>
      </w:pPr>
      <w:r>
        <w:t>دمہ لڑتے رہیں گے؟ وہ ایک رکاوٹ ہے، اس کو ختم کر کے پھر بزنس میں چل پڑیں گے۔ آپ اصل مقصد بزنس کرنا ہے، نہ کہ عدالتوں میں مقدمہ کرنا۔ تو اس وقت جو ہزاروں سال کی وجہ سے امپیریل ایبسولیوٹز آ گیا تھا، جو اس کو ختم کرنا تھا تاکہ ریلیجس فریڈم آ جائے، سائنس کا دور آئے، آزادی آئے، اور یہ ساری چیزیں آئیں جو بعد کو پیدا ہوئیں۔ وہ اب آ گیا، اب دعویٰ ورک کیجئے، اب لڑنا بھی نہ کیا ہے۔</w:t>
      </w:r>
    </w:p>
    <w:p>
      <w:r>
        <w:rPr>
          <w:b/>
        </w:rPr>
        <w:t xml:space="preserve">[1:34:04] </w:t>
      </w:r>
      <w:r>
        <w:t>jaise case khatm hoga to business kijiye. koi aisa bewakoof nahi hoga, beta, ke baap kahe ke baap to muqadme mein phans gaya tha, hum zindagi mein muqadme ladna hai. humein aise mein bahut si families jaanta hoon ke baap kisi wajah se phans gaya adalati kaam mein, muqadme mein, aur business jo hai woh nuksan mein chalne laga. to ab baap mar gaya to bete ne kisi tareeqe se adalati mamle khatm kiya taake business chal pada.</w:t>
      </w:r>
    </w:p>
    <w:p>
      <w:pPr>
        <w:jc w:val="right"/>
      </w:pPr>
      <w:r>
        <w:t>جیسے کیس ختم ہوگا تو بزنس کیجئے۔ کوئی ایسا بیوقوف نہیں ہوگا، بیٹا، کہ باپ کہے کہ باپ تو مقدمے میں پھنس گیا تھا، ہم زندگی میں مقدمے لڑنا ہے۔ ہمیں ایسے میں بہت سی فیملیز جانتا ہوں کہ باپ کسی وجہ سے پھنس گیا عدالتی کام میں، مقدمے میں، اور بزنس جو ہے وہ نقصان میں چلنے لگا۔ تو اب باپ مر گیا تو بیٹے نے کسی طریقے سے عدالتی معاملے ختم کیا تاکہ بزنس چل پڑے۔</w:t>
      </w:r>
    </w:p>
    <w:p>
      <w:r>
        <w:rPr>
          <w:b/>
        </w:rPr>
        <w:t xml:space="preserve">[1:34:34] </w:t>
      </w:r>
      <w:r>
        <w:t>to woh woh beta kitna bewakoof hoga ke mujhe to muqadma ladna hai kyunke mera baap muqadma ladta tha. to us zamane mein jo jang pesh aayi, woh rukawat ko khatm karne ki thi. wahi target nahi tha, target tha da'wah work. da'wah work kya hai? insaan ke seene mein Allah ka khauf dalna, insaan ke seene mein Allah ki mohabbat dalna, insaan ke seene mein jannat ka shauq dalna, insaan ke seene mein jahannum ka andesha dalna,</w:t>
      </w:r>
    </w:p>
    <w:p>
      <w:pPr>
        <w:jc w:val="right"/>
      </w:pPr>
      <w:r>
        <w:t>تو وہ وہ بیٹا کتنا بیوقوف ہوگا کہ مجھے تو مقدمہ لڑنا ہے کیونکہ میرا باپ مقدمہ لڑتا تھا۔ تو اس زمانے میں جو جنگ پیش آئی، وہ رکاوٹ کو ختم کرنے کی تھی۔ وہی ٹارگٹ نہیں تھا، ٹارگٹ تھا دعویٰ ورک۔ دعویٰ ورک کیا ہے؟ انسان کے سینے میں اللہ کا خوف ڈالنا، انسان کے سینے میں اللہ کی محبت ڈالنا، انسان کے سینے میں جنت کا شوق ڈالنا، انسان کے سینے میں جہنم کا اندیشہ ڈالنا،</w:t>
      </w:r>
    </w:p>
    <w:p>
      <w:r>
        <w:rPr>
          <w:b/>
        </w:rPr>
        <w:t xml:space="preserve">[1:35:05] </w:t>
      </w:r>
      <w:r>
        <w:t>insaan ko divine character par le aana. yeh hai da'wah work. asal kaam hai insaan se mohabbat karna, insaan ko jannat ki taraf ka musafir banna. yeh thodi lad ke in ke gardanein kaato, yeh koi kaam hai? gardanein kaato. aap jab rukawatein khatm ho gayi to ab gardan kaatna kya hai? bhai, ab un ko jannat ka rasta dikhaiye. that is da'wah work. study malhotra, how do we institutionalize da'wah work in islam</w:t>
      </w:r>
    </w:p>
    <w:p>
      <w:pPr>
        <w:jc w:val="right"/>
      </w:pPr>
      <w:r>
        <w:t>انسان کو ڈیوائن کریکٹر پر لے آنا۔ یہ ہے دعویٰ ورک۔ اصل کام ہے انسان سے محبت کرنا، انسان کو جنت کی طرف کا مسافر بننا۔ یہ تھوڑی لڑ کے ان کے گردنیں کاٹو، یہ کوئی کام ہے؟ گردنیں کاٹو۔ آپ جب رکاوٹیں ختم ہو گئی تو اب گردن کاٹنا کیا ہے؟ بھئی، اب ان کو جنت کا راستہ دکھائیے۔ دیٹ از دعویٰ ورک۔ استدی ملوترا، ہاؤ ڈو وی انسٹیٹیوشنلائز دعویٰ ورک ان اسلام</w:t>
      </w:r>
    </w:p>
    <w:p>
      <w:r>
        <w:rPr>
          <w:b/>
        </w:rPr>
        <w:t xml:space="preserve">[1:35:36] </w:t>
      </w:r>
      <w:r>
        <w:t>? main samajhta hoon ke pehla kaam to yeh hai ke hum jaanen ke institution kya cheez hoti hai. jahan tak musalmanon ka ta'alluq hai, main samajhta hoon ke woh jante hi nahi abhi tak institution kya cheez hai. dekhiye, main misaal deta hoon aap ko</w:t>
      </w:r>
    </w:p>
    <w:p>
      <w:pPr>
        <w:jc w:val="right"/>
      </w:pPr>
      <w:r>
        <w:t>؟ میں سمجھتا ہوں کہ پہلا کام تو یہ ہے کہ ہم جانیں کہ انسٹیٹیوشن کیا چیز ہوتی ہے۔ جہاں تک مسلمانوں کا تعلق ہے، میں سمجھتا ہوں کہ وہ جانتے ہی نہیں ابھی تک انسٹیٹیوشن کیا چیز ہے۔ دیکھیے، میں مثال دیتا ہوں آپ کو</w:t>
      </w:r>
    </w:p>
    <w:p>
      <w:r>
        <w:rPr>
          <w:b/>
        </w:rPr>
        <w:t xml:space="preserve">[1:36:06] </w:t>
      </w:r>
      <w:r>
        <w:t>ke saare duniya ke musalman kya sochte hain? muslim hukumat qaim karo, islami hukumat qaim karo. bas yahi jaante hain aur kuch nahi pata un ko hai. halanke zamana ek aisa aa gaya hai jab ke hukumat se badi ek cheez wajood mein aa gayi, jis ko institution. aaj jo hai, jaise yahoodi hain America mein, un ke paas hukumat nahi hai, lekin institutions un ke paas hain, banking ka institution, aur education, aur</w:t>
      </w:r>
    </w:p>
    <w:p>
      <w:pPr>
        <w:jc w:val="right"/>
      </w:pPr>
      <w:r>
        <w:t>کہ سارے دنیا کے مسلمان کیا سوچتے ہیں؟ مسلم حکومت قائم کرو، اسلامی حکومت قائم کرو۔ بس یہی جانتے ہیں اور کچھ نہیں پتہ ان کو ہے۔ حالانکہ زمانہ ایک ایسا آ گیا ہے جب کہ حکومت سے بڑی ایک چیز وجود میں آ گئی، جس کو انسٹیٹیوشن۔ آج جو ہے، جیسے یہودی ہیں امریکہ میں، ان کے پاس حکومت نہیں ہے، لیکن انسٹیٹیوشنز ان کے پاس ہیں، بینکنگ کا انسٹیٹیوشن، اور ایجوکیشن، اور</w:t>
      </w:r>
    </w:p>
    <w:p>
      <w:r>
        <w:rPr>
          <w:b/>
        </w:rPr>
        <w:t xml:space="preserve">[1:36:37] </w:t>
      </w:r>
      <w:r>
        <w:t>medical education institution, jo journalism, media, yeh sab institutions hain. us ko unhone apne haath mein le rakha hai. unhein state ki koi zaroorat hi nahi hai. unhein state ki koi zaroorat nahi hai. pehle zamane mein, in industrial age se pehle jo tha, sirf ek hi power thi, woh thi political power. musalman aaj bhi isi mein jeete hain. musalmanon ko pata hi nahi ke woh dar khatm ho gaya. ab daur institutions ka daur aa gaya hai. main to</w:t>
      </w:r>
    </w:p>
    <w:p>
      <w:pPr>
        <w:jc w:val="right"/>
      </w:pPr>
      <w:r>
        <w:t>میڈیکل ایجوکیشن انسٹیٹیوشن، جو جرنلزم، میڈیا، یہ سب انسٹیٹیوشنز ہیں۔ اس کو انہوں نے اپنے ہاتھ میں لے رکھا ہے۔ انہیں اسٹیٹ کی کوئی ضرورت ہی نہیں ہے۔ انہیں اسٹیٹ کی کوئی ضرورت نہیں ہے۔ پہلے زمانے میں، ان انڈسٹریل ایج سے پہلے جو تھا، صرف ایک ہی پاور تھی، وہ تھی پولیٹیکل پاور۔ مسلمان آج بھی اسی میں جیتے ہیں۔ مسلمانوں کو پتہ ہی نہیں کہ وہ در ختم ہو گیا۔ اب دور انسٹیٹیوشنز کا دور آ گیا ہے۔ میں تو</w:t>
      </w:r>
    </w:p>
    <w:p>
      <w:r>
        <w:rPr>
          <w:b/>
        </w:rPr>
        <w:t xml:space="preserve">[1:37:07] </w:t>
      </w:r>
      <w:r>
        <w:t>kisi musalman ko aaj tak paya nahi, ek bhi musalman jo yeh jaane ke woh zamana khatm ho gaya jab sirf political power hi power hua karti thi. ab institution ka naam power hai. jaante hi nahi to aap kya karenge? sab se pehle un ko samjhaiye ke institution ka zamana aa chuka hai. hum wahi koshish kar rahe hain. yeh bhi ek institution hai. yeh jo hum kar rahe hain, yeh ek institution hai. yeh to institutionalize karne ka matlab yeh hai, mere nazdeek, ke aaj ki cheez</w:t>
      </w:r>
    </w:p>
    <w:p>
      <w:pPr>
        <w:jc w:val="right"/>
      </w:pPr>
      <w:r>
        <w:t>کسی مسلمان کو آج تک پایا نہیں، ایک بھی مسلمان جو یہ جانے کہ وہ زمانہ ختم ہو گیا جب صرف پولیٹیکل پاور ہی پاور ہوا کرتی تھی۔ اب انسٹیٹیوشن کا نام پاور ہے۔ جانتے ہی نہیں تو آپ کیا کریں گے؟ سب سے پہلے ان کو سمجھائیے کہ انسٹیٹیوشن کا زمانہ آ چکا ہے۔ ہم وہی کوشش کر رہے ہیں۔ یہ بھی ایک انسٹیٹیوشن ہے۔ یہ جو ہم کر رہے ہیں، یہ ایک انسٹیٹیوشن ہے۔ یہ تو انسٹیٹیوشنلائز کرنے کا مطلب یہ ہے، میرے نزدیک، کہ آج کی چیز</w:t>
      </w:r>
    </w:p>
    <w:p>
      <w:r>
        <w:rPr>
          <w:b/>
        </w:rPr>
        <w:t xml:space="preserve">[1:37:37] </w:t>
      </w:r>
      <w:r>
        <w:t>on ka aap istemal karein. literature ko, media ko, kitabon ko, magazine ko, aur interaction ko, yeh sari cheezein jo hain, un ko organized way mein istemal karein. organized way mein. aur us ke liye aap, jaisa ke maine arz kiya, ke Christian already kar rahe hain is kaam ko organized way mein. to un ki study bhi kijiye aap ke unhone kis tarah se is kaam ko organ</w:t>
      </w:r>
    </w:p>
    <w:p>
      <w:pPr>
        <w:jc w:val="right"/>
      </w:pPr>
      <w:r>
        <w:t>وں کا آپ استعمال کریں۔ لٹریچر کو، میڈیا کو، کتابوں کو، میگزین کو، اور انٹریکشن کو، یہ ساری چیزیں جو ہیں، ان کو ارگنائزڈ وے میں استعمال کریں۔ ارگنائزڈ وے میں۔ اور اس کے لیے آپ، جیسا کہ میں نے عرض کیا، کہ کرسچن الریڈی کر رہے ہیں اس کام کو ارگنائزڈ وے میں۔ تو ان کی اسٹڈی بھی کیجئے آپ کہ انہوں نے کس طرح سے اس کام کو ارگن</w:t>
      </w:r>
    </w:p>
    <w:p>
      <w:r>
        <w:rPr>
          <w:b/>
        </w:rPr>
        <w:t xml:space="preserve">[1:38:07] </w:t>
      </w:r>
      <w:r>
        <w:t>ize kiya hai. us ko jaaniye. jaise maine ek kitab ki misaal di aap ko, townsend wali. is tarah se hazaron kitabein hain. to un ko jab hum un ki study karenge to bahut aasani se hum samajh payenge ke aaj ke zamane mein kis tarah se hum is ko ek institution ka roop de sakte hain. next question is from farida khanam. she says that da'wah work is such a big task that we cannot accomplish it without divine help.</w:t>
      </w:r>
    </w:p>
    <w:p>
      <w:pPr>
        <w:jc w:val="right"/>
      </w:pPr>
      <w:r>
        <w:t>ائز کیا ہے۔ اس کو جانیے۔ جیسے میں نے ایک کتاب کی مثال دی آپ کو، ٹاؤن سینڈ والی۔ اس طرح سے ہزاروں کتابیں ہیں۔ تو ان کو جب ہم ان کی اسٹڈی کریں گے تو بہت آسانی سے ہم سمجھ پائیں گے کہ آج کے زمانے میں کس طرح سے ہم اس کو ایک انسٹیٹیوشن کا روپ دے سکتے ہیں۔ نیکسٹ کویسچن از فرام فریدہ خانم۔ شی سیز دیٹ دعویٰ ورک از سچ ا بگ ٹاسک دیٹ وی کین ناٹ اکمپلش اٹ وداؤٹ ڈیوائن سکر۔</w:t>
      </w:r>
    </w:p>
    <w:p>
      <w:r>
        <w:rPr>
          <w:b/>
        </w:rPr>
        <w:t xml:space="preserve">[1:38:37] </w:t>
      </w:r>
      <w:r>
        <w:t>so what are the conditions for receiving this divine help? main samajhta hoon ke jo ayat maine padhi hai, usi mein is ka answer maujood hai. surah saf ki ayat jo maine padhi thi aap ke samne, 61 chapter 61 ki aakhri ayat, maine kaha tha is ka translation yeh hai</w:t>
      </w:r>
    </w:p>
    <w:p>
      <w:pPr>
        <w:jc w:val="right"/>
      </w:pPr>
      <w:r>
        <w:t>سو واٹ آر دی کنڈیشنز فار ریسیونگ دس ڈیوائن ہیلپ؟ میں سمجھتا ہوں کہ جو آیت میں نے پڑھی ہے، اسی میں اس کا انسر موجود ہے۔ سورہ صف کی آیت جو میں نے پڑھی تھی آپ کے سامنے، 61 چیپٹر 61 کی آخری آیت، میں نے کہا تھا اس کا ٹرانسلیشن یہ ہے</w:t>
      </w:r>
    </w:p>
    <w:p>
      <w:r>
        <w:rPr>
          <w:b/>
        </w:rPr>
        <w:t xml:space="preserve">[1:39:07] </w:t>
      </w:r>
      <w:r>
        <w:t>ke: "aye aye iman laane walon! tum ho jao Masih ke followers ki tarah jin ko Masih ne pukara ke: aye mere followers! tum meri madad karo Khuda ke raste mein." to woh unhone kaha ke hum madadgar bante hain aap ke. to jab unhone aisa kiya to kya hua? Allah ne madad</w:t>
      </w:r>
    </w:p>
    <w:p>
      <w:pPr>
        <w:jc w:val="right"/>
      </w:pPr>
      <w:r>
        <w:t>کہ: "اے اے ایمان لانے والو! تم ہو جاؤ مسیح کے فالوورز کی طرح جن کو مسیح نے پکارا کہ: اے میرے فالوورز! تم میری مدد کرو خدا کے راستے میں۔" تو وہ انہوں نے کہا کہ ہم مددگار بنتے ہیں آپ کے۔ تو جب انہوں نے ایسا کیا تو کیا ہوا؟ اللہ نے مدد</w:t>
      </w:r>
    </w:p>
    <w:p>
      <w:r>
        <w:rPr>
          <w:b/>
        </w:rPr>
        <w:t xml:space="preserve">[1:39:38] </w:t>
      </w:r>
      <w:r>
        <w:t>ki un ko aur woh ghalib ho gaye apne dushmanon par. is ka matlab ke da'wah work jo hai, apne aap mein Khuda ki madad ko kheench lata hai. doosri jo madad nahi, agar madad hoti to do sau saal se musalman lad rahe hain. agar madad ho gayi hoti to ab tak kamyab ho jaate. ladai khatm ho gayi hoti. do sau saal se violence, yani woh yeh jaari hai,</w:t>
      </w:r>
    </w:p>
    <w:p>
      <w:pPr>
        <w:jc w:val="right"/>
      </w:pPr>
      <w:r>
        <w:t>کی ان کو اور وہ غالب ہو گئے اپنے دشمنوں پر۔ اس کا معنی کہ دعویٰ ورک جو ہے، اپنے آپ میں خدا کی مدد کو کھینچ لاتا ہے۔ دوسری جو مدد نہیں، اگر مدد ہوتی تو دو سو سال سے مسلمان لڑ رہے ہیں۔ اگر مدد ہو گئی ہوتی تو اب تک کامیاب ہو جاتے۔ لڑائی ختم ہو گئی ہوتی۔ دو سو سال سے وائلنس، یعنی وہ یہ جاری ہے،</w:t>
      </w:r>
    </w:p>
    <w:p>
      <w:r>
        <w:rPr>
          <w:b/>
        </w:rPr>
        <w:t xml:space="preserve">[1:40:08] </w:t>
      </w:r>
      <w:r>
        <w:t>jihad jaari hai do sau saal se. lekin har musalman ki zuban kya kehti hai? ke hum ghare hue hain dushmanon se. tum kyun ghare hue ho? dushman se ghare hue ho. jab ke Quran ki ayat kehti hai ke dushman khatm ho jayenge, dushman se tum ghalib aa jaoge. to da'wah work se doosron par ghalba milta hai, political hungamon se nahi. yeh ayat khule taur par batati hai ke political hungame ya</w:t>
      </w:r>
    </w:p>
    <w:p>
      <w:pPr>
        <w:jc w:val="right"/>
      </w:pPr>
      <w:r>
        <w:t>جہاد جاری ہے دو سو سال سے۔ لیکن ہر مسلمان کی زبان کیا کہتی ہے؟ کہ ہم گھرے ہوئے ہیں دشمنوں سے۔ تم کیوں گھرے ہوئے ہو؟ دشمن سے گھرے ہوئے ہو۔ جب کہ قرآن کی آیت کہتی ہے کہ دشمن ختم ہو جائیں گے، دشمن سے تم غالب آ جاؤ گے۔ تو دعویٰ ورک سے دوسروں پر غلبہ ملتا ہے، پولیٹیکل ہنگاموں سے نہیں۔ یہ آیت کھلے طور پر بتاتی ہے کہ پولیٹیکل ہنگامے یا</w:t>
      </w:r>
    </w:p>
    <w:p>
      <w:r>
        <w:rPr>
          <w:b/>
        </w:rPr>
        <w:t xml:space="preserve">[1:40:38] </w:t>
      </w:r>
      <w:r>
        <w:t>violence un se aap ko apne mukhalifeen par ghalba nahi milega, da'wah work se milega. da'wah work kijiye aur Khuda ki madad aap par toot kar utar padegi. lekin da'wah work ki shart yeh hai ke ladai, yani ladai ko chhod kar, nafrat ko chhod kar yeh kaam kiya jaye. jaisa ke maine arz kiya ke Christian ke bare mein Quran mein hai, hadith mein hai ke un ke andar rafat aur rehmat hai, yani apne mad</w:t>
      </w:r>
    </w:p>
    <w:p>
      <w:pPr>
        <w:jc w:val="right"/>
      </w:pPr>
      <w:r>
        <w:t>وائلنس ان سے آپ کو اپنے مخالفین پر غلبہ نہیں ملے گا، دعویٰ ورک سے ملے گا۔ دعویٰ ورک کیجئے اور خدا کی مدد آپ پر ٹوٹ کر اتر پڑے گی۔ لیکن دعویٰ ورک کی شرط یہ ہے کہ لڑائی، یعنی لڑائی کو چھوڑ کر، نفرت کو چھوڑ کر یہ کام کیا جائے۔ جیسا کہ میں نے عرض کیا کہ کرسچن کے بارے میں قرآن میں ہے، حدیث میں ہے کہ ان کے اندر رافعت اور رحمت ہے، یعنی اپنے مد</w:t>
      </w:r>
    </w:p>
    <w:p>
      <w:r>
        <w:rPr>
          <w:b/>
        </w:rPr>
        <w:t xml:space="preserve">[1:41:09] </w:t>
      </w:r>
      <w:r>
        <w:t>عو ke liye narmi, apne mad'u ke liye compassion, apne mad'u ke liye peaceful rehna, aadmi mad'u ki ziyadatiyon ko tolerate karna, yeh un ke andar hai. to da'wah work ki shart hai ke hum is method ko apnate hue da'wah work karein to phir Khuda ki madad lazman hamare paas aa jayegi. next question is from imran. he says that according to history, every community was granted some special quality. for ex</w:t>
      </w:r>
    </w:p>
    <w:p>
      <w:pPr>
        <w:jc w:val="right"/>
      </w:pPr>
      <w:r>
        <w:t>عو کے لیے نرمی، اپنے مدعو کے لیے کمپیشن، اپنے مدعو کے لیے پیس فل رہنا، آدمی مدعو کی زیادتیوں کو ٹولریٹ کرنا، یہ ان کے اندر ہے۔ تو دعویٰ ورک کی شرط ہے کہ ہم اس میتھڈ کو اپناتے ہوئے دعویٰ ورک کریں تو پھر خدا کی مدد لازماً ہمارے پاس آ جائے گی۔ نیکسٹ کویسچن از فرام عمران۔ ہی سیز دیٹ اکارڈنگ ٹو ہسٹری، ایوری کمیونٹی واز گرانٹڈ سم سپیشل کوالٹی۔ فار ایگز</w:t>
      </w:r>
    </w:p>
    <w:p>
      <w:r>
        <w:rPr>
          <w:b/>
        </w:rPr>
        <w:t xml:space="preserve">[1:41:39] </w:t>
      </w:r>
      <w:r>
        <w:t>ample, jews were granted promised land, intelligence and prosperous thinking. as a result, the christians became lenient and full of compassion. is there any special quality which comes inherently to muslims? dekhiye, main yeh keh sakta hoon ke musalmanon ke paas jo sab se badi cheez hai, sab se asset un ka asset woh hai,</w:t>
      </w:r>
    </w:p>
    <w:p>
      <w:pPr>
        <w:jc w:val="right"/>
      </w:pPr>
      <w:r>
        <w:t>امپل، جیوز وار گرانٹڈ پرومس لینڈ، انٹیلیجنس اینڈ پروسپیریس تھنکنگ۔ ایز ا رزلٹ، دی کرسچنز بیکم لینینٹ اینڈ فل اف کمپیشن۔ از دیر اینی سپیشل کوالٹی وچ کمز انہیرنٹلی ٹو مسلمز؟ دیکھیے، میں یہ کہہ سکتا ہوں کہ مسلمانوں کے پاس جو سب سے بڑی چیز ہے، سب سے ایسٹ ان کا ایسٹ وہ ہے،</w:t>
      </w:r>
    </w:p>
    <w:p>
      <w:r>
        <w:rPr>
          <w:b/>
        </w:rPr>
        <w:t xml:space="preserve">[1:42:10] </w:t>
      </w:r>
      <w:r>
        <w:t>yani un altered religion. yani Khuda ne jo deen bheje, hazaron saal se doosre ummaton mein bigaad aa gaya. kisi ke paas bhi Khuda ka deen apne pure shakal mein baqi nahi hai. har jagah bigda hua hai. har jagah bigda hua hai. jis ko hum kehte hain muharraf</w:t>
      </w:r>
    </w:p>
    <w:p>
      <w:pPr>
        <w:jc w:val="right"/>
      </w:pPr>
      <w:r>
        <w:t>یعنی ان الٹرڈ ریلیجن۔ یعنی خدا نے جو دین بھیجے، ہزاروں سال سے دوسرے امتوں میں بگاڑ آ گیا۔ کسی کے پاس بھی خدا کا دین اپنے پیور شکل میں باقی نہیں ہے۔ ہر جگہ بگڑا ہوا ہے۔ ہر جگہ بگڑا ہوا ہے۔ جس کو ہم کہتے ہیں محرف</w:t>
      </w:r>
    </w:p>
    <w:p>
      <w:r>
        <w:rPr>
          <w:b/>
        </w:rPr>
        <w:t xml:space="preserve">[1:42:40] </w:t>
      </w:r>
      <w:r>
        <w:t>shakal mein hai. sirf Islam ek aisa mazhab hai jis mein koi badlav nahi hua, koi change nahi hua, jo abhi bhi apni purity ko, apni originality ko baqi rakhi hui hai. sab se bada asset musalman ka yeh hai. asset kyun hai? is liye ke Islam jo hai, insaan ke nature counterpart hai. yani Islam ki jo message hai, all daily aap kehte hain intervolo hai har adam</w:t>
      </w:r>
    </w:p>
    <w:p>
      <w:pPr>
        <w:jc w:val="right"/>
      </w:pPr>
      <w:r>
        <w:t>شکل میں ہے۔ صرف اسلام ایک ایسا مذہب ہے جس میں کوئی بدلاؤ نہیں ہوا، کوئی چینج نہیں ہوا، جو ابھی بھی اپنی پیورٹی کو، اپنی اوریجنلٹی کو باقی رکھی ہوئی ہے۔ سب سے بڑا ایسٹ مسلمان کا یہ ہے۔ ایسٹ کیوں ہے؟ اس لیے کہ اسلام جو ہے، انسان کے نیچر کاؤنٹر پارٹ ہے۔ یعنی اسلام کی جو میسج ہے، ال ڈیلی آپ کہتے ہیں انٹرولو ہے ہر آدم</w:t>
      </w:r>
    </w:p>
    <w:p>
      <w:r>
        <w:rPr>
          <w:b/>
        </w:rPr>
        <w:t xml:space="preserve">[1:43:10] </w:t>
      </w:r>
      <w:r>
        <w:t>i ke andar. natural religion ka matlab kya hai? woh har aadmi ka pehle hi se religion hai. isi liye maine ek arz kiya tha, ek misaal ke Gary Miller, America ka ek shakhs hai, abhi zinda hai, woh us ne Islam qubool kiya to us se poocha gaya ke tum ne kyun apna mazhab badal diya? us ne yahi jawab diya ke "I was not converted to Islam</w:t>
      </w:r>
    </w:p>
    <w:p>
      <w:pPr>
        <w:jc w:val="right"/>
      </w:pPr>
      <w:r>
        <w:t>ی کے اندر۔ نیچرل ریلیجن کا مطلب کیا ہے؟ وہ ہر آدمی کا پہلے ہی سے ریلیجن ہے۔ اسی لیے میں نے ایک عرض کیا تھا، ایک مثال کہ گیری ملر، امریکہ کا ایک شخص ہے، ابھی زندہ ہے، وہ اس نے اسلام قبول کیا تو اس سے پوچھا گیا کہ تم نے کیوں اپنا مذہب بدل دیا؟ اس نے یہی جواب دیا کہ "آئی واز ناٹ کنورٹڈ ٹو اسلام</w:t>
      </w:r>
    </w:p>
    <w:p>
      <w:r>
        <w:rPr>
          <w:b/>
        </w:rPr>
        <w:t xml:space="preserve">[1:43:41] </w:t>
      </w:r>
      <w:r>
        <w:t xml:space="preserve"> , I was reverted to my own birth birthright religion" ke mera jo mazhab pehle se tha, by nature, usi ko maine adopt kar liya. to aap ghaur kijiye ke jo religion aisa ho, yeh quality us ke andar ho ke pehle hi se log wahi chah rahe hon, usi cheez ko, us se taqatwar mazhab kaun sa ho sakta hai? isi liye main samajhta hoon ke ek Persian shayar ki yeh line bahut hi sahi fit aati hai is ke upar ke "hum ahwan</w:t>
      </w:r>
    </w:p>
    <w:p>
      <w:pPr>
        <w:jc w:val="right"/>
      </w:pPr>
      <w:r>
        <w:t>، آئی واز ریورٹڈ ٹو مائی اون برتھ برتھ رائٹ ریلیجن" کہ میرا جو مذہب پہلے سے تھا، بائی نیچر، اسی کو میں نے اڈاپٹ کر لیا۔ تو آپ غور کیجئے کہ جو ریلیجن ایسا ہو، یہ کوالٹی اس کے اندر ہو کہ پہلے ہی سے لوگ وہی چاہ رہے ہوں، اسی چیز کو، اس سے طاقتور ریلیجن کون سا ہو سکتا ہے؟ اسی لیے میں سمجھتا ہوں کہ ایک پرشین شاعر کی یہ لائن بہت ہی صحیح فٹ آتی ہے اس کے اوپر کہ "ہم اہوان</w:t>
      </w:r>
    </w:p>
    <w:p>
      <w:r>
        <w:rPr>
          <w:b/>
        </w:rPr>
        <w:t xml:space="preserve">[1:44:11] </w:t>
      </w:r>
      <w:r>
        <w:t>sehra sar khud nihad barq ba umeedan ke roze bishkar khwahi amal". is ka matlab yeh hai ke janglat ke saare hirran apna sar haath mein liye hue intezar kar rahe hain, koi hunter aaye, un ka shikar kar lein. is se bari taqat aur kya ho sakti hai? next question is from najma siddiqui. she says that while interacting with people, we come across people who say</w:t>
      </w:r>
    </w:p>
    <w:p>
      <w:pPr>
        <w:jc w:val="right"/>
      </w:pPr>
      <w:r>
        <w:t>صحرا سر خود نہاد برق با امیداں کے روزے بشکار خواہی عمل"۔ اس کا مطلب یہ ہے کہ جنگل کے سارے ہرن اپنا سر ہاتھ میں لیے ہوئے انتظار کر رہے ہیں، کوئی ہنٹر آئے، ان کا شکار کر لیں۔ اس سے بڑی طاقت اور کیا ہو سکتی ہے؟ نیکسٹ کویسچن از فرام نجمہ صدیقی۔ شی سیز دیٹ وائل انٹریکٹنگ ود پیپل، وی کم اکراس پیپل ہو سی</w:t>
      </w:r>
    </w:p>
    <w:p>
      <w:r>
        <w:rPr>
          <w:b/>
        </w:rPr>
        <w:t xml:space="preserve">[1:44:42] </w:t>
      </w:r>
      <w:r>
        <w:t>that to what extent do we need to be patient? for example, in situation like godhra, or they also say that what is the limit of patience? dekhiye, godhra wali baat ko main chhodta hoon, woh lambi baat hai, aur main yeh kahunga ke jitni bhi muslim reporten aayi hain, woh shuru karti hain story ke second half se. story ka first half koi nahi batata.</w:t>
      </w:r>
    </w:p>
    <w:p>
      <w:pPr>
        <w:jc w:val="right"/>
      </w:pPr>
      <w:r>
        <w:t>دیٹ ٹو واٹ ایکسٹینٹ ڈو وی نیڈ ٹو بی پیشنٹ؟ فار ایگزامپل، ان سچویشن لائک گودھرا، اور دے السو سے دیٹ واٹ از دی لمٹ اف پیشنس؟ دیکھیے، گودھرا والی بات کو میں چھوڑتا ہوں، وہ لمبی بات ہے، اور میں یہ کہوں گا کہ جتنی بھی مسلم رپورٹیں آئی ہیں، وہ شروع کرتی ہیں اسٹوری کے سیکنڈ ہاف سے۔ اسٹوری کا فرسٹ ہاف کوئی نہیں بتاتا۔</w:t>
      </w:r>
    </w:p>
    <w:p>
      <w:r>
        <w:rPr>
          <w:b/>
        </w:rPr>
        <w:t xml:space="preserve">[1:45:12] </w:t>
      </w:r>
      <w:r>
        <w:t>is tarah godhra quote kiya jata hai jaise ke bas hinduo ne unilaterally zulm kar dala. main is ko sahi nahi manta. is story ka sirf second half report hua hai urdu musalmano ke akhbaron mein, muslim media mein, aur first half report nahi hua hai. lekin is is chapter ko nahi khol raha hoon main is waqt. general baat yeh hai ke yeh sawal is liye paida hota hai ke log sabr ko ibadat nahi samajhte, sabr ko passivity samajhte hain, buzdi samajhte hain.</w:t>
      </w:r>
    </w:p>
    <w:p>
      <w:pPr>
        <w:jc w:val="right"/>
      </w:pPr>
      <w:r>
        <w:t>اس طرح گودھرا کوٹ کیا جاتا ہے جیسے کہ بس ہندوؤں نے یونی لیٹرلی ظلم کر ڈالا۔ میں اس کو صحیح نہیں مانتا۔ اس اسٹوری کا صرف سیکنڈ ہاف رپورٹ ہوا ہے اردو مسلمانوں کے اخباروں میں، مسلم میڈیا میں، اور فرسٹ ہاف رپورٹ نہیں ہوا ہے۔ لیکن اس اس چیپٹر کو نہیں کھول رہا ہوں میں اس وقت۔ جنرل بات یہ ہے کہ یہ سوال اس لیے پیدا ہوتا ہے کہ لوگ صبر کو عبادت نہیں سمجھتے، صبر کو پیسیوٹی سمجھتے ہیں، بزدلی سمجھتے ہیں۔</w:t>
      </w:r>
    </w:p>
    <w:p>
      <w:r>
        <w:rPr>
          <w:b/>
        </w:rPr>
        <w:t xml:space="preserve">[1:45:42] </w:t>
      </w:r>
      <w:r>
        <w:t>basic baat yeh hai, koi mujhe aaj tak musalman mile hi nahi apni poori umar mein jo yeh keh sake ke sabr ek ibadat hai. use musalmano ke saaye ke yeh baat aayi hi nahi ke sabr ek ibadat hai. halanke quran mein likha hua hai: "inma yufsa al-sabiruna bi ghair hisab". sabr karne walon ko bila hisab ajr diya jayega, unlimited ajr diya jayega, unlimited re</w:t>
      </w:r>
    </w:p>
    <w:p>
      <w:pPr>
        <w:jc w:val="right"/>
      </w:pPr>
      <w:r>
        <w:t>بیسک بات یہ ہے، کوئی مجھے آج تک مسلمان ملے ہی نہیں اپنی پوری عمر میں جو یہ کہہ سکے کہ صبر ایک عبادت ہے۔ اسے مسلمانوں کے سائے کے یہ بات آئی ہی نہیں کہ صبر ایک عبادت ہے۔ حالانکہ قرآن میں لکھا ہوا ہے: "إنما يؤفس الصابرون بغير حساب"۔ صبر کرنے والوں کو بلا حساب اجر دیا جائے گا، ان لمیٹڈ اجر دیا جائے گا، ان لمیٹڈ ری</w:t>
      </w:r>
    </w:p>
    <w:p>
      <w:r>
        <w:rPr>
          <w:b/>
        </w:rPr>
        <w:t xml:space="preserve">[1:46:12] </w:t>
      </w:r>
      <w:r>
        <w:t>ward diya jayega. jo cheez rewardable hai, wahi to ibadat hai. aap ghor kijiye, jo cheez rewardable hai, wahi to ibadat hai. to farmate hain ke sabr karne walon ko be hisab ajr diya jayega. to abhi kuch log mere paas aaye the, yeh sawal kiya, unhone to main ne kaha ke dekhiye, aap namaz padhte hain, aap ghor kijiye ke aap jante hain ke juma ki namaz ka bohat sawab hai. saare musalman jante hain ke juma ki namaz ka bohat sawab hai. aap baithe hue hain</w:t>
      </w:r>
    </w:p>
    <w:p>
      <w:pPr>
        <w:jc w:val="right"/>
      </w:pPr>
      <w:r>
        <w:t>وارڈ دیا جائے گا۔ جو چیز ریوارڈیبل ہے، وہی تو عبادت ہے۔ آپ غور کیجئے، جو چیز ریوارڈیبل ہے، وہی تو عبادت ہے۔ تو فرماتے ہیں کہ صبر کرنے والوں کو بے حساب اجر دیا جائے گا۔ تو ابھی کچھ لوگ میرے پاس آئے تھے، یہ سوال کیا، انہوں نے تو میں نے کہا کہ دیکھیے، آپ نماز پڑھتے ہیں، آپ غور کیجئے کہ آپ جانتے ہیں کہ جمعہ کی نماز کا بہت ثواب ہے۔ سارے مسلمان جانتے ہیں کہ جمعہ کی نماز کا بہت ثواب ہے۔ آپ بیٹھے ہوئے ہیں</w:t>
      </w:r>
    </w:p>
    <w:p>
      <w:r>
        <w:rPr>
          <w:b/>
        </w:rPr>
        <w:t xml:space="preserve">[1:46:43] </w:t>
      </w:r>
      <w:r>
        <w:t>aur juma ki namaz ki azan hoti hai. juma ki ki namaz ki azan buland hoti hai, aap sunte hain is ko to aap ke dil mein kya aayega? daudo daudo daudo, bohat bade sawab kamane ka waqt aa gaya. aap daud kar masjid jayenge aur sawab kamane ke liye. to main ne kaha ke jab ek shakhs aap ke dil ko provoke karta hai to bhi to azan hai, woh koi sabr kab karenge? aap</w:t>
      </w:r>
    </w:p>
    <w:p>
      <w:pPr>
        <w:jc w:val="right"/>
      </w:pPr>
      <w:r>
        <w:t>اور جمعہ کی نماز کی اذان ہوتی ہے۔ جمعہ کی کی نماز کی اذان بلند ہوتی ہے، آپ سنتے ہیں اس کو تو آپ کے دل میں کیا آئے گا؟ دوڑو دوڑو دوڑو، بہت بڑے ثواب کمانے کا وقت آ گیا۔ آپ دوڑ کر مسجد جائیں گے اور ثواب کمانے کے لیے۔ تو میں نے کہا کہ جب ایک شخص آپ کے دل کو پرووک کرتا ہے تو بھی تو اذان ہے، وہ کوئی صبر کب کریں گے؟ آپ</w:t>
      </w:r>
    </w:p>
    <w:p>
      <w:r>
        <w:rPr>
          <w:b/>
        </w:rPr>
        <w:t xml:space="preserve">[1:47:13] </w:t>
      </w:r>
      <w:r>
        <w:t>jab meetha meetha shehad koi pilayega to aap sabr karenge? aap koi aap ko lunch aur dinner de to aap sabr karenge? wahan par phir sabr to karne ka mauqa jab aap ko koi provoke kare, koi gussa dilaye, koi takleef pahunchaye. is ka matlab yeh hai ke woh mauqa sabr ki azan ka mauqa hota hai, sab se bade reward ki azan ka mauqa hota hai. jab bhi aap ko yeh waqt aaye ke koi aap ko takleef pahunchaye, koi aap ko provoke kare, koi</w:t>
      </w:r>
    </w:p>
    <w:p>
      <w:pPr>
        <w:jc w:val="right"/>
      </w:pPr>
      <w:r>
        <w:t>جب میٹھا میٹھا شہد کوئی پلائے گا تو آپ صبر کریں گے؟ آپ کوئی آپ کو لنچ اور ڈنر دے تو آپ صبر کریں گے؟ وہاں پر پھر صبر تو کرنے کا موقع جب آپ کو کوئی پرووک کرے، کوئی غصہ دلائے، کوئی تکلیف پہنچائے۔ اس کا معنی یہ ہے کہ وہ موقع صبر کی اذان کا موقع ہوتا ہے، سب سے بڑے ریوارڈ کی اذان کا موقع ہوتا ہے۔ جب بھی آپ کو یہ وقت آئے کہ کوئی آپ کو تکلیف پہنچائے، کوئی آپ کو پرووک کرے، کوئی</w:t>
      </w:r>
    </w:p>
    <w:p>
      <w:r>
        <w:rPr>
          <w:b/>
        </w:rPr>
        <w:t xml:space="preserve">[1:47:43] </w:t>
      </w:r>
      <w:r>
        <w:t>aap ko gussa dila de, to agar aap sache yaqeen karne wale hain is ayat par, to aap ko yeh sochna chahiye ke yeh to sab se bade reward ka time aa gaya, yeh to ibadat sabr ki azan ho gayi. aao hum sabr kar ke sab se bada reward lein. jis tarah aap sochte hain juma ke liye ke aao hum juma padh ke sab se badi ibadat ka sawab lein, aap ko sochna chahiye ke super ibadat keh</w:t>
      </w:r>
    </w:p>
    <w:p>
      <w:pPr>
        <w:jc w:val="right"/>
      </w:pPr>
      <w:r>
        <w:t>آپ کو غصہ دلا دے، تو اگر آپ سچے یقین کرنے والے ہیں اس آیت پر، تو آپ کو یہ سوچنا چاہیے کہ یہ تو سب سے بڑے ریوارڈ کا ٹائم آ گیا، یہ تو عبادت صبر کی اذان ہو گئی۔ آؤ ہم صبر کر کے سب سے بڑا ریوارڈ لیں۔ جس طرح آپ سوچتے ہیں جمعہ کے لیے کہ آؤ ہم جمعہ پڑھ کے سب سے بڑی عبادت کا ثواب لیں، آپ کو سوچنا چاہیے کہ سپر عبادت کہ</w:t>
      </w:r>
    </w:p>
    <w:p>
      <w:r>
        <w:rPr>
          <w:b/>
        </w:rPr>
        <w:t xml:space="preserve">[1:48:13] </w:t>
      </w:r>
      <w:r>
        <w:t>jab aap ke dil ko chot lage to aap samajh lijiye ke azan ho gayi hai sabr ki ibadat ki. aao hum sabr kar ke super ibadat karein, sabr karein, super ibadat karein taake hum super reward hamein mil sake. yeh quran se sabit hai. ek bad qismati yeh hai ke sabr ko log buzdi samajhne lage hain. sahi, kaisi ajib o gharib baat hai. jo baat quran mein likhi hai, hadith mein likhi hai,</w:t>
      </w:r>
    </w:p>
    <w:p>
      <w:pPr>
        <w:jc w:val="right"/>
      </w:pPr>
      <w:r>
        <w:t>جب آپ کے دل کو چوٹ لگے تو آپ سمجھ لیجئے کہ اذان ہو گئی ہے صبر کی عبادت کی۔ آؤ ہم صبر کر کے سپر عبادت کریں، صبر کریں، سپر عبادت کریں تاکہ ہم سپر ریوارڈ ہمیں مل سکے۔ یہ قرآن سے ثابت ہے۔ ایک بدقسمتی یہ ہے کہ صبر کو لوگ بزدلی سمجھنے لگے ہیں۔ صحیح، کیسی عجیب و غریب بات ہے۔ جو بات قرآن میں لکھی ہے، حدیث میں لکھی ہے،</w:t>
      </w:r>
    </w:p>
    <w:p>
      <w:r>
        <w:rPr>
          <w:b/>
        </w:rPr>
        <w:t xml:space="preserve">[1:48:44] </w:t>
      </w:r>
      <w:r>
        <w:t>woh nikal liya khud hi khud. jab sabr ko bataya gaya, sabr reward to aap us ko buzdi ko kehte hain. namaz ko buzdi kahiye, hajj ko buzdi kahiye. yeh hai tehreef badal dena ke quran to kehta hai ke sabr sab se zyada rewardable amal hai. aap kehte hain yeh buzdi hai, yeh to quran se bagawat hai. to behar haal main</w:t>
      </w:r>
    </w:p>
    <w:p>
      <w:pPr>
        <w:jc w:val="right"/>
      </w:pPr>
      <w:r>
        <w:t>وہ نکال لیا خود ہی خود۔ جب صبر کو بتایا گیا، صبر ریوارڈ تو آپ اس کو بزدلی کو کہتے ہیں۔ نماز کو بزدلی کہیے، حج کو بزدلی کہیے۔ یہ ہے تحریف بدل دینا کہ قرآن تو کہتا ہے کہ صبر سب سے زیادہ ریوارڈیبل عمل ہے۔ آپ کہتے ہیں یہ بزدلی ہے، یہ تو قرآن سے بغاوت ہے۔ تو بہرحال میں</w:t>
      </w:r>
    </w:p>
    <w:p>
      <w:r>
        <w:rPr>
          <w:b/>
        </w:rPr>
        <w:t xml:space="preserve">[1:49:15] </w:t>
      </w:r>
      <w:r>
        <w:t>poore yaqeen ke sath yeh kehta hoon ke jab woh lamha aa jaye jab sabr karna parta hai to samajh lijiye ke azan ho gayi super ibadat ki, aur super ibadat kar ke ab hum is qabil ho gaye ke seedhe jannat mein jayein. main samajhta hoon ke yahi islam ki taleem hai, yahi quran ki taleem hai.</w:t>
      </w:r>
    </w:p>
    <w:p>
      <w:pPr>
        <w:jc w:val="right"/>
      </w:pPr>
      <w:r>
        <w:t>پورے یقین کے ساتھ یہ کہتا ہوں کہ جب وہ لمحہ آ جائے جب صبر کرنا پڑتا ہے تو سمجھ لیجئے کہ اذان ہو گئی سپر عبادت کی، اور سپر عبادت کر کے اب ہم اس قابل ہو گئے کہ سیدھے جنت میں جائیں۔ میں سمجھتا ہوں کہ یہی اسلام کی تعلیم ہے، یہی قرآن کی تعلیم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