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 March 26, 2006 | Maulana Wahiduddin Khan</w:t>
      </w:r>
    </w:p>
    <w:p>
      <w:r>
        <w:t>https://www.youtube.com/watch?v=li_qc0OGGIA</w:t>
      </w:r>
    </w:p>
    <w:p>
      <w:r>
        <w:rPr>
          <w:b/>
        </w:rPr>
        <w:t xml:space="preserve">[00:00] </w:t>
      </w:r>
      <w:r>
        <w:t>kal ka jo event tha, woh "noise culture" ka end tha, aur aaj hamari jo cps hai woh "spiritual culture" ka beginning hai. jo book 1400 years se duniya mein exist kar rahi ho, woh zahir hai ke woh "unknown" nahi reh sakti. kya aisa nahi hai ke khuda ne tum ko "orphan" paya</w:t>
      </w:r>
    </w:p>
    <w:p>
      <w:pPr>
        <w:jc w:val="right"/>
      </w:pPr>
      <w:r>
        <w:t>کل کا جو ایونٹ تھا، وہ "شور کلچر" کا اینڈ تھا، اور آج ہماری جو سی پی ایس ہے وہ "اسپیریچول کلچر" کا بگننگ ہے۔ جو بک 1400 ایئرز سے دنیا میں ایگزسٹ کر رہی ہو، وہ ظاہر ہے کہ وہ "ان نون" نہیں رہ سکتی۔ کیا ایسا نہیں ہے کہ خدا نے تم کو "ارفن" پایا</w:t>
      </w:r>
    </w:p>
    <w:p>
      <w:r>
        <w:rPr>
          <w:b/>
        </w:rPr>
        <w:t xml:space="preserve">[00:30] </w:t>
      </w:r>
      <w:r>
        <w:t>to tum ko shelter diya? kya aisa nahi ke khuda ne tum ko "bhatka hua" paya to tum ko rasta dikhaya? kya aisa nahi ke tum ko khuda ne "muhtaj" paya to tum ko gharib bana diya? phir jab yeh awaz mein ne suni to aisa laga ke main ne— main duniya mein "alone" nahi hoon</w:t>
      </w:r>
    </w:p>
    <w:p>
      <w:pPr>
        <w:jc w:val="right"/>
      </w:pPr>
      <w:r>
        <w:t>تو تم کو شیلٹر دیا؟ کیا ایسا نہیں کہ خدا نے تم کو "بھٹکا ہوا" پایا تو تم کو راستہ دکھایا؟ کیا ایسا نہیں کہ تم کو خدا نے "محتاج" پایا تو تم کو غریب بنا دیا؟ پھر جب یہ آواز میں نے سنی تو ایسا لگا کہ میں نے— میں دنیا میں "الون" نہیں ہوں</w:t>
      </w:r>
    </w:p>
    <w:p>
      <w:r>
        <w:rPr>
          <w:b/>
        </w:rPr>
        <w:t xml:space="preserve">[01:01] </w:t>
      </w:r>
      <w:r>
        <w:t>, koi ek mera saathi bhi hai, aur saathi khud khuda hai. main ne bohat se mutale ke baad is baat ko nikala ke insaan basically "god seeking animal" hai. insaan by nature dhoondh raha hai ke koi khuda mujhe mile, jo mujhe address kare, jis ko main follow karoon. yeh sab ka formula hai ke status quo ko badlo, badal kar ke justice lao, to phir us ke baad peace ho jayega</w:t>
      </w:r>
    </w:p>
    <w:p>
      <w:pPr>
        <w:jc w:val="right"/>
      </w:pPr>
      <w:r>
        <w:t>، کوئی ایک میرا ساتھی بھی ہے، اور ساتھی خود خدا ہے۔ میں نے بہت سے مطالعے کے بعد اس بات کو نکالا کہ انسان بیسیکلی "گاڈ سیکنگ اینیمل" ہے۔ انسان بائی نیچر ڈھونڈ رہا ہے کہ کوئی خدا مجھے ملے، جو مجھے ایڈریس کرے، جس کو میں فالو کروں۔ یہ سب کا فارمولا ہے کہ اسٹیٹس کو کو بدلو، بدل کر کے جسٹس لاؤ، تو پھر اس کے بعد پیس ہو جائے</w:t>
      </w:r>
    </w:p>
    <w:p>
      <w:r>
        <w:rPr>
          <w:b/>
        </w:rPr>
        <w:t xml:space="preserve">[01:31] </w:t>
      </w:r>
      <w:r>
        <w:t>ga. to peace ke sath jo cheez aati hai, woh opportunity aati hai, na ke justice. bismillah hir rahman nir rahim. wasallallahu ala nabiyyil karim. rab ishrah li sadri, wa yassir li amri</w:t>
      </w:r>
    </w:p>
    <w:p>
      <w:pPr>
        <w:jc w:val="right"/>
      </w:pPr>
      <w:r>
        <w:t>گا۔ تو پیس کے ساتھ جو چیز آتی ہے، وہ اپرچونٹی آتی ہے، نہ کہ جسٹس۔ بسم اللہ الرحمن الرحیم۔ وصلی اللہ علی النبی الکریم۔ رب اشرح لی صدری، ویسر لی امری</w:t>
      </w:r>
    </w:p>
    <w:p>
      <w:r>
        <w:rPr>
          <w:b/>
        </w:rPr>
        <w:t xml:space="preserve">[02:01] </w:t>
      </w:r>
      <w:r>
        <w:t>, wahul uqdata min lisani yafqahu qawli. aaj mujhe inshallah quran ke bare mein kuch kehna hai. asal topic par apni baat shuru karne se pehle,</w:t>
      </w:r>
    </w:p>
    <w:p>
      <w:pPr>
        <w:jc w:val="right"/>
      </w:pPr>
      <w:r>
        <w:t>، واحل العقدۃ من لسانی یفقہ قولی۔ آج مجھے انشاءاللہ قرآن کے بارے میں کچھ کہنا ہے۔ اصل ٹاپک پر اپنی بات شروع کرنے سے پہلے،</w:t>
      </w:r>
    </w:p>
    <w:p>
      <w:r>
        <w:rPr>
          <w:b/>
        </w:rPr>
        <w:t xml:space="preserve">[02:31] </w:t>
      </w:r>
      <w:r>
        <w:t>main ek incidence ka zikr karna chahta hoon jo abhi kal sham ko paish aaya. kal sham ko mujhe ek tv channel mein bulaya gaya tha. wahan main bhi gaya tha, aur mere sath rajat malhotra, phir sethi malhotra, aur raziya aur saadi</w:t>
      </w:r>
    </w:p>
    <w:p>
      <w:pPr>
        <w:jc w:val="right"/>
      </w:pPr>
      <w:r>
        <w:t>میں ایک انسیڈنس کا ذکر کرنا چاہتا ہوں جو ابھی کل شام کو پیش آیا۔ کل شام کو مجھے ایک ٹی وی چینل میں بلایا گیا تھا۔ وہاں میں بھی گیا تھا، اور میرے ساتھ رجت ملہوترا، پھر ستی ملہوترا، اور رازیہ اور سعدی</w:t>
      </w:r>
    </w:p>
    <w:p>
      <w:r>
        <w:rPr>
          <w:b/>
        </w:rPr>
        <w:t xml:space="preserve">[03:01] </w:t>
      </w:r>
      <w:r>
        <w:t>h— yeh log bhi maujood the, mere sath gaye the. wahan unhone bohat sailon ko ekhatta kiya tha, hindu aur musalman dono. aur topic yeh tha ke hindu aur muslim ke beech mein bhai chara kaise badhaya jaye. lekin woh</w:t>
      </w:r>
    </w:p>
    <w:p>
      <w:pPr>
        <w:jc w:val="right"/>
      </w:pPr>
      <w:r>
        <w:t>ہ— یہ لوگ بھی موجود تھے، میرے ساتھ گئے تھے۔ وہاں انہوں نے بہت سائلوں کو اکٹھا کیا تھا، ہندو اور مسلمان دونوں۔ اور ٹاپک یہ تھا کہ ہندو اور مسلم کے بیچ میں بھائی چارہ کیسے بڑھایا جائے۔ لیکن وہ</w:t>
      </w:r>
    </w:p>
    <w:p>
      <w:r>
        <w:rPr>
          <w:b/>
        </w:rPr>
        <w:t xml:space="preserve">[03:31] </w:t>
      </w:r>
      <w:r>
        <w:t>jin logon ne dekha hai, woh samajhte hain is cheez ko ke woh ek "pandemonium" ban gaya tha. shor, shor, shor. main to do char sentence bola, phir chup chap baitha raha aakhir tak. ek bohat hi zyada dukh bhara experience tha. hamari aaj ki jo society hai,</w:t>
      </w:r>
    </w:p>
    <w:p>
      <w:pPr>
        <w:jc w:val="right"/>
      </w:pPr>
      <w:r>
        <w:t>جن لوگوں نے دیکھا ہے، وہ سمجھتے ہیں اس چیز کو کہ وہ ایک "پینڈیمونیم" بن گیا تھا۔ شور، شور، شور۔ میں تو دو چار سینٹنس بولا، پھر چپ چاپ بیٹھا رہا آخر تک۔ ایک بہت ہی زیادہ دکھ بھرا ایکسپیرینس تھا۔ ہماری آج کی جو سوسائٹی ہے،</w:t>
      </w:r>
    </w:p>
    <w:p>
      <w:r>
        <w:rPr>
          <w:b/>
        </w:rPr>
        <w:t xml:space="preserve">[04:01] </w:t>
      </w:r>
      <w:r>
        <w:t>woh wahan dikhai de rahi thi. hamari aaj ki society kya janti hai? sirf ek baat: complaint, protest. complaint, protest. aur aakhir mein violence. dono communities ke log jo hain, ek hi raste ko follow kar rahe the. har ek apni complaint, apni protest ke liye baitha tha. koi kisi ki baat sunne ke liye tayar nahi</w:t>
      </w:r>
    </w:p>
    <w:p>
      <w:pPr>
        <w:jc w:val="right"/>
      </w:pPr>
      <w:r>
        <w:t>وہ وہاں دکھائی دے رہی تھی۔ ہماری آج کی سوسائٹی کیا جانتی ہے؟ صرف ایک بات: کمپلینٹ، پروٹیسٹ۔ کمپلینٹ، پروٹیسٹ۔ اور آخر میں وائیلنس۔ دونوں کمیونٹیز کے لوگ جو ہیں، ایک ہی راستے کو فالو کر رہے تھے۔ ہر ایک اپنی کمپلینٹ، اپنی پروٹیسٹ کے لیے بیٹھا تھا۔ کوئی کسی کی بات سننے کے لیے تیار نہیں</w:t>
      </w:r>
    </w:p>
    <w:p>
      <w:r>
        <w:rPr>
          <w:b/>
        </w:rPr>
        <w:t xml:space="preserve">[04:31] </w:t>
      </w:r>
      <w:r>
        <w:t>tha. lekin is mein mujhe ek experience hua, abhi aaj subah, ke main ne kal wale tajurbe ko, ya kal ke kal ki meeting ko, jab main aaj hamari jo yeh cps ki meeting hai, is se main ne compare kiya. in comparison that we understand.</w:t>
      </w:r>
    </w:p>
    <w:p>
      <w:pPr>
        <w:jc w:val="right"/>
      </w:pPr>
      <w:r>
        <w:t>تھا۔ لیکن اس میں مجھے ایک ایکسپیرینس ہوا، ابھی آج صبح، کہ میں نے کل والے تجربے کو، یا کل کے کل کی میٹنگ کو، جب میں آج ہماری جو یہ سی پی ایس کی میٹنگ ہے، اس سے میں نے کمپئیر کیا۔ ان کمپیرزن دیٹ وی انڈرسٹینڈ۔</w:t>
      </w:r>
    </w:p>
    <w:p>
      <w:r>
        <w:rPr>
          <w:b/>
        </w:rPr>
        <w:t xml:space="preserve">[05:05] </w:t>
      </w:r>
      <w:r>
        <w:t>to mujhe aisa laga ke kal ka jo event tha, woh noise culture ka end tha, aur aaj hamari jo cps hai, woh spiritual culture ka beginning hai. symbolic sense mein, main ne symbolic</w:t>
      </w:r>
    </w:p>
    <w:p>
      <w:pPr>
        <w:jc w:val="right"/>
      </w:pPr>
      <w:r>
        <w:t>تو مجھے ایسا لگا کہ کل کا جو ایونٹ تھا، وہ شور کلچر کا اینڈ تھا، اور آج ہماری جو سی پی ایس ہے، وہ اسپیریچول کلچر کا بگننگ ہے۔ سمبولک سینس میں، میں نے سمبولک</w:t>
      </w:r>
    </w:p>
    <w:p>
      <w:r>
        <w:rPr>
          <w:b/>
        </w:rPr>
        <w:t xml:space="preserve">[05:35] </w:t>
      </w:r>
      <w:r>
        <w:t>way mein, main keh sakta hoon ke kal sham ko main ne ek history ka end dekha. yeh jo hai noise culture, yeh chal raha hai jab se media aaya duniya mein. media noise culture le kar aaya hai. complaint aur protest ki politics le kar aaya hai. lekin ab main samajh</w:t>
      </w:r>
    </w:p>
    <w:p>
      <w:pPr>
        <w:jc w:val="right"/>
      </w:pPr>
      <w:r>
        <w:t>وے میں، میں کہہ سکتا ہوں کہ کل شام کو میں نے ایک ہسٹری کا اینڈ دیکھا۔ یہ جو ہے شور کلچر، یہ چل رہا ہے جب سے میڈیا آیا دنیا میں۔ میڈیا شور کلچر لے کر آیا ہے۔ کمپلینٹ اور پروٹیسٹ کی پالیٹکس لے کر آیا ہے۔ لیکن اب میں سمجھ</w:t>
      </w:r>
    </w:p>
    <w:p>
      <w:r>
        <w:rPr>
          <w:b/>
        </w:rPr>
        <w:t xml:space="preserve">[06:05] </w:t>
      </w:r>
      <w:r>
        <w:t>ta hoon ke woh apne aakhri par aa gaya hai. so that was end of history, end or cps is symbolically beginning of new history. main samajhta hoon ke law of nature hamare favor mein hai.</w:t>
      </w:r>
    </w:p>
    <w:p>
      <w:pPr>
        <w:jc w:val="right"/>
      </w:pPr>
      <w:r>
        <w:t>تا ہوں کہ وہ اپنے آخری اس پر آ گیا ہے۔ سو دیٹ واز اینڈ آف ہسٹری، اینڈ اور سی پی ایس از سمبولیکلی بگننگ آف نیو ہسٹری۔ میں سمجھتا ہوں کہ لاء آف نیچر ہمارے فیور میں ہے۔</w:t>
      </w:r>
    </w:p>
    <w:p>
      <w:r>
        <w:rPr>
          <w:b/>
        </w:rPr>
        <w:t xml:space="preserve">[06:36] </w:t>
      </w:r>
      <w:r>
        <w:t>law of nature permanently kisi evil ko flush karne ki allow nahi karta. yeh law of nature hai ke evil kuch dinon tak zaroor flush karta hai, us ke baad uska end aa jata hai. to symbolic way mein, main keh sakta hoon ke</w:t>
      </w:r>
    </w:p>
    <w:p>
      <w:pPr>
        <w:jc w:val="right"/>
      </w:pPr>
      <w:r>
        <w:t>لاء آف نیچر پرماننٹلی کسی ایول کو فلش کرنے کی الاؤ نہیں کرتا۔ یہ لاء آف نیچر ہے کہ ایول کچھ دنوں تک ضرور فلش کرتا ہے، اس کے بعد اس کا اینڈ آ جاتا ہے۔ تو سمبولک وے میں، میں کہہ سکتا ہوں کہ</w:t>
      </w:r>
    </w:p>
    <w:p>
      <w:r>
        <w:rPr>
          <w:b/>
        </w:rPr>
        <w:t xml:space="preserve">[07:09] </w:t>
      </w:r>
      <w:r>
        <w:t>aik history ka aik history apne end par pohnch chuki hai, aur doosri history ka ki beginning ho chuki hai. aur main samajhta hoon ke cps ki jo yeh team hai, cps ki jo movement hai, isi ka aik aik pehchan hai.</w:t>
      </w:r>
    </w:p>
    <w:p>
      <w:pPr>
        <w:jc w:val="right"/>
      </w:pPr>
      <w:r>
        <w:t>ایک ہسٹری کا ایک ہسٹری اپنے اینڈ پر پہنچ چکی ہے، اور دوسری ہسٹری کا کی بگننگ ہو چکی ہے۔ اور میں سمجھتا ہوں کہ سی پی ایس کی جو یہ ٹیم ہے، سی پی ایس کی جو موومنٹ ہے، اسی کا ایک ایک پہچان ہے۔</w:t>
      </w:r>
    </w:p>
    <w:p>
      <w:r>
        <w:rPr>
          <w:b/>
        </w:rPr>
        <w:t xml:space="preserve">[07:40] </w:t>
      </w:r>
      <w:r>
        <w:t>to kal jo mujhe negative thought aaya tha, us ko dekh kar, us ko jaldi maine positive thought mein badla, aur apne frustration ko maine hope mein tabdeel kiya. ab main poori tarah hope ki psychology mein hoon, jabke kal mujhe bohat ziyada shock laga tha. yeh</w:t>
      </w:r>
    </w:p>
    <w:p>
      <w:pPr>
        <w:jc w:val="right"/>
      </w:pPr>
      <w:r>
        <w:t>تو کل جو مجھے نیگیٹیو تھاٹ آیا تھا، اس کو دیکھ کر، اس کو جلدی میں نے پازیٹیو تھاٹ میں بدلا، اور اپنے فرسٹریشن کو میں نے ہوپ میں تبدیل کیا۔ اب میں پوری طرح ہوپ کی سائیکالوجی میں ہوں، جبکہ کل مجھے بہت زیادہ شاک لگا تھا۔ یہ</w:t>
      </w:r>
    </w:p>
    <w:p>
      <w:r>
        <w:rPr>
          <w:b/>
        </w:rPr>
        <w:t xml:space="preserve">[08:11] </w:t>
      </w:r>
      <w:r>
        <w:t>aik choti si ghatna thi jis mein mujhe aik bara sabak dikhai pada, aik lesson. ab main quran ke baray mein kuch baatein kahoon ga. quran logon ke liye koi unknown word nahi hai. jo book 1400 years se dunya mein exist kar rahi ho, woh zahir hai ke woh unknown nahi reh sakti</w:t>
      </w:r>
    </w:p>
    <w:p>
      <w:pPr>
        <w:jc w:val="right"/>
      </w:pPr>
      <w:r>
        <w:t>ایک چھوٹی سی گھٹنا تھی جس میں مجھے ایک بڑا سبق دکھائی پڑا، ایک لیسن۔ اب میں قرآن کے بارے میں کچھ باتیں کہوں گا۔ قرآن لوگوں کے لیے کوئی ان نون ورڈ نہیں ہے۔ جو بک 1400 ایئرز سے دنیا میں ایگزسٹ کر رہی ہو، وہ ظاہر ہے کہ وہ ان نون نہیں رہ سکتی</w:t>
      </w:r>
    </w:p>
    <w:p>
      <w:r>
        <w:rPr>
          <w:b/>
        </w:rPr>
        <w:t xml:space="preserve">[08:41] </w:t>
      </w:r>
      <w:r>
        <w:t>. sari dunya ke log jante hain ke quran aik book hai. lekin main samajhta hoon ke quran ka sahi introduction abhi tak nahi hua. hinduo mein aik sect hai, bohat hi chota, bohat hi tiny sect hai woh. woh log quran mein believe karte hain.</w:t>
      </w:r>
    </w:p>
    <w:p>
      <w:pPr>
        <w:jc w:val="right"/>
      </w:pPr>
      <w:r>
        <w:t>۔ ساری دنیا کے لوگ جانتے ہیں کہ قرآن ایک بک ہے۔ لیکن میں سمجھتا ہوں کہ قرآن کا صحیح انٹروڈکشن ابھی تک نہیں ہوا۔ ہندوؤں میں ایک سیکٹ ہے، بہت ہی چھوٹا، بہت ہی ٹائنی سیکٹ ہے وہ۔ وہ لوگ قرآن میں بیلیو کرتے ہیں۔</w:t>
      </w:r>
    </w:p>
    <w:p>
      <w:r>
        <w:rPr>
          <w:b/>
        </w:rPr>
        <w:t xml:space="preserve">[09:11] </w:t>
      </w:r>
      <w:r>
        <w:t>unki aik book hai. is book mein, jis ko woh secret mante hain, aik line hai: "bakra rahi furqan". yeh aik hindu ki line hai. "bakra rahi furqan". bakra ka matlab kya hai? unmarried. furqan ka matlab hai quran. furqan</w:t>
      </w:r>
    </w:p>
    <w:p>
      <w:pPr>
        <w:jc w:val="right"/>
      </w:pPr>
      <w:r>
        <w:t>ان کی ایک بک ہے۔ اس بک میں، جس کو وہ سیکرٹ مانتے ہیں، ایک لائن ہے: "بکر رہی فرقان"۔ یہ ایک ہندو کی لائن ہے۔ "بکر رہی فرقان"۔ بکر کا مطلب کیا ہے؟ ان میریڈ۔ فرقان کا مطلب ہے قرآن۔ فرقان</w:t>
      </w:r>
    </w:p>
    <w:p>
      <w:r>
        <w:rPr>
          <w:b/>
        </w:rPr>
        <w:t xml:space="preserve">[09:43] </w:t>
      </w:r>
      <w:r>
        <w:t>yani quran unmarried reh gaya. bari ajeeb baat kahi us ne. yeh log dilli mein hain, bohat kam tadad mein. main in se mila hoon. woh hindu community ka one percent se bhi kam hissa hain, lekin hain baharhal woh. unki aik book hai apni.</w:t>
      </w:r>
    </w:p>
    <w:p>
      <w:pPr>
        <w:jc w:val="right"/>
      </w:pPr>
      <w:r>
        <w:t>یعنی قرآن ان میریڈ رہ گیا۔ بڑی عجیب بات کہی اس نے۔ یہ لوگ دلی میں ہیں، بہت کم تعداد میں۔ میں ان سے ملا ہوں۔ وہ ہندو کمیونٹی کا ون پرسنٹ سے بھی کم حصہ ہیں، لیکن ہیں بہرحال وہ۔ ان کی ایک بک ہے اپنی۔</w:t>
      </w:r>
    </w:p>
    <w:p>
      <w:r>
        <w:rPr>
          <w:b/>
        </w:rPr>
        <w:t xml:space="preserve">[10:13] </w:t>
      </w:r>
      <w:r>
        <w:t>to is book mein yeh maine parha: "bakra rahi furqan". quran jo hai woh unmarried reh gaya. bari ajeeb yeh tamseel hai, bari ajeeb misaal hai. aik larki jo paida ho, phir barh kar jawan ho, aur phir woh baghair husband ke reh jaye, us ki shadi na ho, to zahir hai ke us ko fulfillment nahi</w:t>
      </w:r>
    </w:p>
    <w:p>
      <w:pPr>
        <w:jc w:val="right"/>
      </w:pPr>
      <w:r>
        <w:t>تو اس بک میں یہ میں نے پڑھا: "بکر رہی فرقان"۔ قرآن جو ہے وہ ان میریڈ رہ گیا۔ بڑی عجیب یہ تمثیل ہے، بڑی عجیب مثال ہے۔ ایک لڑکی جو پیدا ہو، پھر بڑھ کر جوان ہو، اور پھر وہ بغیر ہسبینڈ کے رہ جائے، اس کی شادی نہ ہو، تو ظاہر ہے کہ اس کو فلفلمنٹ نہیں</w:t>
      </w:r>
    </w:p>
    <w:p>
      <w:r>
        <w:rPr>
          <w:b/>
        </w:rPr>
        <w:t xml:space="preserve">[10:43] </w:t>
      </w:r>
      <w:r>
        <w:t>mile ga. us ka, us ki apni jo hasti thi, us ka expression nahi hua. woh apne ko express nahi kar saki. woh aik untold story ban kar reh gayi. har woh larki jis ko husband na mila ho, woh is universe ki aik untold story hai. bazahir woh jo hasti ho, hua karti ho,</w:t>
      </w:r>
    </w:p>
    <w:p>
      <w:pPr>
        <w:jc w:val="right"/>
      </w:pPr>
      <w:r>
        <w:t>ملے گا۔ اس کا، اس کی اپنی جو ہستی تھی، اس کا ایکسپریشن نہیں ہوا۔ وہ اپنے کو ایکسپریس نہیں کر سکی۔ وہ ایک ان ٹولڈ سٹوری بن کر رہ گئی۔ ہر وہ لڑکی جس کو ہسبینڈ نہ ملا ہو، وہ اس یونیورس کی ایک ان ٹولڈ سٹوری ہے۔ بظاہر وہ جو ہنستی ہو، ہوا کرتی ہو،</w:t>
      </w:r>
    </w:p>
    <w:p>
      <w:r>
        <w:rPr>
          <w:b/>
        </w:rPr>
        <w:t xml:space="preserve">[11:13] </w:t>
      </w:r>
      <w:r>
        <w:t>hotelon mein aap dekhen us ko, bohat logon ke sath joke chhodte hue. lekin agar aap andar se us ko read karen to har unmarried girl aik untold story hai. unfold story hai. to isi isi ko le kar unhon ne kaha ke "bakra rahi furqan". quran</w:t>
      </w:r>
    </w:p>
    <w:p>
      <w:pPr>
        <w:jc w:val="right"/>
      </w:pPr>
      <w:r>
        <w:t>ہوٹلوں میں آپ دیکھیں اس کو، بہت لوگوں کے ساتھ جوک چھوڑتے ہوئے۔ لیکن اگر آپ اندر سے اس کو ریڈ کریں تو ہر ان میریڈ گرل ایک ان ٹولڈ سٹوری ہے۔ ان فولڈ سٹوری ہے۔ تو اسی اسی کو لے کر انہوں نے کہا کہ "بکر رہی فرقان"۔ قرآن</w:t>
      </w:r>
    </w:p>
    <w:p>
      <w:r>
        <w:rPr>
          <w:b/>
        </w:rPr>
        <w:t xml:space="preserve">[11:46] </w:t>
      </w:r>
      <w:r>
        <w:t>aik doshiza reh gayi jis ki shadi na hui ho. matlab us ki baatein nahi khuli. us ki, us ke andar jo gurr the, woh nahi logon ne jana. us ke andar jo bari bari wisdom thi, us se log bekhabar rahe. to yeh baat agarchay bazahir aik hindu ne kahi hai, lekin main samajhta hoon ke woh 100 percent sahi hai. main khud apne baray mein kehta hoon ke mujh par bhi yahi</w:t>
      </w:r>
    </w:p>
    <w:p>
      <w:pPr>
        <w:jc w:val="right"/>
      </w:pPr>
      <w:r>
        <w:t>ایک دوشیزہ رہ گئی جس کی شادی نہ ہوئی ہو۔ مطلب اس کی باتیں نہیں کھلیں۔ اس کی، اس کے اندر جو گڑ تھے، وہ نہیں لوگوں نے جانا۔ اس کے اندر جو بڑی بڑی وزڈم تھی، اس سے لوگ بے خبر رہے۔ تو یہ بات اگرچہ بظاہر ایک ہندو نے کہی ہے، لیکن میں سمجھتا ہوں کہ وہ 100 پرسنٹ صحیح ہے۔ میں خود اپنے بارے میں کہتا ہوں کہ مجھ پر بھی یہی</w:t>
      </w:r>
    </w:p>
    <w:p>
      <w:r>
        <w:rPr>
          <w:b/>
        </w:rPr>
        <w:t xml:space="preserve">[12:17] </w:t>
      </w:r>
      <w:r>
        <w:t>experience guzra. dekhiye, main up mein paida hua, aik gaon mein, ab se taqreeban 85 years pehle. mujh ko aik madrasay mein dakhil kar diya gaya. wahan maine arabic language parhi, wahan maine quran ko parha,</w:t>
      </w:r>
    </w:p>
    <w:p>
      <w:pPr>
        <w:jc w:val="right"/>
      </w:pPr>
      <w:r>
        <w:t>ایکسپیرینس گزرا۔ دیکھیے، میں یو پی میں پیدا ہوا، ایک گاؤں میں، اب سے تقریباً 85 ایئرز پہلے۔ مجھ کو ایک مدرسے میں داخل کر دیا گیا۔ وہاں میں نے عربک لینگویج پڑھی، وہاں میں نے قرآن کو پڑھا،</w:t>
      </w:r>
    </w:p>
    <w:p>
      <w:r>
        <w:rPr>
          <w:b/>
        </w:rPr>
        <w:t xml:space="preserve">[12:47] </w:t>
      </w:r>
      <w:r>
        <w:t>aur quran se jo related ilm hote hain, woh sab parha. lekin ab bhi main quran se unaware tha. bekhabar tha. kyun? jo log madrason ka haal jante hain, unhein pata hai ke madrason mein quran bilkul technical subject ke taur par parhaya jata hai. technical subject. matlab us ki grammar kya hai?</w:t>
      </w:r>
    </w:p>
    <w:p>
      <w:pPr>
        <w:jc w:val="right"/>
      </w:pPr>
      <w:r>
        <w:t>اور قرآن سے جو ریلیٹڈ علم ہوتے ہیں، وہ سب پڑھا۔ لیکن اب بھی میں قرآن سے ان ایویر تھا۔ بے خبر تھا۔ کیوں؟ جو لوگ مدرسوں کا حال جانتے ہیں، انہیں پتہ ہے کہ مدرسوں میں قرآن بالکل ٹیکنیکل سبجیکٹ کے طور پر پڑھایا جاتا ہے۔ ٹیکنیکل سبجیکٹ۔ مطلب اس کی گریبر کیا ہے؟</w:t>
      </w:r>
    </w:p>
    <w:p>
      <w:r>
        <w:rPr>
          <w:b/>
        </w:rPr>
        <w:t xml:space="preserve">[13:19] </w:t>
      </w:r>
      <w:r>
        <w:t>us ka background kya hai? yahi sab baatein hain. aap samajh sakte hain ke jo word of god ho, main aksar yeh sochta hoon ke quran kya hai? quran, quran is recorded speech of god. quran is like recorded word of god</w:t>
      </w:r>
    </w:p>
    <w:p>
      <w:pPr>
        <w:jc w:val="right"/>
      </w:pPr>
      <w:r>
        <w:t>اس کا بیک گراؤنڈ کیا ہے؟ یہی سب باتیں ہیں۔ آپ سمجھ سکتے ہیں کہ جو بک ورڈ اف گاڈ ہو، میں اکثر یہ سوچتا ہوں کہ قرآن کیا ہے؟ قرآن، قرآن از ریکارڈڈ اسپیچ اف گاڈ۔ قرآن از لائک ریکارڈڈ ورڈ اف گاڈ</w:t>
      </w:r>
    </w:p>
    <w:p>
      <w:r>
        <w:rPr>
          <w:b/>
        </w:rPr>
        <w:t xml:space="preserve">[13:49] </w:t>
      </w:r>
      <w:r>
        <w:t>. itni bari cheez jis kitab ko hasil ho, kabhi bhi woh technical framework mein us ko aap khol nahi sakte. technical framework bohat hi limited framework hai. isi liye madrason mein parh kar ke koi bhi aadmi quran ko samajhta nahi. koi yeh kahe ke main yeh madrasay mein parha, woh madrasay mein parha, to main in advance keh sakta hoon ke theek, tum</w:t>
      </w:r>
    </w:p>
    <w:p>
      <w:pPr>
        <w:jc w:val="right"/>
      </w:pPr>
      <w:r>
        <w:t>۔ اتنی بڑی چیز جس کتاب کو حاصل ہو، کبھی بھی وہ ٹیکنیکل فریم ورک میں اس کو آپ کھول نہیں سکتے۔ ٹیکنیکل فریم ورک بہت ہی لمیٹڈ فریم ورک ہے۔ اسی لیے مدرسوں میں پڑھ کر کے کوئی بھی آدمی قرآن کو سمجھتا نہیں۔ کوئی یہ کہے کہ میں یہ مدرسے میں پڑھا، وہ مدرسے میں پڑھا، تو میں ان ایڈوانس کہہ سکتا ہوں کہ ٹھیک، تم</w:t>
      </w:r>
    </w:p>
    <w:p>
      <w:r>
        <w:rPr>
          <w:b/>
        </w:rPr>
        <w:t xml:space="preserve">[14:19] </w:t>
      </w:r>
      <w:r>
        <w:t>ne parha, lekin tum ne quran ko nahi parha. hazrat aisha jo wife theen rasool allah ki, un se aik aadmi ne kaha ke falan aadmi jo hai, woh itni baar quran parh dala hai. us ne bohat ziyada parh dala, baar baar, again and again. kuch logon ke baray mein kaha to unhon ne kaha ke "</w:t>
      </w:r>
    </w:p>
    <w:p>
      <w:pPr>
        <w:jc w:val="right"/>
      </w:pPr>
      <w:r>
        <w:t>نے پڑھا، لیکن تم نے قرآن کو نہیں پڑھا۔ حضرت عائشہ جو وائف تھیں رسول اللہ کی، ان سے ایک آدمی نے کہا کہ فلاں آدمی جو ہے، وہ اتنی بار قرآن پڑھ ڈالا ہے۔ اس نے بہت زیادہ پڑھ ڈالا، بار بار، اگین اینڈ اگین۔ کچھ لوگوں کے بارے میں کہا تو انہوں نے کہا کہ "</w:t>
      </w:r>
    </w:p>
    <w:p>
      <w:r>
        <w:rPr>
          <w:b/>
        </w:rPr>
        <w:t xml:space="preserve">[14:50] </w:t>
      </w:r>
      <w:r>
        <w:t>unhon ne quran ko parha magar unhon ne quran ko nahi parha". main samajhta hoon ke aaj kal ke madrasay jo hain, isi ka misdaq hain. to baharhal, main apne baray mein keh raha hoon ke main madrasay mein parh kar nikla, lekin main quran se bekhabar tha. ab se pehle ghaliban yeh baat hai 1950 ki. 1950. us waqt main banaras</w:t>
      </w:r>
    </w:p>
    <w:p>
      <w:pPr>
        <w:jc w:val="right"/>
      </w:pPr>
      <w:r>
        <w:t>انہوں نے قرآن کو پڑھا مگر انہوں نے قرآن کو نہیں پڑھا"۔ میں سمجھتا ہوں کہ آج کل کے مدرسے جو ہیں، اسی کا مصداق ہیں۔ تو بہرحال، میں اپنے بارے میں کہہ رہا ہوں کہ میں مدرسے میں پڑھ کر نکلا، لیکن میں قرآن سے بے خبر تھا۔ اب سے پہلے غالباً یہ بات ہے 1950 کی۔ 1950۔ اس وقت میں بنار</w:t>
      </w:r>
    </w:p>
    <w:p>
      <w:r>
        <w:rPr>
          <w:b/>
        </w:rPr>
        <w:t xml:space="preserve">[15:20] </w:t>
      </w:r>
      <w:r>
        <w:t>mein tha. banaras mein aik din ki baat hai, aik road par main chal raha tha, wahan aik area hai, us ko kehte hain dalmandi. dalmandi area mein aik road se main guzar raha tha, to aik masjid jo chhat ke oopar waqe thi, neeche dukanein theen, oopar masjid thi. wahan se</w:t>
      </w:r>
    </w:p>
    <w:p>
      <w:pPr>
        <w:jc w:val="right"/>
      </w:pPr>
      <w:r>
        <w:t>س میں تھا۔ بنارس میں ایک دن کی بات ہے، ایک روڈ پر میں چل رہا تھا، وہاں ایک ایریا ہے، اس کو کہتے ہیں دالمنڈی۔ دالمنڈی ایریا میں ایک روڈ سے میں گزر رہا تھا، تو ایک مسجد جو چھت کے اوپر واقع تھی، نیچے دکانیں تھیں، اوپر مسجد تھی۔ وہاں سے</w:t>
      </w:r>
    </w:p>
    <w:p>
      <w:r>
        <w:rPr>
          <w:b/>
        </w:rPr>
        <w:t xml:space="preserve">[15:51] </w:t>
      </w:r>
      <w:r>
        <w:t>maghrib ki azan, maghrib ki namaz ho rahi thi, wahan par loudspeaker par. to loudspeaker par bohat hi saaf awaz aa rahi thi. jo imam thay, unhon ne surah parhi quran ki aik, jis ko jis ka naam hai "waz-zuha". surah "waz-zuha".</w:t>
      </w:r>
    </w:p>
    <w:p>
      <w:pPr>
        <w:jc w:val="right"/>
      </w:pPr>
      <w:r>
        <w:t>مغرب کی اذان، مغرب کی نماز ہو رہی تھی، وہاں پر لاؤڈ سپیکر پر۔ تو لاؤڈ سپیکر پر بہت ہی صاف آواز آ رہی تھی۔ جو امام تھے، انہوں نے سورہ پڑھی قرآن کی ایک، جس کو جس کا نام ہے "وزہا"۔ سورہ "وزہا"۔</w:t>
      </w:r>
    </w:p>
    <w:p>
      <w:r>
        <w:rPr>
          <w:b/>
        </w:rPr>
        <w:t xml:space="preserve">[16:21] </w:t>
      </w:r>
      <w:r>
        <w:t>woh parh rahe thay. to chounke main arabic language janta tha, main sunne laga. woh tha ke "waz-zuha". "ma</w:t>
      </w:r>
    </w:p>
    <w:p>
      <w:pPr>
        <w:jc w:val="right"/>
      </w:pPr>
      <w:r>
        <w:t>وہ پڑھ رہے تھے۔ تو چونکہ میں عربک لینگویج جانتا تھا، میں سننے لگا۔ وہ تھا کہ "وزہا"۔ "ما</w:t>
      </w:r>
    </w:p>
    <w:p>
      <w:r>
        <w:rPr>
          <w:b/>
        </w:rPr>
        <w:t xml:space="preserve">[16:58] </w:t>
      </w:r>
      <w:r>
        <w:t>" yeh alfaaz maine sune, aisa laga jaise ke khuda mujhe address kar raha hai. pehli baar meri jo meri jo inner spirit thi, woh address ho rahi thi. yeh jo quran ki ayatein maine parhin, is ka transition yeh hai ke</w:t>
      </w:r>
    </w:p>
    <w:p>
      <w:pPr>
        <w:jc w:val="right"/>
      </w:pPr>
      <w:r>
        <w:t>" یہ الفاظ میں نے سنے، ایسا لگا جیسے کہ خدا مجھے ایڈریس کر رہا ہے۔ پہلی بار میری جو میری جو انر اسپرٹ تھی، وہ ایڈریس ہو رہی تھی۔ یہ جو قرآن کی آیتیں میں نے پڑھیں، اس کا ٹرانسیشن یہ ہے کہ</w:t>
      </w:r>
    </w:p>
    <w:p>
      <w:r>
        <w:rPr>
          <w:b/>
        </w:rPr>
        <w:t xml:space="preserve">[17:30] </w:t>
      </w:r>
      <w:r>
        <w:t>night and dark, darkness and light is witness that god. god ne tum ko chhora nahi. khuda ne tum ko chhora nahi.</w:t>
      </w:r>
    </w:p>
    <w:p>
      <w:pPr>
        <w:jc w:val="right"/>
      </w:pPr>
      <w:r>
        <w:t>نائٹ اینڈ ڈارک، ڈارکنس اینڈ لائٹ از وٹنس دیٹ گاڈ۔ گاڈ نے تم کو چھوڑا نہیں۔ خدا نے تم کو چھوڑا نہیں۔</w:t>
      </w:r>
    </w:p>
    <w:p>
      <w:r>
        <w:rPr>
          <w:b/>
        </w:rPr>
        <w:t xml:space="preserve">[18:00] </w:t>
      </w:r>
      <w:r>
        <w:t>tumhare liye future is se acha hoga jo jo tumhara present hai. tumhara future tumhare present se acha hoga. tum ko khuda jaldi dega to tum satisfied ho jao ge. kya aisa nahi hai ke khuda ne tum ko orphan paya to tum ko shelter diya?</w:t>
      </w:r>
    </w:p>
    <w:p>
      <w:pPr>
        <w:jc w:val="right"/>
      </w:pPr>
      <w:r>
        <w:t>تمہارے لیے فیوچر اس سے اچھا ہوگا جو جو تمہارا پریزنٹ ہے۔ تمہارا فیوچر تمہارے پریزنٹ سے اچھا ہوگا۔ تم کو خدا جلدی دے گا تو تم سیٹسفائیڈ ہو جاؤ گے۔ کیا ایسا نہیں ہے کہ خدا نے تم کو ارفن پایا تو تم کو شیلٹر دیا؟</w:t>
      </w:r>
    </w:p>
    <w:p>
      <w:r>
        <w:rPr>
          <w:b/>
        </w:rPr>
        <w:t xml:space="preserve">[18:31] </w:t>
      </w:r>
      <w:r>
        <w:t>kya aisa nahi hai ke khuda ne tum ko bhatka hua paya to tum ko rasta dikhaya? kya aisa nahi hai ke tum ko khuda ne muhtaj paya to tum ko ghareeb bana diya? yeh jab maine suna, bohat hi saaf awaz mein, to aik bhonchal mere andar aa gaya. us waqt meri jo کیفیت thi</w:t>
      </w:r>
    </w:p>
    <w:p>
      <w:pPr>
        <w:jc w:val="right"/>
      </w:pPr>
      <w:r>
        <w:t>کیا ایسا نہیں کہ خدا نے تم کو بھٹکا ہوا پایا تو تم کو راستہ دکھایا؟ کیا ایسا نہیں کہ تم کو خدا نے محتاج پایا تو تم کو غریب بنا دیا؟ یہ جب میں نے سنا، بہت ہی صاف آواز میں، تو ایک بھونچال میرے اندر آ گیا۔ اس وقت میری جو کیفیت تھ</w:t>
      </w:r>
    </w:p>
    <w:p>
      <w:r>
        <w:rPr>
          <w:b/>
        </w:rPr>
        <w:t xml:space="preserve">[19:01] </w:t>
      </w:r>
      <w:r>
        <w:t>woh tha identity crisis. woh meri identity crisis ka lamha tha. main apni identity ko dhoond raha tha jo mujhe mil nahi rahi thi. kyun? jo cheezein mere aas paas theen, un mein mujhe satisfaction nahi milta tha.</w:t>
      </w:r>
    </w:p>
    <w:p>
      <w:pPr>
        <w:jc w:val="right"/>
      </w:pPr>
      <w:r>
        <w:t>ی، اس کو میں کہہ سکتا ہوں کہ وہ تھا آئیڈینٹیٹی کرائسز۔ وہ میری آئیڈینٹیٹی کرائسز کا لمحہ تھا۔ میں اپنی آئیڈینٹیٹی کو ڈھونڈ رہا تھا جو مجھے مل نہیں رہی تھی۔ کیوں؟ جو چیزیں میرے اس پاس تھیں، ان میں مجھے سیٹسفیکشن نہیں ملتا تھا۔</w:t>
      </w:r>
    </w:p>
    <w:p>
      <w:r>
        <w:rPr>
          <w:b/>
        </w:rPr>
        <w:t xml:space="preserve">[19:33] </w:t>
      </w:r>
      <w:r>
        <w:t>maine agriculture ko dekha, horticulture ko dekha, business ko dekha, job ko dekha. door se yeh sari cheezein maine dekhein, lekin kisi se main apne aap ko identify na kar saka. aik loneliness ka ehsas tha jis mein jee raha tha. woh phir jab yeh awaz maine suni to aisa laga ke maine main</w:t>
      </w:r>
    </w:p>
    <w:p>
      <w:pPr>
        <w:jc w:val="right"/>
      </w:pPr>
      <w:r>
        <w:t>میں نے ایگریکلچر کو دیکھا، ہارٹیکلچر کو دیکھا، بزنس کو دیکھا، جاب کو دیکھا۔ دور سے یہ ساری چیزیں میں نے دیکھیں، لیکن کسی سے میں اپنے آپ کو آئیڈینٹیفائی نہ کر سکا۔ ایک لونلینس کا احساس تھا جس میں جی رہا تھا۔ وہ پھر جب یہ آواز میں نے سنی تو ایسا لگا کہ میں نے میں</w:t>
      </w:r>
    </w:p>
    <w:p>
      <w:r>
        <w:rPr>
          <w:b/>
        </w:rPr>
        <w:t xml:space="preserve">[20:05] </w:t>
      </w:r>
      <w:r>
        <w:t>dunya mein alon nahin hoon. koi mera saathi bhi hai aur saathi khud khuda hai. and that companion is is no less than god hum self. achaanak maine apni identity ko daryaft kar liya. aur phir wahan se meri zindagi ka aaghaz, ek naya aaghaz hua.</w:t>
      </w:r>
    </w:p>
    <w:p>
      <w:pPr>
        <w:jc w:val="right"/>
      </w:pPr>
      <w:r>
        <w:t>دنیا میں الون نہیں ہوں۔ کوئی میرا ساتھی بھی ہے اور ساتھی خود خدا ہے۔ اینڈ دیٹ کمپینین از از نو لیس دین گاڈ ہم سیلف۔ اچانک میں نے اپنی آئیڈینٹیٹی کو دریافت کر لیا۔ اور پھر وہاں سے میری زندگی کا آغاز، ایک نیا آغاز ہوا۔</w:t>
      </w:r>
    </w:p>
    <w:p>
      <w:r>
        <w:rPr>
          <w:b/>
        </w:rPr>
        <w:t xml:space="preserve">[20:38] </w:t>
      </w:r>
      <w:r>
        <w:t>yahan main is baat ko aur zyada clear karne ke liye ek aur misaal deta hoon aap ko. ek zamanay mein maine japan ke baray mein bohat si books parhi theen. to ek british journalist japan gaya, kai baras tak wahan raha. is ke baad us ne japan ke baray mein ek book likhi. woh book mere paas hai.</w:t>
      </w:r>
    </w:p>
    <w:p>
      <w:pPr>
        <w:jc w:val="right"/>
      </w:pPr>
      <w:r>
        <w:t>یہاں میں اس بات کو اور زیادہ کلیئر کرنے کے لیے ایک اور مثال دیتا ہوں آپ کو۔ ایک زمانے میں میں نے جاپان کے بارے میں بہت سی بکس پڑھی تھیں۔ تو ایک برٹش جرنلسٹ جاپان گیا، کئی برس تک وہاں رہا۔ اس کے بعد اس نے جاپان کے بارے میں ایک بک لکھی۔ وہ بک میرے پاس ہے۔</w:t>
      </w:r>
    </w:p>
    <w:p>
      <w:r>
        <w:rPr>
          <w:b/>
        </w:rPr>
        <w:t xml:space="preserve">[21:09] </w:t>
      </w:r>
      <w:r>
        <w:t>is ka title hai "japanese society". "japanese society" ek british journalist ki kitaab hai. is mein us ne ek ajeeb baat likhi hai, woh yeh ke maine japaniyon ko bohat qareeb se dekha, bohat zyada un se interact kiya, bohat zyada un ko samajhne ki koshish ki. ek kaam</w:t>
      </w:r>
    </w:p>
    <w:p>
      <w:pPr>
        <w:jc w:val="right"/>
      </w:pPr>
      <w:r>
        <w:t>اس کا ٹائٹل ہے "جیپنیز سوسائٹی"۔ "جیپنیز سوسائٹی" ایک برٹش جرنلسٹ کی کتاب ہے۔ اس میں اس نے ایک عجیب بات لکھی ہے، وہ یہ کہ میں نے جاپانیوں کو بہت قریب سے دیکھا، بہت زیادہ ان سے انٹریکٹ کیا، بہت زیادہ ان کو سمجھنے کی کوشش کی۔ ایک کام</w:t>
      </w:r>
    </w:p>
    <w:p>
      <w:r>
        <w:rPr>
          <w:b/>
        </w:rPr>
        <w:t xml:space="preserve">[21:39] </w:t>
      </w:r>
      <w:r>
        <w:t>n feature maine paya japanese logon mein. ek common feature, woh kya? har japan ka har mard aur har aurat ki yeh psychology hoti hai ke "i am under someone". "i am under someone". bari ajeeb baat hai yeh. isi liye</w:t>
      </w:r>
    </w:p>
    <w:p>
      <w:pPr>
        <w:jc w:val="right"/>
      </w:pPr>
      <w:r>
        <w:t>ن فیچر میں نے پایا جیپنیز لوگوں میں۔ ایک کامن فیچر، وہ کیا؟ ہر جاپان کا ہر مرد اور ہر عورت کی یہ سائیکالوجی ہوتی ہے کہ "آئی ایم انڈر سم ون"۔ "آئی ایم انڈر سم ون"۔ بڑی عجیب بات ہے یہ۔ اسی لیے</w:t>
      </w:r>
    </w:p>
    <w:p>
      <w:r>
        <w:rPr>
          <w:b/>
        </w:rPr>
        <w:t xml:space="preserve">[22:10] </w:t>
      </w:r>
      <w:r>
        <w:t>japanese aam tor par submissive nature hota hai un ka. jaise hamare desh mein office ka jhagda hota hai, wahan office ka koi jhagda nahin. kisi ko chairman bana diya to bas sab ne accept kar liya us ko. kisi ko secretary bana diya to sab ne accept, accept kar liya us ko. hamare haan to accept nahin karte. to wahan par yeh hai</w:t>
      </w:r>
    </w:p>
    <w:p>
      <w:pPr>
        <w:jc w:val="right"/>
      </w:pPr>
      <w:r>
        <w:t>جاپنیز عام طور پر سبمیسیو نیچر ہوتا ہے ان کا۔ جیسے ہمارے دیش میں افس کا جھگڑا ہوتا ہے، وہاں افس کا کوئی جھگڑا نہیں۔ کسی کو چیئرمین بنا دیا تو بس سب نے ایکسیپٹ کر لیا اس کو۔ کسی کو سیکرٹری بنا دیا تو سب نے ایکسیپٹ، ایکسیپٹ کر لیا اس کو۔ ہمارے ہاں تو ایکسیپٹ نہیں کرتے۔ تو وہاں پر یہ ہے</w:t>
      </w:r>
    </w:p>
    <w:p>
      <w:r>
        <w:rPr>
          <w:b/>
        </w:rPr>
        <w:t xml:space="preserve">[22:41] </w:t>
      </w:r>
      <w:r>
        <w:t>ke submissive nature ki wajah se woh foran hi us ko accept kar lete hain. us ne ek misaal di ke ek japanese factory mein jo workers thay, to un ko kuch resentment hua. unhon ne kaha ke hum strike karenge. hum strike karenge.</w:t>
      </w:r>
    </w:p>
    <w:p>
      <w:pPr>
        <w:jc w:val="right"/>
      </w:pPr>
      <w:r>
        <w:t>کہ سبمیسیو نیچر کی وجہ سے وہ فوراً ہی اس کو ایکسیپٹ کر لیتے ہیں۔ اس نے ایک مثال دی کہ ایک جیپنیز فیکٹری میں جو ورکرز تھے، تو ان کو کچھ ریزنٹمنٹ ہوا۔ انہوں نے کہا کہ ہم اسٹرائیک کریں گے۔ ہم اسٹرائیک کریں گے۔</w:t>
      </w:r>
    </w:p>
    <w:p>
      <w:r>
        <w:rPr>
          <w:b/>
        </w:rPr>
        <w:t xml:space="preserve">[23:13] </w:t>
      </w:r>
      <w:r>
        <w:t>to agarche woh log bohat zyada, yaani ghussa thay, worker koi un ki un ko shikayat ho gayi thi. to chairman jo tha factory ka, us ne bulaya. us ne kaha ke dekho, hamare haan is waqt jo product ban raha hai, woh hai export product.</w:t>
      </w:r>
    </w:p>
    <w:p>
      <w:pPr>
        <w:jc w:val="right"/>
      </w:pPr>
      <w:r>
        <w:t>تو اگرچہ وہ لوگ بہت زیادہ، یعنی غصہ تھے، ورکر کوئی ان کی ان کو شکایت ہو گئی تھی۔ تو چیئرمین جو تھا فیکٹری کا، اس نے بلایا۔ اس نے کہا کہ دیکھو، ہمارے ہاں اس وقت جو پروڈکٹ بن رہا ہے، وہ ہے ایکسپورٹ پروڈکٹ۔</w:t>
      </w:r>
    </w:p>
    <w:p>
      <w:r>
        <w:rPr>
          <w:b/>
        </w:rPr>
        <w:t xml:space="preserve">[23:45] </w:t>
      </w:r>
      <w:r>
        <w:t>kisi country se humein yeh order mila hai, is ke sath hamara kuch commitment hai, kisi date par humein us ko bhej dena hai. agar hum is date par is product ko bhej na sake to yeh japan ke liye, yaani japanese nation ke liye, ek badnami ki baat hogi.</w:t>
      </w:r>
    </w:p>
    <w:p>
      <w:pPr>
        <w:jc w:val="right"/>
      </w:pPr>
      <w:r>
        <w:t>کسی کنٹری سے ہمیں یہ آرڈر ملا ہے، اس کے ساتھ ہمارا کچھ کمٹمنٹ ہے، کسی ڈیٹ پر ہمیں اس کو بھیج دینا ہے۔ اگر ہم اس ڈیٹ پر اس پروڈکٹ کو بھیج نہ سکے تو یہ جاپان کے لیے، یعنی جیپنیز نیشن کے لیے، ایک بدنامی کی بات ہوگی۔</w:t>
      </w:r>
    </w:p>
    <w:p>
      <w:r>
        <w:rPr>
          <w:b/>
        </w:rPr>
        <w:t xml:space="preserve">[24:16] </w:t>
      </w:r>
      <w:r>
        <w:t>kyun ke aap jante hain ke business mein time ki bohat value hoti hai. to time par jo us ko saman nahin pahunchega to bohat zyada dhakka lagega hamare business ko aur japanese industry ko. is ke baad workers jo thay, ek minute ke liye socha nahin, unhon ne ek second ke liye nahin socha. unhon ne kaha ke theek hai.</w:t>
      </w:r>
    </w:p>
    <w:p>
      <w:pPr>
        <w:jc w:val="right"/>
      </w:pPr>
      <w:r>
        <w:t>کیونکہ آپ جانتے ہیں کہ بزنس میں ٹائم کی بہت ویلیو ہوتی ہے۔ تو ٹائم پر جو اس کو سامان نہیں پہنچے گا تو بہت زیادہ دھکا لگے گا ہمارے بزنس کو اور جیپنیز انڈسٹری کو۔ اس کے بعد ورکرز جو تھے، ایک منٹ کے لیے سوچا نہیں، انہوں نے ایک سیکنڈ کے لیے نہیں سوچا۔ انہوں نے کہا کہ ٹھیک ہے۔</w:t>
      </w:r>
    </w:p>
    <w:p>
      <w:r>
        <w:rPr>
          <w:b/>
        </w:rPr>
        <w:t xml:space="preserve">[24:49] </w:t>
      </w:r>
      <w:r>
        <w:t>unhon ne apni strike ko wapas le liya. is se bhi ajeeb baat us ne likhi thi ke is ke baad woh factory mein gaye apne kaam ke liye. isi tarah se poori tawajjuh ke sath, poori lagan ke sath, poori mehnat ke sath unhon ne kaam kiya. jaisa ke is se pehle khushi ki halat mein karte thay. woh sirf itna kiya unhon ne ke apne hath par kaale kapray ki patti baandh li. bas</w:t>
      </w:r>
    </w:p>
    <w:p>
      <w:pPr>
        <w:jc w:val="right"/>
      </w:pPr>
      <w:r>
        <w:t>انہوں نے اپنی سٹرائیک کو واپس لے لیا۔ اس سے بھی عجیب بات اس نے لکھی تھی کہ اس کے بعد وہ فیکٹری میں گئے اپنے کام کے لیے۔ اسی طرح سے پوری توجہ کے ساتھ، پوری لگن کے ساتھ، پوری محنت کے ساتھ انہوں نے کام کیا۔ جیسا کہ اس سے پہلے خوشی کی حالت میں کرتے تھے۔ وہ صرف اتنا کیا انہوں نے کہ اپنے ہاتھ پر کالے کپڑے کی پٹی باندھ لی۔ بس</w:t>
      </w:r>
    </w:p>
    <w:p>
      <w:r>
        <w:rPr>
          <w:b/>
        </w:rPr>
        <w:t xml:space="preserve">[25:20] </w:t>
      </w:r>
      <w:r>
        <w:t>yeh tha. yeh is tarah ki cheezein le kar us ne bataya ke wahan par yeh hai "i am under someone". main kisi chairman ke ke under mein hoon, main kisi king ke under mein hoon, main kisi boss ke under mein hoon. yeh un ka nature hai. dekhein, yeh woh koi simple baat nahin hai. aap yeh samjhiye ke yeh koi simple baat hai. yeh bohat bari baat hai.</w:t>
      </w:r>
    </w:p>
    <w:p>
      <w:pPr>
        <w:jc w:val="right"/>
      </w:pPr>
      <w:r>
        <w:t>یہ تھا۔ یہ اس طرح کی چیزیں لے کر اس نے بتایا کہ وہاں پر یہ ہے "آئی ایم انڈر سم ون"۔ میں کسی چیئرمین کے کے انڈر میں ہوں، میں کسی کنگ کے انڈر میں ہوں، میں کسی باس کے انڈر میں ہوں۔ یہ ان کا نیچر ہے۔ دیکھیں، یہ وہ کوئی سمپل بات نہیں ہے۔ آپ یہ سمجھیے کہ یہ کوئی سمپل بات ہے۔ یہ بہت بڑی بات ہے۔</w:t>
      </w:r>
    </w:p>
    <w:p>
      <w:r>
        <w:rPr>
          <w:b/>
        </w:rPr>
        <w:t xml:space="preserve">[25:51] </w:t>
      </w:r>
      <w:r>
        <w:t>is ko maine kaise samjha? main japan gaya. ek aadmi ne mujh se baat karte hue kaha ke japaniyon ke baray mein aap jante hain ke japani kya cheez hai? unhon ne kaha ke every japanese person is mr. nature. har mard aur aurat jo japan mein paida hua hai,</w:t>
      </w:r>
    </w:p>
    <w:p>
      <w:pPr>
        <w:jc w:val="right"/>
      </w:pPr>
      <w:r>
        <w:t>اس کو میں نے کیسے سمجھا؟ میں جاپان گیا۔ ایک آدمی نے مجھ سے بات کرتے ہوئے کہا کہ جاپانیوں کے بارے میں آپ جانتے ہیں کہ جاپانی کیا چیز ہے؟ انہوں نے کہا کہ ایوری جیپنیز پرسن از مسٹر نیچر۔ ہر مرد اور عورت جو جاپان میں پیدا ہوا ہے،</w:t>
      </w:r>
    </w:p>
    <w:p>
      <w:r>
        <w:rPr>
          <w:b/>
        </w:rPr>
        <w:t xml:space="preserve">[26:21] </w:t>
      </w:r>
      <w:r>
        <w:t>jo japani hai, woh mr. nature ya ms. nature hai. woh yaani apne nature par woh qaim hai. har aadmi by nature kuch baatein le kar paida hota hai. har aadmi mein hoti hain woh baatein. phir conditioning se badal jata hai woh. to us ne kaha ke</w:t>
      </w:r>
    </w:p>
    <w:p>
      <w:pPr>
        <w:jc w:val="right"/>
      </w:pPr>
      <w:r>
        <w:t>جو جاپانی ہے، وہ مسٹر نیچر یا مس نیچر ہے۔ وہ یعنی اپنے نیچر پر وہ قائم ہے۔ ہر آدمی بائی نیچر کچھ باتیں لے کر پیدا ہوتا ہے۔ ہر آدمی میں ہوتی ہیں وہ باتیں۔ پھر کنڈیشننگ سے بدل جاتا ہے وہ۔ تو اس نے کہا کہ</w:t>
      </w:r>
    </w:p>
    <w:p>
      <w:r>
        <w:rPr>
          <w:b/>
        </w:rPr>
        <w:t xml:space="preserve">[26:52] </w:t>
      </w:r>
      <w:r>
        <w:t>yeh anokhi cheez yahan par hai jo kisi doosri country mein nahin paayenge aap dunya bhar mein ke har japanese aadmi mr. nature hai. yahan se mujhe sochne ko mila ke yeh baat jo hai un ke andar ke "i am under someone" yeh un ke nature ne unhein sikha rakha hai. japan ki geography ne nahin. agar</w:t>
      </w:r>
    </w:p>
    <w:p>
      <w:pPr>
        <w:jc w:val="right"/>
      </w:pPr>
      <w:r>
        <w:t>یہ انوکھی چیز یہاں پر ہے جو کسی دوسری کنٹری میں نہیں پائیں گے آپ دنیا بھر میں کہ ہر جیپنیز آدمی مسٹر نیچر ہے۔ یہاں سے مجھے سوچنے کو ملا کہ یہ بات جو ہے ان کے اندر کہ "آئی ایم انڈر سم ون" یہ ان کے نیچر نے انہیں سکھا رکھا ہے۔ جاپان کی جیوگرافی نے نہیں۔ اگر</w:t>
      </w:r>
    </w:p>
    <w:p>
      <w:r>
        <w:rPr>
          <w:b/>
        </w:rPr>
        <w:t xml:space="preserve">[27:22] </w:t>
      </w:r>
      <w:r>
        <w:t>is ko aap japan ki geography se joR ke dekhenge to aap ko koi bari baat is ke andar nahin milegi. lekin nature se joR kar aap dekhein, is ke andar ek universal lesson hai, ek universal teaching hai, ek universal reality hai. woh kya? phir maine un cheezon ko milaya jo anthropology mein ke studies mein jani gayi hain.</w:t>
      </w:r>
    </w:p>
    <w:p>
      <w:pPr>
        <w:jc w:val="right"/>
      </w:pPr>
      <w:r>
        <w:t>اس کو آپ جاپان کی جیوگرافی سے جوڑ کے دیکھیں گے تو آپ کو کوئی بڑی بات اس کے اندر نہیں ملے گی۔ لیکن نیچر سے جوڑ کر آپ دیکھیں، اس کے اندر ایک یونیورسل لیسن ہے، ایک یونیورسل ٹیچنگ ہے، ایک یونیورسل ریلیٹی ہے۔ وہ کیا؟ پھر میں نے ان چیزوں کو ملایا جو انتھروپولوجی میں کے اسٹڈیز میں جانی گئی ہیں۔</w:t>
      </w:r>
    </w:p>
    <w:p>
      <w:r>
        <w:rPr>
          <w:b/>
        </w:rPr>
        <w:t xml:space="preserve">[27:53] </w:t>
      </w:r>
      <w:r>
        <w:t>aap jante hain ke anthropological studies mein yeh maan liya gaya hai ke har insaan khuda ka consciousness le kar paida hota hai. khuda ka shaoor. kyun ke anthropological studies mein jitni bhi societies ka mutala kiya gaya hai, to aap jante hain ke anthropology kya hai? insani society ka ke study, human society ki</w:t>
      </w:r>
    </w:p>
    <w:p>
      <w:pPr>
        <w:jc w:val="right"/>
      </w:pPr>
      <w:r>
        <w:t>آپ جانتے ہیں کہ انتھروپولوجیکل اسٹڈیز میں یہ مان لیا گیا ہے کہ ہر انسان خدا کا کانشیسنس لے کر پیدا ہوتا ہے۔ خدا کا شعور۔ کیونکہ انتھروپولوجیکل اسٹڈیز میں جتنی بھی سوسائٹیز کا مطالعہ کیا گیا ہے، تو آپ جانتے ہیں کہ انتھروپولوجی کیا ہے؟ انسانی سوسائٹی کا کی اسٹڈی، ہیومن سوسائٹی کی</w:t>
      </w:r>
    </w:p>
    <w:p>
      <w:r>
        <w:rPr>
          <w:b/>
        </w:rPr>
        <w:t xml:space="preserve">[28:23] </w:t>
      </w:r>
      <w:r>
        <w:t>study. yeh hai anthropology. anthropological studies mein paya gaya hai ke kabhi koi society dunya mein non-society aisi nahin thi jis ke andar kisi na kisi tarah khuda ka ehsaas na ho. yeh alag baat hai ke kabhi unhon ne unseen khuda ko pooja, kabhi seen khuda ko poojne lagay. yaani god</w:t>
      </w:r>
    </w:p>
    <w:p>
      <w:pPr>
        <w:jc w:val="right"/>
      </w:pPr>
      <w:r>
        <w:t>اسٹڈی۔ یہ ہے انتھروپولوجی۔ انتھروپولوجیکل اسٹڈیز میں پایا گیا ہے کہ کبھی کوئی سوسائٹی دنیا میں نون سوسائٹی ایسی نہیں تھی جس کے اندر کسی نہ کسی طرح خدا کا احساس نہ ہو۔ یہ الگ بات ہے کہ کبھی انہوں نے ان سین خدا کو پوجا، کبھی سین خدا کو پوجنے لگے۔ یعنی گاڈ</w:t>
      </w:r>
    </w:p>
    <w:p>
      <w:r>
        <w:rPr>
          <w:b/>
        </w:rPr>
        <w:t xml:space="preserve">[28:54] </w:t>
      </w:r>
      <w:r>
        <w:t>, yaani jo unseen god ko nahin samajh paye to sun aur moon ko poojne lagay. to ya to seen god ya unseen god. hamesha woh khuda ko poojte rahay. aaj bhi main samajhta hoon ke aaj bhi koi secular, sab se bara secular aadmi jo maine dekha, woh bhi is se khali nahin tha. woh bhi is se khali nahin tha.</w:t>
      </w:r>
    </w:p>
    <w:p>
      <w:pPr>
        <w:jc w:val="right"/>
      </w:pPr>
      <w:r>
        <w:t>، یعنی جو ان سین گاڈ کو نہیں سمجھ پائے تو سن اور مون کو پوجنے لگے۔ تو یا تو سین گاڈ یا ان سین گاڈ۔ ہمیشہ وہ خدا کو پوجتے رہے۔ آج بھی میں سمجھتا ہوں کہ آج بھی کوئی سیکولر، سب سے بڑا سیکولر آدمی جو میں نے دیکھا، وہ بھی اس سے خالی نہیں تھا۔ وہ بھی اس سے خالی نہیں تھا۔</w:t>
      </w:r>
    </w:p>
    <w:p>
      <w:r>
        <w:rPr>
          <w:b/>
        </w:rPr>
        <w:t xml:space="preserve">[29:28] </w:t>
      </w:r>
      <w:r>
        <w:t>misal ke taur par is zamanay ka sab se bara atheist jo hai, stalin tha. stalin khuda ko nahin manta tha. bohat bara communist leader tha woh Russia ka. second world war ke zamanay mein hitler jo hai, lagta tha ke sare Europe ko capture kar lega. andha dhundh is bomb karta tha aur us ki army idhar ja rahi hai, idhar ja rahi</w:t>
      </w:r>
    </w:p>
    <w:p>
      <w:pPr>
        <w:jc w:val="right"/>
      </w:pPr>
      <w:r>
        <w:t>مثلاً اس زمانے کا سب سے بڑا اتھیسٹ جو ہے، اسٹیلن تھا۔ اسٹیلن خدا کو نہیں مانتا تھا۔ بہت بڑا کمیونسٹ لیڈر تھا وہ رشیا کا۔ سیکنڈ ورلڈ وار کے زمانے میں ہٹلر جو ہے، لگتا تھا کہ سارے یورپ کو کیپچر کر لے گا۔ اندھا دھند اس بمبا کرتا تھا اور اس کی آرمی ادھر جا رہی ہے، ادھر جا رہی</w:t>
      </w:r>
    </w:p>
    <w:p>
      <w:r>
        <w:rPr>
          <w:b/>
        </w:rPr>
        <w:t xml:space="preserve">[29:58] </w:t>
      </w:r>
      <w:r>
        <w:t>hai. to Europe ke log apne ko defensive position mein paanay lagay. hitler to humein destroy kar dega. ek meeting hui, yalta ek island tha yalta mein, jis mein Russia ka prime minister, Britain ka prime minister aur America ka president</w:t>
      </w:r>
    </w:p>
    <w:p>
      <w:pPr>
        <w:jc w:val="right"/>
      </w:pPr>
      <w:r>
        <w:t>ہے۔ تو یورپ کے لوگ اپنے کو ڈیفنسو پوزیشن میں پانے لگے۔ ہٹلر تو ہمیں ڈسٹرائے کر دے گا۔ ایک میٹنگ ہوئی، یالٹا ایک آئی لینڈ تھا یالٹا میں، جس میں رشیا کا پرائم منسٹر، برٹن کا پرائم منسٹر اور اور امریکہ کا پریزیڈنٹ</w:t>
      </w:r>
    </w:p>
    <w:p>
      <w:r>
        <w:rPr>
          <w:b/>
        </w:rPr>
        <w:t xml:space="preserve">[30:29] </w:t>
      </w:r>
      <w:r>
        <w:t>, teen baray log akatha hue wahan par. to wahan par kya tha ke Britain ne, America ne mil kar ke ek draft banaya tha. draft ke kaise hitler ka, hitler ka jo challenge hai, kaise us ko cope kiya jaye. us ke baray mein ek draft. to woh draft banaya tha Britain ne aur America ne. us ko diya gaya st</w:t>
      </w:r>
    </w:p>
    <w:p>
      <w:pPr>
        <w:jc w:val="right"/>
      </w:pPr>
      <w:r>
        <w:t>، تین بڑے لوگ اکٹھا ہوئے وہاں پر۔ تو وہاں پر کیا تھا کہ برٹن نے، امریکہ نے مل کر کے ایک ڈرافٹ بنایا تھا۔ ڈرافٹ کہ کیسے ہٹلر کا، ہٹلر کا جو چیلنج ہے، کیسے اس کو کوپ کیا جائے۔ اس کے بارے میں ایک ڈرافٹ۔ تو وہ ڈرافٹ بنایا تھا برٹن نے اور امریکہ نے۔ اس کو دیا گیا اسٹ</w:t>
      </w:r>
    </w:p>
    <w:p>
      <w:r>
        <w:rPr>
          <w:b/>
        </w:rPr>
        <w:t xml:space="preserve">[30:59] </w:t>
      </w:r>
      <w:r>
        <w:t>alin ko parhne ke liye wahan yalta mein. yeh baat hai during second world war ki. to maine report mein parha tha ke jab stalin us ko diya gaya, woh usay parhna shuru kiya, ek dam us mein woh kho gaya. us report mein kho gaya. woh</w:t>
      </w:r>
    </w:p>
    <w:p>
      <w:pPr>
        <w:jc w:val="right"/>
      </w:pPr>
      <w:r>
        <w:t>یلن کو پڑھنے کے لیے وہاں یالٹا میں۔ یہ بات ہے ڈیورنگ سیکنڈ ورلڈ وار کی۔ تو میں نے رپورٹ میں پڑھا تھا کہ جب اسٹیلن اس کو دیا گیا، وہ اسے پڑھنا شروع کیا، ایک دم اس میں وہ کھو گیا۔ اس رپورٹ میں کھو گیا۔ وہ</w:t>
      </w:r>
    </w:p>
    <w:p>
      <w:r>
        <w:rPr>
          <w:b/>
        </w:rPr>
        <w:t xml:space="preserve">[31:29] </w:t>
      </w:r>
      <w:r>
        <w:t>usay itni complete lagi, itni effective lagi ke isi mein gum ho gaya. yahan tak ke parhte parhte parhte us ki zuban se nikla "may god prosper this undertaking". jab us ke end mein pahuncha, woh stalin ki zuban se nikla "may god prosper this undertaking". halankay woh khuda ko nahin manta tha. woh stalin jo tha, woh khuda ko nahin</w:t>
      </w:r>
    </w:p>
    <w:p>
      <w:pPr>
        <w:jc w:val="right"/>
      </w:pPr>
      <w:r>
        <w:t>اس کو اتنی کمپلیٹ لگی، اتنی ایفیکٹیو لگی کہ اسی میں گم ہو گیا۔ یہاں تک کہ پڑھتے پڑھتے پڑھتے اس کی زبان سے نکلا "می گاڈ پراسپر دس انڈرٹیکنگ"۔ جب اس کے اینڈ میں پہنچا، وہ اسٹیلن کی زبان سے نکلا "می گاڈ پراسپر دس انڈرٹیکنگ"۔ حالانکہ وہ خدا کو نہیں مانتا تھا۔ وہ اسٹیلن جو تھا، وہ خدا کو نہیں</w:t>
      </w:r>
    </w:p>
    <w:p>
      <w:r>
        <w:rPr>
          <w:b/>
        </w:rPr>
        <w:t xml:space="preserve">[31:59] </w:t>
      </w:r>
      <w:r>
        <w:t>manta tha. pakka atheist tha. us waqt woh stalin nahin bola tha, us ki nature boli thi. ek tha outer stalin, woh kehta tha khuda nahin hai. lekin at the same time there was an inner stalin. to outer stalin jo tha ya external stalin jo tha, woh to kehta tha khuda nahin hai.</w:t>
      </w:r>
    </w:p>
    <w:p>
      <w:pPr>
        <w:jc w:val="right"/>
      </w:pPr>
      <w:r>
        <w:t>مانتا تھا۔ پکا اتھیسٹ تھا۔ اس وقت وہ اسٹیلن نہیں بولا تھا، اس کی نیچر بولی تھی۔ ایک تھا اؤٹر اسٹیلن، وہ کہتا تھا خدا نہیں ہے۔ لیکن ایٹ دا سیم ٹائم دیر واز اینڈ انر اسٹیلن۔ تو اؤٹر اسٹیلن جو تھا یا ایکسٹرنل اسٹیلن جو تھا، وہ تو کہتا تھا خدا نہیں ہے۔</w:t>
      </w:r>
    </w:p>
    <w:p>
      <w:r>
        <w:rPr>
          <w:b/>
        </w:rPr>
        <w:t xml:space="preserve">[32:29] </w:t>
      </w:r>
      <w:r>
        <w:t>lekin koi aadmi dekhe, izhaar nahin kar sakta ke apne nature ko khatam kar de. no one has the power to eliminate his own nature. to oopar se stalin atheist tha, andar se phir bhi god consciousness us ke andar maujood tha. is liye us ke munh se nikla ke "may god prosper this undertaking".</w:t>
      </w:r>
    </w:p>
    <w:p>
      <w:pPr>
        <w:jc w:val="right"/>
      </w:pPr>
      <w:r>
        <w:t>لیکن کوئی آدمی دیکھے، اظہار نہیں کر سکتا کہ اپنے نیچر کو ختم کر دے۔ نو ون ہیز دا پاور ٹو ایلیمینیٹ ہز اون نیچر۔ تو اوپر سے اسٹیلن اتھیسٹ تھا، اندر سے پھر بھی گاڈ کانشیسنس اس کے اندر موجود تھی۔ اس لیے اس کے منہ سے نکلا کہ "می گاڈ پراسپر دس انڈرٹیکنگ"۔</w:t>
      </w:r>
    </w:p>
    <w:p>
      <w:r>
        <w:rPr>
          <w:b/>
        </w:rPr>
        <w:t xml:space="preserve">[33:00] </w:t>
      </w:r>
      <w:r>
        <w:t>is tarah ke bohat se waqeat history mein mojood hain. to is ko in sab baaton ko le kar ke main yeh keh sakta hoon ke woh jo likha hai us ne japan ke baray mein ke "i am under someone". is ko aap universal level pe dekhiye aur is ko aap phaila kar dekhiye to shayad yeh kehna bilkul sahi hoga ke</w:t>
      </w:r>
    </w:p>
    <w:p>
      <w:pPr>
        <w:jc w:val="right"/>
      </w:pPr>
      <w:r>
        <w:t>اس طرح کے بہت سے واقعات ہسٹری میں موجود ہیں۔ تو اس کو ان سب باتوں کو لے کر کے میں یہ کہہ سکتا ہوں کہ وہ جو لکھا ہے اس نے جاپان کے بارے میں کہ "آئی ایم انڈر سم ون"۔ اس کو آپ یونیورسل لیول پہ دیکھیے اور اس کو آپ پھیلا کر دیکھیے تو شاید یہ کہنا بالکل صحیح ہوگا کہ</w:t>
      </w:r>
    </w:p>
    <w:p>
      <w:r>
        <w:rPr>
          <w:b/>
        </w:rPr>
        <w:t xml:space="preserve">[33:31] </w:t>
      </w:r>
      <w:r>
        <w:t>yeh har aadmi ki history hai. yani har aadmi yeh keh raha hai ke "i am under, i am under a person who is superior than myself". yani aik neeche bhi chupa hua hai, koi mujh se bara hai, koi mujh se</w:t>
      </w:r>
    </w:p>
    <w:p>
      <w:pPr>
        <w:jc w:val="right"/>
      </w:pPr>
      <w:r>
        <w:t>یہ ہر آدمی کی ہسٹری ہے۔ یعنی ہر آدمی یہ کہہ رہا ہے کہ "آئی ایم انڈر، آئی ایم انڈر اے پرسن ہو از سپیئر دین مائی سیلف"۔ یعنی ایک نیچے بھی چھپا ہوا ہے، کوئی مجھ سے بڑا ہے، کوئی مجھ سے</w:t>
      </w:r>
    </w:p>
    <w:p>
      <w:r>
        <w:rPr>
          <w:b/>
        </w:rPr>
        <w:t xml:space="preserve">[34:01] </w:t>
      </w:r>
      <w:r>
        <w:t>ooncha hai. there is a god superior than myself and i have to surrender to him. har aadmi ki nature yeh bol rahi hai. har aadmi ki nature yeh bol rahi hai. yeh baat aik aisi baat hai jis ka koi jo deny kare, woh bhi sach pooche to oopar oopar deny kar raha hai. jaisa ke stalin andar se koi is se khali nahi</w:t>
      </w:r>
    </w:p>
    <w:p>
      <w:pPr>
        <w:jc w:val="right"/>
      </w:pPr>
      <w:r>
        <w:t>اونچا ہے۔ دیر از اے گاڈ سپیئر دین مائی سیلف اینڈ آئی ہیو ٹو سرینڈر ٹو ہم۔ ہر آدمی کی نیچر یہ بول رہی ہے۔ ہر آدمی کی نیچر یہ بول رہی ہے۔ یہ بات ایک ایسی بات ہے جس کا کوئی جو ڈینائی کرے، وہ بھی سچ پوچھے تو اوپر اوپر ڈینائی کر رہا ہے۔ جیسا کہ اسٹیلن اندر سے کوئی اس سے خالی نہیں</w:t>
      </w:r>
    </w:p>
    <w:p>
      <w:r>
        <w:rPr>
          <w:b/>
        </w:rPr>
        <w:t xml:space="preserve">[34:31] </w:t>
      </w:r>
      <w:r>
        <w:t>hai. yeh wajah hai ke aap dekhiye, koi insaan duniya mein aisa nahi hai jo keh ke jhukta na ho. nixon jo prime president america ka president tha, nixon ab bohat mashhoor tha ke bohat hi kadda aadmi hai. apni jeeb mein sone ka aik nal rakhta tha, jo ghore ki nal jo hoti hai sone ki, woh isi jhukta tha. woh</w:t>
      </w:r>
    </w:p>
    <w:p>
      <w:pPr>
        <w:jc w:val="right"/>
      </w:pPr>
      <w:r>
        <w:t>ہے۔ یہ وجہ ہے کہ آپ دیکھیے، کوئی انسان دنیا میں ایسا نہیں ہے جو کہہ کے جھکتا نہ ہو۔ نکسن جو پرائم پریزیڈنٹ امریکہ کا پریزیڈنٹ تھا، نکسن اب بہت مشہور تھا کہ بہت ہی کڑا آدمی ہے۔ اپنی جیب میں سونے کا ایک نال رکھتا تھا، جو گھوڑے کی نال جو ہوتی ہے سونے کی، وہ اسی جھکتا تھا۔ وہ</w:t>
      </w:r>
    </w:p>
    <w:p>
      <w:r>
        <w:rPr>
          <w:b/>
        </w:rPr>
        <w:t xml:space="preserve">[35:03] </w:t>
      </w:r>
      <w:r>
        <w:t>ise hota hai ke is nal mein kuch mysterious quality hai jo mujhe accident se bachaye gi, mujhe kisi calamity se bachaye gi. woh is nal ke aagay jhukta tha. woh yeh har aadmi kahin na kahin jhuka hua hai. har aadmi kahin na kahin jhuka hua hai. god ko god ke samnay agar nahi jhuk</w:t>
      </w:r>
    </w:p>
    <w:p>
      <w:pPr>
        <w:jc w:val="right"/>
      </w:pPr>
      <w:r>
        <w:t>اسے ہوتا ہے کہ اس نال میں کچھ مسٹیریس کوالٹی ہے جو مجھے ایکسیڈنٹ سے بچائے گی، مجھے کسی کلیمٹی سے بچائے گی۔ وہ اس نال کے آگے جھکتا تھا۔ وہ یہ ہر آدمی کہیں نہ کہیں جھکا ہوا ہے۔ ہر آدمی کہیں نہ کہیں جھکا ہوا ہے۔ گاڈ کو گاڈ کے سامنے اگر نہیں جھک</w:t>
      </w:r>
    </w:p>
    <w:p>
      <w:r>
        <w:rPr>
          <w:b/>
        </w:rPr>
        <w:t xml:space="preserve">[35:33] </w:t>
      </w:r>
      <w:r>
        <w:t>raha hai, tab bhi woh kahin na kahin jhuka hua hai. main yeh samajhta hoon ke koi insaan is se exception hai is mamlay mein. apne jo mujhe experience hua hai zindagi ka, to main keh sakta hoon koi aadmi aisa nahi hai jo is mamlay mein exception ho. aap agar god ke aagay nahi jhukenge to kisi kisi insaan ke aagay jhukenge, kisi</w:t>
      </w:r>
    </w:p>
    <w:p>
      <w:pPr>
        <w:jc w:val="right"/>
      </w:pPr>
      <w:r>
        <w:t>رہا ہے، تب بھی وہ کہیں نہ کہیں جھکا ہوا ہے۔ میں یہ سمجھتا ہوں کہ کوئی انسان اس سے ایکسیپشن ہے اس معاملے میں۔ اپنے جو مجھے ایکسپیرینس ہوا ہے زندگی کا، تو میں کہہ سکتا ہوں کوئی آدمی ایسا نہیں ہے جو اس معاملے میں ایکسیپشن ہو۔ آپ اگر گاڈ کے آگے نہیں جھکیں گے تو کسی کسی انسان کے آگے جھکیں گے، کسی</w:t>
      </w:r>
    </w:p>
    <w:p>
      <w:r>
        <w:rPr>
          <w:b/>
        </w:rPr>
        <w:t xml:space="preserve">[36:03] </w:t>
      </w:r>
      <w:r>
        <w:t>sooraj aur chand ke aagay jhukenge, kisi imagery god ke aagay jhukenge. aap khud hi apne mind mein aik god bana lenge, us ke aagay jhukenge. to beharhaal yeh haqeeqat jo hai samajhna bohat zaroori hai. aagay jo main kehna chahta hoon, us waqt tak clear nahi ho sakta jab tak hum is baat ko samajh na chuke hon. ab dekhiye,</w:t>
      </w:r>
    </w:p>
    <w:p>
      <w:pPr>
        <w:jc w:val="right"/>
      </w:pPr>
      <w:r>
        <w:t>سورج اور چاند کے آگے جھکیں گے، کسی امیجری گاڈ کے آگے جھکیں گے۔ آپ خود ہی اپنے مائنڈ میں ایک گاڈ بنا لیں گے، اس کے آگے جھکیں گے۔ تو بہرحال یہ حقیقت جو ہے سمجھنا بہت ضروری ہے۔ آگے جو میں کہنا چاہتا ہوں، اس وقت تک کلیئر نہیں ہو سکتا جب تک ہم اس بات کو سمجھ نہ چکے ہوں۔ اب دیکھیے،</w:t>
      </w:r>
    </w:p>
    <w:p>
      <w:r>
        <w:rPr>
          <w:b/>
        </w:rPr>
        <w:t xml:space="preserve">[36:34] </w:t>
      </w:r>
      <w:r>
        <w:t>main ne kaha tha ke quran is a recorded speech of god. to main ne kyun kaha tha? jab aap quran ko parhte hain to kuch anokha experience aap ko hota hai jo kisi bhi book doosri book ko parh kar nahi hota.</w:t>
      </w:r>
    </w:p>
    <w:p>
      <w:pPr>
        <w:jc w:val="right"/>
      </w:pPr>
      <w:r>
        <w:t>میں نے کہا تھا کہ قرآن از اے ریکارڈڈ اسپیچ اف گاڈ۔ تو میں نے کیوں کہا تھا؟ جب آپ قرآن کو پڑھتے ہیں تو کچھ انوکھا ایکسپیرینس آپ کو ہوتا ہے جو کسی بھی بک دوسری بک کو پڑھ کر نہیں ہوتا۔</w:t>
      </w:r>
    </w:p>
    <w:p>
      <w:r>
        <w:rPr>
          <w:b/>
        </w:rPr>
        <w:t xml:space="preserve">[37:08] </w:t>
      </w:r>
      <w:r>
        <w:t>misalan wohi jo main ne abhi kaha aap se, mera banaras ka tajruba ke khuda direct mujhe laga, mujhe laga address kar raha hai. mujhe khuda directly mujhe address kar raha hai. aur quran ke chhod koi bhi duniya mein aisi book nahi hai, koi aik bhi xyz jis mein aap yeh yeh cheez ho, jis ke andar ke wahan par khuda direct aap ko address kar raha ho. is book mein</w:t>
      </w:r>
    </w:p>
    <w:p>
      <w:pPr>
        <w:jc w:val="right"/>
      </w:pPr>
      <w:r>
        <w:t>مثلاً وہی جو میں نے ابھی کہا آپ سے، میرا بنارس کا تجربہ کہ خدا ڈائریکٹ مجھے لگتا، مجھے لگا ایڈریس کر رہا ہے۔ مجھے خدا ڈائریکٹلی مجھے ایڈریس کر رہا ہے۔ اور قرآن کے چھوڑ کوئی بھی دنیا میں ایسی بک نہیں ہے، کوئی ایک بھی ایکس وائی زیڈ جس میں آپ یہ یہ چیز ہو، جس کے اندر کہ وہاں پر خدا ڈائریکٹ آپ کو ایڈریس کر رہا ہو۔ اس بک میں</w:t>
      </w:r>
    </w:p>
    <w:p>
      <w:r>
        <w:rPr>
          <w:b/>
        </w:rPr>
        <w:t xml:space="preserve">[37:39] </w:t>
      </w:r>
      <w:r>
        <w:t>koi aisi book nahi hai jo tajruba mujhe 1950 mein hua, woh tajruba lakhon logon ka hua hai. aur ajeeb baat aap payenge jo main ne study ki ke beshtar log jinhone islam ko accept kiya hai as a reality, woh quran ke through hua hai.</w:t>
      </w:r>
    </w:p>
    <w:p>
      <w:pPr>
        <w:jc w:val="right"/>
      </w:pPr>
      <w:r>
        <w:t>کوئی ایسی بک نہیں ہے جو تجربہ مجھے 1950 میں ہوا، وہ تجربہ لاکھوں لوگوں کا ہوا ہے۔ اور عجیب بات آپ پائیں گے جو میں نے اسٹڈی کی کہ بیشتر لوگ جنہوں نے اسلام کو ایکسیپٹ کیا ہے ایز اے ریلیٹی، وہ قرآن کے تھرو ہوا ہے۔</w:t>
      </w:r>
    </w:p>
    <w:p>
      <w:r>
        <w:rPr>
          <w:b/>
        </w:rPr>
        <w:t xml:space="preserve">[38:09] </w:t>
      </w:r>
      <w:r>
        <w:t>dekhiye, aik british historian tha, sir arthur keith. sir arthur keith jo tha, woh jis ko kehte hain egyptology, yani egypt ka expert, egyptian is history ka expert. to woh is ne bari si book is ki hai egypt ki history</w:t>
      </w:r>
    </w:p>
    <w:p>
      <w:pPr>
        <w:jc w:val="right"/>
      </w:pPr>
      <w:r>
        <w:t>دیکھیے، ایک برٹش ہسٹورین تھا، سر ارتھر کیتھ۔ سر ارتھر کیتھ جو تھا، وہ جس کو کہتے ہیں ایجپٹولوجی، یعنی ایجپٹ کا ایکسپرٹ، ایجپشن اس ہسٹری کا ایکسپرٹ۔ تو وہ اس نے بڑی سی بک اس کی ہے ایجپٹ کی ہسٹری</w:t>
      </w:r>
    </w:p>
    <w:p>
      <w:r>
        <w:rPr>
          <w:b/>
        </w:rPr>
        <w:t xml:space="preserve">[38:40] </w:t>
      </w:r>
      <w:r>
        <w:t>ke baray mein, ancient history of egypt. to is mein aap jante hain ke misr mein pehle log kisi aur mazhab par thay, phir seven century mein unhone islam qabool kiya. to woh likhta hai is mein ke "the egyptians were conquered not by the sword but by the quran".</w:t>
      </w:r>
    </w:p>
    <w:p>
      <w:pPr>
        <w:jc w:val="right"/>
      </w:pPr>
      <w:r>
        <w:t>کے بارے میں، اینشن ہسٹری اف ایجپٹ۔ تو اس میں آپ جانتے ہیں کہ مصر میں پہلے لوگ کسی اور مذہب پر تھے، پھر سیون سینچری میں انہوں نے اسلام قبول کیا۔ تو وہ لکھتا ہے اس میں کہ "دا ایجپشنز ویر کانکرڈ ناٹ بائی دا سوڈ بٹ بائی دا قرآن"۔</w:t>
      </w:r>
    </w:p>
    <w:p>
      <w:r>
        <w:rPr>
          <w:b/>
        </w:rPr>
        <w:t xml:space="preserve">[39:11] </w:t>
      </w:r>
      <w:r>
        <w:t>seven century mein egypt jo tha, woh muslim area mein shamil hua, apne mazhab ko badla. unhone un ki language badal gayi, pehle coptic language thi un ki, phir arabic language ban gayi. to egypt ka culture, wahan ka language, wahan ka religion, wahan ka political system</w:t>
      </w:r>
    </w:p>
    <w:p>
      <w:pPr>
        <w:jc w:val="right"/>
      </w:pPr>
      <w:r>
        <w:t>سیون سینچری میں ایجپٹ جو تھا، وہ مسلم ایریا میں شامل ہوا، اپنے مذہب کو بدلا۔ انہوں نے ان کی لینگویج بدل گئی، پہلے کاپٹک لینگویج تھی ان کی، پھر عربک لینگویج بن گئی۔ تو ایجپٹ کا کلچر، وہاں کا لینگویج، وہاں کا ریلیجن، وہاں کا پولیٹیکل سسٹم</w:t>
      </w:r>
    </w:p>
    <w:p>
      <w:r>
        <w:rPr>
          <w:b/>
        </w:rPr>
        <w:t xml:space="preserve">[39:41] </w:t>
      </w:r>
      <w:r>
        <w:t xml:space="preserve"> , wahan ka social system, sab ka sab badal gaya. to woh kehta hai ke yeh sword se nahi hua, yeh talwar se nahi hua. "the egyptians were conquered not by the sword but by the quran". ab quran woh woh sir arthur kaise is ko explain nahi kar saka ke quran kaise capture karta hai logon ko. is ko main ne alag se jab study ki to main ne jana</w:t>
      </w:r>
    </w:p>
    <w:p>
      <w:pPr>
        <w:jc w:val="right"/>
      </w:pPr>
      <w:r>
        <w:t>، وہاں کا سوشل سسٹم، سب کا سب بدل گیا۔ تو وہ کہتا ہے کہ یہ سوٹ سے نہیں ہوا، یہ تلوار سے نہیں ہوا۔ "دا ایجپشنز ویر کانکرڈ ناٹ بائی دا سوڈ بٹ بائی دا قرآن"۔ اب قرآن وہ وہ سرارتھ کیسے اس کو ایکسپلین نہیں کر سکا کہ قرآن کیسے کیپچر کرتا ہے لوگوں کو۔ اس کو میں نے الگ سے جب اسٹڈی کی تو میں نے جانا</w:t>
      </w:r>
    </w:p>
    <w:p>
      <w:r>
        <w:rPr>
          <w:b/>
        </w:rPr>
        <w:t xml:space="preserve">[40:12] </w:t>
      </w:r>
      <w:r>
        <w:t>to pehla experience mujhe wohi tha jo mujhe khud hua banaras mein ke masjid ke imam ki awaz jo main ne mic par suni to laga ke khuda mujhe address kar raha hai. yeh sab ka mamla hota hai. jaisay britain mein aik pop singer hain, pehle pop singer thay, phir unhone islam qabool kiya. un ki story yeh hai</w:t>
      </w:r>
    </w:p>
    <w:p>
      <w:pPr>
        <w:jc w:val="right"/>
      </w:pPr>
      <w:r>
        <w:t>تو پہلا ایکسپیرینس مجھے وہی تھا جو مجھے خود ہوا بنارس میں کہ مسجد کے امام کی آواز جو میں نے مائیک پر سنی تو لگا کہ خدا مجھے ایڈریس کر رہا ہے۔ یہ سب کا معاملہ ہوتا ہے۔ جیسے برٹن میں ایک پاپ سنگر ہیں، پہلے پاپ سنگر تھے، پھر انہوں نے اسلام قبول کیا۔ ان کی سٹوری یہ ہے</w:t>
      </w:r>
    </w:p>
    <w:p>
      <w:r>
        <w:rPr>
          <w:b/>
        </w:rPr>
        <w:t xml:space="preserve">[40:43] </w:t>
      </w:r>
      <w:r>
        <w:t>ke un ka brother egypt gaya tourism ke tehat, wahan par kahin book shop dekhi, kai kitaben khareedin wahan par, to quran ka aik nuskhah bhi khareed liya. yahan main arz karoon ke yeh ajeeb baat hai ke saaray duniya mein log quran khareedte rehte hain. abhi hamara good world ki taraf se yeh mister mustafa</w:t>
      </w:r>
    </w:p>
    <w:p>
      <w:pPr>
        <w:jc w:val="right"/>
      </w:pPr>
      <w:r>
        <w:t>کہ ان کا برادر ایجپٹ گیا ٹورزم کے تحت، وہاں پر کہیں بک شاپ دیکھی، کئی کتابیں خریدیں وہاں پر، تو قرآن کا ایک نسخہ بھی خرید لیا۔ یہاں میں عرض کروں کہ یہ عجیب بات ہے کہ سارے دنیا میں لوگ قرآن خریدتے رہتے ہیں۔ ابھی ہمارا گڈ ورلڈ کی طرف سے یہ مسٹر مصطفی</w:t>
      </w:r>
    </w:p>
    <w:p>
      <w:r>
        <w:rPr>
          <w:b/>
        </w:rPr>
        <w:t xml:space="preserve">[41:14] </w:t>
      </w:r>
      <w:r>
        <w:t>gaye thay mizoram, wahan par aik book fair tha. to wahan par good world ka woh lagaya gaya stall. to mister mustafa ne mujhe bataya ke wahan log aate thay, kehte ke yahan ki history mein pehli baar koi islamic book stall laga hai. is se pehle to kabhi na suna, na dekha. unhone bataya ke 5</w:t>
      </w:r>
    </w:p>
    <w:p>
      <w:pPr>
        <w:jc w:val="right"/>
      </w:pPr>
      <w:r>
        <w:t>گئے تھے میزورم، وہاں پر ایک بک فیئر تھا۔ تو وہاں پر گڈ ورلڈ کا وہ لگایا گیا اسٹال۔ تو مسٹر مصطفی نے مجھے بتایا کہ وہاں لوگ آتے تھے، کہتے کہ یہاں کی ہسٹری میں پہلی بار کوئی اسلامک بک اسٹال لگا ہے۔ اس سے پہلے تو کبھی نہ سنا، نہ دیکھا۔ انہوں نے بتایا کہ 5</w:t>
      </w:r>
    </w:p>
    <w:p>
      <w:r>
        <w:rPr>
          <w:b/>
        </w:rPr>
        <w:t xml:space="preserve">[41:44] </w:t>
      </w:r>
      <w:r>
        <w:t>00 copies quran ki log khareed ke le gaye aur aur mangne aate thay. mizoram woh choti si state hai, aap jante hain, sab ke sab wahan non muslim hain. musalman to koi hai nahi, aik do koi hoga jo job karne ke liye gaya hoga. to un ke stall par 500 copies theen quran ki, sab ki sab sell ho gayeen aur aur bhi mangte thay log. to aik ajeeb o ghareeb</w:t>
      </w:r>
    </w:p>
    <w:p>
      <w:pPr>
        <w:jc w:val="right"/>
      </w:pPr>
      <w:r>
        <w:t>00 کاپیز قرآن کی لوگ خرید کے لے گئے اور اور مانگنے آتے تھے۔ میزور وہ چھوٹی سی سٹیٹ ہے، آپ جانتے ہیں، سب کے سب وہاں نان مسلم ہیں۔ مسلمان تو کوئی ہے نہیں، ایک دو کوئی ہوگا جو جاب کرنے کے لیے گیا ہوگا۔ تو ان کے اسٹال پر 500 کاپیز تھیں قرآن کی، سب کی سب سیل ہو گئیں اور اور بھی مانگتے تھے لوگ۔ تو ایک عجیب و غریب</w:t>
      </w:r>
    </w:p>
    <w:p>
      <w:r>
        <w:rPr>
          <w:b/>
        </w:rPr>
        <w:t xml:space="preserve">[42:14] </w:t>
      </w:r>
      <w:r>
        <w:t>baat hai ke log quran ko khareed kar parhna chahte hain, lekin yeh mysterious baat nahi hai. is ki yahi sifat hai ke koi bhi kitab aisi nahi hai jis haan jis ko parh kar insaan ko woh tajruba guzra jo mujh par guzra banaras mein ke main ya koi bhi insaan. dekhiye, main yeh kaha karta hoon,</w:t>
      </w:r>
    </w:p>
    <w:p>
      <w:pPr>
        <w:jc w:val="right"/>
      </w:pPr>
      <w:r>
        <w:t>بات ہے کہ لوگ قرآن کو خرید کر پڑھنا چاہتے ہیں، لیکن یہ مسٹیریس بات نہیں ہے۔ اس کی یہی صفت ہے کہ کوئی بھی کتاب ایسی نہیں ہے جس ہاں جس کو پڑھ کر انسان کو وہ تجربہ گزرا جو مجھ پر گزرا بنارس میں کہ میں یا کوئی بھی انسان۔ دیکھیں، میں یہ کہا کرتا ہوں،</w:t>
      </w:r>
    </w:p>
    <w:p>
      <w:r>
        <w:rPr>
          <w:b/>
        </w:rPr>
        <w:t xml:space="preserve">[42:44] </w:t>
      </w:r>
      <w:r>
        <w:t>log kehte hain ke "man is a thinking animal, man is a social animal, this animal, that animal". sahi baat yeh hai ke "man is a god seeking animal". yeh sahi baat hai, "man is a god seeking animal". to insaan khuda ko dhoond raha hai, achaanak dekhta hai ke acha, yahan par khuda ka record baj raha hai. khuda ka record b</w:t>
      </w:r>
    </w:p>
    <w:p>
      <w:pPr>
        <w:jc w:val="right"/>
      </w:pPr>
      <w:r>
        <w:t>لوگ کہتے ہیں کہ "میں از ا تھنکنگ اینیمل، میں سوشل اینیمل، دس اینیمل، دیٹ اینیمل"۔ صحیح بات یہ ہے کہ "میں از ا گاڈ سیکنگ اینیمل"۔ یہ صحیح بات ہے، "میں از ا گاڈ سیکنگ اینیمل"۔ تو انسان خدا کو ڈھونڈ رہا ہے، اچانک دیکھتا ہے کہ اچھا، یہاں پر خدا کا ریکارڈ بج رہا ہے۔ خدا کا ریکارڈ ب</w:t>
      </w:r>
    </w:p>
    <w:p>
      <w:r>
        <w:rPr>
          <w:b/>
        </w:rPr>
        <w:t xml:space="preserve">[43:14] </w:t>
      </w:r>
      <w:r>
        <w:t>aj raha hai, woh foran sunne lagega us ko. to quran is recorded word of god, to log is ki taraf daurte hain. to main bata raha tha ke woh pop singer jo ka bhai gaya egypt, kuch book wahan se li us ne, to aik copy quran ki bhi le li, english translation quran ka. to woh la</w:t>
      </w:r>
    </w:p>
    <w:p>
      <w:pPr>
        <w:jc w:val="right"/>
      </w:pPr>
      <w:r>
        <w:t>ج رہا ہے، وہ فوراً سننے لگے گا اس کو۔ تو قرآن از ریکارڈڈ ورڈ اف گاڈ، تو لوگ اس کی طرف دوڑتے ہیں۔ تو میں بتا رہا تھا کہ وہ پاپ سنگر جو کا بھائی گیا ایجپٹ، کچھ بک وہاں سے لی اس نے، تو ایک کاپی قرآن کی بھی لے لی، انگلش ٹرانسلیشن قرآن کا۔ تو وہ لا</w:t>
      </w:r>
    </w:p>
    <w:p>
      <w:r>
        <w:rPr>
          <w:b/>
        </w:rPr>
        <w:t xml:space="preserve">[43:44] </w:t>
      </w:r>
      <w:r>
        <w:t>kar us ne apne bhai ko diya, jo us waqt fortunately aur unfortunately hospital mein tha. woh hospital mein us ke baad kafi time tha, waisay hota to shayad parh na pata. woh hospital mein us ke baad kafi time tha, us ne poora quran parh dala aik se ziyada baar, aur us ke baad</w:t>
      </w:r>
    </w:p>
    <w:p>
      <w:pPr>
        <w:jc w:val="right"/>
      </w:pPr>
      <w:r>
        <w:t>کر اس نے اپنے بھائی کو دیا، جو اس وقت فارچونیٹلی اور انفارچونیٹلی ہاسپٹل میں تھا۔ وہ ہاسپٹل میں اس کے بعد کافی ٹائم تھا، ویسے ہوتا تو شاید پڑھ نہ پاتا۔ وہ ہاسپٹل میں اس کے بعد کافی ٹائم تھا، اس نے پورا قرآن پڑھ ڈالا ایک سے زیادہ بار، اور اس کے بعد</w:t>
      </w:r>
    </w:p>
    <w:p>
      <w:r>
        <w:rPr>
          <w:b/>
        </w:rPr>
        <w:t xml:space="preserve">[44:14] </w:t>
      </w:r>
      <w:r>
        <w:t>unhone islam qabool kar liya aur apna naya naam rakha. unhone yusuf islam, yusuf islam. ab woh london mein rehte hain, aik school chala rahe hain, kai school chala rahe hain. woh to unhone apne baray mein bataya, kisi ne poocha un se ke aap ne islam kyun accept kiya? "why you have accepted islam?" to unhone yeh</w:t>
      </w:r>
    </w:p>
    <w:p>
      <w:pPr>
        <w:jc w:val="right"/>
      </w:pPr>
      <w:r>
        <w:t>انہوں نے اسلام قبول کر لیا اور اپنا نیا نام رکھا۔ انہوں نے یوسف اسلام، یوسف اسلام۔ اب وہ لندن میں رہتے ہیں، ایک اسکول چلا رہے ہیں، کئی اسکول چلا رہے ہیں۔ وہ تو انہوں نے اپنے بارے میں بتایا، کسی نے پوچھا ان سے کہ آپ نے اسلام کیوں ایکسیپٹ کیا؟ "وائی یو ہیو ایکسیپٹڈ اسلام؟" تو انہوں نے یہ</w:t>
      </w:r>
    </w:p>
    <w:p>
      <w:r>
        <w:rPr>
          <w:b/>
        </w:rPr>
        <w:t xml:space="preserve">[44:44] </w:t>
      </w:r>
      <w:r>
        <w:t>hi baat kahi. unhone kaha ke jab main ne quran ko parha to mujhe aik anokha experience hua. yahan to woh god jo mere se chupa hua tha, woh god mujhe direct address kar raha hai. yani unconscious mein jo cheez thi, woh unconscious mind mein aa gayi. to quran ki yeh sifat hai ke woh aap unconscious mind mein jo baat hai, woh conscious mind mein lata hai. aap ko isi liye aadmi f</w:t>
      </w:r>
    </w:p>
    <w:p>
      <w:pPr>
        <w:jc w:val="right"/>
      </w:pPr>
      <w:r>
        <w:t>ی بات کہی۔ انہوں نے کہا کہ جب میں نے قرآن کو پڑھا تو مجھے ایک انوکھا ایکسپیرینس ہوا۔ یہاں تو وہ گاڈ جو میرے سے چھپا ہوا تھا، وہ گاڈ مجھے ڈائریکٹ ایڈریس کر رہا ہے۔ یعنی انکانشیس میں جو چیز تھی، وہ انکانشیس مائنڈ میں آ گئی۔ تو قرآن کی یہ صفت ہے کہ وہ آپ انکانشیس مائنڈ میں جو بات ہے، وہ کانشیس مائنڈ میں لاتا ہے۔ آپ کو اسی لیے آدمی ف</w:t>
      </w:r>
    </w:p>
    <w:p>
      <w:r>
        <w:rPr>
          <w:b/>
        </w:rPr>
        <w:t xml:space="preserve">[45:14] </w:t>
      </w:r>
      <w:r>
        <w:t>oravan islam qabool kar leta hai. yeh bohat hi ziyada cycle psychological baat hai, aur sochne walay is ko samajh sakte hain. yani quran mein jab aadmi jo style hai quran ka, woh kya hai? "ayuhal insaan". aye insaan bar bar aata hai, aye insaan, aye insaan. to gaya ke quran keh raha hai</w:t>
      </w:r>
    </w:p>
    <w:p>
      <w:pPr>
        <w:jc w:val="right"/>
      </w:pPr>
      <w:r>
        <w:t>وراً اسلام قبول کر لیتا ہے۔ یہ بہت ہی زیادہ سائیکل سائیکلوجیکل بات ہے، اور سوچنے والے اس کو سمجھ سکتے ہیں۔ یعنی قرآن میں جب آدمی جو سٹائل ہے قرآن کا، وہ کیا ہے؟ "ایہا الانسان"۔ اے انسان بار بار آتا ہے، اے انسان، اے انسان۔ تو گیا کہ قرآن کہہ رہا ہے</w:t>
      </w:r>
    </w:p>
    <w:p>
      <w:r>
        <w:rPr>
          <w:b/>
        </w:rPr>
        <w:t xml:space="preserve">[45:44] </w:t>
      </w:r>
      <w:r>
        <w:t>keh "o insan, heer is your creator, heer is your lord, heer is your god addressing you" . "listen it and follow my my directions" . yeh aik anokha tajurba hai quran ko parh kar jo hota hai insan ko.</w:t>
      </w:r>
    </w:p>
    <w:p>
      <w:pPr>
        <w:jc w:val="right"/>
      </w:pPr>
      <w:r>
        <w:t>کہ "او انسان، ہیر از یور کریٹر، ہیر از یور لارڈ، ہیر از یور گاڈ ایڈریسنگ یو"۔ "لسن اٹ اینڈ فالو مائی مائی ڈائریکشنز"۔ یہ ایک انوکھا تجربہ ہے قرآن کو پڑھ کر جو ہوتا ہے انسان کو۔</w:t>
      </w:r>
    </w:p>
    <w:p>
      <w:r>
        <w:rPr>
          <w:b/>
        </w:rPr>
        <w:t xml:space="preserve">[46:15] </w:t>
      </w:r>
      <w:r>
        <w:t>mein ne bohat books parhi hain, bohat kitabein parhi hain, secular bhi aur religious bhi. kisi bhi book mein maine nahi paya keh yeh yeh style ho. to quran parhne wala jab parhta hai quran ko to instantly kya hota hai? uska mind address hone lagta hai. yeh baat samajh lijiye, chounkeh uska mind ya uska nature, chounkeh pehle</w:t>
      </w:r>
    </w:p>
    <w:p>
      <w:pPr>
        <w:jc w:val="right"/>
      </w:pPr>
      <w:r>
        <w:t>میں نے بہت بکس پڑھی ہیں، بہت کتابیں پڑھی ہیں، سیکولر بھی اور ریلیجس بھی۔ کسی بھی بک میں میں نے نہیں پایا کہ یہ یہ سٹائل ہو۔ تو قرآن پڑھنے والا جب پڑھتا ہے قرآن کو تو انسٹنٹلی کیا ہوتا ہے؟ اس کا مائنڈ ایڈریس ہونے لگتا ہے۔ یہ بات سمجھ لیجئے، چونکہ اس کا مائنڈ یا اس کا نیچر، چونکہ پہلے</w:t>
      </w:r>
    </w:p>
    <w:p>
      <w:r>
        <w:rPr>
          <w:b/>
        </w:rPr>
        <w:t xml:space="preserve">[46:45] </w:t>
      </w:r>
      <w:r>
        <w:t>se woh god seeking animal hai, pehle se woh kisi khuda ko dhoond raha hai. yaani pehle hi se uske andar yeh aik aik arz maujood hai, aik seeking speed maujood hai. is liye jab quran mein jo us style mein address karta hai, "ae insan, sun meri baat, mein tera khuda bol raha hoon", to instantly kya hota hai? keh uska</w:t>
      </w:r>
    </w:p>
    <w:p>
      <w:pPr>
        <w:jc w:val="right"/>
      </w:pPr>
      <w:r>
        <w:t>سے وہ گاڈ سیک اینیمل ہے، پہلے سے وہ کسی خدا کو ڈھونڈ رہا ہے۔ یعنی پہلے ہی سے اس کے اندر یہ ایک ایک عرض موجود ہے، ایک سیکنگ اسپیڈ موجود ہے۔ اس لیے جب قرآن میں جو اس سٹائل میں ایڈریس کرتا ہے، "اے انسان، سن میری بات، میں تیرا خدا بول رہا ہوں"، تو انسٹنٹلی کیا ہوتا ہے؟ کہ اس کا</w:t>
      </w:r>
    </w:p>
    <w:p>
      <w:r>
        <w:rPr>
          <w:b/>
        </w:rPr>
        <w:t xml:space="preserve">[47:16] </w:t>
      </w:r>
      <w:r>
        <w:t>nature address hone lagta hai, uska mind address hone lagta hai. yeh aik anokha jo mujhe khud zaati taur par tajurba hua, jaise keh maine arz kiya, aur phir doosron ki baatein maine parhin, wahan hi maine dekha keh doosre logon ka bhi yahi experience hai. to is ko bohat dinon ke sochne ke baad maine is ko samajh paya hoon. mein yaani</w:t>
      </w:r>
    </w:p>
    <w:p>
      <w:pPr>
        <w:jc w:val="right"/>
      </w:pPr>
      <w:r>
        <w:t>نیچر ایڈریس ہونے لگتا ہے، اس کا مائنڈ ایڈریس ہونے لگتا ہے۔ یہ ایک انوکھا جو مجھے خود ذاتی طور پر تجربہ ہوا، جیسے کہ میں نے عرض کیا، اور پھر دوسروں کی باتیں میں نے پڑھیں، وہاں ہی میں نے دیکھا کہ دوسرے لوگوں کا بھی یہی ایکسپیرینس ہے۔ تو اس کو بہت دنوں کے سوچنے کے بعد میں نے اس کو سمجھ پایا ہوں۔ میں یعنی</w:t>
      </w:r>
    </w:p>
    <w:p>
      <w:r>
        <w:rPr>
          <w:b/>
        </w:rPr>
        <w:t xml:space="preserve">[47:46] </w:t>
      </w:r>
      <w:r>
        <w:t>jo hua woh to logon ne bataya, kyun hua woh un ki story mein nahi tha. bohat se log, lakhon log aisay hain, jaise aik book chhapi hai saudi arab se, "islam my choice". bohat se logon ko is mein woh hai keh kaise unhon ne accept kiya islam ko. "islam my choice" sab ke baray mein aap parhein gay yahi baat keh maine quran ko parha to maine</w:t>
      </w:r>
    </w:p>
    <w:p>
      <w:pPr>
        <w:jc w:val="right"/>
      </w:pPr>
      <w:r>
        <w:t>جو ہوا وہ تو لوگوں نے بتایا، کیوں ہوا وہ ان کی سٹوری میں نہیں تھا۔ بہت سے لوگ، لاکھوں لوگ ایسے ہیں، جیسے ایک بک چھپی ہے سعودی عرب سے، "اسلام مائی چوائس"۔ بہت سے لوگوں کو اس میں وہ ہے کہ کیسے انہوں نے ایکسیپٹ کیا اسلام کو۔ "اسلام مائی چوائس" سب کے بارے میں آپ پڑھیں گے یہی بات کہ میں نے قرآن کو پڑھا تو میں نے</w:t>
      </w:r>
    </w:p>
    <w:p>
      <w:r>
        <w:rPr>
          <w:b/>
        </w:rPr>
        <w:t xml:space="preserve">[48:16] </w:t>
      </w:r>
      <w:r>
        <w:t>islam qabool kar liya. lekin yeh kaise hua, is ke baray mein kisi aadmi ko ne bataya nahi, bata nahi saka. woh bukhra raye furqan yahan bhi hai. maine bohat se mutalley ke baad is baat ko nikala keh insan basically god seeking animal hai. insan by nature dhoond raha hai keh koi khuda mujhe milay jo mujhe address karay, jis ko mein follow karoon.</w:t>
      </w:r>
    </w:p>
    <w:p>
      <w:pPr>
        <w:jc w:val="right"/>
      </w:pPr>
      <w:r>
        <w:t>اسلام قبول کر لیا۔ لیکن یہ کیسے ہوا، اس کے بارے میں کسی آدمی کو نے بتایا نہیں، بتا نہیں سکا۔ وہ بکر رئی فرقان یہاں بھی ہے۔ میں نے بہت سے مطالعے کے بعد اس بات کو نکالا کہ انسان بیسیکلی گاڈ سیکنگ اینیمل ہے۔ انسان بائی نیچر ڈھونڈ رہا ہے کہ کوئی خدا مجھے ملے جو مجھے ایڈریس کرے، جس کو میں فالو کروں۔</w:t>
      </w:r>
    </w:p>
    <w:p>
      <w:r>
        <w:rPr>
          <w:b/>
        </w:rPr>
        <w:t xml:space="preserve">[48:48] </w:t>
      </w:r>
      <w:r>
        <w:t>to achaanak jab woh quran ko pata hai, jo maine kaha keh woh record word of god hai, to achaanak uska woh nature address hone lagta hai, uska mind address hone lagta hai, aur phir wahan surrender kar deta hai. ab mein quran ke baray mein direct taur par kuch kehna chahoon ga. dekhein, quran ki history yeh hai</w:t>
      </w:r>
    </w:p>
    <w:p>
      <w:pPr>
        <w:jc w:val="right"/>
      </w:pPr>
      <w:r>
        <w:t>تو اچانک جب وہ قرآن کو پاتا ہے، جو میں نے کہا کہ وہ ریکارڈ ورڈ اف گاڈ ہے، تو اچانک اس کا وہ نیچر ایڈریس ہونے لگتا ہے، اس کا مائنڈ ایڈریس ہونے لگتا ہے، اور پھر وہاں سرینڈر کر دیتا ہے۔ اب میں قرآن کے بارے میں ڈائریکٹ طور پر کچھ کہنا چاہوں گا۔ دیکھیں، قرآن کی ہسٹری یہ ہے</w:t>
      </w:r>
    </w:p>
    <w:p>
      <w:r>
        <w:rPr>
          <w:b/>
        </w:rPr>
        <w:t xml:space="preserve">[49:20] </w:t>
      </w:r>
      <w:r>
        <w:t>keh arab mein aik shakhs paida hota hai, muhammad bin abdullah bin abdul mutallib, 570 ad mein. woh orphan ho jata hai, baap mar jatay hain us ke birth se pehle hi, maa mar jati hain birth ke baad kuch dinon, kuch arsay ke baad.</w:t>
      </w:r>
    </w:p>
    <w:p>
      <w:pPr>
        <w:jc w:val="right"/>
      </w:pPr>
      <w:r>
        <w:t>کہ عرب میں ایک شخص پیدا ہوتا ہے، محمد بن عبداللہ بن عبدالمطلب، 570 اے ڈی میں۔ وہ اورفن ہو جاتا ہے، باپ مر جاتے ہیں اس کے برتھ سے پہلے ہی، ماں مر جاتی ہیں برتھ کے بعد کچھ دنوں، کچھ عرصے کے بعد۔</w:t>
      </w:r>
    </w:p>
    <w:p>
      <w:r>
        <w:rPr>
          <w:b/>
        </w:rPr>
        <w:t xml:space="preserve">[49:50] </w:t>
      </w:r>
      <w:r>
        <w:t>as a orphan, woh wahan par barhta hai. orphan hona kya hai, is ka maine khud tajurba kiya hai. orphan aadmi bohat jald seeker ban jata hai. jo aadmi maa baap ki god mein ho, us ke liye record ban jati hai, us ki seeking speed ubhray. yeh mera apna personal experience hai, kyunkeh mere baap jo thay 1929 mein</w:t>
      </w:r>
    </w:p>
    <w:p>
      <w:pPr>
        <w:jc w:val="right"/>
      </w:pPr>
      <w:r>
        <w:t>ایز اے اورفن، وہ وہاں پر بڑھتا ہے۔ اورفن ہونا کیا ہے، اس کا میں نے خود تجربہ کیا ہے۔ اورفن آدمی بہت جلد سیکر بن جاتا ہے۔ جو آدمی ماں باپ کی گود میں ہو، اس کے لیے ریکارڈ بن جاتی ہے، اس کی سیکنگ اسپیڈ ابھرے۔ یہ میرا اپنا پرسنل ایکسپیرینس ہے، کیونکہ میرے باپ جو تھے 1929 میں</w:t>
      </w:r>
    </w:p>
    <w:p>
      <w:r>
        <w:rPr>
          <w:b/>
        </w:rPr>
        <w:t xml:space="preserve">[50:20] </w:t>
      </w:r>
      <w:r>
        <w:t>mar gaye, jab keh mein sirf panch saal ka tha. 1929 to meri maa batati hain keh jab woh maray to mein bilkul hi speechless ho gaya. bohat bolta tha mein pehle, un ki zindagi bohat bolta tha, lekin jab maray to mein speechless ho gaya. kaha, is ka matlab kya hua? is ka matlab kya hua? is ka matlab yeh hua keh yaani mein aik</w:t>
      </w:r>
    </w:p>
    <w:p>
      <w:pPr>
        <w:jc w:val="right"/>
      </w:pPr>
      <w:r>
        <w:t>مر گئے، جب کہ میں صرف پانچ سال کا تھا۔ 1929 تو میری ماں بتاتی ہیں کہ جب وہ مرے تو میں بالکل ہی سپیچ لیس ہو گیا۔ بہت بولتا تھا میں پہلے، ان کی زندگی بہت بولتا تھا، لیکن جب مرے تو میں سپیچ لیس ہو گیا۔ کہا، اس کا مطلب کیا ہوا؟ اس کا مطلب کیا ہوا؟ اس کا مطلب یہ ہوا کہ یعنی میں ایک</w:t>
      </w:r>
    </w:p>
    <w:p>
      <w:r>
        <w:rPr>
          <w:b/>
        </w:rPr>
        <w:t xml:space="preserve">[50:51] </w:t>
      </w:r>
      <w:r>
        <w:t>striver ban gaya. woh aadmi jo extrovert tha, woh woh introvert ban gaya. yaani orphanagae ne mujhe yeh kiya keh pehle mein tha extrovert, ab mein introvert ban gaya. isi ko mein kehta hoon seeking speed ka jaag parna. bohat bari blessing hai yeh jo mere sath hui keh bachpan hi se mein seeker ban gaya.</w:t>
      </w:r>
    </w:p>
    <w:p>
      <w:pPr>
        <w:jc w:val="right"/>
      </w:pPr>
      <w:r>
        <w:t>سٹروورٹ بن گیا۔ وہ آدمی جو ایکسٹروورٹ تھا، وہ وہ انٹروورٹ بن گیا۔ یعنی اورفنیج نے مجھے یہ کیا کہ پہلے میں تھا ایکسٹروورٹ، اب میں انٹروورٹ بن گیا۔ اسی کو میں کہتا ہوں سیکنگ اسپیڈ کا جاگ پڑنا۔ بہت بڑی بلیسنگ ہے یہ جو میرے ساتھ ہوئی کہ بچپن ہی سے میں سیکر بن گیا۔</w:t>
      </w:r>
    </w:p>
    <w:p>
      <w:r>
        <w:rPr>
          <w:b/>
        </w:rPr>
        <w:t xml:space="preserve">[51:22] </w:t>
      </w:r>
      <w:r>
        <w:t>to muhammad bin abdullah bin abdul mutallib ke jo halaat thay, unhon ne unhein shuru se hi seeker bana diya. shuru se seeker bana diya. us zamanay mein arab mein aisa tha keh bohat se log jo sachai ko dhoondnay walay thay, jo seeker thay, aisay bohat se log wahan paye jatay thay.</w:t>
      </w:r>
    </w:p>
    <w:p>
      <w:pPr>
        <w:jc w:val="right"/>
      </w:pPr>
      <w:r>
        <w:t>تو محمد بن عبداللہ بن عبدالمطلب کے جو حالات تھے، انہوں نے انہیں شروع سے ہی سیکر بنا دیا۔ شروع سے سیکر بنا دیا۔ اس زمانے میں عرب میں ایسا تھا کہ بہت سے لوگ جو سچائی کو ڈھونڈنے والے تھے، جو سیکر تھے، ایسے بہت سے لوگ وہاں پائے جاتے تھے۔</w:t>
      </w:r>
    </w:p>
    <w:p>
      <w:r>
        <w:rPr>
          <w:b/>
        </w:rPr>
        <w:t xml:space="preserve">[51:53] </w:t>
      </w:r>
      <w:r>
        <w:t>aisay bohat se log paye jatay thay wahan. to woh kehtay thay keh khuda ya, hum ko nahi maloom keh teri ibadat ka tareeqa kya hai. agar hum jantay to hum waise hi teri ibadat kartay. yeh kehtay hue mar gaye. woh mislan aik aadmi tha qist ibn sa'dah, is tarah ke bohat se log thay. to muhammad bin abdul</w:t>
      </w:r>
    </w:p>
    <w:p>
      <w:pPr>
        <w:jc w:val="right"/>
      </w:pPr>
      <w:r>
        <w:t>ایسے بہت سے لوگ پائے جاتے تھے وہاں۔ تو وہ کہتے تھے کہ خدایا، ہم کو نہیں معلوم کہ تیری عبادت کا طریقہ کیا ہے۔ اگر ہم جانتے تو ہم ویسے ہی تیری عبادت کرتے۔ یہ کہتے ہوئے مر گئے۔ وہ مثلاً ایک آدمی تھا قسط ابن سعدہ، اس طرح کے بہت سے لوگ تھے۔ تو محمد بن عبدال</w:t>
      </w:r>
    </w:p>
    <w:p>
      <w:r>
        <w:rPr>
          <w:b/>
        </w:rPr>
        <w:t xml:space="preserve">[52:23] </w:t>
      </w:r>
      <w:r>
        <w:t>lah bin abdul mutallib bhi isi tarah ke aik seeker ban gaye. to kya hua? makkah ke paas aik mountain tha, uska naam tha hira. to woh hira mein janay lagay, kyunkeh hira mein aap ko akelapan milta tha. wahan koi disturb karnay wala nahi tha</w:t>
      </w:r>
    </w:p>
    <w:p>
      <w:pPr>
        <w:jc w:val="right"/>
      </w:pPr>
      <w:r>
        <w:t>لہ بن عبدالمطلب بھی اسی طرح کے ایک سیکر بن گئے۔ تو کیا ہوا؟ مکہ کے پاس ایک ماؤنٹن تھا، اس کا نام تھا حرا۔ تو وہ حرا میں جانے لگے، کیونکہ حرا میں آپ کو اکیلا پن ملتا تھا۔ وہاں کوئی ڈسٹرب کرنے والا نہیں تھا</w:t>
      </w:r>
    </w:p>
    <w:p>
      <w:r>
        <w:rPr>
          <w:b/>
        </w:rPr>
        <w:t xml:space="preserve">[52:53] </w:t>
      </w:r>
      <w:r>
        <w:t>, koi distraction nahi tha soch ke liye. wahan par aik cave tha, us cave ko hamari history mein likha jata hai ghar hira, cave of hira, cave of hira mountain. wahan par ja kar ke woh akelay mein sochtay thay. yeh aap ki jo seeking speed hai, wahan us ko kuch milta tha keh sochne ke liye.</w:t>
      </w:r>
    </w:p>
    <w:p>
      <w:pPr>
        <w:jc w:val="right"/>
      </w:pPr>
      <w:r>
        <w:t>، کوئی ڈسٹریکشن نہیں تھا سوچ کے لیے۔ وہاں پر ایک کیو تھا، اس کیو کو ہماری ہسٹری میں لکھا جاتا ہے غار حرا، کیو اف حرا، کیو اف حرا ماؤنٹین۔ وہاں پر جا کر کے وہ اکیلے میں سوچتے تھے۔ یہ آپ کی جو سیکنگ اسپیڈ ہے، وہاں اس کو کچھ ملتا تھا کہ سوچنے کے لیے۔</w:t>
      </w:r>
    </w:p>
    <w:p>
      <w:r>
        <w:rPr>
          <w:b/>
        </w:rPr>
        <w:t xml:space="preserve">[53:23] </w:t>
      </w:r>
      <w:r>
        <w:t>yaani us ko aap keh saktay hain contemplation. us ko meditation to nahi kahain gay, lekin yeh contemplation, contemplation hota tha. us ko arabi mein kehtay hain tadabbur, tadabbur, tafakkur. to lambi kahani hai, mein us ko short mein kehta hoon keh isi tarah aap ke 40 saal beet gaye. beech mein bohat sari aur baatein huin.</w:t>
      </w:r>
    </w:p>
    <w:p>
      <w:pPr>
        <w:jc w:val="right"/>
      </w:pPr>
      <w:r>
        <w:t>یعنی اس کو آپ کہہ سکتے ہیں کنٹمپلیشن۔ اس کو میڈیٹیشن تو نہیں کہیں گے، لیکن یہ کنٹمپلیشن، کنٹمپلیشن ہوتا تھا۔ اس کو عربی میں کہتے ہیں تدبر، تدبر، تفکر۔ تو لمبی کہانی ہے، میں اس کو شارٹ میں کہتا ہوں کہ اسی طرح آپ کے 40 سال بیت گئے۔ بیچ میں بہت ساری اور باتیں ہوئیں۔</w:t>
      </w:r>
    </w:p>
    <w:p>
      <w:r>
        <w:rPr>
          <w:b/>
        </w:rPr>
        <w:t xml:space="preserve">[53:54] </w:t>
      </w:r>
      <w:r>
        <w:t>to jab aap 40 saal ke ho chukay thay, is ka matlab yeh hai maturity ki age ho chuki thi. aap ki 40 saal mein aadmi bharpoor taur par mature ho jata hai. us waqt achaanak aik din wahan aaya khuda ka angel. us ne kaha keh mein khuda ka angel hoon aur tum ko yeh batany aaya hoon keh khuda ne tum ko select kar liya hai</w:t>
      </w:r>
    </w:p>
    <w:p>
      <w:pPr>
        <w:jc w:val="right"/>
      </w:pPr>
      <w:r>
        <w:t>تو جب آپ 40 سال کے ہو چکے تھے، اس کا مطلب یہ ہے میچورٹی کی ایج ہو چکی تھی۔ آپ کی 40 سال میں آدمی بھرپور طور پر میچور ہو جاتا ہے۔ اس وقت اچانک ایک دن وہاں آیا خدا کا اینجل۔ اس نے کہا کہ میں خدا کا اینجل ہوں اور تم کو یہ بتانے آیا ہوں کہ خدا نے تم کو سلیکٹ کر لیا ہے</w:t>
      </w:r>
    </w:p>
    <w:p>
      <w:r>
        <w:rPr>
          <w:b/>
        </w:rPr>
        <w:t xml:space="preserve">[54:25] </w:t>
      </w:r>
      <w:r>
        <w:t>as a prophet aur tum ko khuda ka message duniya mein pohanchana hai. yeh hua 610 mein, 610 mein. to quran ka jo revelation hai, woh 610 mein shuru hua. pehli verses 610 ad mein utri, us ke baad</w:t>
      </w:r>
    </w:p>
    <w:p>
      <w:pPr>
        <w:jc w:val="right"/>
      </w:pPr>
      <w:r>
        <w:t>ایز اے پرافٹ اور تم کو خدا کا میسج دنیا میں پہنچانا ہے۔ یہ ہوا 610 میں، 610 میں۔ تو قرآن کا جو ریولیشن ہے، وہ 610 میں شروع ہوا۔ پہلی ورسز 610 اے ڈی میں اتری، اس کے بعد</w:t>
      </w:r>
    </w:p>
    <w:p>
      <w:r>
        <w:rPr>
          <w:b/>
        </w:rPr>
        <w:t xml:space="preserve">[54:57] </w:t>
      </w:r>
      <w:r>
        <w:t>22, 23 saal tak utarti rahi. prophet ka jo death hua madinah mein, woh hua 632 mein. 632 to death se kuch pehle tak aap par verses utarti rahin. lekin quran jo hai, koi aik book form mein nahi aya, jaise aik book chhapti hai, aaj kal aa jati hai binding ke sath. a</w:t>
      </w:r>
    </w:p>
    <w:p>
      <w:pPr>
        <w:jc w:val="right"/>
      </w:pPr>
      <w:r>
        <w:t>22، 23 سال تک اترتی رہی۔ پرافٹ کا جو ڈیتھ ہوا مدینہ میں، وہ ہوا 632 میں۔ 632 تو ڈیتھ سے کچھ پہلے تک آپ پر ورسز اترتی رہیں۔ لیکن قرآن جو ہے، کوئی ایک بک فارم میں نہیں آیا، جیسے ایک بک چھپتی ہے، آج کل آ جاتی ہے بائنڈنگ کے ساتھ۔ ای</w:t>
      </w:r>
    </w:p>
    <w:p>
      <w:r>
        <w:rPr>
          <w:b/>
        </w:rPr>
        <w:t xml:space="preserve">[55:27] </w:t>
      </w:r>
      <w:r>
        <w:t>isa nahi aya. quran jo tha, woh jis ko kehtay hain arabi mein najam, najam utra. yaani thora thora, thora thora kar ke to taqreeban 23 saal tak utarta raha. according to the situation, jaise koi research work hota hai to us ko to aik taraf se woh aik synopsis banatay hain, us tarah</w:t>
      </w:r>
    </w:p>
    <w:p>
      <w:pPr>
        <w:jc w:val="right"/>
      </w:pPr>
      <w:r>
        <w:t>سا نہیں آیا۔ قرآن جو تھا، وہ جس کو کہتے ہیں عربی میں نجمن، نجمن اترا۔ یعنی تھوڑا تھوڑا، تھوڑا تھوڑا کر کے تو تقریباً 23 سال تک اترتا رہا۔ اکارڈنگ ٹو دا سچویشن، جیسے کوئی ریسرچ ورک ہوتا ہے تو اس کو تو ایک طرف سے وہ ایک سناپسز بناتے ہیں، اس طرح</w:t>
      </w:r>
    </w:p>
    <w:p>
      <w:r>
        <w:rPr>
          <w:b/>
        </w:rPr>
        <w:t xml:space="preserve">[55:57] </w:t>
      </w:r>
      <w:r>
        <w:t>likhtay hain. waisa nahi tha. yeh jaise jaise situation aati gayi, waise waise quran ka koi hissa utarta gaya. to last mein us ko compile kiya gaya. to quran ke baray mein jo belief hai, woh yeh hai keh woh literally word of god hai. yaani prophet aisa nahi keh prophet ka word of prophet ho, woh word of prophet nahi hai.</w:t>
      </w:r>
    </w:p>
    <w:p>
      <w:pPr>
        <w:jc w:val="right"/>
      </w:pPr>
      <w:r>
        <w:t>لکھتے ہیں۔ ویسا نہیں تھا۔ یہ جیسے جیسے سچویشن آتی گئی، ویسے ویسے قرآن کا کوئی حصہ اترتا گیا۔ تو لاسٹ میں اس کو کمپائل کیا گیا۔ تو قرآن کے بارے میں جو بیلیف ہے، وہ یہ ہے کہ وہ لٹرلی ورڈ اف گاڈ ہے۔ یعنی پرافٹ ایسا نہیں کہ پرافٹ کا ورڈ اف پرافٹ ہو، وہ ورڈ اف پرافٹ نہیں ہے۔</w:t>
      </w:r>
    </w:p>
    <w:p>
      <w:r>
        <w:rPr>
          <w:b/>
        </w:rPr>
        <w:t xml:space="preserve">[56:30] </w:t>
      </w:r>
      <w:r>
        <w:t>jo log arabi jantay hain, woh us ko samajh saktay hain keh ajeeb, bohat hi aik ajeeb cheez milti hai humein keh aap quran ko parhein aur prophet ki jo language hai, jis ko hum hadith kehtay hain, us ko parhein. to there is was, yaani there is was difference between the language of hadith and language of quran. lekin lagta hi nahi keh aik hi insan ke munh se bola hua kalam hai. yeh distinctly quran ki language alag hai, hadith ki language alag</w:t>
      </w:r>
    </w:p>
    <w:p>
      <w:pPr>
        <w:jc w:val="right"/>
      </w:pPr>
      <w:r>
        <w:t>جو لوگ عربی جانتے ہیں، وہ اس کو سمجھ سکتے ہیں کہ عجیب، بہت ہی ایک عجیب چیز ملتی ہے ہمیں کہ آپ قرآن کو پڑھیں اور پرافٹ کی جو لینگویج ہے، جس کو ہم حدیث کہتے ہیں، اس کو پڑھیں۔ تو دیر از واز، یعنی دیر از واز ڈیفرنس بٹوین دا لینگویج اف حدیث اینڈ لینگویج اف قرآن۔ لیکن لگتا ہی نہیں کہ ایک ہی انسان کے منہ سے بولا ہوا کلام ہے۔ یہ ڈسٹنکٹولی قرآن کی لینگویج الگ ہے، حدیث کی لینگویج الگ</w:t>
      </w:r>
    </w:p>
    <w:p>
      <w:r>
        <w:rPr>
          <w:b/>
        </w:rPr>
        <w:t xml:space="preserve">[57:00] </w:t>
      </w:r>
      <w:r>
        <w:t>hai. to quran ke baray mein yeh yeh belief hai keh woh word of god hai. yaani khuda ne angel ko jo word diye, us ko le kar ke us ne prophet tak pohanchaya. phir prophet ne us ko bola, logon ko sunaya. to logon ne us ko yaad kiya aur phir baat ko likh liya. is</w:t>
      </w:r>
    </w:p>
    <w:p>
      <w:pPr>
        <w:jc w:val="right"/>
      </w:pPr>
      <w:r>
        <w:t>ہے۔ تو قرآن کے بارے میں یہ یہ بیلیف ہے کہ وہ ورڈ اف گاڈ ہے۔ یعنی خدا نے اینجل کو جو ورڈ دیے، اس کو لے کر کے اس نے پرافٹ تک پہنچایا۔ پھر پرافٹ نے اس کو بولا، لوگوں کو سنایا۔ تو لوگوں نے اس کو یاد کیا اور پھر بات کو لکھ لیا۔ اس</w:t>
      </w:r>
    </w:p>
    <w:p>
      <w:r>
        <w:rPr>
          <w:b/>
        </w:rPr>
        <w:t xml:space="preserve">[57:30] </w:t>
      </w:r>
      <w:r>
        <w:t>tarah se quran compile hua. to literally woh word of god hai, kisi poetic sense mein nahi. quran jo hai, kisi poetic sense mein word of god nahi hai, literally word of god hai. to quran mein jo chapters hain, un ka number 1</w:t>
      </w:r>
    </w:p>
    <w:p>
      <w:pPr>
        <w:jc w:val="right"/>
      </w:pPr>
      <w:r>
        <w:t>طرح سے قرآن کمپائل ہوا۔ تو لٹرلی وہ ورڈ اف گاڈ ہے، کسی پوئٹک سینس میں نہیں۔ قرآن جو ہے، کسی پوئٹک سینس میں ورڈ اف گاڈ نہیں ہے، لٹرلی ورڈ اف گاڈ ہے۔ تو قرآن میں جو چیپٹرز ہیں، ان کا نمبر 1</w:t>
      </w:r>
    </w:p>
    <w:p>
      <w:r>
        <w:rPr>
          <w:b/>
        </w:rPr>
        <w:t xml:space="preserve">[58:00] </w:t>
      </w:r>
      <w:r>
        <w:t>14 hai. 114 keh in mein 114 jo chapters hain, is mein koi chhota hai, koi bara, koi bohat chhota hai, koi ziyada bara. to un ka jo dono qism ke is mein chapters hain, aisa nahi keh aik dam barabari barabar ke hon keh das page, das page, das page, aisa nahi hai. chhota bara hai. quran ka jo subject</w:t>
      </w:r>
    </w:p>
    <w:p>
      <w:pPr>
        <w:jc w:val="right"/>
      </w:pPr>
      <w:r>
        <w:t>14 ہے۔ 114 کہ ان میں 114 جو چیپٹرز ہیں، اس میں کوئی چھوٹا ہے، کوئی بڑا، کوئی بہت چھوٹا ہے، کوئی زیادہ بڑا۔ تو ان کا جو دونوں قسم کے اس میں چیپٹرز ہیں، ایسا نہیں کہ ایک دم برابری برابر کے ہوں کہ دس پیج، دس پیج، دس پیج، ایسا نہیں ہے۔ چھوٹا بڑا ہے۔ قرآن کا جو سبجیکٹ</w:t>
      </w:r>
    </w:p>
    <w:p>
      <w:r>
        <w:rPr>
          <w:b/>
        </w:rPr>
        <w:t xml:space="preserve">[58:30] </w:t>
      </w:r>
      <w:r>
        <w:t>hai, main samajhta hoon ke agar ek sentence mein kaha jaye to Quran ka subject hai creation plan of God ko batana. Yani Khuda ne reveal kiya hai insaan ke upar ke what is my creation plan. Quran ke zariye Khuda ne insaan ko yeh bataya</w:t>
      </w:r>
    </w:p>
    <w:p>
      <w:pPr>
        <w:jc w:val="right"/>
      </w:pPr>
      <w:r>
        <w:t>ہے، میں سمجھتا ہوں کہ اگر ایک سینٹنس میں کہا جائے تو قرآن کا سبجیکٹ ہے کریشن پلان اف گاڈ کو بتانا۔ یعنی خدا نے ریویل کیا ہے انسان کے اوپر کہ واٹ از مائی کریشن پلان۔ قرآن کے ذریعے خدا نے انسان کو یہ بتایا</w:t>
      </w:r>
    </w:p>
    <w:p>
      <w:r>
        <w:rPr>
          <w:b/>
        </w:rPr>
        <w:t xml:space="preserve">[59:00] </w:t>
      </w:r>
      <w:r>
        <w:t>ke main jo creator hoon, to mera creation plan kya hai tumhare liye? Is ko samjho, is ko follow karo. Kyun? Agar tum ne follow nahi kiya is ko to aakhir mein kya hoga? Aakhir mein bohat bhayanak result tumhare samne aayega. Kyun ke Quran batata hai ke last mein ya to hell hai ya paradise hai.</w:t>
      </w:r>
    </w:p>
    <w:p>
      <w:pPr>
        <w:jc w:val="right"/>
      </w:pPr>
      <w:r>
        <w:t>کہ میں جو کریٹر ہوں، تو میرا کریشن پلان کیا ہے تمہارے لیے؟ اس کو سمجھو، اس کو فالو کرو۔ کیوں؟ اگر تم نے فالو نہیں کیا اس کو تو آخر میں کیا ہوگا؟ آخر میں بہت بھیانک رزلٹ تمہارے سامنے آئے گا۔ کیونکہ قرآن بتاتا ہے کہ لاسٹ میں یا تو ہیل ہے یا پارڈائز ہے۔</w:t>
      </w:r>
    </w:p>
    <w:p>
      <w:r>
        <w:rPr>
          <w:b/>
        </w:rPr>
        <w:t xml:space="preserve">[59:32] </w:t>
      </w:r>
      <w:r>
        <w:t>Koi bhi third cheez nahi hai. To pre-death period mein hamara jo record hai, isi record par yeh faisla hoga ke post-death period mein hamein hell mein dala jayega ya hamein paradise mein jagah milegi. Yeh hai creation plan of God. Is creation plan ko batane ke liye</w:t>
      </w:r>
    </w:p>
    <w:p>
      <w:pPr>
        <w:jc w:val="right"/>
      </w:pPr>
      <w:r>
        <w:t>کوئی بھی تھرڈ چیز نہیں ہے۔ تو پری ڈیتھ پیریڈ میں ہمارا جو ریکارڈ ہے، اسی ریکارڈ پر یہ فیصلہ ہوگا کہ پوسٹ ڈیتھ پیریڈ میں ہمیں ہیل میں ڈالا جائے گا یا ہمیں پارڈائز میں جگہ ملے گی۔ یہ ہے کریشن پلان اف گاڈ۔ اس کریشن پلان کو بتانے کے لیے</w:t>
      </w:r>
    </w:p>
    <w:p>
      <w:r>
        <w:rPr>
          <w:b/>
        </w:rPr>
        <w:t xml:space="preserve">[1:00:02] </w:t>
      </w:r>
      <w:r>
        <w:t>main samajhta hoon ke Quran ka jo subject hai, woh yeh hai ke insaan ko Khuda ke creation plan se agah karna. Quran mein aadmi Khuda ka introduction paata hai. Khuda ka introduction, Khuda kya hai? Dekh</w:t>
      </w:r>
    </w:p>
    <w:p>
      <w:pPr>
        <w:jc w:val="right"/>
      </w:pPr>
      <w:r>
        <w:t>میں سمجھتا ہوں کہ قرآن کا جو سبجیکٹ ہے، وہ یہی ہے کہ انسان کو خدا کے کریشن پلان سے آگاہ کرنا۔ قرآن میں آدمی خدا کا انٹروڈکشن پاتا ہے۔ خدا کا انٹروڈکشن، خدا کیا ہے؟ دیکھ</w:t>
      </w:r>
    </w:p>
    <w:p>
      <w:r>
        <w:rPr>
          <w:b/>
        </w:rPr>
        <w:t xml:space="preserve">[1:00:32] </w:t>
      </w:r>
      <w:r>
        <w:t>ein, main ek baat arz karoon ke is dunya mein har aadmi ko har aadmi ki ek zaroorat hai. Woh kya hai? Source of conviction. Dunya mein jeene ke liye aap ko ek conviction chahiye. Conviction ke baghair dunya mein koi jee nahi sakta. Impossible hai. Ek conviction chahiye. Kyun ke har aadmi ka yeh experience</w:t>
      </w:r>
    </w:p>
    <w:p>
      <w:pPr>
        <w:jc w:val="right"/>
      </w:pPr>
      <w:r>
        <w:t>یں، میں ایک بات عرض کروں کہ اس دنیا میں ہر آدمی کو ہر آدمی کی ایک ضرورت ہے۔ وہ کیا ہے؟ سورس اف کنوکشن۔ دنیا میں جینے کے لیے آپ کو ایک کنوکشن چاہیے۔ کنوکشن کے بغیر دنیا میں کوئی جی نہیں سکتا۔ امپاسیبل ہے۔ ایک کنوکشن چاہیے۔ کیونکہ ہر آدمی کا یہ ایکسپیرین</w:t>
      </w:r>
    </w:p>
    <w:p>
      <w:r>
        <w:rPr>
          <w:b/>
        </w:rPr>
        <w:t xml:space="preserve">[1:01:02] </w:t>
      </w:r>
      <w:r>
        <w:t>hai ke everyone has some limitations. Chahay woh prime minister ho, chahay koi president ho, chahay rich ho ya poor ho, har aadmi ki kuch limitations hain. Is liye har aadmi ko jeene ke liye ek source of conviction chahiye. Apne aap mein nahi jee sakta woh.</w:t>
      </w:r>
    </w:p>
    <w:p>
      <w:pPr>
        <w:jc w:val="right"/>
      </w:pPr>
      <w:r>
        <w:t>س ہے کہ ایوری ون ہیز سم لیمیٹیشنز۔ چاہے وہ پرائم منسٹر ہو، چاہے کوئی پریزیڈنٹ ہو، چاہے رچ ہو یا پور ہو، ہر آدمی کی کچھ لیمیٹیشنز ہیں۔ اس لیے ہر آدمی کو جینے کے لیے ایک سورس اف کنوکشن چاہیے۔ اپنے آپ میں نہیں جی سکتا وہ۔</w:t>
      </w:r>
    </w:p>
    <w:p>
      <w:r>
        <w:rPr>
          <w:b/>
        </w:rPr>
        <w:t xml:space="preserve">[1:01:32] </w:t>
      </w:r>
      <w:r>
        <w:t>Jaise ke ek misaal yeh hai ke Julian Huxley ne ek kitaab likhi thi "Man Stands Alone". "Man Stands Alone". Is ke jawab mein Dr. C.E.M. Joad ne, jo American scientist the, ek doosri kitaab likhi. Unhon ne kaha ke "Man Does Not Stand Alone". "Man Does Not Stand Alone". Bohat hi scientific bataya is ko. To insaan ki jo study ki gayi</w:t>
      </w:r>
    </w:p>
    <w:p>
      <w:pPr>
        <w:jc w:val="right"/>
      </w:pPr>
      <w:r>
        <w:t>جیسے کہ ایک مثال یہ ہے کہ جولین ہکس نے ایک کتاب لکھی تھی "مین اسٹینڈز الون"۔ "مین اسٹینڈز الون"۔ اس کے جواب میں ڈاکٹر کیسی موریسن نے، جو امریکن سائنٹسٹ تھے، ایک دوسری کتاب لکھی۔ انہوں نے کہا کہ "مین ڈز ناٹ اسٹینڈ الون"۔ "مین ڈز ناٹ اسٹینڈ الون"۔ بہت ہی سائنٹیفک بتایا اس کو۔ تو انسان کی جو اسٹڈی کی گئی</w:t>
      </w:r>
    </w:p>
    <w:p>
      <w:r>
        <w:rPr>
          <w:b/>
        </w:rPr>
        <w:t xml:space="preserve">[1:02:02] </w:t>
      </w:r>
      <w:r>
        <w:t>hai psychology mein, biology mein, social sociology mein aur doosre tareeqe se, to saari studies, saare surveys is par agree karte hain ke "Man Does Not Stand Alone". To insaan ko ek source of conviction chahiye jeene ke liye. Khuda ka aqeedah aap ko yeh source of conviction deta hai.</w:t>
      </w:r>
    </w:p>
    <w:p>
      <w:pPr>
        <w:jc w:val="right"/>
      </w:pPr>
      <w:r>
        <w:t>ہے سائیکالوجی میں، بائیولوجی میں، سوشل سوشیالوجی میں اور دوسرے طریقے سے، تو ساری اسٹڈیز، سارے سرویز اس پر ایگری کرتے ہیں کہ "مین ڈز ناٹ اسٹینڈ الون"۔ تو انسان کو ایک سورس اف کنوکشن چاہیے جینے کے لیے۔ خدا کا عقیدہ آپ کو یہ سورس اف کنوکشن دیتا ہے۔</w:t>
      </w:r>
    </w:p>
    <w:p>
      <w:r>
        <w:rPr>
          <w:b/>
        </w:rPr>
        <w:t xml:space="preserve">[1:02:33] </w:t>
      </w:r>
      <w:r>
        <w:t>Yahan par main arz karunga ke Quran ke siwa jo Khuda ke concepts hain, woh aap ke source of conviction nahi ban sakte. Main bar bar logon se kaha, logon ne mana is baat ko ke koi bhi aadmi jo Quran wale concept mein Khuda ko nahi manta, woh conviction se mehroom hai. Logon ko baat ajeeb si lagti hai, lekin ek waqia hai, main aap ko arz karoon.</w:t>
      </w:r>
    </w:p>
    <w:p>
      <w:pPr>
        <w:jc w:val="right"/>
      </w:pPr>
      <w:r>
        <w:t>یہاں پر میں عرض کروں گا کہ قرآن کے سوا جو خدا کے کانسیپٹ ہیں، وہ آپ کے سورس اف کنکشن نہیں بن سکتے۔ میں بار بار لوگوں سے کہا، لوگوں نے مانا اس بات کو کہ کوئی بھی آدمی جو قرآن والے کانسیپٹ میں خدا کو نہیں مانتا، وہ کنوکشن سے محروم ہے۔ لوگوں کو بات عجیب سی لگتی ہے، لیکن ایک واقعہ ہے، میں آپ کو عرض کروں۔</w:t>
      </w:r>
    </w:p>
    <w:p>
      <w:r>
        <w:rPr>
          <w:b/>
        </w:rPr>
        <w:t xml:space="preserve">[1:03:04] </w:t>
      </w:r>
      <w:r>
        <w:t>Dekhein, doosre systems hain, in sab mein woh kya hai? Pluralism hai. Yani Khuda mein ek God ka concept hai. Doosre mein kya hai? Koi do God manta hai, koi teen God manta hai, koi numerous God manta hai. Lekin conviction jo hai, ek oneness chahta hai. Do par, teen par, hazaron par aap ko conviction nahi ho sakta hai.</w:t>
      </w:r>
    </w:p>
    <w:p>
      <w:pPr>
        <w:jc w:val="right"/>
      </w:pPr>
      <w:r>
        <w:t>دیکھیں، دوسرے سسٹم ہیں، ان سب میں وہ کیا ہے؟ پلورلزم ہے۔ یعنی خدا میں ایک گاڈ کا کانسیپٹ ہے۔ دوسرے میں کیا ہے؟ کوئی دو گاڈ مانتا ہے، کوئی تین گاڈ مانتا ہے، کوئی نیومرس گاڈ مانتا ہے۔ لیکن کنوکشن جو ہے، ایک وننس چاہتا ہے۔ دو پر، تین پر، ہزاروں پر آپ کو کنوکشن نہیں ہو سکتا ہے۔</w:t>
      </w:r>
    </w:p>
    <w:p>
      <w:r>
        <w:rPr>
          <w:b/>
        </w:rPr>
        <w:t xml:space="preserve">[1:03:35] </w:t>
      </w:r>
      <w:r>
        <w:t>Ek sahib mere paas aaye, isi mauzu par baat ho rahi thi. Main ne kaha ke agar aap apne ghar mein jayein, yeh cloning ka age hai. Aaj kal cloning hoti hai. Aap apne ghar mein jayein, wahan dekhein ke das ladies ghoom rahi hain, ek hi shakal ki. Yani aap ki jo maa hai, cloning kar ke waise hi das ladies bana di gayi. Aap ke samne ke kaun meri maa hai? To woh</w:t>
      </w:r>
    </w:p>
    <w:p>
      <w:pPr>
        <w:jc w:val="right"/>
      </w:pPr>
      <w:r>
        <w:t>ایک صاحب میرے پاس آئے، اسی موضوع پہ بات ہو رہی تھی۔ میں نے کہا کہ اگر آپ اپنے گھر میں جائیں، یہ کلوننگ کا ایج ہے۔ آج کل کلوننگ ہوتی ہے۔ آپ اپنے گھر میں جائیں، وہاں دیکھیں کہ دس لیڈیز گھوم رہی ہیں، ایک ہی شکل کی۔ یعنی آپ کی جو ماں ہے، کلوننگ کر کے ویسے ہی دس لیڈیز بنا دی گئیں۔ آپ کے سامنے کہ کون میری ماں ہے؟ تو وہ</w:t>
      </w:r>
    </w:p>
    <w:p>
      <w:r>
        <w:rPr>
          <w:b/>
        </w:rPr>
        <w:t xml:space="preserve">[1:04:05] </w:t>
      </w:r>
      <w:r>
        <w:t>jo conviction aap ko tha, maa par woh khatam ho jayega. Motherhood jo hai, motherhood ek maa chahta hai, das maa nahi, das ka do maa bhi nahi. Jahan maa kai hui to motherhood ka jo ehsas aap ka woh khatam ho gaya. To yeh Khuda, Khuda ka jo concept doosre system mein hai, sab mein pluralism hai.</w:t>
      </w:r>
    </w:p>
    <w:p>
      <w:pPr>
        <w:jc w:val="right"/>
      </w:pPr>
      <w:r>
        <w:t>جو کنوکشن آپ کو تھا، ماں پر وہ ختم ہو جائے گا۔ مدر ہڈ جو ہے، مدر ہڈ ایک ماں چاہتا ہے، دس ماں نہیں، دس کا دو ماں بھی نہیں۔ جہاں ماں کئی ہوئی تو مدر ہڈ کا جو احساس آپ کا وہ ختم ہو گیا۔ تو یہ خدا، خدا کا جو کانسیپٹ دوسرے سسٹم میں ہے، سب میں پلورلزم ہے۔</w:t>
      </w:r>
    </w:p>
    <w:p>
      <w:r>
        <w:rPr>
          <w:b/>
        </w:rPr>
        <w:t xml:space="preserve">[1:04:35] </w:t>
      </w:r>
      <w:r>
        <w:t>Do aur teen aur char aur paanch aur hazaron aur lakhon karoron. Is maani hai ke doosre kisi bhi religion mein aap aap is ko survey kar ke dekh lijiye. Main ne dekha hai, koi bhi sahi maano mein conviction of God mein nahi jeeta hai. Koi bhi nahi, siwaye us ke jo Quran ko manta ho. Kisi koi bhi nahi jeeta hai. Doosre doosri cheezon mein jeete hain. Woh koi kisi pathar mein, koi kisi building mein, koi kisi personality mein</w:t>
      </w:r>
    </w:p>
    <w:p>
      <w:pPr>
        <w:jc w:val="right"/>
      </w:pPr>
      <w:r>
        <w:t>دو اور تین اور چار اور پانچ اور ہزاروں اور لاکھوں کروڑوں۔ اس معنی ہے کہ دوسرے کسی بھی ریلیجن میں آپ آپ اس کو سروے کر کے دیکھ لیجئے۔ میں نے دیکھا ہے، کوئی بھی صحیح معنوں میں کنوکشن اف گاڈ میں نہیں جیتا ہے۔ کوئی بھی نہیں، سوائے اس کے جو قرآن کو مانتا ہو۔ کسی کوئی بھی نہیں جیتا ہے۔ دوسرے دوسری چیزوں میں جیتے ہیں۔ وہ کوئی کسی پتھر میں، کوئی کسی بلڈنگ میں، کوئی کسی پرسنیلٹی میں</w:t>
      </w:r>
    </w:p>
    <w:p>
      <w:r>
        <w:rPr>
          <w:b/>
        </w:rPr>
        <w:t xml:space="preserve">[1:05:05] </w:t>
      </w:r>
      <w:r>
        <w:t>khuda mein nahi. Kyun ke source of conviction sirf ek ho sakta hai, kai nahi. Siwaye Quran ke, koi book nahi dunya mein jo oneness of God ko bilkul apni purity ke sath pesh karti ho. Jitni books hain, jitne systems hain, jitne culture hain, jitne traditions hain, sab</w:t>
      </w:r>
    </w:p>
    <w:p>
      <w:pPr>
        <w:jc w:val="right"/>
      </w:pPr>
      <w:r>
        <w:t>، خدا میں نہیں۔ کیونکہ سورس اف کنوکشن صرف ایک ہو سکتا ہے، کئی نہیں۔ سوائے قرآن کے، کوئی بک نہیں دنیا میں جو وننس اف گاڈ کو بالکل اپنی پیورٹی کے ساتھ پیش کرتی ہو۔ جتنی بکس ہیں، جتنے سسٹم ہیں، جتنے کلچر ہیں، جتنے ٹریڈیشنز ہیں، سب</w:t>
      </w:r>
    </w:p>
    <w:p>
      <w:r>
        <w:rPr>
          <w:b/>
        </w:rPr>
        <w:t xml:space="preserve">[1:05:35] </w:t>
      </w:r>
      <w:r>
        <w:t>mein plurality aa gayi hai. Polytheism aa gaya hai. Sahi maano mein oneness of God ka jo concept apni pure shakal mein agar preserve hai to woh Quran mein hai. Is ka matlab kya hua? Ke aap ko agar source of conviction chahiye to aap ko Quran ko lena padega. Agar aap ko chahiye source of conviction to Qur</w:t>
      </w:r>
    </w:p>
    <w:p>
      <w:pPr>
        <w:jc w:val="right"/>
      </w:pPr>
      <w:r>
        <w:t>میں پلورلٹی آ گئی ہے۔ پولی تھیزم آ گیا ہے۔ صحیح معنوں میں وننس اف گاڈ کا جو کانسیپٹ اپنی پیور شکل میں اگر پریزرو ہے تو وہ قرآن میں ہے۔ اس کا مطلب کیا ہوا؟ کہ آپ کو اگر سورس اف کنوکشن چاہیے تو آپ کو قرآن کو لینا پڑے گا۔ اگر آپ کو چاہیے سورس اف کنوکشن تو قر</w:t>
      </w:r>
    </w:p>
    <w:p>
      <w:r>
        <w:rPr>
          <w:b/>
        </w:rPr>
        <w:t xml:space="preserve">[1:06:05] </w:t>
      </w:r>
      <w:r>
        <w:t>an ko lena padega. Aap ko shakk ho, aap survey kar lijiye. Woh log jo plurality mein believe rakhte hain, kai Khuda mein, do ya teen ya char ya hazaron ya lakhon, un ka aap survey kijiye. Koi bhi conviction mein jee nahi raha hoga. Kyun ke conviction jo hai, oneness chahta hai. Oneness ek maa</w:t>
      </w:r>
    </w:p>
    <w:p>
      <w:pPr>
        <w:jc w:val="right"/>
      </w:pPr>
      <w:r>
        <w:t>آن کو لینا پڑے گا۔ آپ کو شک ہو، آپ سروے کر لیجئے۔ وہ لوگ جو پلیرٹی میں بیلیو رکھتے ہیں، کئی خدا میں، دو یا تین یا چار یا ہزاروں یا لاکھوں، ان کا آپ سروے کیجئے۔ کوئی بھی کنوکشن میں جی نہیں رہا ہوگا۔ کیونکہ کنوکشن جو ہے، وننس چاہتا ہے۔ وننس ایک ماں</w:t>
      </w:r>
    </w:p>
    <w:p>
      <w:r>
        <w:rPr>
          <w:b/>
        </w:rPr>
        <w:t xml:space="preserve">[1:06:36] </w:t>
      </w:r>
      <w:r>
        <w:t>se jo aap ko lagao hai, woh oneness chahta hai. Ek maa ko aap maa samajh sakte hain, kai maa ko aap maa nahi samajh sakte. That is against the nature, against the human nature. To Quran jo hai, aap ko source of conviction deta hai. Source of conviction. Ab dekhiye, aap Quran ko kholiye.</w:t>
      </w:r>
    </w:p>
    <w:p>
      <w:pPr>
        <w:jc w:val="right"/>
      </w:pPr>
      <w:r>
        <w:t>سے جو آپ کو لگاؤ ہے، وہ وننس چاہتا ہے۔ ایک ماں کو آپ ماں سمجھ سکتے ہیں، کئی ماں کو آپ ماں نہیں سمجھ سکتے۔ دیٹ از اگینسٹ دی نیچر، اگینسٹ دی ہیومن نیچر۔ تو قرآن جو ہے، آپ کو سورس اف کنوکشن دیتا ہے۔ سورس اف کنوکشن۔ اب دیکھیے، آپ قرآن کو کھولیے۔</w:t>
      </w:r>
    </w:p>
    <w:p>
      <w:r>
        <w:rPr>
          <w:b/>
        </w:rPr>
        <w:t xml:space="preserve">[1:07:07] </w:t>
      </w:r>
      <w:r>
        <w:t>Pehli ayat milegi aap ko kya? Dhalik al-kitabu larayba fihi. Pehli ayat dhalik al-kitabu larayba fihi. Is ka matlab hai: This is the book, there is no doubt in it. This is the book, there is no doubt in it. Main ne bohat kitabein padhi, bohat kitabein</w:t>
      </w:r>
    </w:p>
    <w:p>
      <w:pPr>
        <w:jc w:val="right"/>
      </w:pPr>
      <w:r>
        <w:t>پہلی آیت ملے گی آپ کو کیا؟ ذالک الکتاب الاربین۔ پہلی آیت ذالک الکتاب الاربین۔ اس کا مطلب ہے: دس از دا بک، دیر از نو ڈاؤٹ ان اٹ۔ دس از دا بک، دیر از نو ڈاؤٹ ان اٹ۔ میں نے بہت کتابیں پڑھیں، بہت کتاب</w:t>
      </w:r>
    </w:p>
    <w:p>
      <w:r>
        <w:rPr>
          <w:b/>
        </w:rPr>
        <w:t xml:space="preserve">[1:07:37] </w:t>
      </w:r>
      <w:r>
        <w:t>padhi, bohat kitabein padhi. Kabhi kisi bhi book mein aisa sentence mujhe nahi mila. Woh book yeh keh rahi ho ke yeh kitaab hai, is mein koi doubt full cheez nahi hai. Koi kitaab aisi nahi hai. Aap ko shakk ho to aap yeh library mein chale jaiye, dekh daliyye. Na koi secular book hai, na koi religious book hai. Kehte hain, anokhi baat yeh hai ke Quran mein khud is ka ek yaqeen se bol raha hai. Quran</w:t>
      </w:r>
    </w:p>
    <w:p>
      <w:pPr>
        <w:jc w:val="right"/>
      </w:pPr>
      <w:r>
        <w:t>یں پڑھیں، بہت کتابیں پڑھیں۔ کبھی کسی بھی بک میں ایسا سینٹنس مجھے نہیں ملا۔ وہ بک یہ کہہ رہی ہو کہ یہ کتاب ہے، اس میں کوئی ڈاؤٹ فل چیز نہیں ہے۔ کوئی کتاب ایسی نہیں ہے۔ آپ کو شک ہو تو آپ یہ لائبریری میں چلے جائیے، دیکھ ڈالیے۔ نہ کوئی سیکولر بک ہے، نہ کوئی ریلیجیس بک ہے۔ کہتے ہیں، انوکھی بات یہ ہے کہ قرآن میں خود اس کا ایک یقین سے بول رہا ہے۔ قرآن</w:t>
      </w:r>
    </w:p>
    <w:p>
      <w:r>
        <w:rPr>
          <w:b/>
        </w:rPr>
        <w:t xml:space="preserve">[1:08:08] </w:t>
      </w:r>
      <w:r>
        <w:t>no doubt in it. Dhalik al-kitabu larayba fihi. This is the book, no doubt in it. Main aap ko ek misaal deta hoon. Secular writers mein, mere mere knowledge ke mutabiq, sirf ek aadmi hai, woh hai Karl Marx. Secular writers mein khud to us ne yeh daawa nahi kiya tha ke meri book jo hai, is mein koi doubt nahi hai.</w:t>
      </w:r>
    </w:p>
    <w:p>
      <w:pPr>
        <w:jc w:val="right"/>
      </w:pPr>
      <w:r>
        <w:t>نو ڈاؤٹ ان اٹ۔ ذالک الکتاب الاربین۔ دس از دا بک، نو ڈاؤٹ ان اٹ۔ میں آپ کو ایک مثال دیتا ہوں۔ سیکولر رائٹرز میں، میرے میرے نالج کے مطابق، صرف ایک آدمی ہے، وہ ہے کارل مارکس۔ سیکولر رائٹرز میں خود تو اس نے یہ دعویٰ نہیں کیا تھا کہ میری بک جو ہے، اس میں کوئی ڈاؤٹ نہیں ہے۔</w:t>
      </w:r>
    </w:p>
    <w:p>
      <w:r>
        <w:rPr>
          <w:b/>
        </w:rPr>
        <w:t xml:space="preserve">[1:08:39] </w:t>
      </w:r>
      <w:r>
        <w:t>Lekin us ke dost, Friedrich Engels ne aisa kaha tha. Karl Marx jo tha, woh German tha, German philosopher tha. Us ka dost tha British, us ka naam tha Friedrich Engels. To Friedrich Engels ne yeh kaha tha ke Marx ki jo kitaab hai, woh aakhri kitaab hai, is mein koi ghalti nahi hai. Ab final book hai yeh. Lekin aap jante hain ke aaj koi ek aadmi dunya</w:t>
      </w:r>
    </w:p>
    <w:p>
      <w:pPr>
        <w:jc w:val="right"/>
      </w:pPr>
      <w:r>
        <w:t>لیکن اس کے دوست، پریڈس اینجلز نے ایسا کہا تھا۔ کارل مارکس جو تھا، وہ جرمن تھا، جرمن فلاسفر تھا۔ اس کا دوست تھا برٹش، اس کا نام تھا فریڈرس اینجلز۔ تو فریڈرس اینجلز نے یہ کہا تھا کہ مارکس کی جو کتاب ہے، وہ آخری کتاب ہے، اس میں کوئی غلطی نہیں ہے۔ اب فائنل بک ہے یہ۔ لیکن آپ جانتے ہیں کہ آج کوئی ایک آدمی دنیا</w:t>
      </w:r>
    </w:p>
    <w:p>
      <w:r>
        <w:rPr>
          <w:b/>
        </w:rPr>
        <w:t xml:space="preserve">[1:09:09] </w:t>
      </w:r>
      <w:r>
        <w:t>mein nahi hai jo Marx ke bare mein samajhta ho ke us ne final truth ko reveal kiya tha. Us ki book ka naam hai German zaban mein "Das Kapital". English mein kehte hain "Capital". Capital ko German mein kehte hain "Kapital". Das means the, the Capital. Yeh book us ne likhi</w:t>
      </w:r>
    </w:p>
    <w:p>
      <w:pPr>
        <w:jc w:val="right"/>
      </w:pPr>
      <w:r>
        <w:t>میں نہیں ہے جو مارکس کے بارے میں سمجھتا ہو کہ اس نے فائنل ٹروتھ کو ریویل کیا تھا۔ اس کی بک کا نام ہے جرمن زبان میں "داس کیپیٹال"۔ انگلش میں کہتے ہیں "کیپیٹل"۔ کیپیٹل کو جرمن میں کہتے ہیں "کیپیٹال"۔ داس مینز دا، دا کیپیٹل۔ یہ بک اس نے لکھی</w:t>
      </w:r>
    </w:p>
    <w:p>
      <w:r>
        <w:rPr>
          <w:b/>
        </w:rPr>
        <w:t xml:space="preserve">[1:09:39] </w:t>
      </w:r>
      <w:r>
        <w:t>thi. First volume likh chuka tha, woh baqi do ka us ne synopsis banaya tha. Us ke baad Kautsky ne is ko poora kiya. Ab woh teen volume mein hai, lekin woh old curiosity bani hui hai. Kisi book mein aap jayein to aap dekhenge ke shelf pe to rakhi hui hai, padhta koi bhi nahi. Is ko</w:t>
      </w:r>
    </w:p>
    <w:p>
      <w:pPr>
        <w:jc w:val="right"/>
      </w:pPr>
      <w:r>
        <w:t>تھی۔ فرسٹ ویلیو لکھ چکا تھا، وہ باقی دو کا اس نے سناپسز بنایا تھا۔ اس کے بعد کارٹسکی نے اس کو پورا کیا۔ اب وہ تین ویلیو میں ہے، لیکن وہ اولڈ کیوریسٹی بنی ہوئی ہے۔ کسی بک میں آپ جائیں تو آپ دیکھیں گے کہ سیلف پہ تو رکھی ہوئی ہے، پڑھتا کوئی بھی نہیں۔ اس کو</w:t>
      </w:r>
    </w:p>
    <w:p>
      <w:r>
        <w:rPr>
          <w:b/>
        </w:rPr>
        <w:t xml:space="preserve">[1:10:10] </w:t>
      </w:r>
      <w:r>
        <w:t>koi bhi nahi padhta. Is ko kyun? Us ne jo jo theory di thi, basically us ki theory ka do woh tha, yani is mein woh tha dialectical, dialectical materialism. Us ki philosophy jo thi, philosophy woh base karti thi dialectical materialism par, aur us ka jo economic theory thi, woh surplus value par base karti thi. To dialectical materialism jo hai, discard ho</w:t>
      </w:r>
    </w:p>
    <w:p>
      <w:pPr>
        <w:jc w:val="right"/>
      </w:pPr>
      <w:r>
        <w:t>کوئی بھی نہیں پڑھتا۔ اس کو کیوں؟ اس نے جو جو تھیوری دی تھی، بیسکلی اس کی تھیوری کا دو وہ تھا، یعنی اس میں وہ تھا ڈائلیٹیکل، ڈائلیٹیکل مٹیریلزم۔ اس کی فلاسفی جو تھی، فلاسفی وہ بیس کرتی تھی ڈائلیٹیکل مٹیریلزم پر، اور اس کا جو اکنامک تھیوری تھی، وہ سرپلس ویلیو پہ بیس کرتی تھی۔ تو ڈائلیٹیکل مٹیریلزم جو ہے، ڈسکارڈ ہو</w:t>
      </w:r>
    </w:p>
    <w:p>
      <w:r>
        <w:rPr>
          <w:b/>
        </w:rPr>
        <w:t xml:space="preserve">[1:10:40] </w:t>
      </w:r>
      <w:r>
        <w:t>gaya. Yeh theory discard ho gayi. Surplus value to bilkul ridicule kiya jata hai. Aaj surplus value ki koi bhi value nahi hai. Yeh value less theory ban gayi. Surplus, main ne ek book likhi hai is ke upar. Main ne kitaab likhi thi bohat pehle, Urdu title tha uska ke "Muasir" jis ko tareekh radd kar chuki hai. Radd means rejected, yani rejected theory. Us waqt ka dabdaba tha Marx</w:t>
      </w:r>
    </w:p>
    <w:p>
      <w:pPr>
        <w:jc w:val="right"/>
      </w:pPr>
      <w:r>
        <w:t>گیا۔ یہ تھیوری ڈسکارڈ ہو گئی۔ سرپلس ویلیو تو بالکل ریڈیکول کیا جاتا ہے۔ آج سرپلس ویلیو کی کوئی بھی ویلیو نہیں ہے۔ یہ ویلیو لیس تھیوری بن گئی۔ سرپلس، میں نے ایک بک لکھی ہے اس کے اوپر۔ میں نے کتاب لکھی تھی بہت پہلے، اردو ٹائٹل تھا اس کا کہ "معاصر" جس کو تاریخ رد کر چکی ہے۔ رد مین ریجیکٹڈ، یعنی ریجیکٹڈ تھیوری۔ اس وقت کا دبدبہ تھا مارکس</w:t>
      </w:r>
    </w:p>
    <w:p>
      <w:r>
        <w:rPr>
          <w:b/>
        </w:rPr>
        <w:t xml:space="preserve">[1:11:10] </w:t>
      </w:r>
      <w:r>
        <w:t>marx ka. log hanste the ke dekho, yeh kehte hain ke rejected theory hai. yeh ek history hai, aap log jaan sakte hain is ko chupa hua record. is waqt, aaj se bohat pehle, jab ke saari duniya mein dabdaba tha, galbraith ne likha tha, jo american ambassador tha india mein, writer tha woh, ke duniya mein kabhi kisi ko itna zyada nahi mana gaya tha ke marx ko mana gaya</w:t>
      </w:r>
    </w:p>
    <w:p>
      <w:pPr>
        <w:jc w:val="right"/>
      </w:pPr>
      <w:r>
        <w:t>، مارکس کا۔ لوگ ہنستے تھے کہ دیکھو، یہ کہتے ہیں کہ ریجیکٹڈ تھیوری ہے۔ یہ ایک ہسٹری ہے، آپ لوگ جان سکتے ہیں اس کو چھپا ہوا ریکارڈ۔ اس وقت، آج سے بہت پہلے، جب کہ ساری دنیا میں دبدبہ تھا، گالبریت نے لکھا تھا، جو امریکن ایبیسڈر تھا انڈیا میں، رائٹر تھا وہ، کہ دنیا میں کبھی کسی کو اتنا زیادہ نہیں مانا گیا تھا کہ مارکس کو مانا گیا</w:t>
      </w:r>
    </w:p>
    <w:p>
      <w:r>
        <w:rPr>
          <w:b/>
        </w:rPr>
        <w:t xml:space="preserve">[1:11:40] </w:t>
      </w:r>
      <w:r>
        <w:t>yahan tak ke muhammad se bhi zyada. galbraith ne aisa likha tha. tab maine yeh kitab likhi thi is waqt jab galbraith ne ailaan kiya tha ke muhammad se bhi zyada duniya marx ko manti hai, number ke aitbaar se. is waqt maine yeh kitab likhi thi "marxism" jis ko tareekh radd kar chuki hai. rejected theory, aur aaj woh waqea ban chuka hai. yeh main koi daawa claim nahi kar raha hoon, balke yeh history hai. koi bhi shakhs dekh</w:t>
      </w:r>
    </w:p>
    <w:p>
      <w:pPr>
        <w:jc w:val="right"/>
      </w:pPr>
      <w:r>
        <w:t>، یہاں تک کہ محمد سے بھی زیادہ۔ گالبریت نے ایسا لکھا تھا۔ تب میں نے یہ کتاب لکھی تھی اس وقت جب گالبریت نے اعلان کیا تھا کہ محمد سے بھی زیادہ دنیا مارکس کو مانتی ہے، نمبر کے اعتبار سے۔ اس وقت میں نے یہ کتاب لکھی تھی "مارکسزم" جس کو تاریخ رد کر چکی ہے۔ ریجیکٹڈ تھیوری، اور آج وہ واقعہ بن چکا ہے۔ یہ میں کوئی دعویٰ کلیم نہیں کر رہا ہوں، بلکہ یہ ہسٹری ہے۔ کوئی بھی شخص دیک</w:t>
      </w:r>
    </w:p>
    <w:p>
      <w:r>
        <w:rPr>
          <w:b/>
        </w:rPr>
        <w:t xml:space="preserve">[1:12:10] </w:t>
      </w:r>
      <w:r>
        <w:t>h sakta hai, abhi kitab mein chapi hui maujood hai. to kaha gaya woh frederich engels ka claim ke final word hai marx ka. kuch bhi nahi, kuch bhi nahi. to koi bhi secular book ya koi bhi religious book is zameen par aisi nahi hai jo yeh keh sake, jo yeh da</w:t>
      </w:r>
    </w:p>
    <w:p>
      <w:pPr>
        <w:jc w:val="right"/>
      </w:pPr>
      <w:r>
        <w:t>ھ سکتا ہے، ابھی کتاب میں چھپی ہوئی موجود ہے۔ تو کہا گیا وہ فریڈس اینجل کا کلیم کہ فائنل ورڈ ہے مارکس کا۔ کچھ بھی نہیں، کچھ بھی نہیں۔ تو کوئی بھی سیکولر بک یا کوئی بھی ریلیجیس بک اس زمین پر ایسی نہیں ہے جو یہ کہہ سکے، جو یہ د</w:t>
      </w:r>
    </w:p>
    <w:p>
      <w:r>
        <w:rPr>
          <w:b/>
        </w:rPr>
        <w:t xml:space="preserve">[1:12:40] </w:t>
      </w:r>
      <w:r>
        <w:t>awa kiya sake is ke baray mein ke yeh final word hai. there is no doubt in it. yeh sirf quran ki sifat hai. to yeh baat sirf dekhiye, ek ek koi claim nahi hai. yeh koi claim nahi hai. yeh ek ek proved fact hai. yahan main aap ko yaad</w:t>
      </w:r>
    </w:p>
    <w:p>
      <w:pPr>
        <w:jc w:val="right"/>
      </w:pPr>
      <w:r>
        <w:t>عویٰ کیا سکے اس کے بارے میں کہ یہ فائنل ورڈ ہے۔ دیر نو ڈاؤٹ ان اٹ۔ یہ صرف قرآن کی صفت ہے۔ تو یہ بات صرف دیکھیے، ایک ایک کوئی کلیم نہیں ہے۔ یہ کوئی کلیم نہیں ہے۔ یہ ایک ایک پروفڈ فیکٹ ہے۔ یہاں میں آپ کو ی</w:t>
      </w:r>
    </w:p>
    <w:p>
      <w:r>
        <w:rPr>
          <w:b/>
        </w:rPr>
        <w:t xml:space="preserve">[1:13:10] </w:t>
      </w:r>
      <w:r>
        <w:t>dilaun, ek british philosopher tha, well known francis herbert bradley, b.r.a.d.l.e.y, francis herbert bradley. is ki death hui hai 1924 mein. to yeh bohat hi</w:t>
      </w:r>
    </w:p>
    <w:p>
      <w:pPr>
        <w:jc w:val="right"/>
      </w:pPr>
      <w:r>
        <w:t>اد دلاؤں، ایک برٹش فلاسفر تھا، ویل نون فرانسس ہربرٹ بریڈلے، بی آر اے ڈی ایل ای وائی، فرانسس ہربرٹ بریڈلے۔ اس کی ڈیتھ ہوئی ہے 1924 میں۔ تو یہ بہت ہی</w:t>
      </w:r>
    </w:p>
    <w:p>
      <w:r>
        <w:rPr>
          <w:b/>
        </w:rPr>
        <w:t xml:space="preserve">[1:13:41] </w:t>
      </w:r>
      <w:r>
        <w:t>intellectual type ka philosopher tha, bohat educated aadmi tha, bohat hi lauded aadmi tha. to is ke us ne apni ek book mein likha tha ke "today we need a scientific religion". "today we need a scientific religion". is ko maine padha to maine socha</w:t>
      </w:r>
    </w:p>
    <w:p>
      <w:pPr>
        <w:jc w:val="right"/>
      </w:pPr>
      <w:r>
        <w:t>انٹلیکچول ٹائپ کا فلاسفر تھا، بہت ایجوکیٹڈ آدمی تھا، بہت ہی لونڈڈ آدمی تھا۔ تو اس کے اس نے اپنی ایک بک میں لکھا تھا کہ "ٹوڈے وی نیڈ ا سائنٹیفک ریلیجن"۔ "ٹوڈے وی نیڈ ا سائنٹیفک ریلیجن"۔ اس کو میں نے پڑھا تو میں نے سوچا</w:t>
      </w:r>
    </w:p>
    <w:p>
      <w:r>
        <w:rPr>
          <w:b/>
        </w:rPr>
        <w:t xml:space="preserve">[1:14:11] </w:t>
      </w:r>
      <w:r>
        <w:t>ke chounke woh quran se waqif nahi tha, agar woh quran se waqif hota to us ko pata hota ke wahi scientific religion jis ko us ki us ki soul talash kar rahi hai, wahi quran ki shakal mein reveal kiya gaya hai. scientific religion. ab aap dekhiye,</w:t>
      </w:r>
    </w:p>
    <w:p>
      <w:pPr>
        <w:jc w:val="right"/>
      </w:pPr>
      <w:r>
        <w:t>کہ چونکہ وہ قرآن سے واقف نہیں تھا، اگر وہ قرآن سے واقف ہوتا تو اس کو پتہ ہوتا کہ وہی سائنٹیفک ریلیجن جس کو اس کی اس کی سول تلاش کر رہی ہے، وہی قرآن کی شکل میں ریویل کیا گیا ہے۔ سائنٹیفک ریلیجن۔ اب آپ دیکھیے،</w:t>
      </w:r>
    </w:p>
    <w:p>
      <w:r>
        <w:rPr>
          <w:b/>
        </w:rPr>
        <w:t xml:space="preserve">[1:14:41] </w:t>
      </w:r>
      <w:r>
        <w:t>ab main aap se ek baat aur arz karunga ke aap saari books padhein jo secret books hain, secret books, quran ko chhod kar saari books kya hain? woh mystery par pesh karti hain, mystery. science par nahi, reason par nahi. science kya hai? proved reason ko science kehte hain. doosri jitni bhi books hain, koi book</w:t>
      </w:r>
    </w:p>
    <w:p>
      <w:pPr>
        <w:jc w:val="right"/>
      </w:pPr>
      <w:r>
        <w:t>اب میں آپ سے ایک بات اور عرض کروں گا کہ آپ ساری بکس پڑھیں جو سیکرٹ بکس ہیں، سیکرٹ بکس، قرآن کو چھوڑ کر ساری بکس کیا ہیں؟ وہ مسٹری پر پیش کرتی ہیں، مسٹری۔ سائنس پر نہیں، ریزن پر نہیں۔ سائنس کیا ہے؟ پروفڈ ریزن کو سائنس کہتے ہیں۔ دوسری جتنی بھی بکس ہیں، کوئی بک</w:t>
      </w:r>
    </w:p>
    <w:p>
      <w:r>
        <w:rPr>
          <w:b/>
        </w:rPr>
        <w:t xml:space="preserve">[1:15:11] </w:t>
      </w:r>
      <w:r>
        <w:t>bhi proved reason par nahi, mystery par hai. mystery par hai. sab ki sab. maslan aap gita ko dekhiye. gita ko ki commentary ek likhi hai tilak ne, ek likhi hai gandhi ne, aur rajneesh ne bohat lamba chauda is par likha hai is silsile mein. to tilak kehte hain ke gita jo hai,</w:t>
      </w:r>
    </w:p>
    <w:p>
      <w:pPr>
        <w:jc w:val="right"/>
      </w:pPr>
      <w:r>
        <w:t>بھی پروفڈ ریزن پر نہیں، مسٹری پر ہے۔ مسٹری پر ہے۔ سب کی سب۔ مثلاً آپ گیتا کو دیکھیے۔ گیتا کو کی کمنٹری ایک لکھی ہے تلک نے، ایک لکھی ہے گاندھی نے، اور رجنیش نے بہت لمبا چوڑا اس پر لکھا ہے اس سلسلے میں۔ تو تلک کہتے ہیں کہ گیتا جو ہے،</w:t>
      </w:r>
    </w:p>
    <w:p>
      <w:r>
        <w:rPr>
          <w:b/>
        </w:rPr>
        <w:t xml:space="preserve">[1:15:42] </w:t>
      </w:r>
      <w:r>
        <w:t>jis us mein jis ladai ka zikr hai, woh ek ek hui, woh ek ladai thi jo hui, yani mahabharat jo hai, ek historical event tha ke sach much ladai hui wahan. gandhi kehte hain ke nahi, woh ek spiritual war thi, andar andar hui, bahar kuch bhi nahi hua. ab aap sochiye ke agar aap tilak ki baat maane to aap ko history ka reference</w:t>
      </w:r>
    </w:p>
    <w:p>
      <w:pPr>
        <w:jc w:val="right"/>
      </w:pPr>
      <w:r>
        <w:t>جس اس میں جس لڑائی کا ذکر ہے، وہ ایک ایک ہوئی، وہ ایک لڑائی تھی جو ہوئی، یعنی مہابھارت جو ہے، ایک ہسٹاریکل ایونٹ تھا کہ سچ مچ لڑائی ہوئی وہاں۔ گاندھی کہتے ہیں کہ نہیں، وہ ایک اسپیریچول وار تھی، اندر اندر ہوئی، باہر کچھ بھی نہیں ہوا۔ اب آپ سوچیے کہ اگر آپ تلک کی بات مانیں تو آپ کو ہسٹری کا ریفرنس</w:t>
      </w:r>
    </w:p>
    <w:p>
      <w:r>
        <w:rPr>
          <w:b/>
        </w:rPr>
        <w:t xml:space="preserve">[1:16:12] </w:t>
      </w:r>
      <w:r>
        <w:t>chahiye. agar woh ek ek actual war thi, agar jis war ka zikr hai gita mein, to you have to find some actual reference in history, in recorded history. lekin recorded history mein is ka koi reference nahi. recorded history nahi batati, koi bhi aisa koi mention nahi karti, aisi ladai jo ram aur krishn wahan par rahe hon</w:t>
      </w:r>
    </w:p>
    <w:p>
      <w:pPr>
        <w:jc w:val="right"/>
      </w:pPr>
      <w:r>
        <w:t>چاہیے۔ اگر وہ ایک ایکچول وار تھی، اگر جس وار کا ذکر ہے گیتا میں، تو یو ہیو ٹو فائنڈ سم ایکچول ریفرنس ان ہسٹری، ان ریکارڈڈ ہسٹری۔ لیکن ریکارڈڈ ہسٹری میں اس کا کوئی ریفرنس نہیں۔ ریکارڈڈ ہسٹری نہیں بتاتی، کوئی بھی ایسا کوئی مینشن نہیں کرتی، ایسی لڑائی جو رام اور کرشن وہاں پر رہے ہوں</w:t>
      </w:r>
    </w:p>
    <w:p>
      <w:r>
        <w:rPr>
          <w:b/>
        </w:rPr>
        <w:t xml:space="preserve">[1:16:42] </w:t>
      </w:r>
      <w:r>
        <w:t>aur yeh mahabharat hui ho. yeh completely ek mythology hai, completely mythology hai. isi ko main kehta hoon, mystery par base karti hai, mystery par base karti hai. to agar aap tilak ki commentary ko maane to foran sawal paida hota hai, where is that recorded history in which you can find reference? is ke baray mein ek reference, koi recorded history aisi</w:t>
      </w:r>
    </w:p>
    <w:p>
      <w:pPr>
        <w:jc w:val="right"/>
      </w:pPr>
      <w:r>
        <w:t>اور یہ مہابھارت ہوئی ہو۔ یہ کمپلیٹلی ایک میتھالوجی ہے، کمپلیٹلی میتھالوجی ہے۔ اسی کو میں کہتا ہوں، مسٹری پر بیس کرتی ہے، مسٹری پر بیس کرتی ہے۔ تو اگر آپ تلک کی کمنٹری کو مانیں تو فوراً سوال پیدا ہوتا ہے، ویر از دیٹ ریکارڈڈ ہسٹری ان وچ یو کین فائنڈ ریفرنس؟ اس کے بارے میں ایک ریفرنس، کوئی ریکارڈڈ ہسٹری ایسی</w:t>
      </w:r>
    </w:p>
    <w:p>
      <w:r>
        <w:rPr>
          <w:b/>
        </w:rPr>
        <w:t xml:space="preserve">[1:17:12] </w:t>
      </w:r>
      <w:r>
        <w:t>nahi hai. aur agar aap gandhi ko maane, gandhi commentary ko maane, kya hoga ke phir to reduce kar ke is ko aap ne maan liya, ek ek woh ek fiction, yani gandhi commentary gita ko ek fiction bana deti hai. dono jagah ek question aata hai, yani tilak ki commentary manne par agar aap maane to aap ko</w:t>
      </w:r>
    </w:p>
    <w:p>
      <w:pPr>
        <w:jc w:val="right"/>
      </w:pPr>
      <w:r>
        <w:t>نہیں ہے۔ اور اگر آپ گاندھی کو مانیں، گاندھی کمنٹری کو مانیں، کیا ہوگا کہ پھر تو ریڈیوس کر کے اس کو آپ نے مان لیا، ایک ایک وہ ایک فکشن، یعنی گاندھی کمنٹری گیتا کو ایک فکشن بنا دیتی ہے۔ دونوں جگہ ایک کوسچن آتا ہے، یعنی تلک کی کمنٹری ماننے پر اگر آپ مانیں تو آپ کو</w:t>
      </w:r>
    </w:p>
    <w:p>
      <w:r>
        <w:rPr>
          <w:b/>
        </w:rPr>
        <w:t xml:space="preserve">[1:17:42] </w:t>
      </w:r>
      <w:r>
        <w:t>history, history pe reference dena padta hai jo ke maujood nahi. gandhi commentary ko maane to aur bhi zyada matlab tedha ho jata hai, kyunke reduce ho kar ke woh fiction ban jati hai. aur fiction jo hai, hamari zindagi mein ek kahani hai, ek story hai, ek novel hai, yeh zyada kuch bhi nahi. to quran mein jo kaha gaya hai, book no doubt about, no doubt</w:t>
      </w:r>
    </w:p>
    <w:p>
      <w:pPr>
        <w:jc w:val="right"/>
      </w:pPr>
      <w:r>
        <w:t>ہسٹری، ہسٹری پہ ریفرنس دینا پڑتا ہے جو کہ موجود نہیں۔ گاندھی کمنٹری کو مانیں تو اور بھی زیادہ مطلب ٹیڑھا ہو جاتا ہے، کیونکہ ریڈیوس ہو کر کے وہ فکشن بن جاتی ہے۔ اور فکشن جو ہے، ہماری زندگی میں ایک کہانی ہے، ایک سٹوری ہے، ایک ناول ہے، یہ زیادہ کچھ بھی نہیں۔ تو قرآن میں جو کہا گیا ہے، بک نو ڈاؤٹ اباؤٹ، نو ڈاؤٹ</w:t>
      </w:r>
    </w:p>
    <w:p>
      <w:r>
        <w:rPr>
          <w:b/>
        </w:rPr>
        <w:t xml:space="preserve">[1:18:12] </w:t>
      </w:r>
      <w:r>
        <w:t>in it, yani ek complete history, ek historical event hai, ek ek european historian ne likha hai ke muhammad was born with in full light of history. to quran recorded history poori tarah maujood hai. jaise ke maine bataya aap ko ke quran jo hai,</w:t>
      </w:r>
    </w:p>
    <w:p>
      <w:pPr>
        <w:jc w:val="right"/>
      </w:pPr>
      <w:r>
        <w:t>ان اٹ، یعنی ایک کمپلیٹ ہسٹری، ایک ہسٹوریکل ایونٹ ہے، ایک ایک یورپین ہسٹورین نے لکھا ہے کہ محمد واز بورن ود ان فول لائٹ اف ہسٹری۔ تو قرآن ریکارڈڈ ہسٹری پوری طرح موجود ہے۔ جیسے کہ میں نے بتایا آپ کو کہ قرآن جو ہے،</w:t>
      </w:r>
    </w:p>
    <w:p>
      <w:r>
        <w:rPr>
          <w:b/>
        </w:rPr>
        <w:t xml:space="preserve">[1:18:43] </w:t>
      </w:r>
      <w:r>
        <w:t>610 isvi mein utarna shuru hua, 632 isvi mein woh poora hua. aisi koi history doosri book ki nahi hai. ab yeh yahan pe ek hindu professor ke ek das din ki baat hai, delhi mein lecture hua tha, ek hindu professor jo delhi university mein parhate hain, to unhone kaha ke yeh maana jata hai ke ved jo hain, un ki koi beginning nahi hai, woh billion</w:t>
      </w:r>
    </w:p>
    <w:p>
      <w:pPr>
        <w:jc w:val="right"/>
      </w:pPr>
      <w:r>
        <w:t>610 عیسوی میں اترنا شروع ہوا، 632 عیسوی میں وہ پورا ہوا۔ ایسی کوئی ہسٹری دوسری بک کی نہیں ہے۔ اب یہ یہاں پہ ایک ہندو پروفیسر کے ایک دس دن کی بات ہے، دلی میں لیکچر ہوا تھا، ایک ہندو پروفیسر جو دلی یونیورسٹی میں پڑھاتے ہیں، تو انہوں نے کہا کہ یہ مانا جاتا ہے کہ وید جو ہیں، ان کی کوئی بگننگ نہیں ہے، وہ بل</w:t>
      </w:r>
    </w:p>
    <w:p>
      <w:r>
        <w:rPr>
          <w:b/>
        </w:rPr>
        <w:t xml:space="preserve">[1:19:13] </w:t>
      </w:r>
      <w:r>
        <w:t>billion saal se chale aa rahe hain. to us ne kaha ke is ka matlab yeh hai ke dinosaur age se bhi pehle, to dinosaur age se pehle to insan nahi tha. to kis ne banaya ved ko? kaun padh kar padhta tha is ko? kya animal padhte the is ko? yani agar aap yeh kahein ke ved ki koi beginning nahi hai, to aap yeh keh rahe hain ke dinosaur age se pehle tha</w:t>
      </w:r>
    </w:p>
    <w:p>
      <w:pPr>
        <w:jc w:val="right"/>
      </w:pPr>
      <w:r>
        <w:t>ین بلین سال سے چلے آ رہے ہیں۔ تو اس نے کہا کہ اس کا مطلب یہ ہے کہ ڈائنوسار ایج سے بھی پہلے، تو ڈائنوسار ایج سے پہلے تو انسان نہیں تھا۔ تو کس نے بنایا وید کو؟ کون پڑھ کر پڑھتا تھا اس کو؟ کیا اینیمل پڑھتے تھے اس کو؟ یعنی اگر آپ یہ کہیں کہ وید کی کوئی بگننگ نہیں ہے، تو آپ یہ کہہ رہے ہیں کہ ڈائنوسار ایج سے پہلے تھا</w:t>
      </w:r>
    </w:p>
    <w:p>
      <w:r>
        <w:rPr>
          <w:b/>
        </w:rPr>
        <w:t xml:space="preserve">[1:19:43] </w:t>
      </w:r>
      <w:r>
        <w:t>ved ka zamana. to kaun tha jis ne banaya ved ko? kaun padhta tha ved ko? kaun samajhta tha ved ko? kitni ajeeb baat hai. yeh ek hindu professor ne abhi jo delhi university mein parhate hain, unhone kaha quran ke sath aisa koi problem nahi hai. quran historical period mein utra, us ki poori history recorded hai, aap us ko ek ek cheez ko jaan sakte hain.</w:t>
      </w:r>
    </w:p>
    <w:p>
      <w:pPr>
        <w:jc w:val="right"/>
      </w:pPr>
      <w:r>
        <w:t>وید کا زمانہ۔ تو کون تھا جس نے بنایا وید کو؟ کون پڑھتا تھا وید کو؟ کون سمجھتا تھا وید کو؟ کتنی عجیب بات ہے۔ یہ ایک ہندو پروفیسر نے ابھی جو دلی یونیورسٹی میں پڑھاتے ہیں، انہوں نے کہا قرآن کے ساتھ ایسا کوئی پرابلم نہیں ہے۔ قرآن ہسٹوریکل پیریڈ میں اترا، اس کی پوری ہسٹری ریکارڈڈ ہے، آپ اس کو ایک ایک چیز کو جان سکتے ہیں۔</w:t>
      </w:r>
    </w:p>
    <w:p>
      <w:r>
        <w:rPr>
          <w:b/>
        </w:rPr>
        <w:t xml:space="preserve">[1:20:14] </w:t>
      </w:r>
      <w:r>
        <w:t>ek baat yeh hui. doosri baat yeh hai ke jitni bhi book pre scientific age mein aayi hain, pre scientific age se main maanta hoon, woh books jo taqreeban paanch sau saal pehle aayi, renaissance se pehle, renaissance se pehle, to jitni bhi book likhi gayi pre scientific age mein, sab mein aisi baatein hain jo science mein takrati hain, jo science se takrati hain.</w:t>
      </w:r>
    </w:p>
    <w:p>
      <w:pPr>
        <w:jc w:val="right"/>
      </w:pPr>
      <w:r>
        <w:t>ایک بات یہ ہوئی۔ دوسری بات یہ ہے کہ جتنی بھی بک پری سائنٹیفک ایج میں آئیں ہیں، پری سائنٹیفک ایج سے میں مانتا ہوں، وہ بکس جو تقریباً پانچ سو سال پہلے آئیں، رینسان سے پہلے، رینسان سے پہلے، تو جتنی بھی بک لکھی گئی پری سائنٹیفک ایج میں، سب میں ایسی باتیں ہیں جو سائنس میں ٹکراتی ہیں، جو سائنس سے ٹکراتی ہیں۔</w:t>
      </w:r>
    </w:p>
    <w:p>
      <w:r>
        <w:rPr>
          <w:b/>
        </w:rPr>
        <w:t xml:space="preserve">[1:20:45] </w:t>
      </w:r>
      <w:r>
        <w:t>sab mein aisi baatein hain jo science se takrati hain. lekin quran mein aisi koi baat nahi jo baat ko scientific discovery hone wali jo hui hain, baat ko jo scientific discovery hui, un se takrane takrata ho. balke offer, balke affirmation paayenge aap, yani science ko aap affirmation paayenge in baaton ka jo quran</w:t>
      </w:r>
    </w:p>
    <w:p>
      <w:pPr>
        <w:jc w:val="right"/>
      </w:pPr>
      <w:r>
        <w:t>سب میں ایسی باتیں ہیں جو سائنس سے ٹکراتی ہیں۔ لیکن قرآن میں ایسی کوئی بات نہیں جو بات کو سائنٹیفک ڈسکوری ہونے والی جو ہوئی ہیں، بات کو جو سائنٹیفک ڈسکوری ہوئی، ان سے ٹکرانے ٹکراتا ہو۔ بلکہ افر، بلکہ افارمیشن پائیں گے آپ، یعنی سائنس کو آپ افارمیشن پائیں گے ان باتوں کا جو قرآ</w:t>
      </w:r>
    </w:p>
    <w:p>
      <w:r>
        <w:rPr>
          <w:b/>
        </w:rPr>
        <w:t xml:space="preserve">[1:21:15] </w:t>
      </w:r>
      <w:r>
        <w:t>mein batai gayi hain. main aap ko sirf do misaal deta hoon yahan par is maamle mein, do misaal is tarah ki misaal aap ko kisi bhi book mein, chahe woh secular ho ya religious ho, nahi paayenge aap. chahe secular ho ya religious ho, jo ke pre scientific era mein likhi gayi ho, aur us mein jo baatein kahi gayi hon,</w:t>
      </w:r>
    </w:p>
    <w:p>
      <w:pPr>
        <w:jc w:val="right"/>
      </w:pPr>
      <w:r>
        <w:t>ن میں بتائی گئی ہیں۔ میں آپ کو صرف دو مثال دیتا ہوں یہاں پر اس معاملے میں، دو مثال اس طرح کی مثال آپ کو کسی بھی بک میں، چاہے وہ سیکولر ہو یا ریلیجیس ہو، نہیں پائیں گے آپ۔ چاہے سیکولر ہو یا ریلیجیس ہو، جو کہ پری سائنٹیفک ایرا میں لکھی گئی ہو، اور اس میں جو باتیں کہی گئی ہوں،</w:t>
      </w:r>
    </w:p>
    <w:p>
      <w:r>
        <w:rPr>
          <w:b/>
        </w:rPr>
        <w:t xml:space="preserve">[1:21:46] </w:t>
      </w:r>
      <w:r>
        <w:t>woh scientific era mein reject na hui hon. to aisi koi book aasman ke neeche maujood nahi hai, except quran. to yeh jo main pehli jo verse hai quran mein, ke the book the with capital t and there is no doubt in it, is tarah se woh aap us ko judge kar ke samajh sakte hain. us ko</w:t>
      </w:r>
    </w:p>
    <w:p>
      <w:pPr>
        <w:jc w:val="right"/>
      </w:pPr>
      <w:r>
        <w:t>وہ سائنٹیفک ایرا میں ریجیکٹ نہ ہوئی ہوں۔ تو ایسی کوئی بک آسمان کے نیچے موجود نہیں ہے، ایکسیپٹ قرآن۔ تو یہ جو میں پہلی جو ورس ہے قرآن میں، کہ دی بک دا ود کیپیٹل ٹی اینڈ دیر از نو ڈاؤٹ ان اٹ، اس طرح سے وہ آپ اس کو جج کر کے سمجھ سکتے ہیں۔ اس کو</w:t>
      </w:r>
    </w:p>
    <w:p>
      <w:r>
        <w:rPr>
          <w:b/>
        </w:rPr>
        <w:t xml:space="preserve">[1:22:16] </w:t>
      </w:r>
      <w:r>
        <w:t>to dekhiye, ek baat yeh main ek misaal mein yeh dunga ke quran mein ek ayat hai, us ki wording yeh hai, yeh ayat hai, woh pharaoh ke baray mein. aap jante hain ke</w:t>
      </w:r>
    </w:p>
    <w:p>
      <w:pPr>
        <w:jc w:val="right"/>
      </w:pPr>
      <w:r>
        <w:t>تو دیکھیں، ایک بات یہ میں ایک مثال میں یہ دوں گا کہ قرآن میں ایک آیت ہے، اس کی ورڈنگ یہ ہے، یہ آیت ہے، وہ فیر کے بارے میں۔ آپ جانتے ہیں کہ</w:t>
      </w:r>
    </w:p>
    <w:p>
      <w:r>
        <w:rPr>
          <w:b/>
        </w:rPr>
        <w:t xml:space="preserve">[1:22:47] </w:t>
      </w:r>
      <w:r>
        <w:t>prophet moses ke zamane mein jo king tha egypt ka, uska naam tha pharaoh. to prophet moses se us se takra hua, aur lambi history hai, lambi story hai jo bible mein bhi hai, quran mein bhi hai. aap mein se kai log jante honge is ko. aakhir mein yeh hua ke khuda ne</w:t>
      </w:r>
    </w:p>
    <w:p>
      <w:pPr>
        <w:jc w:val="right"/>
      </w:pPr>
      <w:r>
        <w:t>پرافٹ موزز کے زمانے میں جو کنگ تھا ایجپٹ کا، اس کا نام تھا فیر۔ تو پرافٹ موزس سے اس سے ٹکرا ہوا، اور لمبی ہسٹری ہے، لمبی سٹوری ہے جو بائبل میں بھی ہے، قرآن میں بھی ہے۔ آپ میں سے کئی لوگ جانتے ہوں گے اس کو۔ آخر میں یہ ہوا کہ خدا نے</w:t>
      </w:r>
    </w:p>
    <w:p>
      <w:r>
        <w:rPr>
          <w:b/>
        </w:rPr>
        <w:t xml:space="preserve">[1:23:18] </w:t>
      </w:r>
      <w:r>
        <w:t>pharaoh ko pani mein dubakar khatm kar diya. maana jata hai ke woh sea mein dub kar mara tha, lekin jo recent jo us mein research hui hai, woh maante hain ke gulf, gulf of aqaba jo hum kehte hain, wahan par woh dub kar mara tha. khair to quran mein yeh hai ke jab woh</w:t>
      </w:r>
    </w:p>
    <w:p>
      <w:pPr>
        <w:jc w:val="right"/>
      </w:pPr>
      <w:r>
        <w:t>فیر کو پانی میں ڈوبا کر ختم کر دیا۔ مانا جاتا ہے کہ وہ سی میں ڈوب کر مرا تھا، لیکن جو ریسنٹ جو اس میں ریسرچ ہوئی ہے، وہ مانتے ہیں کہ گلف، گلف اف عقبہ جو ہم کہتے ہیں، وہاں پر وہ ڈوب کر مرا تھا۔ خیر تو قرآن میں یہ ہے کہ جب وہ</w:t>
      </w:r>
    </w:p>
    <w:p>
      <w:r>
        <w:rPr>
          <w:b/>
        </w:rPr>
        <w:t xml:space="preserve">[1:23:50] </w:t>
      </w:r>
      <w:r>
        <w:t>doob kar mar raha tha to khuda ne kaha ke alyom nanjik bibadni ka latkoon liman khalf ka. aya aaj hum tumhari body ko preserve kar ke rakhen ge, aaj hum tumhari body ko preserve kar ke rakhen ge taake</w:t>
      </w:r>
    </w:p>
    <w:p>
      <w:pPr>
        <w:jc w:val="right"/>
      </w:pPr>
      <w:r>
        <w:t>ڈوب کر مر رہا تھا تو خدا نے کہا کہ الیوم ننجیک ببدن کا لتکون لمن خلف کا۔ ایا آج ہم تمہاری باڈی کو پریزرو کر کے رکھیں گے، آج ہم تمہاری باڈی کو پریزرو کر کے رکھیں گے تاکہ</w:t>
      </w:r>
    </w:p>
    <w:p>
      <w:r>
        <w:rPr>
          <w:b/>
        </w:rPr>
        <w:t xml:space="preserve">[1:24:20] </w:t>
      </w:r>
      <w:r>
        <w:t>baad walon ke liye sign baney, SI GN nishani baney, sign. aaj hum tumhari body ko preserve kar ke rakhen ge taake baad walon ko woh nishani baney. ab dekhen, ek yaad jo hai utri thi seven century mein, seven century ke early seven century mein,</w:t>
      </w:r>
    </w:p>
    <w:p>
      <w:pPr>
        <w:jc w:val="right"/>
      </w:pPr>
      <w:r>
        <w:t>بعد والوں کے لیے سائن بنے، ایس ائی جی این نشانی بنے، سائن۔ آج ہم تمہاری باڈی کو پریزرو کر کے رکھیں گے تاکہ بعد والوں کو وہ نشانی بنے۔ اب دیکھیں، ایک یاد جو ہے اتری تھی سیون سینچری میں، سیون سینچری کے ارلی سیون سینچری میں،</w:t>
      </w:r>
    </w:p>
    <w:p>
      <w:r>
        <w:rPr>
          <w:b/>
        </w:rPr>
        <w:t xml:space="preserve">[1:24:50] </w:t>
      </w:r>
      <w:r>
        <w:t>us waqt including prophet koi bhi nahi jaanta tha ke woh body kahan hai. kaisi anokhi baat hai ke prophet aap ke companion ya islamic fold se bahar dunya ka koi bhi aadmi, whole world mein koi ek aadmi aisa nahi tha jo yeh jaane ke firaun ka body preserve hai. kaisi anokhi baat hai, including prophet</w:t>
      </w:r>
    </w:p>
    <w:p>
      <w:pPr>
        <w:jc w:val="right"/>
      </w:pPr>
      <w:r>
        <w:t>اس وقت انکلوڈنگ پرافٹ کوئی بھی نہیں جانتا تھا کہ وہ باڈی کہاں ہے۔ کیسی انوکھی بات ہے کہ پرافٹ آپ کے کمپینین یا اسلامک فولڈ سے باہر دنیا کا کوئی بھی آدمی، ہول ورلڈ میں کوئی ایک آدمی ایسا نہیں تھا جو یہ جانے کہ فیر کا باڈی پریزرو ہے۔ کیسی انوکھی بات ہے، انکلوڈنگ پرافٹ</w:t>
      </w:r>
    </w:p>
    <w:p>
      <w:r>
        <w:rPr>
          <w:b/>
        </w:rPr>
        <w:t xml:space="preserve">[1:25:20] </w:t>
      </w:r>
      <w:r>
        <w:t>. kaisi anokhi baat hai ke khuda ne yeh likha quran mein ke aaj hum tumhari body ko, firaun ki body ko preserve kar ke rakhen ge taake baad walon ko woh pehchan baney, nishani baney. ab yeh quran mein yeh verse thi. ab poore 1200 saal beet gaye, 1200 years, 1200 years.</w:t>
      </w:r>
    </w:p>
    <w:p>
      <w:pPr>
        <w:jc w:val="right"/>
      </w:pPr>
      <w:r>
        <w:t>۔ کیسی انوکھی بات ہے کہ خدا نے یہ لکھا قرآن میں کہ آج ہم تمہاری باڈی کو، فیر کی باڈی کو پریزرو کر کے رکھیں گے تاکہ بعد والوں کو وہ پہچان بنے، نشانی بنے۔ اب یہ قرآن میں یہ ورس تھی۔ اب پورے 1200 سال بیت گئے، 1200 ایئرز، 1200 ایئرز۔</w:t>
      </w:r>
    </w:p>
    <w:p>
      <w:r>
        <w:rPr>
          <w:b/>
        </w:rPr>
        <w:t xml:space="preserve">[1:25:51] </w:t>
      </w:r>
      <w:r>
        <w:t>aur ab commentary parhiye quran ki, jo commentary hai, bohat sari, hazaron hazar, kisi mein bhi yeh bataya nahi gaya hai ke body kahan hai, kyunke koi jaanta nahi tha. khud prophet ne nahi bataya ke body kahan hai, kyunke woh bhi nahi jaante the. dekhen, nine century ke aakhir mein iski detail likhi hai. agar aap kisi ko jaana ho, jaanna ho to maine apni kitab mein, jo kitab ka naam hai azmat e quran,</w:t>
      </w:r>
    </w:p>
    <w:p>
      <w:pPr>
        <w:jc w:val="right"/>
      </w:pPr>
      <w:r>
        <w:t>اور اب کمنٹری پڑھیے قرآن کی، جو کمنٹری ہے، بہت ساری، ہزاروں ہزار، کسی میں بھی یہ بتایا نہیں گیا ہے کہ باڈی کہاں ہے، کیونکہ کوئی جانتا نہیں تھا۔ خود پرافٹ نے نہیں بتایا کہ باڈی کہاں ہے، کیونکہ وہ بھی نہیں جانتے تھے۔ دیکھیں، نائن سینچری کے آخر میں اس کی ڈیٹیل لکھی ہے۔ اگر آپ کسی کو جانا ہو، جاننا ہو تو میں نے اپنی کتاب میں، جو کتاب کا نام ہے عظمت قرآن،</w:t>
      </w:r>
    </w:p>
    <w:p>
      <w:r>
        <w:rPr>
          <w:b/>
        </w:rPr>
        <w:t xml:space="preserve">[1:26:22] </w:t>
      </w:r>
      <w:r>
        <w:t>is mein maine detail likhi hai iski. aap is mein dekh sakte hain. main khud wahan gaya hoon, gharon mein, gharon mein jo museum hai, us museum mein case mein woh rakhi hui hai body. to nine century ke aakhir mein kuch german aur french</w:t>
      </w:r>
    </w:p>
    <w:p>
      <w:pPr>
        <w:jc w:val="right"/>
      </w:pPr>
      <w:r>
        <w:t>اس میں میں نے ڈیٹیل لکھی ہے اس کی۔ آپ اس میں دیکھ سکتے ہیں۔ میں خود وہاں گیا ہوں، گھروں میں، گھروں میں جو میوزیم ہے، اس میوزیم میں کیس میں وہ رکھی ہوئی ہے باڈی۔ تو نائن سینچری کے آخر میں کچھ جرمن اور فرینچ</w:t>
      </w:r>
    </w:p>
    <w:p>
      <w:r>
        <w:rPr>
          <w:b/>
        </w:rPr>
        <w:t xml:space="preserve">[1:26:53] </w:t>
      </w:r>
      <w:r>
        <w:t>historians gaye cairo, woh is ayat ko dhoondne nahi gaye the. quran ke is verse se unka koi matlab nahi tha. woh to wahan par aap mein se koi agar gaya ho cairo to main wahan gaya hoon, main ne dekha hai ke cairo city ke bahar bohat bara desert hai. cairo jo city hai, usko hum cairo kehte hain, uske bahar bohat bara desert hai. is de</w:t>
      </w:r>
    </w:p>
    <w:p>
      <w:pPr>
        <w:jc w:val="right"/>
      </w:pPr>
      <w:r>
        <w:t>ہسٹورینز گئے قیرو، وہ اس آیت کو ڈھونڈنے نہیں گئے تھے۔ قرآن کے اس ورس سے ان کا کوئی مطلب نہیں تھا۔ وہ تو وہاں پر آپ میں سے کوئی اگر گیا ہو قیرو تو میں وہاں گیا ہوں، میں نے دیکھا ہے کہ قیرو سٹی کے باہر بہت بڑا ڈیزرٹ ہے۔ قیرو جو سٹی ہے، اس کو ہم قاہرہ کہتے ہیں، اس کے باہر بہت بڑا ڈیزرٹ ہے۔ اس ڈی</w:t>
      </w:r>
    </w:p>
    <w:p>
      <w:r>
        <w:rPr>
          <w:b/>
        </w:rPr>
        <w:t xml:space="preserve">[1:27:23] </w:t>
      </w:r>
      <w:r>
        <w:t>sert mein jagah jagah woh khade hue hain, jis ko hum ahram karte hain, english mein kehte hain pyramid. yaani is shakal ke, is shakal ke bohat oonchi oonchi building hain, pyramid. to yeh pyramid jo hain desert mein, wahan par hazaron saal se the. to yeh german aur french jo scholars the, unko yeh talash thi ke yeh is mein hai kya, kyunke hazaron saal se kisi ko pat</w:t>
      </w:r>
    </w:p>
    <w:p>
      <w:pPr>
        <w:jc w:val="right"/>
      </w:pPr>
      <w:r>
        <w:t>زرٹ میں جگہ جگہ وہ کھڑے ہوئے ہیں، جس کو ہم احرام کرتے ہیں، انگلش میں کہتے ہیں پیرامڈ۔ یعنی اس شکل کے، اس شکل کے بہت اونچی اونچی بلڈنگ ہیں، پیرامڈ۔ تو یہ پیرامڈ جو ہیں ڈیزرٹ میں، وہاں پر ہزاروں سال سے تھے۔ تو یہ جرمن اور فرینچ جو سکالرز تھے، ان کو یہ تلاش تھی کہ یہ اس میں ہے کیا، کیونکہ ہزاروں سال سے کسی کو پت</w:t>
      </w:r>
    </w:p>
    <w:p>
      <w:r>
        <w:rPr>
          <w:b/>
        </w:rPr>
        <w:t xml:space="preserve">[1:27:53] </w:t>
      </w:r>
      <w:r>
        <w:t>ha nahi tha yeh pyramid mein hai kya. to kya hua ke ek scholar ne isko khola, ek door khol kar ke rasta banaya, andar gaya to mar gaya woh. jaante hain kya hua? cairo mein yeh mashhoor ho gaya, ek cheez unki zuban mein, laanat al faraunah, yaani firaun ka qarz, qura</w:t>
      </w:r>
    </w:p>
    <w:p>
      <w:pPr>
        <w:jc w:val="right"/>
      </w:pPr>
      <w:r>
        <w:t>ہ نہیں تھا یہ پیرامڈ میں ہے کیا۔ تو کیا ہوا کہ ایک سکالر نے اس کو کھولا، ایک ڈور کھول کر کے راستہ بنایا، اندر گیا تو مر گیا وہ۔ جانتے ہیں کیا ہوا؟ قیرو میں یہ مشہور ہو گیا، ایک چیز ان کی زبان میں، لعنت الفرائنہ، یعنی فیر کا قرض، قر</w:t>
      </w:r>
    </w:p>
    <w:p>
      <w:r>
        <w:rPr>
          <w:b/>
        </w:rPr>
        <w:t xml:space="preserve">[1:28:23] </w:t>
      </w:r>
      <w:r>
        <w:t>rz of pharaohs. iske andar woh laanat al faraunah thi, yaani firaun ki laanat thi. to iski wajah se woh mar gaya hua, laanat al faraunah, qarz of pharaohs. ek mysterious explanation tha unke paas, mysteriously woh mar gaya hua is qarz ki wajah se. to lekin aap jaante hain ke yeh jo scholars hote hain europe ke, woh</w:t>
      </w:r>
    </w:p>
    <w:p>
      <w:pPr>
        <w:jc w:val="right"/>
      </w:pPr>
      <w:r>
        <w:t>ض اف فیروز۔ اس کے اندر وہ لعنت الفرائنہ تھی، یعنی فرعون کی لعنت تھی۔ تو اس کی وجہ سے وہ مر گیا ہوا، لعنت الفرائنہ، قرض اف فیروز۔ ایک مسٹیریس ایکسپلینیشن تھا ان کے پاس، مسٹیریسلی وہ مر گیا ہوا اس قرض کی وجہ سے۔ تو لیکن آپ جانتے ہیں کہ یہ جو سکالرز ہوتے ہیں یورپ کے، وہ</w:t>
      </w:r>
    </w:p>
    <w:p>
      <w:r>
        <w:rPr>
          <w:b/>
        </w:rPr>
        <w:t xml:space="preserve">[1:28:53] </w:t>
      </w:r>
      <w:r>
        <w:t>suppressed nahi hote, woh suppressed believe nahi karte. unhone kaha ke nahi, yeh kuch nahi hai, laanat, laanat, kuch nahi. aur research ki unhone to pata chala? pata chala ke yeh bohat huge building hai, woh bohat huge building. to iske andar bohat dinon se ek chidiya hoti hai, use kehte hain ababeel. mujhe nahi maloom ke english mein isko kya kehte hain, ababeel ko choti chidiya hoti hai, to woh</w:t>
      </w:r>
    </w:p>
    <w:p>
      <w:pPr>
        <w:jc w:val="right"/>
      </w:pPr>
      <w:r>
        <w:t>سپریس نہیں ہوتے، وہ سپریس بیلیو نہیں کرتے۔ انہوں نے کہا کہ نہیں، یہ کچھ نہیں ہے، لعنت، لعنت، کچھ نہیں۔ اور ریسرچ کی انہوں نے تو پتہ کیا چلا؟ پتہ چلا کہ یہ بہت ہیوج بلڈنگ ہے، وہ بہت ہیوج بلڈنگ۔ تو اس کے اندر بہت دنوں سے ایک چڑیا ہوتی ہے، اسے کہتے ہیں ابابیل۔ مجھے نہیں معلوم کہ انگلش میں اس کو کیا کہتے ہیں، ابابیل کو چھوٹی چڑیا ہوتی ہے، تو وہ</w:t>
      </w:r>
    </w:p>
    <w:p>
      <w:r>
        <w:rPr>
          <w:b/>
        </w:rPr>
        <w:t xml:space="preserve">[1:29:23] </w:t>
      </w:r>
      <w:r>
        <w:t>adhooron pe rehti hai zyada tar. to khair, iske andar ababeelen bohat sari thin. to ababeelen jo thin, woh beat karti thin, to woh dher beat ho gaya tha, iske andar dher ka dher, iska gas tha, gas bhara hua. iske andar asal baat kya thi? is gas ko inhale karne ko mar gaye the woh. jaise woh andar gaye to unhone inhale kiya ababeelon ke beat ko, gas ko,</w:t>
      </w:r>
    </w:p>
    <w:p>
      <w:pPr>
        <w:jc w:val="right"/>
      </w:pPr>
      <w:r>
        <w:t>ادھوروں پہ رہتی ہے زیادہ تر۔ تو خیر، اس کے اندر ابابیلیں بہت ساری تھیں۔ تو ابابیلیں جو تھیں، وہ بیٹ کرتی تھیں، تو وہ ڈھیر بیٹ ہو گیا تھا، اس کے اندر ڈھیر کا ڈھیر، اس کا گیس تھا، گیس بھرا ہوا۔ اس کے اندر اصل بات کیا تھی؟ اس گیس کو انہیل کرنے کو مر گئے تھے وہ۔ جیسے وہ اندر گئے تو انہوں نے انہیل کیا ابابیلوں کے بیٹ کو، گیس کو،</w:t>
      </w:r>
    </w:p>
    <w:p>
      <w:r>
        <w:rPr>
          <w:b/>
        </w:rPr>
        <w:t xml:space="preserve">[1:29:54] </w:t>
      </w:r>
      <w:r>
        <w:t>to inhale karne se woh mar gaye woh. jab yeh pata chala to machine laga di gayi, machine laga ke isko exhale kiya gaya. hum ne kaha, aap jaante hain ke aaj kal machine hoti hain jo kheenchti hain, kheenchti hain isko, jis tarah buildingon mein chhote chhote lage rehte hain, woh exhaust fan. to wahan par badi badi machine laga ke exhale kiya gaya, yahan tak ke sari gasein nikaal di gayin, unki safai ki gayi. phir woh sk</w:t>
      </w:r>
    </w:p>
    <w:p>
      <w:pPr>
        <w:jc w:val="right"/>
      </w:pPr>
      <w:r>
        <w:t>تو انہیل کرنے سے وہ مر گئے وہ۔ جب یہ پتہ چلا تو مشین لگا گئی، مشین لگا کے اس کو ایکس ہیل کیا گیا۔ ہم نے کہا، آپ جانتے ہیں کہ آج کل مشینیں ہوتی ہیں جو کھینچتی ہیں، کھینچتی ہیں اس کو، جس طرح بلڈنگوں میں چھوٹے چھوٹے لگے رہتے ہیں، وہ ایگزاسٹ فین۔ تو وہاں پر بڑی بڑی مشین لگا کے ایکس ہیل کیا گیا، یہاں تک کہ ساری گیسیں نکال دی گئیں، ان کی صفائی کی گئی۔ پھر وہ اسک</w:t>
      </w:r>
    </w:p>
    <w:p>
      <w:r>
        <w:rPr>
          <w:b/>
        </w:rPr>
        <w:t xml:space="preserve">[1:30:24] </w:t>
      </w:r>
      <w:r>
        <w:t>alars ke andar dakhil hue, phir dekha to is mein bohat sare graves hain, qabrein. yeh qabrein kis ki thin? ya firaun ki, ya unki royal families ki thin? firaun ki, ki wife, unki daughter, unke son. to woh royal graveyard tha, woh woh pyramid jo tha, woh royal graveyard tha. ab unhone bohat sari is mein body nikali. to misriyon mein</w:t>
      </w:r>
    </w:p>
    <w:p>
      <w:pPr>
        <w:jc w:val="right"/>
      </w:pPr>
      <w:r>
        <w:t>الرز کے اندر داخل ہوئے، پھر دیکھا تو اس میں بہت سارے گریوز ہیں، قبریں۔ یہ قبریں کس کی تھیں؟ یا فیروز کی، یا ان کی رائل فیملیز کی تھیں؟ فیروز کی، کی وائف، ان کی ڈاٹر، ان کے سن۔ تو وہ رائل گریو یارڈ تھا، وہ وہ پیرامڈ جو تھا، وہ رائل گریو یارڈ تھا۔ اب انہوں نے بہت ساری اس میں باڈی نکالی۔ تو مصریوں میں</w:t>
      </w:r>
    </w:p>
    <w:p>
      <w:r>
        <w:rPr>
          <w:b/>
        </w:rPr>
        <w:t xml:space="preserve">[1:30:54] </w:t>
      </w:r>
      <w:r>
        <w:t>kehta hai, egyptians mein ek art tha, unke haan jo kehte hain mummification, mummification. to body ko woh khaas tareeqe se banate the, yaani chemical way mein kuch karte the, to body ko preserve kar lete the woh. phir body koi decay nahi hota tha, decay ruk jata tha iska. to royal bodies jo thin, marne ke baad mummification ke</w:t>
      </w:r>
    </w:p>
    <w:p>
      <w:pPr>
        <w:jc w:val="right"/>
      </w:pPr>
      <w:r>
        <w:t>کہتا ہے، ایجپشنز میں ایک آرٹ تھا، ان کے ہاں جو کہتے ہیں ممیفیکیشن، ممیفیکیشن۔ تو باڈی کو وہ خاص طریقے سے بناتے تھے، یعنی کیمیکل وے میں کچھ کرتے تھے، تو باڈی کو پریزرو کر لیتے تھے وہ۔ پھر باڈی کوئی ڈیکے نہیں ہوتا تھا، ڈیکے رک جاتا تھا اس کا۔ تو رائل باڈیز جو تھیں، مرنے کے بعد ممیفیکیشن کے</w:t>
      </w:r>
    </w:p>
    <w:p>
      <w:r>
        <w:rPr>
          <w:b/>
        </w:rPr>
        <w:t xml:space="preserve">[1:31:24] </w:t>
      </w:r>
      <w:r>
        <w:t>zariye preserve kiya unhone, aur unhone pyramid mein rakh diya isko. ab unhone kya kiya? aap jaante hain ke yeh baat is zamane mein hui jab ke jis ko kehte hain carbon 14 dating, carbon 14 dating, yaani scientifically aap unki age maloom kar sakte hain. to bodies par apply kiya unhone is technique ko, carbon dating ko,</w:t>
      </w:r>
    </w:p>
    <w:p>
      <w:pPr>
        <w:jc w:val="right"/>
      </w:pPr>
      <w:r>
        <w:t>ذریعے پریزرو کیا انہوں نے، اور انہوں نے پیرامڈ میں رکھ دیا اس کو۔ اب انہوں نے کیا کیا؟ آپ جانتے ہیں کہ یہ بات اس زمانے میں ہوئی جب کہ جس کو کہتے ہیں کاربن 14 ڈیٹنگ، کاربن 14 ڈیٹنگ، یعنی سائنٹیفیکلی آپ ان کی ایج معلوم کر سکتے ہیں۔ تو باڈیز پر اپلائی کیا انہوں نے اس ٹیکنیک کو، کاربن ڈیٹنگ کو،</w:t>
      </w:r>
    </w:p>
    <w:p>
      <w:r>
        <w:rPr>
          <w:b/>
        </w:rPr>
        <w:t xml:space="preserve">[1:31:55] </w:t>
      </w:r>
      <w:r>
        <w:t>ke kab kaha hai, kab kaha hai, kab kaha hai. to pata chala ke ek body is mein thi, jis ki naak thodi si tooti hui thi. aise lagta tha ke woh naak ko machhli ne kha liya tha. baqi body to uska preserve tha, naak thodi si lagta tha machhli ne usko kaat liya tha. to is body ko jab carbon dating par rakha gaya, maloom hua ke theek wohi iska zamana hai, jo moses ka zamana hai, moses</w:t>
      </w:r>
    </w:p>
    <w:p>
      <w:pPr>
        <w:jc w:val="right"/>
      </w:pPr>
      <w:r>
        <w:t>کہ کب کہا ہے، کب کہا ہے، کب کہا ہے۔ تو پتہ چلا کہ ایک باڈی اس میں تھی، جس کی ناک تھوڑی سی ٹوٹی ہوئی تھی۔ ایسے لگتا تھا کہ وہ ناک کو مچھلی نے کھا لیا تھا۔ باقی باڈی تو اس کا پریزرو تھا، ناک تھوڑی سی لگتا تھا مچھلی نے اس کو کاٹ لیا تھا۔ تو اس باڈی کو جب کاربن ڈیٹنگ پر رکھا گیا، معلوم ہوا کہ ٹھیک وہی اس کا زمانہ ہے، جو موزس کا زمانہ ہے، موزس</w:t>
      </w:r>
    </w:p>
    <w:p>
      <w:r>
        <w:rPr>
          <w:b/>
        </w:rPr>
        <w:t xml:space="preserve">[1:32:25] </w:t>
      </w:r>
      <w:r>
        <w:t>ka contemporary. to main ne aap ko bataya ke quran mein history se taalluq rakhne wali ek baat ka ailaan kiya gaya, seven century AD ke shuru mein ke firaun ka jo body hai, uske marne ke baad woh preserve hai. yeh ek anokha ailaan tha us waqt, kyunke saari dunya mein koi ek aadmi</w:t>
      </w:r>
    </w:p>
    <w:p>
      <w:pPr>
        <w:jc w:val="right"/>
      </w:pPr>
      <w:r>
        <w:t>کا کنٹیمپرری۔ تو میں نے آپ کو بتایا کہ قرآن میں ہسٹری سے تعلق رکھنے والی ایک بات کا اعلان کیا گیا، سیون سینچری اے ڈی کے شروع میں کہ فیرو کا جو باڈی ہے، اس کے مرنے کے بعد وہ پریزرو ہے۔ یہ ایک انوکھا اعلان تھا اس وقت، کیونکہ ساری دنیا میں کوئی ایک آدمی</w:t>
      </w:r>
    </w:p>
    <w:p>
      <w:r>
        <w:rPr>
          <w:b/>
        </w:rPr>
        <w:t xml:space="preserve">[1:32:55] </w:t>
      </w:r>
      <w:r>
        <w:t>aisa nahi tha jo yeh jaanta ho ke firaun ka body preserve hai. yahan tak ke khud prophet bhi nahi jaante the, woh prophet ko pata nahi tha ke iska firaun ka body kahan hai. aap ke companion, quran ki commentary likhne wale, hazar saal tak jo scholar paida hue, kisi ko pata nahi tha. jab dunya ko pata nahi tha to unko kahan se pata hota? to ek bari anokhi baat thi ke history mein jo cheez</w:t>
      </w:r>
    </w:p>
    <w:p>
      <w:pPr>
        <w:jc w:val="right"/>
      </w:pPr>
      <w:r>
        <w:t>ایسا نہیں تھا جو یہ جانتا ہو کہ فیرو کا باڈی پریزرو ہے۔ یہاں تک کہ خود پرافٹ بھی نہیں جانتے تھے، وہ پرافٹ کو پتہ نہیں تھا کہ اس کا فیرو کا باڈی کہاں ہے۔ آپ کے کمپینین، قرآن کی کمنٹری لکھنے والے، ہزار سال تک جو اسکالر پیدا ہوئے، کسی کو پتہ نہیں تھا۔ جب دنیا کو پتہ نہیں تھا تو ان کو کہاں سے پتہ ہوتا؟ تو ایک بڑی انوکھی بات تھی کہ ہسٹری میں جو چیز</w:t>
      </w:r>
    </w:p>
    <w:p>
      <w:r>
        <w:rPr>
          <w:b/>
        </w:rPr>
        <w:t xml:space="preserve">[1:33:26] </w:t>
      </w:r>
      <w:r>
        <w:t>unknown thi, usko quran ne kaha ke woh body hai, aur woh body ek waqt mein logon ke samne aa jayega. to jaisa ke maine arz kiya, 19 century ke aakhir mein european scholars ne cairo ke pyramid se nikala is body ko, aur ab woh</w:t>
      </w:r>
    </w:p>
    <w:p>
      <w:pPr>
        <w:jc w:val="right"/>
      </w:pPr>
      <w:r>
        <w:t>ان نون تھی، اس کو قرآن نے کہا کہ وہ باڈی ہے، اور وہ باڈی ایک وقت میں لوگوں کے سامنے آ جائے گا۔ تو جیسا کہ میں نے عرض کیا، 19 سینچری کے آخر میں یورپین اسکالرز نے قیرو کے پیرامڈ سے نکالا اس باڈی کو، اور اب وہ</w:t>
      </w:r>
    </w:p>
    <w:p>
      <w:r>
        <w:rPr>
          <w:b/>
        </w:rPr>
        <w:t xml:space="preserve">[1:33:56] </w:t>
      </w:r>
      <w:r>
        <w:t>body cairo ke museum mein ek glass ke frame mein maujood hai, aur scientific method ko apply kar ke yeh maloom ho chuka hai ke yeh body wohi hai jo moses ka contemporary firaun tha, usi ki hai. kaisa anokha yeh waqia hai!</w:t>
      </w:r>
    </w:p>
    <w:p>
      <w:pPr>
        <w:jc w:val="right"/>
      </w:pPr>
      <w:r>
        <w:t>باڈی قیرو کے میوزیم میں ایک گلاس کے فریم میں موجود ہے، اور سائنٹیفک میتھڈ کو اپلائی کر کے یہ معلوم ہو چکا ہے کہ یہ باڈی وہی ہے جو موزس کا کنٹیمپرری فیرو تھا، اسی کی ہے۔ کیسا انوکھا یہ واقعہ ہے!</w:t>
      </w:r>
    </w:p>
    <w:p>
      <w:r>
        <w:rPr>
          <w:b/>
        </w:rPr>
        <w:t xml:space="preserve">[1:34:28] </w:t>
      </w:r>
      <w:r>
        <w:t>main samajhta hoon ke yahi ek waqia kaafi hai manne ke liye ke quran ka author koi insaan nahi hai, kyunke insaan na jaanta tha, na jaan sakta tha aisi baat ko. koi na to jaanta tha, na koi jaan sakta hai aisi baat ko. sirf khuda jaan sakta hai, jo aalim ul ghaib hai, aalim ul ghaib wash shahada. to main samajhta hoon ke</w:t>
      </w:r>
    </w:p>
    <w:p>
      <w:pPr>
        <w:jc w:val="right"/>
      </w:pPr>
      <w:r>
        <w:t>میں سمجھتا ہوں کہ یہی ایک واقعہ کافی ہے ماننے کے لیے کہ قرآن کا اوتھر کوئی انسان نہیں ہے، کیونکہ انسان نہ جانتا تھا، نہ جان سکتا تھا ایسی بات کو۔ کوئی نہ تو جانتا تھا، نہ کوئی جان سکتا ہے ایسی بات کو۔ صرف خدا جان سکتا ہے، جو عالم الغیب ہے، عالم الغیب والشہادہ۔ تو میں سمجھتا ہوں کہ</w:t>
      </w:r>
    </w:p>
    <w:p>
      <w:r>
        <w:rPr>
          <w:b/>
        </w:rPr>
        <w:t xml:space="preserve">[1:34:58] </w:t>
      </w:r>
      <w:r>
        <w:t>ek sincere aadmi ke liye, ek sochne wale aadmi ke liye, ek sincere aadmi ke liye yahi ek baat kaafi hai ke woh maane ke quran word of god hai. yeh maine aap ko misaal di history se, iski detail aap meri kitab azmat e quran mein dekh sakte hain. doosri misaal main aap ko science se deta hoon.</w:t>
      </w:r>
    </w:p>
    <w:p>
      <w:pPr>
        <w:jc w:val="right"/>
      </w:pPr>
      <w:r>
        <w:t>ایک سنجیدہ آدمی کے لیے، ایک سوچنے والے آدمی کے لیے، ایک سنسیر آدمی کے لیے یہی ایک بات کافی ہے کہ وہ مانے کہ قرآن ورڈ اف گاڈ ہے۔ یہ میں نے آپ کو مثال دی ہسٹری سے، اس کی ڈیٹیل آپ میری کتاب عظمت قرآن میں دیکھ سکتے ہیں۔ دوسری مثال میں آپ کو سائنس سے دیتا ہوں۔</w:t>
      </w:r>
    </w:p>
    <w:p>
      <w:r>
        <w:rPr>
          <w:b/>
        </w:rPr>
        <w:t xml:space="preserve">[1:35:30] </w:t>
      </w:r>
      <w:r>
        <w:t>quran mein ek ayat hai: "yakhshul laila fin nahari yatlubhu haseesan". yaani khuda orhata hai raat ko din par, woh chala aata hai uske peeche. iska translation english mein kya hai? abdullah yusuf ali ne "rapid succession" ke word se, "rapid</w:t>
      </w:r>
    </w:p>
    <w:p>
      <w:pPr>
        <w:jc w:val="right"/>
      </w:pPr>
      <w:r>
        <w:t>قرآن میں ایک آیت ہے: "یخش اللیل النہار یتلبہ حسیسہ"۔ یعنی خدا اڑھاتا ہے رات کو دن پر، وہ چلا آتا ہے اس کے پیچھے۔ اس کا ٹرانسلیشن انگلش میں کیا ہے؟ عبداللہ یوسف علی نے "ریپڈ سکسشن" کے ورڈ سے، "ریپڈ</w:t>
      </w:r>
    </w:p>
    <w:p>
      <w:r>
        <w:rPr>
          <w:b/>
        </w:rPr>
        <w:t xml:space="preserve">[1:36:01] </w:t>
      </w:r>
      <w:r>
        <w:t>raat aur din ka rapid succession". abdullah yusuf ali ke zamane mein yeh baat maloom nahi hui thi, unhone to sirf literal translation kar diya. koi jaanta nahi tha ke "what is this rapid succession". globe ke upar baat ko jab space technology barhi aur hamare rocket upar jaane lage,</w:t>
      </w:r>
    </w:p>
    <w:p>
      <w:pPr>
        <w:jc w:val="right"/>
      </w:pPr>
      <w:r>
        <w:t>رات اور دن کا ریپڈ سکسشن"۔ عبداللہ یوسف علی کے زمانے میں یہ بات معلوم نہیں ہوئی تھی، انہوں نے تو صرف لٹرل ٹرانسلیشن کر دیا۔ کوئی جانتا نہیں تھا کہ "واٹ از دس ریپڈ سکسشن"۔ گلوب کے اوپر بات کو جب اسپیس ٹیکنالوجی بڑھی اور ہمارے راکٹ اوپر جانے لگے،</w:t>
      </w:r>
    </w:p>
    <w:p>
      <w:r>
        <w:rPr>
          <w:b/>
        </w:rPr>
        <w:t xml:space="preserve">[1:36:32] </w:t>
      </w:r>
      <w:r>
        <w:t>yahan tak ke woh rocket gaya jis ne ke zameen se urh kar zameen ke charon taraf ghoom kar is ka mushahida kiya. is waqeye ki detail maine likhi apni kitab "aqliyat e islam" mein. maine ek german magazine mein ek qissa parha tha, is ka reference aap dekh sakte hain "aqliyat e islam" mein. to is astronaut ne, jo ke ooper ja kar</w:t>
      </w:r>
    </w:p>
    <w:p>
      <w:pPr>
        <w:jc w:val="right"/>
      </w:pPr>
      <w:r>
        <w:t>یہاں تک کہ وہ راکٹ گیا جس نے کہ زمین سے اڑ کر زمین کے چاروں طرف گھوم کر اس کا مشاہدہ کیا۔ اس واقعے کی ڈیٹیل میں نے لکھی اپنی کتاب "عقلیات اسلام" میں۔ میں نے ایک جرمن میگزین میں ایک قصہ پڑھا تھا، اس کا ریفرنس آپ دیکھ سکتے ہیں "عقلیات اسلام" میں۔ تو اس ایسٹروناٹ نے، جو کہ اوپر جا کر</w:t>
      </w:r>
    </w:p>
    <w:p>
      <w:r>
        <w:rPr>
          <w:b/>
        </w:rPr>
        <w:t xml:space="preserve">[1:37:04] </w:t>
      </w:r>
      <w:r>
        <w:t>zameen ke charon taraf woh urha tha, to us ne kaha tha us waqt: "aisa rapid succession of day and night in the earth". maine zameen ke ooper tareeki aur roshni ka ek rapid succession dekha ooper se. ab yeh dekhiye, jo zameen ghoom</w:t>
      </w:r>
    </w:p>
    <w:p>
      <w:pPr>
        <w:jc w:val="right"/>
      </w:pPr>
      <w:r>
        <w:t>زمین کے چاروں طرف وہ اڑا تھا، تو اس نے کہا تھا اس وقت: "ائیسا ریپڈ سکسشن اف ڈے اینڈ نائٹ ان دی ارتھ"۔ میں نے زمین کے اوپر تاریکی اور روشنی کا ایک ریپڈ سکسشن دیکھا اوپر سے۔ اب یہ دیکھیے، جو زمین گھ</w:t>
      </w:r>
    </w:p>
    <w:p>
      <w:r>
        <w:rPr>
          <w:b/>
        </w:rPr>
        <w:t xml:space="preserve">[1:37:34] </w:t>
      </w:r>
      <w:r>
        <w:t>rahi hai apne orbit par aur apne axis par, to zameen ke ghoomne ka jo waqea hai, is ki wajah se musalsal aisa hota hai ke raat aur din, raat aur din ek doosre ke peechhe chal rahe hain. yaani zameen aap jante hain ghoom rahi hai suraj ke gird orbit mein aur phir apne axis par</w:t>
      </w:r>
    </w:p>
    <w:p>
      <w:pPr>
        <w:jc w:val="right"/>
      </w:pPr>
      <w:r>
        <w:t>وم رہی ہے اپنے اربٹ پر اور اپنے ایکسز پر، تو زمین کے گھومنے کا جو واقعہ ہے، اس کی وجہ سے مسلسل ایسا ہوتا ہے کہ رات اور دن، رات اور دن ایک دوسرے کے پیچھے چل رہے ہیں۔ یعنی زمین آپ جانتے ہیں گھوم رہی ہے سورج کے گرد اربٹ میں اور پھر اپنے ایکسز پر</w:t>
      </w:r>
    </w:p>
    <w:p>
      <w:r>
        <w:rPr>
          <w:b/>
        </w:rPr>
        <w:t xml:space="preserve">[1:38:04] </w:t>
      </w:r>
      <w:r>
        <w:t>. to axis par jo ghoomti hai, jis ke 24 ghante poore hote hain, is ka daur to is mein yahi hota hai ke raat aur din ya tareeki aur roshni ek ke baad ek, ek ke peechhe peechhe daud rahe hain. aisa lagta hai ooper se dekhne mein "rapid succession". jab tak aadmi space mein nahi gaya tha, bilkul us ko pata nahi tha ke aisa koi waqea hai.</w:t>
      </w:r>
    </w:p>
    <w:p>
      <w:pPr>
        <w:jc w:val="right"/>
      </w:pPr>
      <w:r>
        <w:t>۔ تو ایکسز پر جو گھومتی ہے، جس کے 24 گھنٹے پورے ہوتے ہیں، اس کا دور تو اس میں یہی ہوتا ہے کہ رات اور دن یا تاریکی اور روشنی ایک کے بعد ایک، ایک کے پیچھے پیچھے دوڑ رہے ہیں۔ ایسا لگتا ہے اوپر سے دیکھنے میں "ریپڈ سکسشن"۔ جب تک آدمی اسپیس میں نہیں گیا تھا، بالکل اس کو پتہ نہیں تھا کہ ایسا کوئی واقعہ ہے۔</w:t>
      </w:r>
    </w:p>
    <w:p>
      <w:r>
        <w:rPr>
          <w:b/>
        </w:rPr>
        <w:t xml:space="preserve">[1:38:35] </w:t>
      </w:r>
      <w:r>
        <w:t>"rapid succession" ka jo concept hai, woh space technology se pehle insaan ko bilkul maloom nahi tha, kuch bhi pata nahi tha. dunya ki kisi kitab mein aisa reference nahi, yahan tak ke khud jab quran utra to shuru mein jin logon ne parha is ko, woh kuch bhi nahi jaan sake ke is ka matlab kya hai. commentaries jo hain quran ki hazaron, kisi mein yeh baat nahi hai ke is ka matlab kya hai.</w:t>
      </w:r>
    </w:p>
    <w:p>
      <w:pPr>
        <w:jc w:val="right"/>
      </w:pPr>
      <w:r>
        <w:t>"ریپڈ سکسشن" کا جو کانسیپٹ ہے، وہ اسپیس ٹیکنالوجی سے پہلے انسان کو بالکل معلوم نہیں تھا، کچھ بھی پتہ نہیں تھا۔ دنیا کی کسی کتاب میں ایسا ریفرنس نہیں، یہاں تک کہ خود جب قرآن اترا تو شروع میں جن لوگوں نے پڑھا اس کو، وہ کچھ بھی نہیں جان سکے کہ اس کا مطلب کیا ہے۔ کمنٹریز جو ہیں قرآن کی ہزاروں، کسی میں یہ بات نہیں ہے کہ اس کا مطلب کیا ہے۔</w:t>
      </w:r>
    </w:p>
    <w:p>
      <w:r>
        <w:rPr>
          <w:b/>
        </w:rPr>
        <w:t xml:space="preserve">[1:39:06] </w:t>
      </w:r>
      <w:r>
        <w:t>yeh to us zamane mein jab ke space mein safar shuru hua aur rocket mein ja kar insaan ne dekha ooper se zameen ko, tab pata chala ke ek "rapid succession" hai zameen ke ooper tareeki aur roshni ka, tareeki aur roshni ka. ab bataiye ke yeh baat jo kisi insaan ko pata nahi thi, seven century ke shuru mein kaise quran mein likhi gayi</w:t>
      </w:r>
    </w:p>
    <w:p>
      <w:pPr>
        <w:jc w:val="right"/>
      </w:pPr>
      <w:r>
        <w:t>یہ تو اس زمانے میں جب کہ اسپیس میں سفر شروع ہوا اور راکٹ میں جا کر انسان نے دیکھا اوپر سے زمین کو، تب پتہ چلا کہ ایک "ریپڈ سکسشن" ہے زمین کے اوپر تاریکی اور روشنی کا، تاریکی اور روشنی کا۔ اب بتائیے کہ یہ بات جو کسی انسان کو پتہ نہیں تھی، سیون سینچری کے شروع میں کیسے قرآن میں لکھی گئی</w:t>
      </w:r>
    </w:p>
    <w:p>
      <w:r>
        <w:rPr>
          <w:b/>
        </w:rPr>
        <w:t xml:space="preserve">[1:39:36] </w:t>
      </w:r>
      <w:r>
        <w:t>? yeh baat is baat ka saboot hai, is baat ka proof hai ke yeh kitab "word of god" hai, kyunke god creator hai zameen o aasman ka. god hi ne orbit par aur axis par zameen ke gardish ka nizam banaya hai, woh sab kuch janta hai direct taur par</w:t>
      </w:r>
    </w:p>
    <w:p>
      <w:pPr>
        <w:jc w:val="right"/>
      </w:pPr>
      <w:r>
        <w:t>؟ یہ بات اس بات کا ثبوت ہے، اس بات کا پروف ہے کہ یہ کتاب "ورڈ اف گاڈ" ہے، کیونکہ گاڈ کریٹر ہے زمین و آسمان کا۔ گاڈ ہی نے اربٹ پر اور ایکسز پر زمین کے گردش کا نظام بنایا ہے، وہ سب کچھ جانتا ہے ڈائریکٹ طور پر</w:t>
      </w:r>
    </w:p>
    <w:p>
      <w:r>
        <w:rPr>
          <w:b/>
        </w:rPr>
        <w:t xml:space="preserve">[1:40:06] </w:t>
      </w:r>
      <w:r>
        <w:t>. to woh janne wala khuda hi aisi verse quran mein likh sakta tha, koi insaan nahi. to yeh ek scientific information hai ke quran khuda ki kitab hai. is tarah ki bahut sari cheezein hain jo scientific age mein maloom hui hain, un ko maine detail mein apni kitabon mein likha hai.</w:t>
      </w:r>
    </w:p>
    <w:p>
      <w:pPr>
        <w:jc w:val="right"/>
      </w:pPr>
      <w:r>
        <w:t>۔ تو وہ جاننے والا خدا ہی ایسی ورث قرآن میں لکھ سکتا تھا، کوئی انسان نہیں۔ تو یہ ایک سائنٹیفک افارمیشن ہے کہ قرآن خدا کی کتاب ہے۔ اس طرح کی بہت ساری چیزیں ہیں جو سائنٹیفک ایج میں معلوم ہوئی ہیں، ان کو میں نے ڈیٹیل میں اپنی کتابوں میں لکھا ہے۔</w:t>
      </w:r>
    </w:p>
    <w:p>
      <w:r>
        <w:rPr>
          <w:b/>
        </w:rPr>
        <w:t xml:space="preserve">[1:40:40] </w:t>
      </w:r>
      <w:r>
        <w:t>isi liye main kaha karta hoon ke science quran ka ilm kalam hai. science quran ka ilm kalam hai, yaani quran ki jo baatein hain, us ko rational basis deta hai. quran utra tha, aap jante hain ke traditional period mein science se pehle.</w:t>
      </w:r>
    </w:p>
    <w:p>
      <w:pPr>
        <w:jc w:val="right"/>
      </w:pPr>
      <w:r>
        <w:t>اسی لیے میں کہا کرتا ہوں کہ سائنس قرآن کا علم کلام ہے۔ سائنس قرآن کا علم کلام ہے، یعنی قرآن کی جو باتیں ہیں، اس کو ریشنل بیسز دیتا ہے۔ قرآن اترا تھا، آپ جانتے ہیں کہ ٹریڈیشنل پیریڈ میں سائنس سے پہلے۔</w:t>
      </w:r>
    </w:p>
    <w:p>
      <w:r>
        <w:rPr>
          <w:b/>
        </w:rPr>
        <w:t xml:space="preserve">[1:41:10] </w:t>
      </w:r>
      <w:r>
        <w:t>ab jo science ne jo dunya discover ki hai, jo baatein maloom ki hain, us se goya scientific information milta hai quran ko, ek rational basis milti hai quran ko. hum is portion ho jate hain ke quran ko zyada bade framework pe samajh saken. to yeh cheez jo hai, sirf ek hi kitab ko hasil hai,</w:t>
      </w:r>
    </w:p>
    <w:p>
      <w:pPr>
        <w:jc w:val="right"/>
      </w:pPr>
      <w:r>
        <w:t>اب جو سائنس نے جو دنیا ڈسکور کی ہے، جو باتیں معلوم کی ہیں، اس سے گویا سائنٹیفک افارمیشن ملتا ہے قرآن کو، ایک ریشنل بیسز ملتی ہے قرآن کو۔ ہم اس پورشن ہو جاتے ہیں کہ قرآن کو زیادہ بڑے فریم ورک پہ سمجھ سکیں۔ تو یہ چیز جو ہے، صرف ایک ہی کتاب کو حاصل ہے،</w:t>
      </w:r>
    </w:p>
    <w:p>
      <w:r>
        <w:rPr>
          <w:b/>
        </w:rPr>
        <w:t xml:space="preserve">[1:41:41] </w:t>
      </w:r>
      <w:r>
        <w:t>aur jo doosri kitabein hain, un sab ko aisa hua un ke sath ke jab scientific age aya to un ki bahut si baatein discard karni padin, us ko khatam karna pada, kyunke science ki discovery se woh woh cheezein prove nahi hoti thin, un mein takrao aa gaya tha. to main yeh manta hoon ke quran ke siwa bhi kitabein khuda ki taraf se aayin</w:t>
      </w:r>
    </w:p>
    <w:p>
      <w:pPr>
        <w:jc w:val="right"/>
      </w:pPr>
      <w:r>
        <w:t>اور جو دوسری کتابیں ہیں، ان سب کو ایسا ہوا ان کے ساتھ کہ جب سائنٹیفک ایج آیا تو ان کی بہت سی باتیں ڈسکارڈ کرنی پڑیں، اس کو ختم کرنا پڑا، کیونکہ سائنس کی ڈسکوری سے وہ وہ چیزیں پروف نہیں ہوتی تھیں، ان میں ٹکراؤ آ گیا تھا۔ تو میں یہ مانتا ہوں کہ قرآن کے سوا بھی کتابیں خدا کی طرف سے آئیں</w:t>
      </w:r>
    </w:p>
    <w:p>
      <w:r>
        <w:rPr>
          <w:b/>
        </w:rPr>
        <w:t xml:space="preserve">[1:42:11] </w:t>
      </w:r>
      <w:r>
        <w:t>, kyunke hum mante hain ke bahut se prophet aaye dunya mein, aur har prophet ko khuda ne apna kalam diya, apni kitab di. yeh bhi quran mein likha hua hai, aur hum yeh bhi mante hain ke quran mein aur un doosri kitabon mein koi farq nahi. hum yeh nahi mante ke pichhli kitabon se zyada superior kitab hai quran. hum superiority ke concept ko nahi mante. khuda ki kitab mein koi na to superior hai, na koi infe</w:t>
      </w:r>
    </w:p>
    <w:p>
      <w:pPr>
        <w:jc w:val="right"/>
      </w:pPr>
      <w:r>
        <w:t>، کیونکہ ہم مانتے ہیں کہ بہت سے پرافٹ آئے دنیا میں، اور ہر پرافٹ کو خدا نے اپنا کلام دیا، اپنی کتاب دی۔ یہ بھی قرآن میں لکھا ہوا ہے، اور ہم یہ بھی مانتے ہیں کہ قرآن میں اور ان دوسری کتابوں میں کوئی فرق نہیں۔ ہم یہ نہیں مانتے کہ پچھلی کتابوں سے زیادہ سپیریئر کتاب ہے قرآن۔ ہم سپیریئرٹی کے کانسیپٹ کو نہیں مانتے۔ خدا کی کتاب میں کوئی نہ تو سپیریئر ہے، نہ کوئی انفی</w:t>
      </w:r>
    </w:p>
    <w:p>
      <w:r>
        <w:rPr>
          <w:b/>
        </w:rPr>
        <w:t xml:space="preserve">[1:42:41] </w:t>
      </w:r>
      <w:r>
        <w:t>rior hai, na koi complete hai, na koi incomplete hai, na koi ideal hai, na koi less less than ideal hai. khuda ki taraf se aayi hui har kitab isi tarah kamil hai jis tarah quran kamil hai. yeh baat quran se sabit hai: "la nufarriqu baina ahadin minar rusul". yeh faith ki baat hai ke hum ek prophet aur doosre prophet mein farq na karein.</w:t>
      </w:r>
    </w:p>
    <w:p>
      <w:pPr>
        <w:jc w:val="right"/>
      </w:pPr>
      <w:r>
        <w:t>ریئر ہے، نہ کوئی کمپلیٹ ہے، نہ کوئی ان کمپلیٹ ہے، نہ کوئی آئیڈیل ہے، نہ کوئی لیس لیس دین آئیڈیل ہے۔ خدا کی طرف سے آئی ہوئی ہر کتاب اسی طرح کامل ہے جس طرح قرآن کامل ہے۔ یہ بات قرآن سے ثابت ہے: "لا نفرق بین احد ابن الرسل"۔ یہ فیتھ کی بات ہے کہ ہم ایک پرافٹ اور دوسرے پرافٹ میں فرق نہ کریں۔</w:t>
      </w:r>
    </w:p>
    <w:p>
      <w:r>
        <w:rPr>
          <w:b/>
        </w:rPr>
        <w:t xml:space="preserve">[1:43:12] </w:t>
      </w:r>
      <w:r>
        <w:t>yahan tak ke hai ke rasoolullah ke bare mein kaha gaya ke doosre nabiyon ko zikr kar ke: "fabihiqtada". tum un prophets ki pairwi karo, pichhle prophets ki. zahir hai ke hum yeh manne par majboor hain ke har prophet ka jo religion tha, woh ek tha. har prophet ko jo kitab di gayi, woh yeksan taur par kamil kitab thi. to main jab yeh keh raha h</w:t>
      </w:r>
    </w:p>
    <w:p>
      <w:pPr>
        <w:jc w:val="right"/>
      </w:pPr>
      <w:r>
        <w:t>یہاں تک کہ ہے کہ رسول اللہ کے بارے میں کہا گیا کہ دوسرے نبیوں کو ذکر کر کے: "فبہ خدا مقتد"۔ تم ان پرافٹس کی پیروی کرو، پچھلے پرافٹس کی۔ ظاہر ہے کہ ہم یہ ماننے پر مجبور ہو ہیں کہ ہر پرافٹ کا جو ریلیجن تھا، وہ ایک تھا۔ ہر پرافٹ کو جو کتاب دی گئی، وہ یکساں طور پر کامل کتاب تھی۔ تو میں جب یہ کہہ رہا ہ</w:t>
      </w:r>
    </w:p>
    <w:p>
      <w:r>
        <w:rPr>
          <w:b/>
        </w:rPr>
        <w:t xml:space="preserve">[1:43:42] </w:t>
      </w:r>
      <w:r>
        <w:t>oon to is ka matlab nahi ke main quran ki koi koi alag se manta hoon. superiority aisa har giz nahi hai. quran ko main ek preserved kalam manta hoon khuda ka. agar doosri kitabein preserved hotin to isi tarah un kitabon ke bare mein bhi mere jaisa koi aadmi yahi baatein kehta, un ko khuda ka kalam sabit karne ke liye. to khuda ki taraf se aaya hua har kalam, khuda ki taraf se</w:t>
      </w:r>
    </w:p>
    <w:p>
      <w:pPr>
        <w:jc w:val="right"/>
      </w:pPr>
      <w:r>
        <w:t>وں تو اس کا مطلب نہیں کہ میں قرآن کی کوئی کوئی الگ سے مانتا ہوں۔ سپیریئرٹی ایسا ہرگز نہیں ہے۔ قرآن کو میں ایک پریزرو کلام مانتا ہوں خدا کا۔ اگر دوسری کتابیں پریزرو ہوتیں تو اسی طرح ان کتابوں کے بارے میں بھی میرے جیسا کوئی آدمی یہی باتیں کہتا، ان کو خدا کا کلام ثابت کرنے کے لیے۔ تو خدا کی طرف سے آیا ہوا ہر کلام، خدا کی طرف سے</w:t>
      </w:r>
    </w:p>
    <w:p>
      <w:r>
        <w:rPr>
          <w:b/>
        </w:rPr>
        <w:t xml:space="preserve">[1:44:12] </w:t>
      </w:r>
      <w:r>
        <w:t>aayi hui har kitab yeksan taur par qabil e ehtiram hai, qabil e yaqeen hai, aur kamil hai. koi farq nahi. quran mein bahut si baatein kahi gayi hain, maslan ek baat yeh hai ke "laqad kana lakum fi rasulillahi uswatun hasanah". rasoolullah yaani prophet of islam ke andar tumhare liye</w:t>
      </w:r>
    </w:p>
    <w:p>
      <w:pPr>
        <w:jc w:val="right"/>
      </w:pPr>
      <w:r>
        <w:t>آئی ہوئی ہر کتاب ایکساں طور پر قابل احترام ہے، قابل یقین ہے، اور کامل ہے۔ کوئی فرق نہیں۔ قرآن میں بہت سی باتیں کہی گئی ہیں، مثلاً ایک بات یہ ہے کہ "لقد کان لکم فی رسول اللہ اسوۃ حسنہ"۔ رسول اللہ یعنی پرافٹ اف اسلام کے اندر تمہارے لیے</w:t>
      </w:r>
    </w:p>
    <w:p>
      <w:r>
        <w:rPr>
          <w:b/>
        </w:rPr>
        <w:t xml:space="preserve">[1:44:42] </w:t>
      </w:r>
      <w:r>
        <w:t>ek model hai. yeh bhi ek anokhi baat hai. main samajhta hoon ke koi bhi model available nahi hai rasoolullah ke siwa. yaani quran ka yeh kehne ke mane yeh hain ke model historical sense mein bol raha hoon, main koi maujood hi nahi. doosra, jis ne jitne bhi model samjhe jaate hain, woh sab mythological model hain, histories hain.</w:t>
      </w:r>
    </w:p>
    <w:p>
      <w:pPr>
        <w:jc w:val="right"/>
      </w:pPr>
      <w:r>
        <w:t>ایک ماڈل ہے۔ یہ بھی ایک انوکھی بات ہے۔ میں سمجھتا ہوں کہ کوئی بھی ماڈل اویلیبل نہیں ہے رسول اللہ کے سوا۔ یعنی قرآن کا یہ کہنے کے معنی یہ ہیں کہ ماڈل ہسٹوریکل سینس میں بول رہا ہوں، میں کوئی موجود ہی نہیں۔ دوسرا، جس نے جتنے بھی ماڈل سمجھے جاتے ہیں، وہ سب میتھولوجیکل ماڈل ہیں، ہسٹوریز ہیں۔</w:t>
      </w:r>
    </w:p>
    <w:p>
      <w:r>
        <w:rPr>
          <w:b/>
        </w:rPr>
        <w:t xml:space="preserve">[1:45:12] </w:t>
      </w:r>
      <w:r>
        <w:t>aap padhiye, kisi bhi jitni bhi secret books hain, jitni bhi traditions hain, un mein jin logon ko model mana gaya hai, un ki koi history nahi, sirf kahaniyan hain. is story trust ki kahaniyon ko le kar ke aap koi model nahi bana sakte. aisa possible nahi hai. bahut si kahaniyan lakhon ki tadad mein phaili hui hain, woh sab kya hain? kahaniyan hain, story tellers ki banayi hui hain. woh to story tellers ki kahaniyon ko le kar aap kisi</w:t>
      </w:r>
    </w:p>
    <w:p>
      <w:pPr>
        <w:jc w:val="right"/>
      </w:pPr>
      <w:r>
        <w:t>آپ پڑھیے، کسی بھی جتنی بھی سیکرٹ بکس ہیں، جتنی بھی ٹریڈیشنز ہیں، ان میں جن لوگوں کو ماڈل مانا گیا ہے، ان کی کوئی ہسٹری نہیں، صرف کہانیاں ہیں۔ اس سٹوری ٹرسٹ کی کہانیوں کو لے کر کے آپ کوئی ماڈل نہیں بنا سکتے۔ ایسا پاسیبل نہیں ہے۔ بہت سی کہانیاں لاکھوں کی تعداد میں پھیلی ہوئی ہیں، وہ سب کیا ہیں؟ کہانیاں ہیں، اسٹوری ٹیلرز کی بنائی ہوئی ہیں۔ وہ تو اسٹوری ٹیلرز کی کہانیوں کو لے کر آپ کسی</w:t>
      </w:r>
    </w:p>
    <w:p>
      <w:r>
        <w:rPr>
          <w:b/>
        </w:rPr>
        <w:t xml:space="preserve">[1:45:42] </w:t>
      </w:r>
      <w:r>
        <w:t>ko nahi keh sakte ke yeh model hai tumhara. to woh to story hai, woh to just fable ki taraf se hai, woh fiction hai. ek fictional personality ko aap role model nahi keh sakte. it requires historical personality. to sirf yaani quran ne jo kaha ke woh bhi ek quran ka ki sachai ka ek proof hai ke ek hi person hai history mein jo tum</w:t>
      </w:r>
    </w:p>
    <w:p>
      <w:pPr>
        <w:jc w:val="right"/>
      </w:pPr>
      <w:r>
        <w:t>کو نہیں کہہ سکتے کہ یہ ماڈل ہے تمہارا۔ تو وہ تو سٹوری ہے، وہ تو جسٹ نائبل کی طرف سے ہے، وہ فکشن ہے۔ ایک فکشنس پرسنیلٹی کو آپ رول ماڈل نہیں کہہ سکتے۔ اٹ ریکوائرز ہسٹوریکل پرسنیلٹی۔ تو صرف یعنی قرآن نے جو کہا کہ وہ بھی ایک قرآن کا کی سچائی کا ایک پروف ہے کہ ایک ہی پرسن ہے ہسٹری میں جو تم</w:t>
      </w:r>
    </w:p>
    <w:p>
      <w:r>
        <w:rPr>
          <w:b/>
        </w:rPr>
        <w:t xml:space="preserve">[1:46:13] </w:t>
      </w:r>
      <w:r>
        <w:t>hare liye role model kaam kar sakta hai. in terms of history, maine bahut se logon ko parha hai, sab ke bare mein maine paya ke fictional stories hain, story tellers ki kahaniyan hain. bas is ko hum kaise model maan sakte hain? to zindagi ke jo bhi aspect aap lein, koi bhi aspect to aap</w:t>
      </w:r>
    </w:p>
    <w:p>
      <w:pPr>
        <w:jc w:val="right"/>
      </w:pPr>
      <w:r>
        <w:t>ہارے لیے رول ماڈل کام کر سکتا ہے۔ ان ٹرم اف ہسٹری، میں نے بہت سے لوگوں کو پڑھا ہے، سب کے بارے میں میں نے پایا کہ فکشنس سٹوریز ہیں، اسٹوری ٹیلرز کی کہانیاں ہیں۔ بس اس کو ہم کیسے ماڈل مان سکتے ہیں؟ تو زندگی کے جو بھی اسپیکٹ آپ لیں، کوئی بھی اسپیکٹ تو آپ</w:t>
      </w:r>
    </w:p>
    <w:p>
      <w:r>
        <w:rPr>
          <w:b/>
        </w:rPr>
        <w:t xml:space="preserve">[1:46:43] </w:t>
      </w:r>
      <w:r>
        <w:t>ko rasoolullah ki zindagi mein milega ke ek real historical reference aap payenge. is ke bare mein maine do kitabein likhi hain, dono english mein tarjuma ho chuki hain: "Prophet of Revolution" ek kitab hai, "Paigham-e-Inqilab" aur doosra yeh hai "Mutalia-e-Seerat". in dono kitabon mein maine kafi detail ke sath bataya hai ke kis tarah rasoolullah insaan</w:t>
      </w:r>
    </w:p>
    <w:p>
      <w:pPr>
        <w:jc w:val="right"/>
      </w:pPr>
      <w:r>
        <w:t>کو رسول اللہ کی زندگی میں ملے گا کہ ایک ریئل ہسٹوریکل ریفرنس آپ پائیں گے۔ اس کے بارے میں میں نے دو کتابیں لکھی ہیں، دونوں انگلش میں ترجمہ ہو چکی ہیں: "پرافٹ اف ریولوشن" ایک کتاب ہے، "پیغمبر انقلاب" اور دوسرا یہ ہے "مطالعہ سیرت"۔ ان دونوں کتابوں میں میں نے کافی ڈیٹیل کے ساتھ بتایا ہے کہ کس طرح رسول اللہ انسان</w:t>
      </w:r>
    </w:p>
    <w:p>
      <w:r>
        <w:rPr>
          <w:b/>
        </w:rPr>
        <w:t xml:space="preserve">[1:47:13] </w:t>
      </w:r>
      <w:r>
        <w:t>ke liye role model ki hesiyat rakhte hain. is mein maine koi bhi fiction story nahi batai hai, story tellers ki kahani koi bhi nahi batai. maine sab real history batai hai jo poori zindagi ko cover karti hai, poori zindagi ko cover karti hai. to yeh islah quran ke kitab khuda hone ka ek saboot hai ke is ne ek aisi hasti ko</w:t>
      </w:r>
    </w:p>
    <w:p>
      <w:pPr>
        <w:jc w:val="right"/>
      </w:pPr>
      <w:r>
        <w:t>کے لیے رول ماڈل کی حیثیت رکھتے ہیں۔ اس میں میں نے کوئی بھی فکشن سٹوری نہیں بتائی ہے، سٹوری ٹیلرز کی کہانی کوئی بھی نہیں بتائی۔ میں نے سب ریئل ہسٹری بتائی ہے جو پوری زندگی کو کور کرتی ہے، پوری زندگی کو کور کرتی ہے۔ تو یہ اصلاح قرآن کے کتاب خدا ہونے کا ایک ثبوت ہے کہ اس نے ایک ایسی ہستی کو</w:t>
      </w:r>
    </w:p>
    <w:p>
      <w:r>
        <w:rPr>
          <w:b/>
        </w:rPr>
        <w:t xml:space="preserve">[1:47:44] </w:t>
      </w:r>
      <w:r>
        <w:t>ba'is role model ke bataya jo ek hi role model hai poori history mein. koi doosra aadmi ba'is role model ke is ke muqable mein stand nahi karta. main janta hoon ke bahut si personalities hain jin ko log pesh karte hain, lekin woh kya hain? kahaniyan hain. main bahut jalson mein logon ko gaya hoon, kahaniyan sunate hain jo un ki un ki apni mehboob shakhsiyaat hain jin ko woh mante hain, jin ko muqaddas samajhte hain. sab kahaniyon ki shakal mein pesh karte hain un</w:t>
      </w:r>
    </w:p>
    <w:p>
      <w:pPr>
        <w:jc w:val="right"/>
      </w:pPr>
      <w:r>
        <w:t>بطور رول ماڈل کے بتایا جو ایک ہی رول ماڈل ہے پوری ہسٹری میں۔ کوئی دوسرا آدمی بطور رول ماڈل کے اس کے مقابلے میں سٹینڈ نہیں کرتا۔ میں جانتا ہوں کہ بہت سی پرسنیلٹیز ہیں جن کو لوگ پیش کرتے ہیں، لیکن وہ کیا ہیں؟ کہانیاں ہیں۔ میں بہت جلسوں میں لوگوں کو گیا ہوں، کہانیاں سناتے ہیں جو ان کی ان کی اپنی محبوب شخصیتیں ہیں جن کو وہ مانتے ہیں، جن کو مقدس سمجھتے ہیں۔ سب کہانیوں کی شکل میں پیش کرتے ہیں ان</w:t>
      </w:r>
    </w:p>
    <w:p>
      <w:r>
        <w:rPr>
          <w:b/>
        </w:rPr>
        <w:t xml:space="preserve">[1:48:14] </w:t>
      </w:r>
      <w:r>
        <w:t>ki baaton ko. kahaniyan to woh sab story tellers ki kahaniyan hain, woh koi real history nahi. isi tarah dekhiye, quran mein ek aur baat batai gayi jo sirf quran hi mein aap payenge, woh hai peace ka formula. kal main kisi meeting mein tha, parson to wahan peace ki baat ho rahi thi, sab log peace ki baatein kar rahe the. main</w:t>
      </w:r>
    </w:p>
    <w:p>
      <w:pPr>
        <w:jc w:val="right"/>
      </w:pPr>
      <w:r>
        <w:t>کی باتوں کو۔ کہانیاں تو وہ سب اسٹوری ٹیلرز کی کہانیاں ہیں، وہ کوئی ریئل ہسٹری نہیں۔ اسی طرح دیکھیے، قرآن میں ایک اور بات بتائی گئی جو صرف قرآن ہی میں آپ پائیں گے، وہ ہے پیس کا فارمولا۔ کل میں کسی میٹنگ میں تھا، پرسوں تو وہاں پیس کی بات ہو رہی تھی، سب لوگ پیس کی باتیں کر رہے تھے۔ میں</w:t>
      </w:r>
    </w:p>
    <w:p>
      <w:r>
        <w:rPr>
          <w:b/>
        </w:rPr>
        <w:t xml:space="preserve">[1:48:44] </w:t>
      </w:r>
      <w:r>
        <w:t>ne kaha ke sab se zaroori cheez hai ke peace ka workable formula aap ke paas ho. peace peace karte hain aap, lekin workable formula bataiye kya hai is ka? to har ek kya kehta hai? kisi na kisi andaaz se woh peace with justice ki baat karta hai ke justice lao to peace aaye ga. sab logon ke mind mein peace ka matlab yeh hai: dunya mein justice lao</w:t>
      </w:r>
    </w:p>
    <w:p>
      <w:pPr>
        <w:jc w:val="right"/>
      </w:pPr>
      <w:r>
        <w:t>نے کہا کہ سب سے ضروری چیز ہے کہ پیس کا ورک ایبل فارمولا آپ کے پاس ہو۔ پیس پیس کرتے ہیں آپ، لیکن ورک ایبل فارمولا بتائیے کیا ہے اس کا؟ تو ہر ایک کیا کہتا ہے؟ کسی نہ کسی انداز سے وہ پیس ود جسٹس کی بات کرتا ہے کہ جسٹس لاؤ تو پیس آئے گا۔ سب لوگوں کے مائنڈ میں پیس کا مطلب یہ ہے: دنیا میں جسٹس لاؤ</w:t>
      </w:r>
    </w:p>
    <w:p>
      <w:r>
        <w:rPr>
          <w:b/>
        </w:rPr>
        <w:t xml:space="preserve">[1:49:14] </w:t>
      </w:r>
      <w:r>
        <w:t>to peace aa jayega. dunya mein yeh to workable nahi hai, is ki to koi feasibility nahi hai. yeh to ladte rahiye, ladte rahiye, ladte rahiye, ladte rahiye. quran mein pehli baar ek workable formula diya gaya, ek feasible formula diya gaya peace ka. woh kya? woh yeh: "aslah khair" yani sab is ko mein ne detail mein likha hai apni kitab mein ke quran</w:t>
      </w:r>
    </w:p>
    <w:p>
      <w:pPr>
        <w:jc w:val="right"/>
      </w:pPr>
      <w:r>
        <w:t>تو پیس آ جائے گا۔ دنیا میں یہ تو ورک ایبل نہیں ہے، اس کی تو کوئی فیزیبلٹی نہیں ہے۔ یہ تو لڑتے رہیے، لڑتے رہیے، لڑتے رہیے، لڑتے رہیے۔ قرآن میں پہلی بار ایک ورک ایبل فارمولا دیا گیا، ایک فیزیبل فارمولا دیا گیا پیس کا۔ وہ کیا؟ وہ یہ: "اسلحہ خیر" یعنی سب اس کو میں نے ڈیٹیل میں لکھا ہے اپنی کتاب میں کہ قر</w:t>
      </w:r>
    </w:p>
    <w:p>
      <w:r>
        <w:rPr>
          <w:b/>
        </w:rPr>
        <w:t xml:space="preserve">[1:49:44] </w:t>
      </w:r>
      <w:r>
        <w:t>ka jo formula hai peace ka, woh yeh hai ke status quo ko accept karo taake peace qaim ho. jo bhi status quo hai aap ke waqt, logon ko logon ka kya tareeqa raha hai? sab logon ka status quo koi change kar ke samajhte hain ke peace lao, status quo change kar ke justice lao taake peace qaim ho. yeh sab ka formula hai ke status quo koi badlo, badal kar ke justice lao</w:t>
      </w:r>
    </w:p>
    <w:p>
      <w:pPr>
        <w:jc w:val="right"/>
      </w:pPr>
      <w:r>
        <w:t>آن کا جو فارمولا ہے پیس کا، وہ یہ ہے کہ اسٹیٹس کو کو ایکسیپٹ کرو تاکہ پیس قائم ہو۔ جو بھی اسٹیٹس کو ہے آپ کے وقت، لوگوں کو لوگوں کا کیا طریقہ رہا ہے؟ سب لوگوں کا اسٹیٹس کو کوئی چینج کر کے سمجھتے ہیں کہ پیس لاؤ، اسٹیٹس کو چینج کر کے جسٹس لاؤ تاکہ پیس قائم ہو۔ یہ سب کا فارمولا ہے کہ اسٹیٹس کو کوئی بدلو، بدل کر کے جسٹس لاؤ</w:t>
      </w:r>
    </w:p>
    <w:p>
      <w:r>
        <w:rPr>
          <w:b/>
        </w:rPr>
        <w:t xml:space="preserve">[1:50:14] </w:t>
      </w:r>
      <w:r>
        <w:t>to phir is ke baad peace ho jayega. yeh bilkul yani is ki koi feasibility nahi hai. ek hi sahi formula hai jo quran ne diya hai, woh yeh hai ke status quo ko accept kar ke peace qaim karo to kya hoga? opportunities khulengi. jab opportunities khulengi to aap ko kaam ke mawaqe honge. aap ki koshish se, aap ke kaam se phir peace aayega.</w:t>
      </w:r>
    </w:p>
    <w:p>
      <w:pPr>
        <w:jc w:val="right"/>
      </w:pPr>
      <w:r>
        <w:t>تو پھر اس کے بعد پیس ہو جائے گا۔ یہ بالکل یعنی اس کی کوئی فیزیبلٹی نہیں ہے۔ ایک ہی صحیح فارمولا ہے جو قرآن نے دیا ہے، وہ یہ ہے کہ اسٹیٹس کو کو ایکسیپٹ کر کے پیس قائم کرو تو کیا ہوگا؟ اپرچونیٹیز کھلیں گی۔ جب اپرچونیٹیز کھلیں گی تو آپ کو کام کے مواقع ہوں گے۔ آپ کی کوشش سے، آپ کے کام سے پھر پیس آئے گا۔</w:t>
      </w:r>
    </w:p>
    <w:p>
      <w:r>
        <w:rPr>
          <w:b/>
        </w:rPr>
        <w:t xml:space="preserve">[1:50:47] </w:t>
      </w:r>
      <w:r>
        <w:t>phir phir justice milegi. to peace ke sath jo aati hai, woh opportunity aati hai, na ke justice. yeh formula quran ne diya aur is ke rasool Allah salallahu alaihi wasallam ne is ko amal kar ke dikhaya. mein samajhta hoon ke yeh bhi history mein is baat ko mein ne pacifism par jo ek mustaqil discipline hai, pacifism mein bohat si kitabein parhin. pacifism mein logon ko koi bhi workable formula nahi mujhe mila.</w:t>
      </w:r>
    </w:p>
    <w:p>
      <w:pPr>
        <w:jc w:val="right"/>
      </w:pPr>
      <w:r>
        <w:t>پھر پھر جسٹس ملے گی۔ تو پیس کے ساتھ جو آتی ہے، وہ اپرچونیٹی آتی ہے، نہ کہ جسٹس۔ یہ فارمولا قرآن نے دیا اور اس کے رسول اللہ صلی اللہ علیہ وسلم نے اس کو عمل کر کے دکھایا۔ میں سمجھتا ہوں کہ یہ بھی ہسٹری میں اس بات کو میں نے پیسیفزم پر جو ایک مستقل ڈسپلن ہے، پیسیفزم میں بہت سی کتابیں پڑھیں۔ پیسیفزم میں لوگوں کو کوئی بھی ورک ایبل فارمولا نہیں مجھے ملے۔</w:t>
      </w:r>
    </w:p>
    <w:p>
      <w:r>
        <w:rPr>
          <w:b/>
        </w:rPr>
        <w:t xml:space="preserve">[1:51:17] </w:t>
      </w:r>
      <w:r>
        <w:t>mujhe mila workable formula, mujhe mila quran ke mutale se ke workable formula yeh hai ke pehle peace qaim karo, existing situation ko accept kar ke, aur phir is ke baad opportunities jo khulti hain, un ko avail karo. avail kar ke phir tumhein justice milegi. yahi hai workable formula peace ka.</w:t>
      </w:r>
    </w:p>
    <w:p>
      <w:pPr>
        <w:jc w:val="right"/>
      </w:pPr>
      <w:r>
        <w:t>مجھے ملا ورک ایبل فارمولا، مجھے ملا قرآن کے مطالعے سے کہ ورک ایبل فارمولا یہ ہے کہ پہلے پیس قائم کرو، ایگزسٹنگ سچوئیشن کو ایکسیپٹ کر کے، اور پھر اس کے بعد اپرچونیٹیز جو کھلتی ہیں، ان کو اویل کرو۔ اویل کر کے پھر تمہیں جسٹس ملے گی۔ یہی ہے ورک ایبل فارمولا پیس کا۔</w:t>
      </w:r>
    </w:p>
    <w:p>
      <w:r>
        <w:rPr>
          <w:b/>
        </w:rPr>
        <w:t xml:space="preserve">[1:51:50] </w:t>
      </w:r>
      <w:r>
        <w:t>to is tarah ki bohat si baatein hain quran ke silsile mein, aur mein ne taqreeban 200 kitabein likhi hain quran ke gird gird mukhtalif jo mawaad hain is par, aur mein ne detail ke sath in baaton ko bataya hai ke siwaye quran ke kahin bhi haqeeqi maano mein peace ka formula nahi milta. jo formula milta hai logon ke haan, woh yahi hai ke status quo kuch change karo, yani lad</w:t>
      </w:r>
    </w:p>
    <w:p>
      <w:pPr>
        <w:jc w:val="right"/>
      </w:pPr>
      <w:r>
        <w:t>تو اس طرح کی بہت سی باتیں ہیں قرآن کے سلسلے میں، اور میں نے تقریباً 200 کتابیں لکھی ہیں قرآن کے ارد گرد مختلف جو موضوعات ہیں اس پر، اور میں نے ڈیٹیل کے ساتھ ان باتوں کو بتایا ہے کہ سوائے قرآن کے کہیں بھی حقیقی معنوں میں پیس کا فارمولا نہیں ملتا۔ جو فارمولا ملتا ہے لوگوں کے ہاں، وہ یہی ہے کہ اسٹیٹس کو کچھ چینج کرو، یعنی ل</w:t>
      </w:r>
    </w:p>
    <w:p>
      <w:r>
        <w:rPr>
          <w:b/>
        </w:rPr>
        <w:t xml:space="preserve">[1:52:20] </w:t>
      </w:r>
      <w:r>
        <w:t>o. in ka jo safar hai peace ka, woh war se war se shuru hota hai. saare peace peace ke liye uthe jo log, sab ne kya kiya ke jo bhi us waqt system tha, us system se lade. is ko toda unhone taake peace lane lane ke liye aur phir justice qaim karne ke liye. to is ne kaha ke in ka formula jo peace ka hai, woh shuru hota hai war se. to war</w:t>
      </w:r>
    </w:p>
    <w:p>
      <w:pPr>
        <w:jc w:val="right"/>
      </w:pPr>
      <w:r>
        <w:t>ڑو۔ ان کا جو سفر ہے پیس کا، وہ وار سے وار سے شروع ہوتا ہے۔ سارے پیس پیس کے لیے اٹھے جو لوگ، سب نے کیا کیا کہ جو بھی اس وقت سسٹم تھا، اس سسٹم سے لڑے۔ اس کو توڑا انہوں نے تاکہ پیس لانے لانے کے لیے اور پھر جسٹس قائم کرنے کے لیے۔ تو اس نے کہا کہ ان کا فارمولا جو پیس کا ہے، وہ شروع ہوتا ہے وار سے۔ تو و</w:t>
      </w:r>
    </w:p>
    <w:p>
      <w:r>
        <w:rPr>
          <w:b/>
        </w:rPr>
        <w:t xml:space="preserve">[1:52:50] </w:t>
      </w:r>
      <w:r>
        <w:t>se jo jo shuru ho, jo formula, use peace kahan se aayega? phir sadiyon se ladai ho rahi hai, sadiyon se ladai ho rahi hai. to peace ka practical formula ya workable formula woh hai jo peace se shuru ho. jab aap accept kar lete hain status quo ko, to phir ladai khatam ho jati hai aur opportunities khulti hain. aur jab opportunities khulti hain to aap ko mawaqe</w:t>
      </w:r>
    </w:p>
    <w:p>
      <w:pPr>
        <w:jc w:val="right"/>
      </w:pPr>
      <w:r>
        <w:t>ار سے جو جو شروع ہو، جو فارمولا، اسے پیس کہاں سے آئے گا؟ پھر صدیوں سے لڑائی ہو رہی ہے، صدیوں سے لڑائی ہو رہی ہے۔ تو پیس کا پریکٹیکل فارمولا یا ورک ایبل فارمولا وہ ہے جو پیس سے شروع ہو۔ جب آپ ایکسیپٹ کر لیتے ہیں اسٹیٹس کو کو، تو پھر لڑائی ختم ہو جاتی ہے اور اپرچونیٹیز کھلتی ہیں۔ اور جب اپرچونیٹیز کھلتی ہیں تو آپ کو م</w:t>
      </w:r>
    </w:p>
    <w:p>
      <w:r>
        <w:rPr>
          <w:b/>
        </w:rPr>
        <w:t xml:space="preserve">[1:53:20] </w:t>
      </w:r>
      <w:r>
        <w:t>milta hai ke aap un ko avail karein education ki field mein, economic field mein, aur society reformation ki field mein. jitne bhi other than political confrontation, jitne bhi doosre shobay hain, un mein aap ko kaam karne ka mauqa milta hai, jaisa ke rasool Allah ne kiya quran ki rehnumai mein. aur is tarah se phir kya hota hai? dunya mein peace bhi aata hai aur justice bhi aata</w:t>
      </w:r>
    </w:p>
    <w:p>
      <w:pPr>
        <w:jc w:val="right"/>
      </w:pPr>
      <w:r>
        <w:t>وقع ملتا ہے کہ آپ ان کو اویل کریں ایجوکیشن کی فیلڈ میں، اکنامک فیلڈ میں، اور سوسائٹی ریفارمیشن کی فیلڈ میں۔ جتنے بھی ادر دین پولیٹیکل کنفرنٹیشن، جتنے بھی دوسرے شعبے ہیں، ان میں آپ کو کام کرنے کا موقع ملتا ہے، جیسا کہ رسول اللہ نے کیا قرآن کی رہنمائی میں۔ اور اس طرح سے پھر کیا ہوتا ہے؟ دنیا میں پیس بھی آتا ہے اور جسٹس بھی آ</w:t>
      </w:r>
    </w:p>
    <w:p>
      <w:r>
        <w:rPr>
          <w:b/>
        </w:rPr>
        <w:t xml:space="preserve">[1:53:50] </w:t>
      </w:r>
      <w:r>
        <w:t>hai. to yeh yeh baatein hain kuch jo mein ne quran ke bare mein kahin. mein yeh kahunga ke quran ko samajhne ke liye is ki gehri study bohat zaroori hai. sirf translation parh lena kafi nahi hai. khud aap time laga kar</w:t>
      </w:r>
    </w:p>
    <w:p>
      <w:pPr>
        <w:jc w:val="right"/>
      </w:pPr>
      <w:r>
        <w:t>تی ہے۔ تو یہ یہ باتیں ہیں کچھ جو میں نے قرآن کے بارے میں کہیں۔ میں یہ کہوں گا کہ قرآن کو سمجھنے کے لیے اس کی گہری سٹڈی بہت ضروری ہے۔ صرف ٹرانسیشن پڑھ لینا کافی نہیں ہے۔ خود آپ ٹائم لگا کر</w:t>
      </w:r>
    </w:p>
    <w:p>
      <w:r>
        <w:rPr>
          <w:b/>
        </w:rPr>
        <w:t xml:space="preserve">[1:54:20] </w:t>
      </w:r>
      <w:r>
        <w:t>quran ko parhein aur jo kuch lines mein hai, is ke ilawa jo between the lines hai, us ko bhi parhne ki koshish karein. tab aap quran ko is ki gehrai ke sath payenge. isi liye quran mein hai ke "liyatadabbaru ayatihi" yani quran utara gaya is liye ke log is ki ayaton par tadabbur karein, ghore karein. hadith mein aata hai ke "likulli ayatin minha zahr wa batn" yani har ayat ka ek ek</w:t>
      </w:r>
    </w:p>
    <w:p>
      <w:pPr>
        <w:jc w:val="right"/>
      </w:pPr>
      <w:r>
        <w:t>قرآن کو پڑھیں اور جو کچھ لائنز میں ہے، اس کے علاوہ جو بٹوین دا لائنز ہے، اس کو بھی پڑھنے کی کوشش کریں۔ تب آپ قرآن کو اس کی گہرائی کے ساتھ پائیں گے۔ اسی لیے قرآن میں ہے کہ "لیتبرو ایاتہ" یعنی قرآن اتارا گیا اس لیے کہ لوگ اس کی آیتوں پر تدبر کریں، غور کریں۔ حدیث میں آتا ہے کہ "لکل آیت منہا زہر و بطن" یعنی ہر آیت کا ایک ایک</w:t>
      </w:r>
    </w:p>
    <w:p>
      <w:r>
        <w:rPr>
          <w:b/>
        </w:rPr>
        <w:t xml:space="preserve">[1:54:50] </w:t>
      </w:r>
      <w:r>
        <w:t>mafhoom jo hai, woh lines mein hai, ek doosra mafhoom jo between the lines hai. to jab tak dono aitbar se mutala nahi kiya jayega, quran ki jo wisdom hai, woh nahi khulegi. to mein dua karta hoon ke Allah taala hum sab ko tofeeq de ke hum khule zehan ke sath sirf sachai ki talash ke liye, sirf seeking spirit ke liye hum quran ko parhein.</w:t>
      </w:r>
    </w:p>
    <w:p>
      <w:pPr>
        <w:jc w:val="right"/>
      </w:pPr>
      <w:r>
        <w:t>مفہوم جو ہے، وہ لائنز میں ہے، ایک دوسرا مفہوم جو بٹوین دا لائنز ہے۔ تو جب تک دونوں اعتبار سے مطالعہ نہیں کیا جائے گا، قرآن کی جو وزڈم ہے، وہ نہیں کھلے گی۔ تو میں دعا کرتا ہوں کہ اللہ تعالی ہم سب کو توفیق دے کہ ہم کھلے ذہن کے ساتھ صرف سچائی کی تلاش کے لیے، صرف سیکنگ اسپرٹ کے لیے ہم قرآن کو پڑھیں۔</w:t>
      </w:r>
    </w:p>
    <w:p>
      <w:r>
        <w:rPr>
          <w:b/>
        </w:rPr>
        <w:t xml:space="preserve">[1:55:24] </w:t>
      </w:r>
      <w:r>
        <w:t>tab hum sachai tak pahunch jayenge.</w:t>
      </w:r>
    </w:p>
    <w:p>
      <w:pPr>
        <w:jc w:val="right"/>
      </w:pPr>
      <w:r>
        <w:t>تب ہم سچائی تک پہنچ جائیں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