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Introduction to Islam | March 11, 2012 | Maulana Wahiduddin Khan</w:t>
      </w:r>
    </w:p>
    <w:p>
      <w:r>
        <w:t>https://www.youtube.com/watch?v=hu9tFuD55SI</w:t>
      </w:r>
    </w:p>
    <w:p>
      <w:r>
        <w:rPr>
          <w:b/>
        </w:rPr>
        <w:t xml:space="preserve">[00:01] </w:t>
      </w:r>
      <w:r>
        <w:t>aakhir mein Muhammad salallahu alaihi wasallam aaye, lekin sab ka ek hi deen tha; koi naqis, kamil nahi tha, koi inferior, superior nahi tha. logon ko bata dein yom al jumuah ke bare mein ke ek din aayega jab saare hi paida kiye hue insan hashar ke maidan mein ikhatta honge. is ke baad logon ke record ke mutabiq un ke</w:t>
      </w:r>
    </w:p>
    <w:p>
      <w:pPr>
        <w:jc w:val="right"/>
      </w:pPr>
      <w:r>
        <w:t>آخر میں محمد صلی اللہ علیہ وسلم آئے، لیکن سب کا ایک ہی دین تھا؛ کوئی ناقص، کامل نہیں تھا، کوئی انفیرئر، سپیئر نہیں تھا۔ لوگوں کو بتا دیں یوم الجمع کے بارے میں کہ ایک دن آئے گا جب سارے ہی پیدا کیے ہوئے انسان حشر کے میدان میں اکٹھا ہوں گے۔ اس کے بعد لوگوں کے ریکارڈ کے مطابق ان کے</w:t>
      </w:r>
    </w:p>
    <w:p>
      <w:r>
        <w:rPr>
          <w:b/>
        </w:rPr>
        <w:t xml:space="preserve">[00:32] </w:t>
      </w:r>
      <w:r>
        <w:t>eternal future ka faisla kiya jayega, abadi mustaqbil ka. Allah ne—yani is se maloom hota hai ke Allah ne poori kainat ko, poori kainat ka ek hi deen muqarrar kiya hai—woh deen hai submission. yani hamara jo freedom of choice hai, jo ikhtiyar hai, us ko poori tarah istemal kar ke, poori tarah istemal kar ke, hum right thing tak pahunchte hain. quran mein formula bataya gaya hai:</w:t>
      </w:r>
    </w:p>
    <w:p>
      <w:pPr>
        <w:jc w:val="right"/>
      </w:pPr>
      <w:r>
        <w:t>ایٹرنل فیوچر کا فیصلہ کیا جائے گا، ابدی مستقبل کا۔ اللہ نے—یعنی اس سے معلوم ہوتا ہے کہ اللہ نے پوری کائنات کو، پوری کائنات کا ایک ہی دین مقرر کیا ہے—وہ دین ہے سبمیشن۔ یعنی ہمارا جو فریڈم آف چوائس ہے، جو اختیار ہے، اس کو پوری طرح استعمال کر کے، پوری طرح استعمال کر کے، ہم رائٹ تھنگ تک پہنچتے ہیں۔ قرآن میں فارمولا بتایا گیا ہے:</w:t>
      </w:r>
    </w:p>
    <w:p>
      <w:r>
        <w:rPr>
          <w:b/>
        </w:rPr>
        <w:t xml:space="preserve">[01:03] </w:t>
      </w:r>
      <w:r>
        <w:t>eternal life mein kamli ka. is dunya mein hum aarzi taur par hain, is ke baad hum jayenge ek abadi dunya mein. is abadi dunya mein kaise hum kamyab hon, is ka formula bataya gaya hai. bas yeh hai quran ka mawad.</w:t>
      </w:r>
    </w:p>
    <w:p>
      <w:pPr>
        <w:jc w:val="right"/>
      </w:pPr>
      <w:r>
        <w:t>ایٹرنل لائف میں کاملی کا۔ اس دنیا میں ہم عارضی طور پر ہیں، اس کے بعد ہم جائیں گے ایک ابدی دنیا میں۔ اس ابدی دنیا میں کیسے ہم کامیاب ہوں، اس کا فارمولا بتایا گیا ہے۔ بس یہ ہے قرآن کا موضوع۔</w:t>
      </w:r>
    </w:p>
    <w:p>
      <w:r>
        <w:rPr>
          <w:b/>
        </w:rPr>
        <w:t xml:space="preserve">[01:33] </w:t>
      </w:r>
      <w:r>
        <w:t>bismillah hir rahman nir rahim, wa sallallahu ala nabiyyil karim. rab ishrah li sadri, wa yassir li amri, wah lul uqdatan min lisani, yafqahu qawli. aaj ka topic hai: an introduction to Islam</w:t>
      </w:r>
    </w:p>
    <w:p>
      <w:pPr>
        <w:jc w:val="right"/>
      </w:pPr>
      <w:r>
        <w:t>بسم اللہ الرحمن الرحیم، وصلی اللہ علی النبی الکریم۔ رب اشرح لی صدری، ویسر لی امری، واحل العقدۃ من لسانی، یفقہ قولی۔ آج کا ٹاپک ہے: این انٹروڈکشن ٹو اسلام</w:t>
      </w:r>
    </w:p>
    <w:p>
      <w:r>
        <w:rPr>
          <w:b/>
        </w:rPr>
        <w:t xml:space="preserve">[02:04] </w:t>
      </w:r>
      <w:r>
        <w:t>, yani Islam ka taaruf. Islam ke bare mein aam taur par jis tarah taaruf kiya jata hai, woh nihayat baseless type ka hota hai, yani quran o hadith se is ka koi taluq nahi. misaal ke taur par abhi mein ek article parh raha tha,</w:t>
      </w:r>
    </w:p>
    <w:p>
      <w:pPr>
        <w:jc w:val="right"/>
      </w:pPr>
      <w:r>
        <w:t>، یعنی اسلام کا تعارف۔ اسلام کے بارے میں عام طور پر جس طرح تعارف کیا جاتا ہے، وہ نہایت بیسلس ٹائپ کا ہوتا ہے، یعنی قرآن و حدیث سے اس کا کوئی تعلق نہیں۔ مثلاً ابھی میں ایک آرٹیکل پڑھ رہا تھا،</w:t>
      </w:r>
    </w:p>
    <w:p>
      <w:r>
        <w:rPr>
          <w:b/>
        </w:rPr>
        <w:t xml:space="preserve">[02:34] </w:t>
      </w:r>
      <w:r>
        <w:t>us mein tha ke Islam is a unique religion. yeh ek, mere nazdeek, bilkul galat baat hai. Islam koi unique religion nahi hai; wohi same religion hai jo Hazrat Adam se shuru hua aur rasool Allah tak jari raha. aise hi kuch log kehte hain ke Islam ek superior religion hai, koi kehta hai ke Islam ek afzal religion hai, koi kehta hai ke Islam mukammal mazhab hai. yeh saari baatein woh</w:t>
      </w:r>
    </w:p>
    <w:p>
      <w:pPr>
        <w:jc w:val="right"/>
      </w:pPr>
      <w:r>
        <w:t>اس میں تھا کہ اسلام از اے یونیک ریلیجن۔ یہ ایک، میرے نزدیک، بالکل غلط بات ہے۔ اسلام کوئی یونیک ریلیجن نہیں ہے؛ وہی سیم ریلیجن ہے جو حضرت آدم سے شروع ہوا اور رسول اللہ تک جاری رہا۔ ایسے ہی کچھ لوگ کہتے ہیں کہ اسلام ایک سپیئر ریلیجن ہے، کوئی کہتا ہے کہ اسلام ایک افضل ریلیجن ہے، کوئی کہتا ہے کہ اسلام مکمل مذہب ہے۔ یہ ساری باتیں وہ</w:t>
      </w:r>
    </w:p>
    <w:p>
      <w:r>
        <w:rPr>
          <w:b/>
        </w:rPr>
        <w:t xml:space="preserve">[03:04] </w:t>
      </w:r>
      <w:r>
        <w:t>hain jo jin ka quran o hadith se koi taluq nahi hai. khud quran o hadith mein Islam ko kya hasiyat di gayi hai, woh yeh hai ke saari tareekh mein Allah taala ne peghambar bheje, apne apne paigham ko pahunchane ke liye. ek hi paigham</w:t>
      </w:r>
    </w:p>
    <w:p>
      <w:pPr>
        <w:jc w:val="right"/>
      </w:pPr>
      <w:r>
        <w:t>ہیں جو جن کا قرآن و حدیث سے کوئی تعلق نہیں ہے۔ خود قرآن و حدیث میں اسلام کو کیا حیثیت دی گئی ہے، وہ یہ ہے کہ ساری تاریخ میں اللہ تعالیٰ نے پیغمبر بھیجے، اپنے اپنے پیغام کو پہنچانے کے لیے۔ ایک ہی پیغام</w:t>
      </w:r>
    </w:p>
    <w:p>
      <w:r>
        <w:rPr>
          <w:b/>
        </w:rPr>
        <w:t xml:space="preserve">[03:34] </w:t>
      </w:r>
      <w:r>
        <w:t>tha, aur ek hi—usi ek paigham ko le kar tamam peghambar aaye. aakhir mein Muhammad salallahu alaihi wasallam aaye. lekin sab ka ek hi deen tha; koi naqis, kamil nahi tha, koi inferior, superior nahi tha. sirf farq sirf ek hai, woh hai: لَهُ نَزَّلْنَا الذِّكْرَ وَإِنَّا لَهُ الْحَافِظُونَ. yani yeh</w:t>
      </w:r>
    </w:p>
    <w:p>
      <w:pPr>
        <w:jc w:val="right"/>
      </w:pPr>
      <w:r>
        <w:t>تھا، اور ایک ہی—اسی ایک پیغام کو لے کر تمام پیغمبر آئے۔ آخر میں محمد صلی اللہ علیہ وسلم آئے۔ لیکن سب کا ایک ہی دین تھا؛ کوئی ناقص، کامل نہیں تھا، کوئی انفیرئر، سپیئر نہیں تھا۔ صرف فرق صرف ایک ہے، وہ ہے: لَهُ نَزَّلْنَا الذِّكْرَ وَإِنَّا لَهُ الْحَافِظُونَ۔ یعنی یہ</w:t>
      </w:r>
    </w:p>
    <w:p>
      <w:r>
        <w:rPr>
          <w:b/>
        </w:rPr>
        <w:t xml:space="preserve">[04:04] </w:t>
      </w:r>
      <w:r>
        <w:t>jo quran hai, wohi same deen is mein bhi bataya gaya hai. farq sirf yeh hai ke yeh ek mehfooz kitab hai, preserved book hai. ek hi wahid cheez hai jo alag hai doosre mazhab se, is ka mehfooz hona, aur koi farq nahi hai. doosre farq jo batate hain woh log, woh un ki qaumi zaban hoti hai, woh quran o hadith ki zaban nahi hoti.</w:t>
      </w:r>
    </w:p>
    <w:p>
      <w:pPr>
        <w:jc w:val="right"/>
      </w:pPr>
      <w:r>
        <w:t>جو قرآن ہے، وہی سیم دین اس میں بھی بتایا گیا ہے۔ فرق صرف یہ ہے کہ یہ ایک محفوظ کتاب ہے، پریزروڈ بک ہے۔ ایک ہی واحد چیز ہے جو الگ ہے دوسرے مذہب سے، اس کا محفوظ ہونا، اور کوئی فرق نہیں ہے۔ دوسرے فرق جو بتاتے ہیں وہ لوگ، وہ ان کی قومی زبان ہوتی ہے، وہ قرآن و حدیث کی زبان نہیں ہوتی۔</w:t>
      </w:r>
    </w:p>
    <w:p>
      <w:r>
        <w:rPr>
          <w:b/>
        </w:rPr>
        <w:t xml:space="preserve">[04:38] </w:t>
      </w:r>
      <w:r>
        <w:t>ab doosra sawal yeh hai ke quran ya doosri jo kitabein Allah ki taraf se aayin, un ka maqsad kya tha? un ka maqsad sirf ek tha, woh tha: Allah taala ka jo creation plan hai, us se logon ko ba khabar karna. insan jab dunya mein aata hai to</w:t>
      </w:r>
    </w:p>
    <w:p>
      <w:pPr>
        <w:jc w:val="right"/>
      </w:pPr>
      <w:r>
        <w:t>اب دوسرا سوال یہ ہے کہ قرآن یا دوسری جو کتابیں اللہ کی طرف سے آئیں، ان کا مقصد کیا تھا؟ ان کا مقصد صرف ایک تھا، وہ تھا: اللہ تعالیٰ کا جو کریشن پلان ہے، اس سے لوگوں کو باخبر کرنا۔ انسان جب دنیا میں آتا ہے تو</w:t>
      </w:r>
    </w:p>
    <w:p>
      <w:r>
        <w:rPr>
          <w:b/>
        </w:rPr>
        <w:t xml:space="preserve">[05:08] </w:t>
      </w:r>
      <w:r>
        <w:t>apne sath koi book nahi lata. kisi pahad ki choti par koi likha hua nahi hai ke kya hai dunya, kya hai insan, kya hai maut, kya hai zindagi. to yeh jo masla hai insan ka, har insan ka, aur aurat aur mard ka, us ko batane ke liye Allah ne anbiya bheje, aur isi ko batane ke liye quran ko mehfooz kar diya</w:t>
      </w:r>
    </w:p>
    <w:p>
      <w:pPr>
        <w:jc w:val="right"/>
      </w:pPr>
      <w:r>
        <w:t>اپنے ساتھ کوئی بک نہیں لاتا۔ کسی پہاڑ کی چوٹی پر کوئی لکھا ہوا نہیں ہے کہ کیا ہے دنیا، کیا ہے انسان، کیا ہے موت، کیا ہے زندگی۔ تو یہ جو مسئلہ ہے انسان کا، ہر انسان کا، اور عورت اور مرد کا، اس کو بتانے کے لیے اللہ نے انبیاء بھیجے، اور اسی کو بتانے کے لیے قرآن کو محفوظ کر دیا</w:t>
      </w:r>
    </w:p>
    <w:p>
      <w:r>
        <w:rPr>
          <w:b/>
        </w:rPr>
        <w:t xml:space="preserve">[05:38] </w:t>
      </w:r>
      <w:r>
        <w:t>۔ is ka khulasa dekhiye, surah ash shura mein aaya hai ke quran ko kyun utara. to us mein yahi hai ke yeh batane ke liye, is haqeeqat se logon ko ba khabar karne ke liye. is mein yeh alfaaz hain: لِتُنذِرَ يَوْمَ الْجَمْعِ لَا رَيْبَ فِيهِ، فَرِيقٌ فِي الْجَنَّةِ وَفَرِيقٌ فِي السَّعِيرِ.</w:t>
      </w:r>
    </w:p>
    <w:p>
      <w:pPr>
        <w:jc w:val="right"/>
      </w:pPr>
      <w:r>
        <w:t>۔ اس کا خلاصہ دیکھیے، سورہ السورہ میں آیا ہے کہ قرآن کو کیوں اتارا۔ تو اس میں یہی ہے کہ یہ بتانے کے لیے، اس حقیقت سے لوگوں کو باخبر کرنے کے لیے۔ اس میں یہ الفاظ ہیں: لَتُنذِرَ يَوْمَ الْجَمْعِ لَا رَيْبَ فِيهِ، فَرِيقٌ فِي الْجَنَّةِ وَفَرِيقٌ فِي السَّيِّرِ۔</w:t>
      </w:r>
    </w:p>
    <w:p>
      <w:r>
        <w:rPr>
          <w:b/>
        </w:rPr>
        <w:t xml:space="preserve">[06:08] </w:t>
      </w:r>
      <w:r>
        <w:t>logon ko bata de yom ul juma ke bare mein ke ek din aayega jab sare hi paida kiye hue insan hashar ke maidan mein ekatha honge. iske baad logon ke record ke mutabiq unke eternal future ka faisla kiya jayega, abadi mustaqbil ka. aur iske baad kya hoga? fareeqٌ</w:t>
      </w:r>
    </w:p>
    <w:p>
      <w:pPr>
        <w:jc w:val="right"/>
      </w:pPr>
      <w:r>
        <w:t>لوگوں کو بتا دے یوم الجمع کے بارے میں کہ ایک دن آئے گا جب سارے ہی پیدا کیے ہوئے انسان حشر کے میدان میں اکٹھا ہوں گے۔ اس کے بعد لوگوں کے ریکارڈ کے مطابق ان کے ایٹرنل فیوچر کا فیصلہ کیا جائے گا، ابدی مستقبل کا۔ اور اس کے بعد کیا ہوگا؟ فَرِيقٌ</w:t>
      </w:r>
    </w:p>
    <w:p>
      <w:r>
        <w:rPr>
          <w:b/>
        </w:rPr>
        <w:t xml:space="preserve">[06:38] </w:t>
      </w:r>
      <w:r>
        <w:t>fi al jannah wa fareeq fi al sa'ir. ek group jannat mein hoga, paradise mein, aur doosra group aag mein hoga, hell mein. yeh baat hai aham tareen Allah ki nazar mein, jis se logon ko ba-khabar karna maqsood hai. aaj mein akhbar padh raha tha to Lucknow ki date line ke sath</w:t>
      </w:r>
    </w:p>
    <w:p>
      <w:pPr>
        <w:jc w:val="right"/>
      </w:pPr>
      <w:r>
        <w:t>فِي الْجَنَّةِ وَفَرِيقٌ فِي السَّيِّرِ۔ ایک گروپ جنت میں ہوگا، پارڈائز میں، اور دوسرا گروپ آگ میں ہوگا، ہیل میں۔ یہ بات ہے اہم ترین اللہ کی نظر میں، جس سے لوگوں کو باخبر کرنا مقصود ہے۔ آج میں اخبار پڑھ رہا تھا تو لکھنو کی ڈیٹ لائن کے ساتھ</w:t>
      </w:r>
    </w:p>
    <w:p>
      <w:r>
        <w:rPr>
          <w:b/>
        </w:rPr>
        <w:t xml:space="preserve">[07:08] </w:t>
      </w:r>
      <w:r>
        <w:t>ek report thi. aap jante hain ke Lucknow mein abhi election hua hai, is mein ek party haar gayi, doosri party jeet gayi. to Lucknow ki date line ke sath jo report thi, us mein yeh tha ke haari hui party ke khemey mein har taraf udasi chhayi hui hai, aur jeeti hui party ka jo khemey hai, us mein har taraf kh</w:t>
      </w:r>
    </w:p>
    <w:p>
      <w:pPr>
        <w:jc w:val="right"/>
      </w:pPr>
      <w:r>
        <w:t>ایک رپورٹ تھی۔ آپ جانتے ہیں کہ لکھنو میں ابھی الیکشن ہوا ہے، اس میں ایک پارٹی ہار گئی، دوسری پارٹی جیت گئی۔ تو لکھنو کی ڈیٹ لائن کے ساتھ جو رپورٹ تھی، اس میں یہ تھا کہ ہاری ہوئی پارٹی کے خیمے میں ہر طرف اداسی چھائی ہوئی ہے، اور جیتی ہوئی پارٹی کا جو خیمہ ہے، اس میں ہر طرف خ</w:t>
      </w:r>
    </w:p>
    <w:p>
      <w:r>
        <w:rPr>
          <w:b/>
        </w:rPr>
        <w:t xml:space="preserve">[07:38] </w:t>
      </w:r>
      <w:r>
        <w:t>ushi ka manzar hai. yahi hai: fareeqٌ fi al jannah wa fareeqٌ fi al sa'ir. ek waqt aane wala hai jab kuch haare hue insan honge, kuch jeete hue insan honge. kaisa ajeeb din aane wala hai. is aane wale din ko koi rok nahi sakta hai, koi bhi nahi. na koi badshah, na koi</w:t>
      </w:r>
    </w:p>
    <w:p>
      <w:pPr>
        <w:jc w:val="right"/>
      </w:pPr>
      <w:r>
        <w:t>وشی کا منظر ہے۔ یہی ہے: فَرِيقٌ فِي الْجَنَّةِ وَفَرِيقٌ فِي السَّيِّرِ۔ ایک وقت آنے والا ہے جب کچھ ہارے ہوئے انسان ہوں گے، کچھ جیتے ہوئے انسان ہوں گے۔ کیسا عجیب دن آنے والا ہے۔ اس آنے والے دن کو کوئی روک نہیں سکتا ہے، کوئی بھی نہیں۔ نہ کوئی بادشاہ، نہ کوئی</w:t>
      </w:r>
    </w:p>
    <w:p>
      <w:r>
        <w:rPr>
          <w:b/>
        </w:rPr>
        <w:t xml:space="preserve">[08:10] </w:t>
      </w:r>
      <w:r>
        <w:t>daulatmand, na koi power wala aadmi, na koi powerless aadmi. yeh anjam sab ke liye aane hi aana hai. sab ke liye aane aana hai. ab dekhiye ke Quran kya paigham deta hai, yaani Allah ki jo kitab hai, woh kya paigham deti hai. to yahan bhi mein ek akhbar, ye</w:t>
      </w:r>
    </w:p>
    <w:p>
      <w:pPr>
        <w:jc w:val="right"/>
      </w:pPr>
      <w:r>
        <w:t>دولت مند، نہ کوئی پاور والا آدمی، نہ کوئی پاور لیس آدمی۔ یہ انجام سب کے لیے آنے ہی آنا ہے۔ سب کے لیے آنے آنا ہے۔ اب دیکھیے کہ قرآن کیا پیغام دیتا ہے، یعنی اللہ کی جو کتاب ہے، وہ کیا پیغام دیتی ہے۔ تو یہاں بھی میں ایک اخبار، ی</w:t>
      </w:r>
    </w:p>
    <w:p>
      <w:r>
        <w:rPr>
          <w:b/>
        </w:rPr>
        <w:t xml:space="preserve">[08:40] </w:t>
      </w:r>
      <w:r>
        <w:t>ani ek hawala doonga aaj ka. aaj subah mein All India Radio sun raha tha, aaj subah. to Sunday ke din unka ek program hai, ek khaas interview nashr karte hain woh. to aaj jo interview tha, woh election commissioner Mr. Qureshi ka tha. to aap ko maloom hai ke abhi jo riyasaton mein el</w:t>
      </w:r>
    </w:p>
    <w:p>
      <w:pPr>
        <w:jc w:val="right"/>
      </w:pPr>
      <w:r>
        <w:t>عنی ایک حوالہ دوں گا آج کا۔ آج صبح میں آل انڈیا ریڈیو سن رہا تھا، آج صبح۔ تو سنڈے کے دن ان کا ایک پروگرام ہے، ایک خاص انٹرویو نشر کرتے ہیں وہ۔ تو آج جو انٹرویو تھا، وہ الیکشن کمشنر مسٹر قریشی کا تھا۔ تو آپ کو معلوم ہے کہ ابھی جو ریاستوں میں ال</w:t>
      </w:r>
    </w:p>
    <w:p>
      <w:r>
        <w:rPr>
          <w:b/>
        </w:rPr>
        <w:t xml:space="preserve">[09:10] </w:t>
      </w:r>
      <w:r>
        <w:t>ection hue hain, is bar kai nayi baatein huin. maslan yeh ke zyada voteron ne vote diya, yaani voteron ka turn out pichhle record se zyada tha. kafi logon ne vote diya. ek naya pattern tha election ka. to interviewer ne poocha Mr. Qureshi se, jo election commissioner hain, ke yeh kaise hasil hua</w:t>
      </w:r>
    </w:p>
    <w:p>
      <w:pPr>
        <w:jc w:val="right"/>
      </w:pPr>
      <w:r>
        <w:t>یکشن ہوئے ہیں، اس بار کئی نئی باتیں ہوئیں۔ مثلاً یہ کہ زیادہ ووٹروں نے ووٹ دیا، یعنی ووٹروں کا ٹرن آؤٹ پچھلے ریکارڈ سے زیادہ تھا۔ کافی لوگوں نے ووٹ دیا۔ ایک نیا پیٹرن تھا الیکشن کا۔ تو انٹرویوور نے پوچھا مسٹر قریشی سے، جو الیکشن کمشنر ہیں، کہ یہ کیسے حاصل ہوا</w:t>
      </w:r>
    </w:p>
    <w:p>
      <w:r>
        <w:rPr>
          <w:b/>
        </w:rPr>
        <w:t xml:space="preserve">[09:40] </w:t>
      </w:r>
      <w:r>
        <w:t>? kyunke is se pehle yeh mashhoor tha ke vote aate nahi, woh apne ghar mein rehte hain, bahut thode log aate hain vote dene ke liye. to kaise hua ke log aaye? to unhon ne ek lafz istemal kiya: voter education. ke hum ne voter education ka program chalaya, jagah jagah, gaon gaon, town town, logon ko educate kiya. to vo</w:t>
      </w:r>
    </w:p>
    <w:p>
      <w:pPr>
        <w:jc w:val="right"/>
      </w:pPr>
      <w:r>
        <w:t>؟ کیونکہ اس سے پہلے یہ مشہور تھا کہ ووٹ آتے نہیں، وہ اپنے گھر میں رہتے ہیں، بہت تھوڑے لوگ آتے ہیں ووٹ دینے کے لیے۔ تو کیسے ہوا کہ لوگ آئے؟ تو انہوں نے ایک لفظ استعمال کیا: ووٹر ایجوکیشن۔ کہ ہم نے ووٹر ایجوکیشن کا پروگرام چلایا، جگہ جگہ، گاؤں گاؤں، ٹاؤن ٹاؤن، لوگوں کو ایجوکیٹ کیا۔ تو و</w:t>
      </w:r>
    </w:p>
    <w:p>
      <w:r>
        <w:rPr>
          <w:b/>
        </w:rPr>
        <w:t xml:space="preserve">[10:10] </w:t>
      </w:r>
      <w:r>
        <w:t>ter education ke lafz se mera dhyan muntaqil hua ke Quran ka maqsad bhi hai: human education. human education, yaani insan ko tayyar karna, insan ko educate karna, ke woh aane wale din ka samna kar sake. aane wale din mein woh achhe mustaqbil ko pa le. aane wale din mein is ka thikana jannat ho. yeh hai.</w:t>
      </w:r>
    </w:p>
    <w:p>
      <w:pPr>
        <w:jc w:val="right"/>
      </w:pPr>
      <w:r>
        <w:t>وٹر ایجوکیشن کے لفظ سے میرا دھیان منتقل ہوا کہ قرآن کا مقصد بھی ہے: ہیومن ایجوکیشن۔ ہیومن ایجوکیشن، یعنی انسان کو تیار کرنا، انسان کو ایجوکیٹ کرنا، کہ وہ آنے والے دن کا سامنا کر سکے۔ آنے والے دن میں وہ اچھے مستقبل کو پا لے۔ آنے والے دن میں اس کا ٹھکانہ جنت ہو۔ یہ ہے۔</w:t>
      </w:r>
    </w:p>
    <w:p>
      <w:r>
        <w:rPr>
          <w:b/>
        </w:rPr>
        <w:t xml:space="preserve">[10:41] </w:t>
      </w:r>
      <w:r>
        <w:t>to kaha: human education hai Quran ka tareeqa. ab dekhiye ke is ke kya kya baatein hain, human education mein jo Quran bata raha hai hum ko. is silsile mein ek ayat yeh hai Quran majeed mein ke: khalaqal mauta wal hayata li yablvukum</w:t>
      </w:r>
    </w:p>
    <w:p>
      <w:pPr>
        <w:jc w:val="right"/>
      </w:pPr>
      <w:r>
        <w:t>تو کہا: ہیومن ایجوکیشن ہے قرآن کا طریقہ۔ اب دیکھیے کہ اس کے کیا کیا باتیں ہیں، ہیومن ایجوکیشن میں جو قرآن بتا رہا ہے ہم کو۔ اس سلسلے میں ایک آیت یہ ہے قرآن مجید میں کہ: خَلَقَ الْمَوْتَ وَالْحَيَاةَ لِيَبْلُوَكُم</w:t>
      </w:r>
    </w:p>
    <w:p>
      <w:r>
        <w:rPr>
          <w:b/>
        </w:rPr>
        <w:t xml:space="preserve">[11:11] </w:t>
      </w:r>
      <w:r>
        <w:t>ayukum aslahu amala. khalaqal mauta wal hayata li yablvukum ayukum aslahu amala. Allah ne paida ki maut aur zindagi taake woh jaanch kar yeh dekhe ke tum mein se kaun best conduct wala hai, achhe amal wala hai. yeh hai. is se kya maloom hua?</w:t>
      </w:r>
    </w:p>
    <w:p>
      <w:pPr>
        <w:jc w:val="right"/>
      </w:pPr>
      <w:r>
        <w:t>ْ أَيُّكُمْ أَصَلُ عَمَلًا۔ خَلَقَ الْمَوْتَ وَالْحَيَاةَ لِيَبْلُوَكُمْ أَيُّكُمْ أَصَلُ عَمَلًا۔ اللہ نے پیدا کی موت اور زندگی تاکہ وہ جانچ کر یہ دیکھے کہ تم میں سے کون بیسٹ کنڈکٹ والا ہے، اچھے عمل والا ہے۔ یہ ہے۔ اس سے کیا معلوم ہوا؟</w:t>
      </w:r>
    </w:p>
    <w:p>
      <w:r>
        <w:rPr>
          <w:b/>
        </w:rPr>
        <w:t xml:space="preserve">[11:42] </w:t>
      </w:r>
      <w:r>
        <w:t>is se maloom hua ke yeh jo duniya hai, yeh jo planet earth hai, jahan insan basaya gaya hai, yeh hai selection ground. selection ground, yaani intikhabi maidan. yahan log chune ja rahe hain. ek ek individual ka chunao ho raha hai. yeh chunao individual, individual wise hota hai, group</w:t>
      </w:r>
    </w:p>
    <w:p>
      <w:pPr>
        <w:jc w:val="right"/>
      </w:pPr>
      <w:r>
        <w:t>اس سے معلوم ہوا کہ یہ جو دنیا ہے، یہ جو پلینٹ ارتھ ہے، جہاں انسان بسایا گیا ہے، یہ ہے سلیکشن گراؤنڈ۔ سلیکشن گراؤنڈ، یعنی انتخابی میدان۔ یہاں لوگ چنے جا رہے ہیں۔ ایک ایک انڈیویجول کا چناؤ ہو رہا ہے۔ یہ چناؤ انڈیویجول، انڈیویجول وائز ہوتا ہے، گروپ</w:t>
      </w:r>
    </w:p>
    <w:p>
      <w:r>
        <w:rPr>
          <w:b/>
        </w:rPr>
        <w:t xml:space="preserve">[12:12] </w:t>
      </w:r>
      <w:r>
        <w:t>wise nahi hota hai. kyunke dekhiye, salvation jo hai woh group wise nahi hai, woh individual wise hai, ek ek fard ke hisab se. to is duniya ka jo behtareen lafz hai Quran ke mutabiq woh yeh hai ke yeh selection ground hai. yahan insan chune ja rahe hain, yaani achhe aur bure ka yeh sorting</w:t>
      </w:r>
    </w:p>
    <w:p>
      <w:pPr>
        <w:jc w:val="right"/>
      </w:pPr>
      <w:r>
        <w:t>وائز نہیں ہوتا ہے۔ کیونکہ دیکھیے، سالویشن جو ہے وہ گروپ وائز نہیں ہے، وہ انڈیویجول وائز ہے، ایک ایک فرد کے حساب سے۔ تو اس دنیا کا جو بہترین لفظ ہے قرآن کے مطابق وہ یہ ہے کہ یہ سلیکشن گراؤنڈ ہے۔ یہاں انسان چنے جا رہے ہیں، یعنی اچھے اور برے کا یہ سارٹنگ</w:t>
      </w:r>
    </w:p>
    <w:p>
      <w:r>
        <w:rPr>
          <w:b/>
        </w:rPr>
        <w:t xml:space="preserve">[12:42] </w:t>
      </w:r>
      <w:r>
        <w:t>ho rahi hai, chhante ja rahe hain. ab aap dekhiye ke Quran mein kya bataya gaya hai criterion. Quran mein ek ayat yeh hai ke Allah ne, is se maloom hota hai ke Allah ne poori kainat ko, poori kainat ka ek hi deen muqarrar kiya hai.</w:t>
      </w:r>
    </w:p>
    <w:p>
      <w:pPr>
        <w:jc w:val="right"/>
      </w:pPr>
      <w:r>
        <w:t>ہو رہی ہے، چھانٹے جا رہے ہیں۔ اب آپ دیکھیے کہ قرآن میں کیا بتایا گیا ہے کرائٹیرین۔ قرآن میں ایک آیت یہ ہے کہ اللہ نے، اس سے معلوم ہوتا ہے کہ اللہ نے پوری کائنات کو، پوری کائنات کا ایک ہی دین مقرر کیا ہے۔</w:t>
      </w:r>
    </w:p>
    <w:p>
      <w:r>
        <w:rPr>
          <w:b/>
        </w:rPr>
        <w:t xml:space="preserve">[13:13] </w:t>
      </w:r>
      <w:r>
        <w:t>woh deen hai submission, yaani Islam. Islam ka matlab hai submission. to poori kainat ka deen submission hai, wahi deen insan se matloob hai. isi par maine ek pata article likha tha, us mein maine likha tha ke submission is the only religion for both man and the universe. submission is the only religion for both man and the universe</w:t>
      </w:r>
    </w:p>
    <w:p>
      <w:pPr>
        <w:jc w:val="right"/>
      </w:pPr>
      <w:r>
        <w:t>وہ دین ہے سبمیشن، یعنی اسلام۔ اسلام کا مطلب ہے سبمیشن۔ تو پوری کائنات کا دین سبمیشن ہے، وہی دین انسان سے مطلوب ہے۔ اسی پر میں نے ایک پتہ آرٹیکل لکھا تھا، اس میں میں نے لکھا تھا کہ سبمیشن از دا اونلی ریلیجن فار بوتھ مین اینڈ دی یونیورس۔ سبمیشن از دا اونلی ریلیجن فار بوتھ مین اینڈ دی یونیورس</w:t>
      </w:r>
    </w:p>
    <w:p>
      <w:r>
        <w:rPr>
          <w:b/>
        </w:rPr>
        <w:t xml:space="preserve">[13:43] </w:t>
      </w:r>
      <w:r>
        <w:t>۔ yeh concept maine is ayat se liya tha ke yeh sari kainat jo hai itni badi, jis ki abhi tak paimaish nahi ho saki. gaur kijiye, kainat itni badi hai, itni badi hai ke 15 billion saal pehle wajood mein aayi, aur</w:t>
      </w:r>
    </w:p>
    <w:p>
      <w:pPr>
        <w:jc w:val="right"/>
      </w:pPr>
      <w:r>
        <w:t>۔ یہ کانسیپٹ میں نے اس آیت سے لیا تھا کہ یہ ساری کائنات جو ہے اتنی بڑی، جس کی ابھی تک پیمائش نہیں ہو سکی۔ غور کیجیے، کائنات اتنی بڑی ہے، اتنی بڑی ہے کہ 15 بلین سال پہلے وجود میں آئی، اور</w:t>
      </w:r>
    </w:p>
    <w:p>
      <w:r>
        <w:rPr>
          <w:b/>
        </w:rPr>
        <w:t xml:space="preserve">[14:14] </w:t>
      </w:r>
      <w:r>
        <w:t>jo modern, jo bahut hi zyada taqat wali durbinain hain, un se pata kiya gaya to maloom hua ke kuch sitare itni doori par hain, itni doori par hain ke light years se un ki roshni safar kar rahi hai, yaani ek lakh chalis hazar mile fi second ki raftaar se, aur aaj tak hum tak nahi pahunchi. kitni badi kainat hai. beshumar sitare, beshumar galaxy</w:t>
      </w:r>
    </w:p>
    <w:p>
      <w:pPr>
        <w:jc w:val="right"/>
      </w:pPr>
      <w:r>
        <w:t>جو ماڈرن، جو بہت ہی زیادہ طاقت والی دوربینیں ہیں، ان سے پتہ کیا گیا تو معلوم ہوا کہ کچھ ستارے اتنی دوری پر ہیں، اتنی دوری پر ہیں کہ لائٹ ایئرز سے ان کی روشنی سفر کر رہی ہے، یعنی ایک لاکھ چالیس ہزار میل فی سیکنڈ کی رفتار سے، اور آج تک ہم تک نہیں پہنچی۔ کتنی بڑی کائنات ہے۔ بے شمار ستارے، بے شمار گلیکسی</w:t>
      </w:r>
    </w:p>
    <w:p>
      <w:r>
        <w:rPr>
          <w:b/>
        </w:rPr>
        <w:t xml:space="preserve">[14:44] </w:t>
      </w:r>
      <w:r>
        <w:t>z, beshumar planets. yeh poori poori duniya Allah ke qanoon ki bahut hi, bahut zyada paband hai. mukammal taur par paband hai. is mein ek zara barabar bhi farq nahi hota. yaani suraj ki harkat mein, zameen ki speed mein, sitaron ki raftaar mein zara bhi farq nahi</w:t>
      </w:r>
    </w:p>
    <w:p>
      <w:pPr>
        <w:jc w:val="right"/>
      </w:pPr>
      <w:r>
        <w:t>ز، بے شمار پلینٹس۔ یہ پوری پوری دنیا اللہ کے قانون کی بہت ہی، بہت زیادہ پابند ہے۔ مکمل طور پر پابند ہے۔ اس میں ایک ذرہ برابر بھی فرق نہیں ہوتا۔ یعنی سورج کی حرکت میں، زمین کی اسپیڈ میں، ستاروں کی رفتار میں ذرا بھی فرق نہیں</w:t>
      </w:r>
    </w:p>
    <w:p>
      <w:r>
        <w:rPr>
          <w:b/>
        </w:rPr>
        <w:t xml:space="preserve">[15:14] </w:t>
      </w:r>
      <w:r>
        <w:t>hota. jo Allah ne muqarrar kar diya hai, usi ke mutabiq poori kainat chal rahi hai. usi ko kaha gaya ke kainat ka deen jo hai submission hai, Islam hai. yahi submission insan se matloob hai, yaani religion of submission. lekin ek farq hai, woh farq yeh hai ke jo jo rest of the universe hai, jo</w:t>
      </w:r>
    </w:p>
    <w:p>
      <w:pPr>
        <w:jc w:val="right"/>
      </w:pPr>
      <w:r>
        <w:t>ہوتا۔ جو اللہ نے مقرر کر دیا ہے، اسی کے مطابق پوری کائنات چل رہی ہے۔ اسی کو کہا گیا کہ کائنات کا دین جو ہے سبمیشن ہے، اسلام ہے۔ یہی سبمیشن انسان سے مطلوب ہے، یعنی ریلیجن آف سبمیشن۔ لیکن ایک فرق ہے، وہ فرق یہ ہے کہ جو جو ریسٹ آف دا یونیورس ہے، جو</w:t>
      </w:r>
    </w:p>
    <w:p>
      <w:r>
        <w:rPr>
          <w:b/>
        </w:rPr>
        <w:t xml:space="preserve">[15:44] </w:t>
      </w:r>
      <w:r>
        <w:t>baqi kainat hai, woh under compulsion Allah ke qanoon ko follow kar rahi hai, under compulsion. lekin insan ko Allah ne diya hai freedom of choice. khud apne faisle se, apne irade se, khud apni planning se woh Allah ki itaat karta hai. bas yahi farq hai. to dono ka religion ek hai,</w:t>
      </w:r>
    </w:p>
    <w:p>
      <w:pPr>
        <w:jc w:val="right"/>
      </w:pPr>
      <w:r>
        <w:t>بقیہ کائنات ہے، وہ انڈر کمپرشن اللہ کے قانون کو فالو کر رہی ہے، انڈر کمپرشن۔ لیکن انسان کو اللہ نے دیا ہے فریڈم آف چوائس۔ خود اپنے فیصلے سے، اپنے ارادے سے، خود اپنی پلاننگ سے وہ اللہ کی اطاعت کرتا ہے۔ بس یہی فرق ہے۔ تو دونوں کا ریلیجن ایک ہے،</w:t>
      </w:r>
    </w:p>
    <w:p>
      <w:r>
        <w:rPr>
          <w:b/>
        </w:rPr>
        <w:t xml:space="preserve">[16:14] </w:t>
      </w:r>
      <w:r>
        <w:t>yaani material world aur human world ka. lekin material world mein woh religion jo hai, Allah ne direct taur par under compulsion qaim kar rakha hai. aur human world mein isi ko insan se chaha gaya hai ke woh khud apni choice se, apni azadi se is ko ikhtiyar kare. yeh hai Quran ka message. is mein koi, yaani yeh jo conc</w:t>
      </w:r>
    </w:p>
    <w:p>
      <w:pPr>
        <w:jc w:val="right"/>
      </w:pPr>
      <w:r>
        <w:t>یعنی مٹیریل ورلڈ اور ہیومن ورلڈ کا۔ لیکن مٹیریل ورلڈ میں وہ ریلیجن جو ہے، اللہ نے ڈائریکٹ طور پر انڈر کمپرشن قائم کر رکھا ہے۔ اور ہیومن ورلڈ میں اسی کو انسان سے چاہا گیا ہے کہ وہ خود اپنی چوائس سے، اپنی آزادی سے اس کو اختیار کرے۔ یہ ہے قرآن کا میسج۔ اس میں کوئی، یعنی یہ جو کانسی</w:t>
      </w:r>
    </w:p>
    <w:p>
      <w:r>
        <w:rPr>
          <w:b/>
        </w:rPr>
        <w:t xml:space="preserve">[16:44] </w:t>
      </w:r>
      <w:r>
        <w:t>ept hai, itna clear hai ke is mein koi, woh tasawwur hi bilkul, yaani baseless ban jata hai ke koi mazhab afzal hai, koi mazhab ghair afzal hai. mazhab se murad hai Allah ki taraf se aaya hua mazhab, yaani revealed mazhab. jab mazhab ka lafz mein bolta hoon to is se murad hoti hai revealed mazhab, revealed book. to har revealed</w:t>
      </w:r>
    </w:p>
    <w:p>
      <w:pPr>
        <w:jc w:val="right"/>
      </w:pPr>
      <w:r>
        <w:t>پٹ ہے، اتنا کلیئر ہے کہ اس میں کوئی، وہ تصور ہی بالکل، یعنی بیس لیس بن جاتا ہے کہ کوئی مذہب افضل ہے، کوئی مذہب غیر افضل ہے۔ مذہب سے مراد ہے اللہ کی طرف سے آیا ہوا مذہب، یعنی ریویلڈ مذہب۔ جب مذہب کا لفظ میں بولتا ہوں تو اس سے مراد ہوتی ہے ریویلڈ مذہب، ریویلڈ بک۔ تو ہر ریویلڈ</w:t>
      </w:r>
    </w:p>
    <w:p>
      <w:r>
        <w:rPr>
          <w:b/>
        </w:rPr>
        <w:t xml:space="preserve">[17:14] </w:t>
      </w:r>
      <w:r>
        <w:t>religion, har revealed book ka message yahi tha, ek hi paigham tha. lekin pichhli kitabein jo hain woh mehfooz nahi rahin. to Allah ne Quran ko authentic book bana diya, Allah ke mazhab ko janne ke liye, Allah ki marzi ko janne ke liye. ab jo hai, ab jo naslein aa rahi hain qayamat tak, un ke liye Allah ke marzi ko janne ka authentic source sirf ek hai, aur woh hai Quran</w:t>
      </w:r>
    </w:p>
    <w:p>
      <w:pPr>
        <w:jc w:val="right"/>
      </w:pPr>
      <w:r>
        <w:t>ریلیجن، ہر ریویلڈ بک کا میسج یہی تھا، ایک ہی پیغام تھا۔ لیکن پچھلی کتابیں جو ہیں وہ محفوظ نہیں رہیں۔ تو اللہ نے قرآن کو اتھینٹک بک بنا دیا، اللہ کے مذہب کو جاننے کے لیے، اللہ کی مرضی کو جاننے کے لیے۔ اب جو ہے، اب جو نسلیں آ رہی ہیں قیامت تک، ان کے لیے اللہ کے مرضی کو جاننے کا اتھینٹک سورس صرف ایک ہے، اور وہ ہے قرآن</w:t>
      </w:r>
    </w:p>
    <w:p>
      <w:r>
        <w:rPr>
          <w:b/>
        </w:rPr>
        <w:t xml:space="preserve">[17:44] </w:t>
      </w:r>
      <w:r>
        <w:t>۔ is mani mein nahi ke woh superior hai, is mani mein ke sirf is mani mein ke woh preserved hai, mehfooz hai. yeh hai woh cheez. ab mein aap ko chand cheezein arz karna chahunga jo matloob hai insan se. ek ayat Quran mein yeh aayi hai ke wa la takhaf ma laysa laka bihi ilm inna al sam'a wa</w:t>
      </w:r>
    </w:p>
    <w:p>
      <w:pPr>
        <w:jc w:val="right"/>
      </w:pPr>
      <w:r>
        <w:t>۔ اس معنی میں نہیں کہ وہ سپیریئر ہے، اس معنی میں کہ صرف اس معنی میں کہ وہ پریزرو ہے، محفوظ ہے۔ یہ ہے وہ چیز۔ اب میں آپ کو چند چیزیں عرض کرنا چاہوں گا جو مطلوب ہے انسان سے۔ ایک آیت قرآن میں یہ آئی ہے کہ وَلَا تَخْفُ مَا لَيْسَ لَكَ بِهِ عِلْمٌ إِنَّ السَّمَاءَ و</w:t>
      </w:r>
    </w:p>
    <w:p>
      <w:r>
        <w:rPr>
          <w:b/>
        </w:rPr>
        <w:t xml:space="preserve">[18:14] </w:t>
      </w:r>
      <w:r>
        <w:t>al basara wal fu'ada kullu ula'ika kana anhum mas'ula. ke ilm ke baghair koi baat na kaho, kyunke yeh kaan aur aankh aur dimagh har cheez ki pooch hogi. yaani tum poori tarah Allah ke accountable ho. is ka matlab kya hua? yaani agar mein lafz badal kar kahoon to is ka matlab yeh hai</w:t>
      </w:r>
    </w:p>
    <w:p>
      <w:pPr>
        <w:jc w:val="right"/>
      </w:pPr>
      <w:r>
        <w:t>َالْبَصَرَ وَالْفُوَادَ كُلُّ أُولَئِكَ كَانَ عَنْهُمْ وَسُولًا۔ کہ علم کے بغیر کوئی بات نہ کہو، کیونکہ یہ کان اور آنکھ اور دماغ ہر چیز کی پوچھ ہوگی۔ یعنی تم پوری طرح اللہ کے اکاؤنٹیبل ہو۔ اس کا مطلب کیا ہوا؟ یعنی اگر میں لفظ بدل کر کہوں تو اس کا مطلب یہ ہے</w:t>
      </w:r>
    </w:p>
    <w:p>
      <w:r>
        <w:rPr>
          <w:b/>
        </w:rPr>
        <w:t xml:space="preserve">[18:45] </w:t>
      </w:r>
      <w:r>
        <w:t>keh aadmi ke apne andar right thinking paida karna chahiye, sahi soch, right thinking. Yani hamara jo freedom of choice hai, jo ikhtiyar hai, us ko poori tarah istemal kar ke, poori tarah istemal kar ke hum right think tak pohnchein. Yani hamare kaan, yani hamare sunne ki taqat, dekhne ki taqat, sochne ki taqat, bolne ki taqat, saari taqaton ko istemal kar ke</w:t>
      </w:r>
    </w:p>
    <w:p>
      <w:pPr>
        <w:jc w:val="right"/>
      </w:pPr>
      <w:r>
        <w:t>کہ آدمی کے اپنے اندر رائٹ تھنکنگ پیدا کرنا چاہیے، صحیح سوچ، رائٹ تھنکنگ۔ یعنی ہمارا جو فریڈم آف چوائس ہے، جو اختیار ہے، اس کو پوری طرح استعمال کر کے، پوری طرح استعمال کر کے ہم رائٹ تھنک تک پہنچیں۔ یعنی ہمارے کان، یعنی ہمارے سننے کی طاقت، دیکھنے کی طاقت، سوچنے کی طاقت، بولنے کی طاقت، ساری طاقتوں کو استعمال کر کے</w:t>
      </w:r>
    </w:p>
    <w:p>
      <w:r>
        <w:rPr>
          <w:b/>
        </w:rPr>
        <w:t xml:space="preserve">[19:16] </w:t>
      </w:r>
      <w:r>
        <w:t>hum yeh janne ki koshish karein ke what is right thinking is duniya mein. Dekhein, right thinking kya hai, is ka definition kya hai. Right thinking ka matlab hai haqeeqat ke mutabiq thinking. Jo haqeeqat waqe hai hamare bahir, Allah ne jo qaim kar rakhi hai duniya mein, us haqeeqat waqe ke mutabiq soch</w:t>
      </w:r>
    </w:p>
    <w:p>
      <w:pPr>
        <w:jc w:val="right"/>
      </w:pPr>
      <w:r>
        <w:t>ہم یہ جاننے کی کوشش کریں کہ واٹ از رائٹ تھنکنگ اس دنیا میں۔ دیکھیں، رائٹ تھنکنگ کیا ہے، اس کا ڈیفینیشن کیا ہے۔ رائٹ تھنکنگ کا مطلب ہے حقیقت کے مطابق تھنکنگ۔ جو حقیقت واقعہ ہے ہمارے باہر، اللہ نے جو قائم کر رکھی ہے دنیا میں، اس حقیقت واقعے کے مطابق سوچ</w:t>
      </w:r>
    </w:p>
    <w:p>
      <w:r>
        <w:rPr>
          <w:b/>
        </w:rPr>
        <w:t xml:space="preserve">[19:46] </w:t>
      </w:r>
      <w:r>
        <w:t>. Haqeeqat waqe woh hai jo Allah ne qaim kar rakha hai. Jo Allah ne jis ko haqeeqat ka darja diya, wohi haqeeqat hai. Is ke sath koi haqeeqat nahin. Misaal ke taur par dekhiye, yeh itni bari jo universe hai, is mein beshumar stars aur planet hain, aur sab musalsal ghoom rahe hain.</w:t>
      </w:r>
    </w:p>
    <w:p>
      <w:pPr>
        <w:jc w:val="right"/>
      </w:pPr>
      <w:r>
        <w:t>۔ حقیقت واقعہ وہ ہے جو اللہ نے قائم کر رکھا ہے۔ جو اللہ نے جس کو حقیقت کا درجہ دیا، وہی حقیقت ہے۔ اس کے ساتھ کوئی حقیقت نہیں۔ مثال کے طور پر دیکھیے، یہ اتنی بڑی جو یونیورس ہے، اس میں بے شمار اسٹارز اور پلینٹ ہیں، اور سب مسلسل گھوم رہے ہیں۔</w:t>
      </w:r>
    </w:p>
    <w:p>
      <w:r>
        <w:rPr>
          <w:b/>
        </w:rPr>
        <w:t xml:space="preserve">[20:16] </w:t>
      </w:r>
      <w:r>
        <w:t>Koi bhi thehra hua nahin hai. 24 ghante har lamha ghoom rahe hain, ghoom rahe hain. Lekin har ek strictly apne apne orbit ko follow karta hai. Jo is ka orbit hai, to jo orbit Allah ne muqarrar kar diya, us orbit se zara bhai na idhar hota, na udhar hota. Bahut hi zyada disp</w:t>
      </w:r>
    </w:p>
    <w:p>
      <w:pPr>
        <w:jc w:val="right"/>
      </w:pPr>
      <w:r>
        <w:t>کوئی بھی ٹھہرا ہوا نہیں ہے۔ 24 گھنٹے ہر لمحہ گھوم رہے ہیں، گھوم رہے ہیں۔ لیکن ہر ایک اسٹرکٹلی اپنے اپنے اربٹ کو فالو کرتا ہے۔ جو اس کا اربٹ ہے، تو جو اربٹ اللہ نے مقرر کر دیا، اس اربٹ سے ذرا بھائی نہ ادھر ہوتا، نہ ادھر ہوتا۔ بہت ہی زیادہ ڈسپ</w:t>
      </w:r>
    </w:p>
    <w:p>
      <w:r>
        <w:rPr>
          <w:b/>
        </w:rPr>
        <w:t xml:space="preserve">[20:46] </w:t>
      </w:r>
      <w:r>
        <w:t>lin ke sath apne orbit par woh chalta hai. Is ka matlab kya hua? Ke haqeeqat waqe hamare bahir kya hai? Ke apne orbit mein raho, apne orbit se bahir mat jao. Apne daire mein raho, apne daire se bahir mat jao. Jo apna daaira hai, strictly usi ko follow karo. Is ka matlab kya hua? Ek hadith mein kaha gaya hai ke</w:t>
      </w:r>
    </w:p>
    <w:p>
      <w:pPr>
        <w:jc w:val="right"/>
      </w:pPr>
      <w:r>
        <w:t>لن کے ساتھ اپنے اربٹ پر وہ چلتا ہے۔ اس کا مطلب کیا ہوا؟ کہ حقیقت واقعہ ہمارے باہر کیا ہے؟ کہ اپنے اربٹ میں رہو، اپنے اربٹ سے باہر مت جاؤ۔ اپنے دائرے میں رہو، اپنے دائرے سے باہر مت جاؤ۔ جو اپنا دائرہ ہے، اسٹرکٹلی اسی کو فالو کرو۔ اس کا مطلب کیا ہوا؟ ایک حدیث میں کہا گیا ہے کہ</w:t>
      </w:r>
    </w:p>
    <w:p>
      <w:r>
        <w:rPr>
          <w:b/>
        </w:rPr>
        <w:t xml:space="preserve">[21:18] </w:t>
      </w:r>
      <w:r>
        <w:t>kull al-muslim haram. Yani har insan par doosre insan ki teen cheezein haram hain. Har insan par yahan lafz muslim alamati lafz hai, is ka matlab hai insan. Har insan par doosre insan ki teen cheezein haram hain: is ka khoon, is ka maal, aur is ki izzat. Har</w:t>
      </w:r>
    </w:p>
    <w:p>
      <w:pPr>
        <w:jc w:val="right"/>
      </w:pPr>
      <w:r>
        <w:t>کل المسلم حرام۔ یعنی ہر انسان پر دوسرے انسان کی تین چیزیں حرام ہیں۔ ہر انسان پر یہاں لفظ مسلم علامتی لفظ ہے، اس کا مطلب ہے انسان۔ ہر انسان پر دوسرے انسان کی تین چیزیں حرام ہیں: اس کا خون، اس کا مال، اور اس کی عزت۔ حر</w:t>
      </w:r>
    </w:p>
    <w:p>
      <w:r>
        <w:rPr>
          <w:b/>
        </w:rPr>
        <w:t xml:space="preserve">[21:48] </w:t>
      </w:r>
      <w:r>
        <w:t>am hai. Yani doosre insan ki izzat nahin le sakte aap. Doosre insan ke maal nahin le sakte aap. Doosre insan ki jaan nahin le sakte aap. Yeh hai woh restriction jo qaim hota hai is duniya mein Allah ki taraf se. To jis tarah se sitare, sayare, aur saari kainat theek apni had ke andar chalti hai, to insan ko bhi apni had mein chalna hai. Had mein chalne ka matlab yahi hai</w:t>
      </w:r>
    </w:p>
    <w:p>
      <w:pPr>
        <w:jc w:val="right"/>
      </w:pPr>
      <w:r>
        <w:t>ام ہے۔ یعنی دوسرے انسان کی عزت نہیں لے سکتے آپ۔ دوسرے انسان کے مال نہیں لے سکتے آپ۔ دوسرے انسان کی جان نہیں لے سکتے آپ۔ یہ ہے وہ ریسٹرکشن جو قائم ہوتا ہے اس دنیا میں اللہ کی طرف سے۔ تو جس طرح سے ستارے، سیارے، اور ساری کائنات ٹھیک اپنی حد کے اندر چلتی ہے، تو انسان کو بھی اپنی حد میں چلنا ہے۔ حد میں چلنے کا مطلب یہی ہے</w:t>
      </w:r>
    </w:p>
    <w:p>
      <w:r>
        <w:rPr>
          <w:b/>
        </w:rPr>
        <w:t xml:space="preserve">[22:20] </w:t>
      </w:r>
      <w:r>
        <w:t>ke kisi ko aisa kaam nahin karna hai, aisa koi step nahin lena hai, aisi bol nahin bolna hai, hatta ke sochna bhi nahin hai aisi baat. Aisi planning bhi nahin karna hai. Na planning aisi karna hai, na sochna hai, na bolna hai, na aise kaam karna hai, na aisa koi action lena hai. Main apne ko malool karna hai. Jis ka nateeja yeh ho ke aap doosre ki</w:t>
      </w:r>
    </w:p>
    <w:p>
      <w:pPr>
        <w:jc w:val="right"/>
      </w:pPr>
      <w:r>
        <w:t>کہ کسی کو ایسا کام نہیں کرنا ہے، ایسا کوئی سٹیپ نہیں لینا ہے، ایسی بول نہیں بولنا ہے، حتیٰ کہ سوچنا بھی نہیں ہے ایسی بات۔ ایسی پلاننگ بھی نہیں کرنا ہے۔ نہ پلاننگ ایسی کرنا ہے، نہ سوچنا ہے، نہ بولنا ہے، نہ ایسے کام کرنا ہے، نہ ایسا کوئی ایکشن لینا ہے۔ میں اپنے کو ملوث کرنا ہے۔ جس کا نتیجہ یہ ہو کہ آپ دوسرے کی</w:t>
      </w:r>
    </w:p>
    <w:p>
      <w:r>
        <w:rPr>
          <w:b/>
        </w:rPr>
        <w:t xml:space="preserve">[22:51] </w:t>
      </w:r>
      <w:r>
        <w:t>jaan lene ka sabab ban jayein, doosre ka maal lene ka sabab ban jayein, aap doosre ki izzat o abru aap ki wajah se is ko badnaam karne ka sabab ban jayein aap. To yeh yeh hai limitations, yeh had bandi. Yeh had bandi hai. Isi ko hadith mein is tarah kaha gaya hai ke momin ki misaal aisi</w:t>
      </w:r>
    </w:p>
    <w:p>
      <w:pPr>
        <w:jc w:val="right"/>
      </w:pPr>
      <w:r>
        <w:t>جان لینے کا سبب بن جائیں، دوسرے کا مال لینے کا سبب بن جائیں، آپ دوسرے کی عزت و ابرو آپ کی وجہ سے اس کو بدنام کرنے کا سبب بن جائیں آپ۔ تو یہ یہ ہے لیمیٹیشنز، یہ حد بندی۔ یہ حد بندی ہے۔ اسی کو حدیث میں اس طرح کہا گیا ہے کہ مومن کی مثال ایسی</w:t>
      </w:r>
    </w:p>
    <w:p>
      <w:r>
        <w:rPr>
          <w:b/>
        </w:rPr>
        <w:t xml:space="preserve">[23:21] </w:t>
      </w:r>
      <w:r>
        <w:t>hai jaise ke khunti se bandha hua ghoda. Ek khunti hai, ek lassi hai, is mein ghoda bandha hua hai. To jitni lambi rassi hai, utni utni door tak ghoomega. Is se aage nahin ja sakta. To insan ko chahiye ke woh is duniya mein bandhe hue ghode ki tarah rahe, yani disciplined way mein zindagi guzare. Woh</w:t>
      </w:r>
    </w:p>
    <w:p>
      <w:pPr>
        <w:jc w:val="right"/>
      </w:pPr>
      <w:r>
        <w:t>ہے جیسے کہ کھوٹی سے بندھا ہوا گھوڑا۔ ایک کھوٹی ہے، ایک لسی ہے، اس میں گھوڑا بندھا ہوا ہے۔ تو جتنی لمبی رسی ہے، اتنی اتنی دور تک گھومے گا۔ اس سے آگے نہیں جا سکتا۔ تو انسان کو چاہیے کہ وہ اس دنیا میں بندھے ہوئے گھوڑے کی طرح رہے، یعنی ڈسپلنڈ وے میں زندگی گزارے۔ وہ</w:t>
      </w:r>
    </w:p>
    <w:p>
      <w:r>
        <w:rPr>
          <w:b/>
        </w:rPr>
        <w:t xml:space="preserve">[23:51] </w:t>
      </w:r>
      <w:r>
        <w:t>azaad hai, lekin is azaadi ki limitations hain. Azaadi ki limitations hain. To yeh yeh ek is ka ek usool hai. Is yani jo Allah taala ki taraf se insan se jo zindagi matloob hai, is ka ek usool yeh hai. Is se isi tarah insan par dekhiye, ek farz yeh hai ibadat. Insan ko chahiye ke woh Allah ki iba</w:t>
      </w:r>
    </w:p>
    <w:p>
      <w:pPr>
        <w:jc w:val="right"/>
      </w:pPr>
      <w:r>
        <w:t>آزاد ہے، لیکن اس آزادی کی لیمیٹیشنز ہیں۔ آزادی کی لیمیٹیشنز ہیں۔ تو یہ یہ ایک اس کا ایک اصول ہے۔ اس یعنی جو اللہ تعالیٰ کی طرف سے انسان سے جو زندگی مطلوب ہے، اس کا ایک اصول یہ ہے۔ اس سے اسی طرح انسان پر دیکھیے، ایک فرض یہ ہے عبادت۔ انسان کو چاہیے کہ وہ اللہ کی عب</w:t>
      </w:r>
    </w:p>
    <w:p>
      <w:r>
        <w:rPr>
          <w:b/>
        </w:rPr>
        <w:t xml:space="preserve">[24:21] </w:t>
      </w:r>
      <w:r>
        <w:t>dat kare. Ibadat kya hai? Ibadat bhi ek qism ka woh hai, ek alamati waqe hai. Rozana aap Allah ke aage jhukte hain, Allah ke aage sajda karte hain, to alamati taur par yeh ahad karte hain ke main is duniya mein baghi ban kar nahin rahoonga. Is duniya mein baghi ban kar nahin rahoonga, balkeh Allah ke qanoon ka follower ban kar rahoonga.</w:t>
      </w:r>
    </w:p>
    <w:p>
      <w:pPr>
        <w:jc w:val="right"/>
      </w:pPr>
      <w:r>
        <w:t>ادت کرے۔ عبادت کیا ہے؟ عبادت بھی ایک قسم کا وہ ہے، ایک علامتی واقعہ ہے۔ روزانہ آپ اللہ کے آگے جھکتے ہیں، اللہ کے آگے سجدہ کرتے ہیں، تو علامتی طور پر یہ عہد کرتے ہیں کہ میں اس دنیا میں باغی بن کر نہیں رہوں گا۔ اس دنیا میں باغی بن کر نہیں رہوں گا، بلکہ اللہ کے قانون کا فالوور بن کر رہوں گا۔</w:t>
      </w:r>
    </w:p>
    <w:p>
      <w:r>
        <w:rPr>
          <w:b/>
        </w:rPr>
        <w:t xml:space="preserve">[24:52] </w:t>
      </w:r>
      <w:r>
        <w:t>Is baat ka ahad karte hain aap. To yeh yeh ek rozana, rozana, rozana is ka ahad karte hain aap. To is ahad ke mutabiq jis ne zindagi guzari, is ka ek anjam hoga. Yeh jo is ahad ke khilaf gaya, is ka doosra anjam hoga. To isi cheezon ko batane ke liye yeh nabi aaye, aur yeh Allah ki taraf se kitabein aayin, aur yeh</w:t>
      </w:r>
    </w:p>
    <w:p>
      <w:pPr>
        <w:jc w:val="right"/>
      </w:pPr>
      <w:r>
        <w:t>اس بات کا عہد کرتے ہیں آپ۔ تو یہ یہ ایک روزانہ، روزانہ، روزانہ اس کا عہد کرتے ہیں آپ۔ تو اس عہد کے مطابق جس نے زندگی گزاری، اس کا ایک انجام ہوگا۔ یہ جو اس عہد کے خلاف گیا، اس کا دوسرا انجام ہوگا۔ تو اسی چیزوں کو بتانے کے لیے یہ نبی آئے، اور یہ اللہ کی طرف سے کتابیں آئیں، اور یہ</w:t>
      </w:r>
    </w:p>
    <w:p>
      <w:r>
        <w:rPr>
          <w:b/>
        </w:rPr>
        <w:t xml:space="preserve">[25:22] </w:t>
      </w:r>
      <w:r>
        <w:t>Quran mehfooz kiya gaya. Inhi baaton ko hamein janna hai. Kyun ke insan ko dekhiye, Allah ne kisi kisi Allah ko koi pabandi nahin qaim nahin ki, balkeh is ko azaadi di. Azaadi di is ko taake woh khud apne irade se wohi</w:t>
      </w:r>
    </w:p>
    <w:p>
      <w:pPr>
        <w:jc w:val="right"/>
      </w:pPr>
      <w:r>
        <w:t>قرآن محفوظ کیا گیا۔ انہی باتوں کو ہمیں جاننا ہے۔ کیونکہ انسان کو دیکھیے، اللہ نے کسی کسی اللہ کو کوئی پابندی نہیں قائم نہیں کی، بلکہ اس کو آزادی دی۔ آزادی دی اس کو تاکہ وہ خود اپنے ارادے سے وہی</w:t>
      </w:r>
    </w:p>
    <w:p>
      <w:r>
        <w:rPr>
          <w:b/>
        </w:rPr>
        <w:t xml:space="preserve">[25:52] </w:t>
      </w:r>
      <w:r>
        <w:t>rahe jo jo Allah chahta hai. To aap, aap yani apne irade se jo aadmi kaam kare, is ka is se bohat hoti hai jo ke pabandi ke tehat kare aadmi. To baqi kainat to pabandi ke sath kar hi rahi hai. Aap se jo matloob hai, woh yeh ke aap khud apne irade se karein. Maslan dekhiye, Quran mein hai ke</w:t>
      </w:r>
    </w:p>
    <w:p>
      <w:pPr>
        <w:jc w:val="right"/>
      </w:pPr>
      <w:r>
        <w:t>رہے جو جو اللہ چاہتا ہے۔ تو آپ، آپ یعنی اپنے ارادے سے جو آدمی کام کرے، اس کا اس سے بہت ہوتی ہے جو کہ پابندی کے تحت کرے آدمی۔ تو بقیہ کائنات تو پابندی کے ساتھ کر ہی رہی ہے۔ آپ سے جو مطلوب ہے، وہ یہ کہ آپ خود اپنے ارادے سے کریں۔ مثلاً دیکھیے، قرآن میں ہے کہ</w:t>
      </w:r>
    </w:p>
    <w:p>
      <w:r>
        <w:rPr>
          <w:b/>
        </w:rPr>
        <w:t xml:space="preserve">[26:27] </w:t>
      </w:r>
      <w:r>
        <w:t>jab unhein ghussa aata hai to woh maaf kar dete hain. Ab yahan bhi dekhiye, aap ko kisi ne ghussa dila diya, kisi ne aap ko provoke kar diya, to us waqt aap ke do option hota hai. Ghussa aaya to aap ghussa utarein is ke upar, is se badla lein, is ko down karein, is ko badnaam karein, is pe jhoote ilzam lagayein. Lekin ghussa aane ke baad aap jante hain ke aadmi sab kuch karta hai, karne lagta hai.</w:t>
      </w:r>
    </w:p>
    <w:p>
      <w:pPr>
        <w:jc w:val="right"/>
      </w:pPr>
      <w:r>
        <w:t>جب انہیں غصہ آتا ہے تو وہ معاف کر دیتے ہیں۔ اب یہاں بھی دیکھیے، آپ کو کسی نے غصہ دلا دیا، کسی نے آپ کو پرووک کر دیا، تو اس وقت آپ کے دو آپشن ہوتا ہے۔ غصہ آیا تو آپ غصہ اتاریں اس کے اوپر، اس سے بدلہ لیں، اس کو ڈاؤن کریں، اس کو بدنام کریں، اس پہ جھوٹے الزام لگائیں۔ لیکن غصہ آنے کے بعد آپ جانتے ہیں کہ آدمی سب کچھ کرتا ہے، کرنے لگتا ہے۔</w:t>
      </w:r>
    </w:p>
    <w:p>
      <w:r>
        <w:rPr>
          <w:b/>
        </w:rPr>
        <w:t xml:space="preserve">[26:58] </w:t>
      </w:r>
      <w:r>
        <w:t>Agar woh physical harm pahunchane ki position mein ho to physical harm pahunchata hai. Nahin to kam az kam yeh yeh karta hai ke is se nafrat karta hai, is ko badnaam karta hai, is ke khilaf jhoote ilzam lagata hai, is ke khilaf propaganda karta hai. Yeh karta hai woh. Yeh sab ghusse ke, yani ghussa aane ke baad yeh sab karte hain log. Yeh yeh Allah ke scheme ke khilaf hai. Allah</w:t>
      </w:r>
    </w:p>
    <w:p>
      <w:pPr>
        <w:jc w:val="right"/>
      </w:pPr>
      <w:r>
        <w:t>اگر وہ فزیکل ہارن پہنچانے کی پوزیشن میں ہو تو فزیکل ہارن پہنچاتا ہے۔ نہیں تو کم از کم یہ یہ کرتا ہے کہ اس سے نفرت کرتا ہے، اس کو بدنام کرتا ہے، اس کے خلاف جھوٹے الزام لگاتا ہے، اس کے خلاف پروپونڈا کرتا ہے۔ یہ کرتا ہے وہ۔ یہ سب غصے کے، یعنی غصہ آنے کے بعد یہ سب کرتے ہیں لوگ۔ یہ یہ اللہ کے اسکیم کے خلاف ہے۔ اللہ</w:t>
      </w:r>
    </w:p>
    <w:p>
      <w:r>
        <w:rPr>
          <w:b/>
        </w:rPr>
        <w:t xml:space="preserve">[27:28] </w:t>
      </w:r>
      <w:r>
        <w:t>ke scheme ke khilaf hai. To is se jo bacha bacha bacha le apne aap ko. Yani ghussa aaya, lekin in sab cheezon se bachaye apne aap ko. Ghussa aane ke bawajood apne ko bachaye ke in sab shakal mein is ka ghussa duniya mein zahir ho. To yeh ek, yeh ek dafa hai Khuda ke</w:t>
      </w:r>
    </w:p>
    <w:p>
      <w:pPr>
        <w:jc w:val="right"/>
      </w:pPr>
      <w:r>
        <w:t>کے اسکیم کے خلاف ہے۔ تو اس سے جو بچا بچا بچا لے اپنے آپ کو۔ یعنی غصہ آیا، لیکن ان سب چیزوں سے بچائے اپنے آپ کو۔ غصہ آنے کے باوجود اپنے کو بچائے کہ ان سب شکلوں میں اس کا غصہ دنیا میں ظاہر ہو۔ تو یہ ایک، یہ ایک دفعہ ہے خدا کے</w:t>
      </w:r>
    </w:p>
    <w:p>
      <w:r>
        <w:rPr>
          <w:b/>
        </w:rPr>
        <w:t xml:space="preserve">[27:58] </w:t>
      </w:r>
      <w:r>
        <w:t>ne jo zindagi ka naqsha bataya hai insan ko duniya mein, is ke mutabiq jeene ke liye. Aise hi dekhiye, Quran mein hai ke jo ahl-e-iman hain, jo faithful log hain, woh sab se zyada mohabbat Allah se karte hain. Is ka matlab kya hua? Aap zindagi ko, apni zindagi jo saman-e-hayat mila hua ho</w:t>
      </w:r>
    </w:p>
    <w:p>
      <w:pPr>
        <w:jc w:val="right"/>
      </w:pPr>
      <w:r>
        <w:t>نے جو زندگی کا نقشہ بتایا ہے انسان کو دنیا میں، اس کے مطابق جینے کے لیے۔ ایسے ہی دیکھیے، قرآن میں ہے کہ جو اہل ایمان ہیں، جو فیتھ فل لوگ ہیں، وہ سب سے زیادہ محبت اللہ سے کرتے ہیں۔ اس کا مطلب کیا ہوا؟ آپ زندگی کو، اپنی زندگی جو سامان حیات ملا ہوا ہو</w:t>
      </w:r>
    </w:p>
    <w:p>
      <w:r>
        <w:rPr>
          <w:b/>
        </w:rPr>
        <w:t xml:space="preserve">[28:28] </w:t>
      </w:r>
      <w:r>
        <w:t>, is ko is tarah discover karein ke dene wale ke liye aap ke andar bahut strong affection aa jaye, bahut hi mohabbat ke jazbat aa jayein. Kyun ke aap jante hain ke koi aap ko de, koi bari cheez, bahut bari cheez de, to is ke liye aap ke dil mein bahut zyada jazba-e-mohabbat ka aata hai. To jab aap yeh daryaft kareinge ke Khuda ne mujhe paida kiya jabke main mera wajood nahin tha,</w:t>
      </w:r>
    </w:p>
    <w:p>
      <w:pPr>
        <w:jc w:val="right"/>
      </w:pPr>
      <w:r>
        <w:t>، اس کو اس طرح ڈسکور کریں کہ دینے والے کے لیے آپ کے اندر بہت سٹرانگ افیکشن آ جائے، بہت ہی محبت کے جذبات آ جائیں۔ کیونکہ آپ جانتے ہیں کہ کوئی آپ کو دے، کوئی بڑی چیز، بہت بڑی چیز دے، تو اس کے لیے آپ کے دل میں بہت زیادہ جذبہ محبت کا آتا ہے۔ تو جب آپ یہ دریافت کریں گے کہ خدا نے مجھے پیدا کیا جبکہ میں میرا وجود نہیں تھا،</w:t>
      </w:r>
    </w:p>
    <w:p>
      <w:r>
        <w:rPr>
          <w:b/>
        </w:rPr>
        <w:t xml:space="preserve">[28:59] </w:t>
      </w:r>
      <w:r>
        <w:t>phir mujhe aankh, kaan, naak, dimagh, har cheez di, to aap ko bahut ajeeb lagega. Main kal apni office mein baitha hua tha, to main ne achanak apni aankh band kar liya. Aankh band kar ke sochne laga ke ab duniya kya hai mere liye? To sab duniya andheri thi, kuch bhi dikhai nahin deta tha. To main ne socha ke agar aankh le le Allah taala meri aankh, to kya hoga me</w:t>
      </w:r>
    </w:p>
    <w:p>
      <w:pPr>
        <w:jc w:val="right"/>
      </w:pPr>
      <w:r>
        <w:t>پھر مجھے آنکھ، کان، ناک، دماغ، ہر چیز دی، تو آپ کو بہت عجیب لگے گا۔ میں کل اپنی آفس میں بیٹھا ہوا تھا، تو میں نے اچانک اپنی آنکھ بند کر لیا۔ آنکھ بند کر کے سوچنے لگا کہ اب دنیا کیا ہے میرے لیے؟ تو سب دنیا اندھیری تھی، کچھ بھی دکھائی نہیں دیتا تھا۔ تو میں نے سوچا کہ اگر آنکھ لے لے اللہ تعالیٰ میری آنکھ، تو کیا ہوگا می</w:t>
      </w:r>
    </w:p>
    <w:p>
      <w:r>
        <w:rPr>
          <w:b/>
        </w:rPr>
        <w:t xml:space="preserve">[29:29] </w:t>
      </w:r>
      <w:r>
        <w:t>ra haal? Duniya mein main bhatkoonga, jaise ke pagal bhatakte hain idhar udhar. To ek ek cheez aise hi, aise hi ek ek cheez. To apne wajood ko jab daryaft kareinge aap, to aap ko shukr, bahut shukr aayega, bahut Allah se mohabbat aayegi. Aise hi aap jab sochenge ke duniya mein aaya main, to mere muwafiq ek</w:t>
      </w:r>
    </w:p>
    <w:p>
      <w:pPr>
        <w:jc w:val="right"/>
      </w:pPr>
      <w:r>
        <w:t>را حال؟ دنیا میں میں بھٹکوں گا، جیسے کہ پاگل بھٹکتے ہیں ادھر ادھر۔ تو ایک ایک چیز ایسے ہی، ایسے ہی ایک ایک چیز۔ تو اپنے وجود کو جب دریافت کریں گے آپ، تو آپ کو شکر، بہت شکر آئے گا، بہت اللہ سے محبت آئے گی۔ ایسے ہی آپ جب سوچیں گے کہ دنیا میں آیا میں، تو میرے موافق ایک</w:t>
      </w:r>
    </w:p>
    <w:p>
      <w:r>
        <w:rPr>
          <w:b/>
        </w:rPr>
        <w:t xml:space="preserve">[29:59] </w:t>
      </w:r>
      <w:r>
        <w:t>ek planet yahan maujood tha, mere muwafiq life support system maujood tha. Itni saari cheezein meri jo matloob thi, woh sab yahan maujood thi. Jo zahir hai ke main ne khud nahin banaya, woh Allah ki taraf se diya gaya. To yeh saare jo boundaries hain, jo saare gift hain, yeh sara jo life support system hai, is ko sochenge aap, to wohi کیفیت</w:t>
      </w:r>
    </w:p>
    <w:p>
      <w:pPr>
        <w:jc w:val="right"/>
      </w:pPr>
      <w:r>
        <w:t>ایک پلینٹ یہاں موجود تھا، میرے موافق لائف سپورٹ سسٹم موجود تھا۔ اتنی ساری چیزیں میری جو مطلوب تھیں، وہ سب یہاں موجود تھیں۔ جو ظاہر ہے کہ میں نے خود نہیں بنایا، وہ اللہ کی طرف سے دیا گیا۔ تو یہ سارے جو باؤنڈریز ہیں، جو سارے گفٹ ہیں، یہ سارا جو لائف سپورٹ سسٹم ہے، اس کو سوچیں گے آپ، تو وہی کیفیت</w:t>
      </w:r>
    </w:p>
    <w:p>
      <w:r>
        <w:rPr>
          <w:b/>
        </w:rPr>
        <w:t xml:space="preserve">[30:30] </w:t>
      </w:r>
      <w:r>
        <w:t>hogi ke Allah ke liye strong affection, Allah ke liye bepanah mohabbat. Yeh hai aap ka ek test paper. Aise hi dekhiye, duniya mein aadmi ko Surah Al-Fajr mein ek bahut bari baat kahi gayi hai. Duniya mein aadmi par do qism ke tajrube guzarte hain. Kabhi pleasant, kabhi unpleasant</w:t>
      </w:r>
    </w:p>
    <w:p>
      <w:pPr>
        <w:jc w:val="right"/>
      </w:pPr>
      <w:r>
        <w:t>ہوگی کہ اللہ کے لیے سٹرانگ افیکشن، اللہ کے لیے بے پناہ محبت۔ یہ ہے آپ کا ایک ٹیسٹ پیپر۔ ایسے ہی دیکھیے، دنیا میں آدمی کو سورہ الفجر میں ایک بہت بڑی بات کہی گئی ہے۔ دنیا میں آدمی پر دو قسم کے تجربے گزرتے ہیں۔ کبھی پلیزنٹ، کبھی ان پلیزنٹ</w:t>
      </w:r>
    </w:p>
    <w:p>
      <w:r>
        <w:rPr>
          <w:b/>
        </w:rPr>
        <w:t xml:space="preserve">[31:00] </w:t>
      </w:r>
      <w:r>
        <w:t>. Kabhi is ko koi cheez, koi cheez kho deta hai aadmi, kabhi koi cheez pata hai aadmi. Yeh do qism ke tajrube is ko bar bar hote hain. To Quran mein kaha gaya hai ke Surah Al-Fajr mein ke jab insan ko Allah koi cheez deta hai, is ko koi duniya ki nemmat, to kehta hai ke akram Allah</w:t>
      </w:r>
    </w:p>
    <w:p>
      <w:pPr>
        <w:jc w:val="right"/>
      </w:pPr>
      <w:r>
        <w:t>۔ کبھی اس کو کوئی چیز، کوئی چیز کھو دیتا ہے آدمی، کبھی کوئی چیز پاتا ہے آدمی۔ یہ دو قسم کے تجربے اس کو بار بار ہوتے ہیں۔ تو قرآن میں کہا گیا ہے کہ سورہ الفجر میں کہ جب انسان کو اللہ کوئی چیز دیتا ہے، اس کو کوئی دنیا کی نعمت، تو کہتا ہے کہ اکرم اللہ</w:t>
      </w:r>
    </w:p>
    <w:p>
      <w:r>
        <w:rPr>
          <w:b/>
        </w:rPr>
        <w:t xml:space="preserve">[31:31] </w:t>
      </w:r>
      <w:r>
        <w:t>ne mujhe izzat daar banaya. yani woh jo achievement jo hai, us achievement se woh kya leta hai? arganz apne ko superior samajhna. halankey shukr hona chahiye ke jo achievement dunya mein hua, us se kya us ne ghiza liya? woh ghiza liya us ne fakhr ki aur kibr ki, arganz ki,</w:t>
      </w:r>
    </w:p>
    <w:p>
      <w:pPr>
        <w:jc w:val="right"/>
      </w:pPr>
      <w:r>
        <w:t>نے مجھے عزت دار بنایا۔ یعنی وہ جو اچیومنٹ جو ہے، اس اچیومنٹ سے وہ کیا لیتا ہے؟ ارگنز اپنے کو سپیئر سمجھنا۔ حالانکہ شکر ہونا چاہیے کہ جو اچیومنٹ دنیا میں ہوا، اس سے کیا اس نے غذا لیا؟ وہ غذا لیا اس نے فخر کی اور کبر کی، ارگنز کی،</w:t>
      </w:r>
    </w:p>
    <w:p>
      <w:r>
        <w:rPr>
          <w:b/>
        </w:rPr>
        <w:t xml:space="preserve">[32:01] </w:t>
      </w:r>
      <w:r>
        <w:t>superiority ki. yeh is insaan ka haal hai jis ko kuch achievement milta hai. Allah ki taraf se kuch diya jata hai, us ko achhi cheezein. doosri taraf isi surah mein bataya gaya hai ke agar insaan ko kuch bure halaat pesh aate hain, woh mehroom ho jata hai, to kya kehta hai? mere rab ne in ahant kehta hai, mere rab ne meri meri</w:t>
      </w:r>
    </w:p>
    <w:p>
      <w:pPr>
        <w:jc w:val="right"/>
      </w:pPr>
      <w:r>
        <w:t>سپیریٹی کی۔ یہ اس انسان کا حال ہے جس کو کچھ اچیومنٹ ملتا ہے۔ اللہ کی طرف سے کچھ دیا جاتا ہے، اس کو اچھی چیزیں۔ دوسری طرف اسی سورہ میں بتایا گیا ہے کہ اگر انسان کو کچھ برے حالات پیش آتے ہیں، وہ محروم ہو جاتا ہے، تو کیا کہتا ہے؟ میرے رب نے ان اہانت کہتا ہے، میرے رب نے میری میری</w:t>
      </w:r>
    </w:p>
    <w:p>
      <w:r>
        <w:rPr>
          <w:b/>
        </w:rPr>
        <w:t xml:space="preserve">[32:32] </w:t>
      </w:r>
      <w:r>
        <w:t>ahant ki. yani inferiority complex mein par jata hai. yani agar pata hai to superiority complex, aur agar khota hai to inferiority complex. yeh dono galat hain. dono galat hain. sahi sahi baat yeh hai ke aadmi agar paye to shukr kare. agar bil farz woh na paye to sabr kare. sabr ka matlab kya hai? qanaat karna, contentment, raazi hona.</w:t>
      </w:r>
    </w:p>
    <w:p>
      <w:pPr>
        <w:jc w:val="right"/>
      </w:pPr>
      <w:r>
        <w:t>اہانت کی۔ یعنی انفیرٹی کامپلیس میں پڑ جاتا ہے۔ یعنی اگر پاتا ہے تو سپیریٹی کامپلیس، اور اگر کھوتا ہے تو انفیرٹی کامپلیس۔ یہ دونوں غلط ہیں۔ دونوں غلط ہیں۔ صحیح صحیح بات یہ ہے کہ آدمی اگر پائے تو شکر کرے۔ اگر بالفرض وہ نہ پائے تو صبر کرے۔ صبر کا معنی کیا ہے؟ قناعت کرنا، کنٹینٹمنٹ، راضی ہونا۔</w:t>
      </w:r>
    </w:p>
    <w:p>
      <w:r>
        <w:rPr>
          <w:b/>
        </w:rPr>
        <w:t xml:space="preserve">[33:03] </w:t>
      </w:r>
      <w:r>
        <w:t>to isi surah mein phir bataya ke sahi insaan kaun hai? sahi insaan ko bataya ke woh hai jo in nafsul mutmainnah ho. nafsul mutmainnah yani complex free soul. complex free soul yani woh na to us ke andar arganz ho, na pride ho, aur doosri taraf us ke andar</w:t>
      </w:r>
    </w:p>
    <w:p>
      <w:pPr>
        <w:jc w:val="right"/>
      </w:pPr>
      <w:r>
        <w:t>تو اسی سورہ میں پھر بتایا کہ صحیح انسان کون ہے؟ صحیح انسان کو بتایا کہ وہ ہے جو ان نصف المطمئنہ ہو۔ النفس المطمئنہ یعنی کمپلیکس فری سول۔ کمپلیکس فری سول یعنی وہ نہ تو اس کے اندر ارگنز ہو، نہ پرائیڈ ہو، اور دوسری طرف اس کے اندر</w:t>
      </w:r>
    </w:p>
    <w:p>
      <w:r>
        <w:rPr>
          <w:b/>
        </w:rPr>
        <w:t xml:space="preserve">[33:34] </w:t>
      </w:r>
      <w:r>
        <w:t>na to inferiority complex ho. manfi yani jo manfi akhlaqiyat hoti hain, us se bhi woh pak ho. woh hai nafsul mutmainnah, complex free soul. to farmaya ke ya ya nafsul mutmainnah, aye nafs mutmainnah,</w:t>
      </w:r>
    </w:p>
    <w:p>
      <w:pPr>
        <w:jc w:val="right"/>
      </w:pPr>
      <w:r>
        <w:t>نہ تو انفیرٹی کمپلیکس ہو۔ منفی یعنی جو منفی اخلاقیات ہوتی ہیں، اس سے بھی وہ پاک ہو۔ وہ ہے النفس المطمئنہ، کمپلیکس فری سول۔ تو فرمایا کہ یا یا نفس المطمئنہ، اے نفس مطمئنہ،</w:t>
      </w:r>
    </w:p>
    <w:p>
      <w:r>
        <w:rPr>
          <w:b/>
        </w:rPr>
        <w:t xml:space="preserve">[34:08] </w:t>
      </w:r>
      <w:r>
        <w:t>us ko akhirat mein kaha jayega: tum dakhil ho jao jannat mein, kyunke tum raazi ho gaye Allah ke faisle par. to ab Allah raazi hoga tumhare upar. ab tum ko Allah taala ne inaam ke taur par jannat ka faisla kar diya. jannat mein dakhil ho jao aur mere bando ke sath raho. yeh bada thrilling, bohat thrilling. dekhiye,</w:t>
      </w:r>
    </w:p>
    <w:p>
      <w:pPr>
        <w:jc w:val="right"/>
      </w:pPr>
      <w:r>
        <w:t>اس کو آخرت میں کہا جائے گا: تم داخل ہو جاؤ جنت میں، کیونکہ تم راضی ہو گئے اللہ کے فیصلے پر۔ تو اب اللہ راضی ہوگا تمہارے اوپر۔ اب تم کو اللہ تعالیٰ نے انعام کے طور پر جنت کا فیصلہ کر دیا۔ جنت میں داخل ہو جاؤ اور میرے بندوں کے ساتھ رہو۔ یہ بڑا تھرلنگ، بہت تھرلنگ۔ دیکھیے،</w:t>
      </w:r>
    </w:p>
    <w:p>
      <w:r>
        <w:rPr>
          <w:b/>
        </w:rPr>
        <w:t xml:space="preserve">[34:39] </w:t>
      </w:r>
      <w:r>
        <w:t>is dunya mein jin khushiyon ka tajurba karte hain aap, un mein ek bohat badi khushi yeh hoti hai ke aap aise logon se mile jin ka wavelength ek ho. ek wavelength wale, ek taste wale, hum mazaaq, bohat hi khushi hoti hai un mein. un ke sath baithein, un ke sath khayein piyein, un ke sath baat cheet karein, un ke sath aap baghon mein chalein aur aur</w:t>
      </w:r>
    </w:p>
    <w:p>
      <w:pPr>
        <w:jc w:val="right"/>
      </w:pPr>
      <w:r>
        <w:t>اس دنیا میں جن خوشیوں کا تجربہ کرتے ہیں آپ، ان میں ایک بہت بڑی خوشی یہ ہوتی ہے کہ آپ ایسے لوگوں سے ملے جن کا ویو لینتھ ایک ہو۔ ایک ویو لینتھ والے، ایک ٹیسٹ والے، ہم مذاق، بہت ہی خوشی ہوتی ہے ان میں۔ ان کے ساتھ بیٹھیں، ان کے ساتھ کھائیں پیئیں، ان کے ساتھ بات چیت کریں، ان کے ساتھ آپ باغوں میں چلیں اور اور</w:t>
      </w:r>
    </w:p>
    <w:p>
      <w:r>
        <w:rPr>
          <w:b/>
        </w:rPr>
        <w:t xml:space="preserve">[35:09] </w:t>
      </w:r>
      <w:r>
        <w:t>sadkon par sair karein to bohat hi acha lagta hai. to jannat woh maqam hai jahan aap selected logon ke sath rahenge. selected log yani poori poori poori poori jo yani poori poori jo tareekh hai, poori tareekh mein jo billion trillion log paida hue, un sab mein se chuna jayega un logon ko jin ke andar right thinking thi, jin ke andar good conduct tha,</w:t>
      </w:r>
    </w:p>
    <w:p>
      <w:pPr>
        <w:jc w:val="right"/>
      </w:pPr>
      <w:r>
        <w:t>سڑکوں پر سر کریں تو بہت ہی اچھا لگتا ہے۔ تو جنت وہ مقام ہے جہاں آپ سلیکٹڈ لوگوں کے ساتھ رہیں گے۔ سلیکٹڈ لوگ یعنی پوری پوری پوری پوری جو یعنی پوری پوری جو تاریخ ہے، پوری تاریخ میں جو بلین ٹرین لوگ پیدا ہوئے، ان سب میں سے چنا جائے گا ان لوگوں کو جن کے اندر رائٹ تھنکنگ تھی، جن کے اندر گڈ کنڈکٹ تھا،</w:t>
      </w:r>
    </w:p>
    <w:p>
      <w:r>
        <w:rPr>
          <w:b/>
        </w:rPr>
        <w:t xml:space="preserve">[35:40] </w:t>
      </w:r>
      <w:r>
        <w:t>jo Allah se darne wale the, Allah se mohabbat karne wale the, jo well wisher the, jo peace mein jeete the, jo hate se free, hate se khali the, jin ke andar positive thinking thi. yeh sari awsaaf, jo jo positive awsaaf hain, woh jinhone saboot diya dunya mein is qism ke awsaaf ka, woh sab chhan kar ke, chhan kar ke</w:t>
      </w:r>
    </w:p>
    <w:p>
      <w:pPr>
        <w:jc w:val="right"/>
      </w:pPr>
      <w:r>
        <w:t>جو اللہ سے ڈرنے والے تھے، اللہ سے محبت کرنے والے تھے، جو ویل وشر تھے، جو پیس میں جیتے تھے، جو ہیٹ سے فری، ہیٹ سے خالی تھے، جن کے اندر پازیٹو تھنکنگ تھی۔ یہ ساری اوصاف، جو جو پازیٹو اوصاف ہیں، وہ جنہوں نے ثبوت دیا دنیا میں اس قسم کے اوصاف کا، وہ سب چن کر کے، چن کر کے</w:t>
      </w:r>
    </w:p>
    <w:p>
      <w:r>
        <w:rPr>
          <w:b/>
        </w:rPr>
        <w:t xml:space="preserve">[36:10] </w:t>
      </w:r>
      <w:r>
        <w:t>jannat mein ikattha kiye jayenge. ab gaur kijiye, aise logon ke sath rehna kitna ajeeb, kitna ajeeb! woh yani is mein joyful hoga, woh kitna ajeeb joyful hoga. zauk ka ek shayar the jo yani badshah zafar ke zamane mein, to unhone ek sher kaha tha ke: "aye</w:t>
      </w:r>
    </w:p>
    <w:p>
      <w:pPr>
        <w:jc w:val="right"/>
      </w:pPr>
      <w:r>
        <w:t>جنت میں اکٹھا کیے جائیں گے۔ اب غور کیجیے، ایسے لوگوں کے ساتھ رہنا ہے کتنا عجیب، کتنا عجیب! وہ یعنی اس میں جوائے فل ہوگا، وہ کتنا عجیب جوائے فل ہوگا۔ ذوق کا ایک شاعر تھے جو یعنی بادشاہ ظفر کے زمانے میں، تو انہوں نے ایک شعر کہا تھا کہ: "اے</w:t>
      </w:r>
    </w:p>
    <w:p>
      <w:r>
        <w:rPr>
          <w:b/>
        </w:rPr>
        <w:t xml:space="preserve">[36:40] </w:t>
      </w:r>
      <w:r>
        <w:t>zauk! kisi hamd mein derine se milna behtar hai mulaqat maseeha o khizr se." is mein insaan ki ek ek insaan ki ek ek insaan ke mizaj ko bataya gaya hai ke insaan jo hai, apne hum mashrab logon ke sath milne mein, apne hum mazaaq logon ke sath milne mein, bohat khushi milti hai us ko. to jahan poori poori tareekh se chhan kar ke woh log ikattha kiye jayein,</w:t>
      </w:r>
    </w:p>
    <w:p>
      <w:pPr>
        <w:jc w:val="right"/>
      </w:pPr>
      <w:r>
        <w:t>ذوق! کسی حمد میں دیرینے سے ملنا بہتر ہے ملاقات مسیحہ و خضر سے۔" اس میں انسان کی ایک ایک انسان کی ایک ایک انسان کے مزاج کو بتایا گیا ہے کہ انسان جو ہے، اپنے ہم مشرب لوگوں کے ساتھ ملنے میں، اپنے ہم مذاق لوگوں کے ساتھ ملنے میں، بہت خوشی ملتی ہے اس کو۔ تو جہاں پوری پوری تاریخ سے چن کر کے وہ لوگ اکٹھا کیے جائیں،</w:t>
      </w:r>
    </w:p>
    <w:p>
      <w:r>
        <w:rPr>
          <w:b/>
        </w:rPr>
        <w:t xml:space="preserve">[37:10] </w:t>
      </w:r>
      <w:r>
        <w:t>jo sachche insaan the, sachche insaan jinhone sachcha tareeqa ikhtiyar kiya zindagi guzarnay ka, to kaisa ajeeb woh woh jagah hogi! kaisi ajeeb jagah hogi! to wahan jagah panay ke liye aap is dunya mein aadmi ko apne aap ko sabit karna padta hai ke woh uska deserving candidate hai, uska woh deserving candidate hai. yeh hai sara mamla.</w:t>
      </w:r>
    </w:p>
    <w:p>
      <w:pPr>
        <w:jc w:val="right"/>
      </w:pPr>
      <w:r>
        <w:t>جو سچے انسان تھے، سچے انسان جنہوں نے سچا طریقہ اختیار کیا زندگی گزارنے کا، تو کیسا عجیب وہ وہ جگہ ہوگی! کیسی عجیب جگہ ہوگی! تو وہاں جگہ پانے کے لیے آپ اس دنیا میں آدمی کو اپنے آپ کو ثابت کرنا پڑتا ہے کہ وہ اس کا ڈیزرونگ کینڈیڈیٹ ہے، اس کا وہ ڈیزرونگ کینڈیڈیٹ ہے۔ یہ ہے سارا معاملہ۔</w:t>
      </w:r>
    </w:p>
    <w:p>
      <w:r>
        <w:rPr>
          <w:b/>
        </w:rPr>
        <w:t xml:space="preserve">[37:41] </w:t>
      </w:r>
      <w:r>
        <w:t>aisa nahi hai ke koi koi ek qaum hai, poori poori qaum ko jannat mein dakhil kar do, ya koi buzurg hain, un ka daman thaam lo, ya kuch aur mysterious qism ke aamal kar lo. yeh sab hargiz nahi hai. sara mamla hai ke aap ne is dunya mein kaisi personality banayi. zalika jaza wa muntazaka yani jannat un logon</w:t>
      </w:r>
    </w:p>
    <w:p>
      <w:pPr>
        <w:jc w:val="right"/>
      </w:pPr>
      <w:r>
        <w:t>ایسا نہیں ہے کہ کوئی کوئی ایک قوم ہے، پوری پوری قوم کو جنت میں داخل کر دو، یا کوئی بزرگ ہیں، ان کا دامن تھام لو، یا کچھ اور مسٹیریس قسم کے اعمال کر لو۔ یہ سب ہرگز نہیں ہے۔ سارا معاملہ ہے کہ آپ نے اس دنیا میں کیسی پرسنیلٹی بنائی۔ ذالک جزا و منتزکا یعنی جنت ان لوگوں</w:t>
      </w:r>
    </w:p>
    <w:p>
      <w:r>
        <w:rPr>
          <w:b/>
        </w:rPr>
        <w:t xml:space="preserve">[38:11] </w:t>
      </w:r>
      <w:r>
        <w:t>ke liye hai jinhone apna andar purified soul develop kiya. purified soul yani apni thinking ke aitbar se, apne apne intention ke aitbar se, apni speech ke aitbar se, apne action ke aitbar se, apni activities ke aitbar se, jinhone apne aap ko is standard ka sabit kiya jo jannat ka standard hai.</w:t>
      </w:r>
    </w:p>
    <w:p>
      <w:pPr>
        <w:jc w:val="right"/>
      </w:pPr>
      <w:r>
        <w:t>کے لیے ہے جنہوں نے اپنا اندر پیوریفائیڈ سول ڈیولپ کیا۔ پیوریفائیڈ سول یعنی اپنی تھنکنگ کے اعتبار سے، اپنے اپنے انٹینشن کے اعتبار سے، اپنی اسپیچ کے اعتبار سے، اپنے ایکشن کے اعتبار سے، اپنی ایکٹیوٹیز کے اعتبار سے، جنہوں نے اپنے آپ کو اس اسٹینڈرڈ کا ثابت کیا جو جنت کا اسٹینڈرڈ ہے۔</w:t>
      </w:r>
    </w:p>
    <w:p>
      <w:r>
        <w:rPr>
          <w:b/>
        </w:rPr>
        <w:t xml:space="preserve">[38:42] </w:t>
      </w:r>
      <w:r>
        <w:t>to woh wahan basaye jayenge. is ki khabar dene ke liye quran utara gaya ke is ki tayyari karo. aye logon! is ki tayyari karo. to log chahiye ke is ki tayyari karein, is ki taraf daudein, aur is mein dakhla panay ka hariis ho. yeh hai islam. islam na to koi qaumi mazhab hai, na koi superior mazhab hai, na woh kisi ka</w:t>
      </w:r>
    </w:p>
    <w:p>
      <w:pPr>
        <w:jc w:val="right"/>
      </w:pPr>
      <w:r>
        <w:t>تو وہ وہاں بسائے جائیں گے۔ اس کی خبر دینے کے لیے قرآن اتارا گیا کہ اس کی تیاری کرو۔ اے لوگوں! اس کی تیاری کرو۔ تو لوگ چاہیے کہ اس کی تیاری کریں، اس کی طرف دوڑیں، اور اس میں داخلہ پانے کا حریص ہو۔ یہ ہے اسلام۔ اسلام نہ تو کوئی قومی مذہب ہے، نہ کوئی سپیریئر مذہب ہے، نہ وہ کسی کا</w:t>
      </w:r>
    </w:p>
    <w:p>
      <w:r>
        <w:rPr>
          <w:b/>
        </w:rPr>
        <w:t xml:space="preserve">[39:12] </w:t>
      </w:r>
      <w:r>
        <w:t>pride hai. yeh sab baatein jo hain qaumi zaban mein, yeh sab qaumi zabanein hain, yeh Khuda ki zaban nahi hai. aap agar janna chahte yani Khuda ke mutabiq islam kya hai, to woh aap ko quran mein milega, hadith mein milega, rasool Allah ki sunnat mein milega. to yeh hai sara mamla.</w:t>
      </w:r>
    </w:p>
    <w:p>
      <w:pPr>
        <w:jc w:val="right"/>
      </w:pPr>
      <w:r>
        <w:t>پرائیڈ ہے۔ یہ سب باتیں جو ہیں قومی زبان میں، یہ سب قومی زبانیں ہیں، یہ خدا کی زبان نہیں ہے۔ آپ اگر جاننا چاہتے یعنی خدا کے مطابق اسلام کیا ہے، تو وہ آپ کو قرآن میں ملے گا، حدیث میں ملے گا، رسول اللہ کی سنت میں ملے گا۔ تو یہ ہے سارا معاملہ۔</w:t>
      </w:r>
    </w:p>
    <w:p>
      <w:r>
        <w:rPr>
          <w:b/>
        </w:rPr>
        <w:t xml:space="preserve">[39:43] </w:t>
      </w:r>
      <w:r>
        <w:t>to is mein farmaya quran majeed ne ke: "yeh jo darja submission hai, yeh jo bataya gaya hai quran mein, aur rasool Allah sallallahu alaihi wasallam ne is ka model pesh kiya hai, is ke siwa jo chahega, koi doosra tareeqa, koi doosra nazariya</w:t>
      </w:r>
    </w:p>
    <w:p>
      <w:pPr>
        <w:jc w:val="right"/>
      </w:pPr>
      <w:r>
        <w:t>تو اس میں فرمایا قرآن مجید نے کہ: "یہ جو درجہ سبمیشن ہے، یہ جو بتایا گیا ہے قرآن میں، اور رسول اللہ صلی اللہ علیہ وسلم نے اس کا ماڈل پیش کیا ہے، اس کے سوا جو چاہے گا، کوئی دوسرا طریقہ، کوئی دوسرا نظریہ</w:t>
      </w:r>
    </w:p>
    <w:p>
      <w:r>
        <w:rPr>
          <w:b/>
        </w:rPr>
        <w:t xml:space="preserve">[40:13] </w:t>
      </w:r>
      <w:r>
        <w:t>, to woh Allah ka qabool nahi hoga, aur woh ghaata ghaate mein ghaata uthane walon mein se hoga." to is ka matlab yeh hai ke aadmi ko bohat hi zyada sincere hona chahiye is mamle mein, apni zindagi zindagi ke mamle mein, bohat zyada sincere, bohat zyada sincere. main is mamle mein itna hassas hoon ke aaj subah mein apne baragah pe khada</w:t>
      </w:r>
    </w:p>
    <w:p>
      <w:pPr>
        <w:jc w:val="right"/>
      </w:pPr>
      <w:r>
        <w:t>، تو وہ اللہ کا قبول نہیں ہوگا، اور وہ گھاٹا گھاٹے میں گھاٹا اٹھانے والوں میں سے ہوگا۔" تو اس کا مطلب یہ ہے کہ آدمی کو بہت ہی زیادہ سنسیئر ہونا چاہیے اس معاملے میں، اپنی زندگی زندگی کے معاملے میں، بہت زیادہ سنسیئر، بہت زیادہ سنسیئر۔ میں اس معاملے میں اتنا حساس ہوں کہ آج صبح میں اپنے بارگاہ پہ کھڑ</w:t>
      </w:r>
    </w:p>
    <w:p>
      <w:r>
        <w:rPr>
          <w:b/>
        </w:rPr>
        <w:t xml:space="preserve">[40:43] </w:t>
      </w:r>
      <w:r>
        <w:t>tha, aur mere samne jo road hai, us par sari yani har tarah ke log guzarte hain, to un ko dekh kar yani mehsoos karta hoon main ke insaan kya kar raha hai, insaan ki tajassusiyan kya hain. to ek ajeeb ehsaas bhara hua, ek ajeeb ehsaas sochte sochte insanon ki jo sar garniyan hain sari dunya mein, woh mere zehan mein aa gayi. to meri zaban se ek jumla nikla</w:t>
      </w:r>
    </w:p>
    <w:p>
      <w:pPr>
        <w:jc w:val="right"/>
      </w:pPr>
      <w:r>
        <w:t>ا تھا، اور میرے سامنے جو روڈ ہے، اس پر ساری یعنی ہر طرح کے لوگ گزرتے ہیں، تو ان کو دیکھ کر یعنی محسوس کرتا ہوں میں کہ انسان کیا کر رہا ہے، انسان کی تجسسیاں کیا ہیں۔ تو ایک عجیب احساس بھرا ہوا، ایک عجیب احساس سوچتے سوچتے انسانوں کی جو سرگرمیاں ہیں ساری دنیا میں، وہ میرے ذہن میں آ گئی۔ تو میری زبان سے ایک جملہ نکلا</w:t>
      </w:r>
    </w:p>
    <w:p>
      <w:r>
        <w:rPr>
          <w:b/>
        </w:rPr>
        <w:t xml:space="preserve">[41:13] </w:t>
      </w:r>
      <w:r>
        <w:t>ke aaj sari dunya mein ek hi culture chal raha hai, ek hi culture sari dunya mein, yahan se le kar America tak. woh culture kya hai? animal ki tarah kamana aur shaitan, shaitan, shaitan ki tarah kharch karna. yeh bohat zabardast ehsaas paida hua mere andar. kya haal logon ka ke haiwan ban kar kamate hain aur shaitan ban kar kharch karte hain? sha</w:t>
      </w:r>
    </w:p>
    <w:p>
      <w:pPr>
        <w:jc w:val="right"/>
      </w:pPr>
      <w:r>
        <w:t>کہ آج ساری دنیا میں ایک ہی کلچر چل رہا ہے، ایک ہی کلچر ساری دنیا میں، یہاں سے لے کر امریکہ تک۔ وہ کلچر کیا ہے؟ انیبل کی طرح کمانا اور شیطان، شیطان، شیطان کی طرح خرچ کرنا۔ یہ بہت زبردست احساس پیدا ہوا میرے اندر۔ کیا حال لوگوں کا کہ حیوان بن کر کماتے ہیں اور شیطان بن کر خرچ کرتے ہیں؟ ش</w:t>
      </w:r>
    </w:p>
    <w:p>
      <w:r>
        <w:rPr>
          <w:b/>
        </w:rPr>
        <w:t xml:space="preserve">[41:43] </w:t>
      </w:r>
      <w:r>
        <w:t>adiyon mein, taqreebat mein, fazool dilchaspiyon mein, is mein, is mein paise ko barbaad karte hain. to meri zaban se nikla ke aaj sari dunya mein ek hi culture chal raha hai. woh culture hai haiwan ki tarah kamana aur shaitan ki tarah kharch karna. haiwan ban kar kamana aur shaitan ban kar kharch karna. to quran mein hai, dekhiye, yeh baatein jo hain quran mein batayi gayi hain</w:t>
      </w:r>
    </w:p>
    <w:p>
      <w:pPr>
        <w:jc w:val="right"/>
      </w:pPr>
      <w:r>
        <w:t>ادیوں میں، تقریبات میں، فضول دلچسپیوں میں، اس میں، اس میں پیسے کو برباد کرتے ہیں۔ تو میری زبان سے نکلا کہ آج ساری دنیا میں ایک ہی کلچر چل رہا ہے۔ وہ کلچر ہے حیوان کی طرح کمانا اور شیطان کی طرح خرچ کرنا۔ حیوان بن کر کمانا اور شیطان بن کر خرچ کرنا۔ تو قرآن میں ہے، دیکھیے، یہ باتیں جو ہیں قرآن میں بتائی گئی ہیں</w:t>
      </w:r>
    </w:p>
    <w:p>
      <w:r>
        <w:rPr>
          <w:b/>
        </w:rPr>
        <w:t xml:space="preserve">[42:14] </w:t>
      </w:r>
      <w:r>
        <w:t>ke quran bataya ke jo log Allah ke rastay par na chal rahe hon, un ka mamla bilkul haiwan jaisa mamla hai. kama tak al an'aam, jis tarah haiwan khata hai, is tarah yeh bhi kha pi rahe hain. aur aur jo kamai hui daulat ko jo bekar zaya karte hain, idhar udhar fazooliyat mein, un ke bare mein hai ke woh</w:t>
      </w:r>
    </w:p>
    <w:p>
      <w:pPr>
        <w:jc w:val="right"/>
      </w:pPr>
      <w:r>
        <w:t>کہ قرآن بتایا کہ جو لوگ اللہ کے راستے پر نہ چل رہے ہوں، ان کا معاملہ بالکل حیوان جیسا معاملہ ہے۔ کما تاک الانعام، جس طرح حیوان کھاتا ہے، اس طرح یہ بھی کھا پی رہے ہیں۔ اور اور جو کمائی ہوئی دولت کو جو بیکار ضائع کرتے ہیں، ادھر ادھر فضولیات میں، ان کے بارے میں ہے کہ وہ</w:t>
      </w:r>
    </w:p>
    <w:p>
      <w:r>
        <w:rPr>
          <w:b/>
        </w:rPr>
        <w:t xml:space="preserve">[42:44] </w:t>
      </w:r>
      <w:r>
        <w:t>shaitan ke bhai hain. yeh khoon shaitan hai. woh to yahi yahi idea le kar mere zehan mein aaya ke aaj insaan ka haal yeh hai ke animal ban kar kamana aur shaitan ban kar kharch karna. to hamein is se bachna hai. kyunke dekhiye, koi bhi aadmi apne aap ko maut se nahi bacha sakta hai. maut behrahaal aayegi. maut</w:t>
      </w:r>
    </w:p>
    <w:p>
      <w:pPr>
        <w:jc w:val="right"/>
      </w:pPr>
      <w:r>
        <w:t>شیطان کے بھائی ہیں۔ یہ خون شیطان ہے۔ وہ تو یہی یہی آئیڈیا لے کر میرے ذہن میں آیا کہ آج انسان کا حال یہ ہے کہ انیبل بن کر کمانا اور شیطان بن کر خرچ کرنا۔ تو ہمیں اس سے بچنا ہے۔ کیونکہ دیکھیے، کوئی بھی آدمی اپنے آپ کو موت سے نہیں بچا سکتا ہے۔ موت بہرحال آئے گی۔ موت</w:t>
      </w:r>
    </w:p>
    <w:p>
      <w:r>
        <w:rPr>
          <w:b/>
        </w:rPr>
        <w:t xml:space="preserve">[43:14] </w:t>
      </w:r>
      <w:r>
        <w:t>se koi bhi insaan apne ko bacha nahi sakta hai. ab maut ke baad maut aati hai hamesha point of no return par. maut aayi to bas is dunya se aap chale gaye, agli dunya mein pahunch gaye, jahan aap ko Allah ke samne apne hisab kitab dena hai. yeh sari baatein quran mein bar bar batayi gayi hain, bar bar batayi gayi hain. yahi mozu hai quran ka. quran ka koi doosra mozu nahi hai.</w:t>
      </w:r>
    </w:p>
    <w:p>
      <w:pPr>
        <w:jc w:val="right"/>
      </w:pPr>
      <w:r>
        <w:t>سے کوئی بھی انسان اپنے کو بچا نہیں سکتا ہے۔ اب موت کے بعد موت آتی ہے ہمیشہ پوائنٹ آف نو ریٹرن پر۔ موت آئی تو بس اس دنیا سے آپ چلے گئے، اگلی دنیا میں پہنچ گئے، جہاں آپ کو اللہ کے سامنے اپنے حساب کتاب دینا ہے۔ یہ ساری باتیں قرآن میں بار بار بتائی گئی ہیں، بار بار بتائی گئی ہیں۔ یہی موضوع ہے قرآن کا۔ قرآن کا کوئی دوسرا موضوع نہیں ہے۔</w:t>
      </w:r>
    </w:p>
    <w:p>
      <w:r>
        <w:rPr>
          <w:b/>
        </w:rPr>
        <w:t xml:space="preserve">[43:47] </w:t>
      </w:r>
      <w:r>
        <w:t>ek kitab maine padhi to us mein ajeeb o ghareeb kitab thi, woh ek musalman ki. us mein unhone bataya tha ke quran mein sari industries ke formulay bayan kiye gaye hain. sari industries aur ajeeb ghareeb tor par nikala tha unhone sari industries ke formulay. maslan service industry ke formula nikala tha unhone. service industry to woh jo ayat quran mein hai ke ek badshah ne kaha tha apne wazir se ke mere liye mahal bana,</w:t>
      </w:r>
    </w:p>
    <w:p>
      <w:pPr>
        <w:jc w:val="right"/>
      </w:pPr>
      <w:r>
        <w:t>ایک کتاب میں نے پڑھی تو اس میں عجیب و غریب کتاب تھی، وہ ایک مسلمان کی۔ اس میں انہوں نے بتایا تھا کہ قرآن میں ساری انڈسٹریز کے فارمولے بیان کیے گئے ہیں۔ ساری انڈسٹریز اور عجیب غریب طور پر نکالا تھا انہوں نے ساری انڈسٹریز کے فارمولے۔ مثلاً سروک انڈسٹری کے فارمولا نکالا تھا انہوں نے۔ سروک انڈسٹری تو وہ جو آیت قرآن میں ہے کہ ایک بادشاہ نے کہا تھا اپنے وزیر سے کہ میرے لیے محل بنا،</w:t>
      </w:r>
    </w:p>
    <w:p>
      <w:r>
        <w:rPr>
          <w:b/>
        </w:rPr>
        <w:t xml:space="preserve">[44:19] </w:t>
      </w:r>
      <w:r>
        <w:t>aur woh hai us ke liye eentein tayyar kar. to eentein tayyar karne ki jo baat aayi hai, is mein se unhon ne nikaal liya ke sarvok industries aisi ajeeb o ghareeb tor par is mein nikaal rakha tha. unhon ne yeh quran jo hai har qism ke industries ke formula is mein bataye gaye hain. yeh bilkul laغو hai, bilkul base less hai. quran mein formula bataya gaya hai eternal eternal life pe</w:t>
      </w:r>
    </w:p>
    <w:p>
      <w:pPr>
        <w:jc w:val="right"/>
      </w:pPr>
      <w:r>
        <w:t>اور وہ ہے اس کے لیے اینٹیں تیار کر۔ تو اینٹیں تیار کرنے کی جو بات آئی ہے، اس میں سے انہوں نے نکال لیا کہ سروک انڈسٹریز ایسی عجیب و غریب طور پر اس میں نکال رکھا تھا۔ انہوں نے یہ قرآن جو ہے ہر قسم کے انڈسٹریز کے فارمولے اس میں بتائے گئے ہیں۔ یہ بالکل لغو ہے، بالکل بیس لیس ہے۔ قرآن میں فارمولا بتایا گیا ہے ایٹرنل ایٹرنل لائف پہ</w:t>
      </w:r>
    </w:p>
    <w:p>
      <w:r>
        <w:rPr>
          <w:b/>
        </w:rPr>
        <w:t xml:space="preserve">[44:49] </w:t>
      </w:r>
      <w:r>
        <w:t>kaamvi ka. yaani is duniya mein hum aarzi tor par rahein, is ke baad hum jayenge ek abadi duniya mein. is abadi duniya mein kaise hum kaamyaab hon, is ka formula bataya gaya hai. bas yeh hai quran ka mozu. to hamein bohat hi zyada sanjeedgi ke sath yeh jaanna chahiye ke jis khuda ne hum ko paida kiya hai, us khuda</w:t>
      </w:r>
    </w:p>
    <w:p>
      <w:pPr>
        <w:jc w:val="right"/>
      </w:pPr>
      <w:r>
        <w:t>کاموی کا۔ یعنی اس دنیا میں ہم عارضی طور پر رہیں، اس کے بعد ہم جائیں گے ایک ابدی دنیا میں۔ اس ابدی دنیا میں کیسے ہم کامیاب ہوں، اس کا فارمولا بتایا گیا ہے۔ بس یہ ہے قرآن کا موضوع۔ تو ہمیں بہت ہی زیادہ سنجیدگی کے ساتھ یہ جاننا چاہیے کہ جس خدا نے ہم کو پیدا کیا ہے، اس خدا</w:t>
      </w:r>
    </w:p>
    <w:p>
      <w:r>
        <w:rPr>
          <w:b/>
        </w:rPr>
        <w:t xml:space="preserve">[45:19] </w:t>
      </w:r>
      <w:r>
        <w:t>ka mansha kya mere bare mein hai? zahir hai ke main apne aap ko main ne khud nahi bana liya, mere maa baap ne bhi mujhe nahi banaya, mera paida karne wala Allah taala hai. to Allah ki marzi kya hai jis ne mujhe paida kiya? mere bare mein is ko janne ke liye aadmi ko, har insaan, har aurat ko, har mard ko kya karna chahiye? bohat hi zyada sanjeedgi ke</w:t>
      </w:r>
    </w:p>
    <w:p>
      <w:pPr>
        <w:jc w:val="right"/>
      </w:pPr>
      <w:r>
        <w:t>کا منشا کیا میرے بارے میں ہے؟ ظاہر ہے کہ میں اپنے آپ کو میں نے خود نہیں بنا لیا، میرے ماں باپ نے بھی مجھے نہیں بنایا، میرا پیدا کرنے والا اللہ تعالیٰ ہے۔ تو اللہ کی مرضی کیا ہے جس نے مجھے پیدا کیا؟ میرے بارے میں اس کو جاننے کے لیے آدمی کو، ہر انسان، ہر عورت کو، ہر مرد کو کیا کرنا چاہیے؟ بہت ہی زیادہ سنجیدگی کے</w:t>
      </w:r>
    </w:p>
    <w:p>
      <w:r>
        <w:rPr>
          <w:b/>
        </w:rPr>
        <w:t xml:space="preserve">[45:49] </w:t>
      </w:r>
      <w:r>
        <w:t>sath, bohat hi sincerely aur bohat hi seriously is ko quran ka mutala karna chahiye. ek sahib se main mila ek bar, ek musalman se, to un ke sath main chand din raha tha. to rozana woh quran ki tilawat bohat ihtimam se kiya karte the. to unhon ne bataya ke main har din do para parta hoon, do para, aur 15 din mein poora quran khatam karta h</w:t>
      </w:r>
    </w:p>
    <w:p>
      <w:pPr>
        <w:jc w:val="right"/>
      </w:pPr>
      <w:r>
        <w:t>ساتھ، بہت ہی سنسیرلی اور بہت ہی سیریسلی اس کو قرآن کا مطالعہ کرنا چاہیے۔ ایک صاحب سے میں ملا ایک بار، ایک مسلمان سے، تو ان کے ساتھ میں چند دن رہا تھا۔ تو روزانہ وہ قرآن کی تلاوت بہت اہتمام سے کیا کرتے تھے۔ تو انہوں نے بتایا کہ میں ہر دن دو پارہ پڑھتا ہوں، دو پارہ، اور 15 دن میں پورا قرآن ختم کرتا ہ</w:t>
      </w:r>
    </w:p>
    <w:p>
      <w:r>
        <w:rPr>
          <w:b/>
        </w:rPr>
        <w:t xml:space="preserve">[46:19] </w:t>
      </w:r>
      <w:r>
        <w:t>oon. poori zindagi mera yeh mamool hai, har din do para, 15 din mein poora quran. to main ne un se poocha ke quran se aap ne zindagi ka kya formula daryaft kiya? yaani quran ne kya bataya aap ko? kis tarah raho duniya mein kaamyaab zindagi paane ke liye? to bohat taajjub mujhe hua ke unhon ne kaha ke is aitbar se hum ne socha nahi. main ne poocha ke phir kis liye padhte hain? aap</w:t>
      </w:r>
    </w:p>
    <w:p>
      <w:pPr>
        <w:jc w:val="right"/>
      </w:pPr>
      <w:r>
        <w:t>وں۔ پوری زندگی میرا یہ معمول ہے، ہر دن دو پارہ، 15 دن میں پورا قرآن۔ تو میں نے ان سے پوچھا کہ قرآن سے آپ نے زندگی کا کیا فارمولا دریافت کیا؟ یعنی قرآن نے کیا بتایا آپ کو؟ کس طرح رہو دنیا میں کامیاب زندگی پانے کے لیے؟ تو بہت تعجب مجھے ہوا کہ انہوں نے کہا کہ اس اعتبار سے ہم نے سوچا نہیں۔ میں نے پوچھا کہ پھر کس لیے پڑھتے ہیں؟ آپ</w:t>
      </w:r>
    </w:p>
    <w:p>
      <w:r>
        <w:rPr>
          <w:b/>
        </w:rPr>
        <w:t xml:space="preserve">[46:50] </w:t>
      </w:r>
      <w:r>
        <w:t>ne kaha hum to padhte hain sawab ke liye. ghor kijiye, sawab ka lafz jo hai ek bilkul purasrar lafz bana hua musalmanon mein, mysterious lafz, ek mysterious lafz. yaani woh padhte hain quran ko ek mysterious, ek majhool cheez ke liye. yeh quran ko padhna nahi hai. aise logon ke bare mein Hazrat Aisha ne kaha tha ke</w:t>
      </w:r>
    </w:p>
    <w:p>
      <w:pPr>
        <w:jc w:val="right"/>
      </w:pPr>
      <w:r>
        <w:t>نے کہا ہم تو پڑھتے ہیں ثواب کے لیے۔ غور کیجیے، ثواب کا لفظ جو ہے ایک بالکل پراسرار لفظ بنا ہوا مسلمانوں میں، مسٹیریس لفظ، ایک مسٹیریس لفظ۔ یعنی وہ پڑھتے ہیں قرآن کو ایک مسٹیریس، ایک مجہول چیز کے لیے۔ یہ قرآن کو پڑھنا نہیں ہے۔ ایسے لوگوں کے بارے میں حضرت عائشہ نے کہا تھا کہ</w:t>
      </w:r>
    </w:p>
    <w:p>
      <w:r>
        <w:rPr>
          <w:b/>
        </w:rPr>
        <w:t xml:space="preserve">[47:21] </w:t>
      </w:r>
      <w:r>
        <w:t>unhon ne padha, magar woh nahi padha kyunke quran utara gaya hai tadabbur ke liye, sochne ke liye. tadabbur ka matlab kya hai? ke is se aap daryaft karein ke quran Allah ki marzi mere bare mein kya hai? Allah mujh se kya chahta hai? yeh sab se bara farz hai har insaan ke upar, har insaan ke upar, sirf musalman ke upar nahi ke quran utara gaya sare insanon ke liye.</w:t>
      </w:r>
    </w:p>
    <w:p>
      <w:pPr>
        <w:jc w:val="right"/>
      </w:pPr>
      <w:r>
        <w:t>انہوں نے پڑھا، مگر وہ نہیں پڑھا کیونکہ قرآن اتارا گیا ہے تدبر کے لیے، سوچنے کے لیے۔ تدبر کا مطلب کیا ہے؟ کہ اس سے آپ دریافت کریں کہ قرآن خدا کی مرضی میرے بارے میں کیا ہے؟ خدا مجھ سے کیا چاہتا ہے؟ یہ سب سے بڑا فرض ہے ہر انسان کے اوپر، ہر انسان کے اوپر، صرف مسلمان کے اوپر نہیں کہ قرآن اتارا گیا سارے انسانوں کے لیے۔</w:t>
      </w:r>
    </w:p>
    <w:p>
      <w:r>
        <w:rPr>
          <w:b/>
        </w:rPr>
        <w:t xml:space="preserve">[47:55] </w:t>
      </w:r>
      <w:r>
        <w:t>isi liye main samajhta hoon ke musalmanon ka farz do do cheezein musalmanon ka farz hai. sab se bara farz, sare farzon se bara farz ek yeh hai ke woh khud quran ko padh kar jaane ke Allah is se kya chahta hai. doosra yeh ke doosre insanon tak quran pahunchaye. khud quran ko padhna aur doosron tak quran ko pahunchana yeh two point formula hai har mus</w:t>
      </w:r>
    </w:p>
    <w:p>
      <w:pPr>
        <w:jc w:val="right"/>
      </w:pPr>
      <w:r>
        <w:t>اسی لیے میں سمجھتا ہوں کہ مسلمانوں کا فرض دو دو چیزیں مسلمانوں کا فرض ہے۔ سب سے بڑا فرض، سارے فرضوں سے بڑا فرض ایک یہ ہے کہ وہ خود قرآن کو پڑھ کر جانے کہ خدا اس سے کیا چاہتا ہے۔ دوسرا یہ کہ دوسرے انسانوں تک قرآن پہنچائے۔ خود قرآن کو پڑھنا اور دوسروں تک قرآن کو پہنچانا یہ ٹو پوائنٹ فارمولا ہے ہر مس</w:t>
      </w:r>
    </w:p>
    <w:p>
      <w:r>
        <w:rPr>
          <w:b/>
        </w:rPr>
        <w:t xml:space="preserve">[48:26] </w:t>
      </w:r>
      <w:r>
        <w:t>alman ka. yaani is mein koi kami mumkin hi nahi hai. har har musalman par farz hai, har musalman par ke woh khud quran ko padh kar jaane aur phir doosre har aurat aur mard tak quran ko pahunchaye. is se bara koi farz hi nahi hai. lekin bohat ajeeb baat hai ke na to log khud padhte quran ko yeh janne ke liye ke quran mein kya hai un ke liye,</w:t>
      </w:r>
    </w:p>
    <w:p>
      <w:pPr>
        <w:jc w:val="right"/>
      </w:pPr>
      <w:r>
        <w:t>لمان کا۔ یعنی اس میں کوئی کمی ممکن ہی نہیں ہے۔ ہر ہر مسلمان پر فرض ہے، ہر مسلمان پر کہ وہ خود قرآن کو پڑھ کر جانے اور پھر دوسرے ہر عورت اور مرد تک قرآن کو پہنچائے۔ اس سے بڑا کوئی فرض ہی نہیں ہے۔ لیکن بہت عجیب بات ہے کہ نہ تو لوگ خود پڑھتے قرآن کو یہ جاننے کے لیے کہ قرآن میں کیا ہے ان کے لیے،</w:t>
      </w:r>
    </w:p>
    <w:p>
      <w:r>
        <w:rPr>
          <w:b/>
        </w:rPr>
        <w:t xml:space="preserve">[48:57] </w:t>
      </w:r>
      <w:r>
        <w:t>aur na un ke andar yeh jazba paida hota ke quran ko doosron tak pahunchayein. bohat hi ajeeb baat hai. to islam ko musalmanon ne bana liya apne liye fakhr. islam ko musalmanon ne quran, islam ko ya quran ko bana liya apne liye fakhr. halanke yeh bilkul base less baat hai. islam musalmanon ka fakhr nahi hai. islam musalmanon ke liye hidayat nama</w:t>
      </w:r>
    </w:p>
    <w:p>
      <w:pPr>
        <w:jc w:val="right"/>
      </w:pPr>
      <w:r>
        <w:t>اور نہ ان کے اندر یہ جذبہ پیدا ہوتا کہ قرآن کو دوسروں تک پہنچائیں۔ بہت ہی عجیب بات ہے۔ تو اسلام کو مسلمانوں نے بنا لیا اپنے لیے فخر۔ اسلام کو مسلمانوں نے قرآن، اسلام کو یا قرآن کو بنا لیا اپنے لیے فخر۔ حالانکہ یہ بالکل بیس لیس بات ہے۔ اسلام مسلمانوں کا فخر نہیں ہے۔ اسلام مسلمانوں کے لیے ہدایت نامہ</w:t>
      </w:r>
    </w:p>
    <w:p>
      <w:r>
        <w:rPr>
          <w:b/>
        </w:rPr>
        <w:t xml:space="preserve">[49:27] </w:t>
      </w:r>
      <w:r>
        <w:t>hai aur doosron ki dawat ki kitab hai. musalmanon ke liye dawat hidayat nama hai. yaani is se woh daryaft karein apne liye tareeqa zindagi aur doosron ko pahunchayein taake woh bhi jaanein ke Allah ki marzi kya un ke bare mein hai. aur jo log quran ke naam par hangame karte hain, woh bhi</w:t>
      </w:r>
    </w:p>
    <w:p>
      <w:pPr>
        <w:jc w:val="right"/>
      </w:pPr>
      <w:r>
        <w:t>ہے اور دوسروں کی دعوت کی کتاب ہے۔ مسلمانوں کے لیے دعوت ہدایت نامہ ہے۔ یعنی اس سے وہ دریافت کریں اپنے لیے طریقہ زندگی اور دوسروں کو پہنچائیں تاکہ وہ بھی جانیں کہ اللہ کی مرضی کیا ان کے بارے میں ہے۔ اور جو لوگ قرآن کے نام پر ہنگامے کرتے ہیں، وہ بھی</w:t>
      </w:r>
    </w:p>
    <w:p>
      <w:r>
        <w:rPr>
          <w:b/>
        </w:rPr>
        <w:t xml:space="preserve">[49:57] </w:t>
      </w:r>
      <w:r>
        <w:t>un ka bhi is quran se koi taalluq nahi, islam se koi taalluq nahi. ab dekhiye, abhi isi hafte ki baat hai, India ke ek shehar mein ek waqea hua. woh yeh ke ek ek inteha pasand hindu leader wahan pahunche, unhon ne ek taqreer ki. abhi isi hafte ki baat hai.</w:t>
      </w:r>
    </w:p>
    <w:p>
      <w:pPr>
        <w:jc w:val="right"/>
      </w:pPr>
      <w:r>
        <w:t>ان کا بھی اس قرآن سے کوئی تعلق نہیں، اسلام سے کوئی تعلق نہیں۔ ابھی دیکھیے، ابھی اسی ہفتے کی بات ہے، انڈیا کے ایک شہر میں ایک واقعہ ہوا۔ وہ یہ کہ ایک ایک انتہا پسند ہندو لیڈر وہاں پہنچے، انہوں نے ایک تقریر کی۔ ابھی اسی ہفتے کی بات ہے۔</w:t>
      </w:r>
    </w:p>
    <w:p>
      <w:r>
        <w:rPr>
          <w:b/>
        </w:rPr>
        <w:t xml:space="preserve">[50:27] </w:t>
      </w:r>
      <w:r>
        <w:t>to unhon ne apni taqreer mein yeh kaha ke Mecca mein jo kaba hai, woh kaba ek mandir tha jis mein senkaron but rakhe hue the. musalmanon ne is par zabardasti qabza kar liya. is par wahan par musalmanon ne jaloos nikala, hangama hua, lathi charge hua, aur kal sham tak ki khabar yeh hai ke wahan par curfew laga hua hai.</w:t>
      </w:r>
    </w:p>
    <w:p>
      <w:pPr>
        <w:jc w:val="right"/>
      </w:pPr>
      <w:r>
        <w:t>تو انہوں نے اپنی تقریر میں یہ کہا کہ مکہ میں جو کعبہ ہے، وہ کعبہ ایک مندر تھا جس میں سینکڑوں بت رکھے ہوئے تھے۔ مسلمانوں نے اس پر زبردستی قبضہ کر لیا۔ اس پر وہاں پر مسلمانوں نے جلوس نکالا، ہنگامہ ہوا، لاٹھی چارج ہوا، اور کل شام تک کی خبر یہ ہے کہ وہاں پر کرفو لگا ہوا ہے۔</w:t>
      </w:r>
    </w:p>
    <w:p>
      <w:r>
        <w:rPr>
          <w:b/>
        </w:rPr>
        <w:t xml:space="preserve">[50:57] </w:t>
      </w:r>
      <w:r>
        <w:t>ho sakta hai ke aaj bhi curfew laga hua ho. kal sham tak to tha curfew. jab yeh khabar main ne padhi to main ne socha ke ek bohat ajeeb baat meri samajh mein aayi ke Rasool Allah ke zamane mein, Rasool Allah sal Allah alayhi wasallam ne apna mission shuru kiya tha seven century ke first quarter mein. is waqt to aisa tha ke waqeatan wahan par but rakhe hue</w:t>
      </w:r>
    </w:p>
    <w:p>
      <w:pPr>
        <w:jc w:val="right"/>
      </w:pPr>
      <w:r>
        <w:t>ہو سکتا ہے کہ آج بھی کرفو لگا ہوا ہو۔ کل شام تک تو تھا کرفو۔ جب یہ خبر میں نے پڑھی تو میں نے سوچا کہ ایک بہت عجیب بات میری سمجھ میں آئی کہ رسول اللہ کے زمانے میں، رسول اللہ صلی اللہ علیہ وسلم نے اپنا مشن شروع کیا تھا سیون سینچری کے فرسٹ کوارٹر میں۔ اس وقت تو ایسا تھا کہ واقعتا وہاں پر بت رکھے ہوئے</w:t>
      </w:r>
    </w:p>
    <w:p>
      <w:r>
        <w:rPr>
          <w:b/>
        </w:rPr>
        <w:t xml:space="preserve">[51:28] </w:t>
      </w:r>
      <w:r>
        <w:t>the kaba mein, 360 but ba'al fil rakhe hue the. waqeatan Rasool Allah is ko dekhte the. aap ne kuch bhi na protest kiya, na koi hangama kiya, kuch bhi nahi. to jab waqeatan but rakhe hue the aur Rasool Allah ne dekha is ko, Sahaba ne dekha is ko, tab to kuch nahi hua. ab jab ke woh but safaya ho chuka hai, but ek past ki cheez ban chuke hain,</w:t>
      </w:r>
    </w:p>
    <w:p>
      <w:pPr>
        <w:jc w:val="right"/>
      </w:pPr>
      <w:r>
        <w:t>تھے کعبہ میں، 360 بت بالفعل رکھے ہوئے تھے۔ واقعتا رسول اللہ اس کو دیکھتے تھے۔ آپ نے کچھ بھی نہ پروٹیسٹ کیا، نہ کوئی ہنگامہ کیا، کچھ بھی نہیں۔ تو جب واقعتا بت رکھے ہوئے تھے اور رسول اللہ نے دیکھا اس کو، صحابہ نے دیکھا اس کو، تب تو کچھ نہیں کیا۔ اب جب کہ وہ بت صفایا ہو چکا ہے، بت ایک پاسٹ کی چیز بن چکے ہیں،</w:t>
      </w:r>
    </w:p>
    <w:p>
      <w:r>
        <w:rPr>
          <w:b/>
        </w:rPr>
        <w:t xml:space="preserve">[51:58] </w:t>
      </w:r>
      <w:r>
        <w:t>iska kisi ne zikr kar diya, is par hangama ho raha hai. kaisi ajeeb baat hai ke mazi ki ek khabar, kisi ne mazi ka ek waqea, kisi ne dohraya aap ki taqreer mein, is par hangama ho gaya. aur jab waqeatan woh mazi haal tha, jab waqeatan wahan par but rakhe hue the aur Rasool Allah aur Sahaba aap ke Sahaba dekhte the is ko, to kuch bhi nahi kiya aap ne. kyun? is ki wajah kya hai?</w:t>
      </w:r>
    </w:p>
    <w:p>
      <w:pPr>
        <w:jc w:val="right"/>
      </w:pPr>
      <w:r>
        <w:t>اس کا کسی نے ذکر کر دیا، اس پر ہنگامہ ہو رہا ہے۔ کیسی عجیب بات ہے کہ ماضی کی ایک خبر، کسی نے ماضی کا ایک واقعہ، کسی نے دہرایا آپ کی تقریر میں، اس پر ہنگامہ ہو گیا۔ اور جب واقعتا وہ ماضی حال تھا، جب واقعتا وہاں پر بت رکھے ہوئے تھے اور رسول اللہ اور اصحاب آپ کے اصحاب دیکھتے تھے اس کو، تو کچھ بھی نہیں کیا آپ نے۔ کیوں؟ اس کی وجہ کیا ہے؟</w:t>
      </w:r>
    </w:p>
    <w:p>
      <w:r>
        <w:rPr>
          <w:b/>
        </w:rPr>
        <w:t xml:space="preserve">[52:28] </w:t>
      </w:r>
      <w:r>
        <w:t>is ki wajah yeh hai ke Rasool Allah sal Allah alayhi wasallam aur aap ke Sahaba mukammal tor par positive thinking wale log the, musbat soch wale log. yaani woh hamesha manfi waqe mein musbat pehlu talash karte the. yaani agar wahan par, yaani agar main ek misaal doon, jaise ke farz kijiye ke bohat sara ek ek anbaar hai</w:t>
      </w:r>
    </w:p>
    <w:p>
      <w:pPr>
        <w:jc w:val="right"/>
      </w:pPr>
      <w:r>
        <w:t>اس کی وجہ یہ ہے کہ رسول اللہ صلی اللہ علیہ وسلم اور آپ کے اصحاب مکمل طور پر پوزیٹیو تھنکنگ والے لوگ تھے، مثبت سوچ والے لوگ۔ یعنی وہ ہمیشہ منفی واقعے میں مثبت پہلو تلاش کرتے تھے۔ یعنی اگر وہاں پر، یعنی اگر میں ایک مثال دوں، جیسے کہ فرض کیجیے کہ بہت سارا ایک ایک انبار ہے</w:t>
      </w:r>
    </w:p>
    <w:p>
      <w:r>
        <w:rPr>
          <w:b/>
        </w:rPr>
        <w:t xml:space="preserve">[52:59] </w:t>
      </w:r>
      <w:r>
        <w:t>pattharon ka, wahan par thori si chot, thori si shakal rakhi hui hai. ab choti agar aayegi to is ko is anbaar se koi matlab nahi. anbaar ko woh ignore karegi, us shakal ko le legi. woh yeh hai positive thinking, yaani ghair mutalliq cheez ko chhodna, mutalliq cheez ko le lena. to choti ka mizaj jo hai, woh yahi hai ke woh namak ka pahaad hai, to namak se us ko matlab nahi. is mein chand</w:t>
      </w:r>
    </w:p>
    <w:p>
      <w:pPr>
        <w:jc w:val="right"/>
      </w:pPr>
      <w:r>
        <w:t>پتھروں کا، وہاں پر تھوڑی سی چوٹ، تھوڑی سی شکل رکھی ہوئی ہے۔ اب چوٹی اگر آئے گی تو اس کو اس انبار سے کوئی مطلب نہیں۔ انبار کو وہ اگنور کرے گی، اس شکل کو لے لے گی۔ وہ یہ ہے پازیٹیو تھنکنگ، یعنی غیر متعلق چیز کو چھوڑنا، متعلق چیز کو لے لینا۔ تو چوٹی کا مزاج جو ہے، وہ یہی ہے کہ وہ نمک کا پہاڑ ہے، تو نمک سے اس کو مطلب نہیں۔ اس میں چند</w:t>
      </w:r>
    </w:p>
    <w:p>
      <w:r>
        <w:rPr>
          <w:b/>
        </w:rPr>
        <w:t xml:space="preserve">[53:29] </w:t>
      </w:r>
      <w:r>
        <w:t>shakar ke daane hain, to is shakar ko le leti hai. woh yahi haal momin ka hai ke ke woh manfi baaton ka jangal wahan hai, to is se koi matlab us ko nahi hai. musbat jo item wahan hai, is se us ko matlab hota hai. to Rasool Allah sal Allah alayhi wasallam aur aap ke Sahaba kya karte the ke wahan par jo log aate the, un buton ki ziyarat karne ke liye, un par ja ke dawat pahuncha dete the.</w:t>
      </w:r>
    </w:p>
    <w:p>
      <w:pPr>
        <w:jc w:val="right"/>
      </w:pPr>
      <w:r>
        <w:t>شکر کے دانے ہیں، تو اس شکر کو لے لیتی ہے۔ وہ یہی حال مومن کا ہے کہ کہ وہ منفی باتوں کا جنگل وہاں ہے، تو اس سے کوئی مطلب اس کو نہیں ہے۔ مثبت جو آئٹم وہاں ہے، اس سے اس کو مطلب ہوتا ہے۔ تو رسول اللہ صلی اللہ علیہ وسلم اور آپ کے اصحاب کیا کرتے تھے کہ وہاں پر جو لوگ آتے تھے، ان بتوں کی زیارت کرنے کے لیے، ان پر جا کے دعوت پہنچا دیتے تھے۔</w:t>
      </w:r>
    </w:p>
    <w:p>
      <w:r>
        <w:rPr>
          <w:b/>
        </w:rPr>
        <w:t xml:space="preserve">[54:00] </w:t>
      </w:r>
      <w:r>
        <w:t>yaani unhon ne ignore kiya buton ke presence ko, aur jo aate the, jo log, jo insaan, un ko bator opportunity ke istemal kiya, un ko dawat dete rahe. aaj ka musalmanon ka mamla ulta hai. aaj ka musalmanon ka mamla ulta hai. misaal par, jahan woh jis shehar mein taqreer unhon ne ki thi, us shehar mein bhi do imkan the. ek ke is aadmi ki manfi taqreer, manfi taqreer, doosra bohat sare ikhatta hue, wahan hazaron log</w:t>
      </w:r>
    </w:p>
    <w:p>
      <w:pPr>
        <w:jc w:val="right"/>
      </w:pPr>
      <w:r>
        <w:t>یعنی انہوں نے اگنور کیا بتوں کے پریزنس کو، اور جو آتے تھے، جو لوگ، جو انسان، ان کو بطور اپرچونیٹی کے استعمال کیا، ان کو دعوت دیتے رہے۔ آج کا مسلمانوں کا معاملہ الٹا ہے۔ آج کا مسلمانوں کا معاملہ الٹا ہے۔ مثال پر، جہاں وہ جس شہر میں تقریر انہوں نے کی تھی، اس شہر میں بھی دو امکان تھے۔ ایک کہ اس آدمی کی منفی تقریر، منفی تقریر، دوسرا بہت سارے اکٹھا ہوئے، وہاں ہزاروں لوگ</w:t>
      </w:r>
    </w:p>
    <w:p>
      <w:r>
        <w:rPr>
          <w:b/>
        </w:rPr>
        <w:t xml:space="preserve">[54:30] </w:t>
      </w:r>
      <w:r>
        <w:t>hazaron log jo the, woh madu the. woh musbat imkan tha wahan par. wahan par aap ke sath quran un ko taqseem karein, un ko islam ki kitabein baantein. yeh mauqa tha wahan par. to ab dekhiye, ulta zehn hai ke taqreer par hangama, aur jo wahan majma ikhatta hua, us ko dawat pahunchane par koi koi shauq nahi, koi jazba nahi. to pehle daur mein</w:t>
      </w:r>
    </w:p>
    <w:p>
      <w:pPr>
        <w:jc w:val="right"/>
      </w:pPr>
      <w:r>
        <w:t>، ہزاروں لوگ جو تھے، وہ مدعو تھے۔ وہ مثبت امکان تھا وہاں پر۔ وہاں پر آپ کے ساتھ قرآن ان کو تقسیم کریں، ان کو اسلام کی کتابیں بانٹیں۔ یہ موقع تھا وہاں پر۔ تو اب دیکھیے، الٹا ذہن ہے کہ تقریر پر ہنگامہ، اور جو وہاں مجمع اکٹھا ہوا، اس کو دعوت پہنچانے پر کوئی کوئی شوق نہیں، کوئی جذبہ نہیں۔ تو پہلے دور میں</w:t>
      </w:r>
    </w:p>
    <w:p>
      <w:r>
        <w:rPr>
          <w:b/>
        </w:rPr>
        <w:t xml:space="preserve">[55:01] </w:t>
      </w:r>
      <w:r>
        <w:t>sara focus hota tha musbat pehlu par, ab focus chala gaya kya manfi pehlu par? kaisi ajeeb baat hai. aur phir bhi hum samajhte hain ke hum hum jannaton mein dakhil honge. jannat mein dakhil hoga woh aadmi jo Rasool Allah ke namune ko follow kare. un ka ulta chale to kaise jannat chala jayega? woh kaisi ajeeb baat hai yeh. Rasool Allah ka jo model hai, Sahaba</w:t>
      </w:r>
    </w:p>
    <w:p>
      <w:pPr>
        <w:jc w:val="right"/>
      </w:pPr>
      <w:r>
        <w:t>سارا فوکس ہوتا تھا مثبت پہلو پر، اب فوکس چلا گیا کیا منفی پہلو پر؟ کیسی عجیب بات ہے۔ اور پھر بھی ہم سمجھتے ہیں کہ ہم ہم جنتوں میں داخل ہوں گے۔ جنت میں داخل ہوگا وہ آدمی جو رسول اللہ کے نمونے کو فالو کرے۔ ان کا الٹا چلے تو کیسے جنت چلا جائے گا؟ وہ کیسی عجیب بات ہے یہ۔ رسول اللہ کا جو ماڈل ہے، اصحاب</w:t>
      </w:r>
    </w:p>
    <w:p>
      <w:r>
        <w:rPr>
          <w:b/>
        </w:rPr>
        <w:t xml:space="preserve">[55:31] </w:t>
      </w:r>
      <w:r>
        <w:t>Rasool ka jo model hai, is mein yeh tha ke manfi pehluon ko nazar andaz karo, musbat pehluon ko le lo. yaani buton ka present jo hai, manfi pehlu tha wahan, aur jo aate the wahan zayreen, woh musbat pehlu tha. to buton ko nazar andaz kar ke un ko but madu istemal karo, un mein quran ka paigham pahunchao. to ab wahan par zahir hai, jahan taqreer hui thi us adam</w:t>
      </w:r>
    </w:p>
    <w:p>
      <w:pPr>
        <w:jc w:val="right"/>
      </w:pPr>
      <w:r>
        <w:t>رسول کا جو ماڈل ہے، اس میں یہ تھا کہ منفی پہلوؤں کو نظر انداز کرو، مثبت پہلوؤں کو لے لو۔ یعنی بتوں کا پریزنٹ جو ہے، منفی پہلو تھا وہاں، اور جو آتے تھے وہاں زائرین، وہ مثبت پہلو تھا۔ تو بتوں کو نظر انداز کر کے ان کو بت مدعو استعمال کرو، ان میں قرآن کا پیغام پہنچاؤ۔ تو اب وہاں پر ظاہر ہے، جہاں تقریر ہوئی تھی اس آدم</w:t>
      </w:r>
    </w:p>
    <w:p>
      <w:r>
        <w:rPr>
          <w:b/>
        </w:rPr>
        <w:t xml:space="preserve">[56:01] </w:t>
      </w:r>
      <w:r>
        <w:t>ki, wahan hazaron log ikhatta hue the, woh hazaron log madu the. to musalmanon ko chahiye tha ke woh is ki taqreer ko nazar andaz karte, taqreer ko nazar andaz kar ke us us woh jo majma tha, us mein Allah ka paigham pahunchate, quran distribute karte, quran ke nuskhay distribute karte, aur islami literature dete un ko. kaisa ajeeb farq hai, kaisa ajeeb farq hai. to</w:t>
      </w:r>
    </w:p>
    <w:p>
      <w:pPr>
        <w:jc w:val="right"/>
      </w:pPr>
      <w:r>
        <w:t>ی کی، وہاں ہزاروں لوگ اکٹھا ہوئے تھے، وہ ہزاروں لوگ مدعو تھے۔ تو مسلمانوں کو چاہیے تھا کہ وہ اس کی تقریر کو نظر انداز کرتے، تقریر کو نظر انداز کر کے اس اس وہ جو مجمع تھا، اس میں اللہ کا پیغام پہنچاتے، قرآن ڈسٹریبیوٹ کرتے، قرآن کے نسخہ ڈسٹریبیوٹ کرتے، اور اسلامی لٹریچر دیتے ان کو۔ کیسا عجیب فرق ہے، کیسا عجیب فرق ہے۔ تو</w:t>
      </w:r>
    </w:p>
    <w:p>
      <w:r>
        <w:rPr>
          <w:b/>
        </w:rPr>
        <w:t xml:space="preserve">[56:31] </w:t>
      </w:r>
      <w:r>
        <w:t>yeh hai woh cheez jis ki ke musalmanon ko hamein batana hai, aur musalmanon ke andar ek ek nayi tabdeeli lana hai. is ke siwa koi bhi aisi cheez nahi hai jo musalmanon ki jis mein falah mile, un ko kaamyaabi milay. kyunke jo jo usool, jo zindagi ka usool quran mein bataya gaya hai, aur jis ka model</w:t>
      </w:r>
    </w:p>
    <w:p>
      <w:pPr>
        <w:jc w:val="right"/>
      </w:pPr>
      <w:r>
        <w:t>یہ ہے وہ چیز جس کی کہ مسلمانوں کو ہمیں بتانا ہے، اور مسلمانوں کے اندر ایک ایک نئی تبدیلی لانا ہے۔ اس کے سوا کوئی بھی ایسی چیز نہیں ہے جو مسلمانوں کی جس میں فلاح ملے، ان کو کامیابی ملے۔ کیونکہ جو جو اصول، جو زندگی کا اصول قرآن میں بتایا گیا ہے، اور جس کا ماڈل</w:t>
      </w:r>
    </w:p>
    <w:p>
      <w:r>
        <w:rPr>
          <w:b/>
        </w:rPr>
        <w:t xml:space="preserve">[57:01] </w:t>
      </w:r>
      <w:r>
        <w:t>rasool Allah ne pesh kiya apni zindagi mein, is ko follow karne mein kamyabi hai. jo is ko na follow kare, jo hat hat jaye, to is ke liye to siwaye ghaate ke aur kuch bhi nahi. isi ko mein kaha karta hoon aksar ke aaj musalmanon ko yeh karna hai ke woh Islam ko re-discover karein. yaani musalmanon ko yeh karna hai ke woh Islam ko re-discover karein,</w:t>
      </w:r>
    </w:p>
    <w:p>
      <w:pPr>
        <w:jc w:val="right"/>
      </w:pPr>
      <w:r>
        <w:t>رسول اللہ نے پیش کیا اپنی زندگی میں، اس کو فالو کرنے میں کامیابی ہے۔ جو اس کو نہ فالو کرے، جو ہٹ ہٹ جائے، تو اس کے لیے تو سوائے گھاٹے کا اور کچھ بھی نہیں۔ اسی کو میں کہا کرتا ہوں اکثر کہ آج مسلمانوں کو یہ کرنا ہے کہ وہ اسلام کو ری ڈسکور کریں۔ یعنی مسلمانوں کو یہ کرنا ہے کہ وہ اسلام کو ری ڈسکور کریں،</w:t>
      </w:r>
    </w:p>
    <w:p>
      <w:r>
        <w:rPr>
          <w:b/>
        </w:rPr>
        <w:t xml:space="preserve">[57:32] </w:t>
      </w:r>
      <w:r>
        <w:t>aur doosron ko yeh karna hai ke woh unhein un ke liye Islam ko discovery bana dein. un ki jo dawat ki koshish hamari hai, us dawat ki koshish mein do pehlu hain. musalmanon ke liye Islam ko un ki discovery banana, musalmanon ke liye un ki re-discovery, musalmanon ko re-discovery kara raha hai Islam ka, aur doosre logon ke liye Islam ko un ki discovery banana.</w:t>
      </w:r>
    </w:p>
    <w:p>
      <w:pPr>
        <w:jc w:val="right"/>
      </w:pPr>
      <w:r>
        <w:t>اور دوسروں کو یہ کرنا ہے کہ وہ انہیں ان کے لیے اسلام کو ڈسکوری بنائیں۔ ان کی جو دعوتی کوشش ہماری ہے، اس دعوتی کوشش میں دو پہلو ہیں۔ مسلمانوں کے لیے اسلام کو ان کی ڈسکوری بنانا، مسلمانوں کے لیے ان کی ری ڈسکوری، مسلمانوں کو ری ڈسکوری کرا رہا ہے اسلام کا، اور دوسرے لوگوں کے لیے اسلام کو ان کی ڈسکوری بنانا۔</w:t>
      </w:r>
    </w:p>
    <w:p>
      <w:r>
        <w:rPr>
          <w:b/>
        </w:rPr>
        <w:t xml:space="preserve">[58:03] </w:t>
      </w:r>
      <w:r>
        <w:t>kyun ke jitna be khabar doosre log hain, utne be khabar musalman bhi hain. yaani naam lene wale bhi hote hain, be khabar hain, jitna ke is ka jo log naam nahi lete, is ka to bahar hal yeh hamara mission hai. hamare jo saathi hain, woh isi mission ke liye uthe hain. hamara mission wohi hai jo Quran ka aur sunnat ka mission hai, jis ko le kar rasool Allah sal Allah alaihi wasallam dunya mein aa</w:t>
      </w:r>
    </w:p>
    <w:p>
      <w:pPr>
        <w:jc w:val="right"/>
      </w:pPr>
      <w:r>
        <w:t>کیونکہ جتنا بے خبر دوسرے لوگ ہیں، اتنے بے خبر مسلمان بھی ہیں۔ یعنی نام لینے والے بھی ہوتے ہیں، بے خبر ہیں، جتنا کہ اس کا جو لوگ نام نہیں لیتے، اس کا تو بہرحال یہ ہمارا مشن ہے۔ ہمارے جو ساتھی ہیں، وہ اسی مشن کے لیے اٹھے ہیں۔ ہمارا مشن وہی ہے جو قرآن کا اور سنت کا مشن ہے، جس کو لے کر رسول اللہ صلی اللہ علیہ وسلم دنیا میں آ</w:t>
      </w:r>
    </w:p>
    <w:p>
      <w:r>
        <w:rPr>
          <w:b/>
        </w:rPr>
        <w:t xml:space="preserve">[58:33] </w:t>
      </w:r>
      <w:r>
        <w:t>ye, aur jis ko sahaba kiram ne aap ke baad dunya mein chalaya. wohi hamara mission hai. kal mere paas ek telephone aaya ke aise kuch kuch log hain jo bohat mukhalifat kar rahe hain is mission ki. to maine un se kaha ke un se kahiye ke hamare mission ko jahan se hai, woh sirf</w:t>
      </w:r>
    </w:p>
    <w:p>
      <w:pPr>
        <w:jc w:val="right"/>
      </w:pPr>
      <w:r>
        <w:t>ئے، اور جس کو صحابہ کرام نے آپ کے بعد دنیا میں چلایا۔ وہی ہمارا مشن ہے۔ کل میرے پاس ایک ٹیلی فون آیا کہ ایسے کچھ کچھ لوگ ہیں جو بہت مخالفت کر رہے ہیں اس مشن کی۔ تو میں نے ان سے کہا کہ ان سے کہیے کہ ہمارے مشن کو جہاں سے ہے، وہ صرف</w:t>
      </w:r>
    </w:p>
    <w:p>
      <w:r>
        <w:rPr>
          <w:b/>
        </w:rPr>
        <w:t xml:space="preserve">[59:04] </w:t>
      </w:r>
      <w:r>
        <w:t>Quran aur sunnat par, koi doosra criterion ya koi doosra ya district le kar ke is ko jaanchenge to ghalati karenge. yeh mission rasool Allah ke mission ko zinda karne ka mission hai, aur koi doosra maqsad hamare samne nahi hai, na koi doosra aadmi kisi aur ya district se ja sakta hai hamare mission ko. to yeh bohat hi</w:t>
      </w:r>
    </w:p>
    <w:p>
      <w:pPr>
        <w:jc w:val="right"/>
      </w:pPr>
      <w:r>
        <w:t>قرآن اور سنت پر، کوئی دوسرا کرائٹیرین یا کوئی دوسرا یا ڈسٹرکٹ لے کر کے اس کو جانچیں گے تو غلطی کریں گے۔ یہ مشن رسول اللہ کے مشن کو زندہ کرنے کا مشن ہے، اور کوئی دوسرا مقصد ہمارے سامنے نہیں ہے، نہ کوئی دوسرا آدمی کسی اور یا ڈسٹرکٹ سے جا سکتا ہے ہمارے مشن کو۔ تو یہ بہت ہی</w:t>
      </w:r>
    </w:p>
    <w:p>
      <w:r>
        <w:rPr>
          <w:b/>
        </w:rPr>
        <w:t xml:space="preserve">[59:34] </w:t>
      </w:r>
      <w:r>
        <w:t>zaroori hai ke yeh jaane ke mission ka nature kya hai, us ki noiyat kya hai, aur hamein kis aitbaar se jaanchana hai logon ko. kisi aur meyar ko le kar ke aap jaanchenge to aap hi ghalat qarar paayenge. hamara mission is se ghalat sabit nahi ho sakta, kyun ke jo hamara dawah hai, usi ke lehaz se aap ko jaanchana chahiye. hamara dawah hai ke hum Quran o sunnat ke liye uthe hain, usi aitbaar se jaanchiye. to maine un se kaha ke un</w:t>
      </w:r>
    </w:p>
    <w:p>
      <w:pPr>
        <w:jc w:val="right"/>
      </w:pPr>
      <w:r>
        <w:t>ضروری ہے کہ یہ جانے کہ مشن کا نیچر کیا ہے، اس کی نوعیت کیا ہے، اور ہمیں کس اعتبار سے جانچنا ہے لوگوں کو۔ کسی اور معیار کو لے کر کے آپ جانچیں گے تو آپ ہی غلط قرار پائیں گے۔ ہمارا مشن اس سے غلط ثابت نہیں ہو سکتا، کیونکہ جو ہمارا دعویٰ ہے، اسی کے لحاظ سے آپ کو جانچنا چاہیے۔ ہمارا دعویٰ ہے کہ ہم قرآن و سنت کے لیے اٹھے ہیں، اسی اعتبار سے جانچیے۔ تو میں نے ان سے کہا کہ ان</w:t>
      </w:r>
    </w:p>
    <w:p>
      <w:r>
        <w:rPr>
          <w:b/>
        </w:rPr>
        <w:t xml:space="preserve">[1:00:04] </w:t>
      </w:r>
      <w:r>
        <w:t>ko yeh baat kahiye ke Hazrat Imam Abu Hanifa ke qaul dohraiye un ko ke agar aap ko hamare pe aitraz hai to Quran ki ayat laiye, aur koi doosra hawala, koi doosra aitraz agar karte hain aap to hamare liye is ki value nahi hogi.</w:t>
      </w:r>
    </w:p>
    <w:p>
      <w:pPr>
        <w:jc w:val="right"/>
      </w:pPr>
      <w:r>
        <w:t>کو یہ بات کہیے کہ حضرت امام ابو حنیفہ کے قول دہرائیے ان کو کہ کہ اگر آپ کو ہمارے پہ اعتراض ہے تو قرآن کی آیت لائیے، اور کوئی دوسرا حوالہ، کوئی دوسرا اعتراض اگر کرتے ہیں آپ تو ہمارے لیے اس کی ویلیو نہیں ہوگی۔</w:t>
      </w:r>
    </w:p>
    <w:p>
      <w:r>
        <w:rPr>
          <w:b/>
        </w:rPr>
        <w:t xml:space="preserve">[1:00:34] </w:t>
      </w:r>
      <w:r>
        <w:t>to yeh hai chand baatein. main dua karta hoon ke Allah taala mujh ko aur aap ko tofeeq de ke hum khud Allah ke deen par qaim hon aur dunya ko Allah ke deen se ba khabar kar sakein. aqool qawli wa astaghfirullah.</w:t>
      </w:r>
    </w:p>
    <w:p>
      <w:pPr>
        <w:jc w:val="right"/>
      </w:pPr>
      <w:r>
        <w:t>تو یہ ہے چند باتیں۔ میں دعا کرتا ہوں کہ اللہ تعالی مجھ کو اور آپ کو توفیق دے کہ ہم خود اللہ کے دین پر قائم ہوں اور دنیا کو اللہ کے دین سے باخبر کر سکیں۔ اقول قولی واستغفراللہ۔</w:t>
      </w:r>
    </w:p>
    <w:p>
      <w:r>
        <w:rPr>
          <w:b/>
        </w:rPr>
        <w:t xml:space="preserve">[1:01:07] </w:t>
      </w:r>
      <w:r>
        <w:t>Maulana ek question aaya hai Hazrat Malotra se from Singapore. unhone likha hai: "Dear Maulana, I was with my sister in law at the hospital. I was with my sister in law at the hospital as her child had undergone an open heart surgery. When the doctor came and told her that her child was doing fine, she thanked the doctor profusely. The doctor said</w:t>
      </w:r>
    </w:p>
    <w:p>
      <w:pPr>
        <w:jc w:val="right"/>
      </w:pPr>
      <w:r>
        <w:t>مولانا ایک کوسچن آیا ہے حضرت ملوطرا سے فرام سنگاپور۔ انہوں نے لکھا ہے: "ڈیئر مولانا، آئی واز ود مائی سسٹر ان لاء ایٹ دا ہاسپٹل۔ آئی واز ود مائی سسٹر ان لاء ایٹ دا ہاسپٹل ایز ہر چائلڈ ہیڈ انڈرگون اینڈ اوپن ہارٹ سرجری۔ وین دا ڈاکٹر کیم اینڈ ٹولڈ ہر دیٹ ہر چائلڈ واز ڈوئنگ فائن، شی تھینک دا ڈاکٹر پروفیوزلی۔ دا ڈاکٹر سیڈ</w:t>
      </w:r>
    </w:p>
    <w:p>
      <w:r>
        <w:rPr>
          <w:b/>
        </w:rPr>
        <w:t xml:space="preserve">[1:01:37] </w:t>
      </w:r>
      <w:r>
        <w:t>to her not to thank him, but to thank the technology that saved the baby. Maulana, I was thinking that it is the same technology that everyone uses, including Muslims. However, even though they use technology for their and their family well being, still hate Westerns. Or Westerns, Americans and Europeans were instrumental in bringing this technology. Maulana, my</w:t>
      </w:r>
    </w:p>
    <w:p>
      <w:pPr>
        <w:jc w:val="right"/>
      </w:pPr>
      <w:r>
        <w:t>ٹو ہر ناٹ ٹو تھینک ہم، بٹ ٹو تھینک دا ٹیکنالوجی دیٹ سیو دا بی بی۔ مولانا، آئی واز تھنکنگ دیٹ اٹ از دا سیم ٹیکنالوجی دیٹ ایوری ون یوز، انکلوڈنگ مسلمز۔ ہاؤ ایور، ایون دو یوز ٹیکنالوجی فور دیر اینڈ دیر فیملی ویل بینگ، سٹل ہیٹ ویسٹرنز۔ اور ویسٹرنز، امریکنز اینڈ یورپینز وار انسٹرومنٹل ان برنگ دس ٹیکنالوجی۔ مولانا، مائی</w:t>
      </w:r>
    </w:p>
    <w:p>
      <w:r>
        <w:rPr>
          <w:b/>
        </w:rPr>
        <w:t xml:space="preserve">[1:02:07] </w:t>
      </w:r>
      <w:r>
        <w:t>question is that, are not Muslims risking them being called hypocrites in the day of judgment? Yeh bohat bari tragedy hai is zamane ke musalmanon ki. woh ek hadith ko bhool gaye hain, bilkul. woh hadith hai: "Allah". is ka matlab yeh hai ke jo insaan ko acknowledge nahi karta, woh Allah ko bhi acknowledge nahi karega. jo insaan ka sh</w:t>
      </w:r>
    </w:p>
    <w:p>
      <w:pPr>
        <w:jc w:val="right"/>
      </w:pPr>
      <w:r>
        <w:t>کوسچن از دیٹ، آر ناٹ مسلم رسکنگ دیم بینگ کالڈ ہائیپوکرائٹس ان دا ڈے اف ججمنٹ؟ یہ بہت بڑی ٹریجڈی ہے اس زمانے کے مسلمانوں کی۔ وہ ایک حدیث کو بھول گئے ہیں، بالکل۔ وہ حدیث ہے: "اللہ"۔ اس کا مطلب یہ ہے کہ جو انسان کو اکناج نہیں کرتا، وہ اللہ کو بھی اکناج نہیں کرے گا۔ جو انسان کا ش</w:t>
      </w:r>
    </w:p>
    <w:p>
      <w:r>
        <w:rPr>
          <w:b/>
        </w:rPr>
        <w:t xml:space="preserve">[1:02:37] </w:t>
      </w:r>
      <w:r>
        <w:t>ukr nahi karta, woh Allah ko bhi shukr karne wala nahi banega. to bohat bara risk hai. ek harkat hai ke is zamane mein jo technology aayi hai, jis se sab log faida utha rahe hain, sui yaani sui se le kar aeroplane tak aur medical surgery tak, har cheez, har cheez, har cheez, woh sab Western nations ne lambi mehnat ke baad banayi hai.</w:t>
      </w:r>
    </w:p>
    <w:p>
      <w:pPr>
        <w:jc w:val="right"/>
      </w:pPr>
      <w:r>
        <w:t>کر نہیں کرتا، وہ اللہ کو بھی شکر کرنے والا نہیں بنے گا۔ تو بہت بڑا رزق ہے۔ ایک حرکت ہے کہ اس زمانے میں جو ٹیکنالوجی آئی ہے، جس سے سب لوگ فائدہ اٹھا رہے ہیں، سوئی یعنی سوئی سے لے کر ایروپلین تک اور میڈیکل سرجری تک، ہر چیز، ہر چیز، ہر چیز، وہ سب ویسٹرن نیشنز نے لمبی محنت کے بعد بنائی ہے۔</w:t>
      </w:r>
    </w:p>
    <w:p>
      <w:r>
        <w:rPr>
          <w:b/>
        </w:rPr>
        <w:t xml:space="preserve">[1:03:09] </w:t>
      </w:r>
      <w:r>
        <w:t>phir bhi musalmanon se hate karte hain. un ka shukr karna chahiye. yaani woh yeh mehsoos nahi karte ke un se hate kar ke apne aap ko incompetent bana rahe hain ke Allah ka shukr karne wale banein. woh kyun ke dekhein, nashukri aur shukr dono ek hi dil mein ekhatta nahi ho sakta. agar aap ne dil ko Western nation se nashukri se bhar diya to Khuda ke liye bhi shukr nahi hai, koi jagah nahi degi.</w:t>
      </w:r>
    </w:p>
    <w:p>
      <w:pPr>
        <w:jc w:val="right"/>
      </w:pPr>
      <w:r>
        <w:t>پھر بھی مسلمانوں سے ہیٹ کرتے ہیں۔ ان کا شکر کرنا چاہیے۔ یعنی وہ یہ محسوس نہیں کرتے کہ ان سے ہیٹ کر کے اپنے آپ کو ان کمپیٹنٹ بنا رہے ہیں کہ اللہ کا شکر کرنے والے بنیں۔ وہ کیونکہ دیکھیں، ناشکری اور شکر دونوں ایک ہی دل میں اکٹھا نہیں ہو سکتا۔ اگر آپ نے دل کو ویسٹرن نیشن سے ناشکری سے بھر دیں تو خدا کے لیے بھی شکر نہیں ہے، کوئی جگہ نہیں دے گی۔</w:t>
      </w:r>
    </w:p>
    <w:p>
      <w:r>
        <w:rPr>
          <w:b/>
        </w:rPr>
        <w:t xml:space="preserve">[1:03:39] </w:t>
      </w:r>
      <w:r>
        <w:t>wahan par bohat hi bara risk hai jo us ko musalman le rahe hain. fiqh ka masla hai ke agar ek tip pani hai ganda, us mein aap ek boond paani pak, to woh pak nahi hoga. aur us ke bar aks, agar ek ek tip acha paani hai, saaf paani, us mein ek boond daal dein aap gandagi, to poora paani kharab ho jata</w:t>
      </w:r>
    </w:p>
    <w:p>
      <w:pPr>
        <w:jc w:val="right"/>
      </w:pPr>
      <w:r>
        <w:t>وہاں پر بہت ہی بڑا رزق ہے جو اس کو مسلمان لے رہے ہیں۔ فقہ کا مسئلہ ہے کہ اگر ایک ٹپ پانی ہے گندا، اس میں آپ ایک بت ڈالیں پاک پانی، تو وہ پاک نہیں ہوگا۔ اور اس کے برعکس، اگر ایک ایک ٹپ اچھا پانی ہے، صاف پانی، اس میں ایک بت ڈال دیں آپ گندگی، تو پورا پانی خراب ہو جاتا</w:t>
      </w:r>
    </w:p>
    <w:p>
      <w:r>
        <w:rPr>
          <w:b/>
        </w:rPr>
        <w:t xml:space="preserve">[1:04:09] </w:t>
      </w:r>
      <w:r>
        <w:t>hai. is ka matlab ke apne dil mein agar aap ne bhar liya hai nafrat, to do chaar qatre aap agar daalein Khuda ke shukr ke, to woh phir bhi ganda hi ganda rahega. woh main samajhta hoon ke yeh musalmanon ke liye farz ke darje mein zaroori hai ke woh reconsider karein, phir se sochein ke yeh nafrat jo hate hai, yeh hate jo maghrib, ahle maghrib se jo hai, Western civilization se, woh</w:t>
      </w:r>
    </w:p>
    <w:p>
      <w:pPr>
        <w:jc w:val="right"/>
      </w:pPr>
      <w:r>
        <w:t>ہے۔ اس کا مطلب کہ اپنے دل میں اگر آپ نے بھر لیا ہے نفرت، تو دو چار قطرے آپ اگر ڈالیں خدا کے شکر کے، تو وہ پھر بھی گندا ہی گندا رہے گا۔ وہ میں سمجھتا ہوں کہ یہ مسلمانوں کے لیے فرض کے درجے میں ضروری ہے کہ وہ ری کنسیڈر کریں، پھر سے سوچیں کہ یہ نفرت جو ہیٹ ہے، یہ ہیٹ جو مغرب، اہل مغرب سے جو ہے، ویسٹرن سویلائزیشن سے، وہ</w:t>
      </w:r>
    </w:p>
    <w:p>
      <w:r>
        <w:rPr>
          <w:b/>
        </w:rPr>
        <w:t xml:space="preserve">[1:04:39] </w:t>
      </w:r>
      <w:r>
        <w:t>kitna bara un ke liye khatra hai ke aakhirat mein woh uthaye jayen Allah ke nashukre ki hesiyat se. abhi ek sahab mere paas aaye the, chand din ki baat hai, woh ek multinational company mein yaani achhe uhde par hain, woh musalman the. woh to maine yeh baat un se batai to unhone kaha ke main apni company ke sath dunya bhar mein jana padta hai, mujhe har jagah,</w:t>
      </w:r>
    </w:p>
    <w:p>
      <w:pPr>
        <w:jc w:val="right"/>
      </w:pPr>
      <w:r>
        <w:t>کتنا بڑا ان کو ان کے لیے خطرہ ہے کہ آخرت میں وہ اٹھائے جائیں اللہ کے ناشکرے کی حیثیت سے۔ ابھی ایک صاحب میرے پاس آئے تھے، چند دن کی بات ہے، وہ ایک ملٹی نیشنل کمپنی میں یعنی اچھے عہدے پر ہیں، وہ مسلمان تھے۔ وہ تو میں نے یہ بات ان سے بتائی تو انہوں نے کہا کہ میں اپنی کمپنی کے ساتھ دنیا بھر میں جانا پڑتا ہے، مجھے ہر جگہ،</w:t>
      </w:r>
    </w:p>
    <w:p>
      <w:r>
        <w:rPr>
          <w:b/>
        </w:rPr>
        <w:t xml:space="preserve">[1:05:10] </w:t>
      </w:r>
      <w:r>
        <w:t>har jagah musalmanon ko maine paya hai ke America se hate karte hain. ab pehle shakhs mujhe mile hain jinhone yeh kaha ke America se hate karna hum mein jaiz nahi hai, kyun ke us ne aesa taraqqi di hai hum ko. aap jante hain ke maine un se kaha ke America mein sari researches hui, yeh jo cheezein hain, jo technology hai, ibtedai research taqreeban sab ke sab America mein hui, usi se phir yeh sab cheezein bani hain.</w:t>
      </w:r>
    </w:p>
    <w:p>
      <w:pPr>
        <w:jc w:val="right"/>
      </w:pPr>
      <w:r>
        <w:t>ہر جگہ مسلمانوں کو میں نے پایا ہے کہ امریکہ سے ہیٹ کرتے ہیں۔ اب پہلے شخص مجھے ملے ہیں جنہوں نے یہ کہا کہ امریکہ سے ہیٹ کرنا ہم میں جائز نہیں ہے، کیونکہ اس نے عیسائی ترقیات دی ہیں ہم کو۔ آپ جانتے ہیں کہ میں نے ان سے کہا کہ امریکہ میں ساری ریسرچز ہوئی، یہ جو چیزیں ہیں، جو ٹیکنالوجی ہے، ابتدائی ریسرچ تقریباً سب کے سب امریکہ میں ہوئی، اسی سے پھر یہ سب چیزیں بنی ہیں۔</w:t>
      </w:r>
    </w:p>
    <w:p>
      <w:r>
        <w:rPr>
          <w:b/>
        </w:rPr>
        <w:t xml:space="preserve">[1:05:40] </w:t>
      </w:r>
      <w:r>
        <w:t>chahe medical surgery ho ya communication ho ya koi bhi jo cheez hai, modern technology, us ki research ziyadatar America mein hui hai. America, America ka hamein yaani shukr guzar hona chahiye. to unhone kaha, main dunya bhar mein ghoomta hoon, lekin kabhi koi musalman mujhe nahi mila jo America ke liye yaani positive ho. sab ke sab negative hain. aap akele ek musalman hain.</w:t>
      </w:r>
    </w:p>
    <w:p>
      <w:pPr>
        <w:jc w:val="right"/>
      </w:pPr>
      <w:r>
        <w:t>چاہے میڈیکل سرجری ہو یا کمیونیکیشن ہو یا کوئی بھی جو چیز ہے، ماڈرن ٹیکنالوجی، اس کی ریسرچ زیادہ تر امریکہ میں ہوئی ہے۔ امریکہ، امریکہ کا ہمیں یعنی شکر گزار ہونا چاہیے۔ تو انہوں نے کہا، میں دنیا بھر میں گھومتا ہوں، لیکن کبھی کوئی مسلمان مجھے نہیں ملا جو امریکہ کے لیے یعنی پازیٹو ہو۔ سب کے سب نیگیٹیو ہیں۔ آپ اکیلے ایک مسلمان ہیں۔</w:t>
      </w:r>
    </w:p>
    <w:p>
      <w:r>
        <w:rPr>
          <w:b/>
        </w:rPr>
        <w:t xml:space="preserve">[1:06:10] </w:t>
      </w:r>
      <w:r>
        <w:t>to maine kaha, yeh aap dekhein ke yahi to Islam hai, yahi to Islam hai. to bahar hal, is mamle mein musalmanon ko chahiye ke bohat ziyada woh yaani sochein. aur bilashuba, yeh sab jo nafrat ki jo culture chala rakha hai, musalmanon ne, Muslim leaderon ne, musalmanon ke rehnumaon ne, musalmanon ke andar nafrat culture, yeh bilashuba haram hai. is se hamein bahar aana chahiye,</w:t>
      </w:r>
    </w:p>
    <w:p>
      <w:pPr>
        <w:jc w:val="right"/>
      </w:pPr>
      <w:r>
        <w:t>تو میں نے کہا، یہ آپ دیکھیں کہ یہی تو اسلام ہے، یہی تو اسلام ہے۔ تو بہرحال، اس معاملے میں مسلمانوں کو چاہیے کہ بہت زیادہ وہ یعنی سوچیں۔ اور بلاشبہ، یہ سب جو نفرت کی جو کلچر چلا رکھا ہے، مسلمانوں نے، مسلم لیڈروں نے، مسلمانوں کے رہنماؤں نے، مسلمانوں کے اندر نفرت کلچر، یہ بلاشبہ حرام ہے۔ اس سے ہمیں باہر آنا چاہیے،</w:t>
      </w:r>
    </w:p>
    <w:p>
      <w:r>
        <w:rPr>
          <w:b/>
        </w:rPr>
        <w:t xml:space="preserve">[1:06:40] </w:t>
      </w:r>
      <w:r>
        <w:t>warna aakhirat mein sakht pakad hogi hamari. Maulana ek question aaya hai Aisha ka, Delhi se: "How should one develop right thinking?" dekhiye, yeh right thinking ka bohat hi bara reward hai, woh jannat hai. is wajah se right thinking ke liye hamein kuch usi ke barabar mehnat karni padegi. dunya mein hum jante hain ke bara uhda lene ke liye aadmi ko kya karna padta hai,</w:t>
      </w:r>
    </w:p>
    <w:p>
      <w:pPr>
        <w:jc w:val="right"/>
      </w:pPr>
      <w:r>
        <w:t>ورنہ آخرت میں سخت پکڑ ہوگی ہماری۔ مولانا ایک کوسچن آیا ہے عائشہ کا، دلی سے: "ہاؤ شوڈ ون ڈیولپ رائٹ تھنکنگ؟" دیکھیے، یہ رائٹ تھنکنگ کا بہت ہی بڑا ریوارڈ ہے، وہ جنت ہے۔ اس وجہ سے رائٹ تھنکنگ کے لیے ہمیں کچھ اسی کے برابر محنت کرنی پڑے گی۔ دنیا میں ہم جانتے ہیں کہ بڑا عہدہ لینے کے لیے آدمی کو کیا کرنا پڑتا ہے،</w:t>
      </w:r>
    </w:p>
    <w:p>
      <w:r>
        <w:rPr>
          <w:b/>
        </w:rPr>
        <w:t xml:space="preserve">[1:07:12] </w:t>
      </w:r>
      <w:r>
        <w:t>bohat ziyada mehnat karni padti hai. abhi election mein jo log jeete hain, maine padha ke un ko is tarah un ke din kai mahine guzre hain ke raat din ka unhein pata nahi, khane ka waqt aaye to us ka pata nahi, nashte ka, lunch ka, dinner ka, kisi ko yaad nahi. un ko apne ko chhoke hue the usi mein. woh to jis aadmi ko jannat lena hai, to us ko apne ko chhokna padega.</w:t>
      </w:r>
    </w:p>
    <w:p>
      <w:pPr>
        <w:jc w:val="right"/>
      </w:pPr>
      <w:r>
        <w:t>بہت زیادہ محنت کرنی پڑتی ہے۔ ابھی الیکشن میں جو لوگ جیتے ہیں، میں نے پڑھا کہ ان کو اس طرح ان کے دن کئی مہینے گزرے ہیں کہ رات دن کا انہیں پتہ نہیں، کھانے کا وقت آئے تو اس کا پتہ نہیں، ناشتے کا، لنچ کا، ڈنر کا، کسی کو یاد نہیں۔ ان کو اپنے کو چھوکے ہوئے تھے اسی میں۔ وہ تو جس آدمی کو جنت لینا ہے، تو اس کو اپنے کو چھوکنا پڑے گا۔</w:t>
      </w:r>
    </w:p>
    <w:p>
      <w:r>
        <w:rPr>
          <w:b/>
        </w:rPr>
        <w:t xml:space="preserve">[1:07:44] </w:t>
      </w:r>
      <w:r>
        <w:t>sochna, sochna, sochna, mutala karna, mutala karna, mutala karna, aur phir bohat ziyada sincere banna. yaad rahe ke aadmi ke dimagh mein sari cheezein bohat ziyada capacity hain. agar aadmi apne dimagh ko sahi maene mein istemal kare to zaroor apne andar right thinking develop kar sakta hai. sab se bari cheez jo bachana hai jis se aadmi ko, woh hai bias, distraction, hate</w:t>
      </w:r>
    </w:p>
    <w:p>
      <w:pPr>
        <w:jc w:val="right"/>
      </w:pPr>
      <w:r>
        <w:t>سوچنا، سوچنا، سوچنا، مطالعہ کرنا، مطالعہ کرنا، مطالعہ کرنا، اور پھر بہت زیادہ سنسیئر بننا۔ یاد رہے کہ آدمی کے دماغ میں ساری چیزیں بہت زیادہ کیپیسٹی ہیں۔ اگر آدمی اپنے دماغ کو صحیح معنی میں استعمال کرے تو ضرور اپنے اندر رائٹ تھنکنگ ڈیولپ کر سکتا ہے۔ سب سے بڑی چیز جو بچانا ہے جس سے آدمی کو، وہ ہے بائس، ڈسٹریکشن، ہیٹ</w:t>
      </w:r>
    </w:p>
    <w:p>
      <w:r>
        <w:rPr>
          <w:b/>
        </w:rPr>
        <w:t xml:space="preserve">[1:08:14] </w:t>
      </w:r>
      <w:r>
        <w:t>in sab cheezon se. magar is cheezon se bachaye hue aadmi right thinking tak pahunch nahi sakta. Maulana, agla question hai Abdul Latif Karachi Pakistan se. unhone poocha hai ke marne ke baad jab insaan jannat ya jahannum mein dakhil ho jata hai to phir qayamat ke din hisab o kitab ka kya matlab hai? dekhiye, maut se pehle hamein jo dunya mein woh hai</w:t>
      </w:r>
    </w:p>
    <w:p>
      <w:pPr>
        <w:jc w:val="right"/>
      </w:pPr>
      <w:r>
        <w:t>، ان سب چیزوں سے۔ مگر اس چیزوں سے بچائے ہوئے آدمی رائٹ تھنکنگ تک پہنچ نہیں سکتا۔ مولانا، اگلا کوسچن ہے عبداللطیف کراچی پاکستان سے۔ انہوں نے پوچھا ہے کہ مرنے کے بعد جب انسان جنت یا جہنم میں داخل ہو جاتا ہے تو پھر قیامت کے دن حساب و کتاب کا کیا مطلب ہے؟ دیکھیے، موت سے پہلے ہمیں جو دنیا میں وہ ہے</w:t>
      </w:r>
    </w:p>
    <w:p>
      <w:r>
        <w:rPr>
          <w:b/>
        </w:rPr>
        <w:t xml:space="preserve">[1:08:44] </w:t>
      </w:r>
      <w:r>
        <w:t>space aur time ke andar hum jeete hain. yahan maut ke baad jo dunya hai, woh beyond space and time hai. yeh is wajah se yahan jo jo hamare jaanchne ke peymane hain, us ko wahan se wahan ko nahi ja sakte. aap space and time ke andar jo naapne ke peymane hain, woh wahan nahi chalte. jo beyond space and time jo dunya hai,</w:t>
      </w:r>
    </w:p>
    <w:p>
      <w:pPr>
        <w:jc w:val="right"/>
      </w:pPr>
      <w:r>
        <w:t>اسپیس اور ٹائم کے اندر ہم جیتے ہیں۔ یہاں موت کے بعد جو دنیا ہے، وہ بیانڈ اسٹیپ اسپیس اینڈ ٹائم ہے۔ یہ اس وجہ سے یہاں جو جو ہمارے جانچنے کے پیمانے ہیں، اس کو وہاں سے وہاں کو نہیں جا سکتے۔ آپ اسپیس اینڈ ٹائم کے اندر جو ناپنے کے پیمانے ہیں، وہ وہاں نہیں چلتے۔ جو بیانڈ اسپیس اینڈ ٹائم جو دنیا ہے،</w:t>
      </w:r>
    </w:p>
    <w:p>
      <w:r>
        <w:rPr>
          <w:b/>
        </w:rPr>
        <w:t xml:space="preserve">[1:09:14] </w:t>
      </w:r>
      <w:r>
        <w:t>to is tarah se aap us ko nahi samajh sakte. bas us ko mujmal tor par samjhiye ke maut aayi to phir us ke baad jannat jahannum ka mamla samne aa gaya. space and time ka jo soch hai, woh is dunya ke aitbaar se hai. aur Allah taala ne insaan ko yeh dikha diya hai ke is beyond space and time ka mamla kya hai. woh khwab har aadmi ko tajurba</w:t>
      </w:r>
    </w:p>
    <w:p>
      <w:pPr>
        <w:jc w:val="right"/>
      </w:pPr>
      <w:r>
        <w:t>تو اس طریقے سے آپ اس کو نہیں سمجھ سکتے۔ بس اس کو مجمل طور پر سمجھیے کہ موت آئی تو پھر اس کے بعد جنت جہنم کا معاملہ سامنے آ گیا۔ اسپیس اینڈ ٹائم کا جو سوچ ہے، وہ اس دنیا کے اعتبار سے ہے۔ اور اللہ تعالی نے انسان کو یہ دکھا دیا ہے کہ اس بیانڈ اسٹیپ اسپیس اینڈ ٹائم کا معاملہ کیا ہے۔ وہ خواب ہر آدمی کو تجرب</w:t>
      </w:r>
    </w:p>
    <w:p>
      <w:r>
        <w:rPr>
          <w:b/>
        </w:rPr>
        <w:t xml:space="preserve">[1:09:44] </w:t>
      </w:r>
      <w:r>
        <w:t>h hota hai ke ek is ko ek chhipi aati hai, is chhpke mein ek poore waqeye ko dekh leta hai. woh bohat ajeeb tajurba hai. mujhe baar baar hota hai, aap ko bhi hoga ke ek chhipki aati hai aur ek moment mein aap poori history ko dekh lete hain, ek poore waqeye ko, ek poore event ko. is se maani hai ke jab aap neend mein jaate hain to is dunya ka tajurba aap ko hota hai jo jo beyond step space and time hai. zamana makaan ke mawra</w:t>
      </w:r>
    </w:p>
    <w:p>
      <w:pPr>
        <w:jc w:val="right"/>
      </w:pPr>
      <w:r>
        <w:t>ہ ہوتا ہے کہ ایک اس کو ایک چھپی آتی ہے، اس چھپکے میں ایک پورے واقعے کو دیکھ لیتا ہے۔ وہ بہت عجیب تجربہ ہے۔ مجھے بار بار ہوتا ہے، آپ کو بھی ہوگا کہ ایک چھپکی آتی ہے اور ایک مومنٹ میں آپ پوری ہسٹری کو دیکھ لیتے ہیں، ایک پورے واقعے کو، ایک پورے ایونٹ کو۔ اس سے معنی ہے کہ جب آپ نیند میں جاتے ہیں تو اس دنیا کا تجربہ آپ کو ہوتا ہے جو جو بیانڈ اسٹیپ اسپیس اینڈ ٹائم ہے۔ زمانہ مکاں کے ماوراء</w:t>
      </w:r>
    </w:p>
    <w:p>
      <w:r>
        <w:rPr>
          <w:b/>
        </w:rPr>
        <w:t xml:space="preserve">[1:10:15] </w:t>
      </w:r>
      <w:r>
        <w:t>yeh yeh cheez jis se aap samajh sakte hain akhirat aur qayamat ke maamle ko. agla sawal aaya hai sarah latif ka, karachi pakistan se. unhon ne likha hai ke auratein kehti hain ke banao singaar distraction kaise banta hai? yeh to jaiz kaam hai, yeh to jaiz hai. haan, dekhein, ek hai haram aur halaal ka farq, ek</w:t>
      </w:r>
    </w:p>
    <w:p>
      <w:pPr>
        <w:jc w:val="right"/>
      </w:pPr>
      <w:r>
        <w:t>یہ یہ چیز جس سے آپ سمجھ سکتے ہیں آخرت اور قیامت کے معاملے کو۔ اگلا سوال آیا ہے سارہ لطیف کا، کراچی پاکستان سے۔ انہوں نے لکھا ہے کہ عورتیں کہتی ہیں کہ بناؤ سنگار ڈسٹریکشن کیسے بنتا ہے؟ یہ تو جائز کام ہے، یہ تو جائز ہے۔ ہاں، دیکھیں، ایک ہے حرام اور حلال کا فرق، ایک</w:t>
      </w:r>
    </w:p>
    <w:p>
      <w:r>
        <w:rPr>
          <w:b/>
        </w:rPr>
        <w:t xml:space="preserve">[1:10:45] </w:t>
      </w:r>
      <w:r>
        <w:t>hai haram aur halaal ka farq. lekin khud quran khud sabit hai quran o hadees se ke is ke sawab mein ek farq hota hai. woh baana mushtabaat ek hadees mein aata hai: "al haram bain wal haram bain mushtabaat". to woh kya hai? woh isi isi mein phans jaate hain. isi ko mein kehta hoon distraction. isi ko mein mushtabaat jo ahadees mein aaya hai, isi</w:t>
      </w:r>
    </w:p>
    <w:p>
      <w:pPr>
        <w:jc w:val="right"/>
      </w:pPr>
      <w:r>
        <w:t>ہے حرام اور حلال کا فرق۔ لیکن خود قرآن خود ثابت ہے قرآن و حدیث سے کہ اس کے ثواب میں ایک فرق ہوتا ہے۔ وہ بانہ مشتبہات ایک حدیث میں آتا ہے: "الحرام بین والحرام بین مشتبہات"۔ تو وہ کیا ہے؟ وہ اسی اسی میں پھنس جاتے ہیں۔ اسی کو میں کہتا ہوں ڈسٹریکشن۔ اسی کو میں مشتبہات جو احادیث میں آیا ہے، اسی</w:t>
      </w:r>
    </w:p>
    <w:p>
      <w:r>
        <w:rPr>
          <w:b/>
        </w:rPr>
        <w:t xml:space="preserve">[1:11:15] </w:t>
      </w:r>
      <w:r>
        <w:t>ko mein distraction kehta hoon. kyunke dekhiye, jo log banao singaar karte hain to aisa nahi ke jism par unhon ne jo hai woh latka liya. sifat nahi hota, apna mind ki soch jo hai, uska focus badal jaata hai. jab aap beauty parlor jaate hain, jab aap banao singaar karte hain, jab yeh in sab cheezon mein waqt lagate hain to poora poora focus</w:t>
      </w:r>
    </w:p>
    <w:p>
      <w:pPr>
        <w:jc w:val="right"/>
      </w:pPr>
      <w:r>
        <w:t>کو میں ڈسٹریکشن کہتا ہوں۔ کیونکہ دیکھیے، جو لوگ بناؤ سنگار کرتے ہیں تو ایسا نہیں کہ جسم پر انہوں نے جو ہے وہ لٹکا لیا۔ صفت نہیں ہوتا، اپنا مائنڈ کی سوچ جو ہے، اس کا فوکس بدل جاتا ہے۔ جب آپ بیوٹی پارلر جاتے ہیں، جب آپ بناؤ سنگار کرتے ہیں، جب یہ ان سب چیزوں میں وقت لگاتے ہیں تو پورا پورا فوکس</w:t>
      </w:r>
    </w:p>
    <w:p>
      <w:r>
        <w:rPr>
          <w:b/>
        </w:rPr>
        <w:t xml:space="preserve">[1:11:45] </w:t>
      </w:r>
      <w:r>
        <w:t>aap ka isi par chala jaata hai, fashion par. haalanke focus karne ke liye doosri cheezein zyada zaroori hain. aap quran allah ke baare mein sochein, aap rasool allah ke baare mein sochein, zindagi ke baare mein sochein, maut ke baare mein sochein, jannat aur jahannum ke baare mein sochein. in sab cheezon se hat jaata hai. koi bhi aadmi jo koi bhi khatoon ya koi mard jo in cheezon mein waqt guzarta hai, woh khud apne baare mein soche, kya discussion nahi hota? to haram</w:t>
      </w:r>
    </w:p>
    <w:p>
      <w:pPr>
        <w:jc w:val="right"/>
      </w:pPr>
      <w:r>
        <w:t>آپ کا اسی پر چلا جاتا ہے، فیشن پر۔ حالانکہ فوکس کرنے کے لیے دوسری چیزیں زیادہ ضروری ہیں۔ آپ قرآن اللہ کے بارے میں سوچیں، آپ رسول اللہ کے بارے میں سوچیں، زندگی کے بارے میں سوچیں، موت کے بارے میں سوچیں، جنت اور جہنم کے بارے میں سوچیں۔ ان سب چیزوں سے ہٹ جاتا ہے۔ کوئی بھی آدمی جو کوئی بھی خاتون یا کوئی مرد جو ان چیزوں میں وقت گزارتا ہے، وہ خود اپنے بارے میں سوچے، کیا ڈسکشن نہیں ہوتا؟ تو حرام</w:t>
      </w:r>
    </w:p>
    <w:p>
      <w:r>
        <w:rPr>
          <w:b/>
        </w:rPr>
        <w:t xml:space="preserve">[1:12:15] </w:t>
      </w:r>
      <w:r>
        <w:t>o halaal hi nahi mana hai, balkeh discussion bhi mana hai. yaani jo aap ke focus ko hataye to focus to hat hi hatta hai, hatta hai. aap jo log is mein waqt lagate hain, use poochh lijiye un se, focus hatta hai ke nahi hatta? ek hadees mein aata hai, ek riwayat mein ek tabai ne kaha baad ke zamane ke logon se</w:t>
      </w:r>
    </w:p>
    <w:p>
      <w:pPr>
        <w:jc w:val="right"/>
      </w:pPr>
      <w:r>
        <w:t>و حلال ہی نہیں منع ہے، بلکہ ڈسکشن بھی منع ہے۔ یعنی جو آپ کے فوکس کو ہٹائے تو فوکس تو ہٹ ہی ہٹتا ہے، ہٹتا ہی ہٹتا ہے۔ آپ جو لوگ اس میں وقت لگاتے ہیں، اسے پوچھ لیجیے ان سے، فوکس ہٹتا ہے کہ نہیں ہٹتا؟ ایک حدیث میں آتا ہے، ایک روایت میں ایک تابعی نے کہا بعد کے زمانے کے لوگوں سے</w:t>
      </w:r>
    </w:p>
    <w:p>
      <w:r>
        <w:rPr>
          <w:b/>
        </w:rPr>
        <w:t xml:space="preserve">[1:12:46] </w:t>
      </w:r>
      <w:r>
        <w:t>ke jin cheezon ko tum log mamooli samajhte ho, mamooli to hum rasool allah ke zamane mein ek ek sahabi ne kaha tabieen ke daur mein ke jin cheezon ko tum mamooli samajhte ho, unhan noon do boqaat yaad rasool allah sallallahu alaihi wasallam. rasool allah ke zamane mein is ko hum samajhte the ke hum halak ho jayenge aisa karne se. to woh kya cheez thi? woh halak jo ho jayenge, woh distraction tha, woh sharab o khanzir nahi tha. to</w:t>
      </w:r>
    </w:p>
    <w:p>
      <w:pPr>
        <w:jc w:val="right"/>
      </w:pPr>
      <w:r>
        <w:t>کہ جن چیزوں کو تم لوگ معمولی سمجھتے ہو، معمولی تو ہم رسول اللہ کے زمانے میں ایک ایک صحابی نے کہا تابعین کے دور میں کہ جن چیزوں کو تم معمولی سمجھتے ہو، انہاں نوں دو بوقات یاد رسول اللہ صلی اللہ علیہ وسلم۔ رسول اللہ کے زمانے میں اس کو ہم سمجھتے تھے کہ ہم ہلاک ہو جائیں گے ایسا کرنے سے۔ تو وہ کیا چیز تھی؟ وہ ہلاک جو ہو جائیں گے، وہ ڈسٹریکشن تھا، وہ شراب و خنزیر نہیں تھا۔ تو</w:t>
      </w:r>
    </w:p>
    <w:p>
      <w:r>
        <w:rPr>
          <w:b/>
        </w:rPr>
        <w:t xml:space="preserve">[1:13:16] </w:t>
      </w:r>
      <w:r>
        <w:t>yaad rakhiye, deen mein ek hai taqseem haram o halaal ki, aur doosri taqseem yeh hai ke aap ka focus jo cheezein hataye, jo distract kare aap ko, woh bhi itna hi mohlik hai jitna ke haram cheezein. yeh baatein sabit hain quran o hadees se. aisa nahi ke mein aisa kehta hoon. maulana, agla sawal hai haafiz iqbal umri sahib ka. unhon ne likha hai maulana ke "reading</w:t>
      </w:r>
    </w:p>
    <w:p>
      <w:pPr>
        <w:jc w:val="right"/>
      </w:pPr>
      <w:r>
        <w:t>یاد رکھیے، دین میں ایک ہے تقسیم حرام و حلال کی، اور دوسری تقسیم یہ ہے کہ آپ کا فوکس جو چیزیں ہٹائے، جو ڈسٹریکٹ کرے آپ کو، وہ بھی اتنا ہی مہلک ہے جتنا کہ حرام چیزیں۔ یہ باتیں ثابت ہیں قرآن و حدیث سے۔ ایسا نہیں کہ میں ایسا کہتا ہوں۔ مولانا، اگلا سوال ہے حافظ اقبال عمری صاحب کا۔ انہوں نے لکھا ہے مولانا کہ "ریڈ</w:t>
      </w:r>
    </w:p>
    <w:p>
      <w:r>
        <w:rPr>
          <w:b/>
        </w:rPr>
        <w:t xml:space="preserve">[1:13:46] </w:t>
      </w:r>
      <w:r>
        <w:t>the quran in arabic is a must". dekhiye, yaani deen ko samajhne ke do level hain, do darje hain. ek hai ke aap bohat deep mein samjhein, bohat deep mein ja kar ke samjhein deen ko. ek hai ke ek aam jo darja hota hai, us darje</w:t>
      </w:r>
    </w:p>
    <w:p>
      <w:pPr>
        <w:jc w:val="right"/>
      </w:pPr>
      <w:r>
        <w:t>نگ دا قرآن ان عربک از اے مسٹ"۔ دیکھیے، یعنی دین کو سمجھنے کے دو لیول ہیں، دو درجے ہیں۔ ایک ہے کہ آپ بہت ڈیپ میں سمجھیں، بہت ڈیپ میں جا کر کے سمجھیں دین کو۔ ایک ہے کہ ایک عام جو درجہ ہوتا ہے، اس درج</w:t>
      </w:r>
    </w:p>
    <w:p>
      <w:r>
        <w:rPr>
          <w:b/>
        </w:rPr>
        <w:t xml:space="preserve">[1:14:16] </w:t>
      </w:r>
      <w:r>
        <w:t>mein samjhein. to ek aam darje mein kya moti baat hai, moti moti baat hai, aap ko maloom ho jayein, us pe aap qaim ho jayein to us ke liye arabi zaroori nahi hai. us ke liye aap koi tarjuma padh sakte hain aap. lekin agar aap deep mein jaana chahte hain, gehrai mein to arabi padhni zaroori hai. us ke baghair aadmi us ke jo deeper meaning hai, woh wahan tak pahunch nahi sakta hai. lekin mein yeh kahunga ke har ek ke liye mumkin nahi hai ke woh arabi</w:t>
      </w:r>
    </w:p>
    <w:p>
      <w:pPr>
        <w:jc w:val="right"/>
      </w:pPr>
      <w:r>
        <w:t>ے میں سمجھیں۔ تو ایک عام درجے میں کیا موٹی بات ہے، موٹی موٹی بات ہے، آپ کو معلوم ہو جائیں، اس پہ آپ قائم ہو جائیں تو اس کے لیے عربی ضروری نہیں ہے۔ اس کے لیے آپ کوئی ترجمہ پڑھ سکتے ہیں آپ۔ لیکن اگر آپ ڈیپ میں جانا چاہتے ہیں، گہرائی میں تو عربی پڑھنی ضروری ہے۔ اس کے بغیر آدمی اس کے جو ڈیپر میننگ ہے، وہ وہاں تک پہنچ نہیں سکتا ہے۔ لیکن میں یہ کہوں گا کہ ہر ایک کے لیے ممکن نہیں ہے کہ وہ عربی</w:t>
      </w:r>
    </w:p>
    <w:p>
      <w:r>
        <w:rPr>
          <w:b/>
        </w:rPr>
        <w:t xml:space="preserve">[1:14:46] </w:t>
      </w:r>
      <w:r>
        <w:t>zaban mein yaani expert bane. har ek ke liye mumkin nahi hota hai. to sirf tarjuma kaafi bhi nahi hai. ab masla hai ke hal kya ho? sirf tarjuma kaafi nahi ho sakta jabke har shakhs arabi bhi nahi padh sakta. to kya hal is ka ho? to mein yeh kahunga ke aadmi ke liye do option hain: ya to woh bohat zyada waqt nikale arabi zaban seekhne ke liye aur phir deep study ke liye, aur</w:t>
      </w:r>
    </w:p>
    <w:p>
      <w:pPr>
        <w:jc w:val="right"/>
      </w:pPr>
      <w:r>
        <w:t>زبان میں یعنی ایکسپرٹ بنے۔ ہر ایک کے لیے ممکن نہیں ہوتا ہے۔ تو صرف ترجمہ کافی بھی نہیں ہے۔ اب مسئلہ ہے کہ حل کیا ہو؟ صرف ترجمہ کافی نہیں ہو سکتا جبکہ ہر شخص عربی بھی نہیں پڑھ سکتا۔ تو کیا حل اس کا ہو؟ تو میں یہ کہوں گا کہ آدمی کے لیے دو آپشن ہیں: یا تو وہ بہت زیادہ وقت نکالے عربی زبان سیکھنے کے لیے اور پھر ڈیپ اسٹڈی کے لیے، اور</w:t>
      </w:r>
    </w:p>
    <w:p>
      <w:r>
        <w:rPr>
          <w:b/>
        </w:rPr>
        <w:t xml:space="preserve">[1:15:16] </w:t>
      </w:r>
      <w:r>
        <w:t>agar us ke paas waqt nahi hai to kisi aalim ko woh apna murshid bana le. urdu tarjume par iqtifa karne ke liye zaroori hai ke woh kisi aalim ko murshid banaye. agar woh aalim ko murshid na banaye, sirf khud hi khud tarjuma padh le to mein bataoon, woh kaafi nahi hoga. to ya to arabi mein bohat zabardast yaani waqfiyat hasil kare aadmi, ya phir tarjuma se padhte hue kisi aalim se madad</w:t>
      </w:r>
    </w:p>
    <w:p>
      <w:pPr>
        <w:jc w:val="right"/>
      </w:pPr>
      <w:r>
        <w:t>اگر اس کے پاس وقت نہیں ہے تو کسی عالم کو وہ اپنا مرشد بنا لے۔ اردو ترجمے پر اکتفا کرنے کے لیے ضروری ہے کہ وہ کسی عالم کو مرشد بنائے۔ اگر وہ عالم کو مرشد نہ بنائے، صرف خود ہی خود ترجمہ پڑھ لے تو میں بتاؤں، وہ کافی نہیں ہوگا۔ تو یا تو عربی میں بہت زبردست یعنی واقفیت حاصل کرے آدمی، یا پھر ترجمہ سے پڑھتے ہوئے کسی عالم سے مد</w:t>
      </w:r>
    </w:p>
    <w:p>
      <w:r>
        <w:rPr>
          <w:b/>
        </w:rPr>
        <w:t xml:space="preserve">[1:15:46] </w:t>
      </w:r>
      <w:r>
        <w:t>leta rahe. yeh sahi tareeqa hai. maulana, agla sawal hai ishtiaq ahmed daar sahib ka kashmir se. unhon ne likha hai "how should a muslim approach the discussion of a fellow muslim when he always proof his debate in the baseless and non qurani quotes?" there is always a number of books and journals which they quote which is in many way contradict the quran</w:t>
      </w:r>
    </w:p>
    <w:p>
      <w:pPr>
        <w:jc w:val="right"/>
      </w:pPr>
      <w:r>
        <w:t>د لیتا رہے۔ یہ صحیح طریقہ ہے۔ مولانا، اگلا سوال ہے اشتیاق احمد دار صاحب کا کشمیر سے۔ انہوں نے لکھا ہے "ہاؤ شوڈ اے مسلم اپروچ دا ڈسکشن اف اے فیلو مسلم وین ہی الویز پروف ہز ڈیبیٹ ان دا بیس لیس اینڈ نان قرانی کوٹس؟" دیر از الویز اے نمبر اف بکس اینڈ جرنلز وچ دے کوٹ وچ از ان مینی وے کنٹراڈکٹ دا قرآن</w:t>
      </w:r>
    </w:p>
    <w:p>
      <w:r>
        <w:rPr>
          <w:b/>
        </w:rPr>
        <w:t xml:space="preserve">[1:16:16] </w:t>
      </w:r>
      <w:r>
        <w:t>and hadees. bhai, zahir hai ke aap use kahiye ke agar aap yeh jaanna chahte hain ke islam ki taleem kya hai, islam ke taqaze kya hain, to idhar udhar ki kitabon se faisla nahi hoga. is ka faisla hoga quran o hadees ki buniyad par. kyunke rasool allah ne farmaya ke "tarkatum al thaqalain" do cheezein maine chhodi tumhare liye, do authentic source. is hadees</w:t>
      </w:r>
    </w:p>
    <w:p>
      <w:pPr>
        <w:jc w:val="right"/>
      </w:pPr>
      <w:r>
        <w:t>اینڈ حدیث۔ بھائی، ظاہر ہے کہ آپ اسے کہیے کہ اگر آپ یہ جاننا چاہتے ہیں کہ اسلام کی تعلیم کیا ہے، اسلام کے تقاضے کیا ہیں، تو ادھر ادھر کی کتابوں سے فیصلہ نہیں ہوگا۔ اس کا فیصلہ ہوگا قرآن و حدیث کی بنیاد پر۔ کیونکہ رسول اللہ نے فرمایا کہ "ترکتم السقلین" دو چیزیں میں نے چھوڑی تمہارے لیے، دو اتھینٹک سورس۔ اس حدی</w:t>
      </w:r>
    </w:p>
    <w:p>
      <w:r>
        <w:rPr>
          <w:b/>
        </w:rPr>
        <w:t xml:space="preserve">[1:16:46] </w:t>
      </w:r>
      <w:r>
        <w:t>ka matlab hai ke maine tumhare paas do authentic source chhode hain: quran aur sunnat. to is aadmi ko agar woh islam ke baare mein bol raha hai to zahir hai ke us ko islam ke baare mein jab jo authentic source hai, uska hawala dena padega. idhar udhar ek hawale se kaise sabit ho jayega? yeh to bohat hi common logic hai. yaani mein nahi samajhta ke koi aadmi aisa bhi hoga jo is ko na maane. to bohat common</w:t>
      </w:r>
    </w:p>
    <w:p>
      <w:pPr>
        <w:jc w:val="right"/>
      </w:pPr>
      <w:r>
        <w:t>ث کا مطلب ہے کہ میں نے تمہارے پاس دو اتھینٹک سورس چھوڑے ہیں: قرآن اور سنت۔ تو اس آدمی کو اگر وہ اسلام کے بارے میں بول رہا ہے تو ظاہر ہے کہ اس کو اسلام کے بارے میں جب جو اتھینٹک سورس ہے، اس کا حوالہ دینا پڑے گا۔ ادھر ادھر ایک حوالے سے کیسے ثابت ہو جائے گا؟ یہ تو بہت ہی کامن لاجک ہے۔ یعنی میں نہیں سمجھتا کہ کوئی آدمی ایسا بھی ہوگا جو اس کو نہ مانے۔ تو بہت کامن</w:t>
      </w:r>
    </w:p>
    <w:p>
      <w:r>
        <w:rPr>
          <w:b/>
        </w:rPr>
        <w:t xml:space="preserve">[1:17:16] </w:t>
      </w:r>
      <w:r>
        <w:t>logic hai yeh. haan, yeh agla sawal aaya hai irfana gulberg se. unhon ne likha hai "should we fight for justice?" lad kar justice milti hi nahi. ladenge kya aap? aise hi jaise koi kahe ke "should we fight for everest". lad kar everest par chadh jayenge aap? everest chadhna ladne se nahi hota. us ke liye to training chahiye aur woh</w:t>
      </w:r>
    </w:p>
    <w:p>
      <w:pPr>
        <w:jc w:val="right"/>
      </w:pPr>
      <w:r>
        <w:t>لاجک ہے یہ۔ ہاں، یہ اگلا سوال آیا ہے عرفانہ گلبرگہ سے۔ انہوں نے لکھا ہے "شوڈ وی فائٹ فار جسٹس؟" لڑ کر جسٹس ملتی ہی نہیں۔ لڑیں گے کیا آپ؟ ایسے ہی جیسے کوئی کہے کہ "شوڈ وی فائٹ فار ایورسٹ"۔ لڑ کر ایورسٹ پر چڑھ جائیں گے آپ؟ ایورسٹ چڑھنا لڑنے سے نہیں ہوتا۔ اس کے لیے تو ٹریننگ چاہیے اور وہ</w:t>
      </w:r>
    </w:p>
    <w:p>
      <w:r>
        <w:rPr>
          <w:b/>
        </w:rPr>
        <w:t xml:space="preserve">[1:17:47] </w:t>
      </w:r>
      <w:r>
        <w:t>mountain ke mountaineering jo hai, uska ilm chahiye waghera waghera. tab aadmi everest pe pahunch jayega. to justice ka kuch bhi talluq ladai se nahi hai. ladne se justice mil jaye, yeh bilkul ek irrelevant baat hai. justice milti hai ke peace qaim, peace ho aur woh planning ho aur bohat hi sincerely opportunities ko discover kar ke</w:t>
      </w:r>
    </w:p>
    <w:p>
      <w:pPr>
        <w:jc w:val="right"/>
      </w:pPr>
      <w:r>
        <w:t>ماؤنٹ کے ماؤنٹینئرنگ جو ہے، اس کا علم چاہیے وغیرہ وغیرہ۔ تب آدمی ایورسٹ پہ پہنچ جائے گا۔ تو جسٹس کا کچھ بھی تعلق لڑائی سے نہیں ہے۔ لڑنے سے جسٹس مل جائے، یہ بالکل ایک اریلیونٹ بات ہے۔ جسٹس ملتی ہے کہ پیس قائم، پیس ہو اور وہ پلاننگ ہو اور بہت ہی سنسیرلی اپرچونیٹیز کو ڈسکور کر کے</w:t>
      </w:r>
    </w:p>
    <w:p>
      <w:r>
        <w:rPr>
          <w:b/>
        </w:rPr>
        <w:t xml:space="preserve">[1:18:18] </w:t>
      </w:r>
      <w:r>
        <w:t>us ko istemal kiya jaye. yeh bohat badi fallacy hai ke ladne se kabhi justice milti hai, na kabhi kisi ko mili, na mil sakti hai. yeh maazi mein hazaron saal ki tareekh aap is baat ka saboot hai ke lad kar kabhi kisi ko justice nahi mili. justice agar aap chahte hain to aap yaani adjustment kar ke aap aman qaim kijiye, phir discoveries discover kijiye, opportunities ko opportunities ko avail kijiye, us ke mutabiq planning kijiye. is tarah justice milegi. ladai se justice koi matlab hi nahi hai. kuch bhi 1 percent bhi koi lad kar justice nahi hasil kar sakta hai. ladai se to distraction hota hai. ladai se khoon yaani bahaye jaate hain, nuqsan hote hain. ladai ek ek negative activity</w:t>
      </w:r>
    </w:p>
    <w:p>
      <w:pPr>
        <w:jc w:val="right"/>
      </w:pPr>
      <w:r>
        <w:t>اس کو استعمال کیا جائے۔ یہ بہت بڑی فلیسی ہے کہ لڑنے سے کبھی جسٹس ملتی ہے، نہ کبھی کسی کو ملی، نہ مل سکتی ہے۔ یہ ماضی میں ہزاروں سال کی تاریخ آپ اس بات کا ثبوت ہے کہ لڑ کر کبھی کسی کو جسٹس نہیں ملی۔ جسٹس اگر آپ چاہتے ہیں تو آپ یعنی ایڈجسٹمنٹ کر کے آپ امن قائم کیجئے، پھر ڈسکوریز ڈسکور کیجئے، اپر</w:t>
      </w:r>
    </w:p>
    <w:p>
      <w:r>
        <w:rPr>
          <w:b/>
        </w:rPr>
        <w:t xml:space="preserve">[1:18:48] </w:t>
      </w:r>
      <w:r>
        <w:t>ka naam hai. is se koi positive maqsad kaise hasil kar sakte hain? aap bilkul impossible hai. you can not, you can not achieve positive end by negative means. it is impossible. maulana, agla sawal hai maulana zakwan nadvi sahib ka delhi se. unhon ne likha hai ke quran mein bataya gaya hai ke ahl e iman sab se zyada allah se mohabbat karne wale hain aur</w:t>
      </w:r>
    </w:p>
    <w:p>
      <w:pPr>
        <w:jc w:val="right"/>
      </w:pPr>
      <w:r>
        <w:t>چونیٹیز کو اپرچونیٹیز کو اویل کیجئے، اس کے مطابق پلاننگ کیجئے۔ اس طرح جسٹس ملے گی۔ لڑائی سے جسٹس کوئی مطلب ہی نہیں ہے۔ کچھ بھی ون پرسنٹ بھی کوئی لڑ کر جسٹس نہیں حاصل کر سکتا ہے۔ لڑائی سے تو ڈسٹریکشن ہوتا ہے۔ لڑائی سے خون یعنی بہائے جاتے ہیں، نقصانات ہوتے ہیں۔ لڑائی ایک ایک نیگیٹیو ایکٹی</w:t>
      </w:r>
    </w:p>
    <w:p>
      <w:r>
        <w:rPr>
          <w:b/>
        </w:rPr>
        <w:t xml:space="preserve">[1:19:18] </w:t>
      </w:r>
      <w:r>
        <w:t>saari quwwat sirf allah ke liye hai. to is ka talluq allah ki mohabbat se kya hai? yaani saari quwwat allah ke liye hai. is ki wazahat farmayein. dekhiye, quwwat se juda hua hai jazba mohabbat, jis se aap jiske baare mein yaqeen kar lein ke kis ke paas power hai dene ka, lene ka aur chheen ne ka, us se us ki taraf</w:t>
      </w:r>
    </w:p>
    <w:p>
      <w:pPr>
        <w:jc w:val="right"/>
      </w:pPr>
      <w:r>
        <w:t>ویٹیز کا نام ہے۔ اس سے کوئی پازیٹیو مقصد کیسے حاصل کر سکتے ہیں؟ آپ بالکل امپاسیبل ہے۔ یو کین ناٹ، یو کین ناٹ اچیو پازیٹیو اینڈ بائی نیگیٹیو مینز۔ اٹ از امپاسیبل۔ مولانا، اگلا سوال ہے مولانا ذکوان ندوی صاحب کا دہلی سے۔ انہوں نے لکھا ہے کہ قرآن میں بتایا گیا ہے کہ اہل ایمان سب سے زیادہ اللہ سے محبت کرنے والے ہیں اور</w:t>
      </w:r>
    </w:p>
    <w:p>
      <w:r>
        <w:rPr>
          <w:b/>
        </w:rPr>
        <w:t xml:space="preserve">[1:19:48] </w:t>
      </w:r>
      <w:r>
        <w:t>woh jazba talluq paida ho jaata hai ke woh de to mujhe milega, woh na de to mein mahroom ho jaunga. isi ka naam hai quwwat. to allah taala ke baare mein jitna yaqeen hota hai aadmi ko ke sab kuch usi ke dene se milta hai, woh na de to kuch bhi nahi milne wala mujhe. isi se mohabbat ka ka chashma ubalta hai aadmi ke andar. yeh bilkul ek fitri baat hai, is mein koi dorah nahi ho sakti. maulana, agla</w:t>
      </w:r>
    </w:p>
    <w:p>
      <w:pPr>
        <w:jc w:val="right"/>
      </w:pPr>
      <w:r>
        <w:t>ساری قوت صرف اللہ کے لیے ہے۔ تو اس کا تعلق اللہ کی محبت سے کیا ہے؟ یعنی ساری قوت اللہ کے لیے ہے۔ اس کی وضاحت فرمائیں۔ دیکھیں، قوت سے جڑا ہوا ہے جذبہ محبت، جس سے آپ جس کے بارے میں آپ یقین کر لیں کہ کس کے پاس پاور ہے گننے کا، دینے کا اور چھیننے کا، اس سے اس کی طرف</w:t>
      </w:r>
    </w:p>
    <w:p>
      <w:r>
        <w:rPr>
          <w:b/>
        </w:rPr>
        <w:t xml:space="preserve">[1:20:20] </w:t>
      </w:r>
      <w:r>
        <w:t>sawal hai doctor andaleeb tarq sahib ka roorkee se. unhon ne likha hai "my observation is that that technological development needs lot of dedication, effort and consistent time involvement. many of my phd scholars are dedicated muslim in terms of salat gives the excuse that along with namaz and other deeni involvement, they cannot put the same effort and dedication in terms of western or non muslim scho</w:t>
      </w:r>
    </w:p>
    <w:p>
      <w:pPr>
        <w:jc w:val="right"/>
      </w:pPr>
      <w:r>
        <w:t>وہ جذبہ تعلق پیدا ہو جاتا ہے کہ وہ دے تو مجھے ملے گا، وہ نہ دے تو میں معروف ہو جاؤں گا۔ اسی کا نام ہے قوت۔ تو اللہ تعالی کے بارے میں جتنا یقین ہوتا ہے آدمی کو کہ سب کچھ اسی کے دینے سے ملتا ہے، وہ نہ دے تو کچھ بھی نہیں ملنے والا مجھے۔ اسی سے محبت کا کا چشمہ ابلتا ہے آدمی کے اندر۔ یہ بالکل ایک فطری بات ہے، اس میں کوئی دورہ نہیں ہو سکتی۔ مولانا، ا</w:t>
      </w:r>
    </w:p>
    <w:p>
      <w:r>
        <w:rPr>
          <w:b/>
        </w:rPr>
        <w:t xml:space="preserve">[1:20:50] </w:t>
      </w:r>
      <w:r>
        <w:t>lars. then my question is that how we can compete with the non muslims and can contribute significantly to technological development for life and society?" kya matlab hai? maulana likh rahe hain ke jo technological developments hai, us ke liye bohat zyada dedication, effort aur time dena padta hai. to un ke kuch jo phd scholars hain, woh yeh question</w:t>
      </w:r>
    </w:p>
    <w:p>
      <w:pPr>
        <w:jc w:val="right"/>
      </w:pPr>
      <w:r>
        <w:t>گلا سوال ہے ڈاکٹر اندلیب طارق صاحب کا روڑکی سے۔ انہوں نے لکھا ہے "مائی ابزرویشن از دیٹ دیٹ ٹیکنالوجیکل ڈیولپمنٹ نیڈز لاٹ اف ڈیڈیکیشن، ایفرٹ اینڈ کنسسٹنٹ ٹائم انوالومنٹ۔ مینی اف مائی پی ایچ ڈی اسکالرز اے ڈیڈیکیٹڈ مسلم ان ٹرمز اف صلاۃ گیوز دا ایکسکیوز دیٹ الونگ ود نماز اینڈ ادر دینی انوالومنٹ، دے کین ناٹ پٹ دا سیم ایفرٹ اینڈ ڈیڈیکیشن ان ٹرمز اف ویسٹرن اور نان مسلم اسک</w:t>
      </w:r>
    </w:p>
    <w:p>
      <w:r>
        <w:rPr>
          <w:b/>
        </w:rPr>
        <w:t xml:space="preserve">[1:21:20] </w:t>
      </w:r>
      <w:r>
        <w:t>karte hain ke jab deeni kaam mein hum waqt lagayenge to phir is taraf hum dedication ke saath kaam nahi kar sakte. to hum dono ko balance kaise karein ke deen ke upar chalte hue hum dedicate kaise kar sakein technology aur development ke liye? deen ko logon ne samajh rakha hai, koi alag ek cheez hai aur technology alag cheez hai. yeh yahi fallacy hai.</w:t>
      </w:r>
    </w:p>
    <w:p>
      <w:pPr>
        <w:jc w:val="right"/>
      </w:pPr>
      <w:r>
        <w:t>الرز۔ دین مائی کوسچن از دیٹ ہاؤ وی کین کمپیٹ ود دا نان مسلمز اینڈ کین کنٹریبیوٹ سگنیفیکنٹلی ٹو ٹیکنالوجیکل ڈیولپمنٹ فور لائف اینڈ سوسائٹی؟" کیا مطلب ہے؟ مولانا لکھ رہے ہیں کہ جو ٹیکنالوجیکل ڈیولپمنٹس ہے، اس کے لیے بہت زیادہ ڈیڈیکیشن، ایفرٹ اور ٹائم دینا پڑتا ہے۔ تو ان کے کچھ جو پی ایچ ڈی اسکالرز ہیں، وہ یہ کوس</w:t>
      </w:r>
    </w:p>
    <w:p>
      <w:r>
        <w:rPr>
          <w:b/>
        </w:rPr>
        <w:t xml:space="preserve">[1:21:50] </w:t>
      </w:r>
      <w:r>
        <w:t>chalte hain ke jab deeni kaam mein hum waqt lagayenge to phir is taraf hum dedication ke sath kaam nahi kar sakte. to hum dono ko balance kaise karein ke deen ke upar chalte hue hum dedicate kaise kar sakein technology aur development ke liye? deen ko logon ne samajh rakha hai, koi alag ek cheez hai aur technology alag cheez hai. yeh yahi fallacy hai.</w:t>
      </w:r>
    </w:p>
    <w:p>
      <w:pPr>
        <w:jc w:val="right"/>
      </w:pPr>
      <w:r>
        <w:t>چن کرتے ہیں کہ جب دینی کام میں ہم وقت لگائیں گے تو پھر اس طرف ہم ڈیڈیکیشن کے ساتھ کام نہیں کر سکتے۔ تو ہم دونوں کو بیلنس کیسے کریں کہ دین کے اوپر چلتے ہوئے ہم ڈیڈیکیٹ کیسے کر سکیں ٹیکنالوجی اور ڈیولپمنٹ کے لیے؟ دین کو لوگوں نے سمجھ رکھا ہے، کوئی الگ ایک چیز ہے اور ٹیکنالوجی الگ چیز ہے۔ یہ یہی فلیسی ہے۔</w:t>
      </w:r>
    </w:p>
    <w:p>
      <w:r>
        <w:rPr>
          <w:b/>
        </w:rPr>
        <w:t xml:space="preserve">[1:22:21] </w:t>
      </w:r>
      <w:r>
        <w:t>deen naam hai ek way of thinking ka, ek approach ka. woh har har waqt, har waqt woh is ki milti rehti hai. yeh fallacy hai. woh samajhte hain ke masjid mein ja kar ke jab ibadat ki gayi to woh deen ho gaya, baqi deen nahi hai. to main apna ek tajruba batata hoon aap ko. ek martaba main gaya, ghaliban ahmadabad ka waqia hai. yeh wahan gaya main</w:t>
      </w:r>
    </w:p>
    <w:p>
      <w:pPr>
        <w:jc w:val="right"/>
      </w:pPr>
      <w:r>
        <w:t>دین نام ہے ایک وے اف تھنکنگ کا، ایک اپروچ کا۔ وہ ہر ہر وقت، ہر وقت وہ اس کی ملتی رہتی ہے۔ یہ فلیسی ہے۔ وہ سمجھتے ہیں کہ مسجد میں جا کر کے جب عبادت کی گئی تو وہ دین ہو گیا، باقی دین نہیں ہے۔ تو میں اپنا ایک تجربہ بتاتا ہوں آپ کو۔ ایک مرتبہ میں گیا، غالباً احمد آباد کا واقعہ ہے۔ یہ وہاں گیا میں</w:t>
      </w:r>
    </w:p>
    <w:p>
      <w:r>
        <w:rPr>
          <w:b/>
        </w:rPr>
        <w:t xml:space="preserve">[1:22:51] </w:t>
      </w:r>
      <w:r>
        <w:t>to kahin main thehra tha kisi hotel mein. to ek sahib mujhe aa kar apne yahan le gaye ke main ne ek factory lagai hai, chaliye is mein dua kar dijiye. to khair, mujhe le gaye, main ne dekha wahan to ek nai machine mangai thi. unhon ne ek qissa maine likha tha alamiyat mein. us us zamane mein alamiyat nikala karta tha, pehle ki baat hai yeh. to risal</w:t>
      </w:r>
    </w:p>
    <w:p>
      <w:pPr>
        <w:jc w:val="right"/>
      </w:pPr>
      <w:r>
        <w:t>تو کہیں میں ٹھہرا تھا کسی ہوٹل میں۔ تو ایک صاحب مجھے آ کر اپنے یہاں لے گئے کہ میں نے ایک فیکٹری لگائی ہے، چلیے اس میں دعا کر دیجئے۔ تو خیر، مجھے لے گئے، میں نے دیکھا وہاں تو ایک نئی مشین منگائی تھی۔ انہوں نے ایک قصہ میں نے لکھا تھا عالمیت میں۔ اس اس زمانے میں عالمیت نکالا کرتا تھا، پہلے کی بات ہے یہ۔ تو رسال</w:t>
      </w:r>
    </w:p>
    <w:p>
      <w:r>
        <w:rPr>
          <w:b/>
        </w:rPr>
        <w:t xml:space="preserve">[1:23:21] </w:t>
      </w:r>
      <w:r>
        <w:t>nikala hai hum ne 1976 mein, is se pehle ki baat hai yeh. to unhon ne kaha ke dekhiye, hum ne ek nai machine mangai hai. to is ko unhon ne ek demonstration diya, ek switch dabai unhon ne. to jo flying wheel hota hai, woh flying wheel tezi se chalne laga, within second is ne moment le liya. to phir unhon ne kaha ke dekhen, ab main doosra switch dabata hoon. doosra switch dabaya, unhon ne within second</w:t>
      </w:r>
    </w:p>
    <w:p>
      <w:pPr>
        <w:jc w:val="right"/>
      </w:pPr>
      <w:r>
        <w:t>نکالا ہے ہم نے 1976 میں، اس سے پہلے کی بات ہے یہ۔ تو انہوں نے کہا کہ دیکھیے، ہم نے ایک نئی مشین منگائی ہے۔ تو اس کو انہوں نے ایک ڈیمونسٹریشن دیا، ایک سوئچ دبائی انہوں نے۔ تو جو فلائنگ ویل ہوتا ہے، وہ فلائنگ ویل تیزی سے چلنے لگا، ود ان سیکنڈ اس نے مومنٹ لے لیا۔ تو پھر انہوں نے کہا کہ دیکھیں، اب میں دوسرا سوئچ دباتا ہوں۔ دوسرا سوئچ دبایا، انہوں نے ود ان سیکنڈ</w:t>
      </w:r>
    </w:p>
    <w:p>
      <w:r>
        <w:rPr>
          <w:b/>
        </w:rPr>
        <w:t xml:space="preserve">[1:23:51] </w:t>
      </w:r>
      <w:r>
        <w:t>direction badal diya, is ne idhar udhar chalne laga, within second. to is ko dekh kar main ne kaha ke dekhen, yaani is mein bohat bari imani ghiza hai, is mein deen ki ghiza hai. is mein woh kya hai ke Allah se darne wala ya ya Allah par faith rakhne wala jo hai, within second apne ko badalne par qadir hota hai. jaise aap ko ghussa aa gaya to usi waqt aap</w:t>
      </w:r>
    </w:p>
    <w:p>
      <w:pPr>
        <w:jc w:val="right"/>
      </w:pPr>
      <w:r>
        <w:t>ڈائریکشن بدل دیا، اس نے ادھر ادھر چلنے لگا، ود ان سیکنڈ۔ تو اس کو دیکھ کر میں نے کہا کہ دیکھیں، یعنی اس میں بہت بڑی ایمانی غذا ہے، اس میں دین کی غذا ہے۔ اس میں وہ کیا ہے کہ اللہ سے ڈرنے والا یا یا اللہ پر فیتھ رکھنے والا جو ہے، ود ان سیکنڈ اپنے کو بدلنے پر قادر ہوتا ہے۔ جیسے آپ کو غصہ آ گیا تو اسی وقت آپ</w:t>
      </w:r>
    </w:p>
    <w:p>
      <w:r>
        <w:rPr>
          <w:b/>
        </w:rPr>
        <w:t xml:space="preserve">[1:24:22] </w:t>
      </w:r>
      <w:r>
        <w:t>ka ghussa thanda kar deta hai, Allah ki yaad aa jaye aap ko. jaise misaal ke tor par Hazrat Umar jab khalifa the to apne khilaf khilafat ke is mein baithe hue the aur khilafat ki seat par ek aadmi aata hai, woh ek bohat hi gustakhi ki baat karta hai ke Umar tum hum ko kuch dete nahi ho, tum insaaf bhi nahi karte, kuch dete bhi hain hum ko.</w:t>
      </w:r>
    </w:p>
    <w:p>
      <w:pPr>
        <w:jc w:val="right"/>
      </w:pPr>
      <w:r>
        <w:t>کا غصہ ٹھنڈا کر دیتا ہے، اللہ کی یاد آ جائے آپ کو۔ جیسے مثال کے طور پر حضرت عمر جب خلیفہ تھے تو اپنے خلیف خلافت کے اس میں بیٹھے ہوئے تھے اور خلافت کی سیٹ پر ایک آدمی آتا ہے، وہ ایک بہت ہی گستاخی کی بات کرتا ہے کہ عمر تم ہم کو کچھ دیتے نہیں ہو، تم انصاف بھی نہیں کرتے، کچھ دیتے بھی ہیں ہم کو۔</w:t>
      </w:r>
    </w:p>
    <w:p>
      <w:r>
        <w:rPr>
          <w:b/>
        </w:rPr>
        <w:t xml:space="preserve">[1:24:53] </w:t>
      </w:r>
      <w:r>
        <w:t>zahir hai ke yaani khalifa jo apni seat pe baitha hua ho, usay aap aisa kahain ke tum ko, tum na hum ko na to justice de rahe ho, na hamein kuch maashi faida tum se mil raha hai. to Hazrat Umar ko ghussa aa gaya, uthe woh us ko marne ke liye. to wahan par ek ek sahabi baithe hue the, ghaliban Abdullah ibn Abbas. to unhon ne</w:t>
      </w:r>
    </w:p>
    <w:p>
      <w:pPr>
        <w:jc w:val="right"/>
      </w:pPr>
      <w:r>
        <w:t>ظاہر ہے کہ یعنی خلیفہ جو اپنی سیٹ پہ بیٹھا ہوا ہو، اسے آپ ایسا کہیں کہ تم کو، تم نہ ہم کو نہ تو جسٹس دے رہے ہو، نہ ہمیں کچھ معاشی فائدہ تم سے مل رہا ہے۔ تو حضرت عمر کو غصہ آ گیا، اٹھے وہ اس کو مارنے کے لیے۔ تو وہاں پر ایک ایک صحابی بیٹھے ہوئے تھے، غالباً عبداللہ ابن عباس۔ تو انہوں نے</w:t>
      </w:r>
    </w:p>
    <w:p>
      <w:r>
        <w:rPr>
          <w:b/>
        </w:rPr>
        <w:t xml:space="preserve">[1:25:24] </w:t>
      </w:r>
      <w:r>
        <w:t>ek ayat parh di, ek ayat parh di unhon ne. walid al jahileen nadanon se avoid karo, nadanon ki baat par avoid karo. to woh kehte hain ke within second un ka ghussa khatam ho gaya. phir woh kehte hain, "kan kafir kitab Allah". Allah ki kitab par bohat acha janay walay the woh ke abhi ghussa aur abhi maafi ho gayi.</w:t>
      </w:r>
    </w:p>
    <w:p>
      <w:pPr>
        <w:jc w:val="right"/>
      </w:pPr>
      <w:r>
        <w:t>ایک آیت پڑھ دی، ایک آیت پڑھ دی انہوں نے۔ والد الجاہلین نادانوں سے اوائڈ کرو، نادانوں کی بات پر اوائڈ کرو۔ تو وہ کہتے ہیں کہ ود ان سیکنڈ ان کا غصہ ختم ہو گیا۔ پھر وہ کہتے ہیں، "کان کافر کتاب اللہ"۔ اللہ کی کتاب پر بہت اچھا جانے والے تھے وہ کہ ابھی غصہ اور ابھی معافی ہو گیا۔</w:t>
      </w:r>
    </w:p>
    <w:p>
      <w:r>
        <w:rPr>
          <w:b/>
        </w:rPr>
        <w:t xml:space="preserve">[1:25:56] </w:t>
      </w:r>
      <w:r>
        <w:t>to main ne kaha ke yeh jo yeh jo flying wheel jo aap ne chalaye, ek switch se idhar chalne laga, doosre switch se idhar chalne laga. to momin woh hai jo apne direction ko within second change kar sake. Allah se itna ta'alluq is ka ho, akhirat ka itna ehsas is ka ho, jannat is ka itna consent bani hui ho ke ek second mein woh agar is ki soch agar derail ho rahi thi to foran track pe aa jaye woh. to woh wahan bhi dindari hai.</w:t>
      </w:r>
    </w:p>
    <w:p>
      <w:pPr>
        <w:jc w:val="right"/>
      </w:pPr>
      <w:r>
        <w:t>تو میں نے کہا کہ یہ جو یہ جو فلائنگ ویل جو آپ نے چلائے، ایک سوئچ سے ادھر چلنے لگا، دوسرے سوئچ سے ادھر چلنے لگا۔ تو مومن وہ ہے جو اپنے ڈائریکشن کو ود ان سیکنڈ چینج کر سکے۔ اللہ سے اتنا تعلق اس کا ہو، آخرت کا اتنا احساس اس کا ہو، جنت اس کا اتنا کنسنٹ بنی ہوئی ہو کہ ایک سیکنڈ میں وہ اگر اس کی سوچ اگر ڈیریل ہو رہی تھی تو فوراً ٹریک پہ آ جائے وہ۔ تو وہ وہاں بھی دینداری ہے۔</w:t>
      </w:r>
    </w:p>
    <w:p>
      <w:r>
        <w:rPr>
          <w:b/>
        </w:rPr>
        <w:t xml:space="preserve">[1:26:27] </w:t>
      </w:r>
      <w:r>
        <w:t>to technology alag hai, deen alag hai. yeh koi yeh sahi soch nahi hai. woh asal cheez hai ke aap ab ek trend mind aap ko chahiye, prepared mind, jahan jagah food le sake. asal cheez hai intellectual food lena, spiritual food lena, woh hai deen. deen koi aisa nahi hai ke koi masjid mein jaye to woh deen hai, bahar aaye to deen nahi hai. jaise main woh</w:t>
      </w:r>
    </w:p>
    <w:p>
      <w:pPr>
        <w:jc w:val="right"/>
      </w:pPr>
      <w:r>
        <w:t>تو ٹیکنالوجی الگ ہے، دین الگ ہے۔ یہ کوئی یہ صحیح سوچ نہیں ہے۔ وہ اصل چیز ہے کہ آپ اب ایک ٹرینڈ مائنڈ آپ کو چاہیے، پریپیرڈ مائنڈ، جہاں جگہ فوڈ لے سکے۔ اصل چیز ہے انٹلیکچول فوڈ لینا، اسپرچول فوڈ لینا، وہ ہے دین۔ دین کوئی ایسا نہیں ہے کہ کوئی مسجد میں جائے تو وہ دین ہے، باہر آئے تو دین نہیں ہے۔ جیسے میں وہ</w:t>
      </w:r>
    </w:p>
    <w:p>
      <w:r>
        <w:rPr>
          <w:b/>
        </w:rPr>
        <w:t xml:space="preserve">[1:26:57] </w:t>
      </w:r>
      <w:r>
        <w:t>aan ek bar room gaya to woh jo darwaze hote hain, jo jo apne aap khul jate hain, wahan pohnchne se pehli bar main ne dekha tha wahan room ke airport par. to woh wife bhi lounge mein le ja rahe the mujh ko, to bar bar kai darwaze paray. to jaise wahan pohnchta tha to apne aap khul jata tha. to achaanak main is ko dekh kar ajeeb meri kaifiyat hui ke khuda ya, main jab akhirat mein pohnchun ga to mere paas koi</w:t>
      </w:r>
    </w:p>
    <w:p>
      <w:pPr>
        <w:jc w:val="right"/>
      </w:pPr>
      <w:r>
        <w:t>اں ایک بار روم گیا تو وہ جو دروازے ہوتے ہیں، جو جو اپنے آپ کھل جاتے ہیں، وہاں پہنچنے سے پہلی بار میں نے دیکھا تھا وہاں روم کے ایئرپورٹ پر۔ تو وہ وائیف بھی لاونج میں لے جا رہے تھے مجھ کو، تو بار بار کئی دروازے پڑے۔ تو جیسے وہاں پہنچتا تھا تو اپنے آپ کھل جاتا تھا۔ تو اچانک میں اس کو دیکھ کر عجیب میری کیفیت ہوئی کہ خدایا، میں جب آخرت میں پہنچوں گا تو میرے پاس کوئی</w:t>
      </w:r>
    </w:p>
    <w:p>
      <w:r>
        <w:rPr>
          <w:b/>
        </w:rPr>
        <w:t xml:space="preserve">[1:27:27] </w:t>
      </w:r>
      <w:r>
        <w:t>kuch nahi hoga. wahan bhi aise hi ho ke mere liye darwaze khulte chale jayen aur main pohnch jaon jannat ke gate par. to wahan bhi ek woh bhi ek tajruba ban gaya. to mere liye mujhe to rozana har subah sham tajrube hote rehte hain isi qism ke. to bahar haal khulasa yeh hai ke dindari naam hai ek way of thinking ka. woh of thinking apni develop kare aadmi to chahe aap kahin bhi hon,</w:t>
      </w:r>
    </w:p>
    <w:p>
      <w:pPr>
        <w:jc w:val="right"/>
      </w:pPr>
      <w:r>
        <w:t>کچھ نہیں ہوگا۔ وہاں بھی ایسے ہی ہو کہ میرے لیے دروازے کھلتے چلے جائیں اور میں پہنچ جاؤں جنت کے گیٹ پر۔ تو وہاں بھی ایک وہ بھی ایک تجربہ بن گیا۔ تو میرے لیے مجھے تو روزانہ ہر صبح شام تجربے ہوتے رہتے ہیں اسی قسم کے۔ تو بہرحال خلاصہ یہ ہے کہ دینداری نام ہے ایک وے اف تھنکنگ کا۔ وہ اف تھنکنگ اپنی ڈیولپ کرے آدمی تو چاہے آپ کہیں بھی ہوں،</w:t>
      </w:r>
    </w:p>
    <w:p>
      <w:r>
        <w:rPr>
          <w:b/>
        </w:rPr>
        <w:t xml:space="preserve">[1:27:58] </w:t>
      </w:r>
      <w:r>
        <w:t>wahan aap ko food milega, regis food, spiritual food. yeh yahi hai dindari. agla sawal hai Hafiz Iqbal Umri sahib ka. unhon ne likha hai ke mehfooz deen aur ghair mehfooz deen ka kya meyar hai? yeh to ikhtiyari ka question hai. meyar yeh hai ke jo jo kitab utri thi peghambar ki zuban mein, wahi same</w:t>
      </w:r>
    </w:p>
    <w:p>
      <w:pPr>
        <w:jc w:val="right"/>
      </w:pPr>
      <w:r>
        <w:t>وہاں آپ کو فوڈ ملے گا، ریجس فوڈ، اسپرچول فوڈ۔ یہ یہی ہے دینداری۔ اگلا سوال ہے حافظ اقبال عمری صاحب کا۔ انہوں نے لکھا ہے کہ محفوظ دین اور غیر محفوظ دین کا کیا معیار ہے؟ یہ تو اختیاری کا کوئسچن ہے۔ معیار یہ ہے کہ جو جو کتاب اتری تھی پیغمبر کی زبان میں، وہی سیم</w:t>
      </w:r>
    </w:p>
    <w:p>
      <w:r>
        <w:rPr>
          <w:b/>
        </w:rPr>
        <w:t xml:space="preserve">[1:28:28] </w:t>
      </w:r>
      <w:r>
        <w:t>kitab aaj maujood ho. yeh hai. to doosri jo kitaben hain, to history se yeh baat proof nahi hoti ke woh jo utra tha peghambar par jo saheefa, wahi same aaj maujood hai. sab ke transitions hain, woh woh language, language bhi ghayab hai. misaal ke tor par dekhiye, injeel ko lijiye, aap haz</w:t>
      </w:r>
    </w:p>
    <w:p>
      <w:pPr>
        <w:jc w:val="right"/>
      </w:pPr>
      <w:r>
        <w:t>کتاب آج موجود ہو۔ یہ ہے۔ تو دوسری جو کتابیں ہیں، تو ہسٹری سے یہ بات پروف نہیں ہوتی کہ وہ جو اترا تھا پیغمبر پر جو صحیفہ، وہی سیم آج موجود ہے۔ سب کے ٹرانسیشنز ہیں، وہ وہ لینگویج، لینگویج بھی غائب ہے۔ مثال کے طور پر دیکھیے، انجیل کو لیجئے، آپ حض</w:t>
      </w:r>
    </w:p>
    <w:p>
      <w:r>
        <w:rPr>
          <w:b/>
        </w:rPr>
        <w:t xml:space="preserve">[1:28:58] </w:t>
      </w:r>
      <w:r>
        <w:t>rat Masih par jo kitab utri thi to aaj tak yeh bhi proof nahi hai, sabit establish nahi hai, sabit nahi hua ke Hazrat Masih kon si zuban bolte the kyunke wahan par teen zubanen thin, yaani Greek aur Syriac aur woh Hebrew. jaise hamare India mein kai zubanen hain, Urdu bhi hai, English bhi hai, Hindi bhi hai, Bangla bhi hai, falan bhi</w:t>
      </w:r>
    </w:p>
    <w:p>
      <w:pPr>
        <w:jc w:val="right"/>
      </w:pPr>
      <w:r>
        <w:t>رت مسیح پر جو کتاب اتری تھی تو آج تک یہ بھی پروف نہیں ہے، ثابت اسٹیبلش نہیں ہے، ثابت نہیں ہوا کہ حضرت مسیح کون سی زبان بولتے تھے کیونکہ وہاں پر تین زبانیں تھیں، یعنی گریک اور سرائیک اور وہ ہیبرو۔ جیسے ہمارے انڈیا میں کئی زبانیں ہیں، اردو بھی ہے، انگلش بھی ہے، ہندی بھی ہے، بنگلہ بھی ہے، فلاں بھی</w:t>
      </w:r>
    </w:p>
    <w:p>
      <w:r>
        <w:rPr>
          <w:b/>
        </w:rPr>
        <w:t xml:space="preserve">[1:29:28] </w:t>
      </w:r>
      <w:r>
        <w:t>hai. to wahan Palestine mein us waqt teen zubanen thin kyunke Roman wahan par rule kar rahe the, Roman governor hua karta tha. is ki wajah se wahan par Roman language aa gayi thi. to chunke un ke asal kalam mehfooz nahi hain, jo ab jo hai woh transition hai. to historical jo criterion hai, us ko judge kar ke dekha jaye ga ke woh woh kitab jo peghambar ki zuban mein thi,</w:t>
      </w:r>
    </w:p>
    <w:p>
      <w:pPr>
        <w:jc w:val="right"/>
      </w:pPr>
      <w:r>
        <w:t>ہے۔ تو وہاں پلستائن میں اس وقت تین زبانیں تھیں کیونکہ رومن وہاں پر رول کر رہے تھے، رومن گورنر ہوا کرتا تھا۔ اس کی وجہ سے وہاں پر رومن لینگویج آ گئی تھی۔ تو چونکہ ان کے اصل کلام محفوظ نہیں ہیں، جو اب جو ہے وہ ٹرانسیشن ہے۔ تو ہسٹوریکل جو کرائٹیرین ہے، اس کو جج کر کے دیکھا جائے گا کہ وہ وہ کتاب جو پیغمبر کی زبان میں تھی،</w:t>
      </w:r>
    </w:p>
    <w:p>
      <w:r>
        <w:rPr>
          <w:b/>
        </w:rPr>
        <w:t xml:space="preserve">[1:29:58] </w:t>
      </w:r>
      <w:r>
        <w:t>kya same mehfooz hai ya nahi mehfooz hai. to yeh yeh to ek ek subject hai, baqayda is ko kehte hain historical criticism. is ka is subject ka naam hai historical criticism. is mein sari kitabon ki tehqeeq ki gayi hai, mazhabi kitabon ki. aur yeh khud secular musannifeen ne yeh mana hai ke idhar dar nikah, idhar dar Quran, jitni kitaben hain, woh sab ke sab in mein alteration ho chuka hai, badlav ho chuka hai.</w:t>
      </w:r>
    </w:p>
    <w:p>
      <w:pPr>
        <w:jc w:val="right"/>
      </w:pPr>
      <w:r>
        <w:t>کیا سیم محفوظ ہے یا نہیں محفوظ ہے۔ تو یہ یہ تو ایک ایک سبجیکٹ ہے، باقاعدہ اس کو کہتے ہیں ہسٹوریکل کریٹیسزم۔ اس کا اس سبجیکٹ کا نام ہے ہسٹوریکل کریٹیسزم۔ اس میں ساری کتابوں کی تحقیق کی گئی ہے، مذہبی کتابوں کی۔ اور یہ خود سیکولر مصنفین نے یہ مانا ہے کہ ادھر در نکاح، ادھر در قرآن، جتنی کتابیں ہیں، وہ سب کے سب ان میں الٹریشن ہو چکا ہے، بدلاؤ ہو چکا ہے۔</w:t>
      </w:r>
    </w:p>
    <w:p>
      <w:r>
        <w:rPr>
          <w:b/>
        </w:rPr>
        <w:t xml:space="preserve">[1:30:28] </w:t>
      </w:r>
      <w:r>
        <w:t>sirf Quran hi ek hai kitab jo sare scholar mante hain ke Quran mein ek ek ayat ke barabar bhi koi change nahi aaya. to yeh to ek historical subject hai aur historical study ke zariye se yeh cheez sabit ho chuki hai ke Quran mehfooz kitab hai. agla sawal hai Naghma Siddiqui ka, Delhi se. unhon ne likha hai, "how should we start human education in peo</w:t>
      </w:r>
    </w:p>
    <w:p>
      <w:pPr>
        <w:jc w:val="right"/>
      </w:pPr>
      <w:r>
        <w:t>صرف قرآن ہی ایک ہے کتاب جو سارے اسکالر مانتے ہیں کہ قرآن میں ایک ایک ایٹ کے برابر بھی کوئی چینج نہیں آیا۔ تو یہ تو ایک ہسٹوریکل سبجیکٹ ہے اور ہسٹوریکل اسٹڈی کے ذریعے سے یہ چیز ثابت ہو چکی ہے کہ قرآن محفوظ کتاب ہے۔ اگلا سوال ہے نغمہ صدیقی کا، دلی سے۔ انہوں نے لکھا ہے، "ہاؤ شوڈ وی سٹارٹ ہیومن ایجوکیشن ان پی</w:t>
      </w:r>
    </w:p>
    <w:p>
      <w:r>
        <w:rPr>
          <w:b/>
        </w:rPr>
        <w:t xml:space="preserve">[1:30:58] </w:t>
      </w:r>
      <w:r>
        <w:t>ple?" bohat acha question hai. human education yeh hai jo hum log kar rahe hain, yahi human education hai. literature ke zariye program jo karte hain, hum log us ke zariye aur internet ke zariye jo kam, jo yaani print media, electronic media, us ke zariye jo hum log kar rahe hain, yahi hai. isi ko</w:t>
      </w:r>
    </w:p>
    <w:p>
      <w:pPr>
        <w:jc w:val="right"/>
      </w:pPr>
      <w:r>
        <w:t>پل؟" بہت اچھا کوئسچن ہے۔ ہیومن ایجوکیشن یہ ہے جو ہم لوگ کر رہے ہیں، یہی ہیومن ایجوکیشن ہے۔ لٹریچر کے ذریعے پروگرام جو کرتے ہیں، ہم لوگ اس کے ذریعے اور انٹرنیٹ کے ذریعے جو کم، جو یعنی پرنٹ میڈیا، الیکٹرانک میڈیا، اس کے ذریعے جو ہم لوگ کر رہے ہیں، یہی ہے۔ اسی کو</w:t>
      </w:r>
    </w:p>
    <w:p>
      <w:r>
        <w:rPr>
          <w:b/>
        </w:rPr>
        <w:t xml:space="preserve">[1:31:28] </w:t>
      </w:r>
      <w:r>
        <w:t>intensify kijiye, isi ko khoob badhaiye, khoob badhaiye. yaani har aadmi jo hai, khud soche, khud soch kar ke in jo yeh zariye hain, us ko istemal kare aur khoob us ko apni taqat poori laga de. is mein har aadmi ko main chahta hoon ke har aadmi program maker ban jaye, khud program maker ban jaye, khud hi program banaye, khud hi us ko implement kare, khud hi us ko</w:t>
      </w:r>
    </w:p>
    <w:p>
      <w:pPr>
        <w:jc w:val="right"/>
      </w:pPr>
      <w:r>
        <w:t>انٹینسفائی کیجئے، اسی کو خوب بڑھائیے، خوب بڑھائیے۔ یعنی ہر آدمی جو ہے، خود سوچے، خود سوچ کر کے ان جو یہ ذریعے ہیں، اس کو استعمال کرے اور خوب اس کو اپنی طاقت پوری لگا دے۔ اس میں ہر آدمی کو میں چاہتا ہوں کہ ہر آدمی پروگرام میکر بن جائے، خود پروگرام میکر بن جائے، خود ہی پروگرام بنائے، خود ہی اس کو امپلیمنٹ کرے، خود ہی اس کو</w:t>
      </w:r>
    </w:p>
    <w:p>
      <w:r>
        <w:rPr>
          <w:b/>
        </w:rPr>
        <w:t xml:space="preserve">[1:31:59] </w:t>
      </w:r>
      <w:r>
        <w:t>jane. sab kuch khud karna hai kyunke dekhen, sawab lene ka mamla hai, yeh company ka mamla nahi hai ke companiyon mein to upar se aata hai, lekin yahan to har har aadmi ko khud sawab lena hai. yeh company ka mamla nahi hai. yahan par jis aadmi ko sawab lena hai, us ko khud hi program maker hi banna hai. to bohat farq hai mission mein aur company mein. company mein to upar se aata hai, wahi wahi wahi kar dete hain log.</w:t>
      </w:r>
    </w:p>
    <w:p>
      <w:pPr>
        <w:jc w:val="right"/>
      </w:pPr>
      <w:r>
        <w:t>جانچے۔ سب کچھ خود کرنا ہے کیونکہ دیکھیں، ثواب لینے کا معاملہ ہے، یہ کمپنی کا معاملہ نہیں ہے کہ کمپنیوں میں تو اوپر سے آتا ہے، لیکن یہاں تو ہر ہر آدمی کو خود ثواب لینا ہے۔ یہ کمپنی کا معاملہ نہیں ہے۔ یہاں پر جس آدمی کو ثواب لینا ہے، اس کو خود ہی پروگرام میکر ہی بننا ہے۔ تو بہت فرق ہے مشن میں اور کمپنی میں۔ کمپنی میں تو اوپر سے آتا ہے، وہی وہی وہی کر دیتے ہیں لوگ۔</w:t>
      </w:r>
    </w:p>
    <w:p>
      <w:r>
        <w:rPr>
          <w:b/>
        </w:rPr>
        <w:t xml:space="preserve">[1:32:30] </w:t>
      </w:r>
      <w:r>
        <w:t>mission mein yeh hai ke har fard ko, har har individual ko khud sochna hai, khud planning karna hai, khud us ko implement karna hai, khud program maker banna hai. subah, sham, raat, din aap apne mind ko is mein lagaye rakhen ge, tab yeh kaam hoga. to human education jo hai, self involvement ka naam hai. sach poochhen to jitna zyada self involvement hoga, utna hi aap insanon ko educate kar sakenge. agla sawal hai</w:t>
      </w:r>
    </w:p>
    <w:p>
      <w:pPr>
        <w:jc w:val="right"/>
      </w:pPr>
      <w:r>
        <w:t>مشن میں یہ ہے کہ ہر فرد کو، ہر ہر انڈیویجول کو خود سوچنا ہے، خود پلاننگ کرنا ہے، خود اس کو امپلیمنٹ کرنا ہے، خود پروگرام میکر بننا ہے۔ صبح، شام، رات، دن آپ اپنے مائنڈ کو اس میں لگائے رکھیں گے، تب یہ کام ہوگا۔ تو ہیومن ایجوکیشن جو ہے، سیلف انوالومنٹ کا نام ہے۔ سچ پوچھیں تو جتنا زیادہ سیلف انوالومنٹ ہوگا، اتنا ہی آپ انسانوں کو ایجوکیٹ کر سکیں گے۔ اگلا سوال ہے</w:t>
      </w:r>
    </w:p>
    <w:p>
      <w:r>
        <w:rPr>
          <w:b/>
        </w:rPr>
        <w:t xml:space="preserve">[1:33:00] </w:t>
      </w:r>
      <w:r>
        <w:t>Ashiq Hussain Mir sahib ka, unhon ne apna place nahi likha hai. unhon ne likha hai, "although west has given us so much technologies for which we must be thankful, yet we see they are mostly anti Islamic, like that of Afghanistan attack, Iraq attack, and now likely for Iran. we get double minded, what sort of feeling we must have for them? thankfulness or hatred?" yeh sab jhoo</w:t>
      </w:r>
    </w:p>
    <w:p>
      <w:pPr>
        <w:jc w:val="right"/>
      </w:pPr>
      <w:r>
        <w:t>عاشق حسین میر صاحب کا، انہوں نے اپنا پلیس نہیں لکھا ہے۔ انہوں نے لکھا ہے، "الدو ویسٹ ہیز گیون اس سو مچ ٹیکنالوجیز فور وچ وی مسٹ بی تھینک فل، یٹ وی سی دے ار موسٹلی اینٹی اسلامک، لائک دیٹ اف افغانستان اٹیک، عراق اٹیک، اینڈ ناو لائکلی فور ایران۔ وی گیٹ ڈبل مائنڈڈ، واٹ سورٹ اف فیلنگ وی مسٹ ہیو فور دیم؟ تھینک فلنس اور ہیٹریڈ؟" یہ سب جھو</w:t>
      </w:r>
    </w:p>
    <w:p>
      <w:r>
        <w:rPr>
          <w:b/>
        </w:rPr>
        <w:t xml:space="preserve">[1:33:30] </w:t>
      </w:r>
      <w:r>
        <w:t>ti baat hai. anti Islam se koi ta'alluq nahi. is ka Afghanistan mein un ka jo intervention hai, woh anti Islam se, anti Islamic nahi hai. Islam se kya ta'alluq is ka? yaani musalmanon ke ek bohat bara, yaani bohat bara jurm yeh kar rahe hain. bohat, bohat main is ko crime samajhta hoon ke Islam musalmanon ko ek kar diya unhon ne. yaani crime se choti koi cheez nahi hai. yeh jis ke mere paas alfaaz ke muslim musalman qoumi masle ko th</w:t>
      </w:r>
    </w:p>
    <w:p>
      <w:pPr>
        <w:jc w:val="right"/>
      </w:pPr>
      <w:r>
        <w:t>ٹی بات ہے۔ اینٹی اسلام سے کوئی تعلق نہیں۔ اس کا افغانستان میں ان کا جو انٹروینشن ہے، وہ اینٹی اسلام سے، اینٹی اسلامک نہیں ہے۔ اسلام سے کیا تعلق اس کا؟ یعنی مسلمانوں کے ایک بہت بڑا، یعنی بہت بڑا جرم یہ کر رہے ہیں۔ بہت، بہت میں اس کو کرائم سمجھتا ہوں کہ اسلام مسلمانوں کو ایک کر دیا انہوں نے۔ یعنی کرائم سے چھوٹی کوئی چیز نہیں ہے۔ یہ جس کے میرے پاس الفاظ کہ مسلم مسلمان قومی مسئلے کو تھ</w:t>
      </w:r>
    </w:p>
    <w:p>
      <w:r>
        <w:rPr>
          <w:b/>
        </w:rPr>
        <w:t xml:space="preserve">[1:34:00] </w:t>
      </w:r>
      <w:r>
        <w:t>oda sa Islami masla bana dete hain. woh to un ki aapas ki larai hai, qoumi larai. woh bhi qoumi deen par hain, woh bhi qoumi deen par hain. yaani America bhi qoumi deen par hai, Afghanistan walay bhi qoumi deen par hain. is ka Islami issue nahi hai. woh bilashuba yeh ek crime hai ke aap musalman qoumi masle ko Islam ka title den. qom ke paas dekhiye, us ko un ke qoumi interest hain, un ke qoumi interest hain, dono ke qoumi interest hain. is ka Islam se kya</w:t>
      </w:r>
    </w:p>
    <w:p>
      <w:pPr>
        <w:jc w:val="right"/>
      </w:pPr>
      <w:r>
        <w:t>وڑا سا اسلامی مسئلہ بنا دیتے ہیں۔ وہ تو ان کی آپس کی لڑائی ہے، قومی لڑائی۔ وہ بھی قومی دین پر ہیں، وہ بھی قومی دین پر ہیں۔ یعنی امریکہ بھی قومی دین پر ہے، افغانستان والے بھی قومی دین پر ہیں۔ اس کا اسلامی ایشو نہیں ہے۔ وہ بلاشبہ یہ ایک کرائم ہے کہ آپ مسلمان قومی مسئلے کو اسلام کا ٹائٹل دیں۔ قوم کے پاس دیکھیے، اس کو ان کے قومی انٹرسٹ ہیں، ان کے قومی انٹرسٹ ہیں، دونوں کے قومی انٹرسٹ ہیں۔ اس کا اسلام سے کیا</w:t>
      </w:r>
    </w:p>
    <w:p>
      <w:r>
        <w:rPr>
          <w:b/>
        </w:rPr>
        <w:t xml:space="preserve">[1:34:30] </w:t>
      </w:r>
      <w:r>
        <w:t>ta'alluq? yeh bilashuba haram hai. yeh politics jo musalman chala rahe hain ke apne qoumi issues ko Islam ka title de dete hain aur phir us ko nafrat karte hain, yeh keh kar ke yeh enemy of Islam hai. is par main ne bohat likha, aap mere madar parh lijiye. bohat likha, har perche mein kuch na kuch hota hai. abhi jo March ka percha chapa hai, us ko parh lijiye. aap is ka subject bhi yahi hai.</w:t>
      </w:r>
    </w:p>
    <w:p>
      <w:pPr>
        <w:jc w:val="right"/>
      </w:pPr>
      <w:r>
        <w:t>تعلق؟ یہ بلاشبہ حرام ہے۔ یہ پالیٹکس جو مسلمان چلا رہے ہیں کہ اپنے قومی ایشوز کو اسلام کا ٹائٹل دے دیتے ہیں اور پھر اس کو نفرت کرتے ہیں، یہ کہہ کر کہ یہ اینمی اف اسلام ہے۔ اس پر میں نے بہت لکھا، آپ میرے مدار پڑھ لیجئے۔ بہت لکھا، ہر پرچے میں کچھ نہ کچھ ہوتا ہے۔ ابھی جو مارچ کا پرچہ چھپا ہے، اس کو پڑھ لیجئے۔ آپ اس کا سبجیکٹ بھی یہی ہے۔</w:t>
      </w:r>
    </w:p>
    <w:p>
      <w:r>
        <w:rPr>
          <w:b/>
        </w:rPr>
        <w:t xml:space="preserve">[1:35:01] </w:t>
      </w:r>
      <w:r>
        <w:t>agla koeschan hai abdulrehman sahib ka, unhon ne bhi apni plase nahi likhi hai. un ka sawal hai, "plz clarify da difrens bitween mazhab and deen." dekhen, mazhab ka lafz to samajhne ke liye bola jata hai. jab hum islam ka reference bolen to hum bolen ge islam, bolen ge ya deen, bolen ge mazhab. koi quran o hadith ka lafz to hai nahi. aur jo fuqaha lafz mazhab istemal karte</w:t>
      </w:r>
    </w:p>
    <w:p>
      <w:pPr>
        <w:jc w:val="right"/>
      </w:pPr>
      <w:r>
        <w:t>اگلا کوئسچن ہے عبدالرحمن صاحب کا، انہوں نے بھی اپنی پلیس نہیں لکھی ہے۔ ان کا سوال ہے، "پلیز کلیریفائی دا ڈیفرنس بٹوین مذہب اینڈ دین۔" دیکھیں، مذہب کا لفظ تو سمجھنے کے لیے بولا جاتا ہے۔ جب ہم اسلام کا ریفرنس بولیں تو ہم بولیں گے اسلام، بولیں گے یا دین، بولیں گے مذہب۔ کوئی قرآن و حدیث کا لفظ تو ہے نہیں۔ اور جو فقہاء لفظ مذہب استعمال کرتے</w:t>
      </w:r>
    </w:p>
    <w:p>
      <w:r>
        <w:rPr>
          <w:b/>
        </w:rPr>
        <w:t xml:space="preserve">[1:35:31] </w:t>
      </w:r>
      <w:r>
        <w:t>hain to wo fiqhi school ke bare mein bolte hain. hamare jo fuqaha ya ulma jo hain, wo mazhab ka lafz bolte hain to wo fiqhi school ke mani mein. baki jo sahi lafz hai, wo deen hai mere nazdeek. aur jab aap yeh batana ho ke islam ka quran ne kya diya hai to is ke liye deen hi sahi hoga. aam form banane ke liye mazhab bola jata hai. sahi lafz mazhab nahi hai, sahi lafz deen hai.</w:t>
      </w:r>
    </w:p>
    <w:p>
      <w:pPr>
        <w:jc w:val="right"/>
      </w:pPr>
      <w:r>
        <w:t>ہیں تو وہ فقہی اسکول کے بارے میں بولتے ہیں۔ ہمارے جو فقہاء یا علماء جو ہیں، وہ مذہب کا لفظ بولتے ہیں تو وہ فقہی اسکول کے معنی میں۔ باقی جو صحیح لفظ ہے، وہ دین ہے میرے نزدیک۔ اور جب آپ یہ بتانا ہو کہ اسلام کا قرآن نے کیا دیا ہے تو اس کے لیے دین ہی صحیح ہوگا۔ عام فارم بنانے کے لیے مذہب بولا جاتا ہے۔ صحیح لفظ مذہب نہیں ہے، صحیح لفظ دین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