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Adjustment the Only Option | September 19, 2010 | Maulana Wahiduddin Khan</w:t>
      </w:r>
    </w:p>
    <w:p>
      <w:r>
        <w:t>https://www.youtube.com/watch?v=9plhRQ_z1fw</w:t>
      </w:r>
    </w:p>
    <w:p>
      <w:r>
        <w:rPr>
          <w:b/>
        </w:rPr>
        <w:t xml:space="preserve">[00:00] </w:t>
      </w:r>
      <w:r>
        <w:t>hamari life dunya mein to fold hoti hai: ek akeli ki, aur yeh ke hum ek samaj mein hote hain, ek society mein hote hain, doosron ke beech mein hote hain. to yaad rakhiye, khuda ne dono ke liye ek lafz set kar diya hai pehle din se ke log kya karte hain? ulta karte hain.</w:t>
      </w:r>
    </w:p>
    <w:p>
      <w:pPr>
        <w:jc w:val="right"/>
      </w:pPr>
      <w:r>
        <w:t>ہماری لائف دنیا میں ٹو فولڈ ہوتی ہے: ایک اکیلی کی، اور یہ کہ ہم ایک سماج میں ہوتے ہیں، ایک سوسائٹی میں ہوتے ہیں، دوسروں کے بیچ میں ہوتے ہیں۔ تو یاد رکھیے، خدا نے دونوں کے لیے ایک لفظ سیٹ کر دیا ہے پہلے دن سے کہ لوگ کیا کرتے ہیں؟ الٹا کرتے ہیں۔</w:t>
      </w:r>
    </w:p>
    <w:p>
      <w:r>
        <w:rPr>
          <w:b/>
        </w:rPr>
        <w:t xml:space="preserve">[00:31] </w:t>
      </w:r>
      <w:r>
        <w:t>yani social life mein ideal chalana chahte hain, aur apni zindagi mein practical bane rehte hain. that is contradiction, that is hypocrisy. aksar log mujh se puchte hain, jab main kehta hoon yeh baat, ke sabr kab tak? to main kehta hoon ke yeh log bilkul madness mein mubtala hain. sabr kab tak hai? sabr to hamesha, sari life time sabr karna hai. to dekhiye,</w:t>
      </w:r>
    </w:p>
    <w:p>
      <w:pPr>
        <w:jc w:val="right"/>
      </w:pPr>
      <w:r>
        <w:t>یعنی سوشل لائف میں آئیڈیل چلانا چاہتے ہیں، اور اپنی زندگی میں پریکٹیکل بنے رہتے ہیں۔ دیٹ از کنٹراڈکشن، دیٹ از ہپوکریسی۔ اکثر لوگ مجھ سے پوچھتے ہیں، جب میں کہتا ہوں یہ بات، کہ صبر کب تک؟ تو میں کہتا ہوں کہ یہ لوگ بالکل میڈنس میں مبتلا ہیں۔ صبر کب تک ہے؟ صبر تو ہمیشہ، ساری لائف ٹائم صبر کرنا ہے۔ تو دیکھیے،</w:t>
      </w:r>
    </w:p>
    <w:p>
      <w:r>
        <w:rPr>
          <w:b/>
        </w:rPr>
        <w:t xml:space="preserve">[01:01] </w:t>
      </w:r>
      <w:r>
        <w:t>yeh jo islam mein jo hai ke adjust karo, compromise karo, patience karo, sabr ke sath raho, yeh koi saada baat nahi. koi passive attitude nahi hai yeh. you have to attain high level of thinking. that is sabr, that is patience. kya hota hai? aap ki soch jo hai, wo ho jati hai universal soch ban jati hai. phir positive mind banta</w:t>
      </w:r>
    </w:p>
    <w:p>
      <w:pPr>
        <w:jc w:val="right"/>
      </w:pPr>
      <w:r>
        <w:t>یہ جو اسلام میں جو ہے کہ ایڈجسٹ کرو، کمپرومائز کرو، پیشنس کرو، صبر کے ساتھ رہو، یہ کوئی سادہ بات نہیں۔ کوئی پیسو ایٹیٹیوڈ نہیں ہے یہ۔ یو ہیو ٹو اٹین ہائی لیول آف تھنکنگ۔ دیٹ از صبر، دیٹ از پیشنس۔ کیا ہوتا ہے؟ آپ کی سوچ جو ہے، وہ ہو جاتی ہے یونیورسل سوچ بن جاتی ہے۔ پھر پازیٹو مائنڈ بنتا</w:t>
      </w:r>
    </w:p>
    <w:p>
      <w:r>
        <w:rPr>
          <w:b/>
        </w:rPr>
        <w:t xml:space="preserve">[01:31] </w:t>
      </w:r>
      <w:r>
        <w:t>hai, intellectual development hota hai. aise log wise admi bante hain. bismillah hir rehman nir rahim. wassali allah ala nabiyil karim. rab</w:t>
      </w:r>
    </w:p>
    <w:p>
      <w:pPr>
        <w:jc w:val="right"/>
      </w:pPr>
      <w:r>
        <w:t>ہے، انٹلیکچول ڈیولپمنٹ ہوتا ہے۔ ایسے لوگ وائز آدمی بنتے ہیں۔ بسم اللہ الرحمن الرحیم۔ وصلی اللہ علی النبی الکریم۔ رب</w:t>
      </w:r>
    </w:p>
    <w:p>
      <w:r>
        <w:rPr>
          <w:b/>
        </w:rPr>
        <w:t xml:space="preserve">[02:01] </w:t>
      </w:r>
      <w:r>
        <w:t>ishrah li sadri, wa yassir li amri, wahl uqdatan min lisani, yafqahu qawli. aaj ka topic hai: adjustment da only option. yani is dunya mein h</w:t>
      </w:r>
    </w:p>
    <w:p>
      <w:pPr>
        <w:jc w:val="right"/>
      </w:pPr>
      <w:r>
        <w:t>اشرح لی صدری، ویسر لی امری، واحل العقدۃ من لسانی، یفقہ قولی۔ آج کا ٹاپک ہے: ایڈجسٹمنٹ دا اونلی آپشن۔ یعنی اس دنیا میں ہ</w:t>
      </w:r>
    </w:p>
    <w:p>
      <w:r>
        <w:rPr>
          <w:b/>
        </w:rPr>
        <w:t xml:space="preserve">[02:31] </w:t>
      </w:r>
      <w:r>
        <w:t>amare liye ek hi option hai, wo hai adjustment. agar hum adjustment karne ko tayyar na hon to phir koi doosra option hum apne aap create nahi kar sakte. phir to yani tasaur hai, tabahi hai.</w:t>
      </w:r>
    </w:p>
    <w:p>
      <w:pPr>
        <w:jc w:val="right"/>
      </w:pPr>
      <w:r>
        <w:t>مارے لیے ایک ہی آپشن ہے، وہ ہے ایڈجسٹمنٹ۔ اگر ہم ایڈجسٹمنٹ کرنے کو تیار نہ ہوں تو پھر کوئی دوسرا آپشن ہم اپنے آپ کریئیٹ نہیں کر سکتے۔ پھر تو یعنی تساثر ہے، تباہی ہے۔</w:t>
      </w:r>
    </w:p>
    <w:p>
      <w:r>
        <w:rPr>
          <w:b/>
        </w:rPr>
        <w:t xml:space="preserve">[03:04] </w:t>
      </w:r>
      <w:r>
        <w:t>jaise khana jo hai, food ke yani hamein food chahiye, to food ke liye hamein jo khuda ne paida kiya hai, wahi lena hai. pathar koi option nahi hai. ya to khana khaiye ya mar jaiye. aise hi ya to adjust kijiye ya society</w:t>
      </w:r>
    </w:p>
    <w:p>
      <w:pPr>
        <w:jc w:val="right"/>
      </w:pPr>
      <w:r>
        <w:t>جیسے کھانا جو ہے، فوڈ کے یعنی ہمیں فوڈ چاہیے، تو فوڈ کے لیے ہمیں جو خدا نے پیدا کیا ہے، وہی لینا ہے۔ پتھر کوئی آپشن نہیں ہے۔ یا تو کھانا کھائیے یا مر جائیے۔ ایسے ہی یا تو ایڈجسٹ کیجیے یا سوسائی</w:t>
      </w:r>
    </w:p>
    <w:p>
      <w:r>
        <w:rPr>
          <w:b/>
        </w:rPr>
        <w:t xml:space="preserve">[03:34] </w:t>
      </w:r>
      <w:r>
        <w:t>kar lijiye. dekhiye, yeh bohat hi important baat hai. yeh dunya kis ne banai hai? hum ne, aap ne to nahi banai hai. to jo dunya banane wala hai, uska apna creation plan hai. us ke apne laws hain. jis ko hum kehte hain law of nature</w:t>
      </w:r>
    </w:p>
    <w:p>
      <w:pPr>
        <w:jc w:val="right"/>
      </w:pPr>
      <w:r>
        <w:t>ڈ کر لیجیے۔ دیکھیے، یہ بہت ہی امپورٹنٹ بات ہے۔ یہ دنیا کس نے بنائی ہے؟ ہم نے، آپ نے تو نہیں بنائی ہے۔ تو جو دنیا بنانے والا ہے، اس کا اپنا کریئیشن پلان ہے۔ اس کے اپنے لاز ہیں۔ جس کو ہم کہتے ہیں لا آف نیچر</w:t>
      </w:r>
    </w:p>
    <w:p>
      <w:r>
        <w:rPr>
          <w:b/>
        </w:rPr>
        <w:t xml:space="preserve">[04:05] </w:t>
      </w:r>
      <w:r>
        <w:t>۔ to bas wahi janna hai. we have to discover those divine laws and we have to follow it. there is no other option. to dunya ke banane wale ne dekhiye, do bohat hi basic principle is dunya mein rakh diye hain. ek hai individual</w:t>
      </w:r>
    </w:p>
    <w:p>
      <w:pPr>
        <w:jc w:val="right"/>
      </w:pPr>
      <w:r>
        <w:t>۔ تو بس وہی جاننا ہے۔ وی ہیو ٹو ڈسکور دوز ڈیوائن لاز اینڈ وی ہیو ٹو فالو اٹ۔ دیر از نو ادر آپشن۔ تو دنیا کے بنانے والے نے دیکھیے، دو بہت ہی بیسک پرنسپل اس دنیا میں رکھ دیے ہیں۔ ایک ہے انڈیویجول</w:t>
      </w:r>
    </w:p>
    <w:p>
      <w:r>
        <w:rPr>
          <w:b/>
        </w:rPr>
        <w:t xml:space="preserve">[04:35] </w:t>
      </w:r>
      <w:r>
        <w:t>life ke liye, ek hai social life ke liye. hamari life dunya mein to fold hoti hai. ek akeli ki, aur yeh ke hum ek samaj mein hote hain, ek society mein hote hain, doosron ke beech mein hote hain. to yaad rakhiye, khuda ne dono ke liye ek lafz set kar diya</w:t>
      </w:r>
    </w:p>
    <w:p>
      <w:pPr>
        <w:jc w:val="right"/>
      </w:pPr>
      <w:r>
        <w:t>لائف کے لیے، ایک ہے سوشل لائف کے لیے۔ ہماری لائف دنیا میں ٹو فولڈ ہوتی ہے۔ ایک اکیلی کی، اور یہ کہ ہم ایک سماج میں ہوتے ہیں، ایک سوسائٹی میں ہوتے ہیں، دوسروں کے بیچ میں ہوتے ہیں۔ تو یاد رکھیے، خدا نے دونوں کے لیے ایک لفظ سیٹ کر دیا</w:t>
      </w:r>
    </w:p>
    <w:p>
      <w:r>
        <w:rPr>
          <w:b/>
        </w:rPr>
        <w:t xml:space="preserve">[05:05] </w:t>
      </w:r>
      <w:r>
        <w:t>hai pehle din se. wa la tabdil khalqillah. khuda ne apna jo creation plan ke waqt jo bana diya hai, us mein koi badlav nahi, koi change nahi. to individual ke liye kya hai? wo hai idealism. individual life ke liye hai</w:t>
      </w:r>
    </w:p>
    <w:p>
      <w:pPr>
        <w:jc w:val="right"/>
      </w:pPr>
      <w:r>
        <w:t>ہے پہلے دن سے۔ ولا تبدیل خلق اللہ۔ خدا نے اپنا جو کریئیشن پلان کے وقت جو بنا دیا ہے، اس میں کوئی بدلاؤ نہیں، کوئی چینج نہیں۔ تو انڈیویجول کے لیے کیا ہے؟ وہ ہے آئیڈیلزم۔ انڈیویجول لائف کے لیے ہے</w:t>
      </w:r>
    </w:p>
    <w:p>
      <w:r>
        <w:rPr>
          <w:b/>
        </w:rPr>
        <w:t xml:space="preserve">[05:35] </w:t>
      </w:r>
      <w:r>
        <w:t>idealism. aur social life ke liye hai pragmatism. bas. there is no third law. aap ko apne personal mamle mein ideal par chalne ki koshish karna hai. kyunke aap ki zindagi apni zindagi hai. apne aap ko aap discipline mein rakh sakte hain.</w:t>
      </w:r>
    </w:p>
    <w:p>
      <w:pPr>
        <w:jc w:val="right"/>
      </w:pPr>
      <w:r>
        <w:t>آئیڈیلزم۔ اور سوشل لائف کے لیے ہے پریگمیٹزم۔ بس۔ دیر از نو تھرڈ لا۔ آپ کو اپنے پرسنل معاملے میں آئیڈیل پر چلنے کی کوشش کرنا ہے۔ کیونکہ آپ کی زندگی اپنی زندگی ہے۔ اپنے آپ کو آپ ڈسپلن میں رکھ سکتے ہیں۔</w:t>
      </w:r>
    </w:p>
    <w:p>
      <w:r>
        <w:rPr>
          <w:b/>
        </w:rPr>
        <w:t xml:space="preserve">[06:07] </w:t>
      </w:r>
      <w:r>
        <w:t>apne aap par aap ka control hai. to jo bhi ideals hain, jo meiyari usool hain, us ko follow karna hai aap ko. to kya karna hai? in your personal life be idealist. idealist zati mamle mein.</w:t>
      </w:r>
    </w:p>
    <w:p>
      <w:pPr>
        <w:jc w:val="right"/>
      </w:pPr>
      <w:r>
        <w:t>اپنے آپ پر آپ کا کنٹرول ہے۔ تو جو بھی آئیڈیلز ہیں، جو معیاری اصول ہیں، اس کو فالو کرنا ہے آپ کو۔ تو کیا کرنا ہے؟ ان یور پرسنل لائف بی آئیڈیلسٹ۔ آئیڈیلسٹ ذاتی معاملے میں۔</w:t>
      </w:r>
    </w:p>
    <w:p>
      <w:r>
        <w:rPr>
          <w:b/>
        </w:rPr>
        <w:t xml:space="preserve">[06:39] </w:t>
      </w:r>
      <w:r>
        <w:t>lekin when comes the society, family, other people, you have to be realist, you have to pragmatic, you have to adjust with other. yeh bohat hi bara principle hai, lekin sare log is ko ignore karte hain. family life se le kar ke international life tak. aur isi ki wajah</w:t>
      </w:r>
    </w:p>
    <w:p>
      <w:pPr>
        <w:jc w:val="right"/>
      </w:pPr>
      <w:r>
        <w:t>لیکن وین کمز دا سوسائٹی، فیملی، ادر پیپل، یو ہیو ٹو بی ریلسٹ، یو ہیو ٹو پریگمیٹک، یو ہیو ٹو ایڈجسٹ ود ادر۔ یہ بہت ہی بڑا پرنسپل ہے، لیکن سارے لوگ اس کو اگنور کرتے ہیں۔ فیملی لائف سے لے کر کے انٹرنیشنل لائف تک۔ اور اسی کی وجہ</w:t>
      </w:r>
    </w:p>
    <w:p>
      <w:r>
        <w:rPr>
          <w:b/>
        </w:rPr>
        <w:t xml:space="preserve">[07:09] </w:t>
      </w:r>
      <w:r>
        <w:t>se violence hai. isi ki wajah se hate hai. isi ki wajah se sara mamla bigra hua hai. ke log kya karte hain? ulta karte hain. yani social life mein ideal chalana chahte hain, aur apni zindagi mein practical bane rehte hain. that is contradiction, that is hypocrisy. main to jis se bhi milta hoon, apni zaat ke mamle mein wo practical bana rah</w:t>
      </w:r>
    </w:p>
    <w:p>
      <w:pPr>
        <w:jc w:val="right"/>
      </w:pPr>
      <w:r>
        <w:t>سے وائلنس ہے۔ اسی کی وجہ سے ہیٹ ہے۔ اسی کی وجہ سے سارا معاملہ بگڑا ہوا ہے۔ کہ لوگ کیا کرتے ہیں؟ الٹا کرتے ہیں۔ یعنی سوشل لائف میں آئیڈیل چلانا چاہتے ہیں، اور اپنی زندگی میں پریکٹیکل بنے رہتے ہیں۔ دیٹ از کنٹراڈکشن، دیٹ از ہپوکریسی۔ میں تو جس سے بھی ملتا ہوں، اپنی ذات کے معاملے میں وہ پریکٹیکل بنا رہ</w:t>
      </w:r>
    </w:p>
    <w:p>
      <w:r>
        <w:rPr>
          <w:b/>
        </w:rPr>
        <w:t xml:space="preserve">[07:39] </w:t>
      </w:r>
      <w:r>
        <w:t>ta hai. ke bhai yeh to karni hoga, is ke baghair to kaam nahi chalega. aise alfaaz bolta hai. lekin jab aata hai kaam, mamla doosron ka, us ne family life hai, social life hai, national life hai, international life, har jagah kya karta hai wo? ideal chalata hai. yeh kabhi bhi hone wala nahi hai. p</w:t>
      </w:r>
    </w:p>
    <w:p>
      <w:pPr>
        <w:jc w:val="right"/>
      </w:pPr>
      <w:r>
        <w:t>تا ہے۔ کہ بھئی یہ تو کرنی ہوگا، اس کے بغیر تو کام نہیں چلے گا۔ ایسے الفاظ بولتا ہے۔ لیکن جب آتا ہے کام، معاملہ دوسروں کا، اس نے فیملی لائف ہے، سوشل لائف ہے، نیشنل لائف ہے، انٹرنیشنل لائف، ہر جگہ کیا کرتا ہے وہ؟ آئیڈیل چلاتا ہے۔ یہ کبھی بھی ہونے والا نہیں ہے۔ پ</w:t>
      </w:r>
    </w:p>
    <w:p>
      <w:r>
        <w:rPr>
          <w:b/>
        </w:rPr>
        <w:t xml:space="preserve">[08:09] </w:t>
      </w:r>
      <w:r>
        <w:t>lus aap ko hypocrite banna padta hai. aap ko double standard banna padta hai. kyunke jo principle aap apni life mein na chala rahe hon, usi ko aap society mein translate karna chahte hain. yeh to bohat hi buri baat hai. yeh to bohat hi bura culture hai. to behal, quran majeed mein</w:t>
      </w:r>
    </w:p>
    <w:p>
      <w:pPr>
        <w:jc w:val="right"/>
      </w:pPr>
      <w:r>
        <w:t>لس آپ کو ہپوکریٹ بننا پڑتا ہے۔ آپ کو ڈبل اسٹینڈرڈ بننا پڑتا ہے۔ کیونکہ جو پرنسپل آپ اپنی لائف میں نہ چلا رہے ہوں، اسی کو آپ سوسائٹی میں ٹرانسلیٹ کرنا چاہتے ہیں۔ یہ تو بہت ہی بری بات ہے۔ یہ تو بہت ہی برا کلچر ہے۔ تو بہرحال، قرآن مجید میں</w:t>
      </w:r>
    </w:p>
    <w:p>
      <w:r>
        <w:rPr>
          <w:b/>
        </w:rPr>
        <w:t xml:space="preserve">[08:40] </w:t>
      </w:r>
      <w:r>
        <w:t>is principle ko is ayat mein bataya gaya hai: "al sulh khair". "al sulh khair" yani reconciliation is the best. is ayat ka tarjuma hai: reconciliation is the best. and now what is reconciliation? reconciliation means adjustment, patience, compromise,</w:t>
      </w:r>
    </w:p>
    <w:p>
      <w:pPr>
        <w:jc w:val="right"/>
      </w:pPr>
      <w:r>
        <w:t>اس پرنسپل کو اس آیت میں بتایا گیا ہے: "الصلح خیر"۔ "الصلح خیر" یعنی ریکنسلیشن از دا بیسٹ۔ اس آیت کا ترجمہ ہے: ریکنسلیشن از دا بیسٹ۔ اینڈ ناؤ واٹ از ریکنسلیشن؟ ریکنسلیشن مینز ایڈجسٹمنٹ، پیشنس، کمپرومائز،</w:t>
      </w:r>
    </w:p>
    <w:p>
      <w:r>
        <w:rPr>
          <w:b/>
        </w:rPr>
        <w:t xml:space="preserve">[09:14] </w:t>
      </w:r>
      <w:r>
        <w:t>adapting, pragmatic approach. yeh hai reconciliation. aksar log mujh se puchte hain, jab main kehta hoon yeh baat ke sabr kab tak? to main kehta hoon ke yeh log bilkul madness mein mubtala hain. sabr kab tak hai? sabr to hamesha, sari life time sabr karna hai. kab tak ka is mein sawal hi nahi hai. yeh to aise hi hai jaise pani kab tak piyen?</w:t>
      </w:r>
    </w:p>
    <w:p>
      <w:pPr>
        <w:jc w:val="right"/>
      </w:pPr>
      <w:r>
        <w:t>اڈاپٹنگ، پریگمیٹک اپروچ۔ یہ ہے ریکنسلیشن۔ اکثر لوگ مجھ سے پوچھتے ہیں، جب میں کہتا ہوں یہ بات کہ صبر کب تک؟ تو میں کہتا ہوں کہ یہ لوگ بالکل میڈنس میں مبتلا ہیں۔ صبر کب تک ہے؟ صبر تو ہمیشہ، ساری لائف ٹائم صبر کرنا ہے۔ کب تک کا اس میں سوال ہی نہیں ہے۔ یہ تو ایسے ہی ہے جیسے پانی کب تک پیئیں؟</w:t>
      </w:r>
    </w:p>
    <w:p>
      <w:r>
        <w:rPr>
          <w:b/>
        </w:rPr>
        <w:t xml:space="preserve">[09:45] </w:t>
      </w:r>
      <w:r>
        <w:t>khana kab tak khayen? oxygen mein saans kab tak len? to sabr kab tak ki kya baat hai bhai? jo law of nature hai, us ko to life time follow karna hai. log, kyunke logon ka haal yeh hai ke log bas apne ko jante hain, khuda ko jante nahi. sab ka haal hai, one to hal.</w:t>
      </w:r>
    </w:p>
    <w:p>
      <w:pPr>
        <w:jc w:val="right"/>
      </w:pPr>
      <w:r>
        <w:t>کھانا کب تک کھائیں؟ اکسیجن میں سانس کب تک لیں؟ تو صبر کب تک کی کیا بات ہے بھئی؟ جو لا آف نیچر ہے، اس کو تو لائف ٹائم فالو کرنا ہے۔ لوگ، کیونکہ لوگوں کا حال یہ ہے کہ لوگ بس اپنے کو جانتے ہیں، خدا کو جانتے نہیں۔ سب کا حال ہے، ون ٹو حال۔</w:t>
      </w:r>
    </w:p>
    <w:p>
      <w:r>
        <w:rPr>
          <w:b/>
        </w:rPr>
        <w:t xml:space="preserve">[10:16] </w:t>
      </w:r>
      <w:r>
        <w:t>sab ka haal hai ke apne ko jante hain, khuda ko nahi jante. yani formal tareeqe par naam lete hain khuda ka. formal tareeqe par to sabhi naam lete hain, secular log bhi naam lete hain. lekin haqeeqi maano mein khuda ko koi manta nahi. main ek misaal deta hoon. kal mere paas ek telephone aaya, ek sahib ka. to baat cheet karte hui main ne pucha un se ke aap ke</w:t>
      </w:r>
    </w:p>
    <w:p>
      <w:pPr>
        <w:jc w:val="right"/>
      </w:pPr>
      <w:r>
        <w:t>سب کا حال ہے کہ اپنے کو جانتے ہیں، خدا کو نہیں جانتے۔ یعنی فارمل طریقے پر نام لیتے ہیں خدا کا۔ فارمل طریقے پر تو سبھی نام لیتے ہیں، سیکولر لوگ بھی نام لیتے ہیں۔ لیکن حقیقی معنوں میں خدا کو کوئی مانتا نہیں۔ میں ایک مثال دیتا ہوں۔ کل میرے پاس ایک ٹیلی فون آیا، ایک صاحب کا۔ تو بات چیت کرتے ہوئے میں نے پوچھا ان سے کہ آپ کے</w:t>
      </w:r>
    </w:p>
    <w:p>
      <w:r>
        <w:rPr>
          <w:b/>
        </w:rPr>
        <w:t xml:space="preserve">[10:47] </w:t>
      </w:r>
      <w:r>
        <w:t>bachche hain? aulad hai aap ke? alhamdulillah. mere kai bete hain, kai betiyan hain. wo alhamdulillah, alhamdulillah kar ke bolte rahe. to main ne kaha ke dekhiye, yeh alhamdulillah ka to pata ho gaya aap ko ke aap ke bete betiyan hain aap ke paas? jab bhi aap kehte honge, khoob alhamdulillah bolte honge. kya aap ne kabhi kaha hai ke alhamdulillah me</w:t>
      </w:r>
    </w:p>
    <w:p>
      <w:pPr>
        <w:jc w:val="right"/>
      </w:pPr>
      <w:r>
        <w:t>بچے ہیں؟ اولاد ہے آپ کے؟ الحمدللہ۔ میرے کئی بیٹے ہیں، کئی بیٹیاں ہیں۔ وہ الحمدللہ، الحمدللہ کر کے بولتے رہے۔ تو میں نے کہا کہ دیکھیے، یہ الحمدللہ کا تو پتہ ہو گیا آپ کو کہ آپ کے بیٹے بیٹیاں ہیں آپ کے پاس؟ جب بھی آپ کہتے ہوں گے، خوب الحمدللہ بولتے ہوں گے۔ کیا آپ کبھی کہا ہے آپ نے کہ الحمدللہ می</w:t>
      </w:r>
    </w:p>
    <w:p>
      <w:r>
        <w:rPr>
          <w:b/>
        </w:rPr>
        <w:t xml:space="preserve">[11:17] </w:t>
      </w:r>
      <w:r>
        <w:t>ri zuban chal rahi hai, main bol raha hoon? yeh zuban na chale to kaise bolenge aap? alhamdulillah, aaj maine pani piya hai to pani gale se neeche utar gaya. alhamdulillah, aaj maine khana khaya hai to khana peit mein ja kar hazam ho gaya. alhamdulillah, main aaj kuch baat sochna chaha apne mind se to mere mind ne sochne socha, mind ne inkar nahi kiya sochne se. alhamdulillah, main</w:t>
      </w:r>
    </w:p>
    <w:p>
      <w:pPr>
        <w:jc w:val="right"/>
      </w:pPr>
      <w:r>
        <w:t>ری زبان چل رہی ہے، میں بول رہا ہوں؟ یہ زبان نہ چلے تو کیسے بولیں گے آپ؟ الحمدللہ، آج میں نے پانی پیا ہے تو پانی گلے سے نیچے اتر گیا۔ الحمدللہ، آج میں نے کھانا کھایا ہے تو کھانا پیٹ میں جا کر ہضم ہو گیا۔ الحمدللہ، میں آج کچھ بات سوچنا چاہا اپنے مائنڈ سے تو میرے مائنڈ نے سوچنے سوچا، مائنڈ نے انکار نہیں کیا سوچنے سے۔ الحمدللہ، میں</w:t>
      </w:r>
    </w:p>
    <w:p>
      <w:r>
        <w:rPr>
          <w:b/>
        </w:rPr>
        <w:t xml:space="preserve">[11:47] </w:t>
      </w:r>
      <w:r>
        <w:t>aankh se dekhna chaha to cheezein dikhai de rahi hain mujh ko. yeh alhamdulillah ke item hain. alhamdulillah ke asal item yeh hain. lekin yahan par kisi ki zuban se alhamdulillah nahi nikalta. kyun? yahan, you have to acknowledge god, the creator. wahan kya hai? bas beta, beti, beta, beti. beta to logon ka god bana hua hai. to woh wahan alhamdulillah keh kar ke</w:t>
      </w:r>
    </w:p>
    <w:p>
      <w:pPr>
        <w:jc w:val="right"/>
      </w:pPr>
      <w:r>
        <w:t>آنکھ سے دیکھنا چاہا تو چیزیں دکھائی دے رہی ہیں مجھ کو۔ یہ الحمدللہ کے آئٹم ہیں۔ الحمدللہ کے اصل آئٹم یہ ہیں۔ لیکن یہاں پر کسی کی زبان سے الحمدللہ نہیں نکلتا۔ کیوں؟ یہاں، یو ہیو ٹو ایکنالج گاڈ، دی کریٹر۔ وہاں کیا ہے؟ بس بیٹا، بیٹی، بیٹا، بیٹی۔ بیٹا تو لوگوں کا گاڈ بنا ہوا ہے۔ تو وہ وہاں الحمدللہ کہہ کر کے</w:t>
      </w:r>
    </w:p>
    <w:p>
      <w:r>
        <w:rPr>
          <w:b/>
        </w:rPr>
        <w:t xml:space="preserve">[12:17] </w:t>
      </w:r>
      <w:r>
        <w:t>apne hi god ko paate hain woh. jab beta beti ke liye koi kehta hai alhamdulillah to mujhe bohat ghussa aata hai. ke tum ne kabhi creator ke liye alhamdulillah kaha? ke alhamdulillah khuda ne mujhe paida kiya. alhamdulillah mujhe khuda ne yeh cheez di, woh cheez di, woh sab kuch jo aap ko mila hua hai, woh kis ne diya aap ko? beta beti ko</w:t>
      </w:r>
    </w:p>
    <w:p>
      <w:pPr>
        <w:jc w:val="right"/>
      </w:pPr>
      <w:r>
        <w:t>اپنے ہی گاڈ کو پاتے ہیں وہ۔ جب بیٹا بیٹی کے لیے کوئی کہتا ہے الحمدللہ تو مجھے بہت غصہ آتا ہے۔ کہ تم نے کبھی کریٹر کے لیے الحمدللہ کہا؟ کہ الحمدللہ خدا نے مجھے پیدا کیا۔ الحمدللہ مجھے خدا نے یہ چیز دی، وہ چیز دی، وہ سب کچھ جو آپ کو ملا ہوا ہے، وہ کس نے دیا آپ کو؟ بیٹا بیٹی کو</w:t>
      </w:r>
    </w:p>
    <w:p>
      <w:r>
        <w:rPr>
          <w:b/>
        </w:rPr>
        <w:t xml:space="preserve">[12:48] </w:t>
      </w:r>
      <w:r>
        <w:t>i aap ne banaya hai? to khuda ke reference mein jab aap sochenge to aap ko har cheez par lagega ke alhamdulillah meri zuban chal rahi hai, main bol raha hoon. kaise zuban chal rahi hai? kaise main bol pata hoon? alhamdulillah meri taangein chal rahi hain, main chal kar ke yahan se wahan gaya, wahan se wahan gaya. alhamdulillah mera dil jo hai,</w:t>
      </w:r>
    </w:p>
    <w:p>
      <w:pPr>
        <w:jc w:val="right"/>
      </w:pPr>
      <w:r>
        <w:t>ئی آپ نے بنایا ہے؟ تو خدا کے ریفرنس میں جب آپ سوچیں گے تو آپ کو ہر چیز پر لگے گا کہ الحمدللہ میری زبان چل رہی ہے، میں بول رہا ہوں۔ کیسے زبان چل رہی ہے؟ کیسے میں بول پاتا ہوں؟ الحمدللہ میری ٹانگیں چل رہی ہیں، میں چل کر کے یہاں سے وہاں گیا، وہاں سے وہاں گیا۔ الحمدللہ میرا دل جو ہے،</w:t>
      </w:r>
    </w:p>
    <w:p>
      <w:r>
        <w:rPr>
          <w:b/>
        </w:rPr>
        <w:t xml:space="preserve">[13:18] </w:t>
      </w:r>
      <w:r>
        <w:t>harkat kar raha hai. circulation of blood ko control ki hui hai. warna abhi kal parson mere paas aik sahib ka telephone aaya, un ke bhai ka gurda kharab ho gaya. dono gurde. aap jante hain, gurda jo hai safai karta hai khoon ki. gurda nar hai to khoon ki safai nahi ho sakti. yeh dil</w:t>
      </w:r>
    </w:p>
    <w:p>
      <w:pPr>
        <w:jc w:val="right"/>
      </w:pPr>
      <w:r>
        <w:t>حرکت کر رہا ہے۔ سرکولیشن آف بلڈ کو کنٹرول کی ہوئی ہے۔ ورنہ ابھی کل پرسوں میرے پاس ایک صاحب کا ٹیلی فون آیا، ان کے بھائی کا گردہ خراب ہو گیا۔ دونوں گردے۔ آپ جانتے ہیں، گردہ جو ہے صفائی کرتا ہے خون کی۔ گردہ نر ہے تو خون کی صفائی نہیں ہو سکتی۔ یہ دل</w:t>
      </w:r>
    </w:p>
    <w:p>
      <w:r>
        <w:rPr>
          <w:b/>
        </w:rPr>
        <w:t xml:space="preserve">[13:48] </w:t>
      </w:r>
      <w:r>
        <w:t>pump karta hai khoon ko. pait ka kaam hai ke woh khana hazam kar ke khoon banaye. khoon bana kar ke de body ko. dil ka kaam hai ke woh pump kar ke sari body mein pohanchaye. gurde ka kaam hai ke woh kidney, jo kehte hain aap, ke woh khoon ko saaf karta rahe. ab bataiye ke yeh in ka gurda fail</w:t>
      </w:r>
    </w:p>
    <w:p>
      <w:pPr>
        <w:jc w:val="right"/>
      </w:pPr>
      <w:r>
        <w:t>پمپ کرتا ہے خون کو۔ پیٹ کا کام ہے کہ وہ کھانا ہضم کر کے خون بنائے۔ خون بنا کر کے دے باڈی کو۔ دل کا کام ہے کہ وہ پمپ کر کے ساری باڈی میں پہنچائے۔ گردے کا کام ہے کہ وہ کڈنی، جو کہتے ہیں آپ، کہ وہ خون کو صاف کرتا رہے۔ اب بتائیے کہ یہ ان کا گردہ فیل</w:t>
      </w:r>
    </w:p>
    <w:p>
      <w:r>
        <w:rPr>
          <w:b/>
        </w:rPr>
        <w:t xml:space="preserve">[14:18] </w:t>
      </w:r>
      <w:r>
        <w:t>ho gaya, ab chhe mahine tak woh dialysis par rahe, abhi woh mar gaye, un ka intaqal ho gaya. to main ne socha ke dekho, mera digest system agar na kaam kare to khoon nahi banega. dil na kaam kare to khoon circulate nahi hoga. gurda kaam na kare to khoon ki safai nahi hogi. to aik dam laga yeh ke bhai yeh kya hai? yeh kya hai? yeh</w:t>
      </w:r>
    </w:p>
    <w:p>
      <w:pPr>
        <w:jc w:val="right"/>
      </w:pPr>
      <w:r>
        <w:t>ہو گیا، اب چھ مہینے تک وہ ڈائلیسز پر رہے، ابھی وہ مر گئے، ان کا انتقال ہو گیا۔ تو میں نے سوچا کہ دیکھو، میرا ڈائجسٹو سسٹم اگر نہ کام کرے تو خون نہیں بنے گا۔ دل نہ کام کرے تو خون سرکولیٹ نہیں ہوگا۔ گردہ کام نہ کرے تو خون کی صفائی نہیں ہوگی۔ تو ایک دم لگا یہ کہ بھئی یہ کیا ہے؟ یہ کیا ہے؟ یہ</w:t>
      </w:r>
    </w:p>
    <w:p>
      <w:r>
        <w:rPr>
          <w:b/>
        </w:rPr>
        <w:t xml:space="preserve">[14:49] </w:t>
      </w:r>
      <w:r>
        <w:t>it was terrible experience. terrible experience. main ne sab bhool gaye. kin kin shabon mein is baat ko kahoon? kaise khuda yeh to kar raha hai? kaise yeh kar raha hai? mere paas aksar telephone aate rehte hain isi tarah</w:t>
      </w:r>
    </w:p>
    <w:p>
      <w:pPr>
        <w:jc w:val="right"/>
      </w:pPr>
      <w:r>
        <w:t>اٹ واز ٹریبل ایکسپیرینس۔ ٹریبل ایکسپیرینس۔ میں نے سب بھول گئے۔ کن کن شبوں میں اس بات کو کہوں؟ کیسے خدا یہ تو کر رہا ہے؟ کیسے یہ کر رہا ہے؟ میرے پاس اکثر ٹیلی فون آتے رہتے ہیں اسی طرح</w:t>
      </w:r>
    </w:p>
    <w:p>
      <w:r>
        <w:rPr>
          <w:b/>
        </w:rPr>
        <w:t xml:space="preserve">[15:19] </w:t>
      </w:r>
      <w:r>
        <w:t>ke. ab kal parson aik telephone aaya, woh kya kehte hain? ke khuda ko tareef ki kya zaroorat hai? ab quran mein kahin parh liya unhon ne, alhamdulillah rabbul alameen ka translation ke sari tareef Allah rabbul alameen ke liye hai. kahin parh liya unhon ne, ya angrezi mein parh liya ke sara praise jo hai Allah rabbul alameen ke liye. to unhon ne kaha Allah ko tareef ki kya zaroorat hai?</w:t>
      </w:r>
    </w:p>
    <w:p>
      <w:pPr>
        <w:jc w:val="right"/>
      </w:pPr>
      <w:r>
        <w:t>کے۔ اب کل پرسوں ایک ٹیلی فون آیا، وہ کیا کہتے ہیں؟ کہ خدا کو تعریف کی کیا ضرورت ہے؟ اب قرآن میں کہیں پڑھ لیا انہوں نے، الحمدللہ رب العالمین کا ٹرانسلیشن کہ ساری تعریف اللہ رب العالمین کے لیے ہے۔ کہیں پڑھ لیا انہوں نے، یا انگریزی میں پڑھ لیا کہ سارا پریز جو ہے اللہ رب العالمین کے لیے۔ تو انہوں نے کہا اللہ کو تعریف کی کیا ضرورت ہے؟</w:t>
      </w:r>
    </w:p>
    <w:p>
      <w:r>
        <w:rPr>
          <w:b/>
        </w:rPr>
        <w:t xml:space="preserve">[15:52] </w:t>
      </w:r>
      <w:r>
        <w:t>to main ne kaha ke dekhiye, yeh yeh hai wrong translation. hamd jo hai is ka matlab tareef nahi hai, praise nahi hai. is ka matlab hai acknowledge karna. acknowledge karna. jab aap ko khuda ki yeh blessing hai, itni sari blessing, to kya aap acknowledge nahi karenge? then you are worse than animal.</w:t>
      </w:r>
    </w:p>
    <w:p>
      <w:pPr>
        <w:jc w:val="right"/>
      </w:pPr>
      <w:r>
        <w:t>تو میں نے کہا کہ دیکھیے، یہ یہ ہے رونگ ٹرانسلیشن۔ الحمد جو ہے اس کا معنی تعریف نہیں ہے، پریز نہیں ہے۔ اس کا معنی ہے ایکنالج کرنا۔ ایکنالج کرنا۔ جب آپ کو خدا کی یہ بلیسنگ ہے، اتنی ساری بلیسنگ، تو کیا آپ ایکنالج نہیں کریں گے؟ دین یو آر ورس دین اینیمل۔</w:t>
      </w:r>
    </w:p>
    <w:p>
      <w:r>
        <w:rPr>
          <w:b/>
        </w:rPr>
        <w:t xml:space="preserve">[16:24] </w:t>
      </w:r>
      <w:r>
        <w:t>jaise yeh main ne abhi kaha aap se, abhi mujhe khud aisa hua aik hafta pehle ke yeh viral ho gaya. viral ho gaya. aap mein se kisi ko agar viral hua ho to woh janta hoga ke kitni takleef hoti hai is mein. yaani khana nahi utarta gale se. pani nahi utarta gale se</w:t>
      </w:r>
    </w:p>
    <w:p>
      <w:pPr>
        <w:jc w:val="right"/>
      </w:pPr>
      <w:r>
        <w:t>جیسے یہ میں نے ابھی کہا آپ سے، ابھی مجھے خود ایسا ہوا ایک ہفتہ پہلے کہ یہ وائرل ہو گیا۔ وائرل ہو گیا۔ آپ میں سے کسی کو اگر وائرل ہوا ہو تو وہ جانتا ہوگا کہ کتنی تکلیف ہوتی ہے اس میں۔ یعنی کھانا نہیں اترتا گلے سے۔ پانی نہیں اترتا گلے سے</w:t>
      </w:r>
    </w:p>
    <w:p>
      <w:r>
        <w:rPr>
          <w:b/>
        </w:rPr>
        <w:t xml:space="preserve">[16:54] </w:t>
      </w:r>
      <w:r>
        <w:t>kehte hain ke saliva nahi utarta gale se. saliva nahi gale se utarta. yeh mera haal tha abhi aik hafta pehle tak ke khana khana musibat, pani peena musibat, yahan tak saliva utarna musibat. to main ne socha ke khudaaya sari dunya ke palace mujhe de diye jayein. aik bhi palace</w:t>
      </w:r>
    </w:p>
    <w:p>
      <w:pPr>
        <w:jc w:val="right"/>
      </w:pPr>
      <w:r>
        <w:t>۔ کہتے ہیں کہ سلائیوا نہیں اترتا گلے سے۔ سلائیوا نہیں گلے سے اترتا۔ یہ میرا حال تھا ابھی ایک ہفتہ پہلے تک کہ کھانا کھانا مصیبت، پانی پینا مصیبت، یہاں تک سلائیوا اترنا مصیبت۔ تو میں نے سوچا کہ خدایا ساری دنیا کے پیلس مجھے دے دیے جائیں۔ ایک بھی پیلس</w:t>
      </w:r>
    </w:p>
    <w:p>
      <w:r>
        <w:rPr>
          <w:b/>
        </w:rPr>
        <w:t xml:space="preserve">[17:25] </w:t>
      </w:r>
      <w:r>
        <w:t>aisa na ho jo mere qabze mein na ho. aur lekin yeh musibat lagi hui ho. yeh musibat lagi hui ho. to kya woh palace mujhe aaram dega? ke main pani nahi pi sakta, khana nahi kha sakta. mere samne dunya bhar ke khane ki cheezein hongi, behtareen drink honge, behtareen mashroob honge,</w:t>
      </w:r>
    </w:p>
    <w:p>
      <w:pPr>
        <w:jc w:val="right"/>
      </w:pPr>
      <w:r>
        <w:t>ایسا نہ ہو جو میرے قبضے میں نہ ہو۔ اور لیکن یہ مصیبت لگی ہوئی ہو۔ یہ مصیبت لگی ہوئی ہو۔ تو کیا وہ پیلس مجھے آرام دے گا؟ کہ میں پانی نہیں پی سکتا، کھانا نہیں کھا سکتا۔ میرے سامنے دنیا بھر کے کھانے کی چیزیں ہوں گی، بہترین ڈرنک ہوں گے، بہترین مشروب ہوں گے،</w:t>
      </w:r>
    </w:p>
    <w:p>
      <w:r>
        <w:rPr>
          <w:b/>
        </w:rPr>
        <w:t xml:space="preserve">[17:56] </w:t>
      </w:r>
      <w:r>
        <w:t>darakhton par behtareen phal latak rahe honge. lekin mera gala jo hai inkar kar raha hoga ke is ko khaye aur pait mein utare. main ne kaha ke sare mahal, sare palace is waqt lagega ke ise kaat rahe hain mujhe. kaat rahe hain. to mujhe aik ayat yaad aayi, quran majeed mein hai</w:t>
      </w:r>
    </w:p>
    <w:p>
      <w:pPr>
        <w:jc w:val="right"/>
      </w:pPr>
      <w:r>
        <w:t>درختوں پر بہترین پھل لٹک رہے ہوں گے۔ لیکن میرا گلا جو ہے انکار کر رہا ہوگا کہ اس کو کھائے اور پیٹ میں اتارے۔ میں نے کہا کہ سارے محل، سارے پیلس اس وقت لگے گا کہ اسے کاٹ رہے ہیں مجھے۔ کاٹ رہے ہیں۔ تو مجھے ایک آیت یاد آئی، قرآن مجید میں ہے</w:t>
      </w:r>
    </w:p>
    <w:p>
      <w:r>
        <w:rPr>
          <w:b/>
        </w:rPr>
        <w:t xml:space="preserve">[18:27] </w:t>
      </w:r>
      <w:r>
        <w:t>ke jab log jannat wale jannat mein ja chuke honge, Allah ki yaad rakhiye, jannat kisi ko amal se nahi milegi. un logon se zyada mad ko yaad milni hai, mad pagal jo yeh samjhe ke mera amal mujh ko jannat mein le jayega. kuch nahi, sirf Allah ki rehmat. to is mein hai ke</w:t>
      </w:r>
    </w:p>
    <w:p>
      <w:pPr>
        <w:jc w:val="right"/>
      </w:pPr>
      <w:r>
        <w:t>کہ جب لوگ جنت والے جنت میں جا چکے ہوں گے، اللہ کی یاد رکھیے، جنت کسی کو عمل سے نہیں ملے گی۔ ان لوگوں سے زیادہ میڈ کو یاد ملنی ہے، میڈ پاگل جو یہ سمجھے کہ میرا عمل مجھ کو جنت میں لے جائے گا۔ کچھ نہیں، صرف اللہ کی رحمت۔ تو اس میں ہے کہ</w:t>
      </w:r>
    </w:p>
    <w:p>
      <w:r>
        <w:rPr>
          <w:b/>
        </w:rPr>
        <w:t xml:space="preserve">[19:00] </w:t>
      </w:r>
      <w:r>
        <w:t>jannat walon se poocha jayega to woh kahenge: alhamdulillah allazi azam an al-huzn. main is is jumle ko main pehli bar jaan discover kar paya ke yeh aik ayat, yeh aik ayat thi, saboot hai is baat ka, proof hai ke quran khuda ki kitab hai. itna crucial statement kaun de sakta hai?</w:t>
      </w:r>
    </w:p>
    <w:p>
      <w:pPr>
        <w:jc w:val="right"/>
      </w:pPr>
      <w:r>
        <w:t>جنت والوں سے پوچھا جائے گا تو وہ کہیں گے: الحمدللہ الذی عزم عن الحزن۔ میں اس اس جملے کو میں پہلی بار جان ڈسکور کر پایا کہ یہ ایک آیت، یہ ایک آیت تھی، ثبوت ہے اس بات کا، پروف ہے کہ قرآن خدا کی کتاب ہے۔ اتنا کروشل اسٹیٹمنٹ کون دے سکتا ہے؟</w:t>
      </w:r>
    </w:p>
    <w:p>
      <w:r>
        <w:rPr>
          <w:b/>
        </w:rPr>
        <w:t xml:space="preserve">[19:31] </w:t>
      </w:r>
      <w:r>
        <w:t>itna crucial statement kaun de sakta hai? itna specific statement, itna crucial, itna specific, itna meaningful statement. yaani is ayat ka matlab yeh hai ke is Allah ka ehsan hai jis ne hum se huzn nikal liya. huzn kya matlab hota hai? pain, takleef, dukh</w:t>
      </w:r>
    </w:p>
    <w:p>
      <w:pPr>
        <w:jc w:val="right"/>
      </w:pPr>
      <w:r>
        <w:t>اتنا کروشل اسٹیٹمنٹ کون دے سکتا ہے؟ اتنا اسپیسفک اسٹیٹمنٹ، اتنا کروشل، اتنا اسپیسفک، اتنا میننگ فل اسٹیٹمنٹ۔ یعنی اس آیت کا مطلب یہ ہے کہ اس اللہ کا احسان ہے جس نے ہم سے حزن نکال لیا۔ حزن کیا مطلب ہوتا ہے؟ پین، تکلیف، دکھ</w:t>
      </w:r>
    </w:p>
    <w:p>
      <w:r>
        <w:rPr>
          <w:b/>
        </w:rPr>
        <w:t xml:space="preserve">[20:02] </w:t>
      </w:r>
      <w:r>
        <w:t>is ko kehte hain huzn. yahan pe do cheezein hoti hain: pain yaani pleasure, pain yaani pleasure. to pain jo hai is ko kehte hain huzn. hum se pain, hum se pain nikal liya. to main ne socha ke dekho kitna zyada specific lafz hai yeh, kitna crucial lafz hai ke pain nahi hai tabhi to jannat jannat hai.</w:t>
      </w:r>
    </w:p>
    <w:p>
      <w:pPr>
        <w:jc w:val="right"/>
      </w:pPr>
      <w:r>
        <w:t>۔ اس کو کہتے ہیں حزن۔ یہاں پہ دو چیزیں ہوتی ہیں: پین یعنی پلیژر، پین یعنی پلیژر۔ تو پین جو ہے اس کو کہتے ہیں حزن۔ ہم سے پین، ہم سے پین نکال لیا۔ تو میں نے سوچا کہ دیکھو کتنا زیادہ اسپیسفک لفظ ہے یہ، کتنا کروشل لفظ ہے کہ پین نہیں ہے تبھی تو جنت جنت ہے۔</w:t>
      </w:r>
    </w:p>
    <w:p>
      <w:r>
        <w:rPr>
          <w:b/>
        </w:rPr>
        <w:t xml:space="preserve">[20:34] </w:t>
      </w:r>
      <w:r>
        <w:t>jannat mil jaye aur life mein pain ho. maslan yeh hai viral ne mere gale ko is qabil bana rakha ho ke main pani bhi koi drink nahi le sakta. aap ghor kijiye, aisi hazaron hazaron cheezein hain ke aik huzn agar ho, aik pain agar ho to sara mahal, sari paradise, sari</w:t>
      </w:r>
    </w:p>
    <w:p>
      <w:pPr>
        <w:jc w:val="right"/>
      </w:pPr>
      <w:r>
        <w:t>جنت مل جائے اور لائف میں پین ہو۔ مثلاً یہ ہے وائرل نے میرے گلے کو اس قابل بنا رکھا ہو کہ میں پانی بھی کوئی ڈرنک نہیں لے سکتا۔ آپ غور کیجیے، ایسی ہزاروں ہزاروں چیزیں ہیں کہ ایک حزن اگر ہو، ایک پین اگر ہو تو سارا محل، ساری پیراڈائز، ساری</w:t>
      </w:r>
    </w:p>
    <w:p>
      <w:r>
        <w:rPr>
          <w:b/>
        </w:rPr>
        <w:t xml:space="preserve">[21:04] </w:t>
      </w:r>
      <w:r>
        <w:t>neamatein bilkul meaningless ho jati hain. to yeh jo hai, main is ko discover kar paya pehli bar ke aisa aik aik itna specific statement denge woh. woh hazaron baat kar sakte the. aap sochiye ke yahan khoob hoorein hain, yahan khoob meway hain, yahan khoob khane peene ka saman hai, yahan khoob achhe achhe bistar hain, yahan khoob</w:t>
      </w:r>
    </w:p>
    <w:p>
      <w:pPr>
        <w:jc w:val="right"/>
      </w:pPr>
      <w:r>
        <w:t>نعمتیں بالکل میننگ لیس ہو جاتی ہیں۔ تو یہ جو ہے، میں اس کو ڈسکور کر پایا پہلی بار کہ ایسا ایک ایک اتنا اسپیسفک اسٹیٹمنٹ دیں گے وہ۔ وہ ہزاروں بات کر سکتے تھے۔ آپ سوچیے کہ یہاں خوب حوریں ہیں، یہاں خوب میوے ہیں، یہاں خوب کھانے پینے کا سامان ہے، یہاں خوب اچھے اچھے بستر ہیں، یہاں خوب</w:t>
      </w:r>
    </w:p>
    <w:p>
      <w:r>
        <w:rPr>
          <w:b/>
        </w:rPr>
        <w:t xml:space="preserve">[21:34] </w:t>
      </w:r>
      <w:r>
        <w:t>mahal hain, yahan khoob yeh hai, woh hai. keh sakte the woh hazaron hazar cheezein hain lekin unhon ne aik aik baat kahi ke alhamdulillah allazi azban al-huzn, hamd hai us Allah ka jis ne hum se huzn chheen liya, nikal liya, yaani pain nikal liya. jab aadmi pet free ho jaye tabhi woh enjoy kar sakta hai.</w:t>
      </w:r>
    </w:p>
    <w:p>
      <w:pPr>
        <w:jc w:val="right"/>
      </w:pPr>
      <w:r>
        <w:t>محل ہیں، یہاں خوب یہ ہے، وہ ہے۔ کہہ سکتے تھے وہ ہزاروں ہزار چیزیں ہیں لیکن انہوں نے ایک ایک بات کہی کہ الحمدللہ الذی عزبان الحزن، حمد ہے اس اللہ کا جس نے ہم سے حزن چھین لیا، نکال لیا، یعنی پین نکال لیا۔ جب آدمی پیٹ فری ہو جائے تبھی وہ انجوائے کر سکتا ہے۔</w:t>
      </w:r>
    </w:p>
    <w:p>
      <w:r>
        <w:rPr>
          <w:b/>
        </w:rPr>
        <w:t xml:space="preserve">[22:04] </w:t>
      </w:r>
      <w:r>
        <w:t>yaad rakhiye, pain ke sath aap kuch enjoy nahi kar sakte, kisi cheez se nahi kar sakte. to kitna crucial word hai yeh. to yeh main is ko samajhta hoon ke quran ke khuda ki kitab hone ka proof hai. to log jante nahi is baaton ko, bas gaaye bail ke yaani animal ki tarah rehte hain, kuch na sochte hain, na kuch</w:t>
      </w:r>
    </w:p>
    <w:p>
      <w:pPr>
        <w:jc w:val="right"/>
      </w:pPr>
      <w:r>
        <w:t>یاد رکھیے، پین کے ساتھ آپ کچھ انجوائے نہیں کر سکتے، کسی چیز سے نہیں کر سکتے۔ تو کتنا کروشل ورڈ ہے یہ۔ تو یہ میں اس کو سمجھتا ہوں کہ قرآن کے خدا کی کتاب ہونے کا پروف ہے۔ تو لوگ جانتے نہیں اس باتوں کو، بس گائے بیل کے یعنی اینیمل کی طرح رہتے ہیں، کچھ نہ سوچتے ہیں، نہ کچھ</w:t>
      </w:r>
    </w:p>
    <w:p>
      <w:r>
        <w:rPr>
          <w:b/>
        </w:rPr>
        <w:t xml:space="preserve">[22:36] </w:t>
      </w:r>
      <w:r>
        <w:t>kuch bhi sochte nahi. just like animal rehte hain. animal mein kya hai? kami. animal ka jo dhancha hai wahi jo aap ka dhancha hai. sari jo biological jo system hai woh animal mein wahi hai jo aap ke andar hai. aik hi cheez mein farq hai, woh aik hi mind. jo mind aap ke paas hai, woh mind an</w:t>
      </w:r>
    </w:p>
    <w:p>
      <w:pPr>
        <w:jc w:val="right"/>
      </w:pPr>
      <w:r>
        <w:t>، کچھ بھی سوچتے نہیں۔ جسٹ لائک اینیمل رہتے ہیں۔ اینیمل میں کیا ہے؟ کمی۔ اینیمل کا جو ڈھانچہ ہے وہی جو آپ کا ڈھانچہ ہے۔ ساری جو بیلاجیکل جو سسٹم ہے وہ اینیمل میں وہی ہے جو آپ کے اندر ہے۔ ایک ہی چیز میں فرق ہے، وہ ایک ہی مائنڈ۔ جو مائنڈ آپ کے پاس ہے، وہ مائنڈ این</w:t>
      </w:r>
    </w:p>
    <w:p>
      <w:r>
        <w:rPr>
          <w:b/>
        </w:rPr>
        <w:t xml:space="preserve">[23:06] </w:t>
      </w:r>
      <w:r>
        <w:t>imal ke paas nahi hai. aap jise aap soch kar jaan paate hain ke pain na ho, tabhi pleasure hai. there is no pleasure with pain. agar pain laga hua hai to kuch nahi, sab meaningless. har nemat meaningless hai agar pain laga hua ho. yeh yeh animal</w:t>
      </w:r>
    </w:p>
    <w:p>
      <w:pPr>
        <w:jc w:val="right"/>
      </w:pPr>
      <w:r>
        <w:t>یمل کے پاس نہیں ہے۔ آپ جسے آپ سوچ کر جان پاتے ہیں کہ پین نہ ہو، تبھی پلیژر ہے۔ دیر از نو پلیژر ود پین۔ اگر پین لگا ہوا ہے تو کچھ نہیں، سب میننگ لیس۔ ہر نعمت میننگ لیس ہے اگر پین لگا ہوا ہو۔ یہ یہ اینیمل</w:t>
      </w:r>
    </w:p>
    <w:p>
      <w:r>
        <w:rPr>
          <w:b/>
        </w:rPr>
        <w:t xml:space="preserve">[23:36] </w:t>
      </w:r>
      <w:r>
        <w:t>is ko discover nahi kar sakta, is ke paas woh mind nahi hai. to dekhiye, yeh jo islam mein jo hai ke adjust karo, compromise karo, patience karo, sabr ke sath raho, yeh koi sadha baat nahi, koi passive attitude nahi hai. yeh yeh passive attitude nahi hai.</w:t>
      </w:r>
    </w:p>
    <w:p>
      <w:pPr>
        <w:jc w:val="right"/>
      </w:pPr>
      <w:r>
        <w:t>اس کو ڈسکور نہیں کر سکتا، اس کے پاس وہ مائنڈ نہیں ہے۔ تو دیکھیے، یہ جو اسلام میں جو ہے کہ ایڈجسٹ کرو، کمپرومائز کرو، پیشنس کرو، صبر کے ساتھ رہو، یہ کوئی سادہ بات نہیں، کوئی پیسیو ایٹیٹیوڈ نہیں ہے۔ یہ یہ پیسیو ایٹیٹیوڈ نہیں ہے۔</w:t>
      </w:r>
    </w:p>
    <w:p>
      <w:r>
        <w:rPr>
          <w:b/>
        </w:rPr>
        <w:t xml:space="preserve">[24:10] </w:t>
      </w:r>
      <w:r>
        <w:t>is ke baghair aap ka intellectual development ruk jata hai, spiritual development ruk jata hai. aap phanse rehte hain shikayaton mein, har waqt complain, complain mein jeete hain. kal parson mere paas aik sahib ka telephone aaya, aik mera article chhaapa hai, us par un ko kuch objection tha. unhon ne kaha ke aap ne yeh likh diya hai, us mein</w:t>
      </w:r>
    </w:p>
    <w:p>
      <w:pPr>
        <w:jc w:val="right"/>
      </w:pPr>
      <w:r>
        <w:t>اس کے بغیر آپ کا انٹلیکچول ڈیولپمنٹ رک جاتا ہے، اسپرچول ڈیولپمنٹ رک جاتا ہے۔ آپ پھنسے رہتے ہیں شکایتوں میں، ہر وقت کمپلین، کمپلین میں جیتے ہیں۔ کل پرسوں میرے پاس ایک صاحب کا ٹیلی فون آیا، ایک میرا آرٹیکل چھپا ہے، اس پر ان کو کچھ ابجیکشن تھا۔ انہوں نے کہا کہ آپ نے یہ لکھ دیا ہے، اس میں</w:t>
      </w:r>
    </w:p>
    <w:p>
      <w:r>
        <w:rPr>
          <w:b/>
        </w:rPr>
        <w:t xml:space="preserve">[24:43] </w:t>
      </w:r>
      <w:r>
        <w:t>aap ne is mein yeh likh diya hai. maine kaha yeh aap galat kar rahe hain, maine aisa nahi likha hai. yeh meri language nahi jo aap farma rahe hain, meri alag language hoti hai Allah ke fazal se. to aap jo bol rahe hain woh meri language hi nahi hai. to maine poocha, mujhe bataiye ke is article ko aap ne kitni baar padha? to unhon ne kaha ke ek baar. to maine kaha yeh hai raaz ke cheez</w:t>
      </w:r>
    </w:p>
    <w:p>
      <w:pPr>
        <w:jc w:val="right"/>
      </w:pPr>
      <w:r>
        <w:t>آپ نے اس میں یہ لکھ دیا ہے۔ میں نے کہا یہ آپ غلط کر رہے ہیں، میں نے ایسا نہیں لکھا ہے۔ یہ میری لینگویج نہیں جو آپ فرما رہے ہیں، میری الگ لینگویج ہوتی ہے اللہ کے فضل سے۔ تو آپ جو بول رہے ہیں وہ میری لینگویج ہی نہیں ہے۔ تو میں نے پوچھا، مجھے بتائیے کہ اس آرٹیکل کو آپ نے کتنی بار پڑھا؟ تو انہوں نے کہا کہ ایک بار۔ تو میں نے کہا یہ ہے راز کہ چیز</w:t>
      </w:r>
    </w:p>
    <w:p>
      <w:r>
        <w:rPr>
          <w:b/>
        </w:rPr>
        <w:t xml:space="preserve">[25:13] </w:t>
      </w:r>
      <w:r>
        <w:t>on ko aap ek baar padhte hain aur rai bana lete hain. aise aap ek baar sunte honge aur rai bana lete honge. misaal ke taur par ghar mein aap gaye to maa ne kuch kaha biwi ke liye, ek baar aap ne rai bana li ke biwi meri aisi hai. biwi ne kisi rishtedar ke bare mein keh diya kuch, woh abhi aap ne maan liya ke mera rishtedar falan aisa hai.</w:t>
      </w:r>
    </w:p>
    <w:p>
      <w:pPr>
        <w:jc w:val="right"/>
      </w:pPr>
      <w:r>
        <w:t>وں کو آپ ایک بار پڑھتے ہیں اور رائے بنا لیتے ہیں۔ ایسے آپ ایک بار سنتے ہوں گے اور رائے بنا لیتے ہوں گے۔ مثلاً گھر میں آپ گئے تو ماں نے کچھ کہا بیوی کے لیے، ایک بار آپ نے رائے بنا لی کہ بیوی میری ایسی ہے۔ بیوی نے کسی رشتہ دار کے بارے میں کہہ دیا کچھ، وہ ابھی آپ نے مان لیا کہ میرا رشتہ دار فلاں ایسا ہے۔</w:t>
      </w:r>
    </w:p>
    <w:p>
      <w:r>
        <w:rPr>
          <w:b/>
        </w:rPr>
        <w:t xml:space="preserve">[25:44] </w:t>
      </w:r>
      <w:r>
        <w:t>to maine use baghair jaane, main un ka naam bhi nahi jaanta tha, kabhi mulaqat bhi nahi hui thi. maine kaha ke dekhiye, mujhe yaqeen hai ke aap complaint mein jeete honge, shikayaton mein jeete honge. aap to maana unhon ne un se shikayat, un se shikayat, un se shikayat, un se shikayat. unhon ne kaha kyun aisa hai? maine kaha is ki wajah hai ke aap is is hadees ka misdaq ban gaye: kafa bilmar</w:t>
      </w:r>
    </w:p>
    <w:p>
      <w:pPr>
        <w:jc w:val="right"/>
      </w:pPr>
      <w:r>
        <w:t>تو میں نے اسے بغیر جانے، میں ان کا نام بھی نہیں جانتا تھا، کبھی ملاقات بھی نہیں ہوئی تھی۔ میں نے کہا کہ دیکھیے، مجھے یقین ہے کہ آپ کمپلینٹ میں جیتے ہوں گے، شکایتوں میں جیتے ہوں گے۔ آپ تو مانا انہوں نے ان سے شکایت، ان سے شکایت، ان سے شکایت، ان سے شکایت۔ انہوں نے کہا کیوں ایسا ہے؟ میں نے کہا اس کی وجہ ہے کہ آپ اس اس حدیث کا مصداق بن گئے: کفا بالمر</w:t>
      </w:r>
    </w:p>
    <w:p>
      <w:r>
        <w:rPr>
          <w:b/>
        </w:rPr>
        <w:t xml:space="preserve">[26:14] </w:t>
      </w:r>
      <w:r>
        <w:t>kadhdhaban yuhaddithu bikullima sami'. woh aadmi jhoota aadmi hai ke jo suna maan liya, jo suna maan liya, jhoota kyun hai? kyunke jhoota yahan koi moral statement nahi hai. yeh moral statement nahi hai. yeh jhoota ke maani yeh hain ke is baat ko agar ek baar suna hai us ne to baat ko samjhaye ga nahi, woh</w:t>
      </w:r>
    </w:p>
    <w:p>
      <w:pPr>
        <w:jc w:val="right"/>
      </w:pPr>
      <w:r>
        <w:t>کذبا یحدث بکلما سمع۔ وہ آدمی جھوٹا آدمی ہے کہ جو سنا مان لیا، جو سنا مان لیا، جھوٹا کیوں ہے؟ کیونکہ جھوٹا یہاں کوئی مورل اسٹیٹمنٹ نہیں ہے۔ یہ مورل اسٹیٹمنٹ نہیں ہے۔ یہ جھوٹا کے معنی یہ ہیں کہ اس بات کو اگر ایک بار سن سنا ہے اس نے تو بات کو سمجھائے گا نہیں، وہ</w:t>
      </w:r>
    </w:p>
    <w:p>
      <w:r>
        <w:rPr>
          <w:b/>
        </w:rPr>
        <w:t xml:space="preserve">[26:44] </w:t>
      </w:r>
      <w:r>
        <w:t>to fast food mein jiyega. yaani woh rai banaye ga ek, aur woh rai galat hogi. to jis aadmi ki habit yeh ho ke suna aur maan liya, to is ka matlab hai woh fast food mein jiyega. kyunke ek baar sun kar ke aap maine un se kaha ke dekhiye, aap ki aadat hai aisi ke aap ki scrutiny nahi karte honge, cheezon ko baar baar</w:t>
      </w:r>
    </w:p>
    <w:p>
      <w:pPr>
        <w:jc w:val="right"/>
      </w:pPr>
      <w:r>
        <w:t>تو فاسٹ فوڈ میں جیے گا۔ یعنی وہ رائے بنائے گا ایک، اور وہ رائے غلط ہوگی۔ تو جس آدمی کی ہیبٹ یہ ہو کہ سنا اور مان لیا، تو اس کا مطلب ہے وہ فاسٹ فوڈ میں جیے گا۔ کیونکہ ایک بار سن کر کے آپ میں نے ان سے کہا کہ دیکھیے، آپ کی عادت ہے ایسی کہ آپ کی سکروٹی نہیں کرتے ہوں گے، چیزوں کو بار بار</w:t>
      </w:r>
    </w:p>
    <w:p>
      <w:r>
        <w:rPr>
          <w:b/>
        </w:rPr>
        <w:t xml:space="preserve">[27:14] </w:t>
      </w:r>
      <w:r>
        <w:t>nahi padhte honge, sun kar is ki mazeed tehqeeq nahi karte honge. bas padha aur ek ek rai dimagh mein aayi aur maan liya. suna ek rai aayi aur maan liya. to is ka matlab yeh hai ke aap is par complaint mein jiyenge kyunke aap poori baat hi nahi aap ko pata hai. aam taur par log negative reporting karte hain. yaad rakhiye, 99</w:t>
      </w:r>
    </w:p>
    <w:p>
      <w:pPr>
        <w:jc w:val="right"/>
      </w:pPr>
      <w:r>
        <w:t>نہیں پڑھتے ہوں گے، سن کر اس کی مزید تحقیق نہیں کرتے ہوں گے۔ بس پڑھا اور ایک ایک رائے دماغ میں آئی اور مان لیا۔ سنا ایک رائے آئی اور مان لیا۔ تو اس کا مطلب یہ ہے کہ آپ اس پر کمپلینٹ میں جیئیں گے کیونکہ آپ پوری بات ہی نہیں آپ کو پتہ ہے۔ عام طور پر لوگ نیگیٹیو ریپیٹنگ کرتے ہیں۔ یاد رکھیے، 99</w:t>
      </w:r>
    </w:p>
    <w:p>
      <w:r>
        <w:rPr>
          <w:b/>
        </w:rPr>
        <w:t xml:space="preserve">[27:44] </w:t>
      </w:r>
      <w:r>
        <w:t>percent aadmi negative reporting karta hai. shohar apni biwi ke bare mein negative reporting kare ga, biwi apne shohar ke bare mein negative reporting kare gi. is party ka aadmi is party ki negative reporting kare ga, is company ka aadmi is company ki negative reporting kare ga. aaj tak main woh insaan nahi dekh paya jo kisi doosre ke bare mein positive reporting karay. positive media jo hai, media hamesha negative reporting karta hai.</w:t>
      </w:r>
    </w:p>
    <w:p>
      <w:pPr>
        <w:jc w:val="right"/>
      </w:pPr>
      <w:r>
        <w:t>پرسنٹ آدمی نیگیٹیو رپورٹنگ کرتا ہے۔ شوہر اپنی بیوی کے بارے میں نیگیٹیو رپورٹنگ کرے گا، بیوی اپنے شوہر کے بارے میں نیگیٹیو رپورٹنگ کرے گی۔ اس پارٹی کا آدمی اس پارٹی کی نیگیٹیو رپورٹنگ کرے گا، اس کمپنی کا آدمی اس کمپنی کی نیگیٹیو رپورٹنگ کرے گا۔ آج تک میں وہ انسان نہیں دیکھ پایا جو کسی دوسرے کے بارے میں پازیٹیو رپورٹنگ کرے۔ پازیٹیو میڈیا جو ہے، میڈیا ہمیشہ نیگیٹیو رپورٹنگ کرتا ہے۔</w:t>
      </w:r>
    </w:p>
    <w:p>
      <w:r>
        <w:rPr>
          <w:b/>
        </w:rPr>
        <w:t xml:space="preserve">[28:16] </w:t>
      </w:r>
      <w:r>
        <w:t>is duniya mein hum jeete hain, har aadmi ke dimagh mein complaint ka jangal hai. shikayat un ke khilaaf, shikayat un ke khilaaf, shikayat un ke khilaaf, shikayat un ke khilaaf, shikayat jahan shikayat aayi, intellectual development ruka. aise logon se baat kijiye jo shikayaton mein jeete hain, bilkul dwarf, intellectually dwarf honge. woh me</w:t>
      </w:r>
    </w:p>
    <w:p>
      <w:pPr>
        <w:jc w:val="right"/>
      </w:pPr>
      <w:r>
        <w:t>اس دنیا میں ہم جیتے ہیں، ہر آدمی کے دماغ میں کمپلینٹ کا جنگل ہے۔ شکایت ان کے خلاف، شکایت ان کے خلاف، شکایت ان کے خلاف، شکایت ان کے خلاف، شکایت جہاں شکایت آئی، انٹلیکچول ڈیولپمنٹ رکا۔ ایسے لوگوں سے بات کیجئے جو شکایتوں میں جیتے ہیں، بالکل ڈورف، انٹلیکچولی ڈورف ہوں گے۔ وہ می</w:t>
      </w:r>
    </w:p>
    <w:p>
      <w:r>
        <w:rPr>
          <w:b/>
        </w:rPr>
        <w:t xml:space="preserve">[28:46] </w:t>
      </w:r>
      <w:r>
        <w:t>ra baar baar ka tajurba hai. woh log jo shikayaton pe jeete hain, woh intellectually dwarf hote hain. badi aqal un ke andar nahi hoti, bada wisdom nahi hota, bada horizon nahi hota, high level of thinking nahi hoti. kyun? isi pe jeete hain, isi complaint mein jeete hain.</w:t>
      </w:r>
    </w:p>
    <w:p>
      <w:pPr>
        <w:jc w:val="right"/>
      </w:pPr>
      <w:r>
        <w:t>را بار بار کا تجربہ ہے۔ وہ لوگ جو شکایتوں پہ جیتے ہیں، وہ انٹلیکچولی ڈورف ہوتے ہیں۔ بڑی عقل ان کے اندر نہیں ہوتی، بڑا وزڈم نہیں ہوتا، بڑا ہورائزن نہیں ہوتا، ہائی لیول اف تھنکنگ نہیں ہوتی۔ کیوں؟ اسی پہ جیتے ہیں، اسی کمپلینٹ میں جیتے ہیں۔</w:t>
      </w:r>
    </w:p>
    <w:p>
      <w:r>
        <w:rPr>
          <w:b/>
        </w:rPr>
        <w:t xml:space="preserve">[29:21] </w:t>
      </w:r>
      <w:r>
        <w:t>to sabr kis liye hai? sabr ka matlab hai upar uth kar sochna, shikayaton se upar uth kar sochna. sabr ka matlab koi cowardice nahi, sabr ka matlab koi retreat nahi, sabr ka matlab koi paspayi nahi, sabr ka matlab hai upar uth kar sochna. jab aap ko shikayat</w:t>
      </w:r>
    </w:p>
    <w:p>
      <w:pPr>
        <w:jc w:val="right"/>
      </w:pPr>
      <w:r>
        <w:t>تو صبر کس لیے ہے؟ صبر کا مطلب ہے اوپر اٹھ کر سوچنا، شکایتوں سے اوپر اٹھ کر سوچنا۔ صبر کا مطلب کوئی کابرڈس نہیں، صبر کا مطلب کوئی ریٹریٹ نہیں، صبر کا مطلب کوئی پسپائی نہیں، صبر کا مطلب ہے اوپر اٹھ کر سوچنا۔ جب آپ کو شکایت</w:t>
      </w:r>
    </w:p>
    <w:p>
      <w:r>
        <w:rPr>
          <w:b/>
        </w:rPr>
        <w:t xml:space="preserve">[29:51] </w:t>
      </w:r>
      <w:r>
        <w:t>kisi se kuch negative experience ho, kisi se kuch aap ko yeh ho ke kuch na kuch hurt ho jaye, aap to isi mein aap lage phanse rahen. to aap ne sabr nahi kiya, sabr nahi kiya. isi mein isi level aap ka level wahi lower level reh gaya. is ko nazar andaaz karen, chhod do baad mein jaye. to aap ne apne level ko upar uth kar liya. to sabr ka matlab hai apne intellectual level ko upar uthana</w:t>
      </w:r>
    </w:p>
    <w:p>
      <w:pPr>
        <w:jc w:val="right"/>
      </w:pPr>
      <w:r>
        <w:t>کسی سے کچھ نیگیٹیو ایکسپیرینس ہو، کسی سے کچھ آپ کو یہ ہو کہ کچھ نہ کچھ ہرٹ ہو جائے، آپ تو اسی میں آپ لگے پھنسے رہیں۔ تو آپ نے صبر نہیں کیا، صبر نہیں کیا۔ اسی میں اسی لیول آپ کا لیول وہی لوئر لیول رہ گیا۔ اس کو نظر انداز کریں، چھوڑو باڑ میں جائے۔ تو آپ نے اپنے لیول کو اوپر اٹھ کر لیا۔ تو صبر کا مطلب ہے اپنے انٹلیکچول لیول کو اوپر اٹھانا</w:t>
      </w:r>
    </w:p>
    <w:p>
      <w:r>
        <w:rPr>
          <w:b/>
        </w:rPr>
        <w:t xml:space="preserve">[30:21] </w:t>
      </w:r>
      <w:r>
        <w:t>۔ sabr ka matlab high thinking hai. yaad rakhiye, sabr ka matlab passivity nahi hai, retreat nahi hai, cowardice nahi hai. sabr ka matlab high thinking, upar uth kar sochna. lower level par jahan aap ko tarah tarah ki shikayaten ka tajurba hota hai, tarah</w:t>
      </w:r>
    </w:p>
    <w:p>
      <w:pPr>
        <w:jc w:val="right"/>
      </w:pPr>
      <w:r>
        <w:t>۔ صبر کا مطلب ہائی تھنکنگ ہے۔ یاد رکھیے، صبر کا مطلب پیسیوٹی نہیں ہے، ریٹریٹ نہیں ہے، کاورڈس نہیں ہے۔ صبر کا مطلب ہائی تھنکنگ، اوپر اٹھ کر سوچنا۔ لوئر لیول پر جہاں آپ کو طرح طرح کی شکایتیں کا تجربہ ہوتا ہے، طرح</w:t>
      </w:r>
    </w:p>
    <w:p>
      <w:r>
        <w:rPr>
          <w:b/>
        </w:rPr>
        <w:t xml:space="preserve">[30:51] </w:t>
      </w:r>
      <w:r>
        <w:t>tarah ka aap ko koi dukh pohncha diya, kuch ab is ko bhula den. aur Shah ne kaha tha: "the most uneducated person is one who has nothing to forget." aap kuch bhula na saken to kya hoga? aap bilkul hi lower level pe jiyenge. aur bhulane ke liye sabr chahiye, bhulane ke liye patience chahiye.</w:t>
      </w:r>
    </w:p>
    <w:p>
      <w:pPr>
        <w:jc w:val="right"/>
      </w:pPr>
      <w:r>
        <w:t>طرح کا آپ کو کوئی دکھ پہنچا دیا، کچھ اب اس کو بھلا دیں۔ اور شاہ نے کہا تھا: "دا موسٹ ان ایجوکیٹ پرسن از ون ہو ہیز نتھنگ ٹو فارگیٹ۔" آپ کچھ بھلا نہ سکیں تو کیا ہوگا؟ آپ بالکل ہی لوورر لیول پہ جیئیں گے۔ اور بھلانے کے لیے صبر چاہیے، بھلانے کے لیے پیشنس چاہیے۔</w:t>
      </w:r>
    </w:p>
    <w:p>
      <w:r>
        <w:rPr>
          <w:b/>
        </w:rPr>
        <w:t xml:space="preserve">[31:22] </w:t>
      </w:r>
      <w:r>
        <w:t>isi liye dekhiye, aaj subah main kisi se baat kar raha tha ke Islam mein qawwam ka nazariya hai. qawwam kehte hain wahi jo aaj kehte hain: "boss b o s s boss bossism." Quran mein bossism ke usool ko agarche yaani mard aurat ke reference bataya gaya hai, lekin woh ek universal principle hai. bossism</w:t>
      </w:r>
    </w:p>
    <w:p>
      <w:pPr>
        <w:jc w:val="right"/>
      </w:pPr>
      <w:r>
        <w:t>اسی لیے دیکھیے، آج صبح میں کسی سے بات کر رہا تھا کہ اسلام میں قوام کا نظریہ ہے۔ قوام کہتے ہیں وہی جو آج کہتے ہیں: "باس بی او ڈبل ایس باس باسزم۔" قرآن میں باسزم کے اصول کو اگرچہ یعنی مرد عورت کے ریفرنس بتایا گیا ہے، لیکن وہ ایک یونیورسل پرنسپل ہے۔ باسزم</w:t>
      </w:r>
    </w:p>
    <w:p>
      <w:r>
        <w:rPr>
          <w:b/>
        </w:rPr>
        <w:t xml:space="preserve">[31:54] </w:t>
      </w:r>
      <w:r>
        <w:t>yaani doosre ko boss bana lena. jaisa bahut hi aam jo hai companies mein ke "boss is always right" jo aap ka senior officer hai, to woh jo keh de woh theek hai. "boss is always right". to aap shopping center mein jayen to wahan par jo salesman hai, uska nazariya kya hota hai? "customer</w:t>
      </w:r>
    </w:p>
    <w:p>
      <w:pPr>
        <w:jc w:val="right"/>
      </w:pPr>
      <w:r>
        <w:t>یعنی دوسرے کو باس بنا لینا۔ جیسا بہت ہی عام جو ہے کمپنیوں میں کہ "باس از الویز رائٹ" جو آپ کا سینیئر افیسر ہے، تو وہ جو کہہ دے وہ ٹھیک ہے۔ "باس از الویز رائٹ"۔ تو آپ شاپ شاپنگ سینٹر میں جائیں تو وہاں پر جو سیلز مین ہے، اس کا نظریہ کیا ہوتا ہے؟ "کسٹمر</w:t>
      </w:r>
    </w:p>
    <w:p>
      <w:r>
        <w:rPr>
          <w:b/>
        </w:rPr>
        <w:t xml:space="preserve">[32:24] </w:t>
      </w:r>
      <w:r>
        <w:t>is always right". dawat ke line mein bhi "madu is always right". yahan bhi yahi hai. lekin main is ko extend karta hoon, extend kar ke kehta hoon ke yahi jagah har jagah, har jagah, har jagah, har jagah. yahan tak ke main subah maine ek sahab se kaha to woh thoda un ko ajeeb sa laga. maine kaha: "wife</w:t>
      </w:r>
    </w:p>
    <w:p>
      <w:pPr>
        <w:jc w:val="right"/>
      </w:pPr>
      <w:r>
        <w:t>از الویز رائٹ"۔ دعوت کے لائن میں بھی "مدعو از الویز رائٹ"۔ یہاں بھی یہی ہے۔ لیکن میں اس کو ایکسٹینڈ کرتا ہوں، ایکسٹینڈ کر کے کہتا ہوں کہ یہی جگہ ہر جگہ، ہر جگہ، ہر جگہ، ہر جگہ۔ یہاں تک کہ میں صبح میں نے ایک صاحب سے کہا تو وہ تھوڑا ان کو عجیب سا لگا۔ میں نے کہا: "و</w:t>
      </w:r>
    </w:p>
    <w:p>
      <w:r>
        <w:rPr>
          <w:b/>
        </w:rPr>
        <w:t xml:space="preserve">[32:54] </w:t>
      </w:r>
      <w:r>
        <w:t>is always right". wife ko aap boss bana lijiye, baat khatam ho jati hai. ek sahab se baat ho rahi thi, unhon ne kaha: "simple formula hai married life ko present life banane ka." married life ko present life banane ka bilkul simple formula hai. auraten hoti hain emotional, to woh to boss bana nahi payengi. mard aqal se soch pa</w:t>
      </w:r>
    </w:p>
    <w:p>
      <w:pPr>
        <w:jc w:val="right"/>
      </w:pPr>
      <w:r>
        <w:t>ائف از الویز رائٹ"۔ وائف کو آپ باس بنا لیجئے، بات ختم ہو جاتی ہے۔ ایک صاحب سے بات ہو رہی تھی، انہوں نے کہا: "سمپل فارمولا ہے مرڈ لائف کو پریزنٹ لائف بنانے کا۔" مرڈ لائف کو پریزنٹ لائف بنانے کا بالکل سمپل فارمولا ہے۔ عورتیں ہوتی ہیں ایموشنل، تو وہ تو باس بنا نہیں پائیں گی۔ مرد عقل سے سوچ پ</w:t>
      </w:r>
    </w:p>
    <w:p>
      <w:r>
        <w:rPr>
          <w:b/>
        </w:rPr>
        <w:t xml:space="preserve">[33:25] </w:t>
      </w:r>
      <w:r>
        <w:t>ata hai, to mard ko chahiye ke woh initiative le, woh pehal kare, woh kahe ke: "chalo tum hi tum hi boss ho." to maine kaha: "best formula jo hai wife is always right." aksar logon ko kehta hoon, main mardon se, mardon se kehta hoon jo jhagde batate hain na: "meri biwi aisi, meri biwi aisi." maine kaha: "kuch nahi, biwi ko aap boss bana lijiye." boss</w:t>
      </w:r>
    </w:p>
    <w:p>
      <w:pPr>
        <w:jc w:val="right"/>
      </w:pPr>
      <w:r>
        <w:t>اتا ہے، تو مرد کو چاہیے کہ وہ انیشیٹیو لے، وہ پہل کرے، وہ کہے کہ: "چلو تم ہی تم ہی باس ہو۔" تو میں نے کہا: "بیسٹ فارمولا جو ہے وائف از الویز رائٹ۔" اکثر لوگوں کو کہتا ہوں، میں مردوں سے، مردوں سے کہتا ہوں جو جھگڑے بتاتے ہیں نا: "میری بیوی ایسی، میری بیوی ایسی۔" میں نے کہا: "کچھ نہیں، بیوی کو آپ باس بنا لیجئے۔" باس</w:t>
      </w:r>
    </w:p>
    <w:p>
      <w:r>
        <w:rPr>
          <w:b/>
        </w:rPr>
        <w:t xml:space="preserve">[33:55] </w:t>
      </w:r>
      <w:r>
        <w:t>ya jhagda khatam. to yeh saada baat nahi hai. dekhiye, biwi ko boss banate hi kya hota hai? aap ko ek bahut hi bada faida milta hai, woh high thinking ka faida. nahi to ghar mein aap aaye, ab biwi ne yeh keh diya, biwi ne woh keh diya, aap yeh keh diya, woh keh diya, ab aapas mein lad rahe hain dono. yeh nahi chalega, woh nahi chalega, woh kaha: "yeh nahi chalega, woh nahi chalega."</w:t>
      </w:r>
    </w:p>
    <w:p>
      <w:pPr>
        <w:jc w:val="right"/>
      </w:pPr>
      <w:r>
        <w:t>یا جھگڑا ختم۔ تو یہ سادہ بات نہیں ہے۔ دیکھیے، بیوی کو باس بناتے ہی کیا ہوتا ہے؟ آپ کو ایک بہت ہی بڑا فائدہ ملتا ہے، وہ ہائی تھنکنگ کا فائدہ۔ نہیں تو گھر میں آپ آئے، اب بیوی نے یہ کہہ دیا، بیوی نے وہ کہہ دیا، آپ یہ کہہ دیا، وہ کہہ دیا، اب آپس میں لڑ رہے ہیں دونوں۔ یہ نہیں چلے گا، وہ نہیں چلے گا، وہ کہا: "یہ نہیں چلے گا، وہ نہیں چلے گا۔"</w:t>
      </w:r>
    </w:p>
    <w:p>
      <w:r>
        <w:rPr>
          <w:b/>
        </w:rPr>
        <w:t xml:space="preserve">[34:25] </w:t>
      </w:r>
      <w:r>
        <w:t>to biwi ke dimagh mein aaya ke mera shohar galat hai, shohar dimagh mein aaya ke meri biwi galat hai. ab dono complaint mein jee rahe hain. lekin agar aap sabr kar len, bossism ke principle ko apna len to kya hoga? instantly you elevate yourself from all those negative items. upar chale jate hain, upar chale jate hain.</w:t>
      </w:r>
    </w:p>
    <w:p>
      <w:pPr>
        <w:jc w:val="right"/>
      </w:pPr>
      <w:r>
        <w:t>تو بیوی کے دماغ میں آیا کہ میرا شوہر غلط ہے، شوہر دماغ میں آیا کہ میری بیوی غلط ہے۔ اب دونوں کمپلینٹ میں جی رہے ہیں۔ لیکن اگر آپ صبر کر لیں، باسزم کے پرنسپل کو اپنا لیں تو کیا ہوگا؟ انسٹنٹلی یو ایلیویٹ یور سیلف فرام ال دوز نیگیٹیو آئٹمز۔ اوپر چلے جاتے ہیں، اوپر چلے جاتے ہیں۔</w:t>
      </w:r>
    </w:p>
    <w:p>
      <w:r>
        <w:rPr>
          <w:b/>
        </w:rPr>
        <w:t xml:space="preserve">[34:59] </w:t>
      </w:r>
      <w:r>
        <w:t>jaise ek martaba main jahaz mein urr raha tha to achaanak khayal aaya ke jahaz ke neeche saari bastiyan hain, road hai, yeh hai, woh hai, zahir hai lekin wahan kuch dikhayi nahi deta. 35 hazar feet ki bulandi par jo jahaz pahunch jata hai to neeche kuch dikhayi nahi deta. ab neeche Hindu hai, Musalman hai, jhagda hai, fasad hai, yeh hai, woh hai, wahan kuch dikhayi nahi deta. wahan na Ajodhya dikhayi deti hai, na Palestine dikhayi deta hai, na Kashmir dikhayi deta.</w:t>
      </w:r>
    </w:p>
    <w:p>
      <w:pPr>
        <w:jc w:val="right"/>
      </w:pPr>
      <w:r>
        <w:t>جیسے ایک مرتبہ میں ہوا جہاز میں اڑ رہا تھا تو اچانک خیال آیا کہ جہاز کے نیچے ساری بستیاں ہیں، روڈ ہے، یہ ہے، وہ ہے، ظاہر ہے لیکن وہاں کچھ دکھائی نہیں دیتا۔ 35 ہزار فٹ کی بلندی پر جو جہاز پہنچ جاتا ہے تو نیچے کچھ دکھائی نہیں دیتا۔ اب نیچے ہندو ہے، مسلمان ہے، جھگڑا ہے، فساد ہے، یہ ہے، وہ ہے، وہاں کچھ دکھائی نہیں دیتا۔ وہاں نہ اجودہ دکھائی دیتی ہے، نہ فلسطین دکھائی دیتا ہے، نہ کشمیر دکھائی دیتا۔</w:t>
      </w:r>
    </w:p>
    <w:p>
      <w:r>
        <w:rPr>
          <w:b/>
        </w:rPr>
        <w:t xml:space="preserve">[35:31] </w:t>
      </w:r>
      <w:r>
        <w:t>to maine kaha ke yahi hai high thinking. you have to attain high level of thinking. that is sabr, that is patience. kya hota hai? aap ki soch jo hai woh ho jati hai universal soch ban jati hai. phir positive mind banta hai, intellectual development hota hai. aise log wise</w:t>
      </w:r>
    </w:p>
    <w:p>
      <w:pPr>
        <w:jc w:val="right"/>
      </w:pPr>
      <w:r>
        <w:t>تو میں نے کہا کہ یہی ہے ہائی تھنکنگ۔ یو ہیو ٹو اٹین ہائی لیول اف تھنکنگ۔ دیٹ از صبر، دیٹ از پیشنس۔ کیا ہوتا ہے؟ آپ کی سوچ جو ہے وہ ہو جاتی ہے یونیورسل سوچ بن جاتی ہے۔ پھر پازیٹیو مائنڈ بنتا ہے، انٹلیکچول ڈیولپمنٹ ہوتا ہے۔ ایسے لوگ و</w:t>
      </w:r>
    </w:p>
    <w:p>
      <w:r>
        <w:rPr>
          <w:b/>
        </w:rPr>
        <w:t xml:space="preserve">[36:01] </w:t>
      </w:r>
      <w:r>
        <w:t>aadmi bante hain. to Quran majeed mein yeh usool bataya jo gaya hai ke "al-sulhu khayrun" reconciliation the best. to yeh yeh bilkul ek samjhen ke ek religious principle nahi hai, sirf ek moral principle nahi hai. yeh bahut bada art hai, art of high thinking. sabr means art of high thinking.</w:t>
      </w:r>
    </w:p>
    <w:p>
      <w:pPr>
        <w:jc w:val="right"/>
      </w:pPr>
      <w:r>
        <w:t>ائز آدمی بنتے ہیں۔ تو قرآن مجید میں یہ اصول بتایا جو گیا ہے کہ "الصلح خیر ریکانسیلیشن دا بیسٹ"۔ تو یہ یہ بالکل ایک سمجھیں کہ ایک ریلیجس پرنسپل نہیں ہے، صرف ایک مورل پرنسپل نہیں ہے۔ یہ بہت بڑا آرٹ ہے، آرٹ اف ہائی تھنکنگ۔ صبر مینز آرٹ اف ہائی تھنکنگ۔</w:t>
      </w:r>
    </w:p>
    <w:p>
      <w:r>
        <w:rPr>
          <w:b/>
        </w:rPr>
        <w:t xml:space="preserve">[36:34] </w:t>
      </w:r>
      <w:r>
        <w:t>baghair sabr ke high thinking nahi aa sakti kyunke aap phanse rahenge, phanse rahenge, phanse rahenge. chhoti si baat ho gayi, high thinking kahan se aayegi? to zindagi jo hai bahut zyada soch samajh kar guzarne ki cheez hai. bahut zyada soch samajh kar guzarne ki cheez hai. log jeete</w:t>
      </w:r>
    </w:p>
    <w:p>
      <w:pPr>
        <w:jc w:val="right"/>
      </w:pPr>
      <w:r>
        <w:t>بغیر صبر کے ہائی تھنکنگ نہیں آ سکتی کیونکہ آپ پھنسے رہیں گے، پھنسے رہیں گے، پھنسے رہیں گے۔ چھوٹی سی بات ہو گئی، ہائی تھنکنگ کہاں سے آئے گی؟ تو زندگی جو ہے بہت زیادہ سوچ سمجھ کر گزارنے کی چیز ہے۔ بہت زیادہ سوچ سمجھ کر گزارنے کی چیز ہے۔ لوگ جیت</w:t>
      </w:r>
    </w:p>
    <w:p>
      <w:r>
        <w:rPr>
          <w:b/>
        </w:rPr>
        <w:t xml:space="preserve">[37:04] </w:t>
      </w:r>
      <w:r>
        <w:t>hain reaction mein. to socha kaise? jis ko dekhe woh reaction mein jeeta hai. ab dekhen, aaj kal burning issue kya hai? poocha kisi se, aap koi kahe ga woh Niwar mein Quran chalaya ja raha hai, woh burning issue hai. koi kahe ga Palestine mein Israel bomb maar raha hai, woh burning issue hai. koi kahe ga ke Kashmir mein stone pelting ho rahi hai, idhar se udhar se gun chal rahe</w:t>
      </w:r>
    </w:p>
    <w:p>
      <w:pPr>
        <w:jc w:val="right"/>
      </w:pPr>
      <w:r>
        <w:t>ے ہیں ری ایکشن میں۔ تو سوچا کیسے؟ جس کو دیکھے وہ ری ایکشن میں جیتا ہے۔ اب دیکھیں، آج کل برننگ ایشو کیا ہے؟ پوچھا کسی سے، آپ کوئی کہے گا وہ نیوار میں قرآن چلایا جا رہا ہے، وہ برننگ ایشو ہے۔ کوئی کہے گا فلسطین میں اسرائیل بم مار رہا ہے، وہ برننگ ایشو ہے۔ کوئی کہے گا کہ کشمیر میں اسٹون پلٹنگ ہو رہی ہے، ادھر سے ادھر سے گن چل رہے</w:t>
      </w:r>
    </w:p>
    <w:p>
      <w:r>
        <w:rPr>
          <w:b/>
        </w:rPr>
        <w:t xml:space="preserve">[37:34] </w:t>
      </w:r>
      <w:r>
        <w:t>hain, woh burning issue hai. main kahunga yeh sab kuch bhi nahin. yeh sab burning issue nahin. burning issue yeh hai ke log sabr ki value jante nahin. sabr ki value jante nahin. isi liye sab masle hain. jab falasteen ka masla kya hai? sab falasteen ka masla aap aaj ke lehaz se aap dekhte hain.</w:t>
      </w:r>
    </w:p>
    <w:p>
      <w:pPr>
        <w:jc w:val="right"/>
      </w:pPr>
      <w:r>
        <w:t>ہیں، وہ برننگ ایشو ہے۔ میں کہوں گا یہ سب کچھ بھی نہیں۔ یہ سب برننگ ایشو نہیں۔ برننگ ایشو یہ ہے کہ لوگ صبر کی ویلیو جانتے نہیں۔ صبر کی ویلیو جانتے نہیں۔ اسی لیے سب مسئلے ہیں۔ جب فلسطین کا مسئلہ کیا ہے؟ سب فلسطین کا مسئلہ آپ آج کے لحاظ سے آپ دیکھتے ہیں۔</w:t>
      </w:r>
    </w:p>
    <w:p>
      <w:r>
        <w:rPr>
          <w:b/>
        </w:rPr>
        <w:t xml:space="preserve">[38:04] </w:t>
      </w:r>
      <w:r>
        <w:t>aap 1948 ke lehaz se dekhiye. 1948 mein Balfour verdict ke tehat falasteen ki partition ki gayi. roughly aadha diya gaya hinduo ko, aadha diya gaya arbo ko. to wahan par agar agar arbo mein sabr ka hota, sabr ka matlab yeh hai high thinking hoti hai. to maan lete woh badshah hi to hai aur best part</w:t>
      </w:r>
    </w:p>
    <w:p>
      <w:pPr>
        <w:jc w:val="right"/>
      </w:pPr>
      <w:r>
        <w:t>آپ 1948 کے لحاظ سے دیکھیے۔ 1948 میں بالفور ورڈکٹ کے تحت فلسطین کی پارٹیشن کی گئی۔ رفلی آدھا دیا گیا ہندوؤں کو، آدھا دیا گیا عربوں کو۔ تو وہاں پر اگر اگر عربوں میں صبر کا ہوتا، صبر کا معنی یہ ہے ہائی تھنکنگ ہوتی ہے۔ تو مان لیتے وہ بادشاہ ہی تو ہے اور بیسٹ پارٹ</w:t>
      </w:r>
    </w:p>
    <w:p>
      <w:r>
        <w:rPr>
          <w:b/>
        </w:rPr>
        <w:t xml:space="preserve">[38:34] </w:t>
      </w:r>
      <w:r>
        <w:t>hamein mil gaya hai. is partition mein falasteen ka best part arbo ko mila tha. sara yerushlem, sara aqsa, sara yani jo fertile area iska hai, woh sab unko mila tha. unko to zyada tar desert mila tha. kaha yeh to best hai bhai, maan lo isko. lekin high thinking thi nahin arbo mein. woh reaction karna jante the.</w:t>
      </w:r>
    </w:p>
    <w:p>
      <w:pPr>
        <w:jc w:val="right"/>
      </w:pPr>
      <w:r>
        <w:t>ہمیں مل گیا ہے۔ اس پارٹیشن میں فلسطین کا بیسٹ پارٹ عربوں کو ملا تھا۔ سارا یروشلم، سارا اقصی، سارا یعنی جو فرٹائل ایریا اس کا ہے، وہ سب ان کو ملا تھا۔ ان کو تو زیادہ تر ڈیزرٹ ملا تھا۔ کہا یہ تو بیسٹ ہے بھئی، مان لو اس کو۔ لیکن ہائی تھنکنگ تھی نہیں عربوں میں۔ وہ ری ایکشن کرنا جانتے تھے۔</w:t>
      </w:r>
    </w:p>
    <w:p>
      <w:r>
        <w:rPr>
          <w:b/>
        </w:rPr>
        <w:t xml:space="preserve">[39:05] </w:t>
      </w:r>
      <w:r>
        <w:t>sare logon ki weakness kya hai ke woh sirf reaction karna jante hain. bas yeh kyun keh diya, unho ne woh kyun keh diya, yeh isi ko unhein pata hai. to arbo mein agar high thinking hoti, wisdom hoti, kal parson ek ek sahib ka telephone aaya to maine yeh baat un se kahi. unho ne ek hadith sunai un ko</w:t>
      </w:r>
    </w:p>
    <w:p>
      <w:pPr>
        <w:jc w:val="right"/>
      </w:pPr>
      <w:r>
        <w:t>سارے لوگوں کی ویکنس کیا ہے کہ وہ صرف ری ایکشن کرنا جانتے ہیں۔ بس یہ کیوں کہہ دیا، انہوں نے وہ کیوں کہہ دیا، یہ اسی کو انہیں پتہ ہے۔ تو عربوں میں اگر ہائی تھنکنگ ہوتی، وزڈم ہوتی، کل پرسوں ایک ایک صاحب کا ٹیلیفون آیا تو میں نے یہ بات ان سے کہی۔ انہوں نے ایک حدیث سنائی ان کو</w:t>
      </w:r>
    </w:p>
    <w:p>
      <w:r>
        <w:rPr>
          <w:b/>
        </w:rPr>
        <w:t xml:space="preserve">[39:36] </w:t>
      </w:r>
      <w:r>
        <w:t>ke "atqoo firasat al momin fa innahu yanzur bi noorillah". "atqoo firasat al momin fa innahu yanzur bi noorillah". daro momin ki ke wisdom se, kyunke woh khuda ki roshni pe dekhta hai. khuda ki roshni pe dekhta hai. maine kaha ke agar arbo ko khuda ki roshni pe dekhna aata to 60 baras se mare ja</w:t>
      </w:r>
    </w:p>
    <w:p>
      <w:pPr>
        <w:jc w:val="right"/>
      </w:pPr>
      <w:r>
        <w:t>کہ "اتقوا فراست المومن فانہینظر بنور اللہ"۔ "اتقوا فراست المومن فانہینظر بنور اللہ"۔ ڈرو مومن کی کہ وزڈم سے، کیونکہ وہ خدا کی روشنی پہ دیکھتا ہے۔ خدا کی روشنی پہ دیکھتا ہے۔ میں نے کہا کہ اگر عربوں کو خدا کی روشنی پہ دیکھنا آتا تو 60 برس سے مارے جا</w:t>
      </w:r>
    </w:p>
    <w:p>
      <w:r>
        <w:rPr>
          <w:b/>
        </w:rPr>
        <w:t xml:space="preserve">[40:06] </w:t>
      </w:r>
      <w:r>
        <w:t>rahe hain. yeh hota aisa? kashmiriyo ko agar khuda ki roshni mein dekhna aata to 60 baras se mare ja rahe hain. aisa hota? inko khuda ki roshni mein dekhna aata nahin. khuda ki roshni mein dekhna kya hai? patience ke sath cheezon par rai banana. jab koi cheez pesh aaye, koi cheez jaise falasteen mein partition hua 48 mein, to arbo ko impatient ho kar ke</w:t>
      </w:r>
    </w:p>
    <w:p>
      <w:pPr>
        <w:jc w:val="right"/>
      </w:pPr>
      <w:r>
        <w:t>رہے ہیں۔ یہ ہوتا ایسا؟ کشمیریوں کو اگر خدا کی روشنی میں دیکھنا آتا تو 60 برس سے مارے جا رہے ہیں۔ ایسا ہوتا؟ ان کو خدا کی روشنی میں دیکھنا آتا نہیں۔ خدا کی روشنی میں دیکھنا کیا ہے؟ پیشنس کے ساتھ چیزوں پر رائے بنانا۔ جب کوئی چیز پیش آئے، کوئی چیز جیسے فلسطین میں پارٹیشن ہوا 48 میں، تو عربوں کو امپیشنٹ ہو کر کے</w:t>
      </w:r>
    </w:p>
    <w:p>
      <w:r>
        <w:rPr>
          <w:b/>
        </w:rPr>
        <w:t xml:space="preserve">[40:36] </w:t>
      </w:r>
      <w:r>
        <w:t>ek dam sochna chahiye tha ke kya karna chahiye. koi emotion nahin, koi jazba nahin, koi bhadkao nahin, kuch nahin. patiently to woh kehte hain ke bhai yeh to best partition hai. yeh yahudiyo ka bhi haq hai falasteen par. quran mein likha hua hai yahudiyo ka haq hai falasteen par. yahudiyo ka falasteen par haq hai.</w:t>
      </w:r>
    </w:p>
    <w:p>
      <w:pPr>
        <w:jc w:val="right"/>
      </w:pPr>
      <w:r>
        <w:t>ایک دم سوچنا چاہیے تھا کہ کیا کرنا چاہیے۔ کوئی ایموشن نہیں، کوئی جذبہ نہیں، کوئی بھڑکاؤ نہیں، کچھ نہیں۔ پیشنٹلی تو وہ کہتے ہیں کہ بھئی یہ تو بیسٹ پارٹیشن ہے۔ یہ یہودیوں کا بھی حق ہے فلسطین پر۔ قرآن میں لکھا ہوا ہے یہودیوں کا حق ہے فلسطین پر۔ یہودیوں کا فلسطین پر حق ہے۔</w:t>
      </w:r>
    </w:p>
    <w:p>
      <w:r>
        <w:rPr>
          <w:b/>
        </w:rPr>
        <w:t xml:space="preserve">[41:06] </w:t>
      </w:r>
      <w:r>
        <w:t>khud quran ke mutabiq, bible ke mutabiq, yani quran mein wohi baat hai jo bible mein hai. bible mein falasteen ko yahudiyo ka promised land bataya gaya hai. arz mauood wohi baat quran majeed mein bhi hai ke falasteen ko yahudiyo ka assigned land bataya gaya hai. yeh to poori poori falasteen ke liye hai. to sochte hain ke bhai chalo</w:t>
      </w:r>
    </w:p>
    <w:p>
      <w:pPr>
        <w:jc w:val="right"/>
      </w:pPr>
      <w:r>
        <w:t>خود قرآن کے مطابق، بائبل کے مطابق، یعنی قرآن میں وہی بات ہے جو بائبل میں ہے۔ بائبل میں فلسطین کو یہودیوں کا پرومس لینڈ بتایا گیا ہے۔ عرض موعود وہی بات قرآن مجید میں بھی ہے کہ فلسطین کو یہودیوں کا اسائن لینڈ بتایا گیا ہے۔ یہ تو پوری پوری فلسطین کے لیے ہے۔ تو سوچتے ہیں کہ بھئی چلو</w:t>
      </w:r>
    </w:p>
    <w:p>
      <w:r>
        <w:rPr>
          <w:b/>
        </w:rPr>
        <w:t xml:space="preserve">[41:37] </w:t>
      </w:r>
      <w:r>
        <w:t>aadha un ko de diya, aadha to hum ko de diya. aur line share to hum hi ko mila hai. lekin sabr nahin tha, patient thinking nahin thi. high level of thinking unho ne attend nahin kiya tha. to kya hua? react kiya, react kiya to bas khade ho gaye ladne marne ke liye. Hazrat Muawiya zinda the, unho ne juloos nikala</w:t>
      </w:r>
    </w:p>
    <w:p>
      <w:pPr>
        <w:jc w:val="right"/>
      </w:pPr>
      <w:r>
        <w:t>آدھا ان کو دے دیا، آدھا تو ہم کو دے دیا۔ اور لائن شیئر تو ہم ہی کو ملا ہے۔ لیکن صبر نہیں تھا، پیشنٹ تھنکنگ نہیں تھی۔ ہائی لیول اف تھنکنگ انہوں نے اٹینڈ نہیں کیا تھا۔ تو کیا ہوا؟ ری ایکٹ کیا، ری ایکٹ کیا تو بس کھڑے ہو گئے لڑنے مارنے کے لیے۔ حضرت منہ زمانہ زندہ تھے، انہوں نے جلوس نکالا</w:t>
      </w:r>
    </w:p>
    <w:p>
      <w:r>
        <w:rPr>
          <w:b/>
        </w:rPr>
        <w:t xml:space="preserve">[42:07] </w:t>
      </w:r>
      <w:r>
        <w:t>cairo mein aur naara lagaya: "ab labbaik ya falasteen! labbaik ya falasteen!" matlab hum jihad karne ke liye pahunch rahe hain tumhare paas. ab jihad ka issue bana liya is ko. Nasser ne kaha ke "na ab nal faraye na sanr ko fi al bahr". hum tum ko samandar mein dhake denge. is qism ke emotional naare kyun hue? logon ko sabr nahin tha.</w:t>
      </w:r>
    </w:p>
    <w:p>
      <w:pPr>
        <w:jc w:val="right"/>
      </w:pPr>
      <w:r>
        <w:t>قاہرہ میں اور نعرہ لگایا: "اب لبیک یا فلسطین! لبیک یا فلسطین!" مطلب ہم جہاد کرنے کے لیے پہنچ رہے ہیں تمہارے پاس۔ اب جہاد کا ایشو بنا لیا اس کو۔ ناصر نے کہا کہ "نہ اب نال فرائے نا سنر کو فی البحر"۔ ہم تم کو سمندر میں ڈھکے دیں گے۔ اس قسم کے ایموشنل نعرے کیوں ہوئے؟ لوگوں کو صبر نہیں تھا۔</w:t>
      </w:r>
    </w:p>
    <w:p>
      <w:r>
        <w:rPr>
          <w:b/>
        </w:rPr>
        <w:t xml:space="preserve">[42:40] </w:t>
      </w:r>
      <w:r>
        <w:t>sabr bohat hi bari value hai, bohat bari positive value hai. sabr newton se kisi ne poocha ke aap ko bari bari kamyabiyan mili science mein to kaise? aap kehte hain koi khaas quality hai. to us ne jawab diya tha: "I have no special sagacity".</w:t>
      </w:r>
    </w:p>
    <w:p>
      <w:pPr>
        <w:jc w:val="right"/>
      </w:pPr>
      <w:r>
        <w:t>صبر بہت ہی بڑی ویلیو ہے، بہت بڑی پوزیٹیو ویلیو ہے۔ صبر نیوٹن سے کسی نے پوچھا کہ آپ کو بڑی بڑی کامیابیاں ملی سائنس میں تو کیسے؟ آپ کہتے ہیں کوئی خاص کوالٹی ہے۔ تو اس نے جواب دیا تھا: "آئی ہیو نو اسپیشل سگیسٹی"۔ ذرا غور کی</w:t>
      </w:r>
    </w:p>
    <w:p>
      <w:r>
        <w:rPr>
          <w:b/>
        </w:rPr>
        <w:t xml:space="preserve">[43:10] </w:t>
      </w:r>
      <w:r>
        <w:t>jiye is ko: "I have no special sagacity". "only the power of patient thought". "only the power of patient thought". yeh musalman ghayab hai aur paighambaron ke bare mein kaha gaya hai ke "fasbir kama sabr al rusul". yeh paighambaron ke bare mein: "fasbir kama sabr al rusul"</w:t>
      </w:r>
    </w:p>
    <w:p>
      <w:pPr>
        <w:jc w:val="right"/>
      </w:pPr>
      <w:r>
        <w:t>جئے اس کو: "آئی ہیو نو اسپیشل سگیسٹی"۔ "اونلی دا پاور اف پیشنٹ تھاٹ"۔ "اونلی دا پاور اف پیشنٹ تھاٹ"۔ یہ مسلمان غائب ہے اور پیغمبروں کے بارے میں کہا گیا ہے کہ "فصبر کما صبر الرسل"۔ یہ پیغمبروں کے بارے میں: "فصبر کما صبر الرسل"</w:t>
      </w:r>
    </w:p>
    <w:p>
      <w:r>
        <w:rPr>
          <w:b/>
        </w:rPr>
        <w:t xml:space="preserve">[43:40] </w:t>
      </w:r>
      <w:r>
        <w:t>۔ sabr karo jis tarah se himmat wale paighambaron ne sabr kiya. azm wale, himmat wale. yani sabr jo hai, himmat walon ka kaam hai, bahadur insano ka kaam hai. sabr bahaduri hai. kitne bewakoof log hain ke jo sabr ko samajhte hain buzdi, cowardice, paspai. sab se bari bahaduri sabr hai. yaad rakhiye, aap ke</w:t>
      </w:r>
    </w:p>
    <w:p>
      <w:pPr>
        <w:jc w:val="right"/>
      </w:pPr>
      <w:r>
        <w:t>۔ صبر کرو جس طرح سے ہمت والے پیغمبروں نے صبر کیا۔ عزم والے، ہمت والے۔ یعنی صبر جو ہے، ہمت والوں کا کام ہے، بہادر انسانوں کا کام ہے۔ صبر بہادری ہے۔ کتنے بیوقوف لوگ ہیں کہ جو صبر کو سمجھتے ہیں بزدلی، کاورڈنس، پسپائی۔ سب سے بڑی بہادری صبر ہے۔ یاد رکھیے، آپ کے</w:t>
      </w:r>
    </w:p>
    <w:p>
      <w:r>
        <w:rPr>
          <w:b/>
        </w:rPr>
        <w:t xml:space="preserve">[44:11] </w:t>
      </w:r>
      <w:r>
        <w:t>dil ko jhatka lage aur aap bilkul is se mutasir na hon. yeh sher ka tareeqa hai, sabr sher ka tareeqa hai. yaad rakhiye, maine ek martaba dekha tha ek sher ka documentary jo banai gayi thi Africa ke janglon mein. real yani real picture thi sher ki.</w:t>
      </w:r>
    </w:p>
    <w:p>
      <w:pPr>
        <w:jc w:val="right"/>
      </w:pPr>
      <w:r>
        <w:t>دل کو جھٹکا لگے اور آپ بالکل اس سے متاثر نہ ہوں۔ یہ شیر کا طریقہ ہے، صبر شیر کا طریقہ ہے۔ یاد رکھیے، میں نے ایک مرتبہ دیکھا تھا ایک شیر کا ڈاکومنٹری جو بنائی گئی تھی افریقہ کے جنگلوں میں۔ ریئل یعنی ریئل پکچر تھی شیر کی۔</w:t>
      </w:r>
    </w:p>
    <w:p>
      <w:r>
        <w:rPr>
          <w:b/>
        </w:rPr>
        <w:t xml:space="preserve">[44:41] </w:t>
      </w:r>
      <w:r>
        <w:t>to is mein maine dekha ke sher kabhi ladta hi nahin, sabr hi karta hai hamesha. misaal ke taur par ek scene mujhe yaad hai ab tak ke sher ko bhook, sher bhooka tha. yaad rakhiye, sher sirf bhook mein shikar karta hai, khwamkhwah kisi animal ko nahin marta woh. to us ne ek ek animal shikar kiya, ek bakri type ka koi cheez thi,</w:t>
      </w:r>
    </w:p>
    <w:p>
      <w:pPr>
        <w:jc w:val="right"/>
      </w:pPr>
      <w:r>
        <w:t>تو اس میں میں نے دیکھا کہ شیر کبھی لڑتا ہی نہیں، صبر ہی کرتا ہے ہمیشہ۔ مثال کے طور پر ایک سین مجھے یاد ہے اب تک کہ شیر کو بھوک، شیر بھوکا تھا۔ یاد رکھیے، شیر صرف بھوک میں شکار کرتا ہے، خوامخواہ کسی اینیمل کو نہیں مارتا وہ۔ تو اس نے ایک ایک اینیمل شکار کیا، ایک بکری ٹائپ کا کوئی چیز تھی،</w:t>
      </w:r>
    </w:p>
    <w:p>
      <w:r>
        <w:rPr>
          <w:b/>
        </w:rPr>
        <w:t xml:space="preserve">[45:13] </w:t>
      </w:r>
      <w:r>
        <w:t>mara us ko. to us ko munh mein apne sher jo hai, daant se pakadta hai, daant se pakad kar le kar aa raha hai. to sher ka tareeqa yeh hai ke khane ke foran baad woh pani peeta hai, woh khoon chusta hai uska, woh to foran pani chahiye us ko. to la kar ke woh ek talab ke kinare rakhta hai. laya, talab kinare rakha, phir kisi wajah se woh chala gaya</w:t>
      </w:r>
    </w:p>
    <w:p>
      <w:pPr>
        <w:jc w:val="right"/>
      </w:pPr>
      <w:r>
        <w:t>مارا اس کو۔ تو اس کو منہ میں اپنے شیر جو ہے، دانت سے پکڑتا ہے، دانت سے پکڑ کر لے کر آ رہا ہے۔ تو شیر کا طریقہ یہ ہے کہ کھانے کے فوراً بعد وہ پانی پیتا ہے، وہ خون چوستا ہے اس کا، وہ تو فوراً پانی چاہیے اس کو۔ تو لا کر کے وہ ایک تالاب کے کنارے رکھتا ہے۔ لایا، تالاب کنارے رکھا، پھر کسی وجہ سے وہ چلا گیا</w:t>
      </w:r>
    </w:p>
    <w:p>
      <w:r>
        <w:rPr>
          <w:b/>
        </w:rPr>
        <w:t xml:space="preserve">[45:43] </w:t>
      </w:r>
      <w:r>
        <w:t>kisi kaam se. jab thodi der ke baad lauta woh to wahan ek naya scene tha is talab mein, magar mach hua karte the, crocodile. to crocodile ko jante hain aap ke aise rehte hain, yani body pani mein dooba rahega, ab munh se aise nikla rahega. to crocodile jo hain, woh woh is ko pata chal gaya ke yahan par ek shikar hai. to crocodile jo ab koi sher waghera hai</w:t>
      </w:r>
    </w:p>
    <w:p>
      <w:pPr>
        <w:jc w:val="right"/>
      </w:pPr>
      <w:r>
        <w:t>کسی کام سے۔ جب تھوڑی دیر کے بعد لوٹا وہ تو وہاں ایک نیا سین تھا اس تالاب میں، مگر مچھ ہوا کرتے تھے، کروکوڈائل۔ تو کروکوڈائل کو جانتے ہیں آپ کہ ایسے رہتے ہیں، یعنی باڈی پانی میں ڈوبا رہے گا، اب منہ سے ایسے نکلا رہے گا۔ تو کروکوڈائل جو ہیں، وہ وہ اس کو پتہ چل گیا کہ یہاں پر ایک شکار ہے۔ تو کروکوڈائل جو اب کوئی شیر وغیرہ ہے</w:t>
      </w:r>
    </w:p>
    <w:p>
      <w:r>
        <w:rPr>
          <w:b/>
        </w:rPr>
        <w:t xml:space="preserve">[46:13] </w:t>
      </w:r>
      <w:r>
        <w:t>nahin. to aise aise aise aaya crocodile aur wahan par us ne apna munh nikala bahar aur us janwar ko pakda. pakad kar ke crocodile peeche chalta hai. crocodile jo hai, aise peeche chalta hai, woh aage ki taraf nahin chalta. to us ko pakad kar peeche chalne laga. itne mein sher aa gaya. to sher ne dekha ke mera jo shikar hai,</w:t>
      </w:r>
    </w:p>
    <w:p>
      <w:pPr>
        <w:jc w:val="right"/>
      </w:pPr>
      <w:r>
        <w:t>نہیں۔ تو ایسے ایسے ایسے آیا کروکوڈائل اور وہاں پر اس نے اپنا منہ نکالا باہر اور اس جانور کو پکڑا۔ پکڑ کر کے کروکوڈائل پیچھے چلتا ہے۔ کروکوڈائل جو ہے، ایسے پیچھے چلتا ہے، وہ آگے کی طرف نہیں چلتا۔ تو اس کو پکڑ کر پیچھے چلنے لگا۔ اتنے میں شیر آ گیا۔ تو شیر نے دیکھا کہ میرا جو شکار ہے،</w:t>
      </w:r>
    </w:p>
    <w:p>
      <w:r>
        <w:rPr>
          <w:b/>
        </w:rPr>
        <w:t xml:space="preserve">[46:44] </w:t>
      </w:r>
      <w:r>
        <w:t>woh crocodile jo hai, magarmach le kar ja raha hai. ab zahir hai ke sher ko ghairat aani chahiye thi, bare kotna chahiye tha, ghussa aana chahiye tha us ko ke mera shikar tum le ja rahe ho. "I am king of the jungle!" "I am king of the forest!" lekin main is mein dekha, abhi tak mujhe manzar hai ke aise khada sher khada hua, bas dekh raha hai, sirf</w:t>
      </w:r>
    </w:p>
    <w:p>
      <w:pPr>
        <w:jc w:val="right"/>
      </w:pPr>
      <w:r>
        <w:t>وہ کروکوڈائل جو ہے، مگرمچھ لے کر جا رہا ہے۔ اب ظاہر ہے کہ شیر کو غیرت آنی چاہیے تھی، بڑے کوٹنا چاہیے تھا، غصہ آنا چاہیے تھا اس کو کہ میرا شکار تم لے جا رہے ہو۔ "آئی ایم کنگ اف دا جنگل!" "آئی ایم کنگ اف دا فارسٹ!" لیکن میں اس میں دیکھا، ابھی تک مجھے منظر ہے کہ ایسے کھڑا شیر کھڑا ہوا، بس دیکھ رہا ہے، صرف</w:t>
      </w:r>
    </w:p>
    <w:p>
      <w:r>
        <w:rPr>
          <w:b/>
        </w:rPr>
        <w:t xml:space="preserve">[47:14] </w:t>
      </w:r>
      <w:r>
        <w:t>dekh raha hai ke crocodile liye chala ja raha hai. kuch bhi garaya nahin. aur sher jante hain, sher bohat zabardast teerak hota hai. woh agar kood padta is mein to teeraki bhi khoob aati hai. sher ko ja kar chheen leta, woh chheen kar bahar aata hai. bohat hi taqatwar hota hai. ek martaba maine dekha ke sher jo hai, ghusse mein aa gaya. kisi baat</w:t>
      </w:r>
    </w:p>
    <w:p>
      <w:pPr>
        <w:jc w:val="right"/>
      </w:pPr>
      <w:r>
        <w:t>دیکھ رہا ہے کہ کروکوڈائل لیے چلا جا رہا ہے۔ کچھ بھی غرایا نہیں۔ اور شیر جانتے ہیں، شیر بہت زبردست تیراک ہوتا ہے۔ وہ اگر کود پڑتا اس میں تو تیراکی بھی خوب آتی ہے۔ شیر کو جا کر چھین لیتا، وہ چھین کر باہر آتا ہے۔ بہت ہی طاقتور ہوتا ہے۔ ایک مرتبہ میں نے دیکھا کہ شیر جو ہے، غصے میں آ گیا۔ کسی بات</w:t>
      </w:r>
    </w:p>
    <w:p>
      <w:r>
        <w:rPr>
          <w:b/>
        </w:rPr>
        <w:t xml:space="preserve">[47:45] </w:t>
      </w:r>
      <w:r>
        <w:t>par sher ko ghussa aata hai to bohat ghussa. to woh road par khada hua tha, us waqt ghusse mein us ne paon mara road par. aise hi yeh yeh panja jo hota hai na, jungle road par mara, road par gadha ho gaya, yani pakhta sadak par gadha ho gaya. yeh bhi ek scene maine dekha, is mein itna taqatwar yeh hai sher, yani yeh sher culture hai. yeh sabr</w:t>
      </w:r>
    </w:p>
    <w:p>
      <w:pPr>
        <w:jc w:val="right"/>
      </w:pPr>
      <w:r>
        <w:t>پر شیر کو غصہ آتا ہے تو بہت غصہ۔ تو وہ روڈ پر کھڑا ہوا تھا، اس وقت غصے میں اس نے پاؤں مارا روڈ پر۔ ایسے ہی یہ یہ پنجہ جو ہوتا ہے نا، جنگل روڈ پر مارا، روڈ پر گڑھا ہو گیا، یعنی پختہ سڑک پر گڑھا ہو گیا۔ یہ بھی ایک سین میں نے دیکھا، اس میں اتنا طاقتور یہ ہے شیر، یعنی یہ شیر کلچر ہے۔ یہ صبر</w:t>
      </w:r>
    </w:p>
    <w:p>
      <w:r>
        <w:rPr>
          <w:b/>
        </w:rPr>
        <w:t xml:space="preserve">[48:15] </w:t>
      </w:r>
      <w:r>
        <w:t>، sabr sher culture hai. aur bare kotna, yeh to bazdilon ka kaam hai, bazdilon ka kaam hai. to islam mein dekhiye, sab se bari ahmiyat di gayi hai intellectual development ko, jis ko kaha jata hai tazkiya. aap quran majeed mein padhenge to bar bar aap ko tazkiya ka lafz milega. tazkiya bohat bari cheez batayi gayi hai. tazkiya</w:t>
      </w:r>
    </w:p>
    <w:p>
      <w:pPr>
        <w:jc w:val="right"/>
      </w:pPr>
      <w:r>
        <w:t>، صبر شیر کلچر ہے۔ اور بڑے کوٹنا، یہ تو بزدلوں کا کام ہے، بزدلوں کا کام ہے۔ تو اسلام میں دیکھیے، سب سے بڑی اہمیت دی گئی ہے انٹلیکچول ڈیولپمنٹ کو، جس کو کہا جاتا ہے تزکیہ۔ آپ قرآن مجید میں پڑھیں گے تو بار بار آپ کو تزکیہ کا لفظ ملے گا۔ تزکیہ بہت بڑی چیز بتائی گئی ہے۔ تزکیہ</w:t>
      </w:r>
    </w:p>
    <w:p>
      <w:r>
        <w:rPr>
          <w:b/>
        </w:rPr>
        <w:t xml:space="preserve">[48:46] </w:t>
      </w:r>
      <w:r>
        <w:t>to tazkiya kya hai? woh intellectual development hai. intellectual development kya hai? to attain high level of thinking. yeh hai intellectual development. to attain high level of thinking, buland fikri, oopar uth kar sochna, har cheez ko nazardaar kar ke sochna. yani har cheez ko aap jab sabr ke khane mein dalenge, tab aap soch paayenge.</w:t>
      </w:r>
    </w:p>
    <w:p>
      <w:pPr>
        <w:jc w:val="right"/>
      </w:pPr>
      <w:r>
        <w:t>تو تزکیہ کیا ہے؟ وہ انٹلیکچول ڈیولپمنٹ ہے۔ انٹلیکچول ڈیولپمنٹ کیا ہے؟ ٹو اٹین ہائی لیول اف تھنکنگ۔ یہی ہے انٹلیکچول ڈیولپمنٹ۔ ٹو اٹین ہائی لیول اف تھنکنگ، بلند فکری، اوپر اٹھ کر سوچنا، ہر چیز کو نظردار کر کے سوچنا۔ یعنی ہر چیز کو آپ جب صبر کے خانے میں ڈالیں گے، تب آپ سوچ پائیں گے۔</w:t>
      </w:r>
    </w:p>
    <w:p>
      <w:r>
        <w:rPr>
          <w:b/>
        </w:rPr>
        <w:t xml:space="preserve">[49:18] </w:t>
      </w:r>
      <w:r>
        <w:t>agar sabr khaye na dalenge to phanse rahenge. aaj kal ke naujawanon ka haal jante hain kya hai? kisi naujawan ko apne doston se shikayat nahin hoti, aur rishtedaron se shikayat hoti hai, ghar walon se shikayat hoti hai. kyun? dost to khali hua karte hain. dost aap par na to criticize karta, na aap ko koi takleef pahunchata.</w:t>
      </w:r>
    </w:p>
    <w:p>
      <w:pPr>
        <w:jc w:val="right"/>
      </w:pPr>
      <w:r>
        <w:t>اگر صبر کھائے نہ ڈالیں گے تو پھنسے رہیں گے۔ آج کل کے نوجوانوں کا حال جانتے ہیں کیا ہے؟ کسی نوجوان کو اپنے دوستوں سے شکایت نہیں ہوتی، اور رشتہ داروں سے شکایت ہوتی ہے، گھر والوں سے شکایت ہوتی ہے۔ کیوں؟ دوست تو خالی ہوا کرتے ہیں۔ دوست آپ پر نہ تو کریٹیسائز کرتا، نہ آپ کو کوئی تکلیف پہنچاتا۔</w:t>
      </w:r>
    </w:p>
    <w:p>
      <w:r>
        <w:rPr>
          <w:b/>
        </w:rPr>
        <w:t xml:space="preserve">[49:48] </w:t>
      </w:r>
      <w:r>
        <w:t>dost se aap ko koi aisa experience nahin hota jis par sabr karna pade aap ko. to khoob khush hain aap doston se. aise dost to matlab hota hai ke qabil-e-laanat hain. aise dost qabil-e-laanat hain. friendship ko main laanat samajhta hoon. laanat! kyun? friendship ka matlab kya hai? sochne ka lower level par le jana, lower level of thinking par le jana. jab baith kar</w:t>
      </w:r>
    </w:p>
    <w:p>
      <w:pPr>
        <w:jc w:val="right"/>
      </w:pPr>
      <w:r>
        <w:t>دوست سے آپ کو کوئی ایسا ایکسپیرینس نہیں ہوتا جس پر صبر کرنا پڑے آپ کو۔ تو خوب خوش ہیں آپ دوستوں سے۔ ایسے دوست تو مطلب ہوتا ہے کہ قابل لعنت ہیں۔ ایسے دوست قابل لعنت ہیں۔ فرینڈ شپ کو میں لعنت سمجھتا ہوں۔ لعنت! کیوں؟ فرینڈ شپ کا مطلب کیا ہے؟ سوچنے کا لوورر لیول پر لے جانا، لوورر لیول اف تھنکنگ پر لے جانا۔ جب بیٹھ کر</w:t>
      </w:r>
    </w:p>
    <w:p>
      <w:r>
        <w:rPr>
          <w:b/>
        </w:rPr>
        <w:t xml:space="preserve">[50:18] </w:t>
      </w:r>
      <w:r>
        <w:t>hua karen ge aap to wear is high high level of thinking? jab aap doston ko baith kar hua karen ge to wear is that higher level of thinking? newton ka koi dost nahi tha, ek bhi dost nahi tha newton ka. to kitni bari bari kaam kaam kiya us ne. to behal</w:t>
      </w:r>
    </w:p>
    <w:p>
      <w:pPr>
        <w:jc w:val="right"/>
      </w:pPr>
      <w:r>
        <w:t>ہوا کریں گے آپ تو ویئر از ہائی ہائی لیول اف تھنکنگ؟ جب آپ دوستوں کو بیٹھ کر ہوا کریں گے تو ویئر از دیٹ ہائیر لیول اف تھنکنگ؟ نیوٹن کا کوئی دوست نہیں تھا، ایک بھی دوست نہیں تھا نیوٹن کا۔ تو کتنی بڑی بڑی کام کام کیا اس نے۔ تو بہرحال</w:t>
      </w:r>
    </w:p>
    <w:p>
      <w:r>
        <w:rPr>
          <w:b/>
        </w:rPr>
        <w:t xml:space="preserve">[50:48] </w:t>
      </w:r>
      <w:r>
        <w:t>mein kahoon ga ke aadmi ko chahiye ke wo sochi samjhi zindagi guzare. aur hamare jo daai hain, jin ka koi mission hai, un ko to aur bhi zyada sochi samjhi zindagi guzarna hai. hum weeker weekend afford to lose a single second. hum afford nahi kar sakte kyunke ek second ka aakhri mein hamein karoron saal bhugtna pare ga</w:t>
      </w:r>
    </w:p>
    <w:p>
      <w:pPr>
        <w:jc w:val="right"/>
      </w:pPr>
      <w:r>
        <w:t>میں کہوں گا کہ آدمی کو چاہیے کہ وہ سوچی سمجھی زندگی گزارے۔ اور ہمارے جو داعی ہیں، جن کا کوئی مشن ہے، ان کو تو اور بھی زیادہ سوچی سمجھی زندگی گزارنا ہے۔ ہم ویکر ویکنٹ افورڈ ٹو لوز ا سنگل سیکنڈ۔ ہم افورڈ نہیں کر سکتے کیونکہ ایک سیکنڈ کا آخرت میں ہمیں کروڑوں سال بھگتنا پڑے گ</w:t>
      </w:r>
    </w:p>
    <w:p>
      <w:r>
        <w:rPr>
          <w:b/>
        </w:rPr>
        <w:t xml:space="preserve">[51:19] </w:t>
      </w:r>
      <w:r>
        <w:t>a. to hum hum is ko afford nahi kar sakte ke apne second ko hum lose karen. hum aisa nahi kar sakte. to yeh bohat hi zyada sochne ki baat hai. ek bar maine ek article parha tha j</w:t>
      </w:r>
    </w:p>
    <w:p>
      <w:pPr>
        <w:jc w:val="right"/>
      </w:pPr>
      <w:r>
        <w:t>ا۔ تو ہم ہم اس کو افورڈ نہیں کر سکتے کہ اپنے سیکنڈ کو ہم لوز کریں۔ ہم ایسا نہیں کر سکتے۔ تو یہ بہت ہی زیادہ سوچنے کی بات ہے۔ ایک بار میں نے ایک آرٹیکل پڑھا تھا ج</w:t>
      </w:r>
    </w:p>
    <w:p>
      <w:r>
        <w:rPr>
          <w:b/>
        </w:rPr>
        <w:t xml:space="preserve">[51:49] </w:t>
      </w:r>
      <w:r>
        <w:t>apan ke bare mein. japan ke bare mein wo article bataya gaya tha ke japan ki language jo hai, us mein confrontation ke liye sirf ek hi lafz hai, yani confrontation, bas koi aur lafz nahi. aur adjustment ke liye more than dozen alfaaz hain. yani adjustment ka jo concept hai, us ke liye japanese mein ek se ek ek darjan zyada alfaaz hain.</w:t>
      </w:r>
    </w:p>
    <w:p>
      <w:pPr>
        <w:jc w:val="right"/>
      </w:pPr>
      <w:r>
        <w:t>اپان کے بارے میں۔ جاپان کے بارے میں وہ آرٹیکل بتایا گیا تھا کہ جاپان کی لینگویج جو ہے، اس میں کنفرنٹیشن کے لیے صرف ایک ہی لفظ ہے، یعنی کنفرنٹیشن، بس کوئی اور لفظ نہیں۔ اور ایڈجسٹمنٹ کے لیے مور دین ڈزن الفاظ ہیں۔ یعنی ایڈجسٹمنٹ کا جو کانسیپٹ ہے، اس کے لیے جیپنیز میں ایک سے ایک ایک درجن زیادہ الفاظ ہیں۔</w:t>
      </w:r>
    </w:p>
    <w:p>
      <w:r>
        <w:rPr>
          <w:b/>
        </w:rPr>
        <w:t xml:space="preserve">[52:20] </w:t>
      </w:r>
      <w:r>
        <w:t>aur takrao ke liye ek hi ek hi sirf ek hi lafz hai. ab aap ghor kijiye, compare kijiye, compare kijiye. yani japan ka aur in logon ka jo ladai lad rahe hain, kaun taraqqi kis ne taraqqi ki hai? kashmiriyon ne taraqqi ki hai, filastiniyon ne taraqqi ki hai, afghaniyon ne taraqqi ki hai, iraqiyon ne taraqqi ki hai. koi taraqqi nahi kyunke lad rahe hain, lad rahe hain, lad</w:t>
      </w:r>
    </w:p>
    <w:p>
      <w:pPr>
        <w:jc w:val="right"/>
      </w:pPr>
      <w:r>
        <w:t>اور ٹکراؤ کے لیے ایک ہی ایک ہی صرف ایک ہی لفظ ہے۔ اب آپ غور کیجئے، کمپیئر کیجئے، کمپیئر کیجئے۔ یعنی جاپان کا اور ان لوگوں کا جو لڑائی لڑ رہے ہیں، کون ترقی کس نے ترقی کی ہے؟ کشمیریوں نے ترقی کی ہے، فلسطینیوں نے ترقی کی ہے، افغانیوں نے ترقی کی ہے، عراقیوں نے ترقی کی ہے۔ کوئی ترقی نہیں کیونکہ لڑ رہے ہیں، لڑ رہے ہیں، لڑ</w:t>
      </w:r>
    </w:p>
    <w:p>
      <w:r>
        <w:rPr>
          <w:b/>
        </w:rPr>
        <w:t xml:space="preserve">[52:50] </w:t>
      </w:r>
      <w:r>
        <w:t>rahe hain. adjustment ka un ki lughat mein koi lafzi nahi hai. to japan ki zuban mein confrontation ka lafz nahi, aur in logon ki zuban language mein adjustment ka lafz nahi hai. wo mazak urate hain sabr ka, sab ka mazak urana. aise hi suraj ka mazak urana. jo sabr ka mazak uraye, wo</w:t>
      </w:r>
    </w:p>
    <w:p>
      <w:pPr>
        <w:jc w:val="right"/>
      </w:pPr>
      <w:r>
        <w:t>رہے ہیں۔ ایڈجسٹمنٹ کا ان کی لغت میں کوئی لفظی نہیں ہے۔ تو جاپان کی زبان میں کنفرنٹیشن کا لفظ نہیں، اور ان لوگوں کی زبان لینگویج میں ایڈجسٹمنٹ کا لفظ نہیں ہے۔ وہ مذاق اڑاتے ہیں صبر کا، سب کا مذاق اڑانا۔ ایسے ہی سورج کا مذاق اڑانا۔ جو صبر کا مذاق اڑائے، وہ</w:t>
      </w:r>
    </w:p>
    <w:p>
      <w:r>
        <w:rPr>
          <w:b/>
        </w:rPr>
        <w:t xml:space="preserve">[53:20] </w:t>
      </w:r>
      <w:r>
        <w:t>intehai bewakoof aadmi hai. wo jante hi nahi ke sabr ki value kya cheez hai. sabr hi se sari taraqqiyan juri hui hain. social life mein dekhiye, social life mein chahe married life ho, family life ho, international life ho, hamesha differences hon ge. it is impossible ke differences na hon. to aap kya karen ge?</w:t>
      </w:r>
    </w:p>
    <w:p>
      <w:pPr>
        <w:jc w:val="right"/>
      </w:pPr>
      <w:r>
        <w:t>انتہائی بے وقوف آدمی ہے۔ وہ جانتے ہی نہیں کہ صبر کی ویلیو کیا چیز ہے۔ صبر ہی سے ساری ترقیاں جڑی ہوئی ہیں۔ سوشل لائف میں دیکھیے، سوشل لائف میں چاہے میریڈ لائف ہو، فیملی لائف ہو، انٹرنیشنل لائف ہو، ہمیشہ ڈیفرنسز ہوں گے۔ اٹ از امپاسیبل کہ ڈیفرنسز نہ ہوں۔ تو آپ کیا کریں گے؟</w:t>
      </w:r>
    </w:p>
    <w:p>
      <w:r>
        <w:rPr>
          <w:b/>
        </w:rPr>
        <w:t xml:space="preserve">[53:51] </w:t>
      </w:r>
      <w:r>
        <w:t>kya differences se ladenge? aap to ladte, bas ladte rahi, ladte rahi, ladte rahi. nahi, differences ko hum avoid karen ge, differences ko hum manage karen ge taake hum time nikaal saken zyada bare bare kamon ka, positive soch ka, better planning ka, opportunities ko avail karne ka.</w:t>
      </w:r>
    </w:p>
    <w:p>
      <w:pPr>
        <w:jc w:val="right"/>
      </w:pPr>
      <w:r>
        <w:t>کیا ڈیفرنسز سے لڑیں گے؟ آپ تو لڑتے، بس لڑتے رہی، لڑتے رہی، لڑتے رہی۔ نہیں، ڈیفرنسز کو ہم اوائڈ کریں گے، ڈیفرنسز کو ہم مینج کریں گے تاکہ ہم ٹائم نکال سکیں زیادہ بڑے بڑے کاموں کا، پازیٹیو سوچ کا، بیٹر پلاننگ کا، اپرچونیٹیز کو اویل کرنے کا۔</w:t>
      </w:r>
    </w:p>
    <w:p>
      <w:r>
        <w:rPr>
          <w:b/>
        </w:rPr>
        <w:t xml:space="preserve">[54:21] </w:t>
      </w:r>
      <w:r>
        <w:t>hum time nikaal saken. to sabr jis ko log samajhte hain, buzdi sab se bari bahaduri hai. mein to kahoon ga ke sabr to summum bonum, sabr to greatest good. aaj kal ke log itne zyada unwise hain ke wo azadi ko summum bonum samajhte hain.</w:t>
      </w:r>
    </w:p>
    <w:p>
      <w:pPr>
        <w:jc w:val="right"/>
      </w:pPr>
      <w:r>
        <w:t>ہم ٹائم نکال سکیں۔ تو صبر جس کو لوگ سمجھتے ہیں، بزدلی سب سے بڑی بہادری ہے۔ میں تو کہوں گا کہ صبر تو سمم بونم، صبر تو گریٹسٹ گڈ۔ آج کل کے لوگ اتنے زیادہ ان وائز ہیں کہ وہ آزادی کو سوم بونم سمجھتے ہیں۔</w:t>
      </w:r>
    </w:p>
    <w:p>
      <w:r>
        <w:rPr>
          <w:b/>
        </w:rPr>
        <w:t xml:space="preserve">[54:51] </w:t>
      </w:r>
      <w:r>
        <w:t>dunya bhar mein aap ghoomiye to log kahen ge summum bonum kya hai? azadi, freedom. bonum ka matlab hota hai greatest good. yeh sirf stupid statement hai, stupid statement. azadi kaise symbol ho sakti hai? ke jaise hi aap ne apne azad exercise kiya, kisi se takrao ho gaya road par. ab agar aap apni azadi ko chalaen to car se takraiye,</w:t>
      </w:r>
    </w:p>
    <w:p>
      <w:pPr>
        <w:jc w:val="right"/>
      </w:pPr>
      <w:r>
        <w:t>دنیا بھر میں آپ گھومیے تو لوگ کہیں گے سمم بونم کیا ہے؟ آزادی، فریڈم۔ بونم کا مطلب ہوتا ہے گریٹسٹ گڈ۔ یہ صرف اسٹیپیڈ اسٹیٹمنٹ ہے، اسٹیپیڈ اسٹیٹمنٹ۔ آزادی کیسے سمبل ہو سکتی ہے؟ کہ جیسے ہی آپ نے اپنے آزاد ایکسرسائز کیا، کسی سے ٹکراؤ ہو گیا روڈ پر۔ اب اگر آپ اپنی آزادی کو چلائیں تو کار سے ٹکرائیے،</w:t>
      </w:r>
    </w:p>
    <w:p>
      <w:r>
        <w:rPr>
          <w:b/>
        </w:rPr>
        <w:t xml:space="preserve">[55:23] </w:t>
      </w:r>
      <w:r>
        <w:t>apni family mein azadi ko chalaen to apni family member se takraiye, society mein azadi ko chalaen to doosre society ke doosre members se takraiye. to kuch kaam kar sakte hain aap. azadi summum bonum hai hi nahi. azadi means open opportunities. azadi ka matlab hai open opportunities. jahan azadi nahi hogi to wohan</w:t>
      </w:r>
    </w:p>
    <w:p>
      <w:pPr>
        <w:jc w:val="right"/>
      </w:pPr>
      <w:r>
        <w:t>اپنی فیملی میں آزادی کو چلائیے تو اپنی فیملی ممبر سے ٹکرائیے، سوسائٹی میں آزادی کو چلائیے تو دوسرے سوسائٹی کے دوسرے ممبرز سے ٹکرائیے۔ تو کچھ کام کر سکتے ہیں آپ۔ آزادی سم بونم ہے ہی نہیں۔ آزادی مینز اوپن اپرچونیٹیز۔ آزادی کا مطلب ہے اوپن اپرچونیٹیز۔ جہاں آزادی نہیں ہوگی تو وہ</w:t>
      </w:r>
    </w:p>
    <w:p>
      <w:r>
        <w:rPr>
          <w:b/>
        </w:rPr>
        <w:t xml:space="preserve">[55:53] </w:t>
      </w:r>
      <w:r>
        <w:t>han par aap opportunities ko avail karne ka aap ko mawaqe nahi hon ge. bas yeh hai, yeh nahi ke azadi khwamkhwah haath paon maar rahi hoon. to anarchy hai, wo to anarchy hai. aaj kal azadi ka matlab kya hai? log doston baith kar hua karna. mein to khuda ke se jab mein naujawani ke umar mein tha, azam garh mein</w:t>
      </w:r>
    </w:p>
    <w:p>
      <w:pPr>
        <w:jc w:val="right"/>
      </w:pPr>
      <w:r>
        <w:t>اں پر آپ اپرچونیٹیز کو اویل کرنے کا آپ کو مواقع نہیں ہوں گے۔ بس یہ ہے، یہ نہیں کہ آزادی خوامخواہ ہاتھ پاؤں مار رہی ہوں۔ تو انارکی ہے، وہ تو انارکی ہے۔ آج کل آزادی کا مطلب کیا ہے؟ لوگ دوستوں بیٹھ کر ہوا کرنا۔ میں تو خدا کے سے جب میں نوجوانی کے عمر میں تھا، اعظم گڑھ میں</w:t>
      </w:r>
    </w:p>
    <w:p>
      <w:r>
        <w:rPr>
          <w:b/>
        </w:rPr>
        <w:t xml:space="preserve">[56:23] </w:t>
      </w:r>
      <w:r>
        <w:t>to ek maine article parha tha. ek urdu writer hua karte the, un ka naam tha sajjad haider yaldram. sajjad haider yaldram, yeh urdu ke writer the is zamane mein, yani azadi se pehle ki baat hai. to un ka ek article chapa tha, mujhe mere doston se bachao. muj</w:t>
      </w:r>
    </w:p>
    <w:p>
      <w:pPr>
        <w:jc w:val="right"/>
      </w:pPr>
      <w:r>
        <w:t>تو ایک میں نے آرٹیکل پڑھا تھا۔ ایک اردو رائٹر ہوا کرتے تھے، ان کا نام تھا سجاد حیدریلدرم۔ سجاد حیدریلدرم، یہ اردو کے رائٹر تھے اس زمانے میں، یعنی آزادی سے پہلے کی بات ہے۔ تو ان کا ایک آرٹیکل چھپا تھا، مجھے میرے دوستوں سے بچاؤ۔ مج</w:t>
      </w:r>
    </w:p>
    <w:p>
      <w:r>
        <w:rPr>
          <w:b/>
        </w:rPr>
        <w:t xml:space="preserve">[56:53] </w:t>
      </w:r>
      <w:r>
        <w:t>he mere doston se bachao. to us mein dikhaya tha ke dost kya hai? dost hamara time karta hai. aur kya karta hai? dost, dost aaye ga, hua kare ga to time waste karwaye ga aur chala jaye ga. to dost to to killer hai, killer tumhare liye. to maine is ko aisa pakra, aaj tak mera koi dost nahi. ek single aadmi mera dost nahi.</w:t>
      </w:r>
    </w:p>
    <w:p>
      <w:pPr>
        <w:jc w:val="right"/>
      </w:pPr>
      <w:r>
        <w:t>ھے میرے دوستوں سے بچاؤ۔ تو اس میں دکھایا تھا کہ دوست کیا ہے؟ دوست ہمارا ٹائم کل کرتا ہے۔ اور کیا کرتا ہے؟ دوست، دوست آئے گا، ہوا کرے گا تو ٹائم ویسٹ کروائے گا اور چلا جائے گا۔ تو دوست تو تو کلر ہے، کلر تمہارے لیے۔ تو میں نے اس کو ایسا پکڑا، آج تک میرا کوئی دوست نہیں۔ ایک سنگل آدمی میرا دوست نہیں۔</w:t>
      </w:r>
    </w:p>
    <w:p>
      <w:r>
        <w:rPr>
          <w:b/>
        </w:rPr>
        <w:t xml:space="preserve">[57:26] </w:t>
      </w:r>
      <w:r>
        <w:t>mera dost na koi madarse mein koi tha, na meri family mein koi tha, na mere jahan jahan mein raha, jin jin shaharoon mein wahan mere koi dost tha. kabhi koi dost nahi. mission ke saathi to mere bohat se hain. mission mera ek mission hai, jo log saath de rahe hain, wo mere saathi hain. wo to bohat acha hai. baqi mera koi friend nahi, koi dost nahi, koi koi bhi nahi. kyun? dost kya hai? wo</w:t>
      </w:r>
    </w:p>
    <w:p>
      <w:pPr>
        <w:jc w:val="right"/>
      </w:pPr>
      <w:r>
        <w:t>میرا دوست نہ کوئی مدرسے میں کوئی تھا، نہ میری فیملی میں کوئی تھا، نہ میرے جہاں جہاں میں رہا، جن جن شہروں میں وہاں میرے کوئی دوست تھا۔ کبھی کوئی دوست نہیں۔ مشن کے ساتھی تو میرے بہت سے ہیں۔ مشن میرا ایک مشن ہے، جو لوگ ساتھ دے رہے ہیں، وہ میرے ساتھی ہیں۔ وہ تو بہت اچھا ہے۔ باقی میرا کوئی فرینڈ نہیں، کوئی دوست نہیں، کوئی کوئی بھی نہیں۔ کیوں؟ دوست کیا ہے؟ وہ</w:t>
      </w:r>
    </w:p>
    <w:p>
      <w:r>
        <w:rPr>
          <w:b/>
        </w:rPr>
        <w:t xml:space="preserve">[57:56] </w:t>
      </w:r>
      <w:r>
        <w:t>to killer hai, tumhare time ko waste karwata hai, tumhari energy ko waste karwata hai, tumhare andar surface thinking paida karta hai. dost tumhare andar surface thinking paida karta hai, deep thinking ko tum se cheen leta hai. dost jo hai, deep thinking ko tum se cheen leta hai. aise doston par laanat hai.</w:t>
      </w:r>
    </w:p>
    <w:p>
      <w:pPr>
        <w:jc w:val="right"/>
      </w:pPr>
      <w:r>
        <w:t>تو کلر ہے، تمہارے ٹائم کو ویسٹ کرواتا ہے، تمہاری انرجی کو ویسٹ کرواتا ہے، تمہارے اندر سپرفیس تھنکنگ پیدا کرتا ہے۔ دوست تمہارے اندر سپرفیس تھنکنگ پیدا کرتا ہے، ڈیپ تھنکنگ کو تم سے چھین لیتا ہے۔ دوست جو ہے، ڈیپ تھنکنگ کو تم سے چھین لیتا ہے۔ ایسے دوستوں پر لعنت ہے۔</w:t>
      </w:r>
    </w:p>
    <w:p>
      <w:r>
        <w:rPr>
          <w:b/>
        </w:rPr>
        <w:t xml:space="preserve">[58:27] </w:t>
      </w:r>
      <w:r>
        <w:t>to dekhiye, yeh sari tareekh ka bhi tajurba hai aur quran aur hadith mein bhi yahi baat batai gayi hai. mera zaati bhi yahi zindagi bhar mein isi ko ek meri life kya thi. life mere liye experiment thi, poori zindagi mere liye experiment thi. to maine bhi apni personal tajurbe mein bhi yahi baat pai</w:t>
      </w:r>
    </w:p>
    <w:p>
      <w:pPr>
        <w:jc w:val="right"/>
      </w:pPr>
      <w:r>
        <w:t>تو دیکھیے، یہ ساری تاریخ کا بھی تجربہ ہے اور قرآن اور حدیث میں بھی یہی بات بتائی گئی ہے۔ میرا ذاتی بھی یہی زندگی بھر میں اسی کو ایک میری لائف کیا تھی۔ لائف میرے لیے ایکسپیریمنٹ تھی، پوری زندگی میرے لیے ایکسپیریمنٹ تھی۔ تو میں نے بھی اپنی پرسنل تجربے میں بھی یہی بات پائی</w:t>
      </w:r>
    </w:p>
    <w:p>
      <w:r>
        <w:rPr>
          <w:b/>
        </w:rPr>
        <w:t xml:space="preserve">[58:58] </w:t>
      </w:r>
      <w:r>
        <w:t>ke agar taraqqi karna chahte ho to sabr karne wale bano. agar tum taraqqi karna chahte ho to sabr karne wale bano. nahi to bas lado bhado, tabah karo. yani family life bhi tabah ho gayi aap ki, social life bhi tabah ho gayi aap ki, national life bhi tabah ho gayi aap</w:t>
      </w:r>
    </w:p>
    <w:p>
      <w:pPr>
        <w:jc w:val="right"/>
      </w:pPr>
      <w:r>
        <w:t>کہ اگر ترقی کرنا چاہتے ہو تو صبر کرنے والے بنو۔ اگر تم ترقی کرنا چاہتے ہو تو صبر کرنے والے بنو۔ نہیں تو بس لڑو بھڑو، تباہ کرو۔ یعنی فیملی لائف بھی تباہ ہو گئی آپ کی، سوشل لائف بھی تباہ ہو گئی آپ کی، نیشنل لائف بھی تباہ ہو گئی آپ</w:t>
      </w:r>
    </w:p>
    <w:p>
      <w:r>
        <w:rPr>
          <w:b/>
        </w:rPr>
        <w:t xml:space="preserve">[59:28] </w:t>
      </w:r>
      <w:r>
        <w:t>ki. koi bhi afford nahi kar sakta ke sabr ko chhod kar ke koi aur tareeqa ikhtiyar kare. bare se bari taqat bhi agar sabr ko chhodegi to tabahi hai. korea ek hissa tha, north south korea, north korea ka part tha, us ko bant diya</w:t>
      </w:r>
    </w:p>
    <w:p>
      <w:pPr>
        <w:jc w:val="right"/>
      </w:pPr>
      <w:r>
        <w:t>کی۔ کوئی بھی افورڈ نہیں کر سکتا کہ صبر کو چھوڑ کر کے کوئی اور طریقہ اختیار کرے۔ بڑے سے بڑی طاقت بھی اگر صبر کو چھوڑے گی تو تباہی ہے۔ کوریا ایک حصہ تھا، نارتھ ساؤتھ کوریا، نارتھ کوریا کا پارٹ تھا، اس کو بانٹ دیا</w:t>
      </w:r>
    </w:p>
    <w:p>
      <w:r>
        <w:rPr>
          <w:b/>
        </w:rPr>
        <w:t xml:space="preserve">[59:58] </w:t>
      </w:r>
      <w:r>
        <w:t>gaya. unhon ne sabr kar liya is batware par. aaj south korea kitna taraqqi kar raha hai? singapore ek part tha malaysia ka, alag kar diya gaya is partition par razi ho gaya wo. aaj singapore kitna taraqqi kar raha hai? yahi kaam nahi kiya kashmir walon ne, yahi kaam nahi kiya falasteen walon ne, yahi kaam beshumar log nahi kar rahe to kya? tabahi hai, tabahi hai, tabahi hai.</w:t>
      </w:r>
    </w:p>
    <w:p>
      <w:pPr>
        <w:jc w:val="right"/>
      </w:pPr>
      <w:r>
        <w:t>گیا۔ انہوں نے صبر کر لیا اس بٹوارے پر۔ آج ساؤتھ کوریا کتنا ترقی کر رہا ہے؟ سنگاپور ایک پارٹ تھا ملیشیا کا، الگ کر دیا گیا اس پارٹیشن پر راضی ہو گیا وہ۔ آج سنگاپور کتنا ترقی کر رہا ہے؟ یہی کام نہیں کیا کشمیر والوں نے، یہی کام نہیں کیا فلسطین والوں نے، یہی کام بے شمار لوگ نہیں کر رہے تو کیا؟ تباہ ہے، تباہ ہے، تباہ ہے۔</w:t>
      </w:r>
    </w:p>
    <w:p>
      <w:r>
        <w:rPr>
          <w:b/>
        </w:rPr>
        <w:t xml:space="preserve">[1:00:29] </w:t>
      </w:r>
      <w:r>
        <w:t>to sabr is the only formula of development, no alternative at all. jis ko sabr nahi karna hai to apne ko district karen. jise khana nahi khana hai to maro. koi kahe ke mein to khana nahi khaoon ga to phir maro. theek hai, maro. koi kahe mein oxygen mein saans nahi loon ga to theek hai, maro. to</w:t>
      </w:r>
    </w:p>
    <w:p>
      <w:pPr>
        <w:jc w:val="right"/>
      </w:pPr>
      <w:r>
        <w:t>تو صبر از دا اونلی فارمولا اف ڈیولپمنٹ، نو الٹرنیٹیو ایٹ آل۔ جس کو صبر نہیں کرنا ہے تو اپنے کو ڈسٹرکٹ کریں۔ جسے کھانا نہیں کھانا ہے تو مرو۔ کوئی کہے کہ میں تو کھانا نہیں کھاؤں گا تو پھر مرو۔ ٹھیک ہے، مرو۔ کوئی کہے میں اکسیجن میں سانس نہیں لوں گا تو ٹھیک ہے، مرو۔ تو</w:t>
      </w:r>
    </w:p>
    <w:p>
      <w:r>
        <w:rPr>
          <w:b/>
        </w:rPr>
        <w:t xml:space="preserve">[1:00:59] </w:t>
      </w:r>
      <w:r>
        <w:t>ghar ki zindagi ko le kar bahar ki zindagi tak sabr hi wahid hal hai. Allah taala mujh ko aur aap ko sabirana zindagi ki tofeeq ata farmaye. aqool qawlahaaza wastaghfirullah li walakum ajmaeen. we be starting with a question answer session now</w:t>
      </w:r>
    </w:p>
    <w:p>
      <w:pPr>
        <w:jc w:val="right"/>
      </w:pPr>
      <w:r>
        <w:t>گھر کی زندگی کو لے کر باہر کی زندگی تک صبر ہی واحد حل ہے۔ اللہ تعالی مجھ کو اور آپ کو صابرانہ زندگی کی توفیق عطا فرمائے۔ اقول قولھذا واستغفراللہ لولکم اجمعین۔ وی بی سٹارٹنگ ودا کوسچن انسر سیشن ناؤ</w:t>
      </w:r>
    </w:p>
    <w:p>
      <w:r>
        <w:rPr>
          <w:b/>
        </w:rPr>
        <w:t xml:space="preserve">[1:01:29] </w:t>
      </w:r>
      <w:r>
        <w:t>a. i request our online viewers to please send in their questions at info@cpsglobal.org. i repeat info@cpsglobal.org. this question is from miss sooti malothra from new delhi. how can one do scrutiny? dekho, scrutiny log har aadmi karta hai. aisa nahi ke scrutiny koi unknown cheez hai.</w:t>
      </w:r>
    </w:p>
    <w:p>
      <w:pPr>
        <w:jc w:val="right"/>
      </w:pPr>
      <w:r>
        <w:t>۔ ائی ریکویسٹ اور ان لائن ویورز ٹو پلیز سینڈ ان دیر کوسچنز ایٹ انفو ایٹ سی پی ایس گلوبل ڈاٹ او ار جی۔ ائی ریپیٹ انفو ایٹ سی پی ایس گلوبل ڈاٹ او ار جی۔ دس کوسچن از فرام مس سوتی ملوتھرا فرام نیو دہلی۔ ہاؤ کین ون ڈو سکروٹنی؟ دیکھو، سکروٹنی لوگ ہر آدمی کرتا ہے۔ ایسا نہیں کہ سکروٹنی کوئی ان نون چیز ہے۔</w:t>
      </w:r>
    </w:p>
    <w:p>
      <w:r>
        <w:rPr>
          <w:b/>
        </w:rPr>
        <w:t xml:space="preserve">[1:02:00] </w:t>
      </w:r>
      <w:r>
        <w:t>bas jahan personal interest ho, jahan personal interest ho to khoob scrutiny karte hain. maslan dekhiye, agar aap ka jis se aap ko mohabbat hai, us ke bare mein koi ulti baat bataye na to khoob chhan been karen ge. aap kisi aur ke bare mein bataye to aap bas mahsool ke maan len ge. scrutiny is part of nature. scru</w:t>
      </w:r>
    </w:p>
    <w:p>
      <w:pPr>
        <w:jc w:val="right"/>
      </w:pPr>
      <w:r>
        <w:t>بس جہاں پرسنل انٹرسٹ ہو، جہاں پرسنل انٹرسٹ ہو تو خوب سکروٹنی کرتے ہیں۔ مثلاً دیکھیے، اگر آپ کا جس سے آپ کو محبت ہے، اس کے بارے میں کوئی الٹی بات بتائے نا تو خوب چھان بین کریں گے۔ آپ کسی اور کے بارے میں بتائے تو آپ بس محصول کے مان لیں گے۔ سکروٹنی از پارٹ اف نیچر۔ سکرو</w:t>
      </w:r>
    </w:p>
    <w:p>
      <w:r>
        <w:rPr>
          <w:b/>
        </w:rPr>
        <w:t xml:space="preserve">[1:02:31] </w:t>
      </w:r>
      <w:r>
        <w:t>tiny koi aisi cheez nahi hai jo log na jante hon. khoob scrutiny karte hain log. to karna kya hai? sirf un ko extend karne dena hai. yani aap jis tarah se purely personal cheezon mein aap cheezon ko scrutinize karte hain, aise hi sar mamle mein karne</w:t>
      </w:r>
    </w:p>
    <w:p>
      <w:pPr>
        <w:jc w:val="right"/>
      </w:pPr>
      <w:r>
        <w:t>ٹنی کوئی ایسی چیز نہیں ہے جو لوگ نہ جانتے ہوں۔ خوب سکروٹنی کرتے ہیں لوگ۔ تو کرنا کیا ہے؟ صرف ان کو ایکسٹینڈ کرنے دینا ہے۔ یعنی آپ جس طرح سے پیورلی پرسنل چیزوں میں آپ چیزوں کو سکروٹنائز کرتے ہیں، ایسے ہی سر معاملے میں کرنے</w:t>
      </w:r>
    </w:p>
    <w:p>
      <w:r>
        <w:rPr>
          <w:b/>
        </w:rPr>
        <w:t xml:space="preserve">[1:03:01] </w:t>
      </w:r>
      <w:r>
        <w:t>lagain. yani scrutiny ko aap as a principal maan lain. agar personal nahi, har aadmi, har aadmi, har aadmi apne purely personal affairs pe khoob scrutiny karta hai. wahi to aap scrutiny ko as a principal maan lain aur har maamle mein</w:t>
      </w:r>
    </w:p>
    <w:p>
      <w:pPr>
        <w:jc w:val="right"/>
      </w:pPr>
      <w:r>
        <w:t>لگیں۔ یعنی سکروٹنی کو آپ ایز اے پرنسپل مان لیں۔ اگر پرسنل نہیں، ہر آدمی، ہر آدمی، ہر آدمی اپنے پیورلی پرسنل افیئرز پہ خوب سکروٹنی کرتا ہے۔ وہی تو آپ سکروٹنی کو ایز اے پرنسپل مان لیں اور ہر معاملے میں</w:t>
      </w:r>
    </w:p>
    <w:p>
      <w:r>
        <w:rPr>
          <w:b/>
        </w:rPr>
        <w:t xml:space="preserve">[1:03:31] </w:t>
      </w:r>
      <w:r>
        <w:t>isko apply karen. bas yahi to, yahi to karna hai. to scrutiny ka art har ek ko maloom hai. yeh art of scrutiny sab ko pata hai. lekin abhi woh partial application usko karte hain. woh to aap saare maamlaat mein aap scrutinize kijiye. yahi karna hai. bas. this question is from miss naghma siddiqui</w:t>
      </w:r>
    </w:p>
    <w:p>
      <w:pPr>
        <w:jc w:val="right"/>
      </w:pPr>
      <w:r>
        <w:t>اس کو اپلائی کریں۔ بس یہی تو، یہی تو کرنا ہے۔ تو سکروٹنی کا آرٹ ہر ایک کو معلوم ہے۔ یہ آرٹ اف سکروٹنی سب کو پتہ ہے۔ لیکن ابھی وہ پارشل ایپلیکیشن اس کو کرتے ہیں۔ وہ تو آپ سارے معاملات میں آپ سکروٹنائز کیجئے۔ یہی کرنا ہے۔ بس۔ دس کوسچن از فرام مس نغمہ صدی</w:t>
      </w:r>
    </w:p>
    <w:p>
      <w:r>
        <w:rPr>
          <w:b/>
        </w:rPr>
        <w:t xml:space="preserve">[1:04:01] </w:t>
      </w:r>
      <w:r>
        <w:t>from gurgaon. can you give a formula for remaining patient in times of negative experiences? dekhen, mera formula to bohat simple hai. woh main batata hoon aap ko. ab jaise ek shakhs jo baqayda panj waqtah namaz padhta hai, woh namaz ka aadi hai to kya karega?</w:t>
      </w:r>
    </w:p>
    <w:p>
      <w:pPr>
        <w:jc w:val="right"/>
      </w:pPr>
      <w:r>
        <w:t>قی فرام گڑگاؤں۔ کین یو گیو ا فارمولا فار ریمیننگ پیشنٹ ان ٹائمز اف نیگیٹیو ایکسپیرینسز؟ دیکھیں، میرا فارمولا تو بہت سمپل ہے۔ وہ میں بتاتا ہوں آپ کو۔ اب جیسے ایک شخص جو باقاعدہ پنج وقتہ نماز پڑھتا ہے، وہ نماز کا عادی ہے تو کیا کر</w:t>
      </w:r>
    </w:p>
    <w:p>
      <w:r>
        <w:rPr>
          <w:b/>
        </w:rPr>
        <w:t xml:space="preserve">[1:04:31] </w:t>
      </w:r>
      <w:r>
        <w:t>woh jab azan ki awaz aati hai masjid se, ji foran alert ho jayega. woh azan ki awaz ho gayi, ab masjid chalna hai, namaz padhna hai, sawab lena hai. to namaz ke, yani namaz ke ailan ko, namaz ke announcement ko woh jaanta hai. to us waqt to daudta</w:t>
      </w:r>
    </w:p>
    <w:p>
      <w:pPr>
        <w:jc w:val="right"/>
      </w:pPr>
      <w:r>
        <w:t>ے گا؟ وہ جب اذان کی آواز آتی ہے مسجد سے، جی فوراً الرٹ ہو جائے گا۔ وہ اذان کی آواز ہو گئی، اب مسجد چلنا ہے، نماز پڑھنا ہے، ثواب لینا ہے۔ تو نماز کے، یعنی نماز کے اعلان کو، نماز کے اناؤنسمنٹ کو وہ جانتا ہے۔ تو اس وقت تو دوڑ</w:t>
      </w:r>
    </w:p>
    <w:p>
      <w:r>
        <w:rPr>
          <w:b/>
        </w:rPr>
        <w:t xml:space="preserve">[1:05:01] </w:t>
      </w:r>
      <w:r>
        <w:t>hai masjid ki taraf. isi tarah se woh bhi announcement ek hai. jab aap ke dil ko jhatka laga, jab aap ko koi negative experience hua, jab aap ko kisi ne takleef pahuncha di, to woh bhi ek announcement hai ke dekho, waqt aa gaya bare sawab ka. kyunke Quran mein dekhiye hai ke sabr ke bare mein ke sabr karne wale sab se zyada</w:t>
      </w:r>
    </w:p>
    <w:p>
      <w:pPr>
        <w:jc w:val="right"/>
      </w:pPr>
      <w:r>
        <w:t>تا ہے مسجد کی طرف۔ اسی طرح سے وہ بھی اناؤنسمنٹ ایک ہے۔ جب آپ کے دل کو جھٹکا لگا، جب آپ کو کوئی نیگیٹیو ایکسپیرینس ہوا، جب آپ کو کسی نے تکلیف پہنچا دی، تو وہ بھی ایک اناؤنسمنٹ ہے کہ دیکھو، وقت آ گیا بڑے ثواب کا۔ کیونکہ قرآن میں دیکھیے ہے کہ صبر کے بارے میں کہ صبر کرنے والے سب سے زیادہ</w:t>
      </w:r>
    </w:p>
    <w:p>
      <w:r>
        <w:rPr>
          <w:b/>
        </w:rPr>
        <w:t xml:space="preserve">[1:05:31] </w:t>
      </w:r>
      <w:r>
        <w:t>reward payenge. innamal birr bis sabr, yani sabr se bhi zyada, sabr se bhi zyada sawab payenge sabr karne wale. Quran mein dekhiye aaya hai: "asta'een bis sabri was salah". sabr ko pehle kar diya, sabr ko muqaddam kar diya. "asta'een</w:t>
      </w:r>
    </w:p>
    <w:p>
      <w:pPr>
        <w:jc w:val="right"/>
      </w:pPr>
      <w:r>
        <w:t>ریوارڈ پائیں گے۔ انما بغیر حساب، یعنی نماز سے بھی زیادہ، نماز سے بھی زیادہ ثواب پائیں گے صبر کرنے والے۔ قرآن میں دیکھیے آیا ہے: "استعین بالصبر والصلاۃ"۔ صبر کو پہلے کر دیا، صبر کو مقدم کر دیا۔ "استعین</w:t>
      </w:r>
    </w:p>
    <w:p>
      <w:r>
        <w:rPr>
          <w:b/>
        </w:rPr>
        <w:t xml:space="preserve">[1:06:01] </w:t>
      </w:r>
      <w:r>
        <w:t>bis sabri was salah" yani madad chaho sabr se aur namaz se. ab ghor kijiye, namaz ka zikr baad ko aaya, sabr ka zikr pehle aaya. to jis tarah se azan jo hai, namaz ka ailan hai ke dekho bhai, namaz ka waqt ho gaya, chalo namaz padho. isi tarah se side experience jo hai,</w:t>
      </w:r>
    </w:p>
    <w:p>
      <w:pPr>
        <w:jc w:val="right"/>
      </w:pPr>
      <w:r>
        <w:t>بالصبر والصلاۃ" یعنی مدد چاہو صبر سے اور نماز سے۔ اب غور کیجئے، نماز کا ذکر بعد کو آیا، صبر کا ذکر پہلے آیا۔ تو جس طرح سے اذان جو ہے، نماز کا اعلان ہے کہ دیکھو بھئی، نماز کا وقت ہو گیا، چلو نماز پڑھو۔ اسی طریقے سے سائیڈ ایکسپیرینس جو ہے،</w:t>
      </w:r>
    </w:p>
    <w:p>
      <w:r>
        <w:rPr>
          <w:b/>
        </w:rPr>
        <w:t xml:space="preserve">[1:06:32] </w:t>
      </w:r>
      <w:r>
        <w:t>woh ek ailan hai, ek announcement hai ke dekho bhai, zyada bada reward lene ka time aa gaya. to us ke saare jo requirements hain, us ko poore karo. matlab sabr karo, bardasht karo, chup ho jao, provoke mat ho. ab dil mein, apne dil mein negativity mat aane do, apne ko control karo. yeh sab karo taake is is reward ko le sako.</w:t>
      </w:r>
    </w:p>
    <w:p>
      <w:pPr>
        <w:jc w:val="right"/>
      </w:pPr>
      <w:r>
        <w:t>وہ ایک اعلان ہے، ایک اناؤنسمنٹ ہے کہ دیکھو بھئی، زیادہ بڑا ریوارڈ لینے کا ٹائم آ گیا۔ تو اس کے سارے جو ریکویزٹس ہیں، اس کو پورے کرو۔ مطلب صبر کرو، برداشت کرو، چپ ہو جاؤ، پرووک مت ہو۔ اب دل میں، اپنے دل میں نیگیٹیوٹی مت آنے دو، اپنے کو کنٹرول کرو۔ یہ سب کرو تاکہ اس اس ریوارڈ کو لے سکو۔</w:t>
      </w:r>
    </w:p>
    <w:p>
      <w:r>
        <w:rPr>
          <w:b/>
        </w:rPr>
        <w:t xml:space="preserve">[1:07:04] </w:t>
      </w:r>
      <w:r>
        <w:t>to jaise aap namaz mein kya karte hain, aap apni jagah se uthenge, aap aap wuzu karenge, aap niyat bandhenge waghera waghera. is ke bhi kuch prerequisites hain namaz ke, us ko aap poora karenge. yeh thodi ke khwah makhwah ja ke khade ho gaye. aise hi aap bhi karna hai aap ko ke jab woh announcement ho, woh ailan ho jisme ke sab se bada sawab bataya</w:t>
      </w:r>
    </w:p>
    <w:p>
      <w:pPr>
        <w:jc w:val="right"/>
      </w:pPr>
      <w:r>
        <w:t>تو جیسے آپ نماز میں کیا کرتے ہیں، آپ اپنی جگہ سے اٹھیں گے، آپ آپ وضو کریں گے، آپ نیت باندھیں گے وغیرہ وغیرہ۔ اس کے بھی کچھ پری ریکویزٹس ہیں نماز کے، اس کو آپ پورا کریں گے۔ یہ تھوڑی کہ خواہ مخواہ جا کے کھڑے ہو گئے۔ ایسے ہی آپ بھی کرنا ہے آپ کو کہ جب وہ اناؤنسمنٹ ہو، وہ اعلان ہو جس میں کہ سب سے بڑا ثواب بتایا</w:t>
      </w:r>
    </w:p>
    <w:p>
      <w:r>
        <w:rPr>
          <w:b/>
        </w:rPr>
        <w:t xml:space="preserve">[1:07:34] </w:t>
      </w:r>
      <w:r>
        <w:t>gaya hai, to phir us ko lijiye ke kyunke dekhiye, sabr kab karna padta hai? jab aap ke dil ko jhatka lage. maslan yeh ke aap doston mein gappe maar rahe hain to sabr ki zarurat hi nahi. aap doston mein gappe maar rahe hain to sabr kiya karna? wahan sabr ka koi matlab hi nahi hai. koi sabr ka sabr to wohi ke jo aap ko criticize kare, aap ke khilaf koi bole, koi</w:t>
      </w:r>
    </w:p>
    <w:p>
      <w:pPr>
        <w:jc w:val="right"/>
      </w:pPr>
      <w:r>
        <w:t>گیا ہے، تو پھر اس کو لیجئے کہ کیونکہ دیکھیے، صبر کب کرنا پڑتا ہے؟ جب آپ کے دل کو جھٹکا لگے۔ مثلاً یہ کہ آپ دوستوں میں ہوا کر رہے ہیں تو صبر کی ضرورت ہی نہیں۔ آپ دوستوں میں ہوا کر رہے ہیں تو صبر کیا کرنا؟ وہاں صبر کا کوئی مطلب ہی نہیں ہے۔ کوئی صبر کا صبر تو وہی کہ جو آپ کو کریٹیسائز کرے، آپ کے خلاف کوئی بولے، کوئی</w:t>
      </w:r>
    </w:p>
    <w:p>
      <w:r>
        <w:rPr>
          <w:b/>
        </w:rPr>
        <w:t xml:space="preserve">[1:08:04] </w:t>
      </w:r>
      <w:r>
        <w:t>aap ko shikayat ka mauqa de, tabhi to sabr hai. to woh jo mauqa hota hai jis ko log, jo logon ko acha nahi lagta, woh announcement hota hai. jo side experiences aap ko ache nahi lagte, wahi to announcement hain. kyunke wahi to mauqa hota hai ke is mein agar aap ne apne stand kar gaye, aap to aap ko bada sawab mil jayega.</w:t>
      </w:r>
    </w:p>
    <w:p>
      <w:pPr>
        <w:jc w:val="right"/>
      </w:pPr>
      <w:r>
        <w:t>آپ کو شکایت کا موقع دے، تبھی تو صبر ہے۔ تو وہ جو موقع ہوتا ہے جس کو لوگ، جو لوگوں کو اچھا نہیں لگتا، وہ اناؤنسمنٹ ہوتا ہے۔ جو سائیڈ ایکسپیرینس آپ کو اچھے نہیں لگتے، وہی تو اناؤنسمنٹ ہیں۔ کیونکہ وہی تو موقع ہوتا ہے کہ اس میں اگر آپ نے اپنے اسٹینڈ کر گئے، آپ تو آپ کو بڑا ثواب مل جائے گا۔</w:t>
      </w:r>
    </w:p>
    <w:p>
      <w:r>
        <w:rPr>
          <w:b/>
        </w:rPr>
        <w:t xml:space="preserve">[1:08:35] </w:t>
      </w:r>
      <w:r>
        <w:t>woh to bohat, yani woh take it as an opportunity. bas yahi formula hai. this question is from miss sadia khan from new delhi. is there any specific quality that is essential for the making of good historian? good historian ka koi criteria nahi hai. bohat ajeeb baat hai, kisi bhi historian</w:t>
      </w:r>
    </w:p>
    <w:p>
      <w:pPr>
        <w:jc w:val="right"/>
      </w:pPr>
      <w:r>
        <w:t>وہ تو بہت، یعنی وہ ٹیک اٹ ایز این اپرچونیٹی۔ بس یہی فارمولا ہے۔ دس کوسچن از فرام مس سعدیہ خان فرام نیو دہلی۔ از دیر اینی سپیسیفک کوالٹی دیٹ از ایسینشل فار دا میکنگ اف گڈ ہسٹورین؟ گڈ ہسٹورین کا کوئی کرائٹیریا نہیں ہے۔ بہت عجیب بات ہے، کسی بھی ہ</w:t>
      </w:r>
    </w:p>
    <w:p>
      <w:r>
        <w:rPr>
          <w:b/>
        </w:rPr>
        <w:t xml:space="preserve">[1:09:05] </w:t>
      </w:r>
      <w:r>
        <w:t>ko tareekh mein good historian nahi maana gaya. koi single historian aisa nahi hai poori history mein jiske baad accepted yeh ho ke yeh hai good historian. yeh ek ek aisa weak question hai ke koi good historian to hota hi nahi. good historian kaun hai jis ko doosre log good kahen? main to apne ko</w:t>
      </w:r>
    </w:p>
    <w:p>
      <w:pPr>
        <w:jc w:val="right"/>
      </w:pPr>
      <w:r>
        <w:t>سٹورین کو تاریخ میں گڈ ہسٹورین نہیں مانا گیا۔ کوئی سنگل ہسٹورین ایسا نہیں ہے پوری ہسٹری میں جس کے بعد ایکسیپٹڈ یہ ہو کہ یہ ہے گڈ ہسٹورین۔ یہ ایک ایک ایسا ایک ایک ویک کوسچن ہے کہ کوئی گڈ ہسٹورین تو ہوتا ہی نہیں۔ گڈ ہسٹورین کون ہے جس کو دوسرے لوگ گڈ کہیں؟ میں تو اپنے کو</w:t>
      </w:r>
    </w:p>
    <w:p>
      <w:r>
        <w:rPr>
          <w:b/>
        </w:rPr>
        <w:t xml:space="preserve">[1:09:35] </w:t>
      </w:r>
      <w:r>
        <w:t>kahunga ke main good historian hoon. is se to koi farq pada nahi. khud hi khud mein apne ko appointment kar, appointment le loon ke main good historian hoon. yeh is se to kuch nahi farq pada na. seedha doosre accept karen. to doosron ne aaj tak kisi bhi shakhs ko good historian ke taur par accept hi nahi kiya. wajah kya hai? wajah yeh hai ke there is difference between history and exact sciences. exact sciences</w:t>
      </w:r>
    </w:p>
    <w:p>
      <w:pPr>
        <w:jc w:val="right"/>
      </w:pPr>
      <w:r>
        <w:t>کہوں گا کہ میں گڈ ہسٹورین ہوں۔ اس سے تو کوئی فرق پڑا نہیں۔ خود ہی خود میں اپنے کو اپوائنٹمنٹ کر، اپوائنٹمنٹ لے لوں کہ میں گڈ ہسٹورین ہوں۔ یہ اس سے تو کچھ نہیں فرق پڑا نا۔ سیدھا دوسرے ایکسیپٹ کریں۔ تو دوسروں نے آج تک کسی بھی شخص کو گڈ ہسٹورین کے طور پر ایکسیپٹ ہی نہیں کیا۔ وجہ کیا ہے؟ وجہ یہ ہے کہ دیر از ڈفرنس بٹوین ہسٹری اینڈ ایگزیکٹ سائنسز۔ ایگزیکٹ سائ</w:t>
      </w:r>
    </w:p>
    <w:p>
      <w:r>
        <w:rPr>
          <w:b/>
        </w:rPr>
        <w:t xml:space="preserve">[1:10:05] </w:t>
      </w:r>
      <w:r>
        <w:t>mein kisi cheez ko dekhne ka sirf ek angle hota hai, woh hai mathematical angle. to wahan variation nahi hota. matlab do aur do mil ke chaar hi banenge, paanch nahi banenge. to wahan par jo hai exact sciences mein chuki variation nahi hote, bohat aasani se maan liya jata hai ke falan aadmi bada scientist hai. lekin history mein to bohat variation hai.</w:t>
      </w:r>
    </w:p>
    <w:p>
      <w:pPr>
        <w:jc w:val="right"/>
      </w:pPr>
      <w:r>
        <w:t>نسز میں کسی چیز کو دیکھنے کا صرف ایک اینگل ہوتا ہے، وہ ہے میتھمیٹیکل اینگل۔ تو وہاں وائیریشن نہیں ہوتا۔ مطلب دو اور دو مل کے چار ہی بنیں گے، پانچ نہیں بنیں گے۔ تو وہاں پر جو ہے ایگزیکٹ سائنسز میں چونکہ وائیریشن نہیں ہوتے، بہت اسانی سے مان لیا جاتا ہے کہ فلاں آدمی بڑا سائنٹسٹ ہے۔ لیکن ہسٹری میں تو بہت وائیریشن ہے۔</w:t>
      </w:r>
    </w:p>
    <w:p>
      <w:r>
        <w:rPr>
          <w:b/>
        </w:rPr>
        <w:t xml:space="preserve">[1:10:35] </w:t>
      </w:r>
      <w:r>
        <w:t>kis angle se dekha jaye? cheezon ko bohat variation hai. misaal ke taur par India ki jo azadi mili, woh meri meri zindagi mein mili. itna yani jaldi ka waqea yeh hai ke meri apni zindagi mein prime struggle chali. meri apni zindagi mein India azaad hua. lekin there are several versions of of of freedom. koi ek version nahi. yaad rakhiye,</w:t>
      </w:r>
    </w:p>
    <w:p>
      <w:pPr>
        <w:jc w:val="right"/>
      </w:pPr>
      <w:r>
        <w:t>کس اینگل سے دیکھا جائے؟ چیزوں کو بہت وائیریشن ہے۔ مثال کے طور پر انڈیا کی جو آزادی ملی، وہ میری میری زندگی میں ملی۔ اتنا یعنی جلدی کا واقعہ یہ ہے کہ میری اپنی زندگی میں پریم اسٹرگل چلی۔ میری اپنی زندگی میں انڈیا آزاد ہوا۔ لیکن دیر ار سیورل ورژن اف اف اف فریڈم۔ کوئی ایک ورژن نہیں۔ یاد رکھیے،</w:t>
      </w:r>
    </w:p>
    <w:p>
      <w:r>
        <w:rPr>
          <w:b/>
        </w:rPr>
        <w:t xml:space="preserve">[1:11:08] </w:t>
      </w:r>
      <w:r>
        <w:t>yani freedom kaise mili? kaun se factors the jis ki wajah se Britishs ne India ko chhod ke chale gaye? kaun se factors ne Britishs ko destabilize kiya? kaun se factors hain jis ki wajah se Gandhi emerge kar gaye? yeh bohat saare issues hain jin mein ke different opinions hain. to agar aap apne lehaz se ek criteria banayen, us ko le</w:t>
      </w:r>
    </w:p>
    <w:p>
      <w:pPr>
        <w:jc w:val="right"/>
      </w:pPr>
      <w:r>
        <w:t>یعنی فریڈم کیسے ملی؟ کون سے فیکٹرز تھے جس کی وجہ سے برٹشز نے انڈیا کو چھوڑ کے چلے گئے؟ کون سے فیکٹرز جنہوں نے برٹشز کو ڈی سٹیبلائز کیا؟ کون سے فیکٹرز ہیں جس کی وجہ سے گاندھی ایمرج کر گئے؟ یہ بہت سارے ایشوز ہیں جن میں کہ ڈفرنٹ اوپینینز ہیں۔ تو اگر آپ اپنے لحاظ سے ایک کرائٹیریا بنائیں، اس کو لے</w:t>
      </w:r>
    </w:p>
    <w:p>
      <w:r>
        <w:rPr>
          <w:b/>
        </w:rPr>
        <w:t xml:space="preserve">[1:11:38] </w:t>
      </w:r>
      <w:r>
        <w:t>kar kahen ke falan aadmi good historian hai, doosra aadmi kahe ke nahi, tumhara angle hi galat hai, tumhara angle galat hai. maslan farz kijiye ke aap yeh maanen ke Mahatma Gandhi ki successful leadership ne India ko azaad kiya. farz kijiye to doosra aadmi kya kahega? nahi, bilkul tum kuch nahi jante. tum second world war agar na hi hui hoti, Britishs jo hai ek dum un ke saare army</w:t>
      </w:r>
    </w:p>
    <w:p>
      <w:pPr>
        <w:jc w:val="right"/>
      </w:pPr>
      <w:r>
        <w:t>کر کہیں کہ فلاں آدمی گڈ ہسٹورین ہے، دوسرا آدمی کہے کہ نہیں، تمہارا اینگل ہی غلط ہے، تمہارا اینگل غلط ہے۔ مثلاً فرض کیجئے کہ آپ یہ مانیں کہ مہاتما گاندھی کی سکسیس فل لیڈرشپ نے انڈیا کو آزاد کیا۔ فرض کیجئے تو دوسرا آدمی کیا کہے گا؟ نہیں، بالکل تم کچھ نہیں جانتے۔ تم سیکنڈ ورلڈ وار اگر نہ ہی ہوئی ہوتی، برٹشز جو ہے ایک دم ان کے سارے آرمی</w:t>
      </w:r>
    </w:p>
    <w:p>
      <w:r>
        <w:rPr>
          <w:b/>
        </w:rPr>
        <w:t xml:space="preserve">[1:12:09] </w:t>
      </w:r>
      <w:r>
        <w:t>sari fauj maari na gayi hoti aur India ko control karne ke liye fauj khatam ho chuki na hoti to azadi, azadi bohat der mein aati. woh yeh kahega, teesra aadmi kuch aur baat keh dega. kuch Musalman to yeh khush fehmi mein samjhe baithe hain ke hum ne India ko azaad kiya hai. kyunke agar hum ne, yani 1857 mein hum ne jo jihad</w:t>
      </w:r>
    </w:p>
    <w:p>
      <w:pPr>
        <w:jc w:val="right"/>
      </w:pPr>
      <w:r>
        <w:t>، ساری فوج ماری نہ گئی ہوتی اور انڈیا کو کنٹرول کرنے کے لیے فوج ختم ہو چکی نہ ہوتی تو آزادی، آزادی بہت دیر میں آتی۔ وہ یہ کہے گا، تیسرا آدمی کچھ اور بات کہہ دے گا۔ کچھ مسلمان تو یہ خوش فہمی میں سمجھے بیٹھے ہیں کہ ہم نے انڈیا کو آزاد کیا ہے۔ کیونکہ اگر ہم نے، یعنی 1857 میں ہم نے جو جہ</w:t>
      </w:r>
    </w:p>
    <w:p>
      <w:r>
        <w:rPr>
          <w:b/>
        </w:rPr>
        <w:t xml:space="preserve">[1:12:39] </w:t>
      </w:r>
      <w:r>
        <w:t>kiya tha, us jihad ne maidan tayyar kiya. agar hum ne jihad na kiya hota to koi azadi nahi aa sakti thi. ab woh un ka apna angle ek hai. to basic baat yeh hai ke kisi ek shakhs ko general sense mein aap declare nahi kar sakte ke he is a good historian. different aspects hain. jaise ke aap dekhiye, arnor tynbee ne ek naya</w:t>
      </w:r>
    </w:p>
    <w:p>
      <w:pPr>
        <w:jc w:val="right"/>
      </w:pPr>
      <w:r>
        <w:t>اد کیا تھا، اس جہاد نے میدان تیار کیا۔ اگر ہم نے جہاد نہ کیا ہوتا تو کوئی آزادی نہیں آ سکتی تھی۔ اب وہ ان کا اپنا اینگل ایک ہے۔ تو بیسک بات یہ ہے کہ کسی ایک شخص کو جنرل سینس میں آپ ڈیکلیئر نہیں کر سکتے کہ ہی از اے گڈ ہسٹورین۔ ڈفرنٹ اسپیکٹس ہیں۔ جیسے کہ آپ دیکھیے، انر ٹائم بی نے ایک ن</w:t>
      </w:r>
    </w:p>
    <w:p>
      <w:r>
        <w:rPr>
          <w:b/>
        </w:rPr>
        <w:t xml:space="preserve">[1:13:09] </w:t>
      </w:r>
      <w:r>
        <w:t>naya tareeqa nikala. is se pehle jo tha, dynasty dynasty ko unit bana kar ke history ka mutala kiya jata tha. dynasty jaise India mein rajaon ki dynasty, Mughal ki dynasty, Britishs ki dynasty. to dynasty ko le kar ke woh history likhte the log. arnor tynbee ne civilization ko unit banaya. civilization ko unit bana kar ke history likhi</w:t>
      </w:r>
    </w:p>
    <w:p>
      <w:pPr>
        <w:jc w:val="right"/>
      </w:pPr>
      <w:r>
        <w:t>یا طریقہ نکالا۔ اس سے پہلے جو تھا، ڈانس ڈائنسٹی کو یونٹ بنا کر کے ہسٹری کا مطالعہ کیا جاتا تھا۔ ڈائنسٹی جیسے انڈیا میں راجاؤں کی ڈائنسٹی، مغل کی ڈائنسٹی، برٹشز کی ڈائنسٹی۔ تو ڈائنسٹی کو لے کر کے وہ ہسٹری لکھتے تھے لوگ۔ انر ٹائم بی نے سولائزیشن کو یونٹ بنایا۔ سولائزیشن کو یونٹ بنا کر کے ہسٹری لکھ</w:t>
      </w:r>
    </w:p>
    <w:p>
      <w:r>
        <w:rPr>
          <w:b/>
        </w:rPr>
        <w:t xml:space="preserve">[1:13:39] </w:t>
      </w:r>
      <w:r>
        <w:t>gayi. lekin aap jante hain, yeh to bohat bohat objection hai. aisa thodi ke accepted hai. woh accepted nahi hai. abhi bhi arnor tynbee jo hai, top ka historian nahi maana gaya hai. abhi bhi arnor tynbee ko main to manta hoon, lekin aam taur par arnor tynbee ko top ka historian maana nahi gaya. is ka simple proof yeh hai ke aap britannica kholiye,</w:t>
      </w:r>
    </w:p>
    <w:p>
      <w:pPr>
        <w:jc w:val="right"/>
      </w:pPr>
      <w:r>
        <w:t>ی۔ لیکن آپ جانتے ہیں، یہ تو بہت بہت ابجیکشن ہے۔ ایسا تھوڑی کہ ایکسیپٹڈ ہے۔ وہ ایکسیپٹڈ نہیں ہے۔ ابھی بھی انر ٹائم بی جو ہے، ٹاپ کا ہسٹورین نہیں مانا گیا ہے۔ ابھی بھی انر ٹائم بی کو میں تو مانتا ہوں، لیکن عام طور پر انر ٹائم بی کو ٹاپ کا ہسٹورین مانا نہیں گیا۔ اس کا سمپل پروف یہ ہے کہ آپ برٹانکا کھولیے،</w:t>
      </w:r>
    </w:p>
    <w:p>
      <w:r>
        <w:rPr>
          <w:b/>
        </w:rPr>
        <w:t xml:space="preserve">[1:14:09] </w:t>
      </w:r>
      <w:r>
        <w:t>arnor tynbee par us mein bohat kam ek chota sa article hoga aur doosre ke historian ka poora poora 20-20 safhe ka article hoga. to agarchay bohat bada contribution hai arnor tynbee ka, aur main is ko bohat zyada manta hoon, lekin doosre jo historians hain, doosre jo scholars hain, unhon ne aaj bhi arnor tynbee ko top ka historian nahi maana.</w:t>
      </w:r>
    </w:p>
    <w:p>
      <w:pPr>
        <w:jc w:val="right"/>
      </w:pPr>
      <w:r>
        <w:t>انر ٹائم بی پر اس میں بہت کم ایک چھوٹا سا آرٹیکل ہوگا اور دوسرے کے ہسٹورین کا پورا پورا 20-20 صفحے کا آرٹیکل ہوگا۔ تو اگرچہ بہت بڑا کنٹریبیوشن ہے انر ٹائم بی کا، اور میں اس کو بہت زیادہ مانتا ہوں، لیکن دوسرے جو ہسٹورینز ہیں، دوسرے جو سکالرز ہیں، انہوں نے آج بھی انر ٹائم بی کو ٹاپ کا ہسٹورین نہیں مانا۔</w:t>
      </w:r>
    </w:p>
    <w:p>
      <w:r>
        <w:rPr>
          <w:b/>
        </w:rPr>
        <w:t xml:space="preserve">[1:14:40] </w:t>
      </w:r>
      <w:r>
        <w:t>is wajah se main kahunga ke yeh ek question jo hai, ek weak question hai. yeh is ki koi relevance nahi hai, mere khayal se. this question is from dr. farida khanum. why is majority of people find it most difficult to lead a life of patience and tolerance? please explain.</w:t>
      </w:r>
    </w:p>
    <w:p>
      <w:pPr>
        <w:jc w:val="right"/>
      </w:pPr>
      <w:r>
        <w:t>اس وجہ سے میں کہوں گا کہ یہ ایک کویسچن جو ہے، ایک ویک کویسچن ہے۔ یہ اس کی کوئی ریلیونس نہیں ہے، میرے خیال سے۔ دس کوسچن از فرام ڈاکٹر فریدہ خانم۔ وائی از میجورٹی اف پیپل فائنڈ اٹ موسٹ ڈیفیکلٹ ٹو لیڈ ا لائف اف پیشنس اینڈ ٹولرنس؟ پلیز ایکسپلین۔</w:t>
      </w:r>
    </w:p>
    <w:p>
      <w:r>
        <w:rPr>
          <w:b/>
        </w:rPr>
        <w:t xml:space="preserve">[1:15:11] </w:t>
      </w:r>
      <w:r>
        <w:t>simple si baat hai, aadmi yani habitually woh reaction karta hai jis ko dekhe aur reaction karega. kuch bhi kahiye, jaldi react karega. reaction ki jo psychology hai, wahi to color hai. wahi to color hai. wahi to color hai. miyan biwi ke jhagde kya hain? sab reaction ka qissa hai. ek baat biwi ne kaha to maa ne to shohar ne</w:t>
      </w:r>
    </w:p>
    <w:p>
      <w:pPr>
        <w:jc w:val="right"/>
      </w:pPr>
      <w:r>
        <w:t>سمپل سی بات ہے، آدمی یعنی ہیبیچولی وہ ری ایکشن کرتا ہے جس کو دیکھے اور ری ایکشن کرے گا۔ کچھ بھی کہیے، جلدی ری ایکٹ کرے گا۔ ری ایکشن کی جو سائیکالوجی ہے، وہی تو کلر ہے۔ وہی تو کلر ہے۔ وہی تو کلر ہے۔ میاں بیوی کے جھگڑے کیا ہیں؟ سب ری ایکشن کا قصہ ہے۔ ایک بات بیوی نے کہا تو ماں نے تو شوہر نے</w:t>
      </w:r>
    </w:p>
    <w:p>
      <w:r>
        <w:rPr>
          <w:b/>
        </w:rPr>
        <w:t xml:space="preserve">[1:15:41] </w:t>
      </w:r>
      <w:r>
        <w:t>re react kar diya. shohar ne kaha to biwi ne react kar diya. ab dono lad rahe hain aapas mein. react na karein to kuch baat hi nahi hui. wahi khatm ho jaye. best formula mujhe mila un se. america mein ek saheb hain, saql aslam sahib. to un ke aur un ki biwi ko jhagda hi nahi hota. un ki biwi jo hai, alag than ke culture mein pali badhi hai. yeh alag un ka culture alag tha.</w:t>
      </w:r>
    </w:p>
    <w:p>
      <w:pPr>
        <w:jc w:val="right"/>
      </w:pPr>
      <w:r>
        <w:t>ری ایکٹ کر دیا۔ شوہر نے کہا تو بیوی نے ری ایکٹ کر دیا۔ اب دونوں لڑ رہے ہیں آپس میں۔ ری ایکٹ نہ کریں تو کچھ بات ہی نہیں ہوئی۔ وہی ختم ہو جائے۔ بیسٹ فارمولا مجھے ملا ان سے۔ امریکہ میں ایک صاحب ہیں، ثقل اسلم صاحب۔ تو ان کے اور ان کی بیویوں کو جھگڑا ہی نہیں ہوتا۔ ان کی بیوی جو ہے، الگ ٹھن کے کلچر میں پلی بڑھی ہے۔ یہ الگ ان کا کلچر الگ تھا۔</w:t>
      </w:r>
    </w:p>
    <w:p>
      <w:r>
        <w:rPr>
          <w:b/>
        </w:rPr>
        <w:t xml:space="preserve">[1:16:13] </w:t>
      </w:r>
      <w:r>
        <w:t>yani dono pakistani hain, lekin sagheer aslam sahib ka culture alag tha aur un ki biwi jo hai, un ka culture alag tha. aur shadi ho gayi, ek ghar mein aa gaye. zahir hai ke baad bar bar ikhtilafat hote the. to unhone simple formula pakda, chalo yeh bhi theek hai, chalo yeh bhi theek hai. kyunke hota kya hai? zara si baat mein jhagde hote hain, chhoti si baat. matlab yeh ke</w:t>
      </w:r>
    </w:p>
    <w:p>
      <w:pPr>
        <w:jc w:val="right"/>
      </w:pPr>
      <w:r>
        <w:t>یعنی دونوں پاکستانی ہیں، لیکن صغیر اسلم صاحب کا کلچر الگ تھا اور ان کی بیوی جو ہے، ان کا کلچر الگ تھا۔ اور شادی ہو گئی، ایک گھر میں آ گئے۔ ظاہر ہے کہ بعد بار بار اختلافات ہوتے تھے۔ تو انہوں نے سمپل فارمولا پکڑا، چلو یہ بھی ٹھیک ہے، چلو یہ بھی ٹھیک ہے۔ کیونکہ ہوتا کیا ہے؟ ذرا سی بات میں جھگڑے ہوتے ہیں، چھوٹی سی بات۔ مطلب یہ کہ</w:t>
      </w:r>
    </w:p>
    <w:p>
      <w:r>
        <w:rPr>
          <w:b/>
        </w:rPr>
        <w:t xml:space="preserve">[1:16:43] </w:t>
      </w:r>
      <w:r>
        <w:t>ek farz kijiye ke khane baithe hue hain, ek dish samne aayi, biwi ne kaha, nahi yeh yeh koi khane ki cheez hai. aur husband kahe, nahi yeh to behtareen cheez hai, khao. woh kahe, kaise tum kehte ho? tum kehte ho, ab lade ladai. to sadar sahib ka tareeqa kya hai? chalo yeh bhi theek hai, rakh do is ko fridge mein. is ko fridge mein rakh do, doosri cheez kha lete hain. to sagheer aslam sahib jo hain, mujhe ek unique aadmi mile</w:t>
      </w:r>
    </w:p>
    <w:p>
      <w:pPr>
        <w:jc w:val="right"/>
      </w:pPr>
      <w:r>
        <w:t>ایک فرض کیجئے کہ کھانے بیٹھے ہوئے ہیں، ایک ڈش سامنے آئی، بیوی نے کہا، نہیں یہ یہ کوئی کھانے کی چیز ہے۔ اور ہسبینڈ کہے، نہیں یہ تو بہترین چیز ہے، کھاؤ۔ وہ کہے، کیسے تم کہتے ہو؟ تم کہتے ہو، اب لڑے لڑائی۔ تو صدر صاحب کا طریقہ کیا ہے؟ چلو یہ بھی ٹھیک ہے، رکھ دو اس کو فریج میں۔ اس کو فریج میں رکھ دو، دوسری چیز کھا لیتے ہیں۔ تو صغیر اسلم صاحب جو ہیں، مجھے ایک یونیک آدمی ملے</w:t>
      </w:r>
    </w:p>
    <w:p>
      <w:r>
        <w:rPr>
          <w:b/>
        </w:rPr>
        <w:t xml:space="preserve">[1:17:14] </w:t>
      </w:r>
      <w:r>
        <w:t>jo instantly manage karte hain differences ko. yeh keh kar ke chalo yeh bhi theek hai, chahe ghar ki zindagi mein ho ya bahar ki zindagi mein. khud mein un ke ghar kai din raha, mujh se bhi kai bar kuch aise differences hue, unhone keh diya, chalo yeh bhi theek hai. bas baat khatm ho gayi. lekin woh apne bare mein yeh bhi kehte hain ke bhai, mere jaisa aadmi aap koi duniya mein payenge nahi. main</w:t>
      </w:r>
    </w:p>
    <w:p>
      <w:pPr>
        <w:jc w:val="right"/>
      </w:pPr>
      <w:r>
        <w:t>جو انسٹنٹلی مینج کرتے ہیں ڈیفرنسز کو۔ یہ کہہ کر کہ چلو یہ بھی ٹھیک ہے، چاہے گھر کی زندگی میں ہو یا باہر کی زندگی میں۔ خود میں ان کے گھر کئی دن رہا، مجھ سے بھی کئی بار کچھ ایسے ڈیفرنسز ہوئے، انہوں نے کہہ دیا، چلو یہ بھی ٹھیک ہے۔ بس بات ختم ہو گئی۔ لیکن وہ اپنے بارے میں یہ بھی کہتے ہیں کہ بھئی، میرے جیسا آدمی آپ کوئی دنیا میں پائیں گے نہیں۔ میں</w:t>
      </w:r>
    </w:p>
    <w:p>
      <w:r>
        <w:rPr>
          <w:b/>
        </w:rPr>
        <w:t xml:space="preserve">[1:17:45] </w:t>
      </w:r>
      <w:r>
        <w:t>ek exception hoon. to woh apne bare mein kaha karte hain ke god almighty made me and threw the bold away. to agar aslam sahib apne bare mein kehte hain, god almighty made me and threw the bold away, to ab chunke log aise hain nahi, yeh jhagde hote hain. maine to un se seekha, aur mere siwa koi america mein kuch seekha bhi nahi. kisi</w:t>
      </w:r>
    </w:p>
    <w:p>
      <w:pPr>
        <w:jc w:val="right"/>
      </w:pPr>
      <w:r>
        <w:t>ایک ایکسیپشن ہوں۔ تو وہ اپنے بارے میں کہا کرتے ہیں کہ گاڈ المائٹی میڈ می اینڈ تھرو دا بولڈ اوے۔ تو اگر اسلم صاحب اپنے بارے میں کہتے ہیں، گاڈ المائٹی میڈ می اینڈ تھرو دا بولڈ اوے، تو اب چونکہ لوگ ایسے ہیں نہیں، یہ جھگڑے ہوتے ہیں۔ میں نے تو ان سے سیکھا، اور میرے سوا کوئی امریکہ میں کچھ سیکھا بھی نہیں۔ کسی</w:t>
      </w:r>
    </w:p>
    <w:p>
      <w:r>
        <w:rPr>
          <w:b/>
        </w:rPr>
        <w:t xml:space="preserve">[1:18:15] </w:t>
      </w:r>
      <w:r>
        <w:t>ne america mein un ke bohat zyada janne wale hain, lekin kisi ne un se seekha nahi hai. main to ek hi bar un ke sath raha, do din to bas usi waqt maine pakad liya ke chalo yeh bhi theek hai. yahi raaz hai ke log jo hain, ek simple formula ko nahi jante ke chalo yeh bhi theek hai. kehte hain ke nahi nahi, jo hum karein woh theek hai, woh ke nahi nahi, hum jo karein woh theek hai. to zindagi talkhiyon mein guzar</w:t>
      </w:r>
    </w:p>
    <w:p>
      <w:pPr>
        <w:jc w:val="right"/>
      </w:pPr>
      <w:r>
        <w:t>نے امریکہ میں ان کے بہت زیادہ جاننے والے ہیں، لیکن کسی نے ان سے سیکھا نہیں ہے۔ میں تو ایک ہی بار ان کے ساتھ رہا، دو دن تو بس اسی وقت میں نے پکڑ لیا کہ چلو یہ بھی ٹھیک ہے۔ یہی راز ہے کہ لوگ جو ہیں، ایک سمپل فارمولے کو نہیں جانتے کہ چلو یہ بھی ٹھیک ہے۔ کہتے ہیں کہ نہیں نہیں، جو ہم کریں وہ ٹھیک ہے، وہ کہ نہیں نہیں، ہم جو کریں وہ ٹھیک ہے۔ تو زندگی تلخیوں میں گزر</w:t>
      </w:r>
    </w:p>
    <w:p>
      <w:r>
        <w:rPr>
          <w:b/>
        </w:rPr>
        <w:t xml:space="preserve">[1:18:45] </w:t>
      </w:r>
      <w:r>
        <w:t>ti hai, shikayaton mein guzarti hai. sari zindagi jo hai, bachche kharab hote hain. bachche kharab hote hain. matlab wahi phir inherit karte hain. bachche bhi, bachche bhi inherit karte hain. dobara jab bachchon ki shadiyan hoti hain to woh bhi wahi jhagde machate hain. ja kar ke to main to yeh kahoon ke sadar ka formula yeh universal values ke andar hai. sab log ise pakad l</w:t>
      </w:r>
    </w:p>
    <w:p>
      <w:pPr>
        <w:jc w:val="right"/>
      </w:pPr>
      <w:r>
        <w:t>تی ہے، شکایتوں میں گزرتی ہے۔ ساری زندگی جو ہے، بچے خراب ہوتے ہیں۔ بچے خراب ہوتے ہیں۔ مطلب وہی پھر انہیریٹ کرتے ہیں۔ بچے بھی، بچے بھی انہیریٹ کرتے ہیں۔ دوبارہ جب بچوں کی شادیاں ہوتی ہیں تو وہ بھی وہی جھگڑے مچاتے ہیں۔ جا کر کے تو میں تو یہ کہوں کہ صدر کا فارمولا یہ یونیورسل ویلیوز کے اندر ہے۔ سب لوگ اسے پکڑ ل</w:t>
      </w:r>
    </w:p>
    <w:p>
      <w:r>
        <w:rPr>
          <w:b/>
        </w:rPr>
        <w:t xml:space="preserve">[1:19:15] </w:t>
      </w:r>
      <w:r>
        <w:t>ein, chalo yeh bhi theek hai. das question is from muhammad aslam from new delhi. adai leaves among 600 non muslims. most of them are not happy with dawah activities, despite his good behavior. they don't like the literature to be handed over to them. how should the dawi hand</w:t>
      </w:r>
    </w:p>
    <w:p>
      <w:pPr>
        <w:jc w:val="right"/>
      </w:pPr>
      <w:r>
        <w:t>یں، چلو یہ بھی ٹھیک ہے۔ دس کوسچن از فرام محمد اسلم فرام نیو دہلی۔ ادائی لیوز امنگ 600 نان مسلمز۔ موسٹ اف دیم ار ناٹ ہیپی ود دعوی ایکٹیوٹیز، ڈسپائٹ ہز گڈ بیہیویئر۔ دے ڈونٹ لائک دا لٹریچر ٹو بی ہینڈڈ اوور ٹو دیم۔ ہاؤ شوڈ دا دائی ہینڈ</w:t>
      </w:r>
    </w:p>
    <w:p>
      <w:r>
        <w:rPr>
          <w:b/>
        </w:rPr>
        <w:t xml:space="preserve">[1:19:45] </w:t>
      </w:r>
      <w:r>
        <w:t>le this problem? and should he stop the distribution of dawah literature among them? dekhein, yeh question farzi hai, bilkul galat. unhone kaha hai aisa koi duniya mein spot nahi hai jahan ke yeh halat ho. yeh farzi banaya hai unhone. question mere pas aayein, office mein mujhe batayein yeh ke kahan woh spot kahan hai? phir se padhiye is ko. aap</w:t>
      </w:r>
    </w:p>
    <w:p>
      <w:pPr>
        <w:jc w:val="right"/>
      </w:pPr>
      <w:r>
        <w:t>ل دس پرابلم؟ اینڈ شوڈ ہی سٹاپ دا ڈسٹریبیوشن اف دعوی لٹریچر امنگ دیم؟ دیکھیں، یہ کویسچن فرضی ہے، بالکل غلط۔ انہوں نے کہا ہے ایسا کوئی دنیا میں سپاٹ نہیں ہے جہاں کہ یہ حالت ہو۔ یہ فرضی بنایا ہے انہوں نے۔ کوئسچن میرے پاس آئیں، افس میں مجھے بتائیں یہ کہ کہاں وہ سپاٹ کہاں ہے؟ پھر سے پڑھیے اس کو۔ آپ</w:t>
      </w:r>
    </w:p>
    <w:p>
      <w:r>
        <w:rPr>
          <w:b/>
        </w:rPr>
        <w:t xml:space="preserve">[1:20:16] </w:t>
      </w:r>
      <w:r>
        <w:t>adai leaves among 600 non muslims. 600 ji haan, most of them are not happy with his dawah activities, despite his good behavior. they don't like the literature to be handed over to them. how should the dawi handle this problem? and should he stop the distribution of dawah literature among them? apne ko badlein, yeh sari ghalti unhi ke apne andar hai.</w:t>
      </w:r>
    </w:p>
    <w:p>
      <w:pPr>
        <w:jc w:val="right"/>
      </w:pPr>
      <w:r>
        <w:t>ادائی لیوز امنگ 600 نان مسلمز۔ 600 جی ہاں، موسٹ اف دیم ار ناٹ ہیپی ود ہز دعوی ایکٹیوٹیز، ڈسپائٹ ہز گڈ بیہیویئر۔ دے ڈونٹ لائک دا لٹریچر ٹو بی ہینڈڈ اوور ٹو دیم۔ ہاؤ شوڈ دا دائی ہینڈل دس پرابلم؟ اینڈ شوڈ ہی سٹاپ دا ڈسٹریبیوشن اف دعوی لٹریچر امنگ دیم؟ اپنے کو بدلیں، یہ ساری غلطی انہی کے اپنے اندر ہے۔</w:t>
      </w:r>
    </w:p>
    <w:p>
      <w:r>
        <w:rPr>
          <w:b/>
        </w:rPr>
        <w:t xml:space="preserve">[1:20:48] </w:t>
      </w:r>
      <w:r>
        <w:t>hamare ek sathi hain, un ka naam atahar shamshi, woh rehte hain yeh carnac mein. wahan hinduo ki majority hai, to woh hamesha shikayat karte the ke wahan to koi dawat ka mahol nahi hai, sab yeh hain, sab woh hain. to maine kaha, aap apni islaah kijiye, aap khud sachche dawi nahi bane aur shikayat kar rahe hain madu ko. wahi karna, wahi, wahi karana, aur woh</w:t>
      </w:r>
    </w:p>
    <w:p>
      <w:pPr>
        <w:jc w:val="right"/>
      </w:pPr>
      <w:r>
        <w:t>ہمارے ایک ساتھی ہیں، ان کا نام اطہر شمشی، وہ رہتے ہیں یہ کارنا میں۔ وہاں ہندوؤں کی میجورٹی ہے، تو وہ ہمیشہ شکایت کرتے تھے کہ وہاں تو کوئی دعوت کا ماحول نہیں ہے، سب یہ ہیں، سب وہ ہیں۔ تو میں نے کہا، آپ اپنی اصلاح کیجئے، آپ خود سچے داعی نہیں بنے اور شکایت کر رہے ہیں مدعو کی۔ وہی کرنا، وہی، وہی کرانا، اور وہ</w:t>
      </w:r>
    </w:p>
    <w:p>
      <w:r>
        <w:rPr>
          <w:b/>
        </w:rPr>
        <w:t xml:space="preserve">[1:21:18] </w:t>
      </w:r>
      <w:r>
        <w:t>dawi aadmi. ab kya hai ke woh aksar un ka telephone aata hai, bohat hi khush hain. woh abhi kal telephone aaya un ka ke ek hindu college hai, wahan par us ne un ko invite kiya hai ke hamare aage lecture dijiye. aap yani yeh dawah rakhte hain, musalman hain aur kitabein baant te hain, kehte hain hamare aage lecture do. ji sahib, yeh question kya hai? aap ko yeh khud mere nazdeek unhi ke andar ghalti hai, apni ghalti ki islaah karein woh. aur us ke baad</w:t>
      </w:r>
    </w:p>
    <w:p>
      <w:pPr>
        <w:jc w:val="right"/>
      </w:pPr>
      <w:r>
        <w:t>ی آدمی۔ اب کیا ہے کہ وہ اکثر ان کا ٹیلی فون آتا ہے، بہت ہی خوش ہیں۔ وہ ابھی کل ٹیلی فون آیا ان کا کہ ایک ہندو کالج ہے، وہاں پر اس نے ان کو انوائٹ کیا ہے کہ ہمارے آگے لیکچر دیجیے۔ آپ یعنی یہ دعوی رکھتے ہیں، مسلمان ہیں اور کتابیں بانٹتے ہیں، کہتے ہیں ہمارے آگے لیکچر دو۔ جی صاحب، یہ کوئسچن کیا ہے؟ آپ کو یہ خود میرے نزدیک انہی کے اندر غلطی ہے، اپنی غلطی کی اصلاح کریں وہ۔ اور اس کے بعد</w:t>
      </w:r>
    </w:p>
    <w:p>
      <w:r>
        <w:rPr>
          <w:b/>
        </w:rPr>
        <w:t xml:space="preserve">[1:21:48] </w:t>
      </w:r>
      <w:r>
        <w:t>woh 600 nahi, six six million bhi insan jo honge na, un ke muwafiq ho jayenge. apni islaah karein, woh introspection karein, apni kamzoriyon ki daryaft karein. jaise atahar shamshi ne apni kamzoriyon ki daryaft kiya, apni kamzoriyon ki daryaft kar ke usi carnac mein. ab woh ek bohat acha, yani dawi ke achhe mawaqe mil rahe hain, un ko khoob kaam kar rahe hain, dawat ka khoob kaam kar rahe hain, koi un ka ikhtilaf nahi, koi takrao nahi. to</w:t>
      </w:r>
    </w:p>
    <w:p>
      <w:pPr>
        <w:jc w:val="right"/>
      </w:pPr>
      <w:r>
        <w:t>وہ 600 نہیں، سکس سکس ملین بھی انسان جو ہوں گے نا، ان کے موافق ہو جائیں گے۔ اپنی اصلاح کریں، وہ انٹراسپیکشن کریں، اپنی کمزوریوں کی دریافت کریں۔ جیسے اطہر شمشی نے اپنی کمزوریوں کی دریافت کیا، اپنی کمزوریوں کی دریافت کر کے اسی کارنامے میں۔ اب وہ ایک بہت اچھا، یعنی داعی کے اچھے مواقع مل رہے ہیں، ان کو خوب کام کر رہے ہیں، دعوت کا خوب کام کر رہے ہیں، کوئی ان کا اختلاف نہیں، کوئی ٹکراؤ نہیں۔ تو</w:t>
      </w:r>
    </w:p>
    <w:p>
      <w:r>
        <w:rPr>
          <w:b/>
        </w:rPr>
        <w:t xml:space="preserve">[1:22:18] </w:t>
      </w:r>
      <w:r>
        <w:t>yeh jo sahib ne sawal kiya hai, yeh khud apni islaah karein, doosron ki shikayat na karein. main abhi parson, do teen do teen din pehle, main apne kuch sathiye ke sath chala gaya lodhi garden. ab lodhi garden mein sare hindu aate hain, walk karne ke liye, ek adha, ek adha koi musalman kabhi hota hai. to main tha aur hamare kuch sathi the,</w:t>
      </w:r>
    </w:p>
    <w:p>
      <w:pPr>
        <w:jc w:val="right"/>
      </w:pPr>
      <w:r>
        <w:t>یہ جو صاحب نے سوال کیا ہے، یہ خود اپنی اصلاح کریں، دوسروں کی شکایت نہ کریں۔ میں ابھی پرسوں، دو تین دو تین دن پہلے، میں اپنے کچھ ساتھیوں کے ساتھ چلا گیا لودھی گارڈن۔ اب لودھی گارڈن میں سارے ہندو آتے ہیں، واک کرنے کے لیے، ایک ادھ، ایک ادھ کوئی مسلمان کبھی ہوتا ہے۔ تو میں تھا اور ہمارے کچھ ساتھی تھے،</w:t>
      </w:r>
    </w:p>
    <w:p>
      <w:r>
        <w:rPr>
          <w:b/>
        </w:rPr>
        <w:t xml:space="preserve">[1:22:48] </w:t>
      </w:r>
      <w:r>
        <w:t>to do bench thi, ek bench mein main idhar baitha, doosri bench mein aap logon ne detail phaila diya, aise hi. ab aa kar khud hi mang rahe hain, sab yeh kya cheez hai, hamein bhi dijiye, woh kahe, hamein bhi dijiye, khud hi khud mang rahe hain. do american bhi aaye wahan par, ek sahib ne daraya tha hum ko ke aap lodhi garden mein aap jate hain to wahan par tourist jate hain, touriston ko kaha jata hai ke tum log koi book mat do kisi se, yani kisi se koi b</w:t>
      </w:r>
    </w:p>
    <w:p>
      <w:pPr>
        <w:jc w:val="right"/>
      </w:pPr>
      <w:r>
        <w:t>تو دو بینچ تھیں، ایک بینچ میں میں ادھر بیٹھا، دوسری بینچ میں آپ لوگوں نے ڈیٹیل پھیلا دیا، ایسے ہی۔ اب ا کے خود ہی مانگ رہے ہیں، سب یہ کیا چیز ہے، ہمیں بھی دیجیے، وہ کہے، ہمیں بھی دیجیے، خود ہی خود مانگ رہے ہیں۔ دو امریکن بھی آئے وہاں پر، ایک صاحب نے ڈرایا تھا ہم کو کہ آپ لودھی گارڈن میں آپ جاتے ہیں تو وہاں پر ٹورسٹ جاتے ہیں، ٹورسٹوں کو کہا جاتا ہے کہ تم لوگ کوئی بک مت دو کسی سے، یعنی کسی سے کوئی ب</w:t>
      </w:r>
    </w:p>
    <w:p>
      <w:r>
        <w:rPr>
          <w:b/>
        </w:rPr>
        <w:t xml:space="preserve">[1:23:18] </w:t>
      </w:r>
      <w:r>
        <w:t>ook mat do, gift lo, kuch mat do, yeh tourist ko bataya jata hai. wahan aa kar mang raha hai hum se, do kuch south indian the, kuch north indian the, aur do american the, unhone aa kar quran le gaye, le kar chale gaye, khud hi khud mang kar ke, kyunke hum ne sirf bench pe phaila diya tha. sab yeh sab jo baatein jo unhone likhi hain, woh sab bilkul farzi hain, baseless hain, apni islaah karein, woh bas pahunch chaliye.</w:t>
      </w:r>
    </w:p>
    <w:p>
      <w:pPr>
        <w:jc w:val="right"/>
      </w:pPr>
      <w:r>
        <w:t>ک مت دو، گفٹ لو، کچھ مت دو، یہ ٹورسٹ کو بتایا جاتا ہے۔ وہاں آ کر مانگ رہا ہے ہم سے، دو کچھ ساؤتھ انڈین تھے، کچھ نارتھ انڈین تھے، اور دو امریکن تھے، انہوں نے ا کر قرآن لے گئے، لے کے چلے گئے، خود ہی خود مانگ کر کے، کیونکہ ہم نے صرف بینچ پہ پھیلا دیا تھا۔ سب یہ سب جو باتیں جو انہوں نے لکھی ہیں، وہ سب بالکل فرضی ہیں، بیس لیس ہیں، اپنی اصلاح کریں، وہ بس پہنچ چلیے۔</w:t>
      </w:r>
    </w:p>
    <w:p>
      <w:r>
        <w:rPr>
          <w:b/>
        </w:rPr>
        <w:t xml:space="preserve">[1:23:48] </w:t>
      </w:r>
      <w:r>
        <w:t>das question is from doctor muslima siddiqui from new delhi. it is almost always that emotions prevail upon reason. man is called a thinking animal, then why in most cases he fails to employ reason in judging matters? please explain. woh to maine bata diya ke jab situation create hoti hai to yeh bilkul it</w:t>
      </w:r>
    </w:p>
    <w:p>
      <w:pPr>
        <w:jc w:val="right"/>
      </w:pPr>
      <w:r>
        <w:t>دس کوسچن از فرام ڈاکٹر مسلمہ صدیقی فرام نیو دہلی۔ اٹ از الموسٹ الویز دیٹ ایموشنز پریویل اپون ریزن۔ مین از کالڈ ا تھنکنگ اینیمل، دین وائی ان موسٹ کیسز ہی فیلز ٹو ایمپلائی ریزن ان ججنگ میٹرز؟ پلیز ایکسپلین۔ وہ تو میں نے بتا دیا کہ جب سچوئیشن کریٹ ہوتی ہے تو یہ بالکل اٹ</w:t>
      </w:r>
    </w:p>
    <w:p>
      <w:r>
        <w:rPr>
          <w:b/>
        </w:rPr>
        <w:t xml:space="preserve">[1:24:18] </w:t>
      </w:r>
      <w:r>
        <w:t>is but natural ke hamare jazbat bhadakte hain, hum yani woh situation ko provoke karti hai, yeh to ho nahi hona hai, yani yeh ho nahi hona hai ke hamare andar jazbat bhadkein, emotion bhadke, yeh ho nahi hona. isi yeh wahi to test hai ke ab apne ko thaamein, apne ko thaamein, apne ko control karein. yani yeh koi kahe ke sahib emotion na bhadkein,</w:t>
      </w:r>
    </w:p>
    <w:p>
      <w:pPr>
        <w:jc w:val="right"/>
      </w:pPr>
      <w:r>
        <w:t>از بٹ نیچرل کہ ہمارے جذبات بھڑکتے ہیں، ہم یعنی وہ سچوئیشن کو پرووک کرتی ہے، یہ تو ہو نہیں ہونا ہے، یعنی یہ ہو نہیں ہونا ہے کہ ہمارے اندر جذبات بھڑکیں، ایموشن بھڑکے، یہ ہو نہیں ہونا۔ اسی یہ وہی تو ٹیسٹ ہے کہ اب اپنے کو تھامیں، اپنے کو تھامیں، اپنے کو کنٹرول کریں۔ یعنی یہ کوئی کہے کہ صاحب ایموشن نہ بڑھکیں،</w:t>
      </w:r>
    </w:p>
    <w:p>
      <w:r>
        <w:rPr>
          <w:b/>
        </w:rPr>
        <w:t xml:space="preserve">[1:24:49] </w:t>
      </w:r>
      <w:r>
        <w:t>mein provoke na hoon, to yeh to impossible hai, against law of nature, woh to hoga. apne ko train karna padega ke hum na bhadkein, hum emotional na ho jayein, hum apne ko control mein rakh kar ke sochein, yeh hamein karna padega apne aap ko. phir jaise hi aadmi apne ko control mein kiya, sara dimagh ki khidkiyan khul jati hain. yaad rakhiye, ek sim</w:t>
      </w:r>
    </w:p>
    <w:p>
      <w:pPr>
        <w:jc w:val="right"/>
      </w:pPr>
      <w:r>
        <w:t>میں پرووک نہ ہوں، تو یہ تو امپاسیبل ہے، اگینسٹ لاء اف نیچر، وہ تو ہوگا۔ اپنے کو ٹرین کرنا پڑے گا کہ ہم نہ بھڑکیں، ہم ایموشنل نہ ہو جائیں، ہم اپنے کو کنٹرول میں رکھ کر کے سوچیں، یہ ہمیں کرنا پڑے گا اپنے آپ کو۔ پھر جیسے ہی آدمی اپنے کو کنٹرول میں کیا، سارا دماغ کی کھڑکیاں کھل جاتی ہیں۔ یاد رکھیے، ایک سم</w:t>
      </w:r>
    </w:p>
    <w:p>
      <w:r>
        <w:rPr>
          <w:b/>
        </w:rPr>
        <w:t xml:space="preserve">[1:25:19] </w:t>
      </w:r>
      <w:r>
        <w:t>ple formula hai yeh ke agar aap emotional ho gaye to dimagh ki khidkiyan band ho gayi. emotional hote hi dimagh ki khidkiyan band, aur jaise aap emotional na hon, apne aap ko sambhalein, sabr ka tareeqa ikhtiyar karein to dimagh ki sari khidkiyan khul jati hain, aur aap ko aap ki thinking power bohat badh jata hai.</w:t>
      </w:r>
    </w:p>
    <w:p>
      <w:pPr>
        <w:jc w:val="right"/>
      </w:pPr>
      <w:r>
        <w:t>پل فارمولا ہے یہ کہ اگر آپ ایموشنل ہو گئے تو دماغ کی کھڑکیاں بند ہو گئی۔ ایموشنل ہوتے ہی دماغ کی کھڑکیاں بند، اور جیسے آپ ایموشنل نہ ہوں، اپنے آپ کو سنبھالیں، صبر کا طریقہ اختیار کریں تو دماغ کی ساری کھڑکیاں کھل جاتی ہیں، اور آپ کو آپ کی تھنکنگ پاور بہت بڑھ جاتا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