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Introduction to Islam | September 29, 2005 | Maulana Wahiduddin Khan</w:t>
      </w:r>
    </w:p>
    <w:p>
      <w:r>
        <w:t>https://www.youtube.com/watch?v=xTv9KDJvQPs</w:t>
      </w:r>
    </w:p>
    <w:p>
      <w:r>
        <w:rPr>
          <w:b/>
        </w:rPr>
        <w:t xml:space="preserve">[00:00] </w:t>
      </w:r>
      <w:r>
        <w:t>islam begins from discovery. islam ka matlab yeh nahi hai ke koi aadmi, koi mard ya aurat, ek muslim family mein paida ho jaye, muslim culture mein paida ho jaye, to woh musalman ho gaya. yeh matlab islam ka nahi hai. main yeh kahoon ga ke islam address karta hai individual ko, fard ko, state ko nahi. agar yeh koi samjhe</w:t>
      </w:r>
    </w:p>
    <w:p>
      <w:pPr>
        <w:jc w:val="right"/>
      </w:pPr>
      <w:r>
        <w:t>Islam begins from discovery. اسلام کا مطلب یہ نہیں ہے کہ کوئی آدمی، کوئی مرد یا عورت، ایک مسلم فیملی میں پیدا ہو جائے، مسلم کلچر میں پیدا ہو جائے، تو وہ مسلمان ہو گیا۔ یہ مطلب اسلام کا نہیں ہے۔ میں یہ کہوں گا کہ اسلام ایڈریس کرتا ہے انڈیویجول کو، فرد کو، اسٹیٹ کو نہیں۔ اگر یہ کوئی سمجھ</w:t>
      </w:r>
    </w:p>
    <w:p>
      <w:r>
        <w:rPr>
          <w:b/>
        </w:rPr>
        <w:t xml:space="preserve">[00:30] </w:t>
      </w:r>
      <w:r>
        <w:t>ke islam ka matlab hai ke islamic state banana, yeh galat hai. muslim woh hai jis ke hath se aur us ki zuban se log mehfooz hon, log safe hon. yani woh society mein rahe, peaceful member society ka ban kar, harmless member ban kar. positivity sab se zyada ahem, sab se important aspect hai islam ka.</w:t>
      </w:r>
    </w:p>
    <w:p>
      <w:pPr>
        <w:jc w:val="right"/>
      </w:pPr>
      <w:r>
        <w:t>ے کہ اسلام کا مطلب ہے کہ اسلامک اسٹیٹ بنانا، یہ غلط ہے۔ مسلم وہ ہے جس کے ہاتھ سے اور اس کی زبان سے لوگ محفوظ ہوں، لوگ سیف ہوں۔ یعنی وہ سوسائٹی میں رہے، پیس فل ممبر سوسائٹی کا بن کر، ہارم لیس ممبر بن کر۔ پازیٹیوٹی سب سے زیادہ اہم، سب سے امپورٹنٹ اسپیکٹ ہے اسلام کا۔</w:t>
      </w:r>
    </w:p>
    <w:p>
      <w:r>
        <w:rPr>
          <w:b/>
        </w:rPr>
        <w:t xml:space="preserve">[01:01] </w:t>
      </w:r>
      <w:r>
        <w:t>yani soch mein aap positive hon, behavior mein aap positive hon, character mein aap positive hon, poori life ke bare mein aap positive hon. maslak crux hai islam ka: negativity ko chhodna aur positivity ko pakadna. yahi islam ka crux hai.</w:t>
      </w:r>
    </w:p>
    <w:p>
      <w:pPr>
        <w:jc w:val="right"/>
      </w:pPr>
      <w:r>
        <w:t>یعنی سوچ میں آپ پازیٹیو ہوں، بیہیویئر میں آپ پازیٹیو ہوں، کریکٹر میں آپ پازیٹیو ہوں، پوری لائف کے بارے میں آپ پازیٹیو ہوں۔ مسلک کرکس ہے اسلام کا: نیگیٹیوٹی کو چھوڑنا اور پازیٹیوٹی کو پکڑنا۔ یہی اسلام کا کرکس ہے۔</w:t>
      </w:r>
    </w:p>
    <w:p>
      <w:r>
        <w:rPr>
          <w:b/>
        </w:rPr>
        <w:t xml:space="preserve">[01:44] </w:t>
      </w:r>
      <w:r>
        <w:t>bismillah rahman rahim, wa salallahu ala nabiyil karim. rab ishrah li sadri, wa yassir li amri, wahul uqdatan min lisani yafqahu qawli. aaj september 2005 ki 29 tareekh hai.</w:t>
      </w:r>
    </w:p>
    <w:p>
      <w:pPr>
        <w:jc w:val="right"/>
      </w:pPr>
      <w:r>
        <w:t>بسم اللہ الرحمن الرحیم، وصلی اللہ علی النبی الکریم۔ رب اشرح لی صدری، ویسر لی امری، واحل العقدۃ من لسانی یفقہ قولی۔ آج ستمبر 2005 کی 29 تاریخ ہے۔</w:t>
      </w:r>
    </w:p>
    <w:p>
      <w:r>
        <w:rPr>
          <w:b/>
        </w:rPr>
        <w:t xml:space="preserve">[02:16] </w:t>
      </w:r>
      <w:r>
        <w:t>aaj mujhe islam ke bare mein kuch kehna hai. aap jante hain ke islam semitic religions mein se ek religion hai. islam ki history 610 eesvi se shuru hoti hai, jabke prophet ne</w:t>
      </w:r>
    </w:p>
    <w:p>
      <w:pPr>
        <w:jc w:val="right"/>
      </w:pPr>
      <w:r>
        <w:t>آج مجھے اسلام کے بارے میں کچھ کہنا ہے۔ آپ جانتے ہیں کہ اسلام سیمیٹک ریلیجنز میں سے ایک ریلیجن ہے۔ اسلام کی ہسٹری 610 عیسوی سے شروع ہوتی ہے، جبکہ پرافٹ نے</w:t>
      </w:r>
    </w:p>
    <w:p>
      <w:r>
        <w:rPr>
          <w:b/>
        </w:rPr>
        <w:t xml:space="preserve">[02:46] </w:t>
      </w:r>
      <w:r>
        <w:t>apni profit hood ka ailaan kiya makka mein. islam ka literal matlab hai surrender ya submission. quran mein bataya gaya hai ke poori universe ka deen jo hai woh islam hai, aur saare paighambaron ka d</w:t>
      </w:r>
    </w:p>
    <w:p>
      <w:pPr>
        <w:jc w:val="right"/>
      </w:pPr>
      <w:r>
        <w:t>اپنی پرافٹ ہڈ کا اعلان کیا مکہ میں۔ اسلام کا لٹرل مطلب ہے سرنڈر یا سبمیشن۔ قرآن میں بتایا گیا ہے کہ پوری یونیورس کا دین جو ہے وہ اسلام ہے، اور سارے پیغمبروں کا د</w:t>
      </w:r>
    </w:p>
    <w:p>
      <w:r>
        <w:rPr>
          <w:b/>
        </w:rPr>
        <w:t xml:space="preserve">[03:16] </w:t>
      </w:r>
      <w:r>
        <w:t>een islam tha. iska matlab yeh nahi ke woh arabi aur ibraani boltay thay. iska matlab hai ke surrender ke sense mein, yaani surrender to god ke sense mein, sab ka deen ek tha. so one can say that islam is the only religion for both man and the universe.</w:t>
      </w:r>
    </w:p>
    <w:p>
      <w:pPr>
        <w:jc w:val="right"/>
      </w:pPr>
      <w:r>
        <w:t>ین اسلام تھا۔ اس کا مطلب یہ نہیں کہ وہ عربی اور عبرانی بولتے تھے۔ اس کا مطلب ہے کہ سرنڈر کے سینس میں، یعنی سرنڈر ٹو گاڈ کے سینس میں، سب کا دین ایک تھا۔ So one can say that Islam is the only religion for both man and the universe.</w:t>
      </w:r>
    </w:p>
    <w:p>
      <w:r>
        <w:rPr>
          <w:b/>
        </w:rPr>
        <w:t xml:space="preserve">[03:48] </w:t>
      </w:r>
      <w:r>
        <w:t>yeh pehli baat hui. ab doosri baat mein yeh kahunga ke islam kahan se shuru hota hai. islam begins from discovery. islam ka matlab yeh nahi hai ke koi aadmi, koi mard ya aurat, ek muslim family mein paida ho jaye, muslim culture mein paida ho jaye, to woh musalman ho</w:t>
      </w:r>
    </w:p>
    <w:p>
      <w:pPr>
        <w:jc w:val="right"/>
      </w:pPr>
      <w:r>
        <w:t>یہ پہلی بات ہوئی۔ اب دوسری بات میں یہ کہوں گا کہ اسلام کہاں سے شروع ہوتا ہے۔ اسلام begins from discovery. اسلام کا مطلب یہ نہیں ہے کہ کوئی آدمی، کوئی مرد یا عورت، ایک مسلم فیملی میں پیدا ہو جائے، مسلم کلچر میں پیدا ہو جائے، تو وہ مسلمان ہو</w:t>
      </w:r>
    </w:p>
    <w:p>
      <w:r>
        <w:rPr>
          <w:b/>
        </w:rPr>
        <w:t xml:space="preserve">[04:18] </w:t>
      </w:r>
      <w:r>
        <w:t>gaya. yeh matlab islam ka nahi hai. islam shuru hota hai khuda ki discovery se. jab koi aadmi sachai ko islam ke roop mein discover karta hai to that is the beginning of islam. dekhiye, quran mein do qism ke expression aaye hain. ek hai: إِنَّ الْإِنْسَانَ لَفِي خُسْرٍ إِ</w:t>
      </w:r>
    </w:p>
    <w:p>
      <w:pPr>
        <w:jc w:val="right"/>
      </w:pPr>
      <w:r>
        <w:t>گیا۔ یہ مطلب اسلام کا نہیں ہے۔ اسلام شروع ہوتا ہے خدا کی ڈسکوری سے۔ جب کوئی آدمی سچائی کو اسلام کے روپ میں ڈسکور کرتا ہے تو that is the beginning of Islam. دیکھیے، قرآن میں دو قسم کے ایکسپریشن آئے ہیں۔ ایک ہے: إِنَّ الْإِنْسَانَ لَفِي خُسْرٍ إِ</w:t>
      </w:r>
    </w:p>
    <w:p>
      <w:r>
        <w:rPr>
          <w:b/>
        </w:rPr>
        <w:t xml:space="preserve">[04:48] </w:t>
      </w:r>
      <w:r>
        <w:t>لَّا الَّذِينَ آمَنُوا. yaani is mein un logon ka zikr hai jo pehle islam ko sachai ke taur par nahi paaye hue thay. phir unhon ne sachai ko islam mein discover kiya, to unka islam shuru ho gaya. doosron ke bare mein hai, jo ke apne ko musalman samajhte hain ya muslim family mein paida hote hain, unke bare mein hai ke يَا أَيُّهَا</w:t>
      </w:r>
    </w:p>
    <w:p>
      <w:pPr>
        <w:jc w:val="right"/>
      </w:pPr>
      <w:r>
        <w:t>لَّا الَّذِينَ آمَنُوا. یعنی اس میں ان لوگوں کا ذکر ہے جو پہلے اسلام کو سچائی کے طور پر نہیں پائے ہوئے تھے۔ پھر انہوں نے سچائی کو اسلام میں ڈسکور کیا، تو ان کا اسلام شروع ہو گیا۔ دوسروں کے بارے میں ہے، جو کہ اپنے کو مسلمان سمجھتے ہیں یا مسلم فیملی میں پیدا ہوتے ہیں، ان کے بارے میں ہے کہ يَا أَيُّهَا</w:t>
      </w:r>
    </w:p>
    <w:p>
      <w:r>
        <w:rPr>
          <w:b/>
        </w:rPr>
        <w:t xml:space="preserve">[05:18] </w:t>
      </w:r>
      <w:r>
        <w:t>الَّذِينَ آمَنُوا آمِنُوا. aye musalmano! iman lao. iska matlab yeh hai ke musalmanon ko bhi islam ko re-discover karna hai. kuch logon ka islam shuru hoga discovery se, aur kuch logon ka islam shuru hoga re-discovery se. in do ke siwa koi bhi doosri cheez quran mein islam ke bare mein nahi milti hai.</w:t>
      </w:r>
    </w:p>
    <w:p>
      <w:pPr>
        <w:jc w:val="right"/>
      </w:pPr>
      <w:r>
        <w:t>الَّذِينَ آمَنُوا آمِنُوا. اے مسلمانو! ایمان لاؤ۔ اس کا مطلب یہ ہے کہ مسلمانوں کو بھی اسلام کو ری ڈسکور کرنا ہے۔ کچھ لوگوں کا اسلام شروع ہوگا ڈسکوری سے، اور کچھ لوگوں کا اسلام شروع ہوگا ری ڈسکوری سے۔ ان دو کے سوا کوئی بھی دوسری چیز قرآن میں اسلام کے بارے میں نہیں ملتی ہے۔</w:t>
      </w:r>
    </w:p>
    <w:p>
      <w:r>
        <w:rPr>
          <w:b/>
        </w:rPr>
        <w:t xml:space="preserve">[05:49] </w:t>
      </w:r>
      <w:r>
        <w:t>quran mein dekhiye, para saat mein kaha gaya hai ke وَإِذَا سَمَوْا مَا أَنْزِلَهَا الْرَّسُولُ تَرَىٰ عَيْنَهُمْ تَفْوِيضَ مُرَدَّمٌ مِمَّا عَرَفُوا مِنَ الْحَقِّ. is mein dekhiye, bataya gaya hai ke kuch logon ke bare mein ke unhein islam ka ek experience hua. woh kisi aur mazhab ke mannay walay thay.</w:t>
      </w:r>
    </w:p>
    <w:p>
      <w:pPr>
        <w:jc w:val="right"/>
      </w:pPr>
      <w:r>
        <w:t>قرآن میں دیکھیے، پارہ سات میں کہا گیا ہے کہ وَإِذَا سَمَوْا مَا أَنْزِلَهَا الْرَّسُولُ تَرَىٰ عَيْنَهُمْ تَفْوِيضَ مُرَدَّمٌ مِمَّا عَرَفُوا مِنَ الْحَقِّ. اس میں دیکھیے، بتایا گیا ہے کہ کچھ لوگوں کے بارے میں کہ انہیں اسلام کا ایک ایکسپیرینس ہوا۔ وہ کسی اور مذہب کے ماننے والے تھے۔</w:t>
      </w:r>
    </w:p>
    <w:p>
      <w:r>
        <w:rPr>
          <w:b/>
        </w:rPr>
        <w:t xml:space="preserve">[06:19] </w:t>
      </w:r>
      <w:r>
        <w:t>woh madina aaye. prophet ne unko islam ki baatein bataein, aur quran ka kuch hissa unko padh kar sunaya. is mein unhein sachai ki discovery ho gayi. to unki aankhon se aansu nikal aaye, مِمَّا عَرَفُوا مِنَ الْحَقِّ. yeh aansu kyun nikle thay? is liye ke unhon ne quran ke is kalam mein sachai ko discover kiya. yeh</w:t>
      </w:r>
    </w:p>
    <w:p>
      <w:pPr>
        <w:jc w:val="right"/>
      </w:pPr>
      <w:r>
        <w:t>وہ مدینہ آئے۔ پرافٹ نے ان کو اسلام کی باتیں بتائیں، اور قرآن کا کچھ حصہ ان کو پڑھ کر سنایا۔ اس میں انہیں سچائی کی ڈسکوری ہو گئی۔ تو ان کی آنکھوں سے آنسو نکل آئے، مِمَّا عَرَفُوا مِنَ الْحَقِّ. یہ آنسو کیوں نکلے تھے؟ اس لیے کہ انہوں نے قرآن کے اس کلام میں سچائی کو ڈسکور کیا۔ یہ</w:t>
      </w:r>
    </w:p>
    <w:p>
      <w:r>
        <w:rPr>
          <w:b/>
        </w:rPr>
        <w:t xml:space="preserve">[06:49] </w:t>
      </w:r>
      <w:r>
        <w:t>un logon ka case hai jo abhi islam ko nahi jantay thay. phir unhon ne study ki, quran ko padha, aur unke dil mein jo sachai ki talab thi, us ko unhon ne paya islam ke roop mein. isi ko mein keh raha hoon ke islam ki discovery. aur jo log muslim family mein paida hon, tab bhi woh qur</w:t>
      </w:r>
    </w:p>
    <w:p>
      <w:pPr>
        <w:jc w:val="right"/>
      </w:pPr>
      <w:r>
        <w:t>ان لوگوں کا کیس ہے جو ابھی اسلام کو نہیں جانتے تھے۔ پھر انہوں نے اسٹڈی کی، قرآن کو پڑھا، اور ان کے دل میں جو سچائی کی طلب تھی، اس کو انہوں نے پایا اسلام کے روپ میں۔ اسی کو میں کہہ رہا ہوں کہ اسلام کی ڈسکوری۔ اور جو لوگ مسلم فیملی میں پیدا ہوں، تب بھی وہ قر</w:t>
      </w:r>
    </w:p>
    <w:p>
      <w:r>
        <w:rPr>
          <w:b/>
        </w:rPr>
        <w:t xml:space="preserve">[07:19] </w:t>
      </w:r>
      <w:r>
        <w:t>aan ke mutabiq musalman nahi ho jayenge. matlab woh musalman jis ke liye khuda ne aakhirat mein, maut ke baad wali zindagi mein, paradise rakh diya hai. inhi ke bare mein kaha gaya ke يَا أَيُّهَا الَّذِينَ آمَنُوا آمِنُوا. yaani unhein phir se islam ko padhna hoga, phir se islam ki study karni hogi, aur islam ko re-discover karna hoga. ab tak jis cheez ko maa baap ke wirasati mazhab ke taur par</w:t>
      </w:r>
    </w:p>
    <w:p>
      <w:pPr>
        <w:jc w:val="right"/>
      </w:pPr>
      <w:r>
        <w:t>آن کے مطابق مسلمان نہیں ہو جائیں گے۔ مطلب وہ مسلمان جس کے لیے خدا نے آخرت میں، موت کے بعد والی زندگی میں، پیراڈائز رکھ دیا ہے۔ انہی کے بارے میں کہا گیا کہ يَا أَيُّهَا الَّذِينَ آمَنُوا آمِنُوا. یعنی انہیں پھر سے اسلام کو پڑھنا ہوگا، پھر سے اسلام کی اسٹڈی کرنی ہوگی، اور اسلام کو ری ڈسکور کرنا ہوگا۔ اب تک جس چیز کو ماں باپ کے وراثتی مذہب کے طور پر</w:t>
      </w:r>
    </w:p>
    <w:p>
      <w:r>
        <w:rPr>
          <w:b/>
        </w:rPr>
        <w:t xml:space="preserve">[07:50] </w:t>
      </w:r>
      <w:r>
        <w:t>woh paaye hue thay, ab unhein isi cheez ko sachai ke roop mein re-discover karna hoga. tab unka islam shuru hoga. yeh baat bohat hi wazeh hai quran mein aur hadith mein. doosri baat mein yeh kehna chahunga ke discovery ke baad khuda kya chahta hai ek</w:t>
      </w:r>
    </w:p>
    <w:p>
      <w:pPr>
        <w:jc w:val="right"/>
      </w:pPr>
      <w:r>
        <w:t>وہ پائے ہوئے تھے، اب انہیں اسی چیز کو سچائی کے روپ میں ری ڈسکور کرنا ہوگا۔ تب ان کا اسلام شروع ہوگا۔ یہ بات بہت ہی واضح ہے قرآن میں اور حدیث میں۔ دوسری بات میں یہ کہنا چاہوں گا کہ ڈسکوری کے بعد خدا کیا چاہتا ہے ایک</w:t>
      </w:r>
    </w:p>
    <w:p>
      <w:r>
        <w:rPr>
          <w:b/>
        </w:rPr>
        <w:t xml:space="preserve">[08:20] </w:t>
      </w:r>
      <w:r>
        <w:t>faithful bande se. woh banda jis ne sachai ko discover kiya hai, to khuda us se kya chahta hai? to quran mein bataya gaya hai ke وَمَا خَلَقْتُ الْجِنَّ وَالْإِنْسَ إِلَّا لِيَعْبُدُونِ. insanon ko paida kiya hai aap ne kis liye? ibadat karne ke liye. khuda ki ibadat karne ke liye. to goya ke jab insan ko islam ke roop mein</w:t>
      </w:r>
    </w:p>
    <w:p>
      <w:pPr>
        <w:jc w:val="right"/>
      </w:pPr>
      <w:r>
        <w:t>فیتھ فل بندے سے۔ وہ بندہ جس نے سچائی کو ڈسکور کیا ہے، تو خدا اس سے کیا چاہتا ہے؟ تو قرآن میں بتایا گیا ہے کہ وَمَا خَلَقْتُ الْجِنَّ وَالْإِنْسَ إِلَّا لِيَعْبُدُونِ. انسانوں کو پیدا کیا ہے آپ نے کس لیے؟ عبادت کرنے کے لیے۔ خدا کی عبادت کرنے کے لیے۔ تو گویا کہ جب انسان کو اسلام کے روپ میں</w:t>
      </w:r>
    </w:p>
    <w:p>
      <w:r>
        <w:rPr>
          <w:b/>
        </w:rPr>
        <w:t xml:space="preserve">[08:50] </w:t>
      </w:r>
      <w:r>
        <w:t>sachai ki discovery ho jaye, yaani woh khuda ko realize kar le, to use kya karna hai? khuda ki ibadat karna hai. har doosri cheez ki ibadat ko chhod kar. dekhiye, ibadat jo hai woh kisi form ka naam nahi hai, kisi set of rituals ka naam nahi hai. quran mein iske do criteria bataye gaye hain. ek hai</w:t>
      </w:r>
    </w:p>
    <w:p>
      <w:pPr>
        <w:jc w:val="right"/>
      </w:pPr>
      <w:r>
        <w:t>سچائی کی ڈسکوری ہو جائے، یعنی وہ خدا کو ریالائز کر لے، تو اسے کیا کرنا ہے؟ خدا کی عبادت کرنا ہے۔ ہر دوسری چیز کی عبادت کو چھوڑ کر۔ دیکھیے، عبادت جو ہے وہ کسی فارم کا نام نہیں ہے، کسی سیٹ آف ریچولز کا نام نہیں ہے۔ قرآن میں اس کے دو کرائٹیریا بتائے گئے ہیں۔ ایک ہے</w:t>
      </w:r>
    </w:p>
    <w:p>
      <w:r>
        <w:rPr>
          <w:b/>
        </w:rPr>
        <w:t xml:space="preserve">[09:20] </w:t>
      </w:r>
      <w:r>
        <w:t>أَشَدُّ حَبًّا لِلَّهِ. is aadmi ke dil mein sab se zyada mohabbat khuda ki aa jaye. doosra criteria hai وَلَمْ يَخْشَ إِلَّا اللَّهُ. is ke dil mein allah ke siwa kisi aur ka dar na ho. yeh do criteria hain ibadat ke. jab tak yeh dil ke andar yeh کیفیت</w:t>
      </w:r>
    </w:p>
    <w:p>
      <w:pPr>
        <w:jc w:val="right"/>
      </w:pPr>
      <w:r>
        <w:t>أَشَدُّ حَبًّا لِلَّهِ. اس آدمی کے دل میں سب سے زیادہ محبت خدا کی آ جائے۔ دوسرا کرائٹیریا ہے وَلَمْ يَخْشَ إِلَّا اللَّهُ. اس کے دل میں اللہ کے سوا کسی اور کا ڈر نہ ہو۔ یہ دو کرائٹیریا ہیں عبادت کے۔ جب تک یہ دل کے اندر یہ کیفیت</w:t>
      </w:r>
    </w:p>
    <w:p>
      <w:r>
        <w:rPr>
          <w:b/>
        </w:rPr>
        <w:t xml:space="preserve">[09:51] </w:t>
      </w:r>
      <w:r>
        <w:t>yeh feeling na ho ke sab se zyada us ko mohabbat khuda ki aa gayi ho, aur sab se zyada us ko concern khuda ban gaya ho, tab tak sirf form ko dohrana, kuch rituals ko dohrana, yeh khuda ki nazar mein ibadat nahi kaha jayega. ek hadith mein aaya hai ke paighambar islam ne farmaya isi bare mein to aap</w:t>
      </w:r>
    </w:p>
    <w:p>
      <w:pPr>
        <w:jc w:val="right"/>
      </w:pPr>
      <w:r>
        <w:t>، یہ فیلنگ نہ ہو کہ سب سے زیادہ اس کو محبت خدا کی آ گئی ہو، اور سب سے زیادہ اس کو کنسرن خدا بن گیا ہو، تب تک صرف فارم کو دہرانا، کچھ ریچولز کو دہرانا، یہ خدا کی نظر میں عبادت نہیں کہا جائے گا۔ ایک حدیث میں آیا ہے کہ پیغمبر اسلام نے فرمایا اسی بارے میں تو آپ</w:t>
      </w:r>
    </w:p>
    <w:p>
      <w:r>
        <w:rPr>
          <w:b/>
        </w:rPr>
        <w:t xml:space="preserve">[10:21] </w:t>
      </w:r>
      <w:r>
        <w:t>ke alfaaz yeh hain ke أَنْ تَعْبُدُوا اللَّهَ كَانَّكَ تَرَاءُ. tum is tarah ibadat karo khuda ki, goya ke tum us ko dekh rahe ho. tum is tarah ibadat karo khuda ki, goya ke tum us ko dekh rahe ho. to is ka matlab kya hua? is ka matlab yeh hua ke sachai ko paane wala jo hai, us ko khuda ke bohat gehra</w:t>
      </w:r>
    </w:p>
    <w:p>
      <w:pPr>
        <w:jc w:val="right"/>
      </w:pPr>
      <w:r>
        <w:t>کے الفاظ یہ ہیں کہ أَنْ تَعْبُدُوا اللَّهَ كَانَّكَ تَرَاءُ. تم اس طرح عبادت کرو خدا کی، گویا کہ تم اس کو دیکھ رہے ہو۔ تم اس طرح عبادت کرو خدا کی، گویا کہ تم اس کو دیکھ رہے ہو۔ تو اس کا مطلب کیا ہوا؟ اس کا مطلب یہ ہوا کہ سچائی کو پانے والا جو ہے، اس کو خدا کے بہت گہرا</w:t>
      </w:r>
    </w:p>
    <w:p>
      <w:r>
        <w:rPr>
          <w:b/>
        </w:rPr>
        <w:t xml:space="preserve">[10:51] </w:t>
      </w:r>
      <w:r>
        <w:t>ehsaas ho jaye. presence of god mein jeene ka naam ibadat hai. dekhiye, mein aap ko ek misaal deta hoon ke presence kya cheez hai. ek hunter tha, ek angrez hunter, british period mein, uska naam tha jim corbett. to us ne kamayon ki pahadiyon mein, us zamane mein bohat sher hua karte thay, to ek sau se zyada sher us ne maare thay.</w:t>
      </w:r>
    </w:p>
    <w:p>
      <w:pPr>
        <w:jc w:val="right"/>
      </w:pPr>
      <w:r>
        <w:t>احساس ہو جائے۔ پریزنس آف گاڈ میں جینے کا نام عبادت ہے۔ دیکھیے، میں آپ کو ایک مثال دیتا ہوں کہ پریزنس کیا چیز ہے۔ ایک ہنٹر تھا، ایک انگریز ہنٹر، برٹش پیریڈ میں، اس کا نام تھا جم کاربٹ۔ تو اس نے کمائیوں کی پہاڑیوں میں، اس زمانے میں بہت شیر ہوا کرتے تھے، تو ایک سو سے زیادہ شیر اس نے مارے تھے۔</w:t>
      </w:r>
    </w:p>
    <w:p>
      <w:r>
        <w:rPr>
          <w:b/>
        </w:rPr>
        <w:t xml:space="preserve">[11:21] </w:t>
      </w:r>
      <w:r>
        <w:t>aur phir ek kitaab likhi thi us ne. us kitaab mein woh kehta hai ke agar aap jungle mein chal rahe hain aur achaanak aap notice karte hain ke paas ki jhaadi mein ek sher khada hua hai, paas ki jhaadi mein ek sher khada hua hai, zinda sher, to woh kehta hai ke us waqt aap ka blood circule</w:t>
      </w:r>
    </w:p>
    <w:p>
      <w:pPr>
        <w:jc w:val="right"/>
      </w:pPr>
      <w:r>
        <w:t>اور پھر ایک کتاب لکھی تھی اس نے۔ اس کتاب میں وہ کہتا ہے کہ اگر آپ جنگل میں چل رہے ہیں اور اچانک آپ نوٹس کرتے ہیں کہ پاس کی جھاڑی میں ایک شیر کھڑا ہوا ہے، پاس کی جھاڑی میں ایک شیر کھڑا ہوا ہے، زندہ شیر، تو وہ کہتا ہے کہ اس وقت آپ کا بلڈ سرکولی</w:t>
      </w:r>
    </w:p>
    <w:p>
      <w:r>
        <w:rPr>
          <w:b/>
        </w:rPr>
        <w:t xml:space="preserve">[11:51] </w:t>
      </w:r>
      <w:r>
        <w:t>tion blood storm ban jata hai. ab is ko le kar sochiye, yaani sher ka presence aap ko agar itna zyada aap ke dil mein toofan paida karta hai, to sher ke creator ka presence agar aap ko ho jaye to aap ka kya haal hoga? jab yeh haal aadmi ka ho, namaz ya ibadat ke waqt, tab goya ke us ne sachi ibadat ki. kyun</w:t>
      </w:r>
    </w:p>
    <w:p>
      <w:pPr>
        <w:jc w:val="right"/>
      </w:pPr>
      <w:r>
        <w:t>شن بلڈ اسٹارم بن جاتا ہے۔ اب اس کو لے کر آپ سوچیے، یعنی شیر کا پریزنس آپ کو اگر اتنا زیادہ آپ کے دل میں طوفان پیدا کرتا ہے، تو شیر کے کریٹر کا پریزنس اگر آپ کو ہو جائے تو آپ کا کیا حال ہوگا؟ جب یہ حال آدمی کا ہو، نماز یا عبادت کے وقت، تب گویا کہ اس نے سچی عبادت کی۔ کیوں</w:t>
      </w:r>
    </w:p>
    <w:p>
      <w:r>
        <w:rPr>
          <w:b/>
        </w:rPr>
        <w:t xml:space="preserve">[12:21] </w:t>
      </w:r>
      <w:r>
        <w:t>ibadat hum karte hain to yahi soch kar karte hain, jaisa ke hadith mein bataya mein ne. أَنْ تَعْبُدُوا اللَّهَ كَانَّكَ تَرَاءُ. tum ibadat is tarah karo, goya ke tum khuda ko dekh rahe ho. yaani presence of god mein tumhari ibadat ho rahi hai. ibadat simply rituals ka naam nahi hai. ibadat khuda ke presence mein jeene ka naam hai. to jab aap khuda ke presence mein jee rahe</w:t>
      </w:r>
    </w:p>
    <w:p>
      <w:pPr>
        <w:jc w:val="right"/>
      </w:pPr>
      <w:r>
        <w:t>؟ عبادت ہم کرتے ہیں تو یہی سوچ کر کرتے ہیں، جیسا کہ حدیث میں بتایا میں نے۔ أَنْ تَعْبُدُوا اللَّهَ كَانَّكَ تَرَاءُ. تم عبادت اس طرح کرو، گویا کہ تم خدا کو دیکھ رہے ہو۔ یعنی پریزنس آف گاڈ میں تمہاری عبادت ہو رہی ہے۔ عبادت سمپلی ریچولز کا نام نہیں ہے۔ عبادت خدا کے پریزنس میں جینے کا نام ہے۔ تو جب آپ خدا کے پریزنس میں جی رہے</w:t>
      </w:r>
    </w:p>
    <w:p>
      <w:r>
        <w:rPr>
          <w:b/>
        </w:rPr>
        <w:t xml:space="preserve">[12:51] </w:t>
      </w:r>
      <w:r>
        <w:t>hon to woh کیفیت paida honi chahiye jo sach mach khuda ke presence mein jeene wale ki hoti hai. jis ki ek misaal mein ne sher ki shakal mein di. to yeh hai ibadat, jo ke quran mein bataya gaya hai ke kisi insaan ke upar khuda ka jo sab se bara farz hai, woh hai yeh ke woh khuda ki ibadat kare. yaani itna zyada us ko realization ho chuka ho khuda ka</w:t>
      </w:r>
    </w:p>
    <w:p>
      <w:pPr>
        <w:jc w:val="right"/>
      </w:pPr>
      <w:r>
        <w:t>ہوں تو وہ کیفیت پیدا ہونی چاہیے جو سچ مچ خدا کے پریزنس میں جینے والے کی ہوتی ہے۔ جس کی ایک مثال میں نے شیر کی شکل میں دی۔ تو یہ ہے عبادت، جو کہ قرآن میں بتایا گیا ہے کہ کسی انسان کے اوپر خدا کا جو سب سے بڑا فرض ہے، وہ ہے یہ کہ وہ خدا کی عبادت کرے۔ یعنی اتنا زیادہ اس کو ریالائزیشن ہو چکا ہو خدا کا</w:t>
      </w:r>
    </w:p>
    <w:p>
      <w:r>
        <w:rPr>
          <w:b/>
        </w:rPr>
        <w:t xml:space="preserve">[13:22] </w:t>
      </w:r>
      <w:r>
        <w:t>itna zyada woh khuda ko pa chuka ho ke us ko presence of god ka tajurba hone lage. ab dekhiye, mein ek aur baat kahunga, woh yeh hai ke islam ka islam ka khitab kis se hai? islam kis ko address karta hai</w:t>
      </w:r>
    </w:p>
    <w:p>
      <w:pPr>
        <w:jc w:val="right"/>
      </w:pPr>
      <w:r>
        <w:t>، اتنا زیادہ وہ خدا کو پا چکا ہو کہ اس کو پریزنس آف گاڈ کا تجربہ ہونے لگے۔ اب دیکھیے، میں ایک اور بات کہوں گا، وہ یہ ہے کہ اسلام کا اسلام کا خطاب کس سے ہے؟ اسلام کس کو ایڈریس کرتا ہے</w:t>
      </w:r>
    </w:p>
    <w:p>
      <w:r>
        <w:rPr>
          <w:b/>
        </w:rPr>
        <w:t xml:space="preserve">[13:52] </w:t>
      </w:r>
      <w:r>
        <w:t>mein yeh kahunga ke islam address karta hai individual ko, fard ko, state ko nahi. agar yeh koi samjhe ke islam ka matlab hai ke islamic state banana, yeh galat hai. islam ek individual ko address karta hai, state ko nahi. is ki mein aap ko ek quran se ek proof deta hoon.</w:t>
      </w:r>
    </w:p>
    <w:p>
      <w:pPr>
        <w:jc w:val="right"/>
      </w:pPr>
      <w:r>
        <w:t>؟ میں یہ کہوں گا کہ اسلام ایڈریس کرتا ہے انڈیویجول کو، فرد کو، اسٹیٹ کو نہیں۔ اگر یہ کوئی سمجھے کہ اسلام کا مطلب ہے کہ اسلامک اسٹیٹ بنانا، یہ غلط ہے۔ اسلام ایک انڈیویجول کو ایڈریس کرتا ہے، اسٹیٹ کو نہیں۔ اس کی میں آپ کو ایک قرآن سے ایک پروف دیتا ہوں۔</w:t>
      </w:r>
    </w:p>
    <w:p>
      <w:r>
        <w:rPr>
          <w:b/>
        </w:rPr>
        <w:t xml:space="preserve">[14:23] </w:t>
      </w:r>
      <w:r>
        <w:t>quran ka jo para 29 hai, us ke shuru mein yeh ayat hai ke خَلَقَ الْمَوْتَ وَالْحَيَاةَ لِيَبْلُوَكُمْ أَيُّكُمْ أَحْسَنُ عَمَلًا. khuda ne paida ki maut aur hayat, death aur life, kis liye? لِيَبْلُوَكُمْ أَيُّكُمْ أَحْسَنُ عَمَلًا. taake tumhara test</w:t>
      </w:r>
    </w:p>
    <w:p>
      <w:pPr>
        <w:jc w:val="right"/>
      </w:pPr>
      <w:r>
        <w:t>قرآن کا جو پارہ 29 ہے، اس کے شروع میں یہ آیت ہے کہ خَلَقَ الْمَوْتَ وَالْحَيَاةَ لِيَبْلُوَكُمْ أَيُّكُمْ أَحْسَنُ عَمَلًا. خدا نے پیدا کی موت اور حیات، ڈیتھ اور لائف، کس لیے؟ لِيَبْلُوَكُمْ أَيُّكُمْ أَحْسَنُ عَمَلًا. تاکہ تمہارا ٹیسٹ</w:t>
      </w:r>
    </w:p>
    <w:p>
      <w:r>
        <w:rPr>
          <w:b/>
        </w:rPr>
        <w:t xml:space="preserve">[14:53] </w:t>
      </w:r>
      <w:r>
        <w:t>le, taake tumhara imtehan le. ab aap ghor kijiye ke test ka kisi state ka liya ja sakta hai? test state to koi koi wajood nahi, state to koi cheez nahi. test liya jayega us ka jo insan jaisa ek koi ho, us ke andar free will ho, us ko ehsaas ho, woh samjhe baaton ko. to test kisi government ka, kisi state ka</w:t>
      </w:r>
    </w:p>
    <w:p>
      <w:pPr>
        <w:jc w:val="right"/>
      </w:pPr>
      <w:r>
        <w:t>لے، تاکہ تمہارا امتحان لے۔ اب آپ غور کیجیے کہ ٹیسٹ کا کسی اسٹیٹ کا لیا جا سکتا ہے؟ ٹیسٹ اسٹیٹ تو کوئی کوئی وجود نہیں، اسٹیٹ تو کوئی چیز نہیں۔ ٹیسٹ لیا جائے گا اس کا جو انسان جیسا ایک کوئی ہو، اس کے اندر فری ول ہو، اس کو احساس ہو، وہ سمجھے باتوں کو۔ تو ٹیسٹ کسی گورنمنٹ کا، کسی اسٹیٹ کا</w:t>
      </w:r>
    </w:p>
    <w:p>
      <w:r>
        <w:rPr>
          <w:b/>
        </w:rPr>
        <w:t xml:space="preserve">[15:23] </w:t>
      </w:r>
      <w:r>
        <w:t>nahi liya jata, insan ka liya jata hai. Aur insan bhi individual ka. To Khuda ne jo paighambar bheje, Khuda ne jo apni kitab bheji, to yeh batane ke liye ke ae logon, tum is duniya mein jo basaye gaye ho, is liye ke tumhara test liya jae. Test ka matlab kya hai? Khuda ne dekhiye, hell banai aur paraid</w:t>
      </w:r>
    </w:p>
    <w:p>
      <w:pPr>
        <w:jc w:val="right"/>
      </w:pPr>
      <w:r>
        <w:t>نہیں لیا جاتا، انسان کا لیا جاتا ہے۔ اور انسان بھی انڈیویجول کا۔ تو خدا نے جو پیغمبر بھیجے، خدا نے جو اپنی کتاب بھیجی، تو یہ بتانے کے لیے کہ اے لوگوں، تم اس دنیا میں جو بسائے گئے ہو، اس لیے کہ تمہارا ٹیسٹ لیا جائے۔ ٹیسٹ کا مطلب کیا ہے؟ خدا نے دیکھیے، ہیل بنائی اور پیراڈ</w:t>
      </w:r>
    </w:p>
    <w:p>
      <w:r>
        <w:rPr>
          <w:b/>
        </w:rPr>
        <w:t xml:space="preserve">[15:53] </w:t>
      </w:r>
      <w:r>
        <w:t>ise banai. Jannat mein kaun jaega? Is ko Quran aur Hadees se pata kijiye. Quran mein hai ke zalika jaza'u man tazakka. Yani jannat ka reward un ko milega jinhon ne apne apni rooh ko purify kiya.</w:t>
      </w:r>
    </w:p>
    <w:p>
      <w:pPr>
        <w:jc w:val="right"/>
      </w:pPr>
      <w:r>
        <w:t>ائز بنائی۔ جنت میں کون جائے گا؟ اس کو قرآن اور حدیث سے پتہ کیجیے۔ قرآن میں ہے کہ ذَٰلِكَ جَزَاءُ مَنْ تَزَكَّىٰ. یعنی جنت کا ریوارڈ ان کو ملے گا جنہوں نے اپنے اپنی روح کو پیوریفائی کیا۔</w:t>
      </w:r>
    </w:p>
    <w:p>
      <w:r>
        <w:rPr>
          <w:b/>
        </w:rPr>
        <w:t xml:space="preserve">[16:24] </w:t>
      </w:r>
      <w:r>
        <w:t>Yani purified soul hi jannat mein ya paradise mein jaega. To purified soul kaun hota hai? Individual hota hai, state nahi hota hai. Is liye main kehta hoon ke Islam ka jo target hai, wo Islamization of state nahi hai. Islam ka target Islamization of man hai,</w:t>
      </w:r>
    </w:p>
    <w:p>
      <w:pPr>
        <w:jc w:val="right"/>
      </w:pPr>
      <w:r>
        <w:t>یعنی پیوریفائیڈ سول ہی جنت میں یا پیراڈائز میں جائے گا۔ تو پیوریفائیڈ سول کون ہوتا ہے؟ انڈیویجول ہوتا ہے، اسٹیٹ نہیں ہوتا ہے۔ اس لیے میں کہتا ہوں کہ اسلام کا جو ٹارگٹ ہے، وہ اسلامائزیشن آف اسٹیٹ نہیں ہے۔ اسلام کا ٹارگٹ اسلامائزیشن آف مین ہے،</w:t>
      </w:r>
    </w:p>
    <w:p>
      <w:r>
        <w:rPr>
          <w:b/>
        </w:rPr>
        <w:t xml:space="preserve">[16:56] </w:t>
      </w:r>
      <w:r>
        <w:t>ek insan. Is ko bohat zyada samajhna chahiye. Is ki wajah se bohat bari bari ghalat fehmiyan paida hoti hain. Kyun ke dekhiye, soul ko purify karna to yeh to insan ek fard hi karega, state kya karegi ya hukumat kya karegi? Quran mein aap dekhiye ke jagah jagah yeh hai ke ayyuhal insanu ayyuhal insanu</w:t>
      </w:r>
    </w:p>
    <w:p>
      <w:pPr>
        <w:jc w:val="right"/>
      </w:pPr>
      <w:r>
        <w:t>ایک انسان۔ اس کو بہت زیادہ سمجھنا چاہیے۔ اس کی وجہ سے بہت بڑی بڑی غلط فہمیاں پیدا ہوتی ہیں۔ کیونکہ دیکھیے، سول کو پیوریفائی کرنا تو یہ تو انسان ایک فرد ہی کرے گا، اسٹیٹ کیا کرے گی یا حکومت کیا کرے گی؟ قرآن میں آپ دیکھیے کہ جگہ جگہ یہ ہے کہ أَيُّهَا الْإِنْسَانُ أَيُّهَا الْإِنْسَانُ</w:t>
      </w:r>
    </w:p>
    <w:p>
      <w:r>
        <w:rPr>
          <w:b/>
        </w:rPr>
        <w:t xml:space="preserve">[17:27] </w:t>
      </w:r>
      <w:r>
        <w:t>. Ae insan, o man. Yeh bhi yani Quran mein hai ke ae hukumat, ae state. To Islam ka jo mukhateb hai, Islam jis ko address karta hai, wo fard hai, hukumat ya state nahi hai. To fard mein kya change aana chahiye? Wo main ne is se pehle aap ko bataya ke fard mein yeh change aana chah</w:t>
      </w:r>
    </w:p>
    <w:p>
      <w:pPr>
        <w:jc w:val="right"/>
      </w:pPr>
      <w:r>
        <w:t>. اے انسان، او مین۔ یہ بھی یعنی قرآن میں ہے کہ اے حکومت، اے اسٹیٹ۔ تو اسلام کا جو مخاطب ہے، اسلام جس کو ایڈریس کرتا ہے، وہ فرد ہے، حکومت یا اسٹیٹ نہیں ہے۔ تو فرد میں کیا چینج آنا چاہیے؟ وہ میں نے اس سے پہلے آپ کو بتایا کہ فرد میں یہ چینج آنا چاہ</w:t>
      </w:r>
    </w:p>
    <w:p>
      <w:r>
        <w:rPr>
          <w:b/>
        </w:rPr>
        <w:t xml:space="preserve">[17:57] </w:t>
      </w:r>
      <w:r>
        <w:t>iye ke is ko Khuda ka realization ho. Yeh realization itna gehra ho, itna gehra ho ke wo sab se zyada Khuda se darne lage, wo sab se zyada Khuda se mohabbat karne lage. Darna is liye hota hai ke kahin Khuda mujhe pakar na le. Aur mohabbat is liye hoti hai ke Khuda ki jo blessing hai, us ko yaad kar ke aadmi Khuda se mohabbat karta hai.</w:t>
      </w:r>
    </w:p>
    <w:p>
      <w:pPr>
        <w:jc w:val="right"/>
      </w:pPr>
      <w:r>
        <w:t>یے کہ اس کو خدا کا ریالائزیشن ہو۔ یہ ریالائزیشن اتنا گہرا ہو، اتنا گہرا ہو کہ وہ سب سے زیادہ خدا سے ڈرنے لگے، وہ سب سے زیادہ خدا سے محبت کرنے لگے۔ ڈرنا اس لیے ہوتا ہے کہ کہیں خدا مجھے پکڑ نہ لے۔ اور محبت اس لیے ہوتی ہے کہ خدا کی جو بلیسنگ ہے، اس کو یاد کر کے آدمی خدا سے محبت کرتا ہے۔</w:t>
      </w:r>
    </w:p>
    <w:p>
      <w:r>
        <w:rPr>
          <w:b/>
        </w:rPr>
        <w:t xml:space="preserve">[18:29] </w:t>
      </w:r>
      <w:r>
        <w:t>To yeh dono cheezein jab Khuda ko insan realize karta hai to dono cheezein aati hain. Ek taraf us ko dikhai parta hai ke sari universe Khuda ne is ke liye banai hai, sari universe is ke liye blessing hai. Is se us ke andar Khuda ke liye mohabbat aati hai. Dusri taraf us ko yeh ehsas hota hai ke agar main test mein poora nahi utra to Khuda mujhe hell mein</w:t>
      </w:r>
    </w:p>
    <w:p>
      <w:pPr>
        <w:jc w:val="right"/>
      </w:pPr>
      <w:r>
        <w:t>تو یہ دونوں چیزیں جب خدا کو انسان ریالائز کرتا ہے تو دونوں چیزیں آتی ہیں۔ ایک طرف اس کو دکھائی پڑتا ہے کہ ساری یونیورس خدا نے اس کے لیے بنائی ہے، ساری یونیورس اس کے لیے بلیسنگ ہے۔ اس سے اس کے اندر خدا کے لیے محبت آتی ہے۔ دوسری طرف اس کو یہ احساس ہوتا ہے کہ اگر میں ٹیسٹ میں پورا نہیں اترا تو خدا مجھے ہیل میں</w:t>
      </w:r>
    </w:p>
    <w:p>
      <w:r>
        <w:rPr>
          <w:b/>
        </w:rPr>
        <w:t xml:space="preserve">[18:59] </w:t>
      </w:r>
      <w:r>
        <w:t>dal dega. Is se us ke andar dar paida hota hai. Jis ko kehte hain accountability. To accountability ka ehsas jo hai, yeh dar paida karta hai. Aur Khuda ke pas jannat hai, paradise hai, reward hai. Yeh us ko Khuda se mohabbat paida karta hai is ke andar. To yeh jo main ne kaha ke apne soul ko, apne nafs ko, apne wajood ko purify karna,</w:t>
      </w:r>
    </w:p>
    <w:p>
      <w:pPr>
        <w:jc w:val="right"/>
      </w:pPr>
      <w:r>
        <w:t>ڈال دے گا۔ اس سے اس کے اندر ڈر پیدا ہوتا ہے۔ جس کو کہتے ہیں اکاؤنٹیبلٹی۔ تو اکاؤنٹیبلٹی کا احساس جو ہے، یہ ڈر پیدا کرتا ہے۔ اور خدا کے پاس جنت ہے، پیراڈائز ہے، ریوارڈ ہے۔ یہ اس کو خدا سے محبت پیدا کرتا ہے اس کے اندر۔ تو یہ جو میں نے کہا کہ اپنے سول کو، اپنے نفس کو، اپنے وجود کو پیوریفائی کرنا،</w:t>
      </w:r>
    </w:p>
    <w:p>
      <w:r>
        <w:rPr>
          <w:b/>
        </w:rPr>
        <w:t xml:space="preserve">[19:30] </w:t>
      </w:r>
      <w:r>
        <w:t>yeh kya cheez hai? Dekhiye, is duniya mein har aadmi conditioning hoti rehti hai. Aadmi bachcha hota hai, tabhi se us ki conditioning shuru ho jati hai. Ghar ke andar, school ke andar, samajh ke andar, har jagah. Kuch ideas us ke mind mein baith jate hain, kuch kisi se hate, kisi se wo baith</w:t>
      </w:r>
    </w:p>
    <w:p>
      <w:pPr>
        <w:jc w:val="right"/>
      </w:pPr>
      <w:r>
        <w:t>یہ کیا چیز ہے؟ دیکھیے، اس دنیا میں ہر آدمی کنڈیشننگ ہوتی رہتی ہے۔ آدمی بچہ ہوتا ہے، تبھی سے اس کی کنڈیشننگ شروع ہو جاتی ہے۔ گھر کے اندر، اسکول کے اندر، سماج کے اندر، ہر جگہ۔ کچھ آئیڈیاز اس کے مائنڈ میں بیٹھ جاتے ہیں، کچھ کسی سے ہیٹ، کسی سے وہ بیٹ</w:t>
      </w:r>
    </w:p>
    <w:p>
      <w:r>
        <w:rPr>
          <w:b/>
        </w:rPr>
        <w:t xml:space="preserve">[20:00] </w:t>
      </w:r>
      <w:r>
        <w:t>jata hai is ke andar. To is ko apne aap ko in baton se nikalna parta hai. Aur sab se bari cheez jis ko nikalna hai, wo hate hai. Aadmi ke andar bohat bari bari expectations hoti hain. To hota kya hai? Wo expectations us ki poori nahi hoti hain. Agar aap soch rahe hain to kisi ki bhi expectations jo wo doosron se karta hai, wo poori hoti nahi.</w:t>
      </w:r>
    </w:p>
    <w:p>
      <w:pPr>
        <w:jc w:val="right"/>
      </w:pPr>
      <w:r>
        <w:t>ھ جاتا ہے اس کے اندر۔ تو اس کو اپنے آپ کو ان باتوں سے نکالنا پڑتا ہے۔ اور سب سے بڑی چیز جس کو نکالنا ہے، وہ ہیٹ ہے۔ آدمی کے اندر بہت بڑی بڑی ایکسپیکٹیشنز ہوتی ہیں۔ تو ہوتا کیا ہے؟ وہ ایکسپیکٹیشنز اس کی پوری نہیں ہوتی ہیں۔ اگر آپ سوچ رہے ہیں تو کسی کی بھی ایکسپیکٹیشنز جو وہ دوسروں سے کرتا ہے، وہ پوری ہوتی نہیں۔</w:t>
      </w:r>
    </w:p>
    <w:p>
      <w:r>
        <w:rPr>
          <w:b/>
        </w:rPr>
        <w:t xml:space="preserve">[20:32] </w:t>
      </w:r>
      <w:r>
        <w:t>To kya hota hai? Hate aata hai, anger aata hai. Isi liye prophet ne kaha ke ek aadmi ne us se poocha ke master formula zindagi ko acha banane ka kya hai? To aap ne kaha ke la taghzab. Tum ghussa na karo. Yani ghusse ke halaat to beharhal tumhare liye paida honge. Provocative situati</w:t>
      </w:r>
    </w:p>
    <w:p>
      <w:pPr>
        <w:jc w:val="right"/>
      </w:pPr>
      <w:r>
        <w:t>تو کیا ہوتا ہے؟ ہیٹ آتا ہے، اینگر آتا ہے۔ اسی لیے پرافٹ نے کہا کہ ایک آدمی نے اس سے پوچھا کہ ماسٹر فارمولا زندگی کو اچھا بنانے کا کیا ہے؟ تو آپ نے کہا کہ لَا تَغْزَبْ. تم غصہ نہ کرو۔ یعنی غصے کے حالات تو بہرحال تمہارے لیے پیدا ہوں گے۔ پرووکیٹیو سچوی</w:t>
      </w:r>
    </w:p>
    <w:p>
      <w:r>
        <w:rPr>
          <w:b/>
        </w:rPr>
        <w:t xml:space="preserve">[21:02] </w:t>
      </w:r>
      <w:r>
        <w:t>on to beharhal tumhare liye aegi. Lekin phir bhi tumhein is se provok nahi hona hai. Phir bhi tum ko bhadakna nahi hai. Phir bhi tum ko hate nahi karna hai. Agar aap ne hate kiya to aap ne apni purification ka jo process hai, us ko thap kar diya. Jaise hi aadmi ne mahol ke asar se koi negative thought us ke andar aa gaya,</w:t>
      </w:r>
    </w:p>
    <w:p>
      <w:pPr>
        <w:jc w:val="right"/>
      </w:pPr>
      <w:r>
        <w:t>شن تو بہرحال تمہارے لیے آئے گی۔ لیکن پھر بھی تمہیں اس سے پرووک نہیں ہونا ہے۔ پھر بھی تم کو بھڑکنا نہیں ہے۔ پھر بھی تم کو ہیٹ نہیں کرنا ہے۔ اگر آپ نے ہیٹ کیا تو آپ نے اپنی پیوریفیکیشن کا جو پراسیس ہے، اس کو ٹھپ کر دیا۔ جیسے ہی آدمی نے ماحول کے اثر سے کوئی نیگیٹیو تھاٹ اس کے اندر آ گیا،</w:t>
      </w:r>
    </w:p>
    <w:p>
      <w:r>
        <w:rPr>
          <w:b/>
        </w:rPr>
        <w:t xml:space="preserve">[21:33] </w:t>
      </w:r>
      <w:r>
        <w:t>to purification ka process ruk jata hai wahan. To main samajhta hoon ke agar yeh kaha jae isi baat ko doosre lafzon mein ke hamesha positive response dena situation ka, yeh hai purification. Aur negative response dena situation ka, jo aas paas ho, wo hai is purification ke process ko rok dena.</w:t>
      </w:r>
    </w:p>
    <w:p>
      <w:pPr>
        <w:jc w:val="right"/>
      </w:pPr>
      <w:r>
        <w:t>تو پیوریفیکیشن کا پراسیس رک جاتا ہے وہاں۔ تو میں سمجھتا ہوں کہ اگر یہ کہا جائے اسی بات کو دوسرے لفظوں میں کہ ہمیشہ پوزیٹیو رسپانس دینا سچویشن کا، یہ ہے پیوریفیکیشن۔ اور نیگیٹیو رسپانس دینا سچویشن کا، جو اس پاس ہو، وہ ہے اس پیوریفیکیشن کے پراسیس کو روک دینا۔</w:t>
      </w:r>
    </w:p>
    <w:p>
      <w:r>
        <w:rPr>
          <w:b/>
        </w:rPr>
        <w:t xml:space="preserve">[22:04] </w:t>
      </w:r>
      <w:r>
        <w:t>To jab tak aadmi aisa na kare ke marne se pehle pehle wo apne aap ko purified soul bana le, tab tak us ko paradise milne wali nahi hai. Kyun? Is liye ke yeh purification ka jo process hai, wo marne ke baad nahi chalega. Marne ke baad jo hona hai, wo to badla hai, reward hai, punishment hai. Marne ke baad aisa nahi ho sakta ke yeh dobara admi</w:t>
      </w:r>
    </w:p>
    <w:p>
      <w:pPr>
        <w:jc w:val="right"/>
      </w:pPr>
      <w:r>
        <w:t>تو جب تک آدمی ایسا نہ کرے کہ مرنے سے پہلے پہلے وہ اپنے آپ کو پیوریفائیڈ سول بنا لے، تب تک اس کو پیراڈائز ملنے والی نہیں ہے۔ کیوں؟ اس لیے کہ یہ پیوریفیکیشن کا جو پراسیس ہے، وہ مرنے کے بعد نہیں چلے گا۔ مرنے کے بعد جو ہونا ہے، وہ تو بدلہ ہے، ریوارڈ ہے، پنشمنٹ ہے۔ مرنے کے بعد ایسا نہیں ہو سکتا کہ یہ دوبارہ آدم</w:t>
      </w:r>
    </w:p>
    <w:p>
      <w:r>
        <w:rPr>
          <w:b/>
        </w:rPr>
        <w:t xml:space="preserve">[22:34] </w:t>
      </w:r>
      <w:r>
        <w:t>chahe ke main chalaon apne andar is process ko. Wahan yeh chalne wala nahi hai. To is mein is baat ko is tarah bhi kaha ja sakta hai ke ke jo aadmi jannat mein jana chahe, us ko sab se zyada introspection karna parta hai. Apne andar jhankna, apni kamiyon ko door karna, apne negative thought ko nikalna, yani apni conditioning ki</w:t>
      </w:r>
    </w:p>
    <w:p>
      <w:pPr>
        <w:jc w:val="right"/>
      </w:pPr>
      <w:r>
        <w:t>ی چاہے کہ میں چلاؤں اپنے اندر اس پراسیس کو۔ وہاں یہ چلنے والا نہیں ہے۔ تو اس میں اس بات کو اس طرح بھی کہا جا سکتا ہے کہ کہ جو آدمی جنت میں جانا چاہے، اس کو سب سے زیادہ انٹراسپیکشن کرنا پڑتا ہے۔ اپنے اندر جھانکنا، اپنی کمیوں کو دور کرنا، اپنے نیگیٹیو تھاٹ کو نکالنا، یعنی اپنی کنڈیشننگ کی</w:t>
      </w:r>
    </w:p>
    <w:p>
      <w:r>
        <w:rPr>
          <w:b/>
        </w:rPr>
        <w:t xml:space="preserve">[23:05] </w:t>
      </w:r>
      <w:r>
        <w:t>deconditioning karna. Har aadmi condition ho jata hai. To har aadmi ko apni deconditioning karni hai. Yani apne apne negativity ko badal kar positive personality banana hai apne andar. Jo is mein fail hoga, to phir wo paradise mein nahi ja sakta. Dekhiye, Quran mein kaha gaya hai ke yeh bataya gaya hai ke para</w:t>
      </w:r>
    </w:p>
    <w:p>
      <w:pPr>
        <w:jc w:val="right"/>
      </w:pPr>
      <w:r>
        <w:t>ڈی کنڈیشننگ کرنا۔ ہر آدمی کنڈیشن ہو جاتا ہے۔ تو ہر آدمی کو اپنی ڈی کنڈیشننگ کرنی ہے۔ یعنی اپنے اپنے نیگیٹیوٹی کو بدل کر پوزیٹیو پرسنیلٹی بنانا ہے اپنے اندر۔ جو اس میں فیل ہوگا، تو پھر وہ پیراڈائز میں نہیں جا سکتا۔ دیکھیے، قرآن میں کہا گیا ہے کہ یہ بتایا گیا ہے کہ پیرا</w:t>
      </w:r>
    </w:p>
    <w:p>
      <w:r>
        <w:rPr>
          <w:b/>
        </w:rPr>
        <w:t xml:space="preserve">[23:35] </w:t>
      </w:r>
      <w:r>
        <w:t>dise hai kya? Jannat hai kya? To ek dua hai ke rabb ablil baitan aaynataka fil jannati. Is se yeh baat nikalti hai ke paradise Khuda ke paros ka naam hai, Khuda ke neighborhood ka naam hai. Isi liye kaha gaya hai ke takhallaqu bi akhlaqillah. Apne andar Khuda wala character paida karo. Yeh kehna sahi hoga ke jannat Khuda ka paros hai.</w:t>
      </w:r>
    </w:p>
    <w:p>
      <w:pPr>
        <w:jc w:val="right"/>
      </w:pPr>
      <w:r>
        <w:t>ڈائز ہے کیا؟ جنت ہے کیا؟ تو ایک دعا ہے کہ رَبِّ اَبْلِلِ بَيْتًا عَيْنَتَكَ فِي الْجَنَّةِ اس سے یہ بات نکلتی ہے کہ پیراڈائز خدا کے پڑوس کا نام ہے، خدا کے نیبرہوڈ کا نام ہے۔ اسی لیے کہا گیا ہے کہ تَخَلَّقُوا بِأَخْلَاقِ اللَّهِ اپنے اندر خدا والا کریکٹر پیدا کرو۔ یہ کہنا صحیح ہوگا کہ جنت خدا کا پڑوس ہے۔</w:t>
      </w:r>
    </w:p>
    <w:p>
      <w:r>
        <w:rPr>
          <w:b/>
        </w:rPr>
        <w:t xml:space="preserve">[24:07] </w:t>
      </w:r>
      <w:r>
        <w:t>Khuda ka jo concept hai Islam mein, wo yeh hai ke sab se zyada beautiful Khuda hai. Sari beauty, sari achaiyan Khuda mein jama hain. To jab Khuda itna zyada khubiyon ka majmooa hai, to us ka jo paros hoga, us mein bhi zahir hai ke khubiyon ka mahol wahan par hoga. Sirf wohi log is mein jagah payenge jo</w:t>
      </w:r>
    </w:p>
    <w:p>
      <w:pPr>
        <w:jc w:val="right"/>
      </w:pPr>
      <w:r>
        <w:t>خدا کا جو کانسیپٹ ہے اسلام میں، وہ یہ ہے کہ سب سے زیادہ بیوٹی فل خدا ہے۔ ساری بیوٹی، ساری اچھائیاں خدا میں جمع ہیں۔ تو جب خدا اتنا زیادہ خوبیوں کا مجموعہ ہے، تو اس کا جو پڑوس ہوگا، اس میں بھی ظاہر ہے کہ خوبیوں کا ماحول وہاں پر ہوگا۔ صرف وہی لوگ اس میں جگہ پائیں گے جو</w:t>
      </w:r>
    </w:p>
    <w:p>
      <w:r>
        <w:rPr>
          <w:b/>
        </w:rPr>
        <w:t xml:space="preserve">[24:37] </w:t>
      </w:r>
      <w:r>
        <w:t>khubiyan liye hue wahan pohnchen. Khubiyan ka matlab kya hai? Jin ke andar positive thinking ho, jis ke andar peaceful attitude ho, jis ke andar tolerance ho, jin ke andar honesty ho, jin ke andar sachai ho, jin ke andar justice ho, jin ke andar compassion ho. Yeh sari cheezein Khuda ki sifat batayi gayi hain Quran mein. Quran mein dekhiye, Khuda ka ek naam bataya gaya hai:</w:t>
      </w:r>
    </w:p>
    <w:p>
      <w:pPr>
        <w:jc w:val="right"/>
      </w:pPr>
      <w:r>
        <w:t>خوبیاں لیے ہوئے وہاں پہنچیں۔ خوبیاں کا مطلب کیا ہے؟ جن کے اندر پوزیٹیو تھنکنگ ہو، جس کے اندر پیس فل ایٹیٹیوڈ ہو، جس کے اندر ٹالرنس ہو، جن کے اندر اونسٹی ہو، جن کے اندر سچائی ہو، جن کے اندر جسٹس ہو، جن کے اندر کمپیشن ہو۔ یہ ساری چیزیں خدا کی صفت بتائی گئی ہیں قرآن میں۔ قرآن میں دیکھیے، خدا کا ایک نام بتایا گیا ہے:</w:t>
      </w:r>
    </w:p>
    <w:p>
      <w:r>
        <w:rPr>
          <w:b/>
        </w:rPr>
        <w:t xml:space="preserve">[25:08] </w:t>
      </w:r>
      <w:r>
        <w:t>Salam. Peace. Khuda ka ek naam hai: Salam. Peace. To kaha ke aadmi ko peaceful hona chahiye. Jo Khuda sar ta pa, sar ta sar salamti ho, sar ta sar peace ho, wahan us aadmi ka kya kaam jo violence mein jeeta ho, jis ki thinking jo hai, wo violent thinking ho, jis ka tareeqa violent method ho, aisa aadmi zahir hai ke Khuda</w:t>
      </w:r>
    </w:p>
    <w:p>
      <w:pPr>
        <w:jc w:val="right"/>
      </w:pPr>
      <w:r>
        <w:t>السلام۔ پیس۔ خدا کا ایک نام ہے: السلام۔ پیس۔ تو کہا کہ آدمی کو پیس فل ہونا چاہیے۔ جو خدا سر تاپر، سر تاثر سلامتی ہو، سر تاثر پیس ہو، وہاں اس آدمی کا کیا کام جو بالنس میں جیتا ہو، جس کی تھنکنگ جو ہے، وہ بالنٹ تھنکنگ ہو، جس کا طریقہ بالنٹ میتھڈ ہو، ایسا آدمی ظاہر ہے کہ خدا</w:t>
      </w:r>
    </w:p>
    <w:p>
      <w:r>
        <w:rPr>
          <w:b/>
        </w:rPr>
        <w:t xml:space="preserve">[25:38] </w:t>
      </w:r>
      <w:r>
        <w:t>ke paros mein jagah nahi pa sakta. Khuda ki ek sifat Rahman aur Rahim hai. Is ka matlab hai compassion. To ab Khuda sar ta pa compassion hai, to us ke paros mein sirf wohi insan jagah payenge jin ke andar compassion ho. Sare logon ke liye jin ke dil mein khair khwahi ho, jin ka dil compassion se aur khair khwahi se khali ho, jo nafrat mein jeete hon, to</w:t>
      </w:r>
    </w:p>
    <w:p>
      <w:pPr>
        <w:jc w:val="right"/>
      </w:pPr>
      <w:r>
        <w:t>کے پڑوس میں جگہ نہیں پا سکتا۔ خدا کی ایک صفت رحمان اور رحیم ہے۔ اس کا مطلب ہے کمپیشن۔ تو اب خدا جب سر تاپا کمپیشن ہے، تو اس کے پڑوس میں صرف وہ انسان جگہ پائیں گے جن کے اندر کمپیشن ہو۔ سارے لوگوں کے لیے جن کے دل میں خیر خواہی ہو، جن کا دل کمپیشن سے اور خیر خواہی سے خالی ہو، جو نفرت میں جیتے ہوں، تو</w:t>
      </w:r>
    </w:p>
    <w:p>
      <w:r>
        <w:rPr>
          <w:b/>
        </w:rPr>
        <w:t xml:space="preserve">[26:08] </w:t>
      </w:r>
      <w:r>
        <w:t>zahir hai ke Khuda ke paros mein un ko jagah nahi milegi. To main aap ko ek ek cheez jo main ne parhi thi, wo bataunga. Ek kitab main ne parhi jis ko jis ka subject tha: skin grafting. Aap jante hain ke insan ki body mein kabhi aisa hota hai ke us ko skin lagani parti hai. Jaise</w:t>
      </w:r>
    </w:p>
    <w:p>
      <w:pPr>
        <w:jc w:val="right"/>
      </w:pPr>
      <w:r>
        <w:t>ظاہر ہے کہ خدا کے پڑوس میں ان کو جگہ نہیں ملے گی۔ تو میں آپ کو ایک ایک چیز جو میں نے پڑھی تھی، وہ بتاؤں گا۔ ایک کتاب میں نے پڑھی جس کو جس کا سبجیکٹ تھا: اسکن گریفٹنگ۔ آپ جانتے ہیں کہ انسان کی باڈی میں کبھی ایسا ہوتا ہے کہ اس کو اسکن لگانی پڑتی ہے۔ جیسے</w:t>
      </w:r>
    </w:p>
    <w:p>
      <w:r>
        <w:rPr>
          <w:b/>
        </w:rPr>
        <w:t xml:space="preserve">[26:38] </w:t>
      </w:r>
      <w:r>
        <w:t>electric burn ho jae to wahan par skin lagai jati hai. Us ko kehte hain skin grafting. Is kitab mein bataya gaya tha ke jab kisi ki body mein, jaise ek hath mein aap skin lagayein, to aap ko usi body wala skin chahiye. Chunancha kya hota hai? Aadmi hi ke ek hath se skin lekar ke doosre hath mein lagaya jata hai. Agar kisi aur ka skin ho jo</w:t>
      </w:r>
    </w:p>
    <w:p>
      <w:pPr>
        <w:jc w:val="right"/>
      </w:pPr>
      <w:r>
        <w:t>الیکٹرک برن ہو جائے تو وہاں پر اسکن لگائی جاتی ہے۔ اس کو کہتے ہیں اسکن گریفٹنگ۔ اس کتاب میں بتایا گیا تھا کہ جب کسی کی باڈی میں، جیسے ایک ہاتھ میں آپ اسکن لگائیں، تو آپ کو اسی باڈی والا اسکن چاہیے۔ چنانچہ کیا ہوتا ہے؟ آدمی ہی کے ایک ہاتھ سے اسکن لے کر کے دوسرے ہاتھ میں لگایا جاتا ہے۔ اگر کسی اور کا اسکن ہو جو</w:t>
      </w:r>
    </w:p>
    <w:p>
      <w:r>
        <w:rPr>
          <w:b/>
        </w:rPr>
        <w:t xml:space="preserve">[27:08] </w:t>
      </w:r>
      <w:r>
        <w:t>us ke body se mel na khata ho, to wo is mein chipkega nahi. To is par likha tha us ne ke self will not accept not self. Yeh batate hue ke mel khata hua jab skin hoga tab wo yahan par chipkega. Nahi to ukhad kar nikal jaega. Wo chipkega nahi. Us ko batate hue us ne kaha tha ke self will not accept not self. To Khuda jo</w:t>
      </w:r>
    </w:p>
    <w:p>
      <w:pPr>
        <w:jc w:val="right"/>
      </w:pPr>
      <w:r>
        <w:t>اس کے باڈی سے میل نہ کھاتا ہو، تو وہ اس میں چپکے گا نہیں۔ تو اس پر لکھا تھا اس نے کہ سیلف ول ناٹ ایکسیپٹ ناٹ سیلف۔ یہ بتاتے ہوئے کہ میل کھاتا ہوا جب اسکن ہوگا، تب وہ یہاں پر چپکے گا۔ نہیں تو اکھڑ کر نکل جائے گا۔ وہ چپکے گا نہیں۔ اس کو بتاتے ہوئے اس نے کہا تھا کہ سیلف ول ناٹ ایکسیپٹ ناٹ سیلف۔ تو خدا جو</w:t>
      </w:r>
    </w:p>
    <w:p>
      <w:r>
        <w:rPr>
          <w:b/>
        </w:rPr>
        <w:t xml:space="preserve">[27:38] </w:t>
      </w:r>
      <w:r>
        <w:t>hai, us ko accept hi nahi karega jis ka mizaj us ke mizaj se mel na khaye. Usay main ne arz kiya ke Khuda hai mehrban, khair khwah. Ab jo aadmi ka mizaj yeh ho ke wo badkhwah ho, wo mehrban na ho doosre insanon ke bare mein, to Khuda ke mizaj se mutabiqat nahi hui us ki. To kahan jagah payega wahan? Isi tarah se Khuda ka mizaj hai: peace.</w:t>
      </w:r>
    </w:p>
    <w:p>
      <w:pPr>
        <w:jc w:val="right"/>
      </w:pPr>
      <w:r>
        <w:t>ہے، اس کو ایکسیپٹ ہی نہیں کرے گا جس کا مزاج اس کے مزاج سے میل نہ کھائے۔ اسے میں نے عرض کیا کہ خدا ہے مہربان، خیر خواہ۔ اب جو آدمی کا مزاج یہ ہو کہ وہ بدخواہ ہو، وہ مہربان نہ ہو دوسرے انسانوں کے بارے میں، تو خدا کے مزاج سے مطابقت نہیں ہوئی اس کی۔ تو کہاں جگہ پائے گا وہاں؟ اسی طرح سے خدا کا مزاج ہے: پیس</w:t>
      </w:r>
    </w:p>
    <w:p>
      <w:r>
        <w:rPr>
          <w:b/>
        </w:rPr>
        <w:t xml:space="preserve">[28:09] </w:t>
      </w:r>
      <w:r>
        <w:t>, aman, shanti. ab ek aadmi ka mizaj jo hai, ladai jhagda hai, tashaddud hai, violence hai. to aisa aadmi wahan par khuda ke paros mein basaye jaane ke liye nahil hoga, incompatible hoga. isi tarah aap samajh sakte hain. to purify, purified soul yani khuda ke attribute ko apne andar paida karne wala insan hi</w:t>
      </w:r>
    </w:p>
    <w:p>
      <w:pPr>
        <w:jc w:val="right"/>
      </w:pPr>
      <w:r>
        <w:t>، امن، شانتی۔ اب ایک آدمی کا مزاج جو ہے، لڑائی جھگڑا ہے، تشدد ہے، وائیلنس ہے۔ تو ایسا آدمی وہاں پر خدا کے پڑوس میں بسائے جانے کے لیے نااہل ہوگا، انکمپٹیبل ہوگا۔ اسی طرح آپ سمجھ سکتے ہیں۔ تو پیوریفائی، پیوریفائیڈ سول یعنی خدا کے ایٹریبیوٹ کو اپنے اندر پیدا کرنے والا انسان ہی</w:t>
      </w:r>
    </w:p>
    <w:p>
      <w:r>
        <w:rPr>
          <w:b/>
        </w:rPr>
        <w:t xml:space="preserve">[28:39] </w:t>
      </w:r>
      <w:r>
        <w:t>khuda ke paros mein jagah payega. main samajhta hoon ke ek baat agar aadmi rakhe apne samne ke jannat khuda ke paros ka naam hai, aur wahan par wahi log jagah payenge jo khuda wali sifat, khuda wale character ko lekar wahan pahunchen. isi ek baat se sari baat samajh mein aa jati hai. ab main ek baat aur kahunga, wo yeh ke quran ki ek ayat hai: al-yawma aqmaltu lakum deenakum wa atmamtu alaykum ni'mati</w:t>
      </w:r>
    </w:p>
    <w:p>
      <w:pPr>
        <w:jc w:val="right"/>
      </w:pPr>
      <w:r>
        <w:t>خدا کے پڑوس میں جگہ پائے گا۔ میں سمجھتا ہوں کہ ایک بات اگر آدمی رکھے اپنے سامنے کہ جنت خدا کے پڑوس کا نام ہے، اور وہاں پر وہی لوگ جگہ پائیں گے جو خدا والی صفات، خدا والے کریکٹر کو لے کر وہاں پہنچیں۔ اسی ایک بات سے ساری بات سمجھ میں آ جاتی ہے۔ اب میں ایک بات اور کہوں گا، وہ یہ کہ قرآن کی ایک آیت ہے: الْيَوْمَ أَقْبَلْتُ لَكُمْ دِينَكُمْ وَأَتْبَنْتُ عَلَيْكُمْ نِعْمَتِي</w:t>
      </w:r>
    </w:p>
    <w:p>
      <w:r>
        <w:rPr>
          <w:b/>
        </w:rPr>
        <w:t xml:space="preserve">[29:09] </w:t>
      </w:r>
      <w:r>
        <w:t>wa raditu lakumul-israama deenan is mein yeh hai ke khuda ne aaj tumhare deen ko mukammal kar diya. is ka matlab yeh nahi hai ke adam se jo deen utar raha tha, adam par utra, nuh par utra, ibrahim par utra, musa aur isa par utra, to yeh jo deen utar raha tha, wo muhammad sallallahu alaihi wasallam par aa kar mukammal ho gaya.</w:t>
      </w:r>
    </w:p>
    <w:p>
      <w:pPr>
        <w:jc w:val="right"/>
      </w:pPr>
      <w:r>
        <w:t>وَرَدِّيْتُ لَكُمُ الْاِسْرَامَ دِينًا اس میں یہ ہے کہ خدا نے آج تمہارے دین کو مکمل کر دیا۔ اس کا مطلب یہ نہیں ہے کہ آدم سے جو دین اتر رہا تھا، آدم پر اترا، نوح پر اترا، ابراہیم پر اترا، موسیٰ اور عیسیٰ پر اترا، تو یہ جو دین اتر رہا تھا، وہ محمد صلی اللہ علیہ وسلم پر آ کر مکمل ہو گیا۔</w:t>
      </w:r>
    </w:p>
    <w:p>
      <w:r>
        <w:rPr>
          <w:b/>
        </w:rPr>
        <w:t xml:space="preserve">[29:39] </w:t>
      </w:r>
      <w:r>
        <w:t>yani is ki list mukammal ho gayi. yeh samajhna galat hai. lekin ayat mein yeh hai: al-yawma aqmaltu lakum deenakum main ne aaj tumhare deen ko tumhare liye mukammal kar diya. yeh nahi ke aaj main ne tumhare liye khuda ke deen ko mukammal kar diya. ek hai khuda ke deen ka mukammal hona, ek hai musalmanon par ya rasool allah par jo deen utar raha tha, us ka mukammal hona. dono baatein alag alag hain.</w:t>
      </w:r>
    </w:p>
    <w:p>
      <w:pPr>
        <w:jc w:val="right"/>
      </w:pPr>
      <w:r>
        <w:t>یعنی اس کی لسٹ مکمل ہو گئی۔ یہ سمجھنا غلط ہے۔ لیکن آیت میں یہ ہے: الْيَوْمَ أَقْمَلْتُ لَكُمْ دِينَكُمْ میں نے آج تمہارے دین کو تمہارے لیے مکمل کر دیا۔ یہ نہیں کہ آج میں نے تمہارے لیے خدا کے دین کو مکمل کر دیا۔ ایک ہے خدا کے دین کا مکمل ہونا، ایک ہے مسلمانوں پر یا رسول اللہ پر جو دین اتر رہا تھا، اس کا مکمل ہونا۔ دونوں باتیں الگ الگ ہیں۔</w:t>
      </w:r>
    </w:p>
    <w:p>
      <w:r>
        <w:rPr>
          <w:b/>
        </w:rPr>
        <w:t xml:space="preserve">[30:11] </w:t>
      </w:r>
      <w:r>
        <w:t>to quran ke mutabiq har deen mukammal deen tha. jitne paighambar aaye, us se pehle sab mukammal deen hi lekar aaye. koi paighambar naqis deen lekar nahi aaya. isi liye dekhiye, quran mein hai ke la nufarriqu bayna ahadin minar rusuli ke ek rasool aur doosre rasool, ek paighambar aur doosre paighambar ke darmiyan farq na karo. farq</w:t>
      </w:r>
    </w:p>
    <w:p>
      <w:pPr>
        <w:jc w:val="right"/>
      </w:pPr>
      <w:r>
        <w:t>تو قرآن کے مطابق ہر دین مکمل دین تھا۔ جتنے پیغمبر آئے، اس سے پہلے سب مکمل دین ہی لے کر آئے۔ کوئی پیغمبر ناقص دین لے کر نہیں آیا۔ اسی لیے دیکھیے، قرآن میں ہے کہ لَا نَفَرَّقَ بَيْنَ أَحَدٍ مِّنَ الرُّسُلِ کہ ایک رسول اور دوسرے رسول، ایک پیغمبر اور دوسرے پیغمبر کے درمیان فرق نہ کرو۔ فرق</w:t>
      </w:r>
    </w:p>
    <w:p>
      <w:r>
        <w:rPr>
          <w:b/>
        </w:rPr>
        <w:t xml:space="preserve">[30:41] </w:t>
      </w:r>
      <w:r>
        <w:t>na karo. to agar kisi ka deen kamil hota, kisi ka deen naqis hota, to is jumle ka koi matlab nahi banega. kyunke phir to farq ho gaya. agar ek paighambar ka deen naqis ho, doosre paighambar ka deen kamil ho, tab to farq ho gaya. phir kaise kaha jayega ke la nufarriqu bayna ahadin minar rusuli paighambar islam ko jab paighambari mili to aap makka mein the. us waqt aap ne</w:t>
      </w:r>
    </w:p>
    <w:p>
      <w:pPr>
        <w:jc w:val="right"/>
      </w:pPr>
      <w:r>
        <w:t>نہ کرو۔ تو اگر کسی کا دین کامل ہوتا، کسی کا دین ناقص ہوتا، تو اس جملے کا کوئی مطلب نہیں بنے گا۔ کیونکہ پھر تو فرق ہو گیا۔ اگر ایک پیغمبر کا دین ناقص ہو، دوسرے پیغمبر کا دین کامل ہو، تب تو فرق ہو گیا۔ پھر کیسے کہا جائے گا کہ لَا نَفَرَّقَ بَيْنَ أَحَدٍ مِّنَ الرُّسُلِ پیغمبر اسلام کو جب پیغمبری ملی تو آپ مکہ میں تھے۔ اس وقت آپ نے</w:t>
      </w:r>
    </w:p>
    <w:p>
      <w:r>
        <w:rPr>
          <w:b/>
        </w:rPr>
        <w:t xml:space="preserve">[31:12] </w:t>
      </w:r>
      <w:r>
        <w:t>jo pehli speech di, safa ke pahadi par khade ho kar makka walon ke samne, to us pehli speech mein aap ne kaha tha ke jis tarah tum sote ho, usi tarah tum maroge, aur usi tarah tum dobara maut ke baad uthaye jaoge. aur phir aap ne farmaya ke wa i</w:t>
      </w:r>
    </w:p>
    <w:p>
      <w:pPr>
        <w:jc w:val="right"/>
      </w:pPr>
      <w:r>
        <w:t>جو پہلی سپیچ دی، صفا کے پہاڑی پر کھڑے ہو کر مکہ والوں کے سامنے، تو اس پہلی سپیچ میں آپ نے کہا تھا کہ جس طرح تم سوتے ہو، اسی طرح تم مرو گے، اور اسی طرح تم دوبارہ موت کے بعد اٹھائے جاؤ گے۔ اور پھر آپ نے فرمایا کہ وَإِ</w:t>
      </w:r>
    </w:p>
    <w:p>
      <w:r>
        <w:rPr>
          <w:b/>
        </w:rPr>
        <w:t xml:space="preserve">[31:42] </w:t>
      </w:r>
      <w:r>
        <w:t>nnaha lajannatu abadan wa la narun abadan aur us ke baad ya to hamesha ki jannat hai ya hamesha ki jahannum. is se andaza hota hai ke paighambar ka sab se bada concern kya tha. sab se bada concern yeh tha ke duniya mein log is tarah rahen ke un kamon se bachen jin se khuda naraz hota hai,</w:t>
      </w:r>
    </w:p>
    <w:p>
      <w:pPr>
        <w:jc w:val="right"/>
      </w:pPr>
      <w:r>
        <w:t>نَّهَا لَجَنَّةٌ أَبَدًا وَلَا نَارٌ أَبَدًا اور اس کے بعد یا تو ہمیشہ کی جنت ہے یا ہمیشہ کی جہنم۔ اس سے اندازہ ہوتا ہے کہ پیغمبر کا سب سے بڑا کنسرن کیا تھا۔ سب سے بڑا کنسرن یہ تھا کہ دنیا میں لوگ اس طرح رہیں کہ ان کاموں سے بچیں جن سے خدا ناراض ہوتا ہے،</w:t>
      </w:r>
    </w:p>
    <w:p>
      <w:r>
        <w:rPr>
          <w:b/>
        </w:rPr>
        <w:t xml:space="preserve">[32:13] </w:t>
      </w:r>
      <w:r>
        <w:t>taake khuda maut ke baad wali duniya mein un ko jahannum mein na dale. isi ke sath wo in kamon ka bahut zyada paalan karen, in kamon ko bahut zyada amal mein layen jin se khuda khush hota hai, aur un ko maut ke baad jannat mein dakhil karega. to sab se bada concern khuda ka tha jannat aur jahannum. sab se bada concern yeh tha ke log</w:t>
      </w:r>
    </w:p>
    <w:p>
      <w:pPr>
        <w:jc w:val="right"/>
      </w:pPr>
      <w:r>
        <w:t>تاکہ خدا موت کے بعد والی دنیا میں ان کو جہنم میں نہ ڈالے۔ اسی کے ساتھ وہ ان کاموں کا بہت زیادہ پالن کریں، ان کاموں کو بہت زیادہ عمل میں لائیں جن سے خدا خوش ہوتا ہے، اور ان کو موت کے بعد جنت میں داخل کرے گا۔ تو سب سے بڑا کنسرن خدا کا تھا جنت اور جہنم۔ سب سے بڑا کنسرن یہ تھا کہ لوگ</w:t>
      </w:r>
    </w:p>
    <w:p>
      <w:r>
        <w:rPr>
          <w:b/>
        </w:rPr>
        <w:t xml:space="preserve">[32:45] </w:t>
      </w:r>
      <w:r>
        <w:t>jahannami kamon se bachen aur jannati kamon ko ikhtiyar karen. jahannami character se bachen aur jannati character ko ikhtiyar karen. phir aap dekhiye ke jab prophet, aap jante hain ke prophet shuru mein 13 saal tak makka mein rahe, phir wo migrate kar ke madina gaye, jo 300 mil door tha makka se. jab aap madina gaye to wahan pe jo aap ne</w:t>
      </w:r>
    </w:p>
    <w:p>
      <w:pPr>
        <w:jc w:val="right"/>
      </w:pPr>
      <w:r>
        <w:t>جہنمی کاموں سے بچیں اور جنتی کاموں کو اختیار کریں۔ جہنمی کریکٹر سے بچیں اور جنتی کریکٹر کو اختیار کریں۔ پھر آپ دیکھیے کہ جب پرافٹ، آپ جانتے ہیں کہ پرافٹ شروع میں 13 سال تک مکہ میں رہے، پھر وہ مائیگریٹ کر کے مدینہ گئے، جو 300 میل دور تھا مکہ سے۔ جب آپ مدینہ گئے تو وہاں پہ جو آپ نے</w:t>
      </w:r>
    </w:p>
    <w:p>
      <w:r>
        <w:rPr>
          <w:b/>
        </w:rPr>
        <w:t xml:space="preserve">[33:15] </w:t>
      </w:r>
      <w:r>
        <w:t>pehli speech di, pehli speech is mein aap ne phir wahi baat kahi ke attaqun-nara wa la bishirki tamrin apne aap ko aag se bachao, chahe khajoor ke ek tukde ke zariye kyun na ho. yani logon ki khidmat karo, logon ko sachai pahunchao, logon ke liye faida bakhsh bano.</w:t>
      </w:r>
    </w:p>
    <w:p>
      <w:pPr>
        <w:jc w:val="right"/>
      </w:pPr>
      <w:r>
        <w:t>پہلی سپیچ دی، پہلی سپیچ اس میں آپ نے پھر وہی بات کہی کہ اتَّقُوا النَّارَ وَلَا بِشَرْكَ تَمْرَ اپنے آپ کو آگ سے بچاؤ، چاہے کھجور کے ایک ٹکڑے کے ذریعے کیوں نہ ہو۔ یعنی لوگوں کی خدمت کرو، لوگوں کو سچائی پہنچاؤ، لوگوں کے لیے فائدہ بخش بنو۔</w:t>
      </w:r>
    </w:p>
    <w:p>
      <w:r>
        <w:rPr>
          <w:b/>
        </w:rPr>
        <w:t xml:space="preserve">[33:45] </w:t>
      </w:r>
      <w:r>
        <w:t>aur wahi baat jo main ne kahi ke apne aap ko purify karo taake tum jahannum se bacho aur jannat mein tum ko dakhila milay. yahi soul concern tha paighambar ka. jo baat aap ne makka mein kahi, wahi baat aap ne madina mein kahi. aur poori zindagi mein isi ko aap dohrate rahe. ab aap quran ko dekhiye to sab se pehli ayat jo milegi aap ko wo hai</w:t>
      </w:r>
    </w:p>
    <w:p>
      <w:pPr>
        <w:jc w:val="right"/>
      </w:pPr>
      <w:r>
        <w:t>اور وہی بات جو میں نے کہی کہ اپنے آپ کو پیوریفائی کرو تاکہ تم جہنم سے بچو اور جنت میں تم کو داخلہ ملے۔ یہی سول کنسرن تھا پیغمبر کا۔ جو بات آپ نے مکہ میں کہی، وہی بات آپ نے مدینہ میں کہی۔ اور پوری زندگی میں اسی کو آپ دہراتے رہے۔ اب آپ قرآن کو دیکھیے تو سب سے پہلی آیت جو ملے گی آپ کو وہ ہے</w:t>
      </w:r>
    </w:p>
    <w:p>
      <w:r>
        <w:rPr>
          <w:b/>
        </w:rPr>
        <w:t xml:space="preserve">[34:17] </w:t>
      </w:r>
      <w:r>
        <w:t>alhamdu lillahi rabbil 'alamin khuda ka shukr hai jo rabb hai sare alam ka. yeh sab se bada positive, sab se bada positive ehsas hai jo aadmi ke andar paida hota hai. kyunke jis duniya mein aap hain, jis hawa mein aap saans lete hain, jis roshni mein aap ko zindagi mili hui hai, sari cheezein jo is universe mein hain, aap ko jis se faida pahunch raha hai, un sab ko pa kar aur un</w:t>
      </w:r>
    </w:p>
    <w:p>
      <w:pPr>
        <w:jc w:val="right"/>
      </w:pPr>
      <w:r>
        <w:t>الْحَمْدُ لِلَّهِ رَبِّ الْعَالَمِينَ خدا کا شکر ہے جو رب ہے سارے عالم کا۔ یہ سب سے بڑا پوزیٹیو، سب سے بڑا پوزیٹیو احساس ہے جو آدمی کے اندر پیدا ہوتا ہے۔ کیونکہ جس دنیا میں آپ ہیں، جس ہوا میں آپ سانس لیتے ہیں، جس روشنی میں آپ کو زندگی ملی ہوئی ہے، ساری چیزیں جو اس یونیورس میں ہیں، آپ کو جس سے فائدہ پہنچ رہا ہے، ان سب کو پا کر اور ان</w:t>
      </w:r>
    </w:p>
    <w:p>
      <w:r>
        <w:rPr>
          <w:b/>
        </w:rPr>
        <w:t xml:space="preserve">[34:47] </w:t>
      </w:r>
      <w:r>
        <w:t>ko bart kar aap ko yaad aana chahiye ke yeh kaun is ka khaliq hai, kaun yeh hum ko de raha hai, kaun is ka rabb hai. yeh ehsas aap ko jo jazba paida karta hai aap ke andar, usi ka naam shukr hai. pehli ayat yeh hai. sare quran mein aap dekhenge ke isi qism ki positive baatein bhari hui hain. ke aye logon! sach bolo, jhoot na bolo. aye logon! tum</w:t>
      </w:r>
    </w:p>
    <w:p>
      <w:pPr>
        <w:jc w:val="right"/>
      </w:pPr>
      <w:r>
        <w:t>کو برت کر آپ کو یاد آنا چاہیے کہ یہ کون اس کا خالق ہے، کون یہ ہم کو دے رہا ہے، کون اس کا رب ہے۔ یہ احساس آپ کو جو جذبہ پیدا کرتا ہے آپ کے اندر، اسی کا نام شکر ہے۔ پہلی آیت یہ ہے۔ سارے قرآن میں آپ دیکھیں گے کہ اسی قسم کی پوزیٹیو باتیں بھری ہوئی ہیں۔ کہ اے لوگوں! سچ بولو، جھوٹ نہ بولو۔ اے لوگوں! تم</w:t>
      </w:r>
    </w:p>
    <w:p>
      <w:r>
        <w:rPr>
          <w:b/>
        </w:rPr>
        <w:t xml:space="preserve">[35:18] </w:t>
      </w:r>
      <w:r>
        <w:t>honesty ke sath raho, dishonesty na karo. aye logon! tum peace ke sath raho aur tashaddud ke sath na raho. ek hadith mein hai ke al-muslimu man salima-nnasu min lisanihi wa yadihi muslim wo hai jis ke hath se aur us ki zuban se log mehfooz hon, log safe hon. yani wo society mein rahe,</w:t>
      </w:r>
    </w:p>
    <w:p>
      <w:pPr>
        <w:jc w:val="right"/>
      </w:pPr>
      <w:r>
        <w:t>اونسٹی کے ساتھ رہو، ڈس اونسٹی نہ کرو۔ اے لوگوں! تم پیس کے ساتھ رہو اور تشدد کے ساتھ نہ رہو۔ ایک حدیث میں ہے کہ الْمُسْلِمُ مَنْ سَلَمَ النَّاسَ مِنْ لِسَانِهِ وَيَدِيهِ مسلم وہ ہے جس کے ہاتھ سے اور اس کی زبان سے لوگ محفوظ ہوں، لوگ سیف ہوں۔ یعنی وہ سوسائٹی میں رہے،</w:t>
      </w:r>
    </w:p>
    <w:p>
      <w:r>
        <w:rPr>
          <w:b/>
        </w:rPr>
        <w:t xml:space="preserve">[35:49] </w:t>
      </w:r>
      <w:r>
        <w:t>peaceful member society ka bankar, harmless member bankar. ek hadith mein hai ke wallahi la yu'minu wallahi la yu'minu wallahi la yu'minu alladhi la ya'manu jaruhu bawa'iquhu khuda ki qasam, wo momin nahi hai. khuda ki qasam, wo momin nahi hai. khuda ki qasam, wo momin nahi hai jis ka padosi</w:t>
      </w:r>
    </w:p>
    <w:p>
      <w:pPr>
        <w:jc w:val="right"/>
      </w:pPr>
      <w:r>
        <w:t>پیس فل ممبر سوسائٹی کا بن کر، ہارم لیس ممبر بن کر۔ ایک حدیث میں ہے کہ وَاللَّهِ لَا يُؤْمِنُ وَاللَّهِ لَا يُؤْمِنُ وَاللَّهِ لَا يُؤْمِنُ الَّذِي لَا يَآمِنُ جَارُهُ بَوَائِقُهُ خدا کی قسم، وہ مومن نہیں ہے۔ خدا کی قسم، وہ مومن نہیں ہے۔ خدا کی قسم، وہ مومن نہیں ہے جس کا پڑوسی</w:t>
      </w:r>
    </w:p>
    <w:p>
      <w:r>
        <w:rPr>
          <w:b/>
        </w:rPr>
        <w:t xml:space="preserve">[36:19] </w:t>
      </w:r>
      <w:r>
        <w:t>is ki taraf se aman mein na ho. is ka matlab kya hai? ke khuda ka jo manne wala hai, us ko apne pados mein, apni society mein problem person bankar nahi rehna hai, balkeh no problem person bankar rehna hai. yeh hai wo condition jo khuda ke paros mein aadmi ko jagah milayi. ab dekhen, jannat kya hai?</w:t>
      </w:r>
    </w:p>
    <w:p>
      <w:pPr>
        <w:jc w:val="right"/>
      </w:pPr>
      <w:r>
        <w:t>اس کی طرف سے امن میں نہ ہو۔ اس کا مطلب کیا ہے؟ کہ خدا کا جو ماننے والا ہے، اس کو اپنے پڑوس میں، اپنی سوسائٹی میں پرابلم پرسن بن کر نہیں رہنا ہے، بلکہ نو پرابلم پرسن بن کر رہنا ہے۔ یہ ہے وہ کنڈیشن جو خدا کے پڑوس میں آدمی کو جگہ ملائی۔ اب دیکھیں، جنت کیا ہے؟</w:t>
      </w:r>
    </w:p>
    <w:p>
      <w:r>
        <w:rPr>
          <w:b/>
        </w:rPr>
        <w:t xml:space="preserve">[36:51] </w:t>
      </w:r>
      <w:r>
        <w:t>jannat perfect world ka naam hai, jahan har qism ka disadvantage khatm ho gaya ho, jahan har qism ki limitations khatm ho gayi hon, jahan aadmi ki sari desire poori ho rahi hon, jahan accident na ho, maut na ho, budhapa na ho, jahan boredom na ho, jahan koi khauf na ho, jahan koi igniter na ho. ek ideal</w:t>
      </w:r>
    </w:p>
    <w:p>
      <w:pPr>
        <w:jc w:val="right"/>
      </w:pPr>
      <w:r>
        <w:t>جنت پرفیکٹ ورلڈ کا نام ہے، جہاں ہر قسم کا ڈس ایڈوانٹیج ختم ہو گیا ہو، جہاں ہر قسم کی لیمیٹیشنز ختم ہو گئی ہوں، جہاں آدمی کی ساری ڈیزائر پوری ہو رہی ہوں، جہاں ایکسیڈنٹ نہ ہو، موت نہ ہو، بڑھاپا نہ ہو، جہاں بورڈم نہ ہو، جہاں کوئی خوف نہ ہو، جہاں کوئی اگنیشر نہ ہو۔ ایک آئی</w:t>
      </w:r>
    </w:p>
    <w:p>
      <w:r>
        <w:rPr>
          <w:b/>
        </w:rPr>
        <w:t xml:space="preserve">[37:21] </w:t>
      </w:r>
      <w:r>
        <w:t>ideal world, ek perfect world jo insan soch sakta hai, usi ka naam jannat hai. is ko batane ke liye rasool allah ne ek ek baat tamseel ki zuban mein kahi. is hadith mein bataya gaya hai ke ek tamseel ki zuban mein hai, jis ko kehte hain symbolic language, ke yeh duniya khatm ho jati hai, agli duniya banti hai. y</w:t>
      </w:r>
    </w:p>
    <w:p>
      <w:pPr>
        <w:jc w:val="right"/>
      </w:pPr>
      <w:r>
        <w:t>ڈیل ورلڈ، ایک پرفیکٹ ورلڈ جو انسان سوچ سکتا ہے، اسی کا نام جنت ہے۔ اس کو بتانے کے لیے رسول اللہ نے ایک ایک بات تمثیل کی زبان میں کہی۔ اس حدیث میں بتایا گیا ہے کہ ایک تمثیل کی زبان میں ہے، جس کو کہتے ہیں سمبولک لینگویج، کہ یہ دنیا ختم ہو جاتی ہے، اگلی دنیا بنتی ہے۔ ی</w:t>
      </w:r>
    </w:p>
    <w:p>
      <w:r>
        <w:rPr>
          <w:b/>
        </w:rPr>
        <w:t xml:space="preserve">[37:51] </w:t>
      </w:r>
      <w:r>
        <w:t>ani world hereafter, jis ko aap kehte hain, agli duniya banti hai jo eternal hai. to wahan sab ka hisab hota hai, kyunke aap jante hain, har aadmi accountable hai, har aadmi ko hisab dena hai. to hisab hote hote sab ka hisab khatm ho gaya, lekin ek aadmi aisa hai jo wahan khada hua hai, abhi is ka hisab nahi hua, na is ke liye</w:t>
      </w:r>
    </w:p>
    <w:p>
      <w:pPr>
        <w:jc w:val="right"/>
      </w:pPr>
      <w:r>
        <w:t>عنی ورلڈ ہیراکٹر، جس کو آپ کہتے ہیں، اگلی دنیا بنتی ہے جو ایٹرنل ہے۔ تو وہاں سب کا حساب ہوتا ہے، کیونکہ آپ جانتے ہیں، ہر آدمی اکاؤنٹیبل ہے، ہر آدمی کو حساب دینا ہے۔ تو حساب ہوتے ہوتے سب کا حساب ختم ہو گیا، لیکن ایک آدمی ایسا ہے جو وہاں کھڑا ہوا ہے، ابھی اس کا حساب نہیں ہوا، نہ اس کے لیے</w:t>
      </w:r>
    </w:p>
    <w:p>
      <w:r>
        <w:rPr>
          <w:b/>
        </w:rPr>
        <w:t xml:space="preserve">[38:21] </w:t>
      </w:r>
      <w:r>
        <w:t>jahannum ka faisla hua aur na jannat ka faisla hua. to aakhir mein wo puchta hai khuda se ke sab ko to ne jannat mein dakhil kar diya, bahut se logon ko, aur mujhe to ne jannat nahi di. to wo khuda se kehta hai ke mujhe bhi jannat mein dakhil kar de. to khuda kehta hai ke</w:t>
      </w:r>
    </w:p>
    <w:p>
      <w:pPr>
        <w:jc w:val="right"/>
      </w:pPr>
      <w:r>
        <w:t>جہنم کا فیصلہ ہوا اور نہ جنت کا فیصلہ ہوا۔ تو آخر میں وہ پوچھتا ہے خدا سے کہ سب کو تو نے جنت میں داخل کر دیا، بہت سے لوگوں کو، اور مجھے تو نے جنت نہیں دی۔ تو وہ خدا سے کہتا ہے کہ مجھے بھی جنت میں داخل کر دے۔ تو خدا کہتا ہے کہ</w:t>
      </w:r>
    </w:p>
    <w:p>
      <w:r>
        <w:rPr>
          <w:b/>
        </w:rPr>
        <w:t xml:space="preserve">[38:52] </w:t>
      </w:r>
      <w:r>
        <w:t>is insan se ke aye insan! tu mujh se jannat ko na mang, tu mujh se paradise ko na mang. phir khuda kehta hai ke jis duniya ko chhod kar tu aaya hai, wo duniya aur aise hi ek aur duniya, main tum ko do duniya de deta hoon. matlab yeh duniya jahan new delhi hai, paris hai, london hai, moscow hai, washington hai. to</w:t>
      </w:r>
    </w:p>
    <w:p>
      <w:pPr>
        <w:jc w:val="right"/>
      </w:pPr>
      <w:r>
        <w:t>اس انسان سے کہ اے انسان! تو مجھ سے جنت کو نہ مانگ، تو مجھ سے پیراڈائز کو نہ مانگ۔ پھر خدا کہتا ہے کہ جس دنیا کو چھوڑ کر تو آیا ہے، وہ دنیا اور ایسے ہی ایک اور دنیا، میں تم کو دو دنیا دے دیتا ہوں۔ مطلب یہ دنیا جہاں نیو دہلی ہے، پیرس ہے، لندن ہے، ماسکو ہے، واشنگٹن ہے۔ تو</w:t>
      </w:r>
    </w:p>
    <w:p>
      <w:r>
        <w:rPr>
          <w:b/>
        </w:rPr>
        <w:t xml:space="preserve">[39:22] </w:t>
      </w:r>
      <w:r>
        <w:t>khuda kehta hai ke aisi do duniya main tum ko de deta hoon, magar tum jannat ko na mango, kyunke tum jannat ke haqdar nahi ho. yani wahi cheez jo main ne kahi ke khuda wali attributes us ke andar nahi paida hui, khuda wala mizaj us ke andar nahi tha, khuda wala test us ke andar nahi tha, khuda wala character us ke andar nahi tha. to us ko basaya jaye to kaise basaya jaye jannat mein? to khuda kehta hai ke tum mujh se jannat ko na mango</w:t>
      </w:r>
    </w:p>
    <w:p>
      <w:pPr>
        <w:jc w:val="right"/>
      </w:pPr>
      <w:r>
        <w:t>خدا کہتا ہے کہ ایسی دو دنیا میں تم کو دے دیتا ہوں، مگر تم جنت کو نہ مانگو، کیونکہ تم جنت کے حقدار نہیں ہو۔ یعنی وہی چیز جو میں نے کہی کہ خدا والی ایٹریبیوٹس اس کے اندر نہیں پیدا ہوئی، خدا والا مزاج اس کے اندر نہیں تھا، خدا والا ٹیسٹ اس کے اندر نہیں تھا، خدا والا کریکٹر اس کے اندر نہیں تھا۔ تو اس کو بسایا جائے تو کیسے بسایا جائے جنت میں؟ تو خدا کہتا ہے کہ تم مجھ سے جنت کو نہ مانگو</w:t>
      </w:r>
    </w:p>
    <w:p>
      <w:r>
        <w:rPr>
          <w:b/>
        </w:rPr>
        <w:t xml:space="preserve">[39:52] </w:t>
      </w:r>
      <w:r>
        <w:t>main tum ko aisi do duniya de deta hoon jis ko tum chhod kar aaye ho. ab dekhiye, wo aadmi kya jawab deta hai. yahi climax hai is qisse ka. wo kehta hai ke ya rabbi kaifa akunu ashqa 'ibadika aye mere rabb! main hi tere bndon mein sab se zyada badbakht banda kyun banu?</w:t>
      </w:r>
    </w:p>
    <w:p>
      <w:pPr>
        <w:jc w:val="right"/>
      </w:pPr>
      <w:r>
        <w:t>، میں تم کو ایسی دو دنیا دے دیتا ہوں جس کو تم چھوڑ کر آئے ہو۔ اب دیکھیے، وہ آدمی کیا جواب دیتا ہے۔ یہی کلائمیکس ہے اس قصے کا۔ وہ کہتا ہے کہ يَا رَبِّ كَيْفَ أَكُونُ أَشْقَىٰ عِبَادِكَ اے میرے رب! میں ہی تیرے بندوں میں سب سے زیادہ بدبخت بندہ کیوں بنوں؟</w:t>
      </w:r>
    </w:p>
    <w:p>
      <w:r>
        <w:rPr>
          <w:b/>
        </w:rPr>
        <w:t xml:space="preserve">[40:22] </w:t>
      </w:r>
      <w:r>
        <w:t>ab aap sochiye ke jis duniya ke ki mohabbat mein aadmi sab kuch apna qurban kar deta hai, aisi do duniya us ko mil rahi hain, poori ki poori do duniya, jo kisi ko duniya mein mili nahi. kisi badshah ko, kisi emperor ko, aisi poori ki poori duniya nahi mili. aur wahan us ko do do duniya mil rahi hain. lekin is</w:t>
      </w:r>
    </w:p>
    <w:p>
      <w:pPr>
        <w:jc w:val="right"/>
      </w:pPr>
      <w:r>
        <w:t>اب آپ سوچیے کہ جس دنیا کے کی محبت میں آدمی سب کچھ اپنا قربان کر دیتا ہے، ایسی دو دنیا اس کو مل رہی ہیں، پوری کی پوری دو دنیا، جو کسی کو دنیا میں ملی نہیں۔ کسی بادشاہ کو، کسی ایمپرر کو، ایسی پوری کی پوری دنیا نہیں ملی۔ اور وہاں اس کو دو دو دنیا مل رہی ہیں۔ لیکن اس</w:t>
      </w:r>
    </w:p>
    <w:p>
      <w:r>
        <w:rPr>
          <w:b/>
        </w:rPr>
        <w:t xml:space="preserve">[40:52] </w:t>
      </w:r>
      <w:r>
        <w:t>is aadmi ko jannat ki ek jhalak dikha di gayi thi. khuda ne kaha tha ke tum ko main jannat ki jhalak to dikha deta hoon, lekin jannat mein dakhil nahi karoon ga. to jannat ki jhalak jo is ne dekhi thi, us se compare kiya is ne is dunya ko jis ko woh chhod kar gaya hai. is comparison mein is ko laga ke agar main jannat ko chhod kar aisi do dunyayon ko le loon to main bohat hi bewakoof ho</w:t>
      </w:r>
    </w:p>
    <w:p>
      <w:pPr>
        <w:jc w:val="right"/>
      </w:pPr>
      <w:r>
        <w:t>اس آدمی کو جنت کی ایک جھلک دکھا دی گئی تھی۔ خدا نے کہا تھا کہ تم کو میں جنت کی جھلک تو دکھا دیتا ہوں، لیکن جنت میں داخل نہیں کروں گا۔ تو جنت کی جھلک جو اس نے دیکھی تھی، اس سے کمپئیر کیا اس نے اس دنیا کو جس کو وہ چھوڑ کر گیا ہے۔ اس کمپیریزن میں اس کو لگا کہ اگر میں جنت کو چھوڑ کر ایسی دو دنیاؤں کو لے لوں تو میں بہت ہی بیوقوف ہ</w:t>
      </w:r>
    </w:p>
    <w:p>
      <w:r>
        <w:rPr>
          <w:b/>
        </w:rPr>
        <w:t xml:space="preserve">[41:22] </w:t>
      </w:r>
      <w:r>
        <w:t>on ga, bohat hi badbakht thehroon ga main. kyunke ek jhalak is ne jannat ki dekh li thi, to us ko mauqa tha compare karne ka. is comparison ki wajah se is ne kaha ke ya rabbi kaifa akunu ashqa ibadika a mere rab! main hi tere bandoon mein sab se zyada badbakht banda kyun banoon? is ko ek aur jhalak se samjhiye. dekhiye, aap ke paas ek bohat achha color TV hai, bohat hi achha</w:t>
      </w:r>
    </w:p>
    <w:p>
      <w:pPr>
        <w:jc w:val="right"/>
      </w:pPr>
      <w:r>
        <w:t>وں گا، بہت ہی بدبخت ٹھہروں گا میں۔ کیونکہ ایک جھلک اس نے جنت کی دیکھ لی تھی، تو اس کو موقع تھا کمپیئر کرنے کا۔ اس کمپیریزن کی وجہ سے اس نے کہا کہ يَا رَبِّ كَيْفَ أَكُونُ أَشْقَىٰ عِبَادِكَ اے میرے رب! میں ہی تیرے بندوں میں سب سے زیادہ بدبخت بندہ کیوں بنوں؟ اس کو ایک اور جھلکے سے سمجھیے۔ دیکھیے، آپ کے پاس ایک بہت اچھا کلر ٹی وی ہے، بہت ہی اچھا</w:t>
      </w:r>
    </w:p>
    <w:p>
      <w:r>
        <w:rPr>
          <w:b/>
        </w:rPr>
        <w:t xml:space="preserve">[41:52] </w:t>
      </w:r>
      <w:r>
        <w:t>color TV, dunya ka sab se achha color TV. aur mere paas farz ki jiye ke 100 aise TV hain jo khatkhat karte hain, jin mein lines aati hain, aur black aur white mein hota hai woh. agar main aap se kahoon ke mera 100 TV aap le lijiye, apna ek TV de dijiye, mera imperfect 10</w:t>
      </w:r>
    </w:p>
    <w:p>
      <w:pPr>
        <w:jc w:val="right"/>
      </w:pPr>
      <w:r>
        <w:t>کلر ٹی وی، دنیا کا سب سے اچھا کلر ٹی وی۔ اور میرے پاس فرض کیجئے کہ 100 ایسے ٹی وی ہیں جو کھٹکھٹ کرتے ہیں، جن میں لائنیں آتی ہیں، اور بلیک اور وائٹ میں ہوتا ہے وہ۔ اگر میں آپ سے کہوں کہ میرا 100 ٹی وی آپ لے لیجئے، اپنا ایک ٹی وی دے دیجئے، میرا امپرفیکٹ 10</w:t>
      </w:r>
    </w:p>
    <w:p>
      <w:r>
        <w:rPr>
          <w:b/>
        </w:rPr>
        <w:t xml:space="preserve">[42:22] </w:t>
      </w:r>
      <w:r>
        <w:t>0 TV le lijiye, apna perfect ek TV mujhe de dijiye, to aap kabhi bhi is ke liye tayyar nahi honge. isi se aap samajh sakte hain, aaj ki dunya jo hai, yeh imperfect dunya hai. yahan koi bhi cheez perfect nahi. aur aur jannat jo hai, woh perfect dunya hai. to aap samajh sakte hain ke is misaal se ke imperfect ki koi bhi</w:t>
      </w:r>
    </w:p>
    <w:p>
      <w:pPr>
        <w:jc w:val="right"/>
      </w:pPr>
      <w:r>
        <w:t>0 ٹی وی لے لیجئے، اپنا پرفیکٹ ایک ٹی وی مجھے دے دیجئے، تو آپ کبھی بھی اس کے لیے تیار نہیں ہوں گے۔ اسی سے آپ سمجھ سکتے ہیں، آج کی دنیا جو ہے، یہ امپرفیکٹ دنیا ہے۔ یہاں کوئی بھی چیز پرفیکٹ نہیں۔ اور اور جنت جو ہے، وہ پرفیکٹ دنیا ہے۔ تو آپ سمجھ سکتے ہیں کہ اس مثال سے کہ امپرفیکٹ کی کوئی بھی</w:t>
      </w:r>
    </w:p>
    <w:p>
      <w:r>
        <w:rPr>
          <w:b/>
        </w:rPr>
        <w:t xml:space="preserve">[42:53] </w:t>
      </w:r>
      <w:r>
        <w:t>quantity perfect ka badal nahi ban sakti. imperfect kitna hi zyada ho, lekin perfect jo hai, us ke barabar woh nahi hoga. to hamari jo dunya hai, imperfect hai. har cheez yahan imperfect hai. main ek baar kashmir gaya to pahalgam mein wahan par bohat achha saaf chashma pahad se chala aa raha tha. hamare saathi the, un ke paas glass tha.</w:t>
      </w:r>
    </w:p>
    <w:p>
      <w:pPr>
        <w:jc w:val="right"/>
      </w:pPr>
      <w:r>
        <w:t>کوانٹٹی پرفیکٹ کا بدل نہیں بن سکتی۔ امپرفیکٹ کتنا ہی زیادہ ہو، لیکن پرفیکٹ جو ہے، اس کے برابر وہ نہیں ہوگا۔ تو ہماری جو دنیا ہے، امپرفیکٹ ہے۔ ہر چیز یہاں امپرفیکٹ ہے۔ میں ایک بار کشمیر گیا تو پہلگام میں وہاں پر بہت اچھا صاف چشمہ پہاڑ سے چلا آ رہا تھا۔ ہمارے ساتھی تھے، ان کے پاس گلاس تھا۔</w:t>
      </w:r>
    </w:p>
    <w:p>
      <w:r>
        <w:rPr>
          <w:b/>
        </w:rPr>
        <w:t xml:space="preserve">[43:24] </w:t>
      </w:r>
      <w:r>
        <w:t>main ne glass le kar is ka pani piya. ek ek glass pani piya to saare drink se zyada achha laga us ko. to do piya, teen piya, yahan tak ke main chhe glass pi gaya. chhe glass pite hi itna sir mein dard hua ke raat bhar main tarpata raha. ab aap dekhiye ke main chahta tha jitna zyada enjoy karna aap se, utna enjoy karne ki cap</w:t>
      </w:r>
    </w:p>
    <w:p>
      <w:pPr>
        <w:jc w:val="right"/>
      </w:pPr>
      <w:r>
        <w:t>میں نے گلاس لے کر اس کا پانی پیا۔ ایک ایک گلاس پانی پیا تو سارے ڈرنک سے زیادہ اچھا لگا اس کو۔ تو دو پیا، تین پیا، یہاں تک کہ میں چھ گلاس پی گیا۔ چھ گلاس پیتے ہی اتنا سر میں درد ہوا کہ رات بھر میں تڑپتا رہا۔ اب آپ دیکھیے کہ میں چاہتا تھا جتنا زیادہ انجوائے کرنا آپ سے، اتنا انجوائے کرنے کی کیپ</w:t>
      </w:r>
    </w:p>
    <w:p>
      <w:r>
        <w:rPr>
          <w:b/>
        </w:rPr>
        <w:t xml:space="preserve">[43:54] </w:t>
      </w:r>
      <w:r>
        <w:t>acity mere andar nahi thi. yahi har cheez ka mamla hai. ab koi bhi cheez jo aap ko pasand ho, koi bhi dunya ki cheez, aap sochiye, kya us ko unlimited tor par enjoy kar sakte hain? nahi. to kitni bari baat hai ke paradise mein yeh possible hoga ke aap apni pasand ki cheezon ko unlimited tor par enjoy kar saken. kyun? wahan par disadvantage nahi hoga, woh</w:t>
      </w:r>
    </w:p>
    <w:p>
      <w:pPr>
        <w:jc w:val="right"/>
      </w:pPr>
      <w:r>
        <w:t>یسٹی میرے اندر نہیں تھی۔ یہی ہر چیز کا معاملہ ہے۔ اب کوئی بھی چیز جو آپ کو پسند ہو، کوئی بھی دنیا کی چیز، آپ سوچیے، کیا اس کو ان لمیٹڈ طور پر انجوائے کر سکتے ہیں؟ نہیں۔ تو کتنی بڑی بات ہے کہ پیراڈائز میں یہ پاسیبل ہوگا کہ آپ اپنی پسند کی چیزوں کو ان لمیٹڈ طور پر انجوائے کر سکیں۔ کیوں؟ وہاں پر ڈس ایڈوانٹیج نہیں ہوگا، وہ</w:t>
      </w:r>
    </w:p>
    <w:p>
      <w:r>
        <w:rPr>
          <w:b/>
        </w:rPr>
        <w:t xml:space="preserve">[44:24] </w:t>
      </w:r>
      <w:r>
        <w:t>ahan par limitations nahi honge, wahan koi fear nahi hoga, wahan koi andesha nahi hoga. sari negative cheezein khatm aur sari positive cheezein wahan par maujood hongi. to kitni ajeeb dunya hogi woh, jahan aadmi poora fulfillment payega, unlimited tor par us ko enjoy kar sakega, apni desires ko poori aakhri had tak poora kar sakega. to aisi dunya ke liye aadmi</w:t>
      </w:r>
    </w:p>
    <w:p>
      <w:pPr>
        <w:jc w:val="right"/>
      </w:pPr>
      <w:r>
        <w:t>اں پر لیمیٹیشنز نہیں ہوں گے، وہاں کوئی فیئر نہیں ہوگا، وہاں کوئی اندیشہ نہیں ہوگا۔ ساری نیگیٹیو چیزیں ختم اور ساری پازیٹیو چیزیں وہاں پر موجود ہوں گی۔ تو کتنی عجیب دنیا ہوگی وہ، جہاں آدمی پورا فلفلمنٹ پائے گا، ان لمیٹڈ طور پر اس کو انجوائے کر سکے گا، اپنی ڈیزائرز کو پوری آخری حد تک پورا کر سکے گا۔ تو ایسی دنیا کے لیے آدم</w:t>
      </w:r>
    </w:p>
    <w:p>
      <w:r>
        <w:rPr>
          <w:b/>
        </w:rPr>
        <w:t xml:space="preserve">[44:54] </w:t>
      </w:r>
      <w:r>
        <w:t>ko kya price dena hai? woh price kya hai? woh main aap ko ek hadith se bataoon ga. ek waqt to aata hai ke prophet jo the, apne kuch saahibiyon ke saath ek jagah baithe hue the, to saamne se ek aadmi guzra, woh musalman tha, aap ka woh bhi companion tha. to saamne se guzra, woh woh prophet se mila nahi,</w:t>
      </w:r>
    </w:p>
    <w:p>
      <w:pPr>
        <w:jc w:val="right"/>
      </w:pPr>
      <w:r>
        <w:t>ی کو کیا پرائس دینا ہے؟ وہ پرائس کیا ہے؟ وہ میں آپ کو ایک حدیث سے بتاؤں گا۔ ایک وقت تو آتا ہے کہ پرافٹ جو تھے، اپنے کچھ ساتھیوں کے ساتھ ایک جگہ بیٹھے ہوئے تھے، تو سامنے سے ایک آدمی گزرا، وہ مسلمان تھا، آپ کا وہ بھی کمپینین تھا۔ تو سامنے سے گزرا، وہ وہ پرافٹ سے ملا نہیں،</w:t>
      </w:r>
    </w:p>
    <w:p>
      <w:r>
        <w:rPr>
          <w:b/>
        </w:rPr>
        <w:t xml:space="preserve">[45:24] </w:t>
      </w:r>
      <w:r>
        <w:t>bas saamne se guzar gaya. to jab woh chala gaya to prophet ne kaha, peghambar sahib ne kaha ke yeh aadmi jannati hai. yeh jo aadmi saamne se guzra hai, aap bataiye ke woh aadmi prophet rasool Allah ke paas aa ke is ne salam bhi nahi kiya, aap ka darshan bhi nahi kiya, aap ki ziyarat bhi nahi ki, aap ke paas baitha bhi nahi.</w:t>
      </w:r>
    </w:p>
    <w:p>
      <w:pPr>
        <w:jc w:val="right"/>
      </w:pPr>
      <w:r>
        <w:t>بس سامنے سے گزر گیا۔ تو جب وہ چلا گیا تو پرافٹ نے کہا، پیغمبر صاحب نے کہا کہ یہ آدمی جنتی ہے۔ یہ جو آدمی سامنے سے گزرا ہے، آپ بتائیے کہ وہ آدمی پرافٹ رسول اللہ کے پاس آ کے اس نے سلام بھی نہیں کیا، آپ کا درشن بھی نہیں کیا، آپ کی زیارت بھی نہیں کی، آپ کے پاس بیٹھا بھی نہیں۔</w:t>
      </w:r>
    </w:p>
    <w:p>
      <w:r>
        <w:rPr>
          <w:b/>
        </w:rPr>
        <w:t xml:space="preserve">[45:54] </w:t>
      </w:r>
      <w:r>
        <w:t>woh kahin ja raha tha aur saamne se chala gaya, guzar gaya. is se aap samjhein ke kya cheez hai jo jannat mein le jayegi aadmi ko. to aap ke saahibiyon mein jo log the, un mein se ek aadmi ne socha ke main ja kar pata karta hoon is aadmi ka kaun sa aisa amal hai, kya cheez is ke andar hai jo us ko jannat mein le jayegi. to woh us</w:t>
      </w:r>
    </w:p>
    <w:p>
      <w:pPr>
        <w:jc w:val="right"/>
      </w:pPr>
      <w:r>
        <w:t>وہ کہیں جا رہا تھا اور سامنے سے چلا گیا، گزر گیا۔ اس سے آپ سمجھیں کہ کیا چیز ہے جو جنت میں لے جائے گی آدمی کو۔ تو آپ کے ساتھیوں میں جو لوگ تھے، ان میں سے ایک آدمی نے سوچا کہ میں جا کر پتہ کرتا ہوں اس آدمی کا کون سا ایسا عمل ہے، کیا چیز اس کے اندر ہے جو اس کو جنت میں لے جائے گی۔ تو وہ اس</w:t>
      </w:r>
    </w:p>
    <w:p>
      <w:r>
        <w:rPr>
          <w:b/>
        </w:rPr>
        <w:t xml:space="preserve">[46:24] </w:t>
      </w:r>
      <w:r>
        <w:t>ke ghar pahunche. yeh waqia madine ka hai. is zamane mein jab aaj kal ki tarah hotel nahi hote the, to is zamane mein ek tradition thi sari dunya mein ke ek aadmi agar aata hai to woh teen din thehar sakta hai guest ban kar. ek ek tha, ek chalan, ek tradition. to woh aadmi woh gaya, us ne kaha ke main tumhare haan teen din rahoon ga. to us ne kaha ke th</w:t>
      </w:r>
    </w:p>
    <w:p>
      <w:pPr>
        <w:jc w:val="right"/>
      </w:pPr>
      <w:r>
        <w:t>کے گھر پہنچے۔ یہ واقعہ مدینے کا ہے۔ اس زمانے میں جب آج کل کی طرح ہوٹل نہیں ہوتے تھے، تو اس زمانے میں ایک ٹریڈیشن تھی ساری دنیا میں کہ ایک آدمی اگر آتا ہے تو وہ تین دن ٹھہر سکتا ہے گیسٹ بن کر۔ ایک ایک تھا، ایک چلن، ایک ٹریڈیشن۔ تو وہ آدمی وہ گیا، اس نے کہا کہ میں تمہارے ہاں تین دن رہوں گا۔ تو اس نے کہا کہ ٹ</w:t>
      </w:r>
    </w:p>
    <w:p>
      <w:r>
        <w:rPr>
          <w:b/>
        </w:rPr>
        <w:t xml:space="preserve">[46:54] </w:t>
      </w:r>
      <w:r>
        <w:t>heek hai, raho. to woh aadmi teen din raha, us ke raat ko dekha, us ke din ko dekha, us ki bol baat ko dekha, sab cheez ka us ne bohat observe kiya, bohat dhyan ke saath. phir teen din poora hone par jab woh jaane laga to us aadmi ne poocha ke tum aaye the teen din ke liye, magar kuch baat pata nahi chali ke tum kyun aaye the, kya maqsad tha tumhara yahan aane ka?</w:t>
      </w:r>
    </w:p>
    <w:p>
      <w:pPr>
        <w:jc w:val="right"/>
      </w:pPr>
      <w:r>
        <w:t>ھیک ہے، رہو۔ تو وہ آدمی تین دن رہا، اس کے رات کو دیکھا، اس کے دن کو دیکھا، اس کی بول بات کو دیکھا، سب چیز کا اس نے بہت ابزرو کیا، بہت دھیان کے ساتھ۔ پھر تین دن پورا ہونے پر جب وہ جانے لگا تو اس آدمی نے پوچھا کہ تم آئے تھے تین دن کے لیے، مگر کچھ بات پتہ نہیں چلی کہ تم کیوں آئے تھے، کیا مقصد تھا تمہارا یہاں آنے کا؟</w:t>
      </w:r>
    </w:p>
    <w:p>
      <w:r>
        <w:rPr>
          <w:b/>
        </w:rPr>
        <w:t xml:space="preserve">[47:26] </w:t>
      </w:r>
      <w:r>
        <w:t>tab us ne peghambar sahib ko woh qissa bataya. aisa unhone kaha tha ke yeh aadmi jannat mein jayega. to main aaya tha yeh janne ke liye ke tumhare paas kaun si cheez hai jo tum ko jannat mein le jayegi. to us aadmi ne poocha ke tum ne mere andar kya baat dekhi? us ne kaha main ne kuch bhi nahi dekha. tum ek jis ko kehte hain hindi mein</w:t>
      </w:r>
    </w:p>
    <w:p>
      <w:pPr>
        <w:jc w:val="right"/>
      </w:pPr>
      <w:r>
        <w:t>تب اس نے پیغمبر صاحب کو وہ قصہ بتایا۔ ایسا انہوں نے کہا تھا کہ یہ آدمی جنت میں جائے گا۔ تو میں آیا تھا یہ جاننے کے لیے کہ تمہارے پاس کون سی چیز ہے جو تم کو جنت میں لے جائے گی۔ تو اس آدمی نے پوچھا کہ تم نے میرے اندر کیا بات دیکھی؟ اس نے کہا میں نے کچھ بھی نہیں دیکھا۔ تم ایک جس کو کہتے ہیں ہندی میں</w:t>
      </w:r>
    </w:p>
    <w:p>
      <w:r>
        <w:rPr>
          <w:b/>
        </w:rPr>
        <w:t xml:space="preserve">[47:56] </w:t>
      </w:r>
      <w:r>
        <w:t>sadharan, ek sadharan aadmi ki tarah rehte ho. koi khaas baat tumhare andar main ne nahi dekhi ke raat bhar namaz parho, saare din quran ki tilawat karo ya har waqt tasbeeh padhte raho. aisi koi cheez main ne tumhare andar nahi dekhi. tum mujhe ek aam aadmi ki tarah lage. to us aadmi ne dekhein kya kaha? us ne kaha jais</w:t>
      </w:r>
    </w:p>
    <w:p>
      <w:pPr>
        <w:jc w:val="right"/>
      </w:pPr>
      <w:r>
        <w:t>سادھارن، ایک سادھارن آدمی کی طرح رہتے ہو۔ کوئی خاص بات تمہارے اندر میں نے نہیں دیکھی کہ رات بھر نماز پڑھو، سارے دن قرآن کی تلاوت کرو یا ہر وقت تسبیح پڑھتے رہو۔ ایسی کوئی چیز میں نے تمہارے اندر نہیں دیکھی۔ تم مجھے ایک عام آدمی کی طرح لگے۔ تو اس آدمی نے دیکھیں کیا کہا؟ اس نے کہا جیس</w:t>
      </w:r>
    </w:p>
    <w:p>
      <w:r>
        <w:rPr>
          <w:b/>
        </w:rPr>
        <w:t xml:space="preserve">[48:26] </w:t>
      </w:r>
      <w:r>
        <w:t>a tum ne mujh ko dekha, main waisa hi hoon. yeh meri daily life hai. albatta ek baat mere andar hai. woh baat kya hai? la ajad fi qalbi husna li ahad la ajad fi qalbi husna li ahad yani apne dil mein kisi ke khilaf koi</w:t>
      </w:r>
    </w:p>
    <w:p>
      <w:pPr>
        <w:jc w:val="right"/>
      </w:pPr>
      <w:r>
        <w:t>ا تم نے مجھ کو دیکھا، میں ویسا ہی ہوں۔ یہ میری ڈیلی لائف ہے۔ البتہ ایک بات میرے اندر ہے۔ وہ بات کیا ہے؟ لا اجد فی قلبی حسن لاحد لا اجد فی قلبی حسن لاحد یعنی اپنے دل میں کسی کے خلاف کوئی</w:t>
      </w:r>
    </w:p>
    <w:p>
      <w:r>
        <w:rPr>
          <w:b/>
        </w:rPr>
        <w:t xml:space="preserve">[48:57] </w:t>
      </w:r>
      <w:r>
        <w:t>keena, jis ko kehte hain bias, main apne dil mein kisi ke khilaf koi keena nahi rakhta. is ka matlab kya hua? is ka matlab yeh hua ke jis tarah logon ko aisi baatein pesh aati hain ke woh ghussa ho jate hain, apne dil mein inteqaam rakh lete hain, apne dil mein malice rakh lete hain, apne dil mein jalan rakh lete hain, to zahir hai ke woh sab mere saath bhi pesh aata hai, lekin</w:t>
      </w:r>
    </w:p>
    <w:p>
      <w:pPr>
        <w:jc w:val="right"/>
      </w:pPr>
      <w:r>
        <w:t>کینہ، جس کو کہتے ہیں بائیلس، میں اپنے دل میں کسی کے خلاف کوئی کینہ نہیں رکھتا۔ اس کا مطلب کیا ہوا؟ اس کا مطلب یہ ہوا کہ جس طرح لوگوں کو ایسی باتیں پیش آتی ہیں کہ وہ غصہ ہو جاتے ہیں، اپنے دل میں انتقام رکھ لیتے ہیں، اپنے دل میں مائلس رکھ لیتے ہیں، اپنے دل میں جلن رکھ لیتے ہیں، تو ظاہر ہے کہ وہ سب میرے ساتھ بھی پیش آتا ہے، لیکن</w:t>
      </w:r>
    </w:p>
    <w:p>
      <w:r>
        <w:rPr>
          <w:b/>
        </w:rPr>
        <w:t xml:space="preserve">[49:28] </w:t>
      </w:r>
      <w:r>
        <w:t>main un sab cheezon ko bhula deta hoon, un sab cheezon ko main ignore kar deta hoon, aur apne dil ko main paak rakhta hoon keene se, malice se, inteqaam se, ghusse se. to us ne kaha ke haan, yahi woh baat hai jo tum ko paradise mein le jayegi. is se aap samajh sakte hain ke khuda ne jo jannat banai hai, woh jannat kin logon ko di jayegi?</w:t>
      </w:r>
    </w:p>
    <w:p>
      <w:pPr>
        <w:jc w:val="right"/>
      </w:pPr>
      <w:r>
        <w:t>میں ان سب چیزوں کو بھلا دیتا ہوں، ان سب چیزوں کو میں اگنور کر دیتا ہوں، اور اپنے دل کو میں پاک رکھتا ہوں کینے سے، مائلس سے، انتقام سے، غصے سے۔ تو اس نے کہا کہ ہاں، یہی وہ بات ہے جو تم کو پیراڈائز میں لے جائے گی۔ اس سے آپ سمجھ سکتے ہیں کہ خدا نے جو جنت بنائی ہے، وہ جنت کن لوگوں کو دی جائے گی؟</w:t>
      </w:r>
    </w:p>
    <w:p>
      <w:r>
        <w:rPr>
          <w:b/>
        </w:rPr>
        <w:t xml:space="preserve">[49:58] </w:t>
      </w:r>
      <w:r>
        <w:t>woh un logon ko di jayegi jo insaan friendly ban kar dunya mein rahen. insaan friendly, insaan friendly ka matlab kya hota hai? aap jante hain ke ek businessman hai to woh kahega aap se ke mera behavior customer friendly hota hai. is ka matlab kya hai? is ka matlab yeh hota hai ke customer chahe mujhe ulta kahe, ek saman mujh se khareed kar le jaye, phir la kar mere sar par maar de,</w:t>
      </w:r>
    </w:p>
    <w:p>
      <w:pPr>
        <w:jc w:val="right"/>
      </w:pPr>
      <w:r>
        <w:t>وہ ان لوگوں کو دی جائے گی جو انسان فرینڈلی بن کر دنیا میں رہیں۔ انسان فرینڈلی، انسان فرینڈلی کا مطلب کیا ہوتا ہے؟ آپ جانتے ہیں کہ ایک بزنس مین ہے تو وہ کہے گا آپ سے کہ میرا بیہیویئر کسٹمر فرینڈلی ہوتا ہے۔ اس کا مطلب کیا ہے؟ اس کا مطلب یہ ہوتا ہے کہ کسٹمر چاہے مجھے الٹا کہے، ایک سامان مجھ سے خرید کر لے جائے، پھر لا کر میرے سر پر مار دے،</w:t>
      </w:r>
    </w:p>
    <w:p>
      <w:r>
        <w:rPr>
          <w:b/>
        </w:rPr>
        <w:t xml:space="preserve">[50:29] </w:t>
      </w:r>
      <w:r>
        <w:t>aa kar mujhe ghussa dikhaye, bura bhala kahe, tab bhi mera us se taluq bigadta nahi. tab bhi mera customer friendly behavior bigadta nahi. yahi baat hai Islam mein. main samajhta hoon ke sari Islam ki jo taleemat hain, jo teachings hain, un sab ka khulasa do hai: khuda ke bare mein worshipper ban</w:t>
      </w:r>
    </w:p>
    <w:p>
      <w:pPr>
        <w:jc w:val="right"/>
      </w:pPr>
      <w:r>
        <w:t>آ کر مجھے غصہ دکھائے، برا بھلا کہے، تب بھی میرا اس سے تعلق بگڑتا نہیں۔ تب بھی میرا کسٹمر فرینڈلی بیہیویئر بگڑتا نہیں۔ یہی بات ہے اسلام میں۔ میں سمجھتا ہوں کہ ساری اسلام کی جو تعلیمات ہیں، جو ٹیچنگز ہیں، ان سب کا خلاصہ دو ہے: خدا کے بارے میں ورشپر بن</w:t>
      </w:r>
    </w:p>
    <w:p>
      <w:r>
        <w:rPr>
          <w:b/>
        </w:rPr>
        <w:t xml:space="preserve">[50:59] </w:t>
      </w:r>
      <w:r>
        <w:t>na, khuda ka ibadat guzar banna, aur insaan ke bare mein insaan friendly hona. yahi do sifat hain jo kisi insaan ko paradise mein le jayegi. aap jante hain ke insaan har waqt do ke beech mein hota hai, ek taraf khuda hai aur doosri taraf insaan hai. to insaan ke bare mein us ke dil mein kya ho?</w:t>
      </w:r>
    </w:p>
    <w:p>
      <w:pPr>
        <w:jc w:val="right"/>
      </w:pPr>
      <w:r>
        <w:t>نا، خدا کا عبادت گزار بننا، اور انسان کے بارے میں انسان فرینڈلی ہونا۔ یہی دو صفت ہیں جو کسی انسان کو پیراڈائز میں لے جائے گی۔ آپ جانتے ہیں کہ انسان ہر وقت دو کے بیچ میں ہوتا ہے، ایک طرف خدا ہے اور دوسری طرف انسان ہے۔ تو انسان کے بارے میں اس کے دل میں کیا ہو؟</w:t>
      </w:r>
    </w:p>
    <w:p>
      <w:r>
        <w:rPr>
          <w:b/>
        </w:rPr>
        <w:t xml:space="preserve">[51:30] </w:t>
      </w:r>
      <w:r>
        <w:t>yeh ehsaas ho ke khuda sab se bada hai, khuda ki hamein ibadat karna chahiye, khuda ke aage hamein jhukna chahiye. to khuda ke muqable mein is ka rawaiyya submissive rawaiyya ho. doosri taraf insanon ke beech mein is ka rawaiyya khair khwahi ka aur well wishing ka, compassion ka rawaiyya ho ke chahe insanon ki taraf se aap</w:t>
      </w:r>
    </w:p>
    <w:p>
      <w:pPr>
        <w:jc w:val="right"/>
      </w:pPr>
      <w:r>
        <w:t>یہ احساس ہو کہ خدا سب سے بڑا ہے، خدا کی ہمیں عبادت کرنا چاہیے، خدا کے آگے ہمیں جھکنا چاہیے۔ تو خدا کے مقابلے میں اس کا رویہ سبمیسیو رویہ ہو۔ دوسری طرف انسانوں کے بیچ میں اس کا رویہ خیر خواہی کا اور ویل وشنگ کا، کمپیشن کا رویہ ہو کہ چاہے انسانوں کی طرف سے آپ</w:t>
      </w:r>
    </w:p>
    <w:p>
      <w:r>
        <w:rPr>
          <w:b/>
        </w:rPr>
        <w:t xml:space="preserve">[52:00] </w:t>
      </w:r>
      <w:r>
        <w:t>ko kuch bura tajurba ho, kuch koi provoke kar de aap ko, koi bhadka de, tab bhi aap insaan friendly bane rahen. main samajhta hoon ke yeh do sifat hain jo kisi aadmi ko paradise mein ya jannat mein le jayegi. ab main ek aur baat karna chahoon ga. ek hadith mein bataya gaya hai ke Islam ke paanch p</w:t>
      </w:r>
    </w:p>
    <w:p>
      <w:pPr>
        <w:jc w:val="right"/>
      </w:pPr>
      <w:r>
        <w:t>کو کچھ برا تجربہ ہو، کچھ کوئی پرووک کر دے آپ کو، کوئی بھڑکا دے، تب بھی آپ انسان فرینڈلی بنے رہیں۔ میں سمجھتا ہوں کہ یہ دو صفت ہیں جو کسی آدمی کو پیراڈائز میں یا جنت میں لے جائے گی۔ اب میں ایک اور بات کرنا چاہوں گا۔ ایک حدیث میں بتایا گیا ہے کہ اسلام کے پانچ پ</w:t>
      </w:r>
    </w:p>
    <w:p>
      <w:r>
        <w:rPr>
          <w:b/>
        </w:rPr>
        <w:t xml:space="preserve">[52:30] </w:t>
      </w:r>
      <w:r>
        <w:t>illars hain. pillars hain, paanch arkan hain. to hadith ke alfaaz yeh hain ke bunna islami ala khams shahadat la ilaha illallah wa Muhammad abduhu wa rasuluhu wa iqam al-salat wa it al-zakat wal-hajj wa sawm ramadan yeh dekhein, paanch cheezein huin. Islam ke pil</w:t>
      </w:r>
    </w:p>
    <w:p>
      <w:pPr>
        <w:jc w:val="right"/>
      </w:pPr>
      <w:r>
        <w:t>لرز ہیں۔ پلرز ہیں، پانچ ارکان ہیں۔ تو حدیث کے الفاظ یہ ہیں کہ بن الاسلام علی خمس شہادت لا الہ الا اللہ وان محمد عبدہ ورسولہ و اقام الصلاۃ و ایت الزکاء والحج و صوم رمضان یہ دیکھیں، پانچ چیزیں ہوئیں۔ اسلام کے پل</w:t>
      </w:r>
    </w:p>
    <w:p>
      <w:r>
        <w:rPr>
          <w:b/>
        </w:rPr>
        <w:t xml:space="preserve">[53:00] </w:t>
      </w:r>
      <w:r>
        <w:t>lars, Islam ke sutoon paanch hain. ek yeh belief rakhna, yeh baat manna ke khuda ke siwa koi mabood nahi, khuda ke ek khuda ke siwa koi khuda nahi, aur Muhammad Allah ke prophet hain, Allah ke peghambar hain. aur doosri cheez ka namaz, yani khuda ki ibadat ka jo nizam hai,</w:t>
      </w:r>
    </w:p>
    <w:p>
      <w:pPr>
        <w:jc w:val="right"/>
      </w:pPr>
      <w:r>
        <w:t>رز، اسلام کے ستون پانچ ہیں۔ ایک یہ بیلیف رکھنا، یہ بات ماننا کہ خدا کے سوا کوئی معبود نہیں، خدا کے ایک خدا کے سوا کوئی خدا نہیں، اور محمد اللہ کے پرافٹ ہیں، اللہ کے پیغمبر ہیں۔ اور دوسری چیز کا نماز، یعنی خدا کی عبادت کا جو نظام ہے،</w:t>
      </w:r>
    </w:p>
    <w:p>
      <w:r>
        <w:rPr>
          <w:b/>
        </w:rPr>
        <w:t xml:space="preserve">[53:31] </w:t>
      </w:r>
      <w:r>
        <w:t>namaz ki shakal mein is ko qaim karna aur zakat dena, apne maal mein se aik hissa doosron par kharch karna, aur ramzan ka mahina jo saal mein aik baar aata hai, us ke roze rakhna, aur saal ki jo ainual ibadat hoti hai, hajj, us ko karna. yeh paanch cheezen ho'een. yeh paanchon cheezen sach poochhein to ibadat hi ibadat hain</w:t>
      </w:r>
    </w:p>
    <w:p>
      <w:pPr>
        <w:jc w:val="right"/>
      </w:pPr>
      <w:r>
        <w:t>نماز کی شکل میں اس کو قائم کرنا اور زکوۃ دینا، اپنے مال میں سے ایک حصہ دوسروں پر خرچ کرنا، اور رمضان کا مہینہ جو سال میں ایک بار آتا ہے، اس کے روزے رکھنا، اور سال کی جو اینول عبادت ہوتی ہے، حج، اس کو کرنا۔ یہ پانچ چیزیں ہوئیں۔ یہ پانچوں چیزیں سچ پوچھیں تو عبادت ہی عبادت ہیں</w:t>
      </w:r>
    </w:p>
    <w:p>
      <w:r>
        <w:rPr>
          <w:b/>
        </w:rPr>
        <w:t xml:space="preserve">[54:01] </w:t>
      </w:r>
      <w:r>
        <w:t>, kyunke islam mein har cheez ibadat hai. aap koi bhi kaam karen, agar Allah ko dhiyan mein rakhen, Allah ki yaad na bhulaen, aur Allah ke hukumon se bahar na niklen, to har cheez ibadat hai. jaise aik hadith mein aata hai ke misl al momin misl al eeman kama al fa</w:t>
      </w:r>
    </w:p>
    <w:p>
      <w:pPr>
        <w:jc w:val="right"/>
      </w:pPr>
      <w:r>
        <w:t>، کیونکہ اسلام میں ہر چیز عبادت ہے۔ آپ کوئی بھی کام کریں، اگر اللہ کو دھیان میں رکھیں، اللہ کی یاد نہ بھلائیں، اور اللہ کے حکموں سے باہر نہ نکلیں، تو ہر چیز عبادت ہے۔ جیسے ایک حدیث میں آتا ہے کہ مثل المومن مثل الایمان کما الف</w:t>
      </w:r>
    </w:p>
    <w:p>
      <w:r>
        <w:rPr>
          <w:b/>
        </w:rPr>
        <w:t xml:space="preserve">[54:31] </w:t>
      </w:r>
      <w:r>
        <w:t>rra fi akhiratihi yahoodi yani aik faithfull insaan ya aik momin ki misaal aisi hai jaise rassi mein bandha hua ghoda, yani khoonti mein rassi lagi hui hai, us rassi se bandha hua ghoda, woh ghoda khoonti ke charon taraf phera lagata hai, magar itne hi door tak ja pata hai jahan tak rassi us ko</w:t>
      </w:r>
    </w:p>
    <w:p>
      <w:pPr>
        <w:jc w:val="right"/>
      </w:pPr>
      <w:r>
        <w:t>رد فی اخرتہ یهود یعنی ایک فیتھ فل انسان یا ایک مومن کی مثال ایسی ہے جیسے رسی میں بندھا ہوا گھوڑا، یعنی کھوٹی میں رسی لگی ہوئی ہے، اس رسی سے بندھا ہوا گھوڑا، وہ گھوڑا کھونٹے کے چاروں طرف پھیرا لگاتا ہے، مگر اتنے ہی دور تک جا پاتا ہے جہاں تک رسی اس کو</w:t>
      </w:r>
    </w:p>
    <w:p>
      <w:r>
        <w:rPr>
          <w:b/>
        </w:rPr>
        <w:t xml:space="preserve">[55:01] </w:t>
      </w:r>
      <w:r>
        <w:t>jaane ki ijazat deti hai, rassi se bahar woh nahin ja pata. to bataya ke yahi faithfull ki, kya yeh momin ki misaal hai? momin chalta phirta hai, doड़ dhop karta hai, aur saare kaam karta hai, jo bhi duniya mein kaam hain, lekin woh Khuda ki rassi se bandha hua hota hai, Khuda ki rassi ke bahar nahin jata. jaise woh bolna ho to sach boleg</w:t>
      </w:r>
    </w:p>
    <w:p>
      <w:pPr>
        <w:jc w:val="right"/>
      </w:pPr>
      <w:r>
        <w:t>جانے کی اجازت دیتی ہے، رسی سے باہر وہ نہیں جا پاتا۔ تو بتایا کہ یہی فیتھ فل کی، کیا یہ مومن کی مثال ہے؟ مومن چلتا پھرتا ہے، دوڑ دھوپ کرتا ہے، اور سارے کام کرتا ہے، جو بھی دنیا میں کام ہیں، لیکن وہ خدا کی رسی سے بندھا ہوا ہوتا ہے، خدا کی رسی کے باہر نہیں جاتا۔ جیسے وہ بولنا ہو تو سچ بولے گا، جھوٹ نہیں بول</w:t>
      </w:r>
    </w:p>
    <w:p>
      <w:r>
        <w:rPr>
          <w:b/>
        </w:rPr>
        <w:t xml:space="preserve">[55:31] </w:t>
      </w:r>
      <w:r>
        <w:t>a. deal karna ho to woh dishonesty nahin karega, honesty karega. isi tarah koi baat kisi se ulti koi keh de to wahan woh ghussa nahin karega, maaf kar dega. yeh hai rassi mein bandha hua hona. ab dekhen, yeh paanch cheezen jo hain, agar main is ko kahoon to shayad sahi hoga ke paanch cheezen kya hain. peh</w:t>
      </w:r>
    </w:p>
    <w:p>
      <w:pPr>
        <w:jc w:val="right"/>
      </w:pPr>
      <w:r>
        <w:t>ے گا۔ ڈیل کرنا ہو تو وہ ڈس اونسٹی نہیں کرے گا، اونسٹی کرے گا۔ اسی طرح کوئی بات کسی سے الٹی کوئی کہہ دے تو وہاں وہ غصہ نہیں کرے گا، معاف کر دے گا۔ یہ ہے رسی میں بندھا ہوا ہونا۔ اب دیکھیں، یہ پانچ چیزیں جو ہیں، اگر میں اس کو کہوں تو شاید صحیح ہوگا کہ پانچ چیزیں کیا ہیں۔ پہ</w:t>
      </w:r>
    </w:p>
    <w:p>
      <w:r>
        <w:rPr>
          <w:b/>
        </w:rPr>
        <w:t xml:space="preserve">[56:01] </w:t>
      </w:r>
      <w:r>
        <w:t>la jo hai, woh hai goya thought management, apni soch ko sahi karna, apne aqeeday ko sahi karna. to pehla hai thought management, doosra hai time management, kyunke namaz jo hai, waqt waqt mein parhi jati hai. paanch waqt ki namazon ke liye time fix hai, abhi usi time pe aap ko namaz parhna hota hai. to namaz kya hai? woh hai time management.</w:t>
      </w:r>
    </w:p>
    <w:p>
      <w:pPr>
        <w:jc w:val="right"/>
      </w:pPr>
      <w:r>
        <w:t>لا جو ہے، وہ ہے گویا تھاٹ مینجمنٹ، اپنی سوچ کو صحیح کرنا، اپنے عقیدے کو صحیح کرنا۔ تو پہلا ہے تھاٹ مینجمنٹ، دوسرا ہے ٹائم مینجمنٹ، کیونکہ نماز جو ہے، وقت وقت میں پڑھی جاتی ہے۔ پانچ وقت کی نمازوں کے لیے ٹائم فکس ہے، ابھی اسی ٹائم پہ آپ کو نماز پڑھنا ہوتا ہے۔ تو نماز کیا ہے؟ وہ ہے ٹائم مینجمنٹ۔</w:t>
      </w:r>
    </w:p>
    <w:p>
      <w:r>
        <w:rPr>
          <w:b/>
        </w:rPr>
        <w:t xml:space="preserve">[56:32] </w:t>
      </w:r>
      <w:r>
        <w:t>isi tarah se roza kya hai? woh hai desire management, kyunke roze mein khana peena chhodna padta hai. aik time se doosre time tak aadmi ko aisa karna padta hai ke woh na kuch pi sakta, na kuch kha sakta. to yeh jo desire us ki hai, desire ko rokta hai. is liye main kehta hoon ke yeh hai desire management. isi tareeqay se zakat hai.</w:t>
      </w:r>
    </w:p>
    <w:p>
      <w:pPr>
        <w:jc w:val="right"/>
      </w:pPr>
      <w:r>
        <w:t>اسی طرح سے روزہ کیا ہے؟ وہ ہے ڈیزائر مینجمنٹ، کیونکہ روزے میں کھانا پینا چھوڑنا پڑتا ہے۔ ایک ٹائم سے دوسرے ٹائم تک آدمی کو ایسا کرنا پڑتا ہے کہ وہ نہ کچھ پی سکتا، نہ کچھ کھا سکتا۔ تو یہ جو ڈیزائر اس کی ہے، ڈیزائر کو روکتا ہے۔ اس لیے میں کہتا ہوں کہ یہ ہے ڈیزائر مینجمنٹ۔ اسی طریقے سے زکوۃ ہے۔</w:t>
      </w:r>
    </w:p>
    <w:p>
      <w:r>
        <w:rPr>
          <w:b/>
        </w:rPr>
        <w:t xml:space="preserve">[57:02] </w:t>
      </w:r>
      <w:r>
        <w:t>zakat kya hai? aap apne saal bhar ki kamai mein se aik hissa doosron ko do. saal bhar ki jo kamai hai, apne upar na kharch kar dalen, apne ghar par saari na kharch kar dalen, balkeh samajh ke doosre logon ko bhi is mein se aik hissa den. to is liye main kahoon ga ke yeh hai money management. zakat jo hai, woh money management hai. aur is ke baad hajj ko</w:t>
      </w:r>
    </w:p>
    <w:p>
      <w:pPr>
        <w:jc w:val="right"/>
      </w:pPr>
      <w:r>
        <w:t>زکوۃ کیا ہے؟ آپ اپنے سال بھر کی کمائی میں سے ایک حصہ دوسروں کو دو۔ سال بھر کی جو کمائی ہے، اپنے اوپر نہ خرچ کر ڈالیں، اپنے گھر پر ساری نہ خرچ کر ڈالیں، بلکہ سماج کے دوسرے لوگوں کو بھی اس میں سے ایک حصہ دیں۔ تو اس لیے میں کہوں گا کہ یہ ہے منی مینجمنٹ۔ زکوۃ جو ہے، وہ منی مینجمنٹ ہے۔ اور اس کے بعد حج کو</w:t>
      </w:r>
    </w:p>
    <w:p>
      <w:r>
        <w:rPr>
          <w:b/>
        </w:rPr>
        <w:t xml:space="preserve">[57:33] </w:t>
      </w:r>
      <w:r>
        <w:t>dekhen, hajj mein kya hota hai? itne saare log ekatha hote hain. to itne saare jab log ekatha honge to aapas mein khat pat bhi hogi, ghussa bhi hoga. to main hajj ko kehta hoon ke yeh hai life management. to thought management, time management, desire management, aur money management, aur difference management, yeh paanch jo bata</w:t>
      </w:r>
    </w:p>
    <w:p>
      <w:pPr>
        <w:jc w:val="right"/>
      </w:pPr>
      <w:r>
        <w:t>دیکھیے، حج میں کیا ہوتا ہے؟ اتنے سارے لوگ اکٹھا ہوتے ہیں۔ تو اتنے سارے جب لوگ اکٹھا ہوں گے تو آپس میں کھٹپٹ بھی ہوگی، غصہ بھی ہوگا۔ تو میں حج کو کہتا ہوں کہ یہ ہے لائف مینجمنٹ۔ تو تھاٹ مینجمنٹ، ٹائم مینجمنٹ، ڈیزائر مینجمنٹ، اور منی مینجمنٹ، اور ڈیفرنس مینجمنٹ، یہ پانچ جو بت</w:t>
      </w:r>
    </w:p>
    <w:p>
      <w:r>
        <w:rPr>
          <w:b/>
        </w:rPr>
        <w:t xml:space="preserve">[58:03] </w:t>
      </w:r>
      <w:r>
        <w:t>aye gaye hain, pillars, us ko is se aap samajh sakte hain. inhin paanchon ke beech mein insaan ki poori zindagi hai. aap apni soch par, apni soch ko sahi banaen. yahi hai aqeedah, yani Khuda par aqeedah, Khuda ke peghambar par aqeedah kya hai? apni soch ko sahi banana, jis ko main ne kaha ke thought management. to apni soch ko sahi banaen,</w:t>
      </w:r>
    </w:p>
    <w:p>
      <w:pPr>
        <w:jc w:val="right"/>
      </w:pPr>
      <w:r>
        <w:t>ائے گئے ہیں، پلرز، اس کو اس سے آپ سمجھ سکتے ہیں۔ انہی پانچوں کے بیچ میں انسان کی پوری زندگی ہے۔ آپ اپنی سوچ پر، اپنی سوچ کو صحیح بنائیں۔ یہی ہے عقیدہ، یعنی خدا پر عقیدہ، خدا کے پیغمبر پر عقیدہ کیا ہے؟ اپنی سوچ کو صحیح بنانا، جس کو میں نے کہا کہ تھاٹ مینجمنٹ۔ تو اپنی سوچ کو صحیح بنائیں،</w:t>
      </w:r>
    </w:p>
    <w:p>
      <w:r>
        <w:rPr>
          <w:b/>
        </w:rPr>
        <w:t xml:space="preserve">[58:33] </w:t>
      </w:r>
      <w:r>
        <w:t>apne auqat ka ko manage karen, aur apni desire ko control mein rakhen, apne paise ko theek tareeqay se Khuda ke kehne ke mutabiq manage karen, aur logon ke beech mein is tarah rahen ke differences par logon se takrao na karen. yeh hai islam ka positive message. ab aap dekhen, jo misalen main ne di hain,</w:t>
      </w:r>
    </w:p>
    <w:p>
      <w:pPr>
        <w:jc w:val="right"/>
      </w:pPr>
      <w:r>
        <w:t>اپنے اوقات کا کو مینج کریں، اور اپنی ڈیزائر کو کنٹرول میں رکھیں، اپنے پیسے کو ٹھیک طریقے سے خدا کے کہنے کے مطابق مینج کریں، اور لوگوں کے بیچ میں اس طرح رہیں کہ ڈیفرنسز پر لوگوں سے ٹکراؤ نہ کریں۔ یہ ہے اسلام کا پازیٹیو میسج۔ اب آپ دیکھیے، جو مثالیں میں نے دی ہیں،</w:t>
      </w:r>
    </w:p>
    <w:p>
      <w:r>
        <w:rPr>
          <w:b/>
        </w:rPr>
        <w:t xml:space="preserve">[59:03] </w:t>
      </w:r>
      <w:r>
        <w:t>is se islam ki image kya saamne aati hai? islam ki image kya saamne aati hai? agar main aik lafz mein sametoon to woh yeh hoga ke islam ki image yeh saamne aati hai ke islam positive behaviour ka daai hai. positivity sab se zyada aham, sab se important aspect hai islam ka. yani soch mein aap positive hon, be</w:t>
      </w:r>
    </w:p>
    <w:p>
      <w:pPr>
        <w:jc w:val="right"/>
      </w:pPr>
      <w:r>
        <w:t>اس سے اسلام کی امیج کیا سامنے آتی ہے؟ اسلام کی امیج کیا سامنے آتی ہے؟ اگر میں ایک لفظ میں سمیٹوں تو وہ یہ ہوگا کہ اسلام کی امیج یہ سامنے آتی ہے کہ اسلام پازیٹیو بیہیویئر کا داعی ہے۔ پازیٹیوٹی سب سے زیادہ اہم، سب سے امپورٹنٹ اسپیکٹ ہے اسلام کا۔ یعنی سوچ میں آپ پازیٹیو ہوں، بی</w:t>
      </w:r>
    </w:p>
    <w:p>
      <w:r>
        <w:rPr>
          <w:b/>
        </w:rPr>
        <w:t xml:space="preserve">[59:33] </w:t>
      </w:r>
      <w:r>
        <w:t>haviour mein aap positive hon, character mein aap positive hon, poori life ke bare mein aap positive hon. matlab crux hai islam ka negativity ko chhodna aur positivity ko pakadna. yahi islam ka crux hai. is mein agar ghor karen aap to saari baat aa jati hai. main samajhta hoon jahan tak main ne socha hai, koi baat is mein chhi</w:t>
      </w:r>
    </w:p>
    <w:p>
      <w:pPr>
        <w:jc w:val="right"/>
      </w:pPr>
      <w:r>
        <w:t>ہیویئر میں آپ پازیٹیو ہوں، کریکٹر میں آپ پازیٹیو ہوں، پوری لائف کے بارے میں آپ پازیٹیو ہوں۔ مطلب کرکس ہے اسلام کا نیگیٹیوٹی کو چھوڑنا اور پازیٹیوٹی کو پکڑنا۔ یہی اسلام کا کرکس ہے۔ اس میں اگر غور کریں آپ تو ساری بات آ جاتی ہے۔ میں سمجھتا ہوں جہاں تک میں نے سوچا ہے، کوئی بات اس میں چھ</w:t>
      </w:r>
    </w:p>
    <w:p>
      <w:r>
        <w:rPr>
          <w:b/>
        </w:rPr>
        <w:t xml:space="preserve">[1:00:03] </w:t>
      </w:r>
      <w:r>
        <w:t>hut chhoot nahin paati, koi baat is mein chhoot nahin paati. saari baat is mein aa jati hai. to jaisa ke main ne arz kiya, islam ka target kya hai? insaan hai, yani individual. aur insaan ko kya banana hai? purified soul. yeh purified soul ka future kya hai? us ko Khuda paradise mein jagah</w:t>
      </w:r>
    </w:p>
    <w:p>
      <w:pPr>
        <w:jc w:val="right"/>
      </w:pPr>
      <w:r>
        <w:t>وٹ چھوٹ نہیں پاتی، کوئی بات اس میں چھوٹ نہیں پاتی۔ ساری بات اس میں آ جاتی ہے۔ تو جیسا کہ میں نے عرض کیا، اسلام کا ٹارگٹ کیا ہے؟ انسان ہے، یعنی انڈیویجول۔ اور انسان کو کیا بنانا ہے؟ پیوریفائیڈ سول۔ یہ پیوریفائیڈ سول کا فیوچر کیا ہے؟ اس کو خدا پیراڈائز میں جگہ</w:t>
      </w:r>
    </w:p>
    <w:p>
      <w:r>
        <w:rPr>
          <w:b/>
        </w:rPr>
        <w:t xml:space="preserve">[1:00:33] </w:t>
      </w:r>
      <w:r>
        <w:t>dega. aisi paradise jo eternal hogi, jo kabhi khatm nahin hogi, jis mein aap saari khushiyan milen gi, aap ko bharpoor taur par aap enjoy kar saken ge har cheez se jo aap chahte hain. kyunke Quran mein aata hai ke walakum fiha ma tashtahi yani jannat woh jagah hogi jahan tumhari saari khwahishen poori hon gi</w:t>
      </w:r>
    </w:p>
    <w:p>
      <w:pPr>
        <w:jc w:val="right"/>
      </w:pPr>
      <w:r>
        <w:t>دے گا۔ ایسی پیراڈائز جو ایٹرنل ہوگی، جو کبھی ختم نہیں ہوگی، جس میں آپ ساری خوشیاں ملیں گی، آپ کو بھرپور طور پر آپ انجوائے کر سکیں گے ہر چیز سے جو آپ چاہتے ہیں۔ کیونکہ قرآن میں آتا ہے کہ ولکم فیہا ماتشتی یعنی جنت وہ جگہ ہوگی جہاں تمہاری ساری خواہشیں پوری ہوں گی</w:t>
      </w:r>
    </w:p>
    <w:p>
      <w:r>
        <w:rPr>
          <w:b/>
        </w:rPr>
        <w:t xml:space="preserve">[1:01:03] </w:t>
      </w:r>
      <w:r>
        <w:t>۔ yeh baat simple baat nahin hai, kyunke aap jante hain ke duniya mein koi bhi insaan, chahe woh badshah ho, chahe aam ho, chahe woh rich ho ya poor ho, apni khwahishon ko poori nahin kar pata. impossible hai. kyun? limitations ki wajah se. aap apni khwahishen jab poori karna chahte hain to kahin na kahin hadd aa jati hai. aap paas kitna hi paisa ho</w:t>
      </w:r>
    </w:p>
    <w:p>
      <w:pPr>
        <w:jc w:val="right"/>
      </w:pPr>
      <w:r>
        <w:t>۔ یہ بات سمپل بات نہیں ہے، کیونکہ آپ جانتے ہیں کہ دنیا میں کوئی بھی انسان، چاہے وہ بادشاہ ہو، چاہے عام ہو، چاہے وہ رچ ہو یا پور ہو، اپنی خواہشوں کو پوری نہیں کر پاتا۔ امپاسیبل ہے۔ کیوں؟ لمیٹیشنز کی وجہ سے۔ آپ اپنی خواہشیں جب پوری کرنا چاہتے ہیں تو کہیں نہ کہیں حد آ جاتی ہے۔ آپ پاس کتنا ہی پیسہ ہو</w:t>
      </w:r>
    </w:p>
    <w:p>
      <w:r>
        <w:rPr>
          <w:b/>
        </w:rPr>
        <w:t xml:space="preserve">[1:01:33] </w:t>
      </w:r>
      <w:r>
        <w:t>، lekin aik hadd ke aage us ko aap istemal nahin kar sakte. aap paas kitna hi saaman ho, rahat ka aur aap ki pasand ki cheezon ka, aik hadd ke aage aap us ko istemal nahin kar sakte. is liye kya hota hai ke aap duniya mein har aadmi mahroomi ke ehsas mein jeeta hai. kya ke jo main chahta tha, woh mujhe mila nahin. sab kuch kamakar, sab kuch</w:t>
      </w:r>
    </w:p>
    <w:p>
      <w:pPr>
        <w:jc w:val="right"/>
      </w:pPr>
      <w:r>
        <w:t>، لیکن ایک حد کے آگے اس کو آپ استعمال نہیں کر سکتے۔ آپ پاس کتنا ہی سامان ہو، راحت کا اور آپ کی پسند کی چیزوں کا، ایک حد کے آگے آپ اس کو استعمال نہیں کر سکتے۔ اس لیے کیا ہوتا ہے کہ آپ دنیا میں ہر آدمی محرومی کے احساس میں جیتا ہے۔ کیا کہ جو میں چاہتا تھا، وہ مجھے ملا نہیں۔ سب کچھ کما کر، سب کچھ</w:t>
      </w:r>
    </w:p>
    <w:p>
      <w:r>
        <w:rPr>
          <w:b/>
        </w:rPr>
        <w:t xml:space="preserve">[1:02:05] </w:t>
      </w:r>
      <w:r>
        <w:t>paakar bhi main us ko enjoy nahin kar saka. sab kuch paakar bhi main us duniya ko bana nahin saka jo is duniya mein banana chahta tha. islam mein scientific scheme hai, zindagi ki scientific scheme. zindagi ko kaise achhe dhang par manage kiya jaye? achhe dhang ka matlab yeh hai ke aadmi duniya mein bhi achhi zindagi guzare aur marne ke baad</w:t>
      </w:r>
    </w:p>
    <w:p>
      <w:pPr>
        <w:jc w:val="right"/>
      </w:pPr>
      <w:r>
        <w:t>پا کر بھی میں اس کو انجوائے نہیں کر سکا۔ سب کچھ پا کر بھی میں اس دنیا کو بنا نہیں سکا جو اس دنیا میں بنانا چاہتا تھا۔ اسلام میں سائنٹیفک اسکیم ہے، زندگی کی سائنٹیفک اسکیم۔ زندگی کو کیسے اچھے ڈھنگ پر مینج کیا جائے؟ اچھے ڈھنگ کا مطلب یہ ہے کہ آدمی دنیا میں بھی اچھی زندگی گزارے اور مرنے کے بعد</w:t>
      </w:r>
    </w:p>
    <w:p>
      <w:r>
        <w:rPr>
          <w:b/>
        </w:rPr>
        <w:t xml:space="preserve">[1:02:36] </w:t>
      </w:r>
      <w:r>
        <w:t>us ko paradise mile. yeh maqsad kaise hasil ho? to us ko main ne kaha ke yeh hai life management ki scheme hai. islam koi mysterious cheez nahin, islam aik scientific method hai zindagi guzarne ka. to main ne aap ke samne bataya ke aik hadith mein paanch cheezen batai gayi hain. yeh jo life management hai,</w:t>
      </w:r>
    </w:p>
    <w:p>
      <w:pPr>
        <w:jc w:val="right"/>
      </w:pPr>
      <w:r>
        <w:t>اس کو پیراڈائز ملے۔ یہ مقصد کیسے حاصل ہو؟ تو اس کو میں نے کہا کہ یہ ہے لائف مینجمنٹ کی اسکیم ہے۔ اسلام کوئی مسٹیریس چیز نہیں، اسلام ایک سائنٹیفک میتھڈ ہے زندگی گزارنے کا۔ تو میں نے آپ کے سامنے بتایا کہ ایک حدیث میں پانچ چیزیں بتائی گئی ہیں۔ یہ جو لائف مینجمنٹ ہے،</w:t>
      </w:r>
    </w:p>
    <w:p>
      <w:r>
        <w:rPr>
          <w:b/>
        </w:rPr>
        <w:t xml:space="preserve">[1:03:06] </w:t>
      </w:r>
      <w:r>
        <w:t>us ko paanch cheezon mein bataya gaya hai. woh paanch cheezen yeh hain ke thought management, time management, desire management, money management, aur difference management. yeh is mein poori zindagi cover ho jati hai. insaan ki poori zindagi</w:t>
      </w:r>
    </w:p>
    <w:p>
      <w:pPr>
        <w:jc w:val="right"/>
      </w:pPr>
      <w:r>
        <w:t>اس کو پانچ چیزوں میں بتایا گیا ہے۔ وہ پانچ چیزیں یہ ہیں کہ تھاٹ مینجمنٹ، ٹائم مینجمنٹ، ڈیزائر مینجمنٹ، منی مینجمنٹ، اور ڈیفرنس مینجمنٹ۔ یہ اس میں پوری زندگی کور ہو جاتی ہے۔ انسان کی پوری زندگی</w:t>
      </w:r>
    </w:p>
    <w:p>
      <w:r>
        <w:rPr>
          <w:b/>
        </w:rPr>
        <w:t xml:space="preserve">[1:03:38] </w:t>
      </w:r>
      <w:r>
        <w:t>۔ agar aadmi is zindagi ko is tarah manage karne ka tareeqa pakad le to us ki duniya ki zindagi bhi safal hogi aur aakhirat mein us ko paradise milegi. Khuda us se khush hoga. ab main aik baat ka aik hadith sunana chahta hoon aap ke samne, jis se yeh baat khulti hai ke method</w:t>
      </w:r>
    </w:p>
    <w:p>
      <w:pPr>
        <w:jc w:val="right"/>
      </w:pPr>
      <w:r>
        <w:t>۔ اگر آدمی اس زندگی کو اس طرح مینج کرنے کا طریقہ پکڑ لے تو اس کی دنیا کی زندگی بھی سफल ہوگی اور آخرت میں اس کو پیراڈائز ملے گی۔ خدا اس سے خوش ہوگا۔ اب میں ایک بات کا ایک حدیث سنانا چاہتا ہوں آپ کے سامنے، جس سے یہ بات کھلتی ہے کہ میت</w:t>
      </w:r>
    </w:p>
    <w:p>
      <w:r>
        <w:rPr>
          <w:b/>
        </w:rPr>
        <w:t xml:space="preserve">[1:04:08] </w:t>
      </w:r>
      <w:r>
        <w:t>kya hai aisi zindagi ka? is maqsad ko hasil karne ka method kya hai? yani how to achieve this goal. to aik hadith hai jis mein prophet of islam ne kaha ke aadmi jab koi burai karta hai to us ke</w:t>
      </w:r>
    </w:p>
    <w:p>
      <w:pPr>
        <w:jc w:val="right"/>
      </w:pPr>
      <w:r>
        <w:t>ھڈ کیا ہے ایسی زندگی کا؟ اس مقصد کو حاصل کرنے کا میتھڈ کیا ہے؟ یعنی ہاؤ ٹو اچیو دس گول۔ تو ایک حدیث ہے جس میں پرافٹ آف اسلام نے کہا کہ آدمی جب کوئی برائی کرتا ہے تو اس کے</w:t>
      </w:r>
    </w:p>
    <w:p>
      <w:r>
        <w:rPr>
          <w:b/>
        </w:rPr>
        <w:t xml:space="preserve">[1:04:38] </w:t>
      </w:r>
      <w:r>
        <w:t>dil par aik kala dhabba pad jata hai. dekhen, yeh symbolic language mein is ka matlab nahin ke sach poochhen, sach poochhen, wahan kala dhabba padta hai. yeh hai psychological sense mein yeh baat kahi gayi hai, physical sense mein nahin kahi gayi hai. to aap ne farmaya ke aadmi jab koi burai karta hai to us ke dil par aik kala dhabba pad jata hai. agar woh aisa kare ke tauba kare</w:t>
      </w:r>
    </w:p>
    <w:p>
      <w:pPr>
        <w:jc w:val="right"/>
      </w:pPr>
      <w:r>
        <w:t>دل پر ایک کالا دھبہ پڑ جاتا ہے۔ دیکھیں، یہ سمبولک لینگویج میں اس کا مطلب نہیں کہ سچ پوچھیں، سچ پوچھیں، وہاں کالا دھبہ پڑتا ہے۔ یہ ہے سائیکلوجیکل سینس میں یہ بات کہی گئی ہے، فزیکل سینس میں نہیں کہی گئی ہے۔ تو آپ نے فرمایا کہ آدمی جب کوئی برائی کرتا ہے تو اس کے دل پر ایک کالا دھبہ پڑ جاتا ہے۔ اگر وہ ایسا کرے کہ توبہ کرے</w:t>
      </w:r>
    </w:p>
    <w:p>
      <w:r>
        <w:rPr>
          <w:b/>
        </w:rPr>
        <w:t xml:space="preserve">[1:05:08] </w:t>
      </w:r>
      <w:r>
        <w:t>، apne mind ko phir se theek kare, aik corrective measure istemal kare to woh kala dhabba mit jayega. lekin agar woh us ko isi isi tarah chhod de aur phir burai, phir burai, phir burai karta rahe to har burai us ke dil ko aur kala karti chali jayegi, yahan tak ke poora ka poora dil kala ho jayega us ka. aur jis ka dil poora ka poora kala ho jaye, wahi jayega jah</w:t>
      </w:r>
    </w:p>
    <w:p>
      <w:pPr>
        <w:jc w:val="right"/>
      </w:pPr>
      <w:r>
        <w:t>، اپنے مائنڈ کو پھر سے ٹھیک کرے، ایک کریکٹو میژر استعمال کرے تو وہ کالا دھبہ مٹ جائے گا۔ لیکن اگر وہ اس کو اسی اسی طرح چھوڑ دے اور پھر برائی، پھر برائی، پھر برائی کرتا رہے تو ہر برائی اس کے دل کو اور کالا کرتی چلی جائے گی، یہاں تک کہ پورا کا پورا دل کالا ہو جائے گا اس کا۔ اور جس کا دل پورا کا پورا کالا ہو جائے، وہی جائے گا جہ</w:t>
      </w:r>
    </w:p>
    <w:p>
      <w:r>
        <w:rPr>
          <w:b/>
        </w:rPr>
        <w:t xml:space="preserve">[1:05:38] </w:t>
      </w:r>
      <w:r>
        <w:t>annam. aur jis ka dil kala na ho, saaf suthra ho, woh jayega paradise. dekhen, yeh jo hadith hai, us ko samajhne ke liye aap psychology ki madad lijie. modern psychology ne, jis ka bani hai Freud, us ne aik baat batai hai research kar ke, aur ab woh cheez maani gayi hai duniya mein.</w:t>
      </w:r>
    </w:p>
    <w:p>
      <w:pPr>
        <w:jc w:val="right"/>
      </w:pPr>
      <w:r>
        <w:t>نم۔ اور جس کا دل کالا نہ ہو، صاف ستھرا ہو، وہ جائے گا پیراڈائز۔ دیکھیں، یہ جو حدیث ہے، اس کو سمجھنے کے لیے آپ سائیکالوجی کی مدد لیجئے۔ ماڈرن سائیکالوجی نے، جس کا بانی ہے فرائیڈ، اس نے ایک بات بتائی ہے ریسرچ کر کے، اور اب وہ چیز مانی گئی ہے دنیا میں۔</w:t>
      </w:r>
    </w:p>
    <w:p>
      <w:r>
        <w:rPr>
          <w:b/>
        </w:rPr>
        <w:t xml:space="preserve">[1:06:09] </w:t>
      </w:r>
      <w:r>
        <w:t>woh yeh ke insaan ka jo mind hai, to broadly speaking, is ke do baray hissay hain: conscious mind aur unconscious mind. conscious mind aur unconscious mind. to yeh research batati hai ke jab aadmi ke dil mein koi bhi baat aati hai, koi cheez aap suntay hain, koi cheez aap sochtay hain, kuch aap kartay hain, kuch bhi kartay hon, to woh aap ke conscious mind mein aati hai.</w:t>
      </w:r>
    </w:p>
    <w:p>
      <w:pPr>
        <w:jc w:val="right"/>
      </w:pPr>
      <w:r>
        <w:t>وہ یہ کہ انسان کا جو مائنڈ ہے، تو برادلی سپیکنگ، اس کے دو بڑے حصے ہیں: کانشیس مائنڈ اور انکونشیس مائنڈ۔ کانشیس مائنڈ اور انکونشیس مائنڈ۔ تو یہ ریسرچ بتاتی ہے کہ جب آدمی کے دل میں کوئی بھی بات آتی ہے، کوئی چیز آپ سنتے ہیں، کوئی چیز آپ سوچتے ہیں، کچھ آپ کرتے ہیں، کچھ بھی کرتے ہوں، تو وہ آپ کے کانشیس مائنڈ میں آتی ہے۔</w:t>
      </w:r>
    </w:p>
    <w:p>
      <w:r>
        <w:rPr>
          <w:b/>
        </w:rPr>
        <w:t xml:space="preserve">[1:06:41] </w:t>
      </w:r>
      <w:r>
        <w:t>jaise aap ne ghussa kiya, kisi ko gaali di, main to koi maar daaloon ga ke bolay aap, to yeh aap ke conscious mind mein aa gayi. immediately woh kabhi bhi is se niklay gi nahin. psychology batati hai ke jo baat bhi aadmi ke mind mein ek baar aa gayi to woh khatam honay wali nahin hai. albatta kya hota hai ke din mein aap ne koi buri baat sochi thi, koi buri b</w:t>
      </w:r>
    </w:p>
    <w:p>
      <w:pPr>
        <w:jc w:val="right"/>
      </w:pPr>
      <w:r>
        <w:t>جیسے آپ نے غصہ کیا، کسی کو گالی دی، میں تو کوئی مار ڈالوں گا کہ بولے آپ، تو یہ آپ کے کانشیس مائنڈ میں آ گئی۔ امیٹ طور پر وہ کبھی بھی اس سے نکلے گی نہیں۔ سائیکالوجی بتاتی ہے کہ جو بات بھی آدمی کے مائنڈ میں ایک بار آ گئی تو وہ ختم ہونے والی نہیں ہے۔ البتہ کیا ہوتا ہے کہ دن میں آپ نے کوئی بری بات سوچی تھی، کوئی بری ب</w:t>
      </w:r>
    </w:p>
    <w:p>
      <w:r>
        <w:rPr>
          <w:b/>
        </w:rPr>
        <w:t xml:space="preserve">[1:07:11] </w:t>
      </w:r>
      <w:r>
        <w:t>aat munh se nikali thi, to din din mein to aap ke conscious mind mein rahay gi, yaani aap ki living memory, jis ko doosray word mein kaha gaya, living memory mein rahay gi. lekin jab aap sotay hain, aap raat ko to kya hota hai ke woh mind ek mein ek process chalta hai. woh woh process hai conscious mind se, us ko nikaal kar unconscious mind mein le jaana. yaani living mem</w:t>
      </w:r>
    </w:p>
    <w:p>
      <w:pPr>
        <w:jc w:val="right"/>
      </w:pPr>
      <w:r>
        <w:t>ات منہ سے نکالی تھی، تو دن دن میں تو آپ کے کانشیس مائنڈ میں رہے گی، یعنی آپ کی لیونگ میموری، جس کو دوسرے ورڈ میں کہا گیا، لیونگ میموری میں رہے گی۔ لیکن جب آپ سوتے ہیں، آپ رات کو تو کیا ہوتا ہے کہ وہ مائنڈ ایک میں ایک پراسیس چلتا ہے۔ وہ وہ پراسیس ہے کانشیس مائنڈ سے، اس کو نکال کر انکونشیس مائنڈ میں لے جانا۔ یعنی لیونگ می</w:t>
      </w:r>
    </w:p>
    <w:p>
      <w:r>
        <w:rPr>
          <w:b/>
        </w:rPr>
        <w:t xml:space="preserve">[1:07:41] </w:t>
      </w:r>
      <w:r>
        <w:t>ory se nikaal kar ke wahan le jaana, ya woh store to ho jata hai, lekin aap ki living memory ka hissa nahin hota. to is hadith ko aap is roshni mein samjhiye ke main ne din mein ek buri baat keh di, ek bura bol bol diya, ya koi buri baat soch li, to usi waqt woh aa gayi mere conscious</w:t>
      </w:r>
    </w:p>
    <w:p>
      <w:pPr>
        <w:jc w:val="right"/>
      </w:pPr>
      <w:r>
        <w:t>موری سے نکال کر کے وہاں لے جانا، یا وہ اسٹور تو ہو جاتا ہے، لیکن آپ کی لیونگ میموری کا حصہ نہیں ہوتا۔ تو اس حدیث کو آپ اس روشنی میں سمجھیے کہ میں نے دن میں ایک بری بات کہہ دی، ایک برا بول بول دیا، یا کوئی بری بات سوچ لی، تو اسی وقت وہ آ گئی میرے کانشیس</w:t>
      </w:r>
    </w:p>
    <w:p>
      <w:r>
        <w:rPr>
          <w:b/>
        </w:rPr>
        <w:t xml:space="preserve">[1:08:11] </w:t>
      </w:r>
      <w:r>
        <w:t>mind mein. ab mujhe kya karna hai? ek dhabba goya aa gaya, is dhabay ko mujhe mitana hai. kyun? agar main ne mitaya nahin to kya hoga? woh natural process ke tehat woh chala jaye ga unconscious mind mein. wahan jab chala gaya to hamesha ke liye woh store mein jaye ga. jab koi baat store mein chali jaye, wahan par ja kar ke woh jama ho jaye.</w:t>
      </w:r>
    </w:p>
    <w:p>
      <w:pPr>
        <w:jc w:val="right"/>
      </w:pPr>
      <w:r>
        <w:t>مائنڈ میں۔ اب مجھے کیا کرنا ہے؟ ایک دھبہ گویا آ گیا، اس دھبے کو مجھے مٹانا ہے۔ کیوں؟ اگر میں نے مٹایا نہیں تو کیا ہوگا؟ وہ نیچرل پراسیس کے تحت وہ چلا جائے گا انکونشیس مائنڈ میں۔ وہاں جب چلا گیا تو ہمیشہ کے لیے وہ اسٹور میں جائے گا۔ جب کوئی بات اسٹور میں چلی جائے، وہاں پر جا کر کے وہ جمع ہو جائے۔</w:t>
      </w:r>
    </w:p>
    <w:p>
      <w:r>
        <w:rPr>
          <w:b/>
        </w:rPr>
        <w:t xml:space="preserve">[1:08:41] </w:t>
      </w:r>
      <w:r>
        <w:t>agar to agarche aap ki personality ka hissa phir bhi hoti hai, lekin aap ki living memory mein nahin hoti. matlab yeh hai ke aap hazar baar ghussa hue, hazar baar nafrat kiya aap ne, hazar baar kisi ko bura bhala kaha, to yeh sab aap ke mind mein aa gaya, aur hotay hotay conscious mind se nikaal kar ke woh unconscious mind mein chala gaya, yaani memory mein store ho</w:t>
      </w:r>
    </w:p>
    <w:p>
      <w:pPr>
        <w:jc w:val="right"/>
      </w:pPr>
      <w:r>
        <w:t>اگر تو اگرچہ آپ کی پرسنیلٹی کا حصہ پھر بھی ہوتی ہے، لیکن آپ کی لیونگ میموری میں نہیں ہوتی۔ مطلب یہ ہے کہ آپ ہزار بار غصہ ہوئے، ہزار بار نفرت کیا آپ نے، ہزار بار کسی کو برا بھلا کہا، تو یہ سب آپ کے مائنڈ میں آ گیا، اور ہوتے ہوتے کانشیس مائنڈ سے نکل کر کے وہ انکونشیس مائنڈ میں چلا گیا، یعنی میموری میں اسٹور ہو</w:t>
      </w:r>
    </w:p>
    <w:p>
      <w:r>
        <w:rPr>
          <w:b/>
        </w:rPr>
        <w:t xml:space="preserve">[1:09:11] </w:t>
      </w:r>
      <w:r>
        <w:t>gaya. woh to agarche aap ki conscious mind mein woh nahin hai, yaani aap ko waqt par yaad nahin aa raha hai, lekin woh aap ki personality ka hissa ban gaya hai, yaani aap ke andar ek negative personality ban gayi. to hadith mein bataya gaya hai ke jaise hi aisa ek dhabba dil mein aaye, ek negative dhabba, ek ulta kaam main ne kiya, maslan main ne hate kiya kisi se,</w:t>
      </w:r>
    </w:p>
    <w:p>
      <w:pPr>
        <w:jc w:val="right"/>
      </w:pPr>
      <w:r>
        <w:t>گیا۔ وہ تو اگرچہ آپ کی کانشیس مائنڈ میں وہ نہیں ہے، یعنی آپ کو بروقت یاد نہیں آ رہا ہے، لیکن وہ آپ کی پرسنیلٹی کا حصہ بن گیا ہے، یعنی آپ کے اندر ایک نیگیٹیو پرسنیلٹی بن گئی۔ تو حدیث میں بتایا گیا ہے کہ جیسے ہی ایسا ایک دھبہ دل میں آئے، ایک نیگیٹیو دھبہ، ایک الٹا کام میں نے کیا، مثلاً میں نے ہیٹ کیا کسی سے،</w:t>
      </w:r>
    </w:p>
    <w:p>
      <w:r>
        <w:rPr>
          <w:b/>
        </w:rPr>
        <w:t xml:space="preserve">[1:09:42] </w:t>
      </w:r>
      <w:r>
        <w:t>main ne malice kiya kisi se, to woh ek dhabba hua. goya usi waqt mujhe is negative ko positive mein badalna hai. soch soch kar ke, jaise farz kijiye ek shakhs ne mujhe gaali di, to soch soch kar mujhe yeh karna chahiye. us ne gaali is liye di hai ke is se pehle main ne us ko us ke sath ek falan galat kaam kar diya tha. mere galat kaam ke nateeje mein</w:t>
      </w:r>
    </w:p>
    <w:p>
      <w:pPr>
        <w:jc w:val="right"/>
      </w:pPr>
      <w:r>
        <w:t>میں نے مائلش کیا کسی سے، تو وہ ایک دھبہ ہوا۔ گویا اسی وقت مجھے اس نیگیٹیو کو پازیٹیو میں بدلنا ہے۔ سوچ سوچ کر کے، جیسے فرض کیجئے ایک شخص نے مجھے گالی دی، تو سوچ سوچ کر مجھے یہ کرنا چاہیے۔ اس نے گالی اس لیے دی ہے کہ اس سے پہلے میں نے اس کو اس کے ساتھ ایک فلاں غلط کام کر دیا تھا۔ میرے غلط کام کے نتیجے میں</w:t>
      </w:r>
    </w:p>
    <w:p>
      <w:r>
        <w:rPr>
          <w:b/>
        </w:rPr>
        <w:t xml:space="preserve">[1:10:12] </w:t>
      </w:r>
      <w:r>
        <w:t>us ne gaali di hai. is tarah aap ne us ko barabar kar liya, barabar kar liya. to usi ko main keh raha hoon ke negative ko aap ne positive bana liya. agar koi aadmi yeh process na chalaye apne andar, to us ke mind mein, yaani us ki memory mein jo store ho gaye, yeh saari baatein sab ke sab negative item ke tor par store hon gay. personality ko negative bana dain gay. is liye har waqt aadmi ko chokanna rehna hai, har waqt</w:t>
      </w:r>
    </w:p>
    <w:p>
      <w:pPr>
        <w:jc w:val="right"/>
      </w:pPr>
      <w:r>
        <w:t>اس نے گالی دی ہے۔ اس طرح آپ نے اس کو برابر کر لیا، برابر کر لیا۔ تو اسی کو میں کہہ رہا ہوں کہ نیگیٹیو کو آپ نے پازیٹیو بنا لیا۔ اگر کوئی آدمی یہ پراسیس نہ چلائے اپنے اندر، تو اس کے مائنڈ میں، یعنی اس کی میموری میں جو اسٹور ہو گئے، یہ ساری باتیں سب کے سب نیگیٹیو آئٹم کے طور پر اسٹور ہوں گے۔ پرسنیلٹی کو نیگیٹیو بنا دیں گے۔ اس لیے ہر وقت آدمی کو چوکنا رہنا ہے، ہر وقت</w:t>
      </w:r>
    </w:p>
    <w:p>
      <w:r>
        <w:rPr>
          <w:b/>
        </w:rPr>
        <w:t xml:space="preserve">[1:10:42] </w:t>
      </w:r>
      <w:r>
        <w:t>, har subah shaam ke jaise hi us se koi buri baat munh se nikli, dil mein koi burai aa gayi, to usi waqt us ko kisi tareeqay se us ko diffuse karna hai. soch kar kisi tareeqay se aisa karna hai ke woh dhabba aap ke dil mein na rahay. kyunke dhabba agar baqi raha to raat ko aap soyein ge to</w:t>
      </w:r>
    </w:p>
    <w:p>
      <w:pPr>
        <w:jc w:val="right"/>
      </w:pPr>
      <w:r>
        <w:t>، ہر صبح شام کہ جیسے ہی اس سے کوئی بری بات منہ سے نکلی، دل میں کوئی برائی آ گئی، تو اسی وقت اس کو کسی طریقے سے اس کو ڈیفیوز کرنا ہے۔ سوچ کر کسی طریقے سے ایسا کرنا ہے کہ وہ دھبہ آپ کے دل میں نہ رہے۔ کیونکہ دھبہ اگر باقی رہا تو رات کو آپ سوئیں گے تو</w:t>
      </w:r>
    </w:p>
    <w:p>
      <w:r>
        <w:rPr>
          <w:b/>
        </w:rPr>
        <w:t xml:space="preserve">[1:11:12] </w:t>
      </w:r>
      <w:r>
        <w:t>dheere dheere woh kal tak woh chal kar ke kahan chala jaye ga? aap ki memory mein chala jaye ga, unconscious mind mein chala jaye ga. to personality ka hissa tab bhi hoga, lekin conscious mind ka hissa nahin hoga. woh usi ko kaha ke saara dil is ka kaala ho jata hai. yeh hai process jo hamein chalana hai. is ke liye introspection chahiye. aadmi ke andar yeh yeh cre</w:t>
      </w:r>
    </w:p>
    <w:p>
      <w:pPr>
        <w:jc w:val="right"/>
      </w:pPr>
      <w:r>
        <w:t>دھیرے دھیرے وہ کل تک وہ چل کر کے کہاں چلا جائے گا؟ آپ کی میموری میں چلا جائے گا، انکونشیس مائنڈ میں چلا جائے گا۔ تو پرسنیلٹی کا حصہ تب بھی ہوگا، لیکن کانشیس مائنڈ کا حصہ نہیں ہوگا۔ وہ اسی کو کہا کہ سارا دل اس کا کالا ہو جاتا ہے۔ یہ ہے پراسیس جو ہمیں چلانا ہے۔ اس کے لیے انٹراسپیکشن چاہیے۔ آدمی کے اندر یہ یہ کری</w:t>
      </w:r>
    </w:p>
    <w:p>
      <w:r>
        <w:rPr>
          <w:b/>
        </w:rPr>
        <w:t xml:space="preserve">[1:11:42] </w:t>
      </w:r>
      <w:r>
        <w:t>dge hona chahiye ke woh keh sake ke "I was wrong, I was wrong". main samajhta hoon ke negative item ko positive item bananay ke liye jo sab se bari kunji hai, woh yahi hai ke aap ke andar yeh courage ho ke aap keh sakain ke "I was wrong". jaise hi aap ne yeh kaha, woh negative positive ban gaya. main aap ko ek prophet ke zamanay ka</w:t>
      </w:r>
    </w:p>
    <w:p>
      <w:pPr>
        <w:jc w:val="right"/>
      </w:pPr>
      <w:r>
        <w:t>ج ہونا چاہیے کہ وہ کہہ سکے کہ "آئی واز رانگ، آئی واز رانگ"۔ میں سمجھتا ہوں کہ نیگیٹیو آئٹم کو پازیٹیو آئٹم بنانے کے لیے جو سب سے بڑی کنجی ہے، وہ یہی ہے کہ آپ کے اندر یہ کریج ہو کہ آپ کہہ سکیں کہ "آئی واز رانگ"۔ جیسے ہی آپ نے یہ کہا، وہ نیگیٹیو پازیٹیو بن گیا۔ میں آپ کو ایک پرافٹ کے زمانے کا</w:t>
      </w:r>
    </w:p>
    <w:p>
      <w:r>
        <w:rPr>
          <w:b/>
        </w:rPr>
        <w:t xml:space="preserve">[1:12:13] </w:t>
      </w:r>
      <w:r>
        <w:t>ek qissa batata hoon. ek baar aisa hua ke prophet madina shehar se bahar ek tent mein thay, tent ke andar baithe hue thay. to log andar ja rahay thay. zahir hai ke aisi haalat mein har aadmi chahe ga ke jaldi se main chala jaon, kyunke tent jo hai us mein space to limited ho gayi. space to log jaldi kar rahay thay andar janay ki. to aisa hua ke do aadmiyon se dhakka</w:t>
      </w:r>
    </w:p>
    <w:p>
      <w:pPr>
        <w:jc w:val="right"/>
      </w:pPr>
      <w:r>
        <w:t>ایک قصہ بتاتا ہوں۔ ایک بار ایسا ہوا کہ پرافٹ مدینہ شہر سے باہر ایک ٹینٹ میں تھے، ٹینٹ کے اندر بیٹھے ہوئے تھے۔ تو لوگ اندر جا رہے تھے۔ ظاہر ہے کہ ایسی حالت میں ہر آدمی چاہے گا کہ جلدی سے میں چلا جاؤں، کیونکہ ٹینٹ جو ہے اس میں اسپیس تو لمیٹڈ ہو گئی۔ اسپیس تو لوگ جلدی کر رہے تھے اندر جانے کی۔ تو ایسا ہوا کہ دو آدمیوں سے دھکا</w:t>
      </w:r>
    </w:p>
    <w:p>
      <w:r>
        <w:rPr>
          <w:b/>
        </w:rPr>
        <w:t xml:space="preserve">[1:12:43] </w:t>
      </w:r>
      <w:r>
        <w:t>lagg gaya. ek aadmi ne doosray aadmi ko dhakka de diya jaldi ghusnay ki koshish mein. to woh aadmi jis ko dhakka laga tha, us ne kaha "Ya ashraf al-rijal, aey logon mein sab se ziyada buray aadmi, aey logon mein sab se ziyada buray aadmi".</w:t>
      </w:r>
    </w:p>
    <w:p>
      <w:pPr>
        <w:jc w:val="right"/>
      </w:pPr>
      <w:r>
        <w:t>لگ گیا۔ ایک آدمی نے دوسرے آدمی کو دھکا دے دیا جلدی گھسنے کی کوشش میں۔ تو وہ آدمی جس کو دھکا لگا تھا، اس نے کہا "یا اشرف الرجال، اے لوگوں میں سب سے زیادہ برے آدمی، اے لوگوں میں سب سے زیادہ برے آدمی"۔</w:t>
      </w:r>
    </w:p>
    <w:p>
      <w:r>
        <w:rPr>
          <w:b/>
        </w:rPr>
        <w:t xml:space="preserve">[1:13:16] </w:t>
      </w:r>
      <w:r>
        <w:t>us ne aur kaha ke "lan daf'at ke agar tum ne phir mujhe dhakka diya to main tum ko maroon ga". tumhare dhakkay ke jawab mein maar se doon ga. ab dekhiye kya hua. doosra aadmi jis se us ko dhakka lag gaya tha, woh us ko explain karta hai. is situation ko explain karta hai ke kaise</w:t>
      </w:r>
    </w:p>
    <w:p>
      <w:pPr>
        <w:jc w:val="right"/>
      </w:pPr>
      <w:r>
        <w:t>اس نے اور کہا کہ "لین دفعت کہ اگر تم نے پھر مجھے دھکا دیا تو میں تم کو ماروں گا"۔ تمہارے دھکے کے جواب میں مار سے دوں گا۔ اب دیکھیے کیا ہوا۔ دوسرا آدمی جس سے اس کو دھکا لگ گیا تھا، وہ اس کو ایکسپلین کرتا ہے۔ اس سچوئیشن کو ایکسپلین کرتا ہے کہ کیسے</w:t>
      </w:r>
    </w:p>
    <w:p>
      <w:r>
        <w:rPr>
          <w:b/>
        </w:rPr>
        <w:t xml:space="preserve">[1:13:46] </w:t>
      </w:r>
      <w:r>
        <w:t>us ne andar janay ki jaldi ki aur dhakka lag gaya us ko. woh kaha, us ne kaha ke "dekhiye, aap log jo hain local log hain, yahin rehtay hain. prophet ke sath uthnay baithnay ka aap ko rozana mauqa milta hai. main aaya hoon Yemen se, door se, madina ke door se, aur mujhe lotna hai. aur wahan kai log hain, unhone mujhe bheja hai ke ja kar ke</w:t>
      </w:r>
    </w:p>
    <w:p>
      <w:pPr>
        <w:jc w:val="right"/>
      </w:pPr>
      <w:r>
        <w:t>اس نے اندر جانے کی جلدی کی اور دھکا لگ گیا اس کو۔ وہ کہا، اس نے کہا کہ "دیکھیے، آپ لوگ جو ہیں لوکل لوگ ہیں، یہیں رہتے ہیں۔ پرافٹ کے ساتھ اٹھنے بیٹھنے کا آپ کو روزانہ موقع ملتا ہے۔ میں آیا ہوںیمن سے، دور سے، مدینے کے دور سے، اور مجھے لوٹنا ہے۔ اور وہاں کئی لوگ ہیں، انہوں نے مجھے بھیجا ہے کہ جا کر کے</w:t>
      </w:r>
    </w:p>
    <w:p>
      <w:r>
        <w:rPr>
          <w:b/>
        </w:rPr>
        <w:t xml:space="preserve">[1:14:16] </w:t>
      </w:r>
      <w:r>
        <w:t>prophet ki baat sun kar aaon aur hamein batao". to un logon ka main goya represent kar raha hoon aur mujhe lotna hai to main chaha ke jaldi sunoon. agar main andar janay se reh gaya, bahar mujhe baithna para to sun nahin paoon ga theek tarah se. ab dekhiye, jab us ne explain kiya to wohi aadmi us ne kaha ke "main tum ko maroon ga, tum ko peetoon ga". kya kehta hai? "wallahi lana ashraf</w:t>
      </w:r>
    </w:p>
    <w:p>
      <w:pPr>
        <w:jc w:val="right"/>
      </w:pPr>
      <w:r>
        <w:t>پرافٹ کی بات سن کر آؤ اور ہمیں بتاؤ"۔ تو ان لوگوں کا میں گویا ریپریزنٹ کر رہا ہوں اور مجھے لوٹنا ہے تو میں چاہا کہ جلدی سنوں۔ اگر میں اندر جانے سے رہ گیا، باہر مجھے بیٹھنا پڑا تو سن نہیں پاؤں گا ٹھیک طریقے سے۔ اب دیکھیے، جب اس نے ایکسپلین کیا تو وہی آدمی اس نے کہا کہ "میں تم کو ماروں گا، تم کو پیٹوں گا"۔ کیا کہتا ہے؟ "واللہ لانا شر</w:t>
      </w:r>
    </w:p>
    <w:p>
      <w:r>
        <w:rPr>
          <w:b/>
        </w:rPr>
        <w:t xml:space="preserve">[1:14:47] </w:t>
      </w:r>
      <w:r>
        <w:t>mink". Khuda ki qasam, main hi ziyada bura hoon. Khuda ki qasam, main hi ziyada bura hoon. isi ko main ne kaha "I was wrong" kehna yeh kunji hai. jab us ne yeh keh diya, us ne pehle to kaha tha ke "tum bohat hi buray aadmi ho, main tum ko maroon ga". lekin jab baat explain ho gayi to wohi aadmi kya karta hai? introspection karta hai, apni ghalti ko maan leta hai</w:t>
      </w:r>
    </w:p>
    <w:p>
      <w:pPr>
        <w:jc w:val="right"/>
      </w:pPr>
      <w:r>
        <w:t>منک"۔ خدا کی قسم، میں ہی زیادہ برا ہوں۔ خدا کی قسم، میں ہی زیادہ برا ہوں۔ اسی کو میں نے کہا "آئی واز رانگ" کہنا یہ کنجی ہے۔ جب اس نے یہ کہہ دیا، اس نے پہلے تو کہا تھا کہ "تم بہت ہی برے آدمی ہو، میں تم کو ماروں گا"۔ لیکن جب بات ایکسپلین ہو گئی تو وہی آدمی کیا کرتا ہے؟ انٹراسپیکشن کرتا ہے، اپنی غلطی کو مان لیتا ہے</w:t>
      </w:r>
    </w:p>
    <w:p>
      <w:r>
        <w:rPr>
          <w:b/>
        </w:rPr>
        <w:t xml:space="preserve">[1:15:17] </w:t>
      </w:r>
      <w:r>
        <w:t>aur kehta hai ke "nahin, buray tum nahin ho, balke main bura hoon". to goya kehta hai ke "I was wrong". to kya hua? pehle ek item us ke mind mein aaya tha negative tor par. negative item ke tor par us ke mind mein ek baat aayi thi, yaani malice, revenge, ghussa. yeh tha negative item. lekin jab us ne keh diya ke "I was wrong, you are right, I am wrong" to us ne apne</w:t>
      </w:r>
    </w:p>
    <w:p>
      <w:pPr>
        <w:jc w:val="right"/>
      </w:pPr>
      <w:r>
        <w:t>اور کہتا ہے کہ "نہیں، برے تم نہیں ہو، بلکہ میں برا ہوں"۔ تو گویا وہ کہتا ہے کہ "آئی واز رانگ"۔ تو کیا ہوا؟ پہلے ایک آئٹم اس کے مائنڈ میں آیا تھا نیگیٹیو طور پر۔ نیگیٹیو آئٹم کے طور پر اس کے مائنڈ میں ایک بات آئی تھی، یعنی مائلس، ریونج، غصہ۔ یہ تھا نیگیٹیو آئٹم۔ لیکن جب اس نے کہہ دیا کہ "آئی واز رانگ، یو آر رائٹ، آئی ایم رانگ" تو اس نے اپنے</w:t>
      </w:r>
    </w:p>
    <w:p>
      <w:r>
        <w:rPr>
          <w:b/>
        </w:rPr>
        <w:t xml:space="preserve">[1:15:47] </w:t>
      </w:r>
      <w:r>
        <w:t>negative item ko positive item bana liya. ab dekhiye, conscious mind mein to aaya tha negative mind, ek item negative item ke tor par. lekin jab woh aagay barh kar chala gaya us ki memory mein, unconscious mind mein, to woh wahan positive mind ban kar pohancha. ab isi tarah agar woh daily karta rahe, daily karta rahe, daily karta rahe to us ka jo memory ka jo store hai, wahan par sa</w:t>
      </w:r>
    </w:p>
    <w:p>
      <w:pPr>
        <w:jc w:val="right"/>
      </w:pPr>
      <w:r>
        <w:t>نیگیٹیو آئٹم کو پازیٹیو آئٹم بنا لیا۔ اب دیکھیے، کانشیس مائنڈ میں تو آیا تھا نیگیٹیو مائنڈ، ایک آئٹم نیگیٹیو آئٹم کے طور پر۔ لیکن جب وہ آگے بڑھ کر چلا گیا اس کی میموری میں، انکونشیس مائنڈ میں، تو وہ وہاں پازیٹیو مائنڈ بن کر پہنچا۔ اب اسی طرح اگر وہ ڈیلی کرتا رہے، ڈیلی کرتا رہے، ڈیلی کرتا رہے تو اس کا جو میموری کا جو اسٹور ہے، وہاں پر سار</w:t>
      </w:r>
    </w:p>
    <w:p>
      <w:r>
        <w:rPr>
          <w:b/>
        </w:rPr>
        <w:t xml:space="preserve">[1:16:17] </w:t>
      </w:r>
      <w:r>
        <w:t>raye item positive item hon gay. aur jo aisa na kare, jo kehne ke tayyar na ho ke "I was wrong, you are right, I was wrong" to jo item aaye ga, woh negative item aaya aur negative tor par store hoga. to us ki personality kya banay gi? gandi personality banay gi, jahannum wali personality banay gi. main apna ek qissa bataoon.</w:t>
      </w:r>
    </w:p>
    <w:p>
      <w:pPr>
        <w:jc w:val="right"/>
      </w:pPr>
      <w:r>
        <w:t>ے آئٹم پازیٹیو آئٹم ہوں گے۔ اور جو ایسا نہ کرے، جو کہنے کے تیار نہ ہو کہ "آئی واز رانگ، یو آر رائٹ، آئی واز رانگ" تو جو آئٹم آئے گا، وہ نیگیٹیو آئٹم آیا اور نیگیٹیو طور پر اسٹور ہوگا۔ تو اس کی پرسنیلٹی کیا بنے گی؟ گندی پرسنیلٹی بنے گی، جہنم والی پرسنیلٹی بنے گی۔ میں اپنا ایک قصہ بتاؤں۔</w:t>
      </w:r>
    </w:p>
    <w:p>
      <w:r>
        <w:rPr>
          <w:b/>
        </w:rPr>
        <w:t xml:space="preserve">[1:16:48] </w:t>
      </w:r>
      <w:r>
        <w:t>pehlay main rehta tha gaon mein. to wahan par kya hua? yeh bohat pehlay ki baat hai, main batata hoon ke shayad 50 saal ho gaye hon gay. to ek aadmi ka mere paas 50 sau rupay tha. kisi aadmi ne mujhe sau rupay diya tha kisi kaam ke liye aur mere paas tha. to raat ko main jab sonay ke liye gaya,</w:t>
      </w:r>
    </w:p>
    <w:p>
      <w:pPr>
        <w:jc w:val="right"/>
      </w:pPr>
      <w:r>
        <w:t>پہلے میں رہتا تھا گاؤں میں۔ تو وہاں پر کیا ہوا؟ یہ بہت پہلے کی بات ہے، میں بتاتا ہوں کہ شاید 50 سال ہو گئے ہوں گے۔ تو ایک آدمی کا میرے پاس 50 سو روپے تھا۔ کسی آدمی نے مجھے سو روپے دیا تھا کسی کام کے لیے اور میرے پاس تھا۔ تو رات کو میں جب سونے کے لیے گیا،</w:t>
      </w:r>
    </w:p>
    <w:p>
      <w:r>
        <w:rPr>
          <w:b/>
        </w:rPr>
        <w:t xml:space="preserve">[1:17:18] </w:t>
      </w:r>
      <w:r>
        <w:t>upar sota tha, main ghar ke upar chhat thi, chhat par sota tha aur paisa jo tha woh sau rupay ka note main ne neeche kamray mein, almari mein jo paper bichaya jata hai, to paper ke neeche main ne rakh diya tha. yaani paper ke upar samaan tha, shishi ya dabba ya kuch bhi. to lakri ki almari mein upar paper bichawa, us ke upar samaan</w:t>
      </w:r>
    </w:p>
    <w:p>
      <w:pPr>
        <w:jc w:val="right"/>
      </w:pPr>
      <w:r>
        <w:t>اوپر سوتا تھا، میں گھر کے اوپر چھت تھی، چھت پر سوتا تھا اور پیسہ جو تھا وہ سو روپے کا نوٹ میں نے نیچے کمرے میں، الماری میں جو پیپر بچھایا جاتا ہے، تو پیپر کے نیچے میں نے رکھ دیا تھا۔ یعنی پیپر کے اوپر سامان تھا، شیشی یا ڈبہ یا کچھ بھی۔ تو لکڑی کی الماری میں اوپر پیپر بچھا ہوا، اس کے اوپر سامان</w:t>
      </w:r>
    </w:p>
    <w:p>
      <w:r>
        <w:rPr>
          <w:b/>
        </w:rPr>
        <w:t xml:space="preserve">[1:17:48] </w:t>
      </w:r>
      <w:r>
        <w:t>. to main ne woh kaghaz ke neeche woh note rakh diya tha. koi janta nahin tha ke yahan par note hai. raat ko jab meri neend khuli to mujhe khayal aaya ke kisi aadmi ka mere paas sau rupay ka note hai. agar main raat ko mar gaya, kyunke aap jantay hain, kai log sotay sotay mar jatay hain, uthtay hain to maray hue. to main ne socha, agar aisa hua ke main sotay sotay mar gaya</w:t>
      </w:r>
    </w:p>
    <w:p>
      <w:pPr>
        <w:jc w:val="right"/>
      </w:pPr>
      <w:r>
        <w:t>۔ تو میں نے وہ کاغذ کے نیچے وہ نوٹ رکھ دیا تھا۔ کوئی جانتا نہیں تھا کہ یہاں پر نوٹ ہے۔ رات کو جب میری نیند کھلی تو مجھے خیال آیا کہ کسی آدمی کا میرے پاس سو روپے کا نوٹ ہے۔ اگر میں رات کو مر گیا، کیونکہ آپ جانتے ہیں، کئی لوگ سوتے سوتے مر جاتے ہیں، اٹھتے ہیں تو مرے ہوئے۔ تو میں نے سوچا، اگر ایسا ہوا کہ میں سوتے سوتے مر گیا</w:t>
      </w:r>
    </w:p>
    <w:p>
      <w:r>
        <w:rPr>
          <w:b/>
        </w:rPr>
        <w:t xml:space="preserve">[1:18:18] </w:t>
      </w:r>
      <w:r>
        <w:t>to kal woh aadmi aa kar kahe ga mere ghar walon se ke mera sau rupay un ke paas tha, woh lao. to ghar walay kahain ge, "hum to jantay nahin, hum to jantay nahin". to main jhoota ban jaon ga, us ki nazar mein main chor ban jaon ga. to main ne kya kiya? ek paper wahan par us waqt bijli nahin thi, ab to wahan bijli bhi aa gayi hai aur sab kuch aa gayi hai gaon mein. tab laltain hua karti thi jo</w:t>
      </w:r>
    </w:p>
    <w:p>
      <w:pPr>
        <w:jc w:val="right"/>
      </w:pPr>
      <w:r>
        <w:t>تو کل وہ آدمی آ کر کہے گا میرے گھر والوں سے کہ میرا سو روپیہ ان کے پاس تھا، وہ لاؤ۔ تو گھر والے کہیں گے، "ہم تو جانتے نہیں، ہم تو جانتے نہیں"۔ تو میں جھوٹا بن جاؤں گا، اس کی نظر میں میں چور بن جاؤں گا۔ تو میں نے کیا کیا؟ ایک پیپر وہاں پر اس وقت بجلی نہیں تھی، اب تو وہاں بجلی بھی آ گئی ہے اور سب کچھ آ گئی ہے گاؤں میں۔ تب لالٹین ہوا کرتی تھی جو</w:t>
      </w:r>
    </w:p>
    <w:p>
      <w:r>
        <w:rPr>
          <w:b/>
        </w:rPr>
        <w:t xml:space="preserve">[1:18:48] </w:t>
      </w:r>
      <w:r>
        <w:t>parosi'on se jalti thi. to maine lalten jalai, ek paper liya, us par likha ke "falan aadmi ka sau rupiya mere paas hai aur yeh sau rupay ka note is almari mein is tareeqay se kaghaz ke neeche rakha hua hai" . yeh kaghaz maine likha aur apne qameez ke jeeb mein dala aur phir so gaya. to is tarah se dekhiye ke maine goya</w:t>
      </w:r>
    </w:p>
    <w:p>
      <w:pPr>
        <w:jc w:val="right"/>
      </w:pPr>
      <w:r>
        <w:t>پڑوسیوں سے جلتی تھی۔ تو میں نے لالٹین جلائی، ایک پیپر لیا، اس پر لکھا کہ "فلاں آدمی کا سو روپیہ میرے پاس ہے اور یہ سو روپے کا نوٹ اس الماری میں اس طریقے سے کاغذ کے نیچے رکھا ہوا ہے"۔ یہ کاغذ میں نے لکھا اور اپنے قمیض کے جیب میں ڈالا اور پھر سو گیا۔ تو اس طرح سے دیکھیے کہ میں نے گویا</w:t>
      </w:r>
    </w:p>
    <w:p>
      <w:r>
        <w:rPr>
          <w:b/>
        </w:rPr>
        <w:t xml:space="preserve">[1:19:18] </w:t>
      </w:r>
      <w:r>
        <w:t>apne negative item ko positive item banaya. har din aap ko yeh hota hai, kisi na kisi roop mein, kisi na kisi roop mein ke negative baatein aap ke mind mein aati hain. us ko main negative item keh raha hoon. to deen and deir aap ko is negative ko positive banana hai, apni ghalti ko maan kar ke. aksar to yahi hota hai ke apni ghalti ko maan</w:t>
      </w:r>
    </w:p>
    <w:p>
      <w:pPr>
        <w:jc w:val="right"/>
      </w:pPr>
      <w:r>
        <w:t>اپنے نیگیٹیو آئٹم کو پازیٹیو آئٹم بنایا۔ ہر دن آپ کو یہ ہوتا ہے، کسی نہ کسی روپ میں، کسی نہ کسی روپ میں کہ نیگیٹیو باتیں آپ کے مائنڈ میں آتی ہیں۔ اس کو میں نیگیٹیو آئٹم کہہ رہا ہوں۔ تو دین اینڈ دیر آپ کو اس نیگیٹیو کو پازیٹیو بنانا ہے، اپنی غلطی کو مان کر کے۔ اکثر تو یہی ہوتا ہے کہ اپنی غلطی کو مان</w:t>
      </w:r>
    </w:p>
    <w:p>
      <w:r>
        <w:rPr>
          <w:b/>
        </w:rPr>
        <w:t xml:space="preserve">[1:19:48] </w:t>
      </w:r>
      <w:r>
        <w:t>na parta hai, kuch ziyada conscious banna parta hai. ek aur main prophet ke zamanay ka qissa batata hoon ke aadmi ko kis tarah yeh karna chahiye ke apni personality ko negative personality na banne de. kyun? agar is ne aisa kiya to woh risk le raha hai ke us ko marne ke baad hell mein daal diya jaye. kyun ke negative personality le kar koi aadmi paradise mein jagah nahi pa sakta.</w:t>
      </w:r>
    </w:p>
    <w:p>
      <w:pPr>
        <w:jc w:val="right"/>
      </w:pPr>
      <w:r>
        <w:t>نا پڑتا ہے، کچھ زیادہ کانشیس بننا پڑتا ہے۔ ایک اور میں پرافٹ کے زمانے کا قصہ بتاتا ہوں کہ آدمی کو کس طرح یہ کرنا چاہیے کہ اپنی پرسنیلٹی کو نیگیٹیو پرسنیلٹی نہ بننے دے۔ کیوں؟ اگر اس نے ایسا کیا تو وہ رسک لے رہا ہے کہ اس کو مرنے کے بعد ہیل میں ڈال دیا جائے۔ کیونکہ نیگیٹیو پرسنیلٹی لے کر کوئی آدمی پارڈائز میں جگہ نہیں پا سکتا۔</w:t>
      </w:r>
    </w:p>
    <w:p>
      <w:r>
        <w:rPr>
          <w:b/>
        </w:rPr>
        <w:t xml:space="preserve">[1:20:19] </w:t>
      </w:r>
      <w:r>
        <w:t>to ek aadmi tha madina mein, woh bhi prophet ka companion tha. to us ka ek servant tha, kisi baat par woh servant par ghussa ho gaya aur us ko marne laga. ek stick thi us ke paas, us stick se marne laga. to kya hua ke peghambar sahib idhar se guzre, aap ne dekh kar kaha,</w:t>
      </w:r>
    </w:p>
    <w:p>
      <w:pPr>
        <w:jc w:val="right"/>
      </w:pPr>
      <w:r>
        <w:t>تو ایک آدمی تھا مدینہ میں، وہ بھی پرافٹ کا کمپینین تھا۔ تو اس کا ایک سرونٹ تھا، کسی بات پر وہ سرونٹ پر غصہ ہو گیا اور اس کو مارنے لگا۔ ایک اسٹک تھی اس کے پاس، اس اسٹک سے مارنے لگا۔ تو کیا ہوا کہ پیغمبر صاحب ادھر سے گزرے، آپ نے دیکھ کر کہا،</w:t>
      </w:r>
    </w:p>
    <w:p>
      <w:r>
        <w:rPr>
          <w:b/>
        </w:rPr>
        <w:t xml:space="preserve">[1:20:49] </w:t>
      </w:r>
      <w:r>
        <w:t>us ka naam tha abu masood. aap ne kaha, "ya abu masood, lallah alaika min qaal al-ghulam, aey abu masood, jaan lo ke tum ko jitni jitna power tum ko is aadmi ke upar hai, us se ziyada power tum ko tumhare upar khuda ko hai" . yeh sunte hi us ke haath se</w:t>
      </w:r>
    </w:p>
    <w:p>
      <w:pPr>
        <w:jc w:val="right"/>
      </w:pPr>
      <w:r>
        <w:t>اس کا نام تھا ابو مسعود۔ آپ نے کہا، "یا ابا مسعود، لاللہ علیک من قال الغلام، اے ابو مسعود، جان لو کہ تم کو جتنی جتنا پاور تم کو اس آدمی کے اوپر ہے، اس سے زیادہ پاور تم کو تمہارے اوپر خدا کو ہے"۔ یہ سنتے ہی اس کے ہاتھ سے</w:t>
      </w:r>
    </w:p>
    <w:p>
      <w:r>
        <w:rPr>
          <w:b/>
        </w:rPr>
        <w:t xml:space="preserve">[1:21:19] </w:t>
      </w:r>
      <w:r>
        <w:t>stick chhoot gayi, gir padi aur us ne is ghulam se maafi mangi aur us ko kuch paisa de kar raazi kiya, us ke shikayat ko khatam kiya. ab yahan par dekhiye, aap woh aadmi jo hai pehle kya tha? us ke dil mein ghamand tha, ghamand tha. tabhi to maar raha tha woh ke "main bara hoon, yeh chhota hai, main rich hoon, yeh poor hai, main malik hoon, yeh servant hai".</w:t>
      </w:r>
    </w:p>
    <w:p>
      <w:pPr>
        <w:jc w:val="right"/>
      </w:pPr>
      <w:r>
        <w:t>اسٹک چھوٹ گئی، گر پڑی اور اس نے اس غلام سے معافی مانگی اور اس کو کچھ پیسہ دے کر راضی کیا، اس کے شکایت کو ختم کیا۔ اب یہاں پر دیکھیے، آپ وہ آدمی جو ہے پہلے کیا تھا؟ اس کے دل میں گھمنڈ تھا، گھمنڈ تھا۔ تبھی تو مار رہا تھا وہ کہ "میں بڑا ہوں، یہ چھوٹا ہے، میں رچ ہوں، یہ پور ہے، میں مالک ہوں، یہ سرونٹ ہے"۔</w:t>
      </w:r>
    </w:p>
    <w:p>
      <w:r>
        <w:rPr>
          <w:b/>
        </w:rPr>
        <w:t xml:space="preserve">[1:21:50] </w:t>
      </w:r>
      <w:r>
        <w:t>is tarah ka us ke andar apni barhai ka ehsas tha. isi barhai ke ehsas ko le kar use maar raha tha. aur barhai ka ehsas sab se ziyada buri cheez hai. hadith mein aata hai ke "la yadkhal al-jannah man kan fi fi qalbhi misqal habbat khardin min kibr" . woh aadmi jannat mein nahi jayega jis ke seenay mein ek zarra</w:t>
      </w:r>
    </w:p>
    <w:p>
      <w:pPr>
        <w:jc w:val="right"/>
      </w:pPr>
      <w:r>
        <w:t>اس طرح کا اس کے اندر اپنی بڑائی کا احساس تھا۔ اسی بڑائی کے احساس کو لے کر اسے مار رہا تھا۔ اور بڑائی کا احساس سب سے زیادہ بری چیز ہے۔ حدیث میں آتا ہے کہ "لا یتقل الجنت من کان فی فی قلبہ مسکال حبت خرد منک"۔ وہ آدمی جنت میں نہیں جائے گا جس کے سینے میں ایک ذرے</w:t>
      </w:r>
    </w:p>
    <w:p>
      <w:r>
        <w:rPr>
          <w:b/>
        </w:rPr>
        <w:t xml:space="preserve">[1:22:20] </w:t>
      </w:r>
      <w:r>
        <w:t>ke barabar bhi ghamand ho. to woh aadmi jo apne servant ko maar raha tha, kyun maar raha tha? ghamand ki wajah se, apne ko bara samajhne ki wajah se. lekin jab prophet ne yaad dilaya ke "tum se bhi ziyada bara khuda hai, tum to chote ho", to us ko yaad aa gaya ke meri haqeeqat kya hai? meri haqeeqat jo hai yeh nahi hai ke main ghamand karoon.</w:t>
      </w:r>
    </w:p>
    <w:p>
      <w:pPr>
        <w:jc w:val="right"/>
      </w:pPr>
      <w:r>
        <w:t>کے برابر بھی گھمنڈ ہو۔ تو وہ آدمی جو اپنے سرونٹ کو مار رہا تھا، کیوں مار رہا تھا؟ گھمنڈ کی وجہ سے، اپنے کو بڑا سمجھنے کی وجہ سے۔ لیکن جب پرافٹ نے یاد دلایا کہ "تم سے بھی زیادہ بڑا خدا ہے، تم تو چھوٹے ہو"، تو اس کو یاد آ گیا کہ میری حقیقت کیا ہے؟ میری حقیقت جو ہے یہ نہیں ہے کہ میں گھمنڈ کروں۔</w:t>
      </w:r>
    </w:p>
    <w:p>
      <w:r>
        <w:rPr>
          <w:b/>
        </w:rPr>
        <w:t xml:space="preserve">[1:22:51] </w:t>
      </w:r>
      <w:r>
        <w:t>isi waqt us ne apne maarne ka kaam chhod diya. stick us ke haath se chhoot gayi, gir padi. us ne is aadmi se maafi mangi aur us ko kuch de dila kar ke raazi kiya. us ko is tarah aap dekhiye ke us ne apne negative item ko positive item banaya. yaani jo baat us ke mind mein dakhil hui thi, ghamand ban kar ke, ab woh kya ban gayi? morisity ban gayi, forgiveness</w:t>
      </w:r>
    </w:p>
    <w:p>
      <w:pPr>
        <w:jc w:val="right"/>
      </w:pPr>
      <w:r>
        <w:t>اسی وقت اس نے اپنے مارنے کا کام چھوڑ دیا۔ اسٹک اس کے ہاتھ سے چھوٹ گئی، گر پڑی۔ اس نے اس آدمی سے معافی مانگی اور اس کو کچھ دے دلا کر کے راضی کیا۔ اس کو اس طرح آپ دیکھیں کہ اس نے اپنے نیگیٹیو آئٹم کو پازیٹیو آئٹم بنایا۔ یعنی جو بات اس کے مائنڈ میں داخل ہوئی تھی، گھمنڈ بن کر کے، اب وہ کیا بن گئی؟ موریسٹی بن گئی، فارگیونس</w:t>
      </w:r>
    </w:p>
    <w:p>
      <w:r>
        <w:rPr>
          <w:b/>
        </w:rPr>
        <w:t xml:space="preserve">[1:23:21] </w:t>
      </w:r>
      <w:r>
        <w:t>ban gayi, maafi ban gayi. yahi kaam har roz karna hai aadmi ko paradise mein jaane ke liye. is kaam ke liye jo shart hai, woh kya hai? introspection, apne andar jhankte rehna, apne bol par, apne kaam par khud hi wash bin ban jana, khud hi dekhte rehna ke maine kya sahi kiya, kya ghalt kiya, aur</w:t>
      </w:r>
    </w:p>
    <w:p>
      <w:pPr>
        <w:jc w:val="right"/>
      </w:pPr>
      <w:r>
        <w:t>بن گئی، معافی بن گئی۔ یہی کام ہر روز کرنا ہے آدمی کو پارڈائز میں جانے کے لیے۔ اس کام کے لیے جو شرط ہے، وہ کیا ہے؟ انٹراسپیکشن، اپنے اندر جھانکتے رہنا، اپنے بول پر، اپنے کام پر خود ہی واش بین بن جانا، خود ہی دیکھتے رہنا کہ میں نے کیا صحیح کیا، کیا غلط کیا، اور</w:t>
      </w:r>
    </w:p>
    <w:p>
      <w:r>
        <w:rPr>
          <w:b/>
        </w:rPr>
        <w:t xml:space="preserve">[1:23:51] </w:t>
      </w:r>
      <w:r>
        <w:t>koi doosra method is ke siwa nahi hai. har aadmi ko khud apna chaukidar banna hai, har aadmi ko khud apna wash bin banna hai, har aadmi ko khud apne baray mein introspection karna hai. aur jaise hi us ko pata chale ke yeh ek negative item mere mind mein aa gaya hai, to har complex ko chhod kar isi waqt woh us ko positive bana de. yeh na soche ke agar main kahunga</w:t>
      </w:r>
    </w:p>
    <w:p>
      <w:pPr>
        <w:jc w:val="right"/>
      </w:pPr>
      <w:r>
        <w:t>کوئی دوسرا میتھڈ اس کے سوا نہیں ہے۔ ہر آدمی کو خود اپنا چوکیدار بننا ہے، ہر آدمی کو خود اپنا واش بین بننا ہے، ہر آدمی کو خود اپنے بارے میں انٹراسپیکشن کرنا ہے۔ اور جیسے ہی اس کو پتہ چلے کہ یہ ایک نیگیٹیو آئٹم میرے مائنڈ میں آ گیا ہے، تو ہر کامپلیکس کو چھوڑ کر اسی وقت وہ اس کو پازیٹیو بنائے۔ یہ نہ سوچے کہ اگر میں کہوں گا</w:t>
      </w:r>
    </w:p>
    <w:p>
      <w:r>
        <w:rPr>
          <w:b/>
        </w:rPr>
        <w:t xml:space="preserve">[1:24:21] </w:t>
      </w:r>
      <w:r>
        <w:t>ke "i was wrong" to doosre kya samjhenge? doosre nazar mein chhota ho jaunga. agar main yeh keh doon ke "main is servant ko maar raha tha, ghalt kaam kar raha tha" to servant bara ho gaya, main chhota ho gaya. is qism ke saare complex ko usay khatam karna parega. tabhi woh pakad payega ke kahan woh ghalti mujh se ho gayi hai jo negative item ban kar mere mind mein dakhil ho gayi hai aur dhire dhire</w:t>
      </w:r>
    </w:p>
    <w:p>
      <w:pPr>
        <w:jc w:val="right"/>
      </w:pPr>
      <w:r>
        <w:t>کہ "آئی واز رانگ" تو دوسرے کیا سمجھیں گے؟ دوسرے نظر میں چھوٹا ہو جاؤں گا۔ اگر میں یہ کہہ دوں کہ "میں اس سرونٹ کو مار رہا تھا، غلط کام کر رہا تھا" تو سرونٹ بڑا ہو گیا، میں چھوٹا ہو گیا۔ اس قسم کے سارے کمپلیکس کو اسے ختم کرنا پڑے گا۔ تبھی وہ پکڑ پائے گا کہ کہاں وہ غلطی مجھ سے ہو گئی ہے جو نیگیٹیو آئٹم بن کر میرے مائنڈ میں داخل ہو گئی ہے اور دھیرے دھیرے</w:t>
      </w:r>
    </w:p>
    <w:p>
      <w:r>
        <w:rPr>
          <w:b/>
        </w:rPr>
        <w:t xml:space="preserve">[1:24:51] </w:t>
      </w:r>
      <w:r>
        <w:t>meri personality ko ganda kar rahi hai. isi liye dekhiye, hadith mein aaya hai ke jannat wale kaun honge? paradise mein jaane wale kaun honge? to ek ek word mein kaha, "an-nafs al-mutma'innah" ya "ayat an-nafs al-mutma'innah".</w:t>
      </w:r>
    </w:p>
    <w:p>
      <w:pPr>
        <w:jc w:val="right"/>
      </w:pPr>
      <w:r>
        <w:t>میری پرسنیلٹی کو گندا کر رہی ہے۔ اسی لیے دیکھیے، حدیث میں آیا ہے کہ جنت والے کون ہوں گے؟ پارڈائز میں جانے والے کون ہوں گے؟ تو ایک ایک ورڈ میں کہا، "النفس المطمئنہ" یا "ایت النفس المطمئنہ"۔</w:t>
      </w:r>
    </w:p>
    <w:p>
      <w:r>
        <w:rPr>
          <w:b/>
        </w:rPr>
        <w:t xml:space="preserve">[1:25:25] </w:t>
      </w:r>
      <w:r>
        <w:t>dekhiye, "an-nafs al-mutma'innah" ka jo word aaya hai quran mein, us ka matlab kya hai? complex free soul, jise bhi aap kehte hain, complex free soul, wahi us ka matlab hai. yaani jannat mein jayega kaun? jo complex free soul le kar wahan pohanchay. to complex to duniya mein aayega, aayega. bar bar aap ko</w:t>
      </w:r>
    </w:p>
    <w:p>
      <w:pPr>
        <w:jc w:val="right"/>
      </w:pPr>
      <w:r>
        <w:t>دیکھیے، "النفس المطمئنہ" کا جو ورڈ آیا ہے قرآن میں، اس کا مطلب کیا ہے؟ کمپلیکس فری سول، جسے بھی آپ کہتے ہیں، کمپلیکس فری سول، وہی اس کا مطلب ہے۔ یعنی جنت میں جائے گا کون؟ جو کمپلیکس فری سول لے کر وہاں پہنچے۔ تو کمپلیکس تو دنیا میں آئے گا، آئے گا۔ بار بار آپ کو</w:t>
      </w:r>
    </w:p>
    <w:p>
      <w:r>
        <w:rPr>
          <w:b/>
        </w:rPr>
        <w:t xml:space="preserve">[1:25:56] </w:t>
      </w:r>
      <w:r>
        <w:t>revenge aayega, ghussa aa jayega, malice aayegi, lalach aayega, hasad aayega, jalan aayegi. yeh complex aata hai, ghamand aayega. to yeh saare jo complex hain, in ko aap ko jis tarah se dhabay ko mitane wali baat hadith mein batai, main ne ke kala dhabba aata hai dil par, usay mitana parta hai. isi tarah yeh saari cheezein jo aap ke andar</w:t>
      </w:r>
    </w:p>
    <w:p>
      <w:pPr>
        <w:jc w:val="right"/>
      </w:pPr>
      <w:r>
        <w:t>ریونج آئے گا، غصہ آ جائے گا، مائلس آئے گی، لالچ آئے گا، حسد آئے گا، جلن آئے گا۔ یہ کمپلیکس آتا ہے، گھمنڈ آئے گا۔ تو یہ سارے جو کمپلیکس ہیں، ان کو آپ کو جس طرح سے دھبے کو مٹانے والی بات حدیث میں بتائی، میں نے کہ کالا دھبہ آتا ہے دل پر، اسے مٹانا پڑتا ہے۔ اسی طرح یہ ساری چیزیں جو آپ کے اندر</w:t>
      </w:r>
    </w:p>
    <w:p>
      <w:r>
        <w:rPr>
          <w:b/>
        </w:rPr>
        <w:t xml:space="preserve">[1:26:27] </w:t>
      </w:r>
      <w:r>
        <w:t>complex paida kar rahi hain, in sab ko aap ko mitana hai, mitana hai, mitana hai. yahan tak ke aap poori tarah complex free soul ban jayen. yaani ek aisa insaan jis mein lalach na ho, jis mein ghamand na ho, us mein revenge na ho, us mein dishonesty na ho, jo double standard na ho, jo logon ke khilaf</w:t>
      </w:r>
    </w:p>
    <w:p>
      <w:pPr>
        <w:jc w:val="right"/>
      </w:pPr>
      <w:r>
        <w:t>کمپلیکس پیدا کر رہی ہیں، ان سب کو آپ کو مٹانا ہے، مٹانا ہے، مٹانا ہے۔ یہاں تک کہ آپ پوری طرح کمپلیکس فری سول بن جائیں۔ یعنی ایک ایسا انسان جس میں لالچ نہ ہو، جس میں گھمنڈ نہ ہو، اس میں ریونج نہ ہو، اس میں ڈس ہونسٹٹی نہ ہو، جو ڈبل اسٹینڈرڈ نہ ہو، جو لوگوں کے خلاف</w:t>
      </w:r>
    </w:p>
    <w:p>
      <w:r>
        <w:rPr>
          <w:b/>
        </w:rPr>
        <w:t xml:space="preserve">[1:26:57] </w:t>
      </w:r>
      <w:r>
        <w:t>ghussa na liye hue ho, yeh saari baatein complex free soul ke khilaf hain. to agar koi aadmi chahta hai ke usay maut ke baad paradise milay, to us ko apne aap ko complex free soul banana parega. islam mein dekhiye, zindagi ka concept yeh diya gaya hai</w:t>
      </w:r>
    </w:p>
    <w:p>
      <w:pPr>
        <w:jc w:val="right"/>
      </w:pPr>
      <w:r>
        <w:t>غصہ نہ لیے ہوئے ہو، یہ ساری باتیں کمپلیکس فری سول کے خلاف ہیں۔ تو اگر کوئی آدمی چاہتا ہے کہ اسے موت کے بعد پارڈائز ملے، تو اس کو اپنے آپ کو کمپلیکس فری سول بنانا پڑے گا۔ اسلام میں دیکھیے، زندگی کا کانسیپٹ یہ دیا گیا ہے</w:t>
      </w:r>
    </w:p>
    <w:p>
      <w:r>
        <w:rPr>
          <w:b/>
        </w:rPr>
        <w:t xml:space="preserve">[1:27:28] </w:t>
      </w:r>
      <w:r>
        <w:t>ke har insaan jo paida hua hai, woh eternal life us ko hasil hai. yeh jo hum 50 saal, 100 saal mein 80 saal mar jate hain, yeh kal zindagi nahi hai. ek hai pre-death period, ek hai post-death period. to yeh bilkul maamla hai iceberg jaisa. aap jante hain ke iceberg bohat bara barf ka</w:t>
      </w:r>
    </w:p>
    <w:p>
      <w:pPr>
        <w:jc w:val="right"/>
      </w:pPr>
      <w:r>
        <w:t>کہ ہر انسان جو پیدا ہوا ہے، وہ ایٹرنل لائف اس کو حاصل ہے۔ یہ جو ہم 50 سال، سو سال میں 80 سال مر جاتے ہیں، یہ کل زندگی نہیں ہے۔ ایک ہے پری ڈیتھ پیریڈ، ایک ہے پوسٹ ڈیتھ پیریڈ۔ تو یہ بالکل معاملہ ہے آئس برگ جیسا۔ آپ جانتے ہیں کہ آئس برگ بہت بڑا برف کا</w:t>
      </w:r>
    </w:p>
    <w:p>
      <w:r>
        <w:rPr>
          <w:b/>
        </w:rPr>
        <w:t xml:space="preserve">[1:27:59] </w:t>
      </w:r>
      <w:r>
        <w:t>tukra hota hai, bohat hi bara pahaar ki tarah se, lekin upar us ka chhota sa tip dikhai deta hai. baqi sab samundar mein chupa rehta hai. aisi hi hamari life hai. yaani iceberg ka ek chhota sa tip pre-death period mein rakh diya gaya hai. baqi poora iceberg, poori life jo hai, woh post-death period mein rakh di gayi hai.</w:t>
      </w:r>
    </w:p>
    <w:p>
      <w:pPr>
        <w:jc w:val="right"/>
      </w:pPr>
      <w:r>
        <w:t>ٹکڑا ہوتا ہے، بہت ہی بڑا پہاڑ کی طرح سے، لیکن اوپر اس کا چھوٹا سا ٹپ دکھائی دیتا ہے۔ باقی سب سمندر میں چھپا رہتا ہے۔ ایسی ہی ہماری لائف ہے۔ یعنی آئس برگ کا ایک چھوٹا سا ٹپ پری ڈیتھ پیریڈ میں رکھ دیا گیا ہے۔ باقی پورا آئس برگ، پوری لائف جو ہے، وہ پوسٹ ڈیتھ پیریڈ میں رکھ دی گئی۔</w:t>
      </w:r>
    </w:p>
    <w:p>
      <w:r>
        <w:rPr>
          <w:b/>
        </w:rPr>
        <w:t xml:space="preserve">[1:28:31] </w:t>
      </w:r>
      <w:r>
        <w:t>to pre-death period mein hamein kya banana hai? apne aap ko complex free soul taake hum post-death period mein jab pohanchay to hamein wahan paradise milay. yeh hai mere nazdeek islam ka khulasa. islam jo hai, woh spirituality ka mazhab hai. dekhein, quran mein spirituality ka word nahi aa</w:t>
      </w:r>
    </w:p>
    <w:p>
      <w:pPr>
        <w:jc w:val="right"/>
      </w:pPr>
      <w:r>
        <w:t>تو پری ڈیتھ پیریڈ میں ہمیں کیا بنانا ہے؟ اپنے آپ کو کمپلیکس فری سول تاکہ ہم پوسٹ ڈیتھ پیریڈ میں جب پہنچیں تو ہمیں وہاں پارڈائز ملے۔ یہ ہے میرے نزدیک اسلام کا خلاصہ۔ اسلام جو ہے، وہ اسپرچولٹی کا مذہب ہے۔ دیکھیں، قرآن میں اسپرچولٹی کا ورڈ نہیں آ</w:t>
      </w:r>
    </w:p>
    <w:p>
      <w:r>
        <w:rPr>
          <w:b/>
        </w:rPr>
        <w:t xml:space="preserve">[1:29:01] </w:t>
      </w:r>
      <w:r>
        <w:t>ya hai. urdu mein kehte hain rohaniyat, spirituality ke liye. to quran mein rohaniyat ka word nahi aaya, lekin isi maani mein doosra lafz aaya hai, woh hai rabbaniyat. kaun rabbaniyin? yaani rabbaniyat ka matlab kya hai? rabb wala bano, rabb oriented bano, tumhari thinking rabb oriented ho, tumhari soch</w:t>
      </w:r>
    </w:p>
    <w:p>
      <w:pPr>
        <w:jc w:val="right"/>
      </w:pPr>
      <w:r>
        <w:t>یا ہے۔ اردو میں کہتے ہیں روحانیت، اسپرچولٹی کے لیے۔ تو قرآن میں روحانیت کا ورڈ نہیں آیا، لیکن اسی معنی میں دوسرا لفظ آیا ہے، وہ ہے ربانیت۔ کون ربانیین؟ یعنی ربانیت کا مطلب کیا ہے؟ رب والا بنو، رب اورینٹڈ بنو، تمہاری تھنکنگ رب اورینٹڈ ہو، تمہاری سوچ</w:t>
      </w:r>
    </w:p>
    <w:p>
      <w:r>
        <w:rPr>
          <w:b/>
        </w:rPr>
        <w:t xml:space="preserve">[1:29:31] </w:t>
      </w:r>
      <w:r>
        <w:t>rabb oriented ho, tumhara action rabb oriented ho. yeh hai rohaniyat, yeh spirituality. to main yeh keh sakta hoon ke islam ka jo khulasa hai, jo text hai, woh hai spirituality ya rohaniyat ya rabbaniyat. islam aise insaan banana chahta hai jo rabbani insaan ho, jo poore maani mein spiritual insaan ho,</w:t>
      </w:r>
    </w:p>
    <w:p>
      <w:pPr>
        <w:jc w:val="right"/>
      </w:pPr>
      <w:r>
        <w:t>رب اورینٹڈ ہو، تمہارا ایکشن رب اورینٹڈ ہو۔ یہ ہے روحانیت، یہ اسپرچولٹی۔ تو میں یہ کہہ سکتا ہوں کہ اسلام کا جو خلاصہ ہے، جو ٹیکس ہے، وہ ہے اسپرچولٹی یا روحانیت یا ربانیت۔ اسلام ایسے انسان بنانا چاہتا ہے جو ربانی انسان ہو، جو پورے معنی میں اسپرچول انسان ہو،</w:t>
      </w:r>
    </w:p>
    <w:p>
      <w:r>
        <w:rPr>
          <w:b/>
        </w:rPr>
        <w:t xml:space="preserve">[1:30:02] </w:t>
      </w:r>
      <w:r>
        <w:t>jo poore maani mein rohani insaan ho. rohani insaan kaun hota hai? rohani insaan woh hai jo material cheezon se upar uth jaye. wahi rohani insaan. ek misal hai jo america waghera mein istemal hoti hai, woh hai "big birds of the star", toofan ki bari chidiya, "big bird of the star"</w:t>
      </w:r>
    </w:p>
    <w:p>
      <w:pPr>
        <w:jc w:val="right"/>
      </w:pPr>
      <w:r>
        <w:t>جو پورے معنی میں روحانی انسان ہو۔ روحانی انسان کون ہوتا ہے؟ روحانی انسان وہ ہے جو مٹیریل چیزوں سے اوپر اٹھ جائے۔ وہی روحانی انسان۔ ایک مثل ہے جو امریکہ وغیرہ میں استعمال ہوتی ہے، وہ ہے "بگ برڈز اف دی سٹار"، طوفان کی بڑی چڑیا، "بگ برڈ اف دا سٹار"</w:t>
      </w:r>
    </w:p>
    <w:p>
      <w:r>
        <w:rPr>
          <w:b/>
        </w:rPr>
        <w:t xml:space="preserve">[1:30:33] </w:t>
      </w:r>
      <w:r>
        <w:t>۔ to kya hota hai? sard mulkon mein jab koi toofan aata hai to wahan par chidiyaan kuch aisi hoti hain jin ke wing bohat hi mazboot hote hain. kuch chidiyaan aisi hoti hain jin ke wing bohat kamzor hote hain, choti chidiyaan. to jab storm aata hai to choti chidiyaan jin ke wing, jin ke bazoo kamzor hote hain, usi mein phans kar mar jati hain.</w:t>
      </w:r>
    </w:p>
    <w:p>
      <w:pPr>
        <w:jc w:val="right"/>
      </w:pPr>
      <w:r>
        <w:t>۔ تو کیا ہوتا ہے؟ سرد ملکوں میں جب کوئی طوفان آتا ہے تو وہاں پر چڑیاں کچھ ایسی ہوتی ہیں جن کے ونگ بہت ہی مضبوط ہوتے ہیں۔ کچھ چڑیاں ایسی ہوتی ہیں جن کے ونگ بہت کمزور ہوتے ہیں، چھوٹی چڑیاں۔ تو جب اسٹارم آتا ہے تو چھوٹی چڑیاں جن کے ونگ، جن کے بازو کمزور ہوتے ہیں، اسی میں پھنس کر مر جاتی ہیں۔</w:t>
      </w:r>
    </w:p>
    <w:p>
      <w:r>
        <w:rPr>
          <w:b/>
        </w:rPr>
        <w:t xml:space="preserve">[1:31:04] </w:t>
      </w:r>
      <w:r>
        <w:t>lekin jo mazboot wing wali hain, mazboot bazoo wali chidiyaan hain, woh urr kar upar chali jati hain. aap jante hain ke storm ka jo satah hai, woh aasman tak nahi hoti hai, ek had hoti hai, wahan tak hoti hai, yeh zameen ke upar kuch door tak rehti hai. to agar mazboot bazoo wali chidiya wahan par hai, urrte urrte woh wahan chale jayenge jahan woh storm ki zad se bahar ho jayega.</w:t>
      </w:r>
    </w:p>
    <w:p>
      <w:pPr>
        <w:jc w:val="right"/>
      </w:pPr>
      <w:r>
        <w:t>لیکن جو مضبوط ونگ والی ہیں، مضبوط بازو والی چڑیاں ہیں، وہ اڑ کر اوپر چلی جاتی ہیں۔ آپ جانتے ہیں کہ اسٹارم کا جو سطح ہے، وہ آسمان تک نہیں ہوتی ہے، ایک حد ہوتی ہے، وہاں تک ہوتی ہے، یہ زمین کے اوپر کچھ دور تک رہتی ہے۔ تو اگر مضبوط بازو والی چڑیا وہاں پر ہے، اڑتے اڑتے وہ وہاں چلے جائیں گے جہاں وہ اسٹارم کی زد سے باہر ہو جائے۔</w:t>
      </w:r>
    </w:p>
    <w:p>
      <w:r>
        <w:rPr>
          <w:b/>
        </w:rPr>
        <w:t xml:space="preserve">[1:31:35] </w:t>
      </w:r>
      <w:r>
        <w:t>isi ko main le kar kehta hoon main ke khuda ko mannay wala ya aik momin, woh "big bird of the star" hota hai. yani jo khuda ko nahi manta, jo madi cheezon mein phansa rehta hai, dunya ke chahaton mein phansa rehta hai, dunya ke jazbat mein phansa rehta hai, to goya ke woh chotay bazoon wali chirya hai. "small bird of the star"</w:t>
      </w:r>
    </w:p>
    <w:p>
      <w:pPr>
        <w:jc w:val="right"/>
      </w:pPr>
      <w:r>
        <w:t>اسی کو میں لے کر کہتا ہوں میں کہ خدا کو ماننے والا یا ایک مومن، وہ "بگ برڈ اف دا سٹار" ہوتا ہے۔ یعنی جو خدا کو نہیں مانتا، جو مادی چیزوں میں پھنسا رہتا ہے، دنیا کے چاہتوں میں پھنسا رہتا ہے، دنیا کے جذبات میں پھنسا رہتا ہے، تو گویا کہ وہ چھوٹے بازوؤں والی چڑیا ہے۔ "اسمال برڈ اف دا سٹار</w:t>
      </w:r>
    </w:p>
    <w:p>
      <w:r>
        <w:rPr>
          <w:b/>
        </w:rPr>
        <w:t xml:space="preserve">[1:32:05] </w:t>
      </w:r>
      <w:r>
        <w:t>" hai woh ke small ke jab koi toofan aaya, ghusay ka toofan, revenge ka toofan, malice ka toofan, kinay ka toofan, ghamand ka toofan, apni barhai ka toofan, isi mein phans kar reh jaye. woh madi cheezon ki chamak damak ka toofan to woh hai "small bird of the star", phans kar reh gaya, phans kar reh gaya. aur doosra insan woh hai</w:t>
      </w:r>
    </w:p>
    <w:p>
      <w:pPr>
        <w:jc w:val="right"/>
      </w:pPr>
      <w:r>
        <w:t>" ہے وہ کہ اسمال کہ جب کوئی طوفان آیا، غصے کا طوفان، ریونج کا طوفان، میلنس کا طوفان، کینے کا طوفان، گھمنڈ کا طوفان، اپنی بڑائی کا طوفان، اسی میں پھنس کر رہ جائے۔ وہ مادی چیزوں کی چمک دمک کا طوفان تو وہ ہے "اسمال برڈ اف دا سٹار"، پھنس کر رہ گیا، پھنس کر رہ گیا۔ اور دوسرا انسان وہ ہے</w:t>
      </w:r>
    </w:p>
    <w:p>
      <w:r>
        <w:rPr>
          <w:b/>
        </w:rPr>
        <w:t xml:space="preserve">[1:32:35] </w:t>
      </w:r>
      <w:r>
        <w:t>jis ke sath yeh sab aaye, yeh sab toofan oopar nikal jaye, oopar yani in toofan se us ki satah oopar ho jaye. yani jahan tak us ki had jati hai, revenge ki, malice ki, lalach ki, hasad ki, jalan ki, to us ke oopar urr jaye woh. to woh hai "big bird, big bird of the star". to woh is se jo bacha leta hai,</w:t>
      </w:r>
    </w:p>
    <w:p>
      <w:pPr>
        <w:jc w:val="right"/>
      </w:pPr>
      <w:r>
        <w:t>جس کے ساتھ یہ سب آئے، یہ سب طوفان اوپر نکل جائے، اوپر یعنی ان طوفان سے اس کی سطح اوپر ہو جائے۔ یعنی جہاں تک اس کی حد جاتی ہے، ریونج کی، میلنس کی، لالچ کی، حسد کی، جلن کی، تو اس کے اوپر اڑ جائے وہ۔ تو وہ ہے "بگ برڈ، بگ برڈ اف دا سٹار"۔ تو وہ اس سے جو بچا لیتا ہے،</w:t>
      </w:r>
    </w:p>
    <w:p>
      <w:r>
        <w:rPr>
          <w:b/>
        </w:rPr>
        <w:t xml:space="preserve">[1:33:06] </w:t>
      </w:r>
      <w:r>
        <w:t>jo bacha le ga, wahi jannat mein jagah paye ga. isi ko kaha gaya hai complex free soul. complex free soul woh hai jo oonche bazoo, jo mazboot bazoon wali chirya ki tarah ho. complex free soul woh hai jo strong bazoon wali chirya ki manind ho. yeh hai islam ka khulasa</w:t>
      </w:r>
    </w:p>
    <w:p>
      <w:pPr>
        <w:jc w:val="right"/>
      </w:pPr>
      <w:r>
        <w:t>جو بچا لے گا، وہی جنت میں جگہ پائے گا۔ اسی کو کہا گیا ہے کمپلیکس فری سول۔ کمپلیکس فری سول وہ ہے جو اونچے بازو، جو مضبوط بازو والی چڑیا کی طرح ہو۔ کمپلیکس فری سول وہ ہے جو اسٹرانگ بازوؤں والی چڑیا کی مانند ہو۔ یہ ہے اسلام کا خلاصہ</w:t>
      </w:r>
    </w:p>
    <w:p>
      <w:r>
        <w:rPr>
          <w:b/>
        </w:rPr>
        <w:t xml:space="preserve">[1:33:37] </w:t>
      </w:r>
      <w:r>
        <w:t>. meri dua hai ke Allah mujh ko aur aap ko is par amal karne ki tofeeq ata farmaye.</w:t>
      </w:r>
    </w:p>
    <w:p>
      <w:pPr>
        <w:jc w:val="right"/>
      </w:pPr>
      <w:r>
        <w:t>۔ میری دعا ہے کہ اللہ مجھ کو اور آپ کو اس پر عمل کرنے کی توفیق عطا فرمائے۔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