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Art of Application | January 07, 2017 | Maulana Wahiduddin Khan</w:t>
      </w:r>
    </w:p>
    <w:p>
      <w:r>
        <w:t>https://www.youtube.com/watch?v=wb1bDtubwMU</w:t>
      </w:r>
    </w:p>
    <w:p>
      <w:r>
        <w:rPr>
          <w:b/>
        </w:rPr>
        <w:t xml:space="preserve">[00:14] </w:t>
      </w:r>
      <w:r>
        <w:t>bismillah hir rahman nir rahim, wa sali Allah ala nabiyyil karim. 7 jannvari 2017. is se pehle kai bar main yeh kehta raha hoon ke mind ko trigger hona chahiye, tab bari bari baatein samajh mein aati hain. to aaj mujhe samajh mein aaya ke yeh jo "trigger" ka tasawwur hai,</w:t>
      </w:r>
    </w:p>
    <w:p>
      <w:pPr>
        <w:jc w:val="right"/>
      </w:pPr>
      <w:r>
        <w:t>بسم اللہ الرحمن الرحیم، وصلی اللہ علی نبی الکریم۔ 7 جنوری 2017۔ اس سے پہلے کئی بار میں یہ کہتا رہا ہوں کہ مائنڈ کو ٹرگر ہونا چاہیے، تب بڑی بڑی باتیں سمجھ میں آتی ہیں۔ تو آج مجھے سمجھ میں آیا کہ یہ جو "ٹرگر" کا تصور ہے،</w:t>
      </w:r>
    </w:p>
    <w:p>
      <w:r>
        <w:rPr>
          <w:b/>
        </w:rPr>
        <w:t xml:space="preserve">[00:44] </w:t>
      </w:r>
      <w:r>
        <w:t>yeh quran mein maujood hai. is ke liye jo lafz hai: tabassum. tabassum ka yeh matlab to hai: aik waqia pesh aaya, is se aap ka mind active hua, aur aik aur baat aap ko samajh mein aa gayi. to take lesson from sign. yahi tabassum hai. to ajib baat hai ke quran mein sari hi baat mujhe</w:t>
      </w:r>
    </w:p>
    <w:p>
      <w:pPr>
        <w:jc w:val="right"/>
      </w:pPr>
      <w:r>
        <w:t>یہ قرآن میں موجود ہے۔ اس کے لیے جو لفظ ہے: تبسم۔ تبسم کا یہ مطلب تو ہے: ایک واقعہ پیش آیا، اس سے آپ کا مائنڈ ایکٹو ہوا، اور ایک اور بات آپ کو سمجھ میں آ گئی۔ ٹو ٹیک لیسن فرام سائن۔ یہی تبسم ہے۔ تو عجیب بات ہے کہ قرآن میں ساری ہی بات مجھے</w:t>
      </w:r>
    </w:p>
    <w:p>
      <w:r>
        <w:rPr>
          <w:b/>
        </w:rPr>
        <w:t xml:space="preserve">[01:14] </w:t>
      </w:r>
      <w:r>
        <w:t>mil jati hai, sari baat. aik aur bohat bari baat mili, woh abhi main arz karoon ga. to aaj kya hua ke subah ko main utha to barish ho rahi thi. to aik naya waqia tha, kyunke rozana nahi hoti thi. to is se mera mind trigger hua. to main sochte sochte aap tak pohancha ke</w:t>
      </w:r>
    </w:p>
    <w:p>
      <w:pPr>
        <w:jc w:val="right"/>
      </w:pPr>
      <w:r>
        <w:t>مل جاتی ہے، ساری بات۔ ایک اور بہت بڑی بات ملی، وہ ابھی میں عرض کروں گا۔ تو آج کیا ہوا کہ صبح کو میں اٹھا تو بارش ہو رہی تھی۔ تو ایک نیا واقعہ تھا، کیونکہ روزانہ نہیں ہوتی تھی۔ تو اس سے میرا مائنڈ ٹرگر ہوا۔ تو میں سوچتے سوچتے آپ تک پہنچا کہ</w:t>
      </w:r>
    </w:p>
    <w:p>
      <w:r>
        <w:rPr>
          <w:b/>
        </w:rPr>
        <w:t xml:space="preserve">[01:45] </w:t>
      </w:r>
      <w:r>
        <w:t>Allah rab ul alameen ke kalam ki do qismein hain: kalam e nateq aur kalam e ghair nateq. yani in words aur without words. to yeh baat sare ulma mante hain, lekin rasool ke liye mante hain sirf. wahi matloob, wahi ghair matloob. yahi concept hai. wahi matloob woh hai jo in letter aayi ho, jibril laye hon.</w:t>
      </w:r>
    </w:p>
    <w:p>
      <w:pPr>
        <w:jc w:val="right"/>
      </w:pPr>
      <w:r>
        <w:t>اللہ رب العالمین کے کلام کی دو قسمیں ہیں: کلام ناطق اور کلام غیر ناطق۔ یعنی ان ورڈز اور وِد آؤٹ ورڈز۔ تو یہ بات سارے علماء مانتے ہیں، لیکن رسول کے لیے مانتے ہیں صرف۔ وحی مطلوب، وحی غیر مطلوب۔ یہی کانسیپٹ ہے۔ وحی مطلوب وہ ہے جو ان لیٹر آئی ہو، جبرائیل لائے ہوں۔</w:t>
      </w:r>
    </w:p>
    <w:p>
      <w:r>
        <w:rPr>
          <w:b/>
        </w:rPr>
        <w:t xml:space="preserve">[02:15] </w:t>
      </w:r>
      <w:r>
        <w:t>wahi ghair matloob woh hai jo— yani by the way, by the way, inspiration mili hui ho aap ko. to sare ulma is ko rasool Allah se mante hain. lekin main samajhta hoon ke woh general sunnat hai. wahi matloob sirf rasool Allah ka mamla hai. yani jibril layein aur rasool Allah ko batayein. woh hai wahi matloob.</w:t>
      </w:r>
    </w:p>
    <w:p>
      <w:pPr>
        <w:jc w:val="right"/>
      </w:pPr>
      <w:r>
        <w:t>وحی غیر مطلوب وہ ہے جو— یعنی بائی دا وے، بائی دا وے، انسپیریشن ملی ہوئی ہو آپ کو۔ تو سارے علماء اس کو رسول اللہ سے مانتے ہیں۔ لیکن میں سمجھتا ہوں کہ وہ جنرل سنت ہے۔ وحی مطلوب صرف رسول اللہ کا معاملہ ہے۔ یعنی جبرائیل لائیں اور رسول اللہ کو بتائیں۔ وہ ہے وحی مطلوب۔</w:t>
      </w:r>
    </w:p>
    <w:p>
      <w:r>
        <w:rPr>
          <w:b/>
        </w:rPr>
        <w:t xml:space="preserve">[02:45] </w:t>
      </w:r>
      <w:r>
        <w:t>to woh rasool Allah ka mamla hai. lekin wahi ghair matloob sare insanon ka mamla hai. through inspiration jo milta hai, ya jab mind trigger hota hai tab milta hai, ya tabassum ko milta hai, woh sab wahi ghair matloob hai. aur woh sare insanon ke liye hai. to mera tareeqa yeh hai ke koi baat, chahe</w:t>
      </w:r>
    </w:p>
    <w:p>
      <w:pPr>
        <w:jc w:val="right"/>
      </w:pPr>
      <w:r>
        <w:t>تو وہ رسول اللہ کا معاملہ ہے۔ لیکن وحی غیر مطلوب سارے انسانوں کا معاملہ ہے۔ تھرو انسپیریشن جو ملتا ہے، یا جب مائنڈ ٹرگر ہوتا ہے تب ملتا ہے، یا تبسم کو ملتا ہے، وہ سب وحی غیر مطلوب ہے۔ اور وہ سارے انسانوں کے لیے ہے۔ تو میرا طریقہ یہ ہے کہ کوئی بات، چاہے</w:t>
      </w:r>
    </w:p>
    <w:p>
      <w:r>
        <w:rPr>
          <w:b/>
        </w:rPr>
        <w:t xml:space="preserve">[03:16] </w:t>
      </w:r>
      <w:r>
        <w:t>log manein ya na manein, agar quran se mutabiq hai to main us ko manta hoon. main us ki parwah nahi karta ke kaun is ke khilaf hai, kaun muwafiqat kare ga, mujhe is se matlab nahi. agar woh quran ke mutabiq hai to bilkul theek hai. dekhein, quran mein ghor karne se maloom hota hai ke yeh do tareeqay se Allah apni hidayat deta hai. to us ki aik shakal yeh hai ke jaise aaj barish hui, barish se mera</w:t>
      </w:r>
    </w:p>
    <w:p>
      <w:pPr>
        <w:jc w:val="right"/>
      </w:pPr>
      <w:r>
        <w:t>لوگ مانیں یا نہ مانیں، اگر قرآن سے مطابق ہے تو میں اس کو مانتا ہوں۔ میں اس کی پرواہ نہیں کرتا کہ کون اس کے خلاف ہے، کون موافقت کرے گا، مجھے اس سے مطلب نہیں۔ اگر وہ قرآن کے مطابق ہے تو بالکل ٹھیک ہے۔ دیکھیں، قرآن میں غور کرنے سے معلوم ہوتا ہے کہ یہ دو طریقے سے اللہ اپنی ہدایت دیتا ہے۔ تو اس کی ایک شکل یہ ہے کہ جیسے آج بارش ہوئی، بارش سے میرا</w:t>
      </w:r>
    </w:p>
    <w:p>
      <w:r>
        <w:rPr>
          <w:b/>
        </w:rPr>
        <w:t xml:space="preserve">[03:46] </w:t>
      </w:r>
      <w:r>
        <w:t>mind trigger hua, phir main ne sochna shuru kiya, to main ne socha ke barish bhi aik kalam e ilahi hai, lekin without words. yani barish aati hai to woh kehti hai, is par ailan ke baghair, without announcement, ke aey kisano utho, ab waqt aa gaya hai ke khet se ghalla paida karo. to yeh without words</w:t>
      </w:r>
    </w:p>
    <w:p>
      <w:pPr>
        <w:jc w:val="right"/>
      </w:pPr>
      <w:r>
        <w:t>مائنڈ ٹرگر ہوا، پھر میں نے سوچنا شروع کیا، تو میں نے سوچا کہ بارش بھی ایک کلام الہی ہے، لیکن وِد آؤٹ ورڈ ہے۔ یعنی بارش آتی ہے تو وہ کہتی ہے، اس پر اعلان کے بغیر، وِد آؤٹ اناؤنسمنٹ، کہ اے کسانو اٹھو، اب وقت آ گیا کہ کھیت سے غلہ پیدا کرو۔ تو یہ وِد آؤٹ ورڈ</w:t>
      </w:r>
    </w:p>
    <w:p>
      <w:r>
        <w:rPr>
          <w:b/>
        </w:rPr>
        <w:t xml:space="preserve">[04:16] </w:t>
      </w:r>
      <w:r>
        <w:t>Allah ka kalam hota hai. is ko janna parta hai. yani kisan ko janna parta hai ke barish hum ko aik basant de rahi hai, Allah ki taraf se. agar koi yeh na samjhe to hum ko khane ke liye anaaj nahi mile ga, food nahi mile ga. barish aye gi, pani beh jaye ga, beh kar chala jaye ga samandar mein, aur kuch nahi hoga. to dekhiye</w:t>
      </w:r>
    </w:p>
    <w:p>
      <w:pPr>
        <w:jc w:val="right"/>
      </w:pPr>
      <w:r>
        <w:t>اللہ کا کلام ہوتا ہے۔ اس کو جاننا پڑتا ہے۔ یعنی کسان کو جاننا پڑتا ہے کہ بارش ہم کو ایک بسنت دے رہی ہے، اللہ کی طرف سے۔ اگر کوئی یہ نہ سمجھے تو ہم کو کھانے کے لیے اناج نہیں ملے گا، فوڈ نہیں ملے گا۔ بارش آئے گی، پانی بہہ جائے گا، بہہ کر چلا جائے گا سمندر میں، اور کچھ نہیں ہوگا۔ تو دیکھیے</w:t>
      </w:r>
    </w:p>
    <w:p>
      <w:r>
        <w:rPr>
          <w:b/>
        </w:rPr>
        <w:t xml:space="preserve">[04:46] </w:t>
      </w:r>
      <w:r>
        <w:t>, yeh bohat hi bari baat hai jis se musalman be-bara hain. be-bara honay ki wajah kya hai? yani khud sakhta nazriat mein phansay hue hain. khud sakhta. maslan yeh kehte hain ke islam mukammal zabta hayat hai. mukammal zabta hayat, mani aap ne, yani complete system of life. to aap ne band kar diya is ko. is ko aik absolute model bana diya,</w:t>
      </w:r>
    </w:p>
    <w:p>
      <w:pPr>
        <w:jc w:val="right"/>
      </w:pPr>
      <w:r>
        <w:t>، یہ بہت ہی بڑی بات ہے جس سے مسلمان بے بارہ ہیں۔ بے بارہ ہونے کی وجہ کیا ہے؟ یعنی خود ساختہ نظریات میں پھنسے ہوئے ہیں۔ خود ساختہ۔ مثلاً یہ کہتے ہیں کہ اسلام مکمل ضابطہ حیات ہے۔ مکمل ضابطہ حیات، معنی آپ نے، یعنی کمپلیٹ سسٹم آف لائف۔ تو آپ نے بند کر دیا اس کو۔ اس کو ایک ایبسولیوٹ ماڈل بنا دیا،</w:t>
      </w:r>
    </w:p>
    <w:p>
      <w:r>
        <w:rPr>
          <w:b/>
        </w:rPr>
        <w:t xml:space="preserve">[05:17] </w:t>
      </w:r>
      <w:r>
        <w:t>jo 7wi sadi isvi mein bana tha. bas usi ko apply karte raho. main samajhta hoon ke yeh mukammal zabta hayat ka nazriya hai, bilkul, bilkul hi jahili nazriya, bilkul galat nazriya. is ki wajah se rasool Allah ki sunnatain jo hain, woh band ho gayeen. jo kitabon mein likh diya gaya, wahi sunnat rasool hai. halanke jo nahi likha gaya, woh bhi hazaron hazar hain aur. to</w:t>
      </w:r>
    </w:p>
    <w:p>
      <w:pPr>
        <w:jc w:val="right"/>
      </w:pPr>
      <w:r>
        <w:t>جو 7ویں صدی عیسوی میں بنا تھا۔ بس اسی کو اپلائی کرتے رہو۔ میں سمجھتا ہوں کہ یہ مکمل ضابطہ حیات کا نظریہ ہے، بالکل، بالکل ہی جاہلی نظریہ، بالکل غلط نظریہ۔ اس کی وجہ سے رسول اللہ کی سنتیں جو ہیں، وہ بند ہو گئیں۔ جو کتابوں میں لکھ دیا گیا، وہی سنت رسول ہے۔ حالانکہ جو نہیں لکھا گیا، وہ بھی ہزاروں ہزار ہیں اور۔ تو</w:t>
      </w:r>
    </w:p>
    <w:p>
      <w:r>
        <w:rPr>
          <w:b/>
        </w:rPr>
        <w:t xml:space="preserve">[05:48] </w:t>
      </w:r>
      <w:r>
        <w:t>that led to stagnation. yeh jo concept banaya gaya, mukammal zabta hayat, is ki wajah se kya hua? in terms of result, woh hua stagnation, jamood. ke bas aik model hai, absolute model, usi absolute model ko dohrate raho. maslan log, hamaray</w:t>
      </w:r>
    </w:p>
    <w:p>
      <w:pPr>
        <w:jc w:val="right"/>
      </w:pPr>
      <w:r>
        <w:t>دیٹ لیڈ ٹو اسٹیگنیشن۔ یہ جو کانسیپٹ بنایا گیا، مکمل ضابطہ حیات، اس کی وجہ سے کیا ہوا؟ ان ٹرمز آف رزلٹ، وہ ہوا اسٹیگنیشن، جمود. کہ بس ایک ماڈل ہے، ایبسولیوٹ ماڈل، اسی ایبسولیوٹ ماڈل کو دہراتے رہو۔ مثلاً لوگ، ہمار</w:t>
      </w:r>
    </w:p>
    <w:p>
      <w:r>
        <w:rPr>
          <w:b/>
        </w:rPr>
        <w:t xml:space="preserve">[06:18] </w:t>
      </w:r>
      <w:r>
        <w:t>jo kuch hazrat hain, ulma mein, jo bohat dhoom se dadi par khitab karte hain, kehte hain yeh sunnat rasool hai. aur doosri hissay, hazaron guna bari bari sunnatain, be-khabar hain woh. maslan dekhiye, aik sunnat rasool yeh bhi hai ke khoye hue ko regain karna. is ke peechay mat parro.</w:t>
      </w:r>
    </w:p>
    <w:p>
      <w:pPr>
        <w:jc w:val="right"/>
      </w:pPr>
      <w:r>
        <w:t>ے جو کچھ حضرات ہیں، علماء میں، جو بہت دھوم سے داڑھی پر خطاب کرتے ہیں، کہتے ہیں یہ سنت رسول ہے۔ اور دوسری حصے، ہزاروں گنا بڑی بڑی سنتیں، بے خبر ہیں وہ۔ مثلاً دیکھیے، ایک سنت رسول یہ بھی ہے کہ کھوئے ہوئے کو ری گین کرنا۔ اس کے پیچھے مت پڑو۔</w:t>
      </w:r>
    </w:p>
    <w:p>
      <w:r>
        <w:rPr>
          <w:b/>
        </w:rPr>
        <w:t xml:space="preserve">[06:48] </w:t>
      </w:r>
      <w:r>
        <w:t>yani khoye hue ko regain karna nahi, policy honi chahiye tumhari, balkeh khone ke baad jo opportunity hai, us ka avel karo. maslan dekhiye, makkah mein, aap jante hain ke Hazrat Ibrahim ne kaaba banaya tha, 4000 saal pehle. aur kaaba jo tha, woh tauheed ka markaz tha, but parasti ke khilaf tha. to baad</w:t>
      </w:r>
    </w:p>
    <w:p>
      <w:pPr>
        <w:jc w:val="right"/>
      </w:pPr>
      <w:r>
        <w:t>یعنی کھوئے ہوئے کو ری گین کرنا نہیں، پالیسی ہونی چاہیے تمہاری، بلکہ کھونے کے بعد جو اپرچونٹی ہے، اس کا اویل کرو۔ مثلاً دیکھیے، مکہ میں، آپ جانتے ہیں کہ حضرت ابراہیم نے کعبہ بنایا تھا، 4000 سال پہلے۔ اور کعبہ جو تھا، وہ توحید کا مرکز تھا، بت پرستی کے خلاف تھا۔ تو بعد</w:t>
      </w:r>
    </w:p>
    <w:p>
      <w:r>
        <w:rPr>
          <w:b/>
        </w:rPr>
        <w:t xml:space="preserve">[07:19] </w:t>
      </w:r>
      <w:r>
        <w:t>ke zamanay mein, baad ke zamanay mein naye log paida hue, aur un mein dheere dheere, dheere dheere shirk aa gaya. to wahi qabiz ho gaye kaaba par. to jab rasool Allah aaye to kaaba par qabza doosron ka tha, mushrikeen ka. aur mushrikeen ne is ko, yani but ka markaz bana diya tha. yeh</w:t>
      </w:r>
    </w:p>
    <w:p>
      <w:pPr>
        <w:jc w:val="right"/>
      </w:pPr>
      <w:r>
        <w:t>کے زمانے میں، بعد کے زمانے میں نئے لوگ پیدا ہوئے، اور ان میں دھیرے دھیرے، دھیرے دھیرے شرک آ گیا۔ تو وہی قابض ہو گئے کعبہ پر۔ تو جب رسول اللہ آئے تو کعبہ پر قبضہ دوسروں کا تھا، مشرکین کا۔ اور مشرکین نے اس کو، یعنی بت کا مرکز بنا دیا تھا۔ یہ</w:t>
      </w:r>
    </w:p>
    <w:p>
      <w:r>
        <w:rPr>
          <w:b/>
        </w:rPr>
        <w:t xml:space="preserve">[07:49] </w:t>
      </w:r>
      <w:r>
        <w:t>kaha jata hai ke 360 but us par rakhe hue thay. to ibrahimi kaaba ko regain karna, bazahir rasool Allah ko yahan se apna mission shuru karna chahiye tha. apparently, that was the starting point for the prophet. ke jo kaaba, ibrahimi kaaba tha, us ko mushrikeen ka bana diya, us ko regain karo. aap ne kuch nahi kiya.</w:t>
      </w:r>
    </w:p>
    <w:p>
      <w:pPr>
        <w:jc w:val="right"/>
      </w:pPr>
      <w:r>
        <w:t>کہا جاتا ہے کہ 360 بت اس پر رکھے ہوئے تھے۔ تو ابراہیمی کعبہ کو ری گین کرنا، بظاہر رسول اللہ کو یہاں سے اپنا مشن شروع کرنا چاہیے تھا۔ اپرینٹلی، دس واز دی اسٹارٹنگ پوائنٹ فار دی پرافٹ۔ کہ جو کعبہ، ابراہیمی کعبہ تھا، اس کو مشرکین کا بنا دیا، اس کو ری گین کرو۔ آپ نے کچھ نہیں کیا۔</w:t>
      </w:r>
    </w:p>
    <w:p>
      <w:r>
        <w:rPr>
          <w:b/>
        </w:rPr>
        <w:t xml:space="preserve">[08:20] </w:t>
      </w:r>
      <w:r>
        <w:t>bolay bhi nahi, kuch bhi nahi kiya. kyun? aap ka dhyan tha opportunity par, na ke khoye hue ko regain karne par. to yeh opportunity kya thi? isi kaaba ki wajah se sare arab ke log aate thay, buton ko nazrana charhate thay, buton ko poojte thay, buton ko, buton ka darshan karte thay.</w:t>
      </w:r>
    </w:p>
    <w:p>
      <w:pPr>
        <w:jc w:val="right"/>
      </w:pPr>
      <w:r>
        <w:t>بولے بھی نہیں، کچھ بھی نہیں کیا۔ کیوں؟ آپ کا دھیان تھا اپرچونٹی پر، نہ کہ کھوئے ہوئے کو ری گین کرنے پر۔ تو یہ اپرچونٹی کیا تھی؟ اسی کعبہ کی وجہ سے سارے عرب کے لوگ آتے تھے، بتوں کو نظرانہ چڑھاتے تھے، بتوں کو پوجتے تھے، بتوں کو، بتوں کا درشن کرتے تھے۔</w:t>
      </w:r>
    </w:p>
    <w:p>
      <w:r>
        <w:rPr>
          <w:b/>
        </w:rPr>
        <w:t xml:space="preserve">[08:50] </w:t>
      </w:r>
      <w:r>
        <w:t>to wahan bheer lagti thi. daily bheer lagti thi logon ko le kar. to that was an opportunity. kyun? rasool Allah ne is ko dekha audience ke roop mein. to free water bhi milta hai. aap ko sare arab mein jana nahi hai. yani aap ko jana parta sare arab mein. to tab log milte ho. yahan kya hai ke sare arab ke log</w:t>
      </w:r>
    </w:p>
    <w:p>
      <w:pPr>
        <w:jc w:val="right"/>
      </w:pPr>
      <w:r>
        <w:t>تو وہاں بھیڑ لگتی تھی۔ ڈیلی بھیڑ لگتی تھی لوگوں کو لے کر۔ تو دیٹ واز این اپرچونٹی۔ کیوں؟ رسول اللہ نے اس کو دیکھا آڈینس کے روپ میں۔ تو فری واٹر بھی ملتا ہے۔ آپ کو سارے عرب میں جانا نہیں ہے۔ یعنی آپ کو جانا پڑتا سارے عرب میں۔ تو تب لوگ ملتے ہو۔ یہاں کیا ہے کہ سارے عرب کے لوگ</w:t>
      </w:r>
    </w:p>
    <w:p>
      <w:r>
        <w:rPr>
          <w:b/>
        </w:rPr>
        <w:t xml:space="preserve">[09:20] </w:t>
      </w:r>
      <w:r>
        <w:t>yahin aaye hue hain aap ke. to is ko aap ne istemal kiya bashor arab audience. bashor arab audience. to yeh kaisi baat hai? saint paul ne christianity ko phailaya to bohat zabardast daure karte thay woh. yahan jana, wahan jana, yahan jana, wahan jana. kyunke un ke zamanay mein yeh opportunity nahi thi ke wahan koi kaaba ho</w:t>
      </w:r>
    </w:p>
    <w:p>
      <w:pPr>
        <w:jc w:val="right"/>
      </w:pPr>
      <w:r>
        <w:t>یہیں آئے ہوئے ہیں آپ کے۔ تو اس کو آپ نے استعمال کیا بطور عرب آڈینس۔ بطور عرب آڈینس۔ تو یہ کیسی بات ہے؟ سینٹ پال نے کرسچینٹی کو پھیلایا تو بہت زبردست دورہ کرتے تھے وہ۔ یہاں جانا، وہاں جانا، یہاں جانا، وہاں جانا۔ کیونکہ ان کے زمانے میں یہ اپرچونٹی نہیں تھی کہ وہاں کوئی کعبہ ہو</w:t>
      </w:r>
    </w:p>
    <w:p>
      <w:r>
        <w:rPr>
          <w:b/>
        </w:rPr>
        <w:t xml:space="preserve">[09:51] </w:t>
      </w:r>
      <w:r>
        <w:t>, log ikhatta hotay hon. to un ko jana pada. rasool Allah ne dekha ke hum to arab audience nahi mil raha hum ko. to hum kaaba ko, yani us kaaba ko jo ibrahimi kaaba tha, us ko regain karne par aap ne dhyan nahi diya. balkeh jo present kaaba tha, jis ki wajah se jo tha mushrikeen ka, lekin us ki wajah se wahan yeh ho raha tha</w:t>
      </w:r>
    </w:p>
    <w:p>
      <w:pPr>
        <w:jc w:val="right"/>
      </w:pPr>
      <w:r>
        <w:t>، لوگ اکٹھا ہوتے ہوں۔ تو ان کو جانا پڑا۔ رسول اللہ نے دیکھا کہ ہم تو عرب آڈینس نہیں مل رہا ہم کو۔ تو ہم کعبہ کو، یعنی اس کعبہ کو جو ابراہیمی کعبہ تھا، اس کو ری گین کرنے پر آپ نے دھیان نہیں دیا۔ بلکہ جو پریزنٹ کعبہ تھا، جس کی وجہ سے جو تھا مشرکین کا، لیکن اس کی وجہ سے وہاں یہ ہو رہا تھا</w:t>
      </w:r>
    </w:p>
    <w:p>
      <w:r>
        <w:rPr>
          <w:b/>
        </w:rPr>
        <w:t xml:space="preserve">[10:21] </w:t>
      </w:r>
      <w:r>
        <w:t>keh saare arab ke log wohin aate thay. to arab audience wahan mil raha tha aap ko. wahan aap ne dawat shuru kar di. ab yeh ek sunnat-e-rasool hai, lekin koi jaanta nahi is ko. kyunke bas woh daadhi par khitab lagana, aur moonch kaatna, aur waghera waghera, kuch cheezein bana rakhi hain unhon ne, ooncha pajama, wohi sunnat-e-rasool samajhte hain. yeh</w:t>
      </w:r>
    </w:p>
    <w:p>
      <w:pPr>
        <w:jc w:val="right"/>
      </w:pPr>
      <w:r>
        <w:t>کہ سارے عرب کے لوگ وہیں آتے تھے۔ تو عرب آڈینس وہاں مل رہا تھا آپ کو۔ وہاں آپ نے دعوت شروع کر دی۔ اب یہ ایک سنت رسول ہے، لیکن کوئی جانتا نہیں اس کو۔ کیونکہ بس وہ داڑھی پر خطاب لگانا، اور مونچھ کاٹنا، اور وغیرہ وغیرہ، کچھ چیزیں بنا رکھی ہیں انہوں نے، اونچا پجامہ، وہی سنت رسول سمجھتے ہیں۔ یہ</w:t>
      </w:r>
    </w:p>
    <w:p>
      <w:r>
        <w:rPr>
          <w:b/>
        </w:rPr>
        <w:t xml:space="preserve">[10:51] </w:t>
      </w:r>
      <w:r>
        <w:t>bilashuba sunnat-e-rasool ka, yaani sunnat-e-rasool ka, sahi concept nahi hai. to phir main ne socha ke dekhiye, is zehan ki wajah se musalman kitni badi cheez se mehroom hain. kitni badi cheez se. ke islam jab aaya to us zamane mein</w:t>
      </w:r>
    </w:p>
    <w:p>
      <w:pPr>
        <w:jc w:val="right"/>
      </w:pPr>
      <w:r>
        <w:t>بلاشبہ سنت رسول کا، یعنی سنت رسول کا، صحیح کانسیپٹ نہیں ہے۔ تو پھر میں نے سوچا کہ دیکھیے، اس ذہن کی وجہ سے مسلمان کتنی بڑی چیز سے محروم ہیں۔ کتنی بڑی چیز سے۔ کہ اسلام جب آیا تو اس زمانے میں</w:t>
      </w:r>
    </w:p>
    <w:p>
      <w:r>
        <w:rPr>
          <w:b/>
        </w:rPr>
        <w:t xml:space="preserve">[11:21] </w:t>
      </w:r>
      <w:r>
        <w:t>international daur nahi aaya tha. woh local, tamaam cheezein local hua karti thi. lekin us zamane mein, jo naya daur jis ko hum kehte hain, naye zamane mein kya hua? international daur aa gaya. har cheez ka. musalman ne is ko jaana, na is ko avail kiya. na jaana, na is ko avail kiya.</w:t>
      </w:r>
    </w:p>
    <w:p>
      <w:pPr>
        <w:jc w:val="right"/>
      </w:pPr>
      <w:r>
        <w:t>انٹرنیشنل دور نہیں آیا تھا۔ وہ لوکل، تمام چیزیں لوکل ہوا کرتی تھیں۔ لیکن اس زمانے میں، جو نیا دور جس کو ہم کہتے ہیں، نئے زمانے میں کیا ہوا؟ انٹرنیشنل دور آ گیا۔ ہر چیز کا۔ مسلمان نے اس کو جانا، نہ اس کو اویل کیا۔ نہ جانا، نہ اس کو اویل کیا۔</w:t>
      </w:r>
    </w:p>
    <w:p>
      <w:r>
        <w:rPr>
          <w:b/>
        </w:rPr>
        <w:t xml:space="preserve">[11:53] </w:t>
      </w:r>
      <w:r>
        <w:t>is ki main ek misaal deta hoon aap ko. saare musalman, saare musalman, saare musalman bohat zyada woh ilgha-e-khilafat ka masla banaye hue hain. ilgha-e-khilafat ka matlab tha, yaani khilafat ko khatam karna. to kamal ataturk ke bohat khilaf hain sab log. islam ko dushman samajhte hain is ko. ke is ne usmani khilafat ko ilgha kar</w:t>
      </w:r>
    </w:p>
    <w:p>
      <w:pPr>
        <w:jc w:val="right"/>
      </w:pPr>
      <w:r>
        <w:t>اس کی میں ایک مثال دیتا ہوں آپ کو۔ سارے مسلمان، سارے مسلمان، سارے مسلمان بہت زیادہ وہ الغائے خلافت کا مسئلہ بنائے ہوئے ہیں۔ الغائے خلافت کا مطلب تھا، یعنی خلافت کو ختم کرنا۔ تو کما تاترک کے بہت خلاف ہیں سب لوگ۔ اسلام کو دشمن سمجھتے ہیں اس کو۔ کہ اس نے عثمانی خلافت کو الغا کر</w:t>
      </w:r>
    </w:p>
    <w:p>
      <w:r>
        <w:rPr>
          <w:b/>
        </w:rPr>
        <w:t xml:space="preserve">[12:23] </w:t>
      </w:r>
      <w:r>
        <w:t>diya. yeh kya hai? yeh isi bekhabri ka nateeja hai. mere nazdeek ataturk ne khilafat ka ilgha nahi kiya. is ne apne zamane ke halaat ko accept kiya. yaani apne zamane ki reality ko accept kiya. kyun? yeh khilafat-e-turki jo thi, jin mulkon mein thi, woh Asia</w:t>
      </w:r>
    </w:p>
    <w:p>
      <w:pPr>
        <w:jc w:val="right"/>
      </w:pPr>
      <w:r>
        <w:t>دیا۔ یہ کیا ہے؟ یہ اسی بے خبری کا نتیجہ ہے۔ میرے نزدیک اتاترک نے خلافت کا الغا نہیں کیا۔ اس نے اپنے زمانے کے حالات کو ایکسیپٹ کیا۔ یعنی اپنے زمانے کی ریلیٹی کو ایکسیپٹ کیا۔ کیوں؟ یہ خلافت ترکی جو تھی، جن ملکوں میں تھی، وہ ایشیا</w:t>
      </w:r>
    </w:p>
    <w:p>
      <w:r>
        <w:rPr>
          <w:b/>
        </w:rPr>
        <w:t xml:space="preserve">[12:53] </w:t>
      </w:r>
      <w:r>
        <w:t>mein phailay hue thay, Africa mein phailay hue thay. to muslim nahi thay woh. kuch arab thay musalman, baqi muslim nahi thay. to woh doosron ke liye woh daur ghulami tha. jin ke jo mulk khilafat-e-turki ke tehat thay, jin ko talwar ke zor par qabza kiya gaya tha, to un ke liye to woh daur ghulami tha. daur khilafat nahi tha un ke liye. ab jab naya zamana aaya, national state ka</w:t>
      </w:r>
    </w:p>
    <w:p>
      <w:pPr>
        <w:jc w:val="right"/>
      </w:pPr>
      <w:r>
        <w:t>میں پھیلے ہوئے تھے، افریقہ میں پھیلے ہوئے تھے۔ تو مسلم نہیں تھے وہ۔ کچھ عرب تھے مسلمان، باقی مسلم نہیں تھے۔ تو وہ دوسروں کے لیے وہ دور غلامی تھا۔ جن کے جو ممالک ترک خلافت کے تحت تھے، جن کو تلوار کے زور پر قبضہ کیا گیا تھا، تو ان کے لیے تو وہ دور غلامی تھا۔ دور خلافت نہیں تھا ان کے لیے۔ اب جب نیا زمانہ آیا، نیشنل اسٹیٹ کا</w:t>
      </w:r>
    </w:p>
    <w:p>
      <w:r>
        <w:rPr>
          <w:b/>
        </w:rPr>
        <w:t xml:space="preserve">[13:23] </w:t>
      </w:r>
      <w:r>
        <w:t>concept phaila, nation state, ke har nation ko haq hai ke woh apni pasand ki hukumat banaye. to nation state ke zamane mein khilafat ka woh concept jo tha pehle, woh irrelevant ho gaya, irrelevant. zamane se irrelevant ho gaya. har jagah yeh log chahte thay ke, including arab, arab log bhi chahte thay ke hamari hukumat hamare paas ho. doosron ke paas ki</w:t>
      </w:r>
    </w:p>
    <w:p>
      <w:pPr>
        <w:jc w:val="right"/>
      </w:pPr>
      <w:r>
        <w:t>کنسیپٹ پھیلا، نیشن اسٹیٹ، کہ ہر نیشن کو حق ہے کہ وہ اپنی پسند کی حکومت بنائے۔ تو نیشن اسٹیٹ کے زمانے میں خلافت کا وہ کانسیپٹ جو تھا پہلے، وہ اِرریلیونٹ ہو گیا، اِرریلیونٹ۔ زمانے سے اِرریلیونٹ ہو گیا۔ ہر جگہ یہ لوگ چاہتے تھے کہ، انکلوڈنگ عرب، عرب لوگ بھی چاہتے تھے کہ ہماری حکومت ہمارے پاس ہو۔ دوسروں کے پاس کی</w:t>
      </w:r>
    </w:p>
    <w:p>
      <w:r>
        <w:rPr>
          <w:b/>
        </w:rPr>
        <w:t xml:space="preserve">[13:53] </w:t>
      </w:r>
      <w:r>
        <w:t>yun? yaani istanbul se koi aadmi kyun hum par rule kare? aap jante hain ke is zamane mein arabon mein bohat baray paimane par ek tehreek chali thi, jis ko kehte hain qoumiyat-e-arabiya, arab nationalism. yahi to thi. arab nationalism ya qoumiyat-e-arabiya, yahi to thi. ke hukumat hamare haath mein honi chahiye. istanbul se koi rule kare, us ko haq nahi hum par hukumat karne ka. to nation state ki wajah se</w:t>
      </w:r>
    </w:p>
    <w:p>
      <w:pPr>
        <w:jc w:val="right"/>
      </w:pPr>
      <w:r>
        <w:t>وں؟ یعنی استنبول سے کوئی آدمی کیوں ہم پر رول کرے؟ آپ جانتے ہیں کہ اس زمانے میں عربوں میں بہت بڑے پیمانے پر ایک تحریک چلی تھی، جس کو کہتے ہیں قومیت عربیہ، عرب نیشنلزم۔ یہی تو تھی۔ عرب نیشنلزم یا قومیت عربیہ، یہی تو تھی۔ کہ حکومت ہمارے ہاتھ میں ہونی چاہیے۔ استنبول سے کوئی رول کرے، اس کو حق نہیں ہمارے اوپر حکومت کرنے کا۔ تو نیشن اسٹیٹ کی وجہ سے</w:t>
      </w:r>
    </w:p>
    <w:p>
      <w:r>
        <w:rPr>
          <w:b/>
        </w:rPr>
        <w:t xml:space="preserve">[14:23] </w:t>
      </w:r>
      <w:r>
        <w:t>woh saare jo subject thay khilafat-e-turki ke, woh baghi ho chukay thay. baghi. to ataturk ne sirf yeh kiya ke he accepted the reality. khilafat ka ilgha nahi kiya is ne. he accepted the reality. ke woh zamana khatam ho gaya, jab ke kisi ek jagah baith kar ke ek emperor rule kare, woh zamana khatam ho gaya. is zaman</w:t>
      </w:r>
    </w:p>
    <w:p>
      <w:pPr>
        <w:jc w:val="right"/>
      </w:pPr>
      <w:r>
        <w:t>وہ سارے جو سبجیکٹ تھے ترک خلافت کے، وہ باغی ہو چکے تھے۔ باغی۔ تو اتاترک نے صرف یہ کیا کہ ہی ایکسیپٹڈ دا ریلیٹی۔ خلافت کا الغا نہیں کیا اس نے۔ ہی ایکسیپٹڈ دا ریلیٹی۔ کہ وہ زمانہ ختم ہو گیا، جب کہ کسی ایک جگہ بیٹھ کر کے ایک ایمپرر رول کرے، وہ زمانہ ختم ہو گیا۔ اس زمان</w:t>
      </w:r>
    </w:p>
    <w:p>
      <w:r>
        <w:rPr>
          <w:b/>
        </w:rPr>
        <w:t xml:space="preserve">[14:53] </w:t>
      </w:r>
      <w:r>
        <w:t>e mein bana tha khilafat ka concept. to ab kya hai? ab maan lo jo ho gaya, maan lo. jaise rasool Allah ne jo kaaba mein but thay, to maan liya us ko. kyunke un ki dhyan ho gaya opportunity par. to yeh saare musalmanon mein jo aaj kal stagnation aa gaya hai, stagnation, yaani intellectual stagnation, zamane ko samajhte nahi. old</w:t>
      </w:r>
    </w:p>
    <w:p>
      <w:pPr>
        <w:jc w:val="right"/>
      </w:pPr>
      <w:r>
        <w:t>ے میں بنا تھا خلافت کا کانسیپٹ۔ تو اب کیا ہے؟ اب مان لو جو ہو گیا، مان لو۔ جیسے رسول اللہ نے جو کعبہ میں بت تھے، تو مان لیا اس کو۔ کیونکہ ان کی دھیان ہو گیا اپرچونٹی پر۔ تو یہ سارے مسلمانوں میں جو آج کل اسٹیگنیشن آ گیا ہے، اسٹیگنیشن، یعنی انٹلیکچول اسٹیگنیشن، زمانے کو سمجھتے نہیں۔ اولڈ</w:t>
      </w:r>
    </w:p>
    <w:p>
      <w:r>
        <w:rPr>
          <w:b/>
        </w:rPr>
        <w:t xml:space="preserve">[15:23] </w:t>
      </w:r>
      <w:r>
        <w:t>model wohi jo bana rakha hai, madine wala, usi ko chahte hain ke usi ko phir se qaim karein, wohi hukumat ho. ek sahib ke mutalliq mujhe maloom hua, main un ko jaanta tha, main jaanta hoon un ko, lekin aaj kal mulaqat nahi hui. main ne suna ke unhon ne barson mutala kiya is baat ka ke rasool Allah ka kapra kya tha,</w:t>
      </w:r>
    </w:p>
    <w:p>
      <w:pPr>
        <w:jc w:val="right"/>
      </w:pPr>
      <w:r>
        <w:t>ماڈل وہی جو بنا رکھا ہے، مدینے والا، اسی کو چاہتے ہیں کہ اسی کو پھر سے قائم کریں، وہی حکومت ہو۔ ایک صاحب کے متعلق مجھے معلوم ہوا، میں ان کو جانتا تھا، میں جانتا ہوں ان کو، لیکن آج کل ملاقات نہیں ہوئی۔ میں نے سنا کہ انہوں نے برسوں مطالعہ کیا اس بات کا کہ رسول اللہ کا کپڑا کیا تھا،</w:t>
      </w:r>
    </w:p>
    <w:p>
      <w:r>
        <w:rPr>
          <w:b/>
        </w:rPr>
        <w:t xml:space="preserve">[15:53] </w:t>
      </w:r>
      <w:r>
        <w:t>kaise chalte thay. mutala kar ke nikala unhon ne, is tarah ke chappar pehante thay, aisa asaa aap ke haath mein hota tha, aur aisa kapra hota tha, aisa imama, woh aise hi huliya bana liya apna. aur samajhte hain ke woh rasool Allah ki sunnat chal rahe hain. yeh harghiz harghiz sunnat-e-rasool nahi hai. aur saare ulama yahi kar rahe hain. saare ulama yahi kar rahe hain. waza-o-qata ko ya culture ko ya libas ko</w:t>
      </w:r>
    </w:p>
    <w:p>
      <w:pPr>
        <w:jc w:val="right"/>
      </w:pPr>
      <w:r>
        <w:t>کیسے چلتے تھے۔ مطالعہ کر کے نکالا انہوں نے، اس طرح کے چھپڑ پہنتے تھے، ایسا عصا آپ کے ہاتھ میں ہوتا تھا، اور ایسا کپڑا ہوتا تھا، ایسا امامہ، وہ ایسے ہی حلیہ بنا لیا اپنا۔ اور سمجھتے ہیں کہ وہ رسول اللہ کی سنت چل رہے ہیں۔ یہ ہرگز ہرگز سنت رسول نہیں ہے۔ اور سارے علماء یہی کر رہے ہیں۔ سارے علماء یہی کر رہے ہیں۔ وضع قطع کو یا کلچر کو یا لباس کو</w:t>
      </w:r>
    </w:p>
    <w:p>
      <w:r>
        <w:rPr>
          <w:b/>
        </w:rPr>
        <w:t xml:space="preserve">[16:24] </w:t>
      </w:r>
      <w:r>
        <w:t>samajh rakha unhon ne sunnat-e-rasool. isi ko khoob khoob waseeh dohratay hain. ooncha pajama, lamba kurta, yeh kya hai? is ko samajhte hain sunnat-e-rasool. harghiz harghiz sunnat-e-rasool nahi hai. yeh to culture hai. yeh to culture hai. sunnat-e-rasool zyada bari bari baatein hain. jaise main ne arz kiya ke aap ke zamane mein jo kaaba tha, woh kaaba ibrahimi, kaaba mushkil ban chuka tha.</w:t>
      </w:r>
    </w:p>
    <w:p>
      <w:pPr>
        <w:jc w:val="right"/>
      </w:pPr>
      <w:r>
        <w:t>سمجھ رکھا انہوں نے سنت رسول۔ اسی کو خوب خوب وسیع دہراتے ہیں۔ اونچا پجامہ، لمبا کرتا، یہ کیا ہے؟ اس کو سمجھتے ہیں سنت رسول۔ ہرگز ہرگز سنت رسول نہیں ہے۔ یہ تو کلچر ہے۔ یہ تو کلچر ہے۔ سنت رسول زیادہ بڑی بڑی باتیں ہیں۔ جیسے میں نے عرض کیا کہ آپ کے زمانے میں جو کعبہ تھا، وہ کعبہ ابراہیمی، کعبہ مشکل بن چکا تھا۔</w:t>
      </w:r>
    </w:p>
    <w:p>
      <w:r>
        <w:rPr>
          <w:b/>
        </w:rPr>
        <w:t xml:space="preserve">[16:54] </w:t>
      </w:r>
      <w:r>
        <w:t>yaani aap kho chukay thay is kaaba ko. to is ko regain karne ka masla tha. aap ne regain karne ki tawajjuh nahi di. aap ne kya kiya? ke opportunity jo create ho rahi thi, ke arab audience saara ka saara makkah mein ikatha hota tha, us ko aap ne avail kiya. yeh hai islam, yeh hai sunnat-e-rasool. to kal mujhe maloom hua ke yahan ek professor aaye thay</w:t>
      </w:r>
    </w:p>
    <w:p>
      <w:pPr>
        <w:jc w:val="right"/>
      </w:pPr>
      <w:r>
        <w:t>یعنی آپ کھو چکے تھے اس کعبہ کو۔ تو اس کو ری گین کرنے کا مسئلہ تھا۔ آپ نے ری گین کرنے کی توجہ نہیں دی۔ آپ نے کیا کیا؟ کہ اپرچونٹی جو کریئیٹ ہو رہی تھی، کہ عرب آڈینس سارا کا سارا مکہ میں اکٹھا ہوتا تھا، اس کو آپ نے اویل کیا۔ یہ ہے اسلام، یہ ہے سنت رسول۔ تو کل مجھے معلوم ہوا کہ یہاں ایک پروفیسر آئے تھے</w:t>
      </w:r>
    </w:p>
    <w:p>
      <w:r>
        <w:rPr>
          <w:b/>
        </w:rPr>
        <w:t xml:space="preserve">[17:24] </w:t>
      </w:r>
      <w:r>
        <w:t>dilli mein, unhon ne taqreer ki. unhon ne yeh shikayat ki ke aaj kal saare musalman jo hain duniya mein, ek aisi community, community ban gaye hain jo biscuit hain aaj ki duniya mein. aaj ki duniya mein koi place lein un ko, log samajhte hain ke yeh biscuit hain yeh. to kyun biscuit hain? woh samajhte hain ke islam aisa mazhab hai. nahi, woh biscuit is liye hain ke unhon ne sunnat-e-rasool ka ek khud self-style model bana l</w:t>
      </w:r>
    </w:p>
    <w:p>
      <w:pPr>
        <w:jc w:val="right"/>
      </w:pPr>
      <w:r>
        <w:t>، دلی میں، انہوں نے تقریر کی۔ انہوں نے یہ شکایت کی کہ آج کل سارے مسلمان جو ہیں دنیا میں، ایک ایسی کمیونٹی، کمیونٹی بن گئے ہیں جو بسکٹ ہیں آج کی دنیا میں۔ آج کی دنیا میں کوئی پلیس لیں ان کو، لوگ سمجھتے ہیں کہ یہ بسکٹ ہیں یہ۔ تو کیوں بسکٹ ہیں؟ وہ سمجھتے ہیں کہ اسلام ایسا مذہب ہے۔ نہیں، وہ بسکٹ اس لیے ہیں کہ انہوں نے سنت رسول کا ایک خود سیلف اسٹائل ماڈل بنا ل</w:t>
      </w:r>
    </w:p>
    <w:p>
      <w:r>
        <w:rPr>
          <w:b/>
        </w:rPr>
        <w:t xml:space="preserve">[17:54] </w:t>
      </w:r>
      <w:r>
        <w:t>iya. khud sakhta, self-style model. ke woh jo jaisa rasool Allah karte thay, wohi aaj humein dohrana hai. ek baat mere saamne aayi ke shah waliullah sahib bohat baray maane jatay hain aalim, bohat hi baray. un ki kitab hai hujjat-ul-baligha. to shah waliullah sahib ne likha hai ke rasool Allah ki sunnat ke do hissay hain: sunnat-e-sabita aur sunnat-e-aadiya.</w:t>
      </w:r>
    </w:p>
    <w:p>
      <w:pPr>
        <w:jc w:val="right"/>
      </w:pPr>
      <w:r>
        <w:t>یا۔ خود ساختہ، سیلف اسٹائل ماڈل۔ کہ وہ جو جیسا رسول اللہ کرتے تھے، وہی آج ہمیں دہرانا ہے۔ ایک بات میرے سامنے آئی کہ شاہ ولی اللہ صاحب بہت بڑے مانے جاتے ہیں عالم، بہت ہی بڑے۔ ان کی کتاب ہے حجت الہی بالغہ۔ تو شاہ ولی اللہ صاحب نے لکھا ہے کہ رسول اللہ کی سنت کے دو حصے ہیں: سنت ثابتہ اور سنت عادیہ۔</w:t>
      </w:r>
    </w:p>
    <w:p>
      <w:r>
        <w:rPr>
          <w:b/>
        </w:rPr>
        <w:t xml:space="preserve">[18:27] </w:t>
      </w:r>
      <w:r>
        <w:t>to sunnat-e-sabita woh hai jo Allah ne aap ko kaha ke is ko qaim karo. aur sunnat-e-aadiya se murad woh lete hain jo arab ke mein raaij tha, arab mein jo raaij tha. to mere saamne aaya ke sunnat-e-aadiya kya cheez hai? mulki culture? arab ki baat nahi hai woh. is ko arab ki nisbat se unhon ne kaha ke sunnat-e-aadiya. yaani arab ki aadaat</w:t>
      </w:r>
    </w:p>
    <w:p>
      <w:pPr>
        <w:jc w:val="right"/>
      </w:pPr>
      <w:r>
        <w:t>تو سنت ثابتہ وہ ہے جو اللہ نے آپ کو کہا کہ اس کو قائم کرو۔ اور سنت عادیہ سے مراد وہ لیتے ہیں جو عرب کے میں رائج تھا، عرب میں جو رائج تھا۔ تو میرے سامنے آیا کہ سنت عادیہ کیا چیز ہے؟ ملکی کلچر؟ عرب کی بات نہیں ہے وہ۔ اس کو عرب کی نسبت سے انہوں نے کہا کہ سنت عادیہ۔ یعنی عرب کی عادات</w:t>
      </w:r>
    </w:p>
    <w:p>
      <w:r>
        <w:rPr>
          <w:b/>
        </w:rPr>
        <w:t xml:space="preserve">[18:58] </w:t>
      </w:r>
      <w:r>
        <w:t>۔ mere saamne aaya ke woh mulki culture hai. jahan bhi aap honge to aap ka ek ideology hogi, jo tauheed par base karti hai, woh aap ka mazhab hoga. lekin ek hoga mulki culture. misaal ke taur par yahan hum pehante hain kurta pajama, hum Europe jayen to hum ko pant aur coat pehanna chahiye. yaani yeh nahi karna chahiye. waghera. to</w:t>
      </w:r>
    </w:p>
    <w:p>
      <w:pPr>
        <w:jc w:val="right"/>
      </w:pPr>
      <w:r>
        <w:t>۔ میرے سامنے آیا کہ وہ ملکی کلچر ہے۔ جہاں بھی آپ ہوں گے تو آپ کا ایک آئیڈیالوجی ہوگی، جو توحید پر بیس کرتی ہے، وہ آپ کا مذہب ہوگا۔ لیکن ایک ہوگا ملکی کلچر۔ مثلاً یہاں ہم پہنتے ہیں کرتا پجامہ، ہم یورپ جائیں تو ہم کو پتون اور کوٹ پہننا چاہیے۔ یعنی یہ نہیں کرنا چاہیے۔ وغیرہ۔ تو</w:t>
      </w:r>
    </w:p>
    <w:p>
      <w:r>
        <w:rPr>
          <w:b/>
        </w:rPr>
        <w:t xml:space="preserve">[19:28] </w:t>
      </w:r>
      <w:r>
        <w:t>jo baad ke zamane mein jo concept bana sunnat-e-rasool ka, is ne musalmanon ko stagnation mein mubtala kar diya. kyunke woh ek, yaani deen-e-quran, woh jo tha wahan par, woh to culture ka hissa tha. culture ka. ya jo kuch laraiyan jo huin, woh tribal</w:t>
      </w:r>
    </w:p>
    <w:p>
      <w:pPr>
        <w:jc w:val="right"/>
      </w:pPr>
      <w:r>
        <w:t>جو بعد کے زمانے میں جو کانسیپٹ بنا سنت رسول کا، اس نے مسلمانوں کو اسٹیگنیشن میں مبتلا کر دیا۔ کیونکہ وہ ایک، یعنی ادر دین قرآن، وہ جو تھا وہاں پر، وہ تو کلچر کا حصہ تھا۔ کلچر کا۔ یا جو کچھ لڑائیاں جو ہوئیں، وہ ٹرائ</w:t>
      </w:r>
    </w:p>
    <w:p>
      <w:r>
        <w:rPr>
          <w:b/>
        </w:rPr>
        <w:t xml:space="preserve">[19:58] </w:t>
      </w:r>
      <w:r>
        <w:t>culture ka hissa tha. arab mein chunke tribal nahi tha, aur tribal jo thay woh larne ke siwa kuch aur jante hi nahi thay. to jis cheez ko jihad ke naam par ladna shuru kiya musalmanon ne baad ke zamane mein, woh tribal culture ka part tha. aise hi jo waza-o-qata banai musalmanon ne, woh arab culture ka part tha. to is se bahar jab niklein</w:t>
      </w:r>
    </w:p>
    <w:p>
      <w:pPr>
        <w:jc w:val="right"/>
      </w:pPr>
      <w:r>
        <w:t>بل کلچر کا حصہ تھا۔ عرب میں چونکہ ٹرائبل ہی نہیں تھا، اور ٹرائبل جو تھے وہ لڑنے کے سوا کچھ اور جانتے ہی نہیں تھے۔ تو جس چیز کو جہاد کے نام پر لڑنا شروع کیا مسلمانوں نے بعد کے زمانے میں، وہ ٹرائبل کلچر کا پارٹ تھا۔ ایسے ہی جو وضع قطع بنائی مسلمانوں نے، وہ عرب کلچر کا پارٹ تھا۔ تو اس سے باہر جب نکلیں</w:t>
      </w:r>
    </w:p>
    <w:p>
      <w:r>
        <w:rPr>
          <w:b/>
        </w:rPr>
        <w:t xml:space="preserve">[20:28] </w:t>
      </w:r>
      <w:r>
        <w:t>ge hum, tab hum opportunity ko avail kar sakein ge. misaal ke taur par dekhiye, maujooda zamane mein cheezein internationalize hui hain. har cheez international. safar bhi international ho gaya. technology international ho gayi. to is ka matlab kya hai? ke pehle zamane mein local dawat hoti thi, ab international dawat ho gayi. lekin kisi ko yeh pata hi nahi.</w:t>
      </w:r>
    </w:p>
    <w:p>
      <w:pPr>
        <w:jc w:val="right"/>
      </w:pPr>
      <w:r>
        <w:t>گے ہم، تب ہم اپرچونٹی کو اویل کر سکیں گے۔ مثلاً دیکھیے، موجودہ زمانے میں چیزیں انٹرنیشنلائز ہوئی ہیں۔ ہر چیز انٹرنیشنل۔ سفر بھی انٹرنیشنل ہو گیا۔ ٹیکنالوجی انٹرنیشنل ہو گئی۔ تو اس کا معنی کیا ہے؟ کہ پہلے زمانے میں لوکل دعوت ہوتی تھی، اب انٹرنیشنل دعوت ہو گئی۔ لیکن کسی کو یہ پتہ ہی نہیں۔</w:t>
      </w:r>
    </w:p>
    <w:p>
      <w:r>
        <w:rPr>
          <w:b/>
        </w:rPr>
        <w:t xml:space="preserve">[20:59] </w:t>
      </w:r>
      <w:r>
        <w:t>jo local dawat thi, woh ab international dawat, ke printed press, media, aur electronic media, communication ke zariye se aap international level par kaam karein. lekin yeh concept hi nahi. to aap ko, hum ko, aap ko is ka, is yaani islam</w:t>
      </w:r>
    </w:p>
    <w:p>
      <w:pPr>
        <w:jc w:val="right"/>
      </w:pPr>
      <w:r>
        <w:t>جو لوکل دعوت تھی، وہ اب انٹرنیشنل دعوت، کہ پرنٹڈ پریس، میڈیا، اور الیکٹرانک میڈیا، کمیونیکیشن کے ذریعے سے آپ انٹرنیشنل لیول پر کام کریں۔ لیکن یہ کانسیپٹ ہی نہیں۔ تو آپ کو، ہم کو، آپ کو اس کا، اس یعنی اسلام</w:t>
      </w:r>
    </w:p>
    <w:p>
      <w:r>
        <w:rPr>
          <w:b/>
        </w:rPr>
        <w:t xml:space="preserve">[21:29] </w:t>
      </w:r>
      <w:r>
        <w:t>ke is concept ko revive karna hai, islam ke is tasawwur ko revive karna hai. logon ko batana hai ke islam ek mein stagnation nahi hai, islam mein islam ek intikhabi tasawwur deta hai. intikhabi tasawwur. jaise</w:t>
      </w:r>
    </w:p>
    <w:p>
      <w:pPr>
        <w:jc w:val="right"/>
      </w:pPr>
      <w:r>
        <w:t>کے اس کانسیپٹ کو ریوائیو کرنا ہے، اسلام کے اس تصور کو ریوائیو کرنا ہے۔ لوگوں کو بتانا ہے کہ اسلام ایک میں اسٹیگنیشن نہیں ہے، اسلام میں اسلام ایک انتخابی تصور دیتا ہے۔ انتخابی تصور۔ جیسے</w:t>
      </w:r>
    </w:p>
    <w:p>
      <w:r>
        <w:rPr>
          <w:b/>
        </w:rPr>
        <w:t xml:space="preserve">[21:59] </w:t>
      </w:r>
      <w:r>
        <w:t>misaal ke taur par dekhiye, sab isharat ki zaban mein sab cheezein maujood hain Quran o Hadees mein. misaal ke taur par Quran mein hai ke rasool Allah ke baray mein ke taake tum arab ki jo rajdhani, umm-ul-qura kehte hain rajdhani, capital city, arab ke capital city ko, us ke aas paas ko ba-khabar kar do</w:t>
      </w:r>
    </w:p>
    <w:p>
      <w:pPr>
        <w:jc w:val="right"/>
      </w:pPr>
      <w:r>
        <w:t>مثال کے طور پر دیکھیے، سب اشارات کی زبان میں سب چیزیں موجود ہیں قرآن و حدیث میں۔ مثلاً قرآن میں ہے کہ رسول اللہ کے بارے میں کہ تاکہ تم عرب کی جو راجدھانی، ام القراء کہتے ہیں راجدھانی، کیپیٹل سٹی، عرب کے کیپیٹل سٹی کو، اس کے آس پاس کو باخبر کر دو</w:t>
      </w:r>
    </w:p>
    <w:p>
      <w:r>
        <w:rPr>
          <w:b/>
        </w:rPr>
        <w:t xml:space="preserve">[22:29] </w:t>
      </w:r>
      <w:r>
        <w:t>۔ is ayat mein kya hai? makkah ko, atraf-e-makkah ko bata do. umm-ul-qura se murad hai makkah. yaani aur holha se murad hai makkah ka atraf. to yeh us zamane mein aaya tha jabke sirf yahi mumkin tha. yaani local dawat hi mumkin thi is zamane mein.</w:t>
      </w:r>
    </w:p>
    <w:p>
      <w:pPr>
        <w:jc w:val="right"/>
      </w:pPr>
      <w:r>
        <w:t>۔ اس آیت میں کیا ہے؟ مکہ کو، اطراف مکہ کو بتا دو۔ ام القراء سے مراد ہے مکہ۔ یعنی اور ہولہا سے مراد ہے مکہ کا اطراف۔ تو یہ اس زمانے میں آیا تھا جبکہ صرف یہی ممکن تھا۔ یعنی لوکل دعوت ہی ممکن تھی اس زمانے میں۔</w:t>
      </w:r>
    </w:p>
    <w:p>
      <w:r>
        <w:rPr>
          <w:b/>
        </w:rPr>
        <w:t xml:space="preserve">[23:00] </w:t>
      </w:r>
      <w:r>
        <w:t>achha, aaj kya hai? aaj modern communication ke zariye se aap international level par kaam kar sakte hain. to aap international phailaiye. modern communication ko le kar ke aap dawat ka kaam international level par pahunchaiye. to iska ishara maujood hai. yaani jo hadith hai ke hadith hai ke zameen ka koi ghar chhota ya bada</w:t>
      </w:r>
    </w:p>
    <w:p>
      <w:pPr>
        <w:jc w:val="right"/>
      </w:pPr>
      <w:r>
        <w:t>اچھا، آج کیا ہے؟ آج ماڈرن کمیونیکیشن کے ذریعے سے آپ انٹرنیشنل لیول پر کام کر سکتے ہیں۔ تو آپ انٹرنیشنل پھیلائیے۔ ماڈرن کمیونیکیشن کو لے کر کے آپ دعوت کا کام انٹرنیشنل لیول پر پہنچائیے۔ تو اس کا اشارہ موجود ہے۔ یعنی جو حدیث ہے کہ حدیث ہے کہ زمین کا کوئی گھر چھوٹا یا بڑ</w:t>
      </w:r>
    </w:p>
    <w:p>
      <w:r>
        <w:rPr>
          <w:b/>
        </w:rPr>
        <w:t xml:space="preserve">[23:30] </w:t>
      </w:r>
      <w:r>
        <w:t>nahi bachega jahan ke word of god na pahunche. is zamane mein namumkin tha yeh. is zamane mein mumkin nahi tha ke word of god har ghar pahunche. ab kya hai? ab modern communication ne isko mumkin bana diya. aur doosri taraf yeh ke printed press aa gaya. to aap quran ke tarjume tamam zabanon mein taiyar kijiye, isko modern comm</w:t>
      </w:r>
    </w:p>
    <w:p>
      <w:pPr>
        <w:jc w:val="right"/>
      </w:pPr>
      <w:r>
        <w:t>ا نہیں بچے گا جہاں کہ ورڈ آف گاڈ نہ پہنچ جائے۔ اس زمانے میں ناممکن تھا یہ۔ اس زمانے میں ممکن نہیں تھا کہ ورڈ آف گاڈ ہر گھر پہنچائیں۔ اب کیا ہے؟ اب ماڈرن کمیونیکیشن نے اس کو ممکن بنا دیا۔ اور دوسری طرف یہ کہ پرنٹڈ پریس آ گیا۔ تو آپ قرآن کے ترجمے تمام زبانوں میں تیار کیجیے، اس کو ماڈرن ک</w:t>
      </w:r>
    </w:p>
    <w:p>
      <w:r>
        <w:rPr>
          <w:b/>
        </w:rPr>
        <w:t xml:space="preserve">[24:00] </w:t>
      </w:r>
      <w:r>
        <w:t>unication ke zariye har ghar mein daakhil kar dijiye. yaani is hadith mein is baat ka ishara diya gaya hai ke ek zamana aayega jabke yeh mumkin ho jayega ke Allah ke kalam ko, yaani quran ko, har ghar mein pahunchaya ja sake. jabke us waqt mumkin nahi tha. us waqt to yeh bhi pata nahi tha ke duniya kitni badi hai. yeh pata nahi tha. to itna bada imkan khula hua hai ke aap</w:t>
      </w:r>
    </w:p>
    <w:p>
      <w:pPr>
        <w:jc w:val="right"/>
      </w:pPr>
      <w:r>
        <w:t>میونیکیشن کے ذریعے ہر گھر میں داخل کر دیجیے۔ یعنی اس حدیث میں اس بات کا اشارہ دیا گیا ہے کہ ایک زمانہ آئے گا جبکہ یہ ممکن ہو جائے گا کہ اللہ کے کلام کو، یعنی قرآن کو، ہر گھر میں پہنچایا جا سکے۔ جبکہ اس وقت ممکن نہیں تھا۔ اس وقت تو یہ بھی پتہ نہیں تھا کہ دنیا کتنی بڑی ہے۔ یہ پتہ نہیں تھا۔ تو اتنا بڑا امکان کھلا ہوا ہے کہ آپ</w:t>
      </w:r>
    </w:p>
    <w:p>
      <w:r>
        <w:rPr>
          <w:b/>
        </w:rPr>
        <w:t xml:space="preserve">[24:30] </w:t>
      </w:r>
      <w:r>
        <w:t>Allah ke kalam ko international bana saken, har ghar mein pahuncha saken, har insan tak pahuncha saken. lekin kya kar rahe hain log? lad rahe hain khwamkhwah. kyunke inka jo model hai, inka khilafat ka model hai. ISIS jo hai, woh kya cheez hai? ISIS jo hai, isi model ko le hui hai. jo model madine mein tha, khilafat ka model. is model ko aaj ke mahol mein aap chahte hain ke isko reapply karien</w:t>
      </w:r>
    </w:p>
    <w:p>
      <w:pPr>
        <w:jc w:val="right"/>
      </w:pPr>
      <w:r>
        <w:t>اللہ کے کلام کو انٹرنیشنل بنا سکیں، ہر گھر میں پہنچا سکیں، ہر انسان تک پہنچا سکیں۔ لیکن کیا کر رہے ہیں لوگ؟ لڑ رہے ہیں خوامخواہ۔ کیونکہ ان کا جو ماڈل ہے، ان کا خلافت کا ماڈل ہے۔ آئی ایس آئی ایس جو ہے، وہ کیا چیز ہے؟ آئی ایس آئی ایس جو ہے، اسی ماڈل کو لے ہوئی ہے۔ جو ماڈل مدینے میں تھا، خلافت کا ماڈل۔ اس ماڈل کو آج کے ماحول میں آپ چاہتے ہیں کہ اس کو ری اپلائی کری</w:t>
      </w:r>
    </w:p>
    <w:p>
      <w:r>
        <w:rPr>
          <w:b/>
        </w:rPr>
        <w:t xml:space="preserve">[25:00] </w:t>
      </w:r>
      <w:r>
        <w:t>woh koi Islam ka model nahi tha, woh to waqti model tha woh. waqti model. to ISIS jo hai, iske zimmedar sare log hain yahan se wahan tak. sirf ISIS ke log nahi hain, sare ulma. jinhone logon ko bataya nahi ke woh waqti model tha. aaj hum aalami satah par Islam ko phailayenge. dawat</w:t>
      </w:r>
    </w:p>
    <w:p>
      <w:pPr>
        <w:jc w:val="right"/>
      </w:pPr>
      <w:r>
        <w:t>ں۔ وہ کوئی اسلام کا ماڈل نہیں تھا، وہ تو وقتی ماڈل تھا وہ۔ وقتی ماڈل۔ تو آئی ایس آئی ایس جو ہے، اس کے ذمہ دار سارے لوگ ہیں یہاں سے وہاں تک۔ صرف آئی ایس کے لوگ نہیں ہیں، سارے علماء۔ جنہوں نے لوگوں کو بتایا نہیں کہ وہ وقتی ماڈل تھا۔ آج ہم عالمی سطح پر اسلام کو پھیلائیں گے۔ دعوت</w:t>
      </w:r>
    </w:p>
    <w:p>
      <w:r>
        <w:rPr>
          <w:b/>
        </w:rPr>
        <w:t xml:space="preserve">[25:31] </w:t>
      </w:r>
      <w:r>
        <w:t>ko aalami satah par phailayenge. to yeh jo jamhooriyat hai, is jamhooriyat ko todna hai ijtihad ke zariye se. aur duniya agar kuch kahe to kehti rahe. hamein sirf ek cheez se bachna hai, do cheezon se bachna hai. ek yeh ke hum kisi ko yeh na kahein ke yeh agent hai Israel ka, yeh agent hai America ka. is se bachna hai. yaani shakhsi allegation</w:t>
      </w:r>
    </w:p>
    <w:p>
      <w:pPr>
        <w:jc w:val="right"/>
      </w:pPr>
      <w:r>
        <w:t>کو عالمی سطح پر پھیلائیں گے۔ تو یہ جو جمہوریت ہے، اس جمہوریت کو توڑنا ہے اجتہاد کے ذریعے سے۔ اور دنیا اگر کچھ کہے تو کہتی رہے۔ ہمیں صرف ایک چیز سے بچنا ہے، دو چیزوں سے بچنا ہے۔ ایک یہ کہ ہم کسی کو یہ نہ کہیں کہ یہ ایجنٹ ہے اسرائیل کا، یہ ایجنٹ ہے امریکہ کا۔ اس سے بچنا ہے۔ یعنی شخصی الیگیشن</w:t>
      </w:r>
    </w:p>
    <w:p>
      <w:r>
        <w:rPr>
          <w:b/>
        </w:rPr>
        <w:t xml:space="preserve">[26:01] </w:t>
      </w:r>
      <w:r>
        <w:t>personal allegation se bachna hai. kisi ko humne yeh nahi kaha hai ke isko paisa mila hai, is liye mukhalifat kar raha hai. yeh boli nahi bolna hai. aur doosri cheez yeh nahi karna hai ke hum tashaddud karen. shakhsi ilzam tarashi aur violence, do cheezon se bachiye. phir sari duniya aap ki hai. shakhsi ilzam tarashi aur</w:t>
      </w:r>
    </w:p>
    <w:p>
      <w:pPr>
        <w:jc w:val="right"/>
      </w:pPr>
      <w:r>
        <w:t>، پرسنل الیگیشن سے بچنا ہے۔ کسی کو ہم نے یہ نہیں کہا ہے کہ اس کو پیسہ ملا ہے، اس لیے مخالفت کر رہا ہے۔ یہ بولی نہیں بولنا ہے۔ اور دوسری چیز یہ نہیں کرنا ہے کہ ہم تشدد کریں۔ شخصی الزام تراشی اور وائلنس، دو چیزوں سے بچیے۔ پھر ساری دنیا آپ کی ہے۔ شخصی الزام تراشی اور</w:t>
      </w:r>
    </w:p>
    <w:p>
      <w:r>
        <w:rPr>
          <w:b/>
        </w:rPr>
        <w:t xml:space="preserve">[26:31] </w:t>
      </w:r>
      <w:r>
        <w:t>tashaddud, violence se bachiye. aur phir duniya ke sare darwaze khule hue hain aap ke liye. yeh hum ko ikhtiyar karna hai aur sari duniya ko, sare musalmanon ko batana hai. aur yeh bhi batana hai ke culture ke mamle mein koi ek model nahi hai. koi ek model nahi hai. yaani jo bhi</w:t>
      </w:r>
    </w:p>
    <w:p>
      <w:pPr>
        <w:jc w:val="right"/>
      </w:pPr>
      <w:r>
        <w:t>تشدد، وائلنس سے بچیے۔ اور پھر دنیا کے سارے دروازے کھلے ہوئے ہیں آپ کے لیے۔ یہ ہم کو اختیار کرنا ہے اور ساری دنیا کو، سارے مسلمانوں کو بتانا ہے۔ اور یہ بھی بتانا ہے کہ کلچر کے معاملے میں کوئی ایک ماڈل نہیں ہے۔ کوئی ایک ماڈل نہیں ہے۔ یعنی جو بھی</w:t>
      </w:r>
    </w:p>
    <w:p>
      <w:r>
        <w:rPr>
          <w:b/>
        </w:rPr>
        <w:t xml:space="preserve">[27:02] </w:t>
      </w:r>
      <w:r>
        <w:t>zamane mein riwaj hoga, siwaye is ke jo muharramat hote hain, jaise sharab hai, nudity hai, muslim society hai, to jo cheezein khule taur par haram hain, is se hamein bachna hai bas. baqi sab, sab, sab Islami culture hai. sab Islami culture hai. yaani kurta pajama bhi Islami hai aur coat pantalon bhi Islami hai. is mein koi farq nahi hai. pagdi, pagdi bhi</w:t>
      </w:r>
    </w:p>
    <w:p>
      <w:pPr>
        <w:jc w:val="right"/>
      </w:pPr>
      <w:r>
        <w:t>زمانے میں رواج ہوگا، سوائے اس کے جو محرمات ہوتے ہیں، جیسے شراب ہے، نیڈیوٹی ہے، مسلم سوسائٹی ہے، تو جو چیزیں کھلے طور پر حرام ہیں، اس سے ہمیں بچنا ہے بس۔ باقی سب، سب، سب اسلامی کلچر ہے۔ سب اسلامی کلچر ہے۔ یعنی کرتا پجامہ بھی اسلامی ہے اور کوٹ پتلون بھی اسلامی ہے۔ اس میں کوئی فرق نہیں ہے۔ پگڑی، پگڑی بھی</w:t>
      </w:r>
    </w:p>
    <w:p>
      <w:r>
        <w:rPr>
          <w:b/>
        </w:rPr>
        <w:t xml:space="preserve">[27:32] </w:t>
      </w:r>
      <w:r>
        <w:t>Islami hai aur hat bhi Islami hai. to hamein ek inqalabi zehan se sochna hai aur sare musalmanon ko yeh paigham dena hai. aur isi ke zariye se. Islam ki image jo kharab ho gayi hai, woh bhi durust hogi. Islam ki image jo ban gayi hai ke Islam zamane ke khilaf hai, zaman</w:t>
      </w:r>
    </w:p>
    <w:p>
      <w:pPr>
        <w:jc w:val="right"/>
      </w:pPr>
      <w:r>
        <w:t>اسلامی ہے اور ہیٹ بھی اسلامی ہے۔ تو ہمیں ایک انقلابی ذہن سے سوچنا ہے اور سارے مسلمانوں کو یہ پیغام دینا ہے۔ اور اسی کے ذریعے سے۔ اسلام کی امیج جو خراب ہو گئی ہے، وہ بھی درست ہوگی۔ اسلام کی امیج جو بن گئی ہے کہ اسلام زمانے کے خلاف ہے، زمان</w:t>
      </w:r>
    </w:p>
    <w:p>
      <w:r>
        <w:rPr>
          <w:b/>
        </w:rPr>
        <w:t xml:space="preserve">[28:02] </w:t>
      </w:r>
      <w:r>
        <w:t>e mein fit nahi hota woh, yeh sab khatam hoga. to hum mein se har shakhs ko yeh karna hai ke woh zamane se ba-khabar ho, zamane se ba-khabar ho, apne aap ko waqt ke mutabiq tayyar kare, aur phir khud isi par khada</w:t>
      </w:r>
    </w:p>
    <w:p>
      <w:pPr>
        <w:jc w:val="right"/>
      </w:pPr>
      <w:r>
        <w:t>ے میں فٹ نہیں ہوتا وہ، یہ سب ختم ہوگا۔ تو ہم میں سے ہر شخص کو یہ کرنا ہے کہ وہ زمانے سے باخبر ہو، زمانے سے باخبر ہو، اپنے آپ کو وقت کے مطابق تیار کرے، اور پھر خود اسی پر کھڑا</w:t>
      </w:r>
    </w:p>
    <w:p>
      <w:r>
        <w:rPr>
          <w:b/>
        </w:rPr>
        <w:t xml:space="preserve">[28:32] </w:t>
      </w:r>
      <w:r>
        <w:t>ho aur musalmanon ko isi par khada karne ki koshish kare. main samajhta hoon ke yeh aaj ki sab se badi zaroorat hai ke hum is baat ko samjhein, is haqiqat ko samjhein. kal mujhe maloom hua ke ek sahab jo bahar ke aaye the, ek professor, unhone taqreer ki. unki taqreer jo mujhe batai gayi, mujhe woh sari ki sari</w:t>
      </w:r>
    </w:p>
    <w:p>
      <w:pPr>
        <w:jc w:val="right"/>
      </w:pPr>
      <w:r>
        <w:t>ہو اور مسلمانوں کو اسی پر کھڑا کرنے کی کوشش کرے۔ میں سمجھتا ہوں کہ یہ آج کی سب سے بڑی ضرورت ہے کہ ہم اس بات کو سمجھیں، اس حقیقت کو سمجھیں۔ کل مجھے معلوم ہوا کہ ایک صاحب جو باہر کے آئے تھے، ایک پروفیسر، انہوں نے تقریر کی۔ ان کی تقریر جو مجھے بتائی گئی، مجھے وہ ساری کی ساری</w:t>
      </w:r>
    </w:p>
    <w:p>
      <w:r>
        <w:rPr>
          <w:b/>
        </w:rPr>
        <w:t xml:space="preserve">[29:03] </w:t>
      </w:r>
      <w:r>
        <w:t>criticism thi. woh sahi, criticism sahi thi unki. criticism sahi thi kyunke musalmanon ka wahi haal hai jo unhone bataya. lekin sawal yeh hai ke aisa haal kyun hua? to sunnat ka, sunnat ka ek absolute model bana liya. sunnat-e-rasool ka absolute model. maslan khilafat ko absolute model maan lein aap. to is ke nateeje mein kya hua? ISIS baramad hui</w:t>
      </w:r>
    </w:p>
    <w:p>
      <w:pPr>
        <w:jc w:val="right"/>
      </w:pPr>
      <w:r>
        <w:t>کریٹیسزم تھی۔ وہ صحیح، کریٹیسزم صحیح تھی ان کی۔ کریٹیسزم صحیح تھی کیونکہ مسلمان وہی حال ہے جو انہوں نے بتایا۔ لیکن سوال یہ ہے کہ ایسا حال کیوں ہوا؟ تو سنت کا، سنت کا ایک ایبسولیوٹ ماڈل بنا لیا۔ سنت رسول کا ایبسولیوٹ ماڈل۔ مثلاً خلافت کو ایبسولیوٹ ماڈل مان لیں آپ۔ تو اس کے نتیجے میں کیا ہوا؟ آئی ایس آئی ایس برآمد ہوئی</w:t>
      </w:r>
    </w:p>
    <w:p>
      <w:r>
        <w:rPr>
          <w:b/>
        </w:rPr>
        <w:t xml:space="preserve">[29:34] </w:t>
      </w:r>
      <w:r>
        <w:t>woh keh rahe hain ke hum sunnat-e-rasool ke mutabiq khilafat ko qaim karne ke liye uthe hain. to sunnat ka absolute model jo hai, mere nazdeek yeh sahi nahi hai. sunnat ka ijtihadi model hona chahiye. sunnat ka, yaani phir se hamein samajhna chahiye ke sunnat-e-rasool kya hai. to yeh chand baatein thi jo aaj meri samne aa</w:t>
      </w:r>
    </w:p>
    <w:p>
      <w:pPr>
        <w:jc w:val="right"/>
      </w:pPr>
      <w:r>
        <w:t>۔ وہ کہہ رہے ہیں کہ ہم سنت رسول کے مطابق خلافت کو قائم کرنے کے لیے اٹھے ہیں۔ تو سنت کا ایبسولیوٹ ماڈل جو ہے، میرے نزدیک یہ صحیح نہیں ہے۔ سنت کا اجتہادی ماڈل ہونا چاہیے۔ سنت کا، یعنی پھر سے ہمیں سمجھنا چاہیے کہ سنت رسول کیا ہے۔ تو یہ چند باتیں تھیں جو آج میری سامنے آ</w:t>
      </w:r>
    </w:p>
    <w:p>
      <w:r>
        <w:rPr>
          <w:b/>
        </w:rPr>
        <w:t xml:space="preserve">[30:04] </w:t>
      </w:r>
      <w:r>
        <w:t>een. main chahta hoon ke hum aap is par sochen aur is ke mutabiq hum apni planning karen. Assalamu Alaikum wa Rahmatullahi wa Barakatuh.</w:t>
      </w:r>
    </w:p>
    <w:p>
      <w:pPr>
        <w:jc w:val="right"/>
      </w:pPr>
      <w:r>
        <w:t>ئیں۔ میں چاہتا ہوں کہ ہم آپ اس پر سوچیں اور اس کے مطابق ہم اپنی پلاننگ کریں۔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