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Eid al-Adha | October 16, 2013 | Maulana Wahiduddin Khan</w:t>
      </w:r>
    </w:p>
    <w:p>
      <w:r>
        <w:t>https://www.youtube.com/watch?v=05WtVSgBj3g</w:t>
      </w:r>
    </w:p>
    <w:p>
      <w:r>
        <w:rPr>
          <w:b/>
        </w:rPr>
        <w:t xml:space="preserve">[00:13] </w:t>
      </w:r>
      <w:r>
        <w:t>Rab ishrah li sadri, wa yassir li amri, wah lul uqdatan min lisani yafqahu qawli. aaj 1 october 2013 ki 16 tareekh hai, aaj Eid-ul-Adha ka din hai, jis ko Eid-ul-Qurban kehte hain.</w:t>
      </w:r>
    </w:p>
    <w:p>
      <w:pPr>
        <w:jc w:val="right"/>
      </w:pPr>
      <w:r>
        <w:t>رب اشرح لی صدری، ویسر لی امری، واحل العقدۃ من لسانی یفقہ قولی۔ آج 1 اکتوبر 2013 کی 16 تاریخ ہے، آج عیدِ اضحیٰ کا دن ہے، جس کو عیدِ قرباں کہتے ہیں۔</w:t>
      </w:r>
    </w:p>
    <w:p>
      <w:r>
        <w:rPr>
          <w:b/>
        </w:rPr>
        <w:t xml:space="preserve">[00:44] </w:t>
      </w:r>
      <w:r>
        <w:t>to is nisbat se aaj main Eid-ul-Adha ke bare mein kuch kehna chahta hoon. aaj jab main yahan aa raha tha, abhi main rastay hi mein tha, to aik ajeeb waqia hua jis ne mujhe aaj ke liye starting point de diya. main hamesha socha karta hoon ke starting point kya ho. to dekhiye, yeh bachcha jo aap dekh rahe hain,</w:t>
      </w:r>
    </w:p>
    <w:p>
      <w:pPr>
        <w:jc w:val="right"/>
      </w:pPr>
      <w:r>
        <w:t>تو اس نسبت سے آج میں عیدِ اضحیٰ کے بارے میں کچھ کہنا چاہتا ہوں۔ آج جب میں یہاں آ رہا تھا، ابھی میں راستے ہی میں تھا، تو ایک عجیب واقعہ ہوا جس نے مجھے آج کے لیے اسٹارٹنگ پوائنٹ دے دیا۔ میں ہمیشہ سوچا کرتا ہوں کہ اسٹارٹنگ پوائنٹ کیا ہو۔ تو دیکھیے، یہ بچہ جو آپ دیکھ رہے ہیں،</w:t>
      </w:r>
    </w:p>
    <w:p>
      <w:r>
        <w:rPr>
          <w:b/>
        </w:rPr>
        <w:t xml:space="preserve">[01:20] </w:t>
      </w:r>
      <w:r>
        <w:t>is ne mujhe starting point diya. hamare saathi Maulana Zikwan Nadvi ne bataya ke unhon ne is bachche se poocha ke kya aap parhte hain, kya aap school jaate hain? to bachche ne jawab diya ke yeh abhi koi poochne ki baat</w:t>
      </w:r>
    </w:p>
    <w:p>
      <w:pPr>
        <w:jc w:val="right"/>
      </w:pPr>
      <w:r>
        <w:t>اس نے مجھے اسٹارٹنگ پوائنٹ دیا۔ ہمارے ساتھی مولانا زکوان ندوی نے بتایا کہ انہوں نے اس بچے سے پوچھا کہ کیا آپ پڑھتے ہیں، کیا آپ اسکول جاتے ہیں؟ تو بچے نے جواب دیا کہ یہ ابھی کوئی پوچھنے کی بات</w:t>
      </w:r>
    </w:p>
    <w:p>
      <w:r>
        <w:rPr>
          <w:b/>
        </w:rPr>
        <w:t xml:space="preserve">[01:50] </w:t>
      </w:r>
      <w:r>
        <w:t>hai? kya yeh abhi koi poochne ki baat hai? yeh aik bohat bara message is ke andar hai. woh kya, aap ko in advance kuch baaton ko jaanna chahiye. nahin janenge to aap kuch dunya mein kar nahin sakte. bataye baghair jaanna chahiye.</w:t>
      </w:r>
    </w:p>
    <w:p>
      <w:pPr>
        <w:jc w:val="right"/>
      </w:pPr>
      <w:r>
        <w:t>ہے؟ کیا یہ ابھی کوئی پوچھنے کی بات ہے؟ یہ ایک بہت بڑا میسج اس کے اندر ہے۔ وہ کیا، آپ کو ان ایڈوانس کچھ باتوں کو جاننا چاہیے۔ نہیں جانیں گے تو آپ کچھ دنیا میں کر نہیں سکتے۔ بتائے بغیر جاننا چاہیے۔</w:t>
      </w:r>
    </w:p>
    <w:p>
      <w:r>
        <w:rPr>
          <w:b/>
        </w:rPr>
        <w:t xml:space="preserve">[02:23] </w:t>
      </w:r>
      <w:r>
        <w:t>to mujhe yaad aaya ke Russia mein aik bohat bara writer tha, Leo Tolstoy. us ki aik kitaab hai jo fiction ki zabaan mein hai, War and Peace par, jang aur aman par. Leo Tolstoy ki death hui thi 1910 mein. 1910 mein.</w:t>
      </w:r>
    </w:p>
    <w:p>
      <w:pPr>
        <w:jc w:val="right"/>
      </w:pPr>
      <w:r>
        <w:t>تو مجھے یاد آیا کہ رشیا میں ایک بہت بڑا رائٹر تھا، لیو ٹالسٹائے۔ اس کی ایک کتاب ہے جو فکشن کی زبان میں ہے، وار اینڈ پیس پر، جنگ اور امن پر۔ لیو ٹالسٹائے کی ڈیتھ ہوئی تھی 1910 میں۔ 1910 میں۔</w:t>
      </w:r>
    </w:p>
    <w:p>
      <w:r>
        <w:rPr>
          <w:b/>
        </w:rPr>
        <w:t xml:space="preserve">[02:54] </w:t>
      </w:r>
      <w:r>
        <w:t>to us ne yeh kitaab likhi thi Russian language mein, phir bohat si zabaanon mein is ka tarjuma hua, including English. to yeh title English ka hai, War and Peace. yeh kitaab 1200 se zyada safhon ki hai, novel ki zabaan mein. yaani how to establish peace, us ko unhon ne, yeh subject</w:t>
      </w:r>
    </w:p>
    <w:p>
      <w:pPr>
        <w:jc w:val="right"/>
      </w:pPr>
      <w:r>
        <w:t>تو اس نے یہ کتاب لکھی تھی رشین لینگویج میں، پھر بہت سی زبانوں میں اس کا ترجمہ ہوا، انکلوڈنگ انگلش۔ تو یہ ٹائٹل انگلش کا ہے، وار اینڈ پیس۔ یہ کتاب 1200 سے زیادہ صفحات کی ہے، ناول کی زبان میں۔ یعنی ہاؤ ٹو اسٹیبلش پیس، اس کو انہوں نے، یہ سبجیکٹ</w:t>
      </w:r>
    </w:p>
    <w:p>
      <w:r>
        <w:rPr>
          <w:b/>
        </w:rPr>
        <w:t xml:space="preserve">[03:24] </w:t>
      </w:r>
      <w:r>
        <w:t>hai is ka, lekin fiction ki zabaan mein hai. us ne kitaab ko jo shuru kiya hai, to us ne chand bachchon ki kahani likhi hai. isi se shuru kiya kitaab ko us ne. us ne likha hai ke agar dunya bachchon ke culture ko jaan le to within second dunya mein peace qaim ho jayegi. ke bachche khelte</w:t>
      </w:r>
    </w:p>
    <w:p>
      <w:pPr>
        <w:jc w:val="right"/>
      </w:pPr>
      <w:r>
        <w:t>ہے اس کا، لیکن فکشن کی زبان میں ہے۔ اس نے کتاب کو جو شروع کیا ہے، تو اس نے چند بچوں کی کہانی لکھی ہے۔ اسی سے شروع کیا کتاب کو اس نے۔ اس نے لکھا ہے کہ اگر دنیا بچوں کے کلچر کو جان لے تو ود ان سیکنڈ دنیا میں پیس قائم ہو جائے گا۔ کہ بچے کھیلتے</w:t>
      </w:r>
    </w:p>
    <w:p>
      <w:r>
        <w:rPr>
          <w:b/>
        </w:rPr>
        <w:t xml:space="preserve">[03:54] </w:t>
      </w:r>
      <w:r>
        <w:t>hain, aapas mein lad bhi jaate hain, lekin phir is ke baad waise hi kaise ho jaate hain? abhi lade, abhi waise hi kaisi? yaani ikhtilaf ke bawajood waise hi ki waise rehna. differences ke bawajood bilkul peaceful tareeqe se aik doosre ke saath rehna. yeh bachcha sikhata hai, yeh hai bachcha culture. aap ne dekha hoga, bachche jab khelte hain to aapas mein lad bhi jaate hain, lekin is se un ke andar na hate nahin aati</w:t>
      </w:r>
    </w:p>
    <w:p>
      <w:pPr>
        <w:jc w:val="right"/>
      </w:pPr>
      <w:r>
        <w:t>ہیں، آپس میں لڑ بھی جاتے ہیں، لیکن پھر اس کے بعد ویسے ہی کیسے ہو جاتے ہیں؟ ابھی لڑے، ابھی ویسے ہی کیسی؟ یعنی اختلاف کے باوجود ویسے ہی کی ویسے رہنا۔ ڈفرنسز کے باوجود بالکل پیس فل طریقے سے ایک دوسرے کے ساتھ رہنا۔ یہ بچہ سکھاتا ہے، یہ ہے بچہ کلچر۔ آپ نے دیکھا ہوگا، بچے جب کھیلتے ہیں تو آپس میں لڑ بھی جاتے ہیں، لیکن اس سے ان کے اندر نہ ہیٹ نہیں آتی</w:t>
      </w:r>
    </w:p>
    <w:p>
      <w:r>
        <w:rPr>
          <w:b/>
        </w:rPr>
        <w:t xml:space="preserve">[04:25] </w:t>
      </w:r>
      <w:r>
        <w:t>woh violence nahin karte. to us ne is ko misaal diya hai ke nature ne bachche ki shakal mein humain bataya hai how to live with peace. ke differences to honge, hone do differences, lekin tum violent na bano. to is bachche ne yeh sabak diya. aap ji wahan baithi hain, chaliye. aa</w:t>
      </w:r>
    </w:p>
    <w:p>
      <w:pPr>
        <w:jc w:val="right"/>
      </w:pPr>
      <w:r>
        <w:t>، وہ وائلنس نہیں کرتے۔ تو اس نے اس کو مثال دیا ہے کہ نیچر نے بچے کی شکل میں ہمیں بتایا ہے ہاؤ ٹو لیو ود پیس۔ کہ ڈفرنسز تو ہوں گے، ہونے دو ڈفرنسز، لیکن تم وائلنٹ نہ بنو۔ تو اس بچے نے یہ سبق دیا۔ آپ جی وہاں بیٹھی ہیں، چلیے۔ آ</w:t>
      </w:r>
    </w:p>
    <w:p>
      <w:r>
        <w:rPr>
          <w:b/>
        </w:rPr>
        <w:t xml:space="preserve">[04:55] </w:t>
      </w:r>
      <w:r>
        <w:t>j hi aap ne dekha hoga, akhbar mein main ne dekha ke kai jagah musalmanon ne bomb mara. yaani musalman ne musalman par mara, masjid mein mara, masjid mein. masjid mein kai log mare. aur daily aaj news aati hai, aap ne dekha hoga, daily. Kashmir ki sarhad par aaj main ne radio par suna ke Indian army ka aik jawan tha, Muhammad</w:t>
      </w:r>
    </w:p>
    <w:p>
      <w:pPr>
        <w:jc w:val="right"/>
      </w:pPr>
      <w:r>
        <w:t>ج ہی آپ نے دیکھا ہوگا، اخبار میں میں نے دیکھا کہ کئی جگہ مسلمانوں نے بم مارا۔ یعنی مسلمان نے مسلمان پر مارا، مسجد میں مارا، مسجد میں۔ مسجد میں کئی لوگ مرے۔ اور ڈیلی آج نیوز آتی ہے، آپ نے دیکھا ہوگا، ڈیلی۔ کشمیر کی سرحد پر آج میں نے ریڈیو پر سنا کہ انڈین آرمی کا ایک جوان تھا، محمد</w:t>
      </w:r>
    </w:p>
    <w:p>
      <w:r>
        <w:rPr>
          <w:b/>
        </w:rPr>
        <w:t xml:space="preserve">[05:25] </w:t>
      </w:r>
      <w:r>
        <w:t>Feroz Khan, Muhammad Feroz, Hyderabad ka rehne wala. us ko target kar ke Pakistani army ne mara. yahan bhi dekhiye, musalman ne musalman ko mara. is ka matlab hai ke musalman nahin jaante ke Quran mein kya likha hai. Quran mein likha hai ke man qatala mu'minan muta'ammidan fa jaza'uhu jahannam.</w:t>
      </w:r>
    </w:p>
    <w:p>
      <w:pPr>
        <w:jc w:val="right"/>
      </w:pPr>
      <w:r>
        <w:t>فیروز خان، محمد فیروز، حیدرآباد کا رہنے والا۔ اس کو ٹارگٹ کر کے پاکستانی آرمی نے مارا۔ یہاں بھی دیکھیے، مسلمان نے مسلمان کو مارا۔ اس کا مطلب ہے کہ مسلمان نہیں جانتے کہ قرآن میں کیا لکھا ہے۔ قرآن میں لکھا ہے کہ من قتل من متعمد فجزاہ جہنم۔</w:t>
      </w:r>
    </w:p>
    <w:p>
      <w:r>
        <w:rPr>
          <w:b/>
        </w:rPr>
        <w:t xml:space="preserve">[05:57] </w:t>
      </w:r>
      <w:r>
        <w:t>jo aik momin ko qatal kare, jaan boojh kar ke, to woh jahannam mein jayega. to aap dekhiye ke agar woh jaante ke yeh jahannami fe'l hai, to aisa karte woh? daily aati hai news, gun culture, bomb culture, society bombing ho rahi hai. musalman aapas mein doosron ko maare tab bhi haram hai, aapas mein maare tab bhi haram hai. yeh sab ki</w:t>
      </w:r>
    </w:p>
    <w:p>
      <w:pPr>
        <w:jc w:val="right"/>
      </w:pPr>
      <w:r>
        <w:t>جو ایک مومن کو قتل کرے، جان بوجھ کر کے، تو وہ جہنم میں جائے گا۔ تو آپ دیکھیے کہ اگر وہ جانتے کہ یہ جہنمی فعل ہے، تو ایسا کرتے وہ؟ ڈیلی آتی ہے نیوز، گن کلچر، بم کلچر، سوسائٹی بمبنگ ہو رہی ہے۔ مسلمان آپس میں دوسروں کو ماریں تب بھی حرام ہے، آپس میں ماریں تب بھی حرام ہے۔ یہ سب کی</w:t>
      </w:r>
    </w:p>
    <w:p>
      <w:r>
        <w:rPr>
          <w:b/>
        </w:rPr>
        <w:t xml:space="preserve">[06:27] </w:t>
      </w:r>
      <w:r>
        <w:t>yun hai? is liye ke log Eid-ul-Adha ke message ko nahin jaante. Eid-ul-Adha ka message kya hai, woh nahin jaante. Eid-ul-Adha ka matlab kya samajhte hain? janwar ko zabah karo, gosht khao aur khilao, yahi matlab hai Eid-ul-Adha ka. haalanke Eid-ul-Adha nahin, yeh Eid-ul-Adha nahin hai yeh. Eid-ul-Adha jo hai, haqeeqat mein yaad rakhiye,</w:t>
      </w:r>
    </w:p>
    <w:p>
      <w:pPr>
        <w:jc w:val="right"/>
      </w:pPr>
      <w:r>
        <w:t>وں ہے؟ اس لیے کہ لوگ عیدِ اضحیٰ کے میسج کو نہیں جانتے۔ عیدِ اضحیٰ کا میسج کیا ہے، وہ نہیں جانتے۔ عیدِ اضحیٰ کا مطلب کیا سمجھتے ہیں؟ جانور کو ذبح کرو، گوشت کھاؤ اور کھلاؤ، یہی مطلب ہے عیدِ اضحیٰ کا۔ حالانکہ عیدِ اضحیٰ نہیں، یہ عیدِ اضحیٰ نہیں ہے یہ۔ عیدِ اضحیٰ جو ہے، حقیقت میں یاد رکھیے،</w:t>
      </w:r>
    </w:p>
    <w:p>
      <w:r>
        <w:rPr>
          <w:b/>
        </w:rPr>
        <w:t xml:space="preserve">[06:58] </w:t>
      </w:r>
      <w:r>
        <w:t>animal slaughter ka naam nahin hai. Eid-ul-Adha self slaughter ka naam hai. yaani Eid-ul-Adha animal sacrifice ka naam nahin hai. Eid-ul-Adha self sacrifice ka naam hai. woh kaise? woh main arz karta hoon. dekhiye, Rasool Allah ke zamane mein Sahaba ne poocha Rasool Allah se, ma hazihil udhiya ya Rasool Allah, yeh qurbani kya hai? yeh jo hum qurbani karte hain, woh</w:t>
      </w:r>
    </w:p>
    <w:p>
      <w:pPr>
        <w:jc w:val="right"/>
      </w:pPr>
      <w:r>
        <w:t>اینیمل سلاٹر کا نام نہیں ہے۔ عیدِ اضحیٰ سیلف سلاٹر کا نام ہے۔ یعنی عیدِ اضحیٰ اینیمل سیکریفائس کا نام نہیں ہے۔ عیدِ اضحیٰ سیلف سیکریفائس کا نام ہے۔ وہ کیسے؟ وہ میں عرض کرتا ہوں۔ دیکھیے، رسول اللہ کے زمانے میں صحابہ نے پوچھا رسول اللہ سے، ماھذہ الاضحیٰ یا رسول اللہ، یہ قربانی کیا ہے؟ یہ جو ہم قربانی کرتے ہیں، وہ</w:t>
      </w:r>
    </w:p>
    <w:p>
      <w:r>
        <w:rPr>
          <w:b/>
        </w:rPr>
        <w:t xml:space="preserve">[07:28] </w:t>
      </w:r>
      <w:r>
        <w:t>kya hai? aap ne farmaya ke sunnat abikum Ibrahim, tumhare baap Ibrahim ki sunnat. aap ghaur kijiye ke Hazrat Ibrahim ne kya kiya tha? Hazrat Ibrahim ki umar hui thi 191. 191. aur Quran aur Bible ke bayan ke mutabiq unhon ne sirf aik baar aik janwar qurban kiya tha.</w:t>
      </w:r>
    </w:p>
    <w:p>
      <w:pPr>
        <w:jc w:val="right"/>
      </w:pPr>
      <w:r>
        <w:t>کیا ہے؟ آپ نے فرمایا کہ سنت ابیکم ابراہیم، تمہارے باپ ابراہیم کی سنت۔ آپ غور کیجیے کہ حضرت ابراہیم نے کیا کیا تھا؟ حضرت ابراہیم کی عمر ہوئی تھی 191۔ 191۔ اور قرآن اور بائبل کے بیان کے مطابق انہوں نے صرف ایک بار ایک جانور قربان کیا تھا۔</w:t>
      </w:r>
    </w:p>
    <w:p>
      <w:r>
        <w:rPr>
          <w:b/>
        </w:rPr>
        <w:t xml:space="preserve">[07:58] </w:t>
      </w:r>
      <w:r>
        <w:t>bas. lekin apni zindagi to poora life time qurban karte rahe woh. poora life time, yaani 191 jo saal the un ke, to sari zindagi dawat ke liye apne ko lagaye rahe, dedicate karte rahe. that was the real sacrifice. phir yeh Eid-ul-Adha jo hai, kaha jata hai ke</w:t>
      </w:r>
    </w:p>
    <w:p>
      <w:pPr>
        <w:jc w:val="right"/>
      </w:pPr>
      <w:r>
        <w:t>بس۔ لیکن اپنی زندگی تو پورا لائف ٹائم قربان کرتے رہے وہ۔ پورا لائف ٹائم، یعنی 191 جو سال تھے ان کے، تو ساری زندگی دعوت کے لیے اپنے کو لگائے رہے، ڈیڈیکیٹ کرتے رہے۔ دیٹ واز دا ریئل سیکریفائس۔ پھر یہ عیدِ اضحیٰ جو ہے، کہا جاتا ہے کہ</w:t>
      </w:r>
    </w:p>
    <w:p>
      <w:r>
        <w:rPr>
          <w:b/>
        </w:rPr>
        <w:t xml:space="preserve">[08:28] </w:t>
      </w:r>
      <w:r>
        <w:t>Hazrat Ismail ki qurbani ki yaadgar hai. to is ke bare mein main kuch arz karna chahta hoon. Hazrat Ibrahim ka zamana 20th century BC ka zamana hai. to woh Iraq mein paida hue,</w:t>
      </w:r>
    </w:p>
    <w:p>
      <w:pPr>
        <w:jc w:val="right"/>
      </w:pPr>
      <w:r>
        <w:t>حضرت اسماعیل کی قربانی کی یادگار ہے۔ تو اس کے بارے میں میں کچھ عرض کرنا چاہتا ہوں۔ حضرت ابراہیم کا زمانہ 20th سنچری بی سی کا زمانہ ہے۔ تو وہ عراق میں پیدا ہوئے،</w:t>
      </w:r>
    </w:p>
    <w:p>
      <w:r>
        <w:rPr>
          <w:b/>
        </w:rPr>
        <w:t xml:space="preserve">[08:59] </w:t>
      </w:r>
      <w:r>
        <w:t>Ur ek shehar hua karta tha us zamane mein wahan. unhon ne wahan dawat, tauheed ki dawat di. lambi muddat tak dawat ka kaam karte rahe, da'wati mission chalate rahe. lekin koi aik bhi shakhs nahin hua jo aap ki dawat ko qabool kare. yahi saare nabiyon ka haal hua. wajah kya thi?</w:t>
      </w:r>
    </w:p>
    <w:p>
      <w:pPr>
        <w:jc w:val="right"/>
      </w:pPr>
      <w:r>
        <w:t>اُر ایک شہر ہوا کرتا تھا اس زمانے میں وہاں۔ انہوں نے وہاں دعوت، توحید کی دعوت دی۔ لمبی مدت تک دعوت کا کام کرتے رہے، دعوتی مشن چلاتے رہے۔ لیکن کوئی ایک بھی شخص نہیں ہوا جو آپ کی دعوت کو قبول کرے۔ یہی سارے نبیوں کا حال ہوا۔ وجہ کیا تھی؟</w:t>
      </w:r>
    </w:p>
    <w:p>
      <w:r>
        <w:rPr>
          <w:b/>
        </w:rPr>
        <w:t xml:space="preserve">[09:29] </w:t>
      </w:r>
      <w:r>
        <w:t>us zamane mein sari dunya mein shirk bator aik culture ke phaila hua tha. social culture, political culture, har jagah shirk ka ghalba tha. aap us zamane ko aaj ke halaat mein le kar nahin soch sakte. aaj to secular culture hai, har aadmi secular andaaz mein sochta hai. us zamane mein shirk culture tha. yaani paida hote hi aadmi shirk mein condition ho jata tha.</w:t>
      </w:r>
    </w:p>
    <w:p>
      <w:pPr>
        <w:jc w:val="right"/>
      </w:pPr>
      <w:r>
        <w:t>اس زمانے میں ساری دنیا میں شرک بطور ایک کلچر کے پھیلا ہوا تھا۔ سوشل کلچر، پولیٹیکل کلچر، ہر جگہ شرک کا غلبہ تھا۔ آپ اس زمانے کو آج کے حالات میں لے کر نہیں سوچ سکتے۔ آج تو سیکولر کلچر ہے، ہر آدمی سیکولر انداز میں سوچتا ہے۔ اس زمانے میں شرک کلچر تھا۔ یعنی پیدا ہوتے ہی آدمی شرک میں کنڈیشن ہو جاتا تھا۔</w:t>
      </w:r>
    </w:p>
    <w:p>
      <w:r>
        <w:rPr>
          <w:b/>
        </w:rPr>
        <w:t xml:space="preserve">[10:01] </w:t>
      </w:r>
      <w:r>
        <w:t>is conditioning ki wajah se woh paighambar ki baat ko samajh nahin pata tha. to Allah taala ne aik naya mansooba banaya, nayi planning ki, dawat ki. ke aik nayi generation banai jaye jo conditioning se pak ho. taake woh paighambar ki baat ko samajh sake. is ke liye aik bohat bari sacrifice darkar thi.</w:t>
      </w:r>
    </w:p>
    <w:p>
      <w:pPr>
        <w:jc w:val="right"/>
      </w:pPr>
      <w:r>
        <w:t>اس کنڈیشننگ کی وجہ سے وہ پیغمبر کی بات کو سمجھ نہیں پاتا تھا۔ تو اللہ تعالیٰ نے ایک نیا منصوبہ بنایا، نئی پلاننگ کی، دعوت کی۔ کہ ایک نئی جنریشن بنائی جائے جو کنڈیشننگ سے پاک ہو۔ تاکہ وہ پیغمبر کی بات کو سمجھ سکے۔ اس کے لیے ایک بہت بڑی سیکریفائس درکار تھی۔</w:t>
      </w:r>
    </w:p>
    <w:p>
      <w:r>
        <w:rPr>
          <w:b/>
        </w:rPr>
        <w:t xml:space="preserve">[10:32] </w:t>
      </w:r>
      <w:r>
        <w:t>kyun? yeh generation ban sakti thi kisi shehron se door, insaan ki abadiyon se door, jahan shirk ka culture tha, us se door. yaani desert. to yeh to bohat hi qurbani thi ke koi ja kar desert mein rahe, wahin par base, wahin par nasl tayyar ho, wahan na khana hai, na pani hai, na shelter hai, na kuch hai. to</w:t>
      </w:r>
    </w:p>
    <w:p>
      <w:pPr>
        <w:jc w:val="right"/>
      </w:pPr>
      <w:r>
        <w:t>کیوں؟ یہ جنریشن بن سکتی تھی کسی شہروں سے دور، انسان کی آبادیوں سے دور، جہاں شرک کا کلچر تھا، اس سے دور۔ یعنی ڈیزرٹ۔ تو یہ تو بہت ہی قربانی تھی کہ کوئی جا کر ڈیزرٹ میں رہے، وہیں پر بسے، وہیں پر نسل تیار ہو، وہاں نہ کھانا ہے، نہ پانی ہے، نہ شیلٹر ہے، نہ کچھ ہے۔ تو</w:t>
      </w:r>
    </w:p>
    <w:p>
      <w:r>
        <w:rPr>
          <w:b/>
        </w:rPr>
        <w:t xml:space="preserve">[11:02] </w:t>
      </w:r>
      <w:r>
        <w:t>is plan ke tehat Allah taala ne Hazrat Ibrahim ko ek khwab dikhaya. khwab mein aap ne dekha ke apne bete Ismail ko woh zabah kar rahe hain. apne bete Ismail ka slaughter kar rahe hain. to Hazrat Ibrahim ne samjha ke waqeatan Allah taala ki marzi hai ke main apne bete ko zabah kar doon. to tayyar ho gaye woh. quran mein hai ke unhon ne lita diya</w:t>
      </w:r>
    </w:p>
    <w:p>
      <w:pPr>
        <w:jc w:val="right"/>
      </w:pPr>
      <w:r>
        <w:t>اس پلان کے تحت اللہ تعالیٰ نے حضرت ابراہیم کو ایک خواب دکھایا۔ خواب میں آپ نے دیکھا کہ اپنے بیٹے اسماعیل کو وہ ذبح کر رہے ہیں۔ اپنے بیٹے اسماعیل کا سلاٹر کر رہے ہیں۔ تو حضرت ابراہیم نے سمجھا کہ واقعتاً اللہ تعالیٰ کی مرضی ہے کہ میں اپنے بیٹے کو ذبح کر دوں۔ تو تیار ہو گئے وہ۔ قرآن میں ہے کہ انہوں نے لٹا دیا</w:t>
      </w:r>
    </w:p>
    <w:p>
      <w:r>
        <w:rPr>
          <w:b/>
        </w:rPr>
        <w:t xml:space="preserve">[11:32] </w:t>
      </w:r>
      <w:r>
        <w:t>zabah karne ke liye. is waqt awaz aayi ke aye Ibrahim, qad sadqta al-ruya. tum ne khwab ko sach dikhaya. matlab kya hai? tum ne yeh sabit kar diya ke tum is plan mein apne aap ko shamil karne ke qabil ho, jis mein apne aap ko sacrifice karna hai, apne aap ko qurban karna hai.</w:t>
      </w:r>
    </w:p>
    <w:p>
      <w:pPr>
        <w:jc w:val="right"/>
      </w:pPr>
      <w:r>
        <w:t>ذبح کرنے کے لیے۔ اس وقت آواز آئی کہ اے ابراہیم، قد صدقت الرویا۔ تم نے خواب کو سچ کر دکھایا۔ مطلب کیا ہے؟ تم نے یہ ثابت کر دیا کہ تم اس پلان میں اپنے آپ کو شامل کرنے کے قابل ہو، جس میں اپنے آپ کو سیکریفائس کرنا ہے، اپنے آپ کو قربان کرنا ہے۔</w:t>
      </w:r>
    </w:p>
    <w:p>
      <w:r>
        <w:rPr>
          <w:b/>
        </w:rPr>
        <w:t xml:space="preserve">[12:05] </w:t>
      </w:r>
      <w:r>
        <w:t>yani self sacrifice ke liye tum is qabil ho ke tumhara selection kiya jaye. chunancha kya hua? yeh hukum hua ke tum ek meethay ko zabah kar do aur Ismail ko bacha lo. meetha yani reham, R A M, reham. to quran mein yeh ayat hai ke is ke liye ke wafadaina bi-dhabin 'azeem. waf</w:t>
      </w:r>
    </w:p>
    <w:p>
      <w:pPr>
        <w:jc w:val="right"/>
      </w:pPr>
      <w:r>
        <w:t>یعنی سیلف سیکریفائس کے لیے تم اس قابل ہو کہ تمہارا سلیکشن کیا جائے۔ چنانچہ کیا ہوا؟ یہ حکم ہوا کہ تم ایک میٹھے کو ذبح کر دو اور اسماعیل کو بچا لو۔ میٹھا یعنی رحم، آر اے ایم، رحم۔ تو قرآن میں یہ آیت ہے کہ اس کے لیے کہ وفدینا بذبح عظیم۔ وف</w:t>
      </w:r>
    </w:p>
    <w:p>
      <w:r>
        <w:rPr>
          <w:b/>
        </w:rPr>
        <w:t xml:space="preserve">[12:35] </w:t>
      </w:r>
      <w:r>
        <w:t>daina bi-dhabin 'azeem. is ka jo literal translation hai woh yeh hai: aur chuda liya hum ne is ko badle ek qurbani bari ke. ek bari qurbani ke badle is ko bacha liya. is ka matlab kya hai? log samajhte hain ke dhabih 'azeem ka jo lafz hai woh is se murad hai meetha, yani reham. dhabih 'azeem se murad hai bani Ismail.</w:t>
      </w:r>
    </w:p>
    <w:p>
      <w:pPr>
        <w:jc w:val="right"/>
      </w:pPr>
      <w:r>
        <w:t>دینا بذبح عظیم۔ اس کا جو لٹرل ٹرانسلیشن ہے وہ یہ ہے: اور چھڑا لیا ہم نے اس کو بدلے ایک قربانی بڑی کے۔ ایک بڑی قربانی کے بدلے اس کو بچا لیا۔ اس کا مطلب کیا ہے؟ لوگ سمجھتے ہیں کہ ذبح عظیم کا جو لفظ ہے وہ اس سے مراد ہے میٹھا، یعنی رحم۔ ذبح عظیم سے مراد ہے بنو اسماعیل۔</w:t>
      </w:r>
    </w:p>
    <w:p>
      <w:r>
        <w:rPr>
          <w:b/>
        </w:rPr>
        <w:t xml:space="preserve">[13:05] </w:t>
      </w:r>
      <w:r>
        <w:t>khud Ismail murad hai is se. woh nahi murad hai. woh to fidiya bana tha. yani jo dhabih 'azeem ka lafz is mein aaya hai quran majeed mein, is se murad meetha nahi hai. aksar log samajhte hain. balkeh khud Ismail hain. chunancha dekhiye, sare ulama yeh mante hain, yeh kehte hain ke bolte hain ke Ismail dhabih ka lafz bolte hain. dhabih</w:t>
      </w:r>
    </w:p>
    <w:p>
      <w:pPr>
        <w:jc w:val="right"/>
      </w:pPr>
      <w:r>
        <w:t>خود اسماعیل مراد ہے اس سے۔ وہ نہیں مراد ہے۔ وہ تو فدیہ بنا تھا۔ یعنی جو ذبح عظیم کا لفظ اس میں آیا ہے قرآن مجید میں، اس سے مراد میٹھا نہیں ہے۔ اکثر لوگ سمجھتے ہیں۔ بلکہ خود اسماعیل ہیں۔ چنانچہ دیکھیے، سارے علماء یہ مانتے ہیں، یہ کہتے ہیں کہ بولتے ہیں کہ اسماعیل ذبیح کا لفظ بولتے ہیں۔ ذبیح</w:t>
      </w:r>
    </w:p>
    <w:p>
      <w:r>
        <w:rPr>
          <w:b/>
        </w:rPr>
        <w:t xml:space="preserve">[13:35] </w:t>
      </w:r>
      <w:r>
        <w:t>۔ Yahudiyon ka dawah hai ke Ishaq dhabih the. to hamare ulama kehte hain ke nahi, Ismail dhabih the. to zabah kahan hui hai woh? Hazrat Ismail kahan zabah hue? jab aap Ismail ko dhabih kehte hain to zabah kahan hua hai woh? jo waqia hua woh yeh hua ke un ko desert mein basaya gaya. un ki gardan nahi, aur chhuri nahi chalayi gayi. is ka matlab kya hai? ke jab aap bolte hain Ismail dhabih to woh hota hai self sacrifice</w:t>
      </w:r>
    </w:p>
    <w:p>
      <w:pPr>
        <w:jc w:val="right"/>
      </w:pPr>
      <w:r>
        <w:t>۔ یہودیوں کا دعویٰ ہے کہ اسحاق ذبیح تھے۔ تو ہمارے علماء کہتے ہیں کہ نہیں، اسماعیل ذبیح تھے۔ تو ذبح کہاں ہوئی ہے وہ؟ حضرت اسماعیل کہاں ذبح ہوئے؟ جب آپ اسماعیل کو ذبیح کہتے ہیں تو ذبح کہاں ہوا ہے وہ؟ جو واقعہ ہوا وہ یہ ہوا کہ ان کو ڈیزرٹ میں بسایا گیا۔ ان کی گردن نہیں، اور چھری نہیں چلائی گئی۔ اس کا مطلب کیا ہے؟ کہ جب آپ بولتے ہیں اسماعیل ذبیح تو وہ ہوتا ہے سیلف سیکریفائ</w:t>
      </w:r>
    </w:p>
    <w:p>
      <w:r>
        <w:rPr>
          <w:b/>
        </w:rPr>
        <w:t xml:space="preserve">[14:05] </w:t>
      </w:r>
      <w:r>
        <w:t>ke mani mein hota hai, na ke physical, yani spiritual sacrifice ke mani mein hota hai, na ke physical sacrifice ke mani mein. to yeh hai baat jis ko musalman jante nahi. ab main ek baat aur arz karunga ke har saal jo qurbani ki jati hai, is ka matlab kya hai? har saal aap jante hain ke</w:t>
      </w:r>
    </w:p>
    <w:p>
      <w:pPr>
        <w:jc w:val="right"/>
      </w:pPr>
      <w:r>
        <w:t>س کے معنی میں ہوتا ہے، نہ کہ فزیکل، یعنی اسپرچول سیکریفائس کے معنی میں ہوتا ہے، نہ کہ فزیکل سیکریفائس کے معنی میں۔ تو یہ ہے بات جس کو مسلمان جانتے نہیں۔ اب میں ایک بات اور عرض کروں گا کہ ہر سال جو قربانی کی جاتی ہے، اس کا مطلب کیا ہے؟ ہر سال آپ جانتے ہیں کہ</w:t>
      </w:r>
    </w:p>
    <w:p>
      <w:r>
        <w:rPr>
          <w:b/>
        </w:rPr>
        <w:t xml:space="preserve">[14:38] </w:t>
      </w:r>
      <w:r>
        <w:t>Eid al-Adha aati hai aur qurbani ki jati hai, woh kya hai? woh asal mein symbolic reminder hai ke Ibrahim ki qurbani ko repeat karte raho. Ibrahim ki qurbani jo repeatable waqia hai woh. bar bar repeat hogi woh. yani you have to repeat it again again again. yeh har saal jo Eid al-Adha ke mauqe par qurbani di jati</w:t>
      </w:r>
    </w:p>
    <w:p>
      <w:pPr>
        <w:jc w:val="right"/>
      </w:pPr>
      <w:r>
        <w:t>عیدِ اضحیٰ آتی ہے اور قربانی کی جاتی ہے، وہ کیا ہے؟ وہ اصل میں سمبولک ریمائنڈر ہے کہ ابراہیم کی قربانی کو ریپیٹ کرتے رہو۔ ابراہیم کی قربانی جو ریپیٹیبل واقعہ ہے وہ۔ بار بار ریپیٹ ہوگی وہ۔ یعنی یو ہیو ٹو ریپیٹ اٹ اگین اگین اگین۔ یہ ہر سال جو عیدِ اضحیٰ کے موقع پر قربانی دی جاتی</w:t>
      </w:r>
    </w:p>
    <w:p>
      <w:r>
        <w:rPr>
          <w:b/>
        </w:rPr>
        <w:t xml:space="preserve">[15:08] </w:t>
      </w:r>
      <w:r>
        <w:t>hai, woh as a symbolic reminder hota hai woh. as a symbolic reminder. is ka matlab yeh hota hai ke har saal ek symbolic andaaz mein remind kiya jata hai ke aye musalmano, you have to adopt this culture of sac</w:t>
      </w:r>
    </w:p>
    <w:p>
      <w:pPr>
        <w:jc w:val="right"/>
      </w:pPr>
      <w:r>
        <w:t>ہے، وہ ایز اے سمبولک ریمائنڈر ہوتا ہے وہ۔ ایز اے سمبولک ریمائنڈر۔ اس کا مطلب یہ ہوتا ہے کہ ہر سال ایک سمبولک انداز میں ریمائنڈ کیا جاتا ہے کہ اے مسلمانوں، یو ہیو ٹو اڈاپٹ دس کلچر آف سیک</w:t>
      </w:r>
    </w:p>
    <w:p>
      <w:r>
        <w:rPr>
          <w:b/>
        </w:rPr>
        <w:t xml:space="preserve">[15:38] </w:t>
      </w:r>
      <w:r>
        <w:t>rifice, jis ka namuna Hazrat Ibrahim ne pesh kiya tha. yani dawah ke liye planning. Hazrat Ibrahim ne jo qurbani ki thi, yeh nahi thi ke bas sehra mein basa diya khali. nahi, woh dawah ki ek long term planning thi. us zamane ke halaat ke lehaz se. to aaj ke lehaz se aap ko mustaqil taur par har generation mein dawah</w:t>
      </w:r>
    </w:p>
    <w:p>
      <w:pPr>
        <w:jc w:val="right"/>
      </w:pPr>
      <w:r>
        <w:t>ریفائس، جس کا نمونہ حضرت ابراہیم نے پیش کیا تھا۔ یعنی دعوت کے لیے پلاننگ۔ حضرت ابراہیم نے جو قربانی کی تھی، یہ نہیں تھی کہ بس صحرا میں بسا دیا خالی۔ نہیں، وہ دعوت کی ایک لانگ ٹرم پلاننگ تھی۔ اس زمانے کے حالات کے لحاظ سے۔ تو آج کے لحاظ سے آپ کو مستقل طور پر ہر جنریشن میں دعوت</w:t>
      </w:r>
    </w:p>
    <w:p>
      <w:r>
        <w:rPr>
          <w:b/>
        </w:rPr>
        <w:t xml:space="preserve">[16:08] </w:t>
      </w:r>
      <w:r>
        <w:t>ki planning karna padegi. ek planning ke baad doosri generation aayi to phir planning karni padegi, phir karni padegi. jaise maujooda zamane mein planning kiya karna hai aap ko? maujooda zamane mein planning yeh karna hai ke dawah ke mauqe itne zyada badh gaye hain ke kabhi is se pehle nahi the. yani printing press ki wajah se, aur yeh comp</w:t>
      </w:r>
    </w:p>
    <w:p>
      <w:pPr>
        <w:jc w:val="right"/>
      </w:pPr>
      <w:r>
        <w:t>کی پلاننگ کرنا پڑے گی۔ ایک پلاننگ کے بعد دوسری جنریشن آئی تو پھر پلاننگ کرنی پڑے گی، پھر کرنی پڑے گی۔ جیسے موجودہ زمانے میں پلاننگ کیا کرنا ہے آپ کو؟ موجودہ زمانے میں پلاننگ یہ کرنا ہے کہ دعوت کے مواقع اتنے زیادہ بڑھ گئے ہیں کہ کبھی اس سے پہلے نہیں تھے۔ یعنی پرنٹنگ پریس کی وجہ سے، اور یہ کمپی</w:t>
      </w:r>
    </w:p>
    <w:p>
      <w:r>
        <w:rPr>
          <w:b/>
        </w:rPr>
        <w:t xml:space="preserve">[16:38] </w:t>
      </w:r>
      <w:r>
        <w:t>uter ki wajah se, e-culture ke zariye se, communication ki wajah se yeh possible ho gaya hai pehli bar tareekh mein ke aap global level par dawah kar saken. pehli bar. aur sath sath kya hai? duniya mein religious freedom aa gaya, kabhi is se pehle tha nahi. openness aa gaya, pehle aisa tha nahi. aaj sare log ek mazhab wala doosre</w:t>
      </w:r>
    </w:p>
    <w:p>
      <w:pPr>
        <w:jc w:val="right"/>
      </w:pPr>
      <w:r>
        <w:t>وٹر کی وجہ سے، ای کلچر کے ذریعے سے، کمیونیکیشن کی وجہ سے یہ پاسیبل ہو گیا ہے پہلی بار تاریخ میں کہ آپ گلوبل لیول پر دعوت کر سکیں۔ پہلی بار۔ اور ساتھ ساتھ کیا ہے؟ دنیا میں ریلیجیس فریڈم آ گیا، کبھی اس سے پہلے تھا نہیں۔ اوپننس آ گیا، پہلے ایسا تھا نہیں۔ آج سارے لوگ ایک مذہب والا دوسرے</w:t>
      </w:r>
    </w:p>
    <w:p>
      <w:r>
        <w:rPr>
          <w:b/>
        </w:rPr>
        <w:t xml:space="preserve">[17:08] </w:t>
      </w:r>
      <w:r>
        <w:t>mazhab ki baaton ko sunne ke liye tayyar ho jate hain bahut aasani se. kal mere paas ek report aaya ke Indore mein ek international conference hui, hamare saathi wahan par quran le kar gaye. ab sab bahut shauq se lene lag gaye. bahut hi shauq se, jaise ke koi bahut bada tohfa un ko mil raha hai, bahut gift mil raha hai. yeh sari duniya mein aise hamare saathi kar rahe hain, aur jagah aise ho raha hai. to openness hai,</w:t>
      </w:r>
    </w:p>
    <w:p>
      <w:pPr>
        <w:jc w:val="right"/>
      </w:pPr>
      <w:r>
        <w:t>مذہب کی باتوں کو سننے کے لیے تیار ہو جاتے ہیں بہت آسانی سے۔ کل میرے پاس ایک رپورٹ آیا کہ اندور میں ایک انٹرنیشنل کانفرنس ہوئی، ہمارے ساتھی وہاں پر قرآن لے کر گئے۔ اب سب بہت شوق سے لینے لگے۔ بہت ہی شوق سے، جیسے کہ کوئی بہت بڑا تحفہ ان کو مل رہا ہے، بہت گفٹ مل رہا ہے۔ یہ ساری دنیا میں ایسے ہمارے ساتھی کر رہے ہیں، اور جگہ ایسے ہو رہا ہے۔ تو اوپننس ہے،</w:t>
      </w:r>
    </w:p>
    <w:p>
      <w:r>
        <w:rPr>
          <w:b/>
        </w:rPr>
        <w:t xml:space="preserve">[17:39] </w:t>
      </w:r>
      <w:r>
        <w:t>communication hai, religious freedom hai, aane jaane ki aasaniyan hain. yani sari opportunities khul chuki hain. sari opportunities. ab kya karna hai? ab jo aaj jo sacrifice karna hai woh yeh hai ke aap jo musalman jo nafrat, tashaddud, militancy chala rahe hain woh mukammal taur par band kar di jaye. yahi sacrifice hai is zamane ki. is zamane mein qurbani yeh hai.</w:t>
      </w:r>
    </w:p>
    <w:p>
      <w:pPr>
        <w:jc w:val="right"/>
      </w:pPr>
      <w:r>
        <w:t>کمیونیکیشن ہے، ریلیجیس فریڈم ہے، آنے جانے کی آسانیاں ہیں۔ یعنی ساری اپرچونیٹیز کھل چکی ہیں۔ ساری اپرچونیٹیز۔ اب کیا کرنا ہے؟ اب جو آج جو سیکریفائس کرنا ہے وہ یہ ہے کہ آپ جو مسلمان جو نفرت، تشدد، ملٹریسی چلا رہے ہیں وہ مکمل طور پر بند کر دی جائے۔ یہی سیکریفائس ہے اس زمانے کی۔ اس زمانے میں قربانی یہ ہے۔</w:t>
      </w:r>
    </w:p>
    <w:p>
      <w:r>
        <w:rPr>
          <w:b/>
        </w:rPr>
        <w:t xml:space="preserve">[18:12] </w:t>
      </w:r>
      <w:r>
        <w:t>qurbani kis liye hai? ke aap ko koi provoke kar deta hai to aap bhadak uthte hain. aap ko koi satata hai to aap bhadak uthte hain. aap ko koi nuksan kar deta hai to bhadak uthte hain, aur phir ladne lagte hain. yani kisi real ya unreal atrocity ki bina par, zulm ki bina par, aap gun le kar aur bomb le kar khade ho jate hain. is se nahi kaam chalta to society bomb bhi karte hain. aaj ki qurb</w:t>
      </w:r>
    </w:p>
    <w:p>
      <w:pPr>
        <w:jc w:val="right"/>
      </w:pPr>
      <w:r>
        <w:t>قربانی کس لیے ہے؟ کہ آپ کو کوئی پرووک کر دیتا ہے تو آپ بھڑک اٹھتے ہیں۔ آپ کو کوئی ستاتا ہے تو آپ بھڑک اٹھتے ہیں۔ آپ کو کوئی نقصان کر دیتا ہے تو بھڑک اٹھتے ہیں، اور پھر لڑنے لگتے ہیں۔ یعنی کسی ریئل یا ان ریئل اٹرسٹی کی بنا پر، ظلم کی بنا پر، آپ گن لے کر اور بم لے کر کھڑے ہو جاتے ہیں۔ اس سے نہیں کام چلتا تو سوسائٹی بم بھی کرتے ہیں۔ آج کی قرب</w:t>
      </w:r>
    </w:p>
    <w:p>
      <w:r>
        <w:rPr>
          <w:b/>
        </w:rPr>
        <w:t xml:space="preserve">[18:42] </w:t>
      </w:r>
      <w:r>
        <w:t>ani yeh hai ke is kaam ko mukammal taur par band kar diya jaye. apne jazbat ko dabaiye. apne jo aap provoke ho jate hain us ko khatam kijiye. apni nafrat ko bilkul mita dijiye. yeh hai qurbani is zamane ki. kyun? jab aap aisa karenge tabhi aisa hoga ke aap dawah ka kaam kar saken. maujooda zamane mein jo dawah ke mauqe hain us ko avail kar saken aap.</w:t>
      </w:r>
    </w:p>
    <w:p>
      <w:pPr>
        <w:jc w:val="right"/>
      </w:pPr>
      <w:r>
        <w:t>انی یہ ہے کہ اس کام کو مکمل طور پر بند کر دیا جائے۔ اپنے جذبات کو دبائیے۔ اپنے جو آپ پرووک ہو جاتے ہیں اس کو ختم کیجیے۔ اپنی نفرت کو بالکل مٹا دیجیے۔ یہ ہے قربانی اس زمانے کی۔ کیوں؟ جب آپ ایسا کریں گے تبھی ایسا ہوگا کہ آپ دعوت کا کام کر سکیں۔ موجودہ زمانے میں جو دعوت کے مواقع ہیں اس کو اویل کر سکیں آپ۔</w:t>
      </w:r>
    </w:p>
    <w:p>
      <w:r>
        <w:rPr>
          <w:b/>
        </w:rPr>
        <w:t xml:space="preserve">[19:13] </w:t>
      </w:r>
      <w:r>
        <w:t>isi liye main ne kaha ke logon ko khabar nahi ke unhein karna kya hai. be khabar hain woh. koi yeh kehne wala nahi ke yeh bhi koi poochne ki baat hai, yeh to hum jante hain. koi aisa kehne wala nahi. kal parson main ne akhbar mein padha ke Indonesia mein aisa hua ke kuch wahan par kuch non muslim log hain, to un ki</w:t>
      </w:r>
    </w:p>
    <w:p>
      <w:pPr>
        <w:jc w:val="right"/>
      </w:pPr>
      <w:r>
        <w:t>اسی لیے میں نے کہا کہ لوگوں کو خبر نہیں کہ انہیں کرنا کیا ہے۔ بے خبر ہیں وہ۔ کوئی یہ کہنے والا نہیں کہ یہ بھی کوئی پوچھنے کی بات ہے، یہ تو ہم جانتے ہیں۔ کوئی ایسا کہنے والا نہیں۔ کل پرسوں میں نے اخبار میں پڑھا کہ انڈونیشیا میں ایسا ہوا کہ کچھ وہاں پر کچھ نان مسلم لوگ ہیں، تو ان کی</w:t>
      </w:r>
    </w:p>
    <w:p>
      <w:r>
        <w:rPr>
          <w:b/>
        </w:rPr>
        <w:t xml:space="preserve">[19:43] </w:t>
      </w:r>
      <w:r>
        <w:t>kitab mein unhon ne jo Khuda ka jo naam tha pehle un ke haan Khuda ke liye, us ki jagah Allah likh diya. Allah. koi naam hoga un ka, Khuda ya Bhagwan ya kuch bhi, us ko Allah likh diya. ab musalman bhadak uthe is par, aur gaye court mein ke un ko Allah ka lafz likhne ka haq nahi hai. mujhe bahut taajjub hua. bhai yeh to bahut badi baat hai, you have to, yani, you have to</w:t>
      </w:r>
    </w:p>
    <w:p>
      <w:pPr>
        <w:jc w:val="right"/>
      </w:pPr>
      <w:r>
        <w:t>کتاب میں انہوں نے جو خدا کا جو نام تھا پہلے ان کے ہاں خدا کے لیے، اس کی جگہ اللہ لکھ دیا۔ اللہ۔ کوئی نام ہوگا ان کا، خدا یا بھگوان یا کچھ بھی، اس کو اللہ لکھ دیا۔ اب مسلمان بھڑک اٹھے اس پر، اور گئے کورٹ میں کہ ان کو اللہ کا لفظ لکھنے کا حق نہیں ہے۔ مجھے بہت تعجب ہوا۔ بھئی یہ تو بہت بڑی بات ہے، یو ہیو ٹو، یعنی یو ہیو ٹو</w:t>
      </w:r>
    </w:p>
    <w:p>
      <w:r>
        <w:rPr>
          <w:b/>
        </w:rPr>
        <w:t xml:space="preserve">[20:14] </w:t>
      </w:r>
      <w:r>
        <w:t>take it as a starting point. aap ko in logon se milna chahiye, unhein kehna chahiye ke bhai hum ne suna hai ke aap ne lafz Allah ko ikhtiyar kar liya hai, to aaiye hum batate hain aap ko ke Allah ka matlab kya hai. yeh starting point hai. jaise quran mein hai ke Rasool Allah ko hukum diya gaya ke tum jo yahood o nasara hain un se ek common ground talash karo. is common ground ko le kar ke un se</w:t>
      </w:r>
    </w:p>
    <w:p>
      <w:pPr>
        <w:jc w:val="right"/>
      </w:pPr>
      <w:r>
        <w:t>ٹیک اٹ ایز اے سٹارٹنگ پوائنٹ۔ آپ کو ان لوگوں سے ملنا چاہیے، انہیں کہنا چاہیے کہ بھئی ہم نے سنا ہے کہ آپ نے لفظ اللہ کو اختیار کر لیا ہے، تو آئیے ہم بتاتے ہیں آپ کو کہ اللہ کا مطلب کیا ہے۔ یہ سٹارٹنگ پوائنٹ ہے۔ جیسے قرآن میں ہے کہ رسول اللہ کو حکم دیا گیا کہ تم جو یہود و نصاریٰ ہیں ان سے ایک کامن گراؤنڈ تلاش کرو۔ اس کامن گراؤنڈ کو لے کر کے ان سے</w:t>
      </w:r>
    </w:p>
    <w:p>
      <w:r>
        <w:rPr>
          <w:b/>
        </w:rPr>
        <w:t xml:space="preserve">[20:44] </w:t>
      </w:r>
      <w:r>
        <w:t>dawati kaam karo. qul ya ahl al-kitab ta'alaw ila kalimatin sawa'in baynana wa baynakum. yani common ground talash karo. to yahan to unhon ne khud common ground de diya tha, Allah ka common ground. yani aap Allah ko mante hain, unhon ne Allah ko man liya. to aap ko yahan par ek common ground mil gaya. is ko istemal kijiye aap dawah ke liye. lekin Indonesia ke musalmanon ne kya kiya? court mein chale gaye. ke</w:t>
      </w:r>
    </w:p>
    <w:p>
      <w:pPr>
        <w:jc w:val="right"/>
      </w:pPr>
      <w:r>
        <w:t>دعوتی کام کرو۔ قل یا الکتاب تعالیٰ الا کلمۃ سوائے بینکم۔ یعنی کامن گراؤنڈ تلاش کرو۔ تو یہاں تو انہوں نے خود کامن گراؤنڈ دے دیا تھا، اللہ کا کامن گراؤنڈ۔ یعنی آپ اللہ کو مانتے ہیں، انہوں نے اللہ کو مان لیا۔ تو آپ کو یہاں پر ایک کامن گراؤنڈ مل گیا۔ اس کو استعمال کیجیے آپ دعوت کے لیے۔ لیکن انڈونیشیا کے مسلمانوں نے کیا کیا؟ کورٹ میں چلے گئے۔ کہ</w:t>
      </w:r>
    </w:p>
    <w:p>
      <w:r>
        <w:rPr>
          <w:b/>
        </w:rPr>
        <w:t xml:space="preserve">[21:14] </w:t>
      </w:r>
      <w:r>
        <w:t>un ko adalti order ke zariye se band kiya jaye ke Allah ka lafz istemal na karen. kaisi ajib baat hai. log jante hain ke nahi unhein kya karna hai. jo jante hain nahi ke un ki zimmedariyan kya hain. koi yeh kehne wala nahi ke yeh bhi koi poochne ki baat hai, hum ko to pata hai ke humein yeh karna hai. humein yeh karna hai ke hum dawah ke mauqe ko istemal karna hai. humein ladai bhai chhodna hai. taake</w:t>
      </w:r>
    </w:p>
    <w:p>
      <w:pPr>
        <w:jc w:val="right"/>
      </w:pPr>
      <w:r>
        <w:t>ان کو عدالتی آرڈر کے ذریعے سے بند کیا جائے کہ اللہ کا لفظ استعمال نہ کریں۔ کیسی عجیب بات ہے۔ لوگ جانتے ہیں کہ نہیں انہیں کیا کرنا ہے۔ جو جانتے ہیں نہیں کہ ان کی ذمہ داریاں کیا ہیں۔ کوئی یہ کہنے والا نہیں کہ یہ بھی کوئی پوچھنے کی بات ہے، ہم کو تو پتہ ہے کہ ہمیں یہ کرنا ہے۔ ہمیں یہ کرنا ہے کہ ہم دعوت کے مواقع کو استعمال کرنا ہے۔ ہمیں لڑائی بھائی چھوڑنا ہے۔ تاکہ</w:t>
      </w:r>
    </w:p>
    <w:p>
      <w:r>
        <w:rPr>
          <w:b/>
        </w:rPr>
        <w:t xml:space="preserve">[21:44] </w:t>
      </w:r>
      <w:r>
        <w:t>normal, yani halaat normal hon, aur halaat normal hon tabhi dawah ka kaam hoga. yani koi yeh kehne wala nahi. maslan yeh ke agar musalman aaj ladai bhadai chhod dein, gun ko phenk dein samandar mein, bomb ko phenk dein samandar mein, aur sara yeh jo un ka negative thinking hai khatam kar dein,</w:t>
      </w:r>
    </w:p>
    <w:p>
      <w:pPr>
        <w:jc w:val="right"/>
      </w:pPr>
      <w:r>
        <w:t>نارمل، یعنی حالات نارمل ہوں، اور حالات نارمل ہوں تبھی دعوت کا کام ہوگا۔ یعنی کوئی یہ کہنے والا نہیں۔ مثلاً یہ کہ اگر مسلمان آج لڑائی بھڑائی چھوڑ دیں، گن کو پھینک دیں سمندر میں، بم کو پھینک دیں سمندر میں، اور سارا یہ جو ان کا نیگیٹیو تھنکنگ ہے ختم کر دیں،</w:t>
      </w:r>
    </w:p>
    <w:p>
      <w:r>
        <w:rPr>
          <w:b/>
        </w:rPr>
        <w:t xml:space="preserve">[22:15] </w:t>
      </w:r>
      <w:r>
        <w:t>phir un se koi pooche ke bhai aisa kyun kiya aap ne? kya koi poochne ki baat hai? yeh bhi koi poochne ki baat hai? yeh to hamara farz hai. yeh to hamara farz hai. humein to dawah ke liye, yani situation ko normalize karna chahiye. hum ne halaat ko normal banane ke liye, mu'tadil banane ke liye aisa kiya hai. koi zaban bolne wala nahi, koi is baat ko samajhne wala nahi.</w:t>
      </w:r>
    </w:p>
    <w:p>
      <w:pPr>
        <w:jc w:val="right"/>
      </w:pPr>
      <w:r>
        <w:t>پھر ان سے کوئی پوچھے کہ بھئی ایسا کیوں کیا آپ نے؟ کیا کوئی پوچھنے کی بات ہے؟ یہ بھی کوئی پوچھنے کی بات ہے؟ یہ تو ہمارا فرض ہے۔ یہ تو ہمارا فرض ہے۔ ہمیں تو دعوت کے لیے، یعنی سچویشن کو نارملائز کرنا چاہیے۔ ہم نے حالات کو نارمل بنانے کے لیے، معتدل بنانے کے لیے ایسا کیا ہے۔ کوئی زبان بولنے والا نہیں، کوئی اس بات کو سمجھنے والا نہیں۔</w:t>
      </w:r>
    </w:p>
    <w:p>
      <w:r>
        <w:rPr>
          <w:b/>
        </w:rPr>
        <w:t xml:space="preserve">[22:46] </w:t>
      </w:r>
      <w:r>
        <w:t>to khair main aap logon se ek baat karna chahta hoon, hamare jo saathi hain, jo CPS mein lage hue hain, un ko. mujh se kai bar yeh kaha jata hai ke aap ka jo mission hai woh literature based hai, yani kitaben hain aap ke haan, in kitabon ke zariye aap dawah ka kaam kar rahe hain. ab to electronic ka zamana aa gaya hai. lekin yeh aadhi aadhi baat hai, dekhiye. yeh aadhi baat thi, sari baat nahi hai. jahan</w:t>
      </w:r>
    </w:p>
    <w:p>
      <w:pPr>
        <w:jc w:val="right"/>
      </w:pPr>
      <w:r>
        <w:t>تو خیر میں آپ لوگوں سے ایک بات کرنا چاہتا ہوں، ہمارے جو ساتھی ہیں، جو سی پی ایس میں لگے ہوئے ہیں، ان کو۔ مجھ سے کئی بار یہ کہا جاتا ہے کہ آپ کا جو مشن ہے وہ لٹریچر بیسڈ ہے، یعنی کتابیں ہیں آپ کے ہاں، ان کتابوں کے ذریعے آپ دعوت کا کام کر رہے ہیں۔ اب تو الیکٹرانک کا زمانہ آ گیا ہے۔ لیکن یہ آدھی آدھی بات ہے، دیکھیے۔ یہ آدھی بات تھی، ساری بات نہیں ہے۔ جہاں</w:t>
      </w:r>
    </w:p>
    <w:p>
      <w:r>
        <w:rPr>
          <w:b/>
        </w:rPr>
        <w:t xml:space="preserve">[23:17] </w:t>
      </w:r>
      <w:r>
        <w:t>ek shakhs ne yeh baat mujh se kahi thi, woh ek seminar tha, ek conference thi. to main ne un se kaha ke, yani book ka daur khatam ho gaya to stage ka daur aa gaya hai, dekhte nahi hain aap? duniya bhar mein stage badh gaya hai. yani stage activism badh gayi hai. agar book activism kam ho gaya to stage activism badh gaya, is ko istemal kijiye. to main aap sab logon se kahunga ke aap apne aap ko p</w:t>
      </w:r>
    </w:p>
    <w:p>
      <w:pPr>
        <w:jc w:val="right"/>
      </w:pPr>
      <w:r>
        <w:t>ایک شخص نے یہ بات مجھ سے کہی تھی، وہ ایک سیمینار تھا، ایک کانفرنس تھی۔ تو میں نے ان سے کہا کہ، یعنی بک کا دور ختم ہوگیا تو اسٹیج کا دور آ گیا ہے، دیکھتے نہیں ہیں آپ؟ دنیا بھر میں اسٹیج بڑھ گیا ہے۔ یعنی اسٹیج ایکٹیویزم بڑھ گئی ہے۔ اگر بک ایکٹیویزم کم ہو گیا تو اسٹیج ایکٹیویزم بڑھ گیا، اس کو استعمال کیجیے۔ تو میں آپ سب لوگوں سے کہوں گا کہ آپ اپنے آپ کو پ</w:t>
      </w:r>
    </w:p>
    <w:p>
      <w:r>
        <w:rPr>
          <w:b/>
        </w:rPr>
        <w:t xml:space="preserve">[23:47] </w:t>
      </w:r>
      <w:r>
        <w:t>repair karen ke is age of stage ko istemal karne ke liye. woh kaise? aap log jo hain, apni speaking power ko develop karen. chahe urdu mein, chahe hindi mein, english mein, jo zaban bhi aap jante hain. yeh ajib o gharib ek opportunity paida hui hai ke daily har jagah conferencein, seminar hote hain. aap angrezi akhbaron mein parhein aap, to</w:t>
      </w:r>
    </w:p>
    <w:p>
      <w:pPr>
        <w:jc w:val="right"/>
      </w:pPr>
      <w:r>
        <w:t>ریپیئر کریں کہ اس ایج آف اسٹیج کو استعمال کرنے کے لیے۔ وہ کیسے؟ آپ لوگ جو ہیں، اپنی اسپیکنگ پاور کو ڈیولپ کریں۔ چاہے اردو میں، چاہے ہندی میں، انگلش میں، جو زبان بھی آپ جانتے ہیں۔ یہ عجیب و غریب ایک اپرچونیٹی پیدا ہوئی ہے کہ ڈیلی ہر جگہ کانفرنسیں، سیمینار ہوتے ہیں۔ آپ انگریزی اخباروں میں پڑھیں آپ، تو</w:t>
      </w:r>
    </w:p>
    <w:p>
      <w:r>
        <w:rPr>
          <w:b/>
        </w:rPr>
        <w:t xml:space="preserve">[24:17] </w:t>
      </w:r>
      <w:r>
        <w:t>wahan chupta hai ke aaj kya kya engagement hain. har din chupta hai. baghair invitation ke aap wahan ja sakte hain. ek to yeh hai ke aap ko invite kiya gaya, aap stage par bulaye gaye, aap ne speech di. lekin is ke baghair bhi aap ja sakte hain. woh kya? is zamane mein ek ajib o gharib phenomena paida hua hai jo pehle nahi tha. woh hai sawal jawab. pehle tha hi nahi. pehle</w:t>
      </w:r>
    </w:p>
    <w:p>
      <w:pPr>
        <w:jc w:val="right"/>
      </w:pPr>
      <w:r>
        <w:t>وہاں چھپتا ہے کہ آج کیا کیا انگیجمنٹ ہیں۔ ہر دن چھپتا ہے۔ بغیر انویٹیشن کے آپ وہاں جا سکتے ہیں۔ ایک تو یہ ہے کہ آپ کو انوائٹ کیا گیا، آپ اسٹیج پر بلائے گئے، آپ نے اسپیچ دی۔ لیکن اس کے بغیر بھی آپ جا سکتے ہیں۔ وہ کیا؟ اس زمانے میں ایک عجیب و غریب فینومینا پیدا ہوا ہے جو پہلے نہیں تھا۔ وہ ہے سوال جواب۔ پہلے تھا ہی نہیں۔ پہلے</w:t>
      </w:r>
    </w:p>
    <w:p>
      <w:r>
        <w:rPr>
          <w:b/>
        </w:rPr>
        <w:t xml:space="preserve">[24:47] </w:t>
      </w:r>
      <w:r>
        <w:t>aap sawal nahi kar sakte the. ek martaba sawal kar diya badshah ke darbar mein ek shakhs ne, to badshah ne kaha yeh kaun hai jo sawal karta hai? gardan maro is ki. to pehle zamane mein, yeh aap log is ko ek nemat samjhein, nemat. ke pehle zamane mein yeh baat thi hi nahi ke kisi mazhab ka jalsa ho raha hai, ke badshah ka jalsa ho raha hai, koi political jalsa ho raha hai, to wahan aap s</w:t>
      </w:r>
    </w:p>
    <w:p>
      <w:pPr>
        <w:jc w:val="right"/>
      </w:pPr>
      <w:r>
        <w:t>آپ سوال نہیں کر سکتے تھے۔ ایک مرتبہ سوال کر دیا بادشاہ کے دربار میں ایک شخص نے، تو بادشاہ نے کہا یہ کون ہے جو سوال کرتا ہے؟ گردن مارو اس کی۔ تو پہلے زمانے میں، یہ آپ لوگ اس کو ایک نعمت سمجھیں، نعمت۔ کہ پہلے زمانے میں یہ بات تھی ہی نہیں کہ کسی مذہب کا جلسہ ہو رہا ہے، کہ بادشاہ کا جلسہ ہو رہا ہے، کوئی پولیٹیکل جلسہ ہو رہا ہے، تو وہاں آپ س</w:t>
      </w:r>
    </w:p>
    <w:p>
      <w:r>
        <w:rPr>
          <w:b/>
        </w:rPr>
        <w:t xml:space="preserve">[25:17] </w:t>
      </w:r>
      <w:r>
        <w:t>wal karen. wahan to yeh tha ke bas jo kaha ja raha hai stage se, woh sun lijiye is ko. bas sun lijiye. ab yeh hai ke aap wahan par sawal kar sakte hain, aur woh aap ko bohat hi normal tareeqe se jawab dega aap ko. to main yeh kahunga ke aap mein se har shakhs apne andar apni speaking power ko develop kare. taake is nai cheez ko hum istemal kar saken, avail kar saken is ko.</w:t>
      </w:r>
    </w:p>
    <w:p>
      <w:pPr>
        <w:jc w:val="right"/>
      </w:pPr>
      <w:r>
        <w:t>وال کریں۔ وہاں تو یہ تھا کہ بس جو کہا جا رہا ہے اسٹیج سے، وہ سن لیجیے اس کو۔ بس سن لیجیے۔ اب یہ ہے کہ آپ وہاں پر سوال کر سکتے ہیں، اور وہ آپ کو بہت ہی نارمل طریقے سے جواب دے گا آپ کو۔ تو میں یہ کہوں گا کہ آپ میں سے ہر شخص اپنے اندر اپنی اسپیکنگ پاور کو ڈیولپ کرے۔ تاکہ اس نئی چیز کو ہم استعمال کر سکیں، اویل کر سکیں اس کو۔</w:t>
      </w:r>
    </w:p>
    <w:p>
      <w:r>
        <w:rPr>
          <w:b/>
        </w:rPr>
        <w:t xml:space="preserve">[25:47] </w:t>
      </w:r>
      <w:r>
        <w:t>yani agar rasool Allah ke zamane mein, dekhiye, rasool Allah ke zamane mein printing press nahi aya tha, to us zamane mein log memorize kar lete the. to logon ne kya kiya? quran ko memorize kar ke sunate the. yani woh muqri bane hue the, muqri. muqri bane hue the. to islam jab phaila, isi tarah phaila ke log</w:t>
      </w:r>
    </w:p>
    <w:p>
      <w:pPr>
        <w:jc w:val="right"/>
      </w:pPr>
      <w:r>
        <w:t>یعنی اگر رسول اللہ کے زمانے میں، دیکھیے، رسول اللہ کے زمانے میں پرنٹنگ پریس نہیں آیا تھا، تو اس زمانے میں لوگ میمورائز کر لیتے تھے۔ تو لوگوں نے کیا کیا؟ قرآن کو میمورائز کر کے سناتے تھے۔ یعنی وہ مقری بنے ہوئے تھے، مقری۔ مقری بنے ہوئے تھے۔ تو اسلام جب پھیلا، اسی طرح پھیلا کہ لوگ</w:t>
      </w:r>
    </w:p>
    <w:p>
      <w:r>
        <w:rPr>
          <w:b/>
        </w:rPr>
        <w:t xml:space="preserve">[26:17] </w:t>
      </w:r>
      <w:r>
        <w:t>on ne quran ko yaad kar liya, aur jagah jagah is ko sunane lage woh. yani muqri of quran. is ke baad daur aya printing press ka. ab yeh tha daur distribution ka. ab distribution kya jaane laga? yani chapi hui kitaben, ya chapa hua quran jo hai, distribute kiya jaane laga. ab agar daur aa gaya stage ka to us ke liye aap log tayyar kijiye. yani aap mein se har shakhs</w:t>
      </w:r>
    </w:p>
    <w:p>
      <w:pPr>
        <w:jc w:val="right"/>
      </w:pPr>
      <w:r>
        <w:t>وں نے قرآن کو یاد کر لیا، اور جگہ جگہ اس کو سنانے لگے وہ۔ یعنی مقری آف قرآن۔ اس کے بعد دور آیا پرنٹنگ پریس کا۔ اب یہ تھا دور ڈسٹریبیوشن کا۔ اب ڈسٹریبیوشن کیا جانے لگا؟ یعنی چھپی ہوئی کتابیں، یا چھپا ہوا قرآن جو ہے، ڈسٹریبیوٹ کیا جانے لگا۔ اب اگر دور آ گیا اسٹیج کا تو اس کے لیے آپ لوگ تیار کیجیے۔ یعنی آپ میں سے ہر شخص</w:t>
      </w:r>
    </w:p>
    <w:p>
      <w:r>
        <w:rPr>
          <w:b/>
        </w:rPr>
        <w:t xml:space="preserve">[26:47] </w:t>
      </w:r>
      <w:r>
        <w:t>ko speaker banna hai. speaker banne ka matlab yeh nahi ke aap ko bulaya jaye stage par taqreer karne ke liye, tabhi aap ko mauqa hai. nahi, bulaya na jaye tab bhi aap audience mein hain. audience mein ho kar ke aap sawal kar sakte hain. aur sare log bohat ghaur se sunte hain sawal ko. main ne dekha hai ke jab koi khara ho kar sawal karta hai to speaker se zyada attention dete hain log sawal ko. main ne khud dekha hai. jab</w:t>
      </w:r>
    </w:p>
    <w:p>
      <w:pPr>
        <w:jc w:val="right"/>
      </w:pPr>
      <w:r>
        <w:t>کو اسپیکر بننا ہے۔ اسپیکر بننے کا معنی یہ نہیں کہ آپ کو بلایا جائے اسٹیج پر تقریر کرنے کے لیے، تبھی آپ کو موقع ہے۔ نہیں، بلایا نہ جائے تب بھی آپ آڈینس میں ہیں۔ آڈینس میں ہو کر کے آپ سوال کر سکتے ہیں۔ اور سارے لوگ بہت غور سے سنتے ہیں سوال کو۔ میں نے دیکھا ہے کہ جب کوئی کھڑا ہو کر سوال کرتا ہے تو اسپیکر سے زیادہ اٹینشن دیتے ہیں لوگ سوال کو۔ میں نے خود دیکھا ہے۔ جب</w:t>
      </w:r>
    </w:p>
    <w:p>
      <w:r>
        <w:rPr>
          <w:b/>
        </w:rPr>
        <w:t xml:space="preserve">[27:17] </w:t>
      </w:r>
      <w:r>
        <w:t>bashart yeh ke sawal karne wala jo hai koi bohat, yani reasonable baat keh raha ho. yani audience mein se ek admi khara ho, aur bohat hi reasonable baat koi kahe woh, us zaban mein jo zaban wahan chal rahi hai. maslan english chal rahi hai to english mein, hindi hai to hindi mein, urdu hai to urdu mein. to log speaker se zyada is ko sunte hain. to aap yeh seekhein, yeh is ko aap log train kijiye, yeh s</w:t>
      </w:r>
    </w:p>
    <w:p>
      <w:pPr>
        <w:jc w:val="right"/>
      </w:pPr>
      <w:r>
        <w:t>بشرطیکہ سوال کرنے والا جو ہے کوئی بہت، یعنی ریزنیبل بات کہہ رہا ہو۔ یعنی آڈینس میں سے ایک آدمی کھڑا ہو، اور بہت ہی ریزنیبل بات کوئی کہے وہ، اس زبان میں جو زبان وہاں چل رہی ہے۔ مثلاً انگلش چل رہی ہے تو انگلش میں، ہندی ہے تو ہندی میں، اردو ہے تو اردو میں۔ تو لوگ اسپیکر سے زیادہ اس کو سنتے ہیں۔ تو آپ یہ سیکھیں، یہ اس کو آپ لوگ ٹرین کیجیے، یہ س</w:t>
      </w:r>
    </w:p>
    <w:p>
      <w:r>
        <w:rPr>
          <w:b/>
        </w:rPr>
        <w:t xml:space="preserve">[27:47] </w:t>
      </w:r>
      <w:r>
        <w:t>ikhein aap. ke aap ko bolna aaye, aap ko speech dena aaye, aap ko bohat hi rational way apni baat ko present karna aaye. bohat hi understandable language mein aap apni baat kar saken. to aap, yani agar sare musalman nahi kar rahe hain to aap kijiye woh kaam. yeh matlab nahi ke doosre musalmanon ki shikayat kar ke aap baith jayen. aur is ke baad kya hoga? ke</w:t>
      </w:r>
    </w:p>
    <w:p>
      <w:pPr>
        <w:jc w:val="right"/>
      </w:pPr>
      <w:r>
        <w:t>یکھیں آپ۔ کہ آپ کو بولنا آئے، آپ کو اسپیچ دینا آئے، آپ کو بہت ہی ریشنل وے اپنی بات کو پریزنٹ کرنا آئے۔ بہت ہی انڈرسٹینڈ ایبل لینگویج میں آپ اپنی بات کر سکیں۔ تو آپ، یعنی اگر سارے مسلمان نہیں کر رہے ہیں تو آپ کیجیے وہ کام۔ یہ مطلب نہیں کہ دوسرے مسلمانوں کی شکایت کر کے آپ بیٹھ جائیں۔ اور اس کے بعد کیا ہوگا؟ کہ</w:t>
      </w:r>
    </w:p>
    <w:p>
      <w:r>
        <w:rPr>
          <w:b/>
        </w:rPr>
        <w:t xml:space="preserve">[28:17] </w:t>
      </w:r>
      <w:r>
        <w:t>inhi musalmanon mein se aap ko afraad milenge. jaise aap log mile hain, aise aur milte rahenge. to main samajhta hoon ke is waqt jo hum kar rahe hain kaam, jo zyada tar distribution mein chal raha hai, aur sath sath electronic mein bhi hum istemal kar rahe hain, to isi ke sath sath hamein stage ko bhi istemal karne ke liye apne ko tayyar karna chahiye. yani is kaam ko aap badhaiye, yani is kaam ko jo distribution ka kaam hai is ko hi</w:t>
      </w:r>
    </w:p>
    <w:p>
      <w:pPr>
        <w:jc w:val="right"/>
      </w:pPr>
      <w:r>
        <w:t>انہی مسلمانوں میں سے آپ کو افراد ملیں گے۔ جیسے آپ لوگ ملے ہیں، ایسے اور ملتے رہیں گے۔ تو میں سمجھتا ہوں کہ اس وقت جو ہم کر رہے ہیں کام، جو زیادہ تر ڈسٹریبیوشن میں چل رہا ہے، اور ساتھ ساتھ الیکٹرانک میں بھی ہم استعمال کر رہے ہیں، تو اسی کے ساتھ ساتھ ہمیں اسٹیج کو بھی استعمال کرنے کے لیے اپنے کو تیار کرنا چاہیے۔ یعنی اس کام کو آپ بڑھائیے، یعنی اس کام کو جو ڈسٹریبیوشن کا کام ہے اس کو ہی</w:t>
      </w:r>
    </w:p>
    <w:p>
      <w:r>
        <w:rPr>
          <w:b/>
        </w:rPr>
        <w:t xml:space="preserve">[28:48] </w:t>
      </w:r>
      <w:r>
        <w:t>badhana hai, aur jo yeh kaam ho raha hai internet. to printed book ko hum distribute karte hain, is ko bhi aur badhana hai. internet ke zareeye kaam kiya ja raha hai, is ko bhi aur badhana hai. sath sath stage ka jo ek opportunity hai us ko bhi istemal karna hai, us ko avail karna hai. aur aap hi logon ki zimmedari hai ke aap is ke liye mehnat karen.</w:t>
      </w:r>
    </w:p>
    <w:p>
      <w:pPr>
        <w:jc w:val="right"/>
      </w:pPr>
      <w:r>
        <w:t>بڑھانا ہے، اور جو یہ کام ہو رہا ہے انٹرنیٹ۔ تو پرنٹڈ بک کو ہم ڈسٹریبیوٹ کرتے ہیں، اس کو بھی اور بڑھانا ہے۔ انٹرنیٹ کے ذریعے کام کیا جا رہا ہے، اس کو بھی اور بڑھانا ہے۔ ساتھ ساتھ اسٹیج کا جو ایک اپرچونیٹی ہے اس کو بھی استعمال کرنا ہے، اس کو اویل کرنا ہے۔ اور آپ ہی لوگوں کی ذمہ داری ہے کہ آپ اس کے لیے محنت کریں۔</w:t>
      </w:r>
    </w:p>
    <w:p>
      <w:r>
        <w:rPr>
          <w:b/>
        </w:rPr>
        <w:t xml:space="preserve">[29:24] </w:t>
      </w:r>
      <w:r>
        <w:t>dekhiye, dawat ka kaam ek aisa kaam hai jo devotion chahta hai, dedication chahta hai, yani total involvement chahta hai. dawat ka kaam koi announcement ka kaam nahi hai. baghair total involvement ke aap zyada effective andaaz mein dawat ka kaam nahi kar sakte. to is ka bohat hi zabardast</w:t>
      </w:r>
    </w:p>
    <w:p>
      <w:pPr>
        <w:jc w:val="right"/>
      </w:pPr>
      <w:r>
        <w:t>دیکھیے، دعوت کا کام ایک ایسا کام ہے جو ڈیووشن چاہتا ہے، ڈیڈیکیشن چاہتا ہے، یعنی ٹوٹل انوالومنٹ چاہتا ہے۔ دعوت کا کام کوئی اناؤنسمنٹ کا کام نہیں ہے۔ بغیر ٹوٹل انوالومنٹ کے آپ زیادہ ایفیکٹو انداز میں دعوت کا کام نہیں کر سکتے۔ تو اس کا بہت ہی زبردست</w:t>
      </w:r>
    </w:p>
    <w:p>
      <w:r>
        <w:rPr>
          <w:b/>
        </w:rPr>
        <w:t xml:space="preserve">[29:55] </w:t>
      </w:r>
      <w:r>
        <w:t>yani phir aap ke masail kaise hal hon, aap ka kaam kaise bane, is ke liye hadith mein maujood hai bohat acha jawab ke man ja'alahum muhammadan wahidan hamma akhiratihi kaffahu allahu anhum fi ad-dunya. yani jo shakhs Allah ko apna concern bana lega to Allah us ki tamam zarooraton ke liye kafi ho jayega. yani aap d</w:t>
      </w:r>
    </w:p>
    <w:p>
      <w:pPr>
        <w:jc w:val="right"/>
      </w:pPr>
      <w:r>
        <w:t>، یعنی پھر آپ کے مسائل کیسے حل ہوں، آپ کا کام کیسے بنے، اس کے لیے حدیث میں موجود ہے بہت اچھا جواب کہ مَنْ جَعَلَهُم مَّحَمَّدًا وَاحِدًا هَمَّ آخِرَتَهِ كَفَّاهُ اللَّهُ عَنْهُمْ فِي الدُّنْيَا۔ یعنی جو شخص اللہ کو اپنا کنسرن بنا لے گا تو اللہ اس کی تمام ضرورتوں کے لیے کافی ہو جائے گا۔ یعنی آپ د</w:t>
      </w:r>
    </w:p>
    <w:p>
      <w:r>
        <w:rPr>
          <w:b/>
        </w:rPr>
        <w:t xml:space="preserve">[30:25] </w:t>
      </w:r>
      <w:r>
        <w:t>awat ke liye apne aap ko jab dedicate karenge, apne aap ko poori tarah involve karenge, apne aap ko is ke liye waqf karenge, waqf. to yeh mat sochiye ke aur doosre kaam kahin aap bigad na jayen kehen. yeh mat sochiye. aap ke doosre kaam jo hain, aap ke family ke kaam, aap ke dunya ke kaam, bigad jayen, aisa mat sochiye. kyunke woh to Allah apne zimme lene ke liye keh raha hai, woh hum ko apne zimme le lega.</w:t>
      </w:r>
    </w:p>
    <w:p>
      <w:pPr>
        <w:jc w:val="right"/>
      </w:pPr>
      <w:r>
        <w:t>عوت کے لیے اپنے آپ کو جب ڈیڈیکیٹ کریں گے، اپنے آپ کو پوری طرح انوالو کریں گے، اپنے آپ کو اس کے لیے وقف کریں گے، وقف۔ تو یہ مت سوچیے کہ اور دوسرے کام کہیں آپ بگاڑ نہ جائیں کہیں۔ یہ مت سوچیے۔ آپ کے دوسرے کام جو ہیں، آپ کے فیملی کے کام، آپ کے دنیا کے کام، بگڑ جائیں، ایسا مت سوچیے۔ کیونکہ وہ تو اللہ اپنے ذمے لینے کے لیے کہہ رہا ہے، وہ ہم کو اپنے ذمے لے لے گا۔</w:t>
      </w:r>
    </w:p>
    <w:p>
      <w:r>
        <w:rPr>
          <w:b/>
        </w:rPr>
        <w:t xml:space="preserve">[30:57] </w:t>
      </w:r>
      <w:r>
        <w:t>to is hadith ka matlab yeh hai ke aap se yeh hadith ki zaban mein rasool Allah sallallahu alaihi wasallam farma rahe hain ke tum dawat ki zimmedari ke liye khare ho jao. bas khare ho jao. ab baqi jo sari zimmedariyan hain woh Allah apne hath mein le lega. is ke liye sochne ki zaroorat nahi hai. to aap ghaur kijiye ke ek taraf to itne mauqe khul gaye</w:t>
      </w:r>
    </w:p>
    <w:p>
      <w:pPr>
        <w:jc w:val="right"/>
      </w:pPr>
      <w:r>
        <w:t>تو اس حدیث کا مطلب یہ ہے کہ آپ سے یہ حدیث کی زبان میں رسول اللہ صلی اللہ علیہ وسلم فرما رہے ہیں کہ تم دعوت کی ذمہ داری کے لیے کھڑے ہو جاؤ۔ بس کھڑے ہو جاؤ۔ اب باقی جو ساری ذمہ داریاں ہیں وہ اللہ اپنے ہاتھ میں لے لے گا۔ اس کے لیے سوچنے کی ضرورت نہیں ہے۔ تو آپ غور کیجیے کہ ایک طرف تو اتنے مواقع کھل گئے</w:t>
      </w:r>
    </w:p>
    <w:p>
      <w:r>
        <w:rPr>
          <w:b/>
        </w:rPr>
        <w:t xml:space="preserve">[31:27] </w:t>
      </w:r>
      <w:r>
        <w:t>hain, aur doosri taraf Allah ne yeh ailan kar diya ke tumhari zarooraton ki zimmedari hamari hai. main aap ko yaad dilaoonga ke hazrat ibrahim ke zamane mein dawati, hazrat ibrahim ke zamane mein dawati kaam ke liye kya karna padta tha. hazrat ibrahim ke zamane mein dawati kaam ki qeemat yeh thi ke aap ko aag mein daal diya gaya, un ko. hazrat ibrahim ko aag mein phenk diya gaya. Allah taala ne bacha liya un ko. yani kitna sakht kaam, yani</w:t>
      </w:r>
    </w:p>
    <w:p>
      <w:pPr>
        <w:jc w:val="right"/>
      </w:pPr>
      <w:r>
        <w:t>ہیں، اور دوسری طرف اللہ نے یہ اعلان کر دیا کہ تمہاری ضرورتوں کی ذمہ داری ہماری ہے۔ میں آپ کو یاد دلاؤں گا کہ حضرت ابراہیم کے زمانے میں دعوتی، حضرت ابراہیم کے زمانے میں دعوتی کام کے لیے کیا کرنا پڑتا تھا۔ حضرت ابراہیم کے زمانے میں دعوتی کام کی قیمت یہ تھی کہ آپ کو آگ میں ڈال دیا گیا، ان کو۔ حضرت ابراہیم کو آگ میں پھینک دیا گیا۔ اللہ تعالیٰ نے بچا لیا ان کو۔ یعنی کتنا سخت کام، یعنی</w:t>
      </w:r>
    </w:p>
    <w:p>
      <w:r>
        <w:rPr>
          <w:b/>
        </w:rPr>
        <w:t xml:space="preserve">[31:57] </w:t>
      </w:r>
      <w:r>
        <w:t>kitna sakht daur tha woh, ke hazrat ibrahim ne kisi koi artist ka jhagda nahi chhera tha, koi hukoomat ka jhagda nahi chhera tha, kisi se koi kuch mangte nahi the woh. kuch bhi nahi, sirf yeh ke Allah ek hai, yeh paigham de rahe the. to itna ghussa ho gaye log, itna ghussa ho gaye ke unhein pakad kar aag mein phenk diya. aaj kaun aap ko aag mein phenkta hai? a</w:t>
      </w:r>
    </w:p>
    <w:p>
      <w:pPr>
        <w:jc w:val="right"/>
      </w:pPr>
      <w:r>
        <w:t>کتنا سخت دور تھا وہ، کہ حضرت ابراہیم نے کسی کوئی آرٹسٹ کا جھگڑا نہیں چھیڑا تھا، کوئی حکومت کا جھگڑا نہیں چھیڑا تھا، کسی سے کوئی کچھ مانگتے نہیں تھے وہ۔ کچھ بھی نہیں، صرف یہ کہ اللہ ایک ہے، یہ پیغام دے رہے تھے۔ تو اتنا غصہ ہو گئے لوگ، اتنا غصہ ہو گئے کہ انہیں پکڑ کر آگ میں پھینک دیا۔ آج کون آپ کو آگ میں پھینکتا ہے؟ آ</w:t>
      </w:r>
    </w:p>
    <w:p>
      <w:r>
        <w:rPr>
          <w:b/>
        </w:rPr>
        <w:t xml:space="preserve">[32:27] </w:t>
      </w:r>
      <w:r>
        <w:t>aj aap ko kaun? aaj kuch bhi nahi, aaj total freedom hai. yani koi bhi aap ko koi bhi satane wala nahi. kuch bhi nahi. total freedom. balkeh in se aap ko cooperation milta hai. agar aap in se takrao na karen, koi parties na chalayen, hukoomat jhagda na chhedeen, koi con</w:t>
      </w:r>
    </w:p>
    <w:p>
      <w:pPr>
        <w:jc w:val="right"/>
      </w:pPr>
      <w:r>
        <w:t>ج آپ کو کون؟ آج کچھ بھی نہیں، آج ٹوٹل فریڈم ہے۔ یعنی کوئی بھی آپ کو کوئی بھی ستانے والا نہیں۔ کچھ بھی نہیں۔ ٹوٹل فریڈم۔ بلکہ ان سے آپ کو کوآپریشن ملتا ہے۔ اگر آپ ان سے ٹکراؤ نہ کریں، کوئی پارٹیز نہ چلائیں، حکومت جھگڑا نہ چھیڑیں، کوئی کن</w:t>
      </w:r>
    </w:p>
    <w:p>
      <w:r>
        <w:rPr>
          <w:b/>
        </w:rPr>
        <w:t xml:space="preserve">[32:57] </w:t>
      </w:r>
      <w:r>
        <w:t>troversy na khari karen, to woh aap ke sath cooperate karenge. aap ko un ka cooperation milega. aisa daur hai yeh. to kaisi ajib baat hai ke is ke bawajood hum, yani dawati mission ke liye bharpoor taur par na khare hon. kaisi ajib baat hai. aur main to yeh samajhta hoon ke yeh zamana aisa hai ke</w:t>
      </w:r>
    </w:p>
    <w:p>
      <w:pPr>
        <w:jc w:val="right"/>
      </w:pPr>
      <w:r>
        <w:t>ٹروورسی نہ کھڑی کریں، تو وہ آپ کے ساتھ کوآپریٹ کریں گے۔ آپ کو ان کا کوآپریشن ملے گا۔ ایسا دور ہے یہ۔ تو کیسی عجیب بات ہے کہ اس کے باوجود ہم، یعنی دعوتی مشن کے لیے بھرپور طور پر نہ کھڑے ہوں۔ کیسی عجیب بات ہے۔ اور میں تو یہ سمجھتا ہوں کہ یہ زمانہ ایسا ہے کہ</w:t>
      </w:r>
    </w:p>
    <w:p>
      <w:r>
        <w:rPr>
          <w:b/>
        </w:rPr>
        <w:t xml:space="preserve">[33:29] </w:t>
      </w:r>
      <w:r>
        <w:t>sab se zyada dunya ko jis community ki, jis community ko sachai hai. dunya ke bazaar mein aaj sara saman hai. shopping center bare bare bane hue hain, is mein sara saman hai. lekin jo cheez maujood nahi hai woh hai sachai. insan sachai ki talash mein hai, lekin sachai is ko na kisi maal mein milti, na kisi shopping center mein milti, hatta</w:t>
      </w:r>
    </w:p>
    <w:p>
      <w:pPr>
        <w:jc w:val="right"/>
      </w:pPr>
      <w:r>
        <w:t>سب سے زیادہ دنیا کو جس کمیونٹی کی، جس کمیونٹی کو سچائی ہے۔ دنیا کے بازار میں آج سارا سامان ہے۔ شاپنگ سینٹر بڑے بڑے بنے ہوئے ہیں، اس میں سارا سامان ہے۔ لیکن جو چیز موجود نہیں ہے وہ ہے سچائی۔ انسان سچائی کی تلاش میں ہے، لیکن سچائی اس کو نہ کسی مال میں ملتی، نہ کسی شاپنگ سینٹر میں ملتی، حتی</w:t>
      </w:r>
    </w:p>
    <w:p>
      <w:r>
        <w:rPr>
          <w:b/>
        </w:rPr>
        <w:t xml:space="preserve">[33:59] </w:t>
      </w:r>
      <w:r>
        <w:t>ٰ ke kisi library mein bhi nahi milti is ko. to yeh to waqt ki zaroorat hai, waqt ki demand hai, aur sare insan chahte hain ke unhein sachai milen. to kaisi ajib baat hai ke itne zyada munafiq halaat ke bawajood aap is ke liye na khare hon. jitne bhi, yani woh cheezen hain jo is ko support karne wali hain, woh sab mukammal</w:t>
      </w:r>
    </w:p>
    <w:p>
      <w:pPr>
        <w:jc w:val="right"/>
      </w:pPr>
      <w:r>
        <w:t>ٰ کہ کسی لائبریری میں بھی نہیں ملتی اس کو۔ تو یہ تو وقت کی ضرورت ہے، وقت کی ڈیمانڈ ہے، اور سارے انسان چاہتے ہیں کہ انہیں سچائی ملے۔ تو کیسی عجیب بات ہے کہ اتنے زیادہ منافق حالات کے باوجود آپ اس کے لیے نہ کھڑے ہوں۔ جتنے بھی، یعنی وہ چیزیں ہیں جو اس کو سپورٹ کرنے والی ہیں، وہ سب مکمل</w:t>
      </w:r>
    </w:p>
    <w:p>
      <w:r>
        <w:rPr>
          <w:b/>
        </w:rPr>
        <w:t xml:space="preserve">[34:29] </w:t>
      </w:r>
      <w:r>
        <w:t>tor par aap ko mahya ho gayi hain. to ab na khare hon to koi excuse nahi is ke liye. no excuse at all. to main yeh aap log jo hum jo CPS ke member hain, un se yeh kahunga ke aap koi excuse mat dijiye. dawat ke liye apne aap ko, jis ko</w:t>
      </w:r>
    </w:p>
    <w:p>
      <w:pPr>
        <w:jc w:val="right"/>
      </w:pPr>
      <w:r>
        <w:t>طور پر آپ کو مہیا ہو گئی ہیں۔ تو اب نہ کھڑے ہوں تو کوئی ایکسکیوز نہیں اس کے لیے۔ نو ایکسکیوز ایٹ آل۔ تو میں یہ آپ لوگ جو ہم جو سی پی ایس کے ممبر ہیں، ان سے یہ کہوں گا کہ آپ کوئی ایکسکیوز مت دیجیے۔ دعوت کے لیے اپنے آپ کو، جس کو</w:t>
      </w:r>
    </w:p>
    <w:p>
      <w:r>
        <w:rPr>
          <w:b/>
        </w:rPr>
        <w:t xml:space="preserve">[34:59] </w:t>
      </w:r>
      <w:r>
        <w:t>mein aksar kaha karta hoon ke chhonk dijiye. lekin yeh usi ke sath mein yeh kahunga ke har kaam ki kuch sharten hoti hain. aap aakhri had tak aap ko dunya ke liye no problem banna padega. no problem. jaise abhi aaj kal aap khabrein sunte hain, aap mukhtalif mulkon mein, maslan misr mein, wahan par ladai ho rahi hai, aur log pak</w:t>
      </w:r>
    </w:p>
    <w:p>
      <w:pPr>
        <w:jc w:val="right"/>
      </w:pPr>
      <w:r>
        <w:t>میں اکثر کہا کرتا ہوں کہ چھونک دیجیے۔ لیکن یہ اسی کے ساتھ میں یہ کہوں گا کہ ہر کام کی کچھ شرطیں ہوتی ہیں۔ آپ آخری حد تک آپ کو دنیا کے لیے نو پرابلم بننا پڑے گا۔ نو پرابلم۔ جیسے ابھی آج کل آپ خبریں سنتے ہیں، آپ مختلف ملکوں میں، مثلاً مصر میں، وہاں پر لڑائی ہو رہی ہے، اور لوگ پک</w:t>
      </w:r>
    </w:p>
    <w:p>
      <w:r>
        <w:rPr>
          <w:b/>
        </w:rPr>
        <w:t xml:space="preserve">[35:29] </w:t>
      </w:r>
      <w:r>
        <w:t>de ja rahe hain. kyun? woh islam ka kaam karna chahte hain, sath sath barabari bane hue hain. wahan jo authority hai, wahan jo regime hai, us ke liye problem ban kar ke. to aap dawat ka kaam is liye karen ke aap dunya ke liye problem bane hue hain. sab se super problem hai artist of opposition. is zamane mein main samajhta hoon ke super problem hai, super problem.</w:t>
      </w:r>
    </w:p>
    <w:p>
      <w:pPr>
        <w:jc w:val="right"/>
      </w:pPr>
      <w:r>
        <w:t>ڑے جا رہے ہیں۔ کیوں؟ وہ اسلام کا کام کرنا چاہتے ہیں، ساتھ ساتھ برابری بنے ہوئے ہیں۔ وہاں جو اتھارٹی ہے، وہاں جو ریجیم ہے، اس کے لیے پرابلم بن کر کے۔ تو آپ دعوت کا کام اس لیے کریں کہ آپ دنیا کے لیے پرابلم بنے ہوئے ہیں۔ سب سے سپر پرابلم ہے آرٹسٹ آف اپوزیشن۔ اس زمانے میں میں سمجھتا ہوں کہ سپر پرابلم ہے، سپر پرابلم۔</w:t>
      </w:r>
    </w:p>
    <w:p>
      <w:r>
        <w:rPr>
          <w:b/>
        </w:rPr>
        <w:t xml:space="preserve">[35:59] </w:t>
      </w:r>
      <w:r>
        <w:t>artist of opposition. to aap agar dawat ka kaam karna chahte hain to aap ko kuch nahi karna hai, sirf yahi karna hai ke dunya ko aap se koi problem ka tajurba na ho. bas itna hi karna. da'i ke liye shart lazim hai ke woh no problem person ban jaye. no problem person is</w:t>
      </w:r>
    </w:p>
    <w:p>
      <w:pPr>
        <w:jc w:val="right"/>
      </w:pPr>
      <w:r>
        <w:t>آرٹسٹ آف اپوزیشن۔ تو آپ اگر دعوت کا کام کرنا چاہتے ہیں تو آپ کو کچھ نہیں کرنا ہے، صرف یہی کرنا ہے کہ دنیا کو آپ سے کوئی پرابلم کا تجربہ نہ ہو۔ بس اتنا ہی کرنا۔ داعی کے لیے شرط لازم ہے کہ وہ نو پرابلم پرسن بن جائے۔ نو پرابلم پرسن اس</w:t>
      </w:r>
    </w:p>
    <w:p>
      <w:r>
        <w:rPr>
          <w:b/>
        </w:rPr>
        <w:t xml:space="preserve">[36:29] </w:t>
      </w:r>
      <w:r>
        <w:t>zamane mein mein samajhta hoon ke sab se bara yahi hai ke aap, yani jo artist of opposition hai, us se mukammal taur par door ho jayen. Artist of opposition jo hai woh sirf yeh nahi hai ke aap sarkon par aa jayen. Aap sochen bhi agar un ke khilaf, un ke khilaf. Yani agar aap sochen bhi tab bhi aap passive sense mein aap un ko problem create kar rahe hain. Mein Allah ke fazal se soch</w:t>
      </w:r>
    </w:p>
    <w:p>
      <w:pPr>
        <w:jc w:val="right"/>
      </w:pPr>
      <w:r>
        <w:t>زمانے میں میں سمجھتا ہوں کہ سب سے بڑا یہی ہے کہ آپ، یعنی جو آرٹسٹ آف اپوزیشن ہے، اس سے مکمل طور پر دور ہو جائیں۔ آرٹسٹ آف اپوزیشن جو ہے وہ صرف یہ نہیں ہے کہ آپ سڑکوں پر آ جائیں۔ آپ سوچیں بھی اگر ان کے خلاف، ان کے خلاف۔ یعنی اگر آپ سوچیں بھی تب بھی آپ پیسو سینس میں آپ ان کو پرابلم کریئیٹ کر رہے ہیں۔ میں اللہ کے فضل سے سوچ</w:t>
      </w:r>
    </w:p>
    <w:p>
      <w:r>
        <w:rPr>
          <w:b/>
        </w:rPr>
        <w:t xml:space="preserve">[36:59] </w:t>
      </w:r>
      <w:r>
        <w:t>ta hi nahi ke is party ke bare mein sochun, is party ke bare mein sochun. Yeh sahi hai, woh galat hai. Yani ek shart yeh hai ke aap ek party ka sath de kar doosri party se larai kar rahe hain. Jaise Misr mein ho raha hai. Ke ek party ka sath de kar ke woh fauj se lar rahe hain. Fauj wale un se lar rahe hain. To ek surat yeh hai ke aap ek ki side le kar doosre se laren. Lekin</w:t>
      </w:r>
    </w:p>
    <w:p>
      <w:pPr>
        <w:jc w:val="right"/>
      </w:pPr>
      <w:r>
        <w:t>تا ہی نہیں کہ اس پارٹی کے بارے میں سوچوں، اس پارٹی کے بارے میں سوچوں۔ یہ صحیح ہے، وہ غلط ہے۔ یعنی ایک شرط یہ ہے کہ آپ ایک پارٹی کا ساتھ دے کر دوسری پارٹی سے لڑائی کر رہے ہیں۔ جیسے مصر میں ہو رہا ہے۔ کہ ایک پارٹی کا ساتھ دے کر کے وہ فوج سے لڑ رہے ہیں۔ فوج والے ان سے لڑ رہے ہیں۔ تو ایک صورت یہ ہے کہ آپ ایک کی سائیڈ لے کر دوسرے سے لڑیں۔ لیکن</w:t>
      </w:r>
    </w:p>
    <w:p>
      <w:r>
        <w:rPr>
          <w:b/>
        </w:rPr>
        <w:t xml:space="preserve">[37:29] </w:t>
      </w:r>
      <w:r>
        <w:t>mein kahunga ke ek ki side le kar doosre ke khilaf sochen, yeh bhi wahi cheez hai. Yeh passive problem hai. To ek hai active problem, ek hai passive problem. Negative thinking bhi problem hai. Woh passive problem hai. To mein yeh kahunga ke agar aap ko dawat ka kaam karna hai to aap ko yeh faisla karna hoga ke aap na to active sense mein problem banen kisi ke liye, na passive</w:t>
      </w:r>
    </w:p>
    <w:p>
      <w:pPr>
        <w:jc w:val="right"/>
      </w:pPr>
      <w:r>
        <w:t>میں کہوں گا کہ ایک کی سائیڈ لے کر دوسرے کے خلاف سوچیں، یہ بھی وہی چیز ہے۔ یہ پیسو پرابلم ہے۔ تو ایک ہے ایکٹو پرابلم، ایک ہے پیسو پرابلم۔ نیگیٹو تھنکنگ بھی پرابلم ہے۔ وہ پیسو پرابلم ہے۔ تو میں یہ کہوں گا کہ اگر آپ کو دعوت کا کام کرنا ہے تو آپ کو یہ فیصلہ کرنا ہوگا کہ آپ نہ تو ایکٹو سینس میں پرابلم بنیں کسی کے لیے، نہ پیس</w:t>
      </w:r>
    </w:p>
    <w:p>
      <w:r>
        <w:rPr>
          <w:b/>
        </w:rPr>
        <w:t xml:space="preserve">[37:59] </w:t>
      </w:r>
      <w:r>
        <w:t>sense mein problem banen kisi ke liye. Bilkul poore maanon mein, har aitbar se no problem person ban jayen. Aur sirf dawat ki, yeh bhi aap ko faisla karna parega ke aap jahan bhi baat karen, jahan bhi logon se milen, sirf dawat ki baat karen. Koi parties nahi, koi shikayat nahi, koi protest nahi.</w:t>
      </w:r>
    </w:p>
    <w:p>
      <w:pPr>
        <w:jc w:val="right"/>
      </w:pPr>
      <w:r>
        <w:t>و سینس میں پرابلم بنیں کسی کے لیے۔ بالکل پورے معنوں میں، ہر اعتبار سے نو پرابلم پرسن بن جائیں گے۔ اور صرف دعوت کی، یہ بھی آپ کو فیصلہ کرنا پڑے گا کہ آپ جہاں بھی بات کریں، جہاں بھی لوگوں سے ملیں، صرف دعوت کی بات کریں۔ کوئی پارٹیز نہیں، کوئی شکایت نہیں، کوئی پروٹیسٹ نہیں۔</w:t>
      </w:r>
    </w:p>
    <w:p>
      <w:r>
        <w:rPr>
          <w:b/>
        </w:rPr>
        <w:t xml:space="preserve">[38:30] </w:t>
      </w:r>
      <w:r>
        <w:t>Aaj kal jaisa ke tareeqa hai, jahan mein dekhta hoon jab log baithte hain to un ke khilaf, un ke khilaf, un ke khilaf, un ke khilaf yeh baaten karte hain. That is passive violence. To kuch log active violence mein phanse hue hain, to kuch passive violence mein phanse hue hain. To dawat ka kaam, aap ko mein ne kai bar yeh waqia sunaya hai. Yeh bohat achi tarah misaal hai ke kis tarah dawat ka kaam hota hai. Ke Rasool Allah Sal Allah Alaihi Wasallam Makke</w:t>
      </w:r>
    </w:p>
    <w:p>
      <w:pPr>
        <w:jc w:val="right"/>
      </w:pPr>
      <w:r>
        <w:t>آج کل جیسا کہ طریقہ ہے، جہاں میں دیکھتا ہوں جب لوگ بیٹھتے ہیں تو ان کے خلاف، ان کے خلاف، ان کے خلاف، ان کے خلاف یہ باتیں کرتے ہیں۔ دیٹ از پیسو وائلنس۔ تو کچھ لوگ ایکٹو وائلنس میں پھنسے ہوئے ہیں، تو کچھ پیسو وائلنس میں پھنسے ہوئے ہیں۔ تو دعوت کا کام، آپ کو میں نے کئی بار یہ واقعہ سنایا ہے۔ یہ بہت اچھی طرح مثال ہے کہ کس طرح دعوت کا کام ہوتا ہے۔ کہ رسول اللہ صلی اللہ علیہ وسلم مکے</w:t>
      </w:r>
    </w:p>
    <w:p>
      <w:r>
        <w:rPr>
          <w:b/>
        </w:rPr>
        <w:t xml:space="preserve">[39:00] </w:t>
      </w:r>
      <w:r>
        <w:t>mein bohat ziyada sataye gaye, aap ko 13 saal ke baad aap ne hijrat ki. Jab Madine pahunche to wahan par aap ne jo pehli taqreer ki thi, pehli speech jo aap ki thi, woh poori ki poori sehat mere samne maujood hai. Is mein aap parhiye. Ek lafz bhi us se shikayat ka nahi. Aaj kal ke zamane mein kya hai ke agar logon ko maar ke bhagaya jaye kahin</w:t>
      </w:r>
    </w:p>
    <w:p>
      <w:pPr>
        <w:jc w:val="right"/>
      </w:pPr>
      <w:r>
        <w:t>میں بہت زیادہ ستائے گئے، آپ کو 13 سال کے بعد آپ نے ہجرت کیا۔ جب مدینے پہنچے تو وہاں پر آپ نے جو پہلی تقریر کی تھی، پہلی اسپیچ جو آپ کی تھی، وہ پوری کی پوری صحت میرے سامنے موجود ہے۔ اس میں آپ پڑھیے۔ ایک لفظ بھی اسے شکایت کا نہیں۔ آج کل کے زمانے میں کیا ہے کہ اگر لوگوں کو مار کے بھگایا جائے کہیں</w:t>
      </w:r>
    </w:p>
    <w:p>
      <w:r>
        <w:rPr>
          <w:b/>
        </w:rPr>
        <w:t xml:space="preserve">[39:30] </w:t>
      </w:r>
      <w:r>
        <w:t>se to wahan se ja kar bolen ke dekho bhai kitne zalim hain, hum ko watan se chhod kar yahan aana para. Yani pehli baat to yahi kahen ge ke hum ko watan chhodna para apna. Kitne zalim hain yeh log. Rasool Allah ne aisa ek kalma nahi parha, kaha wahan par. 10 saal tak Madine mein rahe, kabhi koi shikayat ki baat nahi ki. Yeh taqreer poori ki poori maujood hai, Sirat Imam Sham mein aap parh lijiye is ko. To aap ko dawat ka kaam karne ke liye</w:t>
      </w:r>
    </w:p>
    <w:p>
      <w:pPr>
        <w:jc w:val="right"/>
      </w:pPr>
      <w:r>
        <w:t>سے تو وہاں سے جا کے بولیں کہ دیکھو بھئی کتنے ظالم ہیں، ہم کو وطن سے چھوڑ کر یہاں آنا پڑا۔ یعنی پہلی بات تو یہی کہیں گے کہ ہم کو وطن چھوڑنا پڑا اپنا۔ کتنے ظالم ہیں یہ لوگ۔ رسول اللہ نے ایسا ایک کلمہ نہیں پڑھا، کہا وہاں پر۔ 10 سال تک مدینے میں رہے، کبھی کوئی شکایت کی بات نہیں کی۔ یہ تقریر پوری کی پوری موجود ہے، سیرت امام شام میں آپ پڑھ لیجیے اس کو۔ تو آپ کو دعوت کا کام کرنے کے لیے</w:t>
      </w:r>
    </w:p>
    <w:p>
      <w:r>
        <w:rPr>
          <w:b/>
        </w:rPr>
        <w:t xml:space="preserve">[40:00] </w:t>
      </w:r>
      <w:r>
        <w:t>apne andar 100 percent ek positive mind banana parega. Positive mind. No complain, no protest, no negative thought, in sab se apne ko aazad karna parega. Warna dawat ka kaam nahi ho sakta hai.</w:t>
      </w:r>
    </w:p>
    <w:p>
      <w:pPr>
        <w:jc w:val="right"/>
      </w:pPr>
      <w:r>
        <w:t>اپنے اندر 100 پرسنٹ ایک پازیٹو مائنڈ بنانا پڑے گا۔ پازیٹو مائنڈ۔ نو کمپلین، نو پروٹیسٹ، نو نیگیٹو تھاٹ، ان سب سے اپنے کو آزاد کرنا پڑے گا۔ ورنہ دعوت کا کام نہیں ہو سکتا ہے۔</w:t>
      </w:r>
    </w:p>
    <w:p>
      <w:r>
        <w:rPr>
          <w:b/>
        </w:rPr>
        <w:t xml:space="preserve">[40:33] </w:t>
      </w:r>
      <w:r>
        <w:t>To mein dua karta hoon ke Allah taala mujhe aur aap ko tofeeq de ke hum Allah ki zimmedari ko samjhen aur aap ko, apne aap ko is mein dedicate kar den taake Allah taala hum ko aakhirat mein, jannat mein jagah de aur hum ko apni blessing ata farmaye, duniya mein bhi aur aakhirat mein bhi. Assalam o Alaikum Wa Rahmatullahi Wa Barakatuhu</w:t>
      </w:r>
    </w:p>
    <w:p>
      <w:pPr>
        <w:jc w:val="right"/>
      </w:pPr>
      <w:r>
        <w:t>تو میں دعا کرتا ہوں کہ اللہ تعالیٰ مجھے اور آپ کو توفیق دے کہ ہم اللہ کی ذمہ داری کو سمجھیں اور آپ کو، اپنے آپ کو اس میں ڈیڈیکیٹ کر دیں تاکہ اللہ تعالیٰ ہم کو آخرت میں، جنت میں جگہ دے اور ہم کو اپنی بلیسنگ عطا فرمائے، دنیا میں بھی اور آخرت میں بھی۔ السلام علیکم ورحمۃ اللہ وبرکاتہ</w:t>
      </w:r>
    </w:p>
    <w:p>
      <w:r>
        <w:rPr>
          <w:b/>
        </w:rPr>
        <w:t xml:space="preserve">[41:04] </w:t>
      </w:r>
      <w:r>
        <w:t>۔</w:t>
      </w:r>
    </w:p>
    <w:p>
      <w:pPr>
        <w:jc w:val="right"/>
      </w:pP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