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Pilgrimage of Hajj | Maulana Wahiduddin Khan</w:t>
      </w:r>
    </w:p>
    <w:p>
      <w:r>
        <w:t>https://www.youtube.com/watch?v=LrI5xzFpjCs</w:t>
      </w:r>
    </w:p>
    <w:p>
      <w:r>
        <w:rPr>
          <w:b/>
        </w:rPr>
        <w:t xml:space="preserve">[00:14] </w:t>
      </w:r>
      <w:r>
        <w:t>Wa Sallallahu Ala Nabiyyil Kareem. Is waqt mujhe Hajj ki ibadat ke bare mein kuch kehna hai. Hajj Islam mein ek salana ibadat hai. Hadees mein aaya hai ke Rasool Allah Sal Allah Alaihi Wasallam ne farmaya:</w:t>
      </w:r>
    </w:p>
    <w:p>
      <w:pPr>
        <w:jc w:val="right"/>
      </w:pPr>
      <w:r>
        <w:t>و صلی اللہ علی النبی الکریم۔ اس وقت مجھے حج کی عبادت کے بارے میں کچھ کہنا ہے۔ حج اسلام میں ایک سالانہ عبادت ہے۔ حدیث میں آیا ہے کہ رسول اللہ صلی اللہ علیہ وسلم نے فرمایا:</w:t>
      </w:r>
    </w:p>
    <w:p>
      <w:r>
        <w:rPr>
          <w:b/>
        </w:rPr>
        <w:t xml:space="preserve">[00:45] </w:t>
      </w:r>
      <w:r>
        <w:t>"Buni Islam ala khams, shahadat la ilaha illallah, wa Muhammadan abduhu wa rasuluh, wa iqam al-salat, wa itaa al-zakat, wal hajj, wa sawm Ramadan". Is ke mutabiq Hajj Islam ka panchwan aham rukn hai. Pillar rukn ka matlab hota hai pillar.</w:t>
      </w:r>
    </w:p>
    <w:p>
      <w:pPr>
        <w:jc w:val="right"/>
      </w:pPr>
      <w:r>
        <w:t>"بنی الاسلام والا خمس، شہادت لا الہ الا اللہ، وان محمد عبدہ ورسولہ، واقام الصلاۃ، واطاع الزکوۃ، والحج، وصوم رمضان"۔ اس کے مطابق حج اسلام کا پانچواں اہم رکن ہے۔ پلر رکن کا مطلب ہوتا ہے پلر۔</w:t>
      </w:r>
    </w:p>
    <w:p>
      <w:r>
        <w:rPr>
          <w:b/>
        </w:rPr>
        <w:t xml:space="preserve">[01:19] </w:t>
      </w:r>
      <w:r>
        <w:t>Ulama ne likha hai ke Hajj tamam ibadaton mein sab se afzal ibadat hai. Aisa kyun hai? Is ko Quran se samjha sakta hai. Quran mein jahan hukum aaya hai ke log apne gharon se nikal kar Hajj ke maqam par ayen,</w:t>
      </w:r>
    </w:p>
    <w:p>
      <w:pPr>
        <w:jc w:val="right"/>
      </w:pPr>
      <w:r>
        <w:t>علماء نے لکھا ہے کہ حج تمام عبادتوں میں سب سے افضل عبادت ہے۔ ایسا کیوں ہے؟ اس کو قرآن سے سمجھا سکتا ہے۔ قرآن میں جہاں حکم آیا ہے کہ لوگ اپنے گھروں سے نکل کر حج کے مقام پر آئیں،</w:t>
      </w:r>
    </w:p>
    <w:p>
      <w:r>
        <w:rPr>
          <w:b/>
        </w:rPr>
        <w:t xml:space="preserve">[01:49] </w:t>
      </w:r>
      <w:r>
        <w:t>to is mein yeh lafz hai: "Liyash-hadu manafi'a lahum". So that they may witness its benefits for them. Log apne manafi ko dekh saken, apne faidon ko dekh saken. Yeh faida kya hai? Yeh faida</w:t>
      </w:r>
    </w:p>
    <w:p>
      <w:pPr>
        <w:jc w:val="right"/>
      </w:pPr>
      <w:r>
        <w:t>تو اس میں یہ لفظ ہے: "لیشھدوا منافع لہم"۔ سو دیٹ دے می وٹنس اٹس بینیفٹس فار دیم۔ لوگ اپنے منافع کو دیکھ سکیں، اپنے فائدوں کو دیکھ سکیں۔ یہ فائدہ کیا ہے؟ یہ فائدہ</w:t>
      </w:r>
    </w:p>
    <w:p>
      <w:r>
        <w:rPr>
          <w:b/>
        </w:rPr>
        <w:t xml:space="preserve">[02:19] </w:t>
      </w:r>
      <w:r>
        <w:t>isi waqt se shuru ho jata hai jab ke haji apne ghar se nikalta hai. Kyun ke aap ghor kijiye ke sari duniya ke haji, sari duniya ke musalman jab apne mulkon se, apne shaharron se nikal kar ek hi markaz ki taraf chalein, Makke ki taraf, to is se ek aalami hulchul paida hogi, aalami insani hulchul. Yeh kehna sahi hoga ke Hajj aalami satah par</w:t>
      </w:r>
    </w:p>
    <w:p>
      <w:pPr>
        <w:jc w:val="right"/>
      </w:pPr>
      <w:r>
        <w:t>اسی وقت سے شروع ہو جاتا ہے جب کہ حاجی اپنے گھر سے نکلتا ہے۔ کیونکہ آپ غور کیجئے کہ ساری دنیا کے حاجی، ساری دنیا کے مسلمان جب اپنے ملکوں سے، اپنے شہروں سے نکل کر ایک ہی مرکز کی طرف چلیں، مکہ کی طرف، تو اس سے ایک عالمی ہلچل پیدا ہوگی، عالمی انسانی ہلچل۔ یہ کہنا صحیح ہوگا کہ حج عالمی سطح پر</w:t>
      </w:r>
    </w:p>
    <w:p>
      <w:r>
        <w:rPr>
          <w:b/>
        </w:rPr>
        <w:t xml:space="preserve">[02:49] </w:t>
      </w:r>
      <w:r>
        <w:t>ek ibadati mobilization hai. Logon ko mukhtalif mulkon se, mukhtalif maqamat se nikal kar ek jagah lana, logon ko mobilize karna Allah ki ibadat ke liye. Aap ghor kijiye ke jab is tarah se log niklenge to yeh nikalna bilkul saada nahi hoga. Agar un ke andar sachcha iman hai, Islam ka shaoor hai, Khuda ki yaad un ke dil mein basi hui hai, to kya hoga?</w:t>
      </w:r>
    </w:p>
    <w:p>
      <w:pPr>
        <w:jc w:val="right"/>
      </w:pPr>
      <w:r>
        <w:t>ایک عبادتی موبیلائزیشن ہے۔ لوگوں کو مختلف ملکوں سے، مختلف مقامات سے نکل کر ایک جگہ لانا، لوگوں کو موبیلائز کرنا اللہ کی عبادت کے لیے۔ آپ غور کیجئے کہ جب اس طرح سے لوگ نکلیں گے تو یہ نکلنا بالکل سادہ نہیں ہوگا۔ اگر ان کے اندر سچا ایمان ہے، اسلام کا شعور ہے، خدا کی یاد ان کے دل میں بسی ہوئی ہے، تو کیا ہوگا؟</w:t>
      </w:r>
    </w:p>
    <w:p>
      <w:r>
        <w:rPr>
          <w:b/>
        </w:rPr>
        <w:t xml:space="preserve">[03:21] </w:t>
      </w:r>
      <w:r>
        <w:t>Jab woh niklenge bahar to un ko milenge bohat se log, mukhtalif qaum ke, mukhtalif nasal ke, mukhtalif mulk ke. Is interaction mein fitri taur par aisa hoga ke Islam ki dawat logon tak pahunchne lagegi. Yeh aalami interaction hoga aur Islam ki dawat aalami satah par pahunchne lagegi doosron tak. Phir yeh log tarah tarah ke tajrube</w:t>
      </w:r>
    </w:p>
    <w:p>
      <w:pPr>
        <w:jc w:val="right"/>
      </w:pPr>
      <w:r>
        <w:t>جب وہ نکلیں گے باہر تو ان کو ملیں گے بہت سے لوگ، مختلف قوم کے، مختلف نسل کے، مختلف ملک کے۔ اس انٹریکشن میں فطری طور پر ایسا ہوگا کہ اسلام کی دعوت لوگوں تک پہنچنے لگے گی۔ یہ عالمی انٹریکشن ہوگا اور اسلام کی دعوت عالمی سطح پر پہنچنے لگے گی دوسروں تک۔ پھر یہ لوگ طرح طرح کے تجربات</w:t>
      </w:r>
    </w:p>
    <w:p>
      <w:r>
        <w:rPr>
          <w:b/>
        </w:rPr>
        <w:t xml:space="preserve">[03:51] </w:t>
      </w:r>
      <w:r>
        <w:t>karenge. Un tajrubon mein unhein spiritual experience hoga. Woh mukhtalif qism ki jagah dekhenge. Is mein un ko naseehat milegi. Ya ek rohani safar ban jayega, ya poora ka poora safar. Is tarah safar karte hue haji chalta hai apne ghar se Makke ki taraf. To yeh isi maani mein maine kaha ke Hajj ka safar</w:t>
      </w:r>
    </w:p>
    <w:p>
      <w:pPr>
        <w:jc w:val="right"/>
      </w:pPr>
      <w:r>
        <w:t>کریں گے۔ ان تجربات میں انہیں اسپرچول ایکسپیرینس ہوگا۔ وہ مختلف قسم کی جگہیں دیکھیں گے۔ اس میں ان کو نصیحت ملے گی۔ یا ایک روحانی سفر بن جائے گا، یا پورا کا پورا سفر۔ اس طرح سفر کرتے ہوئے حاجی چلتا ہے اپنے گھر سے مکہ کی طرف۔ تو یہ اسی معنی میں میں نے کہا کہ حج کا سفر</w:t>
      </w:r>
    </w:p>
    <w:p>
      <w:r>
        <w:rPr>
          <w:b/>
        </w:rPr>
        <w:t xml:space="preserve">[04:21] </w:t>
      </w:r>
      <w:r>
        <w:t>aalami satah par ek ibadati mobilization hai. Yeh koi seedhi saada si baat nahi hai. Bohat bari baat hai. Yahan Hajj ke jo ajza hain, is ke jo marasim hain, is ke kuch buniyadi ajza ko le kar chand baaten kahunga. Dekhiye,</w:t>
      </w:r>
    </w:p>
    <w:p>
      <w:pPr>
        <w:jc w:val="right"/>
      </w:pPr>
      <w:r>
        <w:t>عالمی سطح پر ایک عبادتی موبیلائزیشن ہے۔ یہ کوئی سیدھی سادہ سی بات نہیں ہے۔ بہت بڑی بات ہے۔ یہاں میں حج کے جو اجزاء ہیں، اس کے جو مراسم ہیں، اس کے کچھ بنیادی اجزاء کو لے کر چند باتیں کہوں گا۔ دیکھیے،</w:t>
      </w:r>
    </w:p>
    <w:p>
      <w:r>
        <w:rPr>
          <w:b/>
        </w:rPr>
        <w:t xml:space="preserve">[04:52] </w:t>
      </w:r>
      <w:r>
        <w:t>Hajj ke do pehlu hain. Ek woh hai jis ko hum kehte hain marasim ya is ka zahiri form. Doosra woh hai jis ko hum kehte hain Hajj ki spirit, Hajj ki dakhili rooh. To jahan tak marasim ki baat hai to aam taur par log marasim ke bare mein kafi maloomat rakhte hain. Aap jante hain ke har jagah</w:t>
      </w:r>
    </w:p>
    <w:p>
      <w:pPr>
        <w:jc w:val="right"/>
      </w:pPr>
      <w:r>
        <w:t>حج کے دو پہلو ہیں۔ ایک وہ ہے جس کو ہم کہتے ہیں مراسم یا اس کا ظاہری فارم۔ دوسرا وہ ہے جس کو ہم کہتے ہیں حج کی سپرٹ، حج کی داخلی روح۔ تو جہاں تک مراسم کی بات ہے تو عام طور پر لوگ مراسم کے بارے میں کافی معلومات رکھتے ہیں۔ آپ جانتے ہیں کہ ہر جگہ</w:t>
      </w:r>
    </w:p>
    <w:p>
      <w:r>
        <w:rPr>
          <w:b/>
        </w:rPr>
        <w:t xml:space="preserve">[05:23] </w:t>
      </w:r>
      <w:r>
        <w:t>Hajj ke silsile mein sankaron kitaben chhapi hui maujood hain. Har jagah available hain. Har zaban mein, chhoti aur bari, har qism ki. To log bohat aasani se Hajj ke masail apne aas paas hi jaan lete hain. Matlab is ka jo zahiri form hai. Is waqt mein Hajj ki jo haqeeqat hai, jo is ki spirit hai, us ke bare mein kuch baaten kahunga.</w:t>
      </w:r>
    </w:p>
    <w:p>
      <w:pPr>
        <w:jc w:val="right"/>
      </w:pPr>
      <w:r>
        <w:t>حج کے سلسلے میں سینکڑوں کتابیں چھپی ہوئی موجود ہیں۔ ہر جگہ اویلیبل ہیں۔ ہر زبان میں، چھوٹی اور بڑی، ہر قسم کی۔ تو لوگ بہت آسانی سے حج کے مسائل اپنے اس پاس ہی جان لیتے ہیں۔ مطلب اس کا جو ظاہری فارم ہے۔ اس وقت میں حج کی جو حقیقت ہے، جو اس کی سپرٹ ہے، اس کے بارے میں کچھ باتیں کہوں گا۔</w:t>
      </w:r>
    </w:p>
    <w:p>
      <w:r>
        <w:rPr>
          <w:b/>
        </w:rPr>
        <w:t xml:space="preserve">[05:56] </w:t>
      </w:r>
      <w:r>
        <w:t>To haji jab chalta hua apne ghar se nikal kar jab chalta hai to ek khaas maqam aata hai jis ko kehte hain Meeqat. Meeqat mein woh yeh karta hai ke apne badan par jo sile hue kapde the, us ke us ko utarta hai aur us ke bajaye do baghair sile kapde pehanta hai, jaise yuhun samajh lijiye ke do chadar, jis ko hum Ihram kehte hain.</w:t>
      </w:r>
    </w:p>
    <w:p>
      <w:pPr>
        <w:jc w:val="right"/>
      </w:pPr>
      <w:r>
        <w:t>تو حاجی جب چلتا ہوا اپنے گھر سے نکل کر جب چلتا ہے تو ایک خاص مقام آتا ہے جس کو کہتے ہیں میقات۔ میقات میں وہ یہ کرتا ہے کہ اپنے بدن پر جو سلے ہوئے کپڑے تھے، اس کے اس کو اتارتا ہے اور اس کے بجائے دو بغیر سلے کپڑے پہنتا ہے، جیسے یوں سمجھ لیجئے کہ دو چادر، جس کو ہم احرام کہتے ہیں۔</w:t>
      </w:r>
    </w:p>
    <w:p>
      <w:r>
        <w:rPr>
          <w:b/>
        </w:rPr>
        <w:t xml:space="preserve">[06:27] </w:t>
      </w:r>
      <w:r>
        <w:t>Yeh yeh kya hai? Yeh is baat ki alamat hai ke haji ne ab insani tamaddun ko chhoda aur woh fitrat ke tamaddun mein, khudai form mein aa gaya. Apne mahol ko chhoda us ne. Mahol ko chhoda tha us ne usi waqt jab ke us ne ghar se nikla tha. Lekin jab us ne Ihram pehan liya to mukammal taur par goya woh apne us</w:t>
      </w:r>
    </w:p>
    <w:p>
      <w:pPr>
        <w:jc w:val="right"/>
      </w:pPr>
      <w:r>
        <w:t>یہ یہ کیا ہے؟ یہ اس بات کی علامت ہے کہ حاجی نے اب انسانی تمدن کو چھوڑا اور وہ فطرت کے تمدن میں، خدائی فارم میں آگیا۔ اپنے ماحول کو چھوڑ دیا اس نے۔ ماحول کو چھوڑا تھا اس نے اسی وقت جب کہ اس نے گھر سے نکلا تھا۔ لیکن جب اس نے احرام پہن لیا تو مکمل طور پر گویا وہ اپنے اس</w:t>
      </w:r>
    </w:p>
    <w:p>
      <w:r>
        <w:rPr>
          <w:b/>
        </w:rPr>
        <w:t xml:space="preserve">[06:57] </w:t>
      </w:r>
      <w:r>
        <w:t>mahol se jis mein reh raha tha, ab tak us se nikal kar ek naye mahol mein aa gaya. Is tarah is ke andar ek nayi nafsiyaat jaagegi. Ek naya zehan paida hoga. Kyun? Is liye ke us ne jo kapda ab tak woh pehne hue tha ya pehanta tha, woh woh tamaddun ka nishan tha. Ab jo kapde pehne us ne bilasle, baghair sile hue do chadarain goya ke ab woh fitrat ke mahol mein aa gaya.</w:t>
      </w:r>
    </w:p>
    <w:p>
      <w:pPr>
        <w:jc w:val="right"/>
      </w:pPr>
      <w:r>
        <w:t>ماحول سے جس میں رہ رہا تھا، اب تک اس سے نکل کر ایک نئے ماحول میں آگیا۔ اس طرح اس کے اندر ایک نئی نفسیات جاگے گی۔ ایک نیا ذہن پیدا ہوگا۔ کیوں؟ اس لیے کہ اس نے جو کپڑا اب تک وہ پہنے ہوئے تھا یا پہنتا تھا، وہ وہ تمدن کا نشان تھا۔ اب جو کپڑے پہنے اس نے بلاصلے، بغیر سلے ہوئے دو چادریں گویا کہ اب وہ فطرت کے ماحول میں آگیا۔</w:t>
      </w:r>
    </w:p>
    <w:p>
      <w:r>
        <w:rPr>
          <w:b/>
        </w:rPr>
        <w:t xml:space="preserve">[07:28] </w:t>
      </w:r>
      <w:r>
        <w:t>Fitrat ka kapda us ne pehan liya. Yeh bohat bara muamla hai. Is ko mein yuhun keh sakta hoon ke ek taraf is ki zuban par hota hai: "Labbayk Allahumma Labbayk". Yani Allah ki barai us ke dimagh mein aayi hai, us ki zuban par hai, us ki soch mein aa gayi hai. Lekin kapde mein bilkul saada. Yeh koi simple living high thinking ka muamla hai. Apne rehan sehan mein woh saada ban gaya. Apni so</w:t>
      </w:r>
    </w:p>
    <w:p>
      <w:pPr>
        <w:jc w:val="right"/>
      </w:pPr>
      <w:r>
        <w:t>فطرت کا کپڑا اس نے پہن لیا۔ یہ بہت بڑا معاملہ ہے۔ اس کو میں یوں کہہ سکتا ہوں کہ ایک طرف اس کی زبان پر ہوتا ہے: "لبیک اللہم لبیک"۔ یعنی اللہ کی بڑائی اس کے دماغ میں آئی ہے، اس کی زبان پر ہے، اس کی سوچ میں آگئی ہے۔ لیکن کپڑے میں بالکل سادہ۔ یہ کوئی سمپل لیونگ ہائی تھنکنگ کا معاملہ ہے۔ اپنے رہن سہن میں وہ سادہ بن گیا۔ اپنی سو</w:t>
      </w:r>
    </w:p>
    <w:p>
      <w:r>
        <w:rPr>
          <w:b/>
        </w:rPr>
        <w:t xml:space="preserve">[07:58] </w:t>
      </w:r>
      <w:r>
        <w:t>ch mein is ne apne ko ooncha uthaya. ek gaad oriented thinking paida kar li apne andar. is ki alamat hai: "labbaik allahumma labbaik" . yeh hai ehraam ki haqeeqat. to is tarah miqat mein jo kuch faasle par hota hai, makkah ke har jagah ki miqatein alag alag hain. jo makkah se kuch door muqarrar ki gayi hain. to wahan se woh fitrat ke libaas mein</w:t>
      </w:r>
    </w:p>
    <w:p>
      <w:pPr>
        <w:jc w:val="right"/>
      </w:pPr>
      <w:r>
        <w:t>چ میں اس نے اپنے کو اونچا اٹھایا۔ ایک گاڈ اورینٹڈ تھنکنگ پیدا کر لی اپنے اندر۔ اس کی علامت ہے: "لبیک اللہم لبیک"۔ یہ ہے احرام کی حقیقت۔ تو اس طرح میقات میں جو کچھ فاصلے پر ہوتا ہے، مکہ کے ہر جگہ کی میقاتیں الگ الگ ہیں۔ جو مکہ سے کچھ دور مقرر کی گئی ہیں۔ تو وہاں سے وہ فطرت کے لباس میں</w:t>
      </w:r>
    </w:p>
    <w:p>
      <w:r>
        <w:rPr>
          <w:b/>
        </w:rPr>
        <w:t xml:space="preserve">[08:28] </w:t>
      </w:r>
      <w:r>
        <w:t>aur khuda ki yaad mein aage badhta hai. yahan tak ke woh makkah mein dakhil hota hai. sab se pehla kaam wahan jo kiya jata hai woh hai tawaf. kaaba ka tawaf. yaani kaaba ke gird saat baar ghoomna. kaaba jo hai duniya mein ek hi aisa yaani structure hai</w:t>
      </w:r>
    </w:p>
    <w:p>
      <w:pPr>
        <w:jc w:val="right"/>
      </w:pPr>
      <w:r>
        <w:t>اور خدا کی یاد میں آگے بڑھتا ہے۔ یہاں تک کہ وہ مکہ میں داخل ہوتا ہے۔ سب سے پہلا کام وہاں جو کیا جاتا ہے وہ ہے طواف۔ کعبہ کا طواف۔ یعنی کعبہ کے گرد سات بار گھومنا۔ کعبہ جو ہے دنیا میں ایک ہی ایسا یعنی اسٹرکچر ہے</w:t>
      </w:r>
    </w:p>
    <w:p>
      <w:r>
        <w:rPr>
          <w:b/>
        </w:rPr>
        <w:t xml:space="preserve">[08:59] </w:t>
      </w:r>
      <w:r>
        <w:t>jo qadeem tareen paighambar ki alamat hai. aisa koi structure duniya mein maujood nahin. yaani saade chaar hazaar saal pehle hazrat ibrahim ne is ko banaya aur ab tak woh maujood hai. to khuda ne jo apne paighambar bheje duniya mein logon ki hidayat ke liye to un ke bohat se nishanaat the. ab sirf ek hi nishan aisa baqi reh gaya hai jo paighambaraana daur insaniyat ki yaad dilata hai.</w:t>
      </w:r>
    </w:p>
    <w:p>
      <w:pPr>
        <w:jc w:val="right"/>
      </w:pPr>
      <w:r>
        <w:t>جو قدیم ترین پیغمبر کی علامت ہے۔ ایسا کوئی اسٹرکچر دنیا میں موجود نہیں۔ یعنی ساڑھے چار ہزار سال پہلے حضرت ابراہیم نے اس کو بنایا اور اب تک وہ موجود ہے۔ تو خدا نے جو اپنے پیغمبر بھیجے دنیا میں لوگوں کی ہدایت کے لیے تو ان کے بہت سے نشانات تھے۔ اب صرف ایک ہی نشان ایسا باقی رہ گیا ہے جو پیغمبرانہ دور انسانیت کی یاد دلاتا ہے۔</w:t>
      </w:r>
    </w:p>
    <w:p>
      <w:r>
        <w:rPr>
          <w:b/>
        </w:rPr>
        <w:t xml:space="preserve">[09:29] </w:t>
      </w:r>
      <w:r>
        <w:t>to jis waqt haji wahan pahunchta hai aur kaaba ke gird tawaf karta hai to woh goya is ahad ko zinda karta hai ke main paighambar wali zindagi ikhtiyar karunga. allah taala ne duniya mein apni pasand wali zindagi ke namoone paighambaron ke zariye qaim ki. jis ki ek alamati, jis ka ek alamati dhancha hai kaaba.</w:t>
      </w:r>
    </w:p>
    <w:p>
      <w:pPr>
        <w:jc w:val="right"/>
      </w:pPr>
      <w:r>
        <w:t>تو جس وقت حاجی وہاں پہنچتا ہے اور کعبہ کے گرد طواف کرتا ہے تو وہ گویا اس عہد کو زندہ کرتا ہے کہ میں پیغمبر والی زندگی اختیار کروں گا۔ اللہ تعالی نے دنیا میں اپنی پسند والی زندگی کے نمونے پیغمبروں کے ذریعے قائم کیے۔ جس کی ایک علامتی، جس کا ایک علامتی ڈھانچہ ہے کعبہ۔</w:t>
      </w:r>
    </w:p>
    <w:p>
      <w:r>
        <w:rPr>
          <w:b/>
        </w:rPr>
        <w:t xml:space="preserve">[10:00] </w:t>
      </w:r>
      <w:r>
        <w:t>kyun ke hazrat ibrahim ne kaaba ko banaya tha allah ki ibaadat ke liye. to kaaba ke gird jab haji tawaf karta hai to apne andar is ehsaas ko jagata hai ke mujhe paighambar wale namoone ikhtiyar karna hain. mujhe kaaba ke gird tawaf karte hue, is ke gird ghoomte hue, goya woh khuda oriented life, gaad oriented life ka</w:t>
      </w:r>
    </w:p>
    <w:p>
      <w:pPr>
        <w:jc w:val="right"/>
      </w:pPr>
      <w:r>
        <w:t>کیونکہ حضرت ابراہیم نے کعبہ کو بنایا تھا اللہ کی عبادت کے لیے۔ تو کعبہ کے گرد جب حاجی طواف کرتا ہے تو اپنے اندر اس احساس کو جگاتا ہے کہ مجھے پیغمبر والے نمونے اختیار کرنا ہے۔ مجھے کعبہ کے گرد طواف کرتے ہوئے، اس کے گرد گھومتے ہوئے، گویا وہ خدا اورینٹڈ لائف، گاڈ اورینٹڈ لائف کا</w:t>
      </w:r>
    </w:p>
    <w:p>
      <w:r>
        <w:rPr>
          <w:b/>
        </w:rPr>
        <w:t xml:space="preserve">[10:30] </w:t>
      </w:r>
      <w:r>
        <w:t>jazba apne andar paida karta hai. kyun ke saare paighambaron ka jo jo khulasa tha woh yahi hai ke aye logon! gaad oriented life ikhtiyar karo. tumhari zindagi ka markaz khuda ban jaye. tumhari soch, tumhare jazbaat, tumhare door dhoop, har cheez ka markaz khuda ban jaye. isi ko main keh raha hoon gaad oriented life. to kaaba ke gird tawaf kar ke haji apne andar is ehsaas ko jagata hai.</w:t>
      </w:r>
    </w:p>
    <w:p>
      <w:pPr>
        <w:jc w:val="right"/>
      </w:pPr>
      <w:r>
        <w:t>جذبہ اپنے اندر پیدا کرتا ہے۔ کیونکہ سارے پیغمبروں کا جو کا جو خلاصہ تھا وہ یہی ہے کہ اے لوگوں! گاڈ اورینٹڈ لائف اختیار کرو۔ تمہاری زندگی کا مرکز خدا بن جائے۔ تمہاری سوچ، تمہارے جذبات، تمہارے دور دھوپ، ہر چیز کا مرکز خدا بن جائے۔ اسی کو میں کہہ رہا ہوں گاڈ اورینٹڈ لائف۔ تو کعبہ کے گرد طواف کر کے حاجی اپنے اندر اس احساس کو جگاتا ہے۔</w:t>
      </w:r>
    </w:p>
    <w:p>
      <w:r>
        <w:rPr>
          <w:b/>
        </w:rPr>
        <w:t xml:space="preserve">[11:02] </w:t>
      </w:r>
      <w:r>
        <w:t>zahire hai ke is se bari aur koi cheez nahin. yeh duniya mein jo allah ki pasand wali zindagi hai woh hai hi yahi ke ke aap ki zindagi ka rukh khuda ki taraf ho gaya ho. is ke baad jo doosra, jo doosra feal, jo doosra kaam karta hai haji woh yeh ke woh</w:t>
      </w:r>
    </w:p>
    <w:p>
      <w:pPr>
        <w:jc w:val="right"/>
      </w:pPr>
      <w:r>
        <w:t>ظاہر ہے کہ اس سے بڑی اور کوئی چیز نہیں۔ یہ دنیا میں جو اللہ کی پسند والی زندگی ہے وہ ہے ہی یہی کہ کہ آپ کی زندگی کا رخ خدا کی طرف ہو گیا ہو۔ اس کے بعد جو دوسرا، جو دوسرا فعل، جو دوسرا کام کرتا ہے حاجی وہ یہ کہ وہ</w:t>
      </w:r>
    </w:p>
    <w:p>
      <w:r>
        <w:rPr>
          <w:b/>
        </w:rPr>
        <w:t xml:space="preserve">[11:33] </w:t>
      </w:r>
      <w:r>
        <w:t>safa aur marwah ke gird chakar lagata hai. yeh bhi saat baar hota hai. safa aur marwah do choti choti pahadiyan hain. to yeh chakar kya hai? yeh daud jo karta hai haji dono pahadiyon ke darmiyan, yeh bhi ek tareekh ki yaad dehani hai. ek bohat bari tareekh ki. saade chaar hazaar saal pehle</w:t>
      </w:r>
    </w:p>
    <w:p>
      <w:pPr>
        <w:jc w:val="right"/>
      </w:pPr>
      <w:r>
        <w:t>صفا اور مروہ کے گرد چکر لگاتا ہے۔ یہ بھی سات بار ہوتا ہے۔ صفا اور مروہ دو چھوٹی چھوٹی پہاڑیاں ہیں۔ تو یہ چکر کیا ہے؟ یہ دوڑ جو کرتا ہے حاجی دونوں پہاڑیوں کے درمیان، یہ بھی ایک تاریخ کی یاد دہانی ہے۔ ایک بہت بڑی تاریخ کی۔ ساڑھے چار ہزار سال پہلے</w:t>
      </w:r>
    </w:p>
    <w:p>
      <w:r>
        <w:rPr>
          <w:b/>
        </w:rPr>
        <w:t xml:space="preserve">[12:04] </w:t>
      </w:r>
      <w:r>
        <w:t>hazrat ibrahim the iraq mein. to us waqt kya hua ke saari duniya mein shirk ka ghalba ho gaya. yaani mushrikana culture saari duniya mein chha gaya. yaani shirk ek culture ban gaya. rasm o riwaj mein, soch mein, amal mein, har cheez mein shirk ka ghalba. to insaan mushrikana culture ke andar jeene laga. is ka is ka matlab yeh</w:t>
      </w:r>
    </w:p>
    <w:p>
      <w:pPr>
        <w:jc w:val="right"/>
      </w:pPr>
      <w:r>
        <w:t>حضرت ابراہیم تھے عراق میں۔ تو اس وقت کیا ہوا کہ ساری دنیا میں شرک کا غلبہ ہو گیا۔ یعنی مشرکانہ کلچر ساری دنیا میں چھا گیا۔ یعنی شرک ایک کلچر بن گیا۔ رسم و رواج میں، سوچ میں، عمل میں، ہر چیز میں شرک کا غلبہ۔ تو انسان مشرکانہ کلچر کے اندر جینے لگا۔ اس کا اس کا مطلب یہ</w:t>
      </w:r>
    </w:p>
    <w:p>
      <w:r>
        <w:rPr>
          <w:b/>
        </w:rPr>
        <w:t xml:space="preserve">[12:34] </w:t>
      </w:r>
      <w:r>
        <w:t>tha ke jo bachcha paida hota, shirk mein us ki conditioning hoti. jo bachcha paida hota is mushrikana culture mein to shirk mein us ki conditioning hoti thi. jaise aaj kal hai. aaj kal kya hai? maadi culture har taraf chhaya hua hai. aaj jo bachcha paida hota ho to woh maadiyat mein us ki conditioning ho jati hai. us ki soch, us ki chahat, us ka shauq, us ke ambition sab maadi rukh par</w:t>
      </w:r>
    </w:p>
    <w:p>
      <w:pPr>
        <w:jc w:val="right"/>
      </w:pPr>
      <w:r>
        <w:t>تھا کہ جو بچہ پیدا ہوتا، شرک میں اس کی کنڈیشننگ ہوتی۔ جو بچہ پیدا ہوتا اس مشرکانہ کلچر میں تو شرک میں اس کی کنڈیشننگ ہوتی تھی۔ جیسے آج کل ہے۔ آج کل کیا ہے؟ مادی کلچر ہر طرف چھایا ہوا ہے۔ آج جو بچہ پیدا ہوتا ہو تو وہ مادیت میں اس کی کنڈیشننگ ہو جاتی ہے۔ اس کی سوچ، اس کی چاہت، اس کا شوق، اس کے ایمبیشن سب مادی رخ پر</w:t>
      </w:r>
    </w:p>
    <w:p>
      <w:r>
        <w:rPr>
          <w:b/>
        </w:rPr>
        <w:t xml:space="preserve">[13:04] </w:t>
      </w:r>
      <w:r>
        <w:t>chal padte hain. yeh hai conditioning. to is zamane mein jab mushrikana culture chha gaya to allah taala hukum se hazrat ibrahim ne ek naya naqsha banaya. woh yeh ke tamadduni jo markaz the, shehar aur town jo the, wahan se bahar ek aisi duniya mein ek nayi nasal banayi jaye jahan mushrikana culture na ho. to yeh jagah</w:t>
      </w:r>
    </w:p>
    <w:p>
      <w:pPr>
        <w:jc w:val="right"/>
      </w:pPr>
      <w:r>
        <w:t>چل پڑتے ہیں۔ یہ ہے کنڈیشننگ۔ تو اس زمانے میں جب مشرکانہ کلچر چھا گیا تو اللہ تعالی حکم سے حضرت ابراہیم نے ایک نیا نقشہ بنایا۔ وہ یہ کہ تمدنی جو مراکز تھے، شہر اور ٹاؤن جو تھے، وہاں سے باہر ایک ایسی دنیا میں ایک نئی نسل بنائی جائے جہاں مشرکانہ کلچر نہ ہو۔ تو یہ جگہ</w:t>
      </w:r>
    </w:p>
    <w:p>
      <w:r>
        <w:rPr>
          <w:b/>
        </w:rPr>
        <w:t xml:space="preserve">[13:34] </w:t>
      </w:r>
      <w:r>
        <w:t>koi zahire hai ke saara ho sakti thi. desert jo abadi hoti, jo abadiyan thin, woh woh abadiyan to mushrikana culture mein rang gayi thin. ab jo jagah bachi thi woh desert the, registaan. to agarche yeh bohat hi mushkil kaam tha ke desert mein ja kar ke basaya jaye logon ko, lekin hazrat ibrahim ne yeh qurbani di. unhon ne apni biwi haajra aur apne chhote bachche ismail ko l</w:t>
      </w:r>
    </w:p>
    <w:p>
      <w:pPr>
        <w:jc w:val="right"/>
      </w:pPr>
      <w:r>
        <w:t>کوئی ظاہر ہے کہ سارا ہو سکتی تھی۔ ڈیزرٹ جو آبادی ہوتی، جو آبادیاں تھیں، وہ وہ آبادیاں تو مشرکانہ کلچر میں رنگ گئی تھیں۔ اب جو جگہ بچی تھی وہ ڈیزرٹ تھے، ریگستان۔ تو اگرچہ یہ بہت ہی مشکل کام تھا کہ ڈیزرٹ میں جا کر کے بسایا جائے لوگوں کو، لیکن حضرت ابراہیم نے یہ قربانی دی۔ انہوں نے اپنی بیوی ہاجرہ اور اپنے چھوٹے بچے اسماعیل کو ل</w:t>
      </w:r>
    </w:p>
    <w:p>
      <w:r>
        <w:rPr>
          <w:b/>
        </w:rPr>
        <w:t xml:space="preserve">[14:04] </w:t>
      </w:r>
      <w:r>
        <w:t>e kar nikle woh aur ja kar ke is maqam par jahan ke ab makkah hai, wahan par us waqt sehra tha. sehra mein basa diya. yaani wahan par na sabza tha na kuch tha. kyun ke jab pani nahin hai to kahan sabza kahan se aayega? insaan kahan se aayenge wahan? wahan par pani tha nahin. jaisa ke saara mein hota hai. jahan pani na ho wahan sabza bhi nahin hoga. wahan haiwanaat bhi nahin honge. wahan insaan bhi nahin hoga.</w:t>
      </w:r>
    </w:p>
    <w:p>
      <w:pPr>
        <w:jc w:val="right"/>
      </w:pPr>
      <w:r>
        <w:t>ے کر نکلے وہ اور جا کر کے اس مقام پر جہاں کہ اب مکہ ہے، وہاں پر اس وقت صحرا تھا۔ صحرا میں بسا دیا۔ یعنی وہاں پر نہ سبزہ تھا نہ کچھ تھا۔ کیونکہ جب پانی نہیں ہے تو کہاں سبزہ کہاں سے آئے گا؟ انسان کہاں سے آئیں گے وہاں؟ وہاں پر پانی تھا نہیں۔ جیسا کہ سارا میں ہوتا ہے۔ جہاں پانی نہ ہو وہاں سبزہ بھی نہیں ہوگا۔ وہاں حیوانات بھی نہیں ہوں گے۔ وہاں انسان بھی نہیں ہوگا۔</w:t>
      </w:r>
    </w:p>
    <w:p>
      <w:r>
        <w:rPr>
          <w:b/>
        </w:rPr>
        <w:t xml:space="preserve">[14:34] </w:t>
      </w:r>
      <w:r>
        <w:t>to woh ek sunsaan jagah thi. lekin mushrikana tamaddun, mushrikana culture se bahar ek nayi generation jo banana tha, us ke liye sehra hi mauzu tha. abadi shehar is ke liye mauzu nahin ho sakte the. to wahan par aap ne unhein basa diya. ab kya hua? hazrat ibrahim ek bashk pani chhod kar chale gaye wahan se. ek aurat aur ek bachcha.</w:t>
      </w:r>
    </w:p>
    <w:p>
      <w:pPr>
        <w:jc w:val="right"/>
      </w:pPr>
      <w:r>
        <w:t>تو وہ ایک سنسان جگہ تھی۔ لیکن مشرکانہ تمدن، مشرکانہ کلچر سے باہر ایک نئی جنریشن جو بنانا تھا، اس کے لیے صحرا ہی موضوع تھا۔ آباد شہر اس کے لیے موضوع نہیں ہو سکتے تھے۔ تو وہاں پر آپ نے انہیں بسا دیا۔ اب کیا ہوا؟ حضرت ابراہیم ایک بشک پانی چھوڑ کر چلے گئے وہاں سے۔ ایک عورت اور ایک بچہ۔</w:t>
      </w:r>
    </w:p>
    <w:p>
      <w:r>
        <w:rPr>
          <w:b/>
        </w:rPr>
        <w:t xml:space="preserve">[15:05] </w:t>
      </w:r>
      <w:r>
        <w:t>yeh kaisa ajeeb o ghareeb waqea tha yeh. jab pani jaldi khatm ho gaya, us ke baad haajra nikli pani ki talash mein. to do pahadiyan jo thin, safa aur marwah, us ke darmiyan daudin woh saat baar ke kahin pani mil jaye. to pani nahin mila. aakhir kar woh lotin. dekhein bachche ka kya haal hai. jab woh bachche ke paas aayin to wahan par</w:t>
      </w:r>
    </w:p>
    <w:p>
      <w:pPr>
        <w:jc w:val="right"/>
      </w:pPr>
      <w:r>
        <w:t>یہ کیسا عجیب و غریب واقعہ تھا یہ۔ جب پانی جلدی ختم ہو گیا، اس کے بعد ہاجرہ نکلیں پانی کی تلاش میں۔ تو دو پہاڑیاں جو تھیں، صفا اور مروہ، اس کے درمیان دوڑیں وہ سات بار کہ کہیں پانی مل جائے۔ تو پانی نہیں ملا۔ آخر کار وہ لوٹیں۔ دیکھیں بچے کا کیا حال ہے۔ جب وہ بچے کے پاس آئیں تو وہاں پر</w:t>
      </w:r>
    </w:p>
    <w:p>
      <w:r>
        <w:rPr>
          <w:b/>
        </w:rPr>
        <w:t xml:space="preserve">[15:36] </w:t>
      </w:r>
      <w:r>
        <w:t>kya hua? allah ki madad aa gayi. wahan farishta aaya aur us ne wahan ek thokar mari aur pani ka chashma zameen se nikal aaya. isi ko hum zamzam kehte hain aaj. hazaron saal se yeh zamzam ka pani wahan par nikal raha hai aur saare logon ko sairab kar raha hai. to is tarah jab haji safa aur marwah ke darmiyan daudta hai</w:t>
      </w:r>
    </w:p>
    <w:p>
      <w:pPr>
        <w:jc w:val="right"/>
      </w:pPr>
      <w:r>
        <w:t>کیا ہوا؟ اللہ کی مدد آگئی۔ وہاں فرشتہ آیا اور اس نے وہاں ایک ٹھوکر ماری اور پانی کا چشمہ زمین سے نکل آیا۔ اسی کو ہم زم زم کہتے ہیں آج۔ ہزاروں سال سے یہ زم زم کا پانی وہاں پر نکل رہا ہے اور سارے لوگوں کو سیراب کر رہا ہے۔ تو اس طرح جب حاجی صفا اور مروہ کے درمیان دوڑتا ہے</w:t>
      </w:r>
    </w:p>
    <w:p>
      <w:r>
        <w:rPr>
          <w:b/>
        </w:rPr>
        <w:t xml:space="preserve">[16:06] </w:t>
      </w:r>
      <w:r>
        <w:t>to goya ke is tareekh se apne ko joड़ raha hai jo haajra ki zabaanein bani thin. aur phir yeh apne zehn mein is baat ko taza karta hai ke agar main allah ki raah mein doड़ dhop karoon, struggle karoon to aeen mumkin hai khuda mere liye bhi registaan mein pani jari kar de. mere manfi halaat ko musbat halaat bana de. meri mushkilat ko aasan mein tabdeel kar de.</w:t>
      </w:r>
    </w:p>
    <w:p>
      <w:pPr>
        <w:jc w:val="right"/>
      </w:pPr>
      <w:r>
        <w:t>تو گویا کہ اس تاریخ سے اپنے کو جوڑ رہا ہے جو ہاجرہ کی زبانیں بنی تھیں۔ اور پھر یہ اپنے ذہن میں اس بات کو تازہ کرتا ہے کہ اگر میں اللہ کی راہ میں دوڑ دھوپ کروں، اسٹرگل کروں تو عین ممکن ہے خدا میرے لیے بھی ریگستان میں پانی جاری کر دے۔ میرے منفی حالات کو مثبت حالات بنا دے۔ میری مشکلات کو آسان میں تبدیل کر دے۔</w:t>
      </w:r>
    </w:p>
    <w:p>
      <w:r>
        <w:rPr>
          <w:b/>
        </w:rPr>
        <w:t xml:space="preserve">[16:37] </w:t>
      </w:r>
      <w:r>
        <w:t>kyun ke allah taala ki madad hamesha aati hai. aisa nahin ke madad repeat na ho. to safa aur marwah ke darmiyan jo daud hai woh koi rasam nahin hai. woh rasam nahin, woh ek tareekh ka, ek tareekh ka aada hai. aur tareekh ka aada is sense mein ke wahan par aap dono dono ke darmiyan seh kar ke ya daud kar ke is yaqeen ko</w:t>
      </w:r>
    </w:p>
    <w:p>
      <w:pPr>
        <w:jc w:val="right"/>
      </w:pPr>
      <w:r>
        <w:t>کیونکہ اللہ تعالی کی مدد ہمیشہ آتی ہے۔ ایسا نہیں کہ مدد ریپیٹ نہ ہو۔ تو صفا اور مروہ کے درمیان جو دوڑ ہے وہ کوئی رسم نہیں ہے۔ وہ رسم نہیں، وہ ایک تاریخ کا، ایک تاریخ کا اعادہ ہے۔ اور تاریخ کا اعادہ اس سینس میں کہ وہاں پر آپ دونوں دونوں کے درمیان سہ کر کے یا دوڑ کر کے اس یقین کو</w:t>
      </w:r>
    </w:p>
    <w:p>
      <w:r>
        <w:rPr>
          <w:b/>
        </w:rPr>
        <w:t xml:space="preserve">[17:07] </w:t>
      </w:r>
      <w:r>
        <w:t>late hain apne dil mein ke aaj bhi khuda isi tarah zinda hai jis tarah woh pehle zinda tha. aaj bhi khuda isi tarah qadir hai jis tarah woh pehle qadir tha. to khuda ke bharose par mujhe deeni zindagi ikhtiyar karna hai. aur aaj bhi yeh mumkin hai ke khuda registaanon mein pani ke chashme jari kar de. aaj bhi yeh mumkin hai ke khuda mushkilat mein aasani ke darya baha de.</w:t>
      </w:r>
    </w:p>
    <w:p>
      <w:pPr>
        <w:jc w:val="right"/>
      </w:pPr>
      <w:r>
        <w:t>لاتے ہیں اپنے دل میں کہ آج بھی خدا اسی طرح زندہ ہے جس طرح وہ پہلے زندہ تھا۔ آج بھی خدا اسی طرح قادر ہے جس طرح وہ پہلے قادر تھا۔ تو خدا کے بھروسے پر مجھے دینی زندگی اختیار کرنا ہے۔ اور آج بھی یہ ممکن ہے کہ خدا ریگستانوں میں پانی کے چشمے جاری کر دے۔ آج بھی یہ ممکن ہے کہ خدا مشکلات میں آسانی کے دریا بہا دے۔</w:t>
      </w:r>
    </w:p>
    <w:p>
      <w:r>
        <w:rPr>
          <w:b/>
        </w:rPr>
        <w:t xml:space="preserve">[17:38] </w:t>
      </w:r>
      <w:r>
        <w:t>to yeh hai safa aur marwah ke darmiyan side. phir dekhiye, yahan mein ek yaad dila doon, bohat lambi ek riwayat aayi hai bukhari mein is mamle mein. bohat hi woh, yaani bohat hi ajeeb riwayat hai ke kis tarah hazrat ibrahim ne wahan chhoda, kis tarah</w:t>
      </w:r>
    </w:p>
    <w:p>
      <w:pPr>
        <w:jc w:val="right"/>
      </w:pPr>
      <w:r>
        <w:t>تو یہ ہے صفا اور مروہ کے درمیان سائیڈ۔ پھر دیکھیے، یہاں میں ایک یاد دلا دوں، بہت لمبی ایک روایت آئی ہے بخاری میں اس معاملے میں۔ بہت ہی وہ، یعنی بہت ہی عجیب روایت ہے کہ کس طرح حضرت ابراہیم نے وہاں چھوڑا، کس طرح</w:t>
      </w:r>
    </w:p>
    <w:p>
      <w:r>
        <w:rPr>
          <w:b/>
        </w:rPr>
        <w:t xml:space="preserve">[18:09] </w:t>
      </w:r>
      <w:r>
        <w:t>kya kya hua, is par bohat tafseeli riwayat hai is mein. to is mein yeh hai ke hazrat ibrahim jab haajra ko aur chhote bachche ko chhod kar jaane lage to haajra ne poocha ke aap hum ko yahan chhod kar chale ja rahe hain? kya karenge hum? kaise? kya hoga? kai baar unhon ne poocha lekin hazrat ibrahim ne koi jawab nahin diya. aakhir mein haajra ne kaha: "kya allah ne aap ko aisa karne ka hukum diya hai?"</w:t>
      </w:r>
    </w:p>
    <w:p>
      <w:pPr>
        <w:jc w:val="right"/>
      </w:pPr>
      <w:r>
        <w:t>کیا کیا ہوا، اس پر بہت تفصیلی روایت ہے اس میں۔ تو اس میں یہ ہے کہ حضرت ابراہیم جب ہاجرہ کو اور چھوٹے بچے کو چھوڑ کر جانے لگے تو ہاجرہ نے پوچھا کہ آپ ہم کو یہاں چھوڑ کر چلے جا رہے ہیں؟ کیا کریں گے ہم؟ کیسے؟ کیا ہوگا؟ کئی بار انہوں نے پوچھا لیکن حضرت ابراہیم نے کوئی جواب نہیں دیا۔ آخر میں ہاجرہ نے کہا: "کیا خدا نے آپ کو ایسا کرنے کا حکم دیا ہے؟"</w:t>
      </w:r>
    </w:p>
    <w:p>
      <w:r>
        <w:rPr>
          <w:b/>
        </w:rPr>
        <w:t xml:space="preserve">[18:40] </w:t>
      </w:r>
      <w:r>
        <w:t>to hazrat ibrahim ne kaha ke haan. to is is khatoon ne is khatoon ne kaha ke phir khuda hum ko zaya nahin karega. p</w:t>
      </w:r>
    </w:p>
    <w:p>
      <w:pPr>
        <w:jc w:val="right"/>
      </w:pPr>
      <w:r>
        <w:t>تو حضرت ابراہیم نے کہا کہ ہاں۔ تو اس اس خاتون نے اس خاتون نے کہا کہ پھر خدا ہم کو ضائع نہیں کرے گا۔ پ</w:t>
      </w:r>
    </w:p>
    <w:p>
      <w:r>
        <w:rPr>
          <w:b/>
        </w:rPr>
        <w:t xml:space="preserve">[19:10] </w:t>
      </w:r>
      <w:r>
        <w:t>har khuda hum ko zaya nahin karega. is ka matlab kya hua? is ka matlab yeh hua ke jab khuda ke hukum, ek hukum ko le kar khuda ke ek hukum ki pabandi mein hum ek kaam karen to hamein peshgi yeh yaqeen rakhna chahiye apne seene mein ke khuda hum ko zaya karne wala nahin. khuda ko hum ko helpless chhodne wala nahin. hum ko khuda be madadgar chhodne wala nahin. jaisa ke haajra ke sath hua.</w:t>
      </w:r>
    </w:p>
    <w:p>
      <w:pPr>
        <w:jc w:val="right"/>
      </w:pPr>
      <w:r>
        <w:t>ھر خدا ہم کو ضائع نہیں کرے گا۔ اس کا مطلب کیا ہوا؟ اس کا مطلب یہ ہوا کہ جب خدا کے حکم، ایک حکم کو لے کر خدا کے ایک حکم کی پابندی میں ہم ایک کام کریں تو ہمیں پیشگی یہ یقین رکھنا چاہیے اپنے سینے میں کہ خدا ہم کو ضائع کرنے والا نہیں۔ خدا کو ہم کو ہیلپ لیس چھوڑنے والا نہیں۔ ہم کو خدا بے مددگار چھوڑنے والا نہیں۔ جیسا کہ ہاجرہ کے ساتھ ہوا۔</w:t>
      </w:r>
    </w:p>
    <w:p>
      <w:r>
        <w:rPr>
          <w:b/>
        </w:rPr>
        <w:t xml:space="preserve">[19:40] </w:t>
      </w:r>
      <w:r>
        <w:t>yaani haajra ne jo yeh kaha ke khuda hum ko zaya nahin karega. ab aaj dekhiye ke woh jagah jahan registaan hua karta tha, aaj wahan ek gulzar hai. aaj wahan makkah hai aur azeem shaan wahan par abadiyan hain aur daulat ka anbaar hai. har qism ki aasaniyan hain wahan. to is khuda ki bandi ne jo kaha tha: "khuda hum ko zaya nahin karega" to is ka namoona jis ko dekhna ho, ja kar makkah mein dekh le. aali shaan imaratein, aali sh</w:t>
      </w:r>
    </w:p>
    <w:p>
      <w:pPr>
        <w:jc w:val="right"/>
      </w:pPr>
      <w:r>
        <w:t>یعنی ہاجرہ نے جو یہ کہا کہ خدا ہم کو ضائع نہیں کرے گا۔ اب آج دیکھیے کہ وہ جگہ جہاں ریگستان ہوا کرتا تھا، آج وہاں ایک گلزار ہے۔ آج وہاں مکہ ہے اور عظیم الشان وہاں پر آبادیاں ہیں اور دولت کا انبار ہے۔ ہر قسم کی آسانیاں ہیں وہاں۔ تو اس خدا کی بندی نے جو کہا تھا: "خدا ہم کو ضائع نہیں کرے گا" تو اس کا نمونہ جس کو دیکھنا ہو، جا کر مکہ میں دیکھ لے۔ عالی شان عمارتیں، عالی ش</w:t>
      </w:r>
    </w:p>
    <w:p>
      <w:r>
        <w:rPr>
          <w:b/>
        </w:rPr>
        <w:t xml:space="preserve">[20:10] </w:t>
      </w:r>
      <w:r>
        <w:t>aan yaani wahan ka jo riyaz ka aur jeddah ka jo airport hai, woh america aur europe se bhi zyada shandar hai. to yeh hai ke khuda hum ko phir zaya nahin karega. to wahan par jab ja kar aadmi saaye karta hai to usi tareekh ko le kar woh apne andar is yaqeen ko bathata hai ke</w:t>
      </w:r>
    </w:p>
    <w:p>
      <w:pPr>
        <w:jc w:val="right"/>
      </w:pPr>
      <w:r>
        <w:t>ان یعنی وہاں کا جو ریاض کا اور جدہ کا جو ایئرپورٹ ہے، وہ امریکہ اور یورپ سے بھی زیادہ شاندار ہے۔ تو یہ ہے کہ خدا ہم کو پھر ضائع نہیں کرے گا۔ تو وہاں پر جب جا کر آدمی سائے کرتا ہے تو اسی تاریخ کو لے کر وہ اپنے اندر اس یقین کو بٹھاتا ہے کہ</w:t>
      </w:r>
    </w:p>
    <w:p>
      <w:r>
        <w:rPr>
          <w:b/>
        </w:rPr>
        <w:t xml:space="preserve">[20:41] </w:t>
      </w:r>
      <w:r>
        <w:t>jab khuda aik aik cheez ka hukum de to mujhe us pe chal padna hai. is yaqeen ke sath ke khuda aisa nahi kar sakta ke hum ko akela chhod de. woh hamare sath rahega jaisa ke us ne hajra ko, ismail ko aur ibrahim ko akela nahi chhodha. to yahan par kya tha? yahan par yeh tha ke hazrat ibrahim ke zariye aur ismail aur hajra ke zariye se aik nasal banai gai. is nasal ko banane mein dhai hazar sal la</w:t>
      </w:r>
    </w:p>
    <w:p>
      <w:pPr>
        <w:jc w:val="right"/>
      </w:pPr>
      <w:r>
        <w:t>جب خدا ایک ایک چیز کا حکم دے تو مجھے اس پہ چل پڑنا ہے۔ اس یقین کے ساتھ کہ خدا ایسا نہیں کر سکتا کہ ہم کو اکیلا چھوڑ دے۔ وہ ہمارے ساتھ رہے گا جیسا کہ اس نے ہاجرہ کو، اسماعیل کو اور ابراہیم کو اکیلا نہیں چھوڑا۔ تو یہاں پر کیا تھا؟ یہاں پر یہ تھا کہ حضرت ابراہیم کے ذریعے اور اسماعیل اور ہاجرہ کے ذریعے سے ایک نسل بنائی گئی۔ اس نسل کو بنانے میں ڈھائی ہزار سال ل</w:t>
      </w:r>
    </w:p>
    <w:p>
      <w:r>
        <w:rPr>
          <w:b/>
        </w:rPr>
        <w:t xml:space="preserve">[21:11] </w:t>
      </w:r>
      <w:r>
        <w:t>gaye. yani do insano se aik nasal shuru hui banna. phir isi mein bachche paida hue aur tuwalud o tanasul ka silsila jari raha yahan tak ke wahan par lakhon lakh log ho gaye. tab ja kar ke dhai hazar sal ke baad isi nasal mein yani banu ismail jis ko hum kehte hain, hazrat muhammad صلی اللہ علیہ وسلم paida hue aur aap ne aik azeem ul shan kar nama anjam diya.</w:t>
      </w:r>
    </w:p>
    <w:p>
      <w:pPr>
        <w:jc w:val="right"/>
      </w:pPr>
      <w:r>
        <w:t>گے۔ یعنی دو انسانوں سے ایک نسل شروع ہوئی بننا۔ پھر اسی میں بچے پیدا ہوئے اور توالد و تناسل کا سلسلہ جاری رہا یہاں تک کہ وہاں پر لاکھوں لاکھ لوگ ہو گئے۔ تب جا کر کے ڈھائی ہزار سال کے بعد اسی نسل میں یعنی بنو اسماعیل جس کو ہم کہتے ہیں، حضرت محمد صلی اللہ علیہ وسلم پیدا ہوئے اور آپ نے ایک عظیم الشان کارنامہ انجام دیا۔</w:t>
      </w:r>
    </w:p>
    <w:p>
      <w:r>
        <w:rPr>
          <w:b/>
        </w:rPr>
        <w:t xml:space="preserve">[21:42] </w:t>
      </w:r>
      <w:r>
        <w:t>rasool Allah se pehle tauheed aik fikri dawat ki hesiyat rakhti thi. hazaron sal se peghambar ate rahe, dawat dete rahe lekin koi inqilab nahi barpa hua kyun ke team nahi banti thi. inqilab lane ke liye aik fard kafi nahi hota. aik fard nahi inqilab layega. inqilab lane ke liye, aik revolution lane ke liye, revolution lane ke liye aik team darkar hoti hai.</w:t>
      </w:r>
    </w:p>
    <w:p>
      <w:pPr>
        <w:jc w:val="right"/>
      </w:pPr>
      <w:r>
        <w:t>رسول اللہ سے پہلے توحید ایک فکری دعوت کی حیثیت رکھتی تھی۔ ہزاروں سال سے پیغمبر آتے رہے، دعوت دیتے رہے لیکن کوئی انقلاب نہیں برپا ہوا کیونکہ ٹیم نہیں بنتی تھی۔ انقلاب لانے کے لیے ایک فرد کافی نہیں ہوتا۔ ایک فرد نہیں انقلاب لائے گا۔ انقلاب لانے کے لیے، ایک ریولوشن لانے کے لیے، ریولوشن لانے کے لیے ایک ٹیم درکار ہوتی ہے۔</w:t>
      </w:r>
    </w:p>
    <w:p>
      <w:r>
        <w:rPr>
          <w:b/>
        </w:rPr>
        <w:t xml:space="preserve">[22:13] </w:t>
      </w:r>
      <w:r>
        <w:t>to team banti nahi thi kyun ke woh mushrikana culture tha. log shirk mein doobe hue the, sath nahi de rahe the peghambaron ka. to yeh jo nasal bani hajra ki qurbani ke zariye, yeh aik alag dhang ki nasal thi. yeh fitrat mein pli badhi thi. shirk se door us ki parwarish hui thi. yeh shirk ki conditioning se pak thi. chunancha is mein se rasool Allah صلی اللہ علیہ وسلم ko behtareen aadmi mile aur aik zabardast taqat</w:t>
      </w:r>
    </w:p>
    <w:p>
      <w:pPr>
        <w:jc w:val="right"/>
      </w:pPr>
      <w:r>
        <w:t>تو ٹیم بنتی نہیں تھی کیونکہ وہ مشرکانہ کلچر تھا۔ لوگ شرک میں ڈوبے ہوئے تھے، ساتھ نہیں دے رہے تھے پیغمبروں کا۔ تو یہ جو نسل بنی ہاجرہ کی قربانی کے ذریعے، یہ ایک الگ ڈھنگ کی نسل تھی۔ یہ فطرت میں پلی بڑھی تھی۔ شرک سے دور اس کی پرورش ہوئی تھی۔ یہ شرک کی کنڈیشننگ سے پاک تھی۔ چنانچہ اس میں سے رسول اللہ صلی اللہ علیہ وسلم کو بہترین آدمی ملے اور ایک زبردست طاق</w:t>
      </w:r>
    </w:p>
    <w:p>
      <w:r>
        <w:rPr>
          <w:b/>
        </w:rPr>
        <w:t xml:space="preserve">[22:43] </w:t>
      </w:r>
      <w:r>
        <w:t>war team bani. isi team ko le kar ke rasool Allah صلی اللہ علیہ وسلم ne aik aisa revolution paida kiya jo tareekh mein kabhi nahi hua tha. yani tauheed ki dawat ko aap ne revolution ke marhale tak pahuncha diya. aik inqilab ke marhale tak pahuncha diya. yeh tha woh mansooba jo hajra ke zariye wahan hua aur us ki yaad gar jo hai yeh hai safa aur marwa hai. is ke baad dekhiye,</w:t>
      </w:r>
    </w:p>
    <w:p>
      <w:pPr>
        <w:jc w:val="right"/>
      </w:pPr>
      <w:r>
        <w:t>تور ٹیم بنی۔ اسی ٹیم کو لے کر کے رسول اللہ صلی اللہ علیہ وسلم نے ایک ایسا ریولوشن پیدا کیا جو تاریخ میں کبھی نہیں ہوا تھا۔ یعنی توحید کی دعوت کو آپ نے ریولوشن کے مرحلے تک پہنچا دیا۔ ایک انقلاب کے مرحلے تک پہنچا دیا۔ یہ تھا وہ منصوبہ جو ہاجرہ کے ذریعے وہاں ہوا اور اس کی یادگار جو ہے یہ ہے صفا اور مروہ ہے۔ اس کے بعد دیکھیے،</w:t>
      </w:r>
    </w:p>
    <w:p>
      <w:r>
        <w:rPr>
          <w:b/>
        </w:rPr>
        <w:t xml:space="preserve">[23:14] </w:t>
      </w:r>
      <w:r>
        <w:t>haji qurbani karta hai. sare haji wahan qurbani karte hain. qurbani kya hai? quran mein is ke bare mein kaha gaya hai ke Allah ko tumhara gosht aur khoon nahi pahunchta, tumhara taqwa</w:t>
      </w:r>
    </w:p>
    <w:p>
      <w:pPr>
        <w:jc w:val="right"/>
      </w:pPr>
      <w:r>
        <w:t>حاجی قربانی کرتا ہے۔ سارے حاجی وہاں قربانی کرتے ہیں۔ قربانی کیا ہے؟ قرآن میں اس کے بارے میں کہا گیا ہے کہ اللہ کو تمہارا گوشت اور خون نہیں پہنچتا، تمہارا تقوی</w:t>
      </w:r>
    </w:p>
    <w:p>
      <w:r>
        <w:rPr>
          <w:b/>
        </w:rPr>
        <w:t xml:space="preserve">[23:44] </w:t>
      </w:r>
      <w:r>
        <w:t>ٰ pahunchta hai. yani tumhara jazba, tumhari spirit. to qurbani karte hue jo spirit, jis spirit se qurbani karta hai aadmi, woh spirit hai asal jo Khuda tak pahunchti hai, jo Khuda ko matloob hai. jab aadmi qurbani de raha hota hai, us waqt woh padhta hai: "إنما حيائي ومماتي لله رب العالمين"</w:t>
      </w:r>
    </w:p>
    <w:p>
      <w:pPr>
        <w:jc w:val="right"/>
      </w:pPr>
      <w:r>
        <w:t>ٰ پہنچتا ہے۔ یعنی تمہارا جذبہ، تمہاری سپرٹ۔ تو قربانی کرتے ہوئے جو سپرٹ، جس سپرٹ سے قربانی کرتا ہے آدمی، وہ سپرٹ ہے اصل جو خدا تک پہنچتی ہے، جو خدا کو مطلوب ہے۔ جب آدمی قربانی دے رہا ہوتا ہے، اس وقت وہ پڑھتا ہے: "إنما حيائي ومماتي لله رب العالمين"</w:t>
      </w:r>
    </w:p>
    <w:p>
      <w:r>
        <w:rPr>
          <w:b/>
        </w:rPr>
        <w:t xml:space="preserve">[24:15] </w:t>
      </w:r>
      <w:r>
        <w:t>۔ mera jeena aur marna Allah rab ul alameen ke liye hai. yeh hai spirit qurbani ki. yani qurbani mein bazahir aadmi zabah karta hai janwar ko, haqiqatan woh apne aap ko zabah kar raha hota hai. apne aap ko, yani apne andar qurbani ki spirit jaga raha hota hai ke mera jeena, mera marna, meri zindagi aur meri maut sab kuch Allah ke liye waqf hai.</w:t>
      </w:r>
    </w:p>
    <w:p>
      <w:pPr>
        <w:jc w:val="right"/>
      </w:pPr>
      <w:r>
        <w:t>۔ میرا جینا اور مرنا اللہ رب العالمین کے لیے ہے۔ یہ ہے سپرٹ قربانی کی۔ یعنی قربانی میں بظاہر آدمی ذبح کرتا ہے جانور کو، حقیقتاً وہ اپنے آپ کو ذبح کر رہا ہوتا ہے۔ اپنے آپ کو، یعنی اپنے اندر قربانی کی سپرٹ جگا رہا ہوتا ہے کہ میرا جینا، میرا مرنا، میری زندگی اور میری موت سب کچھ اللہ کے لیے وقف ہے۔</w:t>
      </w:r>
    </w:p>
    <w:p>
      <w:r>
        <w:rPr>
          <w:b/>
        </w:rPr>
        <w:t xml:space="preserve">[24:47] </w:t>
      </w:r>
      <w:r>
        <w:t>qurbani yahi hai. qurbani ka matlab yeh nahi ke aap gardan katwayen, ja kar apne aap ko maar dalen kehen. yeh qurbani nahi hai. qurbani ka matlab yeh hai ke Allah ki rah mein ya Allah ke diye hue maqsad ke liye aap sargaram hon aur koi bhi rizq agar aata hai samne to rizq se samna karen. is rizq ka koi nuqsan samne aata hai to us nuqsan ka samna karen.</w:t>
      </w:r>
    </w:p>
    <w:p>
      <w:pPr>
        <w:jc w:val="right"/>
      </w:pPr>
      <w:r>
        <w:t>قربانی یہی ہے۔ قربانی کا مطلب یہ نہیں کہ آپ گردن کٹوائیں، جا کر اپنے آپ کو مار ڈالیں کہیں۔ یہ قربانی نہیں ہے۔ قربانی کا مطلب یہ ہے کہ اللہ کی راہ میں یا اللہ کے دیے ہوئے مقصد کے لیے آپ سرگرم ہوں اور کوئی بھی رزق اگر آتا ہے سامنے تو رزق سے سامنا کریں۔ اس رزق کا کوئی نقصان سامنے آتا ہے تو اس نقصان کا سامنا کریں۔</w:t>
      </w:r>
    </w:p>
    <w:p>
      <w:r>
        <w:rPr>
          <w:b/>
        </w:rPr>
        <w:t xml:space="preserve">[25:18] </w:t>
      </w:r>
      <w:r>
        <w:t>to goya ke har andesha, har khatra, har nuqsan se be parwah ho kar sirf Allah ke yaqeen par is kaam mein lag jayen. yeh hai qurbani. isi liye haji kehta hai ke "محیا محیا ومماتی للہ رب العالمین"۔ میرا جینا اور مرنا dono Allah ke liye hain. yani yeh duniya mein mein jiyunga to Allah ke liye jiyunga, marunga to Allah ke liye marunga. yeh hai woh qurbani ki spirit jo aadmi,</w:t>
      </w:r>
    </w:p>
    <w:p>
      <w:pPr>
        <w:jc w:val="right"/>
      </w:pPr>
      <w:r>
        <w:t>تو گویا کہ ہر اندیشہ، ہر خطرہ، ہر نقصان سے بے پرواہ ہو کر صرف اللہ کے یقین پر اس کام میں لگ جائیں۔ یہ ہے قربانی۔ اسی لیے حاجی کہتا ہے کہ "محیا محیا ومماتی للہ رب العالمین"۔ میرا جینا اور مرنا دونوں اللہ کے لیے ہیں۔ یعنی یہ دنیا میں میں جیوں گا تو اللہ کے لیے جیوں گا، مروں گا تو اللہ کے لیے مروں گا۔ یہ ہے وہ قربانی کی سپرٹ جو آدمی،</w:t>
      </w:r>
    </w:p>
    <w:p>
      <w:r>
        <w:rPr>
          <w:b/>
        </w:rPr>
        <w:t xml:space="preserve">[25:48] </w:t>
      </w:r>
      <w:r>
        <w:t>jo haji ja kar wahan karta hai. dekhiye, duniya mein har aadmi koi na koi qurbani kar raha hota hai. baghair qurbani ke aap koi kaam nahi kar sakte. chahe job ho, chahe business ho, koi bhi kaam ho. aap ghar mein sote rahen to koi kaam nahi hoga, banega aap ka. aap raat din is mein apne ko yani waqf karte hain, is mein dedicate karte hain. isi mein apna maal aur apna jaan, apna time sab</w:t>
      </w:r>
    </w:p>
    <w:p>
      <w:pPr>
        <w:jc w:val="right"/>
      </w:pPr>
      <w:r>
        <w:t>جو حاجی جا کر وہاں کرتا ہے۔ دیکھیے، دنیا میں ہر آدمی کوئی نہ کوئی قربانی کر رہا ہوتا ہے۔ بغیر قربانی کے آپ کوئی کام نہیں کر سکتے۔ چاہے جاب ہو، چاہے بزنس ہو، کوئی بھی کام ہو۔ آپ گھر میں سوتے رہیں تو کوئی کام نہیں ہوگا، بنے گا آپ کا۔ آپ رات دن اس میں اپنے کو یعنی وقف کرتے ہیں، اس میں ڈیڈیکیٹ کرتے ہیں۔ اسی میں اپنا مال اور اپنا جان، اپنا ٹائم سب</w:t>
      </w:r>
    </w:p>
    <w:p>
      <w:r>
        <w:rPr>
          <w:b/>
        </w:rPr>
        <w:t xml:space="preserve">[26:18] </w:t>
      </w:r>
      <w:r>
        <w:t>kuch is mein laga dete hain. tab ja kar aik kaam banta hai. to yahi mamla deen ka bhi hai. deen mein bhi aap ko apna sab kuch laga dena hai. yeh sab kuch laga dene ka naam qurbani hai, sacrifice hai. sacrifice ya qurbani mahaz apni jaan maarne ka naam nahi hai, balke apne time ko, apne waqt ko, apne paise ko, apni tawajjuh ko, apni soch ko apne maqsad ki rah mein lagane ka naam qurbani hai.</w:t>
      </w:r>
    </w:p>
    <w:p>
      <w:pPr>
        <w:jc w:val="right"/>
      </w:pPr>
      <w:r>
        <w:t>کچھ اس میں لگا دیتے ہیں۔ تب جا کر ایک کام بنتا ہے۔ تو یہی معاملہ دین کا بھی ہے۔ دین میں بھی آپ کو اپنا سب کچھ لگا دینا ہے۔ یہ سب کچھ لگا دینے کا نام قربانی ہے، سیکریفائس ہے۔ سیکریفائس یا قربانی محض اپنی جان مارنے کا نام نہیں ہے، بلکہ اپنے ٹائم کو، اپنے وقت کو، اپنے پیسے کو، اپنی توجہ کو، اپنی سوچ کو اپنے مقصد کی راہ میں لگانے کا نام قربانی ہے۔</w:t>
      </w:r>
    </w:p>
    <w:p>
      <w:r>
        <w:rPr>
          <w:b/>
        </w:rPr>
        <w:t xml:space="preserve">[26:49] </w:t>
      </w:r>
      <w:r>
        <w:t>yani qurbani ka matlab wohi jis ko hum kehte hain dedication, apne ko waqf kar dena. to mein wahan par jo qurbani karta hai aadmi, woh isi jazbe ko deen ke liye istemal karega. is ka ahad karta hai, woh apne ko qurbani ki had tak le ja kar Allah ke raste mein sargaram rahega. yahi yahi matlab hai qurbani ka. phir dekhiye, wahan par</w:t>
      </w:r>
    </w:p>
    <w:p>
      <w:pPr>
        <w:jc w:val="right"/>
      </w:pPr>
      <w:r>
        <w:t>یعنی قربانی کا مطلب وہی جس کو ہم کہتے ہیں ڈیڈیکیشن، اپنے کو وقف کر دینا۔ تو میں وہاں پر جو قربانی کرتا ہے آدمی، وہ اسی جذبے کو دین کے لیے استعمال کرے گا۔ اس کا عہد کرتا ہے، وہ اپنے کو قربانی کی حد تک لے جا کر اللہ کے راستے میں سرگرم رہے گا۔ یہی یہی مطلب ہے قربانی کا۔ پھر دیکھیے، وہاں پر</w:t>
      </w:r>
    </w:p>
    <w:p>
      <w:r>
        <w:rPr>
          <w:b/>
        </w:rPr>
        <w:t xml:space="preserve">[27:23] </w:t>
      </w:r>
      <w:r>
        <w:t>aik maqam hai jahan ke shaitan ke alamati sutoon hain. wahan par ja kar haji kankariyan marta hai, jis ko rahm e jamarat kehte hain. yeh kankariyan kya hain? yeh koi rasmi kaam nahi hai. alamati taur par yeh shaitan se apne ko door bhagane ka kaam hai. yani shaitan ke upar alamati kankari maar kar haqiqatan aadmi apne andar yeh jazba paida karta</w:t>
      </w:r>
    </w:p>
    <w:p>
      <w:pPr>
        <w:jc w:val="right"/>
      </w:pPr>
      <w:r>
        <w:t>ایک مقام ہے جہاں کے شیطان کے علامتی ستون ہیں۔ وہاں پر جا کر حاجی کنکریاں مارتا ہے، جس کو رحم جمرات کہتے ہیں۔ یہ کنکریاں کیا ہیں؟ یہ کوئی رسمی کام نہیں ہے۔ علامتی طور پر یہ شیطان سے اپنے کو دور بھگانے کا کام ہے۔ یعنی شیطان کے اوپر علامتی کنکری مار کر حقیقتاً آدمی اپنے اندر یہ جذبہ پیدا کرتا</w:t>
      </w:r>
    </w:p>
    <w:p>
      <w:r>
        <w:rPr>
          <w:b/>
        </w:rPr>
        <w:t xml:space="preserve">[27:53] </w:t>
      </w:r>
      <w:r>
        <w:t>hai, yeh ahad karta hai ke main shaitan se meri dosti nahi hogi, shaitan se meri dushmani hogi. shaitan ko main apne aap se door bhagaunga, apne qareeb nahi bithaoonga. shaitan ko shaitan kya hai? aap har insaan ke dil mein aise jazbat hain jahan jahan yani shaitan hamla karta hai. kuch vulnerable point hain insaan ke andar.</w:t>
      </w:r>
    </w:p>
    <w:p>
      <w:pPr>
        <w:jc w:val="right"/>
      </w:pPr>
      <w:r>
        <w:t>ہے، یہ عہد کرتا ہے کہ میں شیطان سے میری دوستی نہیں ہوگی، شیطان سے میری دشمنی ہوگی۔ شیطان کو میں اپنے آپ سے دور بھگاؤں گا، اپنے قریب نہیں بٹھاؤں گا۔ شیطان کو شیطان کیا ہے؟ آپ ہر انسان کے دل میں ایسے جذبات ہیں جہاں جہاں یعنی شیطان حملہ کرتا ہے۔ کچھ ولنریبل پوائنٹ ہیں انسان کے اندر۔</w:t>
      </w:r>
    </w:p>
    <w:p>
      <w:r>
        <w:rPr>
          <w:b/>
        </w:rPr>
        <w:t xml:space="preserve">[28:25] </w:t>
      </w:r>
      <w:r>
        <w:t>woh vulnerable point kya hain? woh khwahish hai, jalan hai, hasad ka jazba hai, intiqam ka jazba hai, ghussa hai, doosron ko neecha dikhane ka ehsas hai. yeh sare negative thought hain, yeh jo sari negative feelings hain, yahi woh vulnerable point hain jahan shaitan hamla karta hai. to jab aap jab aik haji jamarat par kankari marta hai to is ka matlab</w:t>
      </w:r>
    </w:p>
    <w:p>
      <w:pPr>
        <w:jc w:val="right"/>
      </w:pPr>
      <w:r>
        <w:t>وہ ولنریبل پوائنٹ کیا ہیں؟ وہ خواہش ہے، جلن ہے، حسد کا جذبہ ہے، انتقام کا جذبہ ہے، غصہ ہے، دوسروں کو نیچا دکھانے کا احساس ہے۔ یہ سارے جو نیگیٹیو تھاٹ ہیں، یہ جو ساری نیگیٹیو فیلنگز ہیں، یہی وہ ولنریبل پوائنٹ ہیں جہاں شیطان حملہ کرتا ہے۔ تو جب آپ جب ایک حاجی جمرات پر کنکری مارتا ہے تو اس کا مطلب</w:t>
      </w:r>
    </w:p>
    <w:p>
      <w:r>
        <w:rPr>
          <w:b/>
        </w:rPr>
        <w:t xml:space="preserve">[28:55] </w:t>
      </w:r>
      <w:r>
        <w:t>yeh hota hai ke woh keh raha hota hai ke mere vulnerable point par kabhi tum ne hamla kiya to main wahan tumhara tum ko maar kar bhagaunga. mere vulnerable point ko tum istemal nahi kar sako ge. jahan tum aaye, main tum ko maar ke bhagaunga. matlab yeh hai ke main duniya mein rehte hue jab aise jazbat jaagenge mere andar shaitan ke waswase se, yani intiqam aur hasad aur jalan aur</w:t>
      </w:r>
    </w:p>
    <w:p>
      <w:pPr>
        <w:jc w:val="right"/>
      </w:pPr>
      <w:r>
        <w:t>یہ ہوتا ہے کہ وہ کہہ رہا ہوتا ہے کہ میرے ولنریبل پوائنٹ پر کبھی تم نے حملہ کیا تو میں وہاں تمہارا تم کو مار کر بھگاؤں گا۔ میرے ولنریبل پوائنٹ کو تم استعمال نہیں کر سکو گے۔ جہاں تم آئے، میں تم کو مار کے بھگاؤں گا۔ مطلب یہ ہے کہ میں دنیا میں رہتے ہوئے جب ایسے جذبات جاگیں گے میرے اندر شیطان کے وسوسے سے، یعنی انتقام اور حسد اور جلن اور</w:t>
      </w:r>
    </w:p>
    <w:p>
      <w:r>
        <w:rPr>
          <w:b/>
        </w:rPr>
        <w:t xml:space="preserve">[29:25] </w:t>
      </w:r>
      <w:r>
        <w:t>kina aur ghussa aur dushmani, to main apne aap ko is se nikalunga. negative thought ko positive thought mein convert karunga. dushmani ke jazbat ko dosti mein badlunga. intiqam ko andar hi andar khatam kar dunga. intiqam ke jazbe ko ghussa aayega to ghusse ko mita dunga. jamarat kar kankari maarne ka matlab yeh hai</w:t>
      </w:r>
    </w:p>
    <w:p>
      <w:pPr>
        <w:jc w:val="right"/>
      </w:pPr>
      <w:r>
        <w:t>کینہ اور غصہ اور دشمنی، تو میں اپنے آپ کو اس سے نکالوں گا۔ نیگیٹیو تھاٹ کو پازیٹیو تھاٹ میں کنورٹ کروں گا۔ دشمنی کے جذبات کو دوستی میں بدلوں گا۔ انتقام کو اندر ہی اندر ختم کر دوں گا۔ انتقام کے جذبے کو غصہ آئے گا تو غصے کو مٹا دوں گا۔ جمرات کر کنکریاں مارنے کا مطلب یہ ہے</w:t>
      </w:r>
    </w:p>
    <w:p>
      <w:r>
        <w:rPr>
          <w:b/>
        </w:rPr>
        <w:t xml:space="preserve">[29:56] </w:t>
      </w:r>
      <w:r>
        <w:t>ke shaitan ko main kill karunga jab ke woh mere upar hamla karega. alamati taur par wahan par aadmi is baat ka ahad karta hai. yeh bhi dekhen to yeh yeh sirf sirf aik deeni mamla nahi hai. duniya ke kaam mein bhi aap ko yahi karna padta hai. aap koi bhi duniya ka kaam karen to wahan bhi aisa hota hai ke tarah tarah ke mawaqe aate hain jahan aap ko</w:t>
      </w:r>
    </w:p>
    <w:p>
      <w:pPr>
        <w:jc w:val="right"/>
      </w:pPr>
      <w:r>
        <w:t>کہ شیطان کو میں کل کروں گا جب کہ وہ میرے اوپر حملہ کرے گا۔ علامتی طور پر وہاں پر آدمی اس بات کا عہد کرتا ہے۔ یہ بھی دیکھیں تو یہ یہ صرف صرف ایک دینی معاملہ نہیں ہے۔ دنیا کے کام میں بھی آپ کو یہی کرنا پڑتا ہے۔ آپ کوئی بھی دنیا کا کام کریں تو وہاں بھی ایسا ہوتا ہے کہ طرح طرح کے مواقع آتے ہیں جہاں آپ کو</w:t>
      </w:r>
    </w:p>
    <w:p>
      <w:r>
        <w:rPr>
          <w:b/>
        </w:rPr>
        <w:t xml:space="preserve">[30:27] </w:t>
      </w:r>
      <w:r>
        <w:t>jo aap jo aap aap ka waqt lena chahte hain, aap paisa lena chahte hain to wahan bhi aap agar sach much apne maqsad mein sincere hain, seriously aap ne aik maqsad ko apna rakha hai to wahan aap us ko pass putak nahi detey. aap us ko bhagate hain. misal ke taur par farz kijiye ke aap ne aik office khola, wahan aap aik international business chala rahe hain aur aik aadmi shayar, aik shayar aa kar wahan se shair sunata hai, aap ko joke</w:t>
      </w:r>
    </w:p>
    <w:p>
      <w:pPr>
        <w:jc w:val="right"/>
      </w:pPr>
      <w:r>
        <w:t>جو آپ جو آپ آپ کا وقت لینا چاہتے ہیں، آپ پیسہ لینا چاہتے ہیں تو وہاں بھی آپ اگر سچ مچ اپنے مقصد میں سنسیئر ہیں، سیریسلی آپ نے ایک مقصد کو اپنا رکھا ہے تو وہاں آپ اس کو پاس پٹک نہیں دیتے۔ آپ اس کو بھگاتے ہیں۔ مثال کے طور پر فرض کیجئے کہ آپ نے ایک آفس کھولا، وہاں آپ ایک انٹرنیشنل بزنس چلا رہے ہیں اور ایک آدمی شاعر، ایک شاعر آ کر وہاں سے شعر سناتا ہے، آپ کو جوک</w:t>
      </w:r>
    </w:p>
    <w:p>
      <w:r>
        <w:rPr>
          <w:b/>
        </w:rPr>
        <w:t xml:space="preserve">[30:57] </w:t>
      </w:r>
      <w:r>
        <w:t>chhodta hai to aap kahen ke bhai mere bhai tum apne ghar baitho, yahan tumhare liye jagah nahi hai kyun ke main business kaise karunga? mere paas har waqt telephone aata hai, har waqt koi business contact banana padta hai. tum aa ke mujhe shayari suna rahe ho, joke chhod rahe ho yahan par to tum jao yahan se, aap us ko rukhsat kar denge. to har aadmi ke peeche shaitan laga hua hai, dunyavi shaitan aur akhrawi shaitan dono qism ke. to jis tarah se aik</w:t>
      </w:r>
    </w:p>
    <w:p>
      <w:pPr>
        <w:jc w:val="right"/>
      </w:pPr>
      <w:r>
        <w:t>چھوڑتا ہے تو آپ کہیں کہ بھائی میرے بھائی تم اپنے گھر بیٹھو، یہاں تمہارے لیے جگہ نہیں ہے کیونکہ میں بزنس کیسے کروں گا؟ میرے پاس ہر وقت ٹیلی فون آتا ہے، ہر وقت کوئی بزنس کنٹیکٹ بنانا پڑتا ہے۔ تم آ کے مجھے شاعری سنا رہے ہو، جوک چھوڑ رہے ہو یہاں پر تو تم جاؤ یہاں سے، آپ اس کو رخصت کر دیں گے۔ تو ہر آدمی کے پیچھے شیطان لگا ہوا ہے، دنیاوی شیطان اور اخروی شیطان دونوں قسم کے۔ تو جس طرح سے ایک</w:t>
      </w:r>
    </w:p>
    <w:p>
      <w:r>
        <w:rPr>
          <w:b/>
        </w:rPr>
        <w:t xml:space="preserve">[31:27] </w:t>
      </w:r>
      <w:r>
        <w:t>ba maqsad aadmi apne dunyavi mamlaat mein aise logon ko bhagata hai, kisi ka maine mazmoon padha ke mujhe mere doston se bachao. is mein likha tha ke dost jo hain mera time kill karte hain, dost jo hain mera business kharab karte hain, dost mujhe parhne nahi detey. is ne likha mujhe mere doston se bachao. to wahan us ne doston ko dushman bataya tha, doston ko shaitan</w:t>
      </w:r>
    </w:p>
    <w:p>
      <w:pPr>
        <w:jc w:val="right"/>
      </w:pPr>
      <w:r>
        <w:t>بامقصد آدمی اپنے دنیاوی معاملات میں ایسے لوگوں کو بھگاتا ہے، کسی کا میں نے مضمون پڑھا کہ مجھے میرے دوستوں سے بچاؤ۔ اس میں لکھا تھا کہ دوست جو ہیں میرا ٹائم کل کرتے ہیں، دوست جو ہیں میرا بزنس خراب کرتے ہیں، دوست مجھے پڑھنے نہیں دیتے۔ اس نے لکھا مجھے میرے دوستوں سے بچاؤ۔ تو وہاں اس نے دوستوں کو دشمن بتایا تھا، دوستوں کو شی</w:t>
      </w:r>
    </w:p>
    <w:p>
      <w:r>
        <w:rPr>
          <w:b/>
        </w:rPr>
        <w:t xml:space="preserve">[31:57] </w:t>
      </w:r>
      <w:r>
        <w:t>bataya tha. isi tarah se Khuda ke raste mein hota hai ke Khuda ke raste mein aap chalte hain to shaitan bharkata hai, tarah tarah ke jazbat aap ko idhar bharkata hai jis se aap Khuda ke raste se hat jayen. to wahan par aap kya karte hain? wahan par aap shaitan ko bhagate hain. is ke bhakave se asar nahi lete. yeh hai jamarat par kankari marna.</w:t>
      </w:r>
    </w:p>
    <w:p>
      <w:pPr>
        <w:jc w:val="right"/>
      </w:pPr>
      <w:r>
        <w:t>طان بتایا تھا۔ اسی طرح سے خدا کے راستے میں ہوتا ہے کہ خدا کے راستے میں آپ چلتے ہیں تو شیطان بھڑکاتا ہے، طرح طرح کے جذبات آپ کو ادھر بھڑکاتا ہے جس سے آپ خدا کے راستے سے ہٹ جائیں۔ تو وہاں پر آپ کیا کرتے ہیں؟ وہاں پر آپ شیطان کو بھگاتے ہیں۔ اس کے بھکاوے سے کاثر نہیں لیتے۔ یہ ہے جمرات پر کنکری مارنا۔</w:t>
      </w:r>
    </w:p>
    <w:p>
      <w:r>
        <w:rPr>
          <w:b/>
        </w:rPr>
        <w:t xml:space="preserve">[32:28] </w:t>
      </w:r>
      <w:r>
        <w:t>phir dekhiye, sare haji wahan par makkah ke qareeb aik maidan hai, us ko arafat kehte hain, bohat bara, bohat bara maidan. wahan par pahadiyan hain. to sare haji labbaik Allahumma labbaik, labbaik Allahumma labbaik kehte hue maidan arafat par hazir hote hain. yani aey Allah hum hazir hain, aey Allah hum hazir hain. yeh kya cheez hai? yeh</w:t>
      </w:r>
    </w:p>
    <w:p>
      <w:pPr>
        <w:jc w:val="right"/>
      </w:pPr>
      <w:r>
        <w:t>پھر دیکھیے، سارے حاجی وہاں پر مکہ کے قریب ایک میدان ہے، اس کو عرفات کہتے ہیں، بہت بڑا، بہت بڑا میدان۔ وہاں پر پہاڑیاں ہیں۔ تو سارے حاجی لبیک اللہم لبیک، لبیک اللہم لبیک کہتے ہوئے میدان عرفات پر حاضر ہوتے ہیں۔ یعنی اے اللہ ہم حاضر ہیں، اے اللہ ہم حاضر ہیں۔ یہ کیا چیز ہے؟ یہ</w:t>
      </w:r>
    </w:p>
    <w:p>
      <w:r>
        <w:rPr>
          <w:b/>
        </w:rPr>
        <w:t xml:space="preserve">[32:59] </w:t>
      </w:r>
      <w:r>
        <w:t>hajj ka aap jante hain, sab se aham hissa yahi hai kyun ke hadees mein aata hai ke al hajj jo arafah, yani arafah ke maidan mein ikattha hona, yahi hajj ka sab se bara, sab se bara juz hai. to arafat kya hai? arafat ke maidan mein ikattha hona haqiqatan hashar ke maidan mein ikattha hone ki yaad dahani hai. is ki aik soorat hai kyun ke quran mein aaya hai, aata hai ke jab duniya khatam ho jayegi,</w:t>
      </w:r>
    </w:p>
    <w:p>
      <w:pPr>
        <w:jc w:val="right"/>
      </w:pPr>
      <w:r>
        <w:t>حج کا آپ جانتے ہیں، سب سے اہم حصہ یہی ہے کیونکہ حدیث میں آتا ہے کہ الحج جو عرفہ، یعنی عرفہ کے میدان میں اکٹھا ہونا، یہی حج کا سب سے بڑا، سب سے بڑا جز ہے۔ تو عرفات کیا ہے؟ عرفات کے میدان میں اکٹھا ہونا حقیقتاً حشر کے میدان میں اکٹھا ہونے کی یاد دہانی ہے۔ اس کی ایک صورت ہے کیونکہ قرآن میں آیا ہے، آتا ہے کہ جب دنیا ختم ہو جائے گی،</w:t>
      </w:r>
    </w:p>
    <w:p>
      <w:r>
        <w:rPr>
          <w:b/>
        </w:rPr>
        <w:t xml:space="preserve">[33:30] </w:t>
      </w:r>
      <w:r>
        <w:t>aakhri waqt aa jayega to khuda pukarega aur sare insan apne jaghon se nikal kar, apne qabron se nikal kar wahan daurenge, wahan pahunchenge jisko yom ul juma ka, wo jisko maidan e hashar kaha jata hai. Sare insan khuda ke samne ekatha ho jayenge wahan taake sab ka hisab kitab ho. To ye waqia jo hone wala hai, jisko quran mein yom ul juma kaha gaya hai, yom ul hisab kaha gaya hai, yom ul taghabun kaha gaya hai. Yom</w:t>
      </w:r>
    </w:p>
    <w:p>
      <w:pPr>
        <w:jc w:val="right"/>
      </w:pPr>
      <w:r>
        <w:t>آخری وقت آ جائے گا تو خدا پکارے گا اور سارے انسان اپنے جگہوں سے نکل کر، اپنے قبروں سے نکل کر وہاں دوڑیں گے، وہاں پہنچیں گے جس کو یوم الجمع کا، وہ جس کو میدان حشر کہا جاتا ہے۔ سارے انسان خدا کے سامنے اکٹھا ہو جائیں گے وہاں تاکہ سب کا حساب کتاب ہو۔ تو یہ واقعہ جو ہونے والا ہے، جس کو قرآن میں یوم الجمع کہا گیا ہے، یوم الحساب کہا گیا ہے، یوم التغابن کہا گیا ہے۔ یوم</w:t>
      </w:r>
    </w:p>
    <w:p>
      <w:r>
        <w:rPr>
          <w:b/>
        </w:rPr>
        <w:t xml:space="preserve">[34:00] </w:t>
      </w:r>
      <w:r>
        <w:t>ul taghabun ka matlab hai haar jeet ka din, yaani sare log ekatha hon aur sab ka faisla ho. Kisi ke liye haar ka faisla, kisi ke liye jeet ka faisla, kisi ke liye jannat ka faisla, kisi ke liye jahannum ka faisla. To sare logon ko Allah awaz dega, wahan daud kar wahan pahunchenge hashar ke maidan mein taake apne abadi anjam ka faisla sunein Allah ki zuban se. To isi hone wale waqie ki yaad dehani hai arafat ke maidan mein ekatha hona</w:t>
      </w:r>
    </w:p>
    <w:p>
      <w:pPr>
        <w:jc w:val="right"/>
      </w:pPr>
      <w:r>
        <w:t>التغابن کا مطلب ہے ہار جیت کا دن، یعنی سارے لوگ اکٹھا ہوں اور سب کا فیصلہ ہو۔ کسی کے لیے ہار کا فیصلہ، کسی کے لیے جیت کا فیصلہ، کسی کے لیے جنت کا فیصلہ، کسی کے لیے جہنم کا فیصلہ۔ تو سارے لوگوں کو اللہ آواز دے گا، وہاں دوڑ کر وہاں پہنچیں گے حشر کے میدان میں تاکہ اپنے ابدی انجام کا فیصلہ سنیں اللہ کی زبان سے۔ تو اسی ہونے والے واقعے کی یاد دہانی ہے عرفات کے میدان میں اکٹھا ہونا</w:t>
      </w:r>
    </w:p>
    <w:p>
      <w:r>
        <w:rPr>
          <w:b/>
        </w:rPr>
        <w:t xml:space="preserve">[34:32] </w:t>
      </w:r>
      <w:r>
        <w:t>jo hum mein se har shakhs ke sath pesh aane wala hai. Sab se bada din, sab se bada din jo zindagi mein pesh aane wala hai insan ki, wo ye hai ke maut ke baad khuda ke samne hazri. Is se bada koi din nahi. To quran mein bataya gaya hai ke ek waqt aayega ke khuda sare dunya ko khatam kar dega aur sare insano par maut aa jayegi. Phir nayi zindagi di jayegi aur</w:t>
      </w:r>
    </w:p>
    <w:p>
      <w:pPr>
        <w:jc w:val="right"/>
      </w:pPr>
      <w:r>
        <w:t>جو ہم میں سے ہر شخص کے ساتھ پیش آنے والا ہے۔ سب سے بڑا دن، سب سے بڑا دن جو زندگی میں پیش آنے والا ہے انسان کی، وہ یہ ہے کہ موت کے بعد خدا کے سامنے حاضری۔ اس سے بڑا کوئی دن نہیں۔ تو قرآن میں بتایا گیا ہے کہ ایک وقت آئے گا کہ خدا سارے دنیا کو ختم کر دے گا اور سارے انسانوں پر موت آ جائے گی۔ پھر نئی زندگی دی جائے گی اور</w:t>
      </w:r>
    </w:p>
    <w:p>
      <w:r>
        <w:rPr>
          <w:b/>
        </w:rPr>
        <w:t xml:space="preserve">[35:02] </w:t>
      </w:r>
      <w:r>
        <w:t>nayi zindagi de kar ke sare log hashar ke maidan mein ekatha kiye jayenge. Wahan logon ka jo record tha ya is dunya mein, is record ke mutabiq har ek ke liye faisla kiya jayega ke kaun jannat ke qabil hai, kaun jahannum ke qabil hai. Yaad rakhiye, jannat aur jahannum ka faisla nasl ki buniyad par nahi hai. Ye ek nasl hai, is ko jannat mein le jao, wo doosri nasl hai, is ko dozakh mein le jao. Ye nasl ka mamla nahi hai, ye character ka mamla hai.</w:t>
      </w:r>
    </w:p>
    <w:p>
      <w:pPr>
        <w:jc w:val="right"/>
      </w:pPr>
      <w:r>
        <w:t>نئی زندگی دے کر کے سارے لوگ حشر کے میدان میں اکٹھا کیے جائیں گے۔ وہاں لوگوں کا جو ریکارڈ تھا یا اس دنیا میں، اس ریکارڈ کے مطابق ہر ایک کے لیے فیصلہ کیا جائے گا کہ کون جنت کے قابل ہے، کون جہنم کے قابل ہے۔ یاد رکھیے، جنت اور جہنم کا فیصلہ نسل کی بنیاد پر نہیں ہے۔ یہ ایک نسل ہے، اس کو جنت میں لے جاؤ، وہ دوسری نسل ہے، اس کو دوزخ میں لے جاؤ۔ یہ نسل کا معاملہ نہیں ہے، یہ کریکٹر کا معاملہ ہے۔</w:t>
      </w:r>
    </w:p>
    <w:p>
      <w:r>
        <w:rPr>
          <w:b/>
        </w:rPr>
        <w:t xml:space="preserve">[35:38] </w:t>
      </w:r>
      <w:r>
        <w:t>ek character aadmi ko jahannum mein le jayega, doosra character aadmi ko jannat mein le jayega. To arafat ke maidan mein jama hona, hashar ke maidan mein jama hone ki alamati yaad hai. Aur is se badi badi baat koi nahi hai kyunke wo yom ul taghabun hai quran ke lafzon mein, yaani wo haar jeet ka din hai. Is din abadi haar ka faisla kisi ke liye hoga, kisi ke liye abadi jeet ka faisla hoga. Zahir hai ke is se badi baat kya ho sakti hai?</w:t>
      </w:r>
    </w:p>
    <w:p>
      <w:pPr>
        <w:jc w:val="right"/>
      </w:pPr>
      <w:r>
        <w:t>ایک کریکٹر آدمی کو جہنم میں لے جائے گا، دوسرا کریکٹر آدمی کو جنت میں لے جائے گا۔ تو عرفات کے میدان میں جمع ہونا، حشر کے میدان میں جمع ہونے کی علامتی یاد ہے۔ اور اس سے بڑی بڑی بات کوئی نہیں ہے کیونکہ وہ یوم التغابن ہے قرآن کے لفظوں میں، یعنی وہ ہار جیت کا دن ہے۔ اس دن ابدی ہار کا فیصلہ کسی کے لیے ہوگا، کسی کے لیے ابدی جیت کا فیصلہ ہوگا۔ ظاہر ہے کہ اس سے بڑی بات کیا ہو سکتی ہے؟</w:t>
      </w:r>
    </w:p>
    <w:p>
      <w:r>
        <w:rPr>
          <w:b/>
        </w:rPr>
        <w:t xml:space="preserve">[36:09] </w:t>
      </w:r>
      <w:r>
        <w:t>isi liye ise kaha gaya ke al hajj jo arafah, arafah ke maidan mein ekatha ho kar is is khurak ko lena, is naseehat ko lena, is is jazbe ko apne andar incalculate karna, is is spirit wala insan banana apne aap ko, ye hai arafah. Aur arafah sab se bada juz hai hajj ke aamal aur مراسم ka.</w:t>
      </w:r>
    </w:p>
    <w:p>
      <w:pPr>
        <w:jc w:val="right"/>
      </w:pPr>
      <w:r>
        <w:t>اسی لیے اسے کہا گیا کہ الحج جو عرفہ، عرفہ کے میدان میں اکٹھا ہو کر اس اس خوراک کو لینا، اس نصیحت کو لینا، اس اس جذبے کو اپنے اندر انکلکیٹ کرنا، اس اسپیریٹ والا انسان بنانا اپنے آپ کو، یہ ہے عرفہ۔ اور عرفہ سب سے بڑا جز ہے حج کے اعمال اور مراسم کا۔</w:t>
      </w:r>
    </w:p>
    <w:p>
      <w:r>
        <w:rPr>
          <w:b/>
        </w:rPr>
        <w:t xml:space="preserve">[36:40] </w:t>
      </w:r>
      <w:r>
        <w:t>phir dekhiye, hajj ke aakhri yaani final phase mein wahan par kya hua? Rasool Allah sal Allah alaihi wasallam ne khutba diya jis ko khutba e hajjat ul wida kaha jata hai kyunke Rasool Allah sal Allah alaihi wasallam is hajj ke baad jaldi wafat pa gaye, do dhai mahine ke baad. To ye aap ki ummat se aakhri mulaqat thi, goya jahan taqreeban</w:t>
      </w:r>
    </w:p>
    <w:p>
      <w:pPr>
        <w:jc w:val="right"/>
      </w:pPr>
      <w:r>
        <w:t>پھر دیکھیے، حج کے آخری یعنی فائنل فیز میں وہاں پر کیا ہوا؟ رسول اللہ صلی اللہ علیہ وسلم نے خطبہ دیا جس کو خطبہ حجۃ الوداع کہا جاتا ہے کیونکہ رسول اللہ صلی اللہ علیہ وسلم اس حج کے بعد جلدی وفات پا گئے، دو ڈھائی مہینے کے بعد۔ تو یہ آپ کی امت سے آخری ملاقات تھی، گویا جہاں تقریباً</w:t>
      </w:r>
    </w:p>
    <w:p>
      <w:r>
        <w:rPr>
          <w:b/>
        </w:rPr>
        <w:t xml:space="preserve">[37:12] </w:t>
      </w:r>
      <w:r>
        <w:t>yaani dehd lakh aadmi ekatha the. To wahan par aap ne ek khutba diya, ye khutba e hajjat ul wida ke naam se kitabon mein maujood hai. Is khutbe mein main aap ne kai baaten farmayin, main yahan do baaton ka zikr karunga. Is khutbe mein aap ne ek to ye aelan farmaya ke la fazla arabi al alameen, ek ko doosre par koi fazilat nahi, a</w:t>
      </w:r>
    </w:p>
    <w:p>
      <w:pPr>
        <w:jc w:val="right"/>
      </w:pPr>
      <w:r>
        <w:t>یعنی ڈیڑھ لاکھ آدمی اکٹھا تھے۔ تو وہاں پر آپ نے ایک خطبہ دیا، یہ خطبہ حجۃ الوداع کے نام سے کتابوں میں موجود ہے۔ اس خطبے میں میں آپ نے کئی باتیں فرمائیں، میں یہاں دو باتوں کا ذکر کروں گا۔ اس خطبے میں آپ نے ایک تو یہ اعلان فرمایا کہ لا فضل عربی عالمین، ایک کو دوسرے پر کوئی فضیلت نہیں، ع</w:t>
      </w:r>
    </w:p>
    <w:p>
      <w:r>
        <w:rPr>
          <w:b/>
        </w:rPr>
        <w:t xml:space="preserve">[37:42] </w:t>
      </w:r>
      <w:r>
        <w:t>rabi ko ghair arabi par koi farq nahi, ek nasl aur doosri nasl ke darmiyan koi imtiyaz nahi. Superior race aur inferior race ke fitne ke myth ko aap ne khatam kar diya. Hazaron saal se insan is myth mein jee raha tha, koi race superior race hai, koi race inferior race hai. Aap ne aelan farmaya ke nahi, ye sab jhoote myth hain, illa biddin wa taqwa</w:t>
      </w:r>
    </w:p>
    <w:p>
      <w:pPr>
        <w:jc w:val="right"/>
      </w:pPr>
      <w:r>
        <w:t>ربی کو غیر عربی پر کوئی فرق نہیں، ایک نسل اور دوسری نسل کے درمیان کوئی امتیاز نہیں۔ سپیریئر ریس اور انفیریئر ریس کے فتنے کے متھ کو آپ نے ختم کر دیا۔ ہزاروں سال سے انسان اس متھ میں جی رہا تھا، کوئی ریس سپیریئر ریس ہے، کوئی ریس انفیریئر ریس ہے۔ آپ نے اعلان فرمایا کہ نہیں، یہ سب جھوٹے متھ ہیں، الا بدین و تقوی</w:t>
      </w:r>
    </w:p>
    <w:p>
      <w:r>
        <w:rPr>
          <w:b/>
        </w:rPr>
        <w:t xml:space="preserve">[38:12] </w:t>
      </w:r>
      <w:r>
        <w:t>ٰ, yaani Allah ke paimane mein jo acha thehre, wo acha hai aur jo Allah ke paimane mein acha na thehre, wo bura hai. Na naam, na nasl, na color, na zuban, kuch bhi nahi. Ye tamam tar mamla hai Allah ke paimane par kaisa thehrega aadmi is ka. To ek baat ye aap ne farmayi, is ko hum keh sakte hain ke masawat e insani, ye sare insan barabar hain, s</w:t>
      </w:r>
    </w:p>
    <w:p>
      <w:pPr>
        <w:jc w:val="right"/>
      </w:pPr>
      <w:r>
        <w:t>ٰ، یعنی اللہ کے پیمانے میں جو اچھا ٹھہرے، وہ اچھا ہے اور جو اللہ کے پیمانے میں اچھا نہ ٹھہرے، وہ برا ہے۔ نہ نام، نہ نسل، نہ کلر، نہ زبان، کچھ بھی نہیں۔ یہ تمام تر معاملہ ہے اللہ کے پیمانے پر کیسا ٹھہرے گا آدمی اس کا۔ تو ایک بات یہ آپ نے فرمائی، اس کو ہم کہہ سکتے ہیں کہ مساوات انسانی، یہ سارے انسان برابر ہیں، س</w:t>
      </w:r>
    </w:p>
    <w:p>
      <w:r>
        <w:rPr>
          <w:b/>
        </w:rPr>
        <w:t xml:space="preserve">[38:42] </w:t>
      </w:r>
      <w:r>
        <w:t>are insan ek hain. Insan ke darmiyan farq jo hai, wo kirdaar se hota hai, na ke nasl se, race se, color se. In cheezon ki koi ahmiyat nahi hai, ye sab relative baaten hain. Ye ek aelan aap ne farmayi, is mein khutbe mein doosri aham baat jo thi, wo wo ye thi ke aap ne farmaya ke in Allah basani kaafatan lin naas faduni</w:t>
      </w:r>
    </w:p>
    <w:p>
      <w:pPr>
        <w:jc w:val="right"/>
      </w:pPr>
      <w:r>
        <w:t>ارے انسان ایک ہیں۔ انسان کے درمیان فرق جو ہے، وہ کردار سے ہوتا ہے، نہ کہ نسل سے، ریس سے، کلر سے۔ ان چیزوں کی کوئی اہمیت نہیں ہے، یہ سب ریلیٹو باتیں ہیں۔ یہ ایک اعلان آپ نے فرمائیے، اس میں خطبہ میں دوسری اہم بات جو تھی، وہ وہ یہ تھی کہ آپ نے فرمایا کہ ان اللہ باسنی کافۃ للناس فدونی</w:t>
      </w:r>
    </w:p>
    <w:p>
      <w:r>
        <w:rPr>
          <w:b/>
        </w:rPr>
        <w:t xml:space="preserve">[39:14] </w:t>
      </w:r>
      <w:r>
        <w:t>ٰ, ke Allah ne mujh ko sare logon ke liye paighambar bana kar bheja hai, yaani mera paigham, mere zariye se jo Allah ne paigham diya, wo paigham sare insano tak pahunchna hai aur pahunchte rehna hai. Kyunke insan, aap jante hain, paida hote hain, marte hain, paida hote hain, marte hain. Insan koi himalaya pahad nahi hai ke jo khada hoga to hazaron saal khada hua hai. Insan to aap jante hain, 50 saal, 100 saal, 10 saal marte rehte hain log. To ye kaam</w:t>
      </w:r>
    </w:p>
    <w:p>
      <w:pPr>
        <w:jc w:val="right"/>
      </w:pPr>
      <w:r>
        <w:t>، کہ اللہ نے مجھ کو سارے لوگوں کے لیے پیغمبر بنا کر بھیجا ہے، یعنی میرا پیغام، میرے ذریعے سے جو اللہ نے پیغام دیا، وہ پیغام سارے انسانوں تک پہنچنا ہے اور پہنچتے رہنا ہے۔ کیونکہ انسان، آپ جانتے ہیں، پیدا ہوتے ہیں، مرتے ہیں، پیدا ہوتے ہیں، مرتے ہیں۔ انسان کوئی ہمالیہ پہاڑ نہیں ہے کہ جو کھڑا ہوگا تو ہزاروں سال کھڑا ہوا ہے۔ انسان تو آپ جانتے ہیں، 50 سال، سو سال، دس سال مرتے رہتے ہیں لوگ۔ تو یہ کام</w:t>
      </w:r>
    </w:p>
    <w:p>
      <w:r>
        <w:rPr>
          <w:b/>
        </w:rPr>
        <w:t xml:space="preserve">[39:44] </w:t>
      </w:r>
      <w:r>
        <w:t>sonpa aap ne apni ummat ko ke nasl dar nasl tum is kaam ko karte raho, sari dunya mein mere message ko pahunchate raho, logon tak faduni, meri taraf se is farz ko anjam dete raho. Is ke baad kya hua? Agar aap jayen makkah madinah mein to aap payenge ke sahaba e kiram, jo ke taqreeban do lakh the, un ki qabrein bohat hi kam hain makkah madinah mein.</w:t>
      </w:r>
    </w:p>
    <w:p>
      <w:pPr>
        <w:jc w:val="right"/>
      </w:pPr>
      <w:r>
        <w:t>سونپا آپ نے اپنی امت کو کہ نسل در نسل تم اس کام کو کرتے رہو، ساری دنیا میں میرے میسج کو پہنچاتے رہو، لوگوں تک فدونی، میری طرف سے اس فرض کو انجام دیتے رہو۔ اس کے بعد کیا ہوا؟ اگر آپ جائیں مکہ مدینہ میں تو آپ پائیں گے کہ صحابہ کرام، جو کہ تقریباً دو لاکھ تھے، ان کی قبریں بہت ہی کم ہیں مکہ مدینہ میں۔</w:t>
      </w:r>
    </w:p>
    <w:p>
      <w:r>
        <w:rPr>
          <w:b/>
        </w:rPr>
        <w:t xml:space="preserve">[40:15] </w:t>
      </w:r>
      <w:r>
        <w:t>kyun? Rasool Allah ke is message ke baad sab bahar nikal gaye, arab ke bahar, un ki qabrein bahar bani. Kaisi ajeeb baat hai! Makkah madinah mein marne ke liye, wahan qabar banane ke liye koi thehra nahi. Atraf ke mulkon mein phail gayi. Yahi ye tha pehla diaspora Islam mein, aur isi ka nateeja hai ke wo pure muslim dunya ya arab world, jis ko hum kehte hain, unhon ne banayi</w:t>
      </w:r>
    </w:p>
    <w:p>
      <w:pPr>
        <w:jc w:val="right"/>
      </w:pPr>
      <w:r>
        <w:t>کیوں؟ رسول اللہ کے اس میسج کے بعد سب باہر نکل گئے، عرب کے باہر، ان کی قبریں باہر بنی۔ کیسی عجیب بات ہے! مکہ مدینہ میں مرنے کے لیے، وہاں قبر بنانے کے لیے کوئی ٹھہرا نہیں۔ اطراف کے ملکوں میں پھیل گئی۔ یہی یہ تھا پہلا ڈائیسپورا اسلام میں، اور اسی کا نتیجہ ہے کہ وہ پورے مسلم دنیا یا عرب ورلڈ، جس کو ہم کہتے ہیں، انہوں نے بنائی</w:t>
      </w:r>
    </w:p>
    <w:p>
      <w:r>
        <w:rPr>
          <w:b/>
        </w:rPr>
        <w:t xml:space="preserve">[40:45] </w:t>
      </w:r>
      <w:r>
        <w:t>ke ek bohat bade ilaqe ko unhon ne Islam ka paigham diya. Unhon ne Islam ko sachai pa kar qabool kiya, us ko us se ek ek dunya bani, us dunya Islam. To ye kaam sahaba par khatam nahi hoga, jis tarah Rasool Allah par khatam nahi hua, is tarah sahaba par bhi khatam nahi hoga. Ye chalta rahega, chalta rahega, chalta rahega. Aur har haji, yaani aaj jab haji jata hai wahan to samajh lijiye ke wahan arafat ke</w:t>
      </w:r>
    </w:p>
    <w:p>
      <w:pPr>
        <w:jc w:val="right"/>
      </w:pPr>
      <w:r>
        <w:t>کہ ایک بہت بڑے علاقے کو انہوں نے اسلام کا پیغام دیا۔ انہوں نے اسلام کو سچائی پا کر قبول کیا، اس کو اس سے ایک ایک دنیا بنی، اس دنیا اسلام۔ تو یہ کام صحابہ پر ختم نہیں ہوگا، جس طرح رسول اللہ پر ختم نہیں ہوا، اس طرح صحابہ پر بھی ختم نہیں ہوگا۔ یہ چلتا رہے گا، چلتا رہے گا، چلتا رہے گا۔ اور ہر حاجی، یعنی آج جب حاجی جاتا ہے وہاں تو سمجھ لیجئے کہ وہاں عرفات کے</w:t>
      </w:r>
    </w:p>
    <w:p>
      <w:r>
        <w:rPr>
          <w:b/>
        </w:rPr>
        <w:t xml:space="preserve">[41:16] </w:t>
      </w:r>
      <w:r>
        <w:t>maidan mein aaj bhi ye awazen goonj rahi hain. Jo aadmi zinda shaoor ke sath jaye, zinda ehsas ke sath jaye, tareekh ko jan kar wahan jaye to sach much use mehsoos hoga ke aaj bhi arafat ke maidan mein Rasool Allah ki awaz goonj rahi hai ke aye logon! Mera paigham pahunchao, pahunchate raho, yahan tak ke qayamat tak pahunchao, pahunchate raho. Har nasl ko batao, koi nasl is se mehroom na rahe ke sachai kya hai, Allah taala ka</w:t>
      </w:r>
    </w:p>
    <w:p>
      <w:pPr>
        <w:jc w:val="right"/>
      </w:pPr>
      <w:r>
        <w:t>میدان میں آج بھی یہ آوازیں گونج رہی ہیں۔ جو آدمی زندہ شعور کے ساتھ جائے، زندہ احساس کے ساتھ جائے، تاریخ کو جان کر وہاں جائے تو سچ مچ اسے محسوس ہوگا کہ آج بھی عرفات کے میدان میں رسول اللہ کی آواز گونج رہی ہے کہ اے لوگوں! میرا پیغام پہنچاؤ، پہنچاتے رہو، یہاں تک کہ قیامت تک پہنچاؤ، پہنچاتے رہو۔ ہر نسل کو بتاؤ، کوئی نسل اس سے محروم نہ رہے کہ سچائی کیا ہے، اللہ تعالیٰ کا</w:t>
      </w:r>
    </w:p>
    <w:p>
      <w:r>
        <w:rPr>
          <w:b/>
        </w:rPr>
        <w:t xml:space="preserve">[41:46] </w:t>
      </w:r>
      <w:r>
        <w:t>creation plan kya hai, maidan e hashar mein kya sawal jawab hone wala hai, jannat o jahannum mein kis ko kis ke liye jahannum ka faisla hoga, kis ke liye jannat ka faisla hoga. Is ko batate raho, batate raho, batate raho. To Rasool Allah ka ye message, Rasool Allah ke paigham, Rasool Allah ki pukar aaj bhi maidan e arafat mein goonj rahi hai. To ye hai hajj ka, hajj ki haqeeqat, hajj ka</w:t>
      </w:r>
    </w:p>
    <w:p>
      <w:pPr>
        <w:jc w:val="right"/>
      </w:pPr>
      <w:r>
        <w:t>کریشن پلان کیا ہے، میدان حشر میں کیا سوال جواب ہونے والا ہے، جنت و جہنم میں کس کو کس کے لیے جہنم کا فیصلہ ہوگا، کس کے لیے جنت کا فیصلہ ہوگا۔ اس کو بتاتے رہو، بتاتے رہو، بتاتے رہو۔ تو رسول اللہ کا یہ میسج، رسول اللہ کے پیغام، رسول اللہ کی پکار آج بھی میدان عرفات میں گونج رہی ہے۔ تو یہ ہے حج کا، حج کی حقیقت، حج کا</w:t>
      </w:r>
    </w:p>
    <w:p>
      <w:r>
        <w:rPr>
          <w:b/>
        </w:rPr>
        <w:t xml:space="preserve">[42:16] </w:t>
      </w:r>
      <w:r>
        <w:t>sabak. Aur aakhir mein main ye arz karunga ke jis tarah har ibadat ka ek form hai, aur isi tarah is ki, is ka ek ek rooh hai. Har ibadat ka mamla yahi hai, haji ki baat nahi hai. Har ibadat ka ek form hai, zahiri form, aur isi ke sath is ki ek spirit hai, dakhli rooh is ki. To chahe hajj ho ya koi doosri ibadat ho,</w:t>
      </w:r>
    </w:p>
    <w:p>
      <w:pPr>
        <w:jc w:val="right"/>
      </w:pPr>
      <w:r>
        <w:t>سبق۔ اور آخر میں میں یہ عرض کروں گا کہ جس طرح ہر عبادت کا ایک فارم ہے، اور اسی طرح اس کی، اس کا ایک ایک روح ہے۔ ہر عبادت کا معاملہ یہی ہے، حاجی کی بات نہیں ہے۔ ہر عبادت کا ایک فارم ہے، ظاہری فارم، اور اسی کے ساتھ اس کی ایک سپرٹ ہے، داخلی روح اس کی۔ تو چاہے حج ہو یا کوئی دوسری عبادت ہو،</w:t>
      </w:r>
    </w:p>
    <w:p>
      <w:r>
        <w:rPr>
          <w:b/>
        </w:rPr>
        <w:t xml:space="preserve">[42:46] </w:t>
      </w:r>
      <w:r>
        <w:t>khuda ko matloob hai wo dakhli spirit ke aitbar se, sirf form ke aitbar se nahi. Isi liye quran mein aaya hai ke qurbani ke bare mein: "Allah taqwa minkum". Khuda ko tumhari qurbani ka gosht aur khoon nahi pahunchta, khuda ko tumhara taqwa pahunchta hai jo dil ke andar hai. Yaani khuda tumhare, tumhari ibadat ke zahiri form ko qab</w:t>
      </w:r>
    </w:p>
    <w:p>
      <w:pPr>
        <w:jc w:val="right"/>
      </w:pPr>
      <w:r>
        <w:t>خدا کو مطلوب ہے وہ داخلی اسپیریٹ کے اعتبار سے، صرف فارم کے اعتبار سے نہیں۔ اسی لیے قرآن میں آیا ہے کہ قربانی کے بارے میں: "اللہ تقویٰ منکم"۔ خدا کو تمہاری قربانی کا گوشت اور خون نہیں پہنچتا، خدا کو تمہارا تقویٰ پہنچتا ہے جو دل کے اندر ہے۔ یعنی خدا تمہارے، تمہاری عبادت کے ظاہری فارم کو قب</w:t>
      </w:r>
    </w:p>
    <w:p>
      <w:r>
        <w:rPr>
          <w:b/>
        </w:rPr>
        <w:t xml:space="preserve">[43:16] </w:t>
      </w:r>
      <w:r>
        <w:t>ool nahi kar sakta, tumhari ibadat ke ke dakhli spirit ko khuda qabool karega. Tumhari ibadat ke zahiri form ki wajah se khuda faisla nahi kar dega ke tum ne ibadat guzari kar li. Khuda dekhega tumhare andar is ki dakhli spirit hai ke nahi. Agar dakhli spirit hai, tabhi form qabool hai. Yaani form without spirit kabhi qabool nahi hoga. Lekin spirit agar hai</w:t>
      </w:r>
    </w:p>
    <w:p>
      <w:pPr>
        <w:jc w:val="right"/>
      </w:pPr>
      <w:r>
        <w:t>ول نہیں کر سکتا، تمہاری عبادت کے کے داخلی اسپیریٹ کو خدا قبول کرے گا۔ تمہاری عبادت کے ظاہری فارم کی وجہ سے خدا فیصلہ نہیں کر دے گا کہ تم نے عبادت گزاری کر لی۔ خدا دیکھے گا تمہارے اندر اس کی داخلی اسپیریٹ ہے کہ نہیں۔ اگر داخلی اسپیریٹ ہے، تبھی فارم قبول ہے۔ یعنی فارم ودا آؤٹ اسپیریٹ کبھی قبول نہیں ہوگا۔ لیکن اسپیریٹ اگر ہے</w:t>
      </w:r>
    </w:p>
    <w:p>
      <w:r>
        <w:rPr>
          <w:b/>
        </w:rPr>
        <w:t xml:space="preserve">[43:46] </w:t>
      </w:r>
      <w:r>
        <w:t>to form aur spirit dono qabool honge. Ye hai hajj ki haqeeqat, aur ye hai hajj ka paigham. Aqool qawli haza wastaghfirullaha li walakum ajmeen</w:t>
      </w:r>
    </w:p>
    <w:p>
      <w:pPr>
        <w:jc w:val="right"/>
      </w:pPr>
      <w:r>
        <w:t>تو فارم اور اسپیریٹ دونوں قبول ہوں گے۔ یہ ہے حج کی حقیقت، اور یہ ہے حج کا پیغام۔ أقول قولی هذا واستغفراللہ لي ولكم أجمعین</w:t>
      </w:r>
    </w:p>
    <w:p>
      <w:r>
        <w:rPr>
          <w:b/>
        </w:rPr>
        <w:t xml:space="preserve">[44:17] </w:t>
      </w:r>
      <w:r>
        <w:t>۔ main ye janna chahti hoon ke hajj ki spirit kaise paida ki jaye? Asal mein mera jahan tak tajruba hai, jaise main jab hajj karne gaya tha to bohat si kitaben main ne bazaar se mangayin. To main ne dekha ke jitni bhi kitaben thin jo mujhe milin, ya is se pehle jo main ne padhi thin kitaben, to sab mein wahi rituals ka bayan rehta hai jis ko hum مراسم kehte hain. Yaani</w:t>
      </w:r>
    </w:p>
    <w:p>
      <w:pPr>
        <w:jc w:val="right"/>
      </w:pPr>
      <w:r>
        <w:t>۔ میں یہ جاننا چاہتی ہوں کہ حج کی سپرٹ کیسے پیدا کی جائے؟ اصل میں میرا جہاں تک تجربہ ہے، جیسے میں جب حج کرنے گیا تھا تو بہت سی کتابیں میں نے بازار سے منگائیں۔ تو میں نے دیکھا کہ جتنی بھی کتابیں تھیں جو مجھے ملیں، یا اس سے پہلے جو میں نے پڑھی تھیں کتابیں، تو سب میں وہی ریچولز کا بیان رہتا ہے جس کو ہم مراسم کہتے ہیں۔ یعنی</w:t>
      </w:r>
    </w:p>
    <w:p>
      <w:r>
        <w:rPr>
          <w:b/>
        </w:rPr>
        <w:t xml:space="preserve">[44:48] </w:t>
      </w:r>
      <w:r>
        <w:t>form ka. To chunke form hi ke aitbar se taaruf kiya jata hai hajj ka, to log yahi jante hain ke falan falan ek ek form hai, ye rituals hai, is ko kar lo to hajj ho jayega. Spirit ki baat ki hi nahi jati. Jaise ke kitabon mein aadmi spirit ki baat padhta nahi. Jab log yahan se hajj ke liye jate hain to wahan jamaten banti hain, aur log halqe bana kar ke hajj par unhein sikhate hain. Wo sab log s</w:t>
      </w:r>
    </w:p>
    <w:p>
      <w:pPr>
        <w:jc w:val="right"/>
      </w:pPr>
      <w:r>
        <w:t>فارم کا۔ تو چونکہ فارم ہی کے اعتبار سے تعارف کیا جاتا ہے حج کا، تو لوگ یہی جانتے ہیں کہ فلاں فلاں ایک ایک فارم ہے، یہ ریچولز ہے، اس کو کر لو تو حج ہو جائے گا۔ اسپیریٹ کی بات کی ہی نہیں جاتی۔ جیسے کہ کتابوں میں آدمی اسپیریٹ کی بات پڑھتا نہیں۔ جب لوگ یہاں سے حج کے لیے جاتے ہیں تو وہاں جماعتیں بنتی ہیں، اور لوگ حلقے بنا کر کے حج پر انہیں سکھاتے ہیں۔ وہ سب لوگ ص</w:t>
      </w:r>
    </w:p>
    <w:p>
      <w:r>
        <w:rPr>
          <w:b/>
        </w:rPr>
        <w:t xml:space="preserve">[45:18] </w:t>
      </w:r>
      <w:r>
        <w:t>irf form sikhate hain, ritual sikhate hain. To pura charcha jo hota hai kitabon mein ya taqreeron mein ya ijtimaat mein, wo inhi rituals ka hota hai, مراسم ka hota hai. To kaise aaye? Main samajhta hoon ke humein apna andaz badalna padega ke humein spirit wali baaten karni padengi. Kitabon mein, taqreeron mein, ijtimaat mein, har jagah. Maslan yahan se jate hain log, to hawa jahaz mein musalsal wo hota hai. Pehle bahri jahaz hua karta tha, yaani</w:t>
      </w:r>
    </w:p>
    <w:p>
      <w:pPr>
        <w:jc w:val="right"/>
      </w:pPr>
      <w:r>
        <w:t>رف فارم سکھاتے ہیں، ریچول سکھاتے ہیں۔ تو پورا چرچہ جو ہوتا ہے کتابوں میں یا تقریروں میں یا اجتماعت میں، وہ انہی ریچولز کا ہوتا ہے، مراسم کا ہوتا ہے۔ تو کیسے آئے؟ میں سمجھتا ہوں کہ ہمیں اپنا انداز بدلنا پڑے گا کہ ہمیں اسپیریٹ والی باتیں کرنی پڑیں گی۔ کتابوں میں، تقریروں میں، اجتماعت میں، ہر جگہ۔ مثلاً یہاں سے جاتے ہیں لوگ، تو ہوا جہاد میں مسلسل وہ ہوتا ہے۔ پہلے بحری جہاد ہوا کرتا تھا، یعنی</w:t>
      </w:r>
    </w:p>
    <w:p>
      <w:r>
        <w:rPr>
          <w:b/>
        </w:rPr>
        <w:t xml:space="preserve">[45:48] </w:t>
      </w:r>
      <w:r>
        <w:t>logon ko ekatha kar ke hajj ki baaten. To baaten kya hain? Bas wahi rituals batate hain. To log samajhte hain ke wo isi ka naam hajj hai. Hajj kya self audit ki ek opportunity provide karta hai? Isi liye agar koi bar bar hajj kare to kya ye behtar hai? Bhai, bar bar dawat kare, bar bar hajj kyun kare? Rasool Allah sal Allah alaihi wasallam ne ek hajj kiya sirf.</w:t>
      </w:r>
    </w:p>
    <w:p>
      <w:pPr>
        <w:jc w:val="right"/>
      </w:pPr>
      <w:r>
        <w:t>لوگوں کو اکٹھا کر کے حج کی باتیں۔ تو باتیں کیا ہیں؟ بس وہی ریچولز بتاتے ہیں۔ تو لوگ سمجھتے ہیں کہ وہ اسی کا نام حج ہے۔ حج کیا سیلف آڈٹ کی ایک اپرچونیٹی پرووائیڈ کرتا ہے؟ اسی لیے اگر کوئی بار بار حج کرے تو کیا یہ بہتر ہے؟ بھئی، بار بار دعوت کرے، بار بار حج کیوں کرے؟ رسول اللہ صلی اللہ علیہ وسلم نے ایک حج کیا صرف۔</w:t>
      </w:r>
    </w:p>
    <w:p>
      <w:r>
        <w:rPr>
          <w:b/>
        </w:rPr>
        <w:t xml:space="preserve">[46:20] </w:t>
      </w:r>
      <w:r>
        <w:t>mein samajhta hoon ke is spirit ko repeat karna zyada aham baat hai, kyunke rasool Allah sal Allah alaihi wasallam ne jab yeh kaha ke yani tum log dawat do, aur saare sahaba nikal nikal bahar chale gaye, to kaha apne ko mehroom kar liya ke har saal haj karen. woh is zamane mein itna aasan safar to hota nahi tha. to unhon ne jo kiya, sahaba ne jo kiya, ke baad ke zamane mein yeh hua hai ke log har saal haj karne lage hain. warna sahaba jo the, unhon ne</w:t>
      </w:r>
    </w:p>
    <w:p>
      <w:pPr>
        <w:jc w:val="right"/>
      </w:pPr>
      <w:r>
        <w:t>میں سمجھتا ہوں کہ اسپیریٹ کو ریپیٹ کرنا زیادہ اہم بات ہے، کیونکہ رسول اللہ صلی اللہ علیہ وسلم نے جب یہ کہا کہ یعنی تم لوگ دعوت دو، اور سارے صحابہ نکل نکل باہر چلے گئے، تو کہا اپنے کو محروم کر لیا کہ ہر سال حج کریں۔ وہ اس زمانے میں اتنا آسان سفر تو ہوتا نہیں تھا۔ تو انہوں نے جو کیا، صحابہ نے جو کیا، کہ بعد کے زمانے میں یہ ہوا ہے کہ لوگ ہر سال حج کرنے لگے ہیں۔ ورنہ صحابہ جو تھے، انہوں نے</w:t>
      </w:r>
    </w:p>
    <w:p>
      <w:r>
        <w:rPr>
          <w:b/>
        </w:rPr>
        <w:t xml:space="preserve">[46:50] </w:t>
      </w:r>
      <w:r>
        <w:t>is is spirit ko le kar ke, yani aage badhe. woh dawat ki is spirit. sab se aham baat jo hoti hai haj ki, woh ek to yeh ke ittehad, yani ikhtilaf ke bawajood ittehad ka sabak hai. haj mein quran mein hai ke Allah falaan rafalaan fusooq falaan jidaal fil haj, yani haj mein jidaal nahi hai, ladai jhagda nahi hai. to haj mein to ladai jhagde ki nawbat aati hi hai bar bar. jab lakhon l</w:t>
      </w:r>
    </w:p>
    <w:p>
      <w:pPr>
        <w:jc w:val="right"/>
      </w:pPr>
      <w:r>
        <w:t>اس اسپیریٹ کو لے کر کے، یعنی آگے بڑھے۔ وہ دعوت کی اسپیریٹ۔ سب سے اہم بات جو ہوتی ہے حج کی، وہ ایک تو یہ کہ اتحاد، یعنی اختلاف کے باوجود اتحاد کا سبق ہے۔ حج میں قرآن میں ہے کہ اللہ فلاں رفع فلاں فسوق فلاں جدال فی الحج، یعنی حج میں جدال نہیں ہے، لڑائی جھگڑا نہیں ہے۔ تو حج میں تو لڑائی جھگڑے کی نوبت آتی ہی ہے بار بار۔ جب لاکھوں ل</w:t>
      </w:r>
    </w:p>
    <w:p>
      <w:r>
        <w:rPr>
          <w:b/>
        </w:rPr>
        <w:t xml:space="preserve">[47:20] </w:t>
      </w:r>
      <w:r>
        <w:t>akh aadmi aktha honge to tarah tarah ke ikhtilafat honge, tarah tarah ke differences honge, tarah tarah ki shikayatein hongi. yeh to honi hona hai, it is but natural. lekin is ayat ka matlab yeh hai ke ikhtilaf ke bawajood tumhein mutahid rehna hai, shikayat ke bawajood tumhein be shikayat rehna hai. to mein samajhta hoon ke in cheezon ko hum apni zindagi mein apnayen, is ko repeat karen. to zyada aham baat hai ke poori millat mein yeh mizaj banayen</w:t>
      </w:r>
    </w:p>
    <w:p>
      <w:pPr>
        <w:jc w:val="right"/>
      </w:pPr>
      <w:r>
        <w:t>اکھ آدمی اکٹھا ہوں گے تو طرح طرح کے اختلافات ہوں گے، طرح طرح کے ڈفرنسز ہوں گے، طرح طرح کی شکایتیں ہوں گی۔ یہ تو ہونی ہونا ہے، اٹ از بٹ نیچرل۔ لیکن اس آیت کا مطلب یہ ہے کہ اختلاف کے باوجود تمہیں متحد رہنا ہے، شکایت کے باوجود تمہیں بے شکایت رہنا ہے۔ تو میں سمجھتا ہوں کہ ان چیزوں کو ہم اپنی زندگی میں اپنائیں، اس کو ریپیٹ کریں۔ تو زیادہ اہم بات ہے کہ پوری ملت میں یہ مزاج بنائیں</w:t>
      </w:r>
    </w:p>
    <w:p>
      <w:r>
        <w:rPr>
          <w:b/>
        </w:rPr>
        <w:t xml:space="preserve">[47:50] </w:t>
      </w:r>
      <w:r>
        <w:t>hum ke tumhein ikhtilaf ke bawajood mutahid rehna hai. shikayaton ke mawaqe paida hon, tab bhi dil mein shikayat nahi paalna hai. aur doosri yeh ke dawat. aap dekhen, jo log har saal haj karte hain, na dawati kaam karte, na woh millat ke ittehad mein koi contribution un ka hota. bas ja ja kar ke outing karte hain. ek qism ki outing hai woh. to haj koi outing nahi hai. is liye mein nahi samaj</w:t>
      </w:r>
    </w:p>
    <w:p>
      <w:pPr>
        <w:jc w:val="right"/>
      </w:pPr>
      <w:r>
        <w:t>ہم کہ تمہیں اختلاف کے باوجود متحد رہنا ہے۔ شکایتوں کے مواقع پیدا ہوں، تب بھی دل میں شکایت نہیں پالنا ہے۔ اور دوسری یہ کہ دعوت۔ آپ دیکھیں، جو لوگ ہر سال حج کرتے ہیں، نہ دعوتی کام کرتے، نہ وہ ملت کے اتحاد میں کوئی کنٹریبیوشن ان کا ہوتا۔ بس جا جا کر کے آؤٹنگ کرتے ہیں۔ ایک قسم کی آؤٹنگ ہے وہ۔ تو حج کوئی آؤٹنگ نہیں ہے۔ اس لیے میں نہیں سمج</w:t>
      </w:r>
    </w:p>
    <w:p>
      <w:r>
        <w:rPr>
          <w:b/>
        </w:rPr>
        <w:t xml:space="preserve">[48:20] </w:t>
      </w:r>
      <w:r>
        <w:t>hta ke yeh koi bohat acha kaam hai ke har saal haj kiya jaye. agar kisi ke paas paisa hai, time hai, to doosre kamon mein lagaye hue is paise ko aur time ko, jaisa ke sahaba ne lagaya. Maulana, yeh question hai hamara. that is haj mandatory for all Muslims, irrespective of the financial conditions. haj dekhiye, is ke liye hai jo wahan jane ki</w:t>
      </w:r>
    </w:p>
    <w:p>
      <w:pPr>
        <w:jc w:val="right"/>
      </w:pPr>
      <w:r>
        <w:t>ھتا کہ یہ کوئی بہت اچھا کام ہے کہ ہر سال حج کیا جائے۔ اگر کسی کے پاس پیسہ ہے، ٹائم ہے، تو دوسرے کاموں میں لگائے ہوئے اس پیسے کو اور ٹائم کو، جیسا کہ صحابہ نے لگایا۔ مولانا، یہ کوئسچن ہے ہمارا۔ دیٹ از حج مینڈیٹری فار آل مسلمز، اریسپیکٹو آف دا فائننشل کنڈیشنز۔ حج دیکھیے، اس کے لیے ہے جو وہاں جانے کی</w:t>
      </w:r>
    </w:p>
    <w:p>
      <w:r>
        <w:rPr>
          <w:b/>
        </w:rPr>
        <w:t xml:space="preserve">[48:50] </w:t>
      </w:r>
      <w:r>
        <w:t>istaataat rakhta ho, jis ke bas mein ho wahan jana. bas mein jane ke do matlab hain: ek to yeh ke is ke paas kharch ho wahan jane ka, khud qarz le kar nahi, khud apne paas kharch ho ke woh jaye wahan, aaye, aur jitni der woh safar mein rahega, utni der ke liye ghar walon ka kharch bhi de sake. woh jo us ki zimmedari mein jo ghar wale hain, utni dinon tak jab woh ghar se bahar rahega, job nahi karega, to un ka kharch de sake ghar par. woh to apna apna safar</w:t>
      </w:r>
    </w:p>
    <w:p>
      <w:pPr>
        <w:jc w:val="right"/>
      </w:pPr>
      <w:r>
        <w:t>استطاعت رکھتا ہو، جس کے بس میں ہو وہاں جانا۔ بس میں جانے کے دو مطلب ہیں: ایک تو یہ کہ اس کے پاس خرچ ہو وہاں جانے کا، خود قرض لے کر نہیں، خود اپنے پاس خرچ ہو کہ وہ جائے وہاں، آئے، اور جتنی دیر وہ سفر میں رہے گا، اتنی دیر کے لیے گھر والوں کا خرچ بھی دے سکے۔ وہ جو اس کی ذمہ داری میں جو گھر والے ہیں، اتنی دنوں تک جب وہ گھر سے باہر رہے گا، جاب نہیں کرے گا، تو ان کا خرچ دے سکے گھر پر۔ وہ تو اپنا اپنا سفر</w:t>
      </w:r>
    </w:p>
    <w:p>
      <w:r>
        <w:rPr>
          <w:b/>
        </w:rPr>
        <w:t xml:space="preserve">[49:20] </w:t>
      </w:r>
      <w:r>
        <w:t>kharch aur ghar walon ka kharch jo de sake, us ke liye haj hai. aur jo is position mein na ho, jo rozana kamata hai, rozana khata hai, paisa kuch bhi nahi is ke paas hai, to harghiz harghiz is ke haj farz nahi hai. aur agar woh khet bech kar aur qarz le kar jaye to phir woh galat kaam karta hai. woh Maulana, haal hi mein ek cheez dekhne mein aayi hai ke kuch Muslim families mein jo chhote chhote bachhe hain, char saal, panch saal, do saal tak ke bhi, to jo haji</w:t>
      </w:r>
    </w:p>
    <w:p>
      <w:pPr>
        <w:jc w:val="right"/>
      </w:pPr>
      <w:r>
        <w:t>خرچ اور گھر والوں کا خرچ جو دے سکے، اس کے لیے حج ہے۔ اور جو اس پوزیشن میں نہ ہو، جو روزانہ کماتا ہے، روزانہ کھاتا ہے، پیسہ کچھ بھی نہیں اس کے پاس ہے، تو ہرگز ہرگز اس کے حج فرض نہیں ہے۔ اور اگر وہ کھیت بیچ کر اور قرض لے کر جائے تو پھر وہ غلط کام کرتا ہے۔ وہ مولانا، حال ہی میں ایک چیز دیکھنے میں آئی ہے کہ کچھ مسلم فیملیز میں جو چھوٹے چھوٹے بچے ہیں، چار سال، پانچ سال، دو سال تک کے بھی، تو جو حاج</w:t>
      </w:r>
    </w:p>
    <w:p>
      <w:r>
        <w:rPr>
          <w:b/>
        </w:rPr>
        <w:t xml:space="preserve">[49:50] </w:t>
      </w:r>
      <w:r>
        <w:t>y hain, un ko bhi sath mein le jate hain. aur haj se jab wapas aa jate hain to bachhon ko bade fakhr se haji so ansu kehna shuru kar dete hain. chhota bachha, do saal ka, suppose is ka naam Rashid hai, yeh hamare haji Rashid sahab hain, matlab bade fakhr se in ko introduce karte hain. to jab haj ka maqsad spirit ko evolve karna hai, to yeh kahan tak cheez theek hai? Maulana, mere nazdeek bilkul theek nahi hai. basic baat dekhiye, yeh hai</w:t>
      </w:r>
    </w:p>
    <w:p>
      <w:pPr>
        <w:jc w:val="right"/>
      </w:pPr>
      <w:r>
        <w:t>ی ہیں، ان کو بھی ساتھ میں لے جاتے ہیں۔ اور حج سے جب واپس آ جاتے ہیں تو بچوں کو بڑے فخر سے حاجی سو انسو کہنا شروع کر دیتے ہیں۔ چھوٹا بچہ، دو سال کا، سپوز اس کا نام راشد ہے، یہ ہمارے حاجی راشد صاحب ہیں، مطلب بڑے فخر سے ان کو انٹروڈیوس کرتے ہیں۔ تو جب حج کا مقصد اسپیریٹ کو ایوو کرنا ہے، تو یہ کہاں تک چیز ٹھیک ہے؟ مولانا، میرے نزدیک بالکل ٹھیک نہیں ہے۔ بیسک بات دیکھیے، یہ ہے</w:t>
      </w:r>
    </w:p>
    <w:p>
      <w:r>
        <w:rPr>
          <w:b/>
        </w:rPr>
        <w:t xml:space="preserve">[50:20] </w:t>
      </w:r>
      <w:r>
        <w:t>ke aap yeh janiye ke criterion kya hai kisi bhi cheez ko janne ka ke theek hai ke nahi theek hai. criterion kya hai? woh criterion sahaba kiram, rasool Allah sal Allah alaihi wasallam ke ashaab. hum nahi dekhte ke kisi sahabi ke halaat mein ke apne bachhe ko le aata tha haj karane ke liye. yeh to bidat hai, yaqeenan to bidat hai. har woh kaam jis ko rasool Allah ne na kiya ho, sahaba kiram ne na kiya ho, woh bidat hai, aur bidat mein kabhi bhi koi khair nahi ho sakta hai.</w:t>
      </w:r>
    </w:p>
    <w:p>
      <w:pPr>
        <w:jc w:val="right"/>
      </w:pPr>
      <w:r>
        <w:t>کہ آپ یہ جانیں کہ کرائٹیرین کیا ہے کسی بھی چیز کو جاننے کا کہ ٹھیک ہے کہ نہیں ٹھیک ہے۔ کرائٹیرین کیا ہے؟ وہ کرائٹیرین صحابہ کرام، رسول اللہ صلی اللہ علیہ وسلم کے اصحاب۔ ہم نہیں دیکھتے کہ کسی صحابی کے حالات میں کہ اپنے بچے کو لے آتا تھا حج کرانے کے لیے۔ یہ تو بدعت ہے، یقینی طور پر بدعت ہے۔ ہر وہ کام جس کو رسول اللہ نے نہ کیا ہو، صحابہ کرام نے نہ کیا ہو، وہ بدعت ہے، اور بدعت میں کبھی بھی کوئی خیر نہیں ہو سکتا ہے۔</w:t>
      </w:r>
    </w:p>
    <w:p>
      <w:r>
        <w:rPr>
          <w:b/>
        </w:rPr>
        <w:t xml:space="preserve">[50:52] </w:t>
      </w:r>
      <w:r>
        <w:t>yeh sab khud sakhta riwaj hain, aur khud sakhta riwaj hi ka naam bidat hota hai. sab se pehle aap ko janna chahiye ke kya bachhon ko haj karwana yeh un ke zamane mein tha? yahan tak ke barhon ko bhi haji nahi kaha jata tha. yeh jo ab chala hua hai na, haji falan, haji falan, is zamane mein kisi ko haji nahi kaha jata tha. yeh bhi ek bidat hai ke haji kaha jaye kisi ko. haji aur alhajj, har cheez mein dekhna chahiye, chhoti ho ya badi,</w:t>
      </w:r>
    </w:p>
    <w:p>
      <w:pPr>
        <w:jc w:val="right"/>
      </w:pPr>
      <w:r>
        <w:t>یہ سب خود ساختہ رواج ہیں، اور خود ساختہ رواج ہی کا نام بدعت ہوتا ہے۔ سب سے پہلے آپ کو جاننا چاہیے کہ کیا بچوں کو حج کروانا یہ ان کے زمانے میں تھا؟ یہاں تک کہ بڑوں کو بھی حاجی نہیں کہا جاتا تھا۔ یہ جو اب چلا ہوا ہے نا، حاجی فلاں، حاجی فلاں، اس زمانے میں کسی کو حاجی نہیں کہا جاتا تھا۔ یہ بھی ایک بدعت ہے کہ حاجی کہا جائے کسی کو۔ حاجی اور الحاج، ہر چیز میں دیکھنا چاہیے، چھوٹی ہو یا بڑی،</w:t>
      </w:r>
    </w:p>
    <w:p>
      <w:r>
        <w:rPr>
          <w:b/>
        </w:rPr>
        <w:t xml:space="preserve">[51:23] </w:t>
      </w:r>
      <w:r>
        <w:t>ke kya aisa rasool Allah ke jo companion the, woh unhon ne kiya? kya to theek hai, nahi kiya to woh bidat hai. bidat hai to humein karna bhi nahi hai. is ko musalmanon ke darmiyan koi cheez raij ho jaye, is liye woh sahi nahi ho jayegi. Muslim riwaj se koi cheez sahi nahi hoti. sahaba kiram ke darmiyan riwaj raha ho, is ka to woh sahi hai. kuch mulkon mein sarkarein haj karne par subsidy deti hain. kya behtar hai is ko</w:t>
      </w:r>
    </w:p>
    <w:p>
      <w:pPr>
        <w:jc w:val="right"/>
      </w:pPr>
      <w:r>
        <w:t>کہ کیا ایسا رسول اللہ کے جو کمپینین تھے، وہ انہوں نے کیا؟ کیا تو ٹھیک ہے، نہیں کیا تو وہ بدعت ہے۔ بدعت ہے تو ہمیں کرنا بھی نہیں ہے۔ اس کو مسلمانوں کے درمیان کوئی چیز رائج ہو جائے، اس لیے وہ صحیح نہیں ہو جائے گی۔ مسلم رواج سے کوئی چیز صحیح نہیں ہوتی۔ صحابہ کرام کے درمیان رواج رہا ہو، اس کا تو وہ صحیح ہے۔ کچھ ممالک میں سرکاریں حج کرنے پر سبسڈی دیتی ہیں۔ کیا بہتر ہے اس کو</w:t>
      </w:r>
    </w:p>
    <w:p>
      <w:r>
        <w:rPr>
          <w:b/>
        </w:rPr>
        <w:t xml:space="preserve">[51:53] </w:t>
      </w:r>
      <w:r>
        <w:t>avail kiya jaye? yaqeenan behtar hai, bilkul sahi hai. mere nazdeek India ke reference mein keh raha hoon ke bilkul sahi hai, is liye ke duniya mein 57 Muslim countries hain, taqreeban har mulk mein aisa hota hai ke wahan kahin to bilkul free karwate hain haj, kahin subsidy dete hain. to India mein agar subsidy di jati hai to kyun galat? kyun hai woh? kyunke India mein Hindu hukumat nahi hai. India mein secular hukumat hai, yani musalman bhi is mein mis</w:t>
      </w:r>
    </w:p>
    <w:p>
      <w:pPr>
        <w:jc w:val="right"/>
      </w:pPr>
      <w:r>
        <w:t>اویل کیا جائے؟ یقینا بہتر ہے، بالکل صحیح ہے۔ میرے نزدیک انڈیا کے ریفرنس میں کہہ رہا ہوں کہ بالکل صحیح ہے، اس لیے کہ دنیا میں 57 مسلم کنٹریز ہیں، تقریباً ہر ملک میں ایسا ہوتا ہے کہ وہاں کہیں تو بالکل فری کرواتے ہیں حج، کہیں سبسڈی دیتے ہیں۔ تو انڈیا میں اگر سبسڈی دی جاتی ہے تو کیوں غلط؟ کیوں ہے وہ؟ کیونکہ انڈیا میں ہندو حکومت نہیں ہے۔ انڈیا میں سیکولر حکومت ہے، یعنی مسلمان بھی اس میں مس</w:t>
      </w:r>
    </w:p>
    <w:p>
      <w:r>
        <w:rPr>
          <w:b/>
        </w:rPr>
        <w:t xml:space="preserve">[52:23] </w:t>
      </w:r>
      <w:r>
        <w:t>salmanon ko aap jante hain ke democracy hai. democracy jo hai, power sharing ka naam hai. democracy means sister of power sharing. hum bhi is mein shareek hain, to is mein najayaz kyun ho jayega? woh yeh dilon mein bohat gandagi hai logon ke ke samajhte hain ke yeh Hindu hukumat hai. Hindu hukumat kaise hai? bhai, yeh to ek jamhoori hukumat hai, sab is mein shareek hain. yeh is qism ki soch ko mein bohat galat samajhta hoon</w:t>
      </w:r>
    </w:p>
    <w:p>
      <w:pPr>
        <w:jc w:val="right"/>
      </w:pPr>
      <w:r>
        <w:t>لمانوں کو آپ جانتے ہیں کہ ڈیموکریسی ہے۔ ڈیموکریسی جو ہے، پاور شیئرنگ کا نام ہے۔ ڈیموکریسی مینز سسٹر آف پاور شیئرنگ۔ ہم بھی اس میں شریک ہیں، تو اس میں ناجائز کیوں ہو جائے گا؟ وہ یہ دلوں میں بہت گندگی ہے لوگوں کے کہ سمجھتے ہیں کہ یہ ہندو حکومت ہے۔ ہندو حکومت کیسے ہے؟ بھئی، یہ تو ایک جمہوری حکومت ہے، سب اس میں شریک ہیں۔ یہ اس قسم کی سوچ کو میں بہت غلط سمجھتا ہوں</w:t>
      </w:r>
    </w:p>
    <w:p>
      <w:r>
        <w:rPr>
          <w:b/>
        </w:rPr>
        <w:t xml:space="preserve">[52:53] </w:t>
      </w:r>
      <w:r>
        <w:t>۔ jis tarah se Muslim mulkon ki subsidy jaayaz hai, theek usi tarah Hindustan ki subsidy bhi jaayaz hai. is mein koi bhi harj nahi hai, na koi farq hai dono ke darmiyan. Maulana, what is the significance of cutting your hair? woh ek tarah ka, ek woh bhi ek symbolic amal hai, yani ek ek symbolic value hai is ke andar ke aap apne ko ya</w:t>
      </w:r>
    </w:p>
    <w:p>
      <w:pPr>
        <w:jc w:val="right"/>
      </w:pPr>
      <w:r>
        <w:t>۔ جس طرح سے مسلم ملکوں کی سبسڈی جائز ہے، ٹھیک اسی طرح ہندوستان کی سبسڈی بھی جائز ہے۔ اس میں کوئی بھی حرج نہیں ہے، نہ کوئی فرق ہے دونوں کے درمیان۔ مولانا، واٹ از دا سگنیفیکنس آف کٹنگ یور ہیئر؟ وہ ایک طرح کا، ایک وہ بھی ایک سمبولک فعل ہے، یعنی ایک ایک سمبولک ویلیو ہے اس کے اندر کہ آپ اپنے کو یا</w:t>
      </w:r>
    </w:p>
    <w:p>
      <w:r>
        <w:rPr>
          <w:b/>
        </w:rPr>
        <w:t xml:space="preserve">[53:24] </w:t>
      </w:r>
      <w:r>
        <w:t>ek poori purification ka ek alamat hai. apne ko purify kiya aap ne har cheez se. purify karna yeh ek alamat hai ke aaj se maine aap ko ek nayi zindagi, jis tarah aap ke sar par naye baal ugte hain kaatne ke baad, usi tarah se aap ka yeh yaad karte hain ke aaj se ek nayi zindagi hogi. mein ek nayi zindagi shuru karunga. mere sar ke baal jis tarah naye uggein ge, is tarah se meri zindagi mein bhi naya character aaj se rahega.</w:t>
      </w:r>
    </w:p>
    <w:p>
      <w:pPr>
        <w:jc w:val="right"/>
      </w:pPr>
      <w:r>
        <w:t>ایک پوری پیوریفیکیشن کا ایک علامت ہے۔ اپنے کو پیوریفائی کیا آپ نے ہر چیز سے۔ پیوریفائی کرنا یہ ایک علامت ہے کہ آج سے میں نے آپ کو ایک نئی زندگی، جس طرح آپ کے سر پر نئے بال اگتے ہیں کاٹنے کے بعد، اسی طرح سے آپ کا یہ یاد کرتے ہیں کہ آج سے ایک نئی زندگی ہوگی۔ میں ایک نئی زندگی شروع کروں گا۔ میرے سر کے بال جس طرح نئے اگیں گے، اس طرح سے میری زندگی میں بھی نیا کریکٹر آج سے رہے گا۔</w:t>
      </w:r>
    </w:p>
    <w:p>
      <w:r>
        <w:rPr>
          <w:b/>
        </w:rPr>
        <w:t xml:space="preserve">[53:55] </w:t>
      </w:r>
      <w:r>
        <w:t>woh ek symbolic yani ahad hai. Maulana, agar kisi ne haj kiya ho lekin baad mein pata chale ke woh spirit se nahi karata to phir se kaha ke haj karna chahiye? nahi, nahi, yeh nahi. woh doosri baat hai. is ko kisi baat ko dekhiye, logical end tak na le jaiye. yeh hai is ko logical end tak le jana. is ka harghiz matlab nahi ke is ka haj nahi hua aur dobara haj kare. harghiz nahi. karna kya hai? dua karna, tauba karna</w:t>
      </w:r>
    </w:p>
    <w:p>
      <w:pPr>
        <w:jc w:val="right"/>
      </w:pPr>
      <w:r>
        <w:t>وہ ایک سمبولک یعنی عہد ہے۔ مولانا، اگر کسی نے حج کیا ہو لیکن بعد میں پتہ چلے کہ وہ سپرٹ سے نہیں کرا تھا تو پھر سے کہا کہ حج کرنا چاہیے؟ نہیں، نہیں، یہ نہیں۔ وہ دوسری بات ہے۔ اس کو کسی بات کو دیکھیے، لاجیکل اینڈ تک نہ لے جائیے۔ یہ ہے اس کو لاجیکل اینڈ تک لے جانا۔ اس کا ہرگز مطلب نہیں کہ اس کا حج نہیں ہوا اور دوبارہ حج کرے۔ ہرگز نہیں۔ کرنا کیا ہے؟ دعا کرنا، توبہ کرنا</w:t>
      </w:r>
    </w:p>
    <w:p>
      <w:r>
        <w:rPr>
          <w:b/>
        </w:rPr>
        <w:t xml:space="preserve">[54:25] </w:t>
      </w:r>
      <w:r>
        <w:t>۔ ab mein bataun aap ko ke mein jab haj karne gaya to haram mein jagah itni kam pad jati hai ke safen bohat qareeb qareeb ho jati hain. jitni doori mein hum sajda kar sakte hain, utni doori milti nahi hum ko. aksar peeth par sajda karte hain log. to mein jab wahan par khada hua to meri saf itni qareeb qareeb thi ke mein theek se n</w:t>
      </w:r>
    </w:p>
    <w:p>
      <w:pPr>
        <w:jc w:val="right"/>
      </w:pPr>
      <w:r>
        <w:t>۔ اب میں بتاؤں آپ کو کہ میں جب حج کرنے گیا تو حرم میں جگہ اتنی کم پڑ جاتی ہے کہ صفیں بہت قریب قریب ہو جاتی ہیں۔ جتنی دوری میں ہم سجدہ کر سکتے ہیں، اتنی دوری ملتی نہیں ہم کو۔ اکثر پیٹھ پر سجدہ کرتے ہیں لوگ۔ تو میں جب وہاں پر کھڑا ہوا تو میری صف اتنی قریب قریب تھی کہ میں ٹھیک سے ن</w:t>
      </w:r>
    </w:p>
    <w:p>
      <w:r>
        <w:rPr>
          <w:b/>
        </w:rPr>
        <w:t xml:space="preserve">[54:55] </w:t>
      </w:r>
      <w:r>
        <w:t>amaz nahi pad sakta tha. yani theek se sajda aur ruku ruku karne mein rukawat padti thi. to us waqt mere dil mein aaya ke khuda ya, meri jo jin namazon ko mein theek theek samajhta tha, woh bhi kya maloom qabool hui ke nahi qabool hui. yeh namaz jo hai, agar mein yeh sochun ke theek theek nahi ho rahi hai to isi namaz ka kya aitbaar hai jo mein samajhta hoon ke theek theek mein ne ada kiya? to na is namaz</w:t>
      </w:r>
    </w:p>
    <w:p>
      <w:pPr>
        <w:jc w:val="right"/>
      </w:pPr>
      <w:r>
        <w:t>ماز نہیں پڑھ سکتا تھا۔ یعنی ٹھیک سے سجدہ اور رکوع رکوع کرنے میں رکاوٹ پڑتی تھی۔ تو اس وقت میرے دل میں آیا کہ خدایا، میری جو جن نمازوں کو میں ٹھیک ٹھیک سمجھتا تھا، وہ بھی کیا معلوم قبول ہوئی کہ نہیں قبول ہوئی۔ یہ نماز جو ہے، اگر میں یہ سوچوں کہ ٹھیک ٹھیک نہیں ہو رہی ہے تو اسی نماز کا کیا اعتبار ہے جو میں سمجھتا ہوں کہ ٹھیک ٹھیک میں نے ادا کیا؟ تو نہ اس نماز</w:t>
      </w:r>
    </w:p>
    <w:p>
      <w:r>
        <w:rPr>
          <w:b/>
        </w:rPr>
        <w:t xml:space="preserve">[55:25] </w:t>
      </w:r>
      <w:r>
        <w:t>ka koi aitbaar hai, na is namaz ka koi aitbaar hai. is namaz to qubooliyat ka hai. to jis namaz ko qabool kar le, wahi namaz hai. qabool na kare to woh namaz hi nahi hai. to aap agar kisi ko yeh ehsaas ho ke mein ne is is ke sath haj nahi kiya tha to us ko karna kya hai? tauba kare, dua kare. dua jo hai, is ki talafi hai. is kami ko ko poora karne ki cheez jo hai, dua. har kami ko poora karne ki cheez jo hai, dua hai. maslan hadith</w:t>
      </w:r>
    </w:p>
    <w:p>
      <w:pPr>
        <w:jc w:val="right"/>
      </w:pPr>
      <w:r>
        <w:t>کا کوئی اعتبار ہے، نہ اس نماز کا کوئی اعتبار ہے۔ اس نماز تو قبولیت کا ہے۔ تو جس نماز کو قبول کر لے، وہی نماز ہے۔ قبول نہ کرے تو وہ نماز ہی نہیں ہے۔ تو آپ اگر کسی کو یہ احساس ہو کہ میں نے اس اس کے ساتھ حج نہیں کیا تھا تو اس کو کرنا کیا ہے؟ توبہ کرے، دعا کرے۔ دعا جو ہے، اس کی تلافی ہے۔ اس کمی کو کو پورا کرنے کی چیز جو ہے، دعا۔ ہر کمی کو پورا کرنے کی چیز جو ہے، دعا ہے۔ مثلاً حدیث</w:t>
      </w:r>
    </w:p>
    <w:p>
      <w:r>
        <w:rPr>
          <w:b/>
        </w:rPr>
        <w:t xml:space="preserve">[55:56] </w:t>
      </w:r>
      <w:r>
        <w:t>mein aata hai ke agar kisi se tum ne koi burai kar di, maslan us ko gaali de diya, us ko dhakel diya, kuch kar diya, woh aadmi chala gaya, ab mujhe available nahi ke mein us se maafi mangun, to kya karna chahiye? us ke liye dua karna chahiye. woh aadmi agar mere paas nahi hai ke na mein pa sakta hoon, us ko na address hai ke khat likhun us ko ke bhai mujhe maaf karo, mujh se galti ho</w:t>
      </w:r>
    </w:p>
    <w:p>
      <w:pPr>
        <w:jc w:val="right"/>
      </w:pPr>
      <w:r>
        <w:t>میں آتا ہے کہ اگر کسی سے تم نے کوئی برائی کر دی، مثلاً اس کو گالی دے دیا، اس کو دھکیل دیا، کچھ کر دیا، وہ آدمی چلا گیا، اب مجھے اویلیبل نہیں کہ میں اس سے معافی مانگوں، تو کیا کرنا چاہیے؟ اس کے لیے دعا کرنا چاہیے۔ وہ آدمی اگر میرے پاس نہیں ہے کہ نہ میں پا سکتا ہوں، اس کو نہ ایڈریس ہے کہ خط لکھوں اس کو کہ بھائی مجھے معاف کرو، مجھ سے غلطی ہو</w:t>
      </w:r>
    </w:p>
    <w:p>
      <w:r>
        <w:rPr>
          <w:b/>
        </w:rPr>
        <w:t xml:space="preserve">[56:26] </w:t>
      </w:r>
      <w:r>
        <w:t>gayi thi, us din mein ne dhakel diya tum ko, ghussa kar diya, daant diya, to mein us ke liye dua karun. yeh hadith mein aata hai. dua har cheez ko compensate karti hai. dua har cheez ki talafi hai. chahe namaz ho, chahe haj ho, koi bhi doosra kaam ho, is mein agar hum se kami hui hai, us kami ki talafi yeh hai ke hum dua karen. haj aur umrah mein kya farq hai? haj dekhiye, farz ibadat hai</w:t>
      </w:r>
    </w:p>
    <w:p>
      <w:pPr>
        <w:jc w:val="right"/>
      </w:pPr>
      <w:r>
        <w:t>گئی تھی، اس دن میں نے دھکیل دیا تم کو، غصہ کر دیا، ڈانٹ دیا، تو میں اس کے لیے دعا کروں۔ یہ حدیث میں آتا ہے۔ دعا ہر چیز کو کمپریسیٹ کرتی ہے۔ دعا ہر چیز کی تلافی ہے۔ چاہے نماز ہو، چاہے حج ہو، کوئی بھی دوسرا کام ہو، اس میں اگر ہم سے کمی ہوئی ہے، اس کمی کی تلافی یہ ہے کہ ہم دعا کریں۔ حج اور عمرے میں کیا فرق ہے؟ حج دیکھیے، فرض عبادت ہے</w:t>
      </w:r>
    </w:p>
    <w:p>
      <w:r>
        <w:rPr>
          <w:b/>
        </w:rPr>
        <w:t xml:space="preserve">[56:57] </w:t>
      </w:r>
      <w:r>
        <w:t>jo har aadmi ko kam se kam zindagi mein ek baar karna hai, agar us ke paas istaataat ho. kyunke haj, kyunke hadith mein aata hai ke jis aadmi ke paas istaataat ho, yani us ke bas mein ho haj karna, phir bhi woh haj kiye baghair mar jaye, to Khuda ko us ki parwah nahi ke woh Isaai mara ke Yahudi mara. woh itna aham hai ek baar haj karna. lekin umrah jo hai, us ko aap yani us ko haj asghar kaha jata hai, chhota ha</w:t>
      </w:r>
    </w:p>
    <w:p>
      <w:pPr>
        <w:jc w:val="right"/>
      </w:pPr>
      <w:r>
        <w:t>جو ہر آدمی کو کم سے کم زندگی میں ایک بار کرنا ہے، اگر اس کے پاس استطاعت ہو۔ کیونکہ حج، کیونکہ حدیث میں آتا ہے کہ جس آدمی کے پاس استطاعت ہو، یعنی اس کے بس میں ہو حج کرنا، پھر بھی وہ حج کیے بغیر مر جائے، تو خدا کو اس کی پرواہ نہیں کہ وہ عیسائی مرا کہ یہودی مرا۔ وہ اتنا اہم ہے ایک بار حج کرنا۔ لیکن عمرہ جو ہے، اس کو آپ یعنی اس کو حج اصغر کہا جاتا ہے، چھوٹا ح</w:t>
      </w:r>
    </w:p>
    <w:p>
      <w:r>
        <w:rPr>
          <w:b/>
        </w:rPr>
        <w:t xml:space="preserve">[57:27] </w:t>
      </w:r>
      <w:r>
        <w:t>j. to woh usi ke ek yani ek asghar shakal hai ke aap agar aap ko mauqa mila jane ka Mecca, to aap wahan par kam se kam tawaf aur sa'ee itna to kar ke usi spirit ko taza karte hain apne andar. umrah mein saari cheezein nahi hoti hain. umrah mein sirf yahi hota hai yani ehram bandhte hain aur</w:t>
      </w:r>
    </w:p>
    <w:p>
      <w:pPr>
        <w:jc w:val="right"/>
      </w:pPr>
      <w:r>
        <w:t>ج۔ تو وہ اسی کے ایک یعنی ایک اصغر شکل ہے کہ آپ اگر آپ کو موقع ملا جانے کا مکہ، تو آپ وہاں پر کم سے کم طواف اور سائے اتنا تو کر کے اسی سپرٹ کو تازہ کرتے ہیں اپنے اندر۔ عمرہ میں ساری چیزیں نہیں ہوتی ہیں۔ عمرہ میں صرف یہی ہوتا ہے یعنی احرام باندھتے ہیں اور</w:t>
      </w:r>
    </w:p>
    <w:p>
      <w:r>
        <w:rPr>
          <w:b/>
        </w:rPr>
        <w:t xml:space="preserve">[57:57] </w:t>
      </w:r>
      <w:r>
        <w:t>tawaf karte hain aur sa'ee karte hain. is ke baad us ko utar dete hain. to yeh hai umrah jo hai, haj asghar hai jo farz nahi hai, lekin jo aadmi Mecca jata hai to woh us ko kar ke kuch sawab mein shareek ho jata hai. woh quran mein jo hai, yawm al haj al akbar, to log samajhte hain is se koi haj akbar bhi koi hota hai. is sense mein yani haj afzal ke ma'ne mein yahan haj akbar ke ma'ne hain wahi haj farz haj aur</w:t>
      </w:r>
    </w:p>
    <w:p>
      <w:pPr>
        <w:jc w:val="right"/>
      </w:pPr>
      <w:r>
        <w:t>طواف کرتے ہیں اور سائے کرتے ہیں۔ اس کے بعد اس کو اتار دیتے ہیں۔ تو یہ ہے عمرہ جو ہے، حج اصغر ہے جو فرض نہیں ہے، لیکن جو آدمی مکہ جاتا ہے تو وہ اس کو کر کے کچھ ثواب میں شریک ہو جاتا ہے۔ وہ قرآن میں جو ہے، یوم الحج الاکبر، تو لوگ سمجھتے ہیں اس سے کوئی حج اکبر بھی کوئی ہوتا ہے۔ اس سینس میں یعنی حج افضل کے معنی میں یہاں حج اکبر کے معنی ہیں وہی حج فرض حج اور</w:t>
      </w:r>
    </w:p>
    <w:p>
      <w:r>
        <w:rPr>
          <w:b/>
        </w:rPr>
        <w:t xml:space="preserve">[58:27] </w:t>
      </w:r>
      <w:r>
        <w:t>umrah jo hai, haj asghar hai yani umrah ke muqable mein woh hai. umrah haj asghar hai aur yeh jo haj hum Zul Hijjah mein karte hain, woh haj akbar hai. log samajhte hain Juma ke din ho gaya to haj akbar ho gaya. yeh galat hai, bilkul yeh sab galat hai. ek baat yeh mein is mein shamil karunga ke haj jo hai, aaghaz hai, woh ikhtitam nahi hai. yani woh beginning hai, woh end nahi hai.</w:t>
      </w:r>
    </w:p>
    <w:p>
      <w:pPr>
        <w:jc w:val="right"/>
      </w:pPr>
      <w:r>
        <w:t>عمرہ جو ہے، حج اصغر ہے یعنی عمرہ کے مقابلے میں وہ ہے۔ عمرہ حج اصغر ہے اور یہ جو حج ہم ذوالحجہ میں کرتے ہیں، وہ حج اکبر ہے۔ لوگ سمجھتے ہیں جمعہ کے دن ہو گیا تو حج اکبر ہو گیا۔ یہ غلط ہے، بالکل یہ سب غلط ہے۔ ایک بات یہ میں اس میں شامل کروں گا کہ حج جو ہے، آغاز ہے، وہ اختتام نہیں ہے۔ یعنی وہ بگننگ ہے، وہ اینڈ نہیں ہے۔</w:t>
      </w:r>
    </w:p>
    <w:p>
      <w:r>
        <w:rPr>
          <w:b/>
        </w:rPr>
        <w:t xml:space="preserve">[58:58] </w:t>
      </w:r>
      <w:r>
        <w:t>mera matlab yeh hai ke haj ke rituals ada kar liye aap ne to baat khatam ho gai. aisa nahi hai, is liye ke haj ek ehad hai. Ehad to us ke baad shuru hota hai, is ka mamla sirf rituals hota to kar liya, rituals to khatam ho gaya, baat khatam ho gai. Lekin yeh rituals in the stead of rituals nahi hain. Haj woh ek ehad hai, ek promise hai. To promise jab kiya aap ne to promise karne ke baad hi to baat shuru hoti hai.</w:t>
      </w:r>
    </w:p>
    <w:p>
      <w:pPr>
        <w:jc w:val="right"/>
      </w:pPr>
      <w:r>
        <w:t>میرا مطلب یہ ہے کہ حج کے ریچولز ادا کر لیے آپ نے تو بات ختم ہو گئی۔ ایسا نہیں ہے، اس لیے کہ حج ایک عہد ہے۔ عہد تو اس کے بعد شروع ہوتا ہے، اس کا معاملہ صرف ریچولز ہوتا تو کر لیا، ریچولز تو ختم ہو گیا، بات ختم ہو گئی۔ لیکن یہ ریچولز انسٹیٹ آف ریچولز نہیں ہے۔ حج وہ ایک عہد ہے، ایک پرامس ہے۔ تو پرامس جب کیا آپ نے تو پرامس کرنے کے بعد ہی تو بات شروع ہوتی ہے۔</w:t>
      </w:r>
    </w:p>
    <w:p>
      <w:r>
        <w:rPr>
          <w:b/>
        </w:rPr>
        <w:t xml:space="preserve">[59:28] </w:t>
      </w:r>
      <w:r>
        <w:t>is sense mein keh raha hoon ke haj jo hai, woh ikhtitam nahi hai, woh aghaz hai. Zindagi bhar ke liye aap ne ek ehad kiya hai Allah taala se, us ko nibhana hai. Aur khaas tor par dawat ka ehad, jo aakhri jo is ka jo final phase hai, woh hai dawat. Wahan aap jate hain, haji log to khutba jo diya, jo imam jo khutba deta hai, us mein us ko zaroor padhta hai. Woh Rasool Allah ka jo Hajjat-ul-Wida khutba hai, us ko zaroor padha jata hai. Woh yeh</w:t>
      </w:r>
    </w:p>
    <w:p>
      <w:pPr>
        <w:jc w:val="right"/>
      </w:pPr>
      <w:r>
        <w:t>اس سینس میں کہہ رہا ہوں کہ حج جو ہے، وہ اختتام نہیں ہے، وہ آغاز ہے۔ زندگی بھر کے لیے آپ نے ایک عہد کیا ہے اللہ تعالی سے، اس کو نبھانا ہے۔ اور خاص طور پر دعوت کا عہد، جو آخری جو اس کا جو فائنل فیز ہے، وہ ہے دعوت۔ وہاں آپ جاتے ہیں، حاجی لوگ تو خطبہ جو دیا، جو امام جو خطبہ دیتا ہے، اس میں اس کو ضرور پڑھتا ہے۔ وہ رسول اللہ کا جو حجۃ الوداع خطبہ ہے، اس کو ضرور پڑھا جاتا ہے۔ وہ یہ</w:t>
      </w:r>
    </w:p>
    <w:p>
      <w:r>
        <w:rPr>
          <w:b/>
        </w:rPr>
        <w:t xml:space="preserve">[59:59] </w:t>
      </w:r>
      <w:r>
        <w:t>final phase hota hai haj ka. To sab se ahem baat jo le kar lautna hai aadmi ko, woh yeh do cheezein hain. Ek hai saare musalmanon ko ikhtilaf ke bawajood mutahid rehna, yeh sabak. Aur doosra yeh hai ke saare alam alam ko hamein dawat Allah ka paigham pahunchana hai, dawah work karna hai. Yeh zindagi bhar ka yeh sabak hai jo hamein haj mein diya jata hai.</w:t>
      </w:r>
    </w:p>
    <w:p>
      <w:pPr>
        <w:jc w:val="right"/>
      </w:pPr>
      <w:r>
        <w:t>فائنل فیز ہوتا ہے حج کا۔ تو سب سے اہم بات جو لے کر لوٹنا ہے آدمی کو، وہ یہ دو چیزیں ہیں۔ ایک ہے سارے مسلمانوں کو اختلاف کے باوجود متحد رہنا، یہ سبق۔ اور دوسرا یہ ہے کہ سارے عالم عالم کو ہمیں دعوت اللہ کا پیغام پہنچانا ہے، دعویٰ ورک کرنا ہے۔ یہ زندگی بھر کا یہ سبق ہے جو ہمیں حج میں دیا جاتا ہے۔</w:t>
      </w:r>
    </w:p>
    <w:p>
      <w:r>
        <w:rPr>
          <w:b/>
        </w:rPr>
        <w:t xml:space="preserve">[1:00:29] </w:t>
      </w:r>
      <w:r>
        <w:t>regularly hum news mein padhte hain, one by one aise hota hai ke stampede in people go to haj. So why does happen? People missing turn or rushing? Why does stampede take place? Asal mein aisa hai ke aaj kal kasrat se jahil log jaate hain, yani majority jahilon ki hoti hai. Parhe likhe logon ka 50 percent se kam hota hai, parhe likhe log jahal zyada hote hain. To un ke koi shaoor</w:t>
      </w:r>
    </w:p>
    <w:p>
      <w:pPr>
        <w:jc w:val="right"/>
      </w:pPr>
      <w:r>
        <w:t>ریگولرلی ہم نیوز میں پڑھتے ہیں، ونز بائل ایسے ہوتا ہے کہ سٹیمپیڈ ان پیپل گو ٹو حج۔ سو وائی ڈز ہیپن؟ پیپل مسنگ ٹرن اور رشنگ؟ وائی ڈز سٹیمپی ٹیک پلیس؟ اصل میں ایسا ہے کہ آج کل کثرت سے جاہل لوگ جاتے ہیں، یعنی میجورٹی جاہلوں کی ہوتی ہے۔ پڑھے لکھے لوگوں کا 50 پرسنٹ سے کم ہوتا ہے، پڑھے لکھے لوگ جاہل زیادہ ہوتے ہیں۔ تو ان کے کوئی شعور</w:t>
      </w:r>
    </w:p>
    <w:p>
      <w:r>
        <w:rPr>
          <w:b/>
        </w:rPr>
        <w:t xml:space="preserve">[1:00:59] </w:t>
      </w:r>
      <w:r>
        <w:t>nahi, koi samajh nahi. Bas samajhte hain ke hum pehle maren ge, ja kar ke to hum ko zyada sawab mile ga. To yeh that is phenomenon of jahalat. Main samajh mein kaha karta hoon ke agar hum chahte hain ke is stampede ko khatam karein to hum apne yani saari duniya musalmanon ko taleem yafta banayein, educated banayein. Aap kabhi bhi agar parhe likhe log wahan jayein to kyun kyun lagayein ge? Woh stampede nahi karein ge. Lekin</w:t>
      </w:r>
    </w:p>
    <w:p>
      <w:pPr>
        <w:jc w:val="right"/>
      </w:pPr>
      <w:r>
        <w:t>نہیں، کوئی سمجھ نہیں۔ بس سمجھتے ہیں کہ ہم پہلے ماریں گے، جا کر کے تو ہم کو زیادہ ثواب ملے گا۔ تو یہ دیٹ از فیناومینا آف جہالت۔ میں سمجھ میں کہا کرتا ہوں کہ اگر ہم چاہتے ہیں کہ اس ٹیمپیئر کو ختم کریں تو ہم اپنے یعنی ساری دنیا مسلمانوں کو تعلیم یافتہ بنائیں، ایجوکیٹڈ بنائیں۔ آپ کبھی بھی اگر پڑھے لکھے لوگ وہاں جائیں تو کیوں کیوں لگائیں گے؟ وہ اسٹیمپیٹ نہیں کریں گے۔ لیکن</w:t>
      </w:r>
    </w:p>
    <w:p>
      <w:r>
        <w:rPr>
          <w:b/>
        </w:rPr>
        <w:t xml:space="preserve">[1:01:29] </w:t>
      </w:r>
      <w:r>
        <w:t>lekin wahan par majority jahilon ki hoti hai. Jahil yeh bhi stampede karte hain, yani baghair haj ke bhi ghus jaate hain. To sir, aap ne kaha tha ke stampede normally hota hai jab woh pathar phenkne wala jo kankri usi jagah pe hota hai, zyada tar. Haan, wahin wahin pe hota hai. That that bit is also compulsory, no? Kankri is also part of the whole process. Yani us ko karna chahiye logon ko kyun mein</w:t>
      </w:r>
    </w:p>
    <w:p>
      <w:pPr>
        <w:jc w:val="right"/>
      </w:pPr>
      <w:r>
        <w:t>لیکن وہاں پر میجورٹی جاہلوں کی ہوتی ہے۔ جاہل یہ بھی اسٹیمپیٹ کرتے ہیں، یعنی بغیر حج کے بھی گھس جاتے ہیں۔ تو سر، آپ نے کہا تھا کہ سٹیمپیٹ نارملی ہوتا ہے جب وہ پتھر پھینکنے والا جو کنکری اسی جگہ پہ ہوتا ہے، زیادہ تر۔ ہاں، وہیں وہیں پہ ہوتا ہے۔ دیٹ دیٹ بٹ از السو کمپلسری، نو؟ کنکری از السو پارٹ اف دا ہول پروسیس۔ یعنی اس کو کرنا چاہیے لوگوں کو کیوں میں</w:t>
      </w:r>
    </w:p>
    <w:p>
      <w:r>
        <w:rPr>
          <w:b/>
        </w:rPr>
        <w:t xml:space="preserve">[1:01:59] </w:t>
      </w:r>
      <w:r>
        <w:t>lag kar ke ek ke baad ek, yani idhar se ja rahe hain, idhar se kankar maari, idhar se aage nikal gaye. To kyun mein lag kar ke nahi karte, balkeh ikatthe hujoom karte hain. Ikatthe jo hujoom karte hain to ab chuki haj ka mamla hai, police wahan hoti hai, lekin police lathi charge to nahi kar sakti. Agar waisa koi mela ho to lathi charge bhi kar dale, wahan kaise kare gi? Ek taqaddus jo juda hua hai. To logon ko yeh shaoor paida kiya jaye</w:t>
      </w:r>
    </w:p>
    <w:p>
      <w:pPr>
        <w:jc w:val="right"/>
      </w:pPr>
      <w:r>
        <w:t>لگ کر کے ایک کے بعد ایک، یعنی ادھر سے جا رہے ہیں، ادھر سے کنکر ماری، ادھر سے آگے نکل گئے۔ تو کیوں میں لگ کر کے نہیں کرتے، بلکہ اکٹھے ہجوم کرتے ہیں۔ اکٹھے جو ہجوم کرتے ہیں تو اب چونکہ حج کا معاملہ ہے، پولیس وہاں ہوتی ہے، لیکن پولیس لاٹھی چارج تو نہیں کر سکتی۔ اگر ویسا کوئی میلہ ہو تو لاٹھی چارج بھی کر ڈالے، وہاں کیسے کرے گی؟ ایک تقدس جو جڑا ہوا ہے۔ تو لوگوں کو یہ شعور پیدا کیا جائے</w:t>
      </w:r>
    </w:p>
    <w:p>
      <w:r>
        <w:rPr>
          <w:b/>
        </w:rPr>
        <w:t xml:space="preserve">[1:02:30] </w:t>
      </w:r>
      <w:r>
        <w:t>ke tum line mein chal kar, kyun mein chal kar ke kankariyan maro, bheed kar ke aur na aisa karo. Lekin is qism ka shaoor, yani na to logon ko jagaya jata, na padhaya jata, na un ko educate kiya jata. Asal kaam hai ke un ko educate kiya jaye. Asal asal zaroorat is ki hai, educate karne ki zaroorat hai. To aksar phenomenon jo hai, maujooda zamane mein jo is tarah ka hum dekhne mein aata hai, hum ko woh hai edu</w:t>
      </w:r>
    </w:p>
    <w:p>
      <w:pPr>
        <w:jc w:val="right"/>
      </w:pPr>
      <w:r>
        <w:t>کہ تم لائن میں چل کر، کیوں میں چل کر کے کنکریاں مارو، بھیڑ کر کے اور نہ ایسا کرو۔ لیکن اس قسم کا شعور، یعنی نہ تو لوگوں کو جگایا جاتا، نہ پڑھایا جاتا، نہ ان کو ایجوکیٹ کیا جاتا۔ اصل کام ہے کہ ان کو ایجوکیٹ کیا جائے۔ اصل اصل ضرورت اس کی ہے، ایجوکیٹ کرنے کی ضرورت ہے۔ تو اکثر فیناومینا جو ہے، موجودہ زمانے میں جو اس طرح کا ہم دیکھنے میں آتا ہے، ہم کو وہ ہے ایجو</w:t>
      </w:r>
    </w:p>
    <w:p>
      <w:r>
        <w:rPr>
          <w:b/>
        </w:rPr>
        <w:t xml:space="preserve">[1:03:00] </w:t>
      </w:r>
      <w:r>
        <w:t>cation ki kami. Aur main formal aur informal dono bare mein bol raha hoon. Yani formal education, informal education, sara jo hai, single point formula, bohat si cheezon ke islah ka education hai. Secular zindagi mein bhi aur religious zindagi mein dono mein. Ihram ka matlab kya hota hai? Ihram maani hote hain haram karna. Haram karna literal maani hain haram karna</w:t>
      </w:r>
    </w:p>
    <w:p>
      <w:pPr>
        <w:jc w:val="right"/>
      </w:pPr>
      <w:r>
        <w:t>کیشن کی کمی۔ اور میں فارمل اور انفارمل دونوں بارے میں بول رہا ہوں۔ یعنی فارمل ایجوکیشن، انفارمل ایجوکیشن، سارا جو ہے، سنگل پوائنٹ فارمولا، بہت سی چیزوں کے اصلاح کا ایجوکیشن ہے۔ سیکولر زندگی میں بھی اور ریلیجس زندگی میں دونوں میں۔ احرام کا مطلب کیا ہوتا ہے؟ احرام معنی ہوتے ہیں حرام کرنا۔ حرام کرنا لٹرل معنی ہیں حرام کرنا</w:t>
      </w:r>
    </w:p>
    <w:p>
      <w:r>
        <w:rPr>
          <w:b/>
        </w:rPr>
        <w:t xml:space="preserve">[1:03:30] </w:t>
      </w:r>
      <w:r>
        <w:t>۔ Haram, yani to woh kapra jab pehan leta hai aadmi to kuch cheezon ko apne upar haram kar leta hai. Maslan woh jaan nahi mare ga, woh kuch cheezon ko haram matlab apne ko kar leta hai ke ab main yeh kaam nahi karoon ga. Haan, us ko ihram kehte hain. Miqat, haan, miqat, haan, miqat kuch jaghein banayi gayi hain. Yahan se aap chalte hain to h</w:t>
      </w:r>
    </w:p>
    <w:p>
      <w:pPr>
        <w:jc w:val="right"/>
      </w:pPr>
      <w:r>
        <w:t>۔ حرام، یعنی تو وہ کپڑا جب پہن لیتا ہے آدمی تو کچھ چیزوں کو اپنے اوپر حرام کر لیتا ہے۔ مثلاً وہ جان نہیں مارے گا، وہ کچھ چیزوں کو حرام مطلب اپنے کو کر لیتا ہے کہ اب میں یہ کام نہیں کروں گا۔ ہاں، اس کو احرام کہتے ہیں۔ میقات، ہاں، میقات، ہاں، میقات کچھ جگہیں بنائی گئی ہیں۔ یہاں سے آپ چلتے ہیں تو ہ</w:t>
      </w:r>
    </w:p>
    <w:p>
      <w:r>
        <w:rPr>
          <w:b/>
        </w:rPr>
        <w:t xml:space="preserve">[1:04:00] </w:t>
      </w:r>
      <w:r>
        <w:t>maray yahan jane walon ke liye ilam lam ek pahad hai. Ilam lam hamari miqat hai. Yani ilam lam ke upar se jahaz guzarta hai, hawai jahaz to hamein kapra utar ke woh baandh lete hain, ihram baandh lete hain. Yani hamare miqat ilam lam pahad hai. Doosron ka doosra hai, doosron ka doosra hai, har ek ka alag alag hai. Aap keh rahe hain ke us ko yeh aur log realize nahi karte hain ke</w:t>
      </w:r>
    </w:p>
    <w:p>
      <w:pPr>
        <w:jc w:val="right"/>
      </w:pPr>
      <w:r>
        <w:t>مارے یہاں جانے والوں کے لیے علم لم ایک پہاڑ ہے۔ علم لم ہماری میقات ہے۔ یعنی علم لم کے اوپر سے جہاز گزرتا ہے، ہوائی جہاز تو ہمیں کپڑا اتار کے وہ باندھ لیتے ہیں، احرام باندھ لیتے ہیں۔ یعنی ہمارے میقاتیلم لم پہاڑ ہے۔ دوسروں کا دوسرا ہے، دوسروں کا دوسرا ہے، ہر ایک کا الگ الگ ہے۔ آپ کہہ رہے ہیں کہ اس کو یہ اور لوگ ریلائز نہیں کرتے ہیں کہ</w:t>
      </w:r>
    </w:p>
    <w:p>
      <w:r>
        <w:rPr>
          <w:b/>
        </w:rPr>
        <w:t xml:space="preserve">[1:04:30] </w:t>
      </w:r>
      <w:r>
        <w:t>log logon ko sirf form nahi batayein, spirit bhi batayein. Pehli baar aap ke bare mein aap ke sath suna hai aur kafi log batate hain, kafi books padhi hain. Aap ne kitabon mein padha hai spirit ki baatein? Nahi padhi, kahin nahi padhi. Aur haj ke liye particular kitab padh ke gaye hain, us mein bas yeh kar lo, yeh kar lo, yeh kar lo, yeh kar lo, yeh kar lo, yeh kar lo, yahan khare ho jao, wahan kar lo. Aur wahan ke jitne bhi guides ya jo aap ke sath aap ko group ke heads hote hain, woh bhi bas yahi batate hain. To</w:t>
      </w:r>
    </w:p>
    <w:p>
      <w:pPr>
        <w:jc w:val="right"/>
      </w:pPr>
      <w:r>
        <w:t>لوگ لوگوں کو صرف فارم نہیں بتائیں، سپرٹ بھی بتائیں۔ پہلی بار آپ کے بارے میں آپ کے ساتھ سنا ہے اور کافی لوگ بتاتے ہیں، کافی بکس پڑھی ہیں۔ آپ نے کتابوں میں پڑھا ہے سپرٹ کی باتیں؟ نہیں پڑھی، کہیں نہیں پڑھی۔ اور حج کے لیے پرٹیکولر کتاب پڑھ کے گئے ہیں، اس میں بس یہ کر لو، یہ کر لو، یہ کر لو، یہ کر لو، یہ کر لو، یہ کر لو، یہاں کھڑے ہو جاؤ، وہاں کر لو۔ اور وہاں کے جتنے بھی گائیڈز یا جو آپ کے ساتھ آپ کو گروپ کے ہیڈز ہوتے ہیں، وہ بھی بس یہی بتاتے ہیں۔ تو</w:t>
      </w:r>
    </w:p>
    <w:p>
      <w:r>
        <w:rPr>
          <w:b/>
        </w:rPr>
        <w:t xml:space="preserve">[1:05:01] </w:t>
      </w:r>
      <w:r>
        <w:t>aur log realize kyun nahi karte? Yeh bhai, yeh to main kaise bataoon ga? To wohi batayein ge na? Dekhein, yeh baat mujh se poochne ki nahi hai ke woh kaise kyun nahi karte. Cheezein kya? Yeh baat jo maine kahi sahi hai? Yeh sochiye, main misaal ke taur par maine yeh kaha ke ibadat haj jo hai, aalami satah par ek ibadati mobilization hai. Maslan maine yeh kaha</w:t>
      </w:r>
    </w:p>
    <w:p>
      <w:pPr>
        <w:jc w:val="right"/>
      </w:pPr>
      <w:r>
        <w:t>اور لوگ ریلائز کیوں نہیں کرتے؟ یہ بھائی، یہ تو میں کیسے بتاؤں گا؟ تو وہی بتائیں گے نا؟ دیکھیں، یہ بات مجھ سے پوچھنے کی نہیں ہے کہ وہ کیسے کیوں نہیں کرتے۔ چیزیں کیا؟ یہ بات جو میں نے کہی صحیح ہے؟ یہ سوچیے، میں مثال کے طور پر میں نے یہ کہا کہ عبادت حج جو ہے، عالمی سطح پر ایک عبادتی موبیلائزیشن ہے۔ مثلاً میں نے یہ کہا</w:t>
      </w:r>
    </w:p>
    <w:p>
      <w:r>
        <w:rPr>
          <w:b/>
        </w:rPr>
        <w:t xml:space="preserve">[1:05:31] </w:t>
      </w:r>
      <w:r>
        <w:t>to kyun? Maine kaha haji jo hai, statue nahi hota, pathar nahi hota. Hain, us ke sine mein iman hai, us ke mind mein Islam ka shaoor hai, us ki soch mein Islam basa hua hai. Tabhi to, tabhi to woh haj karne ja raha hai. Warna kya matlab haj karne ka? Aisa aadmi jab niklega to uska nikalna pathar jaisa nikalna to nahi hoga. Jis se mile ga, ab farz kiya ke woh koi dua padh raha hai,</w:t>
      </w:r>
    </w:p>
    <w:p>
      <w:pPr>
        <w:jc w:val="right"/>
      </w:pPr>
      <w:r>
        <w:t>تو کیوں؟ میں نے کہا حاجی جو ہے، اسٹیچو نہیں ہوتا، پتھر نہیں ہوتا۔ ہیں، اس کے سینے میں ایمان ہے، اس کے مائنڈ میں اسلام کا شعور ہے، اس کی سوچ میں اسلام بسا ہوا ہے۔ تبھی تو، تبھی تو وہ حج کرنے جا رہا ہے۔ ورنہ کیا مطلب حج کرنے کا؟ ایسا آدمی جب نکلے گا تو اس کا نکلنا پتھر جیسا نکلنا تو نہیں ہوگا۔ جس سے ملے گا، اب فرض کیا کہ وہ کوئی دعا پڑھ رہا ہے،</w:t>
      </w:r>
    </w:p>
    <w:p>
      <w:r>
        <w:rPr>
          <w:b/>
        </w:rPr>
        <w:t xml:space="preserve">[1:06:02] </w:t>
      </w:r>
      <w:r>
        <w:t>woh aadmi pooche ga, bhai kya tum padh rahe ho? Us ko explain kare ga. That is dawah work. Is tarah se koi cheez dekhe ga, woh to agar uska mind bana hua hai, prepared mind agar hai, us se koi naseehat le ga, us ko sabak le ga. Yeh sab isi ka part banta chala jaye ga. Isi ko main keh raha hoon ke ke ibadati mobilization ke aalami satah par ek ek harkat aati ho, ek log mutharrik hote hain aalami satah par, to us</w:t>
      </w:r>
    </w:p>
    <w:p>
      <w:pPr>
        <w:jc w:val="right"/>
      </w:pPr>
      <w:r>
        <w:t>وہ آدمی پوچھے گا، بھئی کیا تم پڑھ رہے ہو؟ اس کو ایکسپلین کرے گا۔ دیٹ از دعویٰ ورک۔ اس طرح سے کوئی چیز دیکھے گا، وہ تو اگر اس کا مائنڈ بنا ہوا ہے، پریپیرڈ مائنڈ اگر ہے، اس سے کوئی نصیحت لے گا، اس کو سبق لے گا۔ یہ سب اسی کا پارٹ بنتا چلا جائے گا۔ اسی کو میں کہہ رہا ہوں کہ کہ عبادتی موبیلائزیشن کہ عالمی سطح پر ایک ایک حرکت آتی ہو، ایک لوگ متحرک ہوتے ہیں عالمی سطح پر، تو اس</w:t>
      </w:r>
    </w:p>
    <w:p>
      <w:r>
        <w:rPr>
          <w:b/>
        </w:rPr>
        <w:t xml:space="preserve">[1:06:32] </w:t>
      </w:r>
      <w:r>
        <w:t>ke jagah jagah us ke taqaze samne aate hain. Ab agar aap yeh samjhein ke sirf ritual ka naam haj hai to khoob ha ho karte jayein ge, khane peene mein mashgool rahein ge, aur wahan ja kar koi rituals kar lein ge. To sari baat hai ke aap prepared mind hain ke nahi hain? Prepared mind hain ke nahi hain? To aam taur par hota yahi hai ke maine ek baar kuch logon ko dekha ke woh haj ke liye ja rahe the. Woh subah se sham tak kai din tak un ka charcha tha. Meri family ke log the</w:t>
      </w:r>
    </w:p>
    <w:p>
      <w:pPr>
        <w:jc w:val="right"/>
      </w:pPr>
      <w:r>
        <w:t>کے جگہ جگہ اس کے تقاضے سامنے آتے ہیں۔ اب اگر آپ یہ سمجھیں کہ صرف ریچول کا نام حج ہے تو خوب ہا ہو کرتے جائیں گے، کھانے پینے میں مشغول رہیں گے، اور وہاں جا کر کوئی ریچولز کر لیں گے۔ تو ساری بات ہے کہ آپ پریپیرڈ مائنڈ ہیں کہ نہیں ہیں؟ پریپیرڈ مائنڈ ہیں کہ نہیں ہیں؟ تو عام طور پر ہوتا یہی ہے کہ میں نے ایک بار کچھ لوگوں کو دیکھا کہ وہ حج کے لیے جا رہے تھے۔ وہ صبح سے شام تک کئی دن تک ان کا چرچا تھا۔ میری فیملی کے لوگ تھے</w:t>
      </w:r>
    </w:p>
    <w:p>
      <w:r>
        <w:rPr>
          <w:b/>
        </w:rPr>
        <w:t xml:space="preserve">[1:07:02] </w:t>
      </w:r>
      <w:r>
        <w:t>، woh ke bhai yeh chadar rakhna hai, woh woh lihaf rakhna hai, woh kambal rakhna hai, bhai khane ke liye woh rakhna hai, chamcha zaroor rehna chahiye, aur plate bhi rehna chahiye. To mujhe bohat hi dukh ho raha tha ke kya yeh yeh sab haj haj ke liye ja rahe the? Yeh sab baatein yaad aa rahi hain aap ko? To chuki log jante hain ke haj to wahan hoga, jab hum pahunchen ge Mecca mein to rituals to wahin hon ge. Rituals to abhi shuru nahi hue, to abhi to chamcha plate hi theek kar lo.</w:t>
      </w:r>
    </w:p>
    <w:p>
      <w:pPr>
        <w:jc w:val="right"/>
      </w:pPr>
      <w:r>
        <w:t>، وہ کہ بھئی یہ چادر رکھنا ہے، وہ وہ لحاف رکھنا ہے، وہ کمبل رکھنا ہے، بھئی کھانے کے لیے وہ رکھنا ہے، چمچہ ضرور رہنا چاہیے، اور پلیٹ بھی رہنا چاہیے۔ تو مجھے بہت ہی دکھ ہو رہا تھا کہ کیا یہ یہ سب حج حج کے لیے جا رہے تھے؟ یہ سب باتیں یاد آ رہی ہیں آپ کو؟ تو چونکہ لوگ جانتے ہیں کہ حج تو وہاں ہوگا، جب ہم پہنچیں گے مکہ میں تو ریچولز تو وہیں ہوں گے۔ ریچولز تو ابھی شروع نہیں ہوئے، تو ابھی تو چمچہ پلیٹ ہی ٹھیک کر لو۔</w:t>
      </w:r>
    </w:p>
    <w:p>
      <w:r>
        <w:rPr>
          <w:b/>
        </w:rPr>
        <w:t xml:space="preserve">[1:07:33] </w:t>
      </w:r>
      <w:r>
        <w:t>kyun hai? Haj ka haj ka logon ke andar soojh boojh laayi nahi gayi, haj ki spirit paida nahi ki gayi. Sir, aap ne dawat ki ahmiyat ko bataya. Aap ki kitab Islam Rediscovered, us mein aap ne zikr kiya ke hadith ki kitabon mein bab-e-dawah, tafsir, even fiqh mein bhi dawah ke naam se chapters nahi banaye gaye. Us ki kya wajah rahi? Dekhein, us ki wajah meri samajh to yeh hai ke pehli baat</w:t>
      </w:r>
    </w:p>
    <w:p>
      <w:pPr>
        <w:jc w:val="right"/>
      </w:pPr>
      <w:r>
        <w:t>کیوں ہے؟ حج کا حج کا لوگوں کے اندر سوجھ بوجھ لائی نہیں گئی، حج کی اسپرٹ پیدا نہیں کی گئی۔ سر، آپ نے دعوت کی اہمیت کو بتایا۔ آپ کی کتاب اسلام ری ڈسکورڈ، اس میں آپ نے ذکر کیا کہ حدیث کی کتابوں میں باب الدعویٰ، تفسیر، ایون فرق میں بھی دعوت کے نام سے چیپٹرز نہیں بنائے گئے۔ اس کی کیا وجہ رہی؟ دیکھیں، اس کی وجہ میری سمجھ تو یہ ہے کہ پہلی بات</w:t>
      </w:r>
    </w:p>
    <w:p>
      <w:r>
        <w:rPr>
          <w:b/>
        </w:rPr>
        <w:t xml:space="preserve">[1:08:03] </w:t>
      </w:r>
      <w:r>
        <w:t>to yeh, yani clear ho jaye ke main yeh baat kai baar kahi hai, aaj tak kisi ne challenge nahi kiya. Main kehta hoon ke batao kaun si hadith ki kitab mein kitab dawah tabligh hai, kaun si fiqh ki kitab mein kitab dawah tabligh hai. Yahan tak ke jo barhi barhi kitabein likhi gayi, Ghazali ki kitab, Imam Taimiya ki kitab, Shah Waliullah ki kitab, kisi mein dawah ki baat hi nahi hai. To kisi ne nahi kaha ke tum galat kehte ho jo falan kitab mein hai. To pehli baat yeh hai ke logon ne khamosh reh kar accept kar liya ke ab waqai yeh kami hai.</w:t>
      </w:r>
    </w:p>
    <w:p>
      <w:pPr>
        <w:jc w:val="right"/>
      </w:pPr>
      <w:r>
        <w:t>تو یہ، یعنی کلیئر ہو جائے کہ میں یہ بات کئی بار کہی ہے، آج تک کسی نے چیلنج نہیں کیا۔ میں کہتا ہوں کہ بتاؤ کون سی حدیث کی کتاب میں کتاب الدعویٰ تبلیغ ہے، کون سی فقہ کی کتاب میں کتاب الدعویٰ تبلیغ ہے۔ یہاں تک کہ جو بڑھ بڑی کتابیں لکھی گئی، غزالی کی کتاب، امام تیمیہ کی کتاب، شاہ اللہ کی کتاب، کسی میں دعوت کی بات ہی نہیں ہے۔ تو کسی نے نہیں کہا کہ تم غلط کہتے ہو جو فلاں کتاب میں ہے۔ تو پہلی بات یہ ہے کہ لوگوں نے خاموش رہ کر ایکسیپٹ کر لیا کہ اب واقعتا یہ کمی ہے۔</w:t>
      </w:r>
    </w:p>
    <w:p>
      <w:r>
        <w:rPr>
          <w:b/>
        </w:rPr>
        <w:t xml:space="preserve">[1:08:33] </w:t>
      </w:r>
      <w:r>
        <w:t>Number ek. Number do yeh hai ke hua yeh ke Madinah ke baad tareekh jo hai, jihad ke rukh pe chal padi. Siyasi takrao aur aur political domination, mulkon ko qabza karna, yeh karna, woh karna. To is ki wajah se kya hua ke sara literature jo hai, politicized ho gaya. Ab dekhein, hamari jo tareekh ki kitabein hain, tareekh ki kitabein kya hain? Tareekh ki tamam kitabein siyasi tareekh ki kitabein hain. Yani musalmanon ne jo sari</w:t>
      </w:r>
    </w:p>
    <w:p>
      <w:pPr>
        <w:jc w:val="right"/>
      </w:pPr>
      <w:r>
        <w:t>نمبر ایک۔ نمبر دو یہ ہے کہ ہوا یہ کہ مدینہ کے بعد تاریخ جو ہے، جہاد کے رخ پہ چل پڑی۔ سیاسی ٹکراؤ اور اور پولیٹیکل ڈومینیشن، ملکوں کو قبضہ کرنا، یہ کرنا، وہ کرنا۔ تو اس کی وجہ سے کیا ہوا کہ سارا لٹریچر جو ہے، پولیٹیسائز ہو گیا۔ اب دیکھیں، ہماری جو تاریخ کی کتابیں ہیں، تاریخ کی کتابیں کیا ہیں؟ تاریخ کی تمام کتابیں سیاسی تاریخ کی کتابیں ہیں۔ یعنی مسلمانوں نے جو ساری</w:t>
      </w:r>
    </w:p>
    <w:p>
      <w:r>
        <w:rPr>
          <w:b/>
        </w:rPr>
        <w:t xml:space="preserve">[1:09:03] </w:t>
      </w:r>
      <w:r>
        <w:t>sargarmiyan ki, isi isi ka naam tareekh rakh diya logon ne. To chuki mahaul aisa ban gaya ke jihad aur siyasat aur hukoomat aur khilafat, yeh ek charcha tha, to isi charchay ke tehat kitabon ki tadween hui. Yani agarche hadisein isi isi kitab mein bohat si hadisein hain jo dawah ki hadisein hain, dawah o tabligh ki, lekin woh heading bana kar ke us ke tehat woh layein, yeh nahi kiya unhone. To hadisein hain, lekin bikhri hui hain.</w:t>
      </w:r>
    </w:p>
    <w:p>
      <w:pPr>
        <w:jc w:val="right"/>
      </w:pPr>
      <w:r>
        <w:t>سرگرمیاں کیں، اسی اسی کا نام تاریخ رکھ دیا لوگوں نے۔ تو چونکہ ماحول ایسا بن گیا کہ جہاد اور سیاست اور حکومت اور خلافت، یہ ایک چرچا تھا، تو اسی چرچے کے تحت کتابوں کی تدوین ہوئی۔ یعنی اگرچہ حدیثیں اسی اسی کتاب میں بہت سی حدیثیں ہیں جو دعوت کی حدیثیں ہیں، دعوت و تبلیغ کی، لیکن وہ ہیڈنگ بنا کر کے اس کے تحت وہ لائیں، یہ نہیں کیا انہوں نے۔ تو حدیثیں ہیں، لیکن بکھری ہوئی ہیں۔</w:t>
      </w:r>
    </w:p>
    <w:p>
      <w:r>
        <w:rPr>
          <w:b/>
        </w:rPr>
        <w:t xml:space="preserve">[1:09:33] </w:t>
      </w:r>
      <w:r>
        <w:t>kyun? Zehan wazeh nahi tha. To kabhi bhi aisa jab jab hota hai ke kisi ghar mein farz kiya qatl kar dein log kisi ko, to wahan ghar mein har waqt qanoon ki baatein hon gi, wakeel ki baatein hon gi, adalat ki baatein hon gi. Mahaul ek ban jaye ga. To Islam ko jo muqabla pesh aaya us zamane mein, chuki shirk jo hai, ghalib taqat tha us zamane mein, shirk ne mitana chaha tauheed</w:t>
      </w:r>
    </w:p>
    <w:p>
      <w:pPr>
        <w:jc w:val="right"/>
      </w:pPr>
      <w:r>
        <w:t>کیوں؟ ذہن واضح نہیں تھا۔ تو کبھی بھی ایسا جب جب ہوتا ہے کہ کسی گھر میں فرض کیا قتل کر دیں لوگ کسی کو، تو وہاں گھر میں ہر وقت قانون کی باتیں ہوں گی، وکیل کی باتیں ہوں گی، عدالت کی باتیں ہوں گی۔ ماحول ایک بن جائے گا۔ تو اسلام کو جو مقابلہ پیش آیا اس زمانے میں، کیونکہ شرک جو ہے، غالب طاقت تھا اس زمانے میں، شرک نے مٹانا چاہا توحید</w:t>
      </w:r>
    </w:p>
    <w:p>
      <w:r>
        <w:rPr>
          <w:b/>
        </w:rPr>
        <w:t xml:space="preserve">[1:10:03] </w:t>
      </w:r>
      <w:r>
        <w:t>ko, us ki wajah se takrao hua, ladai hui. Lekin woh ek temporary phase tha, woh Islam ki tareekh, woh temporary phase jo hai, woh break nahi hua, wahi chalta raha, chalta raha, wahi Islamic thought ban gaya. Is trend ko badalne ke liye sirf do aadmi mujhe maloom hain, uthe, ek Umar bin Abdul Aziz aur ek Ibn Khaldun. Koi teesra aadmi mujhe nahi maloom poori tareekh mein, lekin dono aadmi ka haal</w:t>
      </w:r>
    </w:p>
    <w:p>
      <w:pPr>
        <w:jc w:val="right"/>
      </w:pPr>
      <w:r>
        <w:t>کو، اس کی وجہ سے ٹکراؤ ہوا، لڑائی ہوئی۔ لیکن وہ ایک ٹیمپریری فیز تھا، وہ اسلام کی تاریخ، وہ ٹیمپریری فیز جو ہے، وہ بریک نہیں ہوا، وہی چلتا رہا، چلتا رہا، وہی اسلامک تھاٹ بن گیا۔ اس ٹرینڈ کو بدلنے کے لیے صرف دو آدمی مجھے معلوم ہیں، اٹھے، ایک عمر بن عبدالعزیز اور ایک ابن خلدون۔ کوئی تیسرا آدمی مجھے نہیں معلوم پوری تاریخ میں، لیکن دونوں آدمی کا حال</w:t>
      </w:r>
    </w:p>
    <w:p>
      <w:r>
        <w:rPr>
          <w:b/>
        </w:rPr>
        <w:t xml:space="preserve">[1:10:33] </w:t>
      </w:r>
      <w:r>
        <w:t>yeh hua ke Umar bin Abdul Aziz ko 28 saal ke baad zehar de kar maar dala gaya, aur kyunke aam trend jo bana hua tha, ab mujhe kaha, yani aam trend bana hua tha, us wajah se woh trend accept nahi hua. Agarche woh panchwein khaleefa maane jate hain, panchwein khaleefa Rashid Ibn Khaldun ki kitab to likh kar padi rahi. Yani Europe ne is kitab ko, yani chhaap kar phailaya, yani itni zabardast kitab hai Ibn Khaldun ki, lekin musalman is</w:t>
      </w:r>
    </w:p>
    <w:p>
      <w:pPr>
        <w:jc w:val="right"/>
      </w:pPr>
      <w:r>
        <w:t>یہ ہوا کہ عمر بن عبدالعزیز کو 28 سال کے بعد زہر دے کر مار ڈالا گیا، اور کیونکہ عام ٹرینڈ جو بنا ہوا تھا، اب مجھے کہا، یعنی عام ٹرینڈ بنا ہوا تھا، اس وجہ سے وہ ٹرینڈ ایکسیپٹ نہیں ہوا۔ اگرچہ وہ پانچویں خلیفہ مانے جاتے ہیں، پانچویں خلیفہ راشد ابن خلدون کی کتاب تو لکھ کر پڑھی رہی۔ یعنی یورپ نے اس کتاب کو، یعنی چھاپ کر پھیلایا، یعنی اتنی زبردست کتاب ہے ابن خلدون کی، لیکن مسلمان اس</w:t>
      </w:r>
    </w:p>
    <w:p>
      <w:r>
        <w:rPr>
          <w:b/>
        </w:rPr>
        <w:t xml:space="preserve">[1:11:03] </w:t>
      </w:r>
      <w:r>
        <w:t>ko nahi utha sake, woh likh kar padi rahi. Europe ne discover kiya aur discover kar ke us ko itna bara darja diya us ka. To yeh jo trend ban gaya tha, jihadi aur siyasi aur hukoomati, us ki wajah se dawah ki baat dabi reh gayi. Hazrat Umar ne kaha tha ke Muhammad ko Khuda ne, yani jaziya ko wasool karne ke liye nahi bheja tha, khiraj wasool karne ke liye nahi bheja tha, dawah dawah ke liye bheja tha.</w:t>
      </w:r>
    </w:p>
    <w:p>
      <w:pPr>
        <w:jc w:val="right"/>
      </w:pPr>
      <w:r>
        <w:t>کو نہیں اٹھا سکے، وہ لکھ کر پڑھی رہی۔ یورپ نے ڈسکور کیا اور ڈسکور کر کے اس کو اتنا بڑا درجہ دیا اس کا۔ تو یہ جو ٹرینڈ بن گیا تھا، جہادی اور سیاسی اور حکومتی، اس کی وجہ سے دعوت کی بات دبی رہ گئی۔ حضرت عمر نے کہا تھا کہ محمد کو خدا نے، یعنی جزیہ کو وصول کرنے کے لیے نہیں بھیجا تھا، خراج وصول کرنے کے لیے نہیں بھیجا تھا، دعوت دعوت کے لیے بھیجا تھا۔</w:t>
      </w:r>
    </w:p>
    <w:p>
      <w:r>
        <w:rPr>
          <w:b/>
        </w:rPr>
        <w:t xml:space="preserve">[1:11:34] </w:t>
      </w:r>
      <w:r>
        <w:t>to panchveen khaleefa rashid thay, woh itna bara darja tha un ka, lekin yeh baat chali kahan? un muhammad hadi walim ya javin, muhammad ko khuda ne bheja dawat ke liye, yeh nahi ke hukoomat qaim karen aur tax wasool karen, is ke liye nahi. to jo mein kehta hoon, is ki tasdeeq umar abdul aziz jaise top ke aadmi ke zariye se ho rahi hai. yahan par woh jo top post aadmi thay, woh islam ki tareekh mein, ab aaj kal</w:t>
      </w:r>
    </w:p>
    <w:p>
      <w:pPr>
        <w:jc w:val="right"/>
      </w:pPr>
      <w:r>
        <w:t>تو پانچویں خلیفہ راشد تھے، وہ اتنا بڑا درجہ تھا ان کا، لیکن یہ بات چلی کہاں؟ ان محمد ہادی ولم یا جاوین، محمد کو خدا نے بھیجا دعوت کے لیے، یہ نہیں کہ حکومت قائم کریں اور ٹیکس وصول کریں، اس کے لیے نہیں۔ تو جو میں کہتا ہوں، اس کی تصدیق عمر عبدالعزیز جیسے ٹاپ کے آدمی کے ذریعے سے ہو رہی ہے۔ یہاں پر وہ جو ٹاپ پوسٹ آدمی تھے، وہ اسلام کی تاریخ میں، اب آج کل</w:t>
      </w:r>
    </w:p>
    <w:p>
      <w:r>
        <w:rPr>
          <w:b/>
        </w:rPr>
        <w:t xml:space="preserve">[1:12:04] </w:t>
      </w:r>
      <w:r>
        <w:t>tableegh ke naam se bohat bari tehreek chal rahi hai, lekin woh tableegh kiya hai? woh to islam al muslimeen hai. yeh itna zyada logon ke zehan se dawat ka kaam nikal gaya hai ke ek kaam karte hain musalmanon ki islaah ka, is ko kehte hain dawat. yeh kaisi ajeeb ghareeb bekhabri hai, bekhabri aur be-shaoori ke kaam to kar rahe hain musalmanon ki islaah ka, namaz roze ka, is ko kehte hain kiya hai dawat? dekhen, ek hai dawah work, ek hai kami</w:t>
      </w:r>
    </w:p>
    <w:p>
      <w:pPr>
        <w:jc w:val="right"/>
      </w:pPr>
      <w:r>
        <w:t>تبلیغ کے نام سے بہت بڑی تحریک چل رہی ہے، لیکن وہ تبلیغ کیا ہے؟ وہ تو اسلام المسلمین ہے۔ یہ اتنا زیادہ لوگوں کے ذہن سے دعوت کا کام نکل گیا ہے کہ ایک کام کرتے ہیں مسلمانوں کی اصلاح کا، اس کو کہتے ہیں دعوت۔ یہ کیسی عجیب غریب بے خبری ہے، بے خبری اور بے شعوری کہ کام تو کر رہے ہیں مسلمانوں کی اصلاح کا، نماز روزے کا، اس کو کہتے ہیں کیا ہے دعوت؟ دیکھیں، ایک ہے دعویٰ ورک، ایک ہے کمی</w:t>
      </w:r>
    </w:p>
    <w:p>
      <w:r>
        <w:rPr>
          <w:b/>
        </w:rPr>
        <w:t xml:space="preserve">[1:12:35] </w:t>
      </w:r>
      <w:r>
        <w:t>unity work. community work jo hai, ab musalmanon ki islaah, musalmanon ki bhalai ke liye kaam karna, yeh apni jagah bilkul sahi hai, is mein koi kharabi nahi hai, bohat acha kaam hai, lekin aap community work ko dawah work nahi keh sakte. aap jis tarah hum log yahan bethe hue hain, to hum is ko namaz nahi keh sakte, hum namaz parh rahe hain, hum yeh nahi keh sakte. agarche hum sahi kaam kar rahe hain, to community work ko dawah work kehna yeh bohat bari bhool hai, bohat bari ghalati hai.</w:t>
      </w:r>
    </w:p>
    <w:p>
      <w:pPr>
        <w:jc w:val="right"/>
      </w:pPr>
      <w:r>
        <w:t>ونٹی ورک۔ کمیونٹی ورک جو ہے، اب مسلمانوں کی اصلاح، مسلمانوں کی بھلائی کے لیے کام کرنا، یہ اپنی جگہ بالکل صحیح ہے، اس میں کوئی خرابی نہیں ہے، بہت اچھا کام ہے، لیکن آپ کمیونٹی ورک کو دعویٰ ورک نہیں کہہ سکتے۔ آپ جس طرح ہم لوگ یہاں بیٹھے ہوئے ہیں، تو ہم اس کو نماز نہیں کہہ سکتے، ہم نماز پڑھ رہے ہیں، ہم یہ نہیں کہہ سکتے۔ اگرچہ ہم صحیح کام کر رہے ہیں، تو کمیونٹی ورک کو دعویٰ ورک کہنا یہ بہت بڑی بھول ہے، بہت بڑی غلطی ہے۔</w:t>
      </w:r>
    </w:p>
    <w:p>
      <w:r>
        <w:rPr>
          <w:b/>
        </w:rPr>
        <w:t xml:space="preserve">[1:13:05] </w:t>
      </w:r>
      <w:r>
        <w:t>aap yeh kahiye ke mein community work kar raha hoon, to theek hai, yeh koi kehte hain ke mein dawah work karta hoon, yeh to jhoot ban jayega. hadees se ab tak sab se bara jo burai hai, woh woh hai jhoot. aadmi sab kuch keh raha hai, magar jhoot na bolay. woh yaani agar us ne farz kiya ke kisi jazbe ke tehat sharab pee li hai,</w:t>
      </w:r>
    </w:p>
    <w:p>
      <w:pPr>
        <w:jc w:val="right"/>
      </w:pPr>
      <w:r>
        <w:t>آپ یہ کہیے کہ میں کمیونٹی ورک کر رہا ہوں، تو ٹھیک ہے، یہ کوئی کہتے ہیں کہ میں دعویٰ ورک کرتا ہوں، یہ تو جھوٹ بن جائے گا۔ حدیث سے اب تک سب سے بڑا جو برائی ہے، وہ وہ ہے جھوٹ۔ آدمی سب کچھ کہہ رہا ہے، مگر جھوٹ نہ بولے۔ وہ یعنی اگر اس نے فرض کیا کہ کسی جذبے کے تحت شراب پی لی ہے،</w:t>
      </w:r>
    </w:p>
    <w:p>
      <w:r>
        <w:rPr>
          <w:b/>
        </w:rPr>
        <w:t xml:space="preserve">[1:13:35] </w:t>
      </w:r>
      <w:r>
        <w:t>to yeh kahe ke bhai, mein sharab pee ke aage ghalati ho gayi mujh se, lekin yeh nahi ke kahan mein sharab kahan peeta hoon, mein to juice peeta hoon. yeh jurm na qabil e maafi hai, kyunke dekhiye, jab aap wohi kahein jo aap ne kiya hai, to is se kya hoga? nadamat paida hogi, repentance aayega, repentance aayega, aur agar aisa na karen aap, to sarkashi aayegi, ananiyat aayegi, arrogance aayega.</w:t>
      </w:r>
    </w:p>
    <w:p>
      <w:pPr>
        <w:jc w:val="right"/>
      </w:pPr>
      <w:r>
        <w:t>تو یہ کہے کہ بھائی، میں شراب پی کے آگے غلطی ہو گئی مجھ سے، لیکن یہ نہیں کہ کہاں میں شراب کہاں پیتا ہوں، میں تو جوس پیتا ہوں۔ یہ جرم ناقابل معافی ہے، کیونکہ دیکھیے، جب آپ وہی کہیں جو آپ نے کیا ہے، تو اس سے کیا ہوگا؟ ندامت پیدا ہوگی، ریپیٹنس آئے گا، ریپیٹنس آئے گا، اور اگر ایسا نہ کریں آپ، تو سرکشی آئے گی، انانیت آئے گی، اروگنس آئے گا۔</w:t>
      </w:r>
    </w:p>
    <w:p>
      <w:r>
        <w:rPr>
          <w:b/>
        </w:rPr>
        <w:t xml:space="preserve">[1:14:06] </w:t>
      </w:r>
      <w:r>
        <w:t>to Allah taala ne ke shariat mein nadamat khud ek ibadat hai, yaani agar ghalati ho gayi aadmi se, sharab pee liya us ne, ke bhayi kya karoon, mein pee liya, kya karoon, doston ke sath aisi ghalati ho gayi mujh se, to kam az kam nadamat to aayi is ke andar, is ka ek value hai nadamat. lekin aadmi kahe ke tum jhoot bolte ho, mein sharab kahan piya, mein ne, mein to juice pi raha tha, yeh to is ka gunah pakka ho gaya, apne gunah ko pakka kar diya is</w:t>
      </w:r>
    </w:p>
    <w:p>
      <w:pPr>
        <w:jc w:val="right"/>
      </w:pPr>
      <w:r>
        <w:t>تو اللہ تعالی نے کہ شریعت میں ندامت خود ایک عبادت ہے، یعنی اگر غلطی ہو گئی آدمی سے، شراب پی لیا اس نے، کہ بھئی کیا کروں، میں پی لیا، کیا کروں، دوستوں کے ساتھ ایسی غلطی ہو گئی مجھ سے، تو کم از کم ندامت تو آئی اس کے اندر، اس کا ایک ویلیو ہے ندامت۔ لیکن آدمی کہے کہ تم جھوٹ بولتے ہو، میں شراب کہاں پیا، میں نے، میں تو جوس پی رہا تھا، یہ تو اس کا گناہ پکا ہو گیا، اپنے گناہ کو پکا کر دیا اس</w:t>
      </w:r>
    </w:p>
    <w:p>
      <w:r>
        <w:rPr>
          <w:b/>
        </w:rPr>
        <w:t xml:space="preserve">[1:14:36] </w:t>
      </w:r>
      <w:r>
        <w:t>ne. is liye mera mera kehna yeh hai logon se ke aap mili, aap aap community work kijiye, beshak acha kaam hai, kijiye, lekin dawah work na kahhen samjhen is ko, yeh ghalati mat kijiye. aaj kal jitna bhi musalmanon mein kaam ho raha hai, woh sab mere nazdeek community work hai, aur is ko sab log, sab log is ko dawah work keh rahe hain. sare log dawah work samajhte</w:t>
      </w:r>
    </w:p>
    <w:p>
      <w:pPr>
        <w:jc w:val="right"/>
      </w:pPr>
      <w:r>
        <w:t>نے۔ اس لیے میرا میرا کہنا یہ ہے لوگوں سے کہ آپ ملی، آپ آپ کمیونٹی ورک کیجئے، بے شک اچھا کام ہے، کیجئے، لیکن دعویٰ ورک نہ کہیں سمجھیں اس کو، یہ غلطی مت کیجئے۔ آج کل جتنا بھی مسلمانوں میں کام ہو رہا ہے، وہ سب میرے نزدیک کمیونٹی ورک ہے، اور اس کو سب لوگ، سب لوگ اس کو دعویٰ ورک کہہ رہے ہیں۔ سارے لوگ دعویٰ ورک سمجھتے</w:t>
      </w:r>
    </w:p>
    <w:p>
      <w:r>
        <w:rPr>
          <w:b/>
        </w:rPr>
        <w:t xml:space="preserve">[1:15:06] </w:t>
      </w:r>
      <w:r>
        <w:t>hain, maslan munazra karte hain, debate, kuch log is ko dawah dawah kehte hain. there is great difference between dawah and debate, harghiz harghiz debate dawah nahi hai.</w:t>
      </w:r>
    </w:p>
    <w:p>
      <w:pPr>
        <w:jc w:val="right"/>
      </w:pPr>
      <w:r>
        <w:t>ہیں، مثلاً مناظرہ کرتے ہیں، ڈیبیٹ، کچھ لوگ اس کو دعوت دعوت کہتے ہیں۔ دیر از گریٹ ڈیفرنس بٹوین دعویٰ اینڈ ڈیبیٹ، ہرگز ہرگز ڈیبیٹ دعوت نہیں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