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The Quran | October 14, 2005 | Maulana Wahiduddin Khan</w:t>
      </w:r>
    </w:p>
    <w:p>
      <w:r>
        <w:t>https://www.youtube.com/watch?v=wi4PL1CwY7w</w:t>
      </w:r>
    </w:p>
    <w:p>
      <w:r>
        <w:rPr>
          <w:b/>
        </w:rPr>
        <w:t xml:space="preserve">[00:13] </w:t>
      </w:r>
      <w:r>
        <w:t>sallallahu alal nabiyil kareem. rab ishrah li sadri, wa yassir li amri, wahlul uqdatam mil lisani yafqahu qawli. sab se pehle mein ek basic baat kehna chahta hoon,</w:t>
      </w:r>
    </w:p>
    <w:p>
      <w:pPr>
        <w:jc w:val="right"/>
      </w:pPr>
      <w:r>
        <w:t>صلی اللہ علی النبی الکریم۔ رب اشرح لی صدری، ویسر لی امری، واحل العقدۃ من لسانی یفقہ قولی۔ سب سے پہلے میں ایک بیسک بات کہنا چاہتا ہوں،</w:t>
      </w:r>
    </w:p>
    <w:p>
      <w:r>
        <w:rPr>
          <w:b/>
        </w:rPr>
        <w:t xml:space="preserve">[00:45] </w:t>
      </w:r>
      <w:r>
        <w:t>woh yeh hai ke ek hai islam ko traditional way mein samajhna, to is ke liye quran ka ya hadees ka translation kafi hai. lekin agar aap gehrai mein jana chahen to aap ko</w:t>
      </w:r>
    </w:p>
    <w:p>
      <w:pPr>
        <w:jc w:val="right"/>
      </w:pPr>
      <w:r>
        <w:t>وہ یہ ہے کہ ایک ہے اسلام کو ٹریڈیشنل وے میں سمجھنا، تو اس کے لیے قرآن کا یا حدیث کا ٹرانسلیشن کافی ہے۔ لیکن اگر آپ گہرائی میں جانا چاہیں تو آپ کو</w:t>
      </w:r>
    </w:p>
    <w:p>
      <w:r>
        <w:rPr>
          <w:b/>
        </w:rPr>
        <w:t xml:space="preserve">[01:15] </w:t>
      </w:r>
      <w:r>
        <w:t>sochna padega. quran 1400 saal pehle aaya, to us zamane ke jo log thay, un ka mind ko is ne address kiya. lekin quran mein bataya gaya hai ke wa ma arsalna minar rasooli illa bilisani qawmihi. har rasool</w:t>
      </w:r>
    </w:p>
    <w:p>
      <w:pPr>
        <w:jc w:val="right"/>
      </w:pPr>
      <w:r>
        <w:t>سوچنا پڑے گا۔ قرآن 1400 سال پہلے آیا، تو اس زمانے کے جو لوگ تھے، ان کا مائنڈ کو اس نے ایڈریس کیا۔ لیکن قرآن میں بتایا گیا ہے کہ وَمَا أَرْسَلْنَا مِنَ الرَّسُولِ إِلَّا بِلِسَانِ قَوْمِهِ۔ ہر رسول</w:t>
      </w:r>
    </w:p>
    <w:p>
      <w:r>
        <w:rPr>
          <w:b/>
        </w:rPr>
        <w:t xml:space="preserve">[01:45] </w:t>
      </w:r>
      <w:r>
        <w:t>apne zamane ki language mein aata hai. language ka matlab yeh hai ke woh aisi boli bolta hai, aise idiom mein apni baat ko kehta hai, aise style mein ke un ka jo contemporary mind hai woh address ho sake. to hum</w:t>
      </w:r>
    </w:p>
    <w:p>
      <w:pPr>
        <w:jc w:val="right"/>
      </w:pPr>
      <w:r>
        <w:t>اپنے زمانے کی لینگویج میں آتا ہے۔ لینگویج کا مطلب یہ ہے کہ وہ ایسی بولی بولتا ہے، ایسے ایڈیم میں اپنی بات کو کہتا ہے، ایسے اسٹائل میں کہ ان کا جو کنٹیمپرری مائنڈ ہے وہ ایڈریس ہو سکے۔ تو ہم</w:t>
      </w:r>
    </w:p>
    <w:p>
      <w:r>
        <w:rPr>
          <w:b/>
        </w:rPr>
        <w:t xml:space="preserve">[02:15] </w:t>
      </w:r>
      <w:r>
        <w:t>jo yeh class chala rahe hain, yeh traditional qism ki class nahi hai. hamari koshish yeh hai ke aaj ka jo modern mind hai, us ke samne islam ko contemporary medium mein pesh kiya jaye, ta ke is ka mind address ho aur woh islam ko bharpoor tor par le sake.</w:t>
      </w:r>
    </w:p>
    <w:p>
      <w:pPr>
        <w:jc w:val="right"/>
      </w:pPr>
      <w:r>
        <w:t>جو یہ کلاس چلا رہے ہیں، یہ ٹریڈیشنل قسم کی کلاس نہیں ہے۔ ہماری کوشش یہ ہے کہ آج کا جو ماڈرن مائنڈ ہے، اس کے سامنے اسلام کو کنٹیمپرری میڈیم میں پیش کیا جائے، تاکہ اس کا مائنڈ ایڈریس ہو اور وہ اسلام کو بھرپور طور پر لے سکے۔</w:t>
      </w:r>
    </w:p>
    <w:p>
      <w:r>
        <w:rPr>
          <w:b/>
        </w:rPr>
        <w:t xml:space="preserve">[02:47] </w:t>
      </w:r>
      <w:r>
        <w:t>mein ek example deta hoon is ko samajhne ke liye, is baat ko. rasool Allah sallallahu alaihi wasallam ke ek companion thay, un ka naam tha abu rawaha. to abu rawaha ne ek din ek apne zamane ke musalman se kaha ke ta'aloo min sa'ah, aao hum</w:t>
      </w:r>
    </w:p>
    <w:p>
      <w:pPr>
        <w:jc w:val="right"/>
      </w:pPr>
      <w:r>
        <w:t>میں ایک ایگزامپل دیتا ہوں اس کو سمجھنے کے لیے، اس بات کو۔ رسول اللہ صلی اللہ علیہ وسلم کے ایک کمپینین تھے، ان کا نام تھا ابو رواحہ۔ تو ابو رواحہ نے ایک دن ایک اپنے زمانے کے مسلمان سے کہا کہ تعالوا من ساعة، آؤ ہم</w:t>
      </w:r>
    </w:p>
    <w:p>
      <w:r>
        <w:rPr>
          <w:b/>
        </w:rPr>
        <w:t xml:space="preserve">[03:19] </w:t>
      </w:r>
      <w:r>
        <w:t>kuch dair ke liye eman la'en. yeh bari anokhi baat thi. let us believe for a moment. ab yeh jo hai ke let us believe for a moment, to musalman ke samajh mein baat nahi aayi. woh rasool Allah ke paas gaye, unhon ne kaha ke hum to momin hain,</w:t>
      </w:r>
    </w:p>
    <w:p>
      <w:pPr>
        <w:jc w:val="right"/>
      </w:pPr>
      <w:r>
        <w:t>کچھ دیر کے لیے ایمان لائیں۔ یہ بڑی انوکھی بات تھی۔ لیٹ اس بیلیو فار مومنٹ۔ اب یہ جو ہے کہ لیٹ اس بیلیو فار مومنٹ، تو مسلمان کے سمجھ میں بات نہیں آئی۔ وہ رسول اللہ کے پاس گئے، انہوں نے کہا کہ ہم تو مومن ہیں،</w:t>
      </w:r>
    </w:p>
    <w:p>
      <w:r>
        <w:rPr>
          <w:b/>
        </w:rPr>
        <w:t xml:space="preserve">[03:50] </w:t>
      </w:r>
      <w:r>
        <w:t>hum to islam mein aa chuke hain. to ek thori dair ke liye, ek momin ke liye, ek momin ke liye thori dair ke liye, eman ka kya matlab hai? eman to hum ko mil chuka. to rasool Allah ne kaha ke abu rawaha par Khuda reham kare. woh ek aise eman ko pasand karte hain jis se</w:t>
      </w:r>
    </w:p>
    <w:p>
      <w:pPr>
        <w:jc w:val="right"/>
      </w:pPr>
      <w:r>
        <w:t>ہم تو اسلام میں آ چکے ہیں۔ تو ایک تھوڑی دیر کے لیے، ایک مومن کے لیے، ایک مومن کے لیے تھوڑی دیر کے لیے، ایمان کا کیا مطلب ہے؟ ایمان تو ہم کو مل چکا۔ تو رسول اللہ نے کہا کہ ابو رواحہ پر خدا رحم کرے۔ وہ ایک ایسے ایمان کو پسند کرتے ہیں جس سے</w:t>
      </w:r>
    </w:p>
    <w:p>
      <w:r>
        <w:rPr>
          <w:b/>
        </w:rPr>
        <w:t xml:space="preserve">[04:20] </w:t>
      </w:r>
      <w:r>
        <w:t>angels bhi envy karte hain, farishtay bhi us ko rash karte hain. dekhen, yeh aap agar sirf literal translation se samajhna chahen to aap is ko samajh nahi sakte ke woh kya cheez thi jo wahan paish aayi. aap ko word badalna padega, tab samajh payenge aap. tab aap ka mind address hoga. woh kya hai?</w:t>
      </w:r>
    </w:p>
    <w:p>
      <w:pPr>
        <w:jc w:val="right"/>
      </w:pPr>
      <w:r>
        <w:t>اینجل بھی اینوی کرتے ہیں، فرشتے بھی اس کو رش کرتے ہیں۔ دیکھیں، یہ آپ اگر صرف لٹرل ٹرانسلیشن سے سمجھنا چاہیں تو آپ اس کو سمجھ نہیں سکتے کہ وہ کیا چیز تھی جو وہاں پیش آئی۔ آپ کو ورڈ بدلنا پڑے گا، تب سمجھ پائیں گے آپ۔ تب آپ کا مائنڈ ایڈریس ہوگا۔ وہ کیا ہے؟</w:t>
      </w:r>
    </w:p>
    <w:p>
      <w:r>
        <w:rPr>
          <w:b/>
        </w:rPr>
        <w:t xml:space="preserve">[04:51] </w:t>
      </w:r>
      <w:r>
        <w:t>jahan tak mein ne socha hai, is ka matlab yeh tha ke unhon ne yeh kaha ke aao hum kuch dair ke liye Khuda ki baaten karen. jis ko mein kaha karta hoon intellectual exchange, yaani Khuda ke topic par kuch dair ke liye hum intellectual exchange karen. yeh un ka matlab tha. to jab aap is tarah se</w:t>
      </w:r>
    </w:p>
    <w:p>
      <w:pPr>
        <w:jc w:val="right"/>
      </w:pPr>
      <w:r>
        <w:t>جہاں تک میں نے سوچا ہے، اس کا مطلب یہ تھا کہ انہوں نے یہ کہا کہ آؤ ہم کچھ دیر کے لیے خدا کی باتیں کریں۔ جس کو میں کہا کرتا ہوں انٹلیکچول ایکسچینج، یعنی خدا کے ٹاپک پر کچھ دیر کے لیے ہم انٹلیکچول ایکسچینج کریں۔ یہ ان کا مطلب تھا۔ تو جب آپ اس طرح سے</w:t>
      </w:r>
    </w:p>
    <w:p>
      <w:r>
        <w:rPr>
          <w:b/>
        </w:rPr>
        <w:t xml:space="preserve">[05:21] </w:t>
      </w:r>
      <w:r>
        <w:t>badal saken is ko, is ki language ko, tab aap is se familiar hote hain, aap mind ko pakar paate hain. to sahaba jo thay, aisa nahi tha ke kalma parh liya ek bar to bas sara islam mil gaya unhein. aisa nahi. apne eman ko rozana woh</w:t>
      </w:r>
    </w:p>
    <w:p>
      <w:pPr>
        <w:jc w:val="right"/>
      </w:pPr>
      <w:r>
        <w:t>بدل سکیں اس کو، اس کی لینگویج کو، تب آپ اس سے فیمیئر ہوتے ہیں، آپ مائنڈ کو پکڑ پاتے ہیں۔ تو صحابہ جو تھے، ایسا نہیں تھا کہ کلمہ پڑھ لیا ایک بار تو بس سارا اسلام مل گیا انہیں۔ ایسا نہیں۔ اپنے ایمان کو روزانہ وہ</w:t>
      </w:r>
    </w:p>
    <w:p>
      <w:r>
        <w:rPr>
          <w:b/>
        </w:rPr>
        <w:t xml:space="preserve">[05:52] </w:t>
      </w:r>
      <w:r>
        <w:t>food dete thay, food. jaise hum khana khate hain apni body ke liye, to woh apne eman ko food dete thay. woh kaise? through intellectual exchange. jab do aadmi ek subject par baat karte hain to hamesha aisa hota hai ke knowledge barhti hai, naye naye aspect samne aate hain. is tarah dono ka</w:t>
      </w:r>
    </w:p>
    <w:p>
      <w:pPr>
        <w:jc w:val="right"/>
      </w:pPr>
      <w:r>
        <w:t>فوڈ دیتے تھے، فوڈ۔ جیسے ہم کھانا کھاتے ہیں اپنی باڈی کے لیے، تو وہ اپنے ایمان کو فوڈ دیتے تھے۔ وہ کیسے؟ تھرو انٹلیکچول ایکسچینج۔ جب دو آدمی ایک سبجیکٹ پر بات کرتے ہیں تو ہمیشہ ایسا ہوتا ہے کہ نالج بڑھتی ہے، نئے نئے اسپیکٹ سامنے آتے ہیں۔ اس طرح دونوں کا</w:t>
      </w:r>
    </w:p>
    <w:p>
      <w:r>
        <w:rPr>
          <w:b/>
        </w:rPr>
        <w:t xml:space="preserve">[06:22] </w:t>
      </w:r>
      <w:r>
        <w:t>jo do exchange kar rahe hain, dono ka intellectual development hota hai, spiritual development hota hai, islamic development hota hai. yeh matlab tha abu rawaha ka. to hum yahi koshish kar rahe hain ke aap logon mein yeh cheez aaye ke aap apne eman ko barhate rahen, barhate rahen, barhate rahen. eman koi static</w:t>
      </w:r>
    </w:p>
    <w:p>
      <w:pPr>
        <w:jc w:val="right"/>
      </w:pPr>
      <w:r>
        <w:t>جو دو ایکسچینج کر رہے ہیں، دونوں کا انٹلیکچول ڈیولپمنٹ ہوتا ہے، اسپرچول ڈیولپمنٹ ہوتا ہے، اسلامک ڈیولپمنٹ ہوتا ہے۔ یہ مطلب تھا ابو رواحہ کا۔ تو ہم یہی کوشش کر رہے ہیں کہ آپ لوگوں میں یہ چیز آئے کہ آپ اپنے ایمان کو بڑھاتے رہیں، بڑھاتے رہیں، بڑھاتے رہیں۔ ایمان کوئی اسٹی</w:t>
      </w:r>
    </w:p>
    <w:p>
      <w:r>
        <w:rPr>
          <w:b/>
        </w:rPr>
        <w:t xml:space="preserve">[06:52] </w:t>
      </w:r>
      <w:r>
        <w:t>cheez nahi hai. eman ek ek aisi cheez hai jo grow karti rahe, barhti rahe. to yeh jo eman ka barhna hai, to is tarah hota hai ke hum aap sochte hain, Khuda ko yaad karte hain, quran ko parhte hain. lekin jab aap exchange karte hain kisi se, to woh bhi usi ki ek surat hoti hai. ab mein</w:t>
      </w:r>
    </w:p>
    <w:p>
      <w:pPr>
        <w:jc w:val="right"/>
      </w:pPr>
      <w:r>
        <w:t>ٹک چیز نہیں ہے۔ ایمان ایک ایک ایسی چیز ہے جو گرو کرتی رہے، بڑھتی رہے۔ تو یہ جو ایمان کا بڑھنا ہے، تو اس طرح ہوتا ہے کہ ہم آپ سوچتے ہیں، خدا کو یاد کرتے ہیں، قرآن کو پڑھتے ہیں۔ لیکن جب آپ ایکسچینج کرتے ہیں کسی سے، تو وہ بھی اسی کی ایک صورت ہوتی ہے۔ اب میں</w:t>
      </w:r>
    </w:p>
    <w:p>
      <w:r>
        <w:rPr>
          <w:b/>
        </w:rPr>
        <w:t xml:space="preserve">[07:23] </w:t>
      </w:r>
      <w:r>
        <w:t>roze ke bare mein kuch kehna chahunga. aap jante hain ke har saal iftar party hoti hai. kuch log iftar ka criticize bhi karte hain, lekin mein ne positive tor par socha to maloom hua ke yeh ek bohat bari baat hai jo hum is mein seekh sakte hain. woh kya? aap dekhiye ke islam ke paanch pillars bataye g</w:t>
      </w:r>
    </w:p>
    <w:p>
      <w:pPr>
        <w:jc w:val="right"/>
      </w:pPr>
      <w:r>
        <w:t>روزے کے بارے میں کچھ کہنا چاہوں گا۔ آپ جانتے ہیں کہ ہر سال افطار پارٹی ہوتی ہے۔ کچھ لوگ افطار کا کریٹیسائز بھی کرتے ہیں، لیکن میں نے پازیٹو طور پر سوچا تو معلوم ہوا کہ یہ ایک بہت بڑی بات ہے جو ہم اس میں سیکھ سکتے ہیں۔ وہ کیا؟ آپ دیکھیے کہ اسلام کے پانچ پلرز بتائے گ</w:t>
      </w:r>
    </w:p>
    <w:p>
      <w:r>
        <w:rPr>
          <w:b/>
        </w:rPr>
        <w:t xml:space="preserve">[07:54] </w:t>
      </w:r>
      <w:r>
        <w:t>aye hain: kalma, namaz, roza, zakat, aur hajj. ab aap compare kijiye in comparison that you understand ke principle ko apply kijiye. aap kalma party bolen to woh kuch matlab nahi banega. aap namaz party bolen to is ka koi matlab nahi banega. aap zakat party bolen</w:t>
      </w:r>
    </w:p>
    <w:p>
      <w:pPr>
        <w:jc w:val="right"/>
      </w:pPr>
      <w:r>
        <w:t>ئے ہیں: کلمہ، نماز، روزہ، زکوۃ، اور حج۔ اب آپ کمپیئر کیجیے ان کمپیریزن دیٹ یو انڈرسٹینڈ کے پرنسپل کو اپلائی کیجیے۔ آپ کلمہ پارٹی بولیں تو وہ کچھ مطلب نہیں بنے گا۔ آپ نماز پارٹی بولیں تو اس کا کوئی مطلب نہیں بنے گا۔ آپ زکوۃ پارٹی بولیں</w:t>
      </w:r>
    </w:p>
    <w:p>
      <w:r>
        <w:rPr>
          <w:b/>
        </w:rPr>
        <w:t xml:space="preserve">[08:24] </w:t>
      </w:r>
      <w:r>
        <w:t>to is ka koi matlab nahi banega. aap hajj party bolen to is ka koi matlab nahi banega. lekin jab aap bolte hain iftar party to is ka ek matlab ban jata hai. is se kya mila? ke roze mein ek aisi cheez hai jo bohat hi special hai. roza aap ke aur doosron ke darmiyan ek common ground provide karta hai.</w:t>
      </w:r>
    </w:p>
    <w:p>
      <w:pPr>
        <w:jc w:val="right"/>
      </w:pPr>
      <w:r>
        <w:t>تو اس کا کوئی مطلب نہیں بنے گا۔ آپ حج پارٹی بولیں تو اس کا کوئی مطلب نہیں بنے گا۔ لیکن جب آپ بولتے ہیں افطار پارٹی تو اس کا ایک مطلب بن جاتا ہے۔ اس سے کیا ملا؟ کہ روزے میں ایک ایسی چیز ہے جو بہت ہی اسپیشل ہے۔ روزہ آپ کے اور دوسروں کے درمیان ایک کامن گراؤنڈ پرووائیڈ کرتا ہے۔</w:t>
      </w:r>
    </w:p>
    <w:p>
      <w:r>
        <w:rPr>
          <w:b/>
        </w:rPr>
        <w:t xml:space="preserve">[08:55] </w:t>
      </w:r>
      <w:r>
        <w:t>common ground yani khana peena jo hai, woh sab log karte hain. Aap bhi karte hain. Har ek khata peeta hai, chahe muslim ho ya non muslim ho. To roze mein yeh jo hai khana peena, woh ek common ground ban jata hai aap ke aur doosron ke beech mein. Yeh ek ek sifat hai roze mein. To main samajhta hoon ke iska aap bahut hi yani a</w:t>
      </w:r>
    </w:p>
    <w:p>
      <w:pPr>
        <w:jc w:val="right"/>
      </w:pPr>
      <w:r>
        <w:t>کامن گراؤنڈ یعنی کھانا پینا جو ہے، وہ سب لوگ کرتے ہیں۔ آپ بھی کرتے ہیں۔ ہر ایک کھاتا پیتا ہے، چاہے مسلم ہو یا نان مسلم ہو۔ تو روزے میں یہ جو ہے کھانا پینا، وہ ایک کامن گراؤنڈ بن جاتا ہے آپ کے اور دوسروں کے بیچ میں۔ یہ ایک ایک صفت ہے روزے میں۔ تو میں سمجھتا ہوں کہ اس کا آپ بہت ہی یعنی ا</w:t>
      </w:r>
    </w:p>
    <w:p>
      <w:r>
        <w:rPr>
          <w:b/>
        </w:rPr>
        <w:t xml:space="preserve">[09:25] </w:t>
      </w:r>
      <w:r>
        <w:t>chha istemal kar sakte hain. Abhi jo iftar party hoti hai, woh to doosre dhang ki hai. Woh to social party ya political party ya aur kya party hoti hai. Lekin agar aap theek dhang se iftar party rakhein to iftar party ek dawah work ban jayegi, bahut hi beautiful tareeqe se.</w:t>
      </w:r>
    </w:p>
    <w:p>
      <w:pPr>
        <w:jc w:val="right"/>
      </w:pPr>
      <w:r>
        <w:t>چھا استعمال کر سکتے ہیں۔ ابھی جو افطار پارٹی ہوتی ہے، وہ تو دوسرے ڈھنگ کی ہے۔ وہ تو سوشل پارٹی یا پولیٹیکل پارٹی یا اور کیا پارٹی ہوتی ہے۔ لیکن اگر آپ ٹھیک ڈھنگ سے افطار پارٹی رکھیں تو افطار پارٹی ایک دعویٰ ورک بن جائے گی، بہت ہی بیوٹی فل طریقے سے۔</w:t>
      </w:r>
    </w:p>
    <w:p>
      <w:r>
        <w:rPr>
          <w:b/>
        </w:rPr>
        <w:t xml:space="preserve">[09:57] </w:t>
      </w:r>
      <w:r>
        <w:t>yani iftar party is tarah ho ke bahut hi simple ho, is mein koi dhoom na ki gayi ho. Kyun ke dawah work ke sath dhoom aktha nahi hoti. Simplicity zaroori hai dawah work ke liye. To saada qism ki iftar party ho, is mein koi non-veg item na ho, vegetarian ho. Kyun ke jab doosron ko aap bulayenge to aap ko</w:t>
      </w:r>
    </w:p>
    <w:p>
      <w:pPr>
        <w:jc w:val="right"/>
      </w:pPr>
      <w:r>
        <w:t>یعنی افطار پارٹی اس طرح ہو کہ بہت ہی سمپل ہو، اس میں کوئی دھوم نہ کی گئی ہو۔ کیونکہ دعویٰ ورک کے ساتھ دھوم اکٹھا نہیں ہوتی۔ سمپلیسٹی ضروری ہے دعویٰ ورک کے لیے۔ تو سادہ قسم کی افطار پارٹی ہو، اس میں کوئی نان ویج آئٹم نہ ہو، ویجیٹیرین ہو۔ کیونکہ جب دوسروں کو آپ بلائیں گے تو آپ کو</w:t>
      </w:r>
    </w:p>
    <w:p>
      <w:r>
        <w:rPr>
          <w:b/>
        </w:rPr>
        <w:t xml:space="preserve">[10:27] </w:t>
      </w:r>
      <w:r>
        <w:t>non-veg se bachna hoga. Aur yeh hai sufi culture. Aap kisi bhi dargah mein jaiye, khanqah mein jaiye, jahan langar hote hain sufi logon ke zamane se, to sufi logon ne jo langar chalaye, woh hamesha vegetarian langar hote the. Kyun? Woh chahte the is mein muslim aur non-muslim dono ayein. To agar aap wahan non-veg chalaein</w:t>
      </w:r>
    </w:p>
    <w:p>
      <w:pPr>
        <w:jc w:val="right"/>
      </w:pPr>
      <w:r>
        <w:t>نان ویج سے بچنا ہوگا۔ اور یہ ہے صوفی کلچر۔ آپ کسی بھی درگاہ میں جائیے، خانقاہ میں جائیے، جہاں لنگر ہوتے ہیں صوفی لوگوں کے زمانے سے، تو صوفی لوگوں نے جو لنگر چلائے، وہ ہمیشہ ویجیٹیرین لنگر ہوتے تھے۔ کیوں؟ وہ چاہتے تھے اس میں مسلمان اور نان مسلم دونوں آئیں۔ تو اگر آپ وہاں نان ویج چلائیں</w:t>
      </w:r>
    </w:p>
    <w:p>
      <w:r>
        <w:rPr>
          <w:b/>
        </w:rPr>
        <w:t xml:space="preserve">[10:58] </w:t>
      </w:r>
      <w:r>
        <w:t>to zahir hai ke woh nahi ayenge, ya ayenge to un ko bura lagega. To iftar party kabhi bhi non-veg item is mein nahi hona chahiye. Aur yeh bhi galat hai ke do jagah do table bichhaye jayein, ek musalmanon ke liye, ek hinduo ke liye. Yeh to aur zyada bura hai. Kyun? Masla to hai interaction, aur aap is mein spirit spirit kar dete hain dono ko. Aisi iftar par</w:t>
      </w:r>
    </w:p>
    <w:p>
      <w:pPr>
        <w:jc w:val="right"/>
      </w:pPr>
      <w:r>
        <w:t>تو ظاہر ہے کہ وہ نہیں آئیں گے، یا آئیں گے تو ان کو برا لگے گا۔ تو افطار پارٹی کبھی بھی نان ویج آئٹم اس میں نہیں ہونا چاہیے۔ اور یہ بھی غلط ہے کہ دو جگہ دو ٹیبل بچھائے جائیں، ایک مسلمانوں کے لیے، ایک ہندوؤں کے لیے۔ یہ تو اور زیادہ برا ہے۔ کیوں؟ مسئلہ تو ہے انٹریکشن، اور آپ اس میں سپرٹ سپرٹ کر دیتے ہیں دونوں کو۔ ایسی افطار پار</w:t>
      </w:r>
    </w:p>
    <w:p>
      <w:r>
        <w:rPr>
          <w:b/>
        </w:rPr>
        <w:t xml:space="preserve">[11:28] </w:t>
      </w:r>
      <w:r>
        <w:t>ty jis mein dono ko alag kar diya gaya ho, woh to bilkul absurd cheez hai. Iftar party ka maqsad hona chahiye ke ek common ground ko le kar muslim aur non-muslim dono interact karein. Yeh hona chahiye. Aur jab do jagah aap khilayenge to aap kahan interaction hoga? Aur sath sath yeh hona chahiye ke chhote chhote leaflet hon, wahan aap un ko distribute karein.</w:t>
      </w:r>
    </w:p>
    <w:p>
      <w:pPr>
        <w:jc w:val="right"/>
      </w:pPr>
      <w:r>
        <w:t>ٹی جس میں دونوں کو الگ کر دیا گیا ہو، وہ تو بالکل ایبسرٹ چیز ہے۔ افطار پارٹی کا مقصد ہونا چاہیے کہ ایک کامن گراؤنڈ کو لے کر مسلم اور نان مسلم دونوں انٹریکٹ کریں۔ یہ ہونا چاہیے۔ اور جب دو جگہ آپ کھلائیں گے تو آپ کہاں انٹریکشن ہوگا؟ اور ساتھ ساتھ یہ ہونا چاہیے کہ چھوٹے چھوٹے لیف لیٹ ہوں، وہاں آپ ان کو ڈسٹریبیوٹ کریں۔</w:t>
      </w:r>
    </w:p>
    <w:p>
      <w:r>
        <w:rPr>
          <w:b/>
        </w:rPr>
        <w:t xml:space="preserve">[12:00] </w:t>
      </w:r>
      <w:r>
        <w:t>Aur aakhir mein ek bahut hi yani senior koi aadmi positive way mein Islam ki baatein bataye. Bahut hi positive way mein senior aadmi. To is tareeqe se agar iftar party ki jaye to main kahunga ke roza hum ko ek aisi opportunity deta hai ke hum apni ibadat ko d</w:t>
      </w:r>
    </w:p>
    <w:p>
      <w:pPr>
        <w:jc w:val="right"/>
      </w:pPr>
      <w:r>
        <w:t>اور آخر میں ایک بہت ہی یعنی سینیئر کوئی آدمی پازیٹو وے میں اسلام کی باتیں بتائے۔ بہت ہی پازیٹو وے میں سینیئر آدمی۔ تو اس طریقے سے اگر افطار پارٹی کی جائے تو میں کہوں گا کہ روزہ ہم کو ایک ایسی اپرچونیٹی دیتا ہے کہ ہم اپنی عبادت کو د</w:t>
      </w:r>
    </w:p>
    <w:p>
      <w:r>
        <w:rPr>
          <w:b/>
        </w:rPr>
        <w:t xml:space="preserve">[12:30] </w:t>
      </w:r>
      <w:r>
        <w:t>awah work mein convert kar sakein. Kitni badi cheez hai yeh. Ab main kuch baatein roze ke bare mein kahunga. Aap jante hain ke roze ka roza kahan se shuru hota hai? Chand new moon se. Shaban ki aakhri tareekh ko log aasman mein dekhte hain ke chand ho gaya ke nahi ho gaya.</w:t>
      </w:r>
    </w:p>
    <w:p>
      <w:pPr>
        <w:jc w:val="right"/>
      </w:pPr>
      <w:r>
        <w:t>عویٰ ورک میں کنورٹ کر سکیں۔ کتنی بڑی چیز ہے یہ۔ اب میں کچھ باتیں روزے کے بارے میں کہوں گا۔ آپ جانتے ہیں کہ روزے کا روزہ کہاں سے شروع ہوتا ہے؟ چاند نیو مون سے۔ شعبان کی آخری تاریخ کو لوگ آسمان میں دیکھتے ہیں کہ چاند ہو گیا کہ نہیں ہو گیا۔</w:t>
      </w:r>
    </w:p>
    <w:p>
      <w:r>
        <w:rPr>
          <w:b/>
        </w:rPr>
        <w:t xml:space="preserve">[13:00] </w:t>
      </w:r>
      <w:r>
        <w:t>To jab chand ho jata hai to prophet ka tareeqa yeh tha ke jab chand dekhte the to kuch dua padhte the. Maslan aap ne kaha ke Allahumma ahil alaina bil amani wal imaan was salamat wal islam. Aye Khuda, is naye chand ko hamare liye aman ka</w:t>
      </w:r>
    </w:p>
    <w:p>
      <w:pPr>
        <w:jc w:val="right"/>
      </w:pPr>
      <w:r>
        <w:t>تو جب چاند ہو جاتا ہے تو پرافٹ کا طریقہ یہ تھا کہ جب چاند دیکھتے تھے تو کچھ دعا پڑھتے تھے۔ مثلاً آپ نے کہا کہ اللہم احل علینا بالامن والامان والسلامت والاسلام۔ اے خدا، اس نئے چاند کو ہمارے لیے امن کا</w:t>
      </w:r>
    </w:p>
    <w:p>
      <w:r>
        <w:rPr>
          <w:b/>
        </w:rPr>
        <w:t xml:space="preserve">[13:32] </w:t>
      </w:r>
      <w:r>
        <w:t>aur salamat ka chand bana de. Is se andaza kijiye ke aap naye chand ko dekh kar peace wale thought aap ke mind mein aate the. Yeh bahut hi important baat hai ke roze ko aap dekhna chahte the ek peaceful month ke taur par. Warna aap dekhiye ke roze ka pehla din shuru ho raha hai,</w:t>
      </w:r>
    </w:p>
    <w:p>
      <w:pPr>
        <w:jc w:val="right"/>
      </w:pPr>
      <w:r>
        <w:t>اور سلامتی کا چاند بنا دے۔ اس سے اندازہ کیجیے کہ آپ نئے چاند کو دیکھ کر پیس والے تھاٹ آپ کے مائنڈ میں آتے تھے۔ یہ بہت ہی امپورٹنٹ بات ہے کہ روزے کو آپ دیکھنا چاہتے تھے ایک پیس فل منتھ کے طور پر۔ ورنہ آپ دیکھیے کہ روزے کا پہلا دن شروع ہو رہا ہے،</w:t>
      </w:r>
    </w:p>
    <w:p>
      <w:r>
        <w:rPr>
          <w:b/>
        </w:rPr>
        <w:t xml:space="preserve">[14:02] </w:t>
      </w:r>
      <w:r>
        <w:t>naya chand dikhai deta hai, to yeh alfaaz kyun bole aap? Ke Khudae is chand ko to hamare liye peace ka chand bana de. Yani is mahine ko hamare liye peace ka mahina bana de. Is se aap dekh sakte hain ke prophet ke sine mein spirit kya hoti thi roze ke shuru ke waqt. Peaceful spirit. To main samajhta hoon ke roza sachha roza wahi hai</w:t>
      </w:r>
    </w:p>
    <w:p>
      <w:pPr>
        <w:jc w:val="right"/>
      </w:pPr>
      <w:r>
        <w:t>نیا چاند دکھائی دیتا ہے، تو یہ الفاظ کیوں بولے آپ؟ کہ خدائے اس چاند کو تو ہمارے لیے پیس کا چاند بنا دے۔ یعنی اس مہینے کو ہمارے لیے پیس کا مہینہ بنا دے۔ اس سے آپ دیکھ سکتے ہیں کہ پرافٹ کے سینے میں اسپرٹ کیا ہوتی تھی روزے کے شروع کے وقت۔ پیس فل اسپرٹ۔ تو میں سمجھتا ہوں کہ روزہ سچا روزہ وہی ہے</w:t>
      </w:r>
    </w:p>
    <w:p>
      <w:r>
        <w:rPr>
          <w:b/>
        </w:rPr>
        <w:t xml:space="preserve">[14:33] </w:t>
      </w:r>
      <w:r>
        <w:t>jis mein ke poora mahina peaceful atmosphere bane. Peaceful atmosphere bane. Logon ke dilon mein ek doosre ke liye peace aaye. Yeh ek bahut hi badi baat hai ke hamein agar hum sochein aur sach much roze ko hum aman ka mahina bana dein, shanti ka mahina bana dein, peace ka mahina bana dein, to hamare desh ke liye, hamari soc</w:t>
      </w:r>
    </w:p>
    <w:p>
      <w:pPr>
        <w:jc w:val="right"/>
      </w:pPr>
      <w:r>
        <w:t>جس میں کہ پورا مہینہ پیس فل اٹماسفر بنے۔ پیس فل اٹماسفر بنے۔ لوگوں کے دلوں میں ایک دوسرے کے پیس آئے۔ یہ ایک بہت ہی بڑی بات ہے کہ ہمیں اگر ہم سوچیں اور سچ مچ روزے کو ہم امن کا مہینہ بنا دیں، شانتی کا مہینہ بنا دیں، پیس کا مہینہ بنا دیں، تو ہمارے देश کے لیے، ہماری سوس</w:t>
      </w:r>
    </w:p>
    <w:p>
      <w:r>
        <w:rPr>
          <w:b/>
        </w:rPr>
        <w:t xml:space="preserve">[15:03] </w:t>
      </w:r>
      <w:r>
        <w:t>iety ke liye ek blessing ban jaye yeh mahina. Ab dekhiye, waqt ko lijiye. Roze ka waqt jo hota hai woh kis tarah hota hai? Subah ko jis ko kehte hain English mein morning to light ya Urdu mein kehte hain subah sadiq. To jab morning to light hoti hai,</w:t>
      </w:r>
    </w:p>
    <w:p>
      <w:pPr>
        <w:jc w:val="right"/>
      </w:pPr>
      <w:r>
        <w:t>ائٹی کے لیے ایک بلیسنگ بن جائے یہ مہینہ۔ اب دیکھیے، وقت کو لیجئے۔ روزے کا وقت جو ہوتا ہے وہ کس طرح ہوتا ہے؟ صبح کو جس کو کہتے ہیں انگلش میں مارننگ ٹو لائٹ یا اردو میں کہتے ہیں صبح صادق۔ تو جب مارننگ ٹو لائٹ ہوتی ہے،</w:t>
      </w:r>
    </w:p>
    <w:p>
      <w:r>
        <w:rPr>
          <w:b/>
        </w:rPr>
        <w:t xml:space="preserve">[15:36] </w:t>
      </w:r>
      <w:r>
        <w:t>us waqt se roza shuru hota hai. Us waqt tak aap kha pee sakte hain, us ke baad nahi. Aur phir sham ko jab sun set hota hai, tab roza khatam hota hai. To goya morning to light se le kar sun set tak ka waqt roze ka waqt hai. Aur main samajhta hoon ke yeh bahut hi scientific timing hai yeh. Roze ki yeh timing bahut hi scientific hai. Sari</w:t>
      </w:r>
    </w:p>
    <w:p>
      <w:pPr>
        <w:jc w:val="right"/>
      </w:pPr>
      <w:r>
        <w:t>اس وقت سے روزہ شروع ہوتا ہے۔ اس وقت تک آپ کھا پی سکتے ہیں، اس کے بعد نہیں۔ اور پھر شام کو جب سن سیٹ ہوتا ہے، تب روزہ ختم ہوتا ہے۔ تو گویا مارننگ ٹو لائٹ سے لے کر سن سیٹ تک کا وقت روزے کا وقت ہے۔ اور میں سمجھتا ہوں کہ یہ بہت ہی سائنٹیفک ٹائمنگ ہے یہ۔ روزے کی یہ ٹائمنگ بہت ہی سائنٹیفک ہے۔ ساری</w:t>
      </w:r>
    </w:p>
    <w:p>
      <w:r>
        <w:rPr>
          <w:b/>
        </w:rPr>
        <w:t xml:space="preserve">[16:06] </w:t>
      </w:r>
      <w:r>
        <w:t>hadees mein aata hai ke tasaharu fa inna fis sahoori barakah. Yani sehri khao kyun ke sehri mein barkat hai. Sehri kehte hain wahi morning to light se pehle jo khaya jata hai, usi ko hum kehte hain sehri. To yeh kyun farmaya aap ne ke sehri khao kyun ke sehri mein barkat hai, blessing Khuda ki hai is mein.</w:t>
      </w:r>
    </w:p>
    <w:p>
      <w:pPr>
        <w:jc w:val="right"/>
      </w:pPr>
      <w:r>
        <w:t>حدیث میں آتا ہے کہ تسحرو فین فسہور برکۃ۔ یعنی سحری کھاؤ کیونکہ سحری میں برکت ہے۔ سحری کہتے ہیں وہی مارننگ ٹو لائٹ سے پہلے جو کھایا جاتا ہے، اسی کو ہم کہتے ہیں سحری۔ تو یہ کیوں فرمایا آپ نے کہ سحری کھاؤ کیونکہ سحری میں برکت ہے، بلیسنگ خدا کی ہے اس میں۔</w:t>
      </w:r>
    </w:p>
    <w:p>
      <w:r>
        <w:rPr>
          <w:b/>
        </w:rPr>
        <w:t xml:space="preserve">[16:36] </w:t>
      </w:r>
      <w:r>
        <w:t>Is ki wajah yeh hai ke aap roza hai Khuda ki yaad ke liye. To aap agar soye pade rahein subah tak aur bahut der mein uthein aur us waqt baghair sehri ke bhi roza shuru kar dein to kai ghante aap ne Khuda ki yaad ke kho di. Kho di. Kyun ke jab aap uthenge, wazu karenge,</w:t>
      </w:r>
    </w:p>
    <w:p>
      <w:pPr>
        <w:jc w:val="right"/>
      </w:pPr>
      <w:r>
        <w:t>اس کی وجہ یہ ہے کہ آپ روزہ ہے خدا کی یاد کے لیے۔ تو آپ اگر سوئے پڑے رہیں صبح تک اور بہت دیر میں اٹھیں اور اس وقت بغیر سحری کے بھی روزہ شروع کر دیں تو کئی گھنٹے آپ نے خدا کی یاد کے کھو دیے۔ کھو دیے۔ کیونکہ جب آپ اٹھیں گے، وضو کریں گے،</w:t>
      </w:r>
    </w:p>
    <w:p>
      <w:r>
        <w:rPr>
          <w:b/>
        </w:rPr>
        <w:t xml:space="preserve">[17:07] </w:t>
      </w:r>
      <w:r>
        <w:t>namaz padhenge aur phir sehri khayenge to barabar is sari activity jo hai is mein aap ko Khuda yaad aata rahega. To Khuda ki yaad ka jo lamha hai woh aap kho denge us waqt agar aap sehri na khayein aur subah ko soye rahein, pade rahein. Isi liye kaha ke tasaharu fa inna fis sahoori barakah. Sehri khao kyun ke is mein barkat hai. Rooh taaza hoti hai, mind fresh hota hai,</w:t>
      </w:r>
    </w:p>
    <w:p>
      <w:pPr>
        <w:jc w:val="right"/>
      </w:pPr>
      <w:r>
        <w:t>نماز پڑھیں گے اور پھر سحری کھائیں گے تو برابر اس ساری ایکٹیویٹی جو ہے اس میں آپ کو خدا یاد آتا رہے گا۔ تو خدا کی یاد کا جو لمحہ ہے وہ آپ کھو دیں گے اس وقت اگر آپ سحری نہ کھائیں اور صبح کو سوتے رہیں، پڑھے رہیں۔ اسی لیے کہا کہ تسحرو فین فسہور برکۃ۔ سحری کھاؤ کیونکہ اس میں برکت ہے۔ روح تازہ ہوتی ہے، مائنڈ فریش ہوتا ہے،</w:t>
      </w:r>
    </w:p>
    <w:p>
      <w:r>
        <w:rPr>
          <w:b/>
        </w:rPr>
        <w:t xml:space="preserve">[17:38] </w:t>
      </w:r>
      <w:r>
        <w:t>dilon mein Khuda ki yaad barhti hai. Yeh sari baatein hoti hain. To iftar ke bare mein bhi hadees aati hai ke iftar mein jaldi karo. To hadees mein aata hai ke meri ummat is waqt tak, is waqt tak, is waqt tak khair par rahegi, bhalai par rahegi jab tak woh ma</w:t>
      </w:r>
    </w:p>
    <w:p>
      <w:pPr>
        <w:jc w:val="right"/>
      </w:pPr>
      <w:r>
        <w:t>دلوں میں خدا کی یاد بڑھتی ہے۔ یہ ساری باتیں ہوتی ہیں۔ تو افطار کے بارے میں بھی حدیث آتی ہے کہ افطار میں جلدی کرو۔ تو حدیث میں آتا ہے کہ میری امت اس وقت تک، اس وقت تک، اس وقت تک خیر پر رہے گی، بھلائی پر رہے گی جب تک وہ ما</w:t>
      </w:r>
    </w:p>
    <w:p>
      <w:r>
        <w:rPr>
          <w:b/>
        </w:rPr>
        <w:t xml:space="preserve">[18:08] </w:t>
      </w:r>
      <w:r>
        <w:t>ajjal al iftar, jab tak woh iftar mein jaldi kare. Kyun ke jaldi ka matlab yeh nahi ke time se pehle kha le. Ke time agar 6 baje hai to 10 minute pehle hi iftar kar le. Yeh matlab nahi hai. Is ka matlab hai ke time hote hi iftar kar le. Farzi ke 6 baj kar 3 minute par hai to 6 baj kar 3 minute par foran iftar kar le.</w:t>
      </w:r>
    </w:p>
    <w:p>
      <w:pPr>
        <w:jc w:val="right"/>
      </w:pPr>
      <w:r>
        <w:t>اجل الفطر، جب تک وہ افطار میں جلدی کرے۔ کیونکہ جلدی کا مطلب یہ نہیں کہ ٹائم سے پہلے کھا لے۔ کہ ٹائم اگر اس پر چھ بجے ہے تو دس منٹ پہلے ہی افطار کر لے۔ یہ مطلب نہیں ہے۔ اس کا مطلب ہے کہ ٹائم ہوتے ہی افطار کر لے۔ فرضی کہ چھ بج کر تین منٹ پر ہے تو چھ بج کر تین منٹ پر فوراً افطار کر لے۔</w:t>
      </w:r>
    </w:p>
    <w:p>
      <w:r>
        <w:rPr>
          <w:b/>
        </w:rPr>
        <w:t xml:space="preserve">[18:39] </w:t>
      </w:r>
      <w:r>
        <w:t>Aaj kal riwaj hai ehtiyati taakhir ka. Yani 6 baj kar 3 minute par hai to 2 minute ehtiyat kar le kar ke woh 6 baj kar 5 minute par iftar kareinge. Is ko Rasool Allah ne mana kiya. Lekin is mein yeh jo aaya hai ke meri ummat is waqt tak khair par rahegi jab tak woh iftar mein jaldi kare. Ma ajjal al iftar. To is ka matlab kya hai?</w:t>
      </w:r>
    </w:p>
    <w:p>
      <w:pPr>
        <w:jc w:val="right"/>
      </w:pPr>
      <w:r>
        <w:t>آج کل رواج ہے احتیاطی تاخیر کا۔ یعنی چھ بج کر تین منٹ پر ہے تو دو منٹ احتیاط کر لے کر کے وہ چھ بج کر پانچ منٹ پر افطار کریں گے۔ اس کو رسول اللہ نے منع کیا۔ لیکن اس میں یہ جو آیا ہے کہ میری امت اس وقت تک خیر پر رہے گی جب تک وہ افطار میں جلدی کرے۔ ما اجل الفطر۔ تو اس کا مطلب کیا ہے؟</w:t>
      </w:r>
    </w:p>
    <w:p>
      <w:r>
        <w:rPr>
          <w:b/>
        </w:rPr>
        <w:t xml:space="preserve">[19:09] </w:t>
      </w:r>
      <w:r>
        <w:t>Is par maine socha to meri samne yeh baat aati hai ke iftar mein der karna ehtiyat ka naam le kar yeh darasal alamat hai millat ke muslim millat ke yani decline ki zawaal ki. Jab qaum par woh waqt aa jata hai jis ko</w:t>
      </w:r>
    </w:p>
    <w:p>
      <w:pPr>
        <w:jc w:val="right"/>
      </w:pPr>
      <w:r>
        <w:t>اس پر میں نے سوچا تو میری سامنے یہ بات آتی ہے کہ افطار میں دیر کرنا احتیاط کا نام لے کر یہ دراصل علامت ہے ملت کے مسلم ملت کے یعنی ڈیکلائن کی زوال کی۔ جب قوم پر وہ وقت آ جاتا ہے جس کو</w:t>
      </w:r>
    </w:p>
    <w:p>
      <w:r>
        <w:rPr>
          <w:b/>
        </w:rPr>
        <w:t xml:space="preserve">[19:39] </w:t>
      </w:r>
      <w:r>
        <w:t>decline kehte hain, zawaal aa jata hai to kya hota hai ke form hi sab kuch ban jata hai. Spirit ghayab ho jati hai. Yani millat jab ek living millat ho to is mein spirit ko zyada emphasis diya jayega. Aur jab millat dead jab ban jaye, decline ho jaye, us par aa jaye woh to kya hoga? Form par sara zor diya jaane lagega. Spirit ghayab</w:t>
      </w:r>
    </w:p>
    <w:p>
      <w:pPr>
        <w:jc w:val="right"/>
      </w:pPr>
      <w:r>
        <w:t>ڈیکلائن کہتے ہیں، زوال آ جاتا ہے تو کیا ہوتا ہے کہ فارم ہی سب کچھ بن جاتا ہے۔ اسپرٹ غائب ہو جاتی ہے۔ یعنی ملت جب ایک لیونگ ملت ہو تو اس میں اسپرٹ کو زیادہ ایمفیسز دیا جائے گا۔ اور جب ملت ڈیڈ جب بن جائے، ڈیکلائن ہو جائے، اس پر آ جائے وہ تو کیا ہوگا؟ فارم پر سارا زور دیا جانے لگے گا۔ اسپرٹ غائب</w:t>
      </w:r>
    </w:p>
    <w:p>
      <w:r>
        <w:rPr>
          <w:b/>
        </w:rPr>
        <w:t xml:space="preserve">[20:09] </w:t>
      </w:r>
      <w:r>
        <w:t>Aur form ki dhoom rahegi. Yeh jo farmaya ke der karna iftar mein yeh achhi alamat nahi hai. Is ka matlab kya hai? Ke jab aisa hamare millat Islam mein hoga to woh is baat ki ek ek sign hoga, is baat ki pehchan hogi ke qaum decline par aa chuki hai. Is daur mein aa chuki hai jabke formi ko woh ibadat samajh leti hai. Woh form mein</w:t>
      </w:r>
    </w:p>
    <w:p>
      <w:pPr>
        <w:jc w:val="right"/>
      </w:pPr>
      <w:r>
        <w:t>اور فارم کی دھوم رہے گی۔ یہ جو فرمایا کہ دیر کرنا افطار میں یہ اچھی علامت نہیں ہے۔ اس کا مطلب کیا ہے؟ کہ جب ایسا ہمارے ملت اسلام میں ہوگا تو وہ اس بات کی ایک ایک سائن ہوگا، اس بات کی پہچان ہوگی کہ قوم ڈیکلائن پر آ چکی ہے۔ اس دور میں آ چکی ہے جبکہ فارمی کو وہ عبادت سمجھ لیتی ہے۔ وہ فارم میں</w:t>
      </w:r>
    </w:p>
    <w:p>
      <w:r>
        <w:rPr>
          <w:b/>
        </w:rPr>
        <w:t xml:space="preserve">[20:40] </w:t>
      </w:r>
      <w:r>
        <w:t>dhoom machayegi, form par zyada emphasis degi. Woh kahegi sahib do minute ehtiyat badha lo is mein. Aur jab zinda rahenge log to kahenge ehtiyat kis baat ki? Khuda ne kaha hai ke suraj doobne par iftar karo. Jab suraj doba to iftar kar lenge foran. Zinda jab zindagi hoti hai tab yeh hoga. Aaj kal dekhiye, aaj kal to ghadiyon se aap theek theek time pata kar sakte hain. Aap</w:t>
      </w:r>
    </w:p>
    <w:p>
      <w:pPr>
        <w:jc w:val="right"/>
      </w:pPr>
      <w:r>
        <w:t>دھوم مچائے گی، فارم پر زیادہ ایمفیسز دے گی۔ وہ کہے گی صاحب دو منٹ احتیاط بڑھا لو اس میں۔ اور جب زندہ رہیں گے لوگ تو کہیں گے احتیاط کس بات کی؟ خدا نے کہا ہے کہ سورج ڈوبنے پر افطار کرو۔ جب سورج ڈوبا تو افطار کر لیں گے فوراً۔ زندہ جب زندگی ہوتی ہے تب یہ ہوگا۔ آج کل دیکھیے، آج کل تو گھڑیوں سے آپ ٹھیک ٹھیک ٹائم پتہ کر سکتے ہیں۔ آپ</w:t>
      </w:r>
    </w:p>
    <w:p>
      <w:r>
        <w:rPr>
          <w:b/>
        </w:rPr>
        <w:t xml:space="preserve">[21:10] </w:t>
      </w:r>
      <w:r>
        <w:t>jante hain ke observatory ke zariye se watch kiya jata hai yani space ki bodies ko, solar system ko aur Greenwich mein baqayda is ka bahut bada intezam hai. Is se hum ko time milta hai. To second to second time hamein maloom hota rehta hai. Hum pata kar sakte hain ke aaj kitne baj kar kitne minute, kitne second par suraj doobega.</w:t>
      </w:r>
    </w:p>
    <w:p>
      <w:pPr>
        <w:jc w:val="right"/>
      </w:pPr>
      <w:r>
        <w:t>جانتے ہیں کہ ابزرویٹی کے ذریعے سے واچ کیا جاتا ہے یعنی اسپیس کی باڈیز کو، سولر سسٹم کو اور گرین وچ میں باقاعدہ اس کا بہت بڑا انتظام ہے۔ اس سے ہم کو ٹائم ملتا ہے۔ تو سیکنڈ ٹو سیکنڈ ٹائم ہمیں معلوم ہوتا رہتا ہے۔ ہم پتہ کر سکتے ہیں کہ آج کتنے بج کر کتنے منٹ، کتنے سیکنڈ پر سورج ڈوبے گا۔</w:t>
      </w:r>
    </w:p>
    <w:p>
      <w:r>
        <w:rPr>
          <w:b/>
        </w:rPr>
        <w:t xml:space="preserve">[21:40] </w:t>
      </w:r>
      <w:r>
        <w:t>suraj doobne ka matlab kya hai? is ka matlab hai ke yeh jo zameen hai, earth, to is ke ufuq ke aath darja jab neeche suraj chala jaye to isi ko kehte hain hum suraj doobna. aur aath darje se oopar rahe to is ka mani ke abhi suraj dooba nahi hai. to jab woh waqt aa jaye is ko hum sun set kehte hain. to bas</w:t>
      </w:r>
    </w:p>
    <w:p>
      <w:pPr>
        <w:jc w:val="right"/>
      </w:pPr>
      <w:r>
        <w:t>سورج ڈوبنے کا مطلب کیا ہے؟ اس کا مطلب ہے کہ یہ جو زمین ہے، ارتھ، تو اس کے افق کے اٹھ درجہ جب نیچے سورج چلا جائے تو اسی کو کہتے ہیں ہم سورج ڈوبنا۔ اور اٹھ درجے سے اوپر رہے تو اس کا معنی کہ ابھی سورج ڈوبا نہیں ہے۔ تو جب وہ وقت آ جائے اس کو ہم سن سیٹ کہتے ہیں۔ تو بس</w:t>
      </w:r>
    </w:p>
    <w:p>
      <w:r>
        <w:rPr>
          <w:b/>
        </w:rPr>
        <w:t xml:space="preserve">[22:10] </w:t>
      </w:r>
      <w:r>
        <w:t>idhar sun set hua, is idhar aap iftar kar lijiye. to yeh bohat hi mein samajhta hoon ke ek bohat hi achi nishani nahi hai ke log ehtiyat ke naam par der kar ke iftar kiya karen. kyunke woh is baat ki pehchan hai ke log ab form ke daur mein aa gaye hain, spirit ka daur khatam ho gaya hai. ab mein aap ko yeh kehna chahunga ke roza jo hai aaj kal hum jis tarah rakhte hain</w:t>
      </w:r>
    </w:p>
    <w:p>
      <w:pPr>
        <w:jc w:val="right"/>
      </w:pPr>
      <w:r>
        <w:t>ادھر سن سیٹ ہوا، اس ادھر آپ افطار کر لیجیے۔ تو یہ بہت ہی میں سمجھتا ہوں کہ ایک بہت ہی اچھی علامت نہیں ہے کہ لوگ احتیاط کے نام پر دیر کر کے افطار کیا کریں۔ کیونکہ وہ اس بات کی پہچان ہے کہ لوگ اب فارم کے دور میں آ گئے ہیں، اسپرٹ کا دور ختم ہو گیا ہے۔ اب میں آپ کو یہ کہنا چاہوں گا کہ روزہ جو ہے آج کل ہم جس طرح رکھتے ہیں</w:t>
      </w:r>
    </w:p>
    <w:p>
      <w:r>
        <w:rPr>
          <w:b/>
        </w:rPr>
        <w:t xml:space="preserve">[22:40] </w:t>
      </w:r>
      <w:r>
        <w:t>aise hamesha se nahi tha. aap jante hain ke rasool Allah sal Allah alaihi wasallam makkah mein peghambar banaye gaye 610 isvi mein. to us waqt kya tha? us waqt roze ke kuch din muqarrar nahi the. shuru mein kisi ne ek roza rakh liya, kisi ne do char roza rakh liya. kuch fix nahi tha kitna roza rakhna hai. makkah ke shuru mein</w:t>
      </w:r>
    </w:p>
    <w:p>
      <w:pPr>
        <w:jc w:val="right"/>
      </w:pPr>
      <w:r>
        <w:t>ایسے ہمیشہ سے نہیں تھا۔ آپ جانتے ہیں کہ رسول اللہ صلی اللہ علیہ وسلم مکہ میں پیغمبر بنائے گئے 610 عیسوی میں۔ تو اس وقت کیا تھا؟ اس وقت روزے کے کچھ دن مقرر نہیں تھے۔ شروع میں کسی نے ایک روزہ رکھ لیا، کسی نے دو چار روزہ رکھ لیا۔ کچھ فکس نہیں تھا کتنا روزہ رکھنا ہے۔ مکے کے شروع میں</w:t>
      </w:r>
    </w:p>
    <w:p>
      <w:r>
        <w:rPr>
          <w:b/>
        </w:rPr>
        <w:t xml:space="preserve">[23:10] </w:t>
      </w:r>
      <w:r>
        <w:t>isi tarah chalta raha yeh silsila 13 saal tak. phir jab madina aap aaye, madina 13 saal ke baad tab bhi madina aate hi roza is tareeqe se farz nahi kiya gaya ke ek mahine ka roza. yeh rasool Allah sal Allah alaihi wasallam shuru ke ek ek period tak aap ne e</w:t>
      </w:r>
    </w:p>
    <w:p>
      <w:pPr>
        <w:jc w:val="right"/>
      </w:pPr>
      <w:r>
        <w:t>اسی طرح چلتا رہا یہ سلسلہ 13 سال تک۔ پھر جب مدینہ آپ آئے، مدینہ 13 سال کے بعد تب بھی مدینہ آتے ہی روزہ اس طریقے سے فرض نہیں کیا گیا کہ ایک مہینے کا روزہ۔ یہ رسول اللہ صلی اللہ علیہ وسلم شروع کے ایک ایک پیریڈ تک آپ نے ای</w:t>
      </w:r>
    </w:p>
    <w:p>
      <w:r>
        <w:rPr>
          <w:b/>
        </w:rPr>
        <w:t xml:space="preserve">[23:40] </w:t>
      </w:r>
      <w:r>
        <w:t>sa kiya ke yahood ka jo tareeqa tha us ko aap ne apna liya. madine mein yahood the. is zamane mein yahood jo the apni shariyat ke mutabiq das roze har saal rakhte the. das roze har saal. to rasool Allah sal Allah alaihi wasallam ne bhi aur sahaba ne bhi das roze rakhe shuru mein. phir quran ki</w:t>
      </w:r>
    </w:p>
    <w:p>
      <w:pPr>
        <w:jc w:val="right"/>
      </w:pPr>
      <w:r>
        <w:t>سا کیا کہ یہود کا جو طریقہ تھا اس کو آپ نے اپنا لیا۔ مدینے میں یہود تھے۔ اس زمانے میں یہود جو تھے اپنی شریعت کے مطابق دس روزے ہر سال رکھتے تھے۔ دس روزے ہر سال۔ تو رسول اللہ صلی اللہ علیہ وسلم نے بھی اور صحابہ نے بھی دس روزے رکھے شروع میں۔ پھر قرآن کی</w:t>
      </w:r>
    </w:p>
    <w:p>
      <w:r>
        <w:rPr>
          <w:b/>
        </w:rPr>
        <w:t xml:space="preserve">[24:11] </w:t>
      </w:r>
      <w:r>
        <w:t>woh ayat utri ke ke ek mahine ka roza farz kiya gaya. to goya roze ke teen daur hue. shuru mein koi tadad mutayyan nahi. baad ko das din ki tadad mutayyan hui. phir baad ko 30 din ki tadad mutayyan hui. yahan mein yeh kehna chahta hoon ke yeh sirf is ka matlab yeh nahi ke sirf rasool Allah ke zamane mein</w:t>
      </w:r>
    </w:p>
    <w:p>
      <w:pPr>
        <w:jc w:val="right"/>
      </w:pPr>
      <w:r>
        <w:t>وہ آیت اتری کہ کہ ایک مہینے کا روزہ فرض کیا گیا۔ تو گویا روزے کے تین دور ہوئے۔ شروع میں کوئی تعداد متعین نہیں۔ بعد کو دس دن کی تعداد متعین ہوئی۔ پھر بعد کو 30 دن کی تعداد متعین ہوئی۔ یہاں میں یہ کہنا چاہتا ہوں کہ یہ صرف اس کا مطلب یہ نہیں کہ صرف رسول اللہ کے زمانے میں</w:t>
      </w:r>
    </w:p>
    <w:p>
      <w:r>
        <w:rPr>
          <w:b/>
        </w:rPr>
        <w:t xml:space="preserve">[24:41] </w:t>
      </w:r>
      <w:r>
        <w:t>aisa tha. aaj bhi yahi kuch hai. is ko achi tarah samajh lijiye. jo log samajhte hain ke woh sab pichla daur mansookh ho chuka hai bilkul galat samajhte hain woh. islam mein koi cheez kabhi mansookh nahi hoti, cancel nahi hoti, abrogated nahi hoti. woh kya cheez hai? sare islam ke jo commandments hain woh hain according to the situation. yani agar dobara</w:t>
      </w:r>
    </w:p>
    <w:p>
      <w:pPr>
        <w:jc w:val="right"/>
      </w:pPr>
      <w:r>
        <w:t>ایسا تھا۔ آج بھی یہی کچھ ہے۔ اس کو اچھی طرح سمجھ لیجئے۔ جو لوگ سمجھتے ہیں کہ وہ سب پچھلا دور منسوخ ہو چکا ہے بلو غلط سمجھتے ہیں وہ۔ اسلام میں کوئی چیز کبھی منسوخ نہیں ہوتی، کینسل نہیں ہوتی، ایبروگیٹ نہیں ہوتی۔ وہ کیا چیز ہے؟ سارے اسلام کے جو کمانڈمنٹس ہیں وہ ہیں اکارڈنگ ٹو دا سچویشن۔ یعنی اگر دوبارہ</w:t>
      </w:r>
    </w:p>
    <w:p>
      <w:r>
        <w:rPr>
          <w:b/>
        </w:rPr>
        <w:t xml:space="preserve">[25:11] </w:t>
      </w:r>
      <w:r>
        <w:t>woh situation create ho jaye jo makkah mein thi to makkah wala roza aa jayega. woh situation agar create ho jaye jo madine ke shuru mein thi to shuru wala roza aa jayega. aur agar woh situation create ho jaye jo madine ke yani second half mein thi to woh roza hum par apply hone lagega. to yeh jo yeh jo teen period hain roze ke to woh teeno ke teeno according to situ</w:t>
      </w:r>
    </w:p>
    <w:p>
      <w:pPr>
        <w:jc w:val="right"/>
      </w:pPr>
      <w:r>
        <w:t>وہ سچویشن کریٹ ہو جائے جو مکے میں تھی تو مکے والا روزہ آ جائے گا۔ وہ سچویشن اگر کریٹ ہو جائے جو مدینے کے شروع میں تھی تو شروع والا روزہ آ جائے گا۔ اور اگر وہ سچویشن کریٹ ہو جائے جو مدینے کے یعنی سیکنڈ ہاف میں تھی تو وہ روزہ ہم پر اپلائی ہونے لگے گا۔ تو یہ جو یہ جو تین پیریڈ ہیں روزے کے تو وہ تینوں کے تینوں اکارڈنگ ٹو سچ</w:t>
      </w:r>
    </w:p>
    <w:p>
      <w:r>
        <w:rPr>
          <w:b/>
        </w:rPr>
        <w:t xml:space="preserve">[25:41] </w:t>
      </w:r>
      <w:r>
        <w:t>ation hain. jaisi aap ki situation ho us ke mutabiq aap ko haq hai, right hai ke aap amal karen. ab mein aap ko ek aur baat kehna chahunga. ek hadith hai ke la yaqool ahadukum sam ramdh</w:t>
      </w:r>
    </w:p>
    <w:p>
      <w:pPr>
        <w:jc w:val="right"/>
      </w:pPr>
      <w:r>
        <w:t>ویشن ہیں۔ جیسی آپ کی سچویشن ہو اس کے مطابق آپ کو حق ہے، رائٹ ہے کہ آپ عمل کریں۔ اب میں آپ کو ایک اور بات کہنا چاہوں گا۔ ایک حدیث ہے کہ لا یقول احدکم سم رمض</w:t>
      </w:r>
    </w:p>
    <w:p>
      <w:r>
        <w:rPr>
          <w:b/>
        </w:rPr>
        <w:t xml:space="preserve">[26:11] </w:t>
      </w:r>
      <w:r>
        <w:t>an kull. yeh bohat hi ajeeb baat hai. is ko aap ghor se suniye. rasool Allah ne farmaya ke tum mein se koi shakhs hargiz aisa na kare ke woh yeh kahe ke maine poore ramzan ke roze rakh liye. bari sochne ki baat hai. yeh sahi hadith hai ke aap ne farmaya ke tum mein se koi shakhs hargiz aisa na kare yeh kahe ke maine to ramzan ke sare roze rakh liye. is ko samaj</w:t>
      </w:r>
    </w:p>
    <w:p>
      <w:pPr>
        <w:jc w:val="right"/>
      </w:pPr>
      <w:r>
        <w:t>ان کل۔ یہ بہت ہی عجیب بات ہے۔ اس کو آپ غور سے سنیے۔ رسول اللہ نے فرمایا کہ تم میں سے کوئی شخص ہرگز ایسا نہ کرے کہ وہ یہ کہے کہ میں نے پورے رمضان کے روزے رکھے۔ بڑی سوچنے کی بات ہے۔ یہ صحیح حدیث ہے کہ آپ نے فرمایا کہ تم میں سے کوئی شخص ہرگز ایسا نہ کرے یہ کہے کہ میں نے تو رمضان کے سارے روزے رکھ لیے۔ اس کو سمج</w:t>
      </w:r>
    </w:p>
    <w:p>
      <w:r>
        <w:rPr>
          <w:b/>
        </w:rPr>
        <w:t xml:space="preserve">[26:41] </w:t>
      </w:r>
      <w:r>
        <w:t>hne ke liye aap thoda sa is mein aap ko izafa karna padega. yani yeh jo aaj kal aap dekhte hain kisi se poochen to kya kahega? alhamdulillah maine to sare roze rakh liye. alhamdulillah mein to sari tarawih poori kar li. alhamdulillah meri to koi tahajjud nagha nahi hui. yeh woh cheez ko mana kiya hai ya hadith mein? ghor farmaye. yeh bohat hi aji</w:t>
      </w:r>
    </w:p>
    <w:p>
      <w:pPr>
        <w:jc w:val="right"/>
      </w:pPr>
      <w:r>
        <w:t>ھنے کے لیے آپ تھوڑا سا اس میں آپ کو اضافہ کرنا پڑے گا۔ یعنی یہ جو آج کل آپ دیکھتے ہیں کسی سے پوچھیں تو کیا کہے گا؟ الحمدللہ میں نے تو سارے روزے رکھ لیے۔ الحمدللہ میں تو ساری تراویح پوری کر لی۔ الحمدللہ میری تو کوئی تہجد ناغہ نہیں ہوئی۔ یہ وہ چیز کو منع کیا ہے یا حدیث میں؟ غور فرمائیے۔ یہ بہت ہی ع</w:t>
      </w:r>
    </w:p>
    <w:p>
      <w:r>
        <w:rPr>
          <w:b/>
        </w:rPr>
        <w:t xml:space="preserve">[27:11] </w:t>
      </w:r>
      <w:r>
        <w:t>b baat hai. yeh hadith lambi hai. yeh aap ne farmaya ke tum mein se koi hargiz yeh na kahe ke maine to sare roze rakh liye. main to sari raton mein namazen padhta raha. is ka matlab yeh nahi ke tum roze ghata kar rakho. 30 din ki bajaye 20 din rakho. yeh matlab nahi hai is ka. is ka matlab hai ke yeh kehne ka andaaz ke alhamdulillah mere to koi roze nahi chhootey. alhamdulillah mein</w:t>
      </w:r>
    </w:p>
    <w:p>
      <w:pPr>
        <w:jc w:val="right"/>
      </w:pPr>
      <w:r>
        <w:t>جیب بات ہے۔ یہ حدیث لمبی ہے۔ یہ آپ نے فرمایا کہ تم میں سے کوئی ہرگز یہ نہ کہے کہ میں نے تو سارے روزے رکھ لیے۔ میں تو ساری راتوں میں نمازیں پڑھتا رہا۔ اس کا مطلب یہ نہیں کہ تم روزے گھٹا کر رکھو۔ 30 دن کی بجائے 20 دن رکھو۔ یہ مطلب نہیں ہے اس کا۔ اس کا مطلب ہے کہ یہ کہنے کا انداز کہ الحمدللہ میرے تو کوئی روزے نہیں چھوٹے۔ الحمدللہ میں</w:t>
      </w:r>
    </w:p>
    <w:p>
      <w:r>
        <w:rPr>
          <w:b/>
        </w:rPr>
        <w:t xml:space="preserve">[27:41] </w:t>
      </w:r>
      <w:r>
        <w:t>to sare tahajjud padh dali maine. yeh yeh ek be hsi ka kalma hai. be hsi ka naaz ka fakhr ka kalma hai. islam mein jo cheez hai modesty. modesty. is liye hadith mein yeh hai ke tum par aisi raaten guzarni chahiye tum so jao aur tum namaz na parh sako. tum par aisa din guzarna chahiye ke roze mein kuch gadbad ho jaye. jaise ke farz kiya maine</w:t>
      </w:r>
    </w:p>
    <w:p>
      <w:pPr>
        <w:jc w:val="right"/>
      </w:pPr>
      <w:r>
        <w:t>تو سارے تہجد پڑھ ڈالی میں نے۔ یہ یہ ایک بے حسی کا کلمہ ہے۔ بے حسی کا ناز کا فخر کا کلمہ ہے۔ اسلام میں جو چیز ہے مودیسٹی۔ مودیسٹی۔ اس لیے حدیث میں یہ ہے کہ تم پر ایسی راتیں گزرنی چاہیے تم سو جاؤ اور تم نماز نہ پڑھ سکو۔ تم پر ایسا دن گزرنا چاہیے کہ روزہ میں کچھ گڑبڑ ہو جائے۔ جیسے کہ فرض کیا میں نے</w:t>
      </w:r>
    </w:p>
    <w:p>
      <w:r>
        <w:rPr>
          <w:b/>
        </w:rPr>
        <w:t xml:space="preserve">[28:11] </w:t>
      </w:r>
      <w:r>
        <w:t>pani piya bhool kar ke aisa bhi ho jaye bhool kar ke to kya hai us se aap ko tawazu paida hogi ke mera roza kya hai mujh se to bhool kar mein ne pani pi liya meri namaz kya hai mein to das din namaz padhi aur barahween din so gaya yani yeh tawazu yeh modesty kami ka ehsas Khuda ko matloob hai yeh nahi ke aap bare fakhr ke sath kahein ke alhamdulillah aaj</w:t>
      </w:r>
    </w:p>
    <w:p>
      <w:pPr>
        <w:jc w:val="right"/>
      </w:pPr>
      <w:r>
        <w:t>پانی پیا بھول کر کے ایسا بھی ہو جائے بھول کر کے تو کیا ہے اس سے آپ کو تواضع پیدا ہوگی کہ میرا روزہ کیا ہے مجھ سے تو بھول کر میں نے پانی پی لیا میری نماز کیا ہے میں تو دس دن نماز پڑھی اور بارہویں دن سو گیا یعنی یہ تواضع یہ مودیسٹی کمی کا احساس خدا کو مطلوب ہے یہ نہیں کہ آپ بڑے فخر کے ساتھ کہیں کہ الحمدللہ آج</w:t>
      </w:r>
    </w:p>
    <w:p>
      <w:r>
        <w:rPr>
          <w:b/>
        </w:rPr>
        <w:t xml:space="preserve">[28:41] </w:t>
      </w:r>
      <w:r>
        <w:t>kal alhamdulillah ek culture ban gaya hai jahan jaiye kuch poochein kisi se alhamdulillah mein to yeh ho gaya alhamdulillah mera to karobar aise chal raha hai alhamdulillah mere bete to aise hain yaqeen kijiye ke yeh munafiqat ka kalma hai munafiqat ka munafiqat ka kalma hai yeh aaj kal chala hua hai inshallah inshallah alhamdulillah waghera yeh sab munafiqat ki boliyan hain har woh boli jis mein modesty na ho</w:t>
      </w:r>
    </w:p>
    <w:p>
      <w:pPr>
        <w:jc w:val="right"/>
      </w:pPr>
      <w:r>
        <w:t>کل الحمدللہ ایک کلچر بن گیا ہے جہاں جائیے کچھ پوچھیں کسی سے الحمدللہ میں تو یہ ہو گیا الحمدللہ میرا تو کاروبار ایسے چل رہا ہے الحمدللہ میرے بیٹے تو ایسے ہیں یقین کیجئے کہ یہ منافقت کا کلمہ ہے منافقت کا منافقت کا کلمہ ہے یہ آج کل چلا ہوا ہے انشاءاللہ انشاءاللہ الحمدللہ وغیرہ یہ سب منافقت کی بولیاں ہیں ہر وہ بولی جس میں مودیسٹی نہ ہو</w:t>
      </w:r>
    </w:p>
    <w:p>
      <w:r>
        <w:rPr>
          <w:b/>
        </w:rPr>
        <w:t xml:space="preserve">[29:11] </w:t>
      </w:r>
      <w:r>
        <w:t>woh munafiqat hai woh be hsi hai jab aap se koi pooche to aap ke dil mein introspection ana chahiye ke mere pas batane ko kya hai kya bataoon koi pooche aap se ke bhai ramzan aaya tumhara ramzan kaise guzra to aap ke dil mein yeh ana chahiye mein kya bataoon mere pas to koi batane ke liye nahi aap ke pas batane ke</w:t>
      </w:r>
    </w:p>
    <w:p>
      <w:pPr>
        <w:jc w:val="right"/>
      </w:pPr>
      <w:r>
        <w:t>وہ منافقت ہے وہ بے حسی ہے جب آپ سے کوئی پوچھے تو آپ کے دل میں انٹراسپیکشن آنا چاہیے کہ میرے پاس بتانے کو کیا ہے کیا بتاؤں کوئی پوچھے آپ سے کہ بھئی رمضان آیا تمہارا رمضان کیسے گزرا تو آپ کے دل میں یہ آنا چاہیے میں کیا بتاؤں میرے پاس تو کوئی بتانے کے لیے نہیں آپ کے پاس بتانے کے</w:t>
      </w:r>
    </w:p>
    <w:p>
      <w:r>
        <w:rPr>
          <w:b/>
        </w:rPr>
        <w:t xml:space="preserve">[29:41] </w:t>
      </w:r>
      <w:r>
        <w:t>liye ho yeh achi nishani nahi hai is ke peeche fakhr naaz tapakta hai to is hadith ka matlab yeh hai ke aap ke andar tawazu ka ehsas rehna chahiye jaise mein hajj karne gaya to hajj mein jo log gaye hain jante hain ke andar agar aap chale gaye haram ke andar</w:t>
      </w:r>
    </w:p>
    <w:p>
      <w:pPr>
        <w:jc w:val="right"/>
      </w:pPr>
      <w:r>
        <w:t>لیے ہو یہ اچھی علامت نہیں ہے اس کے پیچھے فخر ناز ٹپکتا ہے تو اس حدیث کا مطلب یہ ہے کہ آپ کے اندر تواضع کا احساس رہنا چاہیے جیسے میں حج کرنے گیا تو حج میں جو لوگ گئے ہیں جانتے ہیں کہ اندر اگر آپ چلے گئے حرم کے اندر</w:t>
      </w:r>
    </w:p>
    <w:p>
      <w:r>
        <w:rPr>
          <w:b/>
        </w:rPr>
        <w:t xml:space="preserve">[30:11] </w:t>
      </w:r>
      <w:r>
        <w:t>to wahan sajda karna aur ruku karna bara mushkil hota hai kyunke bheed ki wajah se log qareeb qareeb khade hote hain yani do safon ke beech mein jagah itni kam hoti hai ke aap bohat theek tarike se sajda nahi kar sakte kai bar to agle walon ke peeth par sajda karna padta hai yani peeche ki saf jo hai woh jab jhukti hai to sajda karne ke liye zameen tak nahi pahunchta is ka sar to doosre ki peeth par sajda</w:t>
      </w:r>
    </w:p>
    <w:p>
      <w:pPr>
        <w:jc w:val="right"/>
      </w:pPr>
      <w:r>
        <w:t>تو وہاں سجدہ کرنا اور رکوع کرنا بڑا مشکل ہوتا ہے کیونکہ بھیڑ کی وجہ سے لوگ قریب قریب کھڑے ہوتے ہیں یعنی دو صفوں کے بیچ میں جگہ اتنی کم ہوتی ہے کہ آپ بہت ٹھیک طریقے سے سجدہ نہیں کر سکتے کئی بار تو اگلے والوں کے پیٹھ پر سجدہ کرنا پڑتا ہے یعنی پیچھے کی صف جو ہے وہ جب جھکتی ہے تو سجدہ کرنے کے لیے زمین تک نہیں پہنچتا اس کا سر تو دوسرے کی پیٹھ پر سجدہ</w:t>
      </w:r>
    </w:p>
    <w:p>
      <w:r>
        <w:rPr>
          <w:b/>
        </w:rPr>
        <w:t xml:space="preserve">[30:41] </w:t>
      </w:r>
      <w:r>
        <w:t>karna padta hai to mujh ko aisa hua wahan par to maine kaha ke Khuda ya yeh tooti poori namazen jo hain qabool farma kyunke jo namazen mein dilli mein padhta tha poori uska bhi kya aitbar jo namazen to qabool kar lein wohi namaz hai warna sab tooti pooti hai yani makhmal ke masalle par bohat</w:t>
      </w:r>
    </w:p>
    <w:p>
      <w:pPr>
        <w:jc w:val="right"/>
      </w:pPr>
      <w:r>
        <w:t>کرنا پڑتا ہے تو مجھ کو ایسا ہوا وہاں پر تو میں نے کہا کہ خدایا یہ ٹوٹی پوڑی نمازیں جو ہیں قبول فرما کیونکہ جو نمازیں میں دلی میں پڑھتا تھا پوری اس کا بھی کیا اعتبار جو نمازیں تو قبول کر لیں وہی نماز ہے ورنہ سب ٹوٹی پھوٹی ہے یعنی مخمل کے مصلے پر بہت</w:t>
      </w:r>
    </w:p>
    <w:p>
      <w:r>
        <w:rPr>
          <w:b/>
        </w:rPr>
        <w:t xml:space="preserve">[31:11] </w:t>
      </w:r>
      <w:r>
        <w:t>hi umda tareeqe se mein namaz parhoon aur Khuda ko qabool na ho woh bhi namaz tooti pooti hai woh to yaad rakhiye jab aap se koi pooche aap ki namaz aap ke roze ke bare mein to aap ke pas alhamdulillah kehne ko na ho balkeh aap ke andar introspection jaag uthe ke woh mere pas hai kya jo mein bataoon kya hai mere pas jo mein bataoon apni namaz aap ko kuch na lage apna roza</w:t>
      </w:r>
    </w:p>
    <w:p>
      <w:pPr>
        <w:jc w:val="right"/>
      </w:pPr>
      <w:r>
        <w:t>ہی عمدہ طریقے سے میں نماز پڑھوں اور خدا کو قبول نہ ہو وہ بھی نماز ٹوٹی پھوٹی ہے وہ تو یاد رکھیے جب آپ سے کوئی پوچھے آپ کی نماز آپ کے روزے کے بارے میں تو آپ کے پاس الحمدللہ کہنے کو نہ ہو بلکہ آپ کے اندر انٹراسپیکشن جاگ اٹھے کہ وہ میرے پاس ہے کیا جو میں بتاؤں کیا ہے میرے پاس جو میں بتاؤں اپنی نماز آپ کو کچھ نہ لگے اپنا روزہ</w:t>
      </w:r>
    </w:p>
    <w:p>
      <w:r>
        <w:rPr>
          <w:b/>
        </w:rPr>
        <w:t xml:space="preserve">[31:41] </w:t>
      </w:r>
      <w:r>
        <w:t>aap ko kuch na lage yeh matlab is hadith ka aaj kal dekhein yeh jo yani khud sakhta self khud se self style jo jihad chal raha hai idhar udhar to aap agar akhbar padhte honge to aap ko ek lafz ata hoga harab harab ramzan yeh bohat hi jhoota lafz hai dekhiye hua kya ke ras</w:t>
      </w:r>
    </w:p>
    <w:p>
      <w:pPr>
        <w:jc w:val="right"/>
      </w:pPr>
      <w:r>
        <w:t>آپ کو کچھ نہ لگے یہ مطلب اس حدیث کا آج کل دیکھیں یہ جو یعنی خود ساختہ سیلف خود سے سیلف اسٹائل جو جہاد چل رہا ہے ادھر ادھر تو آپ اگر اخبار پڑھتے ہوں گے تو آپ کو ایک لفظ آتا ہوگا حرب حرب رمضان یہ بہت ہی جھوٹا لفظ ہے دیکھیے ہوا کیا کہ رس</w:t>
      </w:r>
    </w:p>
    <w:p>
      <w:r>
        <w:rPr>
          <w:b/>
        </w:rPr>
        <w:t xml:space="preserve">[32:11] </w:t>
      </w:r>
      <w:r>
        <w:t>ool Allah ke zamane mein badr battle of badr hui badr ki ladai hui is ladai mein rasool Allah ko fateh hui rasool Allah ki jeet hui aap ke jo mukhalif the woh haar gaye to yeh yeh nadan log yeh samajhte hain ke ramzan mein ladai ho to is mein jeet ho jayegi hamari to kai bar musalmanon ne ramzan mein ladai yeh soch ke chhedi ke phir to jeet ya</w:t>
      </w:r>
    </w:p>
    <w:p>
      <w:pPr>
        <w:jc w:val="right"/>
      </w:pPr>
      <w:r>
        <w:t>ول اللہ کے زمانے میں بدر بیٹل اف بدر ہوئی بدر کی لڑائی ہوئی اس لڑائی میں رسول اللہ کو فتح ہوئی رسول اللہ کی جیت ہوئی آپ کے جو مخالف تھے وہ ہار گئے تو یہ یہ نادان لوگ یہ سمجھتے ہیں کہ رمضان میں لڑائی ہو تو اس میں جیت ہو جائے گی ہماری تو کئی بار مسلمانوں نے رمضان میں لڑائی یہ سوچ کے چھیڑی کہ پھر تو جیت ی</w:t>
      </w:r>
    </w:p>
    <w:p>
      <w:r>
        <w:rPr>
          <w:b/>
        </w:rPr>
        <w:t xml:space="preserve">[32:41] </w:t>
      </w:r>
      <w:r>
        <w:t>qeeni hai halanke zabardast haar hui hai aur tabahi aayi ek baat samajh lijiye ke harab ramzan ke koi mani nahi hai difa ramzan ke mani hain ek harab ramzan ek difa ramzan yani agar doosra fareeq ramzan ke mahine mein attack kar de to aap ko difa ke liye nikalna padega defence ke liye nikalna padega</w:t>
      </w:r>
    </w:p>
    <w:p>
      <w:pPr>
        <w:jc w:val="right"/>
      </w:pPr>
      <w:r>
        <w:t>قینی ہے حالانکہ زبردست ہار ہوئی ہے اور تباہی آئی ایک بات سمجھ لیجئے کہ حرب رمضان کے کوئی معنی نہیں ہے دفاع رمضان کے معنی ہیں ایک حرب رمضان ایک دفاع رمضان یعنی اگر دوسرا فریق رمضان کے مہینے میں اٹیک کر دے تو آپ کو دفاع کے لیے نکلنا پڑے گا ڈیفنس کے لیے نکلنا پڑے گا</w:t>
      </w:r>
    </w:p>
    <w:p>
      <w:r>
        <w:rPr>
          <w:b/>
        </w:rPr>
        <w:t xml:space="preserve">[33:12] </w:t>
      </w:r>
      <w:r>
        <w:t>yani aap dekhiye jang musalman ka choice nahi hai woh compulsion hai harab ramzan ke mani hain ke aap jang ko apna choice bana rahe hain kitni dhattayi ki baat yeh hai achi tarah samajh lijiye ke ladai jo hai woh musalman ka choice nahi hai is par laanat bhi aati hai to ladna padta hai lekin jab aap kehte hain harab ramzan yani battle of ramdh</w:t>
      </w:r>
    </w:p>
    <w:p>
      <w:pPr>
        <w:jc w:val="right"/>
      </w:pPr>
      <w:r>
        <w:t>یعنی آپ دیکھیے جنگ مسلمان کا چوائس نہیں ہے وہ کمپلشن ہے حرب رمضان کے معنی ہیں کہ آپ جنگ کو اپنا چوائس بنا رہے ہیں کتنی ڈھٹائی کی بات یہ ہے اچھی طرح سمجھ لیجئے کہ لڑائی جو ہے وہ مسلمان کا چوائس نہیں ہے اس پر لعنت بھی آتی ہے تو لڑنا پڑتا ہے لیکن جب آپ کہتے ہیں حرب رمضان یعنی بیٹل اف رمض</w:t>
      </w:r>
    </w:p>
    <w:p>
      <w:r>
        <w:rPr>
          <w:b/>
        </w:rPr>
        <w:t xml:space="preserve">[33:42] </w:t>
      </w:r>
      <w:r>
        <w:t>an to is mani ke aap is ko apna choice bana rahe hain jaisa ke banaya aur harey is wajah se achi tarah samajh lijiye ke harab ramzan ke koi mani nahi hai jang ladai islam mein sirf defence ke liye hoti hai defence us waqt hota hai jab ke kisi ne attack kiya ho yani literally yani literally attack kiya ho warna as there is no war in islam other than defence there is no w</w:t>
      </w:r>
    </w:p>
    <w:p>
      <w:pPr>
        <w:jc w:val="right"/>
      </w:pPr>
      <w:r>
        <w:t>ان تو اس معنی کہ آپ اس کو اپنا چوائس بنا رہے ہیں جیسا کہ بنایا اور ہارے اس وجہ سے اچھی طرح سمجھ لیجئے کہ حرب رمضان کے کوئی معنی نہیں ہے جنگ لڑائی اسلام میں صرف ڈیفنس کے لیے ہوتی ہے ڈیفنس اس وقت ہوتا ہے جب کہ کسی نے اٹیک کیا ہو یعنی لیٹرلی یعنی لیٹرلی اٹیک کیا ہو ورنہ از دیر از نو وار ان اسلام ادر دین ڈیفنس دیر از نو و</w:t>
      </w:r>
    </w:p>
    <w:p>
      <w:r>
        <w:rPr>
          <w:b/>
        </w:rPr>
        <w:t xml:space="preserve">[34:12] </w:t>
      </w:r>
      <w:r>
        <w:t>ar an islam jo kehe ke islam mein agressive war hai to woh khuda par yani jhoot lagata hai ab dekhen ramzan ke mahine mein quran utara gaya ramzan al quran is se andaza hota hai ke ramzan ko quran se khaas</w:t>
      </w:r>
    </w:p>
    <w:p>
      <w:pPr>
        <w:jc w:val="right"/>
      </w:pPr>
      <w:r>
        <w:t>ار ان اسلام جو کہے کہ اسلام میں ایگریسو وار ہے تو وہ خدا پر یعنی جھوٹ لگاتا ہے اب دیکھیں رمضان کے مہینے میں قران اتارا گیا رمضان القران اس سے اندازہ ہوتا ہے کہ رمضان کو قران سے خاص</w:t>
      </w:r>
    </w:p>
    <w:p>
      <w:r>
        <w:rPr>
          <w:b/>
        </w:rPr>
        <w:t xml:space="preserve">[34:43] </w:t>
      </w:r>
      <w:r>
        <w:t>taaluq hai woh kya hai woh yeh hai ke ramzan ka mahina mein aap roza rakhte hain roza rakh kar aap apne aap ko is qabil banate hain ke aap quran ke ke liye ziyada tar receptive ban saken quran ke liye ziyada se ziyada receptive ban saken jis ko arabi mein kehte hain yani</w:t>
      </w:r>
    </w:p>
    <w:p>
      <w:pPr>
        <w:jc w:val="right"/>
      </w:pPr>
      <w:r>
        <w:t>تعلق ہے وہ کیا ہے وہ یہ ہے کہ رمضان کا مہینہ میں آپ روزہ رکھتے ہیں روزہ رکھ کر آپ اپنے آپ کو اس قابل بناتے ہیں کہ آپ قران کے کے لیے زیادہ تر ریسیپٹیو بن سکیں قران کے لیے زیادہ سے زیادہ ریسیپٹیو بن سکیں جس کو عربی میں کہتے ہیں یعنی</w:t>
      </w:r>
    </w:p>
    <w:p>
      <w:r>
        <w:rPr>
          <w:b/>
        </w:rPr>
        <w:t xml:space="preserve">[35:13] </w:t>
      </w:r>
      <w:r>
        <w:t>receptive ban saken acha theek hai kitni minute hui 35 to un ko hukum hua ke tum pehle roza rakho</w:t>
      </w:r>
    </w:p>
    <w:p>
      <w:pPr>
        <w:jc w:val="right"/>
      </w:pPr>
      <w:r>
        <w:t>ریسیپٹیو بن سکیں اچھا ٹھیک ہے کتنی منٹ ہوئی 35 تو ان کو حکم ہوا کہ تم پہلے روزہ رکھو</w:t>
      </w:r>
    </w:p>
    <w:p>
      <w:r>
        <w:rPr>
          <w:b/>
        </w:rPr>
        <w:t xml:space="preserve">[35:45] </w:t>
      </w:r>
      <w:r>
        <w:t>unhon ne roza rakha pehle kuch din tak is ke baad woh toor par gaye to wahan par unhein allah ka kalam ata hua is se andaza hota hai ke khuda ke kalam mein aur roze mein koi khaas nisbat hai woh nisbat yeh hai ke jab aap roza rakhte hain to aap apne ko is qabil banate hain ke aap ka seena khuda ke kalam ka</w:t>
      </w:r>
    </w:p>
    <w:p>
      <w:pPr>
        <w:jc w:val="right"/>
      </w:pPr>
      <w:r>
        <w:t>انہوں نے روزہ رکھا پہلے کچھ دن تک اس کے بعد وہ طور پر گئے تو وہاں پر انہیں اللہ کا کلام عطا ہوا اس سے اندازہ ہوتا ہے کہ خدا کے کلام میں اور روزے میں کوئی خاص نسبت ہے وہ نسبت یہ ہے کہ جب آپ روزہ رکھتے ہیں تو آپ اپنے کو اس قابل بناتے ہیں کہ آپ کا سینہ خدا کے کلام کا</w:t>
      </w:r>
    </w:p>
    <w:p>
      <w:r>
        <w:rPr>
          <w:b/>
        </w:rPr>
        <w:t xml:space="preserve">[36:17] </w:t>
      </w:r>
      <w:r>
        <w:t>mohabbat ban sake yani khuda ka kalam aap ke seene pe utre khuda ke kalam ko aap ziyada samajh saken khuda ke kalam ki gehraiyon tak ziyada pahunchna aap ke liye possible ho jaye yeh sab hota hai isi liye roze mein dekhiye quran ki tilawat ko bohat ziyada importance di gayi dekhiye tilawat ke mani ab jo ho gaye hain woh sahaba ke</w:t>
      </w:r>
    </w:p>
    <w:p>
      <w:pPr>
        <w:jc w:val="right"/>
      </w:pPr>
      <w:r>
        <w:t>محبت بن سکے یعنی خدا کا کلام آپ کے سینے پہ اترے خدا کے کلام کو آپ زیادہ سمجھ سکیں خدا کے کلام کی گہرائیوں تک زیادہ پہنچنا آپ کے لیے پاسیبل ہو جائے یہ سب ہوتا ہے اسی لیے روزے میں دیکھیے قران کی تلاوت کو بہت زیادہ امپورٹنس دی گئی دیکھیے تلاوت کے معنی اب جو ہو گئے ہیں وہ صحابہ کے</w:t>
      </w:r>
    </w:p>
    <w:p>
      <w:r>
        <w:rPr>
          <w:b/>
        </w:rPr>
        <w:t xml:space="preserve">[36:47] </w:t>
      </w:r>
      <w:r>
        <w:t>zamane mein nahi the ab to ho gaye hain quran ki tilawat ke mani ke be samjhe boojhe far far parhna yeh sahaba ke zamane mein nahi tha sahaba ke zamane mein yeh tha ke quran ko quran mein tadabbur quran mein sochna quran ki gehraiyon mein utarne ki koshish karna yeh tha to kya roze ke zamane mein humein jo quran ko parhne ke liye zor diya gaya</w:t>
      </w:r>
    </w:p>
    <w:p>
      <w:pPr>
        <w:jc w:val="right"/>
      </w:pPr>
      <w:r>
        <w:t>زمانے میں نہیں تھے اب تو ہو گئے ہیں قران کی تلاوت کے معنی کہ بے سمجھے بوجھے فر فر پڑھنا یہ صحابہ کے زمانے میں نہیں تھا صحابہ کے زمانے میں یہ تھا کہ قران کو قران میں تدبر قران میں سوچنا قران کی گہرائیوں میں اترنے کی کوشش کرنا یہ تھا تو کیا روزے کے زمانے میں ہمیں جو قران کو پڑھنے کے لیے زور دیا گیا</w:t>
      </w:r>
    </w:p>
    <w:p>
      <w:r>
        <w:rPr>
          <w:b/>
        </w:rPr>
        <w:t xml:space="preserve">[37:17] </w:t>
      </w:r>
      <w:r>
        <w:t>hai is ka matlab hai quran mein sochne ke liye zor diya gaya hai quran ki tilawat ke mani hain quran ke kalam mein sochna is ke is ki gehraiyon mein utarna is se apni lesson nikalna is se apne liye naseehat nikalna yeh sab hai sirf parhna parhna yeh koi cheez nahi hoti aur taraveeh jo hai taraveeh bhi yeh jo aaj kal hai ke khatm</w:t>
      </w:r>
    </w:p>
    <w:p>
      <w:pPr>
        <w:jc w:val="right"/>
      </w:pPr>
      <w:r>
        <w:t>ہے اس کا مطلب ہے قران میں سوچنے کے لیے زور دیا گیا ہے قران کی تلاوت کے معنی ہیں قران کے کلام میں سوچنا اس کے اس کی گہرائیوں میں اترنا اس سے اپنی لیسن نکالنا اس سے اپنے لیے نصیحت نکالنا یہ سب ہے صرف پڑھنا پڑھنا یہ کوئی چیز نہیں ہوتی اور تراویح جو ہے تراویح بھی یہ جو اج کل ہے کہ ختم</w:t>
      </w:r>
    </w:p>
    <w:p>
      <w:r>
        <w:rPr>
          <w:b/>
        </w:rPr>
        <w:t xml:space="preserve">[37:49] </w:t>
      </w:r>
      <w:r>
        <w:t>ke quran ko far far far far khatm kar dena is ka naam taraveeh yeh hargiz taraveeh nahi hai taraveeh ka matlab yeh hai taraveeh mein quran ko parhne ka matlab yeh hai ke namaz ki halat mein quran ko sunna ek imam aap samne khada karte hain hafiz woh woh quran</w:t>
      </w:r>
    </w:p>
    <w:p>
      <w:pPr>
        <w:jc w:val="right"/>
      </w:pPr>
      <w:r>
        <w:t>کہ قران کو فر فر فر فر ختم کر دینا اس کا نام تراویح یہ ہرگز تراویح نہیں ہے تراویح کا مطلب یہ ہے تراویح میں قران کو پڑھنے کا مطلب یہ ہے کہ نماز کی حالت میں قران کو سننا ایک امام آپ سامنے کھڑا کرتے ہیں حافظ وہ وہ قر</w:t>
      </w:r>
    </w:p>
    <w:p>
      <w:r>
        <w:rPr>
          <w:b/>
        </w:rPr>
        <w:t xml:space="preserve">[38:19] </w:t>
      </w:r>
      <w:r>
        <w:t>ko parhta hai aur aap ath rakkat ya 20 rakkat namazein is ke peeche parhte hain yeh kya hai namaz ki halat mein quran ko sunna yeh hai taraveeh ka maqsad yani wohi jo tahajjud mein hota hai tahajjud ka maqsad yahi hai ke apne aap ko namaz ki halat mein le a kar quran ki tilawat ko parhna aur is par ghore karna wohi usi ka usi</w:t>
      </w:r>
    </w:p>
    <w:p>
      <w:pPr>
        <w:jc w:val="right"/>
      </w:pPr>
      <w:r>
        <w:t>ان کو پڑھتا ہے اور آپ اٹھ رکعت یا 20 رکعت نمازیں اس کے پیچھے پڑھتے ہیں یہ کیا ہے نماز کی حالت میں قران کو سننا یہ ہے تراویح کا مقصد یعنی وہی جو تہجد میں ہوتا ہے تہجد کا مقصد یہی ہے کہ اپنے آپ کو نماز کی حالت میں لے ا کر قران کی تلاوت کو پڑھنا اور اس پر غور کرنا وہی اسی کا اسی</w:t>
      </w:r>
    </w:p>
    <w:p>
      <w:r>
        <w:rPr>
          <w:b/>
        </w:rPr>
        <w:t xml:space="preserve">[38:49] </w:t>
      </w:r>
      <w:r>
        <w:t>ki yeh surat hai jis ko hum taraveeh kehte hain to taraveeh jo hai asli taraveeh wohi hai jis mein quran ke meaning par dhyan diya jaye quran se woh nikala jaye sabak nikala jaye lesson nikala jaye ek hadith hai ke roza dhal hai roza rakhne se aadmi ka mind aisa banta hai uska dil aisa banta hai uska</w:t>
      </w:r>
    </w:p>
    <w:p>
      <w:pPr>
        <w:jc w:val="right"/>
      </w:pPr>
      <w:r>
        <w:t>کی یہ صورت ہے جس کو ہم تراویح کہتے ہیں تو تراویح جو ہے اصلی تراویح وہی ہے جس میں قران کے میننگ پر دھیان دیا جائے قران سے وہ نکالا جائے سبق نکالا جائے لیسن نکالا جائے ایک حدیث ہے کہ روزہ ڈھال ہے روزہ رکھنے سے ادمی کا مائنڈ ایسا بنتا ہے اس کا دل ایسا بنتا ہے اس کا</w:t>
      </w:r>
    </w:p>
    <w:p>
      <w:r>
        <w:rPr>
          <w:b/>
        </w:rPr>
        <w:t xml:space="preserve">[39:19] </w:t>
      </w:r>
      <w:r>
        <w:t>mizaj aisa banta hai uska temperament aisa banta hai ke woh buraiyon se rukne lagta hai yani uska woh mizaj jo uska temperament us ko burai se rokne lagta hai is ki ek misaal hadith mein yeh milti hai ke rasool allah ne farmaya ke jo shakhs roza rakha hai to woh na jhagda na jhagda kare na gaali</w:t>
      </w:r>
    </w:p>
    <w:p>
      <w:pPr>
        <w:jc w:val="right"/>
      </w:pPr>
      <w:r>
        <w:t>مزاج ایسا بنتا ہے اس کا ٹیمپرامنٹ ایسا بنتا ہے کہ وہ برائیوں سے رکنے لگتا ہے یعنی اس کا وہ مزاج جو اس کا ٹیمپرامنٹ اس کو برائی سے روکنے لگتا ہے اس کی ایک مثال حدیث میں یہ ملتی ہے کہ رسول اللہ نے فرمایا کہ جو شخص روزہ رکھا ہے تو وہ نہ جھگڑا نہ جھگڑا کرے نہ گالی</w:t>
      </w:r>
    </w:p>
    <w:p>
      <w:r>
        <w:rPr>
          <w:b/>
        </w:rPr>
        <w:t xml:space="preserve">[39:49] </w:t>
      </w:r>
      <w:r>
        <w:t>de fa'in saum ahad falyaqul inni saim inni saim agar doosra shakhs gaali dene lage jhagadne lage to us ko chahiye ke kehe ke main to rozedar hoon main to roza rakha hai yeh matlab hai is ka ke aap khud to kabhi kisi se na laren kisi se na jhagden kisi ko bura na kahen</w:t>
      </w:r>
    </w:p>
    <w:p>
      <w:pPr>
        <w:jc w:val="right"/>
      </w:pPr>
      <w:r>
        <w:t>دے فیم صاحب بہو احد فلیقل انمروم سائم انمروم سائم اگر دوسرا شخص گالی دینے لگے جھگڑنے لگے تو اس کو چاہیے کہ کہے کہ میں تو روزے دار ہوں میں تو روزہ رکھ رکھا ہے یہ مطلب ہے اس کا کہ آپ خود تو کبھی کسی سے نہ لڑیں کسی سے نہ جھگڑیں کسی کو برا نہ کہیں</w:t>
      </w:r>
    </w:p>
    <w:p>
      <w:r>
        <w:rPr>
          <w:b/>
        </w:rPr>
        <w:t xml:space="preserve">[40:20] </w:t>
      </w:r>
      <w:r>
        <w:t>aur agar doosra aap ko keh de aap ko tab bhi roze ki speed agar aap ke andar aayi hai rozedar temperament aap ke andar agar aaya hai rozedar character agar aap ke andar aaya hai to aap kya padhenge ke bhai main to roza rakhe hue hoon mujh se to yeh sab kaam nahi ho sakta hai to yeh hai roze ka ki spirit chunache hadith mein aata hai ke</w:t>
      </w:r>
    </w:p>
    <w:p>
      <w:pPr>
        <w:jc w:val="right"/>
      </w:pPr>
      <w:r>
        <w:t>اور اگر دوسرا آپ کو کہہ دے آپ کو تب بھی روزے کی سپیڈ اگر آپ کے اندر ائی ہے روزے والا ٹیمپرامنٹ آپ کے اندر اگر ایا ہے روزے والا کریکٹر اگر آپ کے اندر ایا ہے تو آپ کیا پڑھیں گے کہ بھائی میں تو روزہ رکھے ہوئے ہوں مجھ سے تو یہ سب کام نہیں ہو سکتا ہے تو یہ ہے روزے کا کی سپرٹ چنانچہ حدیث میں آتا ہے کہ</w:t>
      </w:r>
    </w:p>
    <w:p>
      <w:r>
        <w:rPr>
          <w:b/>
        </w:rPr>
        <w:t xml:space="preserve">[40:51] </w:t>
      </w:r>
      <w:r>
        <w:t>ke aise log hain ke woh roza rakhte hain lekin un ka haal yeh hota hai ke ke un ke roze se un ko bhook aur piyas ke siwa kuch nahi milta dekhiye ek hai body ek hai aap ki soul to</w:t>
      </w:r>
    </w:p>
    <w:p>
      <w:pPr>
        <w:jc w:val="right"/>
      </w:pPr>
      <w:r>
        <w:t>کہ ایسے لوگ ہیں کہ وہ روزہ رکھتے ہیں لیکن ان کا حال یہ ہوتا ہے کہ کہ ان کے روزے سے ان کو بھوک اور پیاس کے سوا کچھ نہیں ملتا دیکھیے ایک ہے باڈی ایک ہے آپ کی سول تو</w:t>
      </w:r>
    </w:p>
    <w:p>
      <w:r>
        <w:rPr>
          <w:b/>
        </w:rPr>
        <w:t xml:space="preserve">[41:21] </w:t>
      </w:r>
      <w:r>
        <w:t>body jab roza rakha aap ne to body ko bhook lagegi piyas lagegi to ek hai ke aap ne apne body ko to roze mein dala lekin soul aap ki jo spirit hai jo aap ke andar ka jo aap ki jo personality hai woh in touch rahi roze se woh waise hi us ki soch hai waise hi uska mizaj hai waise hi us ki activities hain to is ke mani hain ke aap ek aisa roza rakha jo jis se aap ko bhook piyas to mili lekin is se aap</w:t>
      </w:r>
    </w:p>
    <w:p>
      <w:pPr>
        <w:jc w:val="right"/>
      </w:pPr>
      <w:r>
        <w:t>باڈی جب روزہ رکھا آپ نے تو باڈی کو بھوک لگے گی پیاس لگے گی تو ایک ہے کہ آپ نے اپنے باڈی کو تو روزے میں ڈالا لیکن سول آپ کی جو سپرٹ ہے جو آپ کے اندر کا جو آپ کی جو پرسنیلٹی ہے وہ ان ٹچ رہی روزے سے وہ ویسے ہی اس کی سوچ ہے ویسے ہی اس کا مزاج ہے ویسے ہی اس کی ایکٹیویٹیز ہیں تو اس کے معنی ہیں کہ آپ ایک ایسا روزہ رکھا جو جس سے آپ کو بھوک پیاس تو ملی لیکن اس سے آپ</w:t>
      </w:r>
    </w:p>
    <w:p>
      <w:r>
        <w:rPr>
          <w:b/>
        </w:rPr>
        <w:t xml:space="preserve">[41:51] </w:t>
      </w:r>
      <w:r>
        <w:t>ka spiritual development nahi hua intellectual development nahi hua aap ke ka personality development nahi hua to ek ab mein ek aisi baat kehna chahta hoon jo bohat ziyada sochne ki hai woh yeh hai ke maine yeh samjha hai apne study se</w:t>
      </w:r>
    </w:p>
    <w:p>
      <w:pPr>
        <w:jc w:val="right"/>
      </w:pPr>
      <w:r>
        <w:t>کا اسپیریچول ڈیولپمنٹ نہیں ہوا انٹلیکچول ڈیولپمنٹ نہیں ہوا آپ کے کا پرسنیلٹی ڈیولپمنٹ نہیں ہوا تو ایک اب میں ایک ایسی بات کہنا چاہتا ہوں جو بہت زیادہ سوچنے کی ہے وہ یہ ہے کہ میں نے یہ سمجھا ہے اپنے اسٹڈی سے</w:t>
      </w:r>
    </w:p>
    <w:p>
      <w:r>
        <w:rPr>
          <w:b/>
        </w:rPr>
        <w:t xml:space="preserve">[42:22] </w:t>
      </w:r>
      <w:r>
        <w:t>ke roza is not simply a practice of hunger roza is not simply practice hunger roza is learning through experience</w:t>
      </w:r>
    </w:p>
    <w:p>
      <w:pPr>
        <w:jc w:val="right"/>
      </w:pPr>
      <w:r>
        <w:t>کہ روزہ از ناٹ سمپلی ا پریکٹس اف ہنگر روزہ از ناٹ سمپلی پریکٹس ہنگر روزہ از لرننگ تھرو ایکسپیرینس</w:t>
      </w:r>
    </w:p>
    <w:p>
      <w:r>
        <w:rPr>
          <w:b/>
        </w:rPr>
        <w:t xml:space="preserve">[42:52] </w:t>
      </w:r>
      <w:r>
        <w:t>roza is learning through experience yani aap roze mein aap aap ko ek experience lena hai ek tajurba milna hai aap ko experience milna hai spiritual experience agar woh nahi mile ke bhook piyas mile to woh roza nahi hua to yeh isi baat is baat ko ek hadith se baat wazeh hoti hai ek hadith mein hai aap jante hain ke ha</w:t>
      </w:r>
    </w:p>
    <w:p>
      <w:pPr>
        <w:jc w:val="right"/>
      </w:pPr>
      <w:r>
        <w:t>روزہ از لرننگ تھرو ایکسپیرینس یعنی آپ روزے میں آپ آپ کو ایک ایکسپیرینس لینا ہے ایک تجربہ ملنا ہے آپ کو ایکسپیرینس ملنا ہے سپریچول ایکسپیرینس اگر وہ نہیں ملے کہ بھوک پیاس ملے تو وہ روزہ نہیں ہوا تو یہ اسی بات اس بات کو ایک حدیث سے بات واضح ہوتی ہے ایک حدیث میں ہے آپ جانتے ہیں کہ ح</w:t>
      </w:r>
    </w:p>
    <w:p>
      <w:r>
        <w:rPr>
          <w:b/>
        </w:rPr>
        <w:t xml:space="preserve">[43:22] </w:t>
      </w:r>
      <w:r>
        <w:t>dith mein ek woh hadith ko jis ko kehte hain hadith qudsi hadith qudsi woh hai jis mein ke rasool allah sallallahu alaihi wasallam is tarah kehte hain ke khuda ne farmaya yani khuda ki zuban se hoti hai woh aisi ek hadith qudsi mein hai ke</w:t>
      </w:r>
    </w:p>
    <w:p>
      <w:pPr>
        <w:jc w:val="right"/>
      </w:pPr>
      <w:r>
        <w:t>دیث میں ایک وہ حدیث کو جس کو کہتے ہیں حدیث قدسی حدیث قدسی وہ ہے جس میں کہ رسول اللہ صلی اللہ علیہ وسلم اس طرح کہتے ہیں کہ خدا نے فرمایا یعنی خدا کی زبان سے ہوتی ہے وہ ایسی ایک حدیث قدسی میں ہے کہ</w:t>
      </w:r>
    </w:p>
    <w:p>
      <w:r>
        <w:rPr>
          <w:b/>
        </w:rPr>
        <w:t xml:space="preserve">[43:55] </w:t>
      </w:r>
      <w:r>
        <w:t>ke sun lo tum mein se har shakhs bhooka hai is ka transition yeh hai is hadith ka ke allah taala farmate hain ke sun lo ke tum mein se har shakhs bhooka hai except woh jis ko main khilaoon tum mujh se khana mango aur main tum ko khana doon ga yeh hadith bohat ziyada sochne ki hai main chahta hoon ke roza isi hadith ka tajurba hai is</w:t>
      </w:r>
    </w:p>
    <w:p>
      <w:pPr>
        <w:jc w:val="right"/>
      </w:pPr>
      <w:r>
        <w:t>کہ سن لو تم میں سے ہر شخص بھوکا ہے اس کا ٹرانزیشن یہ ہے اس حدیث کا کہ اللہ تعالی فرماتے ہیں کہ سن لو کہ تم میں سے ہر شخص بھوکا ہے ایکسیپٹ وہ جس کو میں کھلاؤں تم مجھ سے کھانا مانگو اور میں تم کو کھانا دوں گا یہ حدیث بہت زیادہ سوچنے کی ہے میں چاہتا ہوں کہ روزہ اسی حدیث کا تجربہ ہے اس</w:t>
      </w:r>
    </w:p>
    <w:p>
      <w:r>
        <w:rPr>
          <w:b/>
        </w:rPr>
        <w:t xml:space="preserve">[44:25] </w:t>
      </w:r>
      <w:r>
        <w:t>y hadith ka ek experience hai woh kaise aap ne din ko roza rakha aur bhook piyas se aap dochar bhi hain lekin roze se meri murad woh roza nahi hai jo dilli mein aksar jis ka riwaj hai ke itna khate hain sehri ke waqt ke sham tak bhook hi na lage balki yeh fakhr se kehte hain ke main to yeh to</w:t>
      </w:r>
    </w:p>
    <w:p>
      <w:pPr>
        <w:jc w:val="right"/>
      </w:pPr>
      <w:r>
        <w:t>ی حدیث کا ایک ایکسپیرینس ہے وہ کیسے آپ نے دن کو روزہ رکھا اور بھوک پیاس سے آپ دوچار بھی ہیں لیکن روزے سے میری مراد وہ روزہ نہیں ہے جو دلی میں اکثر جس کا رواج ہے کہ اتنا کھاتے ہیں سحری کے وقت کہ شام تک بھوک ہی نہ لگے بلکہ یہ فخر سے کہتے ہیں کہ میں تو یہ تو</w:t>
      </w:r>
    </w:p>
    <w:p>
      <w:r>
        <w:rPr>
          <w:b/>
        </w:rPr>
        <w:t xml:space="preserve">[44:55] </w:t>
      </w:r>
      <w:r>
        <w:t>is tarah roza rakha maine ke mujhe to bhook hi nahi lagi yeh fakhr ki baat nahi hai yeh sehri aap ko mukhtasar karna chahiye taake bhook lage khoob dhoom se sehri karna is balki yeh soch kar ke karte hain log ke khoob kha lo taake bhook na lage bhai bhook to lagna chahiye sehri thodi si khai jati hai to bhook lagna chahiye kyun bhook</w:t>
      </w:r>
    </w:p>
    <w:p>
      <w:pPr>
        <w:jc w:val="right"/>
      </w:pPr>
      <w:r>
        <w:t>اس طرح روزہ رکھا میں نے کہ مجھے تو بھوک ہی نہیں لگی یہ فخر کی بات نہیں ہے یہ سحری آپ کو مختصر کرنا چاہیے تاکہ بھوک لگے خوب دھوم سے سحری کرنا اس بلکہ یہ سوچ کر کے کرتے ہیں لوگ کہ خوب کھا لو تاکہ بھوک نہ لگے بھئی بھوک تو لگنا چاہیے سحری تھوڑی سی کھائی جاتی ہے تو بھوک لگنا چاہیے کیوں بھ</w:t>
      </w:r>
    </w:p>
    <w:p>
      <w:r>
        <w:rPr>
          <w:b/>
        </w:rPr>
        <w:t xml:space="preserve">[45:26] </w:t>
      </w:r>
      <w:r>
        <w:t>ka tajurba hona chahiye aap ko dekhen aam halaat mein insan ko subah sham khata rehta hai bhook ka word is ki dictionary mein to hota hai is ke tajurbe mein nahi hota is ke tajurbe mein nahi hota is ki jo yani vocabulary hai is mein to bhook ka aur hunger ka word hota hai lekin is ke experience mein woh is ko is ka</w:t>
      </w:r>
    </w:p>
    <w:p>
      <w:pPr>
        <w:jc w:val="right"/>
      </w:pPr>
      <w:r>
        <w:t>وک کا تجربہ ہونا چاہیے آپ کو دیکھیں عام حالات میں انسان کو صبح شام کھاتا رہتا ہے بھوک کا ورڈ اس کی ڈکشنری میں تو ہوتا ہے اس کے تجربے میں نہیں ہوتا اس کے تجربے میں نہیں ہوتا اس کی جو یعنی وکیبلری ہے اس میں تو بھوک کا اور ہنگر کا ورڈ ہوتا ہے لیکن اس کے ایکسپیرینس میں وہ اس کو اس کا</w:t>
      </w:r>
    </w:p>
    <w:p>
      <w:r>
        <w:rPr>
          <w:b/>
        </w:rPr>
        <w:t xml:space="preserve">[45:56] </w:t>
      </w:r>
      <w:r>
        <w:t>experience nahi hota janta nahi ke hai kya bhook to roza rakh kar aap ko bhook ka experience karaya gaya din bhar aap ko yeh experience hua bhook kya cheez hai ab sham ke waqt mein kya hua aap ko khana diya gaya to us waqt hadith mein aata hai ke yeh dua padhi aap ne ke allahumma laka sumtu wa ala rizqika af</w:t>
      </w:r>
    </w:p>
    <w:p>
      <w:pPr>
        <w:jc w:val="right"/>
      </w:pPr>
      <w:r>
        <w:t>ایکسپیرینس نہیں ہوتا جانتا نہیں کہ ہے کیا بھوک تو روزہ رکھ کر آپ کو بھوک کا ایکسپیرینس کرایا گیا دن بھر آپ کو یہ ایکسپیرینس ہوا بھوک کیا چیز ہے اب شام کے وقت میں کیا ہوا آپ کو کھانا دیا گیا تو اس وقت حدیث میں آتا ہے کہ یہ دعا پڑھی آپ نے کہ اللہم لک سمت وعلی رزق اللہ</w:t>
      </w:r>
    </w:p>
    <w:p>
      <w:r>
        <w:rPr>
          <w:b/>
        </w:rPr>
        <w:t xml:space="preserve">[46:26] </w:t>
      </w:r>
      <w:r>
        <w:t>turtu allahumma laka sumtu yani is ka matlab yeh hui wohi hadith wali baat aagayi ke tum mein se bhooka hai main khana khilaoon to kaha din ko aap ne apne is ka tajurba kiya ke insan jo hai us ko bhook piyas lagti hai bhook piyas ka tajurba hota hai aur sham ko jo aap ne khana khaya iftar kiya aur yeh kaha ke woh ala rizqika af</w:t>
      </w:r>
    </w:p>
    <w:p>
      <w:pPr>
        <w:jc w:val="right"/>
      </w:pPr>
      <w:r>
        <w:t>م لک سمت یعنی اس کا مطلب یہ ہوئی وہی حدیث والی بات اگئی کہ تم میں سے بھوکا ہے میں کھانا کھلاؤں تو کہا دن کو آپ نے اپنے اس کا تجربہ کیا کہ انسان جو ہے اس کو بھوک پیاس لگتی ہے بھوک پیاس کا تجربہ ہوتا ہے اور شام کو جو آپ نے کھانا کھایا افطار کیا اور یہ کہا کہ وہ اعلی رزق کا افطر تو</w:t>
      </w:r>
    </w:p>
    <w:p>
      <w:r>
        <w:rPr>
          <w:b/>
        </w:rPr>
        <w:t xml:space="preserve">[46:56] </w:t>
      </w:r>
      <w:r>
        <w:t>goya ke khuda ne aap ko rizq bheja dastar khwan bheja aur shukr kar ke is ko aap kha rahe hain to din mein aap ne tajurba kiya hadith ke is hisse ka kal jaye aur sham ko tajurbe ka is is hisse ka ke ala man isi ko mein keh raha hon ke roza ek tajurba hai roza sirf bhook nahi hai to</w:t>
      </w:r>
    </w:p>
    <w:p>
      <w:pPr>
        <w:jc w:val="right"/>
      </w:pPr>
      <w:r>
        <w:t>گویا کہ خدا نے آپ کو رزق بھیجا دسترخوان بھیجا اور شکر کر کے اس کو آپ کھا رہے ہیں تو دن میں آپ نے تجربہ کیا حدیث کے اس حصے کا کل جائے اور شام کو تجربے کا اس اس حصے کا کہ الا من اسی کو میں کہہ رہا ہوں کہ روزہ ایک تجربہ ہے روزہ صرف بھوک نہیں ہے تو</w:t>
      </w:r>
    </w:p>
    <w:p>
      <w:r>
        <w:rPr>
          <w:b/>
        </w:rPr>
        <w:t xml:space="preserve">[47:28] </w:t>
      </w:r>
      <w:r>
        <w:t>yahan mein ek aur baat arz karna chahta hon jo bohat important hai ye ke jahan tak mein ne samjha hai momin wo hai jo kirtisize ho chuka ho behtareen word jo mujhe mila hai momin ke liye wo hai men kirtisait men kirtisait dekhen men kirtisize ka matlab kya hai is ki mein ek misal doon ga</w:t>
      </w:r>
    </w:p>
    <w:p>
      <w:pPr>
        <w:jc w:val="right"/>
      </w:pPr>
      <w:r>
        <w:t>یہاں میں ایک اور بات عرض کرنا چاہتا ہوں جو بہت امپورٹنٹ ہے یہ کہ جہاں تک میں نے سمجھا ہے مومن وہ ہے جو کرٹیسائز ہو چکا ہو بہترین ورڈ جو مجھے ملا ہے مومن کے لیے وہ ہے مین کرٹوسائٹ مین کرٹوسائٹ دیکھیں مین کرٹوسائز کا مطلب کیا ہے اس کی میں ایک مثال دوں گا</w:t>
      </w:r>
    </w:p>
    <w:p>
      <w:r>
        <w:rPr>
          <w:b/>
        </w:rPr>
        <w:t xml:space="preserve">[47:59] </w:t>
      </w:r>
      <w:r>
        <w:t>1971 mein jab india aur pakistan ki ladai hui pakistan do tukre ho gaya east pakistan aur mashriqi pakistan dono do alag alag mulk ban gaye to bohat si kitaben chapi theen is zamane mein is ke title kai tarah ke thay maslan dismemberment of pakistan partition of after partition waghera ek kitab ka title tha</w:t>
      </w:r>
    </w:p>
    <w:p>
      <w:pPr>
        <w:jc w:val="right"/>
      </w:pPr>
      <w:r>
        <w:t>1971 میں جب انڈیا اور پاکستان کی لڑائی ہوئی پاکستان دو ٹکڑے ہو گیا ایسٹ پاکستان اور مشرقی پاکستان دونوں دو الگ الگ ملک بن گئے تو بہت سی کتابیں چھپی تھیں اس زمانے میں اس کے ٹائٹل کئی طرح کے تھے مثلا ڈس ممبرمنٹ اف پاکستان پارٹیشن افٹر پارٹیشن وغیرہ ایک کتاب کا ٹائٹل تھا</w:t>
      </w:r>
    </w:p>
    <w:p>
      <w:r>
        <w:rPr>
          <w:b/>
        </w:rPr>
        <w:t xml:space="preserve">[48:30] </w:t>
      </w:r>
      <w:r>
        <w:t>pakistan kirtisai pakistan kirtisai yani pakistan jo tha ek artificial barhottri thi haqeeqi nahi thi wo kyunke ye koi matlab hi nahi ke ek mulk aisa ho jis ke beech mein hazar meel ka fasla ho ye to koi aisa koi mulk duniya mein kabhi hua nahi to ek masnooi mulk tha wo ghubara jaise ghubara size itna hota hai</w:t>
      </w:r>
    </w:p>
    <w:p>
      <w:pPr>
        <w:jc w:val="right"/>
      </w:pPr>
      <w:r>
        <w:t>پاکستان کرٹوسائی پاکستان کرٹوسائی یعنی پاکستان جو تھا ایک ارٹیفیشل بڑھوتری تھی حقیقی نہیں تھی وہ کیونکہ یہ کوئی مطلب ہی نہیں کہ ایک ملک ایسا ہو جس کے بیچ میں ہزار میل کا فاصلہ ہو یہ تو کوئی ایسا کوئی ملک دنیا میں کبھی ہوا نہیں تو ایک مصنوعی ملک تھا وہ غبارہ جیسے غبارہ سائز اتنا ہوتا ہے</w:t>
      </w:r>
    </w:p>
    <w:p>
      <w:r>
        <w:rPr>
          <w:b/>
        </w:rPr>
        <w:t xml:space="preserve">[49:01] </w:t>
      </w:r>
      <w:r>
        <w:t>phool ke itna bara ho jata hai to ek ghubare ki tarah ek phoola phoola hua ek mulk tha to jab bangladesh bana to gaya ke apne real size par aa gaya pakistan to isi ko is ne kaha tha ke pakistan ka kirtosaid to mein samajhta hon ke momin ki behtareen word jo mujhe milta hai wo men kirtisize hota hai aur ye roza ek bohat aham hissa</w:t>
      </w:r>
    </w:p>
    <w:p>
      <w:pPr>
        <w:jc w:val="right"/>
      </w:pPr>
      <w:r>
        <w:t>پھل کے اتنا بڑا ہو جاتا ہے تو ایک غبارے کی طرح ایک پھولا پھولا ہوا ایک ملک تھا تو جب بنگلہ دیش بنا تو گیا کہ اپنے ریل سائز پر ا گیا پاکستان تو اسی کو اس نے کہا تھا کہ پاکستان کا ٹوسائیڈ تو میں سمجھتا ہوں کہ مومن کی بہترین ورڈ جو مجھے ملتا ہے وہ مین کرٹوسائز ہوتا ہے اور یہ روزہ ایک بہت اہم حصہ</w:t>
      </w:r>
    </w:p>
    <w:p>
      <w:r>
        <w:rPr>
          <w:b/>
        </w:rPr>
        <w:t xml:space="preserve">[49:31] </w:t>
      </w:r>
      <w:r>
        <w:t>hai bohat aham role hai roze ka yani insan apni helplessness ka ehsas karta hai ke khana na mile to mein kuch bhi nahi hon pani na mile to mein kuch bhi nahi hon aram karne ko na mile to mein kuch bhi nahi hon sone ko na mile to mein kuch bhi nahi hon hum to ek insan ke roop mein chalte phirte hain aur kaam karte hain kab jab hamein khana milta rahe p</w:t>
      </w:r>
    </w:p>
    <w:p>
      <w:pPr>
        <w:jc w:val="right"/>
      </w:pPr>
      <w:r>
        <w:t>ہے بہت اہم رول ہے روزے کا یعنی انسان اپنی ہیلپ لیسنس کا احساس کرتا ہے کہ کھانا نہ ملے تو میں کچھ بھی نہیں ہوں پانی نہ ملے تو میں کچھ بھی نہیں ہوں ارام کرنے کو نہ ملے تو میں کچھ بھی نہیں ہوں سونے کو نہ ملے تو میں کچھ بھی نہیں ہوں ہم تو ایک انسان کے روپ میں چلتے پھرتے ہیں اور کام کرتے ہیں کب جب ہمیں کھانا ملتا رہے پ</w:t>
      </w:r>
    </w:p>
    <w:p>
      <w:r>
        <w:rPr>
          <w:b/>
        </w:rPr>
        <w:t xml:space="preserve">[50:01] </w:t>
      </w:r>
      <w:r>
        <w:t>ani milta rahe aram karte rahe hum neend hum ko aaye raat ko soyein hum ye sab ramzan mein sab kda ho jata hai sara mamla bikhar jata hai to insan apne asli roop ko wahan tajurba karta hai yani helplessness ka to asli jo roop hai insan ka wo ye hai ke ek helpless ek helpless animal hai wo bilkul helpless</w:t>
      </w:r>
    </w:p>
    <w:p>
      <w:pPr>
        <w:jc w:val="right"/>
      </w:pPr>
      <w:r>
        <w:t>انی ملتا رہے ارام کرتے رہیں ہم نیند ہم کو ائے رات کو سوئیں ہم یہ سب رمضان میں سب کڑا ہو جاتا ہے سارا معاملہ بکھر جاتا ہے تو انسان اپنے اصلی روپ کو وہاں تجربہ کرتا ہے یعنی ہیلپ لیسنس کا تو اصلی جو روپ ہے انسان کا وہ یہ ہے کہ ایک ہیلپ لیس ایک ہیلپ لیس اینیمل ہے وہ بالکل ہیلپ لیس</w:t>
      </w:r>
    </w:p>
    <w:p>
      <w:r>
        <w:rPr>
          <w:b/>
        </w:rPr>
        <w:t xml:space="preserve">[50:32] </w:t>
      </w:r>
      <w:r>
        <w:t>lekin chunke khuda ne hamein test ke liye rakha hai duniya mein to hum ko bohat si cheezein di hain to ramzan aap ko men kirtisize banata hai yani is is real insan ka tajurba karata hai jo ke waqeatan aap hain to ye ramzan ka bohat bara role hai mein samajhta hon sufia ke haan nafs kushi sufia ke haan roze ko nafs kushi ka zariya samajhte hain wo</w:t>
      </w:r>
    </w:p>
    <w:p>
      <w:pPr>
        <w:jc w:val="right"/>
      </w:pPr>
      <w:r>
        <w:t>لیکن چونکہ خدا نے ہمیں ٹیسٹ کے لیے رکھا ہے دنیا میں تو ہم کو بہت سی چیزیں دی ہیں تو رمضان اپ کو مین کرٹوسائز بناتا ہے یعنی اس اس ریل انسان کا تجربہ کراتا ہے جو کہ واقعتا اپ ہیں تو یہ رمضان کا بہت بڑا رول ہے میں سمجھتا ہوں صوفیا کے ہاں نفس کشی صوفیا کے ہاں روزہ کو نفس کشی کا ذریعہ سمجھتے ہیں وہ</w:t>
      </w:r>
    </w:p>
    <w:p>
      <w:r>
        <w:rPr>
          <w:b/>
        </w:rPr>
        <w:t xml:space="preserve">[51:03] </w:t>
      </w:r>
      <w:r>
        <w:t>mujhe is se ittefaq nahi hai ye islam ye ye roze ka underestimation hai nafs kushi yani jo desire hamare andar hain in desire ko kill karna theek hai aap desire ko kill kar diya aap ne lekin kya yahi aap ki poori shakhsiyat hai aap ka mind mind ke liye aap kuch nahi hai roze mein roze ke roze ke mein mind ke liye kuch bhi nahi</w:t>
      </w:r>
    </w:p>
    <w:p>
      <w:pPr>
        <w:jc w:val="right"/>
      </w:pPr>
      <w:r>
        <w:t>مجھے اس سے اتفاق نہیں ہے یہ اسلام یہ یہ روزے کا انڈر ایسٹیمیشن ہے نفس کشی یعنی جو ڈیزائر ہمارے اندر ہیں ان ڈیزائر کو کل کرنا ٹھیک ہے اپ ڈیزائر کو کل کر دیا اپ نے لیکن کیا یہی اپ کی پوری شخصیت ہے اپ کا مائنڈ مائنڈ کے لیے اپ کچھ نہیں ہے روزے میں روزے کے روزے کے میں مائنڈ کے لیے کچھ بھی نہیں</w:t>
      </w:r>
    </w:p>
    <w:p>
      <w:r>
        <w:rPr>
          <w:b/>
        </w:rPr>
        <w:t xml:space="preserve">[51:33] </w:t>
      </w:r>
      <w:r>
        <w:t>hai sirf ye hai ke aap desire kill karte rahein to mein samajhta hon ke roza bilashuba is mein ek pehlu hai ke aap ke nafs lagam lagata hai wo wo self control ki adat dalta hai aap ke andar lekin is se zyada bara role ye hai jis ko mein kehta hon intellectual development intellectual development ka mahina hai roze ka mahina yahan mein ek hadith aap ko sunaoon ga</w:t>
      </w:r>
    </w:p>
    <w:p>
      <w:pPr>
        <w:jc w:val="right"/>
      </w:pPr>
      <w:r>
        <w:t>ہے صرف یہ ہے کہ اپ ڈیزائر کل کرتے رہیں تو میں سمجھتا ہوں کہ روزہ جو ہے بلاشبہ اس میں ایک پہلو ہے کہ اپ کے نفس لگام لگاتا ہے وہ وہ سیلف کنٹرول کی عادت ڈالتا ہے اپ کے اندر لیکن اس سے زیادہ بڑا رول یہ ہے جس کو میں کہتا ہوں انٹلیکچول ڈیولپمنٹ انٹلیکچول ڈیولپمنٹ کا مہینہ ہے روزے کا مہینہ یہاں میں ایک حدیث اپ کو سناؤں گا</w:t>
      </w:r>
    </w:p>
    <w:p>
      <w:r>
        <w:rPr>
          <w:b/>
        </w:rPr>
        <w:t xml:space="preserve">[52:04] </w:t>
      </w:r>
      <w:r>
        <w:t>rasool Allah sal Allah aleh wasalam ke zamane mein ek musalman gaye rasool Allah ki zawja ke paas ahliya ke paas aur poocha ke rasool Allah ki ibadat kya hoti hai to unhone bataya roza aur namaz ye to unhone ye nahi bataya ke sari raat namaz parhte hain sara din roza rakhte hain saal bhar is ki karte hain wo samajhte thay ke aisa hoga jo poochnay gaye thay wo samajhte thay ke rasool wo rasool hain jo saal bhar</w:t>
      </w:r>
    </w:p>
    <w:p>
      <w:pPr>
        <w:jc w:val="right"/>
      </w:pPr>
      <w:r>
        <w:t>رسول اللہ صلی اللہ علیہ وسلم کے زمانے میں ایک مسلمان گئے رسول اللہ کی زوجہ کے پاس اہلیہ کے پاس اور پوچھا کہ رسول اللہ کی عبادت کیا ہوتی ہے تو انہوں نے بتایا روزہ اور نماز یہ تو انہوں نے یہ نہیں بتایا کہ ساری رات نماز پڑھتے ہیں سارا دن روزہ رکھتے ہیں سال بھر اس کی کرتے ہیں وہ سمجھتے تھے کہ ایسا ہوگا جو پوچھنے گئے تھے وہ سمجھتے تھے کہ رسول وہ رسول ہیں جو سال بھر</w:t>
      </w:r>
    </w:p>
    <w:p>
      <w:r>
        <w:rPr>
          <w:b/>
        </w:rPr>
        <w:t xml:space="preserve">[52:34] </w:t>
      </w:r>
      <w:r>
        <w:t>jo hai din bhar roza aur raat bhar namaz karte honge aisa unhone nahi bataya to hadith mein aata hai ke kaan hum taqalooh wo kaan hum taqalooh wo yani unhone is ko kam samjha kam samjha to ye is par mein ne ghor kiya ke kam kyun samjha kyunke wo physical activities ko ibadat samajhte thay wo in na</w:t>
      </w:r>
    </w:p>
    <w:p>
      <w:pPr>
        <w:jc w:val="right"/>
      </w:pPr>
      <w:r>
        <w:t>جو ہے دن بھر روزہ اور رات بھر نماز کرتے ہوں گے ایسا انہوں نے نہیں بتایا تو حدیث میں اتا ہے کہ کانہم تقالوہ کانہم تقالوہ یعنی انہوں نے اس کو کم سمجھا کم سمجھا تو یہ اس پر میں نے غور کیا کہ کم کیوں سمجھا کیونکہ وہ فزیکل ایکٹیویٹیز کو عبادت سمجھتے تھے وہ ان ن</w:t>
      </w:r>
    </w:p>
    <w:p>
      <w:r>
        <w:rPr>
          <w:b/>
        </w:rPr>
        <w:t xml:space="preserve">[53:04] </w:t>
      </w:r>
      <w:r>
        <w:t>maz ki rakaton ko quran ke khatam karne ko aur is qism ki cheezon ko ke physical activities jo hain wo un ke andar isi ko ibadat samajhte thay halanke ibadat intellectual activities bhi ibadat hi hai jab aap quran par baat karte hain kisi se hadith par baat karte hain kisi se islam ke jo ki teaching hai us par sochte hain aap</w:t>
      </w:r>
    </w:p>
    <w:p>
      <w:pPr>
        <w:jc w:val="right"/>
      </w:pPr>
      <w:r>
        <w:t>ماز کی رکعتوں کو قران کے ختم کرنے کو اور اس قسم کی چیزوں کو کہ فزیکل ایکٹیویٹیز جو ہیں وہ ان کے اندر اسی کو عبادت سمجھتے تھے حالانکہ عبادت انٹلیکچول ایکٹیویٹیز بھی عبادت ہی ہے جب اپ قران پر بات کرتے ہیں کسی سے حدیث پر بات کرتے ہیں کسی سے اسلام کے جو کی ٹیچنگ ہے اس پر سوچتے ہیں اپ</w:t>
      </w:r>
    </w:p>
    <w:p>
      <w:r>
        <w:rPr>
          <w:b/>
        </w:rPr>
        <w:t xml:space="preserve">[53:35] </w:t>
      </w:r>
      <w:r>
        <w:t>ghor karte hain us par aap kuch likhte hain ye sab kuch ibadat hai aur ye sab zahir hai ke intellectual activity hai to apne nafs par control karna self control lana bilashuba ye bhi roze ka ek function hai lekin is se zyada bara function ye hai ke roze ki halat mein aap apni tadabur ko barhaen quran ke mutale ko barhaen aur intellectual activity karen</w:t>
      </w:r>
    </w:p>
    <w:p>
      <w:pPr>
        <w:jc w:val="right"/>
      </w:pPr>
      <w:r>
        <w:t>غور کرتے ہیں اس پر اپ کچھ لکھتے ہیں یہ سب کچھ عبادت ہے اور یہ سب ظاہر ہے کہ انٹلیکچول ایکٹیوٹی ہے تو اپنے نفس پر کنٹرول کرنا سیلف کنٹرول لانا بلاشبہ یہ بھی روزے کا ایک فنکشن ہے لیکن اس سے زیادہ بڑا فنکشن یہ ہے کہ روزے کی حالت میں اپ اپنی تدبر کو بڑھائیں قران کے مطالعے کو بڑھائیں اور انٹلیکچول ایکٹیویٹی کریں</w:t>
      </w:r>
    </w:p>
    <w:p>
      <w:r>
        <w:rPr>
          <w:b/>
        </w:rPr>
        <w:t xml:space="preserve">[54:05] </w:t>
      </w:r>
      <w:r>
        <w:t>intellectual exchange karen is tarah apna intellectual intellectual development barhaen mein samajhta hon ke ye roze ka zyada bara role hai isi tarah se roze ka jo mein samajhta hon ke roza sabr culture ko promote karta hai hadith mein aata hai ke huwa shahr al sabr roza sabr ka</w:t>
      </w:r>
    </w:p>
    <w:p>
      <w:pPr>
        <w:jc w:val="right"/>
      </w:pPr>
      <w:r>
        <w:t>انٹلیکچول ایکسچینج کریں اس طرح اپنا انٹلیکچول انٹلیکچول ڈیولپمنٹ بڑھائیں میں سمجھتا ہوں کہ یہ روزے کا زیادہ بڑا رول ہے اسی طرح سے روزے کا جو میں سمجھتا ہوں کہ روزہ صبر کلچر کو پروموٹ کرتا ہے حدیث میں اتا ہے کہ ہوا شہر الصبر روزہ صبر کا</w:t>
      </w:r>
    </w:p>
    <w:p>
      <w:r>
        <w:rPr>
          <w:b/>
        </w:rPr>
        <w:t xml:space="preserve">[54:35] </w:t>
      </w:r>
      <w:r>
        <w:t>mahina hai sabr means patience to roza jo hai sabr culture ko promote karne ka naam hai agar mein kahoon to kahoon ga aur sabr yani patience islam mein bohat important is ki har cheez se sabr jara hua hai agar aap daawa work karna chahein koi ulti seedhi bolay ga to aap ko wahan sabr karna pare ga daawa process ruk jaye ga dawat ka process ruk jaye ga</w:t>
      </w:r>
    </w:p>
    <w:p>
      <w:pPr>
        <w:jc w:val="right"/>
      </w:pPr>
      <w:r>
        <w:t>مہینہ ہے صبر مینز پیشنس تو روزہ جو ہے صبر کلچر کو پروموٹ کرنے کا نام ہے اگر میں کہوں تو کہوں گا اور صبر یعنی پیشنس اسلام میں بہت امپورٹنٹ اس کی ہر چیز سے صبر جڑا ہوا ہے اگر اپ دعوی ورک کرنا چاہیں کوئی الٹی سیدھی بولے گا تو اپ کو وہاں صبر کرنا پڑے گا دعوی پراسیس رک جائے گا دعوت کا پراسیس رک جائے گا</w:t>
      </w:r>
    </w:p>
    <w:p>
      <w:r>
        <w:rPr>
          <w:b/>
        </w:rPr>
        <w:t xml:space="preserve">[55:06] </w:t>
      </w:r>
      <w:r>
        <w:t>koi bhi aap deen ka kaam karna chahein to tarah tarah ke log milenge to wo log aap ko provoke bhi kar sakte hain aisi baat keh sakte hain ke aap ke andar heat paida ho jaye aap ka hunger paida ho jaye to wahan aap ko sabr karna pare ga patience se kaam lena pare ga warna wo sara process ruk jaye ga to ye jo ye jo roze mein khane par sabr peene par sabr desire par sabr ye</w:t>
      </w:r>
    </w:p>
    <w:p>
      <w:pPr>
        <w:jc w:val="right"/>
      </w:pPr>
      <w:r>
        <w:t>کوئی بھی اپ دین کا کام کرنا چاہیں تو طرح طرح کے لوگ ملیں گے تو وہ لوگ اپ کو پرووک بھی کر سکتے ہیں ایسی بات کہہ سکتے ہیں کہ اپ کے اندر ہیٹ پیدا ہو جائے اپ کا ہنگر پیدا ہو جائے تو وہاں اپ کو صبر کرنا پڑے گا پیشن سے کام لینا پڑے گا ورنہ وہ سارا پراسیس رک جائے گا تو یہ جو یہ جو روزے میں کھانے پر صبر پینے پر صبر ڈیزائر پر صبر یہ</w:t>
      </w:r>
    </w:p>
    <w:p>
      <w:r>
        <w:rPr>
          <w:b/>
        </w:rPr>
        <w:t xml:space="preserve">[55:36] </w:t>
      </w:r>
      <w:r>
        <w:t>sabr culture ko promote karna hai raat ko neend par sabr agar aap roze ke jo jo wo hai routine hai us ko chalayein to bar bar aap ko apne upar lagam lena parta hai bar bar sabr se kaam lena parta hai warna us ko amal nahi kar sakte to mein samajhta hon ke ye sabr jo hai ye yani sabr culture ko</w:t>
      </w:r>
    </w:p>
    <w:p>
      <w:pPr>
        <w:jc w:val="right"/>
      </w:pPr>
      <w:r>
        <w:t>صبر کلچر کو پروموٹ کرنا ہے رات کو نیند پر صبر اگر اپ روزے کے جو جو وہ ہے روٹین ہے اس کو چلائیں تو بار بار اپ کو اپنے اوپر لگام لینا پڑتا ہے بار بار صبر سے کام لینا پڑتا ہے ورنہ اس کو عمل نہیں کر سکتے تو میں سمجھتا ہوں کہ یہ صبر جو ہے یہ یعنی صبر کلچر کو</w:t>
      </w:r>
    </w:p>
    <w:p>
      <w:r>
        <w:rPr>
          <w:b/>
        </w:rPr>
        <w:t xml:space="preserve">[56:06] </w:t>
      </w:r>
      <w:r>
        <w:t>promote karna ye roze ka ek aham maqsad hai aur sabr jo hai bohat hi important hai islam mein hadith mein aata hai ke ilam al nasr mo sabr ilam al nasr mo sabr jaan lo ke khuda ki madad sabr ke sath juri hui hai</w:t>
      </w:r>
    </w:p>
    <w:p>
      <w:pPr>
        <w:jc w:val="right"/>
      </w:pPr>
      <w:r>
        <w:t>پروموٹ کرنا یہ روزے کا ایک اہم مقصد ہے اور صبر جو ہے بہت ہی امپورٹنٹ ہے اسلام میں حدیث میں اتا ہے کہ علم النصر موصب علم النصر موصب جان لو کہ خدا کی مدد صبر کے ساتھ جڑی ہوئی ہے</w:t>
      </w:r>
    </w:p>
    <w:p>
      <w:r>
        <w:rPr>
          <w:b/>
        </w:rPr>
        <w:t xml:space="preserve">[56:37] </w:t>
      </w:r>
      <w:r>
        <w:t>ilam al nasr mo sabr jaan lo ke khuda ki madad sabr ke sath juri hui hai ye bohat hi important baat hai sabr ke sath kyun juri hui hai khuda ki madad is liye ke duniya khuda ne banai hai akele aap ke liye nahi sab ke liye banai hai aur chunke duniya banai hai test ke liye to khuda ne khuda ne har ek ko freedom diya hai</w:t>
      </w:r>
    </w:p>
    <w:p>
      <w:pPr>
        <w:jc w:val="right"/>
      </w:pPr>
      <w:r>
        <w:t>علم النصر موصب جان لو کہ خدا کی مدد صبر کے ساتھ جڑی ہوئی ہے یہ بہت ہی امپورٹنٹ بات ہے صبر کے ساتھ کیوں جڑی ہوئی ہے خدا کی مدد اس لیے کہ دنیا خدا نے بنائی ہے اکیلے اپ کے لیے نہیں سب کے لیے بنائی ہے اور چونکہ دنیا بنائی ہے ٹیسٹ کے لیے تو خدا نے خدا نے ہر ایک کو فریڈم دیا ہے</w:t>
      </w:r>
    </w:p>
    <w:p>
      <w:r>
        <w:rPr>
          <w:b/>
        </w:rPr>
        <w:t xml:space="preserve">[57:09] </w:t>
      </w:r>
      <w:r>
        <w:t>jab khuda ne sab ko freedom diya hai to zahir hai ke aadmi apni freedom ko istemal kare ga acha aap ye nahi kar sakte is ko ke tum apni freedom ko misuse na karo jab khuda ne freedom de rakhi hai to wo misuse kare ga misuse karne ki bhi freedom use mili hui hai yani is ko misuse karne ki freedom mili hui hai to agar aap</w:t>
      </w:r>
    </w:p>
    <w:p>
      <w:pPr>
        <w:jc w:val="right"/>
      </w:pPr>
      <w:r>
        <w:t>جب خدا نے سب کو فریڈم دیا ہے تو ظاہر ہے کہ ادمی اپنی فریڈم کو استعمال کرے گا اچھا اپ یہ نہیں کر سکتے اس کو کہ تم اپنی فریڈم کو مس یوز نہ کرو جب خدا نے فریڈم دے رکھی ہے تو وہ مس یوز کرے گا مس یوز کرنے کی بھی فریڈم اسے ملی ہوئی ہے یعنی اس کو مس یوز کرنے کی فریڈم ملی ہوئی ہے تو اگر اپ</w:t>
      </w:r>
    </w:p>
    <w:p>
      <w:r>
        <w:rPr>
          <w:b/>
        </w:rPr>
        <w:t xml:space="preserve">[57:39] </w:t>
      </w:r>
      <w:r>
        <w:t>ek daawa work karte hain koi deeni kaam karte hain to doosra aadmi apni mili hui freedom ko misuse kar ke aap ko pareshan karta hai aap ko rukawatein dalta hai to agar aap protest karen aap complain karen aap ghusa hon aap ladai chhod dein aap jihad par khade ho jayein to is ka matlab kya hui hai is ka matlab ke aap khuda ki scheme se ladne</w:t>
      </w:r>
    </w:p>
    <w:p>
      <w:pPr>
        <w:jc w:val="right"/>
      </w:pPr>
      <w:r>
        <w:t>ایک دعوی ورک کرتے ہیں کوئی دینی کام کرتے ہیں تو دوسرا ادمی اپنی ملی ہوئی فریڈم کو مس یوز کر کے اپ کو پریشان کرتا ہے اپ کو رکاوٹیں ڈالتا ہے تو اگر اپ پروٹیسٹ کریں اپ کمپلین کریں اپ غصہ ہوں اپ لڑائی چھوڑ دیں اپ جہاد پر کھڑے ہو جائیں تو اس کا معنی کیا ہوئی ہے اس کا معنی کہ اپ خدا کی اسکیم سے لڑنے</w:t>
      </w:r>
    </w:p>
    <w:p>
      <w:r>
        <w:rPr>
          <w:b/>
        </w:rPr>
        <w:t xml:space="preserve">[58:09] </w:t>
      </w:r>
      <w:r>
        <w:t>ja rahe hain is ko yaad rakhiye ye khuda ki scheme se ladna hai ke jab doosra aadmi ab freedom ko misuse kare to aap ki gardan kaatne ke liye daudein ge is ko is ko gun marne ke liye daudein jab khuda ne is ko freedom di hai to is ko misuse kare ga is ki bhi freedom is ko mili hui hai isi liye patience ki zaroorat hai yani logon ke khuda ki di hui azadi ko jab log misuse karein aur aap ko</w:t>
      </w:r>
    </w:p>
    <w:p>
      <w:pPr>
        <w:jc w:val="right"/>
      </w:pPr>
      <w:r>
        <w:t>جا رہے ہیں اس کو یاد رکھیے یہ خدا کی اسکیم سے لڑنا ہے کہ جب دوسرا ادمی اب فریڈم کو مس یوز کرے تو اپ کی گردن کاٹنے کے لیے دوڑیں گے اس کو اس کو گن مارنے کے لیے دوڑیں جب خدا نے اس کو فریڈم دی ہے تو اس کو مس یوز کرے گا اس کی بھی فریڈم اس کو ملی ہوئی ہے اسی لیے پیشنس کی ضرورت ہے یعنی لوگوں کے خدا کی دی ہوئی ازادی کو جب لوگ مس یوز کریں اور اپ کو</w:t>
      </w:r>
    </w:p>
    <w:p>
      <w:r>
        <w:rPr>
          <w:b/>
        </w:rPr>
        <w:t xml:space="preserve">[58:39] </w:t>
      </w:r>
      <w:r>
        <w:t>pareshani mein daren to wahan aap ko ye sochna chahiye ke khuda ki di hui freedom hi ko wo misuse kar raha hai yani khuda ke creation plan ke mutabiq ye is waqt paish aa raha hai to aap ke liye koi option nahi is ke siwa ke khuda ki marzi par razi ho jayein khuda ke plan par razi ho jayein to jab aap sabr karte hain to sabr bazahir kisi insan ke muqable mein hota hai lekin sabr ka matlab hota hai</w:t>
      </w:r>
    </w:p>
    <w:p>
      <w:pPr>
        <w:jc w:val="right"/>
      </w:pPr>
      <w:r>
        <w:t>پریشانی میں ڈالیں تو وہاں اپ کو یہ سوچنا چاہیے کہ خدا کی دی ہوئی فریڈم ہی کو وہ مس یوز کر رہا ہے یعنی خدا کے کریشن پلان کے مطابق یہ اس وقت پیش ا رہا ہے تو اپ کے لیے کوئی اپشن نہیں اس کے سوا کہ خدا کی مرضی پر راضی ہو جائیں خدا کے پلان پر راضی ہو جائیں تو جب اپ صبر کرتے ہیں تو صبر بظاہر کسی انسان کے مقابلے میں ہوتا ہے لیکن صبر کا مطلب ہوتا ہے</w:t>
      </w:r>
    </w:p>
    <w:p>
      <w:r>
        <w:rPr>
          <w:b/>
        </w:rPr>
        <w:t xml:space="preserve">[59:10] </w:t>
      </w:r>
      <w:r>
        <w:t>khuda ke creation plan par razi hona khuda ke khuda ne jis plan ke tehat duniya ko banaya hai us par razi hona kyunke jab khuda ne freedom diya logon ko yahan competition hoga yahan zulm bhi hoga yahan injustice bhi hogi yahan provocation bhi hoga yahan sab kuch hoga to aap ko right nahi hai aap ko haq nahi hai ke aap shor karein</w:t>
      </w:r>
    </w:p>
    <w:p>
      <w:pPr>
        <w:jc w:val="right"/>
      </w:pPr>
      <w:r>
        <w:t>خدا کے کریشن پلان پر راضی ہونا خدا کے خدا نے جس پلان کے تحت دنیا کو بنایا ہے اس پر راضی ہونا کیونکہ جب خدا نے فریڈم دیا لوگوں کو یہاں کمپیٹیشن ہوگا یہاں ظلم بھی ہوگا یہاں انجسٹس بھی ہوگی یہاں پرووکیشن بھی ہوگا یہاں سب کچھ ہوگا تو اپ کو رائٹ نہیں ہے اپ کو حق نہیں ہے کہ اپ شور کریں</w:t>
      </w:r>
    </w:p>
    <w:p>
      <w:r>
        <w:rPr>
          <w:b/>
        </w:rPr>
        <w:t xml:space="preserve">[59:41] </w:t>
      </w:r>
      <w:r>
        <w:t>complain karen protest karen kyon woh jayega kis ke khilaf Khuda ke khilaf jayega woh aap ko patience se kaam lena parega aur apne liye woh tareeqa ikhtiyar karna hoga jo Quran mein kaha gaya hai al sulhu khair sulah behtar hai yani adjust karke aur apne aap ko khud apne upar control qaim karke aap ko kaam karna parega jaisa ke Rasool Allah sal Allah alaihi wasallam ne un ko har qism ki pareshani dali gayi un ke upar lekin aap</w:t>
      </w:r>
    </w:p>
    <w:p>
      <w:pPr>
        <w:jc w:val="right"/>
      </w:pPr>
      <w:r>
        <w:t>کمپلین کریں پروٹیسٹ کریں کیوں وہ جائے گا کس کے خلاف خدا کے خلاف جائے گا وہ اپ کو پیشنس سے کام لینا پڑے گا اور اپنے لیے وہ طریقہ اختیار کرنا ہوگا جو قران میں کہا گیا ہے الصلح خیر صلح بہتر ہے یعنی ایڈجسٹ کر کے اور اپنے اپ کو خود اپنے اوپر کنٹرول قائم کر کے اپ کو کام کرنا پڑے گا جیسا کہ رسول اللہ صلی اللہ علیہ وسلم نے ان کو ہر قسم کی پریشانی ڈالی گئی ان کے اوپر لیکن اپ</w:t>
      </w:r>
    </w:p>
    <w:p>
      <w:r>
        <w:rPr>
          <w:b/>
        </w:rPr>
        <w:t xml:space="preserve">[1:00:11] </w:t>
      </w:r>
      <w:r>
        <w:t>ne sabr karte hue sabr karte hue sabr karte hue apni dawat hi kaam pe jari rakha to main samajhta hoon ke roza yani khulasa yeh hai ke roza sabr culture ko promote karne ka naam hai self control ka mizaj banane ka naam hai Khuda roza introspection ki aadat dalne ka naam hai</w:t>
      </w:r>
    </w:p>
    <w:p>
      <w:pPr>
        <w:jc w:val="right"/>
      </w:pPr>
      <w:r>
        <w:t>نے صبر کرتے ہوئے صبر کرتے ہوئے صبر کرتے ہوئے اپنی دعوت ہی کام پہ جاری رکھا تو میں سمجھتا ہوں کہ روزہ یعنی خلاصہ یہ ہے کہ روزہ صبر کلچر کو پروموٹ کرنے کا نام ہے سیلف کنٹرول کا مزاج بنانے کا نام ہے خدا روزہ انٹراسپیکشن کی عادت ڈالنے کا نام ہے</w:t>
      </w:r>
    </w:p>
    <w:p>
      <w:r>
        <w:rPr>
          <w:b/>
        </w:rPr>
        <w:t xml:space="preserve">[1:00:42] </w:t>
      </w:r>
      <w:r>
        <w:t>aur yeh yahi isi speed ke sath hamein roza rakhna chahiye Allah taala mujh ko aur aap ko sachay sachay rozaydaar banne ki tofeeq ata farmaye aqool qaul wa astaghfirullah al jameen</w:t>
      </w:r>
    </w:p>
    <w:p>
      <w:pPr>
        <w:jc w:val="right"/>
      </w:pPr>
      <w:r>
        <w:t>اور یہ یہی اسی اسپیڈ کے ساتھ ہمیں روزہ رکھنا چاہیے اللہ تعالی مجھ کو اور اپ کو سچے سچا روزہ دار بننے کی توفیق عطا فرمائے اقول قول واستغفراللہ اجمعین</w:t>
      </w:r>
    </w:p>
    <w:p>
      <w:r>
        <w:rPr>
          <w:b/>
        </w:rPr>
        <w:t xml:space="preserve">[1:01:16] </w:t>
      </w:r>
      <w:r>
        <w:t>muhtaram mera sawal yeh hai ke paighambar alaihi salam ke waqt mein jab Quran ka recitation hota tha aur companions is ko sunte the chunke un ki language jo hai Arabi thi jis mein Quran likhi hui hai to is un ko is mein sochne mein samajhne mein is ki gehrai ko utarne mein bohat aasani hoti thi hum sab jo ek traditional way mein is ko sunte hain woh ek rhyme aur rhythm ke ilawa is se zyada kuch samajh nahi aata tha</w:t>
      </w:r>
    </w:p>
    <w:p>
      <w:pPr>
        <w:jc w:val="right"/>
      </w:pPr>
      <w:r>
        <w:t>محترم میرا سوال یہ ہے کہ پیغمبر علیہ السلام کے وقت میں جب قران کا ریسیٹیشن ہوتا تھا اور کمپینینز اس کو سنتے تھے چونکہ ان کی لینگویج جو ہے عربی تھی جس میں قران لکھی ہوئی ہے تو اس ان کو اس میں سوچنے میں سمجھنے میں اس کی گہرائی کو اترنے میں بہت اسانی ہوتی تھی ہم سب جو ایک ٹریڈیشنل وے میں اس کو سنتے ہیں وہ ایک رائم اور ردھم کے علاوہ اس سے زیادہ کچھ سمجھ نہیں اتا تھا</w:t>
      </w:r>
    </w:p>
    <w:p>
      <w:r>
        <w:rPr>
          <w:b/>
        </w:rPr>
        <w:t xml:space="preserve">[1:01:47] </w:t>
      </w:r>
      <w:r>
        <w:t>to is gehrai mein kaise utre ek aam insan woh to ek sirf rhythmic recitation ki tarah se is ko leta hai dekhiye is zamane mein bhi aisa nahi tha ke sare log Quran ki gehrai ko samajhte the bohat thore Sahaba the jo Quran ko is gehrai mein samajhte the majority aise logon ki thi jo simple wahi pe samajhte the lag bhag waise hi jaise hum</w:t>
      </w:r>
    </w:p>
    <w:p>
      <w:pPr>
        <w:jc w:val="right"/>
      </w:pPr>
      <w:r>
        <w:t>تو اس گہرائی میں کیسے اترے ایک عام انسان وہ تو ایک صرف ردھمک ریسیٹیشن کی طرح سے اس کو لیتا ہے دیکھیے اس زمانے میں بھی ایسا نہیں تھا کہ سارے لوگ قران کی گہرائی کو سمجھتے تھے بہت تھوڑے صحابہ تھے جو قران کو اس گہرائی میں سمجھتے تھے میجورٹی ایسے لوگوں کی تھی جو سمپل وحی پہ سمجھتے تھے لگ بھگ ویسے ہی جیسے ہم</w:t>
      </w:r>
    </w:p>
    <w:p>
      <w:r>
        <w:rPr>
          <w:b/>
        </w:rPr>
        <w:t xml:space="preserve">[1:02:17] </w:t>
      </w:r>
      <w:r>
        <w:t>translation samajhte hain kyunke dekhiye Quran se sabit hai ke intellectual level sab ka ek nahi hota sab ka ek nahi hota jaise is zamane mein do intellectual level Abu Bakar ka Umar ka Abu Bakar Ibn Jarrah ka Maaz Ibn Jabal ka tha woh Abu Huraira aur Bilal ka nahi tha to h</w:t>
      </w:r>
    </w:p>
    <w:p>
      <w:pPr>
        <w:jc w:val="right"/>
      </w:pPr>
      <w:r>
        <w:t>ٹرانسلیشن سمجھتے ہیں کیونکہ دیکھیے قران سے ثابت ہے کہ انٹلیکچول لیول سب کا ایک نہیں ہوتا سب کا ایک نہیں ہوتا جیسے اس زمانے میں دو انٹلیکچول لیول ابوبکر کا عمر کا ابوبکر ابن جراح کا معاذ ابن جبل کا تھا وہ ابوہریرہ اور بلال کا نہیں تھا تو ح</w:t>
      </w:r>
    </w:p>
    <w:p>
      <w:r>
        <w:rPr>
          <w:b/>
        </w:rPr>
        <w:t xml:space="preserve">[1:02:47] </w:t>
      </w:r>
      <w:r>
        <w:t>adeeth mein aata hai ke al momin al qawi khair wa ahabb ind Allah min al momin al zaeef wa likullin khair Allah ke nazdeek qawi momin taqatwar momin zyada intelligent momin zyada acha hai kamzor momin ke muqable mein lekin har ek ke liye khair hai</w:t>
      </w:r>
    </w:p>
    <w:p>
      <w:pPr>
        <w:jc w:val="right"/>
      </w:pPr>
      <w:r>
        <w:t>دیث میں اتا ہے کہ المومن القوی خیر واحب عند اللہ من المومن الضعیف ولکل خیر اللہ کے نزدیک قوی مومن طاقتور مومن زیادہ انٹیلیجنٹ مومن زیادہ اچھا ہے کمزور مومن کے مقابلے میں لیکن ہر ایک کے لیے خیر ہے</w:t>
      </w:r>
    </w:p>
    <w:p>
      <w:r>
        <w:rPr>
          <w:b/>
        </w:rPr>
        <w:t xml:space="preserve">[1:03:18] </w:t>
      </w:r>
      <w:r>
        <w:t>is ko sochiye aap yeh jo farq aap ne bataya aaj ke Arabi janne se aur na janne se matlab kuch logon ki pahunch hoti hai translation tak koi logon ki pahunch hoti hai Arabi tak to aisa mat samjhiye ke jo Arabi language janta hai woh is ke gehre mani ko bhi samajh sakta hai aaj bhi nahi samajh paate log us waqt bhi nahi samajhte the log to majority us waqt bhi Sahaba ki isi level par thi jo aaj</w:t>
      </w:r>
    </w:p>
    <w:p>
      <w:pPr>
        <w:jc w:val="right"/>
      </w:pPr>
      <w:r>
        <w:t>اس کو سوچیے اپ یہ جو فرق اپ نے بتایا اج کہ عربی جاننے سے اور نہ جاننے سے مطلب کچھ لوگوں کی پہنچ ہوتی ہے ٹرانسیشن تک کوئی لوگوں کی پہنچ ہوتی ہے عربک تک تو ایسا مت سمجھیے کہ جو عربک لینگویج جانتا ہے وہ اس کے گہرے معنی کو بھی سمجھ سکتا ہے اج بھی نہیں سمجھ پاتے لوگ اس وقت بھی نہیں سمجھتے تھے لوگ تو میجورٹی اس وقت بھی صحابہ کی اسی لیول پر تھی جو اج</w:t>
      </w:r>
    </w:p>
    <w:p>
      <w:r>
        <w:rPr>
          <w:b/>
        </w:rPr>
        <w:t xml:space="preserve">[1:03:48] </w:t>
      </w:r>
      <w:r>
        <w:t>translation ko samajhne walon ke level ka hoti hai to yaad rakhiye achhe tarike se Quran ko samajhna sirf parhne se nahi hota kitni zyada achhi Arabi aap jante hon yeh mat samjhiye ke sara Quran aap samajh jayenge Quran ko samajhna hota hai dua ke zariye dua dua se Quran khulta hai yani main kaha karta hoon ke Quran hi ek aisi kitab hai</w:t>
      </w:r>
    </w:p>
    <w:p>
      <w:pPr>
        <w:jc w:val="right"/>
      </w:pPr>
      <w:r>
        <w:t>ٹرانسیشن کو سمجھنے والوں کے لیول کا ہوتی ہے تو یاد رکھیے اچھے طریقے سے قران کو سمجھنا صرف پڑھنے سے نہیں ہوتا کتنی زیادہ اچھی عربی اپ جانتے ہوں یہ مت سمجھیے کہ سارا قران اپ سمجھ جائیں گے قران کو سمجھنا ہوتا ہے دعا کے ذریعے دعا دعا سے قران کھلتا ہے یعنی میں کہا کرتا ہوں کہ قران ہی ایک ایسی کتاب ہے</w:t>
      </w:r>
    </w:p>
    <w:p>
      <w:r>
        <w:rPr>
          <w:b/>
        </w:rPr>
        <w:t xml:space="preserve">[1:04:18] </w:t>
      </w:r>
      <w:r>
        <w:t>kyunke hum mante hain Khuda har jagah maujood hai Khuda har waqt sunta hai raat aur din mein kahan koi farq nahi qareeb aur door mein koi farq nahi jab bhi koi insan is ko pukarta hai to woh sunta hai aur jawab deta hai to Quran hi ek aisi kitab hai jis ke author se har waqt aap consult kar sakte hain koi duniya mein aisi kitab nahi hai jis ke author se aap har waqt consult karne ki position mein hon siwaye Quran ke</w:t>
      </w:r>
    </w:p>
    <w:p>
      <w:pPr>
        <w:jc w:val="right"/>
      </w:pPr>
      <w:r>
        <w:t>کیونکہ ہم مانتے ہیں خدا ہر جگہ موجود ہے خدا ہر وقت سنتا ہے رات اور دن میں کہاں کوئی فرق نہیں قریب اور دور میں کوئی فرق نہیں جب بھی کوئی انسان اس کو پکارتا ہے تو وہ سنتا ہے اور جواب دیتا ہے تو قران ہی ایک ایسی کتاب ہے جس کے اتھر سے ہر وقت اپ کنسلٹ کر سکتے ہیں کوئی دنیا میں ایسی کتاب نہیں ہے جس کے اتھر سے اپ ہر وقت کنسلٹ کرنے کی پوزیشن میں ہوں سوائے قران کے</w:t>
      </w:r>
    </w:p>
    <w:p>
      <w:r>
        <w:rPr>
          <w:b/>
        </w:rPr>
        <w:t xml:space="preserve">[1:04:49] </w:t>
      </w:r>
      <w:r>
        <w:t>chunanche dekhiye ek bohat bade aalim the Ibn Taymiyyah Ibn Taymiyyah jo the zahir hai ke Arabi bohat achhi jante the woh lekin Quran mein jagah jagah atak ta tha un ka zehan to woh kya karte the ke chale jate the kisi jangale mein wazu kiya do rakat namaz padhi sajde mein gir gaye aur kehte the ya muallim ab</w:t>
      </w:r>
    </w:p>
    <w:p>
      <w:pPr>
        <w:jc w:val="right"/>
      </w:pPr>
      <w:r>
        <w:t>چنانچہ دیکھیے ایک بہت بڑے عالم تھے ابن تیمیہ ابن تیمیہ جو تھے ظاہر ہے کہ عربی بہت اچھی جانتے تھے وہ لیکن قران میں جگہ جگہ اٹکتا تھا ان کا ذہن تو وہ کیا کرتے تھے کہ چلے جاتے تھے کسی جنگل میں وضو کیا دو رکعت نماز پڑھی سجدے میں گر گئے اور کہتے تھے یا معلم اب</w:t>
      </w:r>
    </w:p>
    <w:p>
      <w:r>
        <w:rPr>
          <w:b/>
        </w:rPr>
        <w:t xml:space="preserve">[1:05:19] </w:t>
      </w:r>
      <w:r>
        <w:t>Ibrahim allimni ya muallim Ibrahim allimni aey Ibrahim paighambar ko batane wale mujhe bhi bata de is wajah se main kehta hoon ke jis ko bhi Quran ko gehrai mein samajhna ho to bilashuba samajh sakta hai bashart ke woh dua karna seekh le yani Quran ke author se consult karna seekh le</w:t>
      </w:r>
    </w:p>
    <w:p>
      <w:pPr>
        <w:jc w:val="right"/>
      </w:pPr>
      <w:r>
        <w:t>راہیم علمنی یا معلم ابراہیم علمنی اے ابراہیم پیغمبر کو بتانے والے مجھے بھی بتا دے اس وجہ سے میں کہتا ہوں کہ جس کو بھی قران کو گہرائی میں سمجھنا ہو تو بلاشبہ سمجھ سکتا ہے بشرط کہ وہ دعا کرنا سیکھ لے یعنی قران کے اتھر سے کنسلٹ کرنا سیکھ لے</w:t>
      </w:r>
    </w:p>
    <w:p>
      <w:r>
        <w:rPr>
          <w:b/>
        </w:rPr>
        <w:t xml:space="preserve">[1:05:50] </w:t>
      </w:r>
      <w:r>
        <w:t>yahi ek hi shart hai sab se badi Quran ko samajhne ke liye Maulana I want to ask how do you get intellectual development during Ramadan one is understanding Quran any other way dekhen intellectual development jo hai saal bhar hota hai kisi ek mahine mein nahi hota lekin Ramadan mein kuch zyada hamein opportunity milti hai is tarah</w:t>
      </w:r>
    </w:p>
    <w:p>
      <w:pPr>
        <w:jc w:val="right"/>
      </w:pPr>
      <w:r>
        <w:t>یہی ایک ہی شرط ہے سب سے بڑی قران کو سمجھنے کے لیے مولانا ائی وانٹ ٹو اسک ہاؤ ڈو یو گیٹ انٹلیکچول ڈیویلپمنٹ ڈورنگ رمضان ون از انڈرسٹینڈنگ قران اینی ادر وے دیکھیں انٹلیکچول ڈیویلپمنٹ جو ہے سال بھر ہوتا ہے کسی ایک مہینے میں نہیں ہوتا لیکن رمضان میں کچھ زیادہ ہمیں اپرچونیٹی ملتی ہے اس طرح</w:t>
      </w:r>
    </w:p>
    <w:p>
      <w:r>
        <w:rPr>
          <w:b/>
        </w:rPr>
        <w:t xml:space="preserve">[1:06:21] </w:t>
      </w:r>
      <w:r>
        <w:t>ke aur dinon mein hum khana chhodte nahi pani chhodte nahi apni khwahishein chhodte nahi to hamare andar spiritual hamari spirituality itna jagti nahi spirituality jo hai ya receptivity itna jagti nahi hai lekin Ramadan mein jab hum yeh sab karte hain to hamari receptivity jagti hai hamari spirituality jagti hai to zyada behtar taur par hum Quran ko samajh paate hain main apni waqia arz karta hoon is</w:t>
      </w:r>
    </w:p>
    <w:p>
      <w:pPr>
        <w:jc w:val="right"/>
      </w:pPr>
      <w:r>
        <w:t>کہ اور دنوں میں ہم کھانا چھوڑتے نہیں پانی چھوڑتے نہیں اپنی خواہشیں چھوڑتے نہیں تو ہمارے اندر اسپیریچول ہماری اسپیریچولٹی اتنا جاگتی نہیں اسپیریچولٹی جو ہے یا ریسیپٹیوٹی اتنا جاگتی نہیں ہے لیکن رمضان میں جب ہم یہ سب کرتے ہیں تو ہماری ریسیپٹیوٹی جاگتی ہے ہماری اسپیریچولٹی جاگتی ہے تو زیادہ بہتر طور پر ہم قران کو سمجھ پاتے ہیں میں اپنی واقعہ عرض کرتا ہوں اس</w:t>
      </w:r>
    </w:p>
    <w:p>
      <w:r>
        <w:rPr>
          <w:b/>
        </w:rPr>
        <w:t xml:space="preserve">[1:06:51] </w:t>
      </w:r>
      <w:r>
        <w:t>saal mujhe ek aisi baat samajh mein aayi jo 50 baras mein nahi aayi thi woh isi Ramadan ke mahine mein Surah Fatah mein ek ayat hai fa'alama ma lam ta'lam 50 baras se main samjha nahi tha is ka matlab alam ma lam ta'lam yani is ka tarjuma to yeh hai ke Khuda ne woh jana jo tum ne nahi jana jo Khuda bhi agreement hua tha us waqt Khuda us waqt aap jaan</w:t>
      </w:r>
    </w:p>
    <w:p>
      <w:pPr>
        <w:jc w:val="right"/>
      </w:pPr>
      <w:r>
        <w:t>سال مجھے ایک ایسی بات سمجھ میں ائی جو 50 برس میں نہیں ائی تھی وہ اسی رمضان کے مہینے میں سورہ فتح میں ایک ایت ہے فعلم مالم تعلم 50 برس سے میں سمجھا نہیں تھا اس کا مطلب عالم مالم تعلم یعنی اس کا ترجمہ تو یہ ہے کہ خدا نے وہ جانا جو تم نے نہیں جانا جو خدا بھی ایگریمنٹ ہوا تھا اس وقت خدا اس وقت اپ جانت</w:t>
      </w:r>
    </w:p>
    <w:p>
      <w:r>
        <w:rPr>
          <w:b/>
        </w:rPr>
        <w:t xml:space="preserve">[1:07:21] </w:t>
      </w:r>
      <w:r>
        <w:t>te hain ke Khuda ne Rasool Allah ko direction diya aur unilateral condition par woh agreement kiya gaya yani aap ke jo jo mukhalif group tha jo jo kehta gaya aap mante chale gaye halanke woh yani unilateral conditions thi sab to is is mauqe par aata hai ke alam ma lam ta'lam to main madrasay</w:t>
      </w:r>
    </w:p>
    <w:p>
      <w:pPr>
        <w:jc w:val="right"/>
      </w:pPr>
      <w:r>
        <w:t>ے ہیں کہ خدا نے رسول اللہ کو ڈائریکشن دیا اور یونی لیٹرل کنڈیشن پر وہ ایگریمنٹ کیا گیا یعنی اپ کے جو جو مخالف گروپ تھا جو جو کہتا گیا اپ مانتے چلے گئے حالانکہ وہ یعنی انلیٹرل کنڈیشنز تھی سب تو اس اس موقع پر اتا ہے کہ عالم عالم تعالم تو میں مدرسے</w:t>
      </w:r>
    </w:p>
    <w:p>
      <w:r>
        <w:rPr>
          <w:b/>
        </w:rPr>
        <w:t xml:space="preserve">[1:07:51] </w:t>
      </w:r>
      <w:r>
        <w:t>ki padhai se le kar aaj tak samjha nahi tha is ka matlab kya hai ke Khuda ne woh jana jo tum ne nahi jana isi Ramadan ke mahine mein mujhe khula hai ke is ka matlab yeh hai ke ek tha mamle ka face value par janna jo us waqt jo tha mamla Musalmanon aur un ke mukhalifon ke beech mein jo chal rahi thi baat cheet to ek tha mamle ko face value par dekhna ek hai mamle ko zyada gehrai mein dekhna to tum mamle</w:t>
      </w:r>
    </w:p>
    <w:p>
      <w:pPr>
        <w:jc w:val="right"/>
      </w:pPr>
      <w:r>
        <w:t>کی پڑھائی سے لے کر اج تک سمجھا نہیں تھا اس کا مطلب کیا ہے کہ خدا نے وہ جانا جو تم نے نہیں جانا اسی رمضان کے مہینے میں مجھے کھلا ہے کہ اس کا مطلب یہ ہے کہ ایک تھا معاملے کا فیس ویلیو پر جاننا جو اس وقت جو تھا معاملہ مسلمانوں اور ان کے مخالفوں کے بیچ میں جو چل رہی تھی بات چیت تو ایک تھا معاملے کو فیس ویلیو پر دیکھنا ایک ہے معاملے کو زیادہ گہرائی میں دیکھنا تو تم معامل</w:t>
      </w:r>
    </w:p>
    <w:p>
      <w:r>
        <w:rPr>
          <w:b/>
        </w:rPr>
        <w:t xml:space="preserve">[1:08:21] </w:t>
      </w:r>
      <w:r>
        <w:t>ko face value par le kar ke soch rahe the ke yeh to buzdi ki sulah hai yeh to pasti ki sulah hai yeh to dab ka sulah karna hai yeh hai face value par le kar jo sochte the un ki yeh soch thi to Khuda ne kaha ke jo gehrai mein jo baat thi jis ko le kar ke sulah karayi gayi wahan dekhen ke yani dekhne mein to dab ka sulah ho rahi hai lekin sirf do saal ke andar is se victory nikal rahi hai</w:t>
      </w:r>
    </w:p>
    <w:p>
      <w:pPr>
        <w:jc w:val="right"/>
      </w:pPr>
      <w:r>
        <w:t>ے کو فیس ویلیو پر لے کر کے سوچ رہے تھے کہ یہ تو بزدلی کی صلح ہے یہ تو پستی کی صلح ہے یہ تو دب کا صلح کرنا ہے یہ ہے فیس ویلیو پر لے کر جو سوچتے تھے ان کی یہ سوچ تھی تو خدا نے کہا کہ جو گہرائی میں جو بات تھی جس کو لے کر کے صلح کرائی گئی وہاں دیکھیں کہ یعنی دیکھنے میں تو دب کا صلح ہو رہی ہے لیکن صرف دو سال کے اندر اس سے وکٹری نکل رہی ہے</w:t>
      </w:r>
    </w:p>
    <w:p>
      <w:r>
        <w:rPr>
          <w:b/>
        </w:rPr>
        <w:t xml:space="preserve">[1:08:51] </w:t>
      </w:r>
      <w:r>
        <w:t>sirf do saal ke andar woh dab kar jo agreement kiya ja raha tha dab kar ke woh do saal ke andar convert hone wala tha victory mein to face value par to yani dabna tha lekin andar kya thi victory thi woh yeh alam ma lam ta'lam is se maine ab ghaur kijiye ke main boodha ho gaya tab meri samajh mein aayi ke Musalmanon ko yeh sabak diya gaya is mein ke cheezon ko face value par le kar na rai banao gehrai mein ja kar dekho baton ko</w:t>
      </w:r>
    </w:p>
    <w:p>
      <w:pPr>
        <w:jc w:val="right"/>
      </w:pPr>
      <w:r>
        <w:t>صرف دو سال کے اندر وہ دب کر جو ایگریمنٹ کیا جا رہا تھا دب کر کے وہ دو سال کے اندر کنورٹ ہونے والا تھا وکٹری میں تو فیس ویلیو پر تو یعنی دبنا تھا لیکن اندر کیا تھی وکٹری تھی وہ یہ عالم عالم تعالم اس سے میں نے اب غور کیجئے کہ میں بوڑھا ہو گیا تب میری سمجھ میں ائی کہ مسلمانوں کو یہ سبق دیا گیا اس میں کہ چیزوں کو فیس ویلیو پر لے کر نہ رائے بناؤ گہرائی میں جا کر دیکھو باتوں کو</w:t>
      </w:r>
    </w:p>
    <w:p>
      <w:r>
        <w:rPr>
          <w:b/>
        </w:rPr>
        <w:t xml:space="preserve">[1:09:24] </w:t>
      </w:r>
      <w:r>
        <w:t>aadmi sochta hai sochta hai sochta hai to ab mujh par Ramadan mein yeh baat khul gayi ke Quran ki gehrai ko janne ke liye insan ko sahi tarike se dua karni chahiye ya phir you should be able to consult with the author so how does one learn to do the right way of dua dekhen dua kya hai main aap ko ek sacha qissa batata hoon aap ko bilkul sach</w:t>
      </w:r>
    </w:p>
    <w:p>
      <w:pPr>
        <w:jc w:val="right"/>
      </w:pPr>
      <w:r>
        <w:t>ادمی سوچتا ہے سوچتا ہے سوچتا ہے تو اب مجھ پر رمضان میں یہ بات کھل گئی کہ قران کی گہرائی کو جاننے کے لیے انسان کو صحیح طریقے سے دعا کرنی چاہیے یا پھر یو شوڈ بی ایبل ٹو کنسلٹ ود دی اوتھر سو ہاؤ ڈز ون لرن ٹو ڈو دی رائٹ وے اف دعا دیکھیں دعا کیا ہے میں اپ کو ایک سچا قصہ بتاتا ہوں اپ کو بالکل س</w:t>
      </w:r>
    </w:p>
    <w:p>
      <w:r>
        <w:rPr>
          <w:b/>
        </w:rPr>
        <w:t xml:space="preserve">[1:09:54] </w:t>
      </w:r>
      <w:r>
        <w:t>cha yeh qissa hai Rampur ka main Rampur mein teen saal raha hoon to Rampur mein ek school teacher the shayad aap mar chuke hon woh school teacher ki aap jante hain ke salary bohat thodi hoti hai aur kai bachhe the un ke to un ke ek bachhe ne un se kaha ke mujhe bicycle chahiye to baap ne kuch jo</w:t>
      </w:r>
    </w:p>
    <w:p>
      <w:pPr>
        <w:jc w:val="right"/>
      </w:pPr>
      <w:r>
        <w:t>چا یہ قصہ ہے رامپور کا میں رامپور میں تین سال رہا ہوں تو رامپور میں ایک اسکول ٹیچر تھے شاید اپ مر چکے ہوں وہ اسکول ٹیچر کی اپ جانتے ہیں کہ سیلری بہت تھوڑی ہوتی ہے اور کئی بچے تھے ان کے تو ان کے ایک بچے نے ان سے کہا کہ مجھے بائیسکل چاہیے تو باپ نے کچھ جو</w:t>
      </w:r>
    </w:p>
    <w:p>
      <w:r>
        <w:rPr>
          <w:b/>
        </w:rPr>
        <w:t xml:space="preserve">[1:10:24] </w:t>
      </w:r>
      <w:r>
        <w:t>ab nahi diya sun kar aise taal diya phir kaha phir kaha phir kaha kai din jab us ne kaha ke mujhe bicycle chahiye to kai din ke baad aisa hua ke baap ko ghussa aa gaya baap ne kaha ke dekho main school teacher hoon mere paas bike bicycle kharidne ke liye paisa nahi hai to main tum se akhri baat kar raha hoon ab se agar tum ne mujhe bai</w:t>
      </w:r>
    </w:p>
    <w:p>
      <w:pPr>
        <w:jc w:val="right"/>
      </w:pPr>
      <w:r>
        <w:t>اب نہیں دیا سن کر ایسے ٹال دیا پھر کہا پھر کہا پھر کہا کئی دن جب اس نے کہا کہ مجھے بائیسکل چاہیے تو کئی دن کے بعد ایسا ہوا کہ باپ کو غصہ اگیا باپ نے کہا کہ دیکھو میں اسکول ٹیچر ہوں میرے پاس بائیک بائیسکل خریدنے کے لیے پیسہ نہیں ہے تو میں تم سے اخری بات کر رہا ہوں اب سے اگر تم نے مجھے بائ</w:t>
      </w:r>
    </w:p>
    <w:p>
      <w:r>
        <w:rPr>
          <w:b/>
        </w:rPr>
        <w:t xml:space="preserve">[1:10:54] </w:t>
      </w:r>
      <w:r>
        <w:t>cycle ki baat kahi to main tum ko marunga bicycle ki baat sunne ke liye main tayyar nahi hoon ab dekhen ke is ke baad kya hota hai ek revolution aata hai woh beta jo tha jab baap ne aisa kaha to beta ro pada ro kar us ne kaha</w:t>
      </w:r>
    </w:p>
    <w:p>
      <w:pPr>
        <w:jc w:val="right"/>
      </w:pPr>
      <w:r>
        <w:t>یسکل کی بات کہی تو میں تم کو ماروں گا بائیسکل کی بات سننے کے لیے میں تیار نہیں ہوں اب دیکھیں کہ اس کے بعد کیا ہوتا ہے ایک ریولوشن اتا ہے وہ بیٹا جو تھا جب باپ نے ایسا کہا تو بیٹا رو پڑا رو کر اس نے کہا</w:t>
      </w:r>
    </w:p>
    <w:p>
      <w:r>
        <w:rPr>
          <w:b/>
        </w:rPr>
        <w:t xml:space="preserve">[1:11:28] </w:t>
      </w:r>
      <w:r>
        <w:t>aap hi to hamare baap hain aap se na kahein to kis se kahein aap hi to hamare baap hain aap se na kahein to kis se kahein is ke munh se jab nikla to baap bhi ro pada aur baap ne kaha achha theek hai main tum ko bicycle dunga agle</w:t>
      </w:r>
    </w:p>
    <w:p>
      <w:pPr>
        <w:jc w:val="right"/>
      </w:pPr>
      <w:r>
        <w:t>اپ ہی تو ہمارے باپ ہیں اپ سے نہ کہیں تو کس سے کہیں اپ ہی تو ہمارے باپ ہیں اپ سے نہ کہیں تو کس سے کہیں اس کے منہ سے جب نکلا تو باپ بھی رو پڑا اور باپ نے کہا اچھا ٹھیک ہے میں تم کو بائیسکل دوں گا اگلے</w:t>
      </w:r>
    </w:p>
    <w:p>
      <w:r>
        <w:rPr>
          <w:b/>
        </w:rPr>
        <w:t xml:space="preserve">[1:11:58] </w:t>
      </w:r>
      <w:r>
        <w:t>din kaise kaise kar ke us ne bicycle us ko khareed kar de di ab maine socha is par ke aisa kyun hua wahi dua jo reject ho rahi thi wahi dua qabool kaise ho gayi yeh darkhwast jab bete ne yeh kaha ke aap hi to hamare baap hain aap se na kahein to kis se kahein to is ka matlab yeh hua ke bete ne un ki fatherhood par at</w:t>
      </w:r>
    </w:p>
    <w:p>
      <w:pPr>
        <w:jc w:val="right"/>
      </w:pPr>
      <w:r>
        <w:t>دن کیسے کیسے کر کے اس نے بائیسکل اس کو خرید کر دے دی اب میں نے سوچا اس پر کہ ایسا کیوں ہوا وہی دعا جو ریجیکٹ ہو رہی تھی وہی دعا قبول کیسے ہو گئی یہ درخواست جب بیٹے نے یہ کہا کہ اپ ہی تو ہمارے باپ ہیں اپ سے نہ کہیں تو کس سے کہیں تو اس کا مطلب یہ ہوا کہ بیٹے نے ان کی فادر ہڈ پر اٹ</w:t>
      </w:r>
    </w:p>
    <w:p>
      <w:r>
        <w:rPr>
          <w:b/>
        </w:rPr>
        <w:t xml:space="preserve">[1:12:28] </w:t>
      </w:r>
      <w:r>
        <w:t>ek kar diya yani is ne mehsoos kiya is aadmi ne ke meri father doubt ful ho rahi hai mujhe baap yani baap ka jo baap ki hesiyat jo mein karna chahiye woh mein nahi kar pa raha hoon to jab us ki fatherhood us ko</w:t>
      </w:r>
    </w:p>
    <w:p>
      <w:pPr>
        <w:jc w:val="right"/>
      </w:pPr>
      <w:r>
        <w:t>یک کر دیا یعنی اس نے محسوس کیا اس ادمی نے کہ میری فادر ڈاؤٹ فل ہو رہی ہے مجھے باپ یعنی باپ کا جو باپ کی حیثیت جو میں کرنا چاہیے وہ میں نہیں کر پا رہا ہوں تو جب اس کی فادر ہڈ اس کو</w:t>
      </w:r>
    </w:p>
    <w:p>
      <w:r>
        <w:rPr>
          <w:b/>
        </w:rPr>
        <w:t xml:space="preserve">[1:12:58] </w:t>
      </w:r>
      <w:r>
        <w:t>lagnay laga ke wohi fatherhood hi doubt ful ho gayi hai to apni fatherhood ko establish karne ke liye is ka samjha ke meri farz hai ke mein is ko bicycle la kar doon yani jitna bara problem bete ka tha utna hi bara problem ab baap ka ban gaya yeh hai dua ke banda khuda se dua dekhen yeh nahi loudspeaker par jo duaen hoti hain aaj kal woh to mazaaq hai</w:t>
      </w:r>
    </w:p>
    <w:p>
      <w:pPr>
        <w:jc w:val="right"/>
      </w:pPr>
      <w:r>
        <w:t>لگنے لگا کہ وہی فادر ہڈ ہی ڈاؤٹ فل ہو گئی ہے تو اپنی فادر ہڈ کو اسٹیبلش کرنے کے لیے اس کا سمجھا کہ میری فرض ہے کہ میں اس کو بائیسکل لا کر دوں یعنی جتنا بڑا پرابلم بیٹے کا تھا اتنا ہی بڑا پرابلم اب باپ کا بن گیا یہ ہے دعا کہ بندہ خدا سے دعا دیکھیں یہ نہیں لاؤڈ سپیکر پر جو دعائیں ہوتی ہیں اج کل وہ تو مذاق ہے</w:t>
      </w:r>
    </w:p>
    <w:p>
      <w:r>
        <w:rPr>
          <w:b/>
        </w:rPr>
        <w:t xml:space="preserve">[1:13:29] </w:t>
      </w:r>
      <w:r>
        <w:t>loudspeaker jo duaen hoti hain woh to mazaaq hai dua bande aur khuda ke beech ka maamla hai do ke beech ka ek banda hai khuda loudspeaker ki jo duaen hoti hain na woh to ridiculous ridiculous to woh woh dua dua woh hai jis mein banda is extent tak ja sake ke khuda khuda woh</w:t>
      </w:r>
    </w:p>
    <w:p>
      <w:pPr>
        <w:jc w:val="right"/>
      </w:pPr>
      <w:r>
        <w:t>لاؤڈ سپیکر جو دعائیں ہوتی ہیں وہ تو مذاق ہے دعا بندے اور خدا کے بیچ کا معاملہ ہے دو کے بیچ کا ایک بندہ ہے خدا لاؤڈ سپیکر کی جو دعائیں ہوتی ہیں نا وہ تو ریڈیکولس ریڈیکولس تو وہ وہ دعا دعا وہ ہے جس میں بندہ اس ایکسٹینٹ تک جا سکے کہ خدا خدا وہ</w:t>
      </w:r>
    </w:p>
    <w:p>
      <w:r>
        <w:rPr>
          <w:b/>
        </w:rPr>
        <w:t xml:space="preserve">[1:13:59] </w:t>
      </w:r>
      <w:r>
        <w:t>khuda ki khudai ka masla ban jaye ke agar mein is bande ki dua poori na karoon to meri khudai doubt ful hai naoozubillah jitna bara masla bande ke liye tha utni bara masla khuda ke liye ban jaye agar koi aadmi aisa dua kar sake to mujhe zara bhi shubah nahi ke is ki dua qabool ho kar rahe gi namumkin hai ke dua qabool na ho jaise is beti ki qabool hui</w:t>
      </w:r>
    </w:p>
    <w:p>
      <w:pPr>
        <w:jc w:val="right"/>
      </w:pPr>
      <w:r>
        <w:t>خدا کی خدائی کا مسئلہ بن جائے کہ اگر میں اس بندے کی دعا پوری نہ کروں تو میری خدائی ڈاؤٹ فل ہے نعوذ باللہ جتنا بڑا مسئلہ بندے کے لیے تھا اتنی بڑا مسئلہ خدا کے لیے بن جائے اگر کوئی ادمی ایسا دعا کر سکے تو مجھے ذرا بھی شبہ نہیں کہ اس کی دعا قبول ہو کر رہے گی ناممکن ہے کہ دعا قبول نہ ہو جیسے اس بیٹی کی قبول ہوئی</w:t>
      </w:r>
    </w:p>
    <w:p>
      <w:r>
        <w:rPr>
          <w:b/>
        </w:rPr>
        <w:t xml:space="preserve">[1:14:30] </w:t>
      </w:r>
      <w:r>
        <w:t>jo ramzan aur roza mein jo tamam cheezon ko follow karte hain is se hamein ek patience aata hai mera manna hai mera poochna yeh hai ke jo abhi dua ke liye poocha to dua mein to maulana patience nahi hona chahiye dua mein to ek zid honi chahiye ya patience hona chahiye dekhiye yeh dua ka maamla aisa maamla nahi hai ke aap insani language mein</w:t>
      </w:r>
    </w:p>
    <w:p>
      <w:pPr>
        <w:jc w:val="right"/>
      </w:pPr>
      <w:r>
        <w:t>جو رمضان اور روزہ میں جو تمام چیزوں کو فالو کرتے ہیں اس سے ہمیں ایک پیشنس اتا ہے میرا ماننا ہے میرا پوچھنا یہ ہے کہ جو ابھی دعا کے لیے پوچھا تو دعا میں تو مولانا پیشنس نہیں ہونا چاہیے دعا میں تو ایک ضد ہونی چاہیے یا پیشنس ہونا چاہیے دیکھیے یہ دعا کا معاملہ ایسا معاملہ نہیں ہے کہ اپ انسانی لینگویج میں</w:t>
      </w:r>
    </w:p>
    <w:p>
      <w:r>
        <w:rPr>
          <w:b/>
        </w:rPr>
        <w:t xml:space="preserve">[1:15:00] </w:t>
      </w:r>
      <w:r>
        <w:t>is ko bayan kar saken jo mein ne misaal di yeh na samjhiye ke mein ne dua ki sari baat keh di isi mein yeh sirf samjhanay ke liye hota hai bete aur baap ki jo misaal hai is ka matlab yeh na samjhiye ke theek theek yahi dua ka maamla hai to koi bhi word jo hum bolte hain woh symbolic sense mein hote hain ab to jo linguistic ka jo modern jo concept hai woh bhi yahi hai ke saare hi alfaaz jo hain hamare woh sim</w:t>
      </w:r>
    </w:p>
    <w:p>
      <w:pPr>
        <w:jc w:val="right"/>
      </w:pPr>
      <w:r>
        <w:t>اس کو بیان کر سکیں جو میں نے مثال دی یہ نہ سمجھیے کہ میں نے دعا کی ساری بات کہہ دی اسی میں یہ صرف سمجھانے کے لیے ہوتا ہے بیٹے اور باپ کی جو مثال ہے اس کا مطلب یہ نہ سمجھیے کہ ٹھیک ٹھیک یہی دعا کا معاملہ ہے تو کوئی بھی ورڈ جو ہم بولتے ہیں وہ سمبولک سینس میں ہوتے ہیں اب تو جو لنگوسٹک کا جو ماڈرن جو کانسیپٹ ہے وہ بھی یہی ہے کہ سارے ہی الفاظ جو ہیں ہمارے وہ سم</w:t>
      </w:r>
    </w:p>
    <w:p>
      <w:r>
        <w:rPr>
          <w:b/>
        </w:rPr>
        <w:t xml:space="preserve">[1:15:30] </w:t>
      </w:r>
      <w:r>
        <w:t>bols hain symbols to is tarah se agar hum samajhna chahenge dua ko to hum nahi samajh sakte bas dua yahi hai ke aap dua karna seekh lijiyey apne aap ki dua koi aap ko bata nahi sakta ke dua kya hai jab aap is mein mashghool karenge apne aap ko to khud aap ko khuda ki taraf inspiration hoga woh inspiration aap ko bata dega ke dua kya hai prophet aur</w:t>
      </w:r>
    </w:p>
    <w:p>
      <w:pPr>
        <w:jc w:val="right"/>
      </w:pPr>
      <w:r>
        <w:t>بلز ہیں سمبلز تو اس طرح سے اگر ہم سمجھنا چاہیں گے دعا کو تو ہم نہیں سمجھ سکتے بس دعا یہی ہے کہ اپ دعا کرنا سیکھ لیجئے اپنے اپ کی دعا کوئی اپ کو بتا نہیں سکتا کہ دعا کیا ہے جب اپ اس میں مشغول کریں گے اپنے اپ کو تو خود اپ کو خدا کی طرف انسپیریشن ہوگا وہ انسپیریشن اپ کو بتا دے گا کہ دعا کیا ہے پرافٹ اور</w:t>
      </w:r>
    </w:p>
    <w:p>
      <w:r>
        <w:rPr>
          <w:b/>
        </w:rPr>
        <w:t xml:space="preserve">[1:16:00] </w:t>
      </w:r>
      <w:r>
        <w:t>lasted for 23 years i g want to know what which phase of prophet roza start start what part of the prophet did the roza start dekhiye quran mein surah baqarah mein yani surah chapter 2 mein jahan hukum diya gaya hai roze ka to pehle hi verse hai kutub kama kutub alladhina min qabl yani roza har mazhab mein</w:t>
      </w:r>
    </w:p>
    <w:p>
      <w:pPr>
        <w:jc w:val="right"/>
      </w:pPr>
      <w:r>
        <w:t>لاسٹڈ فار 23 ایئرز ائی جی وانٹ ٹو نو واٹ وچ فیز اف پرافٹ روزہ سٹارٹ سٹارٹ واٹ پارٹ اف دا پرافٹ ڈیڈ دا روزہ سٹارٹ دیکھیے قران میں سورہ بقرہ میں یعنی سورہ چیپٹر ٹو میں جہاں حکم دیا گیا ہے روزے کا تو پہلے ہی ورس ہے کتب کما کتب الذین من قبل یعنی روزہ ہر مذہب میں</w:t>
      </w:r>
    </w:p>
    <w:p>
      <w:r>
        <w:rPr>
          <w:b/>
        </w:rPr>
        <w:t xml:space="preserve">[1:16:31] </w:t>
      </w:r>
      <w:r>
        <w:t>har prophet ke haan farz raha hai ginti ke aitbaar se nahi roze ke aitbaar se to rasoolullah sallallahu alaihi wasallam yaad rakhiye ke yani woh koi ghair muslim nahi thay woh prophet se pehle tab bhi woh muslim thay kyun hazrat ibrahim jo prophet hue hain wahan par makkah mein un ki un ko follow karne walay thay woh hi</w:t>
      </w:r>
    </w:p>
    <w:p>
      <w:pPr>
        <w:jc w:val="right"/>
      </w:pPr>
      <w:r>
        <w:t>ہر پرافٹ کے ہاں فرض رہا ہے گنتی کے اعتبار سے نہیں روزے کے اعتبار سے تو رسول اللہ صلی اللہ علیہ وسلم یاد رکھیے کہ یعنی وہ کوئی غیر مسلم نہیں تھے وہ پرافٹ سے پہلے تب بھی وہ مسلم تھے کیوں حضرت ابراہیم جو پرافٹ ہوئے ہیں وہاں پر مکہ میں ان کی ان کو فالو کرنے والے تھے وہ ہی</w:t>
      </w:r>
    </w:p>
    <w:p>
      <w:r>
        <w:rPr>
          <w:b/>
        </w:rPr>
        <w:t xml:space="preserve">[1:17:01] </w:t>
      </w:r>
      <w:r>
        <w:t>was followers of prophet ibrahim to prophet ibrahim ke zamanay mein roza tha aur jaise sab nabiyon ka tha to nabi banne se pehle hi woh roza rakhte rakha karte thay chunancha aisa hota tha ke chale atay thay kuch khana peena le kar ke wahan q mein hara hara q mein wahan par roza rakhte sham ko iftar kar letay to roza ek aisi cheez hai jo har praf</w:t>
      </w:r>
    </w:p>
    <w:p>
      <w:pPr>
        <w:jc w:val="right"/>
      </w:pPr>
      <w:r>
        <w:t>واز فالوورز اف پرافٹ ابراہم تو پرافٹ ابراہم کے زمانے میں روزہ تھا اور جیسے سب نبیوں کا تھا تو نبی بننے سے پہلے ہی وہ روزہ رکھتے رکھا کرتے تھے چنانچہ ایسا ہوتا تھا کہ چلے اتے تھے کچھ کھانا پینا لے کر کے وہاں کیو میں ہرا ہرا کیو میں وہاں پر روزہ رکھتے شام کو افطار کر لیتے تو روزہ ایک ایسی چیز ہے جو ہر پراف</w:t>
      </w:r>
    </w:p>
    <w:p>
      <w:r>
        <w:rPr>
          <w:b/>
        </w:rPr>
        <w:t xml:space="preserve">[1:17:31] </w:t>
      </w:r>
      <w:r>
        <w:t>t ke zamanay mein rahi hai to is lihaaz se roza prophet jo thay rasoolullah prophet banne se pehle bhi roza rakhte thay woh lekin koi ginti nahi hua karti is ki acha jab prophet ho gaye tab bhi isi continuation mein aap roza rakhte rahe lekin koi ginti nahi thi un ki to 13 saal bila ginti ke roza hua karta tha kuch log kehte hain ke teen din ke roze hotay thay lekin yeh koi proof is ka nahi hai teen din panch din saat din kuch bhi hota tha</w:t>
      </w:r>
    </w:p>
    <w:p>
      <w:pPr>
        <w:jc w:val="right"/>
      </w:pPr>
      <w:r>
        <w:t>ٹ کے زمانے میں رہی ہے تو اس لحاظ سے روزہ پرافٹ جو تھے رسول اللہ پرافٹ بننے سے پہلے بھی روزہ رکھتے تھے وہ لیکن کوئی گنتی نہیں ہوا کرتی اس کی اچھا جب پرافٹ ہو گئے تب بھی اسی کنٹینیوشن میں اپ روزہ رکھتے رہے لیکن کوئی گنتی نہیں تھی ان کی تو 13 سال بلا گنتی کے روزہ ہوا کرتا تھا کچھ لوگ کہتے ہیں کہ تین دن کے روزے ہوتے تھے لیکن یہ کوئی پروف اس کا نہیں ہے تین دن پانچ دن سات دن کچھ بھی ہوتا تھا</w:t>
      </w:r>
    </w:p>
    <w:p>
      <w:r>
        <w:rPr>
          <w:b/>
        </w:rPr>
        <w:t xml:space="preserve">[1:18:01] </w:t>
      </w:r>
      <w:r>
        <w:t>lekin madina jab aaye hain to shuru mein das din ke roze hue woh yahood ko le kar gaye thay phir jab quran mein yeh ayat utri to is mein ek mahina ka roza farz kar diya gaya yeh hai is ki short history ramzan ki sab se bari rehmat ki cheez ramzan yeh hai ke insaan quran shareef ko samajh samajh kar parhe kyunke sirf arabi ke</w:t>
      </w:r>
    </w:p>
    <w:p>
      <w:pPr>
        <w:jc w:val="right"/>
      </w:pPr>
      <w:r>
        <w:t>لیکن مدینہ جب ائے ہیں تو شروع میں دس دن کے روزے ہوئے وہ یہود کو لے کر گئے تھے پھر جب قران میں یہ ایت اتری تو اس میں ایک مہینہ کا روزہ فرض کر دیا گیا یہ ہے اس کی شارٹ ہسٹری رمضان کی سب سے بڑی رحمت کی چیز رمضان یہ ہے کہ انسان قران شریف کو سمجھ سمجھ کر پڑھے کیونکہ صرف عربی کے</w:t>
      </w:r>
    </w:p>
    <w:p>
      <w:r>
        <w:rPr>
          <w:b/>
        </w:rPr>
        <w:t xml:space="preserve">[1:18:31] </w:t>
      </w:r>
      <w:r>
        <w:t>tarjuma arabi mein quran shareef ko parhna hai to samajh mein nahi ata hamari pareshani yeh hai ke hamein samajh mein nahi ata ke kon si tafsir ya tarjuma acha tarjuman jise hamein parhna chahiye aur jis se hamein sochne par ghor karne mein bohat sare logon ki tafsir likhi hui hai jis mein kabhi kabhi kabhi slide pe bhi ghor karne ki jaise maulana aur bohat sare log translation bhi karte</w:t>
      </w:r>
    </w:p>
    <w:p>
      <w:pPr>
        <w:jc w:val="right"/>
      </w:pPr>
      <w:r>
        <w:t>ترجمہ عربی میں قران شریف کو پڑھنا ہے تو سمجھ میں نہیں اتا ہماری پریشانی یہ ہے کہ ہمیں سمجھ میں نہیں اتا کہ کون سی تفسیر یا ترجمہ اچھا ترجمان جسے ہمیں پڑھنا چاہیے اور جس سے ہمیں سوچنے پر غور کرنے میں بہت سارے لوگوں کی تفسیر لکھی ہوئی ہے جس میں کبھی کبھی کبھی سلائیڈ پہ بھی غور کرنے کی جیسے مولانا اور بہت سارے لوگ ٹرانسلیشن بھی کرتے</w:t>
      </w:r>
    </w:p>
    <w:p>
      <w:r>
        <w:rPr>
          <w:b/>
        </w:rPr>
        <w:t xml:space="preserve">[1:19:02] </w:t>
      </w:r>
      <w:r>
        <w:t>hain aisa kuch quran shareef mein jis pe acha aur is mein ek cheez yeh thi ke kya hum kisi ayat pe koi lesson drop karna chahte hain khud se drop kar sakte hain is is ke baray mein do baaten karna hai pehli yeh hai ke aksar log yeh sawal kiya karte hain ke sahib itna differences hain itna ikhtilaf hai to kaise samjhaye ke islam kya hai aksar log</w:t>
      </w:r>
    </w:p>
    <w:p>
      <w:pPr>
        <w:jc w:val="right"/>
      </w:pPr>
      <w:r>
        <w:t>ہیں ایسا کچھ قران شریف میں جس پہ اچھا اور اس میں ایک چیز یہ تھی کہ کیا ہم کسی ایت پہ کوئی لیسن ڈراپ کرنا چاہتے ہیں خود سے ڈراپ کر سکتے ہیں اس اس کے بارے میں دو باتیں کرنا ہے پہلی یہ ہے کہ اکثر لوگ یہ سوال کیا کرتے ہیں کہ صاحب اتنا ڈیفرنسز ہیں اتنا اختلاف ہے تو کیسے سمجھائیں کہ اسلام کیا ہے اکثر لوگ</w:t>
      </w:r>
    </w:p>
    <w:p>
      <w:r>
        <w:rPr>
          <w:b/>
        </w:rPr>
        <w:t xml:space="preserve">[1:19:32] </w:t>
      </w:r>
      <w:r>
        <w:t>yeh baaten karte hain dekhen yeh baat samajh lijiyey ke jo differences hain ya jo ikhtilaf hain woh khud khuda chahta hai ke aisa hi ho yeh mat samjhiye ke woh koi evil hai kyun jis ko educational method mein kaha jata hai discovery method education mein ek term hai discovery method woh kya hai jis ko kehte hain dix opposite wohi cheez hoti hai yani</w:t>
      </w:r>
    </w:p>
    <w:p>
      <w:pPr>
        <w:jc w:val="right"/>
      </w:pPr>
      <w:r>
        <w:t>یہ باتیں کرتے ہیں دیکھیں یہ بات سمجھ لیجئے کہ جو ڈیفرنسز ہیں یا جو اختلاف ہیں وہ خود خدا چاہتا ہے کہ ایسا ہی ہو یہ مت سمجھیے کہ وہ کوئی ایول ہے کیوں جس کو ایجوکیشنل میتھڈ میں کہا جاتا ہے ڈسکوری میتھڈ ایجوکیشن میں ایک ٹرم ہے ڈسکوری میتھڈ وہ کیا ہے جس کو کہتے ہیں ڈکس اپوزیٹ وہی چیز ہوتی ہے یعنی</w:t>
      </w:r>
    </w:p>
    <w:p>
      <w:r>
        <w:rPr>
          <w:b/>
        </w:rPr>
        <w:t xml:space="preserve">[1:20:02] </w:t>
      </w:r>
      <w:r>
        <w:t>oont ko aap ne das tukray mein banaya lakri ke oont banaya aap ne lakri ka aur das tukray mein kaat diya aur us ko bikher diya ab chotay bachay sahib kehte hain oont ki surat rakhi us ke samnay dekho yeh hai oont aur yeh hai us ke tukray to us ko jor kar ke oont banao to woh bachha jo hai chota bachha jor jor jor jor kar ke woh oont banata hai yeh hai discovery method yani woh dis</w:t>
      </w:r>
    </w:p>
    <w:p>
      <w:pPr>
        <w:jc w:val="right"/>
      </w:pPr>
      <w:r>
        <w:t>اونٹ کو اپ نے دس ٹکڑے میں بنایا لکڑی کے اونٹ بنایا اپ نے لکڑی کا اور دس ٹکڑے میں کاٹ دیا اور اس کو بکھیر دیا اب چھوٹے بچے صاحب کہتے ہیں اونٹ کی صورت رکھی اس کے سامنے دیکھو یہ ہے اونٹ اور یہ ہے اس کے ٹکڑے تو اس کو جوڑ کر کے اونٹ بناؤ تو وہ بچہ جو ہے چھوٹا بچہ جوڑ جوڑ جوڑ جوڑ کر کے وہ اونٹ بناتا ہے یہ ہے ڈسکوری میتھڈ یعنی وہ ڈس</w:t>
      </w:r>
    </w:p>
    <w:p>
      <w:r>
        <w:rPr>
          <w:b/>
        </w:rPr>
        <w:t xml:space="preserve">[1:20:32] </w:t>
      </w:r>
      <w:r>
        <w:t>cover karta hai tab woh oont ko bana pata hai to islam mein dekhen yahi hai bana banaya bilkul hai aisa islam ke khuda ko chahiye hi nahi ke aap ko kuch karna na ho bila kiye hue bas ek do teen char panch chah saat aath nau das mil jaye aap ko khuda ko aisa islam matloob nahi hai na aisa momin matloob hai momin woh hai khuda ke nazdeek jo discovery method se guzar kar ke discover kare sachai ko ek baat yeh hai</w:t>
      </w:r>
    </w:p>
    <w:p>
      <w:pPr>
        <w:jc w:val="right"/>
      </w:pPr>
      <w:r>
        <w:t>کور کرتا ہے تب وہ اونٹ کو بنا پاتا ہے تو اسلام میں دیکھیں یہی ہے بنا بنایا بالکل ہے ایسا اسلام کہ خدا کو چاہیے ہی نہیں کہ اپ کو کچھ کرنا نہ ہو بلا کیے ہوئے بس ایک دو تین چار پانچ چھ سات اٹھ نو دس مل جائے اپ کو خدا کو ایسا اسلام مطلوب نہیں ہے نہ ایسا مومن مطلوب ہے مومن وہ ہے خدا کے نزدیک جو ڈسکوری میتھڈ سے گزر کر کے ڈسکور کرے سچائی کو ایک بات یہ ہے</w:t>
      </w:r>
    </w:p>
    <w:p>
      <w:r>
        <w:rPr>
          <w:b/>
        </w:rPr>
        <w:t xml:space="preserve">[1:21:02] </w:t>
      </w:r>
      <w:r>
        <w:t>dosri baat yeh hai ke differences jo hain tafsiron mein tarjmay mein woh koi rukawat nahi hai woh koi rukawat nahi hai maslan mere pas dekhiye ek tarjuma hai lekin chah tarjmay akhatay hain ek hi ek hi quran mein chah tarjmay chhapay gaye hain ab jab mein parhna jab mujhe koi ayat hoti hai to mein us ko chho ke chho ek nazar mein dekh leta hoon to is se bohat zyada is mein woh milta hai yani zehn khulta hai kyun</w:t>
      </w:r>
    </w:p>
    <w:p>
      <w:pPr>
        <w:jc w:val="right"/>
      </w:pPr>
      <w:r>
        <w:t>دوسری بات یہ ہے کہ ڈیفرنسز جو ہیں تفسیروں میں ترجمے میں وہ کوئی رکاوٹ نہیں ہے وہ کوئی رکاوٹ نہیں ہے مثلا میرے پاس دیکھیے ایک ترجمہ ہے لیکن چھ ترجمے اکٹھے ہیں ایک ہی ایک ہی قران میں چھ ترجمے چھاپے گئے ہیں اب جب میں پڑھنا جب مجھے کوئی ایت ہوتی ہے تو میں اس کو چھو کے چھو ایک نظر میں دیکھ لیتا ہوں تو اس سے بہت زیادہ اس میں وہ ملتا ہے یعنی ذہن کھلتا ہے کیون</w:t>
      </w:r>
    </w:p>
    <w:p>
      <w:r>
        <w:rPr>
          <w:b/>
        </w:rPr>
        <w:t xml:space="preserve">[1:21:32] </w:t>
      </w:r>
      <w:r>
        <w:t>ke ek ayat ke das aspect ho sakte hain das commentator is ko kholtay hain to aap jab das aspect aap ke samnay aayenge to mind zyada khulega aap ka aap ko yeh choice hai ke in mein se kisi ek aspect ko le lein aap ghalat par nahi rahenge lekin jab das aspect hon aur sochein aap is mein ek aspect khulein to aap ko woh khushi milti hai jo discovery ke waqt hoti hai agar aap ne kabhi koi cheez discover ki hai to aap j</w:t>
      </w:r>
    </w:p>
    <w:p>
      <w:pPr>
        <w:jc w:val="right"/>
      </w:pPr>
      <w:r>
        <w:t>کہ ایک ایت کے دس اسپیکٹ ہو سکتے ہیں دس کمپنٹیٹر اس کو کھولتے ہیں تو اپ جب دس اسپیکٹ اپ کے سامنے ائیں گے تو مائنڈ زیادہ کھلے گا اپ کا اپ کو یہ چوائس ہے کہ ان میں سے کسی ایک اسپیکٹ کو لے لیں اپ غلطی پر نہیں رہیں گے لیکن جب دس اسپیکٹ ہوں اور سوچیں اپ اس میں ایک اسپیکٹ کھلیں تو اپ کو وہ خوشی ملتی ہے جو ڈسکوری کے وقت ہوتی ہے اگر اپ نے کبھی کوئی چیز ڈسکور کی ہے تو اپ ج</w:t>
      </w:r>
    </w:p>
    <w:p>
      <w:r>
        <w:rPr>
          <w:b/>
        </w:rPr>
        <w:t xml:space="preserve">[1:22:02] </w:t>
      </w:r>
      <w:r>
        <w:t>antay honge ke discovery kitni bari cheez hai agar dunya se discovery na ho to sab bari lazzat uth jaye dunya se aap kahengay yeh biryani aur yeh sab jis mein log tootay hain khane ke liye woh woh koi lazeez cheezein nahi sab se bari cheez discovery sab se bari cheez jab aap woh woh aap ko khushi milti hai yeh khuda ki blessing hai ke is ne bilkul ek do teen char panch char saat aath nau das ke tarike se</w:t>
      </w:r>
    </w:p>
    <w:p>
      <w:pPr>
        <w:jc w:val="right"/>
      </w:pPr>
      <w:r>
        <w:t>انتے ہوں گے کہ ڈسکوری کتنی بڑی چیز ہے اگر دنیا سے ڈسکوری نہ ہو تو سب بڑی لذت اٹھ جائے دنیا سے اپ کہیں گے یہ بریانی اور یہ سب جو جس میں لوگ ٹوٹتے ہیں کھانے کے لیے وہ وہ کوئی لذیذ چیزیں نہیں سب سے بڑی چیز ڈسکوری سب سے بڑی چیز جب اپ وہ وہ اپ کو خوشی ملتی ہے یہ خدا کی بلیسنگ ہے کہ اس نے بالکل ایک دو تین چار پانچ چار سات اٹھ نو دس کے طریقے سے</w:t>
      </w:r>
    </w:p>
    <w:p>
      <w:r>
        <w:rPr>
          <w:b/>
        </w:rPr>
        <w:t xml:space="preserve">[1:22:33] </w:t>
      </w:r>
      <w:r>
        <w:t>islam nahi bheja balkay discovery method ko is mein rakh diya ta ke hum apne mind ko activate karein apne brain cells ko activate karein aur phir jab discover ke discovery ke tor par payein sachai to khushi se hum phir hum ko aa jaye yeh hai mere nazdeek islam ka matlab ek chota ijtihad kehte hain jo aap khud se compare karenge isi ka naam ijtihad hai ijtihad ke baray mein ata hai ke mukhti mushtahid yakhti</w:t>
      </w:r>
    </w:p>
    <w:p>
      <w:pPr>
        <w:jc w:val="right"/>
      </w:pPr>
      <w:r>
        <w:t>اسلام نہیں بھیجا بلکہ ڈسکوری میتھڈ کو اس میں رکھ دیا تاکہ ہم اپنے مائنڈ کو ایکٹیویٹ کریں اپنے برین سیلز کو ایکٹیویٹ کریں اور پھر جب ڈسکور کے ڈسکوری کے طور پر پائیں سچائی تو خوشی سے ہم پھر ہم کو ا جائے یہ ہے میرے نزدیک اسلام کا مطلب ایک چھوٹا اجتہاد کہتے ہیں جو اپ خود سے کمپیئر کریں گے اسی کا نام اجتہاد ہے اجتہاد کے بارے میں اتا ہے کہ المختی المشتہد یختی</w:t>
      </w:r>
    </w:p>
    <w:p>
      <w:r>
        <w:rPr>
          <w:b/>
        </w:rPr>
        <w:t xml:space="preserve">[1:23:05] </w:t>
      </w:r>
      <w:r>
        <w:t>ijtihad karne wala ghalati bhi karta hai aur sahi bhi karta hai woh hadith mein ata hai ke agar aap ka ijtihad sahi hua to aap ko double sawab milega aur ghalat hoga tab bhi ek sawab milega to aap ne agar aadmi dekhen asal cheez good intention agar aap ke andar bad intention na ho ke khwah makhwah aap nikalein ke mujhe nikalna hai quran mein teen hi waqt ki namaz hai mind mein rakh lein</w:t>
      </w:r>
    </w:p>
    <w:p>
      <w:pPr>
        <w:jc w:val="right"/>
      </w:pPr>
      <w:r>
        <w:t>اجتہاد کرنے والا غلطی بھی کرتا ہے اور صحیح بھی کرتا ہے وہ حدیث میں اتا ہے کہ اگر اپ کا اجتہاد صحیح ہوا تو اپ کو ڈبل ثواب ملے گا اور غلط ہوگا تب بھی ایک ثواب ملے گا تو اپ نے اگر ادمی دیکھیں اصل چیز گڈ انٹینشن اگر اپ کے اندر بیڈ انٹینشن نہ ہو کہ خواہ مخواہ اپ نکالیں کہ مجھے نکالنا ہے قران میں تین ہی وقت کی نماز ہے مائنڈ میں رکھ لیں</w:t>
      </w:r>
    </w:p>
    <w:p>
      <w:r>
        <w:rPr>
          <w:b/>
        </w:rPr>
        <w:t xml:space="preserve">[1:23:35] </w:t>
      </w:r>
      <w:r>
        <w:t>aap rakh kar ke aap kehna chahte hain yeh to is ka to koi sawab nahi hai lekin dispassionately aur bilkul objectively agar aap quran ko parhte hain to agar aap sahi ray pe pohanchein tab double sawab hai ghalat ray pe pohanchein tab bhi ek sawab hai to ijtihad to ek aisi cheez hai khuda itna zyada chahta hai itna zyada chahta hai ke ghalat ijtihad par bhi sawab rakh diya aap ghor kijiye kaisi ajeeb baat hai</w:t>
      </w:r>
    </w:p>
    <w:p>
      <w:pPr>
        <w:jc w:val="right"/>
      </w:pPr>
      <w:r>
        <w:t>اپ رکھ کر کے اپ کہنا چاہتے ہیں یہ تو اس کا تو کوئی ثواب نہیں ہے لیکن ڈسپیشنٹلی اور بالکل ابجیکٹولی اگر اپ قران کو پڑھتے ہیں تو اگر اپ صحیح رائے پہ پہنچیں تب ڈبل ثواب ہے غلط رائے پہ پہنچیں تب بھی ایک ثواب ہے تو اجتہاد تو ایک ایسی چیز ہے خدا اتنا زیادہ چاہتا ہے اتنا زیادہ چاہتا ہے کہ غلط اجتہاد پر بھی ثواب رکھ دیا اپ غور کیجیے کیسی عجیب بات ہے</w:t>
      </w:r>
    </w:p>
    <w:p>
      <w:r>
        <w:rPr>
          <w:b/>
        </w:rPr>
        <w:t xml:space="preserve">[1:24:05] </w:t>
      </w:r>
      <w:r>
        <w:t>khuda chahta hai ke khoob khoob ijtihadi koshishen karein log aur yeh itna bara khuda ne de diya ke chalo tum ko ghalat ghalat ijtihad karoge tab bhi sawab denge karo more ijtihad yeh jo ulama kehte hain ijtihad daraz band hai yeh to jhooti baat hai jhoot se kam mein yeh lafz nahi bolunga is ke liye jab jab bukhari mein riwayat hai ke ijtihad khata par bhi sawab hai to tum kon hotay ho darwaza band karne walay bhai yahi to hoga ghalati kar jaye ga aadmi to woh</w:t>
      </w:r>
    </w:p>
    <w:p>
      <w:pPr>
        <w:jc w:val="right"/>
      </w:pPr>
      <w:r>
        <w:t>خدا چاہتا ہے کہ خوب خوب اجتہادی کوششیں کریں لوگ اور یہ اتنا بڑا خدا نے دے دیا کہ چلو تم کو غلط غلط اجتہاد کرو گے تب بھی ثواب دیں گے کرو موری اجتہاد یہ جو علماء کہتے ہیں اجتہاد دراز بند ہے یہ تو جھوٹی بات ہے جھوٹ سے کم میں یہ لفظ نہیں بولوں گا اس کے لیے جب جب بخاری میں روایت ہے کہ اجتہاد خطا پر بھی ثواب ہے تو تم کون ہوتے ہو دروازہ بند کرنے والے بھئی یہی تو ہوگا غلطی کر جائے گا ادمی تو وہ</w:t>
      </w:r>
    </w:p>
    <w:p>
      <w:r>
        <w:rPr>
          <w:b/>
        </w:rPr>
        <w:t xml:space="preserve">[1:24:35] </w:t>
      </w:r>
      <w:r>
        <w:t>bhi to woh bhi to woh murad woh bhi to matloob hai ke log ghalati karein to jab khuda itna zyada chhoot de ke ijtihad karo chahe ghalat karo tab bhi ijtihad karo to kon aalim hai jis ko yeh right mil gaya kahan se ke woh yeh keh kar ke log ghalat ijtihad karenge darwaza band kar de mein samajhta hoon ke ek yeh kehna ke ijtihad darwaza band hoga yeh ek criminal act hai yeh khuda ke deen ko</w:t>
      </w:r>
    </w:p>
    <w:p>
      <w:pPr>
        <w:jc w:val="right"/>
      </w:pPr>
      <w:r>
        <w:t>بھی تو وہ بھی تو وہ مراد وہ بھی تو مطلوب ہے کہ لوگ غلطی کریں تو جب خدا اتنا زیادہ چھوٹ دے کہ اجتہاد کرو چاہے غلط کرو تب بھی اجتہاد کرو تو کون عالم ہے جس کو یہ رائٹ مل گیا کہاں سے کہ وہ یہ کہہ کر کہ لوگ غلط اجتہاد کریں گے دروازہ بند کر دے میں سمجھتا ہوں کہ ایک یہ کہنا کہ اجتہاد دروازہ بند ہوگا یہ ایک کریمنل ایکٹ ہے یہ خدا کے دین کو</w:t>
      </w:r>
    </w:p>
    <w:p>
      <w:r>
        <w:rPr>
          <w:b/>
        </w:rPr>
        <w:t xml:space="preserve">[1:25:06] </w:t>
      </w:r>
      <w:r>
        <w:t>distray karna hai kal karna hai asal cheez sirf jo hai sirf yeh nahi ke sahi sahi ijtihad galat ijtihad achi intention good intention jaise mein aap ko bataun good intention bad intention mere paas iran ke chaar aalim aaye chaaron arabi jante the arabi chaar aalim shia to maine un se poocha ke bhai aap log kehte hain ali afzal hain sare sahaba se afzal ali hain hum log to un ko number chaar par rakhte hain na</w:t>
      </w:r>
    </w:p>
    <w:p>
      <w:pPr>
        <w:jc w:val="right"/>
      </w:pPr>
      <w:r>
        <w:t>ڈسٹرائے کرنا ہے کل کرنا ہے اصل چیز صرف جو ہے صرف یہ نہیں کہ صحیح صحیح اجتہاد غلط اجتہاد اچھی انٹینشن گڈ انٹینشن جیسے میں اپ کو بتاؤں گڈ انٹینشن بیڈ انٹینشن میرے پاس ایران کے چار عالم ائے چاروں عربی جانتے تھے عربی چار عالم شیعہ تو میں نے ان سے پوچھا کہ بھئی اپ لوگ کہتے ہیں علی افضل ہیں سارے صحابہ سے افضل علی ہیں ہم لوگ تو ان کو نمبر چار پر رکھتے ہیں نا</w:t>
      </w:r>
    </w:p>
    <w:p>
      <w:r>
        <w:rPr>
          <w:b/>
        </w:rPr>
        <w:t xml:space="preserve">[1:25:36] </w:t>
      </w:r>
      <w:r>
        <w:t>woh un ko number ek par rakhte hain to maine kaha ke yeh kahan is ka proof hai kaha quran mein likha hua hai maine kaha bhai quran mein kahan likha hua hai kaha ali kabira ab dekhen sirf in seen se aadmi yeh keh sakta hai ali kabira to in seen se jo aalim bhi agar in seen se ho jaye to ulta seedhi baaten karega to asal cheez hai sincerity sincerity</w:t>
      </w:r>
    </w:p>
    <w:p>
      <w:pPr>
        <w:jc w:val="right"/>
      </w:pPr>
      <w:r>
        <w:t>وہ ان کو نمبر ایک پر رکھتے ہیں تو میں نے کہا کہ یہ کہاں اس کا پروف ہے کہا قران میں لکھا ہوا ہے میں نے کہا بھئی قران میں کہاں لکھا ہوا ہے کہا علی کبیرہ اب دیکھیں صرف ان سین سے ادمی یہ کہہ سکتا ہے علی کبیرہ تو ان سین سے جو عالم بھی اگر ان سین سے ہو جائے تو الٹا سیدھی باتیں کرے گا تو اصل چیز ہے سنسیرٹی سنسیرٹی</w:t>
      </w:r>
    </w:p>
    <w:p>
      <w:r>
        <w:rPr>
          <w:b/>
        </w:rPr>
        <w:t xml:space="preserve">[1:26:07] </w:t>
      </w:r>
      <w:r>
        <w:t>baqi koi doosri shart nahi hai dekhiye ali kabira jo hai out of context liya unhone woh azm khuda ke liye hai khuda aali hai aur kabir hai dono baaten khuda ke liye hain aali mani buland kabir mani bada khuda buland hai aur bada hai to unhone is ko kaat diya ali jo tha khuda ki sifat ke liye tha ab woh ali ko naam bana diya noun bana diya woh noun nahi tha woh khuda aur kabir hai</w:t>
      </w:r>
    </w:p>
    <w:p>
      <w:pPr>
        <w:jc w:val="right"/>
      </w:pPr>
      <w:r>
        <w:t>باقی کوئی دوسری شرط نہیں ہے دیکھیے علی کبیرہ جو ہے اؤٹ اف کنٹیسٹ لیا انہوں نے وہ عزم خدا کے لیے ہے خدا عالی ہے اور کبیر ہے دونوں باتیں خدا کے لیے ہیں عالی معنی بلند کبیر معنی بڑا خدا بلند ہے اور بڑا ہے تو انہوں نے اس کو کاٹ دیا علی جو تھا خدا کے صفت کے لیے تھا اب وہ علی کو نام بنا دیا ناؤن بنا دیا وہ ناؤن نہیں تھا وہ خدا اور کبیر ہے</w:t>
      </w:r>
    </w:p>
    <w:p>
      <w:r>
        <w:rPr>
          <w:b/>
        </w:rPr>
        <w:t xml:space="preserve">[1:26:37] </w:t>
      </w:r>
      <w:r>
        <w:t>to ek similarity ke le kar similarity ko le kar ke ali ko noun bana diya hazrat ali ka naam bana diya halanke ayat mein woh tha ke khuda jo hai woh ali o kabir hai bada hai aur aur ooncha hai ah woh mashhoor mursal hai ke aap soye hue ko jaga sakte hain jaagte hue ko jaga nahi sakte un se aadmi ke liye koi argument kaam nahi karta unhone keh diya</w:t>
      </w:r>
    </w:p>
    <w:p>
      <w:pPr>
        <w:jc w:val="right"/>
      </w:pPr>
      <w:r>
        <w:t>تو ایک سمیلریٹی کے لے کر سمیلریٹی کو لے کر کے علی کو ناؤن بنا دیا حضرت علی کا نام بنا دیا حالانکہ ایت میں وہ تھا کہ خدا جو ہے وہ علی و کبیر ہے بڑا ہے اور اور اونچا ہے اہ وہ مشہور مرسل ہے کہ اپ سوئے ہوئے کو جگا سکتے ہیں جاگتے ہوئے کو جگا نہیں سکتے ان سے ادمی کے لیے کوئی ارگومنٹ کام نہیں کرتا انہوں نے کہہ دیا</w:t>
      </w:r>
    </w:p>
    <w:p>
      <w:r>
        <w:rPr>
          <w:b/>
        </w:rPr>
        <w:t xml:space="preserve">[1:27:08] </w:t>
      </w:r>
      <w:r>
        <w:t>yeh ikhtilaf to hota hi hai yeh ikhtilaf ki baat hai yeh ikhtilaf ki baat thodi hai yeh.</w:t>
      </w:r>
    </w:p>
    <w:p>
      <w:pPr>
        <w:jc w:val="right"/>
      </w:pPr>
      <w:r>
        <w:t>یہ اختلاف تو ہوتا ہی ہے یہ اختلاف کی بات ہے یہ اختلاف کی بات تھوڑی ہے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