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Concept of God December 7, 2014</w:t>
      </w:r>
    </w:p>
    <w:p>
      <w:r>
        <w:t>https://youtu.be/dCgL9lp8EAo</w:t>
      </w:r>
    </w:p>
    <w:p>
      <w:r>
        <w:rPr>
          <w:b/>
        </w:rPr>
        <w:t xml:space="preserve">[00:14] </w:t>
      </w:r>
      <w:r>
        <w:t>bismillah hir rahman nir rahim, wa salla allahu ala an nabiyyil karim.</w:t>
      </w:r>
    </w:p>
    <w:p>
      <w:pPr>
        <w:jc w:val="right"/>
      </w:pPr>
      <w:r>
        <w:t>بسم اللہ الرحمن الرحیم، وصلی اللہ علی النبی الکریم۔</w:t>
      </w:r>
    </w:p>
    <w:p>
      <w:r>
        <w:rPr>
          <w:b/>
        </w:rPr>
        <w:t xml:space="preserve">[00:23] </w:t>
      </w:r>
      <w:r>
        <w:t>rab ishrah li sadri, wa yassir li amri, wahlul uqdatan min lisani, yafqahu qawli.</w:t>
      </w:r>
    </w:p>
    <w:p>
      <w:pPr>
        <w:jc w:val="right"/>
      </w:pPr>
      <w:r>
        <w:t>رب اشرح لی صدری، ویسر لی امری، واحل العقدۃ من لسانی، یفقہ قولی۔</w:t>
      </w:r>
    </w:p>
    <w:p>
      <w:r>
        <w:rPr>
          <w:b/>
        </w:rPr>
        <w:t xml:space="preserve">[00:40] </w:t>
      </w:r>
      <w:r>
        <w:t>7 december 2014. aaj ka topic hai: concept of god, khuda ka tasawwur.</w:t>
      </w:r>
    </w:p>
    <w:p>
      <w:pPr>
        <w:jc w:val="right"/>
      </w:pPr>
      <w:r>
        <w:t>7 دسمبر 2014۔ آج کا ٹاپک ہے: کانسیپٹ آف گاڈ، خدا کا تصور۔</w:t>
      </w:r>
    </w:p>
    <w:p>
      <w:r>
        <w:rPr>
          <w:b/>
        </w:rPr>
        <w:t xml:space="preserve">[00:57] </w:t>
      </w:r>
      <w:r>
        <w:t>dekhiye,</w:t>
      </w:r>
    </w:p>
    <w:p>
      <w:pPr>
        <w:jc w:val="right"/>
      </w:pPr>
      <w:r>
        <w:t>دیکھیے،</w:t>
      </w:r>
    </w:p>
    <w:p>
      <w:r>
        <w:rPr>
          <w:b/>
        </w:rPr>
        <w:t xml:space="preserve">[01:01] </w:t>
      </w:r>
      <w:r>
        <w:t>khuda ko manna itna zyada aam hai ke duniya mein shayad koi shakhs bhi nahi milega jo kisi na kisi tor par khuda ko na manta ho.</w:t>
      </w:r>
    </w:p>
    <w:p>
      <w:pPr>
        <w:jc w:val="right"/>
      </w:pPr>
      <w:r>
        <w:t>خدا کو ماننا اتنا زیادہ عام ہے کہ دنیا میں شاید کوئی شخص بھی نہیں ملے گا جو کسی نہ کسی طور پر خدا کو نہ مانتا ہو۔</w:t>
      </w:r>
    </w:p>
    <w:p>
      <w:r>
        <w:rPr>
          <w:b/>
        </w:rPr>
        <w:t xml:space="preserve">[01:17] </w:t>
      </w:r>
      <w:r>
        <w:t>har ek manta hai, hatta ke jo log khuda ko munkir hain, jo atheist hain, woh bhi kahin na kahin khuda ka naam le lete hain.</w:t>
      </w:r>
    </w:p>
    <w:p>
      <w:pPr>
        <w:jc w:val="right"/>
      </w:pPr>
      <w:r>
        <w:t>ہر ایک مانتا ہے، حتیٰ کہ جو لوگ خدا کو منکر ہیں، جو ایتھیسٹ ہیں، وہ بھی کہیں نہ کہیں خدا کا نام لے لیتے ہیں۔</w:t>
      </w:r>
    </w:p>
    <w:p>
      <w:r>
        <w:rPr>
          <w:b/>
        </w:rPr>
        <w:t xml:space="preserve">[01:32] </w:t>
      </w:r>
      <w:r>
        <w:t>misalan main aap ko do misaal deta hoon. joseph stalin, jo communist leader tha, woh khuda ko nahi manta tha.</w:t>
      </w:r>
    </w:p>
    <w:p>
      <w:pPr>
        <w:jc w:val="right"/>
      </w:pPr>
      <w:r>
        <w:t>مثلاً میں آپ کو دو مثال دیتا ہوں۔ جوزف اسٹالن، جو کمیونسٹ لیڈر تھا، وہ خدا کو نہیں مانتا تھا۔</w:t>
      </w:r>
    </w:p>
    <w:p>
      <w:r>
        <w:rPr>
          <w:b/>
        </w:rPr>
        <w:t xml:space="preserve">[01:48] </w:t>
      </w:r>
      <w:r>
        <w:t>woh pakka atheist tha. lekin ek nazuk mauqe par, second world war ke zamane mein, uski zuban se nikla: "may god prosper this undertaking."</w:t>
      </w:r>
    </w:p>
    <w:p>
      <w:pPr>
        <w:jc w:val="right"/>
      </w:pPr>
      <w:r>
        <w:t>وہ پکا ایتھیسٹ تھا۔ لیکن ایک نازک موقع پر، سیکنڈ ورلڈ وار کے زمانے میں، اس کی زبان سے نکلا: "می گاڈ پراسپر دس انڈر ٹیکنگ۔"</w:t>
      </w:r>
    </w:p>
    <w:p>
      <w:r>
        <w:rPr>
          <w:b/>
        </w:rPr>
        <w:t xml:space="preserve">[02:06] </w:t>
      </w:r>
      <w:r>
        <w:t>khuda us ko kamyab kare. yeh</w:t>
      </w:r>
    </w:p>
    <w:p>
      <w:pPr>
        <w:jc w:val="right"/>
      </w:pPr>
      <w:r>
        <w:t>خدا اس کو کامیاب کرے۔ یہ</w:t>
      </w:r>
    </w:p>
    <w:p>
      <w:r>
        <w:rPr>
          <w:b/>
        </w:rPr>
        <w:t xml:space="preserve">[02:17] </w:t>
      </w:r>
      <w:r>
        <w:t>achanak us zuban se nikal pada. aise hi ek hawai jahaz ka ek pilot tha, woh bhi atheist tha, woh communist tha, woh.</w:t>
      </w:r>
    </w:p>
    <w:p>
      <w:pPr>
        <w:jc w:val="right"/>
      </w:pPr>
      <w:r>
        <w:t>اچانک اس زبان سے نکل پڑا۔ ایسے ہی ایک ہوائی جہاز کا ایک پائلٹ تھا، وہ بھی ایتھیسٹ تھا، وہ کمیونسٹ تھا، وہ۔</w:t>
      </w:r>
    </w:p>
    <w:p>
      <w:r>
        <w:rPr>
          <w:b/>
        </w:rPr>
        <w:t xml:space="preserve">[02:29] </w:t>
      </w:r>
      <w:r>
        <w:t>lekin us ke jahaz ko crash ho gaya. toh black box, jo black box jo hota hai, us mein aakhri awaz record ho jati hai, pilot ki.</w:t>
      </w:r>
    </w:p>
    <w:p>
      <w:pPr>
        <w:jc w:val="right"/>
      </w:pPr>
      <w:r>
        <w:t>لیکن اس کے جہاز کو کریش ہو گیا۔ تو بلیک بورڈ، جو بلیک باکس جو ہوتا ہے، اس میں آخری آواز ریکارڈ ہو جاتی ہے، پائلٹ کی۔</w:t>
      </w:r>
    </w:p>
    <w:p>
      <w:r>
        <w:rPr>
          <w:b/>
        </w:rPr>
        <w:t xml:space="preserve">[02:47] </w:t>
      </w:r>
      <w:r>
        <w:t>toh black box ko jab replay kiya gaya toh maloom hua ke us ne aakhri lafz jo nikla tha us ki zuban se: "god save us" yeh tha.</w:t>
      </w:r>
    </w:p>
    <w:p>
      <w:pPr>
        <w:jc w:val="right"/>
      </w:pPr>
      <w:r>
        <w:t>تو بلیک باکس کو جب ری پلے کیا گیا تو معلوم ہوا کہ اس نے آخری لفظ جو نکلا تھا اس کی زبان سے: "گاڈ سیو اس" یہ تھا۔</w:t>
      </w:r>
    </w:p>
    <w:p>
      <w:r>
        <w:rPr>
          <w:b/>
        </w:rPr>
        <w:t xml:space="preserve">[03:03] </w:t>
      </w:r>
      <w:r>
        <w:t>toh jo log bazahir khuda ko nahi mante, woh bhi kahin na kahin khuda ka iqrar karte hain.</w:t>
      </w:r>
    </w:p>
    <w:p>
      <w:pPr>
        <w:jc w:val="right"/>
      </w:pPr>
      <w:r>
        <w:t>تو جو لوگ بظاہر خدا کو نہیں مانتے، وہ بھی کہیں نہ کہیں خدا کا اقرار کرتے ہیں۔</w:t>
      </w:r>
    </w:p>
    <w:p>
      <w:r>
        <w:rPr>
          <w:b/>
        </w:rPr>
        <w:t xml:space="preserve">[03:15] </w:t>
      </w:r>
      <w:r>
        <w:t>duniya bhar mein aap dekhiye toh sab aise hi milenge.</w:t>
      </w:r>
    </w:p>
    <w:p>
      <w:pPr>
        <w:jc w:val="right"/>
      </w:pPr>
      <w:r>
        <w:t>دنیا بھر میں آپ دیکھیں تو سب ایسے ہی ملیں گے۔</w:t>
      </w:r>
    </w:p>
    <w:p>
      <w:r>
        <w:rPr>
          <w:b/>
        </w:rPr>
        <w:t xml:space="preserve">[03:22] </w:t>
      </w:r>
      <w:r>
        <w:t>misal ke taur par anthropology, jo studies ki gayi hain, woh qadeem tareen society se le kar ab tak, un ko yeh woh yeh report karte hain ke koi society duniya mein kabhi aisi nahi pai gayi jis mein khuda ka aqeedah kisi na kisi tor par maujood na ho.</w:t>
      </w:r>
    </w:p>
    <w:p>
      <w:pPr>
        <w:jc w:val="right"/>
      </w:pPr>
      <w:r>
        <w:t>مثال کے طور پر اینتھروپالوجی، جو اسٹڈیز کی گئی ہیں، وہ قدیم ترین سوسائٹی سے لے کر اب تک، ان کو یہ وہ یہ رپورٹ کرتے ہیں کہ کوئی سوسائٹی دنیا میں کبھی ایسی نہیں پائی گئی جس میں خدا کا عقیدہ کسی نہ کسی طور پر موجود نہ ہو۔</w:t>
      </w:r>
    </w:p>
    <w:p>
      <w:r>
        <w:rPr>
          <w:b/>
        </w:rPr>
        <w:t xml:space="preserve">[03:50] </w:t>
      </w:r>
      <w:r>
        <w:t>toh yeh ek aam baat hai. isi ke sath doosri aam baat kya hai? ke</w:t>
      </w:r>
    </w:p>
    <w:p>
      <w:pPr>
        <w:jc w:val="right"/>
      </w:pPr>
      <w:r>
        <w:t>تو یہ ایک عام بات ہے۔ اسی کے ساتھ دوسری عام بات کیا ہے؟ کہ</w:t>
      </w:r>
    </w:p>
    <w:p>
      <w:r>
        <w:rPr>
          <w:b/>
        </w:rPr>
        <w:t xml:space="preserve">[04:00] </w:t>
      </w:r>
      <w:r>
        <w:t>khuda ko log formal tareeqe se toh mante hain, haqeeqi taur par kahin bhi khuda ka shaoor maujood nahi.</w:t>
      </w:r>
    </w:p>
    <w:p>
      <w:pPr>
        <w:jc w:val="right"/>
      </w:pPr>
      <w:r>
        <w:t>خدا کو لوگ فارمر طریقے سے تو مانتے ہیں، حقیقی طور پر کہیں بھی خدا کا شعور موجود نہیں۔</w:t>
      </w:r>
    </w:p>
    <w:p>
      <w:r>
        <w:rPr>
          <w:b/>
        </w:rPr>
        <w:t xml:space="preserve">[04:16] </w:t>
      </w:r>
      <w:r>
        <w:t>main aisa kyun keh raha hoon? is liye ke dekhiye, manne ka jo criterion hai, woh khuda, woh Quran mein bata diya gaya hai.</w:t>
      </w:r>
    </w:p>
    <w:p>
      <w:pPr>
        <w:jc w:val="right"/>
      </w:pPr>
      <w:r>
        <w:t>میں ایسا کیوں کہہ رہا ہوں؟ اس لیے کہ دیکھیے، ماننے کا جو کرائٹیرین ہے، وہ خدا، وہ قرآن میں بتا دیا گیا ہے۔</w:t>
      </w:r>
    </w:p>
    <w:p>
      <w:r>
        <w:rPr>
          <w:b/>
        </w:rPr>
        <w:t xml:space="preserve">[04:26] </w:t>
      </w:r>
      <w:r>
        <w:t>khuda ko manne wala kaun hai? is ka ek criterion hai.</w:t>
      </w:r>
    </w:p>
    <w:p>
      <w:pPr>
        <w:jc w:val="right"/>
      </w:pPr>
      <w:r>
        <w:t>خدا کو ماننے والا کون ہے؟ اس کا ایک کرائٹیرین ہے۔</w:t>
      </w:r>
    </w:p>
    <w:p>
      <w:r>
        <w:rPr>
          <w:b/>
        </w:rPr>
        <w:t xml:space="preserve">[04:33] </w:t>
      </w:r>
      <w:r>
        <w:t>woh surah al-baqarah mein, Quran ki surah al-baqarah mein in alfaz mein aaya hai: "walladhina amanu ashadd huban lillah".</w:t>
      </w:r>
    </w:p>
    <w:p>
      <w:pPr>
        <w:jc w:val="right"/>
      </w:pPr>
      <w:r>
        <w:t>وہ سورہ البقرہ میں، قرآن کی سورہ البقرہ میں ان الفاظ میں آیا ہے: "والذین آمنوا اشد حبا للہ"۔</w:t>
      </w:r>
    </w:p>
    <w:p>
      <w:r>
        <w:rPr>
          <w:b/>
        </w:rPr>
        <w:t xml:space="preserve">[04:46] </w:t>
      </w:r>
      <w:r>
        <w:t>jo khuda ko manne wale hain, un ko sab se zyada mohabbat ka talluq Allah se hota hai. Allah se un ko hubb shadeed hota hai.</w:t>
      </w:r>
    </w:p>
    <w:p>
      <w:pPr>
        <w:jc w:val="right"/>
      </w:pPr>
      <w:r>
        <w:t>جو خدا کو ماننے والے ہیں، ان کو سب سے زیادہ محبت کا تعلق اللہ سے ہوتا ہے۔ اللہ سے ان کو حب شدید ہوتا ہے۔</w:t>
      </w:r>
    </w:p>
    <w:p>
      <w:r>
        <w:rPr>
          <w:b/>
        </w:rPr>
        <w:t xml:space="preserve">[04:58] </w:t>
      </w:r>
      <w:r>
        <w:t>yani English mein kahenge: "strong affection". jo Allah se manne wale hain, woh un ko Allah se strong affection ho jata hai.</w:t>
      </w:r>
    </w:p>
    <w:p>
      <w:pPr>
        <w:jc w:val="right"/>
      </w:pPr>
      <w:r>
        <w:t>یعنی انگلش میں کہیں گے: "اسٹرانگ افیکشن"۔ جو اللہ سے ماننے والے ہیں، وہ ان کو اللہ سے اسٹرانگ افیکشن ہو جاتا ہے۔</w:t>
      </w:r>
    </w:p>
    <w:p>
      <w:r>
        <w:rPr>
          <w:b/>
        </w:rPr>
        <w:t xml:space="preserve">[05:12] </w:t>
      </w:r>
      <w:r>
        <w:t>yeh hai criterion.</w:t>
      </w:r>
    </w:p>
    <w:p>
      <w:pPr>
        <w:jc w:val="right"/>
      </w:pPr>
      <w:r>
        <w:t>یہ ہے کرائٹیرین۔</w:t>
      </w:r>
    </w:p>
    <w:p>
      <w:r>
        <w:rPr>
          <w:b/>
        </w:rPr>
        <w:t xml:space="preserve">[05:15] </w:t>
      </w:r>
      <w:r>
        <w:t>aap is criterion par judge kijiye toh sari duniya mein shayad hi koi mile jo waqeatan khuda ko manne wala ho.</w:t>
      </w:r>
    </w:p>
    <w:p>
      <w:pPr>
        <w:jc w:val="right"/>
      </w:pPr>
      <w:r>
        <w:t>آپ اس کرائٹیرین پر جج کیجیے تو ساری دنیا میں شاید ہی کوئی ملے جو واقعتاً خدا کو ماننے والا ہو۔</w:t>
      </w:r>
    </w:p>
    <w:p>
      <w:r>
        <w:rPr>
          <w:b/>
        </w:rPr>
        <w:t xml:space="preserve">[05:28] </w:t>
      </w:r>
      <w:r>
        <w:t>log bas forward taur par mante hain, lift service ke taur par mante hain.</w:t>
      </w:r>
    </w:p>
    <w:p>
      <w:pPr>
        <w:jc w:val="right"/>
      </w:pPr>
      <w:r>
        <w:t>لوگ بس فارورڈ طور پر مانتے ہیں، لفٹ سروس کے طور پر مانتے ہیں۔</w:t>
      </w:r>
    </w:p>
    <w:p>
      <w:r>
        <w:rPr>
          <w:b/>
        </w:rPr>
        <w:t xml:space="preserve">[05:34] </w:t>
      </w:r>
      <w:r>
        <w:t>misal ke oopar dekhiye, aap America jaiye. wahan ke dollar par likha hota hai: "in god we trust".</w:t>
      </w:r>
    </w:p>
    <w:p>
      <w:pPr>
        <w:jc w:val="right"/>
      </w:pPr>
      <w:r>
        <w:t>مثال کے اوپر دیکھیے، آپ امریکہ جائیے۔ وہاں کے ڈالر پر لکھا ہوتا ہے: "ان گاڈ وی ٹرسٹ"۔</w:t>
      </w:r>
    </w:p>
    <w:p>
      <w:r>
        <w:rPr>
          <w:b/>
        </w:rPr>
        <w:t xml:space="preserve">[05:47] </w:t>
      </w:r>
      <w:r>
        <w:t>"in god we trust"</w:t>
      </w:r>
    </w:p>
    <w:p>
      <w:pPr>
        <w:jc w:val="right"/>
      </w:pPr>
      <w:r>
        <w:t>"ان گاڈ وی ٹرسٹ"</w:t>
      </w:r>
    </w:p>
    <w:p>
      <w:r>
        <w:rPr>
          <w:b/>
        </w:rPr>
        <w:t xml:space="preserve">[05:50] </w:t>
      </w:r>
      <w:r>
        <w:t>ab zahir kiya hai, dollar har aadmi ke haath mein hota hai, har aadmi ki jeb mein hota hai. lekin kam az kam maine baar baar safar karne ke bawajood wahan koi aadmi paya nahin jo sach much is is criterion par poora utarta ho jo quran mein bataya gaya hai.</w:t>
      </w:r>
    </w:p>
    <w:p>
      <w:pPr>
        <w:jc w:val="right"/>
      </w:pPr>
      <w:r>
        <w:t>۔ اب ظاہر کیا ہے، ڈالر ہر آدمی کے ہاتھ میں ہوتا ہے، ہر آدمی کی جیب میں ہوتا ہے۔ لیکن کم از کم میں نے بار بار سفر کرنے کے باوجود وہاں کوئی آدمی پایا نہیں جو سچ مچ اس اس کرائٹیرین پر پورا اترتا ہو جو قرآن میں بتایا گیا ہے۔</w:t>
      </w:r>
    </w:p>
    <w:p>
      <w:r>
        <w:rPr>
          <w:b/>
        </w:rPr>
        <w:t xml:space="preserve">[06:17] </w:t>
      </w:r>
      <w:r>
        <w:t>ab sochne ki baat yeh hai ke aisa kyun hai? log khuda ka naam lete hain, kisi na kisi alfaaz mein, woh apne aap ko khuda ko maanne wala batate hain, lekin jo criterion hai, us par poora nahin utarte woh.</w:t>
      </w:r>
    </w:p>
    <w:p>
      <w:pPr>
        <w:jc w:val="right"/>
      </w:pPr>
      <w:r>
        <w:t>اب سوچنے کی بات یہ ہے کہ ایسا کیوں ہے؟ لوگ خدا کا نام لیتے ہیں، کسی نہ کسی الفاظ میں، وہ اپنے آپ کو خدا کو ماننے والا بتاتے ہیں، لیکن جو کرائٹیرین ہے، اس پر پورا نہیں اترتے وہ۔</w:t>
      </w:r>
    </w:p>
    <w:p>
      <w:r>
        <w:rPr>
          <w:b/>
        </w:rPr>
        <w:t xml:space="preserve">[06:40] </w:t>
      </w:r>
      <w:r>
        <w:t>un ke andar khuda se hub shadeed ya strong affection nahin hota.</w:t>
      </w:r>
    </w:p>
    <w:p>
      <w:pPr>
        <w:jc w:val="right"/>
      </w:pPr>
      <w:r>
        <w:t>ان کے اندر خدا سے حب شدید یا اسٹرانگ افیکشن نہیں ہوتا۔</w:t>
      </w:r>
    </w:p>
    <w:p>
      <w:r>
        <w:rPr>
          <w:b/>
        </w:rPr>
        <w:t xml:space="preserve">[06:46] </w:t>
      </w:r>
      <w:r>
        <w:t>iska raaz kya hai?</w:t>
      </w:r>
    </w:p>
    <w:p>
      <w:pPr>
        <w:jc w:val="right"/>
      </w:pPr>
      <w:r>
        <w:t>اس کا راز کیا ہے؟</w:t>
      </w:r>
    </w:p>
    <w:p>
      <w:r>
        <w:rPr>
          <w:b/>
        </w:rPr>
        <w:t xml:space="preserve">[06:52] </w:t>
      </w:r>
      <w:r>
        <w:t>iska raaz yeh hai ke unhon ne khuda ko us ki sifaton ke sath discover nahin kiya. dekhiye, khuda ko maanne se pehle ek cheez aur darkaar hai.</w:t>
      </w:r>
    </w:p>
    <w:p>
      <w:pPr>
        <w:jc w:val="right"/>
      </w:pPr>
      <w:r>
        <w:t>اس کا راز یہ ہے کہ انہوں نے خدا کو اس کی صفتوں کے ساتھ ڈسکور نہیں کیا۔ دیکھیے، خدا کو ماننے سے پہلے ایک چیز اور درکار ہے۔</w:t>
      </w:r>
    </w:p>
    <w:p>
      <w:r>
        <w:rPr>
          <w:b/>
        </w:rPr>
        <w:t xml:space="preserve">[07:04] </w:t>
      </w:r>
      <w:r>
        <w:t>yani pre god ek cheez hai, woh hai marifat, daryaft, discovery.</w:t>
      </w:r>
    </w:p>
    <w:p>
      <w:pPr>
        <w:jc w:val="right"/>
      </w:pPr>
      <w:r>
        <w:t>یعنی پری گاڈ ایک چیز ہے، وہ ہے معرفت، دریافت، ڈسکوری۔</w:t>
      </w:r>
    </w:p>
    <w:p>
      <w:r>
        <w:rPr>
          <w:b/>
        </w:rPr>
        <w:t xml:space="preserve">[07:12] </w:t>
      </w:r>
      <w:r>
        <w:t>jab aap khuda ko discover karenge, discovery ke darje mein jab aap khuda ko pahunch gaye honge, tab aap ke andar woh sifat aayegi ke aap ko khuda se strong affection ho jayega.</w:t>
      </w:r>
    </w:p>
    <w:p>
      <w:pPr>
        <w:jc w:val="right"/>
      </w:pPr>
      <w:r>
        <w:t>جب آپ خدا کو ڈسکور کریں گے، ڈسکوری کے درجے میں جب آپ خدا کو پہنچ گئے ہوں گے، تب آپ کے اندر وہ صفت آئے گی کہ آپ کو خدا سے اسٹرانگ افیکشن ہو جائے گا۔</w:t>
      </w:r>
    </w:p>
    <w:p>
      <w:r>
        <w:rPr>
          <w:b/>
        </w:rPr>
        <w:t xml:space="preserve">[07:29] </w:t>
      </w:r>
      <w:r>
        <w:t>to logon ne bas ek ghar mein paida hue, maa baap se suna, samaj mein un ko bataya gaya to khuda ko maanne lage.</w:t>
      </w:r>
    </w:p>
    <w:p>
      <w:pPr>
        <w:jc w:val="right"/>
      </w:pPr>
      <w:r>
        <w:t>تو لوگوں نے بس ایک گھر میں پیدا ہوئے، ماں باپ سے سنا، سماج میں ان کو بتایا گیا تو خدا کو ماننے لگے۔</w:t>
      </w:r>
    </w:p>
    <w:p>
      <w:r>
        <w:rPr>
          <w:b/>
        </w:rPr>
        <w:t xml:space="preserve">[07:39] </w:t>
      </w:r>
      <w:r>
        <w:t>lekin un ki discovery nahin hai khuda. khuda un ki daryaft nahin hai.</w:t>
      </w:r>
    </w:p>
    <w:p>
      <w:pPr>
        <w:jc w:val="right"/>
      </w:pPr>
      <w:r>
        <w:t>لیکن ان کی ڈسکوری نہیں ہے خدا۔ خدا ان کی دریافت نہیں ہے۔</w:t>
      </w:r>
    </w:p>
    <w:p>
      <w:r>
        <w:rPr>
          <w:b/>
        </w:rPr>
        <w:t xml:space="preserve">[07:48] </w:t>
      </w:r>
      <w:r>
        <w:t>to jab tak aap khuda ko daryaft ke darje mein na payen, tab tak aap ke andar khuda se strong affection nahin ho sakta hai.</w:t>
      </w:r>
    </w:p>
    <w:p>
      <w:pPr>
        <w:jc w:val="right"/>
      </w:pPr>
      <w:r>
        <w:t>تو جب تک آپ خدا کو دریافت کے درجے میں نہ پائیں، تب تک آپ کے اندر خدا سے اسٹرانگ افیکشن نہیں ہو سکتا ہے۔</w:t>
      </w:r>
    </w:p>
    <w:p>
      <w:r>
        <w:rPr>
          <w:b/>
        </w:rPr>
        <w:t xml:space="preserve">[08:04] </w:t>
      </w:r>
      <w:r>
        <w:t>to daryaft kaise hoti hai? woh hoti hai ghaur o fikr se, contemplation se, tadabbur se.</w:t>
      </w:r>
    </w:p>
    <w:p>
      <w:pPr>
        <w:jc w:val="right"/>
      </w:pPr>
      <w:r>
        <w:t>تو دریافت کیسے ہوتی ہے؟ وہ ہوتی ہے غور و فکر سے، کنٹمپلیشن سے، تدبر سے۔</w:t>
      </w:r>
    </w:p>
    <w:p>
      <w:r>
        <w:rPr>
          <w:b/>
        </w:rPr>
        <w:t xml:space="preserve">[08:14] </w:t>
      </w:r>
      <w:r>
        <w:t>aap apne bare mein sochte hain, kainat ke bare mein sochte hain, aas paas jo cheezein hain un par sochte hain.</w:t>
      </w:r>
    </w:p>
    <w:p>
      <w:pPr>
        <w:jc w:val="right"/>
      </w:pPr>
      <w:r>
        <w:t>آپ اپنے بارے میں سوچتے ہیں، کائنات کے بارے میں سوچتے ہیں، آس پاس جو چیزیں ہیں ان پر سوچتے ہیں۔</w:t>
      </w:r>
    </w:p>
    <w:p>
      <w:r>
        <w:rPr>
          <w:b/>
        </w:rPr>
        <w:t xml:space="preserve">[08:26] </w:t>
      </w:r>
      <w:r>
        <w:t>to jab aap sochte hain gehrai ke sath, sahi maanon mein, to aap ko discovery hoti hai. yani creation mein aap creator ko daryaft karte hain.</w:t>
      </w:r>
    </w:p>
    <w:p>
      <w:pPr>
        <w:jc w:val="right"/>
      </w:pPr>
      <w:r>
        <w:t>تو جب آپ سوچتے ہیں گہرائی کے ساتھ، صحیح معنوں میں، تو آپ کو ڈسکوری ہوتی ہے۔ یعنی کریشن میں آپ کریٹر کو دریافت کرتے ہیں۔</w:t>
      </w:r>
    </w:p>
    <w:p>
      <w:r>
        <w:rPr>
          <w:b/>
        </w:rPr>
        <w:t xml:space="preserve">[08:39] </w:t>
      </w:r>
      <w:r>
        <w:t>is kainat mein daryaft karte hain aap us ko jo is kainat ka paida karne wala hai. jab aap is tarah daryaft karte hain, tab ja kar ke aap ko sahi maanon mein khuda ka shaoor hota hai.</w:t>
      </w:r>
    </w:p>
    <w:p>
      <w:pPr>
        <w:jc w:val="right"/>
      </w:pPr>
      <w:r>
        <w:t>اس کائنات میں دریافت کرتے ہیں آپ اس کو جو اس کائنات کا پیدا کرنے والا ہے۔ جب آپ اس طرح دریافت کرتے ہیں، تب جا کر کے آپ کو صحیح معنوں میں خدا کا شعور ہوتا ہے۔</w:t>
      </w:r>
    </w:p>
    <w:p>
      <w:r>
        <w:rPr>
          <w:b/>
        </w:rPr>
        <w:t xml:space="preserve">[08:54] </w:t>
      </w:r>
      <w:r>
        <w:t>tab ja kar sahi maanon mein aap ko khuda se hub shadeed ya strong affection hota hai. aisa nahin ho sakta.</w:t>
      </w:r>
    </w:p>
    <w:p>
      <w:pPr>
        <w:jc w:val="right"/>
      </w:pPr>
      <w:r>
        <w:t>تب جا کر صحیح معنوں میں آپ کو خدا سے حب شدید یا اسٹرانگ افیکشن ہوتا ہے۔ ایسا نہیں ہو سکتا۔</w:t>
      </w:r>
    </w:p>
    <w:p>
      <w:r>
        <w:rPr>
          <w:b/>
        </w:rPr>
        <w:t xml:space="preserve">[09:05] </w:t>
      </w:r>
      <w:r>
        <w:t>yani aap kalma padh dein: "la ilaha illallah muhammadur rasulullah" is se nahin aayega. "la ilaha illallah" kehne se nahin aayegi yeh baat.</w:t>
      </w:r>
    </w:p>
    <w:p>
      <w:pPr>
        <w:jc w:val="right"/>
      </w:pPr>
      <w:r>
        <w:t>یعنی آپ کلمہ پڑھ دیں: "لا الہ الا اللہ محمد رسول اللہ" اس سے نہیں آئے گا۔ "لا الہ الا اللہ" کہنے سے نہیں آئے گی یہ بات۔</w:t>
      </w:r>
    </w:p>
    <w:p>
      <w:r>
        <w:rPr>
          <w:b/>
        </w:rPr>
        <w:t xml:space="preserve">[09:21] </w:t>
      </w:r>
      <w:r>
        <w:t>aisa kabhi nahin ho sakta.</w:t>
      </w:r>
    </w:p>
    <w:p>
      <w:pPr>
        <w:jc w:val="right"/>
      </w:pPr>
      <w:r>
        <w:t>ایسا کبھی نہیں ہو سکتا۔</w:t>
      </w:r>
    </w:p>
    <w:p>
      <w:r>
        <w:rPr>
          <w:b/>
        </w:rPr>
        <w:t xml:space="preserve">[09:26] </w:t>
      </w:r>
      <w:r>
        <w:t>to "la ilaha" ka lafz, "la ilaha illallah" ka lafz bolne se baat nahin aa sakti.</w:t>
      </w:r>
    </w:p>
    <w:p>
      <w:pPr>
        <w:jc w:val="right"/>
      </w:pPr>
      <w:r>
        <w:t>تو "لا الہ" کا لفظ، "لا الہ الا اللہ" کا لفظ بولنے سے بات نہیں آ سکتی۔</w:t>
      </w:r>
    </w:p>
    <w:p>
      <w:r>
        <w:rPr>
          <w:b/>
        </w:rPr>
        <w:t xml:space="preserve">[09:34] </w:t>
      </w:r>
      <w:r>
        <w:t>daryaft ke darje mein jab aap payenge, tab yeh baat aayegi. ke aap sochenge ke main kaise paida ho gaya?</w:t>
      </w:r>
    </w:p>
    <w:p>
      <w:pPr>
        <w:jc w:val="right"/>
      </w:pPr>
      <w:r>
        <w:t>دریافت کے درجے میں جب آپ پائیں گے، تب یہ بات آئے گی۔ کہ آپ سوچیں گے کہ میں کیسے پیدا ہو گیا؟</w:t>
      </w:r>
    </w:p>
    <w:p>
      <w:r>
        <w:rPr>
          <w:b/>
        </w:rPr>
        <w:t xml:space="preserve">[09:44] </w:t>
      </w:r>
      <w:r>
        <w:t>main jaisa insaan kaise paida ho gaya? mera jaisa insaan baap nahin bana sakta tha, maa nahin bana sakti thi.</w:t>
      </w:r>
    </w:p>
    <w:p>
      <w:pPr>
        <w:jc w:val="right"/>
      </w:pPr>
      <w:r>
        <w:t>میں جیسا انسان کیسے پیدا ہو گیا؟ میرا جیسا انسان باپ نہیں بنا سکتا تھا، ماں نہیں بنا سکتی تھی۔</w:t>
      </w:r>
    </w:p>
    <w:p>
      <w:r>
        <w:rPr>
          <w:b/>
        </w:rPr>
        <w:t xml:space="preserve">[09:54] </w:t>
      </w:r>
      <w:r>
        <w:t>koi karkhana nahin bana sakta tha, kaise bana?</w:t>
      </w:r>
    </w:p>
    <w:p>
      <w:pPr>
        <w:jc w:val="right"/>
      </w:pPr>
      <w:r>
        <w:t>کوئی کارخانہ نہیں بنا سکتا تھا، کیسے بنا؟</w:t>
      </w:r>
    </w:p>
    <w:p>
      <w:r>
        <w:rPr>
          <w:b/>
        </w:rPr>
        <w:t xml:space="preserve">[09:59] </w:t>
      </w:r>
      <w:r>
        <w:t>tab ja kar aap ko ek aadmi ko maine dekha, woh bohat smart lagta tha, bohat smart. to ajeeb us ke andar ek pride tha, main aisa hoon, main waisa hoon.</w:t>
      </w:r>
    </w:p>
    <w:p>
      <w:pPr>
        <w:jc w:val="right"/>
      </w:pPr>
      <w:r>
        <w:t>تب جا کر آپ کو ایک آدمی کو میں نے دیکھا، وہ بہت اسمارٹ لگتا تھا، بہت اسمارٹ۔ تو عجیب اس کے اندر ایک پرائیڈ تھا، میں ایسا ہوں، میں ویسا ہوں۔</w:t>
      </w:r>
    </w:p>
    <w:p>
      <w:r>
        <w:rPr>
          <w:b/>
        </w:rPr>
        <w:t xml:space="preserve">[10:14] </w:t>
      </w:r>
      <w:r>
        <w:t>maine us se poocha ke aap ko apne upar bara lagta hai ke bara naaz hai. kya aap ne kabhi yeh socha ke aap jaisa insaan bana kaise?</w:t>
      </w:r>
    </w:p>
    <w:p>
      <w:pPr>
        <w:jc w:val="right"/>
      </w:pPr>
      <w:r>
        <w:t>میں نے اس سے پوچھا کہ آپ کو اپنے اوپر بڑا لگتا ہے کہ بڑا ناز ہے۔ کیا آپ نے کبھی یہ سوچا کہ آپ جیسا انسان بنا کیسے؟</w:t>
      </w:r>
    </w:p>
    <w:p>
      <w:r>
        <w:rPr>
          <w:b/>
        </w:rPr>
        <w:t xml:space="preserve">[10:27] </w:t>
      </w:r>
      <w:r>
        <w:t>to us ne kaha is tarah to socha nahin.</w:t>
      </w:r>
    </w:p>
    <w:p>
      <w:pPr>
        <w:jc w:val="right"/>
      </w:pPr>
      <w:r>
        <w:t>تو اس نے کہا اس طرح تو سوچا نہیں۔</w:t>
      </w:r>
    </w:p>
    <w:p>
      <w:r>
        <w:rPr>
          <w:b/>
        </w:rPr>
        <w:t xml:space="preserve">[10:32] </w:t>
      </w:r>
      <w:r>
        <w:t>to jab is tarah socha nahin to kahan se khuda se gehra ta'alluq paida ho gaya us ke andar? to jab aap sochen ke mere jaisa insaan kaise bana?</w:t>
      </w:r>
    </w:p>
    <w:p>
      <w:pPr>
        <w:jc w:val="right"/>
      </w:pPr>
      <w:r>
        <w:t>تو جب اس طرح سوچا نہیں تو کہاں سے خدا سے گہرا تعلق پیدا ہو گیا اس کے اندر؟ تو جب آپ سوچیں کہ میرے جیسا انسان کیسے بنا؟</w:t>
      </w:r>
    </w:p>
    <w:p>
      <w:r>
        <w:rPr>
          <w:b/>
        </w:rPr>
        <w:t xml:space="preserve">[10:44] </w:t>
      </w:r>
      <w:r>
        <w:t>mere maa baap kaise bane? yeh duniya kaise bani?</w:t>
      </w:r>
    </w:p>
    <w:p>
      <w:pPr>
        <w:jc w:val="right"/>
      </w:pPr>
      <w:r>
        <w:t>میرے ماں باپ کیسے بنے؟ یہ دنیا کیسے بنی؟</w:t>
      </w:r>
    </w:p>
    <w:p>
      <w:r>
        <w:rPr>
          <w:b/>
        </w:rPr>
        <w:t xml:space="preserve">[10:50] </w:t>
      </w:r>
      <w:r>
        <w:t>yeh life support system duniya mein kaise kaam hua? beshumaar boundaries jo hain, jo subah shaam milti hain hum is ko, woh woh kaun supply kar raha hai?</w:t>
      </w:r>
    </w:p>
    <w:p>
      <w:pPr>
        <w:jc w:val="right"/>
      </w:pPr>
      <w:r>
        <w:t>یہ لائف سپورٹ سسٹم دنیا میں کیسے کام ہوا؟ بے شمار باؤنڈریز جو ہیں، جو صبح شام ملتی ہیں ہم اس کو، وہ وہ کون سپلائی کر رہا ہے؟</w:t>
      </w:r>
    </w:p>
    <w:p>
      <w:r>
        <w:rPr>
          <w:b/>
        </w:rPr>
        <w:t xml:space="preserve">[11:08] </w:t>
      </w:r>
      <w:r>
        <w:t>tab ja kar aap ko Khuda ki daryaft hogi aur tab ja kar aap ko Khuda se sahi ta'alluq qaim hoga.</w:t>
      </w:r>
    </w:p>
    <w:p>
      <w:pPr>
        <w:jc w:val="right"/>
      </w:pPr>
      <w:r>
        <w:t>تب جا کر آپ کو خدا کی دریافت ہوگی اور تب جا کر آپ کو خدا سے صحیح تعلق قائم ہوگا۔</w:t>
      </w:r>
    </w:p>
    <w:p>
      <w:r>
        <w:rPr>
          <w:b/>
        </w:rPr>
        <w:t xml:space="preserve">[11:26] </w:t>
      </w:r>
      <w:r>
        <w:t>main aap ko ek misaal deta hoon. aaj subah main utha,</w:t>
      </w:r>
    </w:p>
    <w:p>
      <w:pPr>
        <w:jc w:val="right"/>
      </w:pPr>
      <w:r>
        <w:t>میں آپ کو ایک مثال دیتا ہوں۔ آج صبح میں اٹھا،</w:t>
      </w:r>
    </w:p>
    <w:p>
      <w:r>
        <w:rPr>
          <w:b/>
        </w:rPr>
        <w:t xml:space="preserve">[11:34] </w:t>
      </w:r>
      <w:r>
        <w:t>subah nau bajay main nahaya. nahane ke baad kapra badla to zahir hai ke ek thandak ka ehsaas ho raha tha.</w:t>
      </w:r>
    </w:p>
    <w:p>
      <w:pPr>
        <w:jc w:val="right"/>
      </w:pPr>
      <w:r>
        <w:t>صبح نو بجے میں نہایا۔ نہانے کے بعد کپڑا بدلا تو ظاہر ہے کہ ایک ٹھنڈک کا احساس ہو رہا تھا۔</w:t>
      </w:r>
    </w:p>
    <w:p>
      <w:r>
        <w:rPr>
          <w:b/>
        </w:rPr>
        <w:t xml:space="preserve">[11:49] </w:t>
      </w:r>
      <w:r>
        <w:t>phir main bahar barjay par aa gaya.</w:t>
      </w:r>
    </w:p>
    <w:p>
      <w:pPr>
        <w:jc w:val="right"/>
      </w:pPr>
      <w:r>
        <w:t>پھر میں باہر بارجے پر آ گیا۔</w:t>
      </w:r>
    </w:p>
    <w:p>
      <w:r>
        <w:rPr>
          <w:b/>
        </w:rPr>
        <w:t xml:space="preserve">[11:55] </w:t>
      </w:r>
      <w:r>
        <w:t>barjay par poori dhoop nikli hui thi. is mein baith gaya main. to us waqt dhoop itni achhi lagi ke maine socha ke duniya ki saari hukoomat, saari duniya ki hukoomat mere paas ho to kya mujhe is se yeh yeh nemmat mil sakti hai?</w:t>
      </w:r>
    </w:p>
    <w:p>
      <w:pPr>
        <w:jc w:val="right"/>
      </w:pPr>
      <w:r>
        <w:t>بارجے پر پوری دھوپ نکلی ہوئی تھی۔ اس میں بیٹھ گیا میں۔ تو اس وقت دھوپ اتنی اچھی لگی کہ میں نے سوچا کہ دنیا کی ساری حکومت، ساری دنیا کی حکومت میرے پاس ہو تو کیا مجھے اس سے یہ یہ نعمت مل سکتی ہے؟</w:t>
      </w:r>
    </w:p>
    <w:p>
      <w:r>
        <w:rPr>
          <w:b/>
        </w:rPr>
        <w:t xml:space="preserve">[12:19] </w:t>
      </w:r>
      <w:r>
        <w:t>saari duniya ki hukoomat mere paas ho, tab bhi yeh cheez nahi mil sakti jo mujhe suraj ki roshni se mil rahi hai us waqt. phir maine socha ke main yahan baitha hoon aur nau karor tees lakh meel ki doori se koi hai jo mere liye suraj ki roshni bhej raha hai.</w:t>
      </w:r>
    </w:p>
    <w:p>
      <w:pPr>
        <w:jc w:val="right"/>
      </w:pPr>
      <w:r>
        <w:t>ساری دنیا کی حکومت میرے پاس ہو، تب بھی یہ چیز نہیں مل سکتی جو مجھے سورج کی روشنی سے مل رہی ہے اس وقت۔ پھر میں نے سوچا کہ میں یہاں بیٹھا ہوں اور نو کروڑ تیس لاکھ میل کی دوری سے کوئی ہے جو میرے لیے سورج کی روشنی بھیج رہا ہے۔</w:t>
      </w:r>
    </w:p>
    <w:p>
      <w:r>
        <w:rPr>
          <w:b/>
        </w:rPr>
        <w:t xml:space="preserve">[12:43] </w:t>
      </w:r>
      <w:r>
        <w:t>phir yahan baitha hoon aur main saans le raha hoon, oxygen supply ho raha hai mere liye.</w:t>
      </w:r>
    </w:p>
    <w:p>
      <w:pPr>
        <w:jc w:val="right"/>
      </w:pPr>
      <w:r>
        <w:t>پھر یہاں بیٹھا ہوں اور میں سانس لے رہا ہوں، آکسیجن سپلائی ہو رہا ہے میرے لیے۔</w:t>
      </w:r>
    </w:p>
    <w:p>
      <w:r>
        <w:rPr>
          <w:b/>
        </w:rPr>
        <w:t xml:space="preserve">[12:49] </w:t>
      </w:r>
      <w:r>
        <w:t>to ek ek global factory hai jis mein oxygen ban raha hai, subah shaam. is se mujhe oxygen supply ho raha hai.</w:t>
      </w:r>
    </w:p>
    <w:p>
      <w:pPr>
        <w:jc w:val="right"/>
      </w:pPr>
      <w:r>
        <w:t>تو ایک ایک گلوبل فیکٹری ہے جس میں آکسیجن بن رہا ہے، صبح شام۔ اس سے مجھے آکسیجن سپلائی ہو رہا ہے۔</w:t>
      </w:r>
    </w:p>
    <w:p>
      <w:r>
        <w:rPr>
          <w:b/>
        </w:rPr>
        <w:t xml:space="preserve">[13:00] </w:t>
      </w:r>
      <w:r>
        <w:t>phir maine socha ke jo maine breakfast kiya hai, woh isi zameen se paida hota hai. roti isi zameen se nikalti hai.</w:t>
      </w:r>
    </w:p>
    <w:p>
      <w:pPr>
        <w:jc w:val="right"/>
      </w:pPr>
      <w:r>
        <w:t>پھر میں نے سوچا کہ جو میں نے بریک فاسٹ کیا ہے، وہ اسی زمین سے پیدا ہوتا ہے۔ روٹی اسی زمین سے نکلتی ہے۔</w:t>
      </w:r>
    </w:p>
    <w:p>
      <w:r>
        <w:rPr>
          <w:b/>
        </w:rPr>
        <w:t xml:space="preserve">[13:08] </w:t>
      </w:r>
      <w:r>
        <w:t>to kaun hai jis ne zameen ko mein ek soil is mein tayyar kiya jahan ke anaaj agay?</w:t>
      </w:r>
    </w:p>
    <w:p>
      <w:pPr>
        <w:jc w:val="right"/>
      </w:pPr>
      <w:r>
        <w:t>تو کون ہے جس نے زمین کو میں ایک سوائل اس میں تیار کیا جہاں کے اناج اگئے؟</w:t>
      </w:r>
    </w:p>
    <w:p>
      <w:r>
        <w:rPr>
          <w:b/>
        </w:rPr>
        <w:t xml:space="preserve">[13:18] </w:t>
      </w:r>
      <w:r>
        <w:t>to kaisa ajeeb hai woh Khuda jis ne aisa kiya?</w:t>
      </w:r>
    </w:p>
    <w:p>
      <w:pPr>
        <w:jc w:val="right"/>
      </w:pPr>
      <w:r>
        <w:t>تو کیسا عجیب ہے وہ خدا جس نے ایسا کیا؟</w:t>
      </w:r>
    </w:p>
    <w:p>
      <w:r>
        <w:rPr>
          <w:b/>
        </w:rPr>
        <w:t xml:space="preserve">[13:23] </w:t>
      </w:r>
      <w:r>
        <w:t>phir aap dekhiye, sochta raha hoon main ke maine jab khaya to pait ka karkhana, pait ka ek anokhi factory, pait mein automatic factory,</w:t>
      </w:r>
    </w:p>
    <w:p>
      <w:pPr>
        <w:jc w:val="right"/>
      </w:pPr>
      <w:r>
        <w:t>پھر آپ دیکھیے، سوچتا رہا ہوں میں کہ میں نے جب کھایا تو پیٹ کا کارخانہ، پیٹ کا ایک انوکھی فیکٹری، پیٹ میں آٹومیٹک فیکٹری،</w:t>
      </w:r>
    </w:p>
    <w:p>
      <w:r>
        <w:rPr>
          <w:b/>
        </w:rPr>
        <w:t xml:space="preserve">[13:38] </w:t>
      </w:r>
      <w:r>
        <w:t>woh hazam kar rahi hai. mujhe kuch karna nahi hai. mere to sirf yeh tha ke maine munh mein daal kar kha liya. ab is ke baad pait is ko hazam kar ke is ko gosht bana raha hai, khoon bana raha hai, haddi bana raha hai,</w:t>
      </w:r>
    </w:p>
    <w:p>
      <w:pPr>
        <w:jc w:val="right"/>
      </w:pPr>
      <w:r>
        <w:t>وہ ہضم کر رہی ہے۔ مجھے کچھ کرنا نہیں ہے۔ میرے تو صرف یہ تھا کہ میں نے منہ میں ڈال کر کھا لیا۔ اب اس کے بعد پیٹ اس کو ہضم کر کے اس کو گوشت بنا رہا ہے، خون بنا رہا ہے، ہڈی بنا رہا ہے،</w:t>
      </w:r>
    </w:p>
    <w:p>
      <w:r>
        <w:rPr>
          <w:b/>
        </w:rPr>
        <w:t xml:space="preserve">[13:53] </w:t>
      </w:r>
      <w:r>
        <w:t>aankh ke cell, kaan ke cell</w:t>
      </w:r>
    </w:p>
    <w:p>
      <w:pPr>
        <w:jc w:val="right"/>
      </w:pPr>
      <w:r>
        <w:t>آنکھ کے سیل، کان کے سیل</w:t>
      </w:r>
    </w:p>
    <w:p>
      <w:r>
        <w:rPr>
          <w:b/>
        </w:rPr>
        <w:t xml:space="preserve">[13:55] </w:t>
      </w:r>
      <w:r>
        <w:t>bana raha hai. to kaisa ajeeb o ghareeb hai yeh jis ne aisa kiya hai? is tarah main ek ke baad ek sochta raha.</w:t>
      </w:r>
    </w:p>
    <w:p>
      <w:pPr>
        <w:jc w:val="right"/>
      </w:pPr>
      <w:r>
        <w:t>بنا رہا ہے۔ تو کیسا عجیب و غریب ہے یہ جس نے ایسا کیا ہے؟ اس طرح میں ایک کے بعد ایک سوچتا رہا۔</w:t>
      </w:r>
    </w:p>
    <w:p>
      <w:r>
        <w:rPr>
          <w:b/>
        </w:rPr>
        <w:t xml:space="preserve">[14:06] </w:t>
      </w:r>
      <w:r>
        <w:t>to maine socha ke yeh nematon ke yeh jo item hain, yaani divine blessing ka jo item hai, woh itne zyada hain, itne zyada hain ke billion trillion ki ginti bhi is ke liye kafi nahi hai.</w:t>
      </w:r>
    </w:p>
    <w:p>
      <w:pPr>
        <w:jc w:val="right"/>
      </w:pPr>
      <w:r>
        <w:t>تو میں نے سوچا کہ یہ نعمتوں کے یہ جو آئٹم ہیں، یعنی ڈیوائن بلیسنگ کا جو آئٹم ہے، وہ اتنے زیادہ ہیں، اتنے زیادہ ہیں کہ بلین ٹریلین کی گنتی بھی اس کے لیے کافی نہیں ہے۔</w:t>
      </w:r>
    </w:p>
    <w:p>
      <w:r>
        <w:rPr>
          <w:b/>
        </w:rPr>
        <w:t xml:space="preserve">[14:20] </w:t>
      </w:r>
      <w:r>
        <w:t>ginte jaiye, ginte jaiye aur billion trillion ki gintiyan khatm ho jayengi aur blessing khatm nahi hogi.</w:t>
      </w:r>
    </w:p>
    <w:p>
      <w:pPr>
        <w:jc w:val="right"/>
      </w:pPr>
      <w:r>
        <w:t>گنتے جائیے، گنتے جائیے اور بلین ٹریلین کی گنتیاں ختم ہو جائیں گی اور بلیسنگ ختم نہیں ہوگی۔</w:t>
      </w:r>
    </w:p>
    <w:p>
      <w:r>
        <w:rPr>
          <w:b/>
        </w:rPr>
        <w:t xml:space="preserve">[14:31] </w:t>
      </w:r>
      <w:r>
        <w:t>tab maine socha jis ne mujhe paida kiya hai, woh kitna zyada meherban hai, kitna zyada raheem o kareem hai ke us ko sirf paida kar ke chhod nahi diya.</w:t>
      </w:r>
    </w:p>
    <w:p>
      <w:pPr>
        <w:jc w:val="right"/>
      </w:pPr>
      <w:r>
        <w:t>تب میں نے سوچا جس نے مجھے پیدا کیا ہے، وہ کتنا زیادہ مہربان ہے، کتنا زیادہ رحیم و کریم ہے کہ اس کو صرف پیدا کر کے چھوڑ نہیں دیا۔</w:t>
      </w:r>
    </w:p>
    <w:p>
      <w:r>
        <w:rPr>
          <w:b/>
        </w:rPr>
        <w:t xml:space="preserve">[14:46] </w:t>
      </w:r>
      <w:r>
        <w:t>paida kar ke chhod nahi diya. balkeh saara saamaan hayat is duniya mein rakh diya mere liye. har cheez jo mujhe chahiye thi ek zinda wajood ki hesiyat se, woh sab yahan rakh diya.</w:t>
      </w:r>
    </w:p>
    <w:p>
      <w:pPr>
        <w:jc w:val="right"/>
      </w:pPr>
      <w:r>
        <w:t>پیدا کر کے چھوڑ نہیں دیا۔ بلکہ سارا سامان حیات اس دنیا میں رکھ دیا میرے لیے۔ ہر چیز جو مجھے چاہیے تھی ایک زندہ وجود کی حیثیت سے، وہ سب یہاں رکھ دیا۔</w:t>
      </w:r>
    </w:p>
    <w:p>
      <w:r>
        <w:rPr>
          <w:b/>
        </w:rPr>
        <w:t xml:space="preserve">[15:04] </w:t>
      </w:r>
      <w:r>
        <w:t>ab in baaton ko sochte hue laga ke</w:t>
      </w:r>
    </w:p>
    <w:p>
      <w:pPr>
        <w:jc w:val="right"/>
      </w:pPr>
      <w:r>
        <w:t>اب ان باتوں کو سوچتے ہوئے لگا کہ</w:t>
      </w:r>
    </w:p>
    <w:p>
      <w:r>
        <w:rPr>
          <w:b/>
        </w:rPr>
        <w:t xml:space="preserve">[15:10] </w:t>
      </w:r>
      <w:r>
        <w:t>kaisa anokha Rab ul alameen hai. kehti hai badi us ki rehmat hai, us ki blessing kehti hai zyada hai. ke hum tamam zabanon ki dashiria agar mujhe yaad hon,</w:t>
      </w:r>
    </w:p>
    <w:p>
      <w:pPr>
        <w:jc w:val="right"/>
      </w:pPr>
      <w:r>
        <w:t>کیسا انوکھا رب العالمین ہے۔ کہتی ہے بڑی اس کی رحمت ہے، اس کی بلیسنگ کہتی ہے زیادہ ہے۔ کہ ہم تمام زبانوں کی ڈیشیریا اگر مجھے یاد ہوں،</w:t>
      </w:r>
    </w:p>
    <w:p>
      <w:r>
        <w:rPr>
          <w:b/>
        </w:rPr>
        <w:t xml:space="preserve">[15:27] </w:t>
      </w:r>
      <w:r>
        <w:t>tab bhi main is ka sh</w:t>
      </w:r>
    </w:p>
    <w:p>
      <w:pPr>
        <w:jc w:val="right"/>
      </w:pPr>
      <w:r>
        <w:t>تب بھی میں اس کا ش</w:t>
      </w:r>
    </w:p>
    <w:p>
      <w:r>
        <w:rPr>
          <w:b/>
        </w:rPr>
        <w:t xml:space="preserve">[15:28] </w:t>
      </w:r>
      <w:r>
        <w:t>ukr nahi kar sakta, ada kar sakta. tamam gintiyan agar mujh ko yaad hon aur sari ginti main dohraoon, tab bhi main is ka is ko acknowledge nahi kar sakta.</w:t>
      </w:r>
    </w:p>
    <w:p>
      <w:pPr>
        <w:jc w:val="right"/>
      </w:pPr>
      <w:r>
        <w:t>کر نہیں کر سکتا، ادا کر سکتا۔ تمام گنتیاں اگر مجھ کو یاد ہوں اور ساری گنتی میں دہراؤں، تب بھی میں اس کا اس کو ایکنالج نہیں کر سکتا۔</w:t>
      </w:r>
    </w:p>
    <w:p>
      <w:r>
        <w:rPr>
          <w:b/>
        </w:rPr>
        <w:t xml:space="preserve">[15:40] </w:t>
      </w:r>
      <w:r>
        <w:t>is ka shukr, is ka acknowledgement, is ke liye Alhamdulillah, Alhamdulillah rabbul alameen kehna, yeh mere bas bahar nahi hai, mere bas se bahar hai.</w:t>
      </w:r>
    </w:p>
    <w:p>
      <w:pPr>
        <w:jc w:val="right"/>
      </w:pPr>
      <w:r>
        <w:t>اس کا شکر، اس کا ایکنالجمنٹ، اس کے لیے الحمدللہ، الحمدللہ رب العالمین کہنا، یہ میرے بس باہر نہیں ہے، میرے بس سے باہر ہے۔</w:t>
      </w:r>
    </w:p>
    <w:p>
      <w:r>
        <w:rPr>
          <w:b/>
        </w:rPr>
        <w:t xml:space="preserve">[15:54] </w:t>
      </w:r>
      <w:r>
        <w:t>to jab is tarah se maine socha to aisa laga ke</w:t>
      </w:r>
    </w:p>
    <w:p>
      <w:pPr>
        <w:jc w:val="right"/>
      </w:pPr>
      <w:r>
        <w:t>تو جب اس طرح سے میں نے سوچا تو ایسا لگا کہ</w:t>
      </w:r>
    </w:p>
    <w:p>
      <w:r>
        <w:rPr>
          <w:b/>
        </w:rPr>
        <w:t xml:space="preserve">[16:02] </w:t>
      </w:r>
      <w:r>
        <w:t>ke mohabbat ke alfaaz bhi Quran mein jo aaye hain, woh sirf is liye aaye hain ke insani zabaan mein koi lafz nahi.</w:t>
      </w:r>
    </w:p>
    <w:p>
      <w:pPr>
        <w:jc w:val="right"/>
      </w:pPr>
      <w:r>
        <w:t>کہ محبت کے الفاظ بھی قرآن میں جو آئے ہیں، وہ صرف اس لیے آئے ہیں کہ انسانی زبان میں کوئی لفظ نہیں۔</w:t>
      </w:r>
    </w:p>
    <w:p>
      <w:r>
        <w:rPr>
          <w:b/>
        </w:rPr>
        <w:t xml:space="preserve">[16:11] </w:t>
      </w:r>
      <w:r>
        <w:t>ashad hubbillah jo Quran mein hai ke believers jo hote hain, woh Allah se sab se zyada mohabbat karte hain.</w:t>
      </w:r>
    </w:p>
    <w:p>
      <w:pPr>
        <w:jc w:val="right"/>
      </w:pPr>
      <w:r>
        <w:t>اشد حب للہ جو قرآن میں ہے کہ بیلیورز جو ہوتے ہیں، وہ اللہ سے سب سے زیادہ محبت کرتے ہیں۔</w:t>
      </w:r>
    </w:p>
    <w:p>
      <w:r>
        <w:rPr>
          <w:b/>
        </w:rPr>
        <w:t xml:space="preserve">[16:22] </w:t>
      </w:r>
      <w:r>
        <w:t>to yeh bhi is liye ke insaan ki zabaan mein koi doosra lafz nahi tha. Warna mohabbat kya? Yeh to bohat hi mamooli lafz hai.</w:t>
      </w:r>
    </w:p>
    <w:p>
      <w:pPr>
        <w:jc w:val="right"/>
      </w:pPr>
      <w:r>
        <w:t>تو یہ بھی اس لیے کہ انسان کی زبان میں کوئی دوسرا لفظ نہیں تھا۔ ورنہ محبت کیا؟ یہ تو بہت ہی معمولی لفظ ہے۔</w:t>
      </w:r>
    </w:p>
    <w:p>
      <w:r>
        <w:rPr>
          <w:b/>
        </w:rPr>
        <w:t xml:space="preserve">[16:37] </w:t>
      </w:r>
      <w:r>
        <w:t>bohat hi mamooli lafz hai.</w:t>
      </w:r>
    </w:p>
    <w:p>
      <w:pPr>
        <w:jc w:val="right"/>
      </w:pPr>
      <w:r>
        <w:t>بہت ہی معمولی لفظ ہے۔</w:t>
      </w:r>
    </w:p>
    <w:p>
      <w:r>
        <w:rPr>
          <w:b/>
        </w:rPr>
        <w:t xml:space="preserve">[16:40] </w:t>
      </w:r>
      <w:r>
        <w:t>jo nematein aap ko Allah se mil rahi hain, woh itni zyada hain, itni zyada hain ke agar aap yeh kahein ke main Allah se mohabbat karta hoon to yeh is ka ek bohat hi kamtar andaaza hoga.</w:t>
      </w:r>
    </w:p>
    <w:p>
      <w:pPr>
        <w:jc w:val="right"/>
      </w:pPr>
      <w:r>
        <w:t>جو نعمتیں آپ کو اللہ سے مل رہی ہیں، وہ اتنی زیادہ ہیں، اتنی زیادہ ہیں کہ اگر آپ یہ کہیں کہ میں اللہ سے محبت کرتا ہوں تو یہ اس کا ایک بہت ہی کمتر اندازہ ہوگا۔</w:t>
      </w:r>
    </w:p>
    <w:p>
      <w:r>
        <w:rPr>
          <w:b/>
        </w:rPr>
        <w:t xml:space="preserve">[17:01] </w:t>
      </w:r>
      <w:r>
        <w:t>bohat hi ek bohat bari baat ka ek mamooli lafz hoga.</w:t>
      </w:r>
    </w:p>
    <w:p>
      <w:pPr>
        <w:jc w:val="right"/>
      </w:pPr>
      <w:r>
        <w:t>بہت ہی ایک بہت بڑی بات کا ایک معمولی لفظ ہوگا۔</w:t>
      </w:r>
    </w:p>
    <w:p>
      <w:r>
        <w:rPr>
          <w:b/>
        </w:rPr>
        <w:t xml:space="preserve">[17:09] </w:t>
      </w:r>
      <w:r>
        <w:t>jaise ek bohat bara palace ho, bohat bara mahal ho, aap bolein is ke liye cottage, is par likh dein aap ja kar ke cottage.</w:t>
      </w:r>
    </w:p>
    <w:p>
      <w:pPr>
        <w:jc w:val="right"/>
      </w:pPr>
      <w:r>
        <w:t>جیسے ایک بہت بڑا پیلس ہو، بہت بڑا محل ہو، آپ بولیں اس کے لیے کاٹیج، اس پر لکھ دیں آپ جا کر کے کاٹیج۔</w:t>
      </w:r>
    </w:p>
    <w:p>
      <w:r>
        <w:rPr>
          <w:b/>
        </w:rPr>
        <w:t xml:space="preserve">[17:18] </w:t>
      </w:r>
      <w:r>
        <w:t>to cottage ka lafz is ke is mahal ki barhai ko pata karne, batane ke liye bohat mamooli lafz hai.</w:t>
      </w:r>
    </w:p>
    <w:p>
      <w:pPr>
        <w:jc w:val="right"/>
      </w:pPr>
      <w:r>
        <w:t>تو کاٹیج کا لفظ اس کے اس محل کی بڑائی کو پتہ کرنے، بتانے کے لیے بہت معمولی لفظ ہے۔</w:t>
      </w:r>
    </w:p>
    <w:p>
      <w:r>
        <w:rPr>
          <w:b/>
        </w:rPr>
        <w:t xml:space="preserve">[17:30] </w:t>
      </w:r>
      <w:r>
        <w:t>ek azeem ul shaan mahal ki azmat ko batane ke liye cottage, cottage ka lafz bohat hi mamooli lafz hai.</w:t>
      </w:r>
    </w:p>
    <w:p>
      <w:pPr>
        <w:jc w:val="right"/>
      </w:pPr>
      <w:r>
        <w:t>ایک عظیم الشان محل کی عظمت کو بتانے کے لیے کاٹیج، کاٹیج کا لفظ بہت ہی معمولی لفظ ہے۔</w:t>
      </w:r>
    </w:p>
    <w:p>
      <w:r>
        <w:rPr>
          <w:b/>
        </w:rPr>
        <w:t xml:space="preserve">[17:39] </w:t>
      </w:r>
      <w:r>
        <w:t>aise hi Allah ka jo ehsanat hain insaan ke upar, is ki jo meharbaniyan hain, is ki jo rehmaten hain, is ki jo blessing hai, is ke baad yeh kehna ke khudaaya main tujh se mohabbat karta hoon,</w:t>
      </w:r>
    </w:p>
    <w:p>
      <w:pPr>
        <w:jc w:val="right"/>
      </w:pPr>
      <w:r>
        <w:t>ایسے ہی اللہ کا جو احسانات ہیں انسان کے اوپر، اس کی جو مہربانیاں ہیں، اس کی جو رحمتیں ہیں، اس کی جو بلیسنگ ہے، اس کے بعد یہ کہنا کہ خدایا میں تجھ سے محبت کرتا ہوں،</w:t>
      </w:r>
    </w:p>
    <w:p>
      <w:r>
        <w:rPr>
          <w:b/>
        </w:rPr>
        <w:t xml:space="preserve">[17:56] </w:t>
      </w:r>
      <w:r>
        <w:t>yeh bohat halka lafz hai.</w:t>
      </w:r>
    </w:p>
    <w:p>
      <w:pPr>
        <w:jc w:val="right"/>
      </w:pPr>
      <w:r>
        <w:t>یہ بہت ہلکا لفظ ہے۔</w:t>
      </w:r>
    </w:p>
    <w:p>
      <w:r>
        <w:rPr>
          <w:b/>
        </w:rPr>
        <w:t xml:space="preserve">[18:01] </w:t>
      </w:r>
      <w:r>
        <w:t>haqeeqat yeh hai ke aap aap ki zabaan band ho jaye gi, aap ke alfaaz bhool jayein ge aur mind sochne se qabil nahi rahe ga.</w:t>
      </w:r>
    </w:p>
    <w:p>
      <w:pPr>
        <w:jc w:val="right"/>
      </w:pPr>
      <w:r>
        <w:t>حقیقت یہ ہے کہ آپ آپ کی زبان بند ہو جائے گی، آپ کے الفاظ بھول جائیں گے اور مائنڈ سوچنے سے قابل نہیں رہے گا۔</w:t>
      </w:r>
    </w:p>
    <w:p>
      <w:r>
        <w:rPr>
          <w:b/>
        </w:rPr>
        <w:t xml:space="preserve">[18:13] </w:t>
      </w:r>
      <w:r>
        <w:t>agar aap sach much mehsoos karein ke Khuda ki boundaries kya hain</w:t>
      </w:r>
    </w:p>
    <w:p>
      <w:pPr>
        <w:jc w:val="right"/>
      </w:pPr>
      <w:r>
        <w:t>اگر آپ سچ مچ محسوس کریں کہ خدا کی باؤنڈریز کیا ہیں</w:t>
      </w:r>
    </w:p>
    <w:p>
      <w:r>
        <w:rPr>
          <w:b/>
        </w:rPr>
        <w:t xml:space="preserve">[18:25] </w:t>
      </w:r>
      <w:r>
        <w:t>to yeh mamla saada mamla nahi hai.</w:t>
      </w:r>
    </w:p>
    <w:p>
      <w:pPr>
        <w:jc w:val="right"/>
      </w:pPr>
      <w:r>
        <w:t>تو یہ معاملہ سادہ معاملہ نہیں ہے۔</w:t>
      </w:r>
    </w:p>
    <w:p>
      <w:r>
        <w:rPr>
          <w:b/>
        </w:rPr>
        <w:t xml:space="preserve">[18:31] </w:t>
      </w:r>
      <w:r>
        <w:t>ab main ek bohat aur aap se arz karunga ke sirf Islam mein ya Quran mein sahi maano mein Khuda ka taaruf, jo Khuda ka sacha taaruf hai, woh sirf Quran mein milta hai.</w:t>
      </w:r>
    </w:p>
    <w:p>
      <w:pPr>
        <w:jc w:val="right"/>
      </w:pPr>
      <w:r>
        <w:t>اب میں ایک بہت اور آپ سے عرض کروں گا کہ صرف اسلام میں یا قرآن میں صحیح معنوں میں خدا کا تعارف، جو خدا کا سچا تعارف ہے، وہ صرف قرآن میں ملتا ہے۔</w:t>
      </w:r>
    </w:p>
    <w:p>
      <w:r>
        <w:rPr>
          <w:b/>
        </w:rPr>
        <w:t xml:space="preserve">[18:47] </w:t>
      </w:r>
      <w:r>
        <w:t>kahin woh maujood nahi. Isi liye kahin aur Khuda se sacha taaluq bhi paida nahi hota.</w:t>
      </w:r>
    </w:p>
    <w:p>
      <w:pPr>
        <w:jc w:val="right"/>
      </w:pPr>
      <w:r>
        <w:t>کہیں وہ موجود نہیں۔ اسی لیے کہیں اور خدا سے سچا تعلق بھی پیدا نہیں ہوتا۔</w:t>
      </w:r>
    </w:p>
    <w:p>
      <w:r>
        <w:rPr>
          <w:b/>
        </w:rPr>
        <w:t xml:space="preserve">[18:55] </w:t>
      </w:r>
      <w:r>
        <w:t>aap doosre jo traditions hain, un par mutala karie aap. Woh Khuda ko mante hain lekin Khuda ka matlab kya hai?</w:t>
      </w:r>
    </w:p>
    <w:p>
      <w:pPr>
        <w:jc w:val="right"/>
      </w:pPr>
      <w:r>
        <w:t>آپ دوسرے جو ٹریڈیشنز ہیں، ان پر مطالعہ کیجیے آپ۔ وہ خدا کو مانتے ہیں لیکن خدا کا مطلب کیا ہے؟</w:t>
      </w:r>
    </w:p>
    <w:p>
      <w:r>
        <w:rPr>
          <w:b/>
        </w:rPr>
        <w:t xml:space="preserve">[19:06] </w:t>
      </w:r>
      <w:r>
        <w:t>un ke haan koi kisi paighambar ko Khuda manta hai, koi kisi guru ko Khuda manta hai, koi kisi pahad ya samandar ko Khuda manta hai, koi kisi suraj aur chand ko Khuda manta hai.</w:t>
      </w:r>
    </w:p>
    <w:p>
      <w:pPr>
        <w:jc w:val="right"/>
      </w:pPr>
      <w:r>
        <w:t>ان کے ہاں کوئی کسی پیغمبر کو خدا مانتا ہے، کوئی کسی گرو کو خدا مانتا ہے، کوئی کسی پہاڑ یا سمندر کو خدا مانتا ہے، کوئی کسی سورج اور چاند کو خدا مانتا ہے۔</w:t>
      </w:r>
    </w:p>
    <w:p>
      <w:r>
        <w:rPr>
          <w:b/>
        </w:rPr>
        <w:t xml:space="preserve">[19:22] </w:t>
      </w:r>
      <w:r>
        <w:t>to jab aisa manen aap</w:t>
      </w:r>
    </w:p>
    <w:p>
      <w:pPr>
        <w:jc w:val="right"/>
      </w:pPr>
      <w:r>
        <w:t>تو جب ایسا مانیں آپ</w:t>
      </w:r>
    </w:p>
    <w:p>
      <w:r>
        <w:rPr>
          <w:b/>
        </w:rPr>
        <w:t xml:space="preserve">[19:26] </w:t>
      </w:r>
      <w:r>
        <w:t>to aap ke andar manne ke bawajood woh kaifiyat paida nahi hongi. Nahi paida ho sakti.</w:t>
      </w:r>
    </w:p>
    <w:p>
      <w:pPr>
        <w:jc w:val="right"/>
      </w:pPr>
      <w:r>
        <w:t>تو آپ کے اندر ماننے کے باوجود وہ کیفیات پیدا نہیں ہوں گی۔ نہیں پیدا ہو سکتی۔</w:t>
      </w:r>
    </w:p>
    <w:p>
      <w:r>
        <w:rPr>
          <w:b/>
        </w:rPr>
        <w:t xml:space="preserve">[19:35] </w:t>
      </w:r>
      <w:r>
        <w:t>dekhiye,</w:t>
      </w:r>
    </w:p>
    <w:p>
      <w:pPr>
        <w:jc w:val="right"/>
      </w:pPr>
      <w:r>
        <w:t>دیکھیے،</w:t>
      </w:r>
    </w:p>
    <w:p>
      <w:r>
        <w:rPr>
          <w:b/>
        </w:rPr>
        <w:t xml:space="preserve">[19:41] </w:t>
      </w:r>
      <w:r>
        <w:t>jab aap sache Khuda ko manen to Khuda se aap ko taaluq bilateral buniyad par qaim hota hai.</w:t>
      </w:r>
    </w:p>
    <w:p>
      <w:pPr>
        <w:jc w:val="right"/>
      </w:pPr>
      <w:r>
        <w:t>جب آپ سچے خدا کو مانیں تو خدا سے آپ کو تعلق بائی لیٹرل بنیاد پر قائم ہوتا ہے۔</w:t>
      </w:r>
    </w:p>
    <w:p>
      <w:r>
        <w:rPr>
          <w:b/>
        </w:rPr>
        <w:t xml:space="preserve">[19:51] </w:t>
      </w:r>
      <w:r>
        <w:t>bilateral. Aur aap agar other than God kisi ko man lein, Khuda ka darja de dein to aap ka taaluq unilateral qaim hoga.</w:t>
      </w:r>
    </w:p>
    <w:p>
      <w:pPr>
        <w:jc w:val="right"/>
      </w:pPr>
      <w:r>
        <w:t>بائی لیٹرل۔ اور آپ اگر ادر دین گاڈ کسی کو مان لیں، خدا کا درجہ دے دیں تو آپ کا تعلق یونی لیٹرل قائم ہوگا۔</w:t>
      </w:r>
    </w:p>
    <w:p>
      <w:r>
        <w:rPr>
          <w:b/>
        </w:rPr>
        <w:t xml:space="preserve">[20:01] </w:t>
      </w:r>
      <w:r>
        <w:t>unilateral.</w:t>
      </w:r>
    </w:p>
    <w:p>
      <w:pPr>
        <w:jc w:val="right"/>
      </w:pPr>
      <w:r>
        <w:t>یونی لیٹرل۔</w:t>
      </w:r>
    </w:p>
    <w:p>
      <w:r>
        <w:rPr>
          <w:b/>
        </w:rPr>
        <w:t xml:space="preserve">[20:05] </w:t>
      </w:r>
      <w:r>
        <w:t>aap mislan suraj ko khuda maan lein, kisi guru ko khuda maan lein, kisi peghambar ko khuda maan lein to aap ne to maana lekin idhar se koi response nahi aayega.</w:t>
      </w:r>
    </w:p>
    <w:p>
      <w:pPr>
        <w:jc w:val="right"/>
      </w:pPr>
      <w:r>
        <w:t>آپ مثلاً سورج کو خدا مان لیں، کسی گرو کو خدا مان لیں، کسی پیغمبر کو خدا مان لیں تو آپ نے تو مانا لیکن ادھر سے کوئی رسپانس نہیں آئے گا۔</w:t>
      </w:r>
    </w:p>
    <w:p>
      <w:r>
        <w:rPr>
          <w:b/>
        </w:rPr>
        <w:t xml:space="preserve">[20:18] </w:t>
      </w:r>
      <w:r>
        <w:t>kyunke woh source of response woh hai hi nahi.</w:t>
      </w:r>
    </w:p>
    <w:p>
      <w:pPr>
        <w:jc w:val="right"/>
      </w:pPr>
      <w:r>
        <w:t>کیونکہ وہ سورس آف رسپانس وہ ہے ہی نہیں۔</w:t>
      </w:r>
    </w:p>
    <w:p>
      <w:r>
        <w:rPr>
          <w:b/>
        </w:rPr>
        <w:t xml:space="preserve">[20:22] </w:t>
      </w:r>
      <w:r>
        <w:t>koi pahaad, koi samandar, koi suraj, koi chand, koi peghambar, ek guru, aap ke manne se aisa nahi hoga ke woh aap ko inspiration bhejane lage.</w:t>
      </w:r>
    </w:p>
    <w:p>
      <w:pPr>
        <w:jc w:val="right"/>
      </w:pPr>
      <w:r>
        <w:t>کوئی پہاڑ، کوئی سمندر، کوئی سورج، کوئی چاند، کوئی پیغمبر، ایک گرو، آپ کے ماننے سے ایسا نہیں ہوگا کہ وہ آپ کو انسپیریشن بھیجنے لگے۔</w:t>
      </w:r>
    </w:p>
    <w:p>
      <w:r>
        <w:rPr>
          <w:b/>
        </w:rPr>
        <w:t xml:space="preserve">[20:38] </w:t>
      </w:r>
      <w:r>
        <w:t>kyunke woh is ke andar hai hi nahi. hum kisi chattan ko power house keh dein to wahan se bijli ki supply nahi shuru ho jayegi.</w:t>
      </w:r>
    </w:p>
    <w:p>
      <w:pPr>
        <w:jc w:val="right"/>
      </w:pPr>
      <w:r>
        <w:t>کیونکہ وہ اس کے اندر ہے ہی نہیں۔ ہم کسی چٹان کو پاور ہاؤس کہہ دیں تو وہاں سے بجلی کی سپلائی نہیں شروع ہو جائے گی۔</w:t>
      </w:r>
    </w:p>
    <w:p>
      <w:r>
        <w:rPr>
          <w:b/>
        </w:rPr>
        <w:t xml:space="preserve">[20:50] </w:t>
      </w:r>
      <w:r>
        <w:t>chattan to chattan hai.</w:t>
      </w:r>
    </w:p>
    <w:p>
      <w:pPr>
        <w:jc w:val="right"/>
      </w:pPr>
      <w:r>
        <w:t>چٹان تو چٹان ہے۔</w:t>
      </w:r>
    </w:p>
    <w:p>
      <w:r>
        <w:rPr>
          <w:b/>
        </w:rPr>
        <w:t xml:space="preserve">[20:57] </w:t>
      </w:r>
      <w:r>
        <w:t>bijli ki ki supply ke liye power house chahiye, na ke kisi chattan ko hum naam de dein ke yeh power house hai. aisa nahi ho sakta.</w:t>
      </w:r>
    </w:p>
    <w:p>
      <w:pPr>
        <w:jc w:val="right"/>
      </w:pPr>
      <w:r>
        <w:t>بجلی کی کی سپلائی کے لیے پاور ہاؤس چاہیے، نہ کہ کسی چٹان کو ہم نام دے دیں کہ یہ پاور ہاؤس ہے۔ ایسا نہیں ہو سکتا۔</w:t>
      </w:r>
    </w:p>
    <w:p>
      <w:r>
        <w:rPr>
          <w:b/>
        </w:rPr>
        <w:t xml:space="preserve">[21:10] </w:t>
      </w:r>
      <w:r>
        <w:t>isi liye quran mein hai ke surah al-hajj mein keضعفت طالب والمطلوب. talib ma'alub dono zaeef hain.</w:t>
      </w:r>
    </w:p>
    <w:p>
      <w:pPr>
        <w:jc w:val="right"/>
      </w:pPr>
      <w:r>
        <w:t>اسی لیے قرآن میں ہے کہ سورہ الحج میں کہ ضعفت طالب والمطلوب۔ طالب مطلوب دونوں ضعیف ہیں۔</w:t>
      </w:r>
    </w:p>
    <w:p>
      <w:r>
        <w:rPr>
          <w:b/>
        </w:rPr>
        <w:t xml:space="preserve">[21:20] </w:t>
      </w:r>
      <w:r>
        <w:t>idhar deen gaud jab aap kisi ko khuda ka darja dein to woh bhi zaeef, aap bhi zaeef hain.</w:t>
      </w:r>
    </w:p>
    <w:p>
      <w:pPr>
        <w:jc w:val="right"/>
      </w:pPr>
      <w:r>
        <w:t>ادر دین گاڈ جب آپ کسی کو خدا کا درجہ دیں تو وہ بھی ضعیف، آپ بھی ضعیف ہیں۔</w:t>
      </w:r>
    </w:p>
    <w:p>
      <w:r>
        <w:rPr>
          <w:b/>
        </w:rPr>
        <w:t xml:space="preserve">[21:29] </w:t>
      </w:r>
      <w:r>
        <w:t>jab idhar gaud kisi ko aap khuda ka darja dein to woh bhi zaeef, aap bhi zaeef.</w:t>
      </w:r>
    </w:p>
    <w:p>
      <w:pPr>
        <w:jc w:val="right"/>
      </w:pPr>
      <w:r>
        <w:t>جب ادر گاڈ کسی کو آپ خدا کا درجہ دیں تو وہ بھی ضعیف، آپ بھی ضعیف۔</w:t>
      </w:r>
    </w:p>
    <w:p>
      <w:r>
        <w:rPr>
          <w:b/>
        </w:rPr>
        <w:t xml:space="preserve">[21:36] </w:t>
      </w:r>
      <w:r>
        <w:t>kyunke is ne khudai ausaf to is ke andar hain nahi. to yeh talluq unilateral buniyad par qaim hoga. yani aap to manenge khuda ko.</w:t>
      </w:r>
    </w:p>
    <w:p>
      <w:pPr>
        <w:jc w:val="right"/>
      </w:pPr>
      <w:r>
        <w:t>کیونکہ اس نے خدائی اوصاف تو اس کے اندر ہیں نہیں۔ تو یہ تعلق یونی لیٹرل بنیاد پر قائم ہوگا۔ یعنی آپ تو مانیں گے خدا کو۔</w:t>
      </w:r>
    </w:p>
    <w:p>
      <w:r>
        <w:rPr>
          <w:b/>
        </w:rPr>
        <w:t xml:space="preserve">[21:45] </w:t>
      </w:r>
      <w:r>
        <w:t>idhar se koi response nahi aayega.</w:t>
      </w:r>
    </w:p>
    <w:p>
      <w:pPr>
        <w:jc w:val="right"/>
      </w:pPr>
      <w:r>
        <w:t>ادھر سے کوئی رسپانس نہیں آئے گا۔</w:t>
      </w:r>
    </w:p>
    <w:p>
      <w:r>
        <w:rPr>
          <w:b/>
        </w:rPr>
        <w:t xml:space="preserve">[21:49] </w:t>
      </w:r>
      <w:r>
        <w:t>kyunke is ke andar taqat hi nahi hai response dene ki. to bohat se log hain, koi suraj ko khuda manta hai, koi chand ko khuda manta hai,</w:t>
      </w:r>
    </w:p>
    <w:p>
      <w:pPr>
        <w:jc w:val="right"/>
      </w:pPr>
      <w:r>
        <w:t>کیونکہ اس کے اندر طاقت ہی نہیں ہے رسپانس دینے کی۔ تو بہت سے لوگ ہیں، کوئی سورج کو خدا مانتا ہے، کوئی چاند کو خدا مانتا ہے،</w:t>
      </w:r>
    </w:p>
    <w:p>
      <w:r>
        <w:rPr>
          <w:b/>
        </w:rPr>
        <w:t xml:space="preserve">[22:02] </w:t>
      </w:r>
      <w:r>
        <w:t>koi kisi peghambar ko khuda manta hai, koi kisi guru ko khuda manta hai, koi kisi but ko khuda manta hai.</w:t>
      </w:r>
    </w:p>
    <w:p>
      <w:pPr>
        <w:jc w:val="right"/>
      </w:pPr>
      <w:r>
        <w:t>کوئی کسی پیغمبر کو خدا مانتا ہے، کوئی کسی گرو کو خدا مانتا ہے، کوئی کسی بت کو خدا مانتا ہے۔</w:t>
      </w:r>
    </w:p>
    <w:p>
      <w:r>
        <w:rPr>
          <w:b/>
        </w:rPr>
        <w:t xml:space="preserve">[22:09] </w:t>
      </w:r>
      <w:r>
        <w:t>yeh saare log jo hain, in ka talluq hamesha unilateral buniyad par hota hai. kyunke idhar se to maan liya unhone khuda, idhar se koi response nahi.</w:t>
      </w:r>
    </w:p>
    <w:p>
      <w:pPr>
        <w:jc w:val="right"/>
      </w:pPr>
      <w:r>
        <w:t>یہ سارے لوگ جو ہیں، ان کا تعلق ہمیشہ یونی لیٹرل بنیاد پر ہوتا ہے۔ کیونکہ ادھر سے تو مان لیا انہوں نے خدا، ادھر سے کوئی رسپانس نہیں۔</w:t>
      </w:r>
    </w:p>
    <w:p>
      <w:r>
        <w:rPr>
          <w:b/>
        </w:rPr>
        <w:t xml:space="preserve">[22:20] </w:t>
      </w:r>
      <w:r>
        <w:t>kyunke woh koi response dene wale hain hi nahi.</w:t>
      </w:r>
    </w:p>
    <w:p>
      <w:pPr>
        <w:jc w:val="right"/>
      </w:pPr>
      <w:r>
        <w:t>کیونکہ وہ کوئی رسپانس دینے والے ہیں ہی نہیں۔</w:t>
      </w:r>
    </w:p>
    <w:p>
      <w:r>
        <w:rPr>
          <w:b/>
        </w:rPr>
        <w:t xml:space="preserve">[22:25] </w:t>
      </w:r>
      <w:r>
        <w:t>sirf sacha jo khuda hai, jis ko quran mein Allah kaha gaya hai, is se aap talluq qaim karein. tab aap ka talluq by-lateral hoga.</w:t>
      </w:r>
    </w:p>
    <w:p>
      <w:pPr>
        <w:jc w:val="right"/>
      </w:pPr>
      <w:r>
        <w:t>صرف سچا جو خدا ہے، جس کو قرآن میں اللہ کہا گیا ہے، اس سے آپ تعلق قائم کریں۔ تب آپ کا تعلق بائی لیٹرل ہوگا۔</w:t>
      </w:r>
    </w:p>
    <w:p>
      <w:r>
        <w:rPr>
          <w:b/>
        </w:rPr>
        <w:t xml:space="preserve">[22:37] </w:t>
      </w:r>
      <w:r>
        <w:t>by-lateral. kyunke woh sacha khuda hai. jab aap is ko yaad karein to woh bhi yaad karega. jab aap is ki taraf mutawajjah hon to woh bhi aap ko mutawajjah hoga.</w:t>
      </w:r>
    </w:p>
    <w:p>
      <w:pPr>
        <w:jc w:val="right"/>
      </w:pPr>
      <w:r>
        <w:t>بائی لیٹرل۔ کیونکہ وہ سچا خدا ہے۔ جب آپ اس کو یاد کریں تو وہ بھی یاد کرے گا۔ جب آپ اس کی طرف متوجہ ہوں تو وہ بھی آپ کو متوجہ ہوگا۔</w:t>
      </w:r>
    </w:p>
    <w:p>
      <w:r>
        <w:rPr>
          <w:b/>
        </w:rPr>
        <w:t xml:space="preserve">[22:57] </w:t>
      </w:r>
      <w:r>
        <w:t>yeh bohat hi important baat hai.</w:t>
      </w:r>
    </w:p>
    <w:p>
      <w:pPr>
        <w:jc w:val="right"/>
      </w:pPr>
      <w:r>
        <w:t>یہ بہت ہی امپورٹنٹ بات ہے۔</w:t>
      </w:r>
    </w:p>
    <w:p>
      <w:r>
        <w:rPr>
          <w:b/>
        </w:rPr>
        <w:t xml:space="preserve">[23:03] </w:t>
      </w:r>
      <w:r>
        <w:t>aap kitna hi mutawajjah hon kisi but ki taraf, kisi chand, suraj ki taraf, kisi guru ya peghambar ki taraf, kuch bhi ho, tawajjah lagayein, is ki taraf se koi response nahi aayega aap ko.</w:t>
      </w:r>
    </w:p>
    <w:p>
      <w:pPr>
        <w:jc w:val="right"/>
      </w:pPr>
      <w:r>
        <w:t>آپ کتنا ہی متوجہ ہوں کسی بت کی طرف، کسی چاند، سورج کی طرف، کسی گرو یا پیغمبر کی طرف، کچھ بھی ہو، توجہ لگائیں، اس کی طرف سے کوئی رسپانس نہیں آئے گا آپ کو۔</w:t>
      </w:r>
    </w:p>
    <w:p>
      <w:r>
        <w:rPr>
          <w:b/>
        </w:rPr>
        <w:t xml:space="preserve">[23:18] </w:t>
      </w:r>
      <w:r>
        <w:t>kyunke woh response dene ki taqat hi is ke andar nahi hai.</w:t>
      </w:r>
    </w:p>
    <w:p>
      <w:pPr>
        <w:jc w:val="right"/>
      </w:pPr>
      <w:r>
        <w:t>کیونکہ وہ رسپانس دینے کی طاقت ہی اس کے اندر نہیں ہے۔</w:t>
      </w:r>
    </w:p>
    <w:p>
      <w:r>
        <w:rPr>
          <w:b/>
        </w:rPr>
        <w:t xml:space="preserve">[23:22] </w:t>
      </w:r>
      <w:r>
        <w:t>lekin jab sache khuda ki taraf mutawajjah hon ga to idhar se aap ko response aane lagta hai. idhar se aap ko inspiration aane lagta hai.</w:t>
      </w:r>
    </w:p>
    <w:p>
      <w:pPr>
        <w:jc w:val="right"/>
      </w:pPr>
      <w:r>
        <w:t>لیکن جب سچے خدا کی طرف متوجہ ہوں گا تو ادھر سے آپ کو رسپانس آنے لگتا ہے۔ ادھر سے آپ کو انسپیریشن آنے لگتا ہے۔</w:t>
      </w:r>
    </w:p>
    <w:p>
      <w:r>
        <w:rPr>
          <w:b/>
        </w:rPr>
        <w:t xml:space="preserve">[23:35] </w:t>
      </w:r>
      <w:r>
        <w:t>tab woh talluq aap ka by-lateral buniyad par qaim ho jata hai.</w:t>
      </w:r>
    </w:p>
    <w:p>
      <w:pPr>
        <w:jc w:val="right"/>
      </w:pPr>
      <w:r>
        <w:t>تب وہ تعلق آپ کا بائی لیٹرل بنیاد پر قائم ہو جاتا ہے۔</w:t>
      </w:r>
    </w:p>
    <w:p>
      <w:r>
        <w:rPr>
          <w:b/>
        </w:rPr>
        <w:t xml:space="preserve">[23:45] </w:t>
      </w:r>
      <w:r>
        <w:t>yeh bohat zyada important baat hai, is ko samajhna chahiye.</w:t>
      </w:r>
    </w:p>
    <w:p>
      <w:pPr>
        <w:jc w:val="right"/>
      </w:pPr>
      <w:r>
        <w:t>یہ بہت زیادہ امپورٹنٹ بات ہے، اس کو سمجھنا چاہیے۔</w:t>
      </w:r>
    </w:p>
    <w:p>
      <w:r>
        <w:rPr>
          <w:b/>
        </w:rPr>
        <w:t xml:space="preserve">[23:50] </w:t>
      </w:r>
      <w:r>
        <w:t>beshtar log jo dunya mein khuda ko manne wale hain, woh sab wohi hain ke unilateral buniyad par in ka mamla hai. idhar to maan liya, lekin jis ko maan rakha hai khuda, is ke andar koi koi taqat hi nahi ke woh aap aap ko kuch bheje.</w:t>
      </w:r>
    </w:p>
    <w:p>
      <w:pPr>
        <w:jc w:val="right"/>
      </w:pPr>
      <w:r>
        <w:t>بیشتر لوگ جو دنیا میں خدا کو ماننے والے ہیں، وہ سب وہی ہیں کہ یونی لیٹرل بنیاد پر ان کا معاملہ ہے۔ ادھر تو مان لیا، لیکن جس کو مان رکھا ہے خدا، اس کے اندر کوئی کوئی طاقت ہی نہیں کہ وہ آپ آپ کو کچھ بھیجے۔</w:t>
      </w:r>
    </w:p>
    <w:p>
      <w:r>
        <w:rPr>
          <w:b/>
        </w:rPr>
        <w:t xml:space="preserve">[24:09] </w:t>
      </w:r>
      <w:r>
        <w:t>to woh sirf unilateral taluq qaaim ban ban kar reh jata hai. bilateral nahi banta woh.</w:t>
      </w:r>
    </w:p>
    <w:p>
      <w:pPr>
        <w:jc w:val="right"/>
      </w:pPr>
      <w:r>
        <w:t>تو وہ صرف یونی لیٹرل تعلق قائم بن بن کر رہ جاتا ہے۔ بائی لیٹرل نہیں بنتا وہ۔</w:t>
      </w:r>
    </w:p>
    <w:p>
      <w:r>
        <w:rPr>
          <w:b/>
        </w:rPr>
        <w:t xml:space="preserve">[24:19] </w:t>
      </w:r>
      <w:r>
        <w:t>lekin main yeh arz karunga ke bilateral banne ke liye ek shart hai. woh shart kya hai?</w:t>
      </w:r>
    </w:p>
    <w:p>
      <w:pPr>
        <w:jc w:val="right"/>
      </w:pPr>
      <w:r>
        <w:t>لیکن میں یہ عرض کروں گا کہ بائی لیٹرل بننے کے لیے ایک شرط ہے۔ وہ شرط کیا ہے؟</w:t>
      </w:r>
    </w:p>
    <w:p>
      <w:r>
        <w:rPr>
          <w:b/>
        </w:rPr>
        <w:t xml:space="preserve">[24:31] </w:t>
      </w:r>
      <w:r>
        <w:t>aap ko is ka container banna parta hai. aap ko apne aap ko is ka ahel banana parta hai.</w:t>
      </w:r>
    </w:p>
    <w:p>
      <w:pPr>
        <w:jc w:val="right"/>
      </w:pPr>
      <w:r>
        <w:t>آپ کو اس کا کنٹینر بننا پڑتا ہے۔ آپ کو اپنے آپ کو اس کا اہل بنانا پڑتا ہے۔</w:t>
      </w:r>
    </w:p>
    <w:p>
      <w:r>
        <w:rPr>
          <w:b/>
        </w:rPr>
        <w:t xml:space="preserve">[24:43] </w:t>
      </w:r>
      <w:r>
        <w:t>jaise jin ko quran mein munafiq kaha gaya hai, wahi log hote hain jo lift service ki tor par to khuda ko mante hain, lekin un ka dil is container nahi hota.</w:t>
      </w:r>
    </w:p>
    <w:p>
      <w:pPr>
        <w:jc w:val="right"/>
      </w:pPr>
      <w:r>
        <w:t>جیسے جن کو قرآن میں منافق کہا گیا ہے، وہی لوگ ہوتے ہیں جو لفٹ سروس کی طور پر تو خدا کو مانتے ہیں، لیکن ان کا دل اس کنٹینر نہیں ہوتا۔</w:t>
      </w:r>
    </w:p>
    <w:p>
      <w:r>
        <w:rPr>
          <w:b/>
        </w:rPr>
        <w:t xml:space="preserve">[24:56] </w:t>
      </w:r>
      <w:r>
        <w:t>munafiq ki misaal aisi hai jaise ek aisa phool jise khushboo na ho. momin ki misaal us phool ki jaisi hai jis ke andar khushboo hoti hai.</w:t>
      </w:r>
    </w:p>
    <w:p>
      <w:pPr>
        <w:jc w:val="right"/>
      </w:pPr>
      <w:r>
        <w:t>منافق کی مثال ایسی ہے جیسے ایک ایسا پھول جسے خوشبو نہ ہو۔ مومن کی مثال اس پھول کی جیسی ہے جس کے اندر خوشبو ہوتی ہے۔</w:t>
      </w:r>
    </w:p>
    <w:p>
      <w:r>
        <w:rPr>
          <w:b/>
        </w:rPr>
        <w:t xml:space="preserve">[25:09] </w:t>
      </w:r>
      <w:r>
        <w:t>munafiq ki misaal us phool jaisi hai jis ke andar khushboo na ho.</w:t>
      </w:r>
    </w:p>
    <w:p>
      <w:pPr>
        <w:jc w:val="right"/>
      </w:pPr>
      <w:r>
        <w:t>منافق کی مثال اس پھول جیسی ہے جس کے اندر خوشبو نہ ہو۔</w:t>
      </w:r>
    </w:p>
    <w:p>
      <w:r>
        <w:rPr>
          <w:b/>
        </w:rPr>
        <w:t xml:space="preserve">[25:14] </w:t>
      </w:r>
      <w:r>
        <w:t>aaj kal ki zaban mein main kahunga ke munafiq ki misaal plastic ke phool jaisi hai aur momin ki misaal sachay phool jaisi hai.</w:t>
      </w:r>
    </w:p>
    <w:p>
      <w:pPr>
        <w:jc w:val="right"/>
      </w:pPr>
      <w:r>
        <w:t>آج کل کی زبان میں میں کہوں گا کہ منافق کی مثال پلاسٹک کے پھول جیسی ہے اور مومن کی مثال سچے پھول جیسی ہے۔</w:t>
      </w:r>
    </w:p>
    <w:p>
      <w:r>
        <w:rPr>
          <w:b/>
        </w:rPr>
        <w:t xml:space="preserve">[25:25] </w:t>
      </w:r>
      <w:r>
        <w:t>to ek qabr aisa hota hai, is ke liye aap ko apne aap ko is ka container banana parta hai. main aap ko ek qissa sunana chahunga Gautam Buddha ka.</w:t>
      </w:r>
    </w:p>
    <w:p>
      <w:pPr>
        <w:jc w:val="right"/>
      </w:pPr>
      <w:r>
        <w:t>تو ایک قبر ایسا ہوتا ہے، اس کے لیے آپ کو اپنے آپ کو اس کا کنٹینر بنانا پڑتا ہے۔ میں آپ کو ایک قصہ سنانا چاہوں گا گوتم بدھ کا۔</w:t>
      </w:r>
    </w:p>
    <w:p>
      <w:r>
        <w:rPr>
          <w:b/>
        </w:rPr>
        <w:t xml:space="preserve">[25:42] </w:t>
      </w:r>
      <w:r>
        <w:t>Gautam Buddha ke zamane mein ek ek mulk mein tha jo un ka un ko man'ne laga tha.</w:t>
      </w:r>
    </w:p>
    <w:p>
      <w:pPr>
        <w:jc w:val="right"/>
      </w:pPr>
      <w:r>
        <w:t>گوتم بدھ کے زمانے میں ایک ایک ملک مین تھا جو ان کا ان کو ماننے لگا تھا۔</w:t>
      </w:r>
    </w:p>
    <w:p>
      <w:r>
        <w:rPr>
          <w:b/>
        </w:rPr>
        <w:t xml:space="preserve">[25:54] </w:t>
      </w:r>
      <w:r>
        <w:t>to us ne kaha ke mere haan aap aaiye, mujhe aap</w:t>
      </w:r>
    </w:p>
    <w:p>
      <w:pPr>
        <w:jc w:val="right"/>
      </w:pPr>
      <w:r>
        <w:t>تو اس نے کہا کہ میرے ہاں آپ آئیے، مجھے آپ</w:t>
      </w:r>
    </w:p>
    <w:p>
      <w:r>
        <w:rPr>
          <w:b/>
        </w:rPr>
        <w:t xml:space="preserve">[26:00] </w:t>
      </w:r>
      <w:r>
        <w:t>ashirwad dijiye aur main aap ko mere haan doodh ka kaam hota hai to main aap ko fresh doodh pesh karunga. aur main ek bartan le ke aaunga.</w:t>
      </w:r>
    </w:p>
    <w:p>
      <w:pPr>
        <w:jc w:val="right"/>
      </w:pPr>
      <w:r>
        <w:t>آشیرواد دیجئے اور میں آپ کو میرے ہاں دودھ کا کام ہوتا ہے تو میں آپ کو فریش دودھ پیش کروں گا۔ اور میں ایک برتن لے کے آئیے گا۔</w:t>
      </w:r>
    </w:p>
    <w:p>
      <w:r>
        <w:rPr>
          <w:b/>
        </w:rPr>
        <w:t xml:space="preserve">[26:13] </w:t>
      </w:r>
      <w:r>
        <w:t>to pehle zamane mein to aap jante hain ke gift ke item bohat kam hua karte thay. ab to bohat barh gaye hain. to Gautam Buddha us ke ghar gaye aur un ke hath mein ek bartan tha.</w:t>
      </w:r>
    </w:p>
    <w:p>
      <w:pPr>
        <w:jc w:val="right"/>
      </w:pPr>
      <w:r>
        <w:t>تو پہلے زمانے میں تو آپ جانتے ہیں کہ گفٹ کے آئٹم بہت کم ہوا کرتے تھے۔ اب تو بہت بڑھ گئے ہیں۔ تو گوتم بدھ اس کے گھر گئے اور ان کے ہاتھ میں ایک برتن تھا۔</w:t>
      </w:r>
    </w:p>
    <w:p>
      <w:r>
        <w:rPr>
          <w:b/>
        </w:rPr>
        <w:t xml:space="preserve">[26:25] </w:t>
      </w:r>
      <w:r>
        <w:t>is mein qasdan unhon ne kuch mitti daal di thi.</w:t>
      </w:r>
    </w:p>
    <w:p>
      <w:pPr>
        <w:jc w:val="right"/>
      </w:pPr>
      <w:r>
        <w:t>اس میں قصداً انہوں نے کچھ مٹی ڈال دی تھی۔</w:t>
      </w:r>
    </w:p>
    <w:p>
      <w:r>
        <w:rPr>
          <w:b/>
        </w:rPr>
        <w:t xml:space="preserve">[26:32] </w:t>
      </w:r>
      <w:r>
        <w:t>to unhon ne woh bartan us mulk mein ko diya.</w:t>
      </w:r>
    </w:p>
    <w:p>
      <w:pPr>
        <w:jc w:val="right"/>
      </w:pPr>
      <w:r>
        <w:t>تو انہوں نے وہ برتن اس ملک مین کو دیا۔</w:t>
      </w:r>
    </w:p>
    <w:p>
      <w:r>
        <w:rPr>
          <w:b/>
        </w:rPr>
        <w:t xml:space="preserve">[26:38] </w:t>
      </w:r>
      <w:r>
        <w:t>doosre jab dekha ke is mein mitti hai to ja ke pehle us ne us ko saaf kiya achay tareeqay se. saaf karne ke baad phir us ne is mein taza doodh rakha aur la ke pesh kiya un ko.</w:t>
      </w:r>
    </w:p>
    <w:p>
      <w:pPr>
        <w:jc w:val="right"/>
      </w:pPr>
      <w:r>
        <w:t>دوسرے جب دیکھا کہ اس میں مٹی ہے تو جا کے پہلے اس نے اس کو صاف کیا اچھے طریقے سے۔ صاف کرنے کے بعد پھر اس نے اس میں تازہ دودھ رکھا اور لا کے پیش کیا ان کو۔</w:t>
      </w:r>
    </w:p>
    <w:p>
      <w:r>
        <w:rPr>
          <w:b/>
        </w:rPr>
        <w:t xml:space="preserve">[26:52] </w:t>
      </w:r>
      <w:r>
        <w:t>to Gautam Buddha us ko le kar chalne lagay. to mulk mein ne kaha ke aap to bas doodh ke liye le ke ja rahe hain, mujhe to aap ne kuch ashirwad diya nahi, kuch gyan diya nahi.</w:t>
      </w:r>
    </w:p>
    <w:p>
      <w:pPr>
        <w:jc w:val="right"/>
      </w:pPr>
      <w:r>
        <w:t>تو گوتم بدھ اس کو لے کر چلنے لگے۔ تو ملک مین نے کہا کہ آپ تو بس دودھ کے لیے لے کے جا رہے ہیں، مجھے تو آپ نے کچھ آشیرواد دیا نہیں، کچھ گیان دیا نہیں۔</w:t>
      </w:r>
    </w:p>
    <w:p>
      <w:r>
        <w:rPr>
          <w:b/>
        </w:rPr>
        <w:t xml:space="preserve">[27:07] </w:t>
      </w:r>
      <w:r>
        <w:t>gyan hi ke liye to bulaya tha aap ko. to unhon ne kaha ke gyan mein kahan doon? tumhare andar woh container hi nahi hai, tum kaise gyan ko sambhal paoge?</w:t>
      </w:r>
    </w:p>
    <w:p>
      <w:pPr>
        <w:jc w:val="right"/>
      </w:pPr>
      <w:r>
        <w:t>گیان ہی کے لیے تو بلایا تھا آپ کو۔ تو انہوں نے کہا کہ گیان میں کہاں دوں؟ تمہارے اندر وہ کنٹینر ہی نہیں ہے، تم کیسے گیان کو سنبھال پاؤ گے؟</w:t>
      </w:r>
    </w:p>
    <w:p>
      <w:r>
        <w:rPr>
          <w:b/>
        </w:rPr>
        <w:t xml:space="preserve">[27:23] </w:t>
      </w:r>
      <w:r>
        <w:t>to container kya cheez hai?</w:t>
      </w:r>
    </w:p>
    <w:p>
      <w:pPr>
        <w:jc w:val="right"/>
      </w:pPr>
      <w:r>
        <w:t>تو کنٹینر کیا چیز ہے؟</w:t>
      </w:r>
    </w:p>
    <w:p>
      <w:r>
        <w:rPr>
          <w:b/>
        </w:rPr>
        <w:t xml:space="preserve">[27:27] </w:t>
      </w:r>
      <w:r>
        <w:t>woh container container container kya hai jahan khuda ki marifat aa kar khuda ki marifat aati hai?</w:t>
      </w:r>
    </w:p>
    <w:p>
      <w:pPr>
        <w:jc w:val="right"/>
      </w:pPr>
      <w:r>
        <w:t>وہ کنٹینر کنٹینر کنٹینر کیا ہے جہاں خدا کی معرفت آ کر خدا کی معرفت آتی ہے؟</w:t>
      </w:r>
    </w:p>
    <w:p>
      <w:r>
        <w:rPr>
          <w:b/>
        </w:rPr>
        <w:t xml:space="preserve">[27:36] </w:t>
      </w:r>
      <w:r>
        <w:t>khuda ki inspiration jo receive karti hai, woh kya cheez hai?</w:t>
      </w:r>
    </w:p>
    <w:p>
      <w:pPr>
        <w:jc w:val="right"/>
      </w:pPr>
      <w:r>
        <w:t>خدا کی انسپیریشن جو ریسیو کرتی ہے، وہ کیا چیز ہے؟</w:t>
      </w:r>
    </w:p>
    <w:p>
      <w:r>
        <w:rPr>
          <w:b/>
        </w:rPr>
        <w:t xml:space="preserve">[27:42] </w:t>
      </w:r>
      <w:r>
        <w:t>woh hai positive mind. positive mind jo quran mein kaha gaya hai, salim salim us sadr, salim ul qalb.</w:t>
      </w:r>
    </w:p>
    <w:p>
      <w:pPr>
        <w:jc w:val="right"/>
      </w:pPr>
      <w:r>
        <w:t>وہ ہے پازیٹیو مائنڈ۔ پازیٹیو مائنڈ جو قرآن میں کہا گیا ہے، سلیم سلیم الصدر، سلیم القلب۔</w:t>
      </w:r>
    </w:p>
    <w:p>
      <w:r>
        <w:rPr>
          <w:b/>
        </w:rPr>
        <w:t xml:space="preserve">[27:56] </w:t>
      </w:r>
      <w:r>
        <w:t>woh kaun hai? jis ke andar negative soch na ho, nafrat na ho, inteqaam ke jazbaat na hon, violence ke tehajjud ki soch na ho.</w:t>
      </w:r>
    </w:p>
    <w:p>
      <w:pPr>
        <w:jc w:val="right"/>
      </w:pPr>
      <w:r>
        <w:t>وہ کون ہے؟ جس کے اندر نیگیٹیو سوچ نہ ہو، نفرت نہ ہو، انتقام کے جذبات نہ ہوں، وائیلنس کے تہجد کی سوچ نہ ہو۔</w:t>
      </w:r>
    </w:p>
    <w:p>
      <w:r>
        <w:rPr>
          <w:b/>
        </w:rPr>
        <w:t xml:space="preserve">[28:13] </w:t>
      </w:r>
      <w:r>
        <w:t>is qism ke tamam negative thoughts se jo khali ho, tab us ko khuda ka inspiration pohnche ga. nahi to nahi pohnche ga.</w:t>
      </w:r>
    </w:p>
    <w:p>
      <w:pPr>
        <w:jc w:val="right"/>
      </w:pPr>
      <w:r>
        <w:t>اس قسم کے تمام نیگیٹیو تھاٹس سے جو خالی ہو، تب اس کو خدا کا انسپیریشن پہنچے گا۔ نہیں تو نہیں پہنچے گا۔</w:t>
      </w:r>
    </w:p>
    <w:p>
      <w:r>
        <w:rPr>
          <w:b/>
        </w:rPr>
        <w:t xml:space="preserve">[28:26] </w:t>
      </w:r>
      <w:r>
        <w:t>to masla yeh hai ke aap jo jis dunya mein hain, is dunya mein hamesha kuch na kuch unwanted baatein hoti rehti hain.</w:t>
      </w:r>
    </w:p>
    <w:p>
      <w:pPr>
        <w:jc w:val="right"/>
      </w:pPr>
      <w:r>
        <w:t>تو مسئلہ یہ ہے کہ آپ جو جس دنیا میں ہیں، اس دنیا میں ہمیشہ کچھ نہ کچھ ان وانٹڈ باتیں ہوتی رہتی ہیں۔</w:t>
      </w:r>
    </w:p>
    <w:p>
      <w:r>
        <w:rPr>
          <w:b/>
        </w:rPr>
        <w:t xml:space="preserve">[28:34] </w:t>
      </w:r>
      <w:r>
        <w:t>ghar mein bhi, society mein bhi, mulk ke andar bhi, hamesha international level par bhi, jo media ke zariye aap ko maloom hota hai.</w:t>
      </w:r>
    </w:p>
    <w:p>
      <w:pPr>
        <w:jc w:val="right"/>
      </w:pPr>
      <w:r>
        <w:t>گھر میں بھی، سوسائٹی میں بھی، ملک کے اندر بھی، ہمیشہ انٹرنیشنل لیول پر بھی، جو میڈیا کے ذریعے آپ کو معلوم ہوتا ہے۔</w:t>
      </w:r>
    </w:p>
    <w:p>
      <w:r>
        <w:rPr>
          <w:b/>
        </w:rPr>
        <w:t xml:space="preserve">[28:48] </w:t>
      </w:r>
      <w:r>
        <w:t>to log foran is se negative ho jate hain. jis ko bhi aaj kal aap survey kijiye, kisi ko bhi aap baaten kijiye, kisi se jo sarak pe chal raha ho, to balfor thori dair mein woh shikayat ki boli bolega.</w:t>
      </w:r>
    </w:p>
    <w:p>
      <w:pPr>
        <w:jc w:val="right"/>
      </w:pPr>
      <w:r>
        <w:t>تو لوگ فوراً اس سے نیگیٹیو ہو جاتے ہیں۔ جس کو بھی آج کل آپ سروے کیجئے، کسی کو بھی آپ باتیں کیجئے، کسی سے جو سڑک پہ چل رہا ہو، تو بالفور تھوڑی دیر میں وہ شکایت کی بولی بولے گا۔</w:t>
      </w:r>
    </w:p>
    <w:p>
      <w:r>
        <w:rPr>
          <w:b/>
        </w:rPr>
        <w:t xml:space="preserve">[29:04] </w:t>
      </w:r>
      <w:r>
        <w:t>balfor shikayat ki boli, nafrat ki boli, jhijhlahat ki boli, foran bolega. mohabbat ki boli koi nahi bolega, khair khwahi ki boli koi nahi bolega.</w:t>
      </w:r>
    </w:p>
    <w:p>
      <w:pPr>
        <w:jc w:val="right"/>
      </w:pPr>
      <w:r>
        <w:t>بالفور شکایت کی بولی، نفرت کی بولی، جھجلاہٹ کی بولی، فوراً بولے گا۔ محبت کی بولی کوئی نہیں بولے گا، خیر خواہی کی بولی کوئی نہیں بولے گا۔</w:t>
      </w:r>
    </w:p>
    <w:p>
      <w:r>
        <w:rPr>
          <w:b/>
        </w:rPr>
        <w:t xml:space="preserve">[29:20] </w:t>
      </w:r>
      <w:r>
        <w:t>kam az kam mera tajurba yahi hai. is liye logon ka dil</w:t>
      </w:r>
    </w:p>
    <w:p>
      <w:pPr>
        <w:jc w:val="right"/>
      </w:pPr>
      <w:r>
        <w:t>کم از کم میرا تجربہ یہی ہے۔ اس لیے لوگوں کا دل</w:t>
      </w:r>
    </w:p>
    <w:p>
      <w:r>
        <w:rPr>
          <w:b/>
        </w:rPr>
        <w:t xml:space="preserve">[29:28] </w:t>
      </w:r>
      <w:r>
        <w:t>wo wo container nahi hai jis ke andar khuda ki blessing utre.</w:t>
      </w:r>
    </w:p>
    <w:p>
      <w:pPr>
        <w:jc w:val="right"/>
      </w:pPr>
      <w:r>
        <w:t>وہ وہ کنٹینر نہیں ہے جس کے اندر خدا کی بلیسنگ اترے۔</w:t>
      </w:r>
    </w:p>
    <w:p>
      <w:r>
        <w:rPr>
          <w:b/>
        </w:rPr>
        <w:t xml:space="preserve">[29:36] </w:t>
      </w:r>
      <w:r>
        <w:t>to ek to yeh hai ke aap sache khuda ko manen, kisi but ko, kisi guru ko, kisi pegham bar ko, kisi pahar ko, kisi samandar ko, kisi suraj ko, kisi chand ko na manen.</w:t>
      </w:r>
    </w:p>
    <w:p>
      <w:pPr>
        <w:jc w:val="right"/>
      </w:pPr>
      <w:r>
        <w:t>تو ایک تو یہ ہے کہ آپ سچے خدا کو مانیں، کسی بت کو، کسی گرو کو، کسی پیغمبر کو، کسی پہاڑ کو، کسی سمندر کو، کسی سورج کو، کسی چاند کو نہ مانیں۔</w:t>
      </w:r>
    </w:p>
    <w:p>
      <w:r>
        <w:rPr>
          <w:b/>
        </w:rPr>
        <w:t xml:space="preserve">[29:50] </w:t>
      </w:r>
      <w:r>
        <w:t>balkeh khuda ko manen, Allah ko manen.</w:t>
      </w:r>
    </w:p>
    <w:p>
      <w:pPr>
        <w:jc w:val="right"/>
      </w:pPr>
      <w:r>
        <w:t>بلکہ خدا کو مانیں، اللہ کو مانیں۔</w:t>
      </w:r>
    </w:p>
    <w:p>
      <w:r>
        <w:rPr>
          <w:b/>
        </w:rPr>
        <w:t xml:space="preserve">[29:57] </w:t>
      </w:r>
      <w:r>
        <w:t>lekin yahi kafi nahi hai. yeh kafi nahi hai.</w:t>
      </w:r>
    </w:p>
    <w:p>
      <w:pPr>
        <w:jc w:val="right"/>
      </w:pPr>
      <w:r>
        <w:t>لیکن یہی کافی نہیں ہے۔ یہ کافی نہیں ہے۔</w:t>
      </w:r>
    </w:p>
    <w:p>
      <w:r>
        <w:rPr>
          <w:b/>
        </w:rPr>
        <w:t xml:space="preserve">[30:03] </w:t>
      </w:r>
      <w:r>
        <w:t>aap ko apne dil ko purify karna parega. aap ke mind ko positive mind banana parega. aap ki personality ko pore maanon mein musbat personality banana parega.</w:t>
      </w:r>
    </w:p>
    <w:p>
      <w:pPr>
        <w:jc w:val="right"/>
      </w:pPr>
      <w:r>
        <w:t>آپ کو اپنے دل کو پیوریفائی کرنا پڑے گا۔ آپ کے مائنڈ کو پازیٹیو مائنڈ بنانا پڑے گا۔ آپ کی پرسنیلٹی کو پورے معنوں میں مثبت پرسنیلٹی بنانا پڑے گا۔</w:t>
      </w:r>
    </w:p>
    <w:p>
      <w:r>
        <w:rPr>
          <w:b/>
        </w:rPr>
        <w:t xml:space="preserve">[30:17] </w:t>
      </w:r>
      <w:r>
        <w:t>tab aap ka talluq Allah se qaim hoga, warna qaim hi nahi hoga.</w:t>
      </w:r>
    </w:p>
    <w:p>
      <w:pPr>
        <w:jc w:val="right"/>
      </w:pPr>
      <w:r>
        <w:t>تب آپ کا تعلق اللہ سے قائم ہوگا، ورنہ قائم ہی نہیں ہوگا۔</w:t>
      </w:r>
    </w:p>
    <w:p>
      <w:r>
        <w:rPr>
          <w:b/>
        </w:rPr>
        <w:t xml:space="preserve">[30:26] </w:t>
      </w:r>
      <w:r>
        <w:t>agar aap ki personality aisi hai ke is mein musbat baaten bhari hui hain, is mein manfi baaten bhari hui hain, nafrat aur intiqam bhara hua hai, shikayat bhari hui hai, otes bhara hua hai,</w:t>
      </w:r>
    </w:p>
    <w:p>
      <w:pPr>
        <w:jc w:val="right"/>
      </w:pPr>
      <w:r>
        <w:t>اگر آپ کی پرسنیلٹی ایسی ہے کہ اس میں مثبت باتیں بھری ہوئی ہیں، اس میں منفی باتیں بھری ہوئی ہیں، نفرت اور انتقام بھرا ہوا ہے، شکایت بھری ہوئی ہے، اوٹس بھرا ہوا ہے،</w:t>
      </w:r>
    </w:p>
    <w:p>
      <w:r>
        <w:rPr>
          <w:b/>
        </w:rPr>
        <w:t xml:space="preserve">[30:39] </w:t>
      </w:r>
      <w:r>
        <w:t>sab ko aap samajhte hain ke woh zalim hai, dushman hai, is tarah ke jazbat bhare hue hain, to khuda ko manne ke bawajood aap ka talluq kabhi bhi khuda se qaim nahi hoga.</w:t>
      </w:r>
    </w:p>
    <w:p>
      <w:pPr>
        <w:jc w:val="right"/>
      </w:pPr>
      <w:r>
        <w:t>سب کو آپ سمجھتے ہیں کہ وہ ظالم ہے، دشمن ہے، اس طرح کے جذبات بھرے ہوئے ہیں، تو خدا کو ماننے کے باوجود آپ کا تعلق کبھی بھی خدا سے قائم نہیں ہوگا۔</w:t>
      </w:r>
    </w:p>
    <w:p>
      <w:r>
        <w:rPr>
          <w:b/>
        </w:rPr>
        <w:t xml:space="preserve">[30:56] </w:t>
      </w:r>
      <w:r>
        <w:t>to khuda se talluq qaim karne ke liye aap. yak tarfa nahi hota, yeh do tarfa hota hai. idhar se ati hai inspiration. jab Allah ko aap pukarte hain to idhar se jawab ata hai.</w:t>
      </w:r>
    </w:p>
    <w:p>
      <w:pPr>
        <w:jc w:val="right"/>
      </w:pPr>
      <w:r>
        <w:t>تو خدا سے تعلق قائم کرنے کے لیے آپ۔ یکطرفہ نہیں ہوتا، یہ دو طرفہ ہوتا ہے۔ ادھر سے آتی ہے انسپیریشن۔ جب اللہ کو آپ پکارتے ہیں تو ادھر سے جواب آتا ہے۔</w:t>
      </w:r>
    </w:p>
    <w:p>
      <w:r>
        <w:rPr>
          <w:b/>
        </w:rPr>
        <w:t xml:space="preserve">[31:12] </w:t>
      </w:r>
      <w:r>
        <w:t>إني قريب اجيب دعوت الداع داع عزادار فلیستجبولی ولیمن بی یشهدون</w:t>
      </w:r>
    </w:p>
    <w:p>
      <w:pPr>
        <w:jc w:val="right"/>
      </w:pPr>
      <w:r>
        <w:t>إني قريب اجيب دعوت الداع داع عزادار فلیستجبولی ولیمن بی یشهدون</w:t>
      </w:r>
    </w:p>
    <w:p>
      <w:r>
        <w:rPr>
          <w:b/>
        </w:rPr>
        <w:t xml:space="preserve">[31:24] </w:t>
      </w:r>
      <w:r>
        <w:t>to jab aap pukarte hain to is ke baad Allah ki taraf jawab ata hai. jab Allah ko yaad karte hain to is se is ki taraf se aap ko inspiration ata hai.</w:t>
      </w:r>
    </w:p>
    <w:p>
      <w:pPr>
        <w:jc w:val="right"/>
      </w:pPr>
      <w:r>
        <w:t>تو جب آپ پکارتے ہیں تو اس کے بعد اللہ کی طرف جواب آتا ہے۔ جب اللہ کو یاد کرتے ہیں تو اس سے اس کی طرف سے آپ کو انسپیریشن آتا ہے۔</w:t>
      </w:r>
    </w:p>
    <w:p>
      <w:r>
        <w:rPr>
          <w:b/>
        </w:rPr>
        <w:t xml:space="preserve">[31:35] </w:t>
      </w:r>
      <w:r>
        <w:t>jab aap se Allah se talluq qaim karne ki koshish karte hain to Allah ki taraf se is ka jawab ata hai. to yeh do tarfa talluq hai. lekin do tarfa talluq kab qaim hoga?</w:t>
      </w:r>
    </w:p>
    <w:p>
      <w:pPr>
        <w:jc w:val="right"/>
      </w:pPr>
      <w:r>
        <w:t>جب آپ سے اللہ سے تعلق قائم کرنے کی کوشش کرتے ہیں تو اللہ کی طرف سے اس کا جواب آتا ہے۔ تو یہ دو طرفہ تعلق ہے۔ لیکن دو طرفہ تعلق کب قائم ہوگا؟</w:t>
      </w:r>
    </w:p>
    <w:p>
      <w:r>
        <w:rPr>
          <w:b/>
        </w:rPr>
        <w:t xml:space="preserve">[31:48] </w:t>
      </w:r>
      <w:r>
        <w:t>jab aap ke andar sach much</w:t>
      </w:r>
    </w:p>
    <w:p>
      <w:pPr>
        <w:jc w:val="right"/>
      </w:pPr>
      <w:r>
        <w:t>جب آپ کے اندر سچ مچ</w:t>
      </w:r>
    </w:p>
    <w:p>
      <w:r>
        <w:rPr>
          <w:b/>
        </w:rPr>
        <w:t xml:space="preserve">[31:54] </w:t>
      </w:r>
      <w:r>
        <w:t>purified qalb ho, musbat mind ho, positive personality ho, tab hoga. wo to warna hoga nahi.</w:t>
      </w:r>
    </w:p>
    <w:p>
      <w:pPr>
        <w:jc w:val="right"/>
      </w:pPr>
      <w:r>
        <w:t>پیوریفائیڈ قلب ہو، مثبت مائنڈ ہو، پازیٹیو پرسنیلٹی ہو، تب ہوگا۔ وہ تو ورنہ ہوگا نہیں۔</w:t>
      </w:r>
    </w:p>
    <w:p>
      <w:r>
        <w:rPr>
          <w:b/>
        </w:rPr>
        <w:t xml:space="preserve">[32:03] </w:t>
      </w:r>
      <w:r>
        <w:t>man kar bhi nahi hoga. khuda ko ya Allah ko man kar bhi nahi hoga.</w:t>
      </w:r>
    </w:p>
    <w:p>
      <w:pPr>
        <w:jc w:val="right"/>
      </w:pPr>
      <w:r>
        <w:t>مان کر بھی نہیں ہوگا۔ خدا کو یا اللہ کو مان کر بھی نہیں ہوگا۔</w:t>
      </w:r>
    </w:p>
    <w:p>
      <w:r>
        <w:rPr>
          <w:b/>
        </w:rPr>
        <w:t xml:space="preserve">[32:09] </w:t>
      </w:r>
      <w:r>
        <w:t>jaisa ke maine arz kiya hadith ke mutabiq ke aise insan ka manna aise hi hoga jaise ke plastic ka phool jis mein koi khushbu nahi.</w:t>
      </w:r>
    </w:p>
    <w:p>
      <w:pPr>
        <w:jc w:val="right"/>
      </w:pPr>
      <w:r>
        <w:t>جیسا کہ میں نے عرض کیا حدیث کے مطابق کہ ایسے انسان کا ماننا ایسے ہی ہوگا جیسے کہ پلاسٹک کا پھول جس میں کوئی خوشبو نہیں۔</w:t>
      </w:r>
    </w:p>
    <w:p>
      <w:r>
        <w:rPr>
          <w:b/>
        </w:rPr>
        <w:t xml:space="preserve">[32:23] </w:t>
      </w:r>
      <w:r>
        <w:t>to sacha manna woh hai jo jo jis ko yani real flower ki tarah ho, is mein khushbu hoti hai.</w:t>
      </w:r>
    </w:p>
    <w:p>
      <w:pPr>
        <w:jc w:val="right"/>
      </w:pPr>
      <w:r>
        <w:t>تو سچا ماننا وہ ہے جو جو جس کو یعنی ریئل فلاور کی طرح ہو، اس میں خوشبو ہوتی ہے۔</w:t>
      </w:r>
    </w:p>
    <w:p>
      <w:r>
        <w:rPr>
          <w:b/>
        </w:rPr>
        <w:t xml:space="preserve">[32:37] </w:t>
      </w:r>
      <w:r>
        <w:t>to maine do baaten arz keen.</w:t>
      </w:r>
    </w:p>
    <w:p>
      <w:pPr>
        <w:jc w:val="right"/>
      </w:pPr>
      <w:r>
        <w:t>تو میں نے دو باتیں عرض کیں۔</w:t>
      </w:r>
    </w:p>
    <w:p>
      <w:r>
        <w:rPr>
          <w:b/>
        </w:rPr>
        <w:t xml:space="preserve">[32:39] </w:t>
      </w:r>
      <w:r>
        <w:t>ek to yeh hai ke is lafz khuda bolna kafi nahi hai. khuda, Allah, Ishwar, Bhagwan, yeh sab alfaaz bolna kafi nahi hai.</w:t>
      </w:r>
    </w:p>
    <w:p>
      <w:pPr>
        <w:jc w:val="right"/>
      </w:pPr>
      <w:r>
        <w:t>ایک تو یہ کہ اس لفظ خدا بولنا کافی نہیں ہے۔ خدا، اللہ، ایشور، بھگوان، یہ سب الفاظ بولنا کافی نہیں ہے۔</w:t>
      </w:r>
    </w:p>
    <w:p>
      <w:r>
        <w:rPr>
          <w:b/>
        </w:rPr>
        <w:t xml:space="preserve">[32:53] </w:t>
      </w:r>
      <w:r>
        <w:t>sawal yeh hai ke kis ko banaya aap ne? sacha khuda jo hai, us ko banaya ya kisi pathar ko, kisi but ko, kisi suraj ko, kisi chand ko, kisi pegham bar ko, kisi guru ko bana liya hai?</w:t>
      </w:r>
    </w:p>
    <w:p>
      <w:pPr>
        <w:jc w:val="right"/>
      </w:pPr>
      <w:r>
        <w:t>سوال یہ ہے کہ کس کو بنایا آپ نے؟ سچا خدا جو ہے، اس کو بنایا یا کسی پتھر کو، کسی بت کو، کسی سورج کو، کسی چاند کو، کسی پیغمبر کو، کسی گرو کو بنا لیا ہے؟</w:t>
      </w:r>
    </w:p>
    <w:p>
      <w:r>
        <w:rPr>
          <w:b/>
        </w:rPr>
        <w:t xml:space="preserve">[33:07] </w:t>
      </w:r>
      <w:r>
        <w:t>to woh to aise hi hoga jaise ke aap kisi kisi chattan se samjhen ke woh aap ko power supply karega, us se aap ko bijli milegi. yeh to ho nahi sakta.</w:t>
      </w:r>
    </w:p>
    <w:p>
      <w:pPr>
        <w:jc w:val="right"/>
      </w:pPr>
      <w:r>
        <w:t>تو وہ تو ایسے ہی ہوگا جیسے کہ آپ کسی کسی چٹان سے سمجھیں کہ وہ آپ کو پاور سپلائی کرے گا، اس سے آپ کو بجلی ملے گی۔ یہ تو ہو نہیں سکتا۔</w:t>
      </w:r>
    </w:p>
    <w:p>
      <w:r>
        <w:rPr>
          <w:b/>
        </w:rPr>
        <w:t xml:space="preserve">[33:20] </w:t>
      </w:r>
      <w:r>
        <w:t>to ek baat yeh hai ke aap ne sache khuda ko, aap ko sache khuda ko daryaft karna hai. kisi other than god ko khuda nahi maan lena hai aap ko.</w:t>
      </w:r>
    </w:p>
    <w:p>
      <w:pPr>
        <w:jc w:val="right"/>
      </w:pPr>
      <w:r>
        <w:t>تو ایک بات یہ ہے کہ آپ نے سچے خدا کو، آپ کو سچے خدا کو دریافت کرنا ہے۔ کسی ادر دین گاڈ کو خدا نہیں مان لینا ہے آپ کو۔</w:t>
      </w:r>
    </w:p>
    <w:p>
      <w:r>
        <w:rPr>
          <w:b/>
        </w:rPr>
        <w:t xml:space="preserve">[33:32] </w:t>
      </w:r>
      <w:r>
        <w:t>kisi aur deen gaud ko khuda maan lenge to woh manna na manna dono barabar ho jayega.</w:t>
      </w:r>
    </w:p>
    <w:p>
      <w:pPr>
        <w:jc w:val="right"/>
      </w:pPr>
      <w:r>
        <w:t>کسی ادر دین گاڈ کو خدا مان لیں گے تو وہ ماننا نہ ماننا دونوں برابر ہو جائے گا۔</w:t>
      </w:r>
    </w:p>
    <w:p>
      <w:r>
        <w:rPr>
          <w:b/>
        </w:rPr>
        <w:t xml:space="preserve">[33:41] </w:t>
      </w:r>
      <w:r>
        <w:t>doosri baat yeh hai ke aap ka dil bohat pak hoga. aap sach much positive mind honge. sach much purified qalb aap ke andar hoga.</w:t>
      </w:r>
    </w:p>
    <w:p>
      <w:pPr>
        <w:jc w:val="right"/>
      </w:pPr>
      <w:r>
        <w:t>دوسری بات یہ ہے کہ آپ کا دل بہت پاک ہوگا۔ آپ سچ مچ پازیٹیو مائنڈ ہوں گے۔ سچ مچ پیوریفائیڈ قلب آپ کے اندر ہوگا۔</w:t>
      </w:r>
    </w:p>
    <w:p>
      <w:r>
        <w:rPr>
          <w:b/>
        </w:rPr>
        <w:t xml:space="preserve">[33:51] </w:t>
      </w:r>
      <w:r>
        <w:t>sach much aap ke andar musbat personality hogi. mukammal taur par aap nafrat aur negative thinking se khali honge.</w:t>
      </w:r>
    </w:p>
    <w:p>
      <w:pPr>
        <w:jc w:val="right"/>
      </w:pPr>
      <w:r>
        <w:t>سچ مچ آپ کے اندر مثبت پرسنیلٹی ہوگی۔ مکمل طور پر آپ نفرت اور نیگیٹیو تھنکنگ سے خالی ہوں گے۔</w:t>
      </w:r>
    </w:p>
    <w:p>
      <w:r>
        <w:rPr>
          <w:b/>
        </w:rPr>
        <w:t xml:space="preserve">[34:01] </w:t>
      </w:r>
      <w:r>
        <w:t>tab aisa hoga ke sachay khuda ki taraf se aap ko inspiration aayega. aur tab yeh aisa hoga ke aap ko is se strong affection paida ho jayega.</w:t>
      </w:r>
    </w:p>
    <w:p>
      <w:pPr>
        <w:jc w:val="right"/>
      </w:pPr>
      <w:r>
        <w:t>تب ایسا ہوگا کہ سچے خدا کی طرف سے آپ کو انسپیریشن آئے گا۔ اور تب یہ ایسا ہوگا کہ آپ کو اس سے سٹرانگ ایفیکشن پیدا ہو جائے گا۔</w:t>
      </w:r>
    </w:p>
    <w:p>
      <w:r>
        <w:rPr>
          <w:b/>
        </w:rPr>
        <w:t xml:space="preserve">[34:12] </w:t>
      </w:r>
      <w:r>
        <w:t>hubb shadeed. hubb shadeed yaad rakhiye, Allah taala ki aik meharbani hai. hubb shadeed Allah taala ki aik blessing hai.</w:t>
      </w:r>
    </w:p>
    <w:p>
      <w:pPr>
        <w:jc w:val="right"/>
      </w:pPr>
      <w:r>
        <w:t>حب شدید۔ حب شدید یاد رکھیے، اللہ تعالیٰ کی ایک مہربانی ہے۔ حب شدید اللہ تعالیٰ کی ایک بلیسنگ ہے۔</w:t>
      </w:r>
    </w:p>
    <w:p>
      <w:r>
        <w:rPr>
          <w:b/>
        </w:rPr>
        <w:t xml:space="preserve">[34:26] </w:t>
      </w:r>
      <w:r>
        <w:t>yeh blessing is insaan ko milti hai jo us ki sharton ko poora kare, jo us ki condition ko poora kare. aisa nahi ho sakta.</w:t>
      </w:r>
    </w:p>
    <w:p>
      <w:pPr>
        <w:jc w:val="right"/>
      </w:pPr>
      <w:r>
        <w:t>یہ بلیسنگ اس انسان کو ملتی ہے جو اس کی شرطوں کو پورا کرے، جو اس کی کنڈیشن کو پورا کرے۔ ایسا نہیں ہو سکتا۔</w:t>
      </w:r>
    </w:p>
    <w:p>
      <w:r>
        <w:rPr>
          <w:b/>
        </w:rPr>
        <w:t xml:space="preserve">[34:42] </w:t>
      </w:r>
      <w:r>
        <w:t>to pehla kaam yeh hai ke aap</w:t>
      </w:r>
    </w:p>
    <w:p>
      <w:pPr>
        <w:jc w:val="right"/>
      </w:pPr>
      <w:r>
        <w:t>تو پہلا کام یہ ہے کہ آپ</w:t>
      </w:r>
    </w:p>
    <w:p>
      <w:r>
        <w:rPr>
          <w:b/>
        </w:rPr>
        <w:t xml:space="preserve">[34:46] </w:t>
      </w:r>
      <w:r>
        <w:t>contemplation ki zindagi guzaren, sochne wali zindagi guzaren. aur phir daryaft ke darjay mein aap ko aap khuda ko paayen.</w:t>
      </w:r>
    </w:p>
    <w:p>
      <w:pPr>
        <w:jc w:val="right"/>
      </w:pPr>
      <w:r>
        <w:t>کنٹمپلیشن کی زندگی گزاریں، سوچنے والی زندگی گزاریں۔ اور پھر دریافت کے درجے میں آپ کو آپ خدا کو پائیں۔</w:t>
      </w:r>
    </w:p>
    <w:p>
      <w:r>
        <w:rPr>
          <w:b/>
        </w:rPr>
        <w:t xml:space="preserve">[34:58] </w:t>
      </w:r>
      <w:r>
        <w:t>discovery ke darjay mein aap khuda ko paayen, jis ko marifat kaha jata hai.</w:t>
      </w:r>
    </w:p>
    <w:p>
      <w:pPr>
        <w:jc w:val="right"/>
      </w:pPr>
      <w:r>
        <w:t>ڈسکوری کے درجے میں آپ خدا کو پائیں، جس کو معرفت کہا جاتا ہے۔</w:t>
      </w:r>
    </w:p>
    <w:p>
      <w:r>
        <w:rPr>
          <w:b/>
        </w:rPr>
        <w:t xml:space="preserve">[35:05] </w:t>
      </w:r>
      <w:r>
        <w:t>phir Allah par sach much aap imaan laayen. Allah ko apna concern banayen.</w:t>
      </w:r>
    </w:p>
    <w:p>
      <w:pPr>
        <w:jc w:val="right"/>
      </w:pPr>
      <w:r>
        <w:t>پھر اللہ پر سچ مچ آپ ایمان لائیں۔ اللہ کو اپنا کنسرن بنائیں۔</w:t>
      </w:r>
    </w:p>
    <w:p>
      <w:r>
        <w:rPr>
          <w:b/>
        </w:rPr>
        <w:t xml:space="preserve">[35:14] </w:t>
      </w:r>
      <w:r>
        <w:t>Allah ki boundaries ko daryaft karen. Allah ki rehmaton ko soch soch kar maloom karen.</w:t>
      </w:r>
    </w:p>
    <w:p>
      <w:pPr>
        <w:jc w:val="right"/>
      </w:pPr>
      <w:r>
        <w:t>اللہ کی باؤنڈریز کو دریافت کریں۔ اللہ کی رحمتوں کو سوچ سوچ کر معلوم کریں۔</w:t>
      </w:r>
    </w:p>
    <w:p>
      <w:r>
        <w:rPr>
          <w:b/>
        </w:rPr>
        <w:t xml:space="preserve">[35:24] </w:t>
      </w:r>
      <w:r>
        <w:t>tab ja kar aap ka talluq Allah se qaim hoga. jab yeh kuch hoga, tab aap ke andar aik aik personality</w:t>
      </w:r>
    </w:p>
    <w:p>
      <w:pPr>
        <w:jc w:val="right"/>
      </w:pPr>
      <w:r>
        <w:t>تب جا کر آپ کا تعلق اللہ سے قائم ہوگا۔ جب یہ کچھ ہوگا، تب آپ کے اندر ایک ایک پرسنیلٹی</w:t>
      </w:r>
    </w:p>
    <w:p>
      <w:r>
        <w:rPr>
          <w:b/>
        </w:rPr>
        <w:t xml:space="preserve">[35:33] </w:t>
      </w:r>
      <w:r>
        <w:t>banegi. jo Quran mein hai ke rabbani personality. Quran mein hai ke kaun rabbani? kaun rabbani?</w:t>
      </w:r>
    </w:p>
    <w:p>
      <w:pPr>
        <w:jc w:val="right"/>
      </w:pPr>
      <w:r>
        <w:t>بنے گی۔ جو قرآن میں ہے کہ ربانی پرسنیلٹی۔ قرآن میں ہے کہ کون ربانی؟ کون ربانی؟</w:t>
      </w:r>
    </w:p>
    <w:p>
      <w:r>
        <w:rPr>
          <w:b/>
        </w:rPr>
        <w:t xml:space="preserve">[35:41] </w:t>
      </w:r>
      <w:r>
        <w:t>rabbani bano. to rabbani bano, yani rabbani personality apne andar paida karo. woh kaise hota hai?</w:t>
      </w:r>
    </w:p>
    <w:p>
      <w:pPr>
        <w:jc w:val="right"/>
      </w:pPr>
      <w:r>
        <w:t>ربانی بنو۔ تو ربانی بنو، یعنی ربانی پرسنیلٹی اپنے اندر پیدا کرو۔ وہ کیسے ہوتا ہے؟</w:t>
      </w:r>
    </w:p>
    <w:p>
      <w:r>
        <w:rPr>
          <w:b/>
        </w:rPr>
        <w:t xml:space="preserve">[35:52] </w:t>
      </w:r>
      <w:r>
        <w:t>woh lift service ke taur par nahi hota. rabbani personality aik lambay process ke baad is ka conversion ka naam hai rabbani personality.</w:t>
      </w:r>
    </w:p>
    <w:p>
      <w:pPr>
        <w:jc w:val="right"/>
      </w:pPr>
      <w:r>
        <w:t>وہ لفٹ سروس کے طور پر نہیں ہوتا۔ ربانی پرسنیلٹی ایک لمبے پروسیس کے بعد اس کا کنویژن کا نام ہے ربانی پرسنیلٹی۔</w:t>
      </w:r>
    </w:p>
    <w:p>
      <w:r>
        <w:rPr>
          <w:b/>
        </w:rPr>
        <w:t xml:space="preserve">[36:04] </w:t>
      </w:r>
      <w:r>
        <w:t>jannat to mein jayega woh jo wahan rabbani personality le kar pohanchay. jannat rabbani insanon ki duniya hai.</w:t>
      </w:r>
    </w:p>
    <w:p>
      <w:pPr>
        <w:jc w:val="right"/>
      </w:pPr>
      <w:r>
        <w:t>جنت تو میں جائے گا وہ جو وہاں ربانی پرسنیلٹی لے کے پہنچے۔ جنت ربانی انسانوں کی دنیا ہے۔</w:t>
      </w:r>
    </w:p>
    <w:p>
      <w:r>
        <w:rPr>
          <w:b/>
        </w:rPr>
        <w:t xml:space="preserve">[36:18] </w:t>
      </w:r>
      <w:r>
        <w:t>jannat rabbani insanon ki duniya hai. lekin lekin rabbani insaan ka banna aik lambay process ke baad hota hai.</w:t>
      </w:r>
    </w:p>
    <w:p>
      <w:pPr>
        <w:jc w:val="right"/>
      </w:pPr>
      <w:r>
        <w:t>جنت ربانی انسانوں کی دنیا ہے۔ لیکن لیکن ربانی انسان کا بننا ایک لمبے پروسیس کے بعد ہوتا ہے۔</w:t>
      </w:r>
    </w:p>
    <w:p>
      <w:r>
        <w:rPr>
          <w:b/>
        </w:rPr>
        <w:t xml:space="preserve">[36:31] </w:t>
      </w:r>
      <w:r>
        <w:t>yani pehle aap sochen, tadabbur karen. aur phir apne creator ko aap discover karen. waqai maanon mein.</w:t>
      </w:r>
    </w:p>
    <w:p>
      <w:pPr>
        <w:jc w:val="right"/>
      </w:pPr>
      <w:r>
        <w:t>یعنی پہلے آپ سوچیں، تدبر کریں۔ اور پھر اپنے کریٹر کو آپ ڈسکور کریں۔ واقعی معنوں میں۔</w:t>
      </w:r>
    </w:p>
    <w:p>
      <w:r>
        <w:rPr>
          <w:b/>
        </w:rPr>
        <w:t xml:space="preserve">[36:42] </w:t>
      </w:r>
      <w:r>
        <w:t>discover karen.</w:t>
      </w:r>
    </w:p>
    <w:p>
      <w:pPr>
        <w:jc w:val="right"/>
      </w:pPr>
      <w:r>
        <w:t>ڈسکور کریں۔</w:t>
      </w:r>
    </w:p>
    <w:p>
      <w:r>
        <w:rPr>
          <w:b/>
        </w:rPr>
        <w:t xml:space="preserve">[36:44] </w:t>
      </w:r>
      <w:r>
        <w:t>phir us ki boundaries ko discover karen. us ki boundaries ko discover kar ke aap ke andar talluq paida ho.</w:t>
      </w:r>
    </w:p>
    <w:p>
      <w:pPr>
        <w:jc w:val="right"/>
      </w:pPr>
      <w:r>
        <w:t>پھر اس کی باؤنڈریز کو ڈسکور کریں۔ اس کی باؤنڈریز کو ڈسکور کر کے آپ کے اندر تعلق پیدا ہو۔</w:t>
      </w:r>
    </w:p>
    <w:p>
      <w:r>
        <w:rPr>
          <w:b/>
        </w:rPr>
        <w:t xml:space="preserve">[36:54] </w:t>
      </w:r>
      <w:r>
        <w:t>phir yeh aik din nahi, musalsal yahi lifetime ka process hai yeh. barabar aap sochen, barabar aap sochen, barabar aap sochen.</w:t>
      </w:r>
    </w:p>
    <w:p>
      <w:pPr>
        <w:jc w:val="right"/>
      </w:pPr>
      <w:r>
        <w:t>پھر یہ ایک دن نہیں، مسلسل یہی لائف ٹائم کا پراسیس ہے یہ۔ برابر آپ سوچیں، برابر آپ سوچیں، برابر آپ سوچیں۔</w:t>
      </w:r>
    </w:p>
    <w:p>
      <w:r>
        <w:rPr>
          <w:b/>
        </w:rPr>
        <w:t xml:space="preserve">[37:05] </w:t>
      </w:r>
      <w:r>
        <w:t>to phir aap ke andar aik development aayega.</w:t>
      </w:r>
    </w:p>
    <w:p>
      <w:pPr>
        <w:jc w:val="right"/>
      </w:pPr>
      <w:r>
        <w:t>تو پھر آپ کے اندر ایک ڈویلپمنٹ آئے گا۔</w:t>
      </w:r>
    </w:p>
    <w:p>
      <w:r>
        <w:rPr>
          <w:b/>
        </w:rPr>
        <w:t xml:space="preserve">[37:10] </w:t>
      </w:r>
      <w:r>
        <w:t>aap ke andar woh cheez paida hogi jis ko Quran mein kaha gaya hubb shadeed. Allah se strong affection.</w:t>
      </w:r>
    </w:p>
    <w:p>
      <w:pPr>
        <w:jc w:val="right"/>
      </w:pPr>
      <w:r>
        <w:t>آپ کے اندر وہ چیز پیدا ہوگی جس کو قرآن میں کہا گیا حب شدید۔ اللہ سے اسٹرانگ ایفیکشن۔</w:t>
      </w:r>
    </w:p>
    <w:p>
      <w:r>
        <w:rPr>
          <w:b/>
        </w:rPr>
        <w:t xml:space="preserve">[37:21] </w:t>
      </w:r>
      <w:r>
        <w:t>jab aap ko Allah se strong affection aa jayega, tab ja kar aisa hoga ke khuda aap ka</w:t>
      </w:r>
    </w:p>
    <w:p>
      <w:pPr>
        <w:jc w:val="right"/>
      </w:pPr>
      <w:r>
        <w:t>جب آپ کو اللہ سے اسٹرانگ ایفیکشن آ جائے گا، تب جا کر ایسا ہوگا کہ خدا آپ کا</w:t>
      </w:r>
    </w:p>
    <w:p>
      <w:r>
        <w:rPr>
          <w:b/>
        </w:rPr>
        <w:t xml:space="preserve">[37:31] </w:t>
      </w:r>
      <w:r>
        <w:t>soul consent ban jayega. soul consent.</w:t>
      </w:r>
    </w:p>
    <w:p>
      <w:pPr>
        <w:jc w:val="right"/>
      </w:pPr>
      <w:r>
        <w:t>سول کنسنٹ بن جائے گا۔ سول کنسنٹ۔</w:t>
      </w:r>
    </w:p>
    <w:p>
      <w:r>
        <w:rPr>
          <w:b/>
        </w:rPr>
        <w:t xml:space="preserve">[37:38] </w:t>
      </w:r>
      <w:r>
        <w:t>aap ki zindagi god oriented zindagi ban jayegi. yeh sara sara process subah sham chalta rahega.</w:t>
      </w:r>
    </w:p>
    <w:p>
      <w:pPr>
        <w:jc w:val="right"/>
      </w:pPr>
      <w:r>
        <w:t>آپ کی زندگی گاڈ اوریٹڈ زندگی بن جائے گی۔ یہ سارا سارا پروسیس صبح شام چلتا رہے گا۔</w:t>
      </w:r>
    </w:p>
    <w:p>
      <w:r>
        <w:rPr>
          <w:b/>
        </w:rPr>
        <w:t xml:space="preserve">[37:53] </w:t>
      </w:r>
      <w:r>
        <w:t>sara process subah sham chalta rahega.</w:t>
      </w:r>
    </w:p>
    <w:p>
      <w:pPr>
        <w:jc w:val="right"/>
      </w:pPr>
      <w:r>
        <w:t>سارا پروسیس صبح شام چلتا رہے گا۔</w:t>
      </w:r>
    </w:p>
    <w:p>
      <w:r>
        <w:rPr>
          <w:b/>
        </w:rPr>
        <w:t xml:space="preserve">[37:57] </w:t>
      </w:r>
      <w:r>
        <w:t>yahan tak ke aap woh insan ban jayenge</w:t>
      </w:r>
    </w:p>
    <w:p>
      <w:pPr>
        <w:jc w:val="right"/>
      </w:pPr>
      <w:r>
        <w:t>یہاں تک کہ آپ وہ انسان بن جائیں گے</w:t>
      </w:r>
    </w:p>
    <w:p>
      <w:r>
        <w:rPr>
          <w:b/>
        </w:rPr>
        <w:t xml:space="preserve">[38:02] </w:t>
      </w:r>
      <w:r>
        <w:t>jo maine arz kiya ke rabbani insan. tab aisa hoga ke jab aap ki maut aayegi to farishte daudenge aap ke istiqbal ke liye.</w:t>
      </w:r>
    </w:p>
    <w:p>
      <w:pPr>
        <w:jc w:val="right"/>
      </w:pPr>
      <w:r>
        <w:t>جو میں نے عرض کیا کہ ربانی انسان۔ تب ایسا ہوگا کہ جب آپ کی موت آئے گی تو فرشتے دوڑیں گے آپ کے استقبال کے لیے۔</w:t>
      </w:r>
    </w:p>
    <w:p>
      <w:r>
        <w:rPr>
          <w:b/>
        </w:rPr>
        <w:t xml:space="preserve">[38:15] </w:t>
      </w:r>
      <w:r>
        <w:t>awaz denge, ae farishton, aao yahan ek rabbani step, ek rabb rabbani insan hamari duniya mein dakhil hua hai.</w:t>
      </w:r>
    </w:p>
    <w:p>
      <w:pPr>
        <w:jc w:val="right"/>
      </w:pPr>
      <w:r>
        <w:t>آواز دیں گے، اے فرشتوں، آؤ یہاں ایک ربانی اسٹیپ، ایک رب ربانی انسان ہماری دنیا میں داخل ہوا ہے۔</w:t>
      </w:r>
    </w:p>
    <w:p>
      <w:r>
        <w:rPr>
          <w:b/>
        </w:rPr>
        <w:t xml:space="preserve">[38:29] </w:t>
      </w:r>
      <w:r>
        <w:t>farishte jo sari kainat mein phailay hue hain, woh awaz denge ke ae farishton, aao yahan ek rabbani insan hamari duniya mein dakhil hua hai.</w:t>
      </w:r>
    </w:p>
    <w:p>
      <w:pPr>
        <w:jc w:val="right"/>
      </w:pPr>
      <w:r>
        <w:t>فرشتے جو ساری کائنات میں پھیلے ہوئے ہیں، وہ آواز دیں گے کہ اے فرشتوں، آؤ یہاں ایک ربانی انسان ہماری دنیا میں داخل ہوا ہے۔</w:t>
      </w:r>
    </w:p>
    <w:p>
      <w:r>
        <w:rPr>
          <w:b/>
        </w:rPr>
        <w:t xml:space="preserve">[38:42] </w:t>
      </w:r>
      <w:r>
        <w:t>phir is ko woh khushkhabri denge</w:t>
      </w:r>
    </w:p>
    <w:p>
      <w:pPr>
        <w:jc w:val="right"/>
      </w:pPr>
      <w:r>
        <w:t>پھر اس کو وہ خوشخبری دیں گے</w:t>
      </w:r>
    </w:p>
    <w:p>
      <w:r>
        <w:rPr>
          <w:b/>
        </w:rPr>
        <w:t xml:space="preserve">[38:47] </w:t>
      </w:r>
      <w:r>
        <w:t>ke Allah ne tum ko qabool kar liya.</w:t>
      </w:r>
    </w:p>
    <w:p>
      <w:pPr>
        <w:jc w:val="right"/>
      </w:pPr>
      <w:r>
        <w:t>کہ اللہ نے تم کو قبول کر لیا۔</w:t>
      </w:r>
    </w:p>
    <w:p>
      <w:r>
        <w:rPr>
          <w:b/>
        </w:rPr>
        <w:t xml:space="preserve">[38:52] </w:t>
      </w:r>
      <w:r>
        <w:t>Allah ne tumhare liye jannat likh di. ab tum is society mein rahoge jis ke bare mein quran mein aaya hai ke</w:t>
      </w:r>
    </w:p>
    <w:p>
      <w:pPr>
        <w:jc w:val="right"/>
      </w:pPr>
      <w:r>
        <w:t>اللہ نے تمہارے لیے جنت لکھ دی۔ اب تم اس سوسائٹی میں رہو گے جس کے بارے میں قرآن میں آیا ہے کہ</w:t>
      </w:r>
    </w:p>
    <w:p>
      <w:r>
        <w:rPr>
          <w:b/>
        </w:rPr>
        <w:t xml:space="preserve">[39:06] </w:t>
      </w:r>
      <w:r>
        <w:t>awlaika ma'an nabiyyin wa siddiqin wa shuhada' wa salihin wa hasuna ula'ika rafiqa</w:t>
      </w:r>
    </w:p>
    <w:p>
      <w:pPr>
        <w:jc w:val="right"/>
      </w:pPr>
      <w:r>
        <w:t>اولئک مع النبیین وصدیقین وشہداء وصالحین وحسن اولئک رفیقہ</w:t>
      </w:r>
    </w:p>
    <w:p>
      <w:r>
        <w:rPr>
          <w:b/>
        </w:rPr>
        <w:t xml:space="preserve">[39:16] </w:t>
      </w:r>
      <w:r>
        <w:t>yani jannat jo hai ya paradise jo hai, woh husn-e-rifaqat ka maqam hai.</w:t>
      </w:r>
    </w:p>
    <w:p>
      <w:pPr>
        <w:jc w:val="right"/>
      </w:pPr>
      <w:r>
        <w:t>یعنی جنت جو ہے یا پیرائڈ جو ہے، وہ حسن رفاقت کا مقام ہے۔</w:t>
      </w:r>
    </w:p>
    <w:p>
      <w:r>
        <w:rPr>
          <w:b/>
        </w:rPr>
        <w:t xml:space="preserve">[39:22] </w:t>
      </w:r>
      <w:r>
        <w:t>yani behtareen insano ki society, behtareen insano ka paros, behtareen insano ke darmiyan rehna.</w:t>
      </w:r>
    </w:p>
    <w:p>
      <w:pPr>
        <w:jc w:val="right"/>
      </w:pPr>
      <w:r>
        <w:t>یعنی بہترین انسانوں کی سوسائٹی، بہترین انسانوں کا پڑوس، بہترین انسانوں کے درمیان رہنا۔</w:t>
      </w:r>
    </w:p>
    <w:p>
      <w:r>
        <w:rPr>
          <w:b/>
        </w:rPr>
        <w:t xml:space="preserve">[39:34] </w:t>
      </w:r>
      <w:r>
        <w:t>yeh behtareen insano ko char category batayi gayi hain quran mein: nabi ki category, siddiq ki category, shuhada ki category, aur salih</w:t>
      </w:r>
    </w:p>
    <w:p>
      <w:pPr>
        <w:jc w:val="right"/>
      </w:pPr>
      <w:r>
        <w:t>یہ بہترین انسانوں کو چار کیٹگری بتائی گئی ہیں قرآن میں: نبی کی کیٹگری، صدیق کی کیٹگری، شہدائے کی کیٹگری، اور صالح</w:t>
      </w:r>
    </w:p>
    <w:p>
      <w:r>
        <w:rPr>
          <w:b/>
        </w:rPr>
        <w:t xml:space="preserve">[39:48] </w:t>
      </w:r>
      <w:r>
        <w:t>in ki category. is tarah ke insano ka ek muashra hoga jis ko hum kaha gaya hai paradise. to paradise ki manzil ek lambe safar ke baad milti hai kisi insan ko.</w:t>
      </w:r>
    </w:p>
    <w:p>
      <w:pPr>
        <w:jc w:val="right"/>
      </w:pPr>
      <w:r>
        <w:t>ین کی کیٹگری۔ اس طرح کے انسانوں کا ایک معاشرہ ہوگا جس کو ہم کہا گیا ہے پیرائڈ۔ تو پیرائڈ کی منزل ایک لمبے سفر کے بعد ملتی ہے کسی انسان کو۔</w:t>
      </w:r>
    </w:p>
    <w:p>
      <w:r>
        <w:rPr>
          <w:b/>
        </w:rPr>
        <w:t xml:space="preserve">[40:03] </w:t>
      </w:r>
      <w:r>
        <w:t>yeh safar shuru ho jata hai jab aaj insan ek bache ki hesiyat se paida hota hai. tab se shuru ho jata hai.</w:t>
      </w:r>
    </w:p>
    <w:p>
      <w:pPr>
        <w:jc w:val="right"/>
      </w:pPr>
      <w:r>
        <w:t>یہ سفر شروع ہو جاتا ہے جب آج انسان ایک بچے کی حیثیت سے پیدا ہوتا ہے۔ تب سے شروع ہو جاتا ہے۔</w:t>
      </w:r>
    </w:p>
    <w:p>
      <w:r>
        <w:rPr>
          <w:b/>
        </w:rPr>
        <w:t xml:space="preserve">[40:14] </w:t>
      </w:r>
      <w:r>
        <w:t>phir chalta rehta hai, life time chalta rehta hai.</w:t>
      </w:r>
    </w:p>
    <w:p>
      <w:pPr>
        <w:jc w:val="right"/>
      </w:pPr>
      <w:r>
        <w:t>پھر چلتا رہتا ہے، لائف ٹائم چلتا رہتا ہے۔</w:t>
      </w:r>
    </w:p>
    <w:p>
      <w:r>
        <w:rPr>
          <w:b/>
        </w:rPr>
        <w:t xml:space="preserve">[40:19] </w:t>
      </w:r>
      <w:r>
        <w:t>is darmian mein aadmi ghalti bhi karta hai. lekin ghalti ke bare mein bataya gaya hai ke agar tum sachi toba karo to ghalti delete kar di jati hai tumhare aamal name se.</w:t>
      </w:r>
    </w:p>
    <w:p>
      <w:pPr>
        <w:jc w:val="right"/>
      </w:pPr>
      <w:r>
        <w:t>اس درمیان میں آدمی غلطی بھی کرتا ہے۔ لیکن غلطی کے بارے میں بتایا گیا ہے کہ اگر تم سچی توبہ کرو تو غلطی ڈیلیٹ کر دی جاتی ہے تمہارے اعمال نامے سے۔</w:t>
      </w:r>
    </w:p>
    <w:p>
      <w:r>
        <w:rPr>
          <w:b/>
        </w:rPr>
        <w:t xml:space="preserve">[40:33] </w:t>
      </w:r>
      <w:r>
        <w:t>yeh bohat ajeeb rehmat hai Allah taala ki ke agar aap</w:t>
      </w:r>
    </w:p>
    <w:p>
      <w:pPr>
        <w:jc w:val="right"/>
      </w:pPr>
      <w:r>
        <w:t>یہ بہت عجیب رحمت ہے اللہ تعالیٰ کی کہ اگر آپ</w:t>
      </w:r>
    </w:p>
    <w:p>
      <w:r>
        <w:rPr>
          <w:b/>
        </w:rPr>
        <w:t xml:space="preserve">[40:41] </w:t>
      </w:r>
      <w:r>
        <w:t>Allah ke raste wale banen, jannat ke musafir banen, tab bhi aap se kuch ghaltiyan hoti rahengi is duniya mein</w:t>
      </w:r>
    </w:p>
    <w:p>
      <w:pPr>
        <w:jc w:val="right"/>
      </w:pPr>
      <w:r>
        <w:t>اللہ کے راستے والے بنیں، جنت کے مسافر بنیں، تب بھی آپ سے کچھ غلطیاں ہوتی رہیں گی اس دنیا میں</w:t>
      </w:r>
    </w:p>
    <w:p>
      <w:r>
        <w:rPr>
          <w:b/>
        </w:rPr>
        <w:t xml:space="preserve">[40:50] </w:t>
      </w:r>
      <w:r>
        <w:t>۔ lekin agar aap toba karen, agar andar mein repentance paida ho to Khuda aap ki ghaltiyon ko aap ke aamal name se repeat delete kar deta hai.</w:t>
      </w:r>
    </w:p>
    <w:p>
      <w:pPr>
        <w:jc w:val="right"/>
      </w:pPr>
      <w:r>
        <w:t>۔ لیکن اگر آپ توبہ کریں، اگر اندر میں پریٹنس پیدا ہو تو خدا آپ کی غلطیوں کو آپ کے اعمال نامے سے ریپیٹ ڈیلیٹ کر دیتا ہے۔</w:t>
      </w:r>
    </w:p>
    <w:p>
      <w:r>
        <w:rPr>
          <w:b/>
        </w:rPr>
        <w:t xml:space="preserve">[41:07] </w:t>
      </w:r>
      <w:r>
        <w:t>yahan tak ke jab aap pohnchte hain maut ke baad akhirat ki duniya mein to aap muzakka shakhsiyat hote hain, muzakka purified personality.</w:t>
      </w:r>
    </w:p>
    <w:p>
      <w:pPr>
        <w:jc w:val="right"/>
      </w:pPr>
      <w:r>
        <w:t>یہاں تک کہ جب آپ پہنچتے ہیں موت کے بعد آخرت کی دنیا میں تو آپ مذکا شخصیت ہوتے ہیں، مذکا پیوریفائیڈ پرسنیلٹی۔</w:t>
      </w:r>
    </w:p>
    <w:p>
      <w:r>
        <w:rPr>
          <w:b/>
        </w:rPr>
        <w:t xml:space="preserve">[41:22] </w:t>
      </w:r>
      <w:r>
        <w:t>to yeh hai Islam ke mutabiq ya quran ke mutabiq zindagi ka naqsha. jo log Islam ko samajhte hain ke political system hai, is ko maar maar kar kahin impose karna hai, unhon ne Islam ko samjha hi nahin.</w:t>
      </w:r>
    </w:p>
    <w:p>
      <w:pPr>
        <w:jc w:val="right"/>
      </w:pPr>
      <w:r>
        <w:t>تو یہ ہے اسلام کے مطابق یا قرآن کے مطابق زندگی کا نقشہ۔ جو لوگ اسلام کو سمجھتے ہیں کہ پولیٹیکل سسٹم ہے، اس کو مار مار کر کہیں امپوز کرنا ہے، انہوں نے اسلام کو سمجھا ہی نہیں۔</w:t>
      </w:r>
    </w:p>
    <w:p>
      <w:r>
        <w:rPr>
          <w:b/>
        </w:rPr>
        <w:t xml:space="preserve">[41:42] </w:t>
      </w:r>
      <w:r>
        <w:t>samjha hi nahin.</w:t>
      </w:r>
    </w:p>
    <w:p>
      <w:pPr>
        <w:jc w:val="right"/>
      </w:pPr>
      <w:r>
        <w:t>سمجھا ہی نہیں۔</w:t>
      </w:r>
    </w:p>
    <w:p>
      <w:r>
        <w:rPr>
          <w:b/>
        </w:rPr>
        <w:t xml:space="preserve">[41:46] </w:t>
      </w:r>
      <w:r>
        <w:t>jo samajhte hain ke Islam ek social system hai, ek political system hai, qanoon ka ek nizam hai, aur is ko lad kar ke is ko implement karna hai,</w:t>
      </w:r>
    </w:p>
    <w:p>
      <w:pPr>
        <w:jc w:val="right"/>
      </w:pPr>
      <w:r>
        <w:t>جو سمجھتے ہیں کہ اسلام ایک سوشل سسٹم ہے، ایک پولیٹیکل سسٹم ہے، قانون کا ایک نظام ہے، اور اس کو لڑ کر کے اس کو امپلیمنٹ کرنا ہے،</w:t>
      </w:r>
    </w:p>
    <w:p>
      <w:r>
        <w:rPr>
          <w:b/>
        </w:rPr>
        <w:t xml:space="preserve">[42:00] </w:t>
      </w:r>
      <w:r>
        <w:t>main yaqeen ke sath keh sakta hoon ke unhon ne Islam ko samjha nahin.</w:t>
      </w:r>
    </w:p>
    <w:p>
      <w:pPr>
        <w:jc w:val="right"/>
      </w:pPr>
      <w:r>
        <w:t>میں یقین کے ساتھ کہہ سکتا ہوں کہ انہوں نے اسلام کو سمجھا نہیں۔</w:t>
      </w:r>
    </w:p>
    <w:p>
      <w:r>
        <w:rPr>
          <w:b/>
        </w:rPr>
        <w:t xml:space="preserve">[42:08] </w:t>
      </w:r>
      <w:r>
        <w:t>unho ne islam ko samjha nahin.</w:t>
      </w:r>
    </w:p>
    <w:p>
      <w:pPr>
        <w:jc w:val="right"/>
      </w:pPr>
      <w:r>
        <w:t>انہوں نے اسلام کو سمجھا نہیں۔</w:t>
      </w:r>
    </w:p>
    <w:p>
      <w:r>
        <w:rPr>
          <w:b/>
        </w:rPr>
        <w:t xml:space="preserve">[42:10] </w:t>
      </w:r>
      <w:r>
        <w:t>islam dekhiye, islam ka target individual hai, fard hai. individual.</w:t>
      </w:r>
    </w:p>
    <w:p>
      <w:pPr>
        <w:jc w:val="right"/>
      </w:pPr>
      <w:r>
        <w:t>اسلام دیکھیے، اسلام کا ٹارگٹ انڈیویجول ہے، فرد ہے۔ انڈیویجول۔</w:t>
      </w:r>
    </w:p>
    <w:p>
      <w:r>
        <w:rPr>
          <w:b/>
        </w:rPr>
        <w:t xml:space="preserve">[42:19] </w:t>
      </w:r>
      <w:r>
        <w:t>ek fard ke andar right thinking paida karna, ek fard ke andar</w:t>
      </w:r>
    </w:p>
    <w:p>
      <w:pPr>
        <w:jc w:val="right"/>
      </w:pPr>
      <w:r>
        <w:t>ایک فرد کے اندر رائٹ تھنکنگ پیدا کرنا، ایک فرد کے اندر</w:t>
      </w:r>
    </w:p>
    <w:p>
      <w:r>
        <w:rPr>
          <w:b/>
        </w:rPr>
        <w:t xml:space="preserve">[42:29] </w:t>
      </w:r>
      <w:r>
        <w:t>right behavior paida karna, ek fard ke andar divine personality banana, ek fard ko, ek fard ke andar woh qualities paida karna jis ke baad woh jannat ke liye ek deserving candidate ban sake, yeh hai islam ka nishana.</w:t>
      </w:r>
    </w:p>
    <w:p>
      <w:pPr>
        <w:jc w:val="right"/>
      </w:pPr>
      <w:r>
        <w:t>رائٹ بیہیویئر پیدا کرنا، ایک فرد کے اندر ڈیوائن پرسنیلٹی بنانا، ایک فرد کو، ایک فرد کے اندر وہ کوالٹیز پیدا کرنا جس کے بعد وہ جنت کے لیے ایک ڈیزرونگ کینڈیڈیٹ بن سکے، یہ ہے اسلام کا نشانہ۔</w:t>
      </w:r>
    </w:p>
    <w:p>
      <w:r>
        <w:rPr>
          <w:b/>
        </w:rPr>
        <w:t xml:space="preserve">[42:56] </w:t>
      </w:r>
      <w:r>
        <w:t>is mein koi ladai ka sawal hi nahin hai. jang ka sawal hi nahin hai. violence ka sawal hi nahin hai. islam ko jo scheme hai, is mein na koi jang hai, na takrao hai, na nafrat hai.</w:t>
      </w:r>
    </w:p>
    <w:p>
      <w:pPr>
        <w:jc w:val="right"/>
      </w:pPr>
      <w:r>
        <w:t>اس میں کوئی لڑائی کا سوال ہی نہیں ہے۔ جنگ کا سوال ہی نہیں ہے۔ وائیلنس کا سوال ہی نہیں ہے۔ اسلام کو جو اسکیم ہے، اس میں نہ کوئی جنگ ہے، نہ ٹکراؤ ہے، نہ نفرت ہے۔</w:t>
      </w:r>
    </w:p>
    <w:p>
      <w:r>
        <w:rPr>
          <w:b/>
        </w:rPr>
        <w:t xml:space="preserve">[43:13] </w:t>
      </w:r>
      <w:r>
        <w:t>yeh sab cheezein bilkul is mein nahin hain.</w:t>
      </w:r>
    </w:p>
    <w:p>
      <w:pPr>
        <w:jc w:val="right"/>
      </w:pPr>
      <w:r>
        <w:t>یہ سب چیزیں بالکل اس میں نہیں ہیں۔</w:t>
      </w:r>
    </w:p>
    <w:p>
      <w:r>
        <w:rPr>
          <w:b/>
        </w:rPr>
        <w:t xml:space="preserve">[43:24] </w:t>
      </w:r>
      <w:r>
        <w:t>jo log islam ka koi aur edition pesh karte hain, woh unho ne islam ko na to guide se parha, na islam ko samjha.</w:t>
      </w:r>
    </w:p>
    <w:p>
      <w:pPr>
        <w:jc w:val="right"/>
      </w:pPr>
      <w:r>
        <w:t>جو لوگ اسلام کا کوئی اور ایڈیشن پیش کرتے ہیں، وہ انہوں نے اسلام کو نہ تو گائیڈ سے پڑھا، نہ اسلام کو سمجھا۔</w:t>
      </w:r>
    </w:p>
    <w:p>
      <w:r>
        <w:rPr>
          <w:b/>
        </w:rPr>
        <w:t xml:space="preserve">[43:34] </w:t>
      </w:r>
      <w:r>
        <w:t>un ke dimagh mein kuch tha, usi ko le kar ke woh daur parre woh.</w:t>
      </w:r>
    </w:p>
    <w:p>
      <w:pPr>
        <w:jc w:val="right"/>
      </w:pPr>
      <w:r>
        <w:t>ان کے دماغ میں کچھ تھا، اسی کو لے کر کے وہ دوڑ پڑے وہ۔</w:t>
      </w:r>
    </w:p>
    <w:p>
      <w:r>
        <w:rPr>
          <w:b/>
        </w:rPr>
        <w:t xml:space="preserve">[43:41] </w:t>
      </w:r>
      <w:r>
        <w:t>main ne Allah ke fazl se poori zindagi bitai hai islam ko ke mutale mein. jo kuch main kehta hoon, woh is ko apne apne mutalliq buniyad par kehta hoon.</w:t>
      </w:r>
    </w:p>
    <w:p>
      <w:pPr>
        <w:jc w:val="right"/>
      </w:pPr>
      <w:r>
        <w:t>میں نے اللہ کے فضل سے پوری زندگی بتائی ہے اسلام کو کے مطالعے میں۔ جو کچھ میں کہتا ہوں، وہ اس کو اپنے اپنے متعلق بنیاد پر کہتا ہوں۔</w:t>
      </w:r>
    </w:p>
    <w:p>
      <w:r>
        <w:rPr>
          <w:b/>
        </w:rPr>
        <w:t xml:space="preserve">[43:58] </w:t>
      </w:r>
      <w:r>
        <w:t>apni study ki buniyad par kehta hoon. to aap log islam ko is ki sahi shakal mein samjhiye. apne aap ko is par dhaliye.</w:t>
      </w:r>
    </w:p>
    <w:p>
      <w:pPr>
        <w:jc w:val="right"/>
      </w:pPr>
      <w:r>
        <w:t>اپنی اسٹڈی کی بنیاد پر کہتا ہوں۔ تو آپ لوگ اسلام کو اس کی صحیح شکل میں سمجھیے۔ اپنے آپ کو اس پر ڈھالیے۔</w:t>
      </w:r>
    </w:p>
    <w:p>
      <w:r>
        <w:rPr>
          <w:b/>
        </w:rPr>
        <w:t xml:space="preserve">[44:09] </w:t>
      </w:r>
      <w:r>
        <w:t>aur doosron ko ise pohnchaiye.</w:t>
      </w:r>
    </w:p>
    <w:p>
      <w:pPr>
        <w:jc w:val="right"/>
      </w:pPr>
      <w:r>
        <w:t>اور دوسروں کو اسے پہنچائیے۔</w:t>
      </w:r>
    </w:p>
    <w:p>
      <w:r>
        <w:rPr>
          <w:b/>
        </w:rPr>
        <w:t xml:space="preserve">[44:15] </w:t>
      </w:r>
      <w:r>
        <w:t>taake insaan qabl is se ke is ki maut aaye, woh jaan le ke Allah ki marzi is ke liye kya hai. aur akhirat ki duniya mein is ko kamyabi kaise mile gi.</w:t>
      </w:r>
    </w:p>
    <w:p>
      <w:pPr>
        <w:jc w:val="right"/>
      </w:pPr>
      <w:r>
        <w:t>تاکہ انسان قبل اس سے کہ اس کی موت آئے، وہ جان لے کہ اللہ کی مرضی اس کے لیے کیا ہے۔ اور آخرت کی دنیا میں اس کو کامیابی کیسے ملے گی۔</w:t>
      </w:r>
    </w:p>
    <w:p>
      <w:r>
        <w:rPr>
          <w:b/>
        </w:rPr>
        <w:t xml:space="preserve">[44:25] </w:t>
      </w:r>
      <w:r>
        <w:t>yeh sab baatein jaan le.</w:t>
      </w:r>
    </w:p>
    <w:p>
      <w:pPr>
        <w:jc w:val="right"/>
      </w:pPr>
      <w:r>
        <w:t>یہ سب باتیں جان لے۔</w:t>
      </w:r>
    </w:p>
    <w:p>
      <w:r>
        <w:rPr>
          <w:b/>
        </w:rPr>
        <w:t xml:space="preserve">[44:32] </w:t>
      </w:r>
      <w:r>
        <w:t>to aap log khud bhi apne aap ko is par dhaliye. aur doosron ko islam ki sahi tasweer pesh karen.</w:t>
      </w:r>
    </w:p>
    <w:p>
      <w:pPr>
        <w:jc w:val="right"/>
      </w:pPr>
      <w:r>
        <w:t>تو آپ لوگ خود بھی اپنے آپ کو اس پر ڈھالیں۔ اور دوسروں کو اسلام کی صحیح تصویر پیش کریں۔</w:t>
      </w:r>
    </w:p>
    <w:p>
      <w:r>
        <w:rPr>
          <w:b/>
        </w:rPr>
        <w:t xml:space="preserve">[44:42] </w:t>
      </w:r>
      <w:r>
        <w:t>taake aisa na ho ke jo aadmi maut ke baad akhirat mein pohnche, to woh kahe ke main to janta hi nahin tha ke islam yeh hai. mujhe to pata hi nahin tha islam yeh hai.</w:t>
      </w:r>
    </w:p>
    <w:p>
      <w:pPr>
        <w:jc w:val="right"/>
      </w:pPr>
      <w:r>
        <w:t>تاکہ ایسا نہ ہو کہ جو آدمی موت کے بعد آخرت میں پہنچے، تو وہ کہے کہ میں تو جانتا ہی نہیں تھا کہ اسلام یہ ہے۔ مجھے تو پتہ ہی نہیں تھا اسلام یہ ہے۔</w:t>
      </w:r>
    </w:p>
    <w:p>
      <w:r>
        <w:rPr>
          <w:b/>
        </w:rPr>
        <w:t xml:space="preserve">[44:54] </w:t>
      </w:r>
      <w:r>
        <w:t>ya Khuda ki scheme of things yeh hai. Khuda ke shaf plan yeh hai. is se main be be khabar tha. aisa na ho.</w:t>
      </w:r>
    </w:p>
    <w:p>
      <w:pPr>
        <w:jc w:val="right"/>
      </w:pPr>
      <w:r>
        <w:t>یا خدا کی سکیم آف تھنکس یہ ہے۔ خدا کے شف پلانٹ یہ ہے۔ اس سے میں بے بے خبر تھا۔ ایسا نہ ہو۔</w:t>
      </w:r>
    </w:p>
    <w:p>
      <w:r>
        <w:rPr>
          <w:b/>
        </w:rPr>
        <w:t xml:space="preserve">[45:06] </w:t>
      </w:r>
      <w:r>
        <w:t>to insaan ko is hasrat se bachane ke liye aap ko kaam karna hai.</w:t>
      </w:r>
    </w:p>
    <w:p>
      <w:pPr>
        <w:jc w:val="right"/>
      </w:pPr>
      <w:r>
        <w:t>تو انسان کو اس حسرت سے بچانے کے لیے آپ کو کام کرنا ہے۔</w:t>
      </w:r>
    </w:p>
    <w:p>
      <w:r>
        <w:rPr>
          <w:b/>
        </w:rPr>
        <w:t xml:space="preserve">[45:12] </w:t>
      </w:r>
      <w:r>
        <w:t>dawat e Allah ka maqsad yahi hai. dawat e Allah ek ek non political tehreek hai. is mein na koi politics hai, na koi material interest hai, na is mein koi duniya ka mafad hai.</w:t>
      </w:r>
    </w:p>
    <w:p>
      <w:pPr>
        <w:jc w:val="right"/>
      </w:pPr>
      <w:r>
        <w:t>دعوت اللہ کا مقصد یہی ہے۔ دعوت اللہ ایک ایک نان پولیٹیکل تحریک ہے۔ اس میں نہ کوئی پولیٹکس ہے، نہ کوئی مٹیریل انٹرسٹ ہے، نہ اس میں کوئی دنیا کا مفاد ہے۔</w:t>
      </w:r>
    </w:p>
    <w:p>
      <w:r>
        <w:rPr>
          <w:b/>
        </w:rPr>
        <w:t xml:space="preserve">[45:31] </w:t>
      </w:r>
      <w:r>
        <w:t>yeh tamam tar ek Khuda aur akhirat aur jannat</w:t>
      </w:r>
    </w:p>
    <w:p>
      <w:pPr>
        <w:jc w:val="right"/>
      </w:pPr>
      <w:r>
        <w:t>یہ تمام تر ایک خدا اور آخرت اور جنت</w:t>
      </w:r>
    </w:p>
    <w:p>
      <w:r>
        <w:rPr>
          <w:b/>
        </w:rPr>
        <w:t xml:space="preserve">[45:39] </w:t>
      </w:r>
      <w:r>
        <w:t>ki tareekh hai.</w:t>
      </w:r>
    </w:p>
    <w:p>
      <w:pPr>
        <w:jc w:val="right"/>
      </w:pPr>
      <w:r>
        <w:t>کی تاریخ ہے۔</w:t>
      </w:r>
    </w:p>
    <w:p>
      <w:r>
        <w:rPr>
          <w:b/>
        </w:rPr>
        <w:t xml:space="preserve">[45:42] </w:t>
      </w:r>
      <w:r>
        <w:t>to main dua karta hoon ke Allah taala mujh ko aur aap ko tofeeq de ke hum sachai par chalen aur doosron ko sachai ki taraf bulayein.</w:t>
      </w:r>
    </w:p>
    <w:p>
      <w:pPr>
        <w:jc w:val="right"/>
      </w:pPr>
      <w:r>
        <w:t>تو میں دعا کرتا ہوں کہ اللہ تعالیٰ مجھ کو اور آپ کو توفیق دے کہ ہم سچائی پر چلیں اور دوسروں کو سچائی کی طرف بلائیں۔</w:t>
      </w:r>
    </w:p>
    <w:p>
      <w:r>
        <w:rPr>
          <w:b/>
        </w:rPr>
        <w:t xml:space="preserve">[45:53] </w:t>
      </w:r>
      <w:r>
        <w:t>assalam o alaikum wa rehmatullah</w:t>
      </w:r>
    </w:p>
    <w:p>
      <w:pPr>
        <w:jc w:val="right"/>
      </w:pPr>
      <w:r>
        <w:t>السلام علیکم ورحمۃ اللہ</w:t>
      </w:r>
    </w:p>
    <w:p>
      <w:r>
        <w:rPr>
          <w:b/>
        </w:rPr>
        <w:t xml:space="preserve">[46:06] </w:t>
      </w:r>
      <w:r>
        <w:t>okay, we start with the question answer session.</w:t>
      </w:r>
    </w:p>
    <w:p>
      <w:pPr>
        <w:jc w:val="right"/>
      </w:pPr>
      <w:r>
        <w:t>اوکے، وی سٹارٹ ود دی کوئسچن انسر سیشن۔</w:t>
      </w:r>
    </w:p>
    <w:p>
      <w:r>
        <w:rPr>
          <w:b/>
        </w:rPr>
        <w:t xml:space="preserve">[46:09] </w:t>
      </w:r>
      <w:r>
        <w:t>all the online viewers are requested to send their questions on info at cpsglobal.org. Maulana, yeh sawal aaya hai Chennai se</w:t>
      </w:r>
    </w:p>
    <w:p>
      <w:pPr>
        <w:jc w:val="right"/>
      </w:pPr>
      <w:r>
        <w:t>ال دی ان لائن ویوورز ار ریکویسٹڈ ٹو سینڈ دے کوئسچنز ان انفو ایٹ سی پی ایس گلوبل ڈاٹ او آر جی۔ مولانا، یہ سوال آیا ہے چنئی سے</w:t>
      </w:r>
    </w:p>
    <w:p>
      <w:r>
        <w:rPr>
          <w:b/>
        </w:rPr>
        <w:t xml:space="preserve">[46:21] </w:t>
      </w:r>
      <w:r>
        <w:t>Maulana Iqbal Umri sahib ka, aur unho ne likha hai: "Maulana, dua kya hai?" is par ghor kar raha tha to mere zehan mein yeh baat aayi ke apne amal aur tadbeer mein shaoori taur par Khuda ko shamil karna hi dua hai.</w:t>
      </w:r>
    </w:p>
    <w:p>
      <w:pPr>
        <w:jc w:val="right"/>
      </w:pPr>
      <w:r>
        <w:t>مولانا اقبال عمری صاحب کا، اور انہوں نے لکھا ہے: "مولانا، دعا کیا ہے؟" اس پر غور کر رہا تھا تو میرے ذہن میں یہ بات آئی کہ اپنے عمل اور تدبیر میں شعوری طور پر خدا کو شامل کرنا ہی دعا ہے۔</w:t>
      </w:r>
    </w:p>
    <w:p>
      <w:r>
        <w:rPr>
          <w:b/>
        </w:rPr>
        <w:t xml:space="preserve">[46:41] </w:t>
      </w:r>
      <w:r>
        <w:t>maulana, aisa kehna kya sahi hai? nahin, dua mein pukaar zaroori hai.</w:t>
      </w:r>
    </w:p>
    <w:p>
      <w:pPr>
        <w:jc w:val="right"/>
      </w:pPr>
      <w:r>
        <w:t>مولانا، ایسا کہنا کیا صحیح ہے؟ نہیں، دعا میں پکار ضروری ہے۔</w:t>
      </w:r>
    </w:p>
    <w:p>
      <w:r>
        <w:rPr>
          <w:b/>
        </w:rPr>
        <w:t xml:space="preserve">[46:49] </w:t>
      </w:r>
      <w:r>
        <w:t>sirf shaamil kar len to dua nahin ban jayega. woh alfaaz mein Allah ko pukaarna yeh zaroori hai. yeh baat sahi hai ke aadmi ka amal is ke mutabiq hoga,</w:t>
      </w:r>
    </w:p>
    <w:p>
      <w:pPr>
        <w:jc w:val="right"/>
      </w:pPr>
      <w:r>
        <w:t>صرف شامل کر لیں تو دعا نہیں بن جائے گا۔ وہ الفاظ میں اللہ کو پکارنا یہ ضروری ہے۔ یہ بات صحیح ہے کہ آدمی کا عمل اس کے مطابق ہوگا،</w:t>
      </w:r>
    </w:p>
    <w:p>
      <w:r>
        <w:rPr>
          <w:b/>
        </w:rPr>
        <w:t xml:space="preserve">[47:03] </w:t>
      </w:r>
      <w:r>
        <w:t>tabhi dua dua hai.</w:t>
      </w:r>
    </w:p>
    <w:p>
      <w:pPr>
        <w:jc w:val="right"/>
      </w:pPr>
      <w:r>
        <w:t>تبھی دعا دعا ہے۔</w:t>
      </w:r>
    </w:p>
    <w:p>
      <w:r>
        <w:rPr>
          <w:b/>
        </w:rPr>
        <w:t xml:space="preserve">[47:05] </w:t>
      </w:r>
      <w:r>
        <w:t>quran mein hai ke ilah yusad al-kalim al-tayyib wa al-'amal al-salih wa raf'</w:t>
      </w:r>
    </w:p>
    <w:p>
      <w:pPr>
        <w:jc w:val="right"/>
      </w:pPr>
      <w:r>
        <w:t>قرآن میں ہے کہ إله يسعد الكلم الطيب والعمل الصالح ورفع</w:t>
      </w:r>
    </w:p>
    <w:p>
      <w:r>
        <w:rPr>
          <w:b/>
        </w:rPr>
        <w:t xml:space="preserve">[47:16] </w:t>
      </w:r>
      <w:r>
        <w:t>to yaani dua aadmi kare to us ki zindagi us ke mutabiq ho, us ke khilaaf na ho.</w:t>
      </w:r>
    </w:p>
    <w:p>
      <w:pPr>
        <w:jc w:val="right"/>
      </w:pPr>
      <w:r>
        <w:t>تو یعنی دعا آدمی کرے تو اس کی زندگی اس کے مطابق ہو، اس کے خلاف نہ ہو۔</w:t>
      </w:r>
    </w:p>
    <w:p>
      <w:r>
        <w:rPr>
          <w:b/>
        </w:rPr>
        <w:t xml:space="preserve">[47:27] </w:t>
      </w:r>
      <w:r>
        <w:t>to amal apne aap mein dua nahin hai. dua us waqt dua banti hai jab alfaaz ke zariye aap Allah ko pukaaren.</w:t>
      </w:r>
    </w:p>
    <w:p>
      <w:pPr>
        <w:jc w:val="right"/>
      </w:pPr>
      <w:r>
        <w:t>تو عمل اپنے آپ میں دعا نہیں ہے۔ دعا اس وقت دعا بنتی ہے جب الفاظ کے ذریعے آپ اللہ کو پکاریں۔</w:t>
      </w:r>
    </w:p>
    <w:p>
      <w:r>
        <w:rPr>
          <w:b/>
        </w:rPr>
        <w:t xml:space="preserve">[47:41] </w:t>
      </w:r>
      <w:r>
        <w:t>maulana, agla ek comment aur ek sawal hai jo dhampur se aaya hai rashid sahab ka, aur unhon ne likha hai: "maulana sahab, mera naam rashid hai aur main dhampur se hoon.</w:t>
      </w:r>
    </w:p>
    <w:p>
      <w:pPr>
        <w:jc w:val="right"/>
      </w:pPr>
      <w:r>
        <w:t>مولانا، اگلا ایک کمنٹ اور ایک سوال ہے جو دھامپور سے آیا ہے راشد صاحب کا، اور انہوں نے لکھا ہے: "مولانا صاحب، میرا نام راشد ہے اور میں دھامپور سے ہوں۔</w:t>
      </w:r>
    </w:p>
    <w:p>
      <w:r>
        <w:rPr>
          <w:b/>
        </w:rPr>
        <w:t xml:space="preserve">[47:56] </w:t>
      </w:r>
      <w:r>
        <w:t>meri umar 26 saal hai. aur chhay saal pehle ek dost ki dukaan mein baith kar al-risala magazine ko maine padha tha, aur us ke baad main continuously aap ki kitabein aur al-risala magazine jo mujhe mehtab sahab dhampur mein hain, un se milti hain.</w:t>
      </w:r>
    </w:p>
    <w:p>
      <w:pPr>
        <w:jc w:val="right"/>
      </w:pPr>
      <w:r>
        <w:t>میری عمر 26 سال ہے۔ اور چھ سال پہلے ایک دوست کی دکان میں بیٹھ کر الرسالہ میگزین کو میں نے پڑھا تھا، اور اس کے بعد میں کنٹینیوسلی آپ کی کتابیں اور الرسالہ میگزین جو مجھے مہتاب صاحب دھامپور میں ہیں، ان سے ملتی ہیں۔</w:t>
      </w:r>
    </w:p>
    <w:p>
      <w:r>
        <w:rPr>
          <w:b/>
        </w:rPr>
        <w:t xml:space="preserve">[48:15] </w:t>
      </w:r>
      <w:r>
        <w:t>us ke baad mere andar bohat zyada sudhaar hua hai. main I want to thank God and thank you for for this change</w:t>
      </w:r>
    </w:p>
    <w:p>
      <w:pPr>
        <w:jc w:val="right"/>
      </w:pPr>
      <w:r>
        <w:t>اس کے بعد میرے اندر بہت زیادہ سدھار ہوا ہے۔ میں I want to thank God and thank you for for this change</w:t>
      </w:r>
    </w:p>
    <w:p>
      <w:r>
        <w:rPr>
          <w:b/>
        </w:rPr>
        <w:t xml:space="preserve">[48:26] </w:t>
      </w:r>
      <w:r>
        <w:t>unhon ne phir sawal likha hai maulana ke aksar log kehte hain ke umeed nahin chhodni chahiye kyunke umeed par to duniya qaim hai.</w:t>
      </w:r>
    </w:p>
    <w:p>
      <w:pPr>
        <w:jc w:val="right"/>
      </w:pPr>
      <w:r>
        <w:t>انہوں نے پھر سوال لکھا ہے مولانا کہ اکثر لوگ کہتے ہیں کہ امید نہیں چھوڑنی چاہیے کیونکہ امید پر تو دنیا قائم ہے۔</w:t>
      </w:r>
    </w:p>
    <w:p>
      <w:r>
        <w:rPr>
          <w:b/>
        </w:rPr>
        <w:t xml:space="preserve">[48:37] </w:t>
      </w:r>
      <w:r>
        <w:t>maulana, yeh jo jumla hai ke umeed par to duniya qaim hai, is ka kya matlab hai? is ko wazeh karen. is ka koi matlab nahin.</w:t>
      </w:r>
    </w:p>
    <w:p>
      <w:pPr>
        <w:jc w:val="right"/>
      </w:pPr>
      <w:r>
        <w:t>مولانا، یہ جو جملہ ہے کہ امید پر تو دنیا قائم ہے، اس کا کیا مطلب ہے؟ اس کو واضح کریں۔ اس کا کوئی مطلب نہیں۔</w:t>
      </w:r>
    </w:p>
    <w:p>
      <w:r>
        <w:rPr>
          <w:b/>
        </w:rPr>
        <w:t xml:space="preserve">[48:47] </w:t>
      </w:r>
      <w:r>
        <w:t>yeh to bas ek ek riwaj hai ke log aisa bolte hain.</w:t>
      </w:r>
    </w:p>
    <w:p>
      <w:pPr>
        <w:jc w:val="right"/>
      </w:pPr>
      <w:r>
        <w:t>یہ تو بس ایک ایک رواج ہے کہ لوگ ایسا بولتے ہیں۔</w:t>
      </w:r>
    </w:p>
    <w:p>
      <w:r>
        <w:rPr>
          <w:b/>
        </w:rPr>
        <w:t xml:space="preserve">[48:53] </w:t>
      </w:r>
      <w:r>
        <w:t>lekin quran mein jo baat yeh hai ke woh yeh hai ke la taqnato min rahmat allah allah ki rehmat se kabhi namid na ho.</w:t>
      </w:r>
    </w:p>
    <w:p>
      <w:pPr>
        <w:jc w:val="right"/>
      </w:pPr>
      <w:r>
        <w:t>لیکن قرآن میں جو بات یہ ہے کہ وہ یہ ہے کہ لا تقنطوا من رحمة الله اللہ کی رحمت سے کبھی نا امید نہ ہو۔</w:t>
      </w:r>
    </w:p>
    <w:p>
      <w:r>
        <w:rPr>
          <w:b/>
        </w:rPr>
        <w:t xml:space="preserve">[49:02] </w:t>
      </w:r>
      <w:r>
        <w:t>yeh asal hai. yeh asal baat hai ke allah ki taraf se zaroor insaan ko help aati hai, rehmat aati hai.</w:t>
      </w:r>
    </w:p>
    <w:p>
      <w:pPr>
        <w:jc w:val="right"/>
      </w:pPr>
      <w:r>
        <w:t>یہ اصل ہے۔ یہ اصل بات ہے کہ اللہ کی طرف سے ضرور انسان کو ہیلپ آتی ہے، رحمت آتی ہے۔</w:t>
      </w:r>
    </w:p>
    <w:p>
      <w:r>
        <w:rPr>
          <w:b/>
        </w:rPr>
        <w:t xml:space="preserve">[49:13] </w:t>
      </w:r>
      <w:r>
        <w:t>to humein hamesha hopeful rehna chahiye. hopeful ke allah zaroor humein ibadat karega. lekin yeh yeh baat samajh lijiye ke jo hum chahen, usi ka naam wahi zaroori nahin ke wahi hamare liye behtar ho.</w:t>
      </w:r>
    </w:p>
    <w:p>
      <w:pPr>
        <w:jc w:val="right"/>
      </w:pPr>
      <w:r>
        <w:t>تو ہمیں ہمیشہ ہوپ فل رہنا چاہیے۔ ہوپ فل کہ اللہ ضرور ہمیں عبادت کرے گا۔ لیکن یہ یہ بات سمجھ لیجیے کہ جو ہم چاہیں، اسی کا نام وہی ضروری نہیں کہ وہی ہمارے لیے بہتر ہو۔</w:t>
      </w:r>
    </w:p>
    <w:p>
      <w:r>
        <w:rPr>
          <w:b/>
        </w:rPr>
        <w:t xml:space="preserve">[49:32] </w:t>
      </w:r>
      <w:r>
        <w:t>kayi baar aisa hota hai ke aadmi apne liye jo chahta hai, woh us ke liye behtar nahin hota. to khuda us ko aisi cheez kyun de dega jo us ke liye behtar na ho?</w:t>
      </w:r>
    </w:p>
    <w:p>
      <w:pPr>
        <w:jc w:val="right"/>
      </w:pPr>
      <w:r>
        <w:t>کئی بار ایسا ہوتا ہے کہ آدمی اپنے لیے جو چاہتا ہے، وہ اس کے لیے بہتر نہیں ہوتا۔ تو خدا اس کو ایسی چیز کیوں دے دے گا جو اس کے لیے بہتر نہ ہو؟</w:t>
      </w:r>
    </w:p>
    <w:p>
      <w:r>
        <w:rPr>
          <w:b/>
        </w:rPr>
        <w:t xml:space="preserve">[49:46] </w:t>
      </w:r>
      <w:r>
        <w:t>to umeed to zaroor allah se rakhna hai, lekin is ka matlab yeh nahin ke jo hum umeed rakh rahe hain, wahi poori ho jaye. yeh is ka criteria nahin hai.</w:t>
      </w:r>
    </w:p>
    <w:p>
      <w:pPr>
        <w:jc w:val="right"/>
      </w:pPr>
      <w:r>
        <w:t>تو امید تو ضرور اللہ سے رکھنا ہے، لیکن اس کا مطلب یہ نہیں کہ جو ہم امید رکھ رہے ہیں، وہی پوری ہو جائے۔ یہ اس کا کرائیٹیریا نہیں ہے۔</w:t>
      </w:r>
    </w:p>
    <w:p>
      <w:r>
        <w:rPr>
          <w:b/>
        </w:rPr>
        <w:t xml:space="preserve">[49:58] </w:t>
      </w:r>
      <w:r>
        <w:t>agar allah se aap sachha ta'alluq rakhen to allah aap ko expective way mein aap ki umeed poori karega.</w:t>
      </w:r>
    </w:p>
    <w:p>
      <w:pPr>
        <w:jc w:val="right"/>
      </w:pPr>
      <w:r>
        <w:t>اگر اللہ سے آپ سچا تعلق رکھیں تو اللہ آپ کو ایسپیکٹیو وے میں آپ کی امید پوری کرے گا۔</w:t>
      </w:r>
    </w:p>
    <w:p>
      <w:r>
        <w:rPr>
          <w:b/>
        </w:rPr>
        <w:t xml:space="preserve">[50:11] </w:t>
      </w:r>
      <w:r>
        <w:t>maulana, agla sawal lene se pehle ek comment padhna chahenge jo abhi abhi lahore, pakistan se tariq sohail badar sahab ne bheja hai.</w:t>
      </w:r>
    </w:p>
    <w:p>
      <w:pPr>
        <w:jc w:val="right"/>
      </w:pPr>
      <w:r>
        <w:t>مولانا، اگلا سوال لینے سے پہلے ایک کمنٹ پڑھنا چاہیں گے جو ابھی ابھی لاہور، پاکستان سے طارق سہیل بدر صاحب نے بھیجا ہے۔</w:t>
      </w:r>
    </w:p>
    <w:p>
      <w:r>
        <w:rPr>
          <w:b/>
        </w:rPr>
        <w:t xml:space="preserve">[50:21] </w:t>
      </w:r>
      <w:r>
        <w:t>aur unhon ne likha hai: "Today's lecture was very comprehensive, and concept of marifat and two-way communication with God was explained in a simple and beautiful way.</w:t>
      </w:r>
    </w:p>
    <w:p>
      <w:pPr>
        <w:jc w:val="right"/>
      </w:pPr>
      <w:r>
        <w:t>اور انہوں نے لکھا ہے: "Today's lecture was very comprehensive, and concept of معرفت and two-way communication with God was explained in a simple and beautiful way.</w:t>
      </w:r>
    </w:p>
    <w:p>
      <w:r>
        <w:rPr>
          <w:b/>
        </w:rPr>
        <w:t xml:space="preserve">[50:36] </w:t>
      </w:r>
      <w:r>
        <w:t>No scholar ever explained this concept in this way.</w:t>
      </w:r>
    </w:p>
    <w:p>
      <w:pPr>
        <w:jc w:val="right"/>
      </w:pPr>
      <w:r>
        <w:t>No scholar ever explained this concept in this way.</w:t>
      </w:r>
    </w:p>
    <w:p>
      <w:r>
        <w:rPr>
          <w:b/>
        </w:rPr>
        <w:t xml:space="preserve">[50:40] </w:t>
      </w:r>
      <w:r>
        <w:t>There are no questions after this lecture."</w:t>
      </w:r>
    </w:p>
    <w:p>
      <w:pPr>
        <w:jc w:val="right"/>
      </w:pPr>
      <w:r>
        <w:t>There are no questions after this lecture."</w:t>
      </w:r>
    </w:p>
    <w:p>
      <w:r>
        <w:rPr>
          <w:b/>
        </w:rPr>
        <w:t xml:space="preserve">[50:47] </w:t>
      </w:r>
      <w:r>
        <w:t>maulana, agla sawal dilli se kiya hai maulana farhad ahmad sahab ne, aur unhon ne likha hai: "Is love towards mankind necessary for making God as one's sole concern?</w:t>
      </w:r>
    </w:p>
    <w:p>
      <w:pPr>
        <w:jc w:val="right"/>
      </w:pPr>
      <w:r>
        <w:t>مولانا، اگلا سوال دلی سے کیا ہے مولانا فرہاد احمد صاحب نے، اور انہوں نے لکھا ہے: "Is love towards mankind necessary for making God as one's sole concern?</w:t>
      </w:r>
    </w:p>
    <w:p>
      <w:r>
        <w:rPr>
          <w:b/>
        </w:rPr>
        <w:t xml:space="preserve">[51:03] </w:t>
      </w:r>
      <w:r>
        <w:t>Please comment on this."</w:t>
      </w:r>
    </w:p>
    <w:p>
      <w:pPr>
        <w:jc w:val="right"/>
      </w:pPr>
      <w:r>
        <w:t>Please comment on this."</w:t>
      </w:r>
    </w:p>
    <w:p>
      <w:r>
        <w:rPr>
          <w:b/>
        </w:rPr>
        <w:t xml:space="preserve">[51:08] </w:t>
      </w:r>
      <w:r>
        <w:t>dekhiye, yeh lafz to asal mein allah se hoti hai. lafz jo hai, yaani mohabbat jo hai, is ka markaz sirf ek hi hota hai, woh allah yaani khaliq</w:t>
      </w:r>
    </w:p>
    <w:p>
      <w:pPr>
        <w:jc w:val="right"/>
      </w:pPr>
      <w:r>
        <w:t>دیکھیے، یہ لفظ تو اصل میں اللہ سے ہوتی ہے۔ لفظ جو ہے، یعنی محبت جو ہے، اس کا مرکز صرف ایک ہی ہوتا ہے، وہ اللہ یعنی خالق</w:t>
      </w:r>
    </w:p>
    <w:p>
      <w:r>
        <w:rPr>
          <w:b/>
        </w:rPr>
        <w:t xml:space="preserve">[51:24] </w:t>
      </w:r>
      <w:r>
        <w:t>lekin yeh</w:t>
      </w:r>
    </w:p>
    <w:p>
      <w:pPr>
        <w:jc w:val="right"/>
      </w:pPr>
      <w:r>
        <w:t>۔ لیکن یہ</w:t>
      </w:r>
    </w:p>
    <w:p>
      <w:r>
        <w:rPr>
          <w:b/>
        </w:rPr>
        <w:t xml:space="preserve">[51:28] </w:t>
      </w:r>
      <w:r>
        <w:t>yeh namumkin hai ke aap ko khaliq se mohabbat ho, makhlooq se nafrat ho.</w:t>
      </w:r>
    </w:p>
    <w:p>
      <w:pPr>
        <w:jc w:val="right"/>
      </w:pPr>
      <w:r>
        <w:t>یہ ناممکن ہے کہ آپ کو خالق سے محبت ہو، مخلوق سے نفرت ہو۔</w:t>
      </w:r>
    </w:p>
    <w:p>
      <w:r>
        <w:rPr>
          <w:b/>
        </w:rPr>
        <w:t xml:space="preserve">[51:36] </w:t>
      </w:r>
      <w:r>
        <w:t>aap ko khaliq se mohabbat ho aur makhlooq se nafrat ho. jaise aap ko kisi insaan se mohabbat ho aur us ke bete se nafrat ho, aisa nahi ho sakta ke kisi insaan se aap ko mohabbat hogi to us ke bete se hi mohabbat hogi.</w:t>
      </w:r>
    </w:p>
    <w:p>
      <w:pPr>
        <w:jc w:val="right"/>
      </w:pPr>
      <w:r>
        <w:t>آپ کو خالق سے محبت ہو اور مخلوق سے نفرت ہو۔ جیسے آپ کو کسی انسان سے محبت ہو اور اس کے بیٹے سے نفرت ہو، ایسا نہیں ہو سکتا کہ کسی انسان سے آپ کو محبت ہوگی تو اس کے بیٹے سے ہی محبت ہوگی۔</w:t>
      </w:r>
    </w:p>
    <w:p>
      <w:r>
        <w:rPr>
          <w:b/>
        </w:rPr>
        <w:t xml:space="preserve">[51:52] </w:t>
      </w:r>
      <w:r>
        <w:t>to it is but natural wala mamla hai. sachi mohabbat Allah se paida ho jayegi to lazman hamesha makhlooq se mohabbat paida hogi.</w:t>
      </w:r>
    </w:p>
    <w:p>
      <w:pPr>
        <w:jc w:val="right"/>
      </w:pPr>
      <w:r>
        <w:t>تو it is but نیچرل والا معاملہ ہے۔ سچی محبت اللہ سے پیدا ہو جائے گی تو لازماً ہمیشہ مخلوق سے محبت پیدا ہوگی۔</w:t>
      </w:r>
    </w:p>
    <w:p>
      <w:r>
        <w:rPr>
          <w:b/>
        </w:rPr>
        <w:t xml:space="preserve">[52:03] </w:t>
      </w:r>
      <w:r>
        <w:t>ho nahi sakta ke aap makhlooq se nafrat karen. jo log insaan se nafrat karte hain, woh Allah se mohabbat karne wale hain hi nahi.</w:t>
      </w:r>
    </w:p>
    <w:p>
      <w:pPr>
        <w:jc w:val="right"/>
      </w:pPr>
      <w:r>
        <w:t>ہو نہیں سکتا کہ آپ مخلوق سے نفرت کریں۔ جو لوگ انسان سے نفرت کرتے ہیں، وہ اللہ سے محبت کرنے والے ہیں ہی نہیں۔</w:t>
      </w:r>
    </w:p>
    <w:p>
      <w:r>
        <w:rPr>
          <w:b/>
        </w:rPr>
        <w:t xml:space="preserve">[52:12] </w:t>
      </w:r>
      <w:r>
        <w:t>siray se aaj ke zamane mein jo log insaan se nafrat karte hain, main un ke baray mein yeh kahunga ke un ko un ko jante nahi ke Allah se mohabbat kiya cheez hai.</w:t>
      </w:r>
    </w:p>
    <w:p>
      <w:pPr>
        <w:jc w:val="right"/>
      </w:pPr>
      <w:r>
        <w:t>سرے سے آج کے زمانے میں جو لوگ انسان سے نفرت کرتے ہیں، میں ان کے بارے میں یہ کہوں گا کہ ان کو ان کو جانتے نہیں کہ اللہ سے محبت کیا چیز ہے۔</w:t>
      </w:r>
    </w:p>
    <w:p>
      <w:r>
        <w:rPr>
          <w:b/>
        </w:rPr>
        <w:t xml:space="preserve">[52:21] </w:t>
      </w:r>
      <w:r>
        <w:t>woh daawa karte hain to karen,</w:t>
      </w:r>
    </w:p>
    <w:p>
      <w:pPr>
        <w:jc w:val="right"/>
      </w:pPr>
      <w:r>
        <w:t>وہ دعویٰ کرتے ہیں تو کریں،</w:t>
      </w:r>
    </w:p>
    <w:p>
      <w:r>
        <w:rPr>
          <w:b/>
        </w:rPr>
        <w:t xml:space="preserve">[52:23] </w:t>
      </w:r>
      <w:r>
        <w:t>un ka daawa lafz service hai.</w:t>
      </w:r>
    </w:p>
    <w:p>
      <w:pPr>
        <w:jc w:val="right"/>
      </w:pPr>
      <w:r>
        <w:t>ان کا دعویٰ لفظ سروس ہے۔</w:t>
      </w:r>
    </w:p>
    <w:p>
      <w:r>
        <w:rPr>
          <w:b/>
        </w:rPr>
        <w:t xml:space="preserve">[52:28] </w:t>
      </w:r>
      <w:r>
        <w:t>insanon ke baray mein un ke tasawwurat yeh hain ke woh sazish karte hain, woh hamare dushman hain, un se hum ne nafrat ka amal karna hai. aise logon ko Allah se mohabbat ka koi shaibah bhi nahi mila hai.</w:t>
      </w:r>
    </w:p>
    <w:p>
      <w:pPr>
        <w:jc w:val="right"/>
      </w:pPr>
      <w:r>
        <w:t>انسانوں کے بارے میں ان کے تصورات یہ ہیں کہ وہ سازش کرتے ہیں، وہ ہمارے دشمن ہیں، ان سے ہم نے نفرت کا عملہ کرنا ہے۔ ایسے لوگوں کو اللہ سے محبت کا کوئی شائبہ بھی نہیں ملا ہے۔</w:t>
      </w:r>
    </w:p>
    <w:p>
      <w:r>
        <w:rPr>
          <w:b/>
        </w:rPr>
        <w:t xml:space="preserve">[52:43] </w:t>
      </w:r>
      <w:r>
        <w:t>woh un ka sara mamla lafz service ka mamla hai.</w:t>
      </w:r>
    </w:p>
    <w:p>
      <w:pPr>
        <w:jc w:val="right"/>
      </w:pPr>
      <w:r>
        <w:t>وہ ان کا سارا معاملہ لفظ سروس کا معاملہ ہے۔</w:t>
      </w:r>
    </w:p>
    <w:p>
      <w:r>
        <w:rPr>
          <w:b/>
        </w:rPr>
        <w:t xml:space="preserve">[52:47] </w:t>
      </w:r>
      <w:r>
        <w:t>sachi mohabbat Allah se agar hogi to is is ke baad zaroor aisa hoga ke ke makhlooq se mohabbat ho jayegi.</w:t>
      </w:r>
    </w:p>
    <w:p>
      <w:pPr>
        <w:jc w:val="right"/>
      </w:pPr>
      <w:r>
        <w:t>سچی محبت اللہ سے اگر ہوگی تو اس اس کے بعد ضرور ایسا ہوگا کہ کہ مخلوق سے محبت ہو جائے گی۔</w:t>
      </w:r>
    </w:p>
    <w:p>
      <w:r>
        <w:rPr>
          <w:b/>
        </w:rPr>
        <w:t xml:space="preserve">[52:58] </w:t>
      </w:r>
      <w:r>
        <w:t>aap shikayaton mein nahi jiyenge, yani shikayat ko le kar nafrat karen, yeh kabhi nahi ho sakta. kabhi nahi ho sakta. shikayat to shaitan ko bhi ho gayi Allah ta'ala se.</w:t>
      </w:r>
    </w:p>
    <w:p>
      <w:pPr>
        <w:jc w:val="right"/>
      </w:pPr>
      <w:r>
        <w:t>آپ شکایتوں میں نہیں جیئیں گے، یعنی شکایت کو لے کر نفرت کریں، یہ کبھی نہیں ہو سکتا۔ کبھی نہیں ہو سکتا۔ شکایت تو شیطان کو بھی ہو گئی اللہ تعالیٰ سے۔</w:t>
      </w:r>
    </w:p>
    <w:p>
      <w:r>
        <w:rPr>
          <w:b/>
        </w:rPr>
        <w:t xml:space="preserve">[53:09] </w:t>
      </w:r>
      <w:r>
        <w:t>to shikayat kiya hai?</w:t>
      </w:r>
    </w:p>
    <w:p>
      <w:pPr>
        <w:jc w:val="right"/>
      </w:pPr>
      <w:r>
        <w:t>تو شکایت کیا ہے؟</w:t>
      </w:r>
    </w:p>
    <w:p>
      <w:r>
        <w:rPr>
          <w:b/>
        </w:rPr>
        <w:t xml:space="preserve">[53:12] </w:t>
      </w:r>
      <w:r>
        <w:t>yani shikayaton ko le kar aap insaan se nafrat karen, yeh bilkul hi Islam ke khilaf hai aur aqeedah Khuda ke khilaf hai.</w:t>
      </w:r>
    </w:p>
    <w:p>
      <w:pPr>
        <w:jc w:val="right"/>
      </w:pPr>
      <w:r>
        <w:t>یعنی شکایتوں کو لے کر آپ انسان سے نفرت کریں، یہ بالکل ہی اسلام کے خلاف ہے اور عقیدہ خدا کے خلاف ہے۔</w:t>
      </w:r>
    </w:p>
    <w:p>
      <w:r>
        <w:rPr>
          <w:b/>
        </w:rPr>
        <w:t xml:space="preserve">[53:21] </w:t>
      </w:r>
      <w:r>
        <w:t>aur jo log shikayaton ko le kar insaan se nafrat karen, main yaqeen se keh sakta hoon ke unhein abhi tak Allah se ta'alluq qaim nahi hua. agar woh kehte hain to woh lafz service karte hain.</w:t>
      </w:r>
    </w:p>
    <w:p>
      <w:pPr>
        <w:jc w:val="right"/>
      </w:pPr>
      <w:r>
        <w:t>اور جو لوگ شکایتوں کو لے کر انسان سے نفرت کریں، میں یقین سے کہہ سکتا ہوں کہ انہیں ابھی تک اللہ سے تعلق قائم نہیں ہوا۔ اگر وہ کہتے ہیں تو وہ لفظ سروس کرتے ہیں۔</w:t>
      </w:r>
    </w:p>
    <w:p>
      <w:r>
        <w:rPr>
          <w:b/>
        </w:rPr>
        <w:t xml:space="preserve">[53:31] </w:t>
      </w:r>
      <w:r>
        <w:t>woh</w:t>
      </w:r>
    </w:p>
    <w:p>
      <w:pPr>
        <w:jc w:val="right"/>
      </w:pPr>
      <w:r>
        <w:t>وہ</w:t>
      </w:r>
    </w:p>
    <w:p>
      <w:r>
        <w:rPr>
          <w:b/>
        </w:rPr>
        <w:t xml:space="preserve">[53:37] </w:t>
      </w:r>
      <w:r>
        <w:t>maulana, agla sawal Delhi se hai,</w:t>
      </w:r>
    </w:p>
    <w:p>
      <w:pPr>
        <w:jc w:val="right"/>
      </w:pPr>
      <w:r>
        <w:t>مولانا، اگلا سوال دلی سے ہے،</w:t>
      </w:r>
    </w:p>
    <w:p>
      <w:r>
        <w:rPr>
          <w:b/>
        </w:rPr>
        <w:t xml:space="preserve">[53:40] </w:t>
      </w:r>
      <w:r>
        <w:t>ans sahib ne kiya hai aur unhone aap se poocha hai ke "Does a Rabbani personality also have any desires?" is ke baray mein batayen.</w:t>
      </w:r>
    </w:p>
    <w:p>
      <w:pPr>
        <w:jc w:val="right"/>
      </w:pPr>
      <w:r>
        <w:t>انس صاحب نے کیا ہے اور انہوں نے آپ سے پوچھا ہے کہ "Does a Rabbani personality also have any desires?" اس کے بارے میں بتائیں۔</w:t>
      </w:r>
    </w:p>
    <w:p>
      <w:r>
        <w:rPr>
          <w:b/>
        </w:rPr>
        <w:t xml:space="preserve">[53:56] </w:t>
      </w:r>
      <w:r>
        <w:t>dekhen, jahan jahan tak main samajhta hoon ke sachi desire to sirf aik hi rehti hai ke khudaya mujhe bakhsh de, mujhe jannat mein dakhla de.</w:t>
      </w:r>
    </w:p>
    <w:p>
      <w:pPr>
        <w:jc w:val="right"/>
      </w:pPr>
      <w:r>
        <w:t>دیکھیں، جہاں جہاں تک میں سمجھتا ہوں کہ سچی desire تو صرف ایک ہی رہتی ہے کہ خدایا مجھے بخش دے، مجھے جنت میں داخل داخلہ دے۔</w:t>
      </w:r>
    </w:p>
    <w:p>
      <w:r>
        <w:rPr>
          <w:b/>
        </w:rPr>
        <w:t xml:space="preserve">[54:08] </w:t>
      </w:r>
      <w:r>
        <w:t>aur koi desire political position, fame, stage par numayan hona, baray baray ghar aur bari bari carain, yeh desire nahi ho sakti.</w:t>
      </w:r>
    </w:p>
    <w:p>
      <w:pPr>
        <w:jc w:val="right"/>
      </w:pPr>
      <w:r>
        <w:t>اور کوئی desire political position، fame، stage پر نمایاں ہونا، بڑے بڑے گھر اور بڑی بڑی کاریں، یہ desire نہیں ہو سکتی۔</w:t>
      </w:r>
    </w:p>
    <w:p>
      <w:r>
        <w:rPr>
          <w:b/>
        </w:rPr>
        <w:t xml:space="preserve">[54:20] </w:t>
      </w:r>
      <w:r>
        <w:t>Allah ta'ala bator need ke, bator zaroorat ke sab de dega aap ko. zaroor dega. kyunke Quran mein hai ke</w:t>
      </w:r>
    </w:p>
    <w:p>
      <w:pPr>
        <w:jc w:val="right"/>
      </w:pPr>
      <w:r>
        <w:t>اللہ تعالیٰ بطور need کے، بطور ضرورت کے سب دے دے گا آپ کو۔ ضرور دے گا۔ کیونکہ قرآن میں ہے کہ</w:t>
      </w:r>
    </w:p>
    <w:p>
      <w:r>
        <w:rPr>
          <w:b/>
        </w:rPr>
        <w:t xml:space="preserve">[54:32] </w:t>
      </w:r>
      <w:r>
        <w:t>"وما من دعوة فی الارض الا علی اللہ رزقہ" . to aap ke need ke baghair to jo cheezen darkar hain, woh zaroor dega Allah aap ko.</w:t>
      </w:r>
    </w:p>
    <w:p>
      <w:pPr>
        <w:jc w:val="right"/>
      </w:pPr>
      <w:r>
        <w:t>"وما من دعوة فی الارض الا علی اللہ رزقہ" ۔ تو آپ کے need کے بغیر تو جو چیزیں درکار ہیں، وہ ضرور دے گا اللہ آپ کو۔</w:t>
      </w:r>
    </w:p>
    <w:p>
      <w:r>
        <w:rPr>
          <w:b/>
        </w:rPr>
        <w:t xml:space="preserve">[54:42] </w:t>
      </w:r>
      <w:r>
        <w:t>lekin aap ke jo gehre, yani aap ke dil ki gehraiyon mein jo jo desire ublegi, woh to Allah ki maghfirat aur Allah ki jannat ke liye hogi.</w:t>
      </w:r>
    </w:p>
    <w:p>
      <w:pPr>
        <w:jc w:val="right"/>
      </w:pPr>
      <w:r>
        <w:t>لیکن آپ کے جو گہرے، یعنی آپ کے دل کی گہرائیوں میں جو جو desire ابلے گی، وہ تو اللہ کی مغفرت اور اللہ کی جنت کے لیے ہوگی۔</w:t>
      </w:r>
    </w:p>
    <w:p>
      <w:r>
        <w:rPr>
          <w:b/>
        </w:rPr>
        <w:t xml:space="preserve">[54:59] </w:t>
      </w:r>
      <w:r>
        <w:t>Maulana, agla sawal Doctor Safeena Tabassum ne kiya hai Ajmer se, aur unhone poocha hai aap se ke "What should be the duties of a good listener?" is ke baray mein batayen.</w:t>
      </w:r>
    </w:p>
    <w:p>
      <w:pPr>
        <w:jc w:val="right"/>
      </w:pPr>
      <w:r>
        <w:t>مولانا، اگلا سوال ڈاکٹر سفینہ تبسم نے کیا ہے اجمیر سے، اور انہوں نے پوچھا ہے آپ سے کہ "What should be the duties of a good listener?" اس کے بارے میں بتائیں۔</w:t>
      </w:r>
    </w:p>
    <w:p>
      <w:r>
        <w:rPr>
          <w:b/>
        </w:rPr>
        <w:t xml:space="preserve">[55:20] </w:t>
      </w:r>
      <w:r>
        <w:t>bhai, main to samajhta hoon ke good listener woh hai jo kam se kam do bar sune. yani aik bar direct sune, us ke baad phir dobara us ka record sune.</w:t>
      </w:r>
    </w:p>
    <w:p>
      <w:pPr>
        <w:jc w:val="right"/>
      </w:pPr>
      <w:r>
        <w:t>بھائی، میں تو سمجھتا ہوں کہ good listener وہ ہے جو کم سے کم دو بار سنے۔ یعنی ایک بار direct سنے، اس کے بعد پھر دوبارہ اس کا ریکارڈ سنے۔</w:t>
      </w:r>
    </w:p>
    <w:p>
      <w:r>
        <w:rPr>
          <w:b/>
        </w:rPr>
        <w:t xml:space="preserve">[55:32] </w:t>
      </w:r>
      <w:r>
        <w:t>kyunke is ke baghair woh aadmi samajh nahin sakta ke lecture mein kya kaha gaya tha.</w:t>
      </w:r>
    </w:p>
    <w:p>
      <w:pPr>
        <w:jc w:val="right"/>
      </w:pPr>
      <w:r>
        <w:t>کیونکہ اس کے بغیر وہ آدمی سمجھ نہیں سکتا کہ lecture میں کیا کہا گیا تھا۔</w:t>
      </w:r>
    </w:p>
    <w:p>
      <w:r>
        <w:rPr>
          <w:b/>
        </w:rPr>
        <w:t xml:space="preserve">[55:40] </w:t>
      </w:r>
      <w:r>
        <w:t>nahin samajh sakta.</w:t>
      </w:r>
    </w:p>
    <w:p>
      <w:pPr>
        <w:jc w:val="right"/>
      </w:pPr>
      <w:r>
        <w:t>نہیں سمجھ سکتا۔</w:t>
      </w:r>
    </w:p>
    <w:p>
      <w:r>
        <w:rPr>
          <w:b/>
        </w:rPr>
        <w:t xml:space="preserve">[55:42] </w:t>
      </w:r>
      <w:r>
        <w:t>jo bare bare writer hain dunya mein, unhon ne apne jis ko aap samjha ke woh mayari samjha, mayari, us ke us ki writing ko bar bar parha unhon ne.</w:t>
      </w:r>
    </w:p>
    <w:p>
      <w:pPr>
        <w:jc w:val="right"/>
      </w:pPr>
      <w:r>
        <w:t>جو بڑے بڑے writer ہیں دنیا میں، انہوں نے اپنے جس کو آپ سمجھا کہ وہ معیاری سمجھا، معیاری، اس کے اس کی writing کو بار بار پڑھا انہوں نے۔</w:t>
      </w:r>
    </w:p>
    <w:p>
      <w:r>
        <w:rPr>
          <w:b/>
        </w:rPr>
        <w:t xml:space="preserve">[55:57] </w:t>
      </w:r>
      <w:r>
        <w:t>to agar aap kisi lecture ko samajhte hain ke is ke andar sachai batai gai hai, to kam se kam us ko do bar parhna hai.</w:t>
      </w:r>
    </w:p>
    <w:p>
      <w:pPr>
        <w:jc w:val="right"/>
      </w:pPr>
      <w:r>
        <w:t>تو اگر آپ کسی lecture کو سمجھتے ہیں کہ اس کے اندر سچائی بتائی گئی ہے، تو کم سے کم اس کو دو بار پڑھنا ہے۔</w:t>
      </w:r>
    </w:p>
    <w:p>
      <w:r>
        <w:rPr>
          <w:b/>
        </w:rPr>
        <w:t xml:space="preserve">[56:05] </w:t>
      </w:r>
      <w:r>
        <w:t>main samajhta hoon ke yeh yeh minimum shart hai kisi insaan ke good listener hone ki. Maulana, agla sawal lene se pehle ek comment parhna chahenge jo jnu se abdulrehman sahib ne bheja hai, aur unhon ne likha hai:</w:t>
      </w:r>
    </w:p>
    <w:p>
      <w:pPr>
        <w:jc w:val="right"/>
      </w:pPr>
      <w:r>
        <w:t>میں سمجھتا ہوں کہ یہ یہ minimum شرط ہے کسی انسان کے good listener ہونے کی۔ مولانا، اگلا سوال لینے سے پہلے ایک کمنٹ پڑھنا چاہیں گے جو جے این یو سے عبدالرحمن صاحب نے بھیجا ہے، اور انہوں نے لکھا ہے:</w:t>
      </w:r>
    </w:p>
    <w:p>
      <w:r>
        <w:rPr>
          <w:b/>
        </w:rPr>
        <w:t xml:space="preserve">[56:24] </w:t>
      </w:r>
      <w:r>
        <w:t>"Moulana, you are doing a marvelous job instilling positive mindedness in God's servants who lack this master key badly</w:t>
      </w:r>
    </w:p>
    <w:p>
      <w:pPr>
        <w:jc w:val="right"/>
      </w:pPr>
      <w:r>
        <w:t>"Moulana, you are doing a marvelous job instilling positive mindedness in God's servants who lack this master key badly</w:t>
      </w:r>
    </w:p>
    <w:p>
      <w:r>
        <w:rPr>
          <w:b/>
        </w:rPr>
        <w:t xml:space="preserve">[56:34] </w:t>
      </w:r>
      <w:r>
        <w:t>. May God bless you with long life and sound health." Maulana, agla sawal kya hai miss naghma siddiqui ne dilli se, aur unhon ne likha hai: "I tried to present concept of monotheistic God to one who believed in monastic concept, but I failed.</w:t>
      </w:r>
    </w:p>
    <w:p>
      <w:pPr>
        <w:jc w:val="right"/>
      </w:pPr>
      <w:r>
        <w:t>. May God bless you with long life and sound health." مولانا، اگلا سوال کیا ہے مس نغمہ صدیقی نے دلی سے، اور انہوں نے لکھا ہے: "I tried to present concept of monotheistic God to one who believed in monastic concept, but I failed.</w:t>
      </w:r>
    </w:p>
    <w:p>
      <w:r>
        <w:rPr>
          <w:b/>
        </w:rPr>
        <w:t xml:space="preserve">[56:54] </w:t>
      </w:r>
      <w:r>
        <w:t>What specifically can I explain to them so that they can understand?"</w:t>
      </w:r>
    </w:p>
    <w:p>
      <w:pPr>
        <w:jc w:val="right"/>
      </w:pPr>
      <w:r>
        <w:t>What specifically can I explain to them so that they can understand?"</w:t>
      </w:r>
    </w:p>
    <w:p>
      <w:r>
        <w:rPr>
          <w:b/>
        </w:rPr>
        <w:t xml:space="preserve">[57:02] </w:t>
      </w:r>
      <w:r>
        <w:t>dekhen, aap kaise bhi pesh karen, kehte hain acha pesh karen. Lekin Allah ne insaan ko azadi di hai, us azadi ke barabar woh chahe is ka choice le ya choice na le.</w:t>
      </w:r>
    </w:p>
    <w:p>
      <w:pPr>
        <w:jc w:val="right"/>
      </w:pPr>
      <w:r>
        <w:t>دیکھیں، آپ کیسے بھی پیش کریں، کہتے ہیں اچھا پیش کریں۔ لیکن اللہ نے انسان کو آزادی دی ہے، اس آزادی کے برابر وہ چاہے اس کا choice لے یا choice نہ لے۔</w:t>
      </w:r>
    </w:p>
    <w:p>
      <w:r>
        <w:rPr>
          <w:b/>
        </w:rPr>
        <w:t xml:space="preserve">[57:19] </w:t>
      </w:r>
      <w:r>
        <w:t>"humn shaa' fa lyu' min, humn shaa' fa lyak fur" . ghor o fikr ke douran bhi aise hi hua.</w:t>
      </w:r>
    </w:p>
    <w:p>
      <w:pPr>
        <w:jc w:val="right"/>
      </w:pPr>
      <w:r>
        <w:t>"هُمَنْ شَاءَ فَلْيُؤْمِنِ، هُمَنْ شَاءَ فَلْيَكْفُرُ" ۔ غور و فکر کے دوران بھی ایسے ہی ہوا۔</w:t>
      </w:r>
    </w:p>
    <w:p>
      <w:r>
        <w:rPr>
          <w:b/>
        </w:rPr>
        <w:t xml:space="preserve">[57:25] </w:t>
      </w:r>
      <w:r>
        <w:t>aap is bohat acha pesh kar den to is ka choice badal jaye, yeh koi yaqeeni baat nahin hai.</w:t>
      </w:r>
    </w:p>
    <w:p>
      <w:pPr>
        <w:jc w:val="right"/>
      </w:pPr>
      <w:r>
        <w:t>آپ اس بہت اچھا پیش کر دیں تو اس کا choice بدل جائے، یہ کوئی یقینی بات نہیں ہے۔</w:t>
      </w:r>
    </w:p>
    <w:p>
      <w:r>
        <w:rPr>
          <w:b/>
        </w:rPr>
        <w:t xml:space="preserve">[57:34] </w:t>
      </w:r>
      <w:r>
        <w:t>aap ka zimmedari hai ke aap dua karen, achhe se achhe andaaz mein pesh karen. Is tarah pesh karen ke is ka mind address ho.</w:t>
      </w:r>
    </w:p>
    <w:p>
      <w:pPr>
        <w:jc w:val="right"/>
      </w:pPr>
      <w:r>
        <w:t>آپ کا ذمہ داری ہے کہ آپ دعا کریں، اچھے سے اچھے انداز میں پیش کریں۔ اس طرح پیش کریں کہ اس کا mind address ہو۔</w:t>
      </w:r>
    </w:p>
    <w:p>
      <w:r>
        <w:rPr>
          <w:b/>
        </w:rPr>
        <w:t xml:space="preserve">[57:45] </w:t>
      </w:r>
      <w:r>
        <w:t>lekin jahan tak qabool karne ka ta'alluq hai, woh is ka apna choice hai. Is ke choice ko aap chher nahin sakte.</w:t>
      </w:r>
    </w:p>
    <w:p>
      <w:pPr>
        <w:jc w:val="right"/>
      </w:pPr>
      <w:r>
        <w:t>لیکن جہاں تک قبول کرنے کا تعلق ہے، وہ اس کا اپنا choice ہے۔ اس کے choice کو آپ چھیڑ نہیں سکتے۔</w:t>
      </w:r>
    </w:p>
    <w:p>
      <w:r>
        <w:rPr>
          <w:b/>
        </w:rPr>
        <w:t xml:space="preserve">[57:53] </w:t>
      </w:r>
      <w:r>
        <w:t>woh to baharhal baqi rahega.</w:t>
      </w:r>
    </w:p>
    <w:p>
      <w:pPr>
        <w:jc w:val="right"/>
      </w:pPr>
      <w:r>
        <w:t>وہ تو بہرحال باقی رہے گا۔</w:t>
      </w:r>
    </w:p>
    <w:p>
      <w:r>
        <w:rPr>
          <w:b/>
        </w:rPr>
        <w:t xml:space="preserve">[57:58] </w:t>
      </w:r>
      <w:r>
        <w:t>Maulana, dilli se agla sawal kya hai miss kapila goriha ne, aur unhon ne aapse poocha hai ke "What is true God?" .</w:t>
      </w:r>
    </w:p>
    <w:p>
      <w:pPr>
        <w:jc w:val="right"/>
      </w:pPr>
      <w:r>
        <w:t>مولانا، دلی سے اگلا سوال کیا ہے مس کپیلا گوریجہ نے، اور انہوں نے آپ سے پوچھا ہے کہ "What is true God?" ۔</w:t>
      </w:r>
    </w:p>
    <w:p>
      <w:r>
        <w:rPr>
          <w:b/>
        </w:rPr>
        <w:t xml:space="preserve">[58:08] </w:t>
      </w:r>
      <w:r>
        <w:t>sacha Khuda kya hai? Is ke baray mein bataen.</w:t>
      </w:r>
    </w:p>
    <w:p>
      <w:pPr>
        <w:jc w:val="right"/>
      </w:pPr>
      <w:r>
        <w:t>سچا خدا کیا ہے؟ اس کے بارے میں بتائیں۔</w:t>
      </w:r>
    </w:p>
    <w:p>
      <w:r>
        <w:rPr>
          <w:b/>
        </w:rPr>
        <w:t xml:space="preserve">[58:24] </w:t>
      </w:r>
      <w:r>
        <w:t>dekhen, jahan tak maine parha hai, Khuda ke baray mein do qism ke concept pae jate hain. Ek hai personal God, ek hai impersonal God.</w:t>
      </w:r>
    </w:p>
    <w:p>
      <w:pPr>
        <w:jc w:val="right"/>
      </w:pPr>
      <w:r>
        <w:t>دیکھیں، جہاں تک میں نے پڑھا ہے، خدا کے بارے میں دو قسم کے concept پائے جاتے ہیں۔ ایک ہے personal God، ایک ہے impersonal God۔</w:t>
      </w:r>
    </w:p>
    <w:p>
      <w:r>
        <w:rPr>
          <w:b/>
        </w:rPr>
        <w:t xml:space="preserve">[58:38] </w:t>
      </w:r>
      <w:r>
        <w:t>to main impersonal God ko nahin manta. Main personal God ko manta hoon. Kyunke impersonal God jo hai, woh sirf ek manane ki cheez hai.</w:t>
      </w:r>
    </w:p>
    <w:p>
      <w:pPr>
        <w:jc w:val="right"/>
      </w:pPr>
      <w:r>
        <w:t>تو میں impersonal God کو نہیں مانتا۔ میں personal God کو مانتا ہوں۔ کیونکہ impersonal God جو ہے، وہ صرف ایک ماننے کی چیز ہے۔</w:t>
      </w:r>
    </w:p>
    <w:p>
      <w:r>
        <w:rPr>
          <w:b/>
        </w:rPr>
        <w:t xml:space="preserve">[58:50] </w:t>
      </w:r>
      <w:r>
        <w:t>aap is ke sath ta'alluq nahin qaim ho sakta.</w:t>
      </w:r>
    </w:p>
    <w:p>
      <w:pPr>
        <w:jc w:val="right"/>
      </w:pPr>
      <w:r>
        <w:t>آپ اس کے ساتھ تعلق نہیں قائم ہو سکتا۔</w:t>
      </w:r>
    </w:p>
    <w:p>
      <w:r>
        <w:rPr>
          <w:b/>
        </w:rPr>
        <w:t xml:space="preserve">[58:53] </w:t>
      </w:r>
      <w:r>
        <w:t>jab woh impersonal hai, jab is ki koi personality nahin hai, to aap aise hain jaise ke jaise ke cosmic race.</w:t>
      </w:r>
    </w:p>
    <w:p>
      <w:pPr>
        <w:jc w:val="right"/>
      </w:pPr>
      <w:r>
        <w:t>جب وہ impersonal ہے، جب اس کی کوئی personality نہیں ہے، تو آپ ایسے ہیں جیسے کہ جیسے کہ کاسمک ریس۔</w:t>
      </w:r>
    </w:p>
    <w:p>
      <w:r>
        <w:rPr>
          <w:b/>
        </w:rPr>
        <w:t xml:space="preserve">[59:02] </w:t>
      </w:r>
      <w:r>
        <w:t>to cosmic race se aap ka ta'alluq nahin ban sakta.</w:t>
      </w:r>
    </w:p>
    <w:p>
      <w:pPr>
        <w:jc w:val="right"/>
      </w:pPr>
      <w:r>
        <w:t>تو کاسمک ریس سے آپ کا تعلق نہیں بن سکتا۔</w:t>
      </w:r>
    </w:p>
    <w:p>
      <w:r>
        <w:rPr>
          <w:b/>
        </w:rPr>
        <w:t xml:space="preserve">[59:08] </w:t>
      </w:r>
      <w:r>
        <w:t>cosmic race jaisa Khuda ka bana len aap, to jo yaani khaliq aur makhlooq ke darmiyan ya bande aur Khuda ka jo ta'alluq matloob hai, woh qaim nahin ho sakta.</w:t>
      </w:r>
    </w:p>
    <w:p>
      <w:pPr>
        <w:jc w:val="right"/>
      </w:pPr>
      <w:r>
        <w:t>کاسمک ریس جیسا خدا کا بنا لیں آپ، تو جو یعنی خالق اور مخلوق کے درمیان یا بندے اور خدا کا جو تعلق مطلوب ہے، وہ قائم نہیں ہو سکتا۔</w:t>
      </w:r>
    </w:p>
    <w:p>
      <w:r>
        <w:rPr>
          <w:b/>
        </w:rPr>
        <w:t xml:space="preserve">[59:19] </w:t>
      </w:r>
      <w:r>
        <w:t>woh contact nahin banega.</w:t>
      </w:r>
    </w:p>
    <w:p>
      <w:pPr>
        <w:jc w:val="right"/>
      </w:pPr>
      <w:r>
        <w:t>وہ contact نہیں بنے گا۔</w:t>
      </w:r>
    </w:p>
    <w:p>
      <w:r>
        <w:rPr>
          <w:b/>
        </w:rPr>
        <w:t xml:space="preserve">[59:22] </w:t>
      </w:r>
      <w:r>
        <w:t>woh contact to banega jab aap is ko personal God manen. To mera apna jo study hai, main samajhta hoon ke impersonal God ek ek philosophy hai, woh koi religion nahin hai.</w:t>
      </w:r>
    </w:p>
    <w:p>
      <w:pPr>
        <w:jc w:val="right"/>
      </w:pPr>
      <w:r>
        <w:t>وہ contact تو بنے گا جب آپ اس کو personal God مانیں۔ تو میرا اپنا جو study ہے، میں سمجھتا ہوں کہ impersonal God ایک ایک philosophy ہے، وہ کوئی religion نہیں ہے۔</w:t>
      </w:r>
    </w:p>
    <w:p>
      <w:r>
        <w:rPr>
          <w:b/>
        </w:rPr>
        <w:t xml:space="preserve">[59:37] </w:t>
      </w:r>
      <w:r>
        <w:t>impersonal God ek philosophical concept hai. Jo religion ka jo concept hai, woh personal God ka concept hai.</w:t>
      </w:r>
    </w:p>
    <w:p>
      <w:pPr>
        <w:jc w:val="right"/>
      </w:pPr>
      <w:r>
        <w:t>impersonal God ایک philosophical concept ہے۔ جو religion کا جو concept ہے، وہ personal God کا concept ہے۔</w:t>
      </w:r>
    </w:p>
    <w:p>
      <w:r>
        <w:rPr>
          <w:b/>
        </w:rPr>
        <w:t xml:space="preserve">[59:47] </w:t>
      </w:r>
      <w:r>
        <w:t>aur is mein isi ko maanta hoon.</w:t>
      </w:r>
    </w:p>
    <w:p>
      <w:pPr>
        <w:jc w:val="right"/>
      </w:pPr>
      <w:r>
        <w:t>اور اس میں اسی کو مانتا ہوں۔</w:t>
      </w:r>
    </w:p>
    <w:p>
      <w:r>
        <w:rPr>
          <w:b/>
        </w:rPr>
        <w:t xml:space="preserve">[59:51] </w:t>
      </w:r>
      <w:r>
        <w:t>maulana, aap se woh yeh bhi jaanna chahti hain ke strong affection kis ko kehte hain? haan, strong affection. is is kis ko kehte hain?</w:t>
      </w:r>
    </w:p>
    <w:p>
      <w:pPr>
        <w:jc w:val="right"/>
      </w:pPr>
      <w:r>
        <w:t>مولانا، آپ سے وہ یہ بھی جاننا چاہتی ہیں کہ strong affection کس کو کہتے ہیں؟ ہاں، strong affection۔ اس اس کس کو کہتے ہیں؟</w:t>
      </w:r>
    </w:p>
    <w:p>
      <w:r>
        <w:rPr>
          <w:b/>
        </w:rPr>
        <w:t xml:space="preserve">[1:00:01] </w:t>
      </w:r>
      <w:r>
        <w:t>strong affection. ji. bhai, aap ko apni maan se jo talluq hoga, wahi samajh lijiye. har aadmi ko apni maan se jo talluq hota hai mohabbat ka, woh that is introduction .</w:t>
      </w:r>
    </w:p>
    <w:p>
      <w:pPr>
        <w:jc w:val="right"/>
      </w:pPr>
      <w:r>
        <w:t>strong affection۔ جی۔ بھئی، آپ کو اپنی ماں سے جو تعلق ہوگا، وہی سمجھ لیجیے۔ ہر آدمی کو اپنی ماں سے جو تعلق ہوتا ہے محبت کا، وہ that is introduction ۔</w:t>
      </w:r>
    </w:p>
    <w:p>
      <w:r>
        <w:rPr>
          <w:b/>
        </w:rPr>
        <w:t xml:space="preserve">[1:00:14] </w:t>
      </w:r>
      <w:r>
        <w:t>strong affection .</w:t>
      </w:r>
    </w:p>
    <w:p>
      <w:pPr>
        <w:jc w:val="right"/>
      </w:pPr>
      <w:r>
        <w:t>strong affection ۔</w:t>
      </w:r>
    </w:p>
    <w:p>
      <w:r>
        <w:rPr>
          <w:b/>
        </w:rPr>
        <w:t xml:space="preserve">[1:00:18] </w:t>
      </w:r>
      <w:r>
        <w:t>aadmi apni hi zindagi mein ek ek phenomena ko dekhta hai ke us ke andar ek bohat gehra talluq hota hai apni maan ke liye.</w:t>
      </w:r>
    </w:p>
    <w:p>
      <w:pPr>
        <w:jc w:val="right"/>
      </w:pPr>
      <w:r>
        <w:t>آدمی اپنی ہی زندگی میں ایک ایک phenomena کو دیکھتا ہے کہ اس کے اندر ایک بہت گہرا تعلق ہوتا ہے اپنی ماں کے لیے۔</w:t>
      </w:r>
    </w:p>
    <w:p>
      <w:r>
        <w:rPr>
          <w:b/>
        </w:rPr>
        <w:t xml:space="preserve">[1:00:31] </w:t>
      </w:r>
      <w:r>
        <w:t>wahi woh woh introduction hai. woh</w:t>
      </w:r>
    </w:p>
    <w:p>
      <w:pPr>
        <w:jc w:val="right"/>
      </w:pPr>
      <w:r>
        <w:t>وہی وہ وہ introduction ہے۔ وہ</w:t>
      </w:r>
    </w:p>
    <w:p>
      <w:r>
        <w:rPr>
          <w:b/>
        </w:rPr>
        <w:t xml:space="preserve">[1:00:34] </w:t>
      </w:r>
      <w:r>
        <w:t>mein ne ek martaba dekha hai, ek ek ek scene. ek bheed thi, ek bheed thi, us mein ek chhota sa bachcha daud raha tha idhar udhar.</w:t>
      </w:r>
    </w:p>
    <w:p>
      <w:pPr>
        <w:jc w:val="right"/>
      </w:pPr>
      <w:r>
        <w:t>میں نے ایک مرتبہ دیکھا ہے، ایک ایک ایک سین۔ ایک بھیڑ تھی۔ ایک بھیڑ تھی، اس میں ایک چھوٹا سا بچہ دوڑ رہا تھا ادھر ادھر۔</w:t>
      </w:r>
    </w:p>
    <w:p>
      <w:r>
        <w:rPr>
          <w:b/>
        </w:rPr>
        <w:t xml:space="preserve">[1:00:44] </w:t>
      </w:r>
      <w:r>
        <w:t>"meri maan, meri maan!" karta tha woh. to kai mardon ya auraton ne is ko chaha ke is ko uthaayein, god mein lein is ko.</w:t>
      </w:r>
    </w:p>
    <w:p>
      <w:pPr>
        <w:jc w:val="right"/>
      </w:pPr>
      <w:r>
        <w:t>"میری ماں، میری ماں!" کرتا تھا وہ۔ تو کئی مردوں یا عورتوں نے اس کو چاہا کہ اس کو اٹھائیں، گود میں لیں اس کو۔</w:t>
      </w:r>
    </w:p>
    <w:p>
      <w:r>
        <w:rPr>
          <w:b/>
        </w:rPr>
        <w:t xml:space="preserve">[1:00:53] </w:t>
      </w:r>
      <w:r>
        <w:t>to woh ghussa hota tha, maarta tha is ko. "meri maan, meri maan!" phir daudte daudte is ko is ki maan mil gayi.</w:t>
      </w:r>
    </w:p>
    <w:p>
      <w:pPr>
        <w:jc w:val="right"/>
      </w:pPr>
      <w:r>
        <w:t>تو وہ غصہ ہوتا تھا، مارتا تھا اس کو۔ "میری ماں، میری ماں!" پھر دوڑتے دوڑتے اس کو اس کی ماں مل گئی۔</w:t>
      </w:r>
    </w:p>
    <w:p>
      <w:r>
        <w:rPr>
          <w:b/>
        </w:rPr>
        <w:t xml:space="preserve">[1:01:08] </w:t>
      </w:r>
      <w:r>
        <w:t>jaise hi is ki maan mili, is ke seene se chipat gaya woh.</w:t>
      </w:r>
    </w:p>
    <w:p>
      <w:pPr>
        <w:jc w:val="right"/>
      </w:pPr>
      <w:r>
        <w:t>جیسے ہی اس کی ماں ملی، اس کے سینے سے چپٹ گیا وہ۔</w:t>
      </w:r>
    </w:p>
    <w:p>
      <w:r>
        <w:rPr>
          <w:b/>
        </w:rPr>
        <w:t xml:space="preserve">[1:01:16] </w:t>
      </w:r>
      <w:r>
        <w:t>yeh duniya mein ek phenomena hai jo is baat ka batata hai, is ka introduction deta hai ke "What is strong affection?"</w:t>
      </w:r>
    </w:p>
    <w:p>
      <w:pPr>
        <w:jc w:val="right"/>
      </w:pPr>
      <w:r>
        <w:t>یہ دنیا میں ایک phenomena ہے جو اس بات کا بتاتا ہے، اس کا introduction دیتا ہے کہ "What is strong affection?"</w:t>
      </w:r>
    </w:p>
    <w:p>
      <w:r>
        <w:rPr>
          <w:b/>
        </w:rPr>
        <w:t xml:space="preserve">[1:01:29] </w:t>
      </w:r>
      <w:r>
        <w:t>. to yahi yahi talluq jo ek bachche ka apni maan se hota hai, wahi billion trillion times jab zyada badh jaaye to wahi wahi Khuda se mohabbat, isi ka naam hai.</w:t>
      </w:r>
    </w:p>
    <w:p>
      <w:pPr>
        <w:jc w:val="right"/>
      </w:pPr>
      <w:r>
        <w:t>۔ تو یہی یہی تعلق جو ایک بچے کا اپنی ماں سے ہوتا ہے، وہی billion trillion times جب زیادہ بڑھ جائے تو وہی وہی خدا سے محبت، اسی کا نام ہے۔</w:t>
      </w:r>
    </w:p>
    <w:p>
      <w:r>
        <w:rPr>
          <w:b/>
        </w:rPr>
        <w:t xml:space="preserve">[1:01:47] </w:t>
      </w:r>
      <w:r>
        <w:t>maulana, agla sawal Dilli se kya hai Raj Malik sahib ne, aur unhon ne likha hai: "maulana, banda poori zindagi Khuda ko pukarta rehta hai, magar ek martaba bhi Khuda is ka jawab nahi deta.</w:t>
      </w:r>
    </w:p>
    <w:p>
      <w:pPr>
        <w:jc w:val="right"/>
      </w:pPr>
      <w:r>
        <w:t>مولانا، اگلا سوال دلی سے کیا ہے راج ملک صاحب نے، اور انہوں نے لکھا ہے: "مولانا، بندہ پوری زندگی خدا کو پکارتا رہتا ہے، مگر ایک مرتبہ بھی خدا اس کا جواب نہیں دیتا۔</w:t>
      </w:r>
    </w:p>
    <w:p>
      <w:r>
        <w:rPr>
          <w:b/>
        </w:rPr>
        <w:t xml:space="preserve">[1:02:03] </w:t>
      </w:r>
      <w:r>
        <w:t>kya yeh Khuda ka sahi tareeqa hai?"</w:t>
      </w:r>
    </w:p>
    <w:p>
      <w:pPr>
        <w:jc w:val="right"/>
      </w:pPr>
      <w:r>
        <w:t>کیا یہ خدا کا صحیح طریقہ ہے؟"</w:t>
      </w:r>
    </w:p>
    <w:p>
      <w:r>
        <w:rPr>
          <w:b/>
        </w:rPr>
        <w:t xml:space="preserve">[1:02:08] </w:t>
      </w:r>
      <w:r>
        <w:t>nahi, to yeh to baat galat hai. yeh aap ke kehne hi galat hain. yeh possible hi nahi hai. woh sahi baat hai, use pukara hi nahi. woh yeh is ki, yaani is ki, yeh is woh samajhta hai, woh banda samajhta hai ke maine pukara, haalanke us ne pukara hi nahi.</w:t>
      </w:r>
    </w:p>
    <w:p>
      <w:pPr>
        <w:jc w:val="right"/>
      </w:pPr>
      <w:r>
        <w:t>نہیں، تو یہ تو بات غلط ہے۔ یہ آپ کے کہنے ہی غلط ہیں۔ یہ possible ہی نہیں ہے۔ وہ صحیح بات ہے، اسے پکارا ہی نہیں۔ وہ یہ اس کی، یعنی اس کی، یہ اس وہ سمجھتا ہے، وہ بندہ سمجھتا ہے کہ میں نے پکارا، حالانکہ اس نے پکارا ہی نہیں۔</w:t>
      </w:r>
    </w:p>
    <w:p>
      <w:r>
        <w:rPr>
          <w:b/>
        </w:rPr>
        <w:t xml:space="preserve">[1:02:32] </w:t>
      </w:r>
      <w:r>
        <w:t>yeh to bilkul aisi baat hai jo is ka koi base nahi hai. mein to Allah ko pukarta hoon aur har taraf mujhe jawab milta hai Allah ki taraf se.</w:t>
      </w:r>
    </w:p>
    <w:p>
      <w:pPr>
        <w:jc w:val="right"/>
      </w:pPr>
      <w:r>
        <w:t>یہ تو بالکل ایسی بات ہے جو اس کا کوئی base نہیں ہے۔ میں تو اللہ کو پکارتا ہوں اور ہر طرف مجھے جواب ملتا ہے اللہ کی طرف سے۔</w:t>
      </w:r>
    </w:p>
    <w:p>
      <w:r>
        <w:rPr>
          <w:b/>
        </w:rPr>
        <w:t xml:space="preserve">[1:02:44] </w:t>
      </w:r>
      <w:r>
        <w:t>lekin dekhein, agar mein pukaru ke Khuda mujhe duniya ka emperor bana de to yeh ek aamana dua hai, woh kabhi poori nahi hogi.</w:t>
      </w:r>
    </w:p>
    <w:p>
      <w:pPr>
        <w:jc w:val="right"/>
      </w:pPr>
      <w:r>
        <w:t>لیکن دیکھیں، اگر میں پکاروں کہ خدا مجھے دنیا کا emperor بنا دے تو یہ ایک عامانہ دعا ہے، وہ کبھی پوری نہیں ہوگی۔</w:t>
      </w:r>
    </w:p>
    <w:p>
      <w:r>
        <w:rPr>
          <w:b/>
        </w:rPr>
        <w:t xml:space="preserve">[1:02:56] </w:t>
      </w:r>
      <w:r>
        <w:t>yeh aamana dua hai. aamana dua sunne ke liye Khuda baitha hua nahi hai. agar</w:t>
      </w:r>
    </w:p>
    <w:p>
      <w:pPr>
        <w:jc w:val="right"/>
      </w:pPr>
      <w:r>
        <w:t>یہ عامانہ دعا ہے۔ عامانہ دعا سننے کے لیے خدا بیٹھا ہوا نہیں ہے۔ اگر</w:t>
      </w:r>
    </w:p>
    <w:p>
      <w:r>
        <w:rPr>
          <w:b/>
        </w:rPr>
        <w:t xml:space="preserve">[1:03:03] </w:t>
      </w:r>
      <w:r>
        <w:t>mein kahun ke Khuda duniya se jo mere dushman hain, woh neest o naabood ho jayein to yeh aamana dua hai, woh kabhi nahi poori hogi. agar mein yeh dua karun ke Khudaaya, mein sari duniya ki daulat mere paas aa jaye to yeh stupid dua hai, woh kabhi poori nahi hogi.</w:t>
      </w:r>
    </w:p>
    <w:p>
      <w:pPr>
        <w:jc w:val="right"/>
      </w:pPr>
      <w:r>
        <w:t>میں کہوں کہ خدا دنیا سے جو میرے دشمن ہیں، وہ نیست و نابود ہو جائیں تو یہ عامانہ دعا ہے، وہ کبھی نہیں پوری ہوگی۔ اگر میں یہ دعا کروں کہ خدایا، میں ساری دنیا کی دولت میرے پاس آ جائے تو یہ stupid دعا ہے، وہ کبھی پوری نہیں ہوگی۔</w:t>
      </w:r>
    </w:p>
    <w:p>
      <w:r>
        <w:rPr>
          <w:b/>
        </w:rPr>
        <w:t xml:space="preserve">[1:03:22] </w:t>
      </w:r>
      <w:r>
        <w:t>to dua ke liye karne se pehle aap ko jaanna chahiye ke "What is the Christian plan of God?" . Khuda ki apni is ki wahan things kya hain?</w:t>
      </w:r>
    </w:p>
    <w:p>
      <w:pPr>
        <w:jc w:val="right"/>
      </w:pPr>
      <w:r>
        <w:t>تو دعا کے لیے کرنے سے پہلے آپ کو جاننا چاہیے کہ "What is the Christian plan of God?" ۔ خدا کی اپنی اس کی وہاں things کیا ہیں؟</w:t>
      </w:r>
    </w:p>
    <w:p>
      <w:r>
        <w:rPr>
          <w:b/>
        </w:rPr>
        <w:t xml:space="preserve">[1:03:32] </w:t>
      </w:r>
      <w:r>
        <w:t>is ke framework mein dua karein karein aap to zaroor poori hogi. log yunhi kisi baat ke liye dua karte hain, unhein poori hoti hai, kehte hain Khuda ne suni hi meri nahi.</w:t>
      </w:r>
    </w:p>
    <w:p>
      <w:pPr>
        <w:jc w:val="right"/>
      </w:pPr>
      <w:r>
        <w:t>اس کے framework میں دعا کریں کریں آپ تو ضرور پوری ہوگی۔ لوگ یونہی کسی بات کے لیے دعا کرتے ہیں، انہیں پوری ہوتی ہے، کہتے ہیں خدا نے سنی ہی میری نہیں۔</w:t>
      </w:r>
    </w:p>
    <w:p>
      <w:r>
        <w:rPr>
          <w:b/>
        </w:rPr>
        <w:t xml:space="preserve">[1:03:46] </w:t>
      </w:r>
      <w:r>
        <w:t>aap jaaniye ke Khuda ke is ke options kya hain? Khuda, Khuda ke plan kya hai? Law of nature kya hai?</w:t>
      </w:r>
    </w:p>
    <w:p>
      <w:pPr>
        <w:jc w:val="right"/>
      </w:pPr>
      <w:r>
        <w:t>آپ جانیے کہ خدا کے اس کے options کیا ہیں؟ خدا، خدا کے plan کیا ہے؟ Law of nature کیا ہے؟</w:t>
      </w:r>
    </w:p>
    <w:p>
      <w:r>
        <w:rPr>
          <w:b/>
        </w:rPr>
        <w:t xml:space="preserve">[1:03:55] </w:t>
      </w:r>
      <w:r>
        <w:t>aur phir aap dua karein. lekin yaad rakhiye ke aap kitne hi sachche insaan hon, agar aap wahi dua karenge jo Khuda ki is ke options mein nahi hai to woh nahi poori, poori nahi hogi.</w:t>
      </w:r>
    </w:p>
    <w:p>
      <w:pPr>
        <w:jc w:val="right"/>
      </w:pPr>
      <w:r>
        <w:t>اور پھر آپ دعا کریں۔ لیکن یاد رکھیے کہ آپ کتنے ہی سچے انسان ہوں، اگر آپ وہی دعا کریں گے جو خدا کی اس کے options میں نہیں ہے تو وہ نہیں پوری، پوری نہیں ہوگی۔</w:t>
      </w:r>
    </w:p>
    <w:p>
      <w:r>
        <w:rPr>
          <w:b/>
        </w:rPr>
        <w:t xml:space="preserve">[1:04:08] </w:t>
      </w:r>
      <w:r>
        <w:t>kabhi nahi poori hogi.</w:t>
      </w:r>
    </w:p>
    <w:p>
      <w:pPr>
        <w:jc w:val="right"/>
      </w:pPr>
      <w:r>
        <w:t>کبھی نہیں پوری ہوگی۔</w:t>
      </w:r>
    </w:p>
    <w:p>
      <w:r>
        <w:rPr>
          <w:b/>
        </w:rPr>
        <w:t xml:space="preserve">[1:04:13] </w:t>
      </w:r>
      <w:r>
        <w:t>yeh to hypothesis hi galat hai.</w:t>
      </w:r>
    </w:p>
    <w:p>
      <w:pPr>
        <w:jc w:val="right"/>
      </w:pPr>
      <w:r>
        <w:t>یہ تو hypothesis ہی غلط ہے۔</w:t>
      </w:r>
    </w:p>
    <w:p>
      <w:r>
        <w:rPr>
          <w:b/>
        </w:rPr>
        <w:t xml:space="preserve">[1:04:23] </w:t>
      </w:r>
      <w:r>
        <w:t>Maulana, agla sawal Dilli se kya hai Shahab Haider sahib ne, aur unhon ne likha hai: "Moulana, real master is real Allah."</w:t>
      </w:r>
    </w:p>
    <w:p>
      <w:pPr>
        <w:jc w:val="right"/>
      </w:pPr>
      <w:r>
        <w:t>مولانا، اگلا سوال دلی سے کیا ہے شاہب حیدر صاحب نے، اور انہوں نے لکھا ہے: "Moulana, real master is real Allah.</w:t>
      </w:r>
    </w:p>
    <w:p>
      <w:r>
        <w:rPr>
          <w:b/>
        </w:rPr>
        <w:t xml:space="preserve">[1:04:35] </w:t>
      </w:r>
      <w:r>
        <w:t>You are hundred percent right, and I am obliged to you with my soul and heart for today's lecture. Just for knowledge, I want to know that Allah listens to the real worship and prayer done for Him.</w:t>
      </w:r>
    </w:p>
    <w:p>
      <w:pPr>
        <w:jc w:val="right"/>
      </w:pPr>
      <w:r>
        <w:t>You are hundred percentright, and I am obliged to you with my soul and heart for today's lecture. Just for knowledge, I want to know that Allah listens to the real worship and prayer done for Him.</w:t>
      </w:r>
    </w:p>
    <w:p>
      <w:r>
        <w:rPr>
          <w:b/>
        </w:rPr>
        <w:t xml:space="preserve">[1:04:50] </w:t>
      </w:r>
      <w:r>
        <w:t>Then why is it that some people or group of people who do not worship the real Allah are socially, economically, scientifically, and politically more successful than the people who worship real Allah and are involved in doing dawah and marifat work?</w:t>
      </w:r>
    </w:p>
    <w:p>
      <w:pPr>
        <w:jc w:val="right"/>
      </w:pPr>
      <w:r>
        <w:t>Then why is it that some people or group of people who do not worship the real Allah are socially, economically, scientifically, and politically more successful than the people who worship real Allah and are involved in doing دعوت and معرفت work?</w:t>
      </w:r>
    </w:p>
    <w:p>
      <w:r>
        <w:rPr>
          <w:b/>
        </w:rPr>
        <w:t xml:space="preserve">[1:05:11] </w:t>
      </w:r>
      <w:r>
        <w:t>Why is this so? Kya kya sawal hai? Ke aa ke jo log Allah ko nahi nahi just ka</w:t>
      </w:r>
    </w:p>
    <w:p>
      <w:pPr>
        <w:jc w:val="right"/>
      </w:pPr>
      <w:r>
        <w:t>Why is this so? کیا کیا سوال ہے؟ کہ آ کہ جو لوگ اللہ کو نہیں نہیں جست کا</w:t>
      </w:r>
    </w:p>
    <w:p>
      <w:r>
        <w:rPr>
          <w:b/>
        </w:rPr>
        <w:t xml:space="preserve">[1:05:19] </w:t>
      </w:r>
      <w:r>
        <w:t>Koi sawal nahi just ke Maulana jo log nahi mante hain Allah ko to wo kyun economically, socially aur politically zyada successful hain? To aap ko Khuda ka tasawwur hi nahi pata aap ko ji ye criteria aap ka bilkul galat hai aap ka ye criteria bilkul bilkul hi main hairaan hoon ke aap ko ko Khuda ko abhi tak samjhe nahi ke Khuda ke mamle ko aap</w:t>
      </w:r>
    </w:p>
    <w:p>
      <w:pPr>
        <w:jc w:val="right"/>
      </w:pPr>
      <w:r>
        <w:t>کوئی سوال نہیں جست کہ مولانا جو لوگ نہیں مانتے ہیں اللہ کو تو وہ کیوں economically, socially اور politically زیادہ successful ہیں؟ تو آپ کو خدا کا تصور ہی نہیں پتا آپ کو جی یہ کرائیٹیریا آپ کا بالکل غلط ہے آپ کا یہ کرائیٹیریا بالکل بالکل ہی میں حیران ہوں کہ آپ کو کو خدا کو ابھی تک سمجھے نہیں کہ خدا کے معاملے کو آپ</w:t>
      </w:r>
    </w:p>
    <w:p>
      <w:r>
        <w:rPr>
          <w:b/>
        </w:rPr>
        <w:t xml:space="preserve">[1:05:43] </w:t>
      </w:r>
      <w:r>
        <w:t>Yaani jo jo society pe zyada respectable ho jis ke paas zyada paisa ho wo us ko criteria nahi paaliya aap ne</w:t>
      </w:r>
    </w:p>
    <w:p>
      <w:pPr>
        <w:jc w:val="right"/>
      </w:pPr>
      <w:r>
        <w:t>یعنی جو جو سوسائٹی پہ زیادہ respectable ہو جس کے پاس زیادہ پیسہ ہو وہ اس کو کرائیٹیریا نہیں پالیا آپ نے</w:t>
      </w:r>
    </w:p>
    <w:p>
      <w:r>
        <w:rPr>
          <w:b/>
        </w:rPr>
        <w:t xml:space="preserve">[1:05:55] </w:t>
      </w:r>
      <w:r>
        <w:t>Criterion ye hai ke aap ke andar positive thinking ho pure fire soul ho aap high thinking aap ke andar ho aap sachai ko sab se bari cheez samajhte hon ye koi criteria nahi hai jo aap jis ko aap ne farmaya</w:t>
      </w:r>
    </w:p>
    <w:p>
      <w:pPr>
        <w:jc w:val="right"/>
      </w:pPr>
      <w:r>
        <w:t>کرائیٹیرین یہ ہے کہ آپ کے اندر positive thinking ہو pure fire soul ہو آپ ہائی thinking آپ کے اندر ہو آپ سچائی کو سب سے بڑی چیز سمجھتے ہوں یہ کوئی کرائیٹیریا نہیں ہے جو آپ جس کو آپ نے فرمایا</w:t>
      </w:r>
    </w:p>
    <w:p>
      <w:r>
        <w:rPr>
          <w:b/>
        </w:rPr>
        <w:t xml:space="preserve">[1:06:14] </w:t>
      </w:r>
      <w:r>
        <w:t>Ek hadith mein hai ke agar Allah ke nazdeek dunya ki cheezon ki ahmiyat hoti to jo log Khuda ko nahi mante un ko wo ek makkhi ke par bhi na deta ye to ye to ye to ye to dunya ka mamla alag hai aur marifat ka mamla alag hai</w:t>
      </w:r>
    </w:p>
    <w:p>
      <w:pPr>
        <w:jc w:val="right"/>
      </w:pPr>
      <w:r>
        <w:t>ایک حدیث میں ہے کہ اگر اللہ کے نزدیک دنیا کی چیزیں کی اہمیت ہوتی تو جو لوگ خدا کو نہیں مانتے ان کو وہ ایک مکھی کے پر بھی نہ دیتا یہ تو یہ تو یہ تو یہ تو دنیا کا معاملہ الگ ہے اور معرفت کا معاملہ الگ ہے</w:t>
      </w:r>
    </w:p>
    <w:p>
      <w:r>
        <w:rPr>
          <w:b/>
        </w:rPr>
        <w:t xml:space="preserve">[1:06:40] </w:t>
      </w:r>
      <w:r>
        <w:t>Aap ne jo criteria banaya hai wo criteria bilkul hi baseless hai is ko aap se correction ki jiye apni soch ko.</w:t>
      </w:r>
    </w:p>
    <w:p>
      <w:pPr>
        <w:jc w:val="right"/>
      </w:pPr>
      <w:r>
        <w:t>آپ نے جو کرائیٹیریا بنایا ہے وہ کرائیٹیریا بالکل ہی baseless ہے اس کو آپ سے correction کیجیے اپنی سوچ کو۔</w:t>
      </w:r>
    </w:p>
    <w:p>
      <w:r>
        <w:rPr>
          <w:b/>
        </w:rPr>
        <w:t xml:space="preserve">[1:06:52] </w:t>
      </w:r>
      <w:r>
        <w:t>Maulana, agla sawal lene se pehle ek comment parhna chahenge jo Maulana Abdul Basit sahib ne Doha Qatar se bheja hai.</w:t>
      </w:r>
    </w:p>
    <w:p>
      <w:pPr>
        <w:jc w:val="right"/>
      </w:pPr>
      <w:r>
        <w:t>مولانا، اگلا سوال لینے سے پہلے ایک کمنٹ پڑھنا چاہیں گے جو مولانا عبدالباسط صاحب نے دوحہ قطر سے بھیجا ہے۔</w:t>
      </w:r>
    </w:p>
    <w:p>
      <w:r>
        <w:rPr>
          <w:b/>
        </w:rPr>
        <w:t xml:space="preserve">[1:07:00] </w:t>
      </w:r>
      <w:r>
        <w:t>Unhon ne likha hai: "Maulana, aaj aap ki taqreer se bilateral aur unilateral ki wazahat se concept of God bohat achhi tarah se samajh mein aaya.</w:t>
      </w:r>
    </w:p>
    <w:p>
      <w:pPr>
        <w:jc w:val="right"/>
      </w:pPr>
      <w:r>
        <w:t>انہوں نے لکھا ہے: "مولانا، آج آپ کی تقریر سے bilateral اور unilateral کی وضاحت سے concept of God بہت اچھی طرح سے سمجھ میں آیا۔</w:t>
      </w:r>
    </w:p>
    <w:p>
      <w:r>
        <w:rPr>
          <w:b/>
        </w:rPr>
        <w:t xml:space="preserve">[1:07:13] </w:t>
      </w:r>
      <w:r>
        <w:t>Isi tarah container kis tarah banaya ja sakta hai, wo musbat soch ke lafz se wazeh hua. Jazak Allah Khair."</w:t>
      </w:r>
    </w:p>
    <w:p>
      <w:pPr>
        <w:jc w:val="right"/>
      </w:pPr>
      <w:r>
        <w:t>اسی طرح container کس طرح بنایا جا سکتا ہے، وہ مثبت سوچ کے لفظ سے واضح ہوا۔ جزاک اللہ خیر۔"</w:t>
      </w:r>
    </w:p>
    <w:p>
      <w:r>
        <w:rPr>
          <w:b/>
        </w:rPr>
        <w:t xml:space="preserve">[1:07:23] </w:t>
      </w:r>
      <w:r>
        <w:t>Maulana, agla sawal Ludhiana se kya hai Shoaib sahib ne, aur unhon ne likha hai: "Moulana, in today's talk you mentioned that one is able to establish bilateral relation if he or she develops relation with God Almighty as he would keep getting response from God.</w:t>
      </w:r>
    </w:p>
    <w:p>
      <w:pPr>
        <w:jc w:val="right"/>
      </w:pPr>
      <w:r>
        <w:t>مولانا، اگلا سوال لدھیانہ سے کیا ہے صہیب صاحب نے، اور انہوں نے لکھا ہے: "Moulana, in today's talk you mentioned that one is able to establish bilateral relation if he or she develops relation with God Almighty as he would keep getting response from God.</w:t>
      </w:r>
    </w:p>
    <w:p>
      <w:r>
        <w:rPr>
          <w:b/>
        </w:rPr>
        <w:t xml:space="preserve">[1:07:46] </w:t>
      </w:r>
      <w:r>
        <w:t>This would not be the case if someone takes God as Guru, Prophet, Sun, Moon, or an idol as it would be more like a unilateral relation since there would be no response from these so-called false gods."</w:t>
      </w:r>
    </w:p>
    <w:p>
      <w:pPr>
        <w:jc w:val="right"/>
      </w:pPr>
      <w:r>
        <w:t>This would not be the case if someone takes God as Guru, Prophet, Sun, Moon, or an idol as it would be more like a unilateral relation since there would be no response from these so-called false gods.</w:t>
      </w:r>
    </w:p>
    <w:p>
      <w:r>
        <w:rPr>
          <w:b/>
        </w:rPr>
        <w:t xml:space="preserve">[1:08:02] </w:t>
      </w:r>
      <w:r>
        <w:t>Maulana, here the problem is that people who believe in these false gods also experience their problem getting resolved due to some reason or the other, and this gives them more conviction that the Guru or Prophet are real God.</w:t>
      </w:r>
    </w:p>
    <w:p>
      <w:pPr>
        <w:jc w:val="right"/>
      </w:pPr>
      <w:r>
        <w:t>مولانا، here the problem is that people who believe in these false gods also experience their problem getting resolved due to some reason or the other, and this gives them more conviction that the Guru or Prophet are real God.</w:t>
      </w:r>
    </w:p>
    <w:p>
      <w:r>
        <w:rPr>
          <w:b/>
        </w:rPr>
        <w:t xml:space="preserve">[1:08:22] </w:t>
      </w:r>
      <w:r>
        <w:t>How can we rationally address such people so that they don't believe in other than God?" Dekhen, aap ki report sahi nahi hai.</w:t>
      </w:r>
    </w:p>
    <w:p>
      <w:pPr>
        <w:jc w:val="right"/>
      </w:pPr>
      <w:r>
        <w:t>How can we rationally address such people so that they don't believe in other than God?" دیکھیں، آپ کی رپورٹ صحیح نہیں ہے۔</w:t>
      </w:r>
    </w:p>
    <w:p>
      <w:r>
        <w:rPr>
          <w:b/>
        </w:rPr>
        <w:t xml:space="preserve">[1:08:32] </w:t>
      </w:r>
      <w:r>
        <w:t>Jo log samajhte hain ke un ko mil raha hai, wo kya mila un ko? Business se faida hoga, bachcha paida hoga, muqadma jeet gaye. Ye koi mamla nahi hai.</w:t>
      </w:r>
    </w:p>
    <w:p>
      <w:pPr>
        <w:jc w:val="right"/>
      </w:pPr>
      <w:r>
        <w:t>جو لوگ سمجھتے ہیں کہ ان کو مل رہا ہے، وہ کیا ملا ان کو؟ بزنس سے فائدہ ہوگا، بچہ پیدا ہوگا، مقدمہ جیت گئے۔ یہ کوئی معاملہ نہیں ہے۔</w:t>
      </w:r>
    </w:p>
    <w:p>
      <w:r>
        <w:rPr>
          <w:b/>
        </w:rPr>
        <w:t xml:space="preserve">[1:08:42] </w:t>
      </w:r>
      <w:r>
        <w:t>Ye to ye to hota hi rehta hai.</w:t>
      </w:r>
    </w:p>
    <w:p>
      <w:pPr>
        <w:jc w:val="right"/>
      </w:pPr>
      <w:r>
        <w:t>یہ تو یہ تو ہوتا ہی رہتا ہے۔</w:t>
      </w:r>
    </w:p>
    <w:p>
      <w:r>
        <w:rPr>
          <w:b/>
        </w:rPr>
        <w:t xml:space="preserve">[1:08:44] </w:t>
      </w:r>
      <w:r>
        <w:t>Is ko wo kisi guru se attribute kar dete hain aur samajhte hain guru se mil gaya. Guru se kuch bhi nahi milta. Guru se kuch bhi nahi milta.</w:t>
      </w:r>
    </w:p>
    <w:p>
      <w:pPr>
        <w:jc w:val="right"/>
      </w:pPr>
      <w:r>
        <w:t>اس کو وہ کسی گرو سے attribute کر دیتے ہیں اور سمجھتے ہیں گرو سے مل گیا۔ گرو سے کچھ بھی نہیں ملتا۔ گرو سے کچھ بھی نہیں ملتا۔</w:t>
      </w:r>
    </w:p>
    <w:p>
      <w:r>
        <w:rPr>
          <w:b/>
        </w:rPr>
        <w:t xml:space="preserve">[1:08:54] </w:t>
      </w:r>
      <w:r>
        <w:t>Ye sirf that is sheer attribution ke aap koshish kar rahe hain, koshish kar rahe hain. Beech mein guru se bhi ja kar ke aap kaha ke mujhe aashirwad dijiye, aap ka kaam ban gaya.</w:t>
      </w:r>
    </w:p>
    <w:p>
      <w:pPr>
        <w:jc w:val="right"/>
      </w:pPr>
      <w:r>
        <w:t>یہ صرف that is sheer attribution کہ آپ کوشش کر رہے ہیں، کوشش کر رہے ہیں۔ بیچ میں گرو سے بھی جا کر کے آپ کہا کہ مجھے آشیرواد دیجیے، آپ کا کام بن گیا۔</w:t>
      </w:r>
    </w:p>
    <w:p>
      <w:r>
        <w:rPr>
          <w:b/>
        </w:rPr>
        <w:t xml:space="preserve">[1:09:06] </w:t>
      </w:r>
      <w:r>
        <w:t>Ab aap ne is ko attribute kar diya guru ko, dargah ko. Log samajhte hain ke dargah se mil gaya, guru se mil gaya. Ye sab yaani false attribution hai.</w:t>
      </w:r>
    </w:p>
    <w:p>
      <w:pPr>
        <w:jc w:val="right"/>
      </w:pPr>
      <w:r>
        <w:t>اب آپ نے اس کو attribute کر دیا گرو کو، درگاہ کو۔ لوگ سمجھتے ہیں کہ درگاہ سے مل گیا، گرو سے مل گیا۔ یہ سب یعنی false attribution ہے۔</w:t>
      </w:r>
    </w:p>
    <w:p>
      <w:r>
        <w:rPr>
          <w:b/>
        </w:rPr>
        <w:t xml:space="preserve">[1:09:20] </w:t>
      </w:r>
      <w:r>
        <w:t>Aur jahan tak Allah se milne wali baat hai, wo is se alag ek cheez hai. Wo marifat hai.</w:t>
      </w:r>
    </w:p>
    <w:p>
      <w:pPr>
        <w:jc w:val="right"/>
      </w:pPr>
      <w:r>
        <w:t>اور جہاں تک اللہ سے ملنے والی بات ہے، وہ اس سے الگ ایک چیز ہے۔ وہ معرفت ہے۔</w:t>
      </w:r>
    </w:p>
    <w:p>
      <w:r>
        <w:rPr>
          <w:b/>
        </w:rPr>
        <w:t xml:space="preserve">[1:09:26] </w:t>
      </w:r>
      <w:r>
        <w:t>Material cheezein nahi hain. Har giz har giz material cheezon ko aap ko criteria nahi banana chahiye. Marifat ko criteria nahi banana chahiye.</w:t>
      </w:r>
    </w:p>
    <w:p>
      <w:pPr>
        <w:jc w:val="right"/>
      </w:pPr>
      <w:r>
        <w:t>مٹیریل چیزیں نہیں ہیں۔ ہرگز ہرگز مٹیریل چیزوں کو آپ کو کرائیٹیریا نہیں بنانا چاہیے۔ معرفت کو کرائیٹیریا نہیں بنانا چاہیے۔</w:t>
      </w:r>
    </w:p>
    <w:p>
      <w:r>
        <w:rPr>
          <w:b/>
        </w:rPr>
        <w:t xml:space="preserve">[1:09:37] </w:t>
      </w:r>
      <w:r>
        <w:t>Aur wo do cheezein hain. Quran mein do cheezein batai gayi hain. Ek hai, jaisa ke main ne arz kiya alladhi na'budu a'shadd huban lillah.</w:t>
      </w:r>
    </w:p>
    <w:p>
      <w:pPr>
        <w:jc w:val="right"/>
      </w:pPr>
      <w:r>
        <w:t>اور وہ دو چیزیں ہیں۔ قرآن میں دو چیزیں بتائی گئی ہیں۔ ایک ہے، جیسا کہ میں نے عرض کیا الذی نعبد أشد حبا لله ۔</w:t>
      </w:r>
    </w:p>
    <w:p>
      <w:r>
        <w:rPr>
          <w:b/>
        </w:rPr>
        <w:t xml:space="preserve">[1:09:50] </w:t>
      </w:r>
      <w:r>
        <w:t>Yaani Allah se istighasa, affection. Ye is ke andar hai ke nahi hai.</w:t>
      </w:r>
    </w:p>
    <w:p>
      <w:pPr>
        <w:jc w:val="right"/>
      </w:pPr>
      <w:r>
        <w:t>یعنی اللہ سے استغاثہ، affection۔ یہ اس کے اندر ہے کہ نہیں ہے۔</w:t>
      </w:r>
    </w:p>
    <w:p>
      <w:r>
        <w:rPr>
          <w:b/>
        </w:rPr>
        <w:t xml:space="preserve">[1:09:56] </w:t>
      </w:r>
      <w:r>
        <w:t>dusri cheez hai walim yakhsha illa Allah. yani fear jo hai, fear Allah ke sath kisi aur se nahin. fear ka matlab kya hai?</w:t>
      </w:r>
    </w:p>
    <w:p>
      <w:pPr>
        <w:jc w:val="right"/>
      </w:pPr>
      <w:r>
        <w:t>دوسری چیز ہے ولم يخشَ إلا الله ۔ یعنی fear جو ہے، fear اللہ کے ساتھ کسی اور سے نہیں۔ Fear کا مطلب کیا ہے؟</w:t>
      </w:r>
    </w:p>
    <w:p>
      <w:r>
        <w:rPr>
          <w:b/>
        </w:rPr>
        <w:t xml:space="preserve">[1:10:07] </w:t>
      </w:r>
      <w:r>
        <w:t>Allah ke sath apne aap ko accountable samajhna. apni baton ko samajhna ke hum Allah ke samne jawab deh is ke liye hain.</w:t>
      </w:r>
    </w:p>
    <w:p>
      <w:pPr>
        <w:jc w:val="right"/>
      </w:pPr>
      <w:r>
        <w:t>اللہ کے ساتھ اپنے آپ کو accountable سمجھنا۔ اپنی باتوں کو سمجھنا کہ ہم اللہ کے سامنے جواب دہ اس کے لیے ہیں۔</w:t>
      </w:r>
    </w:p>
    <w:p>
      <w:r>
        <w:rPr>
          <w:b/>
        </w:rPr>
        <w:t xml:space="preserve">[1:10:16] </w:t>
      </w:r>
      <w:r>
        <w:t>yeh ehsas, yeh living ehsas aap ke andar se paida ho jaye. yeh hai criterion.</w:t>
      </w:r>
    </w:p>
    <w:p>
      <w:pPr>
        <w:jc w:val="right"/>
      </w:pPr>
      <w:r>
        <w:t>یہ احساس، یہ living احساس آپ کے اندر سے پیدا ہو جائے۔ یہ ہے کرائیٹیرین۔</w:t>
      </w:r>
    </w:p>
    <w:p>
      <w:r>
        <w:rPr>
          <w:b/>
        </w:rPr>
        <w:t xml:space="preserve">[1:10:22] </w:t>
      </w:r>
      <w:r>
        <w:t>baqi cheezon ka taluq dunya ki zindagi se hai, woh is ko aap har giz criterion na banaein.</w:t>
      </w:r>
    </w:p>
    <w:p>
      <w:pPr>
        <w:jc w:val="right"/>
      </w:pPr>
      <w:r>
        <w:t>باقی چیزوں کا تعلق دنیا کی زندگی سے ہے، وہ اس کو آپ ہرگز کرائیٹیریا نہ بنائیں۔</w:t>
      </w:r>
    </w:p>
    <w:p>
      <w:r>
        <w:rPr>
          <w:b/>
        </w:rPr>
        <w:t xml:space="preserve">[1:10:32] </w:t>
      </w:r>
      <w:r>
        <w:t>Maulana, agla sawal Naseer Allah sahib ne Bangalore se kiya hai, aur unhon ne likha hai: "Maulana, marifat aur mushahida mein farq kya hai?" Maulana, marifat ka lafz istemal karte hi Salafi log mushahida ke ma'ni samajhte hain.</w:t>
      </w:r>
    </w:p>
    <w:p>
      <w:pPr>
        <w:jc w:val="right"/>
      </w:pPr>
      <w:r>
        <w:t>مولانا، اگلا سوال نصیر اللہ صاحب نے بینگلور سے کیا ہے، اور انہوں نے لکھا ہے: "مولانا، معرفت اور مشاہدہ میں فرق کیا ہے؟" مولانا، معرفت کا لفظ استعمال کرتے ہی سلفی لوگ مشاہدہ کے معنی سمجھتے ہیں۔</w:t>
      </w:r>
    </w:p>
    <w:p>
      <w:r>
        <w:rPr>
          <w:b/>
        </w:rPr>
        <w:t xml:space="preserve">[1:10:52] </w:t>
      </w:r>
      <w:r>
        <w:t>Sahi marifat aur sahi mushahida mein farq kya hai, is ke bare mein bataein. Bhai, mushahida wohi samajhni hai. Marifat se alag cheez hai, mushahida alag cheez hai.</w:t>
      </w:r>
    </w:p>
    <w:p>
      <w:pPr>
        <w:jc w:val="right"/>
      </w:pPr>
      <w:r>
        <w:t>صحیح معرفت اور صحیح مشاہدہ میں فرق کیا ہے، اس کے بارے میں بتائیں۔ بھئی، مشاہدہ وہی سمجھنی ہے۔ معرفت سے الگ چیز ہے، مشاہدہ الگ چیز ہے۔</w:t>
      </w:r>
    </w:p>
    <w:p>
      <w:r>
        <w:rPr>
          <w:b/>
        </w:rPr>
        <w:t xml:space="preserve">[1:11:04] </w:t>
      </w:r>
      <w:r>
        <w:t>Main is sawal ko samjha nahin hoon. Mushahida ka matlab observation, woh ek alag cheez hai. Marifat ka matlab realization, woh alag cheez hai.</w:t>
      </w:r>
    </w:p>
    <w:p>
      <w:pPr>
        <w:jc w:val="right"/>
      </w:pPr>
      <w:r>
        <w:t>میں اس سوال کو سمجھا نہیں ہوں۔ مشاہدہ کا مطلب observation، وہ ایک الگ چیز ہے۔ معرفت کا مطلب realization، وہ الگ چیز ہے۔</w:t>
      </w:r>
    </w:p>
    <w:p>
      <w:r>
        <w:rPr>
          <w:b/>
        </w:rPr>
        <w:t xml:space="preserve">[1:11:17] </w:t>
      </w:r>
      <w:r>
        <w:t>Main aap ka sawal nahin samjha. Salafi log kab? Main ne to kabhi suna nahin ke Salafi log mushahida aur marifat ko ek samajhte hain. Main ne to kabhi suna nahin. Yeh baat meri unknown hai.</w:t>
      </w:r>
    </w:p>
    <w:p>
      <w:pPr>
        <w:jc w:val="right"/>
      </w:pPr>
      <w:r>
        <w:t>میں آپ کا سوال نہیں سمجھا۔ سلفی لوگ کب؟ میں نے تو کبھی سنا نہیں کہ سلفی لوگ مشاہدہ اور معرفت کو ایک سمجھتے ہیں۔ میں نے تو کبھی سنا نہیں۔ یہ بات میری unknown ہے۔</w:t>
      </w:r>
    </w:p>
    <w:p>
      <w:r>
        <w:rPr>
          <w:b/>
        </w:rPr>
        <w:t xml:space="preserve">[1:11:31] </w:t>
      </w:r>
      <w:r>
        <w:t>Maulana, agla sawal Delhi se kiya hai Dr. Fareeda Khanam ne, aur unhon ne likha hai: "People think that once they have performed the form of prayer, that is enough.</w:t>
      </w:r>
    </w:p>
    <w:p>
      <w:pPr>
        <w:jc w:val="right"/>
      </w:pPr>
      <w:r>
        <w:t>مولانا، اگلا سوال دلی سے کیا ہے ڈاکٹر فریدہ خانم نے، اور انہوں نے لکھا ہے: "People think that once they have performed the form of prayer, that is enough.</w:t>
      </w:r>
    </w:p>
    <w:p>
      <w:r>
        <w:rPr>
          <w:b/>
        </w:rPr>
        <w:t xml:space="preserve">[1:11:45] </w:t>
      </w:r>
      <w:r>
        <w:t>That they are gods' worshippers. Is it right? Please explain this." Dekhein, worship log samajhte hain ke ek form hai, is ko dohrana.</w:t>
      </w:r>
    </w:p>
    <w:p>
      <w:pPr>
        <w:jc w:val="right"/>
      </w:pPr>
      <w:r>
        <w:t>That they are gods' worshippers. Is itright? Please explain this." دیکھیں، worship لوگ سمجھتے ہیں کہ ایک فارم ہے، اس کو دہرانا۔</w:t>
      </w:r>
    </w:p>
    <w:p>
      <w:r>
        <w:rPr>
          <w:b/>
        </w:rPr>
        <w:t xml:space="preserve">[1:11:56] </w:t>
      </w:r>
      <w:r>
        <w:t>Woh worship hai hi nahin.</w:t>
      </w:r>
    </w:p>
    <w:p>
      <w:pPr>
        <w:jc w:val="right"/>
      </w:pPr>
      <w:r>
        <w:t>وہ worship ہے ہی نہیں۔</w:t>
      </w:r>
    </w:p>
    <w:p>
      <w:r>
        <w:rPr>
          <w:b/>
        </w:rPr>
        <w:t xml:space="preserve">[1:11:59] </w:t>
      </w:r>
      <w:r>
        <w:t>Worship us waqt banegi jab is ke andar is ki spirit maujood ho. Hadees mein aata hai ke la salata liman lam yatakhasha.</w:t>
      </w:r>
    </w:p>
    <w:p>
      <w:pPr>
        <w:jc w:val="right"/>
      </w:pPr>
      <w:r>
        <w:t>Worship اس وقت بنے گی جب اس کے اندر اس کی spirit موجود ہو۔ حدیث میں آتا ہے کہ لا صلاة لمن لم يتخشَ ۔</w:t>
      </w:r>
    </w:p>
    <w:p>
      <w:r>
        <w:rPr>
          <w:b/>
        </w:rPr>
        <w:t xml:space="preserve">[1:12:11] </w:t>
      </w:r>
      <w:r>
        <w:t>La salata liman lam yatakhasha. Jis ki namaz mein khushu na ho, yani fear of God na ho, us ki namaz namaz nahin.</w:t>
      </w:r>
    </w:p>
    <w:p>
      <w:pPr>
        <w:jc w:val="right"/>
      </w:pPr>
      <w:r>
        <w:t>لا صلاة لمن لم يتخشَ۔ جس کی نماز میں خشوع نہ ہو، یعنی fear of God نہ ہو، اس کی نماز نماز نہیں۔</w:t>
      </w:r>
    </w:p>
    <w:p>
      <w:r>
        <w:rPr>
          <w:b/>
        </w:rPr>
        <w:t xml:space="preserve">[1:12:22] </w:t>
      </w:r>
      <w:r>
        <w:t>Ek riwayat mein aata hai ke ek shakhs ne Masjid Nabwi, jo Madina mein hai, woh aaya, wahan us ne do rakat namaz padhi. Phir Rasool Allah ke paas aaya.</w:t>
      </w:r>
    </w:p>
    <w:p>
      <w:pPr>
        <w:jc w:val="right"/>
      </w:pPr>
      <w:r>
        <w:t>ایک روایت میں آتا ہے کہ ایک شخص نے مسجد نبوی، جو مدینہ میں ہے، وہ آیا، وہاں اس نے دو رکعت نماز پڑھی۔ پھر رسول اللہ کے پاس آیا۔</w:t>
      </w:r>
    </w:p>
    <w:p>
      <w:r>
        <w:rPr>
          <w:b/>
        </w:rPr>
        <w:t xml:space="preserve">[1:12:34] </w:t>
      </w:r>
      <w:r>
        <w:t>To Rasool Allah ne farmaya ke irja' fasalli fa innaka lam tusal. Jao, phir se namaz padho, kyunke tum ne namaz nahin padhi.</w:t>
      </w:r>
    </w:p>
    <w:p>
      <w:pPr>
        <w:jc w:val="right"/>
      </w:pPr>
      <w:r>
        <w:t>تو رسول اللہ نے فرمایا کہ ارجع فصل فإنك لم تصل ۔ جاؤ، پھر سے نماز پڑھو، کیونکہ تم نے نماز نہیں پڑھی۔</w:t>
      </w:r>
    </w:p>
    <w:p>
      <w:r>
        <w:rPr>
          <w:b/>
        </w:rPr>
        <w:t xml:space="preserve">[1:12:44] </w:t>
      </w:r>
      <w:r>
        <w:t>Ke is aadmi ne form ko dohra diya tha, lekin is ke andar khushu maujood nahin tha.</w:t>
      </w:r>
    </w:p>
    <w:p>
      <w:pPr>
        <w:jc w:val="right"/>
      </w:pPr>
      <w:r>
        <w:t>کہ اس آدمی نے فارم کو دہرا دیا تھا، لیکن اس کے اندر خشوع موجود نہیں تھا۔</w:t>
      </w:r>
    </w:p>
    <w:p>
      <w:r>
        <w:rPr>
          <w:b/>
        </w:rPr>
        <w:t xml:space="preserve">[1:12:51] </w:t>
      </w:r>
      <w:r>
        <w:t>To yeh to bohat anokhi baat hai ke log form ke dohrane ko samajhte hain ke unhon ne worship kar liya. Form relative hai, aur khushu jo hai, woh real hai.</w:t>
      </w:r>
    </w:p>
    <w:p>
      <w:pPr>
        <w:jc w:val="right"/>
      </w:pPr>
      <w:r>
        <w:t>تو یہ تو بہت انوکھی بات ہے کہ لوگ فارم کے دہرانے کو سمجھتے ہیں کہ انہوں نے worship کر لیا۔ فارم relative ہے، اور خشوع جو ہے، وہ real ہے۔</w:t>
      </w:r>
    </w:p>
    <w:p>
      <w:r>
        <w:rPr>
          <w:b/>
        </w:rPr>
        <w:t xml:space="preserve">[1:13:05] </w:t>
      </w:r>
      <w:r>
        <w:t>Jab tak real part na ho, sirf relative part ho, to woh kisi amal ko worship nahin bana sakta.</w:t>
      </w:r>
    </w:p>
    <w:p>
      <w:pPr>
        <w:jc w:val="right"/>
      </w:pPr>
      <w:r>
        <w:t>جب تک real part نہ ہو، صرف relative part ہو، تو وہ کسی عمل کو worship نہیں بنا سکتا۔</w:t>
      </w:r>
    </w:p>
    <w:p>
      <w:r>
        <w:rPr>
          <w:b/>
        </w:rPr>
        <w:t xml:space="preserve">[1:13:20] </w:t>
      </w:r>
      <w:r>
        <w:t>Maulana, agla sawal Delhi se kiya hai Dr. Anwar Abbas sahib ne, aur unhon ne aap se poocha hai ke "How do I realize God's inspiration?" .</w:t>
      </w:r>
    </w:p>
    <w:p>
      <w:pPr>
        <w:jc w:val="right"/>
      </w:pPr>
      <w:r>
        <w:t>مولانا، اگلا سوال دلی سے کیا ہے ڈاکٹر انور عباس صاحب نے، اور انہوں نے آپ سے پوچھا ہے کہ "How do I realize God's inspiration?" ۔</w:t>
      </w:r>
    </w:p>
    <w:p>
      <w:r>
        <w:rPr>
          <w:b/>
        </w:rPr>
        <w:t xml:space="preserve">[1:13:30] </w:t>
      </w:r>
      <w:r>
        <w:t>Is ke bare mein bataein.</w:t>
      </w:r>
    </w:p>
    <w:p>
      <w:pPr>
        <w:jc w:val="right"/>
      </w:pPr>
      <w:r>
        <w:t>اس کے بارے میں بتائیں۔</w:t>
      </w:r>
    </w:p>
    <w:p>
      <w:r>
        <w:rPr>
          <w:b/>
        </w:rPr>
        <w:t xml:space="preserve">[1:13:34] </w:t>
      </w:r>
      <w:r>
        <w:t>Dekhein, woh to apne aap pata chalta hai. Jab aap jab aadmi ko inspiration aata hai, apne aap hi woh self-introspection bhi hota hai.</w:t>
      </w:r>
    </w:p>
    <w:p>
      <w:pPr>
        <w:jc w:val="right"/>
      </w:pPr>
      <w:r>
        <w:t>دیکھیں، وہ تو اپنے آپ پتہ چلتا ہے۔ جب آپ جب آدمی کو inspiration آتا ہے، اپنے آپ ہی وہ self-introspection بھی ہوتا ہے۔</w:t>
      </w:r>
    </w:p>
    <w:p>
      <w:r>
        <w:rPr>
          <w:b/>
        </w:rPr>
        <w:t xml:space="preserve">[1:13:45] </w:t>
      </w:r>
      <w:r>
        <w:t>Woh</w:t>
      </w:r>
    </w:p>
    <w:p>
      <w:pPr>
        <w:jc w:val="right"/>
      </w:pPr>
      <w:r>
        <w:t>وہ</w:t>
      </w:r>
    </w:p>
    <w:p>
      <w:r>
        <w:rPr>
          <w:b/>
        </w:rPr>
        <w:t xml:space="preserve">[1:13:48] </w:t>
      </w:r>
      <w:r>
        <w:t>Inspiration Allah ki taraf se aaye to yeh mumkin nahin ke woh aap is ko na pehchanen. Pehchanna to apne aap shamil rehta hai is ke andar.</w:t>
      </w:r>
    </w:p>
    <w:p>
      <w:pPr>
        <w:jc w:val="right"/>
      </w:pPr>
      <w:r>
        <w:t>inspiration اللہ کی طرف سے آئے تو یہ ممکن نہیں کہ وہ آپ اس کو نہ پہچانیں۔ پہچاننا تو اپنے آپ شامل رہتا ہے اس کے اندر۔</w:t>
      </w:r>
    </w:p>
    <w:p>
      <w:r>
        <w:rPr>
          <w:b/>
        </w:rPr>
        <w:t xml:space="preserve">[1:14:00] </w:t>
      </w:r>
      <w:r>
        <w:t>Jahan tak mera tajruba hai ke divine inspiration apne aap mein apni pehchan hai. Mera tajruba to yahi hai.</w:t>
      </w:r>
    </w:p>
    <w:p>
      <w:pPr>
        <w:jc w:val="right"/>
      </w:pPr>
      <w:r>
        <w:t>جہاں تک میرا تجربہ ہے کہ divine inspiration اپنے آپ میں اپنی پہچان ہے۔ میرا تجربہ تو یہی ہے۔</w:t>
      </w:r>
    </w:p>
    <w:p>
      <w:r>
        <w:rPr>
          <w:b/>
        </w:rPr>
        <w:t xml:space="preserve">[1:14:13] </w:t>
      </w:r>
      <w:r>
        <w:t>Maulana, agla sawal aaya hai Waqar sahib ka Jabalpur se, aur unhon ne likha hai: "Moulana, you had presented a practical solution to Babri Mosque, but Muslims did not listen to you.</w:t>
      </w:r>
    </w:p>
    <w:p>
      <w:pPr>
        <w:jc w:val="right"/>
      </w:pPr>
      <w:r>
        <w:t>مولانا، اگلا سوال آیا ہے وقار صاحب کا جبل پور سے، اور انہوں نے لکھا ہے: "Moulana, you had presented a practical solution to Babri Mosque, but Muslims did not listen to you.</w:t>
      </w:r>
    </w:p>
    <w:p>
      <w:r>
        <w:rPr>
          <w:b/>
        </w:rPr>
        <w:t xml:space="preserve">[1:14:28] </w:t>
      </w:r>
      <w:r>
        <w:t>It was only you from the Muslim world who had, at that time of tension, traveled to places of the riots area to bring the tension and violence down.</w:t>
      </w:r>
    </w:p>
    <w:p>
      <w:pPr>
        <w:jc w:val="right"/>
      </w:pPr>
      <w:r>
        <w:t>It was only you from the Muslim world who had, at that time of tension, traveled to places of the riots area to bring the tension and violence down.</w:t>
      </w:r>
    </w:p>
    <w:p>
      <w:r>
        <w:rPr>
          <w:b/>
        </w:rPr>
        <w:t xml:space="preserve">[1:14:40] </w:t>
      </w:r>
      <w:r>
        <w:t>This had been acknowledged by many people that your extensive travel helped in bringing normalcy in the country. However, the issue is still not resolved.</w:t>
      </w:r>
    </w:p>
    <w:p>
      <w:pPr>
        <w:jc w:val="right"/>
      </w:pPr>
      <w:r>
        <w:t>This had been acknowledged by many people that your extensive travel helped in bringing normalcy in the country. However, the issue is still not resolved.</w:t>
      </w:r>
    </w:p>
    <w:p>
      <w:r>
        <w:rPr>
          <w:b/>
        </w:rPr>
        <w:t xml:space="preserve">[1:14:51] </w:t>
      </w:r>
      <w:r>
        <w:t>What do you think is the future of the Babri Mosque issue?" dekhen, hamari yeh class jo hai, spiritual class hoti hai. Babri masjid ka is se koi talluq nahi hai.</w:t>
      </w:r>
    </w:p>
    <w:p>
      <w:pPr>
        <w:jc w:val="right"/>
      </w:pPr>
      <w:r>
        <w:t>What do you think is the future of the Babri Mosque issue?" دیکھیں، ہماری یہ کلاس جو ہے، spiritual کلاس ہوتی ہے۔ Babri مسجد کا اس سے کوئی تعلق نہیں ہے۔</w:t>
      </w:r>
    </w:p>
    <w:p>
      <w:r>
        <w:rPr>
          <w:b/>
        </w:rPr>
        <w:t xml:space="preserve">[1:15:03] </w:t>
      </w:r>
      <w:r>
        <w:t>agar aap meri raah janna chahte hon to meri kitab hai "qaydat nama", is ko parhiye.</w:t>
      </w:r>
    </w:p>
    <w:p>
      <w:pPr>
        <w:jc w:val="right"/>
      </w:pPr>
      <w:r>
        <w:t>اگر آپ میری راہ جاننا چاہتے ہوں تو میری کتاب ہے "قاعدت نامہ"، اس کو پڑھیے۔</w:t>
      </w:r>
    </w:p>
    <w:p>
      <w:r>
        <w:rPr>
          <w:b/>
        </w:rPr>
        <w:t xml:space="preserve">[1:15:10] </w:t>
      </w:r>
      <w:r>
        <w:t>agar meri raah janna chahte hon aap to "qaydat nama" parhiye. baqi is yahan ki jo hoti hai, spiritual class hai, yahan hum is qism ki baaton ko bas nahi karte.</w:t>
      </w:r>
    </w:p>
    <w:p>
      <w:pPr>
        <w:jc w:val="right"/>
      </w:pPr>
      <w:r>
        <w:t>اگر میری راہ جاننا چاہتے ہوں آپ تو "قاعدت نامہ" پڑھیے۔ باقی اس یہاں کی جو ہوتی ہے، spiritual کلاس ہے، یہاں ہم اس قسم کی باتوں کو بس نہیں کرتے۔</w:t>
      </w:r>
    </w:p>
    <w:p>
      <w:r>
        <w:rPr>
          <w:b/>
        </w:rPr>
        <w:t xml:space="preserve">[1:15:23] </w:t>
      </w:r>
      <w:r>
        <w:t>Maulana, agla sawal Maulana Farhad sahib ne poocha hai Delhi se, aur unhon ne likha hai: "I read that during the time of Prophet of Islam, companions' focus was to call the people towards God realization and inculcate in them the spirit of Islam.</w:t>
      </w:r>
    </w:p>
    <w:p>
      <w:pPr>
        <w:jc w:val="right"/>
      </w:pPr>
      <w:r>
        <w:t>مولانا، اگلا سوال مولانا فرہاد صاحب نے پوچھا ہے دلی سے، اور انہوں نے لکھا ہے: "I read that during the time of Prophet of Islam, companions' focus was to call the people towards God realization and inculcate in them the spirit of Islam.</w:t>
      </w:r>
    </w:p>
    <w:p>
      <w:r>
        <w:rPr>
          <w:b/>
        </w:rPr>
        <w:t xml:space="preserve">[1:15:43] </w:t>
      </w:r>
      <w:r>
        <w:t>But in today's time, Muslims' focus is in building and fighting for mosques. Why is there such a difference?"</w:t>
      </w:r>
    </w:p>
    <w:p>
      <w:pPr>
        <w:jc w:val="right"/>
      </w:pPr>
      <w:r>
        <w:t>But in today's time, Muslims' focus is in building and fighting for mosques. Why is there such a difference?"</w:t>
      </w:r>
    </w:p>
    <w:p>
      <w:r>
        <w:rPr>
          <w:b/>
        </w:rPr>
        <w:t xml:space="preserve">[1:15:53] </w:t>
      </w:r>
      <w:r>
        <w:t>bhai, moajza dwanay ke musalman zawal yafta ummat hain, yehi difference hai. yeh kya sahaba hain aaj yahan?</w:t>
      </w:r>
    </w:p>
    <w:p>
      <w:pPr>
        <w:jc w:val="right"/>
      </w:pPr>
      <w:r>
        <w:t>بھائی، معجزہ دوانے کے مسلمان زوال یافتہ امت ہیں، یہی difference ہے۔ یہ کیا صحابہ ہیں آج یہاں؟</w:t>
      </w:r>
    </w:p>
    <w:p>
      <w:r>
        <w:rPr>
          <w:b/>
        </w:rPr>
        <w:t xml:space="preserve">[1:16:02] </w:t>
      </w:r>
      <w:r>
        <w:t>aaj jo log hain, kya woh sahaba hain? yeh to bohat baad ki generation hain jo degenerate ho chuke hain, zawal ke daur mein aa chuke hain.</w:t>
      </w:r>
    </w:p>
    <w:p>
      <w:pPr>
        <w:jc w:val="right"/>
      </w:pPr>
      <w:r>
        <w:t>آج جو لوگ ہیں، کیا وہ صحابہ ہیں؟ یہ تو بہت بعد کی generation ہیں جو degenerate ہو چکے ہیں، زوال کے دور میں آ چکے ہیں۔</w:t>
      </w:r>
    </w:p>
    <w:p>
      <w:r>
        <w:rPr>
          <w:b/>
        </w:rPr>
        <w:t xml:space="preserve">[1:16:13] </w:t>
      </w:r>
      <w:r>
        <w:t>to is ko aap is se kaise compare karenge?</w:t>
      </w:r>
    </w:p>
    <w:p>
      <w:pPr>
        <w:jc w:val="right"/>
      </w:pPr>
      <w:r>
        <w:t>تو اس کو آپ اس سے کیسے compare کریں گے؟</w:t>
      </w:r>
    </w:p>
    <w:p>
      <w:r>
        <w:rPr>
          <w:b/>
        </w:rPr>
        <w:t xml:space="preserve">[1:16:16] </w:t>
      </w:r>
      <w:r>
        <w:t>ab to aap ko ummat ko revive karna hai. jab tak revive na na karen to is ke andar woh sifat nahi aa sakti hain. to us waqt hum jis daur mein hain, woh revival of ummat ka daur hai.</w:t>
      </w:r>
    </w:p>
    <w:p>
      <w:pPr>
        <w:jc w:val="right"/>
      </w:pPr>
      <w:r>
        <w:t>اب تو آپ کو امت کو revive کرنا ہے۔ جب تک revive نہ نہ کریں تو اس کے اندر وہ صفات نہیں آ سکتی ہیں۔ تو اس وقت ہم جس دور میں ہیں، وہ revival of امت کا دور ہے۔</w:t>
      </w:r>
    </w:p>
    <w:p>
      <w:r>
        <w:rPr>
          <w:b/>
        </w:rPr>
        <w:t xml:space="preserve">[1:16:33] </w:t>
      </w:r>
      <w:r>
        <w:t>aur woh revival of ummat jo hoga, woh bohat hi bohat hi sanjeeda amal se hoga. jalsa o jaloos se nahi ho sakta. log jalsa o jaloos karte hain to is se kuch nahi hone wala.</w:t>
      </w:r>
    </w:p>
    <w:p>
      <w:pPr>
        <w:jc w:val="right"/>
      </w:pPr>
      <w:r>
        <w:t>اور وہ revival of امت جو ہوگا، وہ بہت ہی بہت ہی سنجیدہ عمل سے ہوگا۔ جلسہ و جلوس سے نہیں ہو سکتا۔ لوگ جلسہ و جلوس کرتے ہیں تو اس سے کچھ نہیں ہونے والا۔</w:t>
      </w:r>
    </w:p>
    <w:p>
      <w:r>
        <w:rPr>
          <w:b/>
        </w:rPr>
        <w:t xml:space="preserve">[1:16:45] </w:t>
      </w:r>
      <w:r>
        <w:t>bheer bhaad se kuch nahi hone wala. It requires a very very serious effort.</w:t>
      </w:r>
    </w:p>
    <w:p>
      <w:pPr>
        <w:jc w:val="right"/>
      </w:pPr>
      <w:r>
        <w:t>بھیڑ بھاڑ سے کچھ نہیں ہونے والا۔ It requires a very very serious effort.</w:t>
      </w:r>
    </w:p>
    <w:p>
      <w:r>
        <w:rPr>
          <w:b/>
        </w:rPr>
        <w:t xml:space="preserve">[1:16:56] </w:t>
      </w:r>
      <w:r>
        <w:t>Maulana, agla sawal Delhi se kya hai Miss Sati Malhotra ne, aur unhon ne likha hai: "Moulana, when we say that we are not getting response from God, is it that the relationship could be unilateral and therefore one needs to discover the bilateral relation with God?</w:t>
      </w:r>
    </w:p>
    <w:p>
      <w:pPr>
        <w:jc w:val="right"/>
      </w:pPr>
      <w:r>
        <w:t>مولانا، اگلا سوال دلی سے کیا ہے مس ستی ملحوترا نے، اور انہوں نے لکھا ہے: "Moulana, when we say that we are not getting response from God, is it that the relationship could be unilateral and therefore one needs to discover the bilateral relation with God?</w:t>
      </w:r>
    </w:p>
    <w:p>
      <w:r>
        <w:rPr>
          <w:b/>
        </w:rPr>
        <w:t xml:space="preserve">[1:17:17] </w:t>
      </w:r>
      <w:r>
        <w:t>What is your advice?" haan, sahi hai, sahi hai.</w:t>
      </w:r>
    </w:p>
    <w:p>
      <w:pPr>
        <w:jc w:val="right"/>
      </w:pPr>
      <w:r>
        <w:t>What is your advice?" ہاں، صحیح ہے، صحیح ہے۔</w:t>
      </w:r>
    </w:p>
    <w:p>
      <w:r>
        <w:rPr>
          <w:b/>
        </w:rPr>
        <w:t xml:space="preserve">[1:17:21] </w:t>
      </w:r>
      <w:r>
        <w:t>aadmi ko sochna chahiye. aadmi ko introspection karna chahiye.</w:t>
      </w:r>
    </w:p>
    <w:p>
      <w:pPr>
        <w:jc w:val="right"/>
      </w:pPr>
      <w:r>
        <w:t>آدمی کو سوچنا چاہیے۔ آدمی کو introspection کرنا چاہیے۔</w:t>
      </w:r>
    </w:p>
    <w:p>
      <w:r>
        <w:rPr>
          <w:b/>
        </w:rPr>
        <w:t xml:space="preserve">[1:17:31] </w:t>
      </w:r>
      <w:r>
        <w:t>bilkul sahi baat hai. Maulana, agla sawal Bhopal se hai Javed sahib ka, aur unhon ne aap se poocha hai ke "Moulana, how can we make death a lesson for all of us</w:t>
      </w:r>
    </w:p>
    <w:p>
      <w:pPr>
        <w:jc w:val="right"/>
      </w:pPr>
      <w:r>
        <w:t>بالکل صحیح بات ہے۔ مولانا، اگلا سوال بھوپال سے ہے جاوید صاحب کا، اور انہوں نے آپ سے پوچھا ہے کہ "Moulana, how can we make death a lesson for all of us</w:t>
      </w:r>
    </w:p>
    <w:p>
      <w:r>
        <w:rPr>
          <w:b/>
        </w:rPr>
        <w:t xml:space="preserve">[1:17:46] </w:t>
      </w:r>
      <w:r>
        <w:t>? Is there any hadith or verse which can become our guiding principle?" kisi ke bare mein? "Death. How can death become a lesson for all of us?" to woh janna chahte hain ke hadith ya quran mein koi...</w:t>
      </w:r>
    </w:p>
    <w:p>
      <w:pPr>
        <w:jc w:val="right"/>
      </w:pPr>
      <w:r>
        <w:t>? Is there any hadith or verse which can become our guiding principle?" کسی کے بارے میں؟ "Death. How can death become a lesson for all of us?" تو وہ جاننا چاہتے ہیں کہ حدیث یا قرآن میں کوئی۔۔۔</w:t>
      </w:r>
    </w:p>
    <w:p>
      <w:r>
        <w:rPr>
          <w:b/>
        </w:rPr>
        <w:t xml:space="preserve">[1:18:00] </w:t>
      </w:r>
      <w:r>
        <w:t>sara bhara hua hai hadith quran mein koi ek kya? maut aur akhirat yeh to sab se bara subject hai quran o hadith ka.</w:t>
      </w:r>
    </w:p>
    <w:p>
      <w:pPr>
        <w:jc w:val="right"/>
      </w:pPr>
      <w:r>
        <w:t>سارا بھرا ہوا ہے حدیث قرآن میں کوئی ایک کیا؟ موت اور آخرت یہ تو سب سے بڑا subject ہے قرآن و حدیث کا۔</w:t>
      </w:r>
    </w:p>
    <w:p>
      <w:r>
        <w:rPr>
          <w:b/>
        </w:rPr>
        <w:t xml:space="preserve">[1:18:12] </w:t>
      </w:r>
      <w:r>
        <w:t>yeh yeh yeh yehi cheez to is ka yani sab se ahem mozu hai. koi ek cheez ki zaroorat nahi hai.</w:t>
      </w:r>
    </w:p>
    <w:p>
      <w:pPr>
        <w:jc w:val="right"/>
      </w:pPr>
      <w:r>
        <w:t>یہ یہ یہ یہی چیز تو اس کا یعنی سب سے اہم موضوع ہے۔ کوئی ایک چیز کی ضرورت نہیں ہے۔</w:t>
      </w:r>
    </w:p>
    <w:p>
      <w:r>
        <w:rPr>
          <w:b/>
        </w:rPr>
        <w:t xml:space="preserve">[1:18:23] </w:t>
      </w:r>
      <w:r>
        <w:t>sara quran bhara hua hai maut se, akhirat se. aur Allah se daro, warna pakre jaoge in baaton se.</w:t>
      </w:r>
    </w:p>
    <w:p>
      <w:pPr>
        <w:jc w:val="right"/>
      </w:pPr>
      <w:r>
        <w:t>سارا قرآن بھرا ہوا ہے موت سے، آخرت سے۔ اور اللہ سے ڈرو، ورنہ پکڑ جاؤ گے ان باتوں سے۔</w:t>
      </w:r>
    </w:p>
    <w:p>
      <w:r>
        <w:rPr>
          <w:b/>
        </w:rPr>
        <w:t xml:space="preserve">[1:18:32] </w:t>
      </w:r>
      <w:r>
        <w:t>to musalman to parhte hain bas aur sawab ke liye quran ko. Study kaun karta hai quran ka? agar</w:t>
      </w:r>
    </w:p>
    <w:p>
      <w:pPr>
        <w:jc w:val="right"/>
      </w:pPr>
      <w:r>
        <w:t>تو مسلمان تو پڑھتے ہیں بس اور ثواب کے لیے قرآن کو۔ Study کون کرتا ہے قرآن کا؟ اگر</w:t>
      </w:r>
    </w:p>
    <w:p>
      <w:r>
        <w:rPr>
          <w:b/>
        </w:rPr>
        <w:t xml:space="preserve">[1:18:40] </w:t>
      </w:r>
      <w:r>
        <w:t>musalman study ki taraf parhen is se guidance lene ke liye to sara quran bhara hua hai is se.</w:t>
      </w:r>
    </w:p>
    <w:p>
      <w:pPr>
        <w:jc w:val="right"/>
      </w:pPr>
      <w:r>
        <w:t>مسلمان study کی طرف پڑھیں اس سے guidance لینے کے لیے تو سارا قرآن بھرا ہوا ہے اس سے۔</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