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Lessons from The Quran | December 24, 2005 | Maulana Wahiduddin Khan</w:t>
      </w:r>
    </w:p>
    <w:p>
      <w:r>
        <w:t>https://www.youtube.com/watch?v=1YOgdBErTfE</w:t>
      </w:r>
    </w:p>
    <w:p>
      <w:r>
        <w:rPr>
          <w:b/>
        </w:rPr>
        <w:t xml:space="preserve">[00:14] </w:t>
      </w:r>
      <w:r>
        <w:t>bismillah rahman rahim, wasalli allah ala nabiyil karim. rab ishrah li sadri, wa yassir li amri, wah lul uqdatan min lisani yafqahu qawli. aaj mujh ko quran ke bare mein kuch kehna hai.</w:t>
      </w:r>
    </w:p>
    <w:p>
      <w:pPr>
        <w:jc w:val="right"/>
      </w:pPr>
      <w:r>
        <w:t>بسم اللہ الرحمن الرحیم، وصلی اللہ علی النبی الکریم۔ رب اشرح لی صدری، ویسر لی امری، واحل العقدۃ من لسانی یفقہ قولی۔ آج مجھ کو قرآن کے بارے میں کچھ کہنا ہے۔</w:t>
      </w:r>
    </w:p>
    <w:p>
      <w:r>
        <w:rPr>
          <w:b/>
        </w:rPr>
        <w:t xml:space="preserve">[00:44] </w:t>
      </w:r>
      <w:r>
        <w:t>aap jante hain ke quran mazhab e islam ki muqaddas kitab hai, islam ki buniyad quran ke upar qaim hai. quran ke bare mein bohat kuch likha gaya hai, muslim ulama ne bhi likha hai aur secular sk</w:t>
      </w:r>
    </w:p>
    <w:p>
      <w:pPr>
        <w:jc w:val="right"/>
      </w:pPr>
      <w:r>
        <w:t>آپ جانتے ہیں کہ قرآن مذہبِ اسلام کی مقدس کتاب ہے، اسلام کی بنیاد قرآن کے اوپر قائم ہے۔ قرآن کے بارے میں بہت کچھ لکھا گیا ہے، مسلم علماء نے بھی لکھا ہے اور سیکولر اسک</w:t>
      </w:r>
    </w:p>
    <w:p>
      <w:r>
        <w:rPr>
          <w:b/>
        </w:rPr>
        <w:t xml:space="preserve">[01:14] </w:t>
      </w:r>
      <w:r>
        <w:t>alars ne bhi kafi likha hai. ek baat jis par tamam scholars ka aur tamam historians ka ittefaq hai woh yeh ke quran aaj bhi isi tarah mehfooz hai, isi tarah preserve hai, jaisa ke woh awwal din saatvi sadi isvi mein tha.</w:t>
      </w:r>
    </w:p>
    <w:p>
      <w:pPr>
        <w:jc w:val="right"/>
      </w:pPr>
      <w:r>
        <w:t>الرز نے بھی کافی لکھا ہے۔ ایک بات جس پر تمام اسکالرز کا اور تمام ہسٹورینز کا اتفاق ہے وہ یہ کہ قرآن آج بھی اسی طرح محفوظ ہے، اسی طرح پریزرو ہے، جیسا کہ وہ اول دن ساتویں صدی عیسوی میں تھا۔</w:t>
      </w:r>
    </w:p>
    <w:p>
      <w:r>
        <w:rPr>
          <w:b/>
        </w:rPr>
        <w:t xml:space="preserve">[01:46] </w:t>
      </w:r>
      <w:r>
        <w:t>is silsile mein logon ne bohat khul kar acknowledge kiya hai. us waqt mein ek angrez historian, sir william muir, ka ek jumla naqal karun ga. un ki ek kitab hai jis ka naam hai "life of p</w:t>
      </w:r>
    </w:p>
    <w:p>
      <w:pPr>
        <w:jc w:val="right"/>
      </w:pPr>
      <w:r>
        <w:t>اس سلسلے میں لوگوں نے بہت کھل کر اکنالج کیا ہے۔ اس وقت میں ایک انگریز ہسٹورین، سر ولیم میور، کا ایک جملہ نقل کروں گا۔ ان کی ایک کتاب ہے جس کا نام ہے "لائف آف پ</w:t>
      </w:r>
    </w:p>
    <w:p>
      <w:r>
        <w:rPr>
          <w:b/>
        </w:rPr>
        <w:t xml:space="preserve">[02:16] </w:t>
      </w:r>
      <w:r>
        <w:t>rophet muhammad". yeh kitab 200 saal pehle likhi gayi thi. is mein unhone quran ka zikr karte hue likha hai ke "is mein koi shaq nahi ke quran aaj bhi isi tarah mehfooz hai jis tarah woh awwal din tha". "there is no</w:t>
      </w:r>
    </w:p>
    <w:p>
      <w:pPr>
        <w:jc w:val="right"/>
      </w:pPr>
      <w:r>
        <w:t>رافٹ محمد"۔ یہ کتاب 200 سال پہلے لکھی گئی تھی۔ اس میں انہوں نے قرآن کا ذکر کرتے ہوئے لکھا ہے کہ "اس میں کوئی شک نہیں کہ قرآن آج بھی اسی طرح محفوظ ہے جس طرح وہ اول دن تھا"۔ "There is no</w:t>
      </w:r>
    </w:p>
    <w:p>
      <w:r>
        <w:rPr>
          <w:b/>
        </w:rPr>
        <w:t xml:space="preserve">[02:46] </w:t>
      </w:r>
      <w:r>
        <w:t>other book in the world which has remained with so pure a text for 14 centuries." yeh ek miraculous exception hai. quran ke sath yeh ek moajzaati istisna, miraculous exception hai</w:t>
      </w:r>
    </w:p>
    <w:p>
      <w:pPr>
        <w:jc w:val="right"/>
      </w:pPr>
      <w:r>
        <w:t>other book in the world which has remained with so pure a text for 14 centuries." یہ ایک میریکولس ایکسیپشن ہے۔ قرآن کے ساتھ یہ ایک معجزاتی استثنا، میریکولس ایکسیپشن ہے</w:t>
      </w:r>
    </w:p>
    <w:p>
      <w:r>
        <w:rPr>
          <w:b/>
        </w:rPr>
        <w:t xml:space="preserve">[03:18] </w:t>
      </w:r>
      <w:r>
        <w:t>ke woh 1400 saal beetne ke bawajood waise hi ke waise hi aaj bhi dunya mein maujood hai. yeh quran ka yeh aspect logon ko bohat zyada attract karta hai, aur woh bohat zyada mutala karte hain, samajhne ke liye quran ko. abhi haal mein 2004 mein</w:t>
      </w:r>
    </w:p>
    <w:p>
      <w:pPr>
        <w:jc w:val="right"/>
      </w:pPr>
      <w:r>
        <w:t>کہ وہ 1400 سال بیتنے کے باوجود ویسے ہی کے ویسے ہی آج بھی دنیا میں موجود ہے۔ یہ قرآن کا یہ اسپیکٹ لوگوں کو بہت زیادہ اٹریکٹ کرتا ہے، اور وہ بہت زیادہ مطالعہ کرتے ہیں، سمجھنے کے لیے قرآن کو۔ ابھی حال میں 2004 میں</w:t>
      </w:r>
    </w:p>
    <w:p>
      <w:r>
        <w:rPr>
          <w:b/>
        </w:rPr>
        <w:t xml:space="preserve">[03:49] </w:t>
      </w:r>
      <w:r>
        <w:t>ek kitab chhapi hai, professor daniel brown ki. is ka naam hai "a new introduction". is kitab ka aghaz yahin se karte hain, woh is sentence se, yahin se un ki kitab shuru hoti hai ke "the quran is</w:t>
      </w:r>
    </w:p>
    <w:p>
      <w:pPr>
        <w:jc w:val="right"/>
      </w:pPr>
      <w:r>
        <w:t>ایک کتاب چھپی ہے، پروفیسر ڈینیل براؤن کی۔ اس کا نام ہے "ا نیو انٹروڈکشن"۔ اس کتاب کا آغاز یہیں سے کرتے ہیں، وہ اس سنٹنس سے، یہیں سے ان کی کتاب شروع ہوتی ہے کہ "The Quran is</w:t>
      </w:r>
    </w:p>
    <w:p>
      <w:r>
        <w:rPr>
          <w:b/>
        </w:rPr>
        <w:t xml:space="preserve">[04:22] </w:t>
      </w:r>
      <w:r>
        <w:t>no ordinary book." quran koi mamooli kitab nahi hai, woh ek ghair mamooli kitab hai. yeh jo bhi shakhs quran ko padhega, woh is baat ko manega ke quran ek different type ki kitab hai, alag dhang ki kitab, har lehaz se.</w:t>
      </w:r>
    </w:p>
    <w:p>
      <w:pPr>
        <w:jc w:val="right"/>
      </w:pPr>
      <w:r>
        <w:t>no ordinary book." قرآن کوئی معمولی کتاب نہیں ہے، وہ ایک غیر معمولی کتاب ہے۔ یہ جو بھی شخص قرآن کو پڑھے گا، وہ اس بات کو مانے گا کہ قرآن ایک ڈفرنٹ ٹائپ کی کتاب ہے، الگ ڈھنگ کی کتاب، ہر لحاظ سے۔</w:t>
      </w:r>
    </w:p>
    <w:p>
      <w:r>
        <w:rPr>
          <w:b/>
        </w:rPr>
        <w:t xml:space="preserve">[04:55] </w:t>
      </w:r>
      <w:r>
        <w:t>aur yeh is ka jo difference hai, yeh is ki bohat bari sifat hai. jaisa kaha gaya hai ke "different is beautiful." yeh bohat hi ahem baat hai sochne ki ke itna different kyun hai kitabon se. misaal ke taur par main apne bare mein kahun ke jab maine quran ko padha to ek baat mujhe bohat zyada strike kiya, ek baat</w:t>
      </w:r>
    </w:p>
    <w:p>
      <w:pPr>
        <w:jc w:val="right"/>
      </w:pPr>
      <w:r>
        <w:t>اور یہ اس کا جو ڈفرنس ہے، یہ اس کی بہت بڑی صفت ہے۔ جیسا کہا گیا ہے کہ "Different is beautiful." یہ بہت ہی اہم بات ہے سوچنے کی کہ اتنا ڈفرنٹ کیوں ہے کتابوں سے۔ مثلاً میں اپنے بارے میں کہوں کہ جب میں نے قرآن کو پڑھا تو ایک بات مجھے بہت زیادہ اسٹرائیک کیا، ایک بات</w:t>
      </w:r>
    </w:p>
    <w:p>
      <w:r>
        <w:rPr>
          <w:b/>
        </w:rPr>
        <w:t xml:space="preserve">[05:25] </w:t>
      </w:r>
      <w:r>
        <w:t>ne mujhe ke maine arabi zaban padhi thi, arabi zaban ko main samajhta tha. to maine jab padha quran ko aur hadith ko, yani quran woh kitab hai jis ko peghambar ne yeh keh kar pesh kiya ke yeh un ke paas khuda ki taraf se aayi hai. aur hadith woh</w:t>
      </w:r>
    </w:p>
    <w:p>
      <w:pPr>
        <w:jc w:val="right"/>
      </w:pPr>
      <w:r>
        <w:t>نے مجھے کہ میں نے عربی زبان پڑھی تھی، عربی زبان کو میں سمجھتا تھا۔ تو میں نے جب پڑھا قرآن کو اور حدیث کو، یعنی قرآن وہ کتاب ہے جس کو پیغمبر نے یہ کہہ کر پیش کیا کہ یہ ان کے پاس خدا کی طرف سے آئی ہے۔ اور حدیث وہ</w:t>
      </w:r>
    </w:p>
    <w:p>
      <w:r>
        <w:rPr>
          <w:b/>
        </w:rPr>
        <w:t xml:space="preserve">[05:55] </w:t>
      </w:r>
      <w:r>
        <w:t>cheez hai jis ko peghambar ne khud, jo peghambar ke apne kalam par mushtamil hai, yani peghambar ke apne kalam ko hum hadith kehte hain, aur khuda ka jo kalam unhone pesh kiya, us ko hum quran kehte hain. to dono ki zaban mein hairat nak had tak bohat farq hai. koi bhi shakhs shayad is par qadir nahi hai</w:t>
      </w:r>
    </w:p>
    <w:p>
      <w:pPr>
        <w:jc w:val="right"/>
      </w:pPr>
      <w:r>
        <w:t>چیز ہے جس کو پیغمبر نے خود، جو پیغمبر کے اپنے کلام پر مشتمل ہے، یعنی پیغمبر کے اپنے کلام کو ہم حدیث کہتے ہیں، اور خدا کا جو کلام انہوں نے پیش کیا، اس کو ہم قرآن کہتے ہیں۔ تو دونوں کی زبان میں حیرت ناک حد تک بہت فرق ہے۔ کوئی بھی شخص شاید اس پر قادر نہیں ہے</w:t>
      </w:r>
    </w:p>
    <w:p>
      <w:r>
        <w:rPr>
          <w:b/>
        </w:rPr>
        <w:t xml:space="preserve">[06:26] </w:t>
      </w:r>
      <w:r>
        <w:t>ke woh ba waqt do dhang ki zaban likhe. to peghambar ki apni zaban jo hai, woh un ki apni zaban hai, lekin quran jo hai, woh bilkul doosre, is ka style, is ka content, is ki language, har cheez alag hai bilkul. yeh cheez bohat strike karti hai. maine kam az kam apne bare mein keh sakta hoon ke jab maine yeh dekha to yahi baat mere liye kafi ho gayi ke main manun ke quran khuda ki</w:t>
      </w:r>
    </w:p>
    <w:p>
      <w:pPr>
        <w:jc w:val="right"/>
      </w:pPr>
      <w:r>
        <w:t>کہ وہ بیک وقت دو ڈھنگ کی زبان لکھے۔ تو پیغمبر کی اپنی زبان جو ہے، وہ ان کی اپنی زبان ہے، لیکن قرآن جو ہے، وہ بالکل دوسرے، اس کا اسٹائل، اس کا کنٹینٹ، اس کی لینگویج، ہر چیز الگ ہے بالکل۔ یہ چیز بہت اسٹرائیک کرتی ہے۔ میں نے کم از کم اپنے بارے میں کہہ سکتا ہوں کہ جب میں نے یہ دیکھا تو یہی بات میرے لیے کافی ہو گئی کہ میں مانوں کہ قرآن خدا کی</w:t>
      </w:r>
    </w:p>
    <w:p>
      <w:r>
        <w:rPr>
          <w:b/>
        </w:rPr>
        <w:t xml:space="preserve">[06:56] </w:t>
      </w:r>
      <w:r>
        <w:t>kitab hai. agar woh quran, agar woh khud peghambar ki banayi hui kitab hoti to quran ki zaban bhi wahi hoti jo ke peghambar ki apni zaban hai. hadithon mein koi bhi shakhs jo arabi zaban janta ho aur samajhta ho, woh kisi bhi waqt is haqeeqat ko jaanch sakta hai ke peghambar ki zaban apni jo hai, woh bal</w:t>
      </w:r>
    </w:p>
    <w:p>
      <w:pPr>
        <w:jc w:val="right"/>
      </w:pPr>
      <w:r>
        <w:t>کتاب ہے۔ اگر وہ قرآن، اگر وہ خود پیغمبر کی بنائی ہوئی کتاب ہوتی تو قرآن کی زبان بھی وہی ہوتی جو کہ پیغمبر کی اپنی زبان ہے۔ حدیثوں میں کوئی بھی شخص جو عربی زبان جانتا ہو اور سمجھتا ہو، وہ کسی بھی وقت اس حقیقت کو جانچ سکتا ہے کہ پیغمبر کی زبان اپنی جو ہے، وہ بال</w:t>
      </w:r>
    </w:p>
    <w:p>
      <w:r>
        <w:rPr>
          <w:b/>
        </w:rPr>
        <w:t xml:space="preserve">[07:26] </w:t>
      </w:r>
      <w:r>
        <w:t>kal alag hai aur quran ki zaban jo hai, bilkul alag hai. halanke dono hi arabi zaban mein hain. quran ka kalam aur peghambar ka kalam dono ek hi arabi zaban mein hain, lekin ek dam difference ho jata hai, ek dam alag ho jati hai zaban dono ki. to yeh jo farq hai, yeh farq padhne wale ko bohat zyada</w:t>
      </w:r>
    </w:p>
    <w:p>
      <w:pPr>
        <w:jc w:val="right"/>
      </w:pPr>
      <w:r>
        <w:t>کل الگ ہے اور قرآن کی زبان جو ہے، بالکل الگ ہے۔ حالانکہ دونوں ہی عربی زبان میں ہیں۔ قرآن کا کلام اور پیغمبر کا کلام دونوں ایک ہی عربی زبان میں ہیں، لیکن ایک دم ڈفرنس ہو جاتا ہے، ایک دم الگ ہو جاتی ہے زبان دونوں کی۔ تو یہ جو فرق ہے، یہ فرق پڑھنے والے کو بہت زیادہ</w:t>
      </w:r>
    </w:p>
    <w:p>
      <w:r>
        <w:rPr>
          <w:b/>
        </w:rPr>
        <w:t xml:space="preserve">[07:56] </w:t>
      </w:r>
      <w:r>
        <w:t>strike karta hai. aur kam az kam apne bare mein main keh sakta hoon ke yahi farq mere liye yeh yaqeen karne ke liye kafi ho gaya ke quran peghambar ka apna kalam nahi hai, balke woh khuda ka kalam hai. phir yeh farq saada farq nahi hai, yeh farq saada farq nahi hai. yeh farq is sense mein hai</w:t>
      </w:r>
    </w:p>
    <w:p>
      <w:pPr>
        <w:jc w:val="right"/>
      </w:pPr>
      <w:r>
        <w:t>اسٹرائیک کرتا ہے۔ اور کم از کم اپنے بارے میں میں کہہ سکتا ہوں کہ یہی فرق میرے لیے یہ یقین کرنے کے لیے کافی ہو گیا کہ قرآن پیغمبر کا اپنا کلام نہیں ہے، بلکہ وہ خدا کا کلام ہے۔ پھر یہ فرق سادہ فرق نہیں ہے، یہ فرق سادہ فرق نہیں ہے۔ یہ فرق اس سینس میں ہے</w:t>
      </w:r>
    </w:p>
    <w:p>
      <w:r>
        <w:rPr>
          <w:b/>
        </w:rPr>
        <w:t xml:space="preserve">[08:27] </w:t>
      </w:r>
      <w:r>
        <w:t>ke quran ki zaban mein ek ajib o gharib qism ki glory hai, ek ajib shahana andaaz hai, ek ajib bartar andaaz hai, ek aisa andaaz jis ko abhi tak koi imitate na kar saka. bohat se logon ne koshish ki ke quran jaisi arabi likhen ya quran jaisi zaban mein koi kitab tayyar karen, magar woh is mein kamyab na ho sake. yeh farq saada tor par farq nahi hai, balke woh</w:t>
      </w:r>
    </w:p>
    <w:p>
      <w:pPr>
        <w:jc w:val="right"/>
      </w:pPr>
      <w:r>
        <w:t>کہ قرآن کی زبان میں ایک عجیب و غریب قسم کی گلوری ہے، ایک عجیب شاہانہ انداز ہے، ایک عجیب برتر انداز ہے، ایک ایسا انداز جس کو ابھی تک کوئی ایمیٹیٹ نہ کر سکا۔ بہت سے لوگوں نے کوشش کی کہ قرآن جیسی عربی لکھیں یا قرآن جیسی زبان میں کوئی کتاب تیار کریں، مگر وہ اس میں کامیاب نہ ہو سکے۔ یہ فرق سادہ طور پر فرق نہیں ہے، بلکہ وہ</w:t>
      </w:r>
    </w:p>
    <w:p>
      <w:r>
        <w:rPr>
          <w:b/>
        </w:rPr>
        <w:t xml:space="preserve">[08:57] </w:t>
      </w:r>
      <w:r>
        <w:t>bohat hi zyada bada farq hai. quran mein jo shahana andaaz hai, jo aala usloob hai, woh na peghambar ke apne kalam mein hai aur na kisi doosri arabi zaban ki kisi kitab mein. yeh cheez bohat zyada mutasir karti hai. misaal ke taur par ek angrez the,</w:t>
      </w:r>
    </w:p>
    <w:p>
      <w:pPr>
        <w:jc w:val="right"/>
      </w:pPr>
      <w:r>
        <w:t>بہت ہی زیادہ بڑا فرق ہے۔ قرآن میں جو شاہانہ انداز ہے، جو اعلیٰ اسلوب ہے، وہ نہ پیغمبر کے اپنے کلام میں ہے اور نہ کسی دوسری عربی زبان کی کسی کتاب میں۔ یہ چیز بہت زیادہ متاثر کرتی ہے۔ مثال کے طور پر ایک انگریز تھے،</w:t>
      </w:r>
    </w:p>
    <w:p>
      <w:r>
        <w:rPr>
          <w:b/>
        </w:rPr>
        <w:t xml:space="preserve">[09:28] </w:t>
      </w:r>
      <w:r>
        <w:t>un ka naam tha aubrey, woh morocco gaye. to morocco mein woh ek hotel mein thehre hue the. wahan un ke room ke qareeb mein ek arab thehra hua tha. to us arab ne tape recorder par ek tape bajaya.</w:t>
      </w:r>
    </w:p>
    <w:p>
      <w:pPr>
        <w:jc w:val="right"/>
      </w:pPr>
      <w:r>
        <w:t>ان کا نام تھا اربری، وہ مراکو گئے۔ تو مراکو میں وہ ایک ہوٹل میں ٹھہرے ہوئے تھے۔ وہاں ان کے روم کے قریب میں ایک عرب ٹھہرا ہوا تھا۔ تو اس عرب نے ٹیپ ریکارڈر پر ایک ٹیپ بجایا۔</w:t>
      </w:r>
    </w:p>
    <w:p>
      <w:r>
        <w:rPr>
          <w:b/>
        </w:rPr>
        <w:t xml:space="preserve">[09:59] </w:t>
      </w:r>
      <w:r>
        <w:t>yeh aubrey ne suna. yeh arabi zaban mein tape tha aur woh quran ki tilawat thi. koi acha qari quran ke alfaaz ko padh raha tha. to yeh quran ki tilawat ka tape tha. to sirf un ka jo sound art tha, us awaz ka, us se aubrey itna mutasir hue ke woh is ki tehqeeq mein lag gaye.</w:t>
      </w:r>
    </w:p>
    <w:p>
      <w:pPr>
        <w:jc w:val="right"/>
      </w:pPr>
      <w:r>
        <w:t>یہ اربری نے سنا۔ یہ عربی زبان میں ٹیپ تھا اور وہ قرآن کی تلاوت تھی۔ کوئی اچھا قاری قرآن کے الفاظ کو پڑھ رہا تھا۔ تو یہ قرآن کی تلاوت کا ٹیپ تھا۔ تو صرف ان کا جو ساؤنڈ آرٹ تھا، اس آواز کا، اس سے اربری اتنا متاثر ہوئے کہ وہ اس کی تحقیق میں لگ گئے۔</w:t>
      </w:r>
    </w:p>
    <w:p>
      <w:r>
        <w:rPr>
          <w:b/>
        </w:rPr>
        <w:t xml:space="preserve">[10:30] </w:t>
      </w:r>
      <w:r>
        <w:t>pehlay pata kiya, unhon ne maloom hua ke yeh quran ka tape hai jo arabi zaban mein hai. phir arbari ne misr ka safar kiya. misr mein ja kar unhon ne arabi zaban seekhi aur phir quran ko direct arabi zaban mein parha, yahan tak ke woh quran ke momin ban gaye. to zaban ka jo art hai, jo sound art hai quran mein, woh herat angez tor par insan ko mutasir karta hai.</w:t>
      </w:r>
    </w:p>
    <w:p>
      <w:pPr>
        <w:jc w:val="right"/>
      </w:pPr>
      <w:r>
        <w:t>پہلے پتہ کیا، انہوں نے معلوم ہوا کہ یہ قرآن کا ٹیپ ہے جو عربی زبان میں ہے۔ پھر اربری نے مصر کا سفر کیا۔ مصر میں جا کر انہوں نے عربی زبان سیکھی اور پھر قرآن کو ڈائریکٹ عربی زبان میں پڑھا، یہاں تک کہ وہ قرآن کے مومن بن گئے۔ تو زبان کا جو آرٹ ہے، جو ساؤنڈ آرٹ ہے قرآن میں، وہ حیرت انگیز طور پر انسان کو متاثر کرتا ہے۔</w:t>
      </w:r>
    </w:p>
    <w:p>
      <w:r>
        <w:rPr>
          <w:b/>
        </w:rPr>
        <w:t xml:space="preserve">[11:02] </w:t>
      </w:r>
      <w:r>
        <w:t>bohat se log hain history mein jo sirf quran ko sun kar ya parh kar is ke momin ban gaye. ostria ke aik sahib thay jo jewish family mein paida hue, leopold un ka naam tha. baad ko unhon ne islam qabool kar liya, un ka naam muhammad asad rakha gaya. un ki bohat si kitabein hain. to second world war ke zamanay mein woh aik akhbar</w:t>
      </w:r>
    </w:p>
    <w:p>
      <w:pPr>
        <w:jc w:val="right"/>
      </w:pPr>
      <w:r>
        <w:t>بہت سے لوگ ہیں ہسٹری میں جو صرف قرآن کو سن کر یا پڑھ کر اس کے مومن بن گئے۔ اسٹریا کے ایک صاحب تھے جو جیوش فیملی میں پیدا ہوئے، لیوپولڈ ان کا نام تھا۔ بعد کو انہوں نے اسلام قبول کر لیا، ان کا نام محمد اسد رکھا گیا۔ ان کی بہت سی کتابیں ہیں۔ تو سیکنڈ ورلڈ وار کے زمانے میں وہ ایک اخبار</w:t>
      </w:r>
    </w:p>
    <w:p>
      <w:r>
        <w:rPr>
          <w:b/>
        </w:rPr>
        <w:t xml:space="preserve">[11:32] </w:t>
      </w:r>
      <w:r>
        <w:t>ke numainda thay, aik european akhbar ke. to akhbar ke reporter ke tor par woh second world war mein arab gaye. woh batatay hain ke aik bar mein train se safar kar raha tha to mere pas quran ki aik kitab thi, quran ka aik nuskhah tha, to us ko parhnay laga mein. to unhon ne yeh surah parhi is mein ke alhaq wal</w:t>
      </w:r>
    </w:p>
    <w:p>
      <w:pPr>
        <w:jc w:val="right"/>
      </w:pPr>
      <w:r>
        <w:t>کے نمائندہ تھے، ایک یورپین اخبار کے۔ تو اخبار کے رپورٹر کے طور پر وہ سیکنڈ ورلڈ وار میں عرب گئے۔ وہ بتاتے ہیں کہ ایک بار میں ٹرین سے سفر کر رہا تھا تو میرے پاس قرآن کی ایک کتاب تھی، قرآن کا ایک نسخہ تھا، تو اس کو پڑھنے لگا میں۔ تو انہوں نے یہ سورہ پڑھی اس میں کہ الحق والت</w:t>
      </w:r>
    </w:p>
    <w:p>
      <w:r>
        <w:rPr>
          <w:b/>
        </w:rPr>
        <w:t xml:space="preserve">[12:02] </w:t>
      </w:r>
      <w:r>
        <w:t>kauthar hatta al maqabir kalla soufa ta'lamoon thumma kalla soufa ta'lamoon kalla law ta'lamoon 'ilm al yaqeen latraun al jaheem thumma latraunaha 'an al yaqeen thumma las'alunna yawma'idhin 'an al na'eem yeh aik choti si surah hai aur woh quran mein aakhri para yani teesray paray mein aayi hai. is ka tarjuma yeh hai</w:t>
      </w:r>
    </w:p>
    <w:p>
      <w:pPr>
        <w:jc w:val="right"/>
      </w:pPr>
      <w:r>
        <w:t>كاثر حتی المقابر کلا سوف تعلمون ثم كلا سوف تعلمون کلا لو تعلمون علم اليقین لترون الجحیم ثم لترونها عن اليقین ثم لتسالن يومئذ عن النعیم یہ ایک چھوٹی سی سورہ ہے اور وہ قرآن میں آخری پارہ یعنی تیسرے پارے میں آئی ہے۔ اس کا ترجمہ یہ ہے</w:t>
      </w:r>
    </w:p>
    <w:p>
      <w:r>
        <w:rPr>
          <w:b/>
        </w:rPr>
        <w:t xml:space="preserve">[12:32] </w:t>
      </w:r>
      <w:r>
        <w:t>: tum ko maal o dolat ki ziyadati ne dhokay mein rakha, yahan tak ke tum mar kar qabron mein pohanch gaye. hargiz nahin, tum anqareeb jaan logay. hargiz nahin, tum anqareeb jaan logay. kaash tum pehlay hi</w:t>
      </w:r>
    </w:p>
    <w:p>
      <w:pPr>
        <w:jc w:val="right"/>
      </w:pPr>
      <w:r>
        <w:t>: تم کو مال و دولت کی زیادتی نے دھوکے میں رکھا، یہاں تک کہ تم مر کر قبروں میں پہنچ گئے۔ ہرگز نہیں، تم عنقریب جان لو گے۔ ہرگز نہیں، تم عنقریب جان لو گے۔ کاش تم پہلے ہی</w:t>
      </w:r>
    </w:p>
    <w:p>
      <w:r>
        <w:rPr>
          <w:b/>
        </w:rPr>
        <w:t xml:space="preserve">[13:02] </w:t>
      </w:r>
      <w:r>
        <w:t>jaan lo. aur tum se nematon ke baray mein sawal hoga, aur phir har aik ka hisab liya jaye ga. yeh jo surah hai, is ko parh kar leopold asad ko ajeeb aik ajeeb baat zehan mein aayi.</w:t>
      </w:r>
    </w:p>
    <w:p>
      <w:pPr>
        <w:jc w:val="right"/>
      </w:pPr>
      <w:r>
        <w:t>جان لو۔ اور تم سے نعمتوں کے بارے میں سوال ہوگا، اور پھر ہر ایک کا حساب لیا جائے گا۔ یہ جو سورہ ہے، اس کو پڑھ کر لیوپولڈ اسد کو عجیب ایک عجیب بات ذہن میں آئی۔</w:t>
      </w:r>
    </w:p>
    <w:p>
      <w:r>
        <w:rPr>
          <w:b/>
        </w:rPr>
        <w:t xml:space="preserve">[13:33] </w:t>
      </w:r>
      <w:r>
        <w:t>woh yeh ke hum dunya mein subah sham nematon ko istemal karte hain, lekin nematon ko jo denay wala hai, us ko hum acknowledge nahin karte. yani aik hai inaam, aik hai mana, aik hai nematein, aur aik hai nematon ko denay wala.</w:t>
      </w:r>
    </w:p>
    <w:p>
      <w:pPr>
        <w:jc w:val="right"/>
      </w:pPr>
      <w:r>
        <w:t>وہ یہ کہ ہم دنیا میں صبح شام نعمتوں کو استعمال کرتے ہیں، لیکن نعمتوں کو جو دینے والا ہے، اس کو ہم اکنالج نہیں کرتے۔ یعنی ایک ہے انعام، ایک ہے منع، ایک ہے نعمتیں، اور ایک ہے نعمتوں کو دینے والا۔</w:t>
      </w:r>
    </w:p>
    <w:p>
      <w:r>
        <w:rPr>
          <w:b/>
        </w:rPr>
        <w:t xml:space="preserve">[14:05] </w:t>
      </w:r>
      <w:r>
        <w:t>to sari dunya nematon ko istemal kar rahi hai: suraj ki roshni, hawa se oxygen lena, barish, pani, zameen, sari nematein hi nematein hain. to insan har subah, har sham, raat aur din nematon ko istemal karta hai, lekin woh minimum ka etaraf nahin kar</w:t>
      </w:r>
    </w:p>
    <w:p>
      <w:pPr>
        <w:jc w:val="right"/>
      </w:pPr>
      <w:r>
        <w:t>تو ساری دنیا نعمتوں کو استعمال کر رہی ہے: سورج کی روشنی، ہوا سے اکسیجن لینا، بارش، پانی، زمین، ساری نعمتیں ہی نعمتیں ہیں۔ تو انسان ہر صبح، ہر شام، رات اور دن نعمتوں کو استعمال کرتا ہے، لیکن وہ منیمم کا اعتراف نہیں کر</w:t>
      </w:r>
    </w:p>
    <w:p>
      <w:r>
        <w:rPr>
          <w:b/>
        </w:rPr>
        <w:t xml:space="preserve">[14:35] </w:t>
      </w:r>
      <w:r>
        <w:t>ta. woh minimum ko, yani nematon ko denay wala jo hai, us ko acknowledge nahin karta. to yeh ayat, yeh surah bata rahi hai ke yeh situation hamesha baqi nahin rahe gi. aisa nahin hai ke isi tarah se chalta rahe zamanah aur koi pooch na ho. latas'alunna yawma'idhin 'an al na'eem zarur</w:t>
      </w:r>
    </w:p>
    <w:p>
      <w:pPr>
        <w:jc w:val="right"/>
      </w:pPr>
      <w:r>
        <w:t>تا۔ وہ منیمم کو، یعنی نعمتوں کو دینے والا جو ہے، اس کو اکنالج نہیں کرتا۔ تو یہ آیت، یہ سورہ بتا رہی ہے کہ یہ سچویشن ہمیشہ باقی نہیں رہے گی۔ ایسا نہیں ہے کہ اسی طرح سے چلتا رہے زمانہ اور کوئی پوچھ نہ ہو۔ لتصلن يومئذ عن النعیم ضر</w:t>
      </w:r>
    </w:p>
    <w:p>
      <w:r>
        <w:rPr>
          <w:b/>
        </w:rPr>
        <w:t xml:space="preserve">[15:05] </w:t>
      </w:r>
      <w:r>
        <w:t>aik din aanay wala hai jab ke tum se in nematon ke baray mein poocha jaye ga ke tum ne kis right se in nematon ko istemal kiya. aur jab istemal kiya to kya tum ne nematon ka jo denay wala tha, us ko acknowledge kiya, us ka shukr ada kiya, us ka etaraf kiya? yeh jhanjhornay walay alfaaz asad sahib ko bilkul</w:t>
      </w:r>
    </w:p>
    <w:p>
      <w:pPr>
        <w:jc w:val="right"/>
      </w:pPr>
      <w:r>
        <w:t>ور ایک دن آنے والا ہے جب کہ تم سے ان نعمتوں کے بارے میں پوچھا جائے گا کہ تم نے کس رائٹ سے ان نعمتوں کو استعمال کیا۔ اور جب استعمال کیا تو کیا تم نے نعمتوں کا جو دینے والا تھا، اس کو اکنالج کیا، اس کا شکر ادا کیا، اس کا اعتراف کیا؟ یہ جھجوڑنے والے الفاظ اسد صاحب کو بالکل</w:t>
      </w:r>
    </w:p>
    <w:p>
      <w:r>
        <w:rPr>
          <w:b/>
        </w:rPr>
        <w:t xml:space="preserve">[15:36] </w:t>
      </w:r>
      <w:r>
        <w:t>aik nai dunya mein pohancha diya unhon ne. aur us ke baad unhon ne arabi zaban seekhi, quran ko parha, aur unhon ne poore quran ka tarjuma aur commentary likhi. bohat si kitabein islam par likhin, mislan islam aur the crossroads waghera. to yeh aik waqia hai ke quran ka jo usloob hai, woh bohat ziyada jhanjhornay wala hai. yeh aik anokhi</w:t>
      </w:r>
    </w:p>
    <w:p>
      <w:pPr>
        <w:jc w:val="right"/>
      </w:pPr>
      <w:r>
        <w:t>ایک نئی دنیا میں پہنچا دیا انہوں نے۔ اور اس کے بعد انہوں نے عربی زبان سیکھی، قرآن کو پڑھا، اور انہوں نے پورے قرآن کا ترجمہ اور کمنٹری لکھی۔ بہت سی کتابیں اسلام پر لکھیں، مثلاً اسلام اور دی کراس روڈز وغیرہ۔ تو یہ ایک واقعہ ہے کہ قرآن کا جو اسلوب ہے، وہ بہت زیادہ جھجوڑنے والا ہے۔ یہ ایک انوکھ</w:t>
      </w:r>
    </w:p>
    <w:p>
      <w:r>
        <w:rPr>
          <w:b/>
        </w:rPr>
        <w:t xml:space="preserve">[16:06] </w:t>
      </w:r>
      <w:r>
        <w:t>kitab hai, jaisi kitab kisi bhi zaban mein maujood nahin hai. mein khud panch zabanen janta hoon, yani hindi, urdu, farsi, arabi aur angrezi. magar mein keh sakta hoon ke in panch zabanon mein se kisi zaban mein aisi ajeeb o ghareeb kitab maujood nahin hai. isi tarah doosray log jo aur zabanen jantay hain, unhon</w:t>
      </w:r>
    </w:p>
    <w:p>
      <w:pPr>
        <w:jc w:val="right"/>
      </w:pPr>
      <w:r>
        <w:t>ی کتاب ہے، جیسی کتاب کسی بھی زبان میں موجود نہیں ہے۔ میں خود پانچ زبانیں جانتا ہوں، یعنی ہندی، اردو، فارسی، عربی اور انگریزی۔ مگر میں کہہ سکتا ہوں کہ ان پانچ زبانوں میں سے کسی زبان میں ایسی عجیب و غریب کتاب موجود نہیں ہے۔ اسی طرح دوسرے لوگ جو اور زبانیں جانتے ہیں، انہوں</w:t>
      </w:r>
    </w:p>
    <w:p>
      <w:r>
        <w:rPr>
          <w:b/>
        </w:rPr>
        <w:t xml:space="preserve">[16:36] </w:t>
      </w:r>
      <w:r>
        <w:t>ne bhi aisay hi bataya hai ke is type ki kitab aik hi kitab hai dunya mein. to dekhiye, quran ka yeh استثنیٰ, yeh exception apne aap mein is baat ka proof hai ke woh insan ki kitab nahin ho sakti. agar woh insan ki kitab hoti to million million insanon ne kitabein likhin.</w:t>
      </w:r>
    </w:p>
    <w:p>
      <w:pPr>
        <w:jc w:val="right"/>
      </w:pPr>
      <w:r>
        <w:t>نے بھی ایسے ہی بتایا ہے کہ اس ٹائپ کی کتاب ایک ہی کتاب ہے دنیا میں۔ تو دیکھیے، قرآن کا یہ استثنیٰ، یہ ایکسیپشن اپنے آپ میں اس بات کا پروف ہے کہ وہ انسان کی کتاب نہیں ہو سکتی۔ اگر وہ انسان کی کتاب ہوتی تو ملین ملین انسانوں نے کتابیں لکھیں۔</w:t>
      </w:r>
    </w:p>
    <w:p>
      <w:r>
        <w:rPr>
          <w:b/>
        </w:rPr>
        <w:t xml:space="preserve">[17:07] </w:t>
      </w:r>
      <w:r>
        <w:t>koi koi insan aisi kitab ab tak likh chuka hota ya aaj likh dalta. to quran ka jo exceptional, exceptional usloob hai, uska jo miraculous difference hai, poore literature mein, poore insani literature mein, woh apne aap mein aik bohat bara sawal samnay lata hai. aur jab aadmi is sawal par sochta hai to aakhir kar</w:t>
      </w:r>
    </w:p>
    <w:p>
      <w:pPr>
        <w:jc w:val="right"/>
      </w:pPr>
      <w:r>
        <w:t>کوئی کوئی انسان ایسی کتاب اب تک لکھ چکا ہوتا یا آج لکھ ڈالتا۔ تو قرآن کا جو ایکسیپشنل، ایکسیپشنل اسلوب ہے، اس کا جو میریکولس ڈفرنس ہے، پورے لٹریچر میں، پورے انسانی لٹریچر میں، وہ اپنے آپ میں ایک بہت بڑا سوال سامنے لاتا ہے۔ اور جب آدمی اس سوال پر سوچتا ہے تو آخر کار</w:t>
      </w:r>
    </w:p>
    <w:p>
      <w:r>
        <w:rPr>
          <w:b/>
        </w:rPr>
        <w:t xml:space="preserve">[17:38] </w:t>
      </w:r>
      <w:r>
        <w:t>yahan pohanchta hai ke bilashubah yeh kitab kisi insan ki kitab nahin hai, yeh insanon ke khaliq ki kitab hai. chunancha bohat se log jinhon ne mutala kiya quran ka, unhon ne is ka etaraf kiya. bengal mein aik sahib thay jinka naam tha so saal pehlay, yeh sarojini naidu ki family ke thay, jo mashhoor</w:t>
      </w:r>
    </w:p>
    <w:p>
      <w:pPr>
        <w:jc w:val="right"/>
      </w:pPr>
      <w:r>
        <w:t>یہاں پہنچتا ہے کہ بلاشبہ یہ کتاب کسی انسان کی کتاب نہیں ہے، یہ انسانوں کے خالق کی کتاب ہے۔ چنانچہ بہت سے لوگ جنہوں نے مطالعہ کیا قرآن کا، انہوں نے اس کا اعتراف کیا۔ بنگال میں ایک صاحب تھے جن کا نام تھا سو سال پہلے، یہ سروجنی نائیڈو کی فیملی کے تھے، جو مشہور س</w:t>
      </w:r>
    </w:p>
    <w:p>
      <w:r>
        <w:rPr>
          <w:b/>
        </w:rPr>
        <w:t xml:space="preserve">[18:08] </w:t>
      </w:r>
      <w:r>
        <w:t>روجنی نائیڈو نیشنلسٹ موومنٹ میں شریک ہوئی تھیں اور بہت اچھی انگلش کی ادیب مانی جاتی ہیں۔ تو ان کی فیملی کے ایک صاحب تھے ڈاکٹر نشی کانڈ چٹوپادیا۔ یہ سچ مچ سیکر آدمی تھے، وہ بہت سی لینگویج جانتے تھے، یعنی اردو، ہندی، سنسکرت، پرشین، عربک، انگلش،</w:t>
      </w:r>
    </w:p>
    <w:p>
      <w:pPr>
        <w:jc w:val="right"/>
      </w:pPr>
      <w:r>
        <w:t>روجنی نائیڈو نیشنلسٹ موومنٹ میں شریک ہوئی تھیں اور بہت اچھی انگلش کی ادیب مانی جاتی ہیں۔ تو ان کی فیملی کے ایک صاحب تھے ڈاکٹر نشی کانڈ چٹوپادیا۔ یہ سچ مچ سیکر آدمی تھے، وہ بہت سی لینگویج جانتے تھے، یعنی اردو، ہندی، سنسکرت، پرشین، عربک، انگلش،</w:t>
      </w:r>
    </w:p>
    <w:p>
      <w:r>
        <w:rPr>
          <w:b/>
        </w:rPr>
        <w:t xml:space="preserve">[18:38] </w:t>
      </w:r>
      <w:r>
        <w:t>فرینچ، جرمن، بہت سی زبانیں جانتے تھے وہ۔ تو ان کا جو سیکر ہونے کا جو مزاج تھا، اس کی وجہ سے انہوں نے پڑھنا شروع کیا سچائی کی تلاش میں۔ تو سب سے پہلے انہوں نے فلاسفی پڑھی، لیکن فلاسفی میں انہیں سچائی نہیں ملی۔ پھر اور بہت سے جو</w:t>
      </w:r>
    </w:p>
    <w:p>
      <w:pPr>
        <w:jc w:val="right"/>
      </w:pPr>
      <w:r>
        <w:t>فرینچ، جرمن، بہت سی زبانیں جانتے تھے وہ۔ تو ان کا جو سیکر ہونے کا جو مزاج تھا، اس کی وجہ سے انہوں نے پڑھنا شروع کیا سچائی کی تلاش میں۔ تو سب سے پہلے انہوں نے فلاسفی پڑھی، لیکن فلاسفی میں انہیں سچائی نہیں ملی۔ پھر اور بہت سے جو</w:t>
      </w:r>
    </w:p>
    <w:p>
      <w:r>
        <w:rPr>
          <w:b/>
        </w:rPr>
        <w:t xml:space="preserve">[19:08] </w:t>
      </w:r>
      <w:r>
        <w:t>آئیڈیالوجی ہیں، ان کو پڑھا، ان کو سچائی نہیں ملی۔ پھر انہوں نے مذہبوں کو پڑھا، تو ہر مذہب میں انہیں ایک سوال روک دیتا تھا کہ ان کی ہسٹوریکل کریڈیبلٹی کیا ہے؟ مثلاً دیکھیے، جو قرآن کی شخصیتیں ہیں، یعنی محمد</w:t>
      </w:r>
    </w:p>
    <w:p>
      <w:pPr>
        <w:jc w:val="right"/>
      </w:pPr>
      <w:r>
        <w:t>آئیڈیالوجی ہیں، ان کو پڑھا، ان کو سچائی نہیں ملی۔ پھر انہوں نے مذہبوں کو پڑھا، تو ہر مذہب میں انہیں ایک سوال روک دیتا تھا کہ ان کی ہسٹوریکل کریڈیبلٹی کیا ہے؟ مثلاً دیکھیے، جو قرآن کی شخصیتیں ہیں، یعنی محمد</w:t>
      </w:r>
    </w:p>
    <w:p>
      <w:r>
        <w:rPr>
          <w:b/>
        </w:rPr>
        <w:t xml:space="preserve">[19:38] </w:t>
      </w:r>
      <w:r>
        <w:t>، ابوبکر، عمر، آپ کے جو ساتھی تھے، جو اس کے لکھنے والے تھے، زیدی امام صاحب انصاری وغیرہ، محمد اور ان سے ان کے ساتھی، یعنی قرآن سے تعلق رکھنے والی تمام شخصیتوں کی تاریخ ہمیں معلوم ہے۔ لیکن یہ دوسری کتابیں ہیں، ان کے بارے میں ایسی تاریخ اویلیبل نہیں ہے۔ یہاں پر وہ اٹکتے تھے، وہ تو آخر میں انہوں نے قرآن پڑھا اور محمد صلی اللہ علیہ وسلم کو پڑھا</w:t>
      </w:r>
    </w:p>
    <w:p>
      <w:pPr>
        <w:jc w:val="right"/>
      </w:pPr>
      <w:r>
        <w:t>، ابوبکر، عمر، آپ کے جو ساتھی تھے، جو اس کے لکھنے والے تھے، زیدی امام صاحب انصاری وغیرہ، محمد اور ان سے ان کے ساتھی، یعنی قرآن سے تعلق رکھنے والی تمام شخصیتوں کی تاریخ ہمیں معلوم ہے۔ لیکن یہ دوسری کتابیں ہیں، ان کے بارے میں ایسی تاریخ اویلیبل نہیں ہے۔ یہاں پر وہ اٹکتے تھے، وہ تو آخر میں انہوں نے قرآن پڑھا اور محمد صلی اللہ علیہ وسلم کو پڑھا</w:t>
      </w:r>
    </w:p>
    <w:p>
      <w:r>
        <w:rPr>
          <w:b/>
        </w:rPr>
        <w:t xml:space="preserve">[20:08] </w:t>
      </w:r>
      <w:r>
        <w:t>تو کتاب لکھی۔ انہوں نے اس کتاب کو میں نے اپنی کتاب ملی ہے "اسلام ری ڈسکورڈ"، اس میں اس کو نقل کیا ہے۔ تو اس کتاب میں اپنی اپنی دریافت کو، اپنی فائنڈنگ کو بتاتے ہوئے انہوں نے یہ سینٹنس لکھا ہے پرافٹ محمد کے بارے میں کہ "واٹ ا ریلیف ٹو فائن افٹر ال</w:t>
      </w:r>
    </w:p>
    <w:p>
      <w:pPr>
        <w:jc w:val="right"/>
      </w:pPr>
      <w:r>
        <w:t>تو کتاب لکھی۔ انہوں نے اس کتاب کو میں نے اپنی کتاب ملی ہے "اسلام ری ڈسکورڈ"، اس میں اس کو نقل کیا ہے۔ تو اس کتاب میں اپنی اپنی دریافت کو، اپنی فائنڈنگ کو بتاتے ہوئے انہوں نے یہ سینٹنس لکھا ہے پرافٹ محمد کے بارے میں کہ "واٹ ا ریلیف ٹو فائن افٹر ال</w:t>
      </w:r>
    </w:p>
    <w:p>
      <w:r>
        <w:rPr>
          <w:b/>
        </w:rPr>
        <w:t xml:space="preserve">[20:39] </w:t>
      </w:r>
      <w:r>
        <w:t>ٹرولی ہسٹاریکل پرافٹ ٹو بلیو ان"۔ میں اپنے بارے میں کہہ سکتا ہوں کہ میرا حال بھی ایسے ہی تھا۔ میں ایک مسلم فیملی میں پیدا ہوا، لیکن بڑا ہونے کے بعد، یعنی یعنی جوانی کی عمر کو پہنچنے کے بعد، میں نے میرے اندر ایک باغیانہ رجحان پیدا ہو گیا</w:t>
      </w:r>
    </w:p>
    <w:p>
      <w:pPr>
        <w:jc w:val="right"/>
      </w:pPr>
      <w:r>
        <w:t>ٹرولی ہسٹاریکل پرافٹ ٹو بلیو ان"۔ میں اپنے بارے میں کہہ سکتا ہوں کہ میرا حال بھی ایسے ہی تھا۔ میں ایک مسلم فیملی میں پیدا ہوا، لیکن بڑا ہونے کے بعد، یعنی یعنی جوانی کی عمر کو پہنچنے کے بعد، میں نے میرے اندر ایک باغیانہ رجحان پیدا ہو گیا</w:t>
      </w:r>
    </w:p>
    <w:p>
      <w:r>
        <w:rPr>
          <w:b/>
        </w:rPr>
        <w:t xml:space="preserve">[21:09] </w:t>
      </w:r>
      <w:r>
        <w:t>، ہر چیز سے بغاوت۔ پھر میں سیکر بنا اور بہت پڑھا، بہت پڑھا۔ تو پھر آخر میں میں نے اسلام کو گیا، خود دریافت کیا۔ اسی لیے میں کہتا ہوں کہ اسلام میری ری ڈسکوری ہے، میری اپنی ڈسکوری ہے۔ اسلام کو میں اس لیے مانتا ہوں کہ میں نے اس کو ڈسکور کیا ہے، اس لیے نہیں کہ اس میں پیدا ہو گیا، میں اس فیملی میں۔</w:t>
      </w:r>
    </w:p>
    <w:p>
      <w:pPr>
        <w:jc w:val="right"/>
      </w:pPr>
      <w:r>
        <w:t>، ہر چیز سے بغاوت۔ پھر میں سیکر بنا اور بہت پڑھا، بہت پڑھا۔ تو پھر آخر میں میں نے اسلام کو گیا، خود دریافت کیا۔ اسی لیے میں کہتا ہوں کہ اسلام میری ری ڈسکوری ہے، میری اپنی ڈسکوری ہے۔ اسلام کو میں اس لیے مانتا ہوں کہ میں نے اس کو ڈسکور کیا ہے، اس لیے نہیں کہ اس میں پیدا ہو گیا، میں اس فیملی میں۔</w:t>
      </w:r>
    </w:p>
    <w:p>
      <w:r>
        <w:rPr>
          <w:b/>
        </w:rPr>
        <w:t xml:space="preserve">[21:42] </w:t>
      </w:r>
      <w:r>
        <w:t>تو بہرحال، قرآن کا انوکھا انداز، اس کا انوکھا ڈفرنس، یہ آدمی کو چونکاتا ہے اور اس کے مطالعے پر اس کو مجبور کرتا ہے، یہاں تک کہ وہ مان ماننا ماننے پر مجبور ہوتا ہے کہ یہ یہ خدا کا کلام ہے۔ دیکھیں، یہ جو میں کہہ رہا ہوں، یہ تاریخ قرآن کے ساتھ جڑی ہوئی ہے، جو یہ شروع ہوئی خود</w:t>
      </w:r>
    </w:p>
    <w:p>
      <w:pPr>
        <w:jc w:val="right"/>
      </w:pPr>
      <w:r>
        <w:t>تو بہرحال، قرآن کا انوکھا انداز، اس کا انوکھا ڈفرنس، یہ آدمی کو چونکاتا ہے اور اس کے مطالعے پر اس کو مجبور کرتا ہے، یہاں تک کہ وہ مان ماننا ماننے پر مجبور ہوتا ہے کہ یہ یہ خدا کا کلام ہے۔ دیکھیں، یہ جو میں کہہ رہا ہوں، یہ تاریخ قرآن کے ساتھ جڑی ہوئی ہے، جو یہ شروع ہوئی خود</w:t>
      </w:r>
    </w:p>
    <w:p>
      <w:r>
        <w:rPr>
          <w:b/>
        </w:rPr>
        <w:t xml:space="preserve">[22:12] </w:t>
      </w:r>
      <w:r>
        <w:t>پیغمبر کے زمانے سے اور اب تک جاری ہے۔ مثلاً، اس زمانے میں ایک صاحب تھے مکہ میں، بہت ہی وہاں کے ٹاپ انٹلیکچول کہہ لیجئے، مکہ کے عمر بن الخطاب۔ تو شروع میں وہ پیغمبر، پیغمبر اسلام کے سخت مخالف ہو گئے، بہت زیادہ مخالف، دشمن ہو گئے اور بلکہ مارنے کے</w:t>
      </w:r>
    </w:p>
    <w:p>
      <w:pPr>
        <w:jc w:val="right"/>
      </w:pPr>
      <w:r>
        <w:t>پیغمبر کے زمانے سے اور اب تک جاری ہے۔ مثلاً، اس زمانے میں ایک صاحب تھے مکہ میں، بہت ہی وہاں کے ٹاپ انٹلیکچول کہہ لیجئے، مکہ کے عمر بن الخطاب۔ تو شروع میں وہ پیغمبر، پیغمبر اسلام کے سخت مخالف ہو گئے، بہت زیادہ مخالف، دشمن ہو گئے اور بلکہ مارنے کے</w:t>
      </w:r>
    </w:p>
    <w:p>
      <w:r>
        <w:rPr>
          <w:b/>
        </w:rPr>
        <w:t xml:space="preserve">[22:43] </w:t>
      </w:r>
      <w:r>
        <w:t>در پہ ہو گئے۔ لیکن یہ لمبی کہانی ہے، آخر میں وہ اپنی بہن کے گھر پہنچے تو بہن کے گھر قرآن کا ایک نسخہ موجود تھا۔ تو بہن نے کہا کہ پہلے اس کو پڑھ لو، پھر مارنے کا فیصلہ کرو۔ تو انہوں نے کہا کہ لاؤ۔ تو قرآن کا وہ نسخہ جو ان کے بہن کے پاس تھا، ان کا نام فاطمہ تھا، ان سے</w:t>
      </w:r>
    </w:p>
    <w:p>
      <w:pPr>
        <w:jc w:val="right"/>
      </w:pPr>
      <w:r>
        <w:t>در پہ ہو گئے۔ لیکن یہ لمبی کہانی ہے، آخر میں وہ اپنی بہن کے گھر پہنچے تو بہن کے گھر قرآن کا ایک نسخہ موجود تھا۔ تو بہن نے کہا کہ پہلے اس کو پڑھ لو، پھر مارنے کا فیصلہ کرو۔ تو انہوں نے کہا کہ لاؤ۔ تو قرآن کا وہ نسخہ جو ان کے بہن کے پاس تھا، ان کا نام فاطمہ تھا، ان سے</w:t>
      </w:r>
    </w:p>
    <w:p>
      <w:r>
        <w:rPr>
          <w:b/>
        </w:rPr>
        <w:t xml:space="preserve">[23:13] </w:t>
      </w:r>
      <w:r>
        <w:t>liya. unhon ne aur is ko parhna shuru kiya, chounke woh arabi zaban achi jante the, to parhte gaye aur samajhte gaye. un ki rooh is se mutasir hoti chali gayi. to dekhne wale batate hain ke jab woh parh rahe the to musalsal un ki ankhon se aansu jari tha, parhte the aur rote the, parhte the aur rote the. nikalta tha un ki zuban se ke bilashuba yeh haq hai. is ke baad woh seedhe wahan</w:t>
      </w:r>
    </w:p>
    <w:p>
      <w:pPr>
        <w:jc w:val="right"/>
      </w:pPr>
      <w:r>
        <w:t>لیا۔ انہوں نے اور اس کو پڑھنا شروع کیا، چونکہ وہ عربی زبان اچھی جانتے تھے، تو پڑھتے گئے اور سمجھتے گئے۔ ان کی روح اس سے متاثر ہوتی چلی گئی۔ تو دیکھنے والے بتاتے ہیں کہ جب وہ پڑھ رہے تھے تو مسلسل ان کی آنکھوں سے آنسو جاری تھا، پڑھتے تھے اور روتے تھے، پڑھتے تھے اور روتے تھے۔ نکلتا تھا ان کی زبان سے کہ بلاشبہ یہ حق ہے۔ اس کے بعد وہ سیدھے وہاں</w:t>
      </w:r>
    </w:p>
    <w:p>
      <w:r>
        <w:rPr>
          <w:b/>
        </w:rPr>
        <w:t xml:space="preserve">[23:43] </w:t>
      </w:r>
      <w:r>
        <w:t>pehanchay, aik pahari par, jahan ke paighambar e islam thehre hue the. to wahan ja kar unhon ne aap ke hath par islam qabool kar liya. is waqt se aaj tak yeh kahani barabar dohrai ja rahi hai aur aaj kal jo yeh jo survey, taza tareen jo s</w:t>
      </w:r>
    </w:p>
    <w:p>
      <w:pPr>
        <w:jc w:val="right"/>
      </w:pPr>
      <w:r>
        <w:t>پہنچے، ایک پہاڑی پر، جہاں کے پیغمبر اسلام ٹھہرے ہوئے تھے۔ تو وہاں جا کر انہوں نے آپ کے ہاتھ پر اسلام قبول کر لیا۔ اس وقت سے آج تک یہ کہانی برابر دہرائی جا رہی ہے اور آج کل جو یہ جو سروے، تازہ ترین جو س</w:t>
      </w:r>
    </w:p>
    <w:p>
      <w:r>
        <w:rPr>
          <w:b/>
        </w:rPr>
        <w:t xml:space="preserve">[24:13] </w:t>
      </w:r>
      <w:r>
        <w:t>urvey aya hai america ke, america ke zaraye se, is mein bataya gaya hai ke har saal aik lakh admi sari dunya mein islam qabool karte hain aur mostly quran ko parh kar, quran ko parh kar. to quran ka jo usloob hai, quran ka jo style hai, quran ki jo language hai, woh apne aap mein is baat ka saboot hai ke quran khuda ki kitab hai.</w:t>
      </w:r>
    </w:p>
    <w:p>
      <w:pPr>
        <w:jc w:val="right"/>
      </w:pPr>
      <w:r>
        <w:t>روے آیا ہے امریکہ کے، امریکہ کے ذرائع سے، اس میں بتایا گیا ہے کہ ہر سال ایک لاکھ آدمی ساری دنیا میں اسلام قبول کرتے ہیں اور موسٹلی قرآن کو پڑھ کر، قرآن کو پڑھ کر۔ تو قرآن کا جو اسلوب ہے، قرآن کا جو سٹائل ہے، قرآن کی جو لینگویج ہے، وہ اپنے آپ میں اس بات کا ثبوت ہے کہ قرآن خدا کی کتاب ہے۔</w:t>
      </w:r>
    </w:p>
    <w:p>
      <w:r>
        <w:rPr>
          <w:b/>
        </w:rPr>
        <w:t xml:space="preserve">[24:44] </w:t>
      </w:r>
      <w:r>
        <w:t>ab mein chand baatein aur kahunga. quran ki aik ayat hai ke "tabyan likul shai" ke quran mein har cheez ka bayan hai, quran mein har cheez ka bayan hai. exposition of everything,</w:t>
      </w:r>
    </w:p>
    <w:p>
      <w:pPr>
        <w:jc w:val="right"/>
      </w:pPr>
      <w:r>
        <w:t>اب میں چند باتیں اور کہوں گا۔ قرآن کی ایک آیت ہے کہ "طبیان لکل شے" کہ قرآن میں ہر چیز کا بیان ہے، قرآن میں ہر چیز کا بیان ہے۔ ایکسپوزیشن اف ایوری تھنگ،</w:t>
      </w:r>
    </w:p>
    <w:p>
      <w:r>
        <w:rPr>
          <w:b/>
        </w:rPr>
        <w:t xml:space="preserve">[25:14] </w:t>
      </w:r>
      <w:r>
        <w:t>quran mein har cheez ka bayan hai. to is ke baray mein dekhiye, kai rai hain. aik yeh sab, kuch log yeh samajhte hain ke quran mein har baat hai, maslan is mein science bhi hai, is mein chemistry bhi hai, is mein philosophy bhi hai, sab kuch hai. lekin mein samajhta hoon ke yeh baat sahi nahi hai. quran</w:t>
      </w:r>
    </w:p>
    <w:p>
      <w:pPr>
        <w:jc w:val="right"/>
      </w:pPr>
      <w:r>
        <w:t>قرآن میں ہر چیز کا بیان ہے۔ تو اس کے بارے میں دیکھیے، کئی رائے ہیں۔ ایک یہ سب، کچھ لوگ یہ سمجھتے ہیں کہ قرآن میں ہر بات ہے، مثلاً اس میں سائنس بھی ہے، اس میں کیمسٹری بھی ہے، اس میں فلاسفی بھی ہے، سب کچھ ہے۔ لیکن میں سمجھتا ہوں کہ یہ بات صحیح نہیں ہے۔ قرآن</w:t>
      </w:r>
    </w:p>
    <w:p>
      <w:r>
        <w:rPr>
          <w:b/>
        </w:rPr>
        <w:t xml:space="preserve">[25:44] </w:t>
      </w:r>
      <w:r>
        <w:t>science ki kitab nahi hai, quran philosophy ki kitab nahi hai, yahan tak ke quran tareekh ki kitab bhi nahi hai. dekhiye, quran ka jo subject hai, woh hai insan. quran insan ko address karta hai aur quran yeh batata hai ke insan ka jo paida karne wala hai, khuda, woh insan ko,</w:t>
      </w:r>
    </w:p>
    <w:p>
      <w:pPr>
        <w:jc w:val="right"/>
      </w:pPr>
      <w:r>
        <w:t>سائنس کی کتاب نہیں ہے، قرآن فلسفے کی کتاب نہیں ہے، یہاں تک کہ قرآن تاریخ کی کتاب بھی نہیں ہے۔ دیکھیں، قرآن کا جو سبجیکٹ ہے، وہ ہے انسان۔ قرآن انسان کو ایڈریس کرتا ہے اور قرآن یہ بتاتا ہے کہ انسان کا جو پیدا کرنے والا ہے، خدا، وہ انسان کو،</w:t>
      </w:r>
    </w:p>
    <w:p>
      <w:r>
        <w:rPr>
          <w:b/>
        </w:rPr>
        <w:t xml:space="preserve">[26:15] </w:t>
      </w:r>
      <w:r>
        <w:t>is ne insan ko is liye paida kiya hai. woh khuda insan ke sath kya muamla karega? aik lafz mein aap yeh keh sakte hain ke quran batata hai ke khuda ka creation plan kya hai. yeh hai quran ka subject. to yeh batate hue bohat se uloom is mein</w:t>
      </w:r>
    </w:p>
    <w:p>
      <w:pPr>
        <w:jc w:val="right"/>
      </w:pPr>
      <w:r>
        <w:t>اس نے انسان کو اس لیے پیدا کیا ہے۔ وہ خدا انسان کے ساتھ کیا معاملہ کرے گا؟ ایک لفظ میں آپ یہ کہہ سکتے ہیں کہ قرآن بتاتا ہے کہ خدا کا کریشن پلان کیا ہے۔ یہ ہے قرآن کا سبجیکٹ۔ تو یہ بتاتے ہوئے بہت سے علوم اس میں</w:t>
      </w:r>
    </w:p>
    <w:p>
      <w:r>
        <w:rPr>
          <w:b/>
        </w:rPr>
        <w:t xml:space="preserve">[26:48] </w:t>
      </w:r>
      <w:r>
        <w:t>aa jate hain, bohat se uloom ko quran refer karta hai. maslan suraj ko dekho aur chand ko dekho, is tarah ke alfaaz ate hain. darakhton ko dekho aur chidiyon ko dekho. lekin yeh jo quran mein references hain, woh matlab science nahi hai, woh science ke taur par nahi hai, woh insan ko chokanae ke liye hain, woh insan ko</w:t>
      </w:r>
    </w:p>
    <w:p>
      <w:pPr>
        <w:jc w:val="right"/>
      </w:pPr>
      <w:r>
        <w:t>آ جاتے ہیں، بہت سے علوم کو قرآن ریفر کرتا ہے۔ مثلاً سورج کو دیکھو اور چاند کو دیکھو، اس طرح کے الفاظ آتے ہیں۔ درختوں کو دیکھو اور چڑیوں کو دیکھو۔ لیکن یہ جو قرآن میں ریفرنسز ہیں، وہ مطلب سائنس نہیں ہے، وہ سائنس کے طور پر نہیں ہے، وہ انسان کو چوکانے کے لیے ہیں، وہ انسان کو</w:t>
      </w:r>
    </w:p>
    <w:p>
      <w:r>
        <w:rPr>
          <w:b/>
        </w:rPr>
        <w:t xml:space="preserve">[27:18] </w:t>
      </w:r>
      <w:r>
        <w:t>sochne par majboor karne ke liye hain. woh yeh kehte hain ke dekho khuda ki nishaniyon ko nature mein, zameen mein, asman mein, yeh tum ko batayenge ke yeh tum ko khuda ka taaruf karayenge. yani makhlooq mein tum khalique ka chehra dekh loge, creation mein tum creator ka</w:t>
      </w:r>
    </w:p>
    <w:p>
      <w:pPr>
        <w:jc w:val="right"/>
      </w:pPr>
      <w:r>
        <w:t>سوچنے پر مجبور کرنے کے لیے ہیں۔ وہ یہ کہتے ہیں کہ دیکھو خدا کی نشانیوں کو نیچر میں، زمین میں، آسمان میں، یہ تم کو بتائیں گے کہ یہ تم کو خدا کا تعارف کرائیں گے۔ یعنی مخلوق میں تم خالق کا چہرہ دیکھ لو گے، کریشن میں تم کریٹر کا</w:t>
      </w:r>
    </w:p>
    <w:p>
      <w:r>
        <w:rPr>
          <w:b/>
        </w:rPr>
        <w:t xml:space="preserve">[27:50] </w:t>
      </w:r>
      <w:r>
        <w:t>introduction tum pa jaoge. to creation ko refer karta hai quran, lekin bator science nahi, balke bator nishaniyon ke, jis ko quran mein kaha gaya ayat, ayat mani sign, s i g n. sari sari dunya, zameen, asman, suraj, chand, sab kuch quran ke nazdeek ayatullah hain, yani khuda</w:t>
      </w:r>
    </w:p>
    <w:p>
      <w:pPr>
        <w:jc w:val="right"/>
      </w:pPr>
      <w:r>
        <w:t>انٹروڈکشن تم پا جاؤ گے۔ تو کریشن کو ریفر کرتا ہے قرآن، لیکن بطور سائنس نہیں، بلکہ بطور نشانیوں کے، جس کو قرآن میں کہا گیا آیات، آیات معنی سائن، ایس آئی جی این۔ ساری ساری دنیا، زمین، آسمان، سورج، چاند، سب کچھ قرآن کے نزدیک آیت اللہ ہیں، یعنی خدا</w:t>
      </w:r>
    </w:p>
    <w:p>
      <w:r>
        <w:rPr>
          <w:b/>
        </w:rPr>
        <w:t xml:space="preserve">[28:20] </w:t>
      </w:r>
      <w:r>
        <w:t>ki nishaniyan hain, signs of god hain. to in sari cheezon ko quran bator signs of god pesh karta hai. is ko dekho, is par socho, is se lesson hasil karo, is mein khuda ka taaruf tum ko milega, tum ko maloom hoga ke zindagi ka maqsad kya hai, khuda ki azmat ko tum pehchanoge, khuda ki badai ko daryaft karoge</w:t>
      </w:r>
    </w:p>
    <w:p>
      <w:pPr>
        <w:jc w:val="right"/>
      </w:pPr>
      <w:r>
        <w:t>کی نشانیاں ہیں، سائنز اف گاڈ ہیں۔ تو ان ساری چیزوں کو قرآن بطور سائنز اف گاڈ پیش کرتا ہے۔ اس کو دیکھو، اس پر سوچو، اس سے لیسن حاصل کرو، اس میں خدا کا تعارف تم کو ملے گا، تم کو معلوم ہوگا کہ زندگی کا مقصد کیا ہے، خدا کی عظمت کو تم پہچانو گے، خدا کی بڑائی کو دریافت کرو گے</w:t>
      </w:r>
    </w:p>
    <w:p>
      <w:r>
        <w:rPr>
          <w:b/>
        </w:rPr>
        <w:t xml:space="preserve">[28:50] </w:t>
      </w:r>
      <w:r>
        <w:t>aur khuda se jo taluq tum ko hona chahiye, apne khalique se, yani apne khalique se qurbat jo chahiye, to is ke through tum ko khalique se qurbat milegi. tumhara zehn roshan hoga, khuda ki tajalliyan tum ko dikhai dengi, aur tum khuda ke sachay momin ban jaoge. yeh hai</w:t>
      </w:r>
    </w:p>
    <w:p>
      <w:pPr>
        <w:jc w:val="right"/>
      </w:pPr>
      <w:r>
        <w:t>، اور خدا سے جو تعلق تم کو ہونا چاہیے، اپنے خالق سے، یعنی اپنے خالق سے قربت جو چاہیے، تو اس کے تھرو تم کو خالق سے قربت ملے گی۔ تمہارا ذہن روشن ہوگا، خدا کی تجلیاں تم کو دکھائی دیں گی، اور تم خدا کے سچے مومن بن جاؤ گے۔ یہ ہے</w:t>
      </w:r>
    </w:p>
    <w:p>
      <w:r>
        <w:rPr>
          <w:b/>
        </w:rPr>
        <w:t xml:space="preserve">[29:21] </w:t>
      </w:r>
      <w:r>
        <w:t>quran mein jo uloom hain, un ki hesiyat, yani quran mein uloom bator uloom ke nahi hain, balke bator signs of god ke refer kiye gaye hain. quran ki aik khaas sifat yeh hai ke aap kahin se bhi parhein to aap ko aik lesson mil jayega. quran ka tareeqa yeh hai ke</w:t>
      </w:r>
    </w:p>
    <w:p>
      <w:pPr>
        <w:jc w:val="right"/>
      </w:pPr>
      <w:r>
        <w:t>قرآن میں جو علوم ہیں، ان کی حیثیت، یعنی قرآن میں علوم بطور علوم کے نہیں ہیں، بلکہ بطور سائنز اف گاڈ کے ریفر کیے گئے ہیں۔ قرآن کی ایک خاص صفت یہ ہے کہ آپ کہیں سے بھی پڑھیں تو آپ کو ایک لیسن مل جائے گا۔ قرآن کا طریقہ یہ ہے کہ</w:t>
      </w:r>
    </w:p>
    <w:p>
      <w:r>
        <w:rPr>
          <w:b/>
        </w:rPr>
        <w:t xml:space="preserve">[29:51] </w:t>
      </w:r>
      <w:r>
        <w:t>insan ko sabak diya jaye, lesson diya jaye. to kabhi aik satr pe aap parhein, aik paragraph parhein, kuch bhi parhein, woh koi silsile war kitab nahi hai jaise tareekh hoti hai, balke woh sabak ki kitab hai, naseehat ki kitab hai. to kahin se bhi parhiye, aap ko naseehat mil jayegi. quran mein jo</w:t>
      </w:r>
    </w:p>
    <w:p>
      <w:pPr>
        <w:jc w:val="right"/>
      </w:pPr>
      <w:r>
        <w:t>انسان کو سبق دیا جائے، لیسن دیا جائے۔ تو کبھی ایک سطر پہ آپ پڑھیں، ایک پیراگراف پڑھیں، کچھ بھی پڑھیں، وہ کوئی سلسلے وار کتاب نہیں ہے جیسے تاریخ ہوتی ہے، بلکہ وہ سبق کی کتاب ہے، نصیحت کی کتاب ہے۔ تو کہیں سے بھی پڑھیے، آپ کو نصیحت مل جائے گی۔ قرآن میں جو</w:t>
      </w:r>
    </w:p>
    <w:p>
      <w:r>
        <w:rPr>
          <w:b/>
        </w:rPr>
        <w:t xml:space="preserve">[30:23] </w:t>
      </w:r>
      <w:r>
        <w:t>andaz hai, woh taqseem ka, woh ruku par mabni hai. quran mein bohat se ruku qaim kiye gaye hain. ruku ko aap yun samajh lijiye ke ruku aik paragraph hai. quran mein bohat se ruku hain, har ruku goya kuch lineon ka aik paragraph hai. har paragraph mein aik baat aap ko mil jayegi. yeh khaas usloob hai quran mein,</w:t>
      </w:r>
    </w:p>
    <w:p>
      <w:pPr>
        <w:jc w:val="right"/>
      </w:pPr>
      <w:r>
        <w:t>انداز ہے، وہ تقسیم کا، وہ رکوع پر مبنی ہے۔ قرآن میں بہت سے رکوع قائم کیے گئے ہیں۔ رکوع کو آپ یوں سمجھ لیجئے کہ رکوع ایک پیراگراف ہے۔ قرآن میں بہت سے رکوع ہیں، ہر رکوع گویا کچھ لائنوں کا ایک پیراگراف ہے۔ ہر پیراگراف میں ایک بات آپ کو مل جائے گی۔ یہ خاص اسلوب ہے قرآن میں،</w:t>
      </w:r>
    </w:p>
    <w:p>
      <w:r>
        <w:rPr>
          <w:b/>
        </w:rPr>
        <w:t xml:space="preserve">[30:53] </w:t>
      </w:r>
      <w:r>
        <w:t>jis ko mein ne quran ke mutale ke baad samjha hai. dekhiye, jab aap quran kholien to sab se pehle aap yeh line padhenge: "bismillah rahman rahim, in the name of god, most merciful, most compassionate"</w:t>
      </w:r>
    </w:p>
    <w:p>
      <w:pPr>
        <w:jc w:val="right"/>
      </w:pPr>
      <w:r>
        <w:t>جس کو میں نے قرآن کے مطالعے کے بعد سمجھا ہے۔ دیکھیے، جب آپ قرآن کھولیں تو سب سے پہلے آپ یہ لائن پڑھیں گے: "بسم اللہ الرحمن الرحیم، ان دا نیم اف گاڈ، موسٹ مرسی فل، موسٹ کمپیشنٹ"</w:t>
      </w:r>
    </w:p>
    <w:p>
      <w:r>
        <w:rPr>
          <w:b/>
        </w:rPr>
        <w:t xml:space="preserve">[31:25] </w:t>
      </w:r>
      <w:r>
        <w:t>۔ mein shuru karta hoon khuda ke naam se, jo rahman aur rahim hai. hadith mein ata hai ke paighambar e islam ne farmaya ke jo kaam bhi "bismillah rahman rahim" ke baghair kiya jaye to woh fail ho jayega. dekhiye, is ka matlab yeh nahi ke yeh "bismillah" ke jo</w:t>
      </w:r>
    </w:p>
    <w:p>
      <w:pPr>
        <w:jc w:val="right"/>
      </w:pPr>
      <w:r>
        <w:t>۔ میں شروع کرتا ہوں خدا کے نام سے، جو رحمان اور رحیم ہے۔ حدیث میں آتا ہے کہ پیغمبر اسلام نے فرمایا کہ جو کام بھی "بسم اللہ الرحمن الرحیم" کے بغیر کیا جائے تو وہ فیل ہو جائے گا۔ دیکھیے، اس کا مطلب یہ نہیں کہ یہ "بسم اللہ" کے جو</w:t>
      </w:r>
    </w:p>
    <w:p>
      <w:r>
        <w:rPr>
          <w:b/>
        </w:rPr>
        <w:t xml:space="preserve">[31:55] </w:t>
      </w:r>
      <w:r>
        <w:t>wording hai, be seen, meem, laam, isi mein koi musibat sifat hai, aisa kuch nahi. quran koi mysterious kitab nahi hai. quran to darasal zindagi ki science hai, zindagi ki science hai. kaise zindagi guzari jaye, is ko quran mein scientific usloob</w:t>
      </w:r>
    </w:p>
    <w:p>
      <w:pPr>
        <w:jc w:val="right"/>
      </w:pPr>
      <w:r>
        <w:t>ورڈنگ ہے، بے سیم، میم، لام، اسی میں کوئی مصیبت صفت ہے، ایسا کچھ نہیں۔ قرآن کوئی مسٹیریس کتاب نہیں ہے۔ قرآن تو دراصل زندگی کی سائنس ہے، زندگی کی سائنس ہے۔ کیسے زندگی گزاری جائے، اس کو قرآن میں سائنٹیفک اسل</w:t>
      </w:r>
    </w:p>
    <w:p>
      <w:r>
        <w:rPr>
          <w:b/>
        </w:rPr>
        <w:t xml:space="preserve">[32:25] </w:t>
      </w:r>
      <w:r>
        <w:t>mein bataya gaya hai. yeh jo farmaya ke "bismillah rahman rahim" mein shuru karta hoon allah ke naam se, jo rahman rahim hai, is ka matlab kya hai? is ka matlab yeh hai ke har kaam jis ko insan shuru kare to woh is ko shuru karna chahiye,</w:t>
      </w:r>
    </w:p>
    <w:p>
      <w:pPr>
        <w:jc w:val="right"/>
      </w:pPr>
      <w:r>
        <w:t>وب میں بتایا گیا ہے۔ یہ جو فرمایا کہ "بسم اللہ الرحمن الرحیم" میں شروع کرتا ہوں اللہ کے نام سے، جو رحمن الرحیم ہے، اس کا مطلب کیا ہے؟ اس کا مطلب یہ ہے کہ ہر کام جس کو انسان شروع کرے تو وہ اس کو شروع کرنا چاہیے،</w:t>
      </w:r>
    </w:p>
    <w:p>
      <w:r>
        <w:rPr>
          <w:b/>
        </w:rPr>
        <w:t xml:space="preserve">[33:00] </w:t>
      </w:r>
      <w:r>
        <w:t>reham aur rehmat ki speed se. is ka matlab yeh hai, quran yeh keh raha hai ke "begin your work with compassion". yani jis ko aap keh sakte hain ke insan friendly behavior, har kaam aap karte hain jo woh kisi society mein karte hain, aap chahe ghar mein hon, ghar ke bahar hon</w:t>
      </w:r>
    </w:p>
    <w:p>
      <w:pPr>
        <w:jc w:val="right"/>
      </w:pPr>
      <w:r>
        <w:t>رحم اور رحمت کی اسپیڈ سے۔ اس کا مطلب یہ ہے، قرآن یہ کہہ رہا ہے کہ "بگن یور ورک ود کمپیشن"۔ یعنی جس کو آپ کہہ سکتے ہیں کہ انسان فرینڈلی بیہیویئر، ہر کام آپ کرتے ہیں جو وہ کسی سوسائٹی میں کرتے ہیں، آپ چاہے گھر میں ہوں، گھر کے باہر ہوں</w:t>
      </w:r>
    </w:p>
    <w:p>
      <w:r>
        <w:rPr>
          <w:b/>
        </w:rPr>
        <w:t xml:space="preserve">[33:30] </w:t>
      </w:r>
      <w:r>
        <w:t>kuch logon ke darmiyan aap aik kaam shuru karte hain, har kaam. to jab bhi aap koi kaam shuru karein to us speed ke sath shuru karein ke aap ke dil mein doosron ke liye khair khwahi ho, doosron ke liye rehmdili ho, doosron ke liye meherbani ke jazbat hon. yeh hai "bismillah rahman rahim" ka maqsad, kyunke hadith mein ata hai ke</w:t>
      </w:r>
    </w:p>
    <w:p>
      <w:pPr>
        <w:jc w:val="right"/>
      </w:pPr>
      <w:r>
        <w:t>، کچھ لوگوں کے درمیان آپ ایک کام شروع کرتے ہیں، ہر کام۔ تو جب بھی آپ کوئی کام شروع کریں تو اس اسپیڈ کے ساتھ شروع کریں کہ آپ کے دل میں دوسروں کے لیے خیر خواہی ہو، دوسروں کے لیے رحم دلی ہو، دوسروں کے لیے مہربانی کے جذبات ہوں۔ یہ ہے "بسم اللہ الرحمن الرحیم" کا مقصد، کیونکہ حدیث میں آتا ہے کہ</w:t>
      </w:r>
    </w:p>
    <w:p>
      <w:r>
        <w:rPr>
          <w:b/>
        </w:rPr>
        <w:t xml:space="preserve">[34:02] </w:t>
      </w:r>
      <w:r>
        <w:t>"takhlaqu bi akhlaq allah"۔ allah wale character ko ikhtiyar karo, allah wali sifat ko ikhtiyar karo. to yahan par jo sifat batayi gayi allah ki, woh hai rahman aur rahim, yani compassionate aur merciful. to yahi sifat honi chahiye insan ke andar. jab bhi</w:t>
      </w:r>
    </w:p>
    <w:p>
      <w:pPr>
        <w:jc w:val="right"/>
      </w:pPr>
      <w:r>
        <w:t>"تخلقو باخلاق اللہ"۔ اللہ والے کریکٹر کو اختیار کرو، اللہ والی صفت کو اختیار کرو۔ تو یہاں پر جو صفت بتائی گئی اللہ کی، وہ ہے رحمان اور رحیم، یعنی کمپیشنٹ اور مرسی فل۔ تو یہی صفت ہونی چاہیے انسان کے اندر۔ جب بھی</w:t>
      </w:r>
    </w:p>
    <w:p>
      <w:r>
        <w:rPr>
          <w:b/>
        </w:rPr>
        <w:t xml:space="preserve">[34:32] </w:t>
      </w:r>
      <w:r>
        <w:t>samaj mein, society mein aap koi kaam karein to doosron se aap ka sabiqah pesh ayega, bar bar doosron se koi muamla hoga, bar bar aisa hoga. to har bar jab doosre insanon se aap ka koi muamla pesh aaye to aap ke dil mein is ke liye, us insan ke liye rahmdili ka jazba ho, compassion ka jazba ho</w:t>
      </w:r>
    </w:p>
    <w:p>
      <w:pPr>
        <w:jc w:val="right"/>
      </w:pPr>
      <w:r>
        <w:t>سماج میں، سوسائٹی میں آپ کوئی کام کریں تو دوسروں سے آپ کا سابقہ پیش آئے گا، بار بار دوسروں سے کوئی معاملہ ہوگا، بار بار ایسا ہوگا۔ تو ہر بار جب دوسرے انسانوں سے آپ کا کوئی معاملہ پیش آئے تو آپ کے دل میں اس کے لیے، اس انسان کے لیے رحم دلی کا جذبہ ہو، کمپیشن کا جذبہ ہو</w:t>
      </w:r>
    </w:p>
    <w:p>
      <w:r>
        <w:rPr>
          <w:b/>
        </w:rPr>
        <w:t xml:space="preserve">[35:03] </w:t>
      </w:r>
      <w:r>
        <w:t>well wishing ka jazba ho. yani aik lafz mein khair khwahi. to goya yeh jo pehli line hai quran ki, woh batati hai ke dunya mein jab bhi koi kaam karo to doosron ke liye insan friendly ban kar kaam karo. ab aap sochiye ke agar aap ke andar insan friendly behavior ho, doosron ke aap khair khwah ban kar samaj</w:t>
      </w:r>
    </w:p>
    <w:p>
      <w:pPr>
        <w:jc w:val="right"/>
      </w:pPr>
      <w:r>
        <w:t>، ویل وشنگ کا جذبہ ہو۔ یعنی ایک لفظ میں خیر خواہی۔ تو گویا یہ جو پہلی لائن ہے قرآن کی، وہ بتاتی ہے کہ دنیا میں جب بھی کوئی کام کرو تو دوسروں کے لیے انسان فرینڈلی بن کر کام کرو۔ اب آپ سوچیے کہ اگر آپ کے اندر انسان فرینڈلی بیہیویئر ہو، دوسروں کے آپ خیر خواہ بن کر سماج</w:t>
      </w:r>
    </w:p>
    <w:p>
      <w:r>
        <w:rPr>
          <w:b/>
        </w:rPr>
        <w:t xml:space="preserve">[35:33] </w:t>
      </w:r>
      <w:r>
        <w:t>mein aayen to kya hoga? kisi se aap ki dushmani dushmani nahi hogi, kisi se aap ka takrao nahi hoga, kisi se aap ko nafrat nahi hogi. har ek ko, har ek aap ko apna bhai, apna behan dikhai dega. ab ghor kijiye ke is tarah ke samaj mein jab hum rahein, is tarah ke jazbat ke sath to</w:t>
      </w:r>
    </w:p>
    <w:p>
      <w:pPr>
        <w:jc w:val="right"/>
      </w:pPr>
      <w:r>
        <w:t>میں آئیں تو کیا ہوگا؟ کسی سے آپ کی دشمنی دشمنی نہیں ہوگی، کسی سے آپ کا ٹکراؤ نہیں ہوگا، کسی سے آپ کو نفرت نہیں ہوگی۔ ہر ایک کو، ہر ایک آپ کو اپنا بھائی، اپنا بہن دکھائی دے گا۔ اب غور کیجئے کہ اس طرح کے سماج میں جب ہم رہیں، اس طرح کے جذبات کے ساتھ تو</w:t>
      </w:r>
    </w:p>
    <w:p>
      <w:r>
        <w:rPr>
          <w:b/>
        </w:rPr>
        <w:t xml:space="preserve">[36:03] </w:t>
      </w:r>
      <w:r>
        <w:t>kitna achha woh samaj hoga. woh gaya insano ka garden hoga, woh insano ka bag hoga. yeh hai pehla sabak quran ka jo "bismillah rehman rehim" ke zariye dikhaya gaya, bataya gaya. jaisa ke aap jante hain, jab quran utra, yani quran utarna shuru hua 610 eesvi mein, to</w:t>
      </w:r>
    </w:p>
    <w:p>
      <w:pPr>
        <w:jc w:val="right"/>
      </w:pPr>
      <w:r>
        <w:t>کتنا اچھا وہ سماج ہوگا۔ وہ گیا انسانوں کا گارڈن ہوگا، وہ انسانوں کا باغ ہوگا۔ یہ ہے پہلا سبق قرآن کا جو "بسم اللہ الرحمن الرحیم" کے ذریعے دکھایا گیا، بتایا گیا۔ جیسا کہ آپ جانتے ہیں، جب قرآن اترا، یعنی قرآن اترنا شروع ہوا 610 عیسوی میں، تو</w:t>
      </w:r>
    </w:p>
    <w:p>
      <w:r>
        <w:rPr>
          <w:b/>
        </w:rPr>
        <w:t xml:space="preserve">[36:33] </w:t>
      </w:r>
      <w:r>
        <w:t>pehli ayat jo utri thi us waqt woh thi "iqra, iqra, bismi rabbika allazi khalaq". "iqra" matlab hota hai padh, read. to riwayat mein aata hai ke us waqt prophet of islam hira pahad ke ghar mein the, hira pahad ke cave mein the. to</w:t>
      </w:r>
    </w:p>
    <w:p>
      <w:pPr>
        <w:jc w:val="right"/>
      </w:pPr>
      <w:r>
        <w:t>پہلی آیت جو اتری تھی اس وقت وہ تھی "اقرا، اقرا، بسم ربک الذی خلق"۔ "اقرا" مطلب ہوتا ہے پڑھ، ریڈ۔ تو روایات میں آتا ہے کہ اس وقت پرافٹ اف اسلام حرا پہاڑ کے غار میں تھے، حرا پہاڑ کے کیو میں تھے۔ تو</w:t>
      </w:r>
    </w:p>
    <w:p>
      <w:r>
        <w:rPr>
          <w:b/>
        </w:rPr>
        <w:t xml:space="preserve">[37:04] </w:t>
      </w:r>
      <w:r>
        <w:t>achanak khuda ka farishta jibril wahan par zahir hue, unhone prophet se kaha ke "iqra, ya muhammad, iqra, aye muhammad, padh, o muhammad, read". to prophet ne kaha ke "ma ana biqari, i can not read".</w:t>
      </w:r>
    </w:p>
    <w:p>
      <w:pPr>
        <w:jc w:val="right"/>
      </w:pPr>
      <w:r>
        <w:t>اچانک خدا کا فرشتہ جبرائیل وہاں پر ظاہر ہوئے، انہوں نے پرافٹ سے کہا کہ "اقرا، یا محمد، اقرا، اے محمد، پڑھ، او محمد، ریڈ"۔ تو پرافٹ نے کہا کہ "ما انا بقاری، ائی کین ناٹ ریڈ"۔</w:t>
      </w:r>
    </w:p>
    <w:p>
      <w:r>
        <w:rPr>
          <w:b/>
        </w:rPr>
        <w:t xml:space="preserve">[37:37] </w:t>
      </w:r>
      <w:r>
        <w:t>yeh ek dialogue hai, bahut hi ajib o gharib. yeh teen bar yahi baat hui. angel aur khuda, angel aur khuda ke paighambar ke darmiyan, yani jibril aur muhammad sallallahu alaihi wasallam ke darmiyan, unhone kaha ke "read". aap ne kaha ke "i can not read". phir unhone kaha ke "read". aap ne kaha ke "i can not read". phir unhone kaha ke "read"</w:t>
      </w:r>
    </w:p>
    <w:p>
      <w:pPr>
        <w:jc w:val="right"/>
      </w:pPr>
      <w:r>
        <w:t>یہ ایک ڈائیلاگ ہے، بہت ہی عجیب و غریب۔ یہ تین بار یہی بات ہوئی۔ اینجل اور خدا، اینجل اور خدا کے پیغمبر کے درمیان، یعنی جبرائیل اور محمد صلی اللہ علیہ وسلم کے درمیان، انہوں نے کہا کہ "ریڈ"۔ آپ نے کہا کہ "ائی کین ناٹ ریڈ"۔ پھر انہوں نے کہا کہ "ریڈ"۔ آپ نے کہا کہ "ائی کین ناٹ ریڈ"۔ پھر उन्होंने کہا کہ "ریڈ"</w:t>
      </w:r>
    </w:p>
    <w:p>
      <w:r>
        <w:rPr>
          <w:b/>
        </w:rPr>
        <w:t xml:space="preserve">[38:07] </w:t>
      </w:r>
      <w:r>
        <w:t>. aap ne kaha "i can not read". teen bar is tarah ka dialogue hua. iske baad aata hai ke jibril ne aap ko embrace kiya, embrace karne ke baad kaha ke "read". to aap padhne lage. ab is dialogue ki roshni mein aap iska matlab nikaliye, isko samajhne ki koshish kijiye. to dekhiye, pehli b</w:t>
      </w:r>
    </w:p>
    <w:p>
      <w:pPr>
        <w:jc w:val="right"/>
      </w:pPr>
      <w:r>
        <w:t>۔ آپ نے کہا "ائی کین ناٹ ریڈ"۔ تین بار اس طرح کا ڈائیلاگ ہوا۔ اس کے بعد آتا ہے کہ جبرائیل نے آپ کو ایبریس کیا، ایبریس کرنے کے بعد کہا کہ "ریڈ"۔ تو آپ پڑھنے لگے۔ اب اس ڈائیلاگ کی روشنی میں آپ اس کا مطلب نکالیے، اس کو سمجھنے کی کوشش کیجئے۔ تو دیکھیے، پہلی ب</w:t>
      </w:r>
    </w:p>
    <w:p>
      <w:r>
        <w:rPr>
          <w:b/>
        </w:rPr>
        <w:t xml:space="preserve">[38:37] </w:t>
      </w:r>
      <w:r>
        <w:t>aat toh yeh maloom hoti hai ke starting point insani taraqqi ka education hai, yani pehli ayat jo utri hai woh "read" thi, reading ke bare mein thi. to main samajhta hoon ke isse yeh maloom hota hai ke khuda ki scheme ke mutabiq insani zindagi mein kisi taraqqi wale kaam ka sabse sahi start</w:t>
      </w:r>
    </w:p>
    <w:p>
      <w:pPr>
        <w:jc w:val="right"/>
      </w:pPr>
      <w:r>
        <w:t>ات تو یہ معلوم ہوتی ہے کہ اسٹارٹنگ پوائنٹ انسانی ترقی کا ایجوکیشن ہے، یعنی پہلی آیت جو اتری ہے وہ "ریڈ" تھی، ریڈنگ کے بارے میں تھی۔ تو میں سمجھتا ہوں کہ اس سے یہ معلوم ہوتا ہے کہ خدا کی سکیم کے مطابق انسانی زندگی میں کسی ترقی والے کام کا سب سے صحیح اسٹارٹ</w:t>
      </w:r>
    </w:p>
    <w:p>
      <w:r>
        <w:rPr>
          <w:b/>
        </w:rPr>
        <w:t xml:space="preserve">[39:07] </w:t>
      </w:r>
      <w:r>
        <w:t>ing point yeh hai ke logon ko educate kiya jaye, logon ko educate kiya jaye. yeh hai starting point. doosri aham baat jo maloom hoti hai isse woh yeh hai ke yeh jo maine arz kiya ke farishte ne kaha ke "padho". aap ne kaha ke "mujhe padhna nahi aata". phir bhi wahi repeat karte rahe. woh</w:t>
      </w:r>
    </w:p>
    <w:p>
      <w:pPr>
        <w:jc w:val="right"/>
      </w:pPr>
      <w:r>
        <w:t>نگ پوائنٹ یہ ہے کہ لوگوں کو ایجوکیٹ کیا جائے، لوگوں کو ایجوکیٹ کیا جائے۔ یہ ہے اسٹارٹنگ پوائنٹ۔ دوسری اہم بات جو معلوم ہوتی ہے اس سے وہ یہ ہے کہ یہ جو میں نے عرض کیا کہ فرشتے نے کہا کہ "پڑھو"۔ آپ نے کہا کہ "مجھے پڑھنا نہیں آتا"۔ پھر بھی وہی ریپیٹ کرتے رہے۔ وہ</w:t>
      </w:r>
    </w:p>
    <w:p>
      <w:r>
        <w:rPr>
          <w:b/>
        </w:rPr>
        <w:t xml:space="preserve">[39:39] </w:t>
      </w:r>
      <w:r>
        <w:t>is ka matlab kya hua? is baat cheet ko milakar kya matlab nikla? is ka matlab yeh nikla ke "read". even if you can not read. jab prophet yeh keh rahe hain ke "main likhna padhna nahi janta", tab bhi farishta kehta hai ke "read". is ka matlab yeh nikla ke "read". even you if you can not read, tum ko padhna nahi aata, tab bhi padho. yeh badi anokhi baat hai,</w:t>
      </w:r>
    </w:p>
    <w:p>
      <w:pPr>
        <w:jc w:val="right"/>
      </w:pPr>
      <w:r>
        <w:t>اس کا مطلب کیا ہوا؟ اس بات چیت کو ملا کر کیا مطلب نکلا؟ اس کا مطلب یہ نکلا کہ "ریڈ"۔ ایون اف یو کین ناٹ ریڈ۔ جب پرافٹ یہ کہہ رہے ہیں کہ "میں لکھنا پڑھنا نہیں جانتا"، تب بھی فرشتہ کہتا ہے کہ "ریڈ"۔ اس کا مطلب یہ نکلا کہ "ریڈ"۔ ایون یو اف یو کین ناٹ ریڈ، تم کو پڑھنا نہیں آتا، تب بھی پڑھو۔ یہ بڑی انوکھی بات ہے،</w:t>
      </w:r>
    </w:p>
    <w:p>
      <w:r>
        <w:rPr>
          <w:b/>
        </w:rPr>
        <w:t xml:space="preserve">[40:10] </w:t>
      </w:r>
      <w:r>
        <w:t>bahut anokhi baat hai. is ka maine ek tajurba kiya apni zindagi mein, to mujhe ek bahut badi baat samajh mein aayi. ek ka kai tajurbe kiye to meri samajh mein yeh baat aayi ke is ka matlab yeh hai ke agar aadmi apne present mein</w:t>
      </w:r>
    </w:p>
    <w:p>
      <w:pPr>
        <w:jc w:val="right"/>
      </w:pPr>
      <w:r>
        <w:t>بہت انوکھی بات ہے۔ اس کا میں نے ایک تجربہ کیا اپنی زندگی میں، تو مجھے ایک بہت بڑی بات سمجھ میں آئی۔ ایک کا کئی تجربے کیے تو میری سمجھ میں یہ بات آئی کہ اس کا مطلب یہ ہے کہ اگر آدمی اپنے پریزنٹ میں</w:t>
      </w:r>
    </w:p>
    <w:p>
      <w:r>
        <w:rPr>
          <w:b/>
        </w:rPr>
        <w:t xml:space="preserve">[40:41] </w:t>
      </w:r>
      <w:r>
        <w:t>ek kaam ko nahi janta to us ko future ke aitbar se sochna chahiye ke "aaj main nahi janta, kal main jaan sakunga". aaj agar main nahi janta to kal main jaan sakta hoon. yeh bar bar maine is ka tajurba kiya hai. maslan, main manchester gaya england mein, wahan hamare ek arab saathi rehte hain, ek arab naujawan. to woh kai saal ki baat hai, to wahan unhone</w:t>
      </w:r>
    </w:p>
    <w:p>
      <w:pPr>
        <w:jc w:val="right"/>
      </w:pPr>
      <w:r>
        <w:t>ایک کام کو نہیں جانتا تو اس کو فیوچر کے اعتبار سے سوچنا چاہیے کہ "آج میں نہیں جانتا، کل میں جان سکوں گا"۔ آج اگر میں نہیں جانتا تو کل میں جان سکتا ہوں۔ یہ بار بار میں نے اس کا تجربہ کیا ہے۔ مثلاً، میں مانچسٹر گیا انگلینڈ میں، وہاں ہمارے ایک عرب ساتھی رہتے ہیں، ایک عرب نوجوان۔ تو وہ کئی سال کی بات ہے، تو وہاں انہوں نے</w:t>
      </w:r>
    </w:p>
    <w:p>
      <w:r>
        <w:rPr>
          <w:b/>
        </w:rPr>
        <w:t xml:space="preserve">[41:11] </w:t>
      </w:r>
      <w:r>
        <w:t>manchester university mein admission liya tha. pehli bar jab gaya, main unhone bataya ke "main manchester university mein admission le kar padh raha hoon". jab main doosri bar gaya to unhone kaha ke "main main ne chhod diya padhna". maine kaha kyun? unhone kaha ke "meri jo biwi hai, woh arab, arab biwi hai, arab khatoon hai, woh woh english bilkul nahi janti,</w:t>
      </w:r>
    </w:p>
    <w:p>
      <w:pPr>
        <w:jc w:val="right"/>
      </w:pPr>
      <w:r>
        <w:t>مانچسٹر یونیورسٹی میں ایڈمیشن لیا تھا۔ پہلی بار جب گیا، میں انہوں نے بتایا کہ "میں مانچسٹر یونیورسٹی میں ایڈمیشن لے کر پڑھ رہا ہوں"۔ جب میں دوسری بار گیا تو انہوں نے کہا کہ "میں میں نے چھوڑ دیا پڑھنا"۔ میں نے کہا کیوں؟ انہوں نے کہا کہ "میری جو بیوی ہے، وہ عرب، عرب بیوی ہے، عرب خاتون ہے، وہ وہ انگلش بالکل نہیں جانتی،</w:t>
      </w:r>
    </w:p>
    <w:p>
      <w:r>
        <w:rPr>
          <w:b/>
        </w:rPr>
        <w:t xml:space="preserve">[41:42] </w:t>
      </w:r>
      <w:r>
        <w:t>ek lafz woh english nahi janti". to ab bahar ka jo kaam tha, maslan sabzi tarkari lana hai, bachchon ko school pahunchana hai ya koi bhi bahar ka kaam karna hai, to chuki woh english nahi janti thin, to woh kaise kartin? bahar to sab log angrezi janne wale hain, wahan koi arabi janne wala to hai nahi. woh sara kaam karna padta hai. to maine kaha ke aap ne bilkul galat kiya. phir maine ek ka</w:t>
      </w:r>
    </w:p>
    <w:p>
      <w:pPr>
        <w:jc w:val="right"/>
      </w:pPr>
      <w:r>
        <w:t>ایک لفظ وہ انگلش نہیں جانتی"۔ تو اب باہر کا جو کام تھا، مثلاً سبزی ترکاری لانا ہے، بچوں کو اسکول پہنچانا ہے یا کوئی بھی باہر کا کام کرنا ہے، تو چونکہ وہ انگلش نہیں جانتی تھیں، تو وہ کیسے کرتیں؟ باہر تو سب لوگ انگریزی جاننے والے ہیں، وہاں کوئی عربی جاننے والا تو ہے نہیں۔ وہ سارا کام کرنا پڑتا ہے۔ تو میں نے کہا کہ آپ نے بالکل غلط کیا۔ پھر میں نے ایک کا</w:t>
      </w:r>
    </w:p>
    <w:p>
      <w:r>
        <w:rPr>
          <w:b/>
        </w:rPr>
        <w:t xml:space="preserve">[42:12] </w:t>
      </w:r>
      <w:r>
        <w:t>ghaz par ek formula likh kar diya, usi ayat ki roshni mein. woh formula yeh tha ke "not to solve the problem is also a way of solving the problem". "not to solve the problem is also a way of solving the problem". to maine unse kaha ke "dekhiye, aap apni taleem</w:t>
      </w:r>
    </w:p>
    <w:p>
      <w:pPr>
        <w:jc w:val="right"/>
      </w:pPr>
      <w:r>
        <w:t>غذ پر ایک فارمولا لکھ کر دیا، اسی آیت کی روشنی میں۔ وہ فارمولا یہ تھا کہ "ناٹ ٹو سالو دا پرابلم از السو ا وے اف سالونگ دا پرابلم"۔ "ناٹ ٹو سالو دی پرابلم از السو ا وے اف سالونگ دا پرابلم"۔ تو میں نے ان سے کہا کہ "دیکھیے، آپ اپنی تعلیم</w:t>
      </w:r>
    </w:p>
    <w:p>
      <w:r>
        <w:rPr>
          <w:b/>
        </w:rPr>
        <w:t xml:space="preserve">[42:42] </w:t>
      </w:r>
      <w:r>
        <w:t>jari rakhiye" aur biwi par chhod dijiye sara kaam, bilkul chhod dijiye. unse keh dijiye ke "tum sabzi lao to pakaao, nahi sabzi lao to mat pakaao, hum bhooke rahenge". to unhone yahi kiya ke biwi ke upar poori tarah chhod diya aur dobara woh padhne lage. kuch din ke baad maloom hua ke woh</w:t>
      </w:r>
    </w:p>
    <w:p>
      <w:pPr>
        <w:jc w:val="right"/>
      </w:pPr>
      <w:r>
        <w:t>جاری رکھیے" اور بیوی پر چھوڑ دیجئے سارا کام، بالکل چھوڑ دیجئے۔ ان سے کہہ دیجئے کہ "تم سبزی لاؤ تو پکاؤ، نہیں سبزی لاؤ تو مت پکاؤ، ہم بھوکے رہیں گے"۔ تو انہوں نے یہی کیا کہ بیوی کے اوپر پوری طرح چھوڑ دیا اور دوبارہ وہ پڑھنے لگے۔ کچھ دن کے بعد معلوم ہوا کہ وہ</w:t>
      </w:r>
    </w:p>
    <w:p>
      <w:r>
        <w:rPr>
          <w:b/>
        </w:rPr>
        <w:t xml:space="preserve">[43:12] </w:t>
      </w:r>
      <w:r>
        <w:t>biwi ab zaroorat ke mutabiq bolne seekh bolna seekh liya. usne shuru mein jab woh bazaar mein gayin to ishaare ishaare mein unhein kaam karna pada. koi baat, koi cheez lena tha to ishaare se kehti thi. dheere dheere seekha, seekhte seekhte, seekhte seekhte working knowledge unko english ki ho gayi. ab</w:t>
      </w:r>
    </w:p>
    <w:p>
      <w:pPr>
        <w:jc w:val="right"/>
      </w:pPr>
      <w:r>
        <w:t>بیوی اب ضرورت کے بقدر بولنے سیکھ بولنا سیکھ لیا۔ اس نے شروع میں جب وہ بازار میں گئیں تو اشارے اشارے میں انہیں کام کرنا پڑا۔ کوئی بات، کوئی چیز لینا تھا تو اشارے سے کہتی تھی۔ دھیرے دھیرے سیکھا، سیکھتے سیکھتے، سیکھتے سیکھتے ورکنگ نالج ان کو انگلش کی ہو گئی۔ اب</w:t>
      </w:r>
    </w:p>
    <w:p>
      <w:r>
        <w:rPr>
          <w:b/>
        </w:rPr>
        <w:t xml:space="preserve">[43:42] </w:t>
      </w:r>
      <w:r>
        <w:t>woh arab saathi jo mere the, unko khud shopping ki zaroorat nahi kar. shopping ke liye unko khud nahi jana padta, unki biwi sara shopping ka kaam karti hai. yeh hai formula ke "not to solve the problem is also a way of solving the problem". main samajhta hoon ke quran ki is ayat mein yeh baat batai gayi hai, yani nahi se bhi aaghaz ho sakta hai. log</w:t>
      </w:r>
    </w:p>
    <w:p>
      <w:pPr>
        <w:jc w:val="right"/>
      </w:pPr>
      <w:r>
        <w:t>وہ عرب ساتھی جو میرے تھے، ان کو خود شاپنگ کی ضرورت نہیں کر۔ شاپنگ کے لیے انہیں خود نہیں جانا پڑتا، ان کی بیوی سارا شاپنگ کا کام کرتی ہے۔ یہ ہے فارمولا کہ "ناٹ ٹو سالو دا پرابلم از السو ا وے اف سالونگ دا پرابلم"۔ میں سمجھتا ہوں کہ قرآن کی اس آیت میں یہ بات بتائی گئی ہے، یعنی نہیں سے بھی آغاز ہو سکتا ہے۔ لوگ</w:t>
      </w:r>
    </w:p>
    <w:p>
      <w:r>
        <w:rPr>
          <w:b/>
        </w:rPr>
        <w:t xml:space="preserve">[44:12] </w:t>
      </w:r>
      <w:r>
        <w:t>samajhte hain ke hai se aaghaz hota hai, yani paisa hai tab business shuru hoga, sehat hai tab koi kaam shuru hoga. nahi, kuch bhi na ho aap ke paas tab bhi aap kaam shuru kar sakte hain. insaan ki yeh bahut badi ghalati hoti hai ke woh apne aap ko present mein dekhta hai. lekin quran ki yeh ayat jo maine ab padhi aap ke samne</w:t>
      </w:r>
    </w:p>
    <w:p>
      <w:pPr>
        <w:jc w:val="right"/>
      </w:pPr>
      <w:r>
        <w:t>سمجھتے ہیں کہ ہے سے آغاز ہوتا ہے، یعنی پیسہ ہے تب بزنس شروع ہوگا، صحت ہے تب کوئی کام شروع ہوگا۔ نہیں، کچھ بھی نہ ہو آپ کے پاس تب بھی آپ کام شروع کر سکتے ہیں۔ انسان کی یہ بہت بڑی غلطی ہوتی ہے کہ وہ اپنے آپ کو پریزنٹ میں دیکھتا ہے۔ لیکن قرآن کی یہ آیت جو میں نے اب پڑھی آپ کے سامنے</w:t>
      </w:r>
    </w:p>
    <w:p>
      <w:r>
        <w:rPr>
          <w:b/>
        </w:rPr>
        <w:t xml:space="preserve">[44:42] </w:t>
      </w:r>
      <w:r>
        <w:t>, woh yeh batati hai ke apne aap ko future ke hisab se dekho. present mein agar tum ko padhna nahi aata to future mein aa sakta hai. future mein tum ko ek zaban nahi aati, future mein tum ko woh zaban aa jayegi. agar koshish karo, koshish karo, koshish karo, try, try, try again. to yeh kitna bada sabak hai jo is ayat mein hamein diya gaya. itna bada sabak</w:t>
      </w:r>
    </w:p>
    <w:p>
      <w:pPr>
        <w:jc w:val="right"/>
      </w:pPr>
      <w:r>
        <w:t>، وہ یہ بتاتی ہے کہ اپنے آپ کو فیوچر کے حساب سے دیکھو۔ پریزنٹ میں اگر تم کو پڑھنا نہیں آتا تو فیوچر میں آ سکتا ہے۔ فیوچر میں تم کو ایک زبان نہیں آتی، فیوچر میں تم کو وہ زبان آ جائے گی۔ اگر کوشش کرو، کوشش کرو، کوشش کرو، ٹرائی، ٹرائی، ٹرائی اگین۔ تو یہ کتنا بڑا سبق ہے جو اس آیت میں ہمیں دیا گیا۔ اتنا بڑا سبق</w:t>
      </w:r>
    </w:p>
    <w:p>
      <w:r>
        <w:rPr>
          <w:b/>
        </w:rPr>
        <w:t xml:space="preserve">[45:12] </w:t>
      </w:r>
      <w:r>
        <w:t>hai, yani is mein islam mein mayoosi ko haram kiya gaya hai. yeh main baat arz karoon aap ke samne ke mayoosi, frustration islam mein haram hai. to maine bahut din tak socha ke khuda ne mayoosi ko haram kiya, halanki dunya mein bahut difficulties aati hain, problem aate hain, to insaan mayoos ho jata hai.</w:t>
      </w:r>
    </w:p>
    <w:p>
      <w:pPr>
        <w:jc w:val="right"/>
      </w:pPr>
      <w:r>
        <w:t>ہے، یعنی اس میں اسلام میں مایوسی کو حرام کیا گیا ہے۔ یہ میں بات عرض کروں آپ کے سامنے کہ مایوسی، فرسٹریشن اسلام میں حرام ہے۔ تو میں نے بہت دن تک سوچا کہ خدا نے مایوسی کو حرام کیا، حالانکہ دنیا میں بہت ڈیفیکلٹیز آتی ہیں، پرابلم آتے ہیں، تو انسان مایوس ہو جاتا ہے۔</w:t>
      </w:r>
    </w:p>
    <w:p>
      <w:r>
        <w:rPr>
          <w:b/>
        </w:rPr>
        <w:t xml:space="preserve">[45:44] </w:t>
      </w:r>
      <w:r>
        <w:t>to khuda ne kyun haram kiya? sochte sochte main is nabat pahuncha ke khuda ne haram is liye kiya, mayoosi ko is liye haram kiya ke khuda ki dunya mein aise halaat the hi nahi ke aadmi mayoos ho jaye hamesha ke liye. jo dunya banai allah taala ne, us dunya ko is tarah banaya ke wahan par imkanat ki tadad</w:t>
      </w:r>
    </w:p>
    <w:p>
      <w:pPr>
        <w:jc w:val="right"/>
      </w:pPr>
      <w:r>
        <w:t>تو خدا نے کیوں حرام کیا؟ سوچتے سوچتے میں اس نوبت پہنچا کہ خدا نے حرام اس لیے کیا، مایوسی کو اس لیے حرام کیا کہ خدا کی دنیا میں ایسے حالات تھے ہی نہیں کہ آدمی مایوس ہو جائے ہمیشہ کے لیے۔ جو دنیا بنائی اللہ تعالی نے، اس دنیا کو اس طرح بنایا کہ وہاں پر امکانات کی تعداد</w:t>
      </w:r>
    </w:p>
    <w:p>
      <w:r>
        <w:rPr>
          <w:b/>
        </w:rPr>
        <w:t xml:space="preserve">[46:15] </w:t>
      </w:r>
      <w:r>
        <w:t>is se zyada thi jo difficulties ki tadad hoti hai, yani problem se zyada opportunities yahan thin. jab khuda ne aisi dunya banai jahan problem se zyada opportunities thin, to yeh bilkul jaiz tha ke is mayoosi ko haram kar diya jaye. yeh nuqta ek mufassir ne likha hai. quran mein ek ayat hai ke "in ma yus</w:t>
      </w:r>
    </w:p>
    <w:p>
      <w:pPr>
        <w:jc w:val="right"/>
      </w:pPr>
      <w:r>
        <w:t>اس سے زیادہ تھی جو ڈیفیکلٹیز کی تعداد ہوتی ہے، یعنی پرابلم سے زیادہ اپرچونیٹیز یہاں تھیں۔ جب خدا نے ایسی دنیا بنائی جہاں پرابلم سے زیادہ اپرچونیٹیز تھیں، تو یہ بالکل جائز تھا کہ اس مایوسی کو حرام کر دیا جائے۔ یہ نقطہ ایک مفسر نے لکھا ہے۔ قرآن میں ایک آیت ہے کہ "ان مال یس</w:t>
      </w:r>
    </w:p>
    <w:p>
      <w:r>
        <w:rPr>
          <w:b/>
        </w:rPr>
        <w:t xml:space="preserve">[46:45] </w:t>
      </w:r>
      <w:r>
        <w:t>ra, in ma yusra". is se unhone nikala hai ke dunya mein agar problem ek hai to opportunities do hain, double hain. is ayat se unhone yeh nuqta nikala hai ke dunya mein khuda ne dunya ko is tarah banaya hai ke yahan agar problem ek hoga to opportunities is ke muqable mein double hongi. yeh hai khuda ke k</w:t>
      </w:r>
    </w:p>
    <w:p>
      <w:pPr>
        <w:jc w:val="right"/>
      </w:pPr>
      <w:r>
        <w:t>را، ان مال یسرا"۔ اس سے انہوں نے نکالا ہے کہ دنیا میں اگر پرابلم ایک ہے تو اپرچونیٹیز دو ہیں، ڈبل ہیں۔ اس آیت سے انہوں نے یہ نقطہ نکالا ہے کہ دنیا میں خدا نے دنیا کو اس طرح بنایا ہے کہ یہاں اگر پرابلم ایک ہوگا تو اپرچونیٹیز اس کے مقابلے میں ڈبل ہوں گی۔ یہ ہے خدا کے ک</w:t>
      </w:r>
    </w:p>
    <w:p>
      <w:r>
        <w:rPr>
          <w:b/>
        </w:rPr>
        <w:t xml:space="preserve">[47:15] </w:t>
      </w:r>
      <w:r>
        <w:t>reation ka ek hissa. to yeh baat maine samjhi ghaur karne ke baad ke khuda ne jab mayoosi ko haram kiya to sath sath dunya mein itne zyada scope rakh dijiye, itne zyada opportunities rakh dein ke kabhi mayoosi ki nabat hi na aaye. to mayoosi ki nabat kab aati hai? present ko dekh kar aati hai.</w:t>
      </w:r>
    </w:p>
    <w:p>
      <w:pPr>
        <w:jc w:val="right"/>
      </w:pPr>
      <w:r>
        <w:t>ریشن کا ایک حصہ۔ تو یہ بات میں نے سمجھی غور کرنے کے بعد کہ خدا نے جب مایوسی کو حرام کیا تو ساتھ ساتھ دنیا میں اتنے زیادہ اسکوپ رکھ دیجیے، اتنے زیادہ اپرچونیٹیز رکھ دیں کہ کبھی مایوسی کی نوبت ہی نہ آئے۔ تو مایوسی کی نوبت کب آتی ہے؟ پریزنٹ کو دیکھ کر آتی ہے۔</w:t>
      </w:r>
    </w:p>
    <w:p>
      <w:r>
        <w:rPr>
          <w:b/>
        </w:rPr>
        <w:t xml:space="preserve">[47:45] </w:t>
      </w:r>
      <w:r>
        <w:t>agar hum present mein future ko mila lein to kabhi bhi mayoosi paida nahi hogi. kyunke aap jante hain ke koshish se sab kuch hota hai. arabi mein kaha jata hai ke "man jadda wajad". jis ne koshish ki, us ne pa liya. jis ne koshish ki, us ne pa liya. to agar aap kisi mushkil mein hain to koshish shuru kar dijiye,</w:t>
      </w:r>
    </w:p>
    <w:p>
      <w:pPr>
        <w:jc w:val="right"/>
      </w:pPr>
      <w:r>
        <w:t>اگر ہم پریزنٹ میں فیوچر کو ملا لیں تو کبھی بھی مایوسی پیدا نہیں ہوگی۔ کیونکہ آپ جانتے ہیں کہ کوشش سے سب کچھ ہوتا ہے۔ عربی میں کہا جاتا ہے کہ "منجد وجدہ"۔ جس نے کوشش کی، اس نے پا لیا۔ جس نے کوشش کی، اس نے پا لیا۔ تو اگر آپ کسی مشکل میں ہیں تو کوشش شروع کر دیجئے،</w:t>
      </w:r>
    </w:p>
    <w:p>
      <w:r>
        <w:rPr>
          <w:b/>
        </w:rPr>
        <w:t xml:space="preserve">[48:15] </w:t>
      </w:r>
      <w:r>
        <w:t>aur is ke baad aap dekhenge ke mushkil khatam ho gayi aur naye darwaze khul gaye kamyabi ke. yahan main ek baat yeh kehna chahunga ke kai log yeh samajhte hain ke islam taqat ke zariye phaila, talwar ke zariye phaila. lekin sahi baat hai ke islam</w:t>
      </w:r>
    </w:p>
    <w:p>
      <w:pPr>
        <w:jc w:val="right"/>
      </w:pPr>
      <w:r>
        <w:t>اور اس کے بعد آپ دیکھیں گے کہ مشکل ختم ہوگئی اور نئے دروازے کھل گئے کامیابی کے۔ یہاں میں ایک بات یہ کہنا چاہوں گا کہ کئی لوگ یہ سمجھتے ہیں کہ اسلام طاقت کے ذریعے پھیلا، تلوار کے ذریعے پھیلا۔ لیکن صحیح بات ہے کہ اسلام</w:t>
      </w:r>
    </w:p>
    <w:p>
      <w:r>
        <w:rPr>
          <w:b/>
        </w:rPr>
        <w:t xml:space="preserve">[48:45] </w:t>
      </w:r>
      <w:r>
        <w:t>quran ke zariye phaila. aur yeh main nahin keh raha hoon, balkeh tamam murikhin jinhon ne is par tehqeeq ki hai, woh yahi kehte hain. mislan ek angrez murikh thay ti dabliyu arnald. ti dabliyu arnald, unhon ne moti si kitab likhi hai "da preaching of islam". "da preaching of</w:t>
      </w:r>
    </w:p>
    <w:p>
      <w:pPr>
        <w:jc w:val="right"/>
      </w:pPr>
      <w:r>
        <w:t>قرآن کے ذریعے پھیلا۔ اور یہ میں نہیں کہہ رہا ہوں، بلکہ تمام مورخین جنہوں نے اس پر تحقیق کی ہے، وہ یہی کہتے ہیں۔ مثلاً ایک انگریز مورخ تھے ٹی ڈبلیو ارنلڈ۔ ٹی ڈبلیو ارنلڈ، انہوں نے موٹی سی کتاب لکھی ہے "دا پریچنگ اف اسلام"۔ "دا پریچنگ اف</w:t>
      </w:r>
    </w:p>
    <w:p>
      <w:r>
        <w:rPr>
          <w:b/>
        </w:rPr>
        <w:t xml:space="preserve">[49:15] </w:t>
      </w:r>
      <w:r>
        <w:t>islam". is is kitab mein unhon ne islam ki hazar salah tareekh ka jaiza liya hai, is nuqte nazar se ke islam dunya mein kaise phaila. to woh batate hain ke poori kitab ka jo khulasa hai ke ke ek lafz mein agar main kahoon to is ka khulasa yeh hai ke "da spread of islam was result of</w:t>
      </w:r>
    </w:p>
    <w:p>
      <w:pPr>
        <w:jc w:val="right"/>
      </w:pPr>
      <w:r>
        <w:t>اسلام"۔ اس اس کتاب میں انہوں نے اسلام کی ہزار سالہ تاریخ کا جائزہ لیا ہے، اس نقطہ نظر سے کہ اسلام دنیا میں کیسے پھیلا۔ تو وہ بتاتے ہیں کہ پوری کتاب کا جو خلاصہ ہے کہ کہ ایک لفظ میں اگر میں کہوں تو اس کا خلاصہ یہ ہے کہ "دا اسپریڈ اف اسلام واز رزلٹ اف</w:t>
      </w:r>
    </w:p>
    <w:p>
      <w:r>
        <w:rPr>
          <w:b/>
        </w:rPr>
        <w:t xml:space="preserve">[49:46] </w:t>
      </w:r>
      <w:r>
        <w:t>peaceful preaching". "adar deen force aur violence". yeh hai khulasa is ka. aur peaceful preaching jo ki gayi, woh kaise ki gayi? woh ki gayi quran ke zariye. quran ke zariye. is mauzu par ek aur kitab hai, woh hai "sir arthur key" ki kitab. is kitab ke ek chapter mein unhon ne dikhaya hai ke misr mein islam kaise phaila.</w:t>
      </w:r>
    </w:p>
    <w:p>
      <w:pPr>
        <w:jc w:val="right"/>
      </w:pPr>
      <w:r>
        <w:t>پیس فل پریچنگ"۔ "ادر دین فورس اور وائیلنس"۔ یہ ہے خلاصہ اس کا۔ اور پیس فل پریچنگ جو کی گئی، وہ کیسے کی گئی؟ وہ کی گئی قرآن کے ذریعے۔ قرآن کے ذریعے۔ اس موضوع پر ایک اور کتاب ہے، وہ ہے "سر ارتھ کی" کی کتاب۔ اس کتاب کے ایک چیپٹر میں انہوں نے دکھایا ہے کہ مصر میں اسلام کیسے پھیلا۔</w:t>
      </w:r>
    </w:p>
    <w:p>
      <w:r>
        <w:rPr>
          <w:b/>
        </w:rPr>
        <w:t xml:space="preserve">[50:18] </w:t>
      </w:r>
      <w:r>
        <w:t>to aam taur par yeh samjha jata hai ke misr mein fauj gayi aur phir islam phailaaya us ne. unhon ne kaha ke bilkul galat hai yeh baat. sir arthur key bhi ek angrez hain aur woh murikh hain, ek historian hain. to unhon ne woh egypt, jis ko kehte hain egyptology, us ke expert samjhate hain, woh misriyat ke. to unhon ne likha hai ke "da egyptians were conquered not by the sword b</w:t>
      </w:r>
    </w:p>
    <w:p>
      <w:pPr>
        <w:jc w:val="right"/>
      </w:pPr>
      <w:r>
        <w:t>تو عام طور پر یہ سمجھا جاتا ہے کہ مصر میں فوج گئی اور پھر اسلام پھیلایا اس نے۔ انہوں نے کہا کہ بالکل غلط ہے یہ بات۔ سر ارتھر کیت بھی ایک انگریز ہیں اور وہ مورخ ہیں، ایک ہسٹورین ہیں۔ تو انہوں نے وہ ایجپٹ، جس کو کہتے ہیں ایجپٹولوجی، اس کے ایکسپرٹ سمجھاتے ہیں، وہ مصریات کے۔ تو انہوں نے لکھا ہے کہ "دا ایجپشنز ویر کانکرڈ ناٹ بائی دا سوٹ ب</w:t>
      </w:r>
    </w:p>
    <w:p>
      <w:r>
        <w:rPr>
          <w:b/>
        </w:rPr>
        <w:t xml:space="preserve">[50:48] </w:t>
      </w:r>
      <w:r>
        <w:t>t by the quran". yeh sir arthur key ke alfaaz hain ke misri log, misriyon ke andar jo islam phaila, woh talwar se nahin phaila balkeh quran ke zariye phaila. quran ke zariye. is kitab mein mujhe ek bohat ahem baat maloom hui. woh baat yeh hai ke pehle zamane mein jo ladaaiyan hoti theen, woh aaj se bohat mukhtalif</w:t>
      </w:r>
    </w:p>
    <w:p>
      <w:pPr>
        <w:jc w:val="right"/>
      </w:pPr>
      <w:r>
        <w:t>ٹ بائی دا قرآن"۔ یہ سرار ترکیت کے الفاظ ہیں کہ مصری لوگ، مصریوں کے اندر جو اسلام پھیلا، وہ تلوار سے نہیں پھیلا بلکہ قرآن کے ذریعے پھیلا۔ قرآن کے ذریعے۔ اس کتاب میں مجھے ایک بہت اہم بات معلوم ہوئی۔ وہ بات یہ ہے کہ پہلے زمانے میں جو لڑائیاں ہوتی تھیں، وہ آج سے بہت مختلف</w:t>
      </w:r>
    </w:p>
    <w:p>
      <w:r>
        <w:rPr>
          <w:b/>
        </w:rPr>
        <w:t xml:space="preserve">[51:19] </w:t>
      </w:r>
      <w:r>
        <w:t>theen. aaj jab ladaai hoti hai to aap jante hain ke bohat phaili hui hoti hai. hum mass destruction ke zamane mein jeete hain aur media ke zamane mein. aaj koi bomb maar deta hai to bohat is ka asar jata hai. aur idhar koi baat hoti hai violence ki aur foran woh media mein aa kar ke minton aur secondon mein sari dunya mein phail jati hai. pehle zamane mein aisa nahin tha.</w:t>
      </w:r>
    </w:p>
    <w:p>
      <w:pPr>
        <w:jc w:val="right"/>
      </w:pPr>
      <w:r>
        <w:t>تھیں۔ آج جب لڑائی ہوتی ہے تو آپ جانتے ہیں کہ بہت پھیلی ہوئی ہوتی ہے۔ ہم ماس ڈسٹرکشن کے زمانے میں جیتے ہیں اور میڈیا کے زمانے میں۔ آج کوئی بم مار دیتا ہے تو بہت اس کا اثر جاتا ہے۔ اور ادھر کوئی بات ہوتی ہے وائیلنس کی اور فوراً وہ میڈیا میں آ کر کے منٹوں اور سیکنڈوں میں ساری دنیا میں پھیل جاتی ہے۔ پہلے زمانے میں ایسا نہیں تھا۔</w:t>
      </w:r>
    </w:p>
    <w:p>
      <w:r>
        <w:rPr>
          <w:b/>
        </w:rPr>
        <w:t xml:space="preserve">[51:50] </w:t>
      </w:r>
      <w:r>
        <w:t>is kitab ko parh kar main ne is haqeeqat ko jana. pehle zamane mein jab ke na to weapons of mass destruction thay, na media tha. to kya hota tha ke bohat hi ek mehdood jagah par do faujen takra di theen. jis ko aap kehte hain battlefield. aaj to battlefield bohat bara hota hai, poora mulk battlefield ban jata hai. tab aisa nahin tha. ek</w:t>
      </w:r>
    </w:p>
    <w:p>
      <w:pPr>
        <w:jc w:val="right"/>
      </w:pPr>
      <w:r>
        <w:t>اس کتاب کو پڑھ کر میں نے اس حقیقت کو جانا۔ پہلے زمانے میں جب کہ نہ تو ویپنز اف ماس ڈسٹرکشن تھے، نہ میڈیا تھا۔ تو کیا ہوتا تھا کہ بہت ہی ایک محدود جگہ پر دو فوجیں ٹکرا دی تھیں۔ جس کو آپ کہتے ہیں بیٹل فیلڈ۔ آج تو بیٹل فیلڈ بہت بڑا ہوتا ہے، پورا ملک بیٹل فیلڈ بن جاتا ہے۔ تب ایسا نہیں تھا۔ ایک</w:t>
      </w:r>
    </w:p>
    <w:p>
      <w:r>
        <w:rPr>
          <w:b/>
        </w:rPr>
        <w:t xml:space="preserve">[52:20] </w:t>
      </w:r>
      <w:r>
        <w:t>chhote se maidan mein, aksar shaharoon ke bahir jo chateel maidan hotay thay, wahan par do faujen takra di theen. is mein bastiyan involve nahin hoti theen, shehri log involve nahin hotay thay, balkeh ladaai ke jhankhar ki bhi unhein sunai nahin deti thi aur na khabrein un ko pohnchti theen. to jo ladaaiyan hui hain, woh</w:t>
      </w:r>
    </w:p>
    <w:p>
      <w:pPr>
        <w:jc w:val="right"/>
      </w:pPr>
      <w:r>
        <w:t>چھوٹے سے میدان میں، اکثر شہروں کے باہر جو چٹیل میدان ہوتے تھے، وہاں پر دو فوجیں ٹکرا دی تھیں۔ اس میں بستیاں انوالو نہیں ہوتی تھیں، شہری لوگ انوالو نہیں ہوتے تھے، بلکہ لڑائی کے جھنکار کی بھی انہیں انہیں سنائی نہیں دیتی تھی اور نہ خبریں ان کو پہنچتی تھیں۔ تو جو لڑائیاں ہوئی ہیں، وہ</w:t>
      </w:r>
    </w:p>
    <w:p>
      <w:r>
        <w:rPr>
          <w:b/>
        </w:rPr>
        <w:t xml:space="preserve">[52:50] </w:t>
      </w:r>
      <w:r>
        <w:t>battlefield mein ek bohat hi mehdood raqbe mein hui hain. aur islam ka jo phailaao hua hai, quran ke zariye se, woh wasee tar andaaz mein hua hai. yani kuch faujen jo aapas mein ladti theen, un ke bahir jo insaan thay, shaharoon mein aur gaon mein aur bastiyon mein, woh quran ke zariye islam ka parchar karte thay. yahi har shehar, yahi har mulk mein hua hai. yeh baat main ne samjhi in do kitabon</w:t>
      </w:r>
    </w:p>
    <w:p>
      <w:pPr>
        <w:jc w:val="right"/>
      </w:pPr>
      <w:r>
        <w:t>بیٹل فیلڈ میں ایک بہت ہی محدود رقبے میں ہوئی ہیں۔ اور اسلام کا جو پھیلاؤ ہوا ہے، قرآن کے ذریعے سے، وہ وسیع تر انداز میں ہوا ہے۔ یعنی کچھ فوجیں جو آپس میں لڑتی تھیں، ان کے باہر جو انسان تھے، شہروں میں اور گاؤں میں اور بستیوں میں، وہ قرآن کے ذریعے اسلام کا پرچار کرتے تھے۔ یہی ہر شہر، یہی ہر ملک میں ہوا ہے۔ یہ بات میں نے سمجھی ان دو کتابوں</w:t>
      </w:r>
    </w:p>
    <w:p>
      <w:r>
        <w:rPr>
          <w:b/>
        </w:rPr>
        <w:t xml:space="preserve">[53:21] </w:t>
      </w:r>
      <w:r>
        <w:t>ke mutale se, "preaching of islam" aur "arthur key" ki jo kitab hai, us se ke battlefield mein jo kaam hota tha, us se islam ko phailaane ka koi talluq hi nahin. islam jab phailta tha, battlefield ke bahir jo logon ki sargarmian hoti theen, quran ko le kar ke, islam ko le kar ke, us se islam phailta tha. aur woh mukammal taur par hundred percent peaceful method hua karta tha. is ka</w:t>
      </w:r>
    </w:p>
    <w:p>
      <w:pPr>
        <w:jc w:val="right"/>
      </w:pPr>
      <w:r>
        <w:t>کے مطالعے سے، "پریچنگ اف اسلام" اور "ارتھ ترکیت" کی جو کتاب ہے، اس سے کہ بیٹل فیلڈ میں جو کام ہوتا تھا، اس سے اسلام کو پھیلانے کا کوئی تعلق ہی نہیں۔ اسلام جب پھیلتا تھا، بیٹل فیلڈ کے باہر جو لوگوں کی سرگرمیاں ہوتی تھیں، قرآن کو لے کر کے، اسلام کو لے کر کے، اس سے اسلام پھیلتا تھا۔ اور وہ مکمل طور پر ہنڈرڈ پرسنٹ پیس فل میتھڈ ہوا کرتا تھا۔ اس کا</w:t>
      </w:r>
    </w:p>
    <w:p>
      <w:r>
        <w:rPr>
          <w:b/>
        </w:rPr>
        <w:t xml:space="preserve">[53:51] </w:t>
      </w:r>
      <w:r>
        <w:t>jang se aur violence se koi talluq nahin hota tha. to yeh bohat hi zaroori cheez hai tareekh ko samajhne ke liye. hum aksar aaj ka naqsha hamare zehn mein hota hai, us se hum pichli jangon ko samajhte hain. aaj ki jang is se bohat mukhtalif hoti hai jo pehle hua karti thi. aaj ki jang mein poora poora mulk involve hota hai. har aadmi ko lamha ba lamha ki khabar hoti hoti hai.</w:t>
      </w:r>
    </w:p>
    <w:p>
      <w:pPr>
        <w:jc w:val="right"/>
      </w:pPr>
      <w:r>
        <w:t>جنگ سے اور وائلنس سے کوئی تعلق نہیں ہوتا تھا۔ تو یہ بہت ہی ضروری چیز ہے تاریخ کو سمجھنے کے لیے۔ ہم اکثر آج کا نقشہ ہمارے ذہن میں ہوتا ہے، اس سے ہم پچھلی جنگوں کو سمجھتے ہیں۔ آج کی جنگ اس سے بہت مختلف ہوتی ہے جو پہلے ہوا کرتی تھی۔ آج کی جنگ میں پورا پورا ملک انوالو ہوتا ہے۔ ہر آدمی کو لمحہ بلمحہ کی خبر ہوتی ہوتی ہے۔</w:t>
      </w:r>
    </w:p>
    <w:p>
      <w:r>
        <w:rPr>
          <w:b/>
        </w:rPr>
        <w:t xml:space="preserve">[54:21] </w:t>
      </w:r>
      <w:r>
        <w:t>jab koi ladaai hoti hai to poora poora mulk is mein shamil ho jata hai. har waqt hum tv par, radio par, akhbar mein is ki khabrein suntay rehtay hain. pehle aisa kuch bhi nahin tha. pehle to jang ek non event hoti thi. non event. kuch logon ke darmiyan woh waqea tha, baqi mulk is se bekhabar tha. to islam jo phaila hai, woh woh sirf quranic method se aur islam ke</w:t>
      </w:r>
    </w:p>
    <w:p>
      <w:pPr>
        <w:jc w:val="right"/>
      </w:pPr>
      <w:r>
        <w:t>جب کوئی لڑائی ہوتی ہے تو پورا پورا ملک اس میں شامل ہو جاتا ہے۔ ہر وقت ہم ٹی وی پر، ریڈیو پر، اخبار میں اس کی خبریں سنتے رہتے ہیں۔ پہلے ایسا کچھ بھی نہیں تھا۔ پہلے تو جنگ ایک نان ایونٹ ہوتی تھی۔ نان ایونٹ۔ کچھ لوگوں کے درمیان وہ واقعہ تھا، باقی ملک اس سے بے خبر تھا۔ تو اسلام جو پھیلا ہے، وہ وہ صرف قرآنی میتھڈ سے اور اسلام کے</w:t>
      </w:r>
    </w:p>
    <w:p>
      <w:r>
        <w:rPr>
          <w:b/>
        </w:rPr>
        <w:t xml:space="preserve">[54:52] </w:t>
      </w:r>
      <w:r>
        <w:t>peaceful parchar se phaila hai. ek baat main yeh arz karoon ga yahan par jo mere sath khud guzri. dekhein, quran koi hum se alag kitab nahin hai. quran meri fitrat ki kitab hai. har insaan ki fitrat ki kitab hai. dekhein, dunya mein jitne bhi mazahib aaye hain, woh sab</w:t>
      </w:r>
    </w:p>
    <w:p>
      <w:pPr>
        <w:jc w:val="right"/>
      </w:pPr>
      <w:r>
        <w:t>پیس فل پرچار سے پھیلا ہے۔ ایک بات میں یہ عرض کروں گا یہاں پر جو میرے ساتھ خود گزری۔ دیکھیں، قرآن کوئی ہم سے الگ کتاب نہیں ہے۔ قرآن میری فطرت کی کتاب ہے۔ ہر انسان کی فطرت کی کتاب ہے۔ دیکھیں، دنیا میں جتنے بھی مذہب آئے ہیں، وہ سب</w:t>
      </w:r>
    </w:p>
    <w:p>
      <w:r>
        <w:rPr>
          <w:b/>
        </w:rPr>
        <w:t xml:space="preserve">[55:23] </w:t>
      </w:r>
      <w:r>
        <w:t>wohi thay jo mazahib quran mein bataya gaya hai. mazahib khuda ne do nahin bheje, hamesha ek hi mazahib bheja hai. khuda ka mazahib hamesha ek raha hai, aaj bhi ek hai, aindah bhi ek rahe ga. to quran aur doosri mazhabi kitabon mein jo farq hai, woh sirf yeh hai ke quran authentic roop mein aaj hamare paas maujood hai. is ko historical credibility mili hui hai. bas wa</w:t>
      </w:r>
    </w:p>
    <w:p>
      <w:pPr>
        <w:jc w:val="right"/>
      </w:pPr>
      <w:r>
        <w:t>وہی تھے جو مذہب قرآن میں بتایا گیا ہے۔ مذہب خدا نے دو نہیں بھیجے، ہمیشہ ایک ہی مذہب بھیجا ہے۔ خدا کا مذہب ہمیشہ ایک رہا ہے، آج بھی ایک ہے، آئندہ بھی ایک رہے گا۔ تو قرآن اور دوسری مذہبی کتابوں میں جو فرق ہے، وہ صرف یہ ہے کہ قرآن اتھینٹک روپ میں آج ہمارے پاس موجود ہے۔ اس کو ہسٹوریکل کریڈیبلٹی ملی ہوئی ہے۔ بس و</w:t>
      </w:r>
    </w:p>
    <w:p>
      <w:r>
        <w:rPr>
          <w:b/>
        </w:rPr>
        <w:t xml:space="preserve">[55:53] </w:t>
      </w:r>
      <w:r>
        <w:t>rnah original tor par jo mazahib pehle tha, wahi mazahib aaj bhi hai. to main jo kehta hoon ke quran hamare dil ki kitab hai, hamari fitrat ki kitab hai, woh isi silsile mein kehta hoon. har mazahib ki kitab ki hesiyat yahi thi, jab tak is mein koi milawat nahin hui thi. to ke khuda ne insaan ko banaya, insaan ke andar is ne apni marifat rakh di.</w:t>
      </w:r>
    </w:p>
    <w:p>
      <w:pPr>
        <w:jc w:val="right"/>
      </w:pPr>
      <w:r>
        <w:t>رنہ اوریجنل طور پر جو مذہب پہلے تھا، وہی مذہب آج بھی ہے۔ تو میں جو کہتا ہوں کہ قرآن ہمارے دل کی کتاب ہے، ہماری فطرت کی کتاب ہے، وہ اسی سلسلے میں کہتا ہوں۔ ہر مذہب کی کتاب کا حیثیت یہی تھی، جب تک اس میں کوئی ملاوٹ نہیں ہوئی تھی۔ تو کہ خدا نے انسان کو بنایا، انسان کے اندر اس نے اپنی معرفت رکھ دی۔</w:t>
      </w:r>
    </w:p>
    <w:p>
      <w:r>
        <w:rPr>
          <w:b/>
        </w:rPr>
        <w:t xml:space="preserve">[56:23] </w:t>
      </w:r>
      <w:r>
        <w:t>har khuda ki marifat har insaan ke andar interwoven hai. anthropology ki jo studies ki gayi hain, pichlay kai so saal ke darmiyan, woh batati hain ke mazahib ya khuda ka gyan, khuda ka shaoor, har insaan ki fitrat mein racha basa hai. jis tarah insaan ke andar pani ki pyaas maujood hai, usi tarah insaan ke andar sachai ki talash. koi bhi insaan</w:t>
      </w:r>
    </w:p>
    <w:p>
      <w:pPr>
        <w:jc w:val="right"/>
      </w:pPr>
      <w:r>
        <w:t>ہر خدا کی معرفت ہر انسان کے اندر انٹروون ہے۔ انتھراپولوجی کی جو سٹڈیز کی گئی ہیں، پچھلے کئی سو سال کے درمیان، وہ بتاتی ہیں کہ مذہب یا خدا کا گیان، خدا کا شعور، ہر انسان کی فطرت میں رچا بسا ہے۔ جس طرح انسان کے اندر پانی کی پیاس موجود ہے، اسی طرح انسان کے اندر سچائی کی تلاش۔ کوئی بھی انسان</w:t>
      </w:r>
    </w:p>
    <w:p>
      <w:r>
        <w:rPr>
          <w:b/>
        </w:rPr>
        <w:t xml:space="preserve">[56:53] </w:t>
      </w:r>
      <w:r>
        <w:t>sachai ki talash ke jazbe se khali nahin hai. to isi sense mein main kehta hoon ke quran har insaan ke fitrat ki kitab hai. har insaan ke liye jani pehchani kitab hai. chunancha ek america ka ek ek father, ek christian father, gary miller ne quran ko parha aur us ke baad unhon ne islam accept</w:t>
      </w:r>
    </w:p>
    <w:p>
      <w:pPr>
        <w:jc w:val="right"/>
      </w:pPr>
      <w:r>
        <w:t>سچائی کی تلاش کے جذبے سے خالی نہیں ہے۔ تو اسی سینس میں میں کہتا ہوں کہ قرآن ہر انسان کے فطرت کی کتاب ہے۔ ہر انسان کے لیے جانی پہچانی کتاب ہے۔ چنانچہ ایک امریکہ کا ایک ایک فادر، ایک کرسچن فادر، گیری ملر نے قرآن کو پڑھا اور اس کے بعد انہوں نے اسلام ایکسیپٹ</w:t>
      </w:r>
    </w:p>
    <w:p>
      <w:r>
        <w:rPr>
          <w:b/>
        </w:rPr>
        <w:t xml:space="preserve">[57:23] </w:t>
      </w:r>
      <w:r>
        <w:t>kar liya. to logon ne poocha un se ke aap ne kyun aisa kiya? aap ne kyun islam accept kiya? to unhon ne jawab diya ke "i was not converted to islam but i was reverted to my own birthright religion". yani quran mein main ne apne hi dil mein chhupay hue jo sachai ka ilm tha, us ko pa liya.</w:t>
      </w:r>
    </w:p>
    <w:p>
      <w:pPr>
        <w:jc w:val="right"/>
      </w:pPr>
      <w:r>
        <w:t>کر لیا۔ تو لوگوں نے پوچھا ان سے کہ آپ نے کیوں ایسا کیا؟ آپ نے کیوں اسلام ایکسیپٹ کیا؟ تو انہوں نے جواب دیا کہ "آئی واز ناٹ کنورٹڈ ٹو اسلام بٹ آئی واز ریورٹڈ ٹو مائی اون برتھ رائٹ ریلیجن"۔ یعنی قرآن میں میں نے اپنے ہی دل میں چھپے ہوئے جو سچائی کا علم تھا، اس کو پا لیا۔</w:t>
      </w:r>
    </w:p>
    <w:p>
      <w:r>
        <w:rPr>
          <w:b/>
        </w:rPr>
        <w:t xml:space="preserve">[57:54] </w:t>
      </w:r>
      <w:r>
        <w:t>woh mujh se alag koi cheez nahin thi. jis sachai ki talash mein main tha, apni fitrat ke zor par, woh sachai mujhe quran mein likhi hui mil gayi. is liye main ne us ko accept kar liya. yeh sab ka mamla hai. main keh sakta hoon ke khud apna bhi yahi mamla hai. jo bhi koi insaan jis ne ke quran ke ko maana hai, us ko ek</w:t>
      </w:r>
    </w:p>
    <w:p>
      <w:pPr>
        <w:jc w:val="right"/>
      </w:pPr>
      <w:r>
        <w:t>وہ مجھ سے الگ کوئی چیز نہیں تھی۔ جس سچائی کی تلاش میں میں تھا، اپنی فطرت کے زور پر، وہ سچائی مجھے قرآن میں لکھی ہوئی مل گئی۔ اس لیے میں نے اس کو ایکسیپٹ کر لیا۔ یہ سب کا معاملہ ہے۔ میں کہہ سکتا ہوں کہ خود اپنا بھی یہی معاملہ ہے۔ جو بھی کوئی انسان جس نے کہ قرآن کے کو مانا ہے، اس کو ایک</w:t>
      </w:r>
    </w:p>
    <w:p>
      <w:r>
        <w:rPr>
          <w:b/>
        </w:rPr>
        <w:t xml:space="preserve">[58:24] </w:t>
      </w:r>
      <w:r>
        <w:t>accept kar liya hai, quran ka momin bana hai, woh sach poochay, apni fitrat hi ko maan kar us ne quran ko maana hai. apni fitrat mein chhupay hue sawal ka jawab us ko quran mein mila, is liye woh quran ka momin ban gaya. to is sense mein main kahoon ga ke quran kitab fitrat hai, kitab insaniyat</w:t>
      </w:r>
    </w:p>
    <w:p>
      <w:pPr>
        <w:jc w:val="right"/>
      </w:pPr>
      <w:r>
        <w:t>سیپٹ کر لیا ہے، قرآن کا مومن بنا ہے، وہ سچ پوچھے، اپنی فطرت ہی کو مان کر اس نے قرآن کو مانا ہے۔ اپنی فطرت میں چھپے ہوئے سوال کا جواب اس کو قرآن میں ملا، اس لیے وہ قرآن کا مومن بن گیا۔ تو اس سینس میں میں کہوں گا کہ قرآن کتاب فطرت ہے، کتاب انس</w:t>
      </w:r>
    </w:p>
    <w:p>
      <w:r>
        <w:rPr>
          <w:b/>
        </w:rPr>
        <w:t xml:space="preserve">[58:54] </w:t>
      </w:r>
      <w:r>
        <w:t>hai. woh ek universal kitab hai jo har insaan ke dil mein pehle se maujood hai. quran ki ek ayat yeh hai: "walqad yassarnal quranaz zikr fhalum mudakkar". is ka translation yeh hai ke hum ne quran ko</w:t>
      </w:r>
    </w:p>
    <w:p>
      <w:pPr>
        <w:jc w:val="right"/>
      </w:pPr>
      <w:r>
        <w:t>انیت ہے۔ وہ ایک یونیورسل کتاب ہے جو ہر انسان کے دل میں پہلے سے موجود ہے۔ قرآن کی ایک آیت یہ ہے: "ولقد یسرن القرآن الذکر فحلم مدکر"۔ اس کا ٹرانسیشن یہ ہے کہ ہم نے قرآن کو</w:t>
      </w:r>
    </w:p>
    <w:p>
      <w:r>
        <w:rPr>
          <w:b/>
        </w:rPr>
        <w:t xml:space="preserve">[59:25] </w:t>
      </w:r>
      <w:r>
        <w:t>aasan kar diya. to hai koi quran se naseehat lene wala? is ayat ka matlab aksar log yeh samajhte hain ke is ka taluq hafze se hai. yani quran ko aisa bana diya ke bohat aasani se is ka hafiz kiya sake, us ko memorize kiya sake.</w:t>
      </w:r>
    </w:p>
    <w:p>
      <w:pPr>
        <w:jc w:val="right"/>
      </w:pPr>
      <w:r>
        <w:t>آسان کر دیا۔ تو ہے کوئی قرآن سے نصیحت لینے والا؟ اس آیت کا مطلب اکثر لوگ یہ سمجھتے ہیں کہ اس کا تعلق حافظہ سے ہے۔ یعنی قرآن کو ایسا بنا دیا کہ بہت آسانی سے اس کا حفظ کیا سکے، اس کو میمورائز کیا سکے۔</w:t>
      </w:r>
    </w:p>
    <w:p>
      <w:r>
        <w:rPr>
          <w:b/>
        </w:rPr>
        <w:t xml:space="preserve">[59:58] </w:t>
      </w:r>
      <w:r>
        <w:t>to quran ko hafze ke liye aasan bana diya. magar yeh bilkul galat baat hai. dekhein, khud ayat hi batati hai ke yeh hafze se taluq nahin hai is ka. kyunke is mein hai: "lizzikr". "walqad yassarnal quranaz zikr". naseehat ke liye aasan bana diya. yeh to nahin ke lil hifz ke hafze karne ke liye aasan kar diya. balkeh saaf taur par yeh hai ke naseehat ke liye aasan kar diya.</w:t>
      </w:r>
    </w:p>
    <w:p>
      <w:pPr>
        <w:jc w:val="right"/>
      </w:pPr>
      <w:r>
        <w:t>تو قرآن کو حفظ کے لیے آسان بنا دیا۔ مگر یہ بالکل غلط بات ہے۔ دیکھیں، خود آیت ہی بتاتی ہے کہ یہ حفظ سے تعلق نہیں ہے اس کا۔ کیونکہ اس میں ہے: "لذکر"۔ "ولقد یسرن القرآن الذکر"۔ نصیحت کے لیے آسان بنا دیا۔ یہ تو نہیں کہ للحفظ کہ حفظ کرنے کے لیے آسان کر دیا۔ بلکہ صاف طور پر یہ ہے کہ نصیحت کے لیے آسان کر دیا۔</w:t>
      </w:r>
    </w:p>
    <w:p>
      <w:r>
        <w:rPr>
          <w:b/>
        </w:rPr>
        <w:t xml:space="preserve">[1:00:28] </w:t>
      </w:r>
      <w:r>
        <w:t>to jab ayat mein khud yeh baat hai ke zikr o naseehat ke liye aasan kiya hai, to us ko khud se ek naya matlab nikalna is mein yeh bohat galat baat hai. yeh to behal main samajhta hoon ke yahan par jo kaha gaya hai ke quran ko aasan bana diya, is se murad wahi hai jis ko hum kehte hain english mein "clarity". yani quran</w:t>
      </w:r>
    </w:p>
    <w:p>
      <w:pPr>
        <w:jc w:val="right"/>
      </w:pPr>
      <w:r>
        <w:t>تو جب آیت میں خود یہ بات ہے کہ ذکر و نصیحت کے لیے آسان کیا ہے، تو اس کو خود سے ایک نیا مطلب نکالنا اس میں یہ بہت غلط بات ہے۔ یہ تو بہرحال میں سمجھتا ہوں کہ یہاں پر جو کہا گیا ہے کہ قرآن کو آسان بنا دیا، اس سے مراد وہی ہے جس کو ہم کہتے ہیں انگلش میں "کلیرٹی"۔ یعنی قرآن</w:t>
      </w:r>
    </w:p>
    <w:p>
      <w:r>
        <w:rPr>
          <w:b/>
        </w:rPr>
        <w:t xml:space="preserve">[1:00:58] </w:t>
      </w:r>
      <w:r>
        <w:t>mein clarity rakh di. is ko urdu mein kehta hai "wazeh". wazeh rakh diya ya clarity rakh di taake parhne wala bohat aasani ke sath us ko samajh le. to tamam log jinhon ne quran ko aur doosri kitabon ko parha hai, woh yeh kehte hain ke quran bohat hi aasan kitab hai.</w:t>
      </w:r>
    </w:p>
    <w:p>
      <w:pPr>
        <w:jc w:val="right"/>
      </w:pPr>
      <w:r>
        <w:t>میں کلیرٹی رکھ دی۔ اس کو اردو میں کہتا ہے "وضوح"۔ وضوح رکھ دیا یا کلیرٹی رکھ دی تاکہ پڑھنے والا بہت آسانی کے ساتھ اس کو سمجھ جائے۔ تو تمام لوگ جنہوں نے قرآن کو اور دوسری کتابوں کو پڑھا ہے، وہ یہ کہتے ہیں کہ قرآن بہت ہی آسان کتاب ہے۔</w:t>
      </w:r>
    </w:p>
    <w:p>
      <w:r>
        <w:rPr>
          <w:b/>
        </w:rPr>
        <w:t xml:space="preserve">[1:01:30] </w:t>
      </w:r>
      <w:r>
        <w:t>boht ziyada aasan. lekin aasan kitab hai to is ka matlab nahi samajhna chahiye ke woh alif bay tay se kitab hai. bachon ki kitab hai. yeh matlab nahi hai. dekhiye, aik hadith hai, is mein bataya gaya hai ke har ayat ka aik zaahir hai aur har ayat ka aik baatin hai. yani quran ki kuch baatein</w:t>
      </w:r>
    </w:p>
    <w:p>
      <w:pPr>
        <w:jc w:val="right"/>
      </w:pPr>
      <w:r>
        <w:t>بہت زیادہ آسان۔ لیکن آسان کتاب ہے تو اس کا مطلب نہیں سمجھنا چاہیے کہ وہ الف بے تے سے کتاب ہے۔ بچوں کی کتاب ہے۔ یہ مطلب نہیں ہے۔ دیکھیے، ایک حدیث ہے، اس میں بتایا گیا ہے کہ ہر آیت کا ایک ظاہر ہے اور ہر آیت کا ایک باطن ہے۔ یعنی قرآن کی کچھ باتیں</w:t>
      </w:r>
    </w:p>
    <w:p>
      <w:r>
        <w:rPr>
          <w:b/>
        </w:rPr>
        <w:t xml:space="preserve">[1:02:00] </w:t>
      </w:r>
      <w:r>
        <w:t>lines mein hain aur kuch between the lines hain. kuch sutoor mein hain, kuch bahar sutoor mein hain. to is ka matlab yeh hai ke jo baatein sutoor mein hain, yani literal tor par nikal rahi hain, un ko samajhna to boht aasan hai. lekin isi ke sath quran mein gehre maani bhi hain jin ko tadabbur ke zariye, ghor o fikr ke zariye</w:t>
      </w:r>
    </w:p>
    <w:p>
      <w:pPr>
        <w:jc w:val="right"/>
      </w:pPr>
      <w:r>
        <w:t>لائنز میں ہیں اور کچھ بٹوین د لائنز ہیں۔ کچھ سطور میں ہیں، کچھ باہر سطور میں ہیں۔ تو اس کا مطلب یہ ہے کہ جو باتیں سطور میں ہیں، یعنی لٹرل طور پر نکل رہی ہیں، ان کو سمجھنا تو بہت آسان ہے۔ لیکن اسی کے ساتھ قرآن میں گہرے معنی بھی ہیں جن کو تدبر کے ذریعے، غور و فکر کے ذریع</w:t>
      </w:r>
    </w:p>
    <w:p>
      <w:r>
        <w:rPr>
          <w:b/>
        </w:rPr>
        <w:t xml:space="preserve">[1:02:30] </w:t>
      </w:r>
      <w:r>
        <w:t>samjha ja sakta hai. to jahan tak quran ka saada mafhoom samajhne ki baat hai, to woh to boht aasan hai. aap sirf transition ki madad se bhi samajh sakte hain quran ka saada mudda. lekin jo kar lekin quran mein jo gehre maani hain, gehraiyan hain, is ko janna ho to quran</w:t>
      </w:r>
    </w:p>
    <w:p>
      <w:pPr>
        <w:jc w:val="right"/>
      </w:pPr>
      <w:r>
        <w:t>ے سمجھا جا سکتا ہے۔ تو جہاں تک قرآن کا سادہ مفہوم سمجھنے کی بات ہے، تو وہ تو بہت آسان ہے۔ آپ صرف ٹرانسیشن کی مدد سے بھی سمجھ سکتے ہیں قرآن کا سادہ مدعا۔ لیکن جو کر لیکن قرآن میں جو گہرے معنی ہیں، گہرائیاں ہیں، اس کو جاننا ہو تو قرآن</w:t>
      </w:r>
    </w:p>
    <w:p>
      <w:r>
        <w:rPr>
          <w:b/>
        </w:rPr>
        <w:t xml:space="preserve">[1:03:00] </w:t>
      </w:r>
      <w:r>
        <w:t>ko quran par tadabbur karna pare ga, ghor o fikr karna pare ga. chunancha aik sahabi ke baray mein aata hai ke woh teen saal tak sirf surah baqarah parhte rahe. surah al-baqarah quran ki aik surah hai. to woh sahabi sirf aik surah ko teen saal tak parhte rahe. is ka matlab yeh nahi ke</w:t>
      </w:r>
    </w:p>
    <w:p>
      <w:pPr>
        <w:jc w:val="right"/>
      </w:pPr>
      <w:r>
        <w:t>کو قرآن پر تدبر کرنا پڑے گا، غور و فکر کرنا پڑے گا۔ چنانچہ ایک صحابی کے بارے میں آتا ہے کہ وہ تین سال تک صرف سورہ بقرہ پڑھتے رہے۔ سورہ البقرہ قرآن کی ایک سورہ ہے۔ تو وہ صحابی صرف ایک سورہ کو تین سال تک پڑھتے رہے۔ اس کا مطلب یہ نہیں کہ</w:t>
      </w:r>
    </w:p>
    <w:p>
      <w:r>
        <w:rPr>
          <w:b/>
        </w:rPr>
        <w:t xml:space="preserve">[1:03:30] </w:t>
      </w:r>
      <w:r>
        <w:t>dohrate rahe bar bar bar bar. yeh matlab nahi hai is ka. is ka matlab yeh hai ke teen saal tak woh is par ghor o fikr karte rahe. is ki gehraiyon ko talash karte rahe. is ke andar jo ameeq maani hain, us ko paane ki koshish karte rahe. to behal quran ka aik saada mafhoom hai aur quran ka aik</w:t>
      </w:r>
    </w:p>
    <w:p>
      <w:pPr>
        <w:jc w:val="right"/>
      </w:pPr>
      <w:r>
        <w:t>دہراتے رہے بار بار بار بار۔ یہ مطلب نہیں ہے اس کا۔ اس کا مطلب یہ ہے کہ تین سال تک وہ اس پر غور و فکر کرتے رہے۔ اس کی گہرائیوں کو تلاش کرتے رہے۔ اس کے اندر جو عمیق معنی ہیں، اس کو پانے کی کوشش کرتے رہے۔ تو بہرحال قرآن کا ایک سادہ مفہوم ہے اور قرآن کا ایک</w:t>
      </w:r>
    </w:p>
    <w:p>
      <w:r>
        <w:rPr>
          <w:b/>
        </w:rPr>
        <w:t xml:space="preserve">[1:04:00] </w:t>
      </w:r>
      <w:r>
        <w:t>gehra mafhoom hai. to mein is waqt yeh keh raha tha ke quran tamam doosri kitabon ke muqable mein nihayat saada hai. is mein koi pecheedgi nahi. is mein koi fanni mashghafiya nahi. is wajah se koi bhi shakhs quran ko parh kar is ko aasani se samajh leta hai. is mein yeh baat yeh bhi shamil hai</w:t>
      </w:r>
    </w:p>
    <w:p>
      <w:pPr>
        <w:jc w:val="right"/>
      </w:pPr>
      <w:r>
        <w:t>گہرا مفہوم ہے۔ تو میں اس وقت یہ کہہ رہا تھا کہ قرآن تمام دوسری کتابوں کے مقابلے میں نہایت سادہ ہے۔ اس میں کوئی پیچیدگی نہیں۔ اس میں کوئی فنی مشغافیہ نہیں۔ اس وجہ سے کوئی بھی شخص قرآن کو پڑھ کر اس کو آسانی سے سمجھ لیتا ہے۔ اس میں یہ بات یہ بھی شامل ہے</w:t>
      </w:r>
    </w:p>
    <w:p>
      <w:r>
        <w:rPr>
          <w:b/>
        </w:rPr>
        <w:t xml:space="preserve">[1:04:30] </w:t>
      </w:r>
      <w:r>
        <w:t>ke quran ki jo talimat hain, woh boht saada andaaz mein quran mein bayan hui hain. talimat. koi bhi shakhs jo quran ko parhe, woh quran ki talimat ko nihayat aasani ke sath samajh jaye ga. mein aik misaal deta hoon. quran ka sab se pehla aqeedah</w:t>
      </w:r>
    </w:p>
    <w:p>
      <w:pPr>
        <w:jc w:val="right"/>
      </w:pPr>
      <w:r>
        <w:t>کہ قرآن کی جو تعلیمات ہیں، وہ بہت سادہ انداز میں قرآن میں بیان ہوئی ہیں۔ تعلیمات۔ کوئی بھی شخص جو قرآن کو پڑھے، وہ قرآن کی تعلیمات کو نہایت آسانی کے ساتھ سمجھ جائے گا۔ میں ایک مثال دیتا ہوں۔ قرآن کا سب سے پہلا عقیدہ</w:t>
      </w:r>
    </w:p>
    <w:p>
      <w:r>
        <w:rPr>
          <w:b/>
        </w:rPr>
        <w:t xml:space="preserve">[1:05:00] </w:t>
      </w:r>
      <w:r>
        <w:t>aur sab se aham aqeedah yeh hai ke khuda aik hai. "oneness of god". yeh khuda aik hai ka aqeedah quran ka quran ki bunyadi talim hai. musalman ko aap le lijiye kisi masjid mein, kisi madrasay mein, hatta ke kisi road par le lijiye aur us se poochhiye ke tumhare quran mein yeh jo aqeedah</w:t>
      </w:r>
    </w:p>
    <w:p>
      <w:pPr>
        <w:jc w:val="right"/>
      </w:pPr>
      <w:r>
        <w:t>اور سب سے اہم عقیدہ یہ ہے کہ خدا ایک ہے۔ "ونس اف گاڈ"۔ یہ خدا ایک ہے کا عقیدہ قرآن کا قرآن کی بنیادی تعلیم ہے۔ مسلمان کو آپ لیجئے کسی مسجد میں، کسی مدرسے میں، حتی کہ کسی روڈ پر لیجئے اور اس سے پوچھیے کہ تمہارے قرآن میں یہ جو عقید</w:t>
      </w:r>
    </w:p>
    <w:p>
      <w:r>
        <w:rPr>
          <w:b/>
        </w:rPr>
        <w:t xml:space="preserve">[1:05:30] </w:t>
      </w:r>
      <w:r>
        <w:t>aik khuda ka aqeedah hai jis ko hum tauheed kehte hain, to woh kahan likha hua hai? to koi bhi musalman aap ko nihayat aasani se bataye ga ke quran ke teesray quran ke teesray paray mein para number 30 mein aik choti si surah hai, us ko parh lo. "qulhu allahu ahad". kaho ke Allah aik hai.</w:t>
      </w:r>
    </w:p>
    <w:p>
      <w:pPr>
        <w:jc w:val="right"/>
      </w:pPr>
      <w:r>
        <w:t>ہ ایک خدا کا عقیدہ ہے جس کو ہم توحید کہتے ہیں، تو وہ کہاں لکھا ہوا ہے؟ تو کوئی بھی مسلمان آپ کو نہایت آسانی سے بتائے گا کہ قرآن کے تیسرے قرآن کے تیسرے پارے میں پارہ نمبر 30 میں ایک چھوٹی سی سورہ ہے، اس کو پڑھ لو۔ "قلھو اللہ احد"۔ کہو کہ اللہ ایک ہے۔</w:t>
      </w:r>
    </w:p>
    <w:p>
      <w:r>
        <w:rPr>
          <w:b/>
        </w:rPr>
        <w:t xml:space="preserve">[1:06:02] </w:t>
      </w:r>
      <w:r>
        <w:t>to koi bhi musalman kisi bhi musalman se aap poochhen ke tauheed ka aqeedah quran mein kahan hai? to nihayat aasani se woh bata de ga aap ko ke woh "qulhu allahu ahad" ki surah mein hai. lekin agar aap aik masih alam ko len ke un se poochhen ke aap ka jo aqeedah hai taslees, us ko kehte hain "trin</w:t>
      </w:r>
    </w:p>
    <w:p>
      <w:pPr>
        <w:jc w:val="right"/>
      </w:pPr>
      <w:r>
        <w:t>تو کوئی بھی مسلمان کسی بھی مسلمان سے آپ پوچھیں کہ توحید کا عقیدہ قرآن میں کہاں ہے؟ تو نہایت آسانی سے وہ بتا دے گا آپ کو کہ وہ "قلھو اللہ احد" کی سورہ میں ہے۔ لیکن اگر آپ ایک مسیح عالم کو لیں کہ ان سے پوچھیں کہ آپ کا جو عقیدہ ہے تثلیث، اس کو کہتے ہیں "ٹرین</w:t>
      </w:r>
    </w:p>
    <w:p>
      <w:r>
        <w:rPr>
          <w:b/>
        </w:rPr>
        <w:t xml:space="preserve">[1:06:32] </w:t>
      </w:r>
      <w:r>
        <w:t>ity". trinity ka matlab hai ke three in one, one in three. khuda aik bhi hai aur teen bhi hai. us ko kehte hain trinity. to aap un se poochhiye kisi achhe scholar se ke trinity ka aqeedah bible mein ya injeel mein kahan hai? to</w:t>
      </w:r>
    </w:p>
    <w:p>
      <w:pPr>
        <w:jc w:val="right"/>
      </w:pPr>
      <w:r>
        <w:t>ٹی"۔ ٹرینٹی کا مطلب ہے کہ تھری ان ون، ون ان تھری۔ خدا ایک بھی ہے اور تین بھی ہے۔ اس کو کہتے ہیں ٹرینٹی۔ تو آپ ان سے پوچھیے کسی اچھے اسکالر سے کہ ٹرینٹی کا عقیدہ بائبل میں یا انجیل میں کہاں ہے؟ تو</w:t>
      </w:r>
    </w:p>
    <w:p>
      <w:r>
        <w:rPr>
          <w:b/>
        </w:rPr>
        <w:t xml:space="preserve">[1:07:02] </w:t>
      </w:r>
      <w:r>
        <w:t>mein ne is ka tajurba kiya hai. woh bata nahi paate ke kahan hai? kyun ke wazeh tor par is tarah se jaise "qulhu allahu ahad" hai, wazeh tor par is tarah kahin bhi injeel mein taslees ka aqeedah maujood nahi hai. woh inference ke zariye, istinbat ke zariye samjha nikala jata hai. to pehla bunyadi</w:t>
      </w:r>
    </w:p>
    <w:p>
      <w:pPr>
        <w:jc w:val="right"/>
      </w:pPr>
      <w:r>
        <w:t>میں نے اس کا تجربہ کیا ہے۔ وہ بتا نہیں پاتے کہ کہاں ہے۔ کیونکہ واضح طور پر اس طریقے سے جیسے "قلھو اللہ احد" ہے، واضح طور پر اس طرح کہیں بھی انجیل میں تثلیث کا عقیدہ موجود نہیں ہے۔ وہ انفرنس کے ذریعے، استنباط کے ذریعے سمجھا نکالا جاتا ہے۔ تو پہلا بنی</w:t>
      </w:r>
    </w:p>
    <w:p>
      <w:r>
        <w:rPr>
          <w:b/>
        </w:rPr>
        <w:t xml:space="preserve">[1:07:32] </w:t>
      </w:r>
      <w:r>
        <w:t>adi aqeedah jo hai, usi ko aap dekh lijiye compare kar ke ke quran mein bilkul aam andaaz mein hai. koi bhi aadmi samajh le us ko ke "qulhu allahu ahad" tarah se injeel mein kahin nahi likha hua hai ke khuda teen hai. to yeh farq hai. aur islam jo boht ziyada phaila, is ki wajah yahi thi ke islam ki talimat boht saada hain. boht saada.</w:t>
      </w:r>
    </w:p>
    <w:p>
      <w:pPr>
        <w:jc w:val="right"/>
      </w:pPr>
      <w:r>
        <w:t>ادی عقیدہ جو ہے، اسی کو آپ دیکھ لیجئے کمپیئر کر کے کہ قرآن میں بالکل عام انداز میں ہے۔ کوئی بھی آدمی سمجھ لے اس کو کہ "قلھو اللہ احد" طریقے سے انجیل میں کہیں نہیں لکھا ہوا ہے کہ خدا تین ہے۔ تو یہ فرق ہے۔ اور اسلام جو بہت زیادہ پھیلا، اس کی وجہ یہی تھی کہ اسلام کی تعلیمات بہت سادہ ہیں۔ بہت سادہ۔</w:t>
      </w:r>
    </w:p>
    <w:p>
      <w:r>
        <w:rPr>
          <w:b/>
        </w:rPr>
        <w:t xml:space="preserve">[1:08:05] </w:t>
      </w:r>
      <w:r>
        <w:t>koi bhi aadmi chahe woh alam ho ya alam na ho, nihayat aasani se samajh sakta hai ke quran ki talim kya hai. jab ke doosre system jo hain, is mein jo talimat hain, un ko samajhna aam aadmi ke liye boht hi mushkil hai. kyun ke is mein itni fanni tafseelat hoti hain, itne fanni bahasein hoti hain ke aam aadmi is ko samajh nahi sakta.</w:t>
      </w:r>
    </w:p>
    <w:p>
      <w:pPr>
        <w:jc w:val="right"/>
      </w:pPr>
      <w:r>
        <w:t>کوئی بھی آدمی چاہے وہ عالم ہو یا عالم نہ ہو، نہایت آسانی سے سمجھ سکتا ہے کہ قرآن کی تعلیم کیا ہے۔ جبکہ دوسرے سسٹم جو ہیں، اس میں جو تعلیمات ہیں، ان کو سمجھنا عام آدمی کے لیے بہت ہی مشکل ہے۔ کیونکہ اس میں اتنی فنی تفصیلات ہوتی ہیں، اتنے فنی بحثیں ہوتی ہیں کہ عام آدمی اس کو سمجھ نہیں سکتا۔</w:t>
      </w:r>
    </w:p>
    <w:p>
      <w:r>
        <w:rPr>
          <w:b/>
        </w:rPr>
        <w:t xml:space="preserve">[1:08:38] </w:t>
      </w:r>
      <w:r>
        <w:t>yeh aik boht bara farq hai islam mein aur doosre system mein. yeh jitni bhi talimat hain, kisi bhi talib ko aap lijiye, boht hi saada andaaz mein aap ko quran mein likhi hui mile gi. boht saada andaaz mein. maslan quran ka aqeedah hai ke day of judgment aye ga.</w:t>
      </w:r>
    </w:p>
    <w:p>
      <w:pPr>
        <w:jc w:val="right"/>
      </w:pPr>
      <w:r>
        <w:t>یہ ایک بہت بڑا فرق ہے اسلام میں اور دوسرے سسٹم میں۔ یہ جتنی بھی تعلیمات ہیں، کسی بھی طالب کو آپ لیجئے، بہت ہی سادہ انداز میں آپ کو قرآن میں لکھی ہوئی ملے گی۔ بہت سادہ انداز میں۔ مثلاً قرآن کا عقیدہ ہے کہ ڈے اف ججمنٹ آئے گا۔</w:t>
      </w:r>
    </w:p>
    <w:p>
      <w:r>
        <w:rPr>
          <w:b/>
        </w:rPr>
        <w:t xml:space="preserve">[1:09:11] </w:t>
      </w:r>
      <w:r>
        <w:t>aik waqt aye ga jab sab log mar chuke hon ge ke sare insan khuda ke haan ikatha kiye jayen ge. us ko quran mein yaum al-jam kaha gaya hai. ikatha hone ka din yaum al-jam. to quran mein jagah jagah is ko nihayat hi wazeh lafzon mein bata diya gaya hai. shuru mein yaum al-din. is ka matlab yeh hai ke day of judgment anay wala hai aur</w:t>
      </w:r>
    </w:p>
    <w:p>
      <w:pPr>
        <w:jc w:val="right"/>
      </w:pPr>
      <w:r>
        <w:t>ایک وقت آئے گا جب سب لوگ مر چکے ہوں گے کہ سارے انسان خدا کے ہاں اکٹھا کیے جائیں گے۔ اس کو قرآن میں یوم الجمع کہا گیا ہے۔ اکٹھا ہونے کا دن یوم الجمع۔ تو قرآن میں جگہ جگہ اس کو نہایت ہی واضح لفظوں میں بتا دیا گیا ہے۔ شروع میں یوم الدین۔ اس کا مطلب یہ ہے کہ ڈے اف ججمنٹ آنے والا ہے اور</w:t>
      </w:r>
    </w:p>
    <w:p>
      <w:r>
        <w:rPr>
          <w:b/>
        </w:rPr>
        <w:t xml:space="preserve">[1:09:41] </w:t>
      </w:r>
      <w:r>
        <w:t>is ka jo lord hoga, is ka jo judge hoga, woh khuda hoga. bilkul saada tor par is se aap samajh sakte hain. to isi tarah se jitni bhi talimat hain, woh quran mein wazeh andaaz mein bata di gayi hain. yahan mein aik baat yeh keh doon ke</w:t>
      </w:r>
    </w:p>
    <w:p>
      <w:pPr>
        <w:jc w:val="right"/>
      </w:pPr>
      <w:r>
        <w:t>اس کا جو لارڈ ہوگا، اس کا جو جج ہوگا، وہ خدا ہوگا۔ بالکل سادہ طور پر اس سے آپ سمجھ سکتے ہیں۔ تو اسی طریقے سے جتنی بھی تعلیمات ہیں، وہ قرآن میں واضح انداز میں بتا دی گئی ہیں۔ یہاں میں ایک بات یہ کہہ دوں کہ</w:t>
      </w:r>
    </w:p>
    <w:p>
      <w:r>
        <w:rPr>
          <w:b/>
        </w:rPr>
        <w:t xml:space="preserve">[1:10:11] </w:t>
      </w:r>
      <w:r>
        <w:t>quran aur hadith mein kya farq hai? aap jante hain ke quran khuda ka kalam hai, hadith paighambar ka kalam hai. to islam mein dono hi ki aham mana gaya hai. dono hi ko mustarad mana gaya hai. quran ko bhi aur hadith ko bhi. us ko sunnat bhi kaha jata hai. to farq kya hai? farq yeh hai ke quran mein</w:t>
      </w:r>
    </w:p>
    <w:p>
      <w:pPr>
        <w:jc w:val="right"/>
      </w:pPr>
      <w:r>
        <w:t>قرآن اور حدیث میں کیا فرق ہے؟ آپ جانتے ہیں کہ قرآن خدا کا کلام ہے، حدیث پیغمبر کا کلام ہے۔ تو اسلام میں دونوں ہی کی اہم مانا گیا ہے۔ دونوں ہی کو مسترد مانا گیا ہے۔ قرآن کو بھی اور حدیث کو بھی۔ اس کو سنت بھی کہا جاتا ہے۔ تو فرق کیا ہے؟ فرق یہ ہے کہ قرآن میں</w:t>
      </w:r>
    </w:p>
    <w:p>
      <w:r>
        <w:rPr>
          <w:b/>
        </w:rPr>
        <w:t xml:space="preserve">[1:10:42] </w:t>
      </w:r>
      <w:r>
        <w:t>tamam basics bata diye gaye hain. usooli baatein, asasi baatein, jo fundamental baatein hain, woh sab quran mein bata di gayi hain. lekin detail kisi bhi cheez ki nahi batayi gayi hai. misaal ke tor par yeh jo hai day of judgment ki baat hai, us ko yaum al-jazi kaha jata hai. to woh usooli tor par</w:t>
      </w:r>
    </w:p>
    <w:p>
      <w:pPr>
        <w:jc w:val="right"/>
      </w:pPr>
      <w:r>
        <w:t>تمام بیسکس بتا دیے گئے ہیں۔ اصولی باتیں، اثاثی باتیں، جو فنڈامینٹل باتیں ہیں، وہ سب قرآن میں بتا دی گئی ہیں۔ لیکن ڈیٹیل کسی بھی چیز کی نہیں بتائی گئی ہے۔ مثال کے طور پر یہ جو ہے ڈے اف ججمنٹ کی بات ہے، اس کو یوم الجزا کہا جاتا ہے۔ تو وہ اصولی طور پر</w:t>
      </w:r>
    </w:p>
    <w:p>
      <w:r>
        <w:rPr>
          <w:b/>
        </w:rPr>
        <w:t xml:space="preserve">[1:11:12] </w:t>
      </w:r>
      <w:r>
        <w:t>to quran mein bata diya gaya hai. lekin is ki jo tafseelat hain, is day of judgment ki, woh agar aap janna chahein aap to aap ko woh hadith mein mile gi. quran mein nahi mile gi. yeh farq hai. to agar hadith mein deen ki tafseeli baatein hain aur quran mein deen ki bunyadi baatein hain.</w:t>
      </w:r>
    </w:p>
    <w:p>
      <w:pPr>
        <w:jc w:val="right"/>
      </w:pPr>
      <w:r>
        <w:t>تو قرآن میں بتا دیا گیا ہے۔ لیکن اس کی جو تفصیلات ہیں، اس ڈے اف ججمنٹ کی، وہ اگر آپ جاننا چاہیں آپ تو آپ کو وہ حدیث میں ملے گی۔ قرآن میں نہیں ملے گی۔ یہ فرق ہے۔ تو اگر حدیث میں دین کی تفصیلی باتیں ہیں اور قرآن میں دین کی بنیادی باتیں ہیں۔</w:t>
      </w:r>
    </w:p>
    <w:p>
      <w:r>
        <w:rPr>
          <w:b/>
        </w:rPr>
        <w:t xml:space="preserve">[1:11:46] </w:t>
      </w:r>
      <w:r>
        <w:t>aik baat mein yeh kehna chahoon ga, aik boht bari ghalat fehmi logon ke andar yeh hai ke islam jo hai dunya ko dar al-islam dar al-harb mein banta hai. jahan musalman hain woh dar al-islam hai, jahan musalman nahi hai woh dar al-harb hai ya dar al-kufr hai. yeh bilkul galat hai. galat is liye ke na to quran mein yeh lafz aaya hai aur na hadith mein yeh lafz aaya hai. na hadith mein ho aur na</w:t>
      </w:r>
    </w:p>
    <w:p>
      <w:pPr>
        <w:jc w:val="right"/>
      </w:pPr>
      <w:r>
        <w:t>ایک بات میں یہ کہنا چاہوں گا، ایک بہت بڑی غلط فہمی لوگوں کے اندر یہ ہے کہ اسلام جو ہے دنیا کو دارالاسلام دارالحرب میں بانٹتا ہے۔ جہاں مسلمان ہیں وہ دارالاسلام ہے، جہاں مسلمان نہیں ہے وہ دارالحرب ہے یا دارالکفر ہے۔ یہ بالکل غلط ہے۔ غلط اس لیے کہ نہ تو قرآن میں یہ لفظ آیا ہے اور نہ حدیث میں یہ لفظ آیا ہے۔ نہ حدیث میں ہو اور نہ</w:t>
      </w:r>
    </w:p>
    <w:p>
      <w:r>
        <w:rPr>
          <w:b/>
        </w:rPr>
        <w:t xml:space="preserve">[1:12:16] </w:t>
      </w:r>
      <w:r>
        <w:t>quran mein ho. us ko bid'at kaha jata hai. bid'at matlab hai innovation. to mein samajhta hoon ke yeh sab alfaaz, yeh sab alfaaz bid'at hain. dar al-islam, dar al-harb, dar al-kufr, yeh sab bid'at hain. kyun? is qism ke alfaaz, is qism ki istilahaat quran o ha</w:t>
      </w:r>
    </w:p>
    <w:p>
      <w:pPr>
        <w:jc w:val="right"/>
      </w:pPr>
      <w:r>
        <w:t>قرآن میں ہو۔ اس کو بدعت کہا جاتا ہے۔ بدعت مطلب ہے انویشن۔ تو میں سمجھتا ہوں کہ یہ سب الفاظ، یہ سب الفاظ بدعت ہیں۔ دارالاسلام، دارالحرب، دارالکفر، یہ سب بدعت ہیں۔ کیوں؟ اس قسم کے الفاظ، اس قسم کی اصطلاحیں قرآن و ح</w:t>
      </w:r>
    </w:p>
    <w:p>
      <w:r>
        <w:rPr>
          <w:b/>
        </w:rPr>
        <w:t xml:space="preserve">[1:12:46] </w:t>
      </w:r>
      <w:r>
        <w:t>dith misray se bayan nahi hui hain. jab ke woh surat-e-haal jis ko le kar ke yeh naam rakhe gaye hain, woh surat-e-haal wahan maujood thi. tab bhi yeh naam nahi rakhe gaye. misaal ke tor par makkah jab prophet makkah mein aaye to aaj kal ke log jis tarah se istilahaat</w:t>
      </w:r>
    </w:p>
    <w:p>
      <w:pPr>
        <w:jc w:val="right"/>
      </w:pPr>
      <w:r>
        <w:t>دیث مصرے سے بیان نہیں ہوئی ہیں۔ جبکہ وہ صورتحال جس کو لے کر کے یہ نام رکھے گئے ہیں، وہ صورتحال وہاں موجود تھی۔ تب بھی یہ نام نہیں رکھے گئے۔ مثال کے طور پر مکہ جب پرافٹ مکہ میں آئے تو آج کل کے لوگ جس طریقے سے اصطلاحیں</w:t>
      </w:r>
    </w:p>
    <w:p>
      <w:r>
        <w:rPr>
          <w:b/>
        </w:rPr>
        <w:t xml:space="preserve">[1:13:16] </w:t>
      </w:r>
      <w:r>
        <w:t>banate hain, to aaj kal ki zaban mein jis ko dar al-kufr kaha jata hai, to woh dar al-kufr tha makkah. lekin rasool Allah ne kabhi bhi 13 saal tak wahan rahe, aap kabhi bhi aap ne yeh lafz nahi istemal kiya ke makkah dar al-kufr hai. kabhi bhi nahi. is tarah se jab aap hijrat kar ke madinah gaye to makkah walon se ladaai shuru ho gayi. to aaj kal ke ist</w:t>
      </w:r>
    </w:p>
    <w:p>
      <w:pPr>
        <w:jc w:val="right"/>
      </w:pPr>
      <w:r>
        <w:t>بناتے ہیں، تو آج کل کی زبان میں جس کو دارالکفر کہا جاتا ہے، تو وہ دارالکفر تھا مکہ۔ لیکن رسول اللہ نے کبھی بھی 13 سال تک وہاں رہے، آپ کبھی بھی آپ نے یہ لفظ نہیں استعمال کیا کہ مکہ دارالکفر ہے۔ کبھی بھی نہیں۔ اس طرح سے جب آپ ہجرت کر کے مدینہ گئے تو مکہ والوں سے لڑائی شروع ہوگئی۔ تو آج کل کے اصط</w:t>
      </w:r>
    </w:p>
    <w:p>
      <w:r>
        <w:rPr>
          <w:b/>
        </w:rPr>
        <w:t xml:space="preserve">[1:13:46] </w:t>
      </w:r>
      <w:r>
        <w:t>ilah ke mutabiq makkah dar al-harb ban gaya. land of war. lekin rasool Allah ne kabhi bhi yeh nahi kaha ke makkah hamare liye dar al-harb hai. kabhi bhi nahi. isi tarah khud madinah jab aap hijrat kar ke madinah aaye, wahan aik ibtidai state ban gaya islam ka. to aaj kal ki istilaha ke mutabiq goya woh dar al-islam</w:t>
      </w:r>
    </w:p>
    <w:p>
      <w:pPr>
        <w:jc w:val="right"/>
      </w:pPr>
      <w:r>
        <w:t>لاح کے مطابق مکہ دارالحرب بن گیا۔ لینڈ اف وار۔ لیکن رسول اللہ نے کبھی بھی یہ نہیں کہا کہ مکہ ہمارے لیے دارالحرب ہے۔ کبھی بھی نہیں۔ اسی طرح خود مدینہ جب آپ ہجرت کر کے مدینہ آئے، وہاں ایک ابتدائی اسٹیٹ بن گیا اسلام کا۔ تو آج کل کی اصطلاح کے مطابق گویا وہ دارالاسلام</w:t>
      </w:r>
    </w:p>
    <w:p>
      <w:r>
        <w:rPr>
          <w:b/>
        </w:rPr>
        <w:t xml:space="preserve">[1:14:16] </w:t>
      </w:r>
      <w:r>
        <w:t>ban gaya. rasool Allah ne kabhi bhi nahi kaha ke madina dar-ul-Islam hai. is liye main kehta hoon ke yeh bidat hai. aap Quran ko saada zehan ke sath parhein, bilkul saada zehan ke sath to aap dekhein ge Quran har jagah insanon ko insaan ke lafz se khitab karta hai. ayyuhal insaan ma gharraka rabbukal kareem la</w:t>
      </w:r>
    </w:p>
    <w:p>
      <w:pPr>
        <w:jc w:val="right"/>
      </w:pPr>
      <w:r>
        <w:t>بن گیا۔ رسول اللہ نے کبھی بھی نہیں کہا کہ مدینہ دارالاسلام ہے۔ اس لیے میں کہتا ہوں کہ یہ بدعت ہے۔ آپ قرآن کو سادہ ذہن کے ساتھ پڑھیں، بالکل سادہ ذہن کے ساتھ تو آپ دیکھیں گے قرآن ہر جگہ انسانوں کو انسان کے لفظ سے خطاب کرتا ہے۔ ایہا الانسان ماغرک ربک الکریم ل</w:t>
      </w:r>
    </w:p>
    <w:p>
      <w:r>
        <w:rPr>
          <w:b/>
        </w:rPr>
        <w:t xml:space="preserve">[1:14:46] </w:t>
      </w:r>
      <w:r>
        <w:t>qad khalaqnal insana taqwim to sara Quran bhara hua hai is se ke woh logon ko insaan ke lafz se address karta hai. insaan is ko samne rakh kar agar aap naam banayein to woh naam kya hoga? woh hoga dar-ul-insaan. dar-ul-insaan. to main samajhta hoon ke Quran ka jo usloob hai us ke</w:t>
      </w:r>
    </w:p>
    <w:p>
      <w:pPr>
        <w:jc w:val="right"/>
      </w:pPr>
      <w:r>
        <w:t>قد خلقت الانسان تقویم تو سارا قرآن بھرا ہوا ہے اس سے کہ وہ لوگوں کو انسان کے لفظ سے ایڈریس کرتا ہے۔ انسان اس کو سامنے رکھ کر اگر آپ نام بنائیں تو وہ نام کیا ہوگا؟ وہ ہوگا دارالانسان۔ دارالانسان۔ تو میں سمجھتا ہوں کہ قرآن کا جو اسلوب ہے اس کے</w:t>
      </w:r>
    </w:p>
    <w:p>
      <w:r>
        <w:rPr>
          <w:b/>
        </w:rPr>
        <w:t xml:space="preserve">[1:15:16] </w:t>
      </w:r>
      <w:r>
        <w:t>mutabiq agar dekha jaye to na koi dar-ul-Islam hai, na koi dar-ul-harb hai aur na koi dar-ul-kufar hai. sare mulk, sari dunya dar-ul-insaan hai. yeh zameen dar-ul-insaan hai kyunke yahan pe insaan rehte hain. sab insaan hain. to sab ko insaan ki nazar se dekhna yeh hai Islam ki taleem. sab insaan hain. m</w:t>
      </w:r>
    </w:p>
    <w:p>
      <w:pPr>
        <w:jc w:val="right"/>
      </w:pPr>
      <w:r>
        <w:t>مطابق اگر دیکھا جائے تو نہ کوئی دارالاسلام ہے، نہ کوئی دارالحرب ہے اور نہ کوئی دارالکفر ہے۔ سارے ملک، ساری دنیا دارالانسان ہے۔ یہ زمین دارالانسان ہے کیونکہ یہاں پہ انسان رہتے ہیں۔ سب انسان ہیں۔ تو سب کو انسان کی نظر سے دیکھنا یہ ہے اسلام کی تعلیم۔ سب انسان ہیں۔ م</w:t>
      </w:r>
    </w:p>
    <w:p>
      <w:r>
        <w:rPr>
          <w:b/>
        </w:rPr>
        <w:t xml:space="preserve">[1:15:46] </w:t>
      </w:r>
      <w:r>
        <w:t>ومن bhi insaan, muslim bhi insaan, ghair momin bhi insaan. to sahi baat yeh hai ke aap dunya ko dar-ul-insaan samjhein. yaani aisi jagah jahan insaan rehte hain. mislan chand par, suraj par, sitaron par insaan nahi rehte to woh dar-ul-insaan nahi kahe jayen ge. poori itni bari universe hai, itni bari kainat hai, is ke andar sirf ek</w:t>
      </w:r>
    </w:p>
    <w:p>
      <w:pPr>
        <w:jc w:val="right"/>
      </w:pPr>
      <w:r>
        <w:t>ومن بھی انسان، مسلم بھی انسان، غیر مومن بھی انسان۔ تو صحیح بات یہ ہے کہ آپ دنیا کو دارالانسان سمجھیں۔ یعنی ایسی جگہ جہاں انسان رہتے ہیں۔ مثلاً چاند پر، سورج پر، ستاروں پر انسان نہیں رہتے تو وہ دارالانسان نہیں کہے جائیں گے۔ پوری اتنی بڑی یونیورس ہے، اتنی بڑی کائنات ہے، اس کے اندر صرف ایک</w:t>
      </w:r>
    </w:p>
    <w:p>
      <w:r>
        <w:rPr>
          <w:b/>
        </w:rPr>
        <w:t xml:space="preserve">[1:16:16] </w:t>
      </w:r>
      <w:r>
        <w:t>hi planet hai Earth jahan par insaan rehta hai. ek chota sa planet. asal universe to bohat bari hai, bohat bari hai, bohat bari hai. is mein ek chota sa yeh planet hai zameen ka jahan insaan rehta hai. to main kahoon ga ke Quran ke mutabiq poori zameen dar-ul-insaan hai. yaani woh dunya jahan log rehte hon,</w:t>
      </w:r>
    </w:p>
    <w:p>
      <w:pPr>
        <w:jc w:val="right"/>
      </w:pPr>
      <w:r>
        <w:t>ہی پلینٹ ہے ارتھ جہاں پر انسان رہتا ہے۔ ایک چھوٹا سا پلینٹ۔ اصل یونیورس تو بہت بڑی ہے، بہت بڑی ہے، بہت بڑی ہے۔ اس میں ایک چھوٹا سا یہ پلینٹ ہے زمین کا جہاں انسان رہتا ہے۔ تو میں کہوں گا کہ قرآن کے مطابق پوری زمین دارالانسان ہے۔ یعنی وہ دنیا جہاں لوگ رہتے ہوں،</w:t>
      </w:r>
    </w:p>
    <w:p>
      <w:r>
        <w:rPr>
          <w:b/>
        </w:rPr>
        <w:t xml:space="preserve">[1:16:46] </w:t>
      </w:r>
      <w:r>
        <w:t>woh woh jagah jahan log rehte hon. bas hamein aur kuch kehne ka right nahi hai. na hum kisi ko kafir keh sakte, na kisi ko hum dushman keh sakte hain. hamein is ka right nahi hai. hum sirf insaan keh sakte hain har ek ko. agar hamari nazar mein koi shakhs bhatka hua hai, woh sachai se hata hua hai to hum khair khwahi ke sath pi</w:t>
      </w:r>
    </w:p>
    <w:p>
      <w:pPr>
        <w:jc w:val="right"/>
      </w:pPr>
      <w:r>
        <w:t>وہ وہ جگہ جہاں لوگ رہتے ہوں۔ بس ہمیں اور کچھ کہنے کا رائٹ نہیں ہے۔ نہ ہم کسی کو کافر کہہ سکتے، نہ کسی کو ہم دشمن کہہ سکتے ہیں۔ ہمیں اس کا رائٹ نہیں ہے۔ ہم صرف انسان کہہ سکتے ہیں ہر ایک کو۔ اگر ہماری نظر میں کوئی شخص بھٹکا ہوا ہے، وہ سچائی سے ہٹا ہوا ہے تو ہم خیر خواہی کے ساتھ پی</w:t>
      </w:r>
    </w:p>
    <w:p>
      <w:r>
        <w:rPr>
          <w:b/>
        </w:rPr>
        <w:t xml:space="preserve">[1:17:17] </w:t>
      </w:r>
      <w:r>
        <w:t>safi tareeqe se us ko apni baat pohncha sakte hain. bas is se zyada ka hamein koi haq nahi hai. to yeh hai Islam ka nuqta nazar, Quran ka nuqta nazar ke sari dunya dar-ul-insaan hai. sari dunya ke sath hamein khair khwahi karna hai. sare sare logon ko apna behan aur bhai samajhna hai.</w:t>
      </w:r>
    </w:p>
    <w:p>
      <w:pPr>
        <w:jc w:val="right"/>
      </w:pPr>
      <w:r>
        <w:t>س فل طریقے سے اس کو اپنی بات پہنچا سکتے ہیں۔ بس اس سے زیادہ کا ہمیں کوئی حق نہیں ہے۔ تو یہ ہے اسلام کا نقطہ نظر، قرآن کا نقطہ نظر کہ ساری دنیا دارالانسان ہے۔ ساری دنیا کے ساتھ ہمیں خیر خواہی کرنا ہے۔ سارے سارے لوگوں کو اپنا بہن اور بھائی سمجھنا ہے۔</w:t>
      </w:r>
    </w:p>
    <w:p>
      <w:r>
        <w:rPr>
          <w:b/>
        </w:rPr>
        <w:t xml:space="preserve">[1:17:49] </w:t>
      </w:r>
      <w:r>
        <w:t>to main samajhta hoon ke koi bhi shakhs agar khule zehan ke sath Quran ko parhe to woh manne par majboor hoga ke Quran ki nazar mein har ek sirf insaan hai. bas is liye sahi lafz jo hamein ikhtiyar karna chahiye woh hai dar-ul-insaan. dekhiye, ek aam taj</w:t>
      </w:r>
    </w:p>
    <w:p>
      <w:pPr>
        <w:jc w:val="right"/>
      </w:pPr>
      <w:r>
        <w:t>تو میں سمجھتا ہوں کہ کوئی بھی شخص اگر کھلے ذہن کے ساتھ قرآن کو پڑھے تو وہ ماننے پر مجبور ہوگا کہ قرآن کی نظر میں ہر ایک صرف انسان ہے۔ بس اس لیے صحیح لفظ جو ہمیں اختیار کرنا چاہیے وہ ہے دارالانسان۔ دیکھیے، ایک عام تج</w:t>
      </w:r>
    </w:p>
    <w:p>
      <w:r>
        <w:rPr>
          <w:b/>
        </w:rPr>
        <w:t xml:space="preserve">[1:18:19] </w:t>
      </w:r>
      <w:r>
        <w:t>assuba hai har ek ka, chahe India mein ho, chahe Europe mein ho, America mein ho, kahin bhi ho. har ek ke zehan mein kabhi kabhi yeh sawal aata hai: "who am I?" main kaun hoon? hazaron saal se har paida hone wala insaan is sawal se dochar raha hai: "who am I?" main kaun hoon? main kahan se aaya hoon? mujhe kahan jana hai?</w:t>
      </w:r>
    </w:p>
    <w:p>
      <w:pPr>
        <w:jc w:val="right"/>
      </w:pPr>
      <w:r>
        <w:t>ربہ ہے ہر ایک کا، چاہے انڈیا میں ہو، چاہے یورپ میں ہو، امریکہ میں ہو، کہیں بھی ہو۔ ہر ایک کے ذہن میں کبھی کبھی یہ سوال آتا ہے: "ہو ایم ائی؟" میں کون ہوں؟ ہزاروں سال سے ہر پیدا ہونے والا انسان اس سوال سے دوچار رہا ہے: "ہو ایم ائی؟" میں کون ہوں؟ میں کہاں سے آیا ہوں؟ مجھے کہاں جانا ہے؟</w:t>
      </w:r>
    </w:p>
    <w:p>
      <w:r>
        <w:rPr>
          <w:b/>
        </w:rPr>
        <w:t xml:space="preserve">[1:18:50] </w:t>
      </w:r>
      <w:r>
        <w:t>meri zindagi ka maqsad kya hai? meri nakami kis mein hai? meri kamyabi kis mein hai? yeh sawal har insaan ke andar interpoone hai. koi aadmi bhi is sawal se khali nahi hai. kisi ke andar yeh sawal bohat gehrai ke sath ubharta hai, woh seeker ban jata hai. kisi ke andar itni gehrai ke sath nahi ubharta, lekin p</w:t>
      </w:r>
    </w:p>
    <w:p>
      <w:pPr>
        <w:jc w:val="right"/>
      </w:pPr>
      <w:r>
        <w:t>میری زندگی کا مقصد کیا ہے؟ میری ناکامی کس میں ہے؟ میری کامیابی کس میں ہے؟ یہ سوال ہر انسان کے اندر انٹرپوون ہے۔ کوئی آدمی بھی اس سوال سے خالی نہیں ہے۔ کسی کے اندر یہ سوال بہت گہرائی کے ساتھ ابھرتا ہے، وہ سیکر بن جاتا ہے۔ کسی کے اندر اتنی گہرائی کے ساتھ نہیں ابھرتا، لیکن پ</w:t>
      </w:r>
    </w:p>
    <w:p>
      <w:r>
        <w:rPr>
          <w:b/>
        </w:rPr>
        <w:t xml:space="preserve">[1:19:20] </w:t>
      </w:r>
      <w:r>
        <w:t>her bhi woh andar andar seeker hi rehta hai. andar andar is sawal se dochar hi rehta hai. woh to us ko hum keh sakte hain ke har aadmi paidaishi taur par seeker hai, paidaishi taur par mutallashi hai. to aap jante hain ke hota hai to aisa nahi hai ke kisi pahad par us ko likha hua mil jaye ke tum kaun ho</w:t>
      </w:r>
    </w:p>
    <w:p>
      <w:pPr>
        <w:jc w:val="right"/>
      </w:pPr>
      <w:r>
        <w:t>ھر بھی وہ اندر اندر سیکر ہی رہتا ہے۔ اندر اندر اس سوال سے دوچار ہی رہتا ہے۔ وہ تو اس کو ہم کہہ سکتے ہیں کہ ہر آدمی پیدائشی طور پر سیکر ہے، پیدائشی طور پر متلاشی ہے۔ تو آپ جانتے ہیں کہ ہوتا ہے تو ایسا نہیں ہے کہ کسی پہاڑ پر اس کو لکھا ہوا مل جائے کہ تم کون ہو</w:t>
      </w:r>
    </w:p>
    <w:p>
      <w:r>
        <w:rPr>
          <w:b/>
        </w:rPr>
        <w:t xml:space="preserve">[1:19:50] </w:t>
      </w:r>
      <w:r>
        <w:t>tum kis liye yahan aaye ho. to jis tarah se aap jante hain ke machine koi nikalti hai kisi karkhane se, to us ke sath sath ek guide bhi rehti hai. ek pamphlet hota hai likha hua ke is machine ko kaise istemal kiya jaye. insaan maa ke pait se aisi koi guide book le kar nahi aata. to Quran yahi guide book hai.</w:t>
      </w:r>
    </w:p>
    <w:p>
      <w:pPr>
        <w:jc w:val="right"/>
      </w:pPr>
      <w:r>
        <w:t>، تم کس لیے یہاں آئے ہو۔ تو جس طرح سے آپ جانتے ہیں کہ مشین کوئی نکلتی ہے کسی کارخانے سے، تو اس کے ساتھ ساتھ ایک گائیڈ بھی رہتی ہے۔ ایک پیمفلیٹ ہوتا ہے لکھا ہوا کہ اس مشین کو کیسے استعمال کیا جائے۔ انسان ماں کے پیٹ سے ایسی کوئی گائیڈ بک لے کر نہیں آتا۔ تو قرآن یہی گائیڈ بک ہے۔</w:t>
      </w:r>
    </w:p>
    <w:p>
      <w:r>
        <w:rPr>
          <w:b/>
        </w:rPr>
        <w:t xml:space="preserve">[1:20:21] </w:t>
      </w:r>
      <w:r>
        <w:t>Khuda ne matlab har nabi ko jo kitabein di gayeen, woh guide book theen. nabi bheje gaye is liye ke Khuda ki guide book logon tak pohncha de. to apne zamane mein jo bhi kitabein theen Khuda ki taraf se aayi hui, woh sab yaksaan taur par insaan ke liye guide book ki hesiyat rakhti theen.</w:t>
      </w:r>
    </w:p>
    <w:p>
      <w:pPr>
        <w:jc w:val="right"/>
      </w:pPr>
      <w:r>
        <w:t>خدا نے مطلب ہر نبی کو جو کتابیں دی گئیں، وہ گائیڈ بک تھیں۔ نبی بھیجے گئے اس لیے کہ خدا کی گائیڈ بک لوگوں تک پہنچا دے۔ تو اپنے زمانے میں جو بھی کتابیں تھیں خدا کی طرف سے آئی ہوئی، وہ سب یکساں طور پر انسان کے لیے گائیڈ بک کی حیثیت رکھتی تھیں۔</w:t>
      </w:r>
    </w:p>
    <w:p>
      <w:r>
        <w:rPr>
          <w:b/>
        </w:rPr>
        <w:t xml:space="preserve">[1:20:52] </w:t>
      </w:r>
      <w:r>
        <w:t>isi tarah Quran bhi ek guide book hai. farq sirf yeh hai ke Quran ek preserve kitab hai, ek mehfooz kitab hai. Quran jaisa ke utra tha, ab se 1400 saal pehle, waisa hi woh aaj bhi maujood hai. Quran mein koi farq nahi hua. main aap ko ek bohat hi anokhi baat arz</w:t>
      </w:r>
    </w:p>
    <w:p>
      <w:pPr>
        <w:jc w:val="right"/>
      </w:pPr>
      <w:r>
        <w:t>اسی طرح قرآن بھی ایک گائیڈ بک ہے۔ فرق صرف یہ ہے کہ قرآن ایک پریزرو کتاب ہے، ایک محفوظ کتاب ہے۔ قرآن جیسا کہ اترا تھا، اب سے 1400 سال پہلے، ویسا ہی وہ آج بھی موجود ہے۔ قرآن میں کوئی فرق نہیں ہوا۔ میں آپ کو ایک بہت ہی انوکھی بات عرض</w:t>
      </w:r>
    </w:p>
    <w:p>
      <w:r>
        <w:rPr>
          <w:b/>
        </w:rPr>
        <w:t xml:space="preserve">[1:21:22] </w:t>
      </w:r>
      <w:r>
        <w:t>karoon ke Quran ko mehfooz karne ke liye logon ne kya kiya? jo rasool Allah ke sahabi the, yaani is ki zaban ko, is ke lehje ko, is ke har cheez ko mehfooz kiya. yahan tak ke ek dilchasp baat yeh hai ke Quran mein ek surah mein ek ayat hai ke "wa qeela man raak". koi bhi qari jab parhta hai us ko to is tarah nahi parh</w:t>
      </w:r>
    </w:p>
    <w:p>
      <w:pPr>
        <w:jc w:val="right"/>
      </w:pPr>
      <w:r>
        <w:t>کروں کہ قرآن کو محفوظ کرنے کے لیے لوگوں نے کیا کیا؟ جو رسول اللہ کے ساتھی تھے، یعنی اس کی زبان کو، اس کے لہجے کو، اس کے ہر چیز کو محفوظ کیا۔ یہاں تک کہ ایک دلچسپ بات یہ ہے کہ قرآن میں ایک سورہ میں ایک آیت ہے کہ "وقیل من راک"۔ کوئی بھی قاری جب پڑھتا ہے اس کو تو اس طرح نہیں پڑ</w:t>
      </w:r>
    </w:p>
    <w:p>
      <w:r>
        <w:rPr>
          <w:b/>
        </w:rPr>
        <w:t xml:space="preserve">[1:21:52] </w:t>
      </w:r>
      <w:r>
        <w:t>ta ke "wa qeela man raak". woh is tarah parhta hai: "wa qeela man raak". yaani ek pause deta hai beech mein, ek sukta. baghair pause diye hue koi qari us ko nahi parhe ga. aisa kyun hai? to grammatical se koi bhi reason nahi hai. yaani koi grammar yeh nahi kehti ke wahan par tum pause do ya sukta do. kyunke grammar ke lehaz se to "wa qe</w:t>
      </w:r>
    </w:p>
    <w:p>
      <w:pPr>
        <w:jc w:val="right"/>
      </w:pPr>
      <w:r>
        <w:t>ھتا کہ "وقیل من راک"۔ وہ اس طرح پڑھتا ہے: "وقیل من راک"۔ یعنی ایک پاز دیتا ہے بیچ میں، ایک سکتہ۔ بغیر پاز دیے ہوئے کوئی قاری اس کو نہیں پڑھے گا۔ ایسا کیوں ہے؟ تو گرامیٹیکل سے کوئی بھی ریزن نہیں ہے۔ یعنی کوئی گرامر یہ نہیں کہتی کہ وہاں پر تم پاز دو یا سکتہ دو۔ کیونکہ گرامر کے لحاظ سے تو "وق</w:t>
      </w:r>
    </w:p>
    <w:p>
      <w:r>
        <w:rPr>
          <w:b/>
        </w:rPr>
        <w:t xml:space="preserve">[1:22:22] </w:t>
      </w:r>
      <w:r>
        <w:t>ela man raak" hai. woh to kya wajah hai ke sare qari "wa qeela man raak" is tarah parhte hain? is ka sabab sirf ek hai. woh yeh hai ke sahaba ne jo ke rasool Allah sallallahu alaihi wasallam ke peeche namaz parhte the aur aap se barah-e-rast Quran ko sunte the, unhon ne yeh bataya ke rasool Allah ne jab yeh ayat parhi to yahan par aap</w:t>
      </w:r>
    </w:p>
    <w:p>
      <w:pPr>
        <w:jc w:val="right"/>
      </w:pPr>
      <w:r>
        <w:t>یل من راک" ہے۔ وہ تو کیا وجہ ہے کہ سارے قاری "وقیل من راک" اس طرح پڑھتے ہیں؟ اس کا سبب صرف ایک ہے۔ وہ یہ ہے کہ صحابہ نے جو کہ رسول اللہ صلی اللہ علیہ وسلم کے پیچھے نماز پڑھتے تھے اور آپ سے براہ راست قرآن کو سنتے تھے، انہوں نے یہ بتایا کہ رسول اللہ نے جب یہ آیت پڑھی تو یہاں پر آپ</w:t>
      </w:r>
    </w:p>
    <w:p>
      <w:r>
        <w:rPr>
          <w:b/>
        </w:rPr>
        <w:t xml:space="preserve">[1:22:52] </w:t>
      </w:r>
      <w:r>
        <w:t>thori der ke liye ruk gaye, chand second ke liye ke "wa qeela man raak" is tarah parha. to sahaba ke is batane ko logon ne pakad liya aur aaj tak sare sahaba, sare qari isi tarah Quran ko parhte hain. yeh ek choti si misaal hai. is tarah ki sankaron misalein hain jis se andaza hota hai ke logon ne Quran ko mehfooz karne ke liye kitna zyada ehtimam kiya hai.</w:t>
      </w:r>
    </w:p>
    <w:p>
      <w:pPr>
        <w:jc w:val="right"/>
      </w:pPr>
      <w:r>
        <w:t>تھوڑی دیر کے لیے رک گئے، چند سیکنڈ کے لیے کہ "وقیل من راک" اس طرح پڑھا۔ تو صحابہ کے اس بتانے کو لوگوں نے پکڑ لیا اور آج تک سارے صحابہ، سارے قاری اسی طرح قرآن کو پڑھتے ہیں۔ یہ ایک چھوٹی سی مثال ہے۔ اس طرح کی سینکڑوں مثالیں ہیں جس سے اندازہ ہوتا ہے کہ لوگوں نے قرآن کو محفوظ کرنے کے لیے کتنا زیادہ اہتمام کیا ہے۔</w:t>
      </w:r>
    </w:p>
    <w:p>
      <w:r>
        <w:rPr>
          <w:b/>
        </w:rPr>
        <w:t xml:space="preserve">[1:23:23] </w:t>
      </w:r>
      <w:r>
        <w:t>bohat zyada ehtimam kiya hai. itna ehtimam ke ek comma aur full stop ya ek item ke barabar bhi is mein koi aaj tak farq nahi daryaft kar saka. wahi ka wahi Quran aaj bhi maujood hai jo saatveen sadi eesvi ke first quarter mein prophet Muhammad ne insaan ko diya tha.</w:t>
      </w:r>
    </w:p>
    <w:p>
      <w:pPr>
        <w:jc w:val="right"/>
      </w:pPr>
      <w:r>
        <w:t>بہت زیادہ اہتمام کیا ہے۔ اتنا اہتمام کہ ایک کاما اور فل سٹاپ یا ایک آئٹم کے برابر بھی اس میں کوئی آج تک فرق نہیں دریافت کر سکا۔ وہی کا وہی قرآن آج بھی موجود ہے جو ساتویں صدی عیسوی کے فرسٹ کوارٹر میں پرافٹ محمد نے انسان کو دیا تھا۔</w:t>
      </w:r>
    </w:p>
    <w:p>
      <w:r>
        <w:rPr>
          <w:b/>
        </w:rPr>
        <w:t xml:space="preserve">[1:23:56] </w:t>
      </w:r>
      <w:r>
        <w:t>yeh bohat hi zyada anokhi baat hai lekin yeh ek waqea hai. ab main ek baat aur arz karna chahoon ga, woh yeh ke Quran hum ko batata hai ke hum kis tarah sochein. jo kehte hain fun-e-tafakkur, jis ko angrezi mein kehte hain "art of thinking". main samajhta hoon ke Quran ka yeh bohat hi khas</w:t>
      </w:r>
    </w:p>
    <w:p>
      <w:pPr>
        <w:jc w:val="right"/>
      </w:pPr>
      <w:r>
        <w:t>یہ بہت ہی زیادہ انوکھی بات ہے لیکن یہ ایک واقعہ ہے۔ اب میں ایک بات اور عرض کرنا چاہوں گا، وہ یہ کہ قرآن ہم کو بتاتا ہے کہ ہم کس طرح سوچیں۔ جو کہتے ہیں فن تفکیر، جس کو انگریزی میں کہتے ہیں "ارٹ اف تھنکنگ"۔ میں سمجھتا ہوں کہ قرآن کا یہ بہت ہی خاص</w:t>
      </w:r>
    </w:p>
    <w:p>
      <w:r>
        <w:rPr>
          <w:b/>
        </w:rPr>
        <w:t xml:space="preserve">[1:24:27] </w:t>
      </w:r>
      <w:r>
        <w:t>mozu hai, is ka khas subject hai ke woh art of thinking sikhata hai. kaise socha jaye? aap jante hain ke art of thinking par sankaron kitabein likhi gayi hain. maujooda zamane mein art of thinking ek mustaqil discipline ban gaya hai. bade bade expert hain is line mein aur bade bade professoron ne to</w:t>
      </w:r>
    </w:p>
    <w:p>
      <w:pPr>
        <w:jc w:val="right"/>
      </w:pPr>
      <w:r>
        <w:t>موضوع ہے، اس کا خاص سبجیکٹ ہے کہ وہ آرٹ اف تھنکنگ سکھاتا ہے۔ کیسے سوچا جائے؟ آپ جانتے ہیں کہ آرٹ اف تھنکنگ پر سینکڑوں کتابیں لکھی گئی ہیں۔ موجودہ زمانے میں آرٹ اف تھنکنگ ایک مستقل ڈسپلن بن گیا ہے۔ بڑے بڑے ایکسپرٹ ہیں اس لائن میں اور بڑے بڑے پروفیسروں نے تو</w:t>
      </w:r>
    </w:p>
    <w:p>
      <w:r>
        <w:rPr>
          <w:b/>
        </w:rPr>
        <w:t xml:space="preserve">[1:24:57] </w:t>
      </w:r>
      <w:r>
        <w:t>kitabein likhi hain. to art of thinking ki jo yeh basic usool hai, woh aap Quran mein dekh sakte hain. basic usool kaise socha jaye? right thinking kya cheez hai? right thinking kya cheez hai? is ko hum Quran ke mutale se samajh sakte hain.</w:t>
      </w:r>
    </w:p>
    <w:p>
      <w:pPr>
        <w:jc w:val="right"/>
      </w:pPr>
      <w:r>
        <w:t>کتابیں لکھی ہیں۔ تو آرٹ اف تھنکنگ کی جو یہ بیسک اصول ہے، وہ آپ قرآن میں دیکھ سکتے ہیں۔ بیسک اصول کیسے سوچا جائے؟ رائٹ تھنکنگ کیا چیز ہے؟ رائٹ تھنکنگ کیا چیز ہے؟ اس کو ہم قرآن کے مطالعے سے سمجھ سکتے ہیں۔</w:t>
      </w:r>
    </w:p>
    <w:p>
      <w:r>
        <w:rPr>
          <w:b/>
        </w:rPr>
        <w:t xml:space="preserve">[1:25:27] </w:t>
      </w:r>
      <w:r>
        <w:t>agarche aaj kal yeh hal hai ke ke Quran ko log sawab ke liye parhte hain, tilawat ke liye parhte hain. to aam taur par yeh hal hai ke log Quran rozana tilawat to karte hain aur tarawih mein sunte hain, lekin logon ko yeh maloom nahi ke Quran mein kya kya baatein batayi gayi hain. inhi mein se ek</w:t>
      </w:r>
    </w:p>
    <w:p>
      <w:pPr>
        <w:jc w:val="right"/>
      </w:pPr>
      <w:r>
        <w:t>اگرچہ آج کل یہ حال ہے کہ کہ قرآن کو لوگ ثواب کے لیے پڑھتے ہیں، تلاوت کے لیے پڑھتے ہیں۔ تو عام طور پر یہ حال ہے کہ لوگ قرآن روزانہ تلاوت تو کرتے ہیں اور تراویح میں سنتے ہیں، لیکن لوگوں کو یہ معلوم نہیں کہ قرآن میں کیا کیا باتیں بتائی گئی ہیں۔ انہی میں سے ایک</w:t>
      </w:r>
    </w:p>
    <w:p>
      <w:r>
        <w:rPr>
          <w:b/>
        </w:rPr>
        <w:t xml:space="preserve">[1:25:57] </w:t>
      </w:r>
      <w:r>
        <w:t>baat hai art of thinking. kaise socha jaye? yaani right thinking kya cheez hai? confusion kya cheez hai? rai banane ka sahi tareeqa kya hai? yeh ek bohat hi ahem pehlu hai aur Quran ka ek</w:t>
      </w:r>
    </w:p>
    <w:p>
      <w:pPr>
        <w:jc w:val="right"/>
      </w:pPr>
      <w:r>
        <w:t>بات ہے آرٹ اف تھنکنگ۔ کیسے سوچا جائے؟ یعنی رائٹ تھنکنگ کیا چیز ہے؟ کنفیوژن کیا چیز ہے؟ رائے بنانے کا صحیح طریقہ کیا ہے؟ یہ ایک بہت ہی اہم پہلو ہے اور قرآن کا ایک</w:t>
      </w:r>
    </w:p>
    <w:p>
      <w:r>
        <w:rPr>
          <w:b/>
        </w:rPr>
        <w:t xml:space="preserve">[1:26:27] </w:t>
      </w:r>
      <w:r>
        <w:t>bohat hi ahem subject hai. is nuqta nazar se agar Quran ko parha jaye aur is ki ayaton ko jama kiya jaye to main samajhta hoon ke ek achi khasi ek zakheera kitab ban sakti hai jis ka naam shayad hoga "Quran ka Art of Thinking" yaani "Qurani Fun-e-Tafakkur". to yeh ek mustaqil mozu hai</w:t>
      </w:r>
    </w:p>
    <w:p>
      <w:pPr>
        <w:jc w:val="right"/>
      </w:pPr>
      <w:r>
        <w:t>بہت ہی اہم سبجیکٹ ہے۔ اس نقطہ نظر سے اگر قرآن کو پڑھا جائے اور اس کی آیتوں کو جمع کیا جائے تو میں سمجھتا ہوں کہ ایک اچھی خاصی ایک ذخیر کتاب بن سکتی ہے جس کا نام شاید ہوگا "قرآن کا آرٹ اف تھنکنگ" یعنی "قرآنی فن تفکیر"۔ تو یہ ایک مستقل موضوع ہے</w:t>
      </w:r>
    </w:p>
    <w:p>
      <w:r>
        <w:rPr>
          <w:b/>
        </w:rPr>
        <w:t xml:space="preserve">[1:26:58] </w:t>
      </w:r>
      <w:r>
        <w:t>aur is par bohat ziyada sochne ki zaroorat hai aur ghore o fikr kar ke quran se is ke usool akhaz karne ki zaroorat hai. Fun tafkeer quran mein sochne samajhne ki baatein to ziyada hain ke is aitbaar se yeh kehna ghalat na hoga ke quran</w:t>
      </w:r>
    </w:p>
    <w:p>
      <w:pPr>
        <w:jc w:val="right"/>
      </w:pPr>
      <w:r>
        <w:t>اور اس پر بہت زیادہ سوچنے کی ضرورت ہے اور غور و فکر کر کے قرآن سے اس کے اصول اخذ کرنے کی ضرورت ہے۔ فن تفکیر قرآن میں سوچنے سمجھنے کی باتیں تو زیادہ ہیں کہ اس اعتبار سے یہ کہنا غلط نہ ہوگا کہ قرآن</w:t>
      </w:r>
    </w:p>
    <w:p>
      <w:r>
        <w:rPr>
          <w:b/>
        </w:rPr>
        <w:t xml:space="preserve">[1:27:29] </w:t>
      </w:r>
      <w:r>
        <w:t>art of thinking ki kitab hai. Quran mein bohat ziyada yeh baatein kahi gayi hain. Socho, samjho, ghor karo, sabaq seekho, baat ki teh tak ja kar dekho. Maslan surah aal imran ke aakhir mein jo rukoo hai woh is tarah hai</w:t>
      </w:r>
    </w:p>
    <w:p>
      <w:pPr>
        <w:jc w:val="right"/>
      </w:pPr>
      <w:r>
        <w:t>آرٹ اف تھنکنگ کی کتاب ہے۔ قرآن میں بہت زیادہ یہ باتیں کہی گئی ہیں۔ سوچو، سمجھو، غور کرو، سبق سیکھو، بات کی تہ تک جا کر دیکھو۔ مثلاً سورہ آل عمران کے آخر میں جو رکوع ہے وہ اس طرح ہے</w:t>
      </w:r>
    </w:p>
    <w:p>
      <w:r>
        <w:rPr>
          <w:b/>
        </w:rPr>
        <w:t xml:space="preserve">[1:28:00] </w:t>
      </w:r>
      <w:r>
        <w:t>ke "in fi khalq al-samawat wa al-ard wa al-nahar la yaati al-yawm al-bab alladhina yadhkurun Allah qiyaman wa quudan wa 'ala junubihim wa yatafakkarun fi khalq al-samawat wa al-ard Rabbana ma khalaqta hadha batilan subhanaka fa qina 'adhab". Is tarah ki aayaton se quran bhara hua hai jismein sochne</w:t>
      </w:r>
    </w:p>
    <w:p>
      <w:pPr>
        <w:jc w:val="right"/>
      </w:pPr>
      <w:r>
        <w:t>کہ "إن في خلق السماوات والأرض و النهار لا يأتي اليوم الباب الذين يذکرون الله قياماً وقعوداً وعلى جنوبهم ويتفكرون في خلق السماوات والأرض ربنا ما خلقت هذا باطلاً سبحانک فقنا عذاب"۔ اس طرح کی آیتوں سے قرآن بھرا ہوا ہے جس میں سوچنے</w:t>
      </w:r>
    </w:p>
    <w:p>
      <w:r>
        <w:rPr>
          <w:b/>
        </w:rPr>
        <w:t xml:space="preserve">[1:28:30] </w:t>
      </w:r>
      <w:r>
        <w:t>samajhne par aur fikr karne par bohat ziyada zor diya gaya hai. Balkeh momin ki ek sifat aayi hai "al-mutawassim". Mutawassim ka matlab hi hota hai sochna aur sabaq lena. Yeh bhi momin ki ek sifat hai, ek momin ka ek naam hai. To is aitbaar se main quran ke chand</w:t>
      </w:r>
    </w:p>
    <w:p>
      <w:pPr>
        <w:jc w:val="right"/>
      </w:pPr>
      <w:r>
        <w:t>سمجھنے پر اور فکر کرنے پر بہت زیادہ زور دیا گیا ہے۔ بلکہ مومن کی ایک صفت آئی ہے "المتوسم"۔ متوسط کا مطلب ہی ہوتا ہے سوچنا اور سبق لینا۔ یہ بھی مومن کی ایک صفت ہے، ایک مومن کا ایک نام ہے۔ تو اس اعتبار سے میں قرآن کے چند</w:t>
      </w:r>
    </w:p>
    <w:p>
      <w:r>
        <w:rPr>
          <w:b/>
        </w:rPr>
        <w:t xml:space="preserve">[1:29:00] </w:t>
      </w:r>
      <w:r>
        <w:t>hawale aap ke samne pesh karunga. Dekhiye, quran mein bohat ziyada zor diya gaya hai sabr par. "Wa bashir al-sabirin" sabr karne walon ko khushkhabri de do. Quran mein ek aayat hai jismein bataya gaya hai ke sabr karne walon ko sab se ziyada sawab</w:t>
      </w:r>
    </w:p>
    <w:p>
      <w:pPr>
        <w:jc w:val="right"/>
      </w:pPr>
      <w:r>
        <w:t>حوالے آپ کے سامنے پیش کروں گا۔ دیکھیے، قرآن میں بہت زیادہ زور دیا گیا ہے صبر پر۔ "وبشر الصابرین" صبر کرنے والوں کو خوشخبری دے دو۔ قرآن میں ایک آیت ہے جس میں بتایا گیا ہے کہ صبر کرنے والوں کو سب سے زیادہ ثواب</w:t>
      </w:r>
    </w:p>
    <w:p>
      <w:r>
        <w:rPr>
          <w:b/>
        </w:rPr>
        <w:t xml:space="preserve">[1:29:30] </w:t>
      </w:r>
      <w:r>
        <w:t>ya reward milega. "Innama yufsa al-sabirun ajrahum bi ghair hisab". To quran mein bar bar sabr par zor diya gaya hai. Bar bar sabr kiya hai? Sabr koi passive attitude nahi hai. Sabr darasal art of thinking hi ki</w:t>
      </w:r>
    </w:p>
    <w:p>
      <w:pPr>
        <w:jc w:val="right"/>
      </w:pPr>
      <w:r>
        <w:t>یا ریوارڈ ملے گا۔ "إنما يؤفس الصابرون أجرهم بغير حساب"۔ تو قرآن میں بار بار صبر پر زور دیا گیا ہے۔ بار بار صبر کیا ہے؟ صبر کوئی پیسو ایٹیٹیوڈ نہیں ہے۔ صبر دراصل آرٹ اف تھنکنگ ہی کی</w:t>
      </w:r>
    </w:p>
    <w:p>
      <w:r>
        <w:rPr>
          <w:b/>
        </w:rPr>
        <w:t xml:space="preserve">[1:30:00] </w:t>
      </w:r>
      <w:r>
        <w:t>ek surat hai. Jab koi surat-e-haal pesh aati hai zindagi mein to aadmi ke samne do option hote hain. Ek hai jisko kehte hain react karna, reaction ke koi baat pesh aayi, aap bhadak uthe aur bhadak kar aap ne reaction mein kuch kar dala.</w:t>
      </w:r>
    </w:p>
    <w:p>
      <w:pPr>
        <w:jc w:val="right"/>
      </w:pPr>
      <w:r>
        <w:t>ایک صورت ہے۔ جب کوئی صورتحال پیش آتی ہے زندگی میں تو آدمی کے سامنے دو آپشن ہوتے ہیں۔ ایک ہے جس کو کہتے ہیں ری ایکٹ کرنا، ری ایکشن کہ کوئی بات پیش آئی، آپ بھڑک اٹھے اور بھڑک کر آپ نے ری ایکشن میں کچھ کر ڈالا۔</w:t>
      </w:r>
    </w:p>
    <w:p>
      <w:r>
        <w:rPr>
          <w:b/>
        </w:rPr>
        <w:t xml:space="preserve">[1:30:32] </w:t>
      </w:r>
      <w:r>
        <w:t>Yeh hai besabri ka tareeqa, impatience. Doosra yeh hai ke jab koi provocative situation pesh aayi, kisi ne aap ko naraz kar diya, kisi ne aap ki ego ko chhed diya, agar koi aisi baat pesh aayi jo aap ke liye pasandeeda na ho to usi waqt aap</w:t>
      </w:r>
    </w:p>
    <w:p>
      <w:pPr>
        <w:jc w:val="right"/>
      </w:pPr>
      <w:r>
        <w:t>یہ ہے بے صبری کا طریقہ، امپیشنس۔ دوسرا یہ ہے کہ جب کوئی پرووکیٹو سچوئیشن پیش آئی، کسی نے آپ کو ناراض کر دیا، کسی نے آپ کی ایگو کو چھیڑ دیا، اگر کوئی ایسی بات پیش آئی جو آپ کے لیے پسندیدہ نہ ہو تو اسی وقت آپ</w:t>
      </w:r>
    </w:p>
    <w:p>
      <w:r>
        <w:rPr>
          <w:b/>
        </w:rPr>
        <w:t xml:space="preserve">[1:31:03] </w:t>
      </w:r>
      <w:r>
        <w:t>ke liye sabr ka imtehan hota hai. To ab doosra tareeqa yeh hai ke aap apne ko thaamein, apne ko jazbati tareeqon se rok kar sochein ke kya karna chahiye. To ek hai socha samjha iqdam, ek hai be socha samjha iqdam. Yani ek hai well considered action</w:t>
      </w:r>
    </w:p>
    <w:p>
      <w:pPr>
        <w:jc w:val="right"/>
      </w:pPr>
      <w:r>
        <w:t>کے لیے صبر کا امتحان ہوتا ہے۔ تو اب دوسرا طریقہ یہ ہے کہ آپ اپنے کو تھامیں، اپنے کو جذباتی طریقوں سے روک کر سوچیں کہ کیا کرنا چاہیے۔ تو ایک ہے سوچا سمجھا اقدام، ایک ہے بے سوچا سمجھا اقدام۔ یعنی ایک ہے ویل کنسیڈرڈ ایکشن</w:t>
      </w:r>
    </w:p>
    <w:p>
      <w:r>
        <w:rPr>
          <w:b/>
        </w:rPr>
        <w:t xml:space="preserve">[1:31:33] </w:t>
      </w:r>
      <w:r>
        <w:t>ek hai emotional action. To sach poochhein to sabr yeh hai ke aadmi soche samjhe faisle ke tehat kare jo us ko karna hai. Is ka ulta yeh hai ke aadmi bhadak uthe. To sabr aap ke mind ko bohat ziyada activate karta hai, bohat ziyada soch ki taraf le aata hai. Yahan tak ek extremist situation mein sochne par majboor karta hai. Jab aadmi bhadka hua ho,</w:t>
      </w:r>
    </w:p>
    <w:p>
      <w:pPr>
        <w:jc w:val="right"/>
      </w:pPr>
      <w:r>
        <w:t>، ایک ہے ایموشنل ایکشن۔ تو سچ پوچھیں تو صبر یہ ہے کہ آدمی سوچے سمجھے فیصلے کے تحت کرے جو اس کو کرنا ہے۔ اس کا الٹا یہ ہے کہ آدمی بھڑک اٹھے۔ تو صبر آپ کے مائنڈ کو بہت زیادہ ایکٹیویٹ کرتا ہے، بہت زیادہ سوچ کی طرف لے آتا ہے۔ یہاں تک ایک ایکسٹریمسٹ سچوئیشن میں سوچنے پر مجبور کرتا ہے۔ جب آدمی بھڑکا ہوا ہو،</w:t>
      </w:r>
    </w:p>
    <w:p>
      <w:r>
        <w:rPr>
          <w:b/>
        </w:rPr>
        <w:t xml:space="preserve">[1:32:03] </w:t>
      </w:r>
      <w:r>
        <w:t>jab us ke andar revenge ki kaifiyat aa gayi ho, jab woh intiqam lene par tala hua ho, uska andar ka ehsaas, us waqt jab aap apne ko sabr karte hain aur apne ko sabr ki rawish ki taraf le aate hain to kaha woh extremist situation mein aap art of thinking karte hain. To sochne ka ek mamla woh hai jo normal halaat mein socha jaye.</w:t>
      </w:r>
    </w:p>
    <w:p>
      <w:pPr>
        <w:jc w:val="right"/>
      </w:pPr>
      <w:r>
        <w:t>جب اس کے اندر ریونج کی کیفیت آ گئی ہو، جب وہ انتخاب لینے پر تلا ہوا ہو، اس کا اندر کا احساس، اس وقت جب آپ اپنے کو صبر کرتے ہیں اور اپنے کو صبر کی روش کی طرف لے آتے ہیں تو کہا وہ ایکسٹریمسٹ سچوئیشن میں آپ آرٹ اف تھنکنگ کرتے ہیں۔ تو سوچنے کا ایک معاملہ وہ ہے جو نارمل حالات میں سوچا جائے۔</w:t>
      </w:r>
    </w:p>
    <w:p>
      <w:r>
        <w:rPr>
          <w:b/>
        </w:rPr>
        <w:t xml:space="preserve">[1:32:37] </w:t>
      </w:r>
      <w:r>
        <w:t>aur ek woh hai ke jab aap ke jazbaat bhadke hue hon, us waqt socha jaye. To sabr goya art of thinking ki sab se aala surat hai, sab se intehai surat hai. Isi liye is par isi par sawab ziyada hai. To yeh achhi tarah samajh lena chahiye ke sabr koi anfali baat nahi hai, yeh koi</w:t>
      </w:r>
    </w:p>
    <w:p>
      <w:pPr>
        <w:jc w:val="right"/>
      </w:pPr>
      <w:r>
        <w:t>اور ایک وہ ہے کہ جب آپ کے جذبات بھڑکے ہوئے ہوں، اس وقت سوچا جائے۔ تو صبر گویا آرٹ اف تھنکنگ کی سب سے اعلیٰ صورت ہے، سب سے انتہائی صورت ہے۔ اسی لیے اس پر اسی پر ثواب زیادہ ہے۔ تو یہ اچھی طرح سمجھ لینا چاہیے کہ صبر کوئی انفعالی بات نہیں ہے، یہ کوئی</w:t>
      </w:r>
    </w:p>
    <w:p>
      <w:r>
        <w:rPr>
          <w:b/>
        </w:rPr>
        <w:t xml:space="preserve">[1:33:08] </w:t>
      </w:r>
      <w:r>
        <w:t>passive baat nahi hai, yeh koi buzdi ki baat nahi hai, yeh koi inaction ki baat bhi nahi hai. Balkeh sabr sab se bada action hai. Zahir hai ke kisi situation ka well considered response dena is se bada action kya ho sakta hai? Is se bada action to koi bhi nahi ho sakta hai.</w:t>
      </w:r>
    </w:p>
    <w:p>
      <w:pPr>
        <w:jc w:val="right"/>
      </w:pPr>
      <w:r>
        <w:t>پیسو بات نہیں ہے، یہ کوئی بزدلی کی بات نہیں ہے، یہ کوئی ان ایکشن کی بات بھی نہیں ہے۔ بلکہ صبر سب سے بڑا ایکشن ہے۔ ظاہر ہے کہ کسی سچوئیشن کا ویل کنسیڈرڈ رسپانس دینا اس سے بڑا ایکشن کیا ہو سکتا ہے؟ اس سے بڑا ایکشن تو کوئی بھی نہیں ہو سکتا ہے۔</w:t>
      </w:r>
    </w:p>
    <w:p>
      <w:r>
        <w:rPr>
          <w:b/>
        </w:rPr>
        <w:t xml:space="preserve">[1:33:38] </w:t>
      </w:r>
      <w:r>
        <w:t>Jab aadmi bhadak kar koi iqdam karta hai to aksar woh counter productive sabit hota hai. Lekin jab woh khoob soch samajh kar, thande tareeqe se ghor o fikr kar ke aur mashwara kar ke ek faisla leta hai to aisa faisla hamesha kamyabi ka sabab banta hai. To</w:t>
      </w:r>
    </w:p>
    <w:p>
      <w:pPr>
        <w:jc w:val="right"/>
      </w:pPr>
      <w:r>
        <w:t>جب آدمی بھڑک کر کوئی اقدام کرتا ہے تو اکثر وہ کاؤنٹر پروڈکٹیو ثابت ہوتا ہے۔ لیکن جب وہ خوب سوچ سمجھ کر، ٹھنڈے طریقے سے غور و فکر کر کے اور مشورہ کر کے ایک فیصلہ لیتا ہے تو ایسا فیصلہ ہمیشہ کامیابی کا سبب بنتا ہے۔ تو</w:t>
      </w:r>
    </w:p>
    <w:p>
      <w:r>
        <w:rPr>
          <w:b/>
        </w:rPr>
        <w:t xml:space="preserve">[1:34:08] </w:t>
      </w:r>
      <w:r>
        <w:t>yeh hai sabr. Isi liye quran mein hai ke "Wa bashir al-sabirin" sabr karne walon ko khushkhabri de do. Allah ki taraf se khushkhabri ka matlab yeh hai ke jo log sabr ki rawish ikhtiyar karein, un ki kamyabi yaqeeni hai. Yani is duniya ko banane wale ne jo fitrat ka</w:t>
      </w:r>
    </w:p>
    <w:p>
      <w:pPr>
        <w:jc w:val="right"/>
      </w:pPr>
      <w:r>
        <w:t>یہ ہے صبر۔ اسی لیے قرآن میں ہے کہ "وبشر الصابرین" صبر کرنے والوں کو خوشخبری دے دو۔ اللہ کی طرف سے خوشخبری کا مطلب یہ ہے کہ جو لوگ صبر کی روش اختیار کریں، ان کی کامیابی یقینی ہے۔ یعنی اس دنیا کو بنانے والے نے جو فطرت کا</w:t>
      </w:r>
    </w:p>
    <w:p>
      <w:r>
        <w:rPr>
          <w:b/>
        </w:rPr>
        <w:t xml:space="preserve">[1:34:38] </w:t>
      </w:r>
      <w:r>
        <w:t>nizam is duniya mein banaya hai, is nizam mein sabr karne wale hamesha kamyab honge aur besabr karne wale hamesha nakam honge. Yeh hai law of nature. Yeh koi mysterious baat nahi hai. Yeh koi mysterious baat nahi hai. Yeh law of nature ki wajah se aisa hota hai. Khud law of nature jo hai, wohi sabr karne walon ke liye achha nateeja</w:t>
      </w:r>
    </w:p>
    <w:p>
      <w:pPr>
        <w:jc w:val="right"/>
      </w:pPr>
      <w:r>
        <w:t>نظام اس دنیا میں بنایا ہے، اس نظام میں صبر کرنے والے ہمیشہ کامیاب ہوں گے اور بے صبری کرنے والے ہمیشہ ناکام ہوں گے۔ یہ ہے لاء اف نیچر۔ یہ کوئی مسٹیریس بات نہیں ہے۔ یہ کوئی مسٹیریس بات نہیں ہے۔ یہ لاء اف نیچر کی وجہ سے ایسا ہوتا ہے۔ خود لاء اف نیچر جو ہے، وہی صبر کرنے والوں کے لیے اچھا نتیجہ</w:t>
      </w:r>
    </w:p>
    <w:p>
      <w:r>
        <w:rPr>
          <w:b/>
        </w:rPr>
        <w:t xml:space="preserve">[1:35:08] </w:t>
      </w:r>
      <w:r>
        <w:t>samne lata hai aur besabr karne walon ke liye bura nateeja dikhata hai. Quran majeed mein bataya gaya hai ke har insaan ke andar do sifatें hain. Ek hai nafs al-lawwamah aur ek hai nafs al-ammara. Is se bohat aham baat maloom hoti hai. Is ka matlab yeh</w:t>
      </w:r>
    </w:p>
    <w:p>
      <w:pPr>
        <w:jc w:val="right"/>
      </w:pPr>
      <w:r>
        <w:t>سامنے لاتا ہے اور بے صبری کرنے والوں کے لیے برا نتیجہ دکھاتا ہے۔ قرآن مجید میں بتایا گیا ہے کہ ہر انسان کے اندر دو صفتیں ہیں۔ ایک ہے النفس اللوامہ اور ایک ہے النفس الامارہ۔ اس سے بہت اہم بات معلوم ہوتی ہے۔ اس کا مطلب یہ</w:t>
      </w:r>
    </w:p>
    <w:p>
      <w:r>
        <w:rPr>
          <w:b/>
        </w:rPr>
        <w:t xml:space="preserve">[1:35:38] </w:t>
      </w:r>
      <w:r>
        <w:t>hai ke Allah taala ne har insaan ke andar, har aurat aur mard ke andar nafs ammara aur nafs lawwamah likh kar aap ko ek bohat bada mauqa diya hai. Yani ego bhi hai us ke andar aur consciousness bhi hai us ke andar. Ab aap ko har aanay yeh mauqa hai ke chahein to is aadmi ko apna dushman bana lein ya dost bana lein. Agar aap ne is ke ego</w:t>
      </w:r>
    </w:p>
    <w:p>
      <w:pPr>
        <w:jc w:val="right"/>
      </w:pPr>
      <w:r>
        <w:t>ہے کہ اللہ تعالی نے ہر انسان کے اندر، ہر عورت اور مرد کے اندر نفس امارہ اور نفس لوامہ لکھ کر آپ کو ایک بہت بڑا موقع دیا ہے۔ یعنی ایگو بھی ہے اس کے اندر اور کانشیسنس بھی ہے اس کے اندر۔ اب آپ کو ہر آنے یہ موقع ہے کہ چاہیں تو اس آدمی کو اپنا دشمن بنا لیں یا دوست بنا لیں۔ اگر آپ نے اس کے ایگو</w:t>
      </w:r>
    </w:p>
    <w:p>
      <w:r>
        <w:rPr>
          <w:b/>
        </w:rPr>
        <w:t xml:space="preserve">[1:36:08] </w:t>
      </w:r>
      <w:r>
        <w:t>ko bhadkaya to aap ne is ko apna dushman dushman bana liya. Agar us ke consciousness ko jagaya to aap ne is ko apna dost bana liya. To kya har aadmi aap ke liye potential enemy bhi hai aur potential friend bhi hai? Dono hai. Ab aap jo potential enemy hai, us ko</w:t>
      </w:r>
    </w:p>
    <w:p>
      <w:pPr>
        <w:jc w:val="right"/>
      </w:pPr>
      <w:r>
        <w:t>کو بھڑکایا تو آپ نے اس کو اپنا دشمن دشمن بنا لیا۔ اگر اس کے کانشیسنس کو جگایا تو آپ نے اس کو اپنا دوست بنا لیا۔ تو کیا ہر آدمی آپ کے لیے پوٹینشل اینی می بھی ہے اور پوٹینشل فرینڈ بھی ہے؟ دونوں ہے۔ اب آپ جو پوٹینشل اینمی ہے، اس کو</w:t>
      </w:r>
    </w:p>
    <w:p>
      <w:r>
        <w:rPr>
          <w:b/>
        </w:rPr>
        <w:t xml:space="preserve">[1:36:38] </w:t>
      </w:r>
      <w:r>
        <w:t>haasil karein ya potential friend hai, us ko haasil karein. Yeh aap ke upar hai. Yahan par aap ki soch ko bohat bada mauqa milta hai ke agar aap thori der ke liye sabr karein, thori der ke liye apne ko thaamein, thori der ke liye apne jazbaat par control kar lein aur thande tareeqe se sochein to nihayat aasani se aap</w:t>
      </w:r>
    </w:p>
    <w:p>
      <w:pPr>
        <w:jc w:val="right"/>
      </w:pPr>
      <w:r>
        <w:t>حاصل کریں یا پوٹینشل فرینڈ ہے، اس کو حاصل کریں۔ یہ آپ کے اوپر ہے۔ یہاں پر آپ کی سوچ کو بہت بڑا موقع ملتا ہے کہ اگر آپ تھوڑی دیر کے لیے صبر کریں، تھوڑی دیر کے لیے اپنے کو تھام لیں، تھوڑی دیر کے لیے اپنے جذبات پر کنٹرول کر لیں اور ٹھنڈے طریقے سے سوچیں تو نہایت آسانی سے آپ</w:t>
      </w:r>
    </w:p>
    <w:p>
      <w:r>
        <w:rPr>
          <w:b/>
        </w:rPr>
        <w:t xml:space="preserve">[1:37:08] </w:t>
      </w:r>
      <w:r>
        <w:t>aisa tareeqa pa sakte hain jabke aap us ke consciousness ko activate karein, us ke zamir ko jagayein. Aur phir jo aadmi bazahir aap ka dushman nazar aa raha tha, woh aap ko apna dost nazar aane lage. To yeh sabr jo hai, main samajhta hoon ke right thinking ki kunji hai.</w:t>
      </w:r>
    </w:p>
    <w:p>
      <w:pPr>
        <w:jc w:val="right"/>
      </w:pPr>
      <w:r>
        <w:t>ایسا طریقہ پا سکتے ہیں جبکہ آپ اس کے کانشیسنس کو ایکٹیویٹ کریں، اس کے ضمیر کو جگائیں۔ اور پھر جو آدمی بظاہر آپ کا دشمن نظر آ رہا تھا، وہ آپ کو اپنا دوست نظر آنے لگے۔ تو یہ صبر جو ہے، میں سمجھتا ہوں کہ رائٹ تھنکنگ کی کنجی ہے۔</w:t>
      </w:r>
    </w:p>
    <w:p>
      <w:r>
        <w:rPr>
          <w:b/>
        </w:rPr>
        <w:t xml:space="preserve">[1:37:39] </w:t>
      </w:r>
      <w:r>
        <w:t>Sabr nahi to right thinking bhi nahi. Is liye ke dunya ki zindagi mein hamein bar bar aisa hota hai hamare sath ke hum jazbaat ka shikar ho jate hain. Jazbaat ka shikar ho kar tashaddud ki taraf, extremist ki taraf chale jate hain. Yahan par sabr ka formula apnana hai humein. Sabr hamein</w:t>
      </w:r>
    </w:p>
    <w:p>
      <w:pPr>
        <w:jc w:val="right"/>
      </w:pPr>
      <w:r>
        <w:t>صبر نہیں تو رائٹ تھنکنگ بھی نہیں۔ اس لیے کہ دنیا کی زندگی میں ہمیں بار بار ایسا ہوتا ہے ہمارے ساتھ کہ ہم جذبات کا شکار ہو جاتے ہیں۔ جذبات کا شکار ہو کر تشدد کی طرف، ایکسٹریمسٹ کی طرف چلے جاتے ہیں۔ یہاں پر صبر کا فارمولا اپنانا ہے ہمیں۔ صبر ہمیں</w:t>
      </w:r>
    </w:p>
    <w:p>
      <w:r>
        <w:rPr>
          <w:b/>
        </w:rPr>
        <w:t xml:space="preserve">[1:38:09] </w:t>
      </w:r>
      <w:r>
        <w:t>is se bachata hai ke hamare jazbaat hamare upar qabu na pa sakein. Hamari aql jo hai, woh azadana tor par soch sake. Dekhiye, sabr ke baghair aap ke liye yeh mumkin nahi hai ke apni aql ko azadana tor par sochne ka mauqa dein. Kyun ke jahan aap ne sabr ko chhoda to aap apne jazbaat ke qabu mein chale gaye.</w:t>
      </w:r>
    </w:p>
    <w:p>
      <w:pPr>
        <w:jc w:val="right"/>
      </w:pPr>
      <w:r>
        <w:t>اس سے بچاتا ہے کہ ہمارے جذبات ہمارے اوپر قابو نہ پا سکیں۔ ہماری عقل جو ہے، وہ آزادانہ طور پر سوچ سکے۔ دیکھیے، صبر کے بغیر آپ کے لیے یہ ممکن نہیں ہے کہ اپنی عقل کو آزادانہ طور پر سوچنے کا موقع دیں۔ کیونکہ جہاں آپ صبر کو چھوڑا تو آپ اپنے جذبات کے قابو میں چلے گئے۔</w:t>
      </w:r>
    </w:p>
    <w:p>
      <w:r>
        <w:rPr>
          <w:b/>
        </w:rPr>
        <w:t xml:space="preserve">[1:38:41] </w:t>
      </w:r>
      <w:r>
        <w:t>Phir na right thinking hogi aur na sahi faisla hoga. To yaad rakhiye, hum is duniya mein akele nahi hain. Agar koi shakhs akela ho, ek island hai, wahan par woh akela ho to phir jo chahe kare, kuch bhi kare, kyun ke us ko apne kiye ka koi anjam bhugtna nahi padega. Akela hai woh. Kaun hai jo us ko</w:t>
      </w:r>
    </w:p>
    <w:p>
      <w:pPr>
        <w:jc w:val="right"/>
      </w:pPr>
      <w:r>
        <w:t>پھر نہ رائٹ تھنکنگ ہوگی اور نہ صحیح فیصلہ ہوگا۔ تو یاد رکھیے، ہم اس دنیا میں اکیلے نہیں ہیں۔ اگر کوئی شخص اکیلا ہو، ایک آئی لینڈ ہے، وہاں پر وہ اکیلا ہو تو پھر جو چاہے کرے، کچھ بھی کرے، کیونکہ اس کو اپنے کیے کا کوئی انجام بھگتنا نہیں پڑے گا۔ اکیلا ہے وہ۔ کون ہے جو اس کو</w:t>
      </w:r>
    </w:p>
    <w:p>
      <w:r>
        <w:rPr>
          <w:b/>
        </w:rPr>
        <w:t xml:space="preserve">[1:39:11] </w:t>
      </w:r>
      <w:r>
        <w:t>kisi anjam se dochar kare? Lekin jab aap society mein hain, jab aap samaj mein hain, jab aap kisi idare mein hain, kisi insani majmoo'e ke andar hain to zaroor aisa hoga ke aap ke jazbaat ko thes lagegi. Zaroor aisa hoga ke kuch baatein aap ko nagawar maloom hongi. Yeh sab hona hi hona hai. Jis tarah phool mein kaante hote hain, usi tarah sama</w:t>
      </w:r>
    </w:p>
    <w:p>
      <w:pPr>
        <w:jc w:val="right"/>
      </w:pPr>
      <w:r>
        <w:t>کسی انجام سے دوچار کرے؟ لیکن جب آپ سوسائٹی میں ہیں، جب آپ سماج میں ہیں، جب آپ کسی ادارے میں ہیں، کسی انسانی مجموعے کے اندر ہیں تو ضرور ایسا ہوگا کہ آپ کے جذبات کو ٹھیس لگے گی۔ ضرور ایسا ہوگا کہ کچھ باتیں آپ کو ناگوار معلوم ہوں گی۔ یہ سب ہونا ہی ہونا ہے۔ جس طرح پھول میں کانٹے ہوتے ہیں، اسی طرح سما</w:t>
      </w:r>
    </w:p>
    <w:p>
      <w:r>
        <w:rPr>
          <w:b/>
        </w:rPr>
        <w:t xml:space="preserve">[1:39:41] </w:t>
      </w:r>
      <w:r>
        <w:t>j ke andar bhi yeh dono cheezein hamesha maujood rehti hain. to samajee zindagi mein apnay aap ko right thinking par baqi rakhnay ke liye aap ko sabr ka tareeqa ikhtiyar karna zaroori hai. sabr nahi to right thinking bhi nahi. yeh bohat hi ahem baat hai jo humain quran se maloom hoti hai.</w:t>
      </w:r>
    </w:p>
    <w:p>
      <w:pPr>
        <w:jc w:val="right"/>
      </w:pPr>
      <w:r>
        <w:t>ج کے اندر بھی یہ دونوں چیزیں ہمیشہ موجود رہتی ہیں۔ تو سماجی زندگی میں اپنے آپ کو رائٹ تھنکنگ پر باقی رکھنے کے لیے آپ کو صبر کا طریقہ اختیار کرنا ضروری ہے۔ صبر نہیں تو رائٹ تھنکنگ بھی نہیں۔ یہ بہت ہی اہم بات ہے جو ہمیں قرآن سے معلوم ہوتی ہے۔</w:t>
      </w:r>
    </w:p>
    <w:p>
      <w:r>
        <w:rPr>
          <w:b/>
        </w:rPr>
        <w:t xml:space="preserve">[1:40:12] </w:t>
      </w:r>
      <w:r>
        <w:t>isi tarah quran majeed mein hai ke "wajadalhum bittahassun". do good deed in return for bad deed. doosra aadmi bura kare, tab bhi tum us ke sath acha karo. yeh kya hai? yeh hai positive thinking, positive approach, positive character ki taleem. aap jantay hain ke</w:t>
      </w:r>
    </w:p>
    <w:p>
      <w:pPr>
        <w:jc w:val="right"/>
      </w:pPr>
      <w:r>
        <w:t>اسی طرح قرآن مجید میں ہے کہ "وجادلہم بالتحسن"۔ ڈو گڈ ڈیڈ ان ریٹرن فار بائٹ ڈیڈ۔ دوسرا آدمی برا کرے، تب بھی تم اس کے ساتھ اچھا کرو۔ یہ کیا ہے؟ یہ ہے پوزیٹیو تھنکنگ، پوزیٹیو اپروچ، پوزیٹیو کریکٹر کی تعلیم۔ آپ جانتے ہیں کہ</w:t>
      </w:r>
    </w:p>
    <w:p>
      <w:r>
        <w:rPr>
          <w:b/>
        </w:rPr>
        <w:t xml:space="preserve">[1:40:42] </w:t>
      </w:r>
      <w:r>
        <w:t>sab se zaroori cheez dunya ki zindagi mein kamyab honay ke liye yeh hai ke aadmi positive thinking ko na khoyay. to positive thinking ko na khonay ka formula kya hai? kya doosra aadmi agar bura karta hai, tab bhi apnay ko aap rokein, apnay ko control karein aur us ke sath acha sulook karein. yani negati</w:t>
      </w:r>
    </w:p>
    <w:p>
      <w:pPr>
        <w:jc w:val="right"/>
      </w:pPr>
      <w:r>
        <w:t>سب سے ضروری چیز دنیا کی زندگی میں کامیاب ہونے کے لیے یہ ہے کہ آدمی پوزیٹیو تھنکنگ کو نہ کھوئے۔ تو پوزیٹیو تھنکنگ کو نہ کھونے کا فارمولا کیا ہے؟ کیا دوسرا آدمی اگر برا کرتا ہے، تب بھی اپنے کو آپ روکیں، اپنے کو کنٹرول کریں اور اس کے ساتھ اچھا سلوک کریں۔ یعنی نیگیٹی</w:t>
      </w:r>
    </w:p>
    <w:p>
      <w:r>
        <w:rPr>
          <w:b/>
        </w:rPr>
        <w:t xml:space="preserve">[1:41:12] </w:t>
      </w:r>
      <w:r>
        <w:t>ve experience ho aap ko aur us ka jo aap response dein, woh positive andaaz mein response dein. negative action ka positive response, yeh quran ki taleem hai. isi tarah quran mein hai ke "wasbir ala ma asabaka". jo kuch museebat tumhare upar parti hai,</w:t>
      </w:r>
    </w:p>
    <w:p>
      <w:pPr>
        <w:jc w:val="right"/>
      </w:pPr>
      <w:r>
        <w:t>و ایکسپیرینس ہو آپ کو اور اس کا جو آپ رسپانس دیں، وہ پوزیٹیو انداز میں رسپانس دیں۔ نیگیٹیو ایکشن کا پوزیٹیو رسپانس، یہ قرآن کی تعلیم ہے۔ اسی طرح قرآن میں ہے کہ "وَاصْبِرْ عَلَى مَا أَصَابَكَ"۔ جو کچھ مصیبت تمہارے اوپر پڑتی ہے،</w:t>
      </w:r>
    </w:p>
    <w:p>
      <w:r>
        <w:rPr>
          <w:b/>
        </w:rPr>
        <w:t xml:space="preserve">[1:41:43] </w:t>
      </w:r>
      <w:r>
        <w:t>is par tum sabr karo. yeh sabr jo hai, kya hai? yeh hai controlled behaviour ya disciplined behaviour. ke jab aadmi museebat aati hai to zahir hai ke woh be qaboo ho jata hai, discipline ko chhod deta hai aur phir ulta nateeja bhugta hai. to "wasbir ala ma asab</w:t>
      </w:r>
    </w:p>
    <w:p>
      <w:pPr>
        <w:jc w:val="right"/>
      </w:pPr>
      <w:r>
        <w:t>اس پر تم صبر کرو۔ یہ صبر جو ہے، کیا ہے؟ یہ ہے کنٹرولڈ بیہیویئر یا ڈسپلنڈ بیہیویئر۔ کہ جب آدمی مصیبت آتی ہے تو ظاہر ہے کہ وہ بے قابو ہو جاتا ہے، ڈسپلن کو چھوڑ دیتا ہے اور پھر الٹا نتیجہ بھگتتا ہے۔ تو "وَاصْبِرْ عَلَى مَا أَصَ</w:t>
      </w:r>
    </w:p>
    <w:p>
      <w:r>
        <w:rPr>
          <w:b/>
        </w:rPr>
        <w:t xml:space="preserve">[1:42:13] </w:t>
      </w:r>
      <w:r>
        <w:t>aka". museebaton par sabr karo ka matlab yeh hai ke tum disciplined behaviour ikhtiyar karo. control, controlled behaviour ikhtiyar karo. koi bhi cheez tum ko be qaboo na kar de. yeh sara jo hai quran majeed mein, yeh positive thinking ki taleem hai. realistic approach ikhtiyar karne ki taleem hai.</w:t>
      </w:r>
    </w:p>
    <w:p>
      <w:pPr>
        <w:jc w:val="right"/>
      </w:pPr>
      <w:r>
        <w:t>ابَكَ"۔ مصیبتوں پر صبر کرو کا مطلب یہ ہے کہ تم ڈسپلنڈ بیہیویئر اختیار کرو۔ کنٹرول، کنٹرولڈ بیہیویئر اختیار کرو۔ کوئی بھی چیز تم کو بے قابو نہ کر دے۔ یہ سارا جو ہے قرآن مجید میں، یہ پوزیٹیو تھنکنگ کی تعلیم ہے۔ ریلسٹک اپروچ اختیار کرنے کی تعلیم ہے۔</w:t>
      </w:r>
    </w:p>
    <w:p>
      <w:r>
        <w:rPr>
          <w:b/>
        </w:rPr>
        <w:t xml:space="preserve">[1:42:44] </w:t>
      </w:r>
      <w:r>
        <w:t>isi ko hum kehte hain art of thinking. isi tarah quran majeed mein hai "waza ma ghadaboohum yaghfiroon". jab unhein ghussa aata hai to woh maaf kar dete hain. aik aur jagah hai ke "al qadi min al ghayz wal kafifeen an nas". ghuse ko peene walay aur logon ko maaf karne walay.</w:t>
      </w:r>
    </w:p>
    <w:p>
      <w:pPr>
        <w:jc w:val="right"/>
      </w:pPr>
      <w:r>
        <w:t>اسی کو ہم کہتے ہیں آرٹ اف تھنکنگ۔ اسی طرح قرآن مجید میں ہے "وَإِذَا مَا غَضَبُوهُمْ يَغْفِرُونَ"۔ جب انہیں غصہ آتا ہے تو وہ معاف کر دیتے ہیں۔ ایک اور جگہ ہے کہ "القَاضِي مِنَ الْغَيْظِ وَاللَّفِيِّ عَنِ النَّاسِ"۔ غصے کو پی جانے والے اور لوگوں کو معاف کرنے والے۔</w:t>
      </w:r>
    </w:p>
    <w:p>
      <w:r>
        <w:rPr>
          <w:b/>
        </w:rPr>
        <w:t xml:space="preserve">[1:43:15] </w:t>
      </w:r>
      <w:r>
        <w:t>yahan par aik bohat ahem nuqta yeh hai ke dekhiye, "al qadi min al ghayz" farmaya, "al qafideen al ghayz" nahi farmaya. yeh nahi farmaya ke momin woh hai jis ke andar ghussa hi na ho. agar hota ke "al qafideen al ghayz" to is ka matlab hota hai ke woh log jin ke andar ghussa na ho. lekin farmaya ke "al qadi min al ghayz" yani ghuse ko peene walay.</w:t>
      </w:r>
    </w:p>
    <w:p>
      <w:pPr>
        <w:jc w:val="right"/>
      </w:pPr>
      <w:r>
        <w:t>یہاں پر ایک بہت اہم نقطہ یہ ہے کہ دیکھیے، "القَاضِي مِنَ الْغَيْظِ" فرمایا، "الفاقِدِينَ الْغَيْظِ" نہیں فرمایا۔ یہ نہیں فرمایا کہ مومن وہ ہے جس کے اندر غصہ نہ ہو۔ اگر ہوتا کہ "الفاقِدِينَ الْغَيْظِ" تو اس کا مطلب ہوتا ہے کہ وہ لوگ جن کے اندر غصہ نہ ہو۔ لیکن فرمایا کہ "القَاضِي مِنَ الْغَيْظِ" یعنی غصے کو پی جانے والے۔</w:t>
      </w:r>
    </w:p>
    <w:p>
      <w:r>
        <w:rPr>
          <w:b/>
        </w:rPr>
        <w:t xml:space="preserve">[1:43:47] </w:t>
      </w:r>
      <w:r>
        <w:t>is se yeh baat maloom hui ke sacha insaan ke liye zaroori nahi ke us ke andar ghussa hi na ho. phir to woh pathar ho jaye ga. phir to woh statue ho jaye ga. sacha insaan ko bhi isi tarah ghussa aata hai jis tarah aam logon ko ghussa aata hai. farq kya hai? aam insaan par jab ghussa aaya to foran woh aap ko apnay ghuse ka shikar banaye ga.</w:t>
      </w:r>
    </w:p>
    <w:p>
      <w:pPr>
        <w:jc w:val="right"/>
      </w:pPr>
      <w:r>
        <w:t>اس سے یہ بات معلوم ہوئی کہ سچا انسان کے لیے ضروری نہیں کہ اس کے اندر غصہ ہی نہ ہو۔ پھر تو وہ پتھر ہو جائے گا۔ پھر تو وہ اسٹیچو ہو جائے گا۔ سچے انسان کو بھی اسی طرح غصہ آتا ہے جس طرح عام لوگوں کو غصہ آتا ہے۔ فرق کیا ہے؟ عام انسان پر جب غصہ آیا تو فوراً وہ آپ کو اپنے غصے کا شکار بنائے گا۔</w:t>
      </w:r>
    </w:p>
    <w:p>
      <w:r>
        <w:rPr>
          <w:b/>
        </w:rPr>
        <w:t xml:space="preserve">[1:44:19] </w:t>
      </w:r>
      <w:r>
        <w:t>ghuse ko aap ke upar undel de ga. lekin jo sacha insaan hai, us ko jab ghussa aaye ga to ghuse ko apnay andar hi andar pee le ga. is ki bohat achi misaal hai car mein jo aata hai, us ko kehte hain shock absorber. aap jantay hain ke agar aap tractor par safar karein to thori door janay ke baad aap thak jayein ge.</w:t>
      </w:r>
    </w:p>
    <w:p>
      <w:pPr>
        <w:jc w:val="right"/>
      </w:pPr>
      <w:r>
        <w:t>غصے کو آپ کے اوپر انڈیل دے گا۔ لیکن جو سچا انسان ہے، اس کو جب غصہ آئے گا تو غصے کو اپنے اندر ہی اندر پی لے گا۔ اس کی بہت اچھی مثال ہے کار میں جو آتا ہے، اس کو کہتے ہیں شاک ابزاربر۔ آپ جانتے ہیں کہ اگر آپ ٹریکٹر پر سفر کریں تو تھوڑی دور جانے کے بعد آپ تھک جائیں گے۔</w:t>
      </w:r>
    </w:p>
    <w:p>
      <w:r>
        <w:rPr>
          <w:b/>
        </w:rPr>
        <w:t xml:space="preserve">[1:44:50] </w:t>
      </w:r>
      <w:r>
        <w:t>lekin jab aap achi car par safar karte hain to aap aram se sainkaron kilometer chale aate hain aur thakte nahi aap. kyun? is ka raaz yeh hai ke tractor mein shock absorber nahi hota jabke achi car mein shock absorber hota hai. yani jhatkay ko sehnay wala. agar aap kabhi sarak ke kinare</w:t>
      </w:r>
    </w:p>
    <w:p>
      <w:pPr>
        <w:jc w:val="right"/>
      </w:pPr>
      <w:r>
        <w:t>لیکن جب آپ اچھی کار پر سفر کرتے ہیں تو آپ آرام سے سینکڑوں کلومیٹر چلے آتے ہیں اور تھکتے نہیں آپ۔ کیوں؟ اس کا راز یہ ہے کہ ٹریکٹر میں شاک ابزاربر نہیں ہوتا جبکہ اچھی کار میں شاک ابزاربر ہوتا ہے۔ یعنی جھٹکے کو سہنے والا۔ اگر آپ کبھی سڑک کے کنار</w:t>
      </w:r>
    </w:p>
    <w:p>
      <w:r>
        <w:rPr>
          <w:b/>
        </w:rPr>
        <w:t xml:space="preserve">[1:45:20] </w:t>
      </w:r>
      <w:r>
        <w:t>khare ho kar dekhein to aap payein ge ke jab tractor guzre ga to sarak ke oonche neeche se poora tractor ooncha neecha hota rahe ga. sarak ka har oonch neech poore poore tractor ko jhatka deta rahe ga. lekin achi car jab wahein guzarti hai to aap dekhein ge ke is ka pehia neecha ooncha hota hai. is ka body neecha ooncha nahi hota. yani achi car woh hai jo</w:t>
      </w:r>
    </w:p>
    <w:p>
      <w:pPr>
        <w:jc w:val="right"/>
      </w:pPr>
      <w:r>
        <w:t>ے کھڑے ہو کر دیکھیں تو آپ پائیں گے کہ جب ٹریکٹر گزرے گا تو سڑک کے اونچے نیچے سے پورا ٹریکٹر اونچا نیچا ہوتا رہے گا۔ سڑک کا ہر اونچ نیچ پورے پورے ٹریکٹر کو جھٹکا دیتا رہے گا۔ لیکن اچھی کار جب وہیں گزرتی ہے تو آپ دیکھیں گے کہ اس کا پہیہ نیچا اونچا ہوتا ہے۔ اس کا باڈی نیچا اونچا نہیں ہوتا۔ یعنی اچھی کار وہ ہے جو</w:t>
      </w:r>
    </w:p>
    <w:p>
      <w:r>
        <w:rPr>
          <w:b/>
        </w:rPr>
        <w:t xml:space="preserve">[1:45:51] </w:t>
      </w:r>
      <w:r>
        <w:t>sarak ke jhatkay ko apnay pehie par le le. woh musafir tak us ko pohnchnay na de. yeh hai shock absorber. isi tarah se sacha insaan woh hai, sacha insaan woh hai jo saray jhatkay ko, yani samajee jhatkay ko, social shocks jo hain, us ko apnay upar leta rahe. maslan ghussa</w:t>
      </w:r>
    </w:p>
    <w:p>
      <w:pPr>
        <w:jc w:val="right"/>
      </w:pPr>
      <w:r>
        <w:t>سڑک کے جھٹکے کو اپنے پہیے پر لے لے۔ وہ مسافر تک اس کو پہنچنے نہ دے۔ یہ ہے شاک ابزاربر۔ اسی طرح سے سچا انسان وہ ہے، سچا انسان وہ ہے جو سارے جھٹکے کو، یعنی سماجی جھٹکے کو، سوشل شاکس جو ہیں، اس کو اپنے اوپر لیتا رہے۔ مثلاً غصہ</w:t>
      </w:r>
    </w:p>
    <w:p>
      <w:r>
        <w:rPr>
          <w:b/>
        </w:rPr>
        <w:t xml:space="preserve">[1:46:21] </w:t>
      </w:r>
      <w:r>
        <w:t>inteqam, lust, malice aur jalan, yeh sab kya hain? yeh sab jhatkay hain. samajee jhatkay hain. shocks hain. yeh parte hi parte hain, har aik ke upar parte hain, chahe woh sacha ho ya sacha na ho, acha ho ya bura ho. to sacha insaan jo hai, woh apnay seenay mein, sacha insaan ke seenay mein aik shock hai</w:t>
      </w:r>
    </w:p>
    <w:p>
      <w:pPr>
        <w:jc w:val="right"/>
      </w:pPr>
      <w:r>
        <w:t>، انتقام، لسٹ، میلش اور جلن، یہ سب کیا ہیں؟ یہ سب جھٹکے ہیں۔ سماجی جھٹکے ہیں۔ شاکس ہیں۔ یہ پڑتے ہی پڑتے ہیں، ہر ایک کے اوپر پڑتے ہیں، چاہے وہ سچا ہو یا سچا نہ ہو، اچھا ہو یا برا ہو۔ تو سچا انسان جو ہے، وہ اپنے سینے میں، سچے انسان کے سینے میں ایک شاک ہے</w:t>
      </w:r>
    </w:p>
    <w:p>
      <w:r>
        <w:rPr>
          <w:b/>
        </w:rPr>
        <w:t xml:space="preserve">[1:46:54] </w:t>
      </w:r>
      <w:r>
        <w:t>ke jo jhatka laga, us ko woh apnay aap par seh leta hai. har jhatkay ko khud apnay upar le leta hai. is ke bar aks boray log woh hain ke jo jhatka laga, woh doosray par pohncha. bura insaan woh hai jo samaj mein tractor ki tarah rahe. aur acha insaan woh hai jo samaj mein achi car ki tarah reh</w:t>
      </w:r>
    </w:p>
    <w:p>
      <w:pPr>
        <w:jc w:val="right"/>
      </w:pPr>
      <w:r>
        <w:t>کہ جو جھٹکا لگا، اس کو وہ اپنے آپ پر سہ لیتا ہے۔ ہر جھٹکے کو خود اپنے اوپر لے لیتا ہے۔ اس کے برعکس برے لوگ وہ ہیں کہ جو جھٹکا لگا، وہ دوسرے پر پہنچا۔ برا انسان وہ ہے جو سماج میں ٹریکٹر کی طرح رہے۔ اور اچھا انسان وہ ہے جو سماج میں اچھی کار کی طرح رہ</w:t>
      </w:r>
    </w:p>
    <w:p>
      <w:r>
        <w:rPr>
          <w:b/>
        </w:rPr>
        <w:t xml:space="preserve">[1:47:24] </w:t>
      </w:r>
      <w:r>
        <w:t>ay. mein samajhta hoon ke yeh misaal is maamlay ko bohat achi tarah se wazeh karti hai. aur yeh sab kuch tab ho sakta hai jab aap ke andar sochne ka mada aa jaye. jab tak aap ke andar sochne ki taqatwar mada na maujood ho, yani art of thinking aap ke andar achi tarah maujood na ho, tab tak yeh sab nahi hoga.</w:t>
      </w:r>
    </w:p>
    <w:p>
      <w:pPr>
        <w:jc w:val="right"/>
      </w:pPr>
      <w:r>
        <w:t>ے۔ میں سمجھتا ہوں کہ یہ مثال اس معاملے کو بہت اچھی طرح سے واضح کرتی ہے۔ اور یہ سب کچھ تب ہو سکتا ہے جب آپ کے اندر سوچنے کا مادہ آ جائے۔ جب تک آپ کے اندر سوچنے کا طاقتور مادہ نہ موجود ہو، یعنی آرٹ اف تھنکنگ آپ کے اندر اچھی طرح موجود نہ ہو، تب تک یہ سب نہیں ہوگا۔</w:t>
      </w:r>
    </w:p>
    <w:p>
      <w:r>
        <w:rPr>
          <w:b/>
        </w:rPr>
        <w:t xml:space="preserve">[1:47:55] </w:t>
      </w:r>
      <w:r>
        <w:t>kyun ke aap ka yeh dimagh hai jo cheezon ko diffuse karta hai. jab jhatka aaye aur us ko apnay upar sahein aap, to kaise hota hai? yeh dimagh ke zariye hota hai. aap ka dimagh sochta hai. aap ka dimagh faisla karta hai. aap ka dimagh yeh kehta hai ke dekho, jhatkay ko apnay upar le lo. yahi sharafat hai, yahi insaniyat hai. aur agar dimagh mein art of thin</w:t>
      </w:r>
    </w:p>
    <w:p>
      <w:pPr>
        <w:jc w:val="right"/>
      </w:pPr>
      <w:r>
        <w:t>کیونکہ آپ کا یہ دماغ ہے جو چیزوں کو ڈیفیوز کرتا ہے۔ جب جھٹکا آئے اور اس کو اپنے اوپر سہیں آپ، تو کیسے ہوتا ہے؟ یہ دماغ کے ذریعے ہوتا ہے۔ آپ کا دماغ سوچتا ہے۔ آپ کا دماغ فیصلہ کرتا ہے۔ آپ کا دماغ یہ کہتا ہے کہ دیکھو، جھٹکے کو اپنے اوپر لے لو۔ یہی شرافت ہے، یہی انسانیت ہے۔ اور اگر دماغ میں آرٹ اف تھن</w:t>
      </w:r>
    </w:p>
    <w:p>
      <w:r>
        <w:rPr>
          <w:b/>
        </w:rPr>
        <w:t xml:space="preserve">[1:48:25] </w:t>
      </w:r>
      <w:r>
        <w:t>king ki کیفیت maujood na ho to dimagh jazbat ka shikar ho jaye ga. shikar ho kar yahi kare ga jo tractor karta hai. to aik lafz mein mein samajhta hoon ke achay kirdaar aur boray kirdaar ki tareef yeh hai ke acha kirdaar woh hai jis ke seenay mein aik shock absorber maujood ho. bahar ke jha</w:t>
      </w:r>
    </w:p>
    <w:p>
      <w:pPr>
        <w:jc w:val="right"/>
      </w:pPr>
      <w:r>
        <w:t>کنگ کی کیفیت موجود نہ ہو تو دماغ جذبات کا شکار ہو جائے گا۔ شکار ہو کر یہی کرے گا جو ٹریکٹر کرتا ہے۔ تو ایک لفظ میں میں سمجھتا ہوں کہ اچھے کردار اور برے کردار کی تعریف یہ ہے کہ اچھا کردار وہ ہے جس کے سینے میں ایک شاک ابزاربر موجود ہو۔ باہر کے جھ</w:t>
      </w:r>
    </w:p>
    <w:p>
      <w:r>
        <w:rPr>
          <w:b/>
        </w:rPr>
        <w:t xml:space="preserve">[1:48:55] </w:t>
      </w:r>
      <w:r>
        <w:t>tkon ko woh khud apnay upar leta rahe. aur bura insaan woh hai jo tractor ki tarah jeeta ho ke bahar ke jhatkon ko woh apnay upar na le sake, us ko bahar hi bahar lauta de. to mein samajhta hoon ke yeh do lafz mein, do lafz mein aap samajh sakte hain ke samaj ka acha shehri kaun hai aur</w:t>
      </w:r>
    </w:p>
    <w:p>
      <w:pPr>
        <w:jc w:val="right"/>
      </w:pPr>
      <w:r>
        <w:t>ٹکوں کو وہ خود اپنے اوپر لیتا رہے۔ اور برا انسان وہ ہے جو ٹریکٹر کی طرح جیتا ہو کہ باہر کے جھٹکوں کو وہ اپنے اوپر نہ لے سکے، اس کو باہر ہی باہر لوٹا دے۔ تو میں سمجھتا ہوں کہ یہ دو لفظ میں، دو لفظ میں آپ سمجھ سکتے ہیں کہ سماج کا اچھا شہری کون ہے اور</w:t>
      </w:r>
    </w:p>
    <w:p>
      <w:r>
        <w:rPr>
          <w:b/>
        </w:rPr>
        <w:t xml:space="preserve">[1:49:26] </w:t>
      </w:r>
      <w:r>
        <w:t>samaj ka bura shehri kaun hai. woh insaan kaun hai jo apnay dimagh ko sahi soch mein lagata hai? aur woh insaan kaun hai jo apnay dimagh ko jazbat ke hawale kar deta hai? yeh kaam jo hai, woh insaan jo Allah se darta ho, us ke liye to yeh kaam reward ka kaam hai.</w:t>
      </w:r>
    </w:p>
    <w:p>
      <w:pPr>
        <w:jc w:val="right"/>
      </w:pPr>
      <w:r>
        <w:t>سماج کا برا شہری کون ہے۔ وہ انسان کون ہے جو اپنے دماغ کو صحیح سوچ میں لگاتا ہے؟ اور وہ انسان کون ہے جو اپنے دماغ کو جذبات کے حوالے کر دیتا ہے؟ یہ کام جو ہے، وہ انسان جو اللہ سے ڈرتا ہو، اس کے لیے تو یہ کام ریوارڈ کا کام ہے۔</w:t>
      </w:r>
    </w:p>
    <w:p>
      <w:r>
        <w:rPr>
          <w:b/>
        </w:rPr>
        <w:t xml:space="preserve">[1:49:57] </w:t>
      </w:r>
      <w:r>
        <w:t>yani aam insaan agar kare ga us ko sirf aik social behaviour ke tor par, to jo Allah mein believe karne wala insaan hai, jo Allah ko mannay wala insaan hai, woh is liye kare ga ke marne ke baad jab day of judgment aaye ga to mujhe is ka acha badla mile ga. agar mein ne tractor wali</w:t>
      </w:r>
    </w:p>
    <w:p>
      <w:pPr>
        <w:jc w:val="right"/>
      </w:pPr>
      <w:r>
        <w:t>یعنی عام انسان اگر کرے گا اس کو صرف ایک سوشل بیہیویئر کے طور پر، تو جو اللہ میں بیلیو کرنے والا انسان ہے، جو اللہ کو ماننے والا انسان ہے، وہ اس لیے کرے گا کہ مرنے کے بعد جب ڈے اف ججمنٹ آئے گا تو مجھے اس کا اچھا بدلہ ملے گا۔ اگر میں نے ٹریکٹر والی</w:t>
      </w:r>
    </w:p>
    <w:p>
      <w:r>
        <w:rPr>
          <w:b/>
        </w:rPr>
        <w:t xml:space="preserve">[1:50:27] </w:t>
      </w:r>
      <w:r>
        <w:t>zindagi guzari dunya mein to Khuda mujhe pakre ga aur mujhe saza de ga. aur agar mein ne achi car wali zindagi guzari to Khuda mujhe akhirat mein shabashi de ga aur mujhe woh reward de ga. to aik mutaqqi insaan, aik Khuda ko mannay wala jo insaan hota hai, us ke liye aik us ke dil mein aik taqatwar</w:t>
      </w:r>
    </w:p>
    <w:p>
      <w:pPr>
        <w:jc w:val="right"/>
      </w:pPr>
      <w:r>
        <w:t>زندگی گزاری دنیا میں تو خدا مجھے پکڑے گا اور مجھے سزا دے گا۔ اور اگر میں نے اچھی کار والی زندگی گزاری تو خدا مجھے آخرت میں شاباشی دے گا اور مجھے وہ ریوارڈ دے گا۔ تو ایک متقی انسان، ایک خدا کو ماننے والا جو انسان ہوتا ہے، اس کے لیے ایک اس کے دل میں ایک طاقتور</w:t>
      </w:r>
    </w:p>
    <w:p>
      <w:r>
        <w:rPr>
          <w:b/>
        </w:rPr>
        <w:t xml:space="preserve">[1:50:58] </w:t>
      </w:r>
      <w:r>
        <w:t>aik taqatwar incentive maujood hota hai. bohat hi taqatwar incentive, bohat zabardast qism ka taqatwar incentive. isi tarah quran majeed mein yeh bataya gaya hai ke "fa yadhalla dhi bainika wa bainahu azaban waleeyun hameem". is ka matlab yeh hai ke every enemy is your potential friend. woh cheez jis ko tum</w:t>
      </w:r>
    </w:p>
    <w:p>
      <w:pPr>
        <w:jc w:val="right"/>
      </w:pPr>
      <w:r>
        <w:t>، ایک طاقتور انسینٹو موجود ہوتا ہے۔ بہت ہی طاقتور انسینٹو، بہت زبردست قسم کا طاقتور انسینٹو۔ اسی طرح قرآن مجید میں یہ بتایا گیا ہے کہ "فَيَضِلَّ ذِي بَيْنِكَ وَبَيْنِهُ عَذَابًا وَلِيٌّ حَمِيمٌ"۔ اس کا مطلب یہ ہے کہ ایوری انمی از یور پوٹینشل فرینڈ۔ وہ چیز جس کو تم</w:t>
      </w:r>
    </w:p>
    <w:p>
      <w:r>
        <w:rPr>
          <w:b/>
        </w:rPr>
        <w:t xml:space="preserve">[1:51:29] </w:t>
      </w:r>
      <w:r>
        <w:t>bazoahir dushman ke roop mein dekhte ho aur us ko dushman samajh bethe ho, woh apnay andar aik dost insaan chupaye hue hai. dost insaan. every enemy is your potential friend. har dushman imkani tor par tumhara dost hai. yeh kitni inqalabi taleem hai.</w:t>
      </w:r>
    </w:p>
    <w:p>
      <w:pPr>
        <w:jc w:val="right"/>
      </w:pPr>
      <w:r>
        <w:t>بظاہر دشمن کے روپ میں دیکھتے ہو اور اس کو دشمن سمجھ بیٹھے ہو، وہ اپنے اندر ایک دوست انسان چھپائے ہوئے ہے۔ دوست انسان۔ ایوری انمی از یور پوٹینشل فرینڈ۔ ہر دشمن امکانی طور پر تمہارا دوست ہے۔ یہ کتنی انقلابی تعلیم ہے۔</w:t>
      </w:r>
    </w:p>
    <w:p>
      <w:r>
        <w:rPr>
          <w:b/>
        </w:rPr>
        <w:t xml:space="preserve">[1:52:00] </w:t>
      </w:r>
      <w:r>
        <w:t>kitni inqalabi taleem hai yeh. mein samajhta hoon ke is se bari inqalabi taleem aur koi nahi ho sakti. aap bohat se logon ko dekhein ge jo yeh kehte hue sunai dein ge aap ko ke dunya hamari dushman hai, log hamare khilaf conspiracy kar rahe hain, log hamare khilaf violence kar rahe hain, log hamare khilaf burai kar rahe hain waghera waghera waghera waghera. yeh taleem</w:t>
      </w:r>
    </w:p>
    <w:p>
      <w:pPr>
        <w:jc w:val="right"/>
      </w:pPr>
      <w:r>
        <w:t>کتنی انقلابی تعلیم ہے یہ۔ میں سمجھتا ہوں کہ اس سے بڑی انقلابی تعلیم اور کوئی نہیں ہو سکتی۔ آپ بہت سے لوگوں کو دیکھیں گے جو یہ کہتے ہوئے سنائی دیں گے آپ کو کہ دنیا ہماری دشمن ہے، لوگ ہمارے خلاف کانسپریسی کر رہے ہیں، لوگ ہمارے خلاف وائلنس کر رہے ہیں، لوگ ہمارے خلاف برائی کر رہے ہیں وغیرہ وغیرہ وغیرہ وغیرہ۔ یہ تعلیم</w:t>
      </w:r>
    </w:p>
    <w:p>
      <w:r>
        <w:rPr>
          <w:b/>
        </w:rPr>
        <w:t xml:space="preserve">[1:52:31] </w:t>
      </w:r>
      <w:r>
        <w:t>quran ki spirit ke bilkul khilaf hai. qurani zehan kabhi is tarah ki boli bolne ko afford nahi kar sakta. kyu? is liye ke jab quran aap ko yeh bata raha hai ke agar tum rabbani character ikhtiyar karo to tumhara dushman tumhara dost ban jayega.</w:t>
      </w:r>
    </w:p>
    <w:p>
      <w:pPr>
        <w:jc w:val="right"/>
      </w:pPr>
      <w:r>
        <w:t>قرآن کی اسپرٹ کے بالکل خلاف ہے۔ قرآنی ذہن کبھی اس طرح کی بولی بولنے کو افورڈ نہیں کر سکتا۔ کیوں؟ اس لیے کہ جب قرآن آپ کو یہ بتا رہا ہے کہ اگر تم ربانی کریکٹر اختیار کرو تو تمہارا دشمن تمہارا دوست بن جائے گا۔</w:t>
      </w:r>
    </w:p>
    <w:p>
      <w:r>
        <w:rPr>
          <w:b/>
        </w:rPr>
        <w:t xml:space="preserve">[1:53:03] </w:t>
      </w:r>
      <w:r>
        <w:t>tumhara mukhalif tumhara apna ban jayega. to sawal yeh hai ke aap is formula ko kyu nahi apnate? aap shikayat kyu karte hain? shikayat ya protest is baat ka aik saboot hai ke aap ko quran mein diye hue is formula ki khabar nahi. jab aap dunya ko dushman bataye, jab aap dunya ko kahe ke hamare khilaf yeh</w:t>
      </w:r>
    </w:p>
    <w:p>
      <w:pPr>
        <w:jc w:val="right"/>
      </w:pPr>
      <w:r>
        <w:t>تمہارا مخالف تمہارا اپنا بن جائے گا۔ تو سوال یہ ہے کہ آپ اس فارمولے کو کیوں نہیں اپناتے؟ آپ شکایت کیوں کرتے ہیں؟ شکایت یا پروٹیسٹ اس بات کا ایک ثبوت ہے کہ آپ کو قرآن میں دیے ہوئے اس فارمولے کی خبر نہیں۔ جب آپ دنیا کو دشمن بتائیں، جب آپ دنیا کو کہیں کہ ہمارے خلاف یہ</w:t>
      </w:r>
    </w:p>
    <w:p>
      <w:r>
        <w:rPr>
          <w:b/>
        </w:rPr>
        <w:t xml:space="preserve">[1:53:33] </w:t>
      </w:r>
      <w:r>
        <w:t>conspiracy kar rahe hain, ya aap bataye ke dunya yeh sare ke sare mujhe mitane pe tali hui hai, to is ka matlab yeh hai ke aap yeh keh rahe hain doosre lafzon mein ke mujhe quran mein diye hue formula ki khabar nahi. mujhe is baat ka pata nahi ke dunya mein khuda ka qaim kiya hua law of nature kya hai. is dunya mein khuda ne</w:t>
      </w:r>
    </w:p>
    <w:p>
      <w:pPr>
        <w:jc w:val="right"/>
      </w:pPr>
      <w:r>
        <w:t>کانسپریسی کر رہے ہیں، یا آپ بتائیں کہ دنیا یہ سارے کے سارے مجھے مٹانے پہ تلی ہوئی ہے، تو اس کا معنی یہ ہے کہ آپ یہ کہہ رہے ہیں دوسرے لفظوں میں کہ مجھے قرآن میں دیے ہوئے فارمولے کی خبر نہیں۔ مجھے اس بات کا پتہ نہیں کہ دنیا میں خدا کا قائم کیا ہوا لا اف نیچر کیا ہے۔ اس دنیا میں خدا نے</w:t>
      </w:r>
    </w:p>
    <w:p>
      <w:r>
        <w:rPr>
          <w:b/>
        </w:rPr>
        <w:t xml:space="preserve">[1:54:05] </w:t>
      </w:r>
      <w:r>
        <w:t>zindagi mein kamyabi aur nakami ka usool kya muqarrar فرمایا hai. in in sab baton ki aap ko khabar nahi. to goya ke be sabri ya ghussa ya negative radd-e-amal koi saada baat nahi. woh khuda ke khilaf be aitimadi ka izhaar hai. woh khuda ki schema of things se be khabari ka izh</w:t>
      </w:r>
    </w:p>
    <w:p>
      <w:pPr>
        <w:jc w:val="right"/>
      </w:pPr>
      <w:r>
        <w:t>زندگی میں کامیابی اور ناکامی کا اصول کیا مقرر فرمایا ہے۔ ان ان سب باتوں کی آپ کو خبر نہیں۔ تو گویا کہ بے صبری یا غصہ یا منفی رد عمل کوئی سادہ بات نہیں۔ وہ خدا کے خلاف بے اعتمادی کا اظہار ہے۔ وہ خدا کی اسکیما اف تھنگ سے بے خبری کا اظ</w:t>
      </w:r>
    </w:p>
    <w:p>
      <w:r>
        <w:rPr>
          <w:b/>
        </w:rPr>
        <w:t xml:space="preserve">[1:54:35] </w:t>
      </w:r>
      <w:r>
        <w:t>haar hai. is liye aadmi ko chahiye ke is mamle mein bohat zyada soche, bohat zyada soch samajh kar apne liye faisla kare. kyunke aakhir kar har insan ko khuda ke haan jana hai aur khuda ke haan apna hisab dena hai. quran mein fun-e-tafakkir ya art of thinking par baat karte hue</w:t>
      </w:r>
    </w:p>
    <w:p>
      <w:pPr>
        <w:jc w:val="right"/>
      </w:pPr>
      <w:r>
        <w:t>ہار ہے۔ اس لیے آدمی کو چاہیے کہ اس معاملے میں بہت زیادہ سوچے، بہت زیادہ سوچ سمجھ کر اپنے لیے فیصلہ کرے۔ کیونکہ آخر کار ہر انسان کو خدا کے ہاں جانا ہے اور خدا کے ہاں اپنا حساب دینا ہے۔ قرآن میں فن تفکیر یا آرٹ اف تھنکنگ پر بات کرتے ہوئے</w:t>
      </w:r>
    </w:p>
    <w:p>
      <w:r>
        <w:rPr>
          <w:b/>
        </w:rPr>
        <w:t xml:space="preserve">[1:55:06] </w:t>
      </w:r>
      <w:r>
        <w:t>mujhe apna aik zaati waqia yaad aata hai. yeh waqia meri zindagi mein goya aik sang-e-mil, milestone ki hesiyat rakhta hai. is waqie ne meri zindagi mein aik bohat bara faida pohanchaya mujh ko. yeh baat hai ghaliban</w:t>
      </w:r>
    </w:p>
    <w:p>
      <w:pPr>
        <w:jc w:val="right"/>
      </w:pPr>
      <w:r>
        <w:t>مجھے اپنا ایک ذاتی واقعہ یاد آتا ہے۔ یہ واقعہ میری زندگی میں گویا ایک سنگ میل، مائل اسٹون کی حیثیت رکھتا ہے۔ اس واقعے نے میری زندگی میں ایک بہت بڑا فائدہ پہنچایا مجھ کو۔ یہ بات ہے غالباً</w:t>
      </w:r>
    </w:p>
    <w:p>
      <w:r>
        <w:rPr>
          <w:b/>
        </w:rPr>
        <w:t xml:space="preserve">[1:55:38] </w:t>
      </w:r>
      <w:r>
        <w:t>1940 ki. 1940 ki. us waqt mein aik arabi madrasay mein parhta tha. mere ustad the Maulana Amin Ahsan Islahi jinka ab intiqal ho chuka hai. to class mein hum log shayad 20 talba the.</w:t>
      </w:r>
    </w:p>
    <w:p>
      <w:pPr>
        <w:jc w:val="right"/>
      </w:pPr>
      <w:r>
        <w:t>1940 کی۔ 1940 کی۔ اس وقت میں ایک عربی مدرسے میں پڑھتا تھا۔ میرے استاد تھے مولانا امین حسن اصلاحی جن کا اب انتقال ہو چکا ہے۔ تو کلاس میں ہم لوگ شاید 20 طلبہ تھے۔</w:t>
      </w:r>
    </w:p>
    <w:p>
      <w:r>
        <w:rPr>
          <w:b/>
        </w:rPr>
        <w:t xml:space="preserve">[1:56:08] </w:t>
      </w:r>
      <w:r>
        <w:t>to class mein aik kitab ko parhate hue us mein aik ayat aayi. us mein aik ayat ka hawala diya gaya tha kitab mein. "wa illa al-abil kayfa khuliqat" yeh quran ki aik ayat hai. surah yeh para 30 mein hai yeh ayat. "wa illa al-abil kayfa khuliqat" dekho oont ko</w:t>
      </w:r>
    </w:p>
    <w:p>
      <w:pPr>
        <w:jc w:val="right"/>
      </w:pPr>
      <w:r>
        <w:t>تو کلاس میں ایک کتاب کو پڑھاتے ہوئے اس میں ایک آیت آئی۔ اس میں ایک آیت کا حوالہ دیا گیا تھا کتاب میں۔ "وَإِلَّا الْأَبَيْلَ كَيْفَ خُلِقَتْ" یہ قرآن کی ایک آیت ہے۔ سورہ یہ پارہ 30 میں ہے یہ آیت۔ "وَإِلَّا الْأَبَيْلَ كَيْفَ خُلِقَتْ" دیکھو اونٹ کو</w:t>
      </w:r>
    </w:p>
    <w:p>
      <w:r>
        <w:rPr>
          <w:b/>
        </w:rPr>
        <w:t xml:space="preserve">[1:56:39] </w:t>
      </w:r>
      <w:r>
        <w:t>kaisa banaya Allah ne us ko. to quran ki is ayat mein oont ko oont ka zikr karte hue apni takhleeq ke aik pehlu ko batana hai, bataya hai. kyunke aap jante hain ke oont bohat ajeeb-o-ghareeb cheez hai. bohat ajeeb-o-ghareeb takhleeq us ki hui hai. aur desert mein woh</w:t>
      </w:r>
    </w:p>
    <w:p>
      <w:pPr>
        <w:jc w:val="right"/>
      </w:pPr>
      <w:r>
        <w:t>کیسا بنایا اللہ نے اس کو۔ تو قرآن کی اس آیت میں اونٹ کو اونٹ کا ذکر کرتے ہوئے اپنی تخلیق کے ایک پہلو کو بتانا ہے، بتایا ہے۔ کیونکہ آپ جانتے ہیں کہ اونٹ بہت عجیب و غریب چیز ہے۔ بہت عجیب و غریب تخلیق اس کی ہوئی ہے۔ اور ڈیزرٹ میں وہ</w:t>
      </w:r>
    </w:p>
    <w:p>
      <w:r>
        <w:rPr>
          <w:b/>
        </w:rPr>
        <w:t xml:space="preserve">[1:57:09] </w:t>
      </w:r>
      <w:r>
        <w:t>kitna zyada kamyab hai ke us ko ship of the desert kaha jata hai. to beharhal is mein yeh tha quran ki ayat mein ke dekho oont ke, dekho oont ko ke kaisa khuda ne banaya us ko. to hamare jo ustad the Maulana Amin Ahsan Islahi unhone poocha, unhone aik sawal kiya ke oont ke sum phate hote hain</w:t>
      </w:r>
    </w:p>
    <w:p>
      <w:pPr>
        <w:jc w:val="right"/>
      </w:pPr>
      <w:r>
        <w:t>کتنا زیادہ کامیاب ہے کہ اس کو شپ اف دا ڈیزرٹ کہا جاتا ہے۔ تو بہرحال اس میں یہ تھا قرآن کی آیت میں کہ دیکھو اونٹ کے، دیکھو اونٹ کو کہ کیسا خدا نے بنایا اس کو۔ تو ہمارے جو استاد تھے مولانا امین حسن اصلاحی انہوں نے پوچھا، انہوں نے ایک سوال کیا کہ اونٹ کے سم پھٹے ہوتے ہیں</w:t>
      </w:r>
    </w:p>
    <w:p>
      <w:r>
        <w:rPr>
          <w:b/>
        </w:rPr>
        <w:t xml:space="preserve">[1:57:40] </w:t>
      </w:r>
      <w:r>
        <w:t>ke jure hote hain? aap jante hain ke janwaron ke sum do qism ke hote hain. aik ghore ki tarah se jura hua, doosra bell ki tarah se phata hua. to unhone poocha ke oont ke sum phate hote hain ya jure hote hain? to hum logon mein se koi bhi shakhs yaqeen ke sath is sawal ka jawab nahi de saka.</w:t>
      </w:r>
    </w:p>
    <w:p>
      <w:pPr>
        <w:jc w:val="right"/>
      </w:pPr>
      <w:r>
        <w:t>کہ جڑے ہوتے ہیں؟ آپ جانتے ہیں کہ جانوروں کے سم دو قسم کے ہوتے ہیں۔ ایک گھوڑے کی طرح سے جڑا ہوا، دوسرا بیل کی طرح سے پھٹا ہوا۔ تو انہوں نے پوچھا کہ اونٹ کے سم پھٹے ہوتے ہیں یا جڑے ہوتے ہیں؟ تو ہم لوگوں میں سے کوئی بھی شخص یقین کے ساتھ اس سوال کا جواب نہیں دے سکا۔</w:t>
      </w:r>
    </w:p>
    <w:p>
      <w:r>
        <w:rPr>
          <w:b/>
        </w:rPr>
        <w:t xml:space="preserve">[1:58:12] </w:t>
      </w:r>
      <w:r>
        <w:t>bas atkal se kisi ne kaha phate hue, kisi ne kaha jure hue, lekin yaqeen ke sath is ka jawab kisi ko maloom nahi tha. to is ke baad unhone hamein aik bohat aham baat batayi. unhone arabi zaban ka aik maqoola sunaya jo is tarah hai ke "la adri nisf al-ilm"</w:t>
      </w:r>
    </w:p>
    <w:p>
      <w:pPr>
        <w:jc w:val="right"/>
      </w:pPr>
      <w:r>
        <w:t>بس اٹکل سے کسی نے کہا پھٹے ہوئے، کسی نے کہا جڑے ہوئے، لیکن یقین کے ساتھ اس کا جواب کسی کو معلوم نہیں تھا۔ تو اس کے بعد انہوں نے ہمیں ایک بہت اہم بات بتائی۔ انہوں نے عربی زبان کا ایک مقولہ سنایا جو اس طرح ہے کہ "لا أدري نصف العلم"</w:t>
      </w:r>
    </w:p>
    <w:p>
      <w:r>
        <w:rPr>
          <w:b/>
        </w:rPr>
        <w:t xml:space="preserve">[1:58:44] </w:t>
      </w:r>
      <w:r>
        <w:t>۔ "la adri nisf al-ilm" is ka literal tarjuma to yeh hai ke main nahi janta, aadha ilm hai. yani yeh keh sakna ke main nahi janta, yeh aadha ilm hai. woh kaise? to unhone bataya ke ke aik cheez aap ke samne aati hai. unhone kaha ke oont bar bar aap ke samne</w:t>
      </w:r>
    </w:p>
    <w:p>
      <w:pPr>
        <w:jc w:val="right"/>
      </w:pPr>
      <w:r>
        <w:t>۔ "لا أدري نصف العلم" اس کا لٹرل ترجمہ تو یہ ہے کہ میں نہیں جانتا، آدھا علم ہے۔ یعنی یہ کہہ سکنا کہ میں نہیں جانتا، یہ آدھا علم ہے۔ وہ کیسے؟ تو انہوں نے بتایا کہ کہ ایک چیز آپ کے سامنے آتی ہے۔ انہوں نے کہا کہ اونٹ بار بار آپ کے سامنے</w:t>
      </w:r>
    </w:p>
    <w:p>
      <w:r>
        <w:rPr>
          <w:b/>
        </w:rPr>
        <w:t xml:space="preserve">[1:59:14] </w:t>
      </w:r>
      <w:r>
        <w:t>se guzra hoga. to agar aap apne na janne ko jante, yani aap us se ba-khabar hote ke aap ko nahi maloom ke oont ke sum kaise hote hain, to agar aap apni is be khabari ko shoori taur par jante to kya karte? jab oont samne aata to aap bohat ghaur se us ke</w:t>
      </w:r>
    </w:p>
    <w:p>
      <w:pPr>
        <w:jc w:val="right"/>
      </w:pPr>
      <w:r>
        <w:t>سے گزرا ہوگا۔ تو اگر آپ اپنے نہ جاننے کو جانتے، یعنی آپ اس سے باخبر ہوتے کہ آپ کو نہیں معلوم کہ اونٹ کے سم کیسے ہوتے ہیں، تو اگر آپ اپنی اس بے خبری کو شعوری طور پر جانتے تو کیا کرتے؟ جب اونٹ سامنے آتا تو آپ بہت غور سے اس کے</w:t>
      </w:r>
    </w:p>
    <w:p>
      <w:r>
        <w:rPr>
          <w:b/>
        </w:rPr>
        <w:t xml:space="preserve">[1:59:44] </w:t>
      </w:r>
      <w:r>
        <w:t>sum ko dekhte taake apni be khabari ko ba-khabri mein tabdeel karo. apne na janne ko janna banaein. to unhone kaha ke chunke aap log apni be khabari ko nahi jante the, aap shoori taur par us ko nahi jante the ke aap oont ke sum ke bare mein aap ko waqifiyat hai,</w:t>
      </w:r>
    </w:p>
    <w:p>
      <w:pPr>
        <w:jc w:val="right"/>
      </w:pPr>
      <w:r>
        <w:t>سم کو دیکھتے تاکہ اپنی بے خبری کو باخبری میں تبدیل کرو۔ اپنے نہ جاننے کو جاننا بنائیں۔ تو انہوں نے کہا کہ چونکہ آپ لوگ اپنی بے خبری کو نہیں جانتے تھے، آپ شعوری طور پر اس کو نہیں جانتے تھے کہ آپ اونٹ کے سم کے بارے میں آپ کو واقفیت ہے،</w:t>
      </w:r>
    </w:p>
    <w:p>
      <w:r>
        <w:rPr>
          <w:b/>
        </w:rPr>
        <w:t xml:space="preserve">[2:00:15] </w:t>
      </w:r>
      <w:r>
        <w:t>to is be khabari ki bina par aisa hua ke aap ne oont ko dekhne ke bawajood us ke sum ke bare mein kuch pata karne ki koshish nahi ki. to yeh hai "la adri nisf al-ilm". main nahi janta, yeh keh sakna ke main nahi janta, yeh bhi aadha ilm hai. yani agar aap yeh daryaft kar chuke hote</w:t>
      </w:r>
    </w:p>
    <w:p>
      <w:pPr>
        <w:jc w:val="right"/>
      </w:pPr>
      <w:r>
        <w:t>تو اس بے خبری کی بنا پر ایسا ہوا کہ آپ نے اونٹ کو دیکھنے کے باوجود اس کے سم کے بارے میں کچھ پتہ کرنے کی کوشش نہیں کی۔ تو یہ ہے "لا أدري نصف العلم"۔ میں نہیں جانتا، یہ کہہ سکنا کہ میں نہیں جانتا، یہ بھی آدھا علم ہے۔ یعنی اگر آپ یہ دریافت کر چکے ہوتے</w:t>
      </w:r>
    </w:p>
    <w:p>
      <w:r>
        <w:rPr>
          <w:b/>
        </w:rPr>
        <w:t xml:space="preserve">[2:00:45] </w:t>
      </w:r>
      <w:r>
        <w:t>ke hum oont ke sum ke bare mein be khabar hain to aap ilm ke aadhe raste ko tay kar chuke hote. aur phir jab oont dikhai parta aap ko to aap baqi aadhe raste ko bhi tay kar lete. aur is tarah aap ka na janna aap ke liye janna ban jata. yeh to waqia hai 1940 ka. baad ko maine</w:t>
      </w:r>
    </w:p>
    <w:p>
      <w:pPr>
        <w:jc w:val="right"/>
      </w:pPr>
      <w:r>
        <w:t>کہ ہم اونٹ کے سم کے بارے میں بے خبر ہیں تو آپ علم کے آدھے راستے کو طے کر چکے ہوتے۔ اور پھر جب اونٹ دکھائی پڑتا آپ کو تو آپ بقیہ آدھے راستے کو بھی طے کر لیتے۔ اور اس طرح آپ کا نہ جاننا آپ کے لیے جاننا بن جاتا۔ یہ تو واقعہ ہے 1940 کا۔ بعد کو میں نے</w:t>
      </w:r>
    </w:p>
    <w:p>
      <w:r>
        <w:rPr>
          <w:b/>
        </w:rPr>
        <w:t xml:space="preserve">[2:01:16] </w:t>
      </w:r>
      <w:r>
        <w:t>madrasay se nikalne ke baad science ki kitabein parhin. to aik kitab maine parhi Bertrand Russell ki "Will to Doubt". is tarah ki aur bhi kitabein hain. to mujhe maloom hua ke yeh jo cheez hai, yeh to bohat bara scientific formula hai. jo kehte hain science mein "spirit of inquiry"</w:t>
      </w:r>
    </w:p>
    <w:p>
      <w:pPr>
        <w:jc w:val="right"/>
      </w:pPr>
      <w:r>
        <w:t>مدرسے سے نکلنے کے بعد سائنس کی کتابیں پڑھیں۔ تو ایک کتاب میں نے پڑھی برٹ نرسل کی "وِل ٹو ڈاؤٹ"۔ اس طرح کی اور بھی کتابیں ہیں۔ تو مجھے معلوم ہوا کہ یہ جو چیز ہے، یہ تو بہت بڑا سائنٹیفک فارمولا ہے۔ جو کہتے ہیں سائنس میں "اسپرٹ اف انکوائری"</w:t>
      </w:r>
    </w:p>
    <w:p>
      <w:r>
        <w:rPr>
          <w:b/>
        </w:rPr>
        <w:t xml:space="preserve">[2:01:47] </w:t>
      </w:r>
      <w:r>
        <w:t>۔ yani kaha jata hai ke science ki tamam daryafton ka jo jar hai woh hai spirit of inquiry. jitni bhi scientific daryaften hain, woh isi tarah se paida hui hain ke khoj ka jazba, talash ka jazba, inquiry ka jazba. jaise mashhoor waqia hai ke Newton ne dekha ke seb ke</w:t>
      </w:r>
    </w:p>
    <w:p>
      <w:pPr>
        <w:jc w:val="right"/>
      </w:pPr>
      <w:r>
        <w:t>۔ یعنی کہا جاتا ہے کہ سائنس کی تمام دریافتوں کا جو جڑ ہے وہ ہے اسپرٹ اف انکوائری۔ جتنی بھی سائنسی کی دریافتیں ہیں، وہ اسی طرح سے پیدا ہوئی ہیں کہ کھوج کا جذبہ، تلاش کا جذبہ، انکوائری کا جذبہ۔ جیسے مشہور واقعہ ہے کہ نیوٹن نے دیکھا کہ سیب کے</w:t>
      </w:r>
    </w:p>
    <w:p>
      <w:r>
        <w:rPr>
          <w:b/>
        </w:rPr>
        <w:t xml:space="preserve">[2:02:17] </w:t>
      </w:r>
      <w:r>
        <w:t>darakht se aik seb ka phal us ki shakh se toota aur toot kar woh zameen par gir gaya. to hazaron saal se insan dekhta tha ke phal darakht se tootta hai to woh zameen par girta hai. magar kabhi kisi ne us ko sawal nahi banaya tha. us par doubt nahi kiya tha. kyu? spirit of inquiry us zamane mein jaagi hui nahi thi.</w:t>
      </w:r>
    </w:p>
    <w:p>
      <w:pPr>
        <w:jc w:val="right"/>
      </w:pPr>
      <w:r>
        <w:t>درخت سے ایک سیب کا پھل اس کی شاخ سے ٹوٹا اور ٹوٹ کر وہ زمین پر گر گیا۔ تو ہزاروں سال سے انسان دیکھتا تھا کہ پھل درخت سے ٹوٹتا ہے تو وہ زمین پر گرتا ہے۔ مگر کبھی کسی نے اس کو سوال نہیں بنایا تھا۔ اس پر ڈاؤٹ نہیں کیا تھا۔ کیوں؟ اسپرٹ اف انکوائری اس زمانے میں جاگی ہوئی نہیں تھی۔</w:t>
      </w:r>
    </w:p>
    <w:p>
      <w:r>
        <w:rPr>
          <w:b/>
        </w:rPr>
        <w:t xml:space="preserve">[2:02:49] </w:t>
      </w:r>
      <w:r>
        <w:t>to Newton is ka, yani Newton is ka bani hai goya is culture ka, inquiry culture ka. modern science ne jo sab se bari cheez di hai woh hai machine nahi, motor car aur hawai jahaz nahi, sab se bari cheez hai spirit of inquiry. mere nazdeek science ki sab se bari den yahi hai.</w:t>
      </w:r>
    </w:p>
    <w:p>
      <w:pPr>
        <w:jc w:val="right"/>
      </w:pPr>
      <w:r>
        <w:t>تو نیوٹن اس کا، یعنی نیوٹن اس کا بانی ہے گویا اس کلچر کا، انکوائری کلچر کا۔ ماڈرن سائنس نے جو سب سے بڑی چیز دی ہے وہ ہے مشین نہیں، موٹر کار اور ہوا جہاز نہیں، سب سے بڑی چیز ہے اسپرٹ اف انکوائری۔ میرے نزدیک سائنس کی سب سے بڑی دین یہی ہے۔</w:t>
      </w:r>
    </w:p>
    <w:p>
      <w:r>
        <w:rPr>
          <w:b/>
        </w:rPr>
        <w:t xml:space="preserve">[2:03:20] </w:t>
      </w:r>
      <w:r>
        <w:t>to jab Newton ke dil mein yeh sawal aaya ke seb niche kyu gir gaya? to bazahir yeh bohat ulta sawal tha. kyunke log cheezon ko for granted le lete hain. woh samjhe ke yeh khwamkhwahi aik sawal mein pada hua hai. lekin jab Newton ne ne yeh daryaft kiya ke main nahi janta ke seb upar se niche kyu aaya, tabhi yeh mumkin hua ke woh aik bohat bari haqeeqat ko darya</w:t>
      </w:r>
    </w:p>
    <w:p>
      <w:pPr>
        <w:jc w:val="right"/>
      </w:pPr>
      <w:r>
        <w:t>تو جب نیوٹن کے دل میں یہ سوال آیا کہ سیب نیچے کیوں گر گیا؟ تو بظاہر یہ بڑا الٹا سوال تھا۔ کیونکہ لوگ چیزوں کو فار گرانٹڈ لے لیتے ہیں۔ وہ سمجھے کہ یہ خوامخواہی ایک سوال میں پڑا ہوا ہے۔ لیکن جب نیوٹن نے نے یہ دریافت کیا کہ میں نہیں جانتا کہ سیب اوپر سے نیچے کیوں آیا، تبھی یہ ممکن ہوا کہ وہ ایک بہت بڑی حقیقت کو دریا</w:t>
      </w:r>
    </w:p>
    <w:p>
      <w:r>
        <w:rPr>
          <w:b/>
        </w:rPr>
        <w:t xml:space="preserve">[2:03:50] </w:t>
      </w:r>
      <w:r>
        <w:t>ft kare. woh hai zameen mein gravitational pull ka hona, zameen mein quwwat-e-kashish ka hona. kyunke Newton ne pehle apni be khabari ko daryaft kiya, us ke baad us ko ba-khabar banne ka mauqa mila. to yeh maine jab baat ko parha, scientific cheezein aur scientific kitabein,</w:t>
      </w:r>
    </w:p>
    <w:p>
      <w:pPr>
        <w:jc w:val="right"/>
      </w:pPr>
      <w:r>
        <w:t>فت کرے۔ وہ ہے زمین میں گریویٹیشنل پل کا ہونا، زمین میں قوت کشش کا ہونا۔ کیونکہ نیوٹن نے پہلے اپنی بے خبری کو دریافت کیا، اس کے بعد اس کو باخبر بننے کا موقع ملا۔ تو یہ میں نے جب بات کو پڑھا، سائنسی چیزیں اور سائنسی کتابیں،</w:t>
      </w:r>
    </w:p>
    <w:p>
      <w:r>
        <w:rPr>
          <w:b/>
        </w:rPr>
        <w:t xml:space="preserve">[2:04:21] </w:t>
      </w:r>
      <w:r>
        <w:t>to mujhe maloom hua ke madrasay mein jo baat mujhe batayi gayi thi, woh to sab se bara scientific sabak hai. spirit of inquiry. chunache main yeh keh sakta hoon ke yeh waqia meri poori zindagi par chha gaya aur aaj tak chhaya hua hai. 1940 se le kar aaj tak mera yeh haal hai ke har din mein inquiry culture mein</w:t>
      </w:r>
    </w:p>
    <w:p>
      <w:pPr>
        <w:jc w:val="right"/>
      </w:pPr>
      <w:r>
        <w:t>تو مجھے معلوم ہوا کہ مدرسے میں جو بات مجھے بتائی گئی تھی، وہ تو سب سے بڑا سائنسی سبق ہے۔ اسپرٹ اف انکوائری۔ چنانچہ میں یہ کہہ سکتا ہوں کہ یہ واقعہ میری پوری زندگی پر چھا گیا اور آج تک چھایا ہوا ہے۔ 1940 سے لے کر آج تک میرا یہ حال ہے کہ ہر دن میں انکوائری کلچر میں</w:t>
      </w:r>
    </w:p>
    <w:p>
      <w:r>
        <w:rPr>
          <w:b/>
        </w:rPr>
        <w:t xml:space="preserve">[2:04:51] </w:t>
      </w:r>
      <w:r>
        <w:t>jeeta hoon. koi bhi waqia ho, chhota ho ya bada ho, us ko main dekhun ya parhun to foran mein us soch mein pad jata hoon ke aisa kyu hua? log kyu se bilkul hi kyu ke sawal se un ka zehn khali hai. misaal ke taur par ghaliban 1984 mein ya us ke aas pas Meerut mein bohat bara fasad</w:t>
      </w:r>
    </w:p>
    <w:p>
      <w:pPr>
        <w:jc w:val="right"/>
      </w:pPr>
      <w:r>
        <w:t>جیتا ہوں۔ کوئی بھی واقعہ ہو، چھوٹا ہو یا بڑا ہو، اس کو میں دیکھوں یا پڑھوں تو فوراً میں اس سوچ میں پڑ جاتا ہوں کہ ایسا کیوں ہوا؟ لوگ کیوں سے بالکل ہی کیوں کے سوال سے ان کا ذہن خالی ہے۔ مثال کے طور پر غالباً 1984 میں یا اس کے اس پاس میرٹھ میں بہت بڑا فساد</w:t>
      </w:r>
    </w:p>
    <w:p>
      <w:r>
        <w:rPr>
          <w:b/>
        </w:rPr>
        <w:t xml:space="preserve">[2:05:21] </w:t>
      </w:r>
      <w:r>
        <w:t>hua. Meerath mein to is fasaad par bohat reporten chapin saare akhbaron mein. Sirf urdu ke jitne parche thay sab mein chapa. Is ko maine parha. Har ek mein kya tha? Yeh nuqsan hua, woh nuqsan hua, itne log maare gaye, itne ghar jalaye gaye. Bas yeh nahi tha ke yeh fasaad hua kyun? Yeh jo kamleit red tha</w:t>
      </w:r>
    </w:p>
    <w:p>
      <w:pPr>
        <w:jc w:val="right"/>
      </w:pPr>
      <w:r>
        <w:t>ہوا۔ میرٹھ میں تو اس فساد پر بہت رپورٹیں چھپیں سارے اخباروں میں۔ صرف اردو کے جتنے پرچے تھے سب میں چھپا۔ اس کو میں نے پڑھا۔ ہر ایک میں کیا تھا؟ یہ نقصان ہوا، وہ نقصان ہوا، اتنے لوگ مارے گئے، اتنے گھر جلائے گئے۔ بس یہ نہیں تھا کہ یہ فساد ہوا کیوں؟ یہ جو کملیٹ ریڈ تھا</w:t>
      </w:r>
    </w:p>
    <w:p>
      <w:r>
        <w:rPr>
          <w:b/>
        </w:rPr>
        <w:t xml:space="preserve">[2:05:52] </w:t>
      </w:r>
      <w:r>
        <w:t>to hua kyun? Is ki jar mein kya cheez thi? Is ka root cause kya tha? Kisi bhi report mein mujhe is sawal ka jawab nahi mila. To main khud gaya Meerath aur ja kar jab main milta tha un se logon se poochta tha to har ek, har ek se main poochta tha ke bhai fasaad shuru kahan se hua? Shuru kahan se hua? Is ki jar kya thi? To har ek mujhe jawab deta tha ke aap pehle shakhs hain jo aa kar mujh se yeh sawal kar rahe hain. Abhi tak to</w:t>
      </w:r>
    </w:p>
    <w:p>
      <w:pPr>
        <w:jc w:val="right"/>
      </w:pPr>
      <w:r>
        <w:t>تو ہوا کیوں؟ اس کی جڑ میں کیا چیز تھی؟ اس کا روٹ کاز کیا تھا؟ کسی بھی رپورٹ میں مجھے اس سوال کا جواب نہیں ملا۔ تو میں خود گیا میرٹھ اور جا کر جب میں ملتا تھا ان سے لوگوں سے پوچھتا تھا تو ہر ایک، ہر ایک سے میں پوچھتا تھا کہ بھئی فساد شروع کہاں سے ہوا؟ شروع کہاں سے ہوا؟ اس کی جڑ کیا تھی؟ تو ہر ایک مجھے جواب دیتا تھا کہ آپ پہلے شخص ہیں جو آ کر مجھ سے یہ سوال کر رہے ہیں۔ ابھی تک تو</w:t>
      </w:r>
    </w:p>
    <w:p>
      <w:r>
        <w:rPr>
          <w:b/>
        </w:rPr>
        <w:t xml:space="preserve">[2:06:22] </w:t>
      </w:r>
      <w:r>
        <w:t>kisi ne yeh sawal kiya nahi. Abhi tak to sirf yeh poochte thay ke itne ghar jale, kitne aadmi maare gaye, kitna nuqsan hua? Bas fasaad kyun hua? Kahan se shuru hua? Is ke baray mein koi hum se poochta hi nahi tha. To yeh hai aam mizaj abhi bhi ke log jo hai sahi maano mein inquiry culture mein nahi jeete.</w:t>
      </w:r>
    </w:p>
    <w:p>
      <w:pPr>
        <w:jc w:val="right"/>
      </w:pPr>
      <w:r>
        <w:t>کسی نے یہ سوال کیا نہیں۔ ابھی تک تو صرف یہ پوچھتے تھے کہ اتنے گھر جلے، کتنے آدمی مارے گئے، کتنا نقصان ہوا؟ بس فساد کیوں ہوا؟ کہاں سے شروع ہوا؟ اس کے بارے میں کوئی ہم سے پوچھتا ہی نہیں تھا۔ تو یہ ہے عام مزاج ابھی بھی کہ لوگ جو ہے صحیح معنوں میں انکوائری کلچر میں نہیں جیتے۔</w:t>
      </w:r>
    </w:p>
    <w:p>
      <w:r>
        <w:rPr>
          <w:b/>
        </w:rPr>
        <w:t xml:space="preserve">[2:06:53] </w:t>
      </w:r>
      <w:r>
        <w:t>cheezon ko janne ki koshish karna, is ki haqeeqat tak pahunchne ki koshish karna, yeh mizaj nahi logon ke andar hai. Mazeed ek baat yeh bhi hai, dekhiye ke agar inquiry bhi karte hain to apne matlab ke mutabiq. Yani inquiry agar karenge woh to jo ajzaa unhein apne khilaaf nazar ayenge, us ko to chhod denge. Jo apne mawafeeq</w:t>
      </w:r>
    </w:p>
    <w:p>
      <w:pPr>
        <w:jc w:val="right"/>
      </w:pPr>
      <w:r>
        <w:t>چیزوں کو جاننے کی کوشش کرنا، اس کی حقیقت تک پہنچنے کی کوشش کرنا، یہ مزاج نہیں لوگوں کے اندر ہے۔ مزید ایک بات یہ بھی ہے، دیکھیے کہ اگر انکوائری بھی کرتے ہیں تو اپنے مطلب کے مطابق۔ یعنی انکوائری اگر کریں گے وہ تو جو اجزاء انہیں اپنے خلاف نظر آئیں گے، اس کو تو چھوڑ دیں گے۔ جو اپنے مواف</w:t>
      </w:r>
    </w:p>
    <w:p>
      <w:r>
        <w:rPr>
          <w:b/>
        </w:rPr>
        <w:t xml:space="preserve">[2:07:23] </w:t>
      </w:r>
      <w:r>
        <w:t>nazar ayenge, us ko khoob highlight kar ke le lenge. Yani as it is inquiry aaj bhi hamare haan bilkul maujood nahi hai. Ya to woh log hain jo inquiry karte hi nahi, ya woh log hain jo as it is inquiry nahi karte, apne matlab ke mutabiq inquiry karte hain. To behal main samajhta hoon ke Quran ka ek bohat bara</w:t>
      </w:r>
    </w:p>
    <w:p>
      <w:pPr>
        <w:jc w:val="right"/>
      </w:pPr>
      <w:r>
        <w:t>ق نظر آئیں گے، اس کو خوب ہائی لائٹ کر کے لے لیں گے۔ یعنی ایز اٹ از انکوائری آج بھی ہمارے ہاں بالکل موجود نہیں ہے۔ یا تو وہ لوگ ہیں جو انکوائری کرتے ہی نہیں، یا وہ لوگ ہیں جو ایز اٹ از انکوائری نہیں کرتے، اپنے مطلب کے مطابق انکوائری کرتے ہیں۔ تو بہرحال میں سمجھتا ہوں کہ قرآن کا ایک بہت بڑا</w:t>
      </w:r>
    </w:p>
    <w:p>
      <w:r>
        <w:rPr>
          <w:b/>
        </w:rPr>
        <w:t xml:space="preserve">[2:07:53] </w:t>
      </w:r>
      <w:r>
        <w:t>sabak ya paigham yeh hai ke hum inquiry culture mein jeeyen. Jab bhi koi cheezen hamare samne ayen to hum is ki tehqeeq karen. Quran mein hai ke "إذا جاءكم فاسق بنبأ فتبينوا". Yeh Quran ki ek ayat hai. Is ka transaction yeh hai ke jab tum ko koi khabar mile</w:t>
      </w:r>
    </w:p>
    <w:p>
      <w:pPr>
        <w:jc w:val="right"/>
      </w:pPr>
      <w:r>
        <w:t>سبق یا پیغام یہ ہے کہ ہم انکوائری کلچر میں جیئیں۔ جب بھی کوئی چیزیں ہمارے سامنے آئیں تو ہم اس کی تحقیق کریں۔ قرآن میں ہے کہ "إذا جاءكم فاسق بنبأ فتبينوا"۔ یہ قرآن کی ایک آیت ہے۔ اس کا ٹرانزیکشن یہ ہے کہ جب تم کو کوئی خبر ملے</w:t>
      </w:r>
    </w:p>
    <w:p>
      <w:r>
        <w:rPr>
          <w:b/>
        </w:rPr>
        <w:t xml:space="preserve">[2:08:24] </w:t>
      </w:r>
      <w:r>
        <w:t>to tum us ko man'ne se pehle is ki tehqeeq karo. "إذا جاءكم فاسق بنبأ فتبينوا". Jab tum ko koi khabar mile to tum is ki tehqeeq karo. Jo jaisa suna waisa na maan lo, balkeh tehqeeq karo. To yeh tehqeeq</w:t>
      </w:r>
    </w:p>
    <w:p>
      <w:pPr>
        <w:jc w:val="right"/>
      </w:pPr>
      <w:r>
        <w:t>تو تم اس کو ماننے سے پہلے اس کی تحقیق کرو۔ "إذا جاءكم فاسق بنبأ فتبينوا"۔ جب تم کو کوئی خبر ملے تو تم اس کی تحقیق کرو۔ جو جیسا سنا ویسا نہ مان لو، بلکہ تحقیق کرو۔ تو یہ تحقیق کر</w:t>
      </w:r>
    </w:p>
    <w:p>
      <w:r>
        <w:rPr>
          <w:b/>
        </w:rPr>
        <w:t xml:space="preserve">[2:08:54] </w:t>
      </w:r>
      <w:r>
        <w:t>karna, inquiry karna, cheezon ko gehrai mein ja ke janne ki koshish karna, yeh bhi Quran ki ek taleem hai. Yeh bhi Quran ka ek aham hukum hai. "إذا جاءكم فاسق بنبأ فتبينوا". Yani hukum ki zaban mein kaha gaya hai. Hukum ki zaban mein jo Quran mein jo baat hukum ki zaban mein ho, amr ki zaban mein ho, to woh goya farz ho jati hai. Farz</w:t>
      </w:r>
    </w:p>
    <w:p>
      <w:pPr>
        <w:jc w:val="right"/>
      </w:pPr>
      <w:r>
        <w:t>نا، انکوائری کرنا، چیزوں کو گہرائی میں جا کے جاننے کی کوشش کرنا، یہ بھی قرآن کی ایک تعلیم ہے۔ یہ بھی قرآن کا ایک اہم حکم ہے۔ "إذا جاءكم فاسق بنبأ فتبينوا"۔ یعنی حکم کی زبان میں کہا گیا ہے۔ حکم کی زبان میں جو قرآن میں جو بات حکم کی زبان میں ہو، امر کی زبان میں ہو، تو وہ گویا فرض ہو جاتی ہے۔ فرض</w:t>
      </w:r>
    </w:p>
    <w:p>
      <w:r>
        <w:rPr>
          <w:b/>
        </w:rPr>
        <w:t xml:space="preserve">[2:09:26] </w:t>
      </w:r>
      <w:r>
        <w:t>hai. Koi bhi hukum jo is tarah se kaha jaye ke aisa karo Khuda ki taraf se, to woh hamare upar farz ho gaya. To is ko yun keh sakte hain ke aye imaan walo! Tumhare upar yeh farz hai, farz ke jab bhi koi khabar mile to tum is ki tehqeeq karo. Aur tehqeeq karo ka matlab kya hai? Ghair mutaasibana andaaz mein tehqeeq karo. Ghair jazbati andaaz</w:t>
      </w:r>
    </w:p>
    <w:p>
      <w:pPr>
        <w:jc w:val="right"/>
      </w:pPr>
      <w:r>
        <w:t>۔ کوئی بھی حکم جو اس طرح سے کہا جائے کہ ایسا کرو خدا کی طرف سے، تو وہ ہمارے اوپر فرض ہو گیا۔ تو اس کو یوں کہہ سکتے ہیں کہ اے ایمان والو! تمہارے اوپر یہ فرض ہے، فرض کہ جب بھی کوئی خبر ملے تو تم اس کی تحقیق کرو۔ اور تحقیق کرو کا مطلب کیا ہے؟ غیر متعصبانہ انداز میں تحقیق کرو۔ غیر جذباتی انداز</w:t>
      </w:r>
    </w:p>
    <w:p>
      <w:r>
        <w:rPr>
          <w:b/>
        </w:rPr>
        <w:t xml:space="preserve">[2:09:56] </w:t>
      </w:r>
      <w:r>
        <w:t>mein tehqeeq karo. Be laag tehqeeq karo. As it is inquiry karo. Yeh is ka matlab hai. To yeh bhi Quran ke manne walon par ya imaan walon par ek farz hai. Spirit of inquiry bhi farayez mein se ek farz hai. Kitni aham baat hai yeh hamein Quran ke zariye maloom hoti hai.</w:t>
      </w:r>
    </w:p>
    <w:p>
      <w:pPr>
        <w:jc w:val="right"/>
      </w:pPr>
      <w:r>
        <w:t>میں تحقیق کرو۔ بے لاگ تحقیق کرو۔ ایز اٹ از انکوائری کرو۔ یہ اس کا مطلب ہے۔ تو یہ بھی قرآن کے ماننے والوں پر یا ایمان والوں پر ایک فرض ہے۔ اسپرٹ اف انکوائری بھی فرائض میں سے ایک فرض ہے۔ کتنی اہم بات ہے یہ ہمیں قرآن کے ذریعے معلوم ہوتی ہے۔</w:t>
      </w:r>
    </w:p>
    <w:p>
      <w:r>
        <w:rPr>
          <w:b/>
        </w:rPr>
        <w:t xml:space="preserve">[2:10:30] </w:t>
      </w:r>
      <w:r>
        <w:t>Is silsile mein ek bohat aham baat woh hai jo Surah Bani Israel mein batai gayi hai. Woh hai kuch logon ne sawal kiya rooh ke bare mein. "يسألون کان الروح قل الروح من أمر ربي وما أوتيتم من العلم إلا قليلا". Tum se poochte hain rooh ke bare mein to keh do</w:t>
      </w:r>
    </w:p>
    <w:p>
      <w:pPr>
        <w:jc w:val="right"/>
      </w:pPr>
      <w:r>
        <w:t>اس سلسلے میں ایک بہت اہم بات وہ ہے جو سورہ بنی اسرائیل میں بتائی گئی ہے۔ وہ ہے کچھ لوگوں نے سوال کیا روح کے بارے میں۔ "يسألون کان الروح قل الروح من أمر ربي وما أوتيتم من العلم إلا قليلا"۔ تم سے پوچھتے ہیں روح کے بارے میں تو کہہ دو</w:t>
      </w:r>
    </w:p>
    <w:p>
      <w:r>
        <w:rPr>
          <w:b/>
        </w:rPr>
        <w:t xml:space="preserve">[2:11:00] </w:t>
      </w:r>
      <w:r>
        <w:t>ke rooh Khuda ka hukum hai aur tum ko sirf ilm qaleel diya gaya hai. Yani thoda ilm diya gaya hai. Partial knowledge tum ko di gayi hai cheezon ki. Yeh ek bohat aham baat hai. Dekhiye, jab hum tehqeeq karte hain</w:t>
      </w:r>
    </w:p>
    <w:p>
      <w:pPr>
        <w:jc w:val="right"/>
      </w:pPr>
      <w:r>
        <w:t>کہ روح خدا کا حکم ہے اور تم کو صرف علم قلیل دیا گیا ہے۔ یعنی تھوڑا علم دیا گیا ہے۔ پارشل نالج تم کو دی گئی ہے چیزوں کی۔ یہ ایک بہت اہم بات ہے۔ دیکھیے، جب ہم تحقیق کرتے ہیں</w:t>
      </w:r>
    </w:p>
    <w:p>
      <w:r>
        <w:rPr>
          <w:b/>
        </w:rPr>
        <w:t xml:space="preserve">[2:11:33] </w:t>
      </w:r>
      <w:r>
        <w:t>to tehqeeq ke silsile mein aksar log bhool jate hain ke hamari limitations hain. Hamari mahdoodiyat hain, hamari limitations hain. Hum har baat ke aakhri had tak nahi jaan sakte. To yeh bhi ilm hai ke aadmi yeh jane ke falan ilm, falan baat mere ilmi dayre se bahar hai. Maslan qabr ke andar kya ho raha hai? Mere ilm ke dayre se bahar hai.</w:t>
      </w:r>
    </w:p>
    <w:p>
      <w:pPr>
        <w:jc w:val="right"/>
      </w:pPr>
      <w:r>
        <w:t>تو تحقیق کے سلسلے میں اکثر لوگ بھول جاتے ہیں کہ ہماری لیمیٹیشنز ہیں۔ ہماری محدودیتیں ہیں، ہماری لیمیٹیشنز ہیں۔ ہم ہر بات کے آخری حد تک نہیں جان سکتے۔ تو یہ بھی علم ہے کہ آدمی یہ جانے کہ فلاں علم، فلاں بات میرے علمی دائرے سے باہر ہے۔ مثلاً قبر کے اندر کیا ہو رہا ہے؟ میرے علم کے دائرے سے باہر ہے۔</w:t>
      </w:r>
    </w:p>
    <w:p>
      <w:r>
        <w:rPr>
          <w:b/>
        </w:rPr>
        <w:t xml:space="preserve">[2:12:03] </w:t>
      </w:r>
      <w:r>
        <w:t>Aasman mein kya ho raha hai? Mare hue logon ke sath mere ilm ke dayre se bahar hai. To yeh bhi ek, yani yeh hai, yani jo log inquiry culture ko apnayen to unhein yeh bhi janna chahiye ke ek hai inquiry ke aadab. Unhein aadab inquiry bhi janna chahiye. Sirf inquiry nahi, inquiry ke aadab ke kya cheez mein jaan</w:t>
      </w:r>
    </w:p>
    <w:p>
      <w:pPr>
        <w:jc w:val="right"/>
      </w:pPr>
      <w:r>
        <w:t>آسمان میں کیا ہو رہا ہے؟ مرے ہوئے لوگوں کے ساتھ میرے علم کے دائرے سے باہر ہے۔ تو یہ بھی ایک، یعنی یہ ہے، یعنی جو لوگ انکوائری کلچر کو اپنائیں تو انہیں یہ بھی جاننا چاہیے کہ ایک ہے انکوائری کے آداب۔ انہیں آداب انکوائری بھی جاننا چاہیے۔ صرف انکوائری نہیں، انکوائری کے آداب کہ کیا چیز میں جان س</w:t>
      </w:r>
    </w:p>
    <w:p>
      <w:r>
        <w:rPr>
          <w:b/>
        </w:rPr>
        <w:t xml:space="preserve">[2:12:33] </w:t>
      </w:r>
      <w:r>
        <w:t>sakta hoon aur kya cheez mein nahi jaan sakta. Jo baat mein jaan sakta hoon, us ko janne ki koshish karna bohat achhi baat hai. Lekin jo baat mein nahi jaan sakta, us ko agar mein janne ki koshish karunga to kya hoga? Sirf waqt zaya hoga aur kuch nahi. Dekhein, is ki ek misaal hai philosophy. Philosophy ki history kam az kam</w:t>
      </w:r>
    </w:p>
    <w:p>
      <w:pPr>
        <w:jc w:val="right"/>
      </w:pPr>
      <w:r>
        <w:t>کتا ہوں اور کیا چیز میں نہیں جان سکتا۔ جو بات میں جان سکتا ہوں، اس کو جاننے کی کوشش کرنا بہت اچھی بات ہے۔ لیکن جو بات میں نہیں جان سکتا، اس کو اگر میں جاننے کی کوشش کروں گا تو کیا ہوگا؟ صرف وقت ضائع ہوگا اور کچھ نہیں۔ دیکھیں، اس کی ایک مثال ہے فلاسفی۔ فلاسفی کی ہسٹری کم از کم</w:t>
      </w:r>
    </w:p>
    <w:p>
      <w:r>
        <w:rPr>
          <w:b/>
        </w:rPr>
        <w:t xml:space="preserve">[2:13:03] </w:t>
      </w:r>
      <w:r>
        <w:t>paanch hazar saal tak jati hai. Beshumar baray baray dimagh philosophy ke maidan mein lagay. Unhon ne philosophical research ki. Lekin saare log jante hain ke paanch hazar saal ki philosophical research ne insaan ko kisi bhi maqam par nahi pahunchaya.</w:t>
      </w:r>
    </w:p>
    <w:p>
      <w:pPr>
        <w:jc w:val="right"/>
      </w:pPr>
      <w:r>
        <w:t>پانچ ہزار سال تک جاتی ہے۔ بے شمار بڑے بڑے دماغ فلاسفی کے میدان میں لگے۔ انہوں نے فلسفیکل ریسرچ کی۔ لیکن سارے لوگ جانتے ہیں کہ پانچ ہزار سال کی فلسفیکل ریسرچ نے انسان کو کسی بھی مقام پر نہیں پہنچایا۔</w:t>
      </w:r>
    </w:p>
    <w:p>
      <w:r>
        <w:rPr>
          <w:b/>
        </w:rPr>
        <w:t xml:space="preserve">[2:13:33] </w:t>
      </w:r>
      <w:r>
        <w:t>Bertrand Russell ke bare mein kaha jata hai ke he was a philosopher of no philosophy. Lekin main kahunga ke yahi baat har philosopher ke bare mein sahi hai. Har philosopher jo hai woh philosopher of no philosophy tha. Kyun? Wajah kya hai? Philosophy mein yeh samajh liya gaya, yeh farz kar liya gaya ke hum sab kuch jaan sakte hain. Har baat tak hamari pahunch ho sakti hai. Hamara dimagh jo hai</w:t>
      </w:r>
    </w:p>
    <w:p>
      <w:pPr>
        <w:jc w:val="right"/>
      </w:pPr>
      <w:r>
        <w:t>برٹسن کے بارے میں کہا جاتا ہے کہ ہی واز ا فلاسفر اف نو فلاسفی۔ لیکن میں کہوں گا کہ یہی بات ہر فلاسفر کے بارے میں صحیح ہے۔ ہر فلاسفر جو ہے وہ فلاسفر اف نو فلاسفی تھا۔ کیوں؟ وجہ کیا ہے؟ فلاسفی میں یہ سمجھ لیا گیا، یہ فرض کر لیا گیا کہ ہم سب کچھ جان سکتے ہیں۔ ہر بات تک ہماری پہنچ ہو سکتی ہے۔ ہمارا دماغ جو ہے</w:t>
      </w:r>
    </w:p>
    <w:p>
      <w:r>
        <w:rPr>
          <w:b/>
        </w:rPr>
        <w:t xml:space="preserve">[2:14:04] </w:t>
      </w:r>
      <w:r>
        <w:t>woh har cheez ki kunh tak ko daryaft kar sakta hai. Lekin insaan ki limitations thi, insaan ki mahdoodiyat thi. Nateeja kya hua? Ke paanch hazar saal tak saari koshish ke bawajood philosophy sirf talash ke darje mein rahi. Woh yaft ke darje tak nahi pahunchi. Yani ek</w:t>
      </w:r>
    </w:p>
    <w:p>
      <w:pPr>
        <w:jc w:val="right"/>
      </w:pPr>
      <w:r>
        <w:t>وہ ہر چیز کی کن تک کو دریافت کر سکتا ہے۔ لیکن انسان کی لیمیٹیشنز تھیں، انسان کی محدودیت تھی۔ نتیجہ کیا ہوا؟ کہ پانچ ہزار سال تک ساری کوشش کے باوجود فلاسفی صرف تلاش کے درجے میں رہی۔ وہ یافت کے درجے تک نہیں پہنچی۔ یعنی ایک</w:t>
      </w:r>
    </w:p>
    <w:p>
      <w:r>
        <w:rPr>
          <w:b/>
        </w:rPr>
        <w:t xml:space="preserve">[2:14:34] </w:t>
      </w:r>
      <w:r>
        <w:t>hai talash karna, ek hai finding. To philosophy ko koi cheez finding nahi hui. Kyun? Woh aisi cheezon ki talash mein thay jo insaan ke bas se bahar hai. To agar Islam ka yeh usool philosopher ne pakar liya hota ke insaan ko ilm qaleel diya gaya hai, to mera khayal hai ke woh is ghalati mein na parhte. Jaisa ke scientists ne kiya. Aap jante hain ke</w:t>
      </w:r>
    </w:p>
    <w:p>
      <w:pPr>
        <w:jc w:val="right"/>
      </w:pPr>
      <w:r>
        <w:t>ہے تلاش کرنا، ایک ہے فائنڈنگ۔ تو فلاسفی کو کوئی چیز فائنڈنگ نہیں ہوئی۔ کیوں؟ وہ ایسی چیزوں کی تلاش میں تھے جو انسان کے بس سے باہر ہے۔ تو اگر اسلام کا یہ اصول فلاسفر نے پکڑ لیا ہوتا کہ انسان کو علم قلیل دیا گیا ہے، تو میرا خیال ہے کہ وہ اس غلطی میں نہ پڑتے۔ جیسا کہ سائنٹسٹوں نے کیا۔ آپ جانتے ہیں کہ</w:t>
      </w:r>
    </w:p>
    <w:p>
      <w:r>
        <w:rPr>
          <w:b/>
        </w:rPr>
        <w:t xml:space="preserve">[2:15:04] </w:t>
      </w:r>
      <w:r>
        <w:t>paanch hazar saal philosophical research mein waqt zaya karne ke baad yeh hua ke Europe mein science ka ilm paida hua. Scientist ubhre. Yeh jo scientists thay, unhon ne ailan kar diya ke hamare paas jo dimagh hai, is ki limitations hain. Hum har cheez ko nahi jaan sakte. Misal</w:t>
      </w:r>
    </w:p>
    <w:p>
      <w:pPr>
        <w:jc w:val="right"/>
      </w:pPr>
      <w:r>
        <w:t>پانچ ہزار سال فلسفیکل ریسرچ میں وقت ضائع کرنے کے بعد یہ ہوا کہ یورپ میں سائنس کا علم پیدا ہوا۔ سائنٹسٹ ابھرے۔ یہ جو سائنٹسٹ تھے، انہوں نے اعلان کر دیا کہ ہمارے پاس جو دماغ ہے، اس کی لیمیٹیشنز ہیں۔ ہم ہر چیز کو نہیں جان سکتے۔ مثال</w:t>
      </w:r>
    </w:p>
    <w:p>
      <w:r>
        <w:rPr>
          <w:b/>
        </w:rPr>
        <w:t xml:space="preserve">[2:15:35] </w:t>
      </w:r>
      <w:r>
        <w:t>ke taur par hum body ka tajziya kar sakte hain, magar soul ka tajziya hum nahi kar sakte. Hum yeh jaan sakte hain ke body kya cheez hai? Body chemistry kya hai? Lekin soul kya hai? Rooh kya hai? Is ke bare mein hum nahi jaan sakte. To science ne apni khoj ko ya apni talash ko rooh ke dayre se bahar rakha. Rooh ki tehqeeq ko us ne apna dayra nahi banaya. Us ne sirf physical body ki tehqeeq</w:t>
      </w:r>
    </w:p>
    <w:p>
      <w:pPr>
        <w:jc w:val="right"/>
      </w:pPr>
      <w:r>
        <w:t>کے طور پر ہم باڈی کا تجزیہ کر سکتے ہیں، مگر سول کا تجزیہ ہم نہیں کر سکتے۔ ہم یہ جان سکتے ہیں کہ باڈی کیا چیز ہے؟ باڈی کیمسٹری کیا ہے؟ لیکن سول کیا ہے؟ روح کیا ہے؟ اس کے بارے میں ہم نہیں جان سکتے۔ تو سائنس نے اپنی کھوج کو یا اپنی تلاش کو روح کے دائرے سے باہر رکھا۔ روح کی تحقیق کو اس نے اپنا دائرہ نہیں بنایا۔ اس نے صرف فزیکل باڈی کی تحقیق</w:t>
      </w:r>
    </w:p>
    <w:p>
      <w:r>
        <w:rPr>
          <w:b/>
        </w:rPr>
        <w:t xml:space="preserve">[2:16:05] </w:t>
      </w:r>
      <w:r>
        <w:t>ki. Is ka nateeja kya hua? Ke un ko bari bari baaten daryaft huin. Maslan medical science wajood mein ayi, physiology wajood mein ayi, dawaon ka ilm wajood mein aya. Yeh kab hua? Jab science danon ne woh ghalati nahi ki jo philosophers ne ki thi. Philosophers yeh chahte thay ke hum body ko bhi janen aur soul ko bhi janen. Body ka ilm bhi hum</w:t>
      </w:r>
    </w:p>
    <w:p>
      <w:pPr>
        <w:jc w:val="right"/>
      </w:pPr>
      <w:r>
        <w:t>کی۔ اس کا نتیجہ کیا ہوا؟ کہ ان کو بڑی بڑی باتیں دریافت ہوئیں۔ مثلاً میڈیکل سائنس وجود میں آئی، فیزیالوجی وجود میں آئی، دواؤں کا علم وجود میں آیا۔ یہ کب ہوا؟ جب سائنس دانوں نے وہ غلطی نہیں کی جو فلاسفرز نے کی تھی۔ فلاسفرز یہ چاہتے تھے کہ ہم باڈی کو بھی جانیں اور سول کو بھی جانیں۔ باڈی کا علم بھی ہم</w:t>
      </w:r>
    </w:p>
    <w:p>
      <w:r>
        <w:rPr>
          <w:b/>
        </w:rPr>
        <w:t xml:space="preserve">[2:16:35] </w:t>
      </w:r>
      <w:r>
        <w:t>mein poori tarah mil jaye aur soul ka ilm bhi hamein poori tarah hasil ho jaye. Is ki wajah se woh hamesha confusion ka shikar rahay. Lekin jo scientists thay, unhon ne jab yeh kiya ke soul ke mamle ko, soul ke sawal ko alag kar diya, rooh ke question ko alag kar diya aur sirf body par apni research ki buniyad rakh di, to un ke liye mumkin hua ke bohat daryaften karen,</w:t>
      </w:r>
    </w:p>
    <w:p>
      <w:pPr>
        <w:jc w:val="right"/>
      </w:pPr>
      <w:r>
        <w:t>یں پوری طرح مل جائے اور سول کا علم بھی ہمیں پوری طرح حاصل ہو جائے۔ اس کی وجہ سے وہ ہمیشہ کنفیوژن کا شکار رہے۔ لیکن جو سائنسدان تھے، انہوں نے جب یہ کیا کہ سول کے معاملے کو، سول کے سوال کو الگ کر دیا، روح کے کوئسچن کو الگ کر دیا اور صرف باڈی پر اپنی ریسرچ کی بنیاد رکھ دی، تو ان کے لیے ممکن ہوا کہ بہت دریافتیں کریں،</w:t>
      </w:r>
    </w:p>
    <w:p>
      <w:r>
        <w:rPr>
          <w:b/>
        </w:rPr>
        <w:t xml:space="preserve">[2:17:06] </w:t>
      </w:r>
      <w:r>
        <w:t>bohat kuch janen aur insaan ko bohat kuch de saken. Yeh philosophy aur science ka farq. To main samajhta hoon ke is mamle mein agar hum kahein to sahi hoga ke ilm qaleel ka jo nazariya Quran mein diya gaya tha, to philosophers ne is ko nahi mana. Is ke khilaaf chalay. Woh</w:t>
      </w:r>
    </w:p>
    <w:p>
      <w:pPr>
        <w:jc w:val="right"/>
      </w:pPr>
      <w:r>
        <w:t>بہت کچھ جانیں اور انسان کو بہت کچھ دے سکیں۔ یہ فلاسفی اور سائنس کا فرق۔ تو میں سمجھتا ہوں کہ اس معاملے میں اگر ہم کہیں تو صحیح ہوگا کہ علم قلیل کا جو نظریہ قرآن میں دیا گیا تھا، تو فلاسفرز نے اس کو نہیں مانا۔ اس کے خلاف چلے۔ وہ</w:t>
      </w:r>
    </w:p>
    <w:p>
      <w:r>
        <w:rPr>
          <w:b/>
        </w:rPr>
        <w:t xml:space="preserve">[2:17:36] </w:t>
      </w:r>
      <w:r>
        <w:t>nateeja yeh hai ke un ki hazaron saal ki koshishen bilkul rayegan ho gayin. Is ke bar aks scientists ne Quran ke is nazariye ko, ilm qaleel wale nazariye ko pakar liya aur us ke mutabiq unhon ne apni research ko jari kiya to woh dunya ko bohat kuch de sake. Dunya ko un se bohat faida hua. Yahan mein ek hadith sunana chahunga jo Quran ke is nazariye ki tashreeh karti hai.</w:t>
      </w:r>
    </w:p>
    <w:p>
      <w:pPr>
        <w:jc w:val="right"/>
      </w:pPr>
      <w:r>
        <w:t>نتیجہ یہ ہے کہ ان کی ہزاروں سال کی کوششیں بالکل رائیگاں ہو گئیں۔ اس کے برعکس سائنس دانوں نے قرآن کے اس نظریے کو، علم قلیل والے نظریے کو پکڑ لیا اور اس کے مطابق انہوں نے اپنی ریسرچ کو جاری کیا تو وہ دنیا کو بہت کچھ دے سکے۔ دنیا کو ان سے بہت فائدہ ہوا۔ یہاں میں ایک حدیث سنانا چاہوں گا جو قرآن کے اس نظریے کی تشریح کرتی ہے۔</w:t>
      </w:r>
    </w:p>
    <w:p>
      <w:r>
        <w:rPr>
          <w:b/>
        </w:rPr>
        <w:t xml:space="preserve">[2:18:07] </w:t>
      </w:r>
      <w:r>
        <w:t>kyunke hum jante hain ke Quran ki pehli tashreeh woh hai jo Hadees mein milay. agar kisi baat ki tashreeh Hadees mein mil jaye to wohi sab se sahih tafseer mani jayegi. to is aitbar se Hadees jo hai woh Quran ki tafseer hai. to ek Hadees mein aap ne farmaya, Paighambar Alaihiالسلام ne farmaya ke "إ</w:t>
      </w:r>
    </w:p>
    <w:p>
      <w:pPr>
        <w:jc w:val="right"/>
      </w:pPr>
      <w:r>
        <w:t>کیونکہ ہم جانتے ہیں کہ قرآن کی پہلی تشریح وہ ہے جو حدیث میں ملے۔ اگر کسی بات کی تشریح حدیث میں مل جائے تو وہی سب سے صحیح تفسیر مانی جائے گی۔ تو اس اعتبار سے حدیث جو ہے وہ قرآن کی تفسیر ہے۔ تو ایک حدیث میں آپ نے فرمایا، پیغمبر علیہ السلام نے فرمایا کہ "إ</w:t>
      </w:r>
    </w:p>
    <w:p>
      <w:r>
        <w:rPr>
          <w:b/>
        </w:rPr>
        <w:t xml:space="preserve">[2:18:37] </w:t>
      </w:r>
      <w:r>
        <w:t>n Allah farz farayiz fala fala tazeeuha wahad hudoodan fala ta'taduha waharam hurmatin fala tantahikuha wasaqata al-ashyaa' min ghair nisaan fala tabhathoo anha". is ka matlab yeh hai ke Rasool Allah farmate hain ke Allah ne tumhare upar kuch cheez</w:t>
      </w:r>
    </w:p>
    <w:p>
      <w:pPr>
        <w:jc w:val="right"/>
      </w:pPr>
      <w:r>
        <w:t>ن الله فرض فرائض فلا فلا تزیعوها وحد حدودا فلا تعتدوها وحرم حرمات فلا تنتهکوها وسقط النشیاء من غیر نسان فلا تبحثوا عنہا"۔ اس کا مطلب یہ ہے کہ رسول اللہ فرماتے ہیں کہ اللہ نے تمہارے اوپر کچھ چیز</w:t>
      </w:r>
    </w:p>
    <w:p>
      <w:r>
        <w:rPr>
          <w:b/>
        </w:rPr>
        <w:t xml:space="preserve">[2:19:08] </w:t>
      </w:r>
      <w:r>
        <w:t>ein farz kar di hain to un faraiz ko pakdo, us ko zaye na karo. aur Allah ne kuch baaton se tum ko mana kar diya hai to us se ruk jao aur us ka irtikab na karo. aur Allah kuch baaton ke bare mein chup raha hai</w:t>
      </w:r>
    </w:p>
    <w:p>
      <w:pPr>
        <w:jc w:val="right"/>
      </w:pPr>
      <w:r>
        <w:t>یں فرض کر دی ہیں تو ان فرائض کو پکڑو، اس کو ضائع نہ کرو۔ اور اللہ نے کچھ باتوں سے تم کو منع کر دیا ہے تو اس سے رک جاؤ اور اس کا ارتکاب نہ کرو۔ اور اللہ کچھ باتوں کے بارے میں چپ رہا ہے</w:t>
      </w:r>
    </w:p>
    <w:p>
      <w:r>
        <w:rPr>
          <w:b/>
        </w:rPr>
        <w:t xml:space="preserve">[2:19:38] </w:t>
      </w:r>
      <w:r>
        <w:t>bghair bhoolay hue, to tum un par behas na karo. "sakata al-ashyaa' min ghair nisaan fala tabhathoo anha" ke Quran mein Allah ne kuch baaton ke bare mein khamoshi ikhtiyar ki hai, to tum un baaton ko behas ka mozu na banao. yeh bohat hi zyada ilm ki baat hai. mislan rooh ke bare mein poocha gaya to Allah Ta'</w:t>
      </w:r>
    </w:p>
    <w:p>
      <w:pPr>
        <w:jc w:val="right"/>
      </w:pPr>
      <w:r>
        <w:t>بغیر بھولے ہوئے، تو تم ان پر بحث نہ کرو۔ "سقط النشیاء من غیر نسان فلا تبحثوا عنہا" کہ قرآن میں اللہ نے کچھ باتوں کے بارے میں خاموشی اختیار کی ہے، تو تم ان باتوں کو بحث کا موضوع نہ بناؤ۔ یہ بہت ہی زیادہ علم کی بات ہے۔ مثلاً روح کے بارے میں پوچھا گیا تو اللہ تع</w:t>
      </w:r>
    </w:p>
    <w:p>
      <w:r>
        <w:rPr>
          <w:b/>
        </w:rPr>
        <w:t xml:space="preserve">[2:20:08] </w:t>
      </w:r>
      <w:r>
        <w:t>ala ne farmaya ke tum ko ilm qaleel diya gaya hai, is liye tum rooh ke maslay ko samajh nahi sakte. to yahan par goya isi par hum bas karein. isi ko ek aalim ne kaha hai ke "abham ma abham Allah". is moamlay ki wazahat karte hue ek aalim ne kaha ke "abham ma abham Allah" yani jis baat ko Khuda ne mubham rakha hai, tum bhi us ko mubham rakho. m</w:t>
      </w:r>
    </w:p>
    <w:p>
      <w:pPr>
        <w:jc w:val="right"/>
      </w:pPr>
      <w:r>
        <w:t>الی نے فرمایا کہ تم کو علم قلیل دیا گیا ہے، اس لیے تم روح کے مسئلے کو سمجھ نہیں سکتے۔ تو یہاں پر گویا اسی پر ہم بس کریں۔ اسی کو ایک عالم نے کہا ہے کہ "ابہم ما ابہم اللہ"۔ اس معاملے کی وضاحت کرتے ہوئے ایک عالم نے کہا کہ "ابہم ما ابہم اللہ" یعنی جس بات کو خدا نے مبہم رکھا ہے، تم بھی اس کو مبہم رکھو۔ م</w:t>
      </w:r>
    </w:p>
    <w:p>
      <w:r>
        <w:rPr>
          <w:b/>
        </w:rPr>
        <w:t xml:space="preserve">[2:20:38] </w:t>
      </w:r>
      <w:r>
        <w:t>ubham ka matlab yeh hai ke zyada tafseel na batana. kuch bata dena lekin zyada tafseel na batana. to is ka matlab yeh hai ke kuch baaton ke bare mein Allah ne isharat kiye hain, zyada tafseel bayan nahi ki. to tum un isharaton ke chakkar mein na pado, un ki zyada tafseel mein na jao. kyun? apne ilmi mahdoodiyat ki bina par, apne zehn ki</w:t>
      </w:r>
    </w:p>
    <w:p>
      <w:pPr>
        <w:jc w:val="right"/>
      </w:pPr>
      <w:r>
        <w:t>بہم کا معنی یہ ہے کہ زیادہ تفصیل نہ بتانا۔ کچھ بتا دینا لیکن زیادہ تفصیل نہ بتانا۔ تو اس کا مطلب یہ ہے کہ کچھ باتوں کے بارے میں اللہ نے اشارات کیے ہیں، زیادہ تفصیل بیان نہیں کی۔ تو تم ان اشارات کے چکر میں نہ پڑو، ان کی زیادہ تفصیل میں نہ جاؤ۔ کیوں؟ اپنے علمی محدودیت کی بنا پر، اپنے ذہن کی</w:t>
      </w:r>
    </w:p>
    <w:p>
      <w:r>
        <w:rPr>
          <w:b/>
        </w:rPr>
        <w:t xml:space="preserve">[2:21:09] </w:t>
      </w:r>
      <w:r>
        <w:t>mahdoodiyat ki bina par tum us ke aakhri hissay tak to puhanch hi sakte nahi ho. to is behas karne se faida kya hai? mujhe ek dilchasp qissa yaad aata hai. ek baar mere paas ek sahab aaye, Muradabad se. aate hi unhone kaha ke main Muradabad se sirf aap se milne ke liye aaya hoon. main</w:t>
      </w:r>
    </w:p>
    <w:p>
      <w:pPr>
        <w:jc w:val="right"/>
      </w:pPr>
      <w:r>
        <w:t>محدودیت کی بنا پر تم اس کے آخری حصے تک تو پہنچ ہی سکتے نہیں ہو۔ تو اس بحث کرنے سے فائدہ کیا ہے؟ مجھے ایک دلچسپ قصہ یاد آتا ہے۔ ایک بار میرے پاس ایک صاحب آئے، مراد عباس سے۔ آتے ہی انہوں نے کہا کہ میں مراد عباس سے صرف آپ سے ملنے کے لیے آیا ہوں۔ میں</w:t>
      </w:r>
    </w:p>
    <w:p>
      <w:r>
        <w:rPr>
          <w:b/>
        </w:rPr>
        <w:t xml:space="preserve">[2:21:39] </w:t>
      </w:r>
      <w:r>
        <w:t>ne poocha kya baat hai? unhone kaha mujhe ek sawal ka jawab aap se maloom karna hai. to main ne poocha ke woh kya sawal hai? unhone kaha ke sawal yeh hai ke Hadees mein aata hai ke maut ke baad har aadmi apne anjaam se dochar hone lagta hai. chunache Hadees mein aata hai ke qabar ke bare mein ke "القبر</w:t>
      </w:r>
    </w:p>
    <w:p>
      <w:pPr>
        <w:jc w:val="right"/>
      </w:pPr>
      <w:r>
        <w:t>نے پوچھا کیا بات ہے؟ انہوں نے کہا مجھے ایک سوال کا جواب آپ سے معلوم کرنا ہے۔ تو میں نے پوچھا کہ وہ کیا سوال ہے؟ انہوں نے کہا کہ سوال یہ ہے کہ حدیث میں آتا ہے کہ موت کے بعد ہر آدمی اپنے انجام سے دوچار ہونے لگتا ہے۔ چنانچہ حدیث میں آتا ہے کہ قبر کے بارے میں کہ "القبر</w:t>
      </w:r>
    </w:p>
    <w:p>
      <w:r>
        <w:rPr>
          <w:b/>
        </w:rPr>
        <w:t xml:space="preserve">[2:22:09] </w:t>
      </w:r>
      <w:r>
        <w:t>روضة من الجنة و حفرة من حفر النار" ke qabar ya to jannat ke baghon mein se ek bagh hai ya dozakh ke garhon mein se ek garha hai. isi tarah ek Hadees mein hai ke "مما فقد قامت قیامتہ" jo mara us ki qayamat shuru ho gayi. to un ka sawal yeh tha ke ek ek aadmi woh hai jo aaj mara</w:t>
      </w:r>
    </w:p>
    <w:p>
      <w:pPr>
        <w:jc w:val="right"/>
      </w:pPr>
      <w:r>
        <w:t>روضۃ من الجنہ و حفرۃ من حفر النار" کہ قبر یا تو جنت کے باغوں میں سے ایک باغ ہے یا دوزخ کے گڑھوں میں سے ایک گڑھا ہے۔ اسی طرح ایک حدیث میں ہے کہ "مما فقد قامت قیامتہ" جو مرا اس کی قیامت شروع ہوگئی۔ تو ان کا سوال یہ تھا کہ ایک ایک آدمی وہ ہے جو آج مرا</w:t>
      </w:r>
    </w:p>
    <w:p>
      <w:r>
        <w:rPr>
          <w:b/>
        </w:rPr>
        <w:t xml:space="preserve">[2:22:39] </w:t>
      </w:r>
      <w:r>
        <w:t>ek aadmi woh hai jo das hazar saal pehle mara tha. ab farz kiya ke dono is qabil the ke unhein Khuda saza de. ek hi jurm dono se hua tha. to ek goya ke saza pa raha hai das hazar pehle se, ek ko saza milegi aaj se. to ek hi jurm ke liye kisi ko das hazar saal zyada saza kyun? kya un ka khayal yeh tha ke sab ko ek saath</w:t>
      </w:r>
    </w:p>
    <w:p>
      <w:pPr>
        <w:jc w:val="right"/>
      </w:pPr>
      <w:r>
        <w:t>، ایک آدمی وہ ہے جو دس ہزار سال پہلے مرا تھا۔ اب فرض کیا کہ دونوں اس قابل تھے کہ انہیں خدا سزا دے۔ ایک ہی جرم دونوں سے ہوا تھا۔ تو ایک گویا کہ سزا پا رہا ہے دس ہزار پہلے سے، ایک کو سزا ملے گی آج سے۔ تو ایک ہی جرم کے لیے کسی کو دس ہزار سال زیادہ سزا کیوں؟ کیا ان کا خیال یہ تھا کہ سب کو ایک ساتھ</w:t>
      </w:r>
    </w:p>
    <w:p>
      <w:r>
        <w:rPr>
          <w:b/>
        </w:rPr>
        <w:t xml:space="preserve">[2:23:09] </w:t>
      </w:r>
      <w:r>
        <w:t>marna chahiye taake sab ka jo sab ki jo saza shuru ho, ek hi date se shuru ho? to aisa na ho ke ek ko das hazar saal kam saza mile aur ek ko das hazar das hazar saal zyada saza milay. to main ne kaha astaghfirullah, isi ke liye aap Muradabad aaye the mere paas. yeh kya hai? yeh wahi hai ke "sakata al-ashyaa' min ghair n</w:t>
      </w:r>
    </w:p>
    <w:p>
      <w:pPr>
        <w:jc w:val="right"/>
      </w:pPr>
      <w:r>
        <w:t>مرنا چاہیے تاکہ سب کا جو سب کی جو سزا شروع ہو، ایک ہی ڈیٹ سے شروع ہو؟ تو ایسا نہ ہو کہ ایک کو دس ہزار سال کم سزا ملے اور ایک کو دس ہزار دس ہزار سال زیادہ سزا ملے۔ تو میں نے کہا استغفراللہ، اسی کے لیے آپ مراد عباس آئے تھے میرے پاس۔ یہ کیا ہے؟ یہ وہی ہے کہ "سقط النشیاء من غیر ن</w:t>
      </w:r>
    </w:p>
    <w:p>
      <w:r>
        <w:rPr>
          <w:b/>
        </w:rPr>
        <w:t xml:space="preserve">[2:23:40] </w:t>
      </w:r>
      <w:r>
        <w:t>isaan fala tabhathoo anha" ke jis baat ko Khuda ne tafseel ke sath nahi bataya hai, us ki tafseel janne ki koshish karna. yahan par hamari aql mahdood hai, to hum us ki poori tafseel ko nahi jan sakte. jaise aag ka angara hai, baap ne kaha ke bete dekho, yeh angara hai, is</w:t>
      </w:r>
    </w:p>
    <w:p>
      <w:pPr>
        <w:jc w:val="right"/>
      </w:pPr>
      <w:r>
        <w:t>سان فلا تبحثوا عنہا" کہ جس بات کو خدا نے تفصیل کے ساتھ نہیں بتایا ہے، اس کی تفصیل جاننے کی کوشش کرنا۔ یہاں پر ہماری عقل محدود ہے، تو ہم اس کی پوری تفصیل کو نہیں جان سکتے۔ جیسے آگ کا انگارہ ہے، باپ نے کہا کہ بیٹے دیکھو، یہ انگارہ ہے، اس</w:t>
      </w:r>
    </w:p>
    <w:p>
      <w:r>
        <w:rPr>
          <w:b/>
        </w:rPr>
        <w:t xml:space="preserve">[2:24:10] </w:t>
      </w:r>
      <w:r>
        <w:t>mein hath dalo ge to hath tumhara jal jayega. baap ke is kehne ko bete ne maan liya. ab agar beta yeh kahe ke nahi, main to khud apne hath mein angara pakdun ga aur dekhun ga ke woh kaise jalata hai, yeh tareeqa us ke liye bohat hi yani halakat khaz sabit hoga. to jis tarah baap ke batane par beta aag ke angare ko chhoo kar tajruba nahi karta, isi tarah se shariyat mein aur Quran mein</w:t>
      </w:r>
    </w:p>
    <w:p>
      <w:pPr>
        <w:jc w:val="right"/>
      </w:pPr>
      <w:r>
        <w:t>میں ہاتھ ڈالو گے تو ہاتھ تمہارا جل جائے گا۔ باپ کے اس کہنے کو بیٹے نے مان لیا۔ اب اگر بیٹا یہ کہے کہ نہیں، میں تو خود اپنے ہاتھ میں انگارہ پکڑوں گا اور دیکھوں گا کہ وہ کیسے جلاتا ہے، یہ طریقہ اس کے لیے بہت ہی یعنی ہلاکت خیز ثابت ہوگا۔ تو جس طرح باپ کے بتانے پر بیٹا آگ کے انگارے کو چھو کر تجربہ نہیں کرتا، اسی طرح سے شریعت میں اور قرآن میں</w:t>
      </w:r>
    </w:p>
    <w:p>
      <w:r>
        <w:rPr>
          <w:b/>
        </w:rPr>
        <w:t xml:space="preserve">[2:24:40] </w:t>
      </w:r>
      <w:r>
        <w:t>jin baaton ko ki detail nahi batayi gayi hai, ijmali ke sath bataya gaya hai, us ko ijmali ke darjay mein maan lena aur us ko detail tak janne ki koshish na karna, yeh ek fitna hai. is mein aadmi bhagne ka andesha hai aur is mein gumrahi ka andesha hai. yeh hai sahih tareeqa jo Islam mein bataya gaya hai.</w:t>
      </w:r>
    </w:p>
    <w:p>
      <w:pPr>
        <w:jc w:val="right"/>
      </w:pPr>
      <w:r>
        <w:t>جن باتوں کو کی ڈیٹیل نہیں بتائی گئی ہے، اجمال کے ساتھ بتایا گیا ہے، اس کو اجمال کے درجے میں مان لینا اور اس کو ڈیٹیل تک جاننے کی کوشش نہ کرنا، یہ ایک فتنہ ہے۔ اس میں آدمی بھاگنے کا اندیشہ ہے اور اس میں گمراہی کا اندیشہ ہے۔ یہ ہے صحیح طریقہ جو اسلام میں بتایا گیا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