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Good Tidings and Warnings for Dayees | June 2, 2006 | Maulana Wahiduddin Khan</w:t>
      </w:r>
    </w:p>
    <w:p>
      <w:r>
        <w:t>https://www.youtube.com/watch?v=Cnoe4ckWtrg</w:t>
      </w:r>
    </w:p>
    <w:p>
      <w:r>
        <w:rPr>
          <w:b/>
        </w:rPr>
        <w:t xml:space="preserve">[00:00] </w:t>
      </w:r>
      <w:r>
        <w:t>tum log marne wale ho. koi insaan duniya mein hamesha jiyega nahi. aur marne ke baad ya to eternal hell hai ya eternal paradise. kyunke maut bohat qareeb hai, qayamat bohat qareeb hai. hamare upar ek aur force hai, ek aur hasti hai, yani Khuda, jo aage tak ko dekhta hai. Pramod Mahajan ne 1000 crore ka</w:t>
      </w:r>
    </w:p>
    <w:p>
      <w:pPr>
        <w:jc w:val="right"/>
      </w:pPr>
      <w:r>
        <w:t>तुम लोग मरने वाले हो। कोई इंसान दुनिया में हमेशा जिएगा नहीं। और मरने के बाद या तो इटरनल हेल है या इटरनल पैराडाइज। क्योंकि मौत बहुत करीब है, क़यामत बहुत करीब है। हमारे ऊपर एक और फोर्स है, एक और हस्ती है, यानी खुदा, जो आगे तक को देखता है। प्रमोद महाजन ने 1000 करोड़ का</w:t>
      </w:r>
    </w:p>
    <w:p>
      <w:r>
        <w:rPr>
          <w:b/>
        </w:rPr>
        <w:t xml:space="preserve">[00:30] </w:t>
      </w:r>
      <w:r>
        <w:t>empire khada kiya, aur goli maar di gayi. maal ka dher kar liya, aur aakhir mein chale gaye kahan? qabar mein chale gaye. aur ye jo present world hai, is mein kuch bhi karo, happiness nahi mil sakti tumko. kuch bhi karo, tumko phir bhi tension baqi rahega tumhara. yahan tak ke Hadees mein aata hai ke woh kahega, "mujhe to kabhi koi musibat padi nahi."</w:t>
      </w:r>
    </w:p>
    <w:p>
      <w:pPr>
        <w:jc w:val="right"/>
      </w:pPr>
      <w:r>
        <w:t>एंपायर खड़ा किया, और गोली मार दी गई। माल काढेर कर लिया, और आखिर में चले गए कहाँ? कब्र में चले गए। और ये जो प्रेजेंट वर्ल्ड है, इसमें कुछ भी करो, हैप्पीनेस नहीं मिल सकती तुमको। कुछ भी करो, तुमको फिर भी टेंशन बाकी रहेगा तुम्हारा। यहाँ तक कि हदीस में आता है कि वो कहेगा, "मुझे तो कभी कोई मुसीबत पड़ी नहीं।"</w:t>
      </w:r>
    </w:p>
    <w:p>
      <w:r>
        <w:rPr>
          <w:b/>
        </w:rPr>
        <w:t xml:space="preserve">[01:06] </w:t>
      </w:r>
      <w:r>
        <w:t>Bismillah Rehman-e-Rahim. Wasallallahu ala Nabi-il-Kareem. Rab-ish-rah-li sadri, wa yassir-li amri, wah-lul-uqdatan-min-lisani yafqahu qawli. Aaj ki is meeting ke liye, jo Friday ko ho rahi hai,</w:t>
      </w:r>
    </w:p>
    <w:p>
      <w:pPr>
        <w:jc w:val="right"/>
      </w:pPr>
      <w:r>
        <w:t>بسم اللہ الرحمن الرحیم۔ وصلی اللہ علی النبی الکریم۔ رب اشرح لی صدری، ویسر لی امری، واحل العقدۃ من لسانی یفقہ قولی۔ आज की इस मीटिंग के लिए, जो फ्राइडे को हो रही है,</w:t>
      </w:r>
    </w:p>
    <w:p>
      <w:r>
        <w:rPr>
          <w:b/>
        </w:rPr>
        <w:t xml:space="preserve">[01:38] </w:t>
      </w:r>
      <w:r>
        <w:t>aap jante hain ke Friday ki meeting khas taur par CPS ki team ke un logon ke liye hoti hai jinhone apne aap ko is mission mein dedicate kiya hai, yani un ki tarbiyat ke liye. to Juma ke is meeting mein, jo nisbatan bohat</w:t>
      </w:r>
    </w:p>
    <w:p>
      <w:pPr>
        <w:jc w:val="right"/>
      </w:pPr>
      <w:r>
        <w:t>आप जानते हैं कि फ्राइडे की मीटिंग खास तौर पर सीपीएस की टीम के उन लोगों के लिए होती है जिन्होंने अपने आप को इस मिशन में डेडिकेट किया है, यानी उनकी तربیت के लिए। तो जुमा के इस मीटिंग में, जो نسبتاً बहुत</w:t>
      </w:r>
    </w:p>
    <w:p>
      <w:r>
        <w:rPr>
          <w:b/>
        </w:rPr>
        <w:t xml:space="preserve">[02:09] </w:t>
      </w:r>
      <w:r>
        <w:t>mukhtasar hoti hai, woh Itwar ki meeting ke muqable mein is ki nature alag hai. Itwar ki jo Sunday class jo hoti hai, woh aap keh sakte hain ke woh da'wati class hai. lekin Juma ki jo class hai, yeh hai tarbiyati class. to isi ke</w:t>
      </w:r>
    </w:p>
    <w:p>
      <w:pPr>
        <w:jc w:val="right"/>
      </w:pPr>
      <w:r>
        <w:t>مختصر होती है, वो इतवार की मीटिंग के مقابلے में इसकी नेचर अलग है। इतवार की जो संडे क्लास जो होती है, वो आप कह सकते हैं कि वो दावती क्लास है। लेकिन जुमा की जो क्लास है, ये है तربیتی کلاس। तो इसी के</w:t>
      </w:r>
    </w:p>
    <w:p>
      <w:r>
        <w:rPr>
          <w:b/>
        </w:rPr>
        <w:t xml:space="preserve">[02:39] </w:t>
      </w:r>
      <w:r>
        <w:t>lihaz se hum Juma ke din baaz subject ko lete hain. aaj main yeh batana chahunga ke CPS ki team, jo da'wati team hai, us ki responsibility kya hai, aur us ko lifetime ke liye</w:t>
      </w:r>
    </w:p>
    <w:p>
      <w:pPr>
        <w:jc w:val="right"/>
      </w:pPr>
      <w:r>
        <w:t>لحاظ سے ہم जुमा کے دن بعض سبجیکٹ کو لیتے ہیں۔ آج میں یہ بتانا چاہوں گا کہ سی پی ایس کی ٹیم، جو دعوتی ٹیم ہے، اس کی ریسپانسبیلٹی کیا ہے، اور اس کو لائف ٹائم کے لیے</w:t>
      </w:r>
    </w:p>
    <w:p>
      <w:r>
        <w:rPr>
          <w:b/>
        </w:rPr>
        <w:t xml:space="preserve">[03:09] </w:t>
      </w:r>
      <w:r>
        <w:t>kya pledge lena hai direct Khuda se. kisi organization se nahi, kisi fard se nahi. to aaj ki is meeting ko main shuru karna chahunga. hamari team ke do members hain: Mr. Rajat Malhotra aur Mr. Naveed. to un ke dream se</w:t>
      </w:r>
    </w:p>
    <w:p>
      <w:pPr>
        <w:jc w:val="right"/>
      </w:pPr>
      <w:r>
        <w:t>کیا پلج لینا ہے ڈائریکٹ خدا سے۔ کسی آرگنائزیشن سے نہیں، کسی فرد سے نہیں۔ تو آج کی اس میٹنگ کو میں شروع کرنا چاہوں گا۔ ہماری ٹیم کے دو ممبرز ہیں: مسٹر رجت المروترا اور مسٹر نوید۔ تو ان کے ڈریم سے</w:t>
      </w:r>
    </w:p>
    <w:p>
      <w:r>
        <w:rPr>
          <w:b/>
        </w:rPr>
        <w:t xml:space="preserve">[03:41] </w:t>
      </w:r>
      <w:r>
        <w:t>。 to sab se pehle main Rajat Malhotra se kahunga ke apna dream jo hai, jo shayad un ke bhai ka dream hai, us ko bayan karein.</w:t>
      </w:r>
    </w:p>
    <w:p>
      <w:pPr>
        <w:jc w:val="right"/>
      </w:pPr>
      <w:r>
        <w:t>۔ تو سب سے پہلے میں رجت مروترا سے کہوں گا کہ اپنا ڈریم جو ہے، جو شاید ان کے بھائی کا ڈریم ہے، اس کو بیان کریں۔</w:t>
      </w:r>
    </w:p>
    <w:p>
      <w:r>
        <w:rPr>
          <w:b/>
        </w:rPr>
        <w:t xml:space="preserve">[03:54] </w:t>
      </w:r>
      <w:r>
        <w:t>Today I would, you know, like to narrate the dreams that my brother and my sister-in-law had a few days back. My brother lives in Singapore; he's working there. So he told me that Rachna, who is his wife, she had a dream where she saw that her little daughter fell down and her face was totally covered in blood. And slowly, you know, that blood covered her cl</w:t>
      </w:r>
    </w:p>
    <w:p>
      <w:pPr>
        <w:jc w:val="right"/>
      </w:pPr>
      <w:r>
        <w:t>Today I would, you know, like to narrate the dreams that my brother and my sister-in-law had a few days back. My brother lives in Singapore; he's working there. So he told me that Rachna, who is his wife, she had a dream where she saw that her little daughter fell down and her face was totally covered in blood. And slowly, you know, that blood covered her cl</w:t>
      </w:r>
    </w:p>
    <w:p>
      <w:r>
        <w:rPr>
          <w:b/>
        </w:rPr>
        <w:t xml:space="preserve">[04:24] </w:t>
      </w:r>
      <w:r>
        <w:t>othes as well. So they tried to, you know, stop that flow of blood with a towel, and the towel also, you know, got soaked in blood. Now, three days later, this dream actually came true as she was playing around and she fell, and there was a deep wound that, you know, appeared on her, above her eye. So they, you know, got scared and they tried to, you know, stop the flow of the blood. And</w:t>
      </w:r>
    </w:p>
    <w:p>
      <w:pPr>
        <w:jc w:val="right"/>
      </w:pPr>
      <w:r>
        <w:t>othes as well. So they tried to, you know, stop that flow of blood with a towel, and the towel also, you know, got soaked in blood. Now, three days later, this dream actually came true as she was playing around and she fell, and there was a deep wound that, you know, appeared on her, above her eye. So they, you know, got scared and they tried to, you know, stop the flow of the blood. And</w:t>
      </w:r>
    </w:p>
    <w:p>
      <w:r>
        <w:rPr>
          <w:b/>
        </w:rPr>
        <w:t xml:space="preserve">[04:54] </w:t>
      </w:r>
      <w:r>
        <w:t>soon they realized that, you know, the entire face and her clothes were totally covered with blood. They took a towel and they tried to stop the wound because it was very deep, but they couldn't do it, and even the towel was totally soaked in blood. So they got scared and they rushed, you know, to a nearby hospital where the doctor took about 30 minutes to stop the wound. So this dream was, you know, totally a true dream. After</w:t>
      </w:r>
    </w:p>
    <w:p>
      <w:pPr>
        <w:jc w:val="right"/>
      </w:pPr>
      <w:r>
        <w:t>soon they realized that, you know, the entire face and her clothes were totally covered with blood. They took a towel and they tried to stop the wound because it was very deep, but they couldn't do it, and even the towel was totally soaked in blood. So they got scared and they rushed, you know, to a nearby hospital where the doctor took about 30 minutes to stop the wound. So this dream was, you know, totally a true dream. After</w:t>
      </w:r>
    </w:p>
    <w:p>
      <w:r>
        <w:rPr>
          <w:b/>
        </w:rPr>
        <w:t xml:space="preserve">[05:24] </w:t>
      </w:r>
      <w:r>
        <w:t>this dream which came to Rachna, my brother had two more dreams. And I was talking to him and he told me that, "Rajat, I had a good dream and a bad dream." So I asked him to narrate, you know, both these two dreams. So he wrote and he sent a mail to me, which I would like to, you know, read out to all of you. He wrote, "Good dream was that you and Maulana and some more people whose faces I don't recognize were all greeted by angels at</w:t>
      </w:r>
    </w:p>
    <w:p>
      <w:pPr>
        <w:jc w:val="right"/>
      </w:pPr>
      <w:r>
        <w:t>this dream which came to Rachna, my brother had two more dreams. And I was talking to him and he told me that, "Rajat, I had a good dream and a bad dream." So I asked him to narrate, you know, both these two dreams. So he wrote and he sent a mail to me, which I would like to, you know, read out to all of you. He wrote, "Good dream was that you and Maulana and some more people whose faces I don't recognize were all greeted by angels at</w:t>
      </w:r>
    </w:p>
    <w:p>
      <w:r>
        <w:rPr>
          <w:b/>
        </w:rPr>
        <w:t xml:space="preserve">[05:54] </w:t>
      </w:r>
      <w:r>
        <w:t>the gate of heaven. And the angels are all delighted to see you all. And they said, 'We have been waiting for you all for a long, long time. You are welcome and escorted into the gates with a lot of fanfare, and I am not with you all in the queue.'" This was the good dream which he wrote. In the second dream he wrote that, "I am in a big crowd and I am not sure where we are heading, tow</w:t>
      </w:r>
    </w:p>
    <w:p>
      <w:pPr>
        <w:jc w:val="right"/>
      </w:pPr>
      <w:r>
        <w:t>the gate of heaven. And the angels are all delighted to see you all. And they said, 'We have been waiting for you all for a long, long time. You are welcome and escorted into the gates with a lot of fanfare, and I am not with you all in the queue.'" This was the good dream which he wrote. In the second dream he wrote that, "I am in a big crowd and I am not sure where we are heading, tow</w:t>
      </w:r>
    </w:p>
    <w:p>
      <w:r>
        <w:rPr>
          <w:b/>
        </w:rPr>
        <w:t xml:space="preserve">[06:24] </w:t>
      </w:r>
      <w:r>
        <w:t>ards heaven or hell. And I have a strange number in color green reflecting on my body. And I ask people what this is and why they don't have that color. And they said that people who have a reflective color are doubtful cases. People like me will always make it to the gate but are always returned back. And I start crying. The angels then turn around and tell me</w:t>
      </w:r>
    </w:p>
    <w:p>
      <w:pPr>
        <w:jc w:val="right"/>
      </w:pPr>
      <w:r>
        <w:t>ards heaven or hell. And I have a strange number in color green reflecting on my body. And I ask people what this is and why they don't have that color. And they said that people who have a reflective color are doubtful cases. People like me will always make it to the gate but are always returned back. And I start crying. The angels then turn around and tell me</w:t>
      </w:r>
    </w:p>
    <w:p>
      <w:r>
        <w:rPr>
          <w:b/>
        </w:rPr>
        <w:t xml:space="preserve">[06:54] </w:t>
      </w:r>
      <w:r>
        <w:t>I should have cried earlier. Now is the judgment day and I have to pay for my sins. When I got up I was all petrified and sweating." So I told these two dreams, all these three dreams to Maulana. Maulana will now, you know, tell you the meaning of, you know, these dreams. Thank you.</w:t>
      </w:r>
    </w:p>
    <w:p>
      <w:pPr>
        <w:jc w:val="right"/>
      </w:pPr>
      <w:r>
        <w:t>I should have cried earlier. Now is the judgment day and I have to pay for my sins. When I got up I was all petrified and sweating." So I told these two dreams, all these three dreams to Maulana. Maulana will now, you know, tell you the meaning of, you know, these dreams. Thank you.</w:t>
      </w:r>
    </w:p>
    <w:p>
      <w:r>
        <w:rPr>
          <w:b/>
        </w:rPr>
        <w:t xml:space="preserve">[07:15] </w:t>
      </w:r>
      <w:r>
        <w:t>This is a dream which I had on the night of 26 May, early 27th morning. Usually I don't remember my dreams, but this dream I'm, I was, I was quite aware of when I got up. It says that I was, in the dream I saw myself to be very unwell, lying on my bed at home. Nagma, Apa, Dr. Saab, Rajat, Maulana, and one more person, which I don't remember who, is in the room along with me.</w:t>
      </w:r>
    </w:p>
    <w:p>
      <w:pPr>
        <w:jc w:val="right"/>
      </w:pPr>
      <w:r>
        <w:t>This is a dream which I had on the night of 26 May, early 27th morning. Usually I don't remember my dreams, but this dream I'm, I was, I was quite aware of when I got up. It says that I was, in the dream I saw myself to be very unwell, lying on my bed at home. Nagma, Apa, Dr. Saab, Rajat, Maulana, and one more person, which I don't remember who, is in the room along with me.</w:t>
      </w:r>
    </w:p>
    <w:p>
      <w:r>
        <w:rPr>
          <w:b/>
        </w:rPr>
        <w:t xml:space="preserve">[07:45] </w:t>
      </w:r>
      <w:r>
        <w:t>Maulana is holding my hand and doing Dua and telling me not to worry. Suddenly I am not conscious of what is happening around me and I am passing through a dark tunnel with a very bright and soothing light at the end of the tunnel. And, and I am going towards it. When I reach the light, I see a person with his back towards me sitting on a royal chair. And the light coming from the place which he is facing. I ask, "Who</w:t>
      </w:r>
    </w:p>
    <w:p>
      <w:pPr>
        <w:jc w:val="right"/>
      </w:pPr>
      <w:r>
        <w:t>Maulana is holding my hand and doing Dua and telling me not to worry. Suddenly I am not conscious of what is happening around me and I am passing through a dark tunnel with a very bright and soothing light at the end of the tunnel. And, and I am going towards it. When I reach the light, I see a person with his back towards me sitting on a royal chair. And the light coming from the place which he is facing. I ask, "Who</w:t>
      </w:r>
    </w:p>
    <w:p>
      <w:r>
        <w:rPr>
          <w:b/>
        </w:rPr>
        <w:t xml:space="preserve">[08:15] </w:t>
      </w:r>
      <w:r>
        <w:t>is this?" Suddenly the man turns around and I see it is Maulana, who again holds my hand and says, "I have told you not to worry. Come, let's go. Nothing is going to happen. There is a lot to be done." All of a sudden I open my eyes and I find Maulana again holding my hand. I am in my room and Maulana is again holding my hand and I am allright. And I am absolutely</w:t>
      </w:r>
    </w:p>
    <w:p>
      <w:pPr>
        <w:jc w:val="right"/>
      </w:pPr>
      <w:r>
        <w:t>is this?" Suddenly the man turns around and I see it is Maulana, who again holds my hand and says, "I have told you not to worry. Come, let's go. Nothing is going to happen. There is a lot to be done." All of a sudden I open my eyes and I find Maulana again holding my hand. I am in my room and Maulana is again holding my hand and I am allright. And I am absolutely</w:t>
      </w:r>
    </w:p>
    <w:p>
      <w:r>
        <w:rPr>
          <w:b/>
        </w:rPr>
        <w:t xml:space="preserve">[08:45] </w:t>
      </w:r>
      <w:r>
        <w:t>allright, nothing has happened to me. I get up and do my work as usual. So this is the dream which I had on 27th and now Maulana is going to narrate what it means.</w:t>
      </w:r>
    </w:p>
    <w:p>
      <w:pPr>
        <w:jc w:val="right"/>
      </w:pPr>
      <w:r>
        <w:t>allright, nothing has happened to me. I get up and do my work as usual. So this is the dream which I had on 27th and now Maulana is going to narrate what it means.</w:t>
      </w:r>
    </w:p>
    <w:p>
      <w:r>
        <w:rPr>
          <w:b/>
        </w:rPr>
        <w:t xml:space="preserve">[08:56] </w:t>
      </w:r>
      <w:r>
        <w:t>yeh dream jo aap ne sune, do sahibaan ke, jo hamari team ke member hain, mujhe aisa lagta hai ke yeh sab dream ek doosre se jure hue hain. Aur bohat zyada lesson hai is mein hamare liye. Dekhiye, woh</w:t>
      </w:r>
    </w:p>
    <w:p>
      <w:pPr>
        <w:jc w:val="right"/>
      </w:pPr>
      <w:r>
        <w:t>یہ ڈریم جو آپ نے سنے، دو صاحبان کے، جو ہماری ٹیم کے ممبر ہیں، مجھے ایسا لگتا ہے کہ یہ سب ڈریم ایک دوسرے سے جڑے ہوئے ہیں۔ اور بہت زیادہ لیسن ہے اس میں ہمارے لیے۔ دیکھیے، وہ</w:t>
      </w:r>
    </w:p>
    <w:p>
      <w:r>
        <w:rPr>
          <w:b/>
        </w:rPr>
        <w:t xml:space="preserve">[09:26] </w:t>
      </w:r>
      <w:r>
        <w:t>dream jis mein ke Rachna ki bachi apni bachi ke liye Rachna dream mein dekhti hain ke woh gir padi hai aur khoon se tarabtar hai, yeh dream dekhti hain, aur us ke teen din ke baad theek wahi ho jata hai, waisi hi ka waisi hi.</w:t>
      </w:r>
    </w:p>
    <w:p>
      <w:pPr>
        <w:jc w:val="right"/>
      </w:pPr>
      <w:r>
        <w:t>ڈریم جس میں کہ رشنا کی بچی اپنی بچی کے لیے رشنا ڈریم میں دیکھتی ہیں کہ وہ گر پڑی ہے اور خون سے تربتر ہے، یہ ڈریم دیکھتی ہیں، اور اس کے تین دن کے بعد ٹھیک وہی ہو جاتا ہے، ویسے ہی کا ویسے ہی۔</w:t>
      </w:r>
    </w:p>
    <w:p>
      <w:r>
        <w:rPr>
          <w:b/>
        </w:rPr>
        <w:t xml:space="preserve">[09:57] </w:t>
      </w:r>
      <w:r>
        <w:t>Dekhiye, yeh dream jo hai is baat ka clear proof hai ke hamare upar ek aur force hai, ek aur hasti hai, yani Khuda, jo aage tak ko dekhta hai. Aap sochiye ke teen din pehle, teen din ke baad jo baat</w:t>
      </w:r>
    </w:p>
    <w:p>
      <w:pPr>
        <w:jc w:val="right"/>
      </w:pPr>
      <w:r>
        <w:t>دیکھیے، یہ ڈریم جو ہے اس بات کا کلیئر پروف ہے کہ ہمارے اوپر ایک اور فورس ہے، ایک اور ہستی ہے، یعنی خدا، جو آگے تک کو دیکھتا ہے۔ آپ سوچیے کہ تین دن پہلے، تین دن کے بعد جو بات</w:t>
      </w:r>
    </w:p>
    <w:p>
      <w:r>
        <w:rPr>
          <w:b/>
        </w:rPr>
        <w:t xml:space="preserve">[10:28] </w:t>
      </w:r>
      <w:r>
        <w:t>waqea banne wali hai, us ko teen din pehle theek isi tarah dream mein dekhna, to kis ne dikhaya? Yeh dikhaya Khuda ne. Khuda ne yeh dream dikha kar bataya ke yahan tumhare siwa bhi ek superpower hai, tumhare upar bhi ek bari taqat hai jo mazi, jo past, jo present, jo future sab ko janti</w:t>
      </w:r>
    </w:p>
    <w:p>
      <w:pPr>
        <w:jc w:val="right"/>
      </w:pPr>
      <w:r>
        <w:t>واقعہ بننے والی ہے، اس کو تین دن پہلے ٹھیک اسی طرح ڈریم میں دیکھنا، تو کس نے دکھایا؟ یہ دکھایا خدا نے۔ خدا نے یہ ڈریم دکھا کر بتایا کہ یہاں تمہارے سوا بھی ایک سپر پاور ہے، تمہارے اوپر بھی ایک بڑی طاقت ہے جو ماضی، جو پاسٹ، جو پریزنٹ، جو فیوچر سب کو جانتی</w:t>
      </w:r>
    </w:p>
    <w:p>
      <w:r>
        <w:rPr>
          <w:b/>
        </w:rPr>
        <w:t xml:space="preserve">[10:58] </w:t>
      </w:r>
      <w:r>
        <w:t>hai. Haalat sab ke sab, sari universe us ke control mein hai. To ek superior hasti ka hamare upar hona, jis ko hum Khuda kehte hain, us ka ek clear proof hai. Kyun ke koi bhi insan future ki baat ko is tarah</w:t>
      </w:r>
    </w:p>
    <w:p>
      <w:pPr>
        <w:jc w:val="right"/>
      </w:pPr>
      <w:r>
        <w:t>ہے۔ حالات سب کے سب، ساری یونیورس اس کے کنٹرول میں ہے۔ تو ایک سپیریئر ہستی کا ہمارے اوپر ہونا، جس کو ہم خدا کہتے ہیں، اس کا ایک کلیئر پروف ہے۔ کیونکہ کوئی بھی انسان فیوچر کی بات کو اس طرح</w:t>
      </w:r>
    </w:p>
    <w:p>
      <w:r>
        <w:rPr>
          <w:b/>
        </w:rPr>
        <w:t xml:space="preserve">[11:28] </w:t>
      </w:r>
      <w:r>
        <w:t>pehlay se dekh nahi sakta, impossible hai. To ek baat yeh hai. Doosri baat yeh hai ke main samajhta hoon ke Mr. Rajat ke bhai ne jin logon ko dekha paradise ki taraf jate hue, to meri dua hai ke woh hamari CPS ki team ke afraad hon. Mujhe aisa gumaan hai, aisa main hope rakhta hoon Khuda se,</w:t>
      </w:r>
    </w:p>
    <w:p>
      <w:pPr>
        <w:jc w:val="right"/>
      </w:pPr>
      <w:r>
        <w:t>پہلے سے دیکھ نہیں سکتا، امپاسیبل ہے۔ تو ایک بات یہ ہے۔ دوسری بات یہ ہے کہ میں سمجھتا ہوں کہ مسٹر رجت کے بھائی نے جن لوگوں کو دیکھا پیراڈائز کی طرف جاتے ہوئے، تو میری دعا ہے کہ وہ ہماری سی پی ایس کی ٹیم کے افراد ہوں۔ مجھے ایسا گمان ہے، ایسا میں ہوپ رکھتا ہوں خدا سے،</w:t>
      </w:r>
    </w:p>
    <w:p>
      <w:r>
        <w:rPr>
          <w:b/>
        </w:rPr>
        <w:t xml:space="preserve">[11:59] </w:t>
      </w:r>
      <w:r>
        <w:t>ke CPS ki team ko woh paradise mein dakhil karega. Lekin isi mein ek aur jo pehlu hai woh yeh hai ke ek shakhs is mein gate par pahunch kar lota diya jata hai. Yeh kisi ek baat, ek insan ki baat nahi balke sabhi ki baat hai. Kyun ke dekhiye, hadith mein aata hai</w:t>
      </w:r>
    </w:p>
    <w:p>
      <w:pPr>
        <w:jc w:val="right"/>
      </w:pPr>
      <w:r>
        <w:t>کہ سی پی ایس کی ٹیم کو وہ پیراڈائز میں داخل کرے گا۔ لیکن اسی میں ایک اور جو پہلو ہے وہ یہ ہے کہ ایک شخص اس میں گیٹ پر پہنچ کر لوٹا دیا جاتا ہے۔ یہ کسی ایک بات، ایک انسان کی بات نہیں بلکہ سبھی کی بات ہے۔ کیونکہ دیکھیے، حدیث میں آتا ہے</w:t>
      </w:r>
    </w:p>
    <w:p>
      <w:r>
        <w:rPr>
          <w:b/>
        </w:rPr>
        <w:t xml:space="preserve">[12:30] </w:t>
      </w:r>
      <w:r>
        <w:t>ke day of the judgment jo hoga, to angel kuch logon ko pakad kar hell ki taraf le aa rahe honge. To prophet kahenge ke yeh to mere companions hain. Yani prophet ke jo companions the, ek lakh pachis hazar, is mein se woh honge. To angel kahenge ke aap</w:t>
      </w:r>
    </w:p>
    <w:p>
      <w:pPr>
        <w:jc w:val="right"/>
      </w:pPr>
      <w:r>
        <w:t>کہ ڈے آف دی ججمنٹ جو ہوگا، تو اینجل کچھ لوگوں کو پکڑ کر ہل کی طرف لے آ رہے ہوں گے۔ تو پرافٹ کہیں گے کہ یہ تو میرے کمپینین ہیں۔ یعنی پرافٹ کے جو کمپینین تھے، ایک لاکھ پچیس ہزار، اس میں سے وہ ہوں گے۔ تو اینجل کہیں گے کہ آپ</w:t>
      </w:r>
    </w:p>
    <w:p>
      <w:r>
        <w:rPr>
          <w:b/>
        </w:rPr>
        <w:t xml:space="preserve">[13:00] </w:t>
      </w:r>
      <w:r>
        <w:t>ke baad, yani aap ki death ke baad, yeh hat gaye raste se, unhon ne badal dala jo pledge liya tha, us pledge se hat gaye yeh. To prophet kahenge ke fasuhaqqan sohaqqan woh door hon, woh door hon. To prophet ka ke jo companions the, un ke liye bhi yeh</w:t>
      </w:r>
    </w:p>
    <w:p>
      <w:pPr>
        <w:jc w:val="right"/>
      </w:pPr>
      <w:r>
        <w:t>کے بعد، یعنی آپ کی ڈیتھ کے بعد، یہ ہٹ گئے راستے سے، انہوں نے بدل ڈالا جو پلیج لیا تھا، اس پلیج سے ہٹ گئے یہ۔ تو پرافٹ کہیں گے کہ فسوحقاً سوحقاً وہ دور ہوں، وہ دور ہوں۔ تو پرافٹ کا کے جو کمپینین تھے، ان کے لیے بھی یہ</w:t>
      </w:r>
    </w:p>
    <w:p>
      <w:r>
        <w:rPr>
          <w:b/>
        </w:rPr>
        <w:t xml:space="preserve">[13:33] </w:t>
      </w:r>
      <w:r>
        <w:t>yeh risk hai ke agar woh raste se haten to companion hote bhi, hue bhi, woh hell mein daal diye jayenge. To yeh ek warning hai hum sab ke liye. Yani ek taraf to good tidings hai ke inshallah Khuda hamare liye paradise ka faisla farmaye ga. Aur doosri taraf is mein yeh bhi</w:t>
      </w:r>
    </w:p>
    <w:p>
      <w:pPr>
        <w:jc w:val="right"/>
      </w:pPr>
      <w:r>
        <w:t>یہ رسک ہے کہ اگر وہ راستے سے ہٹیں تو کمپینین ہوتے بھی، ہوئے بھی، وہ ہیل میں ڈال دیے جائیں گے۔ تو یہ ایک وارننگ ہے ہم سب کے لیے۔ یعنی ایک طرف تو گڈ ٹائڈنگ ہے کہ انشاءاللہ خدا ہمارے لیے پیراڈائز کا فیصلہ فرمائے گا۔ اور دوسری طرف اس میں یہ بھی</w:t>
      </w:r>
    </w:p>
    <w:p>
      <w:r>
        <w:rPr>
          <w:b/>
        </w:rPr>
        <w:t xml:space="preserve">[14:05] </w:t>
      </w:r>
      <w:r>
        <w:t>ek warning hai ke paradise kisi ka right nahi hai. Jaise aap ek ghar khareeden, registry karwa len apne naam se, sare papers ko poora kar len, to aap ka us par right ho jata hai. Lekin paradise ke upar kisi ka right nahi hai. Prophet ne khud apne bare mein kaha,</w:t>
      </w:r>
    </w:p>
    <w:p>
      <w:pPr>
        <w:jc w:val="right"/>
      </w:pPr>
      <w:r>
        <w:t>ایک وارننگ ہے کہ پیراڈائز کسی کا رائٹ نہیں ہے۔ جیسے آپ ایک گھر خریدیں، رجسٹری کروا لیں اپنے نام سے، سارے پیپرز کو پورا کر لیں، تو آپ کا اس پر رائٹ ہو جاتا ہے۔ لیکن پیراڈائز کے اوپر کسی کا رائٹ نہیں ہے۔ پرافٹ نے خود اپنے بارے میں کہا،</w:t>
      </w:r>
    </w:p>
    <w:p>
      <w:r>
        <w:rPr>
          <w:b/>
        </w:rPr>
        <w:t xml:space="preserve">[14:37] </w:t>
      </w:r>
      <w:r>
        <w:t>Wallah la adri, wallah la adri, wallah la adri, wa ana rasoolullah, ma yuf'al bi wa la bikum. Khuda ki qasam main nahi janta, Khuda ki qasam main nahi janta, Khuda ki qasam main nahi janta. Agarche main Khuda ka prophet hoon.</w:t>
      </w:r>
    </w:p>
    <w:p>
      <w:pPr>
        <w:jc w:val="right"/>
      </w:pPr>
      <w:r>
        <w:t>واللہ لا ادری، واللہ لا ادری، واللہ لا ادری، وانا رسول اللہ، ما یفعل بی ولا بکم۔ خدا کی قسم میں نہیں جانتا، خدا کی قسم میں نہیں جانتا، خدا کی قسم میں نہیں جانتا۔ اگرچہ میں خدا کا پرافٹ ہوں۔</w:t>
      </w:r>
    </w:p>
    <w:p>
      <w:r>
        <w:rPr>
          <w:b/>
        </w:rPr>
        <w:t xml:space="preserve">[15:07] </w:t>
      </w:r>
      <w:r>
        <w:t>Kya kya jayega mere sath aur kya kya jayega tumhare sath? Dekhiye, ek baat ko samajh lijiye ke believer ya momin do soch ke beech mein hota hai. Ek taraf jab woh dekhta hai</w:t>
      </w:r>
    </w:p>
    <w:p>
      <w:pPr>
        <w:jc w:val="right"/>
      </w:pPr>
      <w:r>
        <w:t>کیا کیا جائے گا میرے ساتھ اور کیا کیا جائے گا تمہارے ساتھ؟ دیکھیے، ایک بات کو سمجھ لیجیے کہ بلیور یا مومن دو سوچ کے بیچ میں ہوتا ہے۔ ایک طرف جب وہ دیکھتا ہے</w:t>
      </w:r>
    </w:p>
    <w:p>
      <w:r>
        <w:rPr>
          <w:b/>
        </w:rPr>
        <w:t xml:space="preserve">[15:39] </w:t>
      </w:r>
      <w:r>
        <w:t>ke jo Khuda ki kitab mein likha hai, jo prophet ne bataya hai, to main us ko badle baghair theek theek main ne us ko mana aur us ko follow kiya. Main ne koi dishonesty nahi ki, aisa main ne nahi kiya ke ek baat ko main sach maan jaun aur phir main us ko na karoon.</w:t>
      </w:r>
    </w:p>
    <w:p>
      <w:pPr>
        <w:jc w:val="right"/>
      </w:pPr>
      <w:r>
        <w:t>کہ جو خدا کی کتاب میں لکھا ہے، جو پرافٹ نے بتایا ہے، تو میں اس کو بدلے بغیر ٹھیک ٹھیک میں نے اس کو مانا اور اس کو فالو کیا۔ میں نے کوئی ڈس ہونیسٹی نہیں کی، ایسا میں نے نہیں کیا کہ ایک بات کو میں سچ مان جانوں اور پھر میں اس کو نہ کروں۔</w:t>
      </w:r>
    </w:p>
    <w:p>
      <w:r>
        <w:rPr>
          <w:b/>
        </w:rPr>
        <w:t xml:space="preserve">[16:10] </w:t>
      </w:r>
      <w:r>
        <w:t>To ek taraf woh apni honesty ko dekhta hai, to Khuda se woh hopeful ho jata hai. Us ke andar yeh soch banti hai ke jab main ne poori honesty ke sath Khuda ke word ko liya</w:t>
      </w:r>
    </w:p>
    <w:p>
      <w:pPr>
        <w:jc w:val="right"/>
      </w:pPr>
      <w:r>
        <w:t>تو ایک طرف وہ اپنی ہونیسٹی کو دیکھتا ہے، تو خدا سے وہ ہوپ فل ہو جاتا ہے۔ اس کے اندر یہ سوچ بنتی ہے کہ جب میں نے پوری ہونیسٹی کے ساتھ خدا کے ورڈ کو لیا</w:t>
      </w:r>
    </w:p>
    <w:p>
      <w:r>
        <w:rPr>
          <w:b/>
        </w:rPr>
        <w:t xml:space="preserve">[16:43] </w:t>
      </w:r>
      <w:r>
        <w:t>Khuda ke prophet ki baaton ko mana, to apni is honesty ki bina par us ke andar ek conviction aata hai. Us conviction ki bina par yeh soch us ke andar aati hai ke Khuda inshallah mujhe paradise mein dakhil karega. Lekin chunke paradise kisi ka right nahi hai, dekhiye,</w:t>
      </w:r>
    </w:p>
    <w:p>
      <w:pPr>
        <w:jc w:val="right"/>
      </w:pPr>
      <w:r>
        <w:t>، خدا کے پرافٹ کی باتوں کو مانا، تو اپنی اس ہونیسٹی کی بنا پر اس کے اندر ایک کنوکشن آتا ہے۔ اس کنوکشن کی بنا پر یہ سوچ اس کے اندر آتی ہے کہ خدا انشاءاللہ مجھے پیراڈائز میں داخل کرے گا۔ لیکن چونکہ پیراڈائز کسی کا رائٹ نہیں ہے، دیکھیے،</w:t>
      </w:r>
    </w:p>
    <w:p>
      <w:r>
        <w:rPr>
          <w:b/>
        </w:rPr>
        <w:t xml:space="preserve">[17:13] </w:t>
      </w:r>
      <w:r>
        <w:t>paradise itni zyada bari cheez hai, itni zyada bari cheez hai ke kisi ka amal, kisi ki sacrifice, us ki price nahi ban sakte. Jis tarah se ghar hamari jeb mein us ki price hoti hai to hum ghar khareed lete hain, to paradise</w:t>
      </w:r>
    </w:p>
    <w:p>
      <w:pPr>
        <w:jc w:val="right"/>
      </w:pPr>
      <w:r>
        <w:t>پیراڈائز اتنی زیادہ بڑی چیز ہے، اتنی زیادہ بڑی چیز ہے کہ کسی کا عمل، کسی کی سیکریفائس، اس کی پرائس نہیں بن سکتے۔ جس طرح سے گھر ہماری جیب میں اس کی پرائس ہوتی ہے تو ہم گھر خرید لیتے ہیں، تو پیراڈائز</w:t>
      </w:r>
    </w:p>
    <w:p>
      <w:r>
        <w:rPr>
          <w:b/>
        </w:rPr>
        <w:t xml:space="preserve">[17:43] </w:t>
      </w:r>
      <w:r>
        <w:t>itni bari cheez hai ke koi is ki price de nahi sakta hai. hum ne kuch bhi sacrifice ki ho, woh paradise ki price nahi ban sakti. is liye aik taraf momin ko yeh conviction hota hai, jaisa ke maine arz kiya, doosri taraf is ko yeh bhi ehsas rehta hai ke mere paas to price hai nahi paradise ki dene ke liye.</w:t>
      </w:r>
    </w:p>
    <w:p>
      <w:pPr>
        <w:jc w:val="right"/>
      </w:pPr>
      <w:r>
        <w:t>اتنی بڑی چیز ہے کہ کوئی اس کی پرائس دے نہیں سکتا ہے۔ ہم نے کچھ بھی سیکریفائس کی ہو، وہ پیراڈائز کی پرائس نہیں بن سکتی۔ اس لیے ایک طرف مومن کو یہ کنوکشن ہوتا ہے، جیسا کہ میں نے عرض کیا، دوسری طرف اس کو یہ بھی احساس رہتا ہے کہ میرے پاس تو پرائس ہے نہیں پیراڈائز کی دینے کے لیے۔</w:t>
      </w:r>
    </w:p>
    <w:p>
      <w:r>
        <w:rPr>
          <w:b/>
        </w:rPr>
        <w:t xml:space="preserve">[18:14] </w:t>
      </w:r>
      <w:r>
        <w:t>yeh to poori tarah khuda ki blessing hai. woh cheez jis ki price main na de sakta hoon, woh mujhe mile to khuda ki blessing hogi. aisa nahi ke maine is ko khareeda ho, khareed kar paya ho. to yeh doosra aspect jo hai, is ko hamesha conviction doubt mein rakhta hai. to conviction aur doubt do ke beech mein jeeta hai</w:t>
      </w:r>
    </w:p>
    <w:p>
      <w:pPr>
        <w:jc w:val="right"/>
      </w:pPr>
      <w:r>
        <w:t>یہ تو پوری طرح خدا کی بلیسنگ ہے۔ وہ چیز جس کی پرائس میں نہ دے سکتا ہوں، وہ مجھے ملے تو خدا کی بلیسنگ ہوگی۔ ایسا نہیں کہ میں نے اس کو خریدا ہو، خرید کر پایا ہو۔ تو یہ دوسرا اسپیکٹ جو ہے، اس کو ہمیشہ کنوکشن ڈاؤٹ میں رکھتا ہے۔ تو کنوکشن اور ڈاؤٹ دو کے بیچ میں جیتا ہے</w:t>
      </w:r>
    </w:p>
    <w:p>
      <w:r>
        <w:rPr>
          <w:b/>
        </w:rPr>
        <w:t xml:space="preserve">[18:45] </w:t>
      </w:r>
      <w:r>
        <w:t>believer, momin. hope aur fear, al-iman bayn al-raja' wa al-khawf. iman, fear aur hope ke beech mein hota hai. yani aik taraf is ko jab yeh ehsas hota hai ke maine jis cheez ko khuda ki baat samjhi, is ko maine honesty</w:t>
      </w:r>
    </w:p>
    <w:p>
      <w:pPr>
        <w:jc w:val="right"/>
      </w:pPr>
      <w:r>
        <w:t>بلیور، مومن۔ ہوپ اور فیئر، الایمان بین الرجاء والخوف۔ ایمان، فیئر اور ہوپ کے بیچ میں ہوتا ہے۔ یعنی ایک طرف اس کو جب یہ احساس ہوتا ہے کہ میں نے جس چیز کو خدا کی بات سمجھی، اس کو میں نے ہونیسٹی</w:t>
      </w:r>
    </w:p>
    <w:p>
      <w:r>
        <w:rPr>
          <w:b/>
        </w:rPr>
        <w:t xml:space="preserve">[19:15] </w:t>
      </w:r>
      <w:r>
        <w:t>pakad liya, honesty ke sath pakad liya, khuda ke sath maine dishonesty nahi ki. khuda ke bare mein hypocrisy nahi ki maine, khuda ke bare mein double standard nahi bana. to yeh cheez is ke andar hope lati hai.</w:t>
      </w:r>
    </w:p>
    <w:p>
      <w:pPr>
        <w:jc w:val="right"/>
      </w:pPr>
      <w:r>
        <w:t>پکڑ لیا، ہونیسٹی کے ساتھ پکڑ لیا، خدا کے ساتھ میں نے ڈس ہونیسٹی نہیں کی۔ خدا کے بارے میں ہپوکریسی نہیں کی میں نے، خدا کے بارے میں ڈبل اسٹینڈرڈ نہیں بنا۔ تو یہ چیز اس کے اندر ہوپ لاتی ہے۔</w:t>
      </w:r>
    </w:p>
    <w:p>
      <w:r>
        <w:rPr>
          <w:b/>
        </w:rPr>
        <w:t xml:space="preserve">[19:45] </w:t>
      </w:r>
      <w:r>
        <w:t>lekin jab doosra aspect aata hai samne ke paradise to itni bari cheez hai ke saare insano ka ke sacrifice bhi is ki price nahi ban sakti, to phir bhi yeh khuda ke upar hai ke woh kis ko paradise de, kis ko na de. yeh doosra aspect is ko fear mein rakhta hai. is liye main kehta hoon ke aap log</w:t>
      </w:r>
    </w:p>
    <w:p>
      <w:pPr>
        <w:jc w:val="right"/>
      </w:pPr>
      <w:r>
        <w:t>لیکن جب دوسرا اسپیکٹ آتا ہے سامنے کہ پیراڈائز تو اتنی بڑی چیز ہے کہ سارے انسانوں کا کہ سیکریفائس بھی اس کی پرائس نہیں بن سکتی، تو پھر بھی یہ خدا کے اوپر ہے کہ وہ کس کو پیراڈائز دے، کس کو نہ دے۔ یہ دوسرا اسپیکٹ اس کو فیئر میں رکھتا ہے۔ اس لیے میں کہتا ہوں کہ آپ لوگ</w:t>
      </w:r>
    </w:p>
    <w:p>
      <w:r>
        <w:rPr>
          <w:b/>
        </w:rPr>
        <w:t xml:space="preserve">[20:16] </w:t>
      </w:r>
      <w:r>
        <w:t>jo goya ke paradise ke candidate hain, is pehlu se khoob khoob sochain. aur jo dream aaya Mr. Naveed ko, is mein mujhe do baatein dikhai padti hain. aik to yeh ke is team ke sath jo judega,</w:t>
      </w:r>
    </w:p>
    <w:p>
      <w:pPr>
        <w:jc w:val="right"/>
      </w:pPr>
      <w:r>
        <w:t>جو گویا کہ پیراڈائز کے کینڈیڈیٹ ہیں، اس پہلو سے خوب خوب سوچیں۔ اور جو ڈریم آیا مسٹر نوید کو، اس میں مجھے دو باتیں دکھائی پڑتی ہیں۔ ایک تو یہ کہ اس ٹیم کے ساتھ جو جڑے گا،</w:t>
      </w:r>
    </w:p>
    <w:p>
      <w:r>
        <w:rPr>
          <w:b/>
        </w:rPr>
        <w:t xml:space="preserve">[20:47] </w:t>
      </w:r>
      <w:r>
        <w:t>is mission mein jo jo sath dega, is mission ka to zaroor khuda is ka sath dega. jaisa ke Quran mein hai, wa-lansurullah man nasara. jo khuda ki help karega to khuda zaroor is ki help karega. to CPS ki jo team hai, yeh khuda ki help ke liye bani hai, yani</w:t>
      </w:r>
    </w:p>
    <w:p>
      <w:pPr>
        <w:jc w:val="right"/>
      </w:pPr>
      <w:r>
        <w:t>اس مشن میں جو جو ساتھ دے گا، اس مشن کا تو ضرور خدا اس کا ساتھ دے گا۔ جیسا کہ قرآن میں ہے، ولینصر اللہ منصر۔ جو خدا کی ہیلپ کرے گا تو خدا ضرور اس کی ہیلپ کرے گا۔ تو سی پی ایس کی جو ٹیم ہے، یہ خدا کی ہیلپ کے لیے بنی ہے، یعنی</w:t>
      </w:r>
    </w:p>
    <w:p>
      <w:r>
        <w:rPr>
          <w:b/>
        </w:rPr>
        <w:t xml:space="preserve">[21:17] </w:t>
      </w:r>
      <w:r>
        <w:t>da'wah work ke liye. Quran mein da'wah work ko khuda ki help bataya gaya hai. to chunke hum aur aap khuda ki help ke liye jude hain is mission mein, to Quran ke is assurance ke mutabiq hum yeh samajhne</w:t>
      </w:r>
    </w:p>
    <w:p>
      <w:pPr>
        <w:jc w:val="right"/>
      </w:pPr>
      <w:r>
        <w:t>دعویٰ ورک کے لیے۔ قرآن میں دعویٰ ورک کو خدا کی ہیلپ بتایا گیا ہے۔ تو چونکہ ہم اور آپ خدا کی ہیلپ کے لیے جڑے ہیں اس مشن میں، تو قرآن کے اس اسورنس کے مطابق ہم یہ سمجھنے</w:t>
      </w:r>
    </w:p>
    <w:p>
      <w:r>
        <w:rPr>
          <w:b/>
        </w:rPr>
        <w:t xml:space="preserve">[21:47] </w:t>
      </w:r>
      <w:r>
        <w:t>samajh sakte hain ke khuda zaroor hamari madad karega. doosri taraf jo unhon ne dekha ke main kursi par baitha hoon, doosri taraf to mujh</w:t>
      </w:r>
    </w:p>
    <w:p>
      <w:pPr>
        <w:jc w:val="right"/>
      </w:pPr>
      <w:r>
        <w:t>سمجھ سکتے ہیں کہ خدا ضرور ہماری مدد کرے گا۔ دوسری طرف جو انہوں نے دیکھا کہ میں کرسی پر بیٹھا ہوں، دوسری طرف تو مجھ</w:t>
      </w:r>
    </w:p>
    <w:p>
      <w:r>
        <w:rPr>
          <w:b/>
        </w:rPr>
        <w:t xml:space="preserve">[22:17] </w:t>
      </w:r>
      <w:r>
        <w:t>e aisa mehsoos hota hai ke shayad main aap ke aage jaane wala banun. shayad hum sab aik sath na jayen. main aap ke aage jaane wala banun.</w:t>
      </w:r>
    </w:p>
    <w:p>
      <w:pPr>
        <w:jc w:val="right"/>
      </w:pPr>
      <w:r>
        <w:t>ے ایسا محسوس ہوتا ہے کہ شاید میں آپ کے آگے جانے والا بنوں۔ شاید ہم سب ایک ساتھ نہ جائیں۔ میں آپ کے آگے جانے والا بنوں۔</w:t>
      </w:r>
    </w:p>
    <w:p>
      <w:r>
        <w:rPr>
          <w:b/>
        </w:rPr>
        <w:t xml:space="preserve">[22:49] </w:t>
      </w:r>
      <w:r>
        <w:t>lekin is dream mein is baat ki bhi good tiding hai ke main aur aap aik doosre se jud chuke hain. main aur aap ab aik doosre se alag nahi rahe.</w:t>
      </w:r>
    </w:p>
    <w:p>
      <w:pPr>
        <w:jc w:val="right"/>
      </w:pPr>
      <w:r>
        <w:t>لیکن اس ڈریم میں اس بات کی بھی گڈ ٹائڈنگ ہے کہ میں اور آپ ایک دوسرے سے جڑ چکے ہیں۔ میں اور آپ اب ایک دوسرے سے الگ نہیں رہے۔</w:t>
      </w:r>
    </w:p>
    <w:p>
      <w:r>
        <w:rPr>
          <w:b/>
        </w:rPr>
        <w:t xml:space="preserve">[23:22] </w:t>
      </w:r>
      <w:r>
        <w:t>Allah taala hum sab ke liye aik anjam ko muqaddar kar chuka hai, inshallah, aur mujhe umeed hai ke woh anjam paradise hoga. koi aage jaye, koi peechhe jayega, is se koi farq nahi padta. to aap log har ek apne dil mein</w:t>
      </w:r>
    </w:p>
    <w:p>
      <w:pPr>
        <w:jc w:val="right"/>
      </w:pPr>
      <w:r>
        <w:t>اللہ تعالیٰ ہم سب کے لیے ایک انجام کو مقدر کر چکا ہے، انشاءاللہ، اور مجھے امید ہے کہ وہ انجام پیراڈائز ہوگا۔ کوئی آگے جائے، کوئی پیچھے جائے گا، اس سے کوئی فرق نہیں پڑتا۔ تو آپ لوگ ہر ایک اپنے دل میں</w:t>
      </w:r>
    </w:p>
    <w:p>
      <w:r>
        <w:rPr>
          <w:b/>
        </w:rPr>
        <w:t xml:space="preserve">[23:53] </w:t>
      </w:r>
      <w:r>
        <w:t>khuda se yeh pledge le, kisi insan se nahi, kisi team se nahi, balkeh khuda se pledge le ke khudaya, jis sachai ko tu ne mere upar khola hai, ab main kabhi is sachai se hatne wala nahi.</w:t>
      </w:r>
    </w:p>
    <w:p>
      <w:pPr>
        <w:jc w:val="right"/>
      </w:pPr>
      <w:r>
        <w:t>خدا سے یہ پلیج لے، کسی انسان سے نہیں، کسی ٹیم سے نہیں، بلکہ خدا سے پلیج لے کہ خدایا، جس سچائی کو تو نے میرے اوپر کھولا ہے، اب میں کبھی اس سچائی سے ہٹنے والا نہیں۔</w:t>
      </w:r>
    </w:p>
    <w:p>
      <w:r>
        <w:rPr>
          <w:b/>
        </w:rPr>
        <w:t xml:space="preserve">[24:26] </w:t>
      </w:r>
      <w:r>
        <w:t>khuda se aap apni tanhaiyon mein apne dil ki zuban se yeh kahein ke khudaya, jo sachai tu ne kholi hai mere upar, main ab is se kabhi hatne wala nahi hoon. aur phir aap kabhi is se na hatein. yeh aap ko pledge lena hai.</w:t>
      </w:r>
    </w:p>
    <w:p>
      <w:pPr>
        <w:jc w:val="right"/>
      </w:pPr>
      <w:r>
        <w:t>خدا سے آپ اپنی تنہائیوں میں اپنے دل کی زبان سے یہ کہیں کہ خدایا، جو سچائی تو نے کھولی ہے میرے اوپر، میں اب اس سے کبھی ہٹنے والا نہیں ہوں۔ اور پھر آپ کبھی اس سے نہ ہٹیں۔ یہ آپ کو پلیج لینا ہے۔</w:t>
      </w:r>
    </w:p>
    <w:p>
      <w:r>
        <w:rPr>
          <w:b/>
        </w:rPr>
        <w:t xml:space="preserve">[24:59] </w:t>
      </w:r>
      <w:r>
        <w:t>doosri baat main yeh kehna chahta hoon ke Quran mein do ayatain hain prophet ke bare mein. aik ayat yeh hai ke prophet ko address karte hue khuda ne kaha, Quran ko ka reference dete hue ke lit zura umm al-qura wa man hawlahu.</w:t>
      </w:r>
    </w:p>
    <w:p>
      <w:pPr>
        <w:jc w:val="right"/>
      </w:pPr>
      <w:r>
        <w:t>دوسری بات میں یہ کہنا چاہتا ہوں کہ قرآن میں دو آیتیں ہیں پرافٹ کے بارے میں۔ ایک آیت یہ ہے کہ پرافٹ کو ایڈریس کرتے ہوئے خدا نے کہا، قرآن کو کا ریفرنس دیتے ہوئے کہ لت ذرا ام القراء ومن حولہ۔</w:t>
      </w:r>
    </w:p>
    <w:p>
      <w:r>
        <w:rPr>
          <w:b/>
        </w:rPr>
        <w:t xml:space="preserve">[25:29] </w:t>
      </w:r>
      <w:r>
        <w:t>yani yeh kitab jo bheji gayi hai, is liye bheji gayi hai ke tum is ko Makkah walon ko aur Makkah ke adjacent jo areas hain, jo is se mile hue ilaqe hain, wahan tak pahuncha do. doosri ayat yeh hai ke yeh jo pehli ayat maine padhi hai, Surah Al-Imran mein hai, yani Surah number, chapter number three mein,</w:t>
      </w:r>
    </w:p>
    <w:p>
      <w:pPr>
        <w:jc w:val="right"/>
      </w:pPr>
      <w:r>
        <w:t>یعنی یہ کتاب جو بھیجی گئی ہے، اس لیے بھیجی گئی ہے کہ تم اس کو مکہ والوں کو اور مکہ کے ایڈجسنٹ جو ایریاز ہیں، جو اس سے ملے ہوئے علاقے ہیں، وہاں تک پہنچا دو۔ دوسری آیت یہ ہے کہ یہ جو پہلی آیت میں نے پڑھی ہے، سورہ آل عمران میں ہے، یعنی سورہ نمبر، چیپٹر نمبر تھری میں،</w:t>
      </w:r>
    </w:p>
    <w:p>
      <w:r>
        <w:rPr>
          <w:b/>
        </w:rPr>
        <w:t xml:space="preserve">[26:00] </w:t>
      </w:r>
      <w:r>
        <w:t>chapter number three, verse number 92. aur doosri ayat jo main keh raha hoon woh hai Al-Furqan, chapter number 25, verse number one. is mein farmaya ke li yakuna lil 'alamin nadhira. yani yeh Quran jo bheja gaya prophet ke paas, is liye ke</w:t>
      </w:r>
    </w:p>
    <w:p>
      <w:pPr>
        <w:jc w:val="right"/>
      </w:pPr>
      <w:r>
        <w:t>چیپٹر نمبر تھری، ورس نمبر 92۔ اور دوسری آیت جو میں کہہ رہا ہوں وہ ہے الفرقان، چیپٹر نمبر 25، ورس نمبر ون۔ اس میں فرمایا کہ لیکون للعالمین نظیرا۔ یعنی یہ قرآن جو بھیجا گیا پرافٹ کے پاس، اس لیے کہ</w:t>
      </w:r>
    </w:p>
    <w:p>
      <w:r>
        <w:rPr>
          <w:b/>
        </w:rPr>
        <w:t xml:space="preserve">[26:31] </w:t>
      </w:r>
      <w:r>
        <w:t>li yakuna lil 'alamin nadhira, ke woh saare hi duniya walon ke liye nadhir bane. nadhir ka matlab hota hai warn karne wala, batane wala, aagah karne wala. maine in dono ayaton par bohat socha to meri samajh mein aaya ke yeh jo doosri ayat hai ke saare alam ke liye woh a</w:t>
      </w:r>
    </w:p>
    <w:p>
      <w:pPr>
        <w:jc w:val="right"/>
      </w:pPr>
      <w:r>
        <w:t>لیکون للعالمین نظیرا، کہ وہ سارے ہی دنیا والوں کے لیے نظیر بنے۔ نظیر کا مطلب ہوتا ہے وارن کرنے والا، بتانے والا، آگاہ کرنے والا۔ میں نے ان دونوں آیتوں پر بہت سوچا تو میری سمجھ میں آیا کہ یہ جو دوسری آیت ہے کہ سارے عالم کے لیے وہ آ</w:t>
      </w:r>
    </w:p>
    <w:p>
      <w:r>
        <w:rPr>
          <w:b/>
        </w:rPr>
        <w:t xml:space="preserve">[27:01] </w:t>
      </w:r>
      <w:r>
        <w:t>agah karne wala bane, to yeh seven century mein ho nahi sakta tha. kyun? is poore globe par, poore globe mein basne wale logon tak sachai ka paigham pahunchana, is ke liye modern communication chahiye tha. aur modern communication abhi</w:t>
      </w:r>
    </w:p>
    <w:p>
      <w:pPr>
        <w:jc w:val="right"/>
      </w:pPr>
      <w:r>
        <w:t>گاہ کرنے والا بنے، تو یہ سیون سینچری میں ہو نہیں سکتا تھا۔ کیوں؟ اس پورے گلوب پر، پورے گلوب میں بسنے والے لوگوں تک سچائی کا پیغام پہنچانا، اس کے لیے ماڈرن کمیونیکیشن چاہیے تھا۔ اور ماڈرن کمیونیکیشن ابھی</w:t>
      </w:r>
    </w:p>
    <w:p>
      <w:r>
        <w:rPr>
          <w:b/>
        </w:rPr>
        <w:t xml:space="preserve">[27:32] </w:t>
      </w:r>
      <w:r>
        <w:t>do teen sau saal ke andar hua hai. us waqt to communication ke yeh zariye the nahi. to seven century mein wahi baat ho sakti thi jo pehli ayat mein kahi gayi hai ke tum Makkah walon ko aur is ke mile hue areas jo hain, un ko aagah kar do. lekin jo doosra phase hai, main samajhta hoon ke yeh do phase hain</w:t>
      </w:r>
    </w:p>
    <w:p>
      <w:pPr>
        <w:jc w:val="right"/>
      </w:pPr>
      <w:r>
        <w:t>دو تین سو سال کے اندر ہوا ہے۔ اس وقت تو کمیونیکیشن کے یہ ذرائع تھے نہیں۔ تو سیون سینچری میں وہی بات ہو سکتی تھی جو پہلی آیت میں کہی گئی ہے کہ تم مکہ والوں کو اور اس کے ملے ہوئے ایریاز جو ہیں، ان کو آگاہ کر دو۔ لیکن جو دوسرا فیز ہے، میں سمجھتا ہوں کہ یہ دو فیز ہیں پ</w:t>
      </w:r>
    </w:p>
    <w:p>
      <w:r>
        <w:rPr>
          <w:b/>
        </w:rPr>
        <w:t xml:space="preserve">[28:02] </w:t>
      </w:r>
      <w:r>
        <w:t>prophetic mission ke. pehle phase mein prophet aur aap ke companion ne yeh kiya ke is area mein, jis ko Arab land kehte hain, is ko sachai ka paigham poori tarah pahuncha diya, person to person contact ke zariye ya aur jis tarike se. lekin doosra jo doos</w:t>
      </w:r>
    </w:p>
    <w:p>
      <w:pPr>
        <w:jc w:val="right"/>
      </w:pPr>
      <w:r>
        <w:t>رافٹک مشن کے۔ پہلے فیز میں پرافٹ اور آپ کے کمپینین نے یہ کیا کہ اس ایریا میں، جس کو عرب لینڈ کہتے ہیں، اس کو سچائی کا پیغام پوری طرح پہنچا دیا، پرسن ٹو پرسن کنٹیکٹ کے ذریعے یا اور جس طریقے سے۔ لیکن دوسرا جو دوس</w:t>
      </w:r>
    </w:p>
    <w:p>
      <w:r>
        <w:rPr>
          <w:b/>
        </w:rPr>
        <w:t xml:space="preserve">[28:33] </w:t>
      </w:r>
      <w:r>
        <w:t>ri jo ayat hai, woh second phase ko batati hai jo baad ke zamane mein apni takmeel ko pahunchega. to main samajhta hoon ke pehla kaam to direct taur par isi zamane mein ho gaya, seven century mein. doosre phase ka jo kaam hai, woh process ke roop mein history mein jari hua. yeh bhi chal raha hai, chal raha hai, chal raha hai.</w:t>
      </w:r>
    </w:p>
    <w:p>
      <w:pPr>
        <w:jc w:val="right"/>
      </w:pPr>
      <w:r>
        <w:t>ری جو آیت ہے، وہ سیکنڈ فیز کو بتاتی ہے جو بعد کے زمانے میں اپنی تکمیل کو پہنچے گا۔ تو میں سمجھتا ہوں کہ پہلا کام تو ڈائریکٹ طور پر اسی زمانے میں ہو گیا، سیون سینچری میں۔ دوسرے فیز کا جو کام ہے، وہ پراسیس کے روپ میں ہسٹری میں جاری ہوا۔ یہ بھی چل رہا ہے، چل رہا ہے، چل رہا ہے۔</w:t>
      </w:r>
    </w:p>
    <w:p>
      <w:r>
        <w:rPr>
          <w:b/>
        </w:rPr>
        <w:t xml:space="preserve">[29:03] </w:t>
      </w:r>
      <w:r>
        <w:t>to pehle phase ka kaam, yani Arab ko ya Arab ke aas paas ke logon ko sachai se aagah kar dena, yeh to prophet aur aap ke companion ke zamane hi mein ho gaya. is area mein, jis ko aap Arab land kehte hain. lekin jo saare hi alam, saare globe par basne wale log</w:t>
      </w:r>
    </w:p>
    <w:p>
      <w:pPr>
        <w:jc w:val="right"/>
      </w:pPr>
      <w:r>
        <w:t>تو پہلے فیز کا کام، یعنی عرب کو یا عرب کے اس پاس کے لوگوں کو سچائی سے آگاہ کر دینا، یہ تو پرافٹ اور آپ کے کمپینین کے زمانے ہی میں ہو گیا۔ اس ایریا میں، جس کو آپ عرب لینڈ کہتے ہیں۔ لیکن جو سارے ہی عالم، سارے گلوب پر بسنے والے لوگ</w:t>
      </w:r>
    </w:p>
    <w:p>
      <w:r>
        <w:rPr>
          <w:b/>
        </w:rPr>
        <w:t xml:space="preserve">[29:33] </w:t>
      </w:r>
      <w:r>
        <w:t>on tak jo kaam hona tha, woh process ke roop mein jari hua. is process ka elimination hai yeh period jab ke hamare paas modern communication aa chuka hai. to mera apna, meri apni soch ya meri study kehti hai ke pehla kaam</w:t>
      </w:r>
    </w:p>
    <w:p>
      <w:pPr>
        <w:jc w:val="right"/>
      </w:pPr>
      <w:r>
        <w:t>وں تک جو کام ہونا تھا، وہ پراسیس کے روپ میں جاری ہوا۔ اس پراسیس کا الیمینیشن ہے یہ پیریڈ جب کہ ہمارے پاس ماڈرن کمیونیکیشن آ چکا ہے۔ تو میرا اپنا، میری اپنی سوچ یا میری سٹڈی کہتی ہے کہ پہلا کام</w:t>
      </w:r>
    </w:p>
    <w:p>
      <w:r>
        <w:rPr>
          <w:b/>
        </w:rPr>
        <w:t xml:space="preserve">[30:03] </w:t>
      </w:r>
      <w:r>
        <w:t>jo hai, woh kiya Ashab-e-Rasool ne, companions of the prophet, pehle phase wala kaam kiya Ashab-e-Rasool ne, aur doosre phase wala kaam anjam denge Ikhwan-e-Rasool. kyunke Ikhwan-e-Rasool ke zamane hi mein communication ka age aayega. aap jante hain ke is zamane ko</w:t>
      </w:r>
    </w:p>
    <w:p>
      <w:pPr>
        <w:jc w:val="right"/>
      </w:pPr>
      <w:r>
        <w:t>جو ہے، وہ کیا اصحاب رسول نے، کمپینینز آف دا پرافٹ، پہلے فیز والا کام کیا اصحاب رسول نے، اور دوسرے فیز والا کام انجام دیں گے اخوان رسول۔ کیونکہ اخوان رسول کے زمانے ہی میں کمیونیکیشن کا ایج آئے گا۔ آپ جانتے ہیں کہ اس زمانے کو</w:t>
      </w:r>
    </w:p>
    <w:p>
      <w:r>
        <w:rPr>
          <w:b/>
        </w:rPr>
        <w:t xml:space="preserve">[30:33] </w:t>
      </w:r>
      <w:r>
        <w:t>age of communication kaha jata hai. to age of communication hi mein woh waqea hone wala tha jis ko sare dunya walon tak aagah karna kaha gaya hai. dekhen, yeh koi simple baat nahi hai. aap islami literature parhen, jo baat ko bana abbasi period se le kar ab tak hazar saal mein, to aap dekhen to dawat ka concept hi ghayab ho gaya hai.</w:t>
      </w:r>
    </w:p>
    <w:p>
      <w:pPr>
        <w:jc w:val="right"/>
      </w:pPr>
      <w:r>
        <w:t>ایج آف کمیونیکیشن کہا جاتا ہے۔ تو ایج آف کمیونیکیشن ہی میں وہ واقعہ ہونے والا تھا جس کو سارے دنیا والوں تک آگاہ کرنا کہا گیا ہے۔ دیکھیں، یہ کوئی سمپل بات نہیں ہے۔ آپ اسلامی لٹریچر پڑھیں، جو بات کو بنا عباسی پیریڈ سے لے کر اب تک ہزار سال میں، تو آپ دیکھیں تو دعوت کا کانسیپٹ ہی غائب ہو گیا ہے۔</w:t>
      </w:r>
    </w:p>
    <w:p>
      <w:r>
        <w:rPr>
          <w:b/>
        </w:rPr>
        <w:t xml:space="preserve">[31:07] </w:t>
      </w:r>
      <w:r>
        <w:t>prophet ke zamane mein yeh tha ke musalman daai thay aur doosre logon ko madu samajhte thay. woh yeh word agarche use nahi hua hai quran mein, daai aur madu, lekin hum practical tor par yahi tha. lekin baad ko jo literature bana, hazar baras mein, in sab se daai aur madu ka word hasef ho gaya. yani is ke mutabiq</w:t>
      </w:r>
    </w:p>
    <w:p>
      <w:pPr>
        <w:jc w:val="right"/>
      </w:pPr>
      <w:r>
        <w:t>پرافٹ کے زمانے میں یہ تھا کہ مسلمان داعی تھے اور دوسرے لوگوں کو مدعو سمجھتے تھے۔ وہ یہ ورڈ اگرچہ یوز نہیں ہوا ہے قرآن میں، داعی اور مدعو، لیکن ہم پریکٹیکل طور پر یہی تھا۔ لیکن بعد کو جو لٹریچر بنا، ہزار برس میں، ان سب سے داعی اور مدعو کا ورڈ حذف ہو گیا۔ یعنی اس کے مطابق</w:t>
      </w:r>
    </w:p>
    <w:p>
      <w:r>
        <w:rPr>
          <w:b/>
        </w:rPr>
        <w:t xml:space="preserve">[31:37] </w:t>
      </w:r>
      <w:r>
        <w:t>dunya thi darudawa, land of dawa. lekin aap taajjub karenge ke is poori hazar saal mein koi ek bhi book aisi nahi likhi gayi jis mein bataya gaya ho ke sari dunya musalman ke liye darudawa hai. is ke bajaye bataya gaya ke darulkufr hai, darulharb hai, yeh sab bataya gaya. main aap ko ek baat arz karoon ke abhi haal mein hamare mission ko, yani</w:t>
      </w:r>
    </w:p>
    <w:p>
      <w:pPr>
        <w:jc w:val="right"/>
      </w:pPr>
      <w:r>
        <w:t>دنیا تھی دارالدعویٰ، لینڈ آف دعویٰ۔ لیکن آپ تعجب کریں گے کہ اس پوری ہزار سال میں کوئی ایک بھی بک ایسی نہیں لکھی گئی جس میں بتایا گیا ہو کہ ساری دنیا مسلمان کے لیے دارالدعویٰ ہے۔ اس کے بجائے بتایا گیا کہ دارالکفر ہے، دارالحرب ہے، یہ سب بتایا گیا۔ میں آپ کو ایک بات عرض کروں کہ ابھی حال میں ہمارے مشن کو، یعنی</w:t>
      </w:r>
    </w:p>
    <w:p>
      <w:r>
        <w:rPr>
          <w:b/>
        </w:rPr>
        <w:t xml:space="preserve">[32:09] </w:t>
      </w:r>
      <w:r>
        <w:t>kuch log jo hamare mission ke khilaf hain, unhon ne aise article chhape, balkeh kitaben chhapi batane ke liye ke darudawa concept jo hai, woh hum ne nahi diya hai. yeh bahut sare logon ne likha hai, yeh india mein aur arab countries mein. unhon ne kuch books ke references diye. main ne in logon se correspondence kiya, in sare logon se. woh books ko hasil kar ke parha aur correspondence kiya</w:t>
      </w:r>
    </w:p>
    <w:p>
      <w:pPr>
        <w:jc w:val="right"/>
      </w:pPr>
      <w:r>
        <w:t>کچھ لوگ جو ہمارے مشن کے خلاف ہیں، انہوں نے ایسے آرٹیکل چھاپے، بلکہ کتابیں چھاپیں بتانے کے لیے کہ دارالدعویٰ کانسیپٹ جو ہے، وہ ہم نے نہیں دیا ہے۔ یہ بہت سارے لوگوں نے لکھا ہے، یہ انڈیا میں اور عرب کنٹریز میں۔ انہوں نے کچھ بکس کے ریفرنسز دیے۔ میں نے ان لوگوں سے کرسپانڈنس کیا، ان سارے لوگوں سے۔ وہ بکس کو حاصل کر کے پڑھا اور کرسپانڈنس کیا</w:t>
      </w:r>
    </w:p>
    <w:p>
      <w:r>
        <w:rPr>
          <w:b/>
        </w:rPr>
        <w:t xml:space="preserve">[32:39] </w:t>
      </w:r>
      <w:r>
        <w:t>un se ke bataya ke yeh jo aap keh rahe hain, yeh to aap bilkul galat keh rahe hain, baseless baat keh rahe hain. jin kitabon ke aap ne naam liye hain, us mein kahin bhi darudawa ka word use nahi hua. yeh concept hi nahi hai. aakhir kar unhein manna para ke unhon ne aise hi keh diya tha. yani kisi ek kitab se yeh log sabit nahi kar sake, prove nahi kar sake ke us mein poori dunya</w:t>
      </w:r>
    </w:p>
    <w:p>
      <w:pPr>
        <w:jc w:val="right"/>
      </w:pPr>
      <w:r>
        <w:t>ان سے کہ بتایا کہ یہ جو آپ کہہ رہے ہیں، یہ تو آپ بالکل غلط کہہ رہے ہیں، بیس لیس بات کہہ رہے ہیں۔ جن کتابوں کے آپ نے نام لیے ہیں، اس میں کہیں بھی دارالدعویٰ کا ورڈ یوز نہیں ہوا۔ یہ کانسیپٹ ہی نہیں ہے۔ آخر کار انہیں ماننا پڑا کہ انہوں نے ایسے ہی کہہ دیا تھا۔ یعنی کسی ایک کتاب سے یہ لوگ ثابت نہیں کر سکے، پروف نہیں کر سکے کہ اس میں پوری دنیا</w:t>
      </w:r>
    </w:p>
    <w:p>
      <w:r>
        <w:rPr>
          <w:b/>
        </w:rPr>
        <w:t xml:space="preserve">[33:09] </w:t>
      </w:r>
      <w:r>
        <w:t>ko darudawa kaha gaya ho. to aap sochiye ke jab darudawa ka word hi hasef ho gaya ho muslim psyche se, dawa work kaise hoga? jab log samajhte hon ke dunya jo hai, woh darulkufr hai, dunya jo hai, woh darulharb hai, to dawati kaam kaise karenge is ke upar? to Allah ke fazal se hamare is mission jo hai, is mission ne pehli bar history mein, hazar saal ki history mein,</w:t>
      </w:r>
    </w:p>
    <w:p>
      <w:pPr>
        <w:jc w:val="right"/>
      </w:pPr>
      <w:r>
        <w:t>کو دارالدعویٰ کہا گیا ہو۔ تو آپ سوچیے کہ جب دارالدعویٰ کا ورڈ ہی حذف ہو گیا ہو مسلم سائیکی سے، دعویٰ ورک کیسے ہوگا؟ جب لوگ سمجھتے ہوں کہ دنیا جو ہے، وہ دارالکفر ہے، دنیا جو ہے، وہ دارالحرب ہے، تو دعوتی کام کیسے کریں گے اس کے اوپر؟ تو اللہ کے فضل سے ہمارے اس مشن جو ہے، اس مشن نے پہلی بار ہسٹری میں، ہزار سال کی ہسٹری میں،</w:t>
      </w:r>
    </w:p>
    <w:p>
      <w:r>
        <w:rPr>
          <w:b/>
        </w:rPr>
        <w:t xml:space="preserve">[33:40] </w:t>
      </w:r>
      <w:r>
        <w:t>is concept ko zinda kiya ke sari dunya musalman ke liye darudawa hai. musalman daai hain, doosre log madu hain. darudawa yani land of dawa. koi yeh log koi ek bhi reference nahi de sake. kai mahine se main correspondence kar raha tha, abhi woh chal rahi hai correspondence, waqt taqreeban khatam ho gayi hai. koi ek book, koi ek writer woh nahi pesh kar sake jinhon ne yeh bataya ho ke poori dunya musalman ke liye</w:t>
      </w:r>
    </w:p>
    <w:p>
      <w:pPr>
        <w:jc w:val="right"/>
      </w:pPr>
      <w:r>
        <w:t>اس کانسیپٹ کو زندہ کیا کہ ساری دنیا مسلمان کے لیے دارالدعویٰ ہے۔ مسلمان داعی ہیں، دوسرے لوگ مدعو ہیں۔ دارالدعویٰ یعنی لینڈ آف دعویٰ۔ کوئی یہ لوگ کوئی ایک بھی ریفرنس نہیں دے سکے۔ کئی مہینے سے میں کرسپانڈنس کر رہا تھا، ابھی وہ چل رہی ہے کرسپانڈنس، وقت تقریباً ختم ہو گئی ہے۔ کوئی ایک بک، کوئی ایک رائٹر وہ نہیں پیش کر سکے جنہوں نے یہ بتایا ہو کہ پوری دنیا مسلمان کے لیے</w:t>
      </w:r>
    </w:p>
    <w:p>
      <w:r>
        <w:rPr>
          <w:b/>
        </w:rPr>
        <w:t xml:space="preserve">[34:10] </w:t>
      </w:r>
      <w:r>
        <w:t>darudawa hai. yeh Allah ke fazal se hamare mission hi ne pehli bar yeh baat kahi hai ke hum daai hain, doosre log madu hain. poori dunya hamare liye darudawa hai, land of dawa, na darulkufr hai, na darulharb hai. to Allah ne sab se pehle is mission ke zariye is concept ko zinda kiya ke hum daai hain, doosre log madu hain, dunya darudawa</w:t>
      </w:r>
    </w:p>
    <w:p>
      <w:pPr>
        <w:jc w:val="right"/>
      </w:pPr>
      <w:r>
        <w:t>دارالدعویٰ ہے۔ یہ اللہ کے فضل سے ہمارے مشن ہی نے پہلی بار یہ بات کہی ہے کہ ہم داعی ہیں، دوسرے لوگ مدعو ہیں۔ پوری دنیا ہمارے لیے دارالدعویٰ ہے، لینڈ آف دعویٰ، نہ دارالکفر ہے، نہ دارالحرب ہے۔ تو اللہ نے سب سے پہلے اس مشن کے ذریعے اس کانسیپٹ کو زندہ کیا کہ ہم داعی ہیں، دوسرے لوگ مدعو ہیں، دنیا دارالدعویٰ</w:t>
      </w:r>
    </w:p>
    <w:p>
      <w:r>
        <w:rPr>
          <w:b/>
        </w:rPr>
        <w:t xml:space="preserve">[34:40] </w:t>
      </w:r>
      <w:r>
        <w:t>hai. dawa work musalman ki sab se bari zimmedari hai. yahan par main arz karunga ke asal mein hua kya? abbasi period se ek change aaya. dekhiye, har mazhab mein yeh change aata hai. mazhab jab shuru hota hai to woh ek ideology hota hai. baad ko woh ek ek ek qaum ka culture ban jata hai. culture jab culture ban jata hai to doosre insan</w:t>
      </w:r>
    </w:p>
    <w:p>
      <w:pPr>
        <w:jc w:val="right"/>
      </w:pPr>
      <w:r>
        <w:t>ہے۔ دعویٰ ورک مسلمان کی سب سے بڑی ذمہ داری ہے۔ یہاں پر میں عرض کروں گا کہ اصل میں ہوا کیا؟ عباسی پیریڈ سے ایک چینج آیا۔ دیکھیے، ہر مذہب میں یہ چینج آتا ہے۔ مذہب جب شروع ہوتا ہے تو وہ ایک آئیڈیالوجی ہوتا ہے۔ بعد کو وہ ایک ایک ایک قوم کا کلچر بن جاتا ہے۔ کلچر جب کلچر بن جاتا ہے تو دوسرے انسان</w:t>
      </w:r>
    </w:p>
    <w:p>
      <w:r>
        <w:rPr>
          <w:b/>
        </w:rPr>
        <w:t xml:space="preserve">[35:10] </w:t>
      </w:r>
      <w:r>
        <w:t>is ke concern nahi hote, apne log concern hote hain. chunancha baad ke zamane mein yeh hua ke musalmanon ka sole concern khud musalman ban gaye. sole concern. chunancha milli work, community work, yahi sab chalne laga. is poore hazar saal mein jo kitaben likhi gayi hain, woh sari ki sari mere janne ke mutabiq, without any exception</w:t>
      </w:r>
    </w:p>
    <w:p>
      <w:pPr>
        <w:jc w:val="right"/>
      </w:pPr>
      <w:r>
        <w:t>اس کے کنسرن نہیں ہوتے، اپنے لوگ کنسرن ہوتے ہیں۔ چنانچہ بعد کے زمانے میں یہ ہوا کہ مسلمانوں کا سول کنسرن خود مسلمان بن گئے۔ سول کنسرن۔ چنانچہ ملی ورک، کمیونٹی ورک، یہی سب چلنے لگا۔ اس پورے ہزار سال میں جو کتابیں لکھی گئی ہیں، وہ ساری کی ساری میرے جاننے کے مطابق، ودا آؤٹ اینی ایکسیپشن</w:t>
      </w:r>
    </w:p>
    <w:p>
      <w:r>
        <w:rPr>
          <w:b/>
        </w:rPr>
        <w:t xml:space="preserve">[35:40] </w:t>
      </w:r>
      <w:r>
        <w:t>, sab muslim oriented theen. muslim oriented, insan oriented book shayad koi ek bhi nahi likhi gayi. hamare mission ne pehli bar aisa kiya hai ke insan oriented thinking ko zinda kiya. dawa oriented thinking ko zinda kiya. aisi kitaben tayyar keen jis mein insan ko khitab kiya gaya ho, jaisa ke quran mein kiya gaya hai. yani quran ko aap parhen to wahan aap dekhen ke kh</w:t>
      </w:r>
    </w:p>
    <w:p>
      <w:pPr>
        <w:jc w:val="right"/>
      </w:pPr>
      <w:r>
        <w:t>، سب مسلم اورینٹڈ تھیں۔ مسلم اورینٹڈ، انسان اورینٹڈ بک شاید کوئی ایک بھی نہیں لکھی گئی۔ ہمارے مشن نے پہلی بار ایسا کیا ہے کہ انسان اورینٹڈ تھنکنگ کو زندہ کیا۔ دعویٰ اورینٹڈ تھنکنگ کو زندہ کیا۔ ایسی کتابیں تیار کیں جس میں انسان کو خطاب کیا گیا ہو، جیسا کہ قرآن میں کیا گیا ہے۔ یعنی قرآن کو آپ پڑھیں تو وہاں آپ دیکھیں کہ خ</w:t>
      </w:r>
    </w:p>
    <w:p>
      <w:r>
        <w:rPr>
          <w:b/>
        </w:rPr>
        <w:t xml:space="preserve">[36:10] </w:t>
      </w:r>
      <w:r>
        <w:t>uda insan ko address kar raha hai. poora quran mein lagta hai ke insan ko address kiya ja raha hai. lekin baad ke zamane mein, chunke musalman ek bahut bari community ban chuke thay, un ka empire qaim ho gaya tha, un ke interest qaim ho chuke thay, to jab koi qaum itni bari community ban jaye, us ke social, political, economic interest qaim ho jayen, to phir un ki soch jo hai,</w:t>
      </w:r>
    </w:p>
    <w:p>
      <w:pPr>
        <w:jc w:val="right"/>
      </w:pPr>
      <w:r>
        <w:t>دا انسان کو ایڈریس کر رہا ہے۔ پورا قرآن میں لگتا ہے کہ انسان کو ایڈریس کیا جا رہا ہے۔ لیکن بعد کے زمانے میں، چونکہ مسلمان ایک بہت بڑی کمیونٹی بن چکے تھے، ان کا ایمپائر قائم ہو گیا تھا، ان کے انٹرسٹ قائم ہو چکے تھے، تو جب کوئی قوم اتنی بڑی کمیونٹی بن جائے، اس کے سوشل، پولیٹیکل، اکنامک انٹرسٹ قائم ہو جائیں، تو پھر ان کی سوچ جو ہے،</w:t>
      </w:r>
    </w:p>
    <w:p>
      <w:r>
        <w:rPr>
          <w:b/>
        </w:rPr>
        <w:t xml:space="preserve">[36:41] </w:t>
      </w:r>
      <w:r>
        <w:t>woh woh introvert ban jatay hain, extrovert nahi rehte woh. to jab musalmanon ka concern musalman ban gaye, insan rahe nahi, to dawat kaise hogi? aap islam ka study karen to jitni bhi teaching islam ki hain, ek hi aisa hai jo insan oriented hai. baqi sab muslim oriented hain. matlab namaz hai, roza hai, hajj hai, zakat hai, yeh sab sari cheez</w:t>
      </w:r>
    </w:p>
    <w:p>
      <w:pPr>
        <w:jc w:val="right"/>
      </w:pPr>
      <w:r>
        <w:t>وہ وہ انٹروورٹ بن جاتے ہیں، ایکسٹروورٹ نہیں رہتے وہ۔ تو جب مسلمانوں کا کنسرن مسلم بن گئے، انسان رہے نہیں، تو دعوت کیسے ہوگی؟ آپ اسلام کا اسٹڈی کریں تو جتنی بھی ٹیچنگ اسلام کی ہیں، ایک ہی ایسا ہے جو انسان اورینٹڈ ہے۔ باقی سب مسلم اورینٹڈ ہیں۔ مطلب نماز ہے، روزہ ہے، حج ہے، زکوۃ ہے، یہ سب ساری چیز</w:t>
      </w:r>
    </w:p>
    <w:p>
      <w:r>
        <w:rPr>
          <w:b/>
        </w:rPr>
        <w:t xml:space="preserve">[37:11] </w:t>
      </w:r>
      <w:r>
        <w:t>ein muslim oriented hain, musalmanon ke liye hain. dawat illallah ya dawa work jo hai, wohi ek teaching aisi hai jo aam insan ke liye hai. isi liye woh hasef ho gaya. aap dekhen, sari sargarmian musalmanon mein zinda hain. namaz khoob parhi ja rahi hai, roze khoob rakhe ja rahe hain, hajj khoob kiya ja raha hai, dhoom ke sath, zakat bhi nikali ja rahi hai. madaris hain, masjid</w:t>
      </w:r>
    </w:p>
    <w:p>
      <w:pPr>
        <w:jc w:val="right"/>
      </w:pPr>
      <w:r>
        <w:t>یں مسلم اورینٹڈ ہیں، مسلمانوں کے لیے ہیں۔ دعوت الی اللہ یا دعویٰ ورک جو ہے، وہی ایک ٹیچنگ ایسی ہے جو عام انسان کے لیے ہے۔ اسی لیے وہ حذف ہو گیا۔ آپ دیکھیں، ساری سرگرمیاں مسلمانوں میں زندہ ہیں۔ نماز خوب پڑھی جا رہی ہے، روزے خوب رکھے جا رہے ہیں، حج خوب کیا جا رہا ہے، دھوم کے ساتھ، زکوۃ بھی نکالی جا رہی ہے۔ مدرسے ہیں، مسجدیں</w:t>
      </w:r>
    </w:p>
    <w:p>
      <w:r>
        <w:rPr>
          <w:b/>
        </w:rPr>
        <w:t xml:space="preserve">[37:41] </w:t>
      </w:r>
      <w:r>
        <w:t>hain, institutions hain, quran chhap raha hai, hadith chhap rahi hai, islamic books chhap rahi hain. yani sari sargarmian jo community ki sargarmian theen, woh chal rahi hain. ek hi sargami nahi hai, ek hi activity nahi hai, woh hai dawa. kyunke dawa work woh hai jo is ka talluq insan, aam insan se hai, larger humanity se hai. hamar</w:t>
      </w:r>
    </w:p>
    <w:p>
      <w:pPr>
        <w:jc w:val="right"/>
      </w:pPr>
      <w:r>
        <w:t>ہیں، انسٹیٹیوشنز ہیں، قرآن چھپ رہا ہے، حدیث چھپ رہی ہے، اسلامک بکس چھپ رہی ہیں۔ یعنی ساری سرگرمیاں جو کمیونٹی کی سرگرمیاں تھیں، وہ چل رہی ہیں۔ ایک ہی سرگرمی نہیں ہے، ایک ہی ایکٹیویٹی نہیں ہے، وہ ہے دعویٰ۔ کیونکہ دعویٰ ورک وہ ہے جو اس کا تعلق انسان، عام انسان سے ہے، لارجر ہیومینٹی سے ہے۔ ہمار</w:t>
      </w:r>
    </w:p>
    <w:p>
      <w:r>
        <w:rPr>
          <w:b/>
        </w:rPr>
        <w:t xml:space="preserve">[38:11] </w:t>
      </w:r>
      <w:r>
        <w:t>e haan aisi jamaten bani hain jin mein baqayda likha jata hai ikram e muslim, lekin ikram e insan kisi bhi jamat mein nahi. poori soch muslim oriented hai, sari activities muslim oriented hain. chunke ek hi taleem aisi thi jo insan oriented thi, chunke insan musalmanon ko concern nahi raha tha baad ke zamane mein, is liye dawa work jo hai, woh khatam ho gaya.</w:t>
      </w:r>
    </w:p>
    <w:p>
      <w:pPr>
        <w:jc w:val="right"/>
      </w:pPr>
      <w:r>
        <w:t>ے ہاں ایسی جماعتیں بنی ہیں جن میں باقاعدہ لکھا جاتا ہے اکرام مسلم، لیکن اکرام انسان کسی بھی جماعت میں نہیں۔ پوری سوچ مسلم اورینٹڈ ہے، ساری ایکٹیویٹیز مسلم اورینٹڈ ہیں۔ چونکہ ایک ہی تعلیم ایسی تھی جو انسان اورینٹڈ تھی، چونکہ انسان مسلمانوں کو کنسرن نہیں رہا تھا بعد کے زمانے میں، اس لیے دعویٰ ورک جو ہے، وہ ختم ہو گیا۔</w:t>
      </w:r>
    </w:p>
    <w:p>
      <w:r>
        <w:rPr>
          <w:b/>
        </w:rPr>
        <w:t xml:space="preserve">[38:43] </w:t>
      </w:r>
      <w:r>
        <w:t>woh concept hi nikal gaya logon ki zubanon se. to hadith mein aata hai ke badal islam ghariban wasa kama bada. islam jab shuru hua to woh logon ke liye ek strange cheez thi, strange, ajnabi. ab phir woh ajnabi ho jayega. is par soch karte hue main ne samjha hai ke islam ki kya cheez strange hogi? dawa. da</w:t>
      </w:r>
    </w:p>
    <w:p>
      <w:pPr>
        <w:jc w:val="right"/>
      </w:pPr>
      <w:r>
        <w:t>وہ کانسیپٹ ہی نکل گیا لوگوں کی زبانوں سے۔ تو حدیث میں آتا ہے کہ بدل اسلام غریباً وسیع کما بدا۔ اسلام جب شروع ہوا تو وہ لوگوں کے لیے ایک اسٹرینج چیز تھی، اسٹرینج، اجنبی۔ اب پھر وہ اجنبی ہو جائے گا۔ اس پر سوچ کرتے ہوئے میں نے سمجھا ہے کہ اسلام کی کیا چیز اسٹرینج ہوگی؟ دعویٰ۔ دع</w:t>
      </w:r>
    </w:p>
    <w:p>
      <w:r>
        <w:rPr>
          <w:b/>
        </w:rPr>
        <w:t xml:space="preserve">[39:13] </w:t>
      </w:r>
      <w:r>
        <w:t>wa. kyunke sab cheezen to ho rahi hain, baqi cheezen to khoob dhoom se ho rahi hain. jo cheez strange ban jayegi, woh hoga dawa work. wohi aaj strange ho gaya hai. to aap log jo hain, jo hamari team hai, woh isi strange ho jane wale deen ko zinda karne ke liye uthi hai. aap apne role ko samjhiye, us ke liye jo re</w:t>
      </w:r>
    </w:p>
    <w:p>
      <w:pPr>
        <w:jc w:val="right"/>
      </w:pPr>
      <w:r>
        <w:t>ویٰ۔ کیونکہ سب چیزیں تو ہو رہی ہیں، باقی چیزیں تو خوب دھوم سے ہو رہی ہیں۔ جو چیز اسٹرینج بن جائے گی، وہ ہوگا دعویٰ ورک۔ وہی آج اسٹرینج ہو گیا ہے۔ تو آپ لوگ جو ہیں، جو ہماری ٹیم ہے، وہ اسی اسٹرینج ہو جانے والے دین کو زندہ کرنے کے لیے اٹھی ہے۔ آپ اپنے رول کو سمجھیے، اس کے لیے جو ری</w:t>
      </w:r>
    </w:p>
    <w:p>
      <w:r>
        <w:rPr>
          <w:b/>
        </w:rPr>
        <w:t xml:space="preserve">[39:43] </w:t>
      </w:r>
      <w:r>
        <w:t>ward milega, us ko samjhiye, aur poori dedication ke sath is mein jud jaiye. zindagi ka ek bhi moment, is mein ek bhi lamha kisi aur kaam mein na lagaiye. meri yeh dua hai ke aap dedication ke sath, sacrifice ke sath, is mission mein lagen, aur siwa zaroori jo aap ki zindagi ki zarooraten hain, un ko chhod kar kisi bhi</w:t>
      </w:r>
    </w:p>
    <w:p>
      <w:pPr>
        <w:jc w:val="right"/>
      </w:pPr>
      <w:r>
        <w:t>وارڈ ملے گا، اس کو سمجھیے، اور پوری ڈیڈیکیشن کے ساتھ اس میں جڑ جائیے۔ زندگی کا ایک بھی مومنٹ، اس میں ایک بھی لمحہ کسی اور کام میں نہ لگائیے۔ میری یہ دعا ہے کہ آپ ڈیڈیکیشن کے ساتھ، سیکریفائس کے ساتھ، اس مشن میں لگیں، اور سوا ضروری جو آپ کی زندگی کی ضرورتیں ہیں، ان کو چھوڑ کر کسی بھی</w:t>
      </w:r>
    </w:p>
    <w:p>
      <w:r>
        <w:rPr>
          <w:b/>
        </w:rPr>
        <w:t xml:space="preserve">[40:13] </w:t>
      </w:r>
      <w:r>
        <w:t>doosre kaam mein apne time ko waste na karen. kyunke maut bahut qareeb hai, qayamat bahut qareeb hai, bahut jald hum Khuda ke samne khare hone wale hain. is se pehle ke hum Khuda ke samne hum ko khara kiya jaye, angel ke zariye hum khud apne aap ko Khuda ke samne khara kar den. jo kuch bitega us waqt jab ke angel aap ko le jayenge Khuda ke samne, woh sab kuch</w:t>
      </w:r>
    </w:p>
    <w:p>
      <w:pPr>
        <w:jc w:val="right"/>
      </w:pPr>
      <w:r>
        <w:t>دوسرے کام میں اپنے ٹائم کو ویسٹ نہ کریں۔ کیونکہ موت بہت قریب ہے، قیامت بہت قریب ہے، بہت جلد ہم خدا کے سامنے کھڑے ہونے والے ہیں۔ اس سے پہلے کہ ہم خدا کے سامنے ہم کو کھڑا کیا جائے، اینجل کے ذریعے ہم خود اپنے آپ کو خدا کے سامنے کھڑا کر دیں۔ جو کچھ بیتے گا اس وقت جب کہ اینجل آپ کو لے جائیں گے خدا کے سامنے، وہ سب کچھ</w:t>
      </w:r>
    </w:p>
    <w:p>
      <w:r>
        <w:rPr>
          <w:b/>
        </w:rPr>
        <w:t xml:space="preserve">[40:43] </w:t>
      </w:r>
      <w:r>
        <w:t>beet jayega. aaj hi aap ke paas, aap hi ki zindagi, aaj hi aap ki zindagi mein. yeh meri dua hai ke Allah taala aap ko sahi soch de, is soch par qaim rakhe, aur paradise ke rastay se hatne na de. jaisa ke ek dream mein aap ne dekha, gate par pahunch kar ke wahan angel ne lota diya ke woh kaam jo tum ko dunya mein karna tha, yahan kar nahi kar sakte. aqool qawli haza wastaghfirullaha alikum ajmaeen. you mentioned about this hadith where you know some of the companions will be returned by the angels and when prophet is why they are being returned he told that they had returned from pledge my question to you is that</w:t>
      </w:r>
    </w:p>
    <w:p>
      <w:pPr>
        <w:jc w:val="right"/>
      </w:pPr>
      <w:r>
        <w:t>بیت جائے گا۔ آج ہی آپ کے پاس، آپ ہی کی زندگی، آج ہی آپ کی زندگی میں۔ یہ میری دعا ہے کہ اللہ تعالی آپ کو صحیح سوچ دے، اس سوچ پر قائم رکھے، اور پیرائز کے راستے سے ہٹنے نہ دے۔ جیسا کہ ایک ڈریم میں آپ نے دیکھا، گیٹ پر پہنچ کر کے وہاں اینجل نے لوٹا دیا کہ وہ کام جو تم کو دنیا میں کرنا تھا، یہاں کر نہیں کر سکتے۔ اقول قولھذا واستغفراللہ علی</w:t>
      </w:r>
    </w:p>
    <w:p>
      <w:r>
        <w:rPr>
          <w:b/>
        </w:rPr>
        <w:t xml:space="preserve">[41:13] </w:t>
      </w:r>
      <w:r>
        <w:t>how do we develop self checking system so as to know that we are on right path to paradise and that we have so not you know inadvertently deviated from path please tell us dekhiye ek bahut bare scholar thay Maulana CS Suleman Nadvi bahut hi well known scholar hain woh to unhon ne kaha tha ke Khuda ne har insan ke andar</w:t>
      </w:r>
    </w:p>
    <w:p>
      <w:pPr>
        <w:jc w:val="right"/>
      </w:pPr>
      <w:r>
        <w:t>وکم اجمعین۔ یو مینشنڈ اباؤٹ دس حدیث ویر یو نو سم اف دی کمپینینز ول بی ریٹرن بائی دی اینجلز اینڈ وین پرافٹ از وائی دے ار بینگ ریٹرن ہی بی ٹولڈ دیٹ دے ہیڈ ریٹرن فرام پلیج مائی کوسچن ٹو یو از دیٹ</w:t>
      </w:r>
    </w:p>
    <w:p>
      <w:r>
        <w:rPr>
          <w:b/>
        </w:rPr>
        <w:t xml:space="preserve">[41:44] </w:t>
      </w:r>
      <w:r>
        <w:t>apna ek numainda rakh diya hai representative woh kaun hai woh consciousness hai to main samajhta hoon ke ek hi tareeqa hai woh yeh ke hum introspection karen aur apne consciousness se poochte rahen jo Khuda ki taraf se bolta hai main samajhta hoon koi doosra tareeqa nahi hai har din</w:t>
      </w:r>
    </w:p>
    <w:p>
      <w:pPr>
        <w:jc w:val="right"/>
      </w:pPr>
      <w:r>
        <w:t>ہاؤ ڈو وی ڈیویلپ سیلف چیکنگ سسٹم سو ایز ٹو نو دیٹ وی ار ان رائٹ پاتھ ٹو پیرڈائز اینڈ دیٹ وی ہیو سو ناٹ یو نو ان ایڈورٹنٹلی ڈیویٹڈ فرام پاتھ پلیز ٹیل اس دیکھیے ایک بہت بڑے اسکالر تھے مولانا سی ایس سلیمان ندوی بہت ہی ول نون اسکالر ہیں وہ تو انہوں نے کہا تھا کہ خدا نے ہر انسان کے اندر</w:t>
      </w:r>
    </w:p>
    <w:p>
      <w:r>
        <w:rPr>
          <w:b/>
        </w:rPr>
        <w:t xml:space="preserve">[42:15] </w:t>
      </w:r>
      <w:r>
        <w:t>shaam ko hum introspection karen jab hum bed par jatay hain sone ke liye kam az kam ek bar warna sara din karte rahen to aur bhi acha hai jaisa ke main ne is se pehle ek hadith sunai thi us mein char baaten theen us mein se ek yeh thi ke saat yahan se woh fiha nafs y</w:t>
      </w:r>
    </w:p>
    <w:p>
      <w:pPr>
        <w:jc w:val="right"/>
      </w:pPr>
      <w:r>
        <w:t>اپنا ایک نمائندہ رکھ دیا ہے ریپریزنٹیٹیو وہ کون ہے وہ کانشیسنس ہے تو میں سمجھتا ہوں کہ ایک ہی طریقہ ہے وہ یہ کہ ہم انٹراسپیکشن کریں اور اپنے کانشیسنس سے پوچھتے رہیں جو خدا کی طرف سے بولتا ہے میں سمجھتا ہوں کوئی دوسرا طریقہ نہیں ہے ہر دن</w:t>
      </w:r>
    </w:p>
    <w:p>
      <w:r>
        <w:rPr>
          <w:b/>
        </w:rPr>
        <w:t xml:space="preserve">[42:46] </w:t>
      </w:r>
      <w:r>
        <w:t>shaam ko hum introspection karein jab hum bed par jaate hain sone ke liye kam az kam ek baar warna sara din karte rahein to aur bhi acha hai jaisa ke maine is se pehle ek hadith sunai thi is mein chaar baatein thi is mein se ek yeh thi ke saat yahan se woh fiha nafs y</w:t>
      </w:r>
    </w:p>
    <w:p>
      <w:pPr>
        <w:jc w:val="right"/>
      </w:pPr>
      <w:r>
        <w:t>شام کو ہم انٹراسپیکشن کریں جب ہم بیڈ پر جاتے ہیں سونے کے لیے کم از کم ایک بار ورنہ سارا دن کرتے رہیں تو اور بھی اچھا ہے جیسا کہ میں نے اس سے پہلے ایک حدیث سنائی تھی اس میں چار باتیں تھیں اس میں سے ایک یہ تھی کہ سات یہاں سے وہ فیہا نفس ی</w:t>
      </w:r>
    </w:p>
    <w:p>
      <w:r>
        <w:rPr>
          <w:b/>
        </w:rPr>
        <w:t xml:space="preserve">[43:17] </w:t>
      </w:r>
      <w:r>
        <w:t>yani har 24 ghante ke andar ek ghadi aisi honi chahiye jab ke aadmi apna muhasba kar raha ho muhasba ke maani hote hain introspection to main samajhta hoon ke yahi ek hi tareeqa hai aur possible ho to har ek ko diary rakhna chahiye apne muhasba ki muhasba diary ek diary hum rakhte hain</w:t>
      </w:r>
    </w:p>
    <w:p>
      <w:pPr>
        <w:jc w:val="right"/>
      </w:pPr>
      <w:r>
        <w:t>عنی ہر 24 گھنٹے کے اندر ایک گھڑی ایسی ہونی چاہیے جب کہ ادمی اپنا محاسبہ کر رہا ہو محاسبہ کے معنی ہوتے ہیں انٹر انٹراسپیکشن تو میں سمجھتا ہوں کہ یہی ایک ہی طریقہ ہے اور پاسیبل ہو تو ہر ایک کو ڈائری رکھنا چاہیے اپنے محاسبہ کی محاسبہ ڈائری ایک ڈائری ہم رکھتے ہیں</w:t>
      </w:r>
    </w:p>
    <w:p>
      <w:r>
        <w:rPr>
          <w:b/>
        </w:rPr>
        <w:t xml:space="preserve">[43:48] </w:t>
      </w:r>
      <w:r>
        <w:t>yani dawati diary ek muhasba diary bhi ho ke aaj maine kya sahi kiya kya galat kiya aaj maine apna jab apne aap ko check kiya to apne aap ko kahan paya aap mein se har ek ko apne upar inspector ban jana chahiye dekhiye koi seedhi saadi baat nahi hai kyunke mamla paradise ka hai aap sochiye ke agar aap ne</w:t>
      </w:r>
    </w:p>
    <w:p>
      <w:pPr>
        <w:jc w:val="right"/>
      </w:pPr>
      <w:r>
        <w:t>یعنی دعوتی ڈائری ایک محاسبہ ڈائری بھی ہو کہ اج میں نے کیا صحیح کیا کیا غلط کیا اج میں نے اپنا جب اپنے اپ کو چیک کیا تو اپنے اپ کو کہاں پایا اپ میں سے ہر ایک کو اپنے اوپر انسپیکٹر بن جانا چاہیے دیکھیے کوئی سیدھی سادی بات نہیں ہے کیونکہ معاملہ پیرڈائز کا ہے اپ سوچیے کہ اگر اپ نے</w:t>
      </w:r>
    </w:p>
    <w:p>
      <w:r>
        <w:rPr>
          <w:b/>
        </w:rPr>
        <w:t xml:space="preserve">[44:18] </w:t>
      </w:r>
      <w:r>
        <w:t>aap ka woh aap ke sath woh hua jo dream mein ek sahib ko gate par pahunch kar lota diya gaya paradise ke gate par pahunch kar unhein lota diya gaya woh rone lage to angel ne kaha ke yahan kya rote ho rone ki jagah to woh thi jo us ko chhod kar tum aaye ho jahan rona tha wahan to roye nahi ab paradise gate par rote ho</w:t>
      </w:r>
    </w:p>
    <w:p>
      <w:pPr>
        <w:jc w:val="right"/>
      </w:pPr>
      <w:r>
        <w:t>اپ کا وہ اپ کے ساتھ وہ ہوا جو ڈریم میں ایک صاحب کو گیٹ پر پہنچ کر لوٹا دیا گیا پیرڈائز کے گیٹ پر پہنچ کر انہیں لوٹا دیا گیا وہ رونے لگے تو اینجل نے کہا کہ یہاں کیا روتے ہو رونے کی جگہ تو وہ تھی جو اس کو چھوڑ کر تم ائے ہو جہاں رونا تھا وہاں تو روئے نہیں اب پیرڈائز گیٹ پر روتے ہو</w:t>
      </w:r>
    </w:p>
    <w:p>
      <w:r>
        <w:rPr>
          <w:b/>
        </w:rPr>
        <w:t xml:space="preserve">[44:49] </w:t>
      </w:r>
      <w:r>
        <w:t>is se tumhare liye paradise gate nahi khulega to yeh hamara hum mein se har ek ka hum mein se kisi ko bhi jhoote bharam mein nahi rehna chahiye koi bhi jhoota bharam hamare kaam aane wala nahi hai to har ek yeh kare ke apna muhasba kare yani apna introspection kare apne andar jhaank kar dekhe</w:t>
      </w:r>
    </w:p>
    <w:p>
      <w:pPr>
        <w:jc w:val="right"/>
      </w:pPr>
      <w:r>
        <w:t>اس سے تمہارے لیے پیرڈائز گیٹ نہیں کھلے گا تو یہ ہمارا ہم میں سے ہر ایک کا ہم میں سے کسی کو بھی جھوٹے بھرم میں نہیں رہنا چاہیے کوئی بھی جھوٹا بھرم ہمارے کام انے والا نہیں ہے تو ہر ایک یہ کرے کہ اپنا محاسبہ کرے یعنی اپنا انٹراسپیکشن کرے اپنے اندر جھانک کر دیکھے</w:t>
      </w:r>
    </w:p>
    <w:p>
      <w:r>
        <w:rPr>
          <w:b/>
        </w:rPr>
        <w:t xml:space="preserve">[45:21] </w:t>
      </w:r>
      <w:r>
        <w:t>main aksar kaha karta hoon ke apne aap ko enemy ki nazar se dekhiye agar aap ko paradise mein jana chahte hain aap to aap ko apne aap ko enemy ki nazar se dekhna chahiye padega friend ki nazar se nahi log kya karte hain apne aap ko friend ki nazar se dekhte hain maslan aap aaine ke saamne khade hue to aaina</w:t>
      </w:r>
    </w:p>
    <w:p>
      <w:pPr>
        <w:jc w:val="right"/>
      </w:pPr>
      <w:r>
        <w:t>میں اکثر کہا کرتا ہوں کہ اپنے اپ کو اینمی کی نظر سے دیکھیے اگر اپ کو پیرڈائز میں جانا چاہتے ہیں اپ تو اپ کو اپنے اپ کو اینمی کی نظر سے دیکھنا چاہیے پڑے گا فرینڈ کی نظر سے نہیں لوگ کیا کرتے ہیں اپنے اپ کو فرینڈ کی نظر سے دیکھتے ہیں مثلا اپ ائینے کے سامنے کھڑے ہوئے تو ائینہ</w:t>
      </w:r>
    </w:p>
    <w:p>
      <w:r>
        <w:rPr>
          <w:b/>
        </w:rPr>
        <w:t xml:space="preserve">[45:51] </w:t>
      </w:r>
      <w:r>
        <w:t>aap ko jaisa dikha raha hai waise aap ne samajh liya ke main waise hi hoon yeh bahut badi bhool hai aaina aap ko waisa nahi dikha raha jaise ke aap hain woh to aap ka introspection dikhayega ke aap kaise hain isi tarah har aadmi ka friend circle hota hai aksar log friend ki baat batate hain friend mere friend mein samajhta hoon ke aisa jhoote friend hain friend kaun banta hai jo aap ki praise kare</w:t>
      </w:r>
    </w:p>
    <w:p>
      <w:pPr>
        <w:jc w:val="right"/>
      </w:pPr>
      <w:r>
        <w:t>اپ کو جیسا دکھا رہا ہے ویسے اپ نے سمجھ لیا کہ میں ویسے ہی ہوں یہ بہت بڑی بھول ہے ائینہ اپ کو ویسا نہیں دکھا رہا جیسے کہ اپ ہیں وہ تو اپ کا انٹراسپیکشن دکھائے گا کہ اپ کیسے ہیں اسی طرح ہر ادمی کا فرینڈ سرکل ہوتا ہے اکثر لوگ فرینڈ کی بات بتاتے ہیں فرینڈ میرے فرینڈ میں سمجھتا ہوں کہ ایسا جھوٹے فرینڈ ہیں فرینڈ کون بنتا ہے جو اپ کی پریز کرے</w:t>
      </w:r>
    </w:p>
    <w:p>
      <w:r>
        <w:rPr>
          <w:b/>
        </w:rPr>
        <w:t xml:space="preserve">[46:21] </w:t>
      </w:r>
      <w:r>
        <w:t>praise karne walon ko log friend samajh lete hain to friend ki zubaan se apne aap ko na samjhiye aaina jaisa dikhaye aap ko waise apne ko na samjhiye apne aap ko enemy ki nazar se jaanchiye tab aap paradise ke raaste par chalenge aur inshallah</w:t>
      </w:r>
    </w:p>
    <w:p>
      <w:pPr>
        <w:jc w:val="right"/>
      </w:pPr>
      <w:r>
        <w:t>پریز کرنے والوں کو لوگ فرینڈ سمجھ لیتے ہیں تو فرینڈ کی زبان سے اپنے اپ کو نہ سمجھیے ائینہ جیسا دکھائے اپ کو ویسا اپنے کو نہ سمجھیے اپنے اپ کو اینمی کی نظر سے جانچیے تب اپ پیرڈائز کے راستے پر چلیں گے اور انشاءاللہ</w:t>
      </w:r>
    </w:p>
    <w:p>
      <w:r>
        <w:rPr>
          <w:b/>
        </w:rPr>
        <w:t xml:space="preserve">[46:52] </w:t>
      </w:r>
      <w:r>
        <w:t>paradise ka gate aap ke liye khola jayega Maulana you said a short while ago that dishonest people will not go to paradise I want to know what is dishonesty to God dekhen dishonesty naam hai duplicity ka yani aap ka dil mera dil</w:t>
      </w:r>
    </w:p>
    <w:p>
      <w:pPr>
        <w:jc w:val="right"/>
      </w:pPr>
      <w:r>
        <w:t>پیرڈائز کا گیٹ اپ کے لیے کھولا جائے گا مولانا یو سیڈ ا شارٹ وائل اگو دیٹ ڈس اونسٹ پیپل ول ناٹ گو ٹو پیرڈائز ائی وانٹ ٹو نو واٹ از ڈس اونسٹی ٹو گاڈ دیکھیں ڈس اونسٹی نام ہے ڈوپلیسٹی کا یعنی اپ کا دل میرا دل</w:t>
      </w:r>
    </w:p>
    <w:p>
      <w:r>
        <w:rPr>
          <w:b/>
        </w:rPr>
        <w:t xml:space="preserve">[47:22] </w:t>
      </w:r>
      <w:r>
        <w:t>jis baat ko sach maane jis baat ke sach hone par main yaqeen karoon to main us par na chal kar ke us par na chaloon aur phir bhi yeh zaahir karoon ke main to isi par chal raha hoon dekhen do main samajhta hoon ke do yani do tarah ke case hote hain ek yeh ke</w:t>
      </w:r>
    </w:p>
    <w:p>
      <w:pPr>
        <w:jc w:val="right"/>
      </w:pPr>
      <w:r>
        <w:t>جس بات کو سچ مانے جس بات کے سچ ہونے پر میں یقین کروں تو میں اس پر نہ چل کر کے اس پر نہ چلوں اور پھر بھی یہ ظاہر کروں کہ میں تو اسی پر چل رہا ہوں دیکھیں دو میں سمجھتا ہوں کہ دو یعنی دو طرح کے کیس ہوتے ہیں ایک یہ کہ</w:t>
      </w:r>
    </w:p>
    <w:p>
      <w:r>
        <w:rPr>
          <w:b/>
        </w:rPr>
        <w:t xml:space="preserve">[47:54] </w:t>
      </w:r>
      <w:r>
        <w:t>Khuda ke key book ko padhkar ya Khuda ke prophet ko padhkar maine jo baat jaani us ko maine pakad liya jo mujhe jo maine jaana us par main waise hi karne wala ban gaya ek case yeh hai ek case yeh hai ke jo maine jaana us par main poori tarah se karne wala to na ban saka</w:t>
      </w:r>
    </w:p>
    <w:p>
      <w:pPr>
        <w:jc w:val="right"/>
      </w:pPr>
      <w:r>
        <w:t>خدا کے کی بک کو پڑھ کر یا خدا کے پرافٹ کو پڑھ کر میں نے جو بات جانی اس کو میں نے پکڑ لیا جو مجھے جو میں نے جانا اس پر میں ویسے ہی کرنے والا بن گیا ایک کیس یہ ہے ایک کیس یہ ہے کہ جو میں نے جانا اس پر میں پوری طریقے سے کرنے والا تو نہ بن سکا</w:t>
      </w:r>
    </w:p>
    <w:p>
      <w:r>
        <w:rPr>
          <w:b/>
        </w:rPr>
        <w:t xml:space="preserve">[48:24] </w:t>
      </w:r>
      <w:r>
        <w:t>lekin repentance mere andar raha maine hamesha is baat ko kaha ke mere andar kamiyaan hain apne apne baare mein main baar baar yeh kehta raha ke I was wrong I am wrong yeh bhi aise log bhi Khuda ke haan inshallah bakshe jayenge woh aadmi kabhi bhi nahi bakhsha jayega ke dil se to samajhta ho ke main sachai par nahi hoon zubaan se</w:t>
      </w:r>
    </w:p>
    <w:p>
      <w:pPr>
        <w:jc w:val="right"/>
      </w:pPr>
      <w:r>
        <w:t>لیکن ریپینٹنس میرے اندر رہا میں نے ہمیشہ اس بات کو کہا کہ میرے اندر کمیاں ہیں اپنے اپنے بارے میں میں بار بار یہ کہتا رہا کہ ائی واز رونگ ائی ایم رونگ یہ بھی ایسے لوگ بھی خدا کے ہاں انشاءاللہ بخشے جائیں گے وہ ادمی کبھی بھی نہیں بخشا جائے گا کہ دل سے تو سمجھتا ہو کہ میں سچائی پر نہیں ہوں زبان سے</w:t>
      </w:r>
    </w:p>
    <w:p>
      <w:r>
        <w:rPr>
          <w:b/>
        </w:rPr>
        <w:t xml:space="preserve">[48:54] </w:t>
      </w:r>
      <w:r>
        <w:t>apne ko sach hone ka dawa kare claim kare jisko kehte hain hypocrite hypocrite qism ke log ke baare mein Quran mein aaya hai innal munafiqeena fil darqil asfal minan nar ke hypocrite log hell ke sabse kharab darje mein honge to jahan tak maine samjha hai Quran se ke teen group hain ek group</w:t>
      </w:r>
    </w:p>
    <w:p>
      <w:pPr>
        <w:jc w:val="right"/>
      </w:pPr>
      <w:r>
        <w:t>اپنے کو سچ ہونے کا دعوی کرے کلیم کرے جس کو کہتے ہیں ہپوکریٹ ہپوکریٹ قسم کے لوگ کے بارے میں قران میں ایا ہے ان منافقین فی الدرک الاسفر من النار کہ ہپوکریٹ لوگ ہیل کے سب سے خراب درجے میں ہوں گے تو جہاں تک میں نے سمجھا ہے قران سے کہ تین گروپ ہیں ایک گرو</w:t>
      </w:r>
    </w:p>
    <w:p>
      <w:r>
        <w:rPr>
          <w:b/>
        </w:rPr>
        <w:t xml:space="preserve">[49:24] </w:t>
      </w:r>
      <w:r>
        <w:t>woh ke jis ne jitna jaana us par us ne amal kiya teesra group woh hai ke jis ne jitna jaana us par woh amal na kar saka lekin dil se us ne maana ke main amal nahi kar pa raha hoon mujh se bola woh ke main galat hoon aur Khuda</w:t>
      </w:r>
    </w:p>
    <w:p>
      <w:pPr>
        <w:jc w:val="right"/>
      </w:pPr>
      <w:r>
        <w:t>پ وہ کہ جس نے جتنا جانا اس پر اس نے عمل کیا تیسرا گروپ وہ ہے کہ جس نے جتنا جانا اس پر وہ عمل نہ کر سکا لیکن دل سے اس نے مانا کہ میں عمل نہیں کر پا رہا ہوں مجھ سے بولا وہ کہ میں غلط ہوں اور خ</w:t>
      </w:r>
    </w:p>
    <w:p>
      <w:r>
        <w:rPr>
          <w:b/>
        </w:rPr>
        <w:t xml:space="preserve">[49:54] </w:t>
      </w:r>
      <w:r>
        <w:t>se dua karta raha Khuda se dua karta dua se Khuda karta raha yani apne ko chhupaya nahi aur Khuda se dua bhi karta raha us ki bhi inshallah bakhshish ho jayegi lekin teesri qism ke log ke woh jaane ke sachai yeh hai phir bhi us ko follow na karein aur zubaan se yeh kahein ke hum to zubaan se jhoota justification dete rahen</w:t>
      </w:r>
    </w:p>
    <w:p>
      <w:pPr>
        <w:jc w:val="right"/>
      </w:pPr>
      <w:r>
        <w:t>دا سے دعا کرتا رہا خدا سے دعا کرتا دعا سے خدا کرتا رہا یعنی اپنے کو چھپایا نہیں اور خدا سے دعا بھی کرتا رہا اس کی بھی انشاءاللہ بخشش ہو جائے گی لیکن تیسری قسم کے لوگ کہ وہ جانے کہ سچائی یہ ہے پھر بھی اس کو فالو نہ کریں اور زبان سے یہ کہیں کہ ہم تو زبان سے جھوٹا جسٹیفیکیشن دیتے رہ</w:t>
      </w:r>
    </w:p>
    <w:p>
      <w:r>
        <w:rPr>
          <w:b/>
        </w:rPr>
        <w:t xml:space="preserve">[50:24] </w:t>
      </w:r>
      <w:r>
        <w:t>jhoota jhoote tareeqe se us ko patch up karte rahen jhoote tareeqe se apne ko yani right person batane ki koshish karte rahen jisko hypocrite kaha jata hai to hypocrite ke liye Khuda ke haan maaf nahi hai Hindus generally ask why human beings suffer according to their religious belief they suffer because of their deeds in last birth and therefore their</w:t>
      </w:r>
    </w:p>
    <w:p>
      <w:pPr>
        <w:jc w:val="right"/>
      </w:pPr>
      <w:r>
        <w:t>یں جھوٹا جھوٹے طریقے سے اس کو پیچ اپ کرتے رہیں جھوٹے طریقے سے اپنے کو یعنی رائٹ پرسن بتانے کی کوشش کرتے رہیں جس کو ہپوکریٹ کہا جاتا ہے تو ہپوکریٹ کے لیے خدا کے ہاں معافی نہیں ہے ہندوز جنرلی اسک وائی ہیومن بینگ سفر اکارڈنگ ٹو دیر ریلیجس بیلیف دے سفر بیکاز اف دیر ڈیڈز ان لاسٹ برتھ اینڈ دیر فور دیر</w:t>
      </w:r>
    </w:p>
    <w:p>
      <w:r>
        <w:rPr>
          <w:b/>
        </w:rPr>
        <w:t xml:space="preserve">[50:54] </w:t>
      </w:r>
      <w:r>
        <w:t>life is already destined in this context how should we explain to them reason of suffering and concept of destiny in Islam dekhen pichhle janam ke pichhle janam mein jo kuch kisi ne kiya us ko agle janam mein woh suffer kar raha hai yeh bilkul baseless baat hai is liye ke kisi se pooche jo museebat</w:t>
      </w:r>
    </w:p>
    <w:p>
      <w:pPr>
        <w:jc w:val="right"/>
      </w:pPr>
      <w:r>
        <w:t>لائف از الریڈی ڈیسٹنٹ ان دس کنٹیکسٹ ہاؤ شوڈ وی ایکسپلین ٹو دیم ریزن اف سفرنگ اینڈ کانسیپٹ اف ڈیسٹنی ان اسلام دیکھیں پچھلے جنم کے کہ پچھلے جنم میں جو کچھ کسی نے کیا اس کو اگلے جنم میں وہ سفر کر رہا ہے یہ بالکل بیس لیس بات ہے اس لیے کہ کسی سے پوچھے جو مصی</w:t>
      </w:r>
    </w:p>
    <w:p>
      <w:r>
        <w:rPr>
          <w:b/>
        </w:rPr>
        <w:t xml:space="preserve">[51:24] </w:t>
      </w:r>
      <w:r>
        <w:t>mein pada hua hai kya woh jaanta hai ke maine kya galti ki thi yeh to bilkul hi yani ek kahani mujhe maloom hoti hai mythology ke jab mujhe pata hi nahi hai to main kaise kaha jayega ke main us ko suffer kar raha hoon us ki punishment mujhe diya ja raha hai punishment jab hai jab ke main jaano us ko main jaanta hi nahi to punishment bhi nahi hai woh yeh to ek baseless baat hai koi is ka reason nahi koi is ka logic nahi</w:t>
      </w:r>
    </w:p>
    <w:p>
      <w:pPr>
        <w:jc w:val="right"/>
      </w:pPr>
      <w:r>
        <w:t>بت میں پڑا ہوا ہے کیا وہ جانتا ہے کہ میں نے کیا غلطی کی تھی یہ تو بالکل ہی یعنی ایک کہانی مجھے معلوم ہوتی ہے مائتھالوجی کہ جب مجھے پتہ ہی نہیں ہے تو میں کیسے کہا جائے گا کہ میں اس کو سفر کر رہا ہوں اس کی پنشمنٹ مجھے دیا جا رہا ہے پنشمنٹ جب ہے جب کہ میں جانوں اس کو میں جانتا ہی نہیں تو پنشمنٹ بھی نہیں ہے وہ یہ تو ایک بیس لیس بات ہے کوئی اس کا ریزن نہیں کوئی اس کا لاجک نہیں</w:t>
      </w:r>
    </w:p>
    <w:p>
      <w:r>
        <w:rPr>
          <w:b/>
        </w:rPr>
        <w:t xml:space="preserve">[51:55] </w:t>
      </w:r>
      <w:r>
        <w:t>khwah makhwahi ki baat hai ek jab tak aap yeh prove na kar sakein har insaan koi ek aadmi nahi jo kahin idhar udhar pakad liya jata hai saare insaan yeh jaanein ke jo mujh par beet raha hai is liye ke mujhe pichhle janam mein maine aisa kiya tha har insaan har insaan har insaan tab tak yeh bilkul baseless baat hai aur is yeh explain nahi karti zindagi ke maamle ko Islam ka jo concept hai woh yeh hai ke Khuda ne</w:t>
      </w:r>
    </w:p>
    <w:p>
      <w:pPr>
        <w:jc w:val="right"/>
      </w:pPr>
      <w:r>
        <w:t>خوامخواہی کی بات ہے ایک جب تک اپ یہ پروف نہ کر سکیں ہر انسان کوئی ایک ادمی نہیں جو کہیں ادھر ادھر پکڑ لیا جاتا ہے سارے انسان یہ جانیں کہ جو مجھ پر بیت رہا ہے اس لیے کہ مجھے پچھلے جنم میں میں نے ایسا کیا تھا ہر انسان ہر انسان ہر انسان تب تک یہ بالکل بیس لیس بات ہے اور اس یہ ایکسپلین نہیں کرتی زندگی کے معاملے کو اسلام کا جو کانسیپٹ ہے وہ یہ ہے کہ خدا نے</w:t>
      </w:r>
    </w:p>
    <w:p>
      <w:r>
        <w:rPr>
          <w:b/>
        </w:rPr>
        <w:t xml:space="preserve">[52:27] </w:t>
      </w:r>
      <w:r>
        <w:t>is duniya ka duniya ke baare mein jo Khuda ka jo creation plan hai woh yeh hai ke yeh hai testing ground yahan insaan ko freedom di gayi hai poori poori freedom di gayi hai aur free hote hue aadmi jo karta hai usi par uska punishment hai usi par uska reward hai jisko aap suffering kehte hain woh insaan ki freedom ka mis</w:t>
      </w:r>
    </w:p>
    <w:p>
      <w:pPr>
        <w:jc w:val="right"/>
      </w:pPr>
      <w:r>
        <w:t>اس دنیا کا دنیا کے بارے میں جو خدا کا جو کریشن پلان ہے وہ یہ ہے کہ یہ ہے ٹیسٹنگ گراؤنڈ یہاں انسان کو فریڈم دی گئی ہے پوری پوری فریڈم دی گئی ہے اور فری ہوتے ہوئے ادمی جو کرتا ہے اسی پر اس کا پنشمنٹ ہے اسی پر اس کا ریوارڈ ہے جس کو اپ سفرنگ کہتے ہیں وہ انسان کی فریڈم کا مس</w:t>
      </w:r>
    </w:p>
    <w:p>
      <w:r>
        <w:rPr>
          <w:b/>
        </w:rPr>
        <w:t xml:space="preserve">[52:57] </w:t>
      </w:r>
      <w:r>
        <w:t>use misuse maslan India mein aap dekhte hain ke hospitalon mein jaiye to wahan doctor poochne wale nahi offices mein jaiye to wahan par rishwat ke baghair kaam nahi hota har jagah corruption yeh yeh freedom ka misuse hai ek aadmi jisko authority di gayi hai qalam chalane ki to qalam chalane ki qeemat mangta hai ke mujhe itna</w:t>
      </w:r>
    </w:p>
    <w:p>
      <w:pPr>
        <w:jc w:val="right"/>
      </w:pPr>
      <w:r>
        <w:t>یوز ہے مس یوز مثلا انڈیا میں اپ دیکھتے ہیں کہ ہسپتالوں میں جائیے تو وہاں ڈاکٹر پوچھنے والے نہیں افسز میں جائیے تو وہاں پر رشوت کے بغیر کام نہیں ہوتا ہر جگہ کرپشن یہ یہ فریڈم کا مس یوز ہے ایک ادمی جس کو اتھارٹی دی گئی ہے قلم چلانے کی تو قلم چلانے کی قیمت مانگتا ہے کہ مجھے اتنا</w:t>
      </w:r>
    </w:p>
    <w:p>
      <w:r>
        <w:rPr>
          <w:b/>
        </w:rPr>
        <w:t xml:space="preserve">[53:27] </w:t>
      </w:r>
      <w:r>
        <w:t>bribe karo to main kaam karunga to freedom ke misuse ki wajah se suffering aati hai freedom ki misuse ki wajah se to Khuda ne chunke freedom jo di hai woh real freedom hai is wajah se is ke jo result hain woh saamne aate rahenge barabar aap ko us waqt tak khatm nahi honge jab tak duniya khatm na ho jaye baqi yeh ke jo suffer kar raha hai us suffer karne mein aise</w:t>
      </w:r>
    </w:p>
    <w:p>
      <w:pPr>
        <w:jc w:val="right"/>
      </w:pPr>
      <w:r>
        <w:t>برائیب کرو تو میں کام کروں گا تو فریڈم کے مس یوز کی وجہ سے سفرنگ اتی ہے فریڈم کی مس یوز کی وجہ سے تو خدا نے چونکہ فریڈم جو دی ہے وہ ریل فریڈم ہے اس وجہ سے اس کے جو رزلٹ ہیں وہ سامنے اتے رہیں گے برابر اپ کو اس وقت تک ختم نہیں ہوں گے جب تک دنیا ختم نہ ہو جائے باقی یہ کہ جو سفر کر رہا ہے اس سفر کرنے میں ایسے</w:t>
      </w:r>
    </w:p>
    <w:p>
      <w:r>
        <w:rPr>
          <w:b/>
        </w:rPr>
        <w:t xml:space="preserve">[53:57] </w:t>
      </w:r>
      <w:r>
        <w:t>log hain agar woh sach much innocent hon khud un ki koi galti shamil na ho is mein sirf doosre ke atrocities ka woh wajah se aisa hua un ke sath to Khuda un ko compensate karega un sufferers mein do qism ke hain ek woh jismein khud un ka apna shamil hai to woh to unhone jo kiya hai us ka bhugtenge woh lekin woh sufferers</w:t>
      </w:r>
    </w:p>
    <w:p>
      <w:pPr>
        <w:jc w:val="right"/>
      </w:pPr>
      <w:r>
        <w:t>لوگ ہیں اگر وہ سچ مچ مینوسنٹ ہوں خود ان کی کوئی غلطی شامل نہ ہو اس میں صرف دوسرے کے ایٹراسٹیز کا وہ وجہ سے ایسا ہوا ان کے ساتھ تو خدا ان کو کمپنسیٹ کرے گا ان سفررز میں دو قسم کے ہیں ایک وہ جس میں خود ان کا اپنا شامل ہے تو وہ تو انہوں نے جو کیا ہے اس کا بھگتیں گے وہ لیکن وہ سفررز</w:t>
      </w:r>
    </w:p>
    <w:p>
      <w:r>
        <w:rPr>
          <w:b/>
        </w:rPr>
        <w:t xml:space="preserve">[54:27] </w:t>
      </w:r>
      <w:r>
        <w:t>jismein un ka apna kuch bhi intention shamil nahi hai aisa nahi unhone freedom ko misuse kiya is liye use phans gaye woh balkeh Khuda ka jo nizam hai us nizam ki wajah se woh us ki zad mein aa gaye to Khuda un ko compensate karega aur aakhirat mein yaqeenan woh uska reward payenge aur shayad woh hum se zyada khush honge ke is suffering ne un ko wahan</w:t>
      </w:r>
    </w:p>
    <w:p>
      <w:pPr>
        <w:jc w:val="right"/>
      </w:pPr>
      <w:r>
        <w:t>جس میں ان کا اپنا کچھ بھی انٹینشن شامل نہیں ہے ایسا نہیں انہوں نے فریڈم کو مس یوز کیا اس لیے اسے پھنس گئے وہ بلکہ خدا کا جو نظام ہے اس نظام کی وجہ سے وہ اس کی زد میں اگئے تو خدا ان کو کمپنسیٹ کرے گا اور اخرت میں یقینا وہ اس کا ریوارڈ پائیں گے اور شاید وہ ہم سے زیادہ خوش ہوں کہ اس سفرنگ نے ان کو وہاں</w:t>
      </w:r>
    </w:p>
    <w:p>
      <w:r>
        <w:rPr>
          <w:b/>
        </w:rPr>
        <w:t xml:space="preserve">[54:57] </w:t>
      </w:r>
      <w:r>
        <w:t>aisi badi cheez de di jis ke muqable mein woh suffering heech hai jo hadith mein aata hai ke ek shakhs jisko bahut badi museebat pesh aayi thi balkeh duniya ka sabse bada suffer hadith mein aata hai ke ek insaan laya jayega jisko duniya mein sabse zyada museebat pesh aayi hogi sabse zyada museebat to us ko Khuda farishton se kahega ke jannat mein le jao aur jannat mein us</w:t>
      </w:r>
    </w:p>
    <w:p>
      <w:pPr>
        <w:jc w:val="right"/>
      </w:pPr>
      <w:r>
        <w:t>ایسی بڑی چیز دے دی جس کے مقابلے میں وہ سفرنگ ہیچ ہے جو حدیث میں اتا ہے کہ ایک شخص جس کو بہت بڑی مصیبت پیش ائی تھی بلکہ دنیا کا سب سے بڑا سفر حدیث میں اتا ہے کہ ایک انسان لایا جائے گا جس کو دنیا میں سب سے زیادہ مصیبت پیش ائی ہوگی سب سے زیادہ مصیبت تو اس کو خدا فرشتوں سے کہے گا کہ جنت میں لے جاؤ اور جنت میں اس</w:t>
      </w:r>
    </w:p>
    <w:p>
      <w:r>
        <w:rPr>
          <w:b/>
        </w:rPr>
        <w:t xml:space="preserve">[55:27] </w:t>
      </w:r>
      <w:r>
        <w:t>ko ghoomne do to jannat mein dakhil ho kar ke jab woh ghoomega us mein to within second woh saari museebatein bhool jayega yahan tak ke hadith mein aata hai ke woh kahega ke mujhe to kabhi koi museebat padi nahi to main samajhta hoon ke woh log jo duniya mein kuch museebat uthayen aur aakhirat mein Khuda compensate kar ke unhein paradise mein dakhil kar de woh bilashubah hum se behtar hain</w:t>
      </w:r>
    </w:p>
    <w:p>
      <w:pPr>
        <w:jc w:val="right"/>
      </w:pPr>
      <w:r>
        <w:t>کو گھومنے دو تو جنت میں داخل ہو کر کے جب وہ گھومے گا اس میں تو ود ان سیکنڈ وہ ساری مصیبتیں بھول جائے گا یہاں تک کہ حدیث میں اتا ہے کہ وہ کہے گا کہ مجھے تو کبھی کوئی مصیبت پڑی نہیں تو میں سمجھتا ہوں کہ وہ لوگ جو دنیا میں کچھ مصیبت اٹھائیں اور اخرت میں خدا کمپنسیٹ کر کے انہیں پیرڈائز میں داخل کر دے وہ بلاشبہ ہم سے بہتر ہیں</w:t>
      </w:r>
    </w:p>
    <w:p>
      <w:r>
        <w:rPr>
          <w:b/>
        </w:rPr>
        <w:t xml:space="preserve">[55:58] </w:t>
      </w:r>
      <w:r>
        <w:t>keh in ko in ki safaring jo hai in ki bohat bari reward banne wali hai Maulana sahib mâny sufiz se one who is spiritual person should not concentrate on anything other than God they should not even set heaven as their goal for that would amount to distraction from their constant remembrance of God how do you comment upon this dekhen yeh baat bilkul base less hai base less mein is liye keh raha hoon</w:t>
      </w:r>
    </w:p>
    <w:p>
      <w:pPr>
        <w:jc w:val="right"/>
      </w:pPr>
      <w:r>
        <w:t>کہ ان کو ان کی سفرنگ جو ہے ان کی بہت بڑی ریوارڈ بننے والی ہے مولانا صاحب مینی صوفیز سے ون ہو از سپرچول پرسن شوڈ ناٹ کنسنٹریٹ ان اینی تھنگ ادر دین گاڈ دے شوڈ ناٹ ایون سیٹ ہیون ایز دیر گول فور دیٹ وڈ اماؤنٹ ٹو ڈسٹریکشن فرام دیر کانسٹنٹ ریممبرنس اف گاڈ ہاؤ ڈو یو کمنٹ اپون دس دیکھیں یہ بات بالکل بیس لیس ہے بیس لیس میں اس لیے کہہ رہا ہوں</w:t>
      </w:r>
    </w:p>
    <w:p>
      <w:r>
        <w:rPr>
          <w:b/>
        </w:rPr>
        <w:t xml:space="preserve">[56:28] </w:t>
      </w:r>
      <w:r>
        <w:t>keh koi baat bhi jo Islam ke reference mein kahi jaye to hamare paas ek criteria jise hum judge karein keh woh theek hai keh nahi theek hai to jab hum dekhte hain jo criteria hai woh kaun hai Prophet aur aap ke companion unhone kabhi aisi baat nahi kahi yeh baat nikali hai do sau saal baad hone wale sufiyon ne to hadith mein aata hai keh man ahd saafia amr nahadha mal</w:t>
      </w:r>
    </w:p>
    <w:p>
      <w:pPr>
        <w:jc w:val="right"/>
      </w:pPr>
      <w:r>
        <w:t>کہ کوئی بات بھی جو اسلام کے ریفرنس میں کہی جائے تو ہمارے پاس ایک کرائٹیریا جسے ہم جج کریں کہ وہ ٹھیک ہے کہ نہیں ٹھیک ہے تو جب ہم دیکھتے ہیں جو کرائٹیریا ہے وہ کون ہے پرافٹ اور اپ کے کمپینین انہوں نے کبھی ایسی بات نہیں کہی یہ بات نکالی ہے دو سو سال بعد ہونے والے صوفیوں نے تو حدیث میں اتا ہے کہ من احد صفیہ امر نہاضہ مال</w:t>
      </w:r>
    </w:p>
    <w:p>
      <w:r>
        <w:rPr>
          <w:b/>
        </w:rPr>
        <w:t xml:space="preserve">[56:58] </w:t>
      </w:r>
      <w:r>
        <w:t>saafia fardain keh jo aadmi hamare deen mein koi nai baat nikale jo hum ne na kahi ho to woh rejected hai main samajhta hoon keh sufiyon ke kehna rejected hai woh Islam se is ka koi talluq nahi hai kyunkeh jab tak koi cheez dekhen hamare paas ek khula hua criterion hai woh hai Quran aur Sunnah ya Prophet aur aap ke companion is se jo cheez sabit ho</w:t>
      </w:r>
    </w:p>
    <w:p>
      <w:pPr>
        <w:jc w:val="right"/>
      </w:pPr>
      <w:r>
        <w:t>صفیہ فوردن کہ جو ادمی ہمارے دین میں کوئی نئی بات نکالے جو ہم نے نہ کہی ہو تو وہ ریجیکٹڈ ہے میں سمجھتا ہوں کہ صوفیوں کے کہنا ریجیکٹڈ ہے وہ اسلام سے اس کا کوئی تعلق نہیں ہے کیونکہ جب تک کوئی چیز دیکھیں ہمارے پاس ایک کھلا ہوا کرائٹیرین ہے وہ ہے قران اور سنت یا پرافٹ اور اپ کے کمپینین اس سے جو چیز ثابت ہو</w:t>
      </w:r>
    </w:p>
    <w:p>
      <w:r>
        <w:rPr>
          <w:b/>
        </w:rPr>
        <w:t xml:space="preserve">[57:29] </w:t>
      </w:r>
      <w:r>
        <w:t>wohi Islam hai jo sabit na ho woh Islam nahi hai to sufiyon ka kehna bilkul base less hai koi bhi is ka proof na Quran mein hai na hadith mein hai na kabhi companion kisi companion ne aisa kaha na Prophet ne aisa kaha to simple yani sirf yani sirf yahi baat is ko reject karne ke liye kafi hai keh jo asal criterion hai us par jab judge karte hain hum is ko to yeh poori us par poori nahi utar</w:t>
      </w:r>
    </w:p>
    <w:p>
      <w:pPr>
        <w:jc w:val="right"/>
      </w:pPr>
      <w:r>
        <w:t>وہی اسلام ہے جو ثابت نہ ہو وہ اسلام نہیں ہے تو صوفیوں کا کہنا بالکل بیس لیس ہے کوئی بھی اس کا پروف نہ قران میں ہے نہ حدیث میں ہے نہ کبھی کمپینین کسی کمپینین نے ایسا کہا نہ پرافٹ نے ایسا کہا تو سمپل یعنی صرف یعنی صرف یہی بات اس کو ریجیکٹ کرنے کے لیے کافی ہے کہ جو اصل کرائٹیرین ہے اس پر جب جج کرتے ہیں ہم اس کو تو یہ پوری اس پر پوری نہیں اتر</w:t>
      </w:r>
    </w:p>
    <w:p>
      <w:r>
        <w:rPr>
          <w:b/>
        </w:rPr>
        <w:t xml:space="preserve">[57:59] </w:t>
      </w:r>
      <w:r>
        <w:t>ti Maulana he have question how do we inculcate contentment in our self yani yeh keh rahe hain keh hum apne andar qanaat wali spirit kaise paida karein contentment ke liye jo word hai Arabic mein woh qanaat hai dekhiye hadith mein is ka jawab diya gaya hai bohat simple dekhiye</w:t>
      </w:r>
    </w:p>
    <w:p>
      <w:pPr>
        <w:jc w:val="right"/>
      </w:pPr>
      <w:r>
        <w:t>تی مولانا ہیو کوئسچن ہاؤ ڈو وی انکلکیٹ کنٹینٹمنٹ ان اور سیلف یعنی یہ کہہ رہے ہیں کہ ہم اپنے اندر قناعت والی اسپرٹ کیسے پیدا کریں کنٹینٹمنٹ کے لیے جو ورڈ ہے عربک میں وہ قناعت ہے دیکھیے حدیث میں اس کا جواب دیا گیا ہے بہت سمپل دیکھیے</w:t>
      </w:r>
    </w:p>
    <w:p>
      <w:r>
        <w:rPr>
          <w:b/>
        </w:rPr>
        <w:t xml:space="preserve">[58:31] </w:t>
      </w:r>
      <w:r>
        <w:t>woh yeh hai keh tum apne aap ko apne se upar se compare na karo agar tum apne se upar jo tum se upar jo hai us se compare karoge us se tumhare andar discontent paida hoga keh woh us ke paas itna hai mere andar itna kam hai balkeh tum aisa karo keh tum apne se neeche wale se compare karo to tumhare andar contentment aayega keh dekho is se zyada mere paas hai to dis</w:t>
      </w:r>
    </w:p>
    <w:p>
      <w:pPr>
        <w:jc w:val="right"/>
      </w:pPr>
      <w:r>
        <w:t>وہ یہ ہے کہ تم اپنے اپ کو اپنے سے اوپر سے کمپیئر نہ کرو اگر تم اپنے سے اوپر جو تم سے اوپر جو ہے اس سے کمپیئر کرو گے اس سے تمہارے اندر ڈس کنٹینٹ پیدا ہوگا کہ وہ اس کے پاس اتنا ہے میرے اندر اتنا کم ہے بلکہ تم ایسا کرو کہ تم اپنے سے نیچے والے سے کمپیئر کرو تو تمہارے اندر کنٹینٹمنٹ ائے گا کہ دیکھو اس سے زیادہ میرے پاس ہے تو ڈس</w:t>
      </w:r>
    </w:p>
    <w:p>
      <w:r>
        <w:rPr>
          <w:b/>
        </w:rPr>
        <w:t xml:space="preserve">[59:02] </w:t>
      </w:r>
      <w:r>
        <w:t>contentment aur contentment ka ek simple formula yeh hai keh agar hum apne se upar wale ko dekhenge yani matlab hai keh jis ke paas ghar zyada hai zyada bara hai jis ke paas car zyada bari hai paisa zyada bara hai job zyada bara hai us se compare karenge to hum discontentment ka shikar honge lekin agar hum yeh karenge keh hum se jo kam hai jis ka job hum se chota hai jis ka ghar hum se chota hai</w:t>
      </w:r>
    </w:p>
    <w:p>
      <w:pPr>
        <w:jc w:val="right"/>
      </w:pPr>
      <w:r>
        <w:t>کنٹینمنٹ اور کنٹینمنٹ کا ایک سمپل فارمولا یہ ہے کہ اگر ہم اپنے سے اوپر والے کو دیکھیں گے یعنی مطلب ہے کہ جس کے پاس گھر زیادہ ہے زیادہ بڑا ہے جس کے پاس کار زیادہ بڑی ہے پیسہ زیادہ بڑا ہے جاب زیادہ بڑا ہے اس سے کمپیئر کریں گے تو ہم ڈس کنٹینٹمنٹ کا شکار ہوں گے لیکن اگر ہم یہ کریں گے کہ ہم سے جو کم ہے جس کا جاب ہم سے چھوٹا ہے جس کا گھر ہم سے چھوٹا ہے</w:t>
      </w:r>
    </w:p>
    <w:p>
      <w:r>
        <w:rPr>
          <w:b/>
        </w:rPr>
        <w:t xml:space="preserve">[59:32] </w:t>
      </w:r>
      <w:r>
        <w:t>jis ke paas car hum se choti hai us se compare karenge aur zahir hai keh society mein aise million million log hain to hamare contentment aayega to jo kaha gaya hai keh in comparison that we understand to is ka bilkul direct talluq comparison se hai ghalat comparison se ek spirit paida hoti hai aur sahi contentment se doosri spirit</w:t>
      </w:r>
    </w:p>
    <w:p>
      <w:pPr>
        <w:jc w:val="right"/>
      </w:pPr>
      <w:r>
        <w:t>جس کے پاس کار ہم سے چھوٹی ہے اس سے کمپیئر کریں گے اور ظاہر ہے کہ سوسائٹی میں ایسے ملین ملین لوگ ہیں تو ہمارے کنٹینٹمنٹ ائے گا تو جو کہا گیا ہے کہ ان کمپیریزن دیٹ وی انڈرسٹینڈ تو اس کا بالکل ڈائریکٹ تعلق کمپیریزن سے ہے غلط کمپیریزن سے ایک اسپرٹ پیدا ہوتی ہے اور صحیح کنٹینمنٹ سے دوسری اسپرٹ</w:t>
      </w:r>
    </w:p>
    <w:p>
      <w:r>
        <w:rPr>
          <w:b/>
        </w:rPr>
        <w:t xml:space="preserve">[1:00:02] </w:t>
      </w:r>
      <w:r>
        <w:t>paida hoti hai to aap ko chahiye keh aap comparison mein yeh ghalati na karein jis ka hadith mein bataya gaya hai my question is what are the dos and don'ts which one should keep in mind while doing dawah dekhen main samajhta hoon keh koi bohat lambi list nahi hai koi lambi list nahi hai main to samajhta hoon keh do cheezon ki importance hai jo Quran mein batai</w:t>
      </w:r>
    </w:p>
    <w:p>
      <w:pPr>
        <w:jc w:val="right"/>
      </w:pPr>
      <w:r>
        <w:t>پیدا ہوتی ہے تو اپ کو چاہیے کہ اپ کمپیریزن میں یہ غلطی نہ کریں جس کا حدیث میں بتایا گیا ہے مائی کوسچن از واٹ ار دا ڈوز اینڈ ڈونٹس وچ ون شوڈ کیپ ان مائنڈ وائل ڈوئنگ دعوی دیکھیں میں سمجھتا ہوں کہ کوئی بہت لمبی لسٹ نہیں ہے کوئی لمبی لسٹ نہیں ہے میں تو سمجھتا ہوں کہ دو چیزوں کی امپورٹنس ہے جو قران میں بتائی</w:t>
      </w:r>
    </w:p>
    <w:p>
      <w:r>
        <w:rPr>
          <w:b/>
        </w:rPr>
        <w:t xml:space="preserve">[1:00:32] </w:t>
      </w:r>
      <w:r>
        <w:t>gayi hain Quran mein do word use hue hain inni lakum nasihah amin naseeh aur amanat naseeh ke baad naseeh ka matlab hota hai woh well wishing yani madu ka well wisher hona ek yeh bataya gaya hai keh naseeh hona yani madu ke bare mein dahi well wisher ho uska khair khwah ho aur doosra</w:t>
      </w:r>
    </w:p>
    <w:p>
      <w:pPr>
        <w:jc w:val="right"/>
      </w:pPr>
      <w:r>
        <w:t>گئی ہیں قران میں دو ورڈ یوز ہوئے ہیں انی لکم ناسہ امین نسخ اور امانت نسخ کے بعد نسخ کا مطلب ہوتا ہے وہ ویل وشنگ یعنی مدعو کا ویل وشر ہونا ایک یہ بتایا گیا ہے کہ ناسے ہونا یعنی مدعو کا مدعو کے بارے میں داعی ویل وشر ہو اس کا خیر خواہ ہو اور دوسرا</w:t>
      </w:r>
    </w:p>
    <w:p>
      <w:r>
        <w:rPr>
          <w:b/>
        </w:rPr>
        <w:t xml:space="preserve">[1:01:02] </w:t>
      </w:r>
      <w:r>
        <w:t>amin ho amin ke maani honest is sense mein keh wohi baat kahe jo Khuda ne kahi hai us ko ghataye badhaye nahi wohi baat kahe to do hi cheez yeh Quran mein batai gayi hai well wisher hona aur wohi baat kehna jo Khuda ne kahi kehne ke liye koi doosri baat nahi jaise aaj kal ke zamane mein aap dekhiye keh dawah ke naam se kaam shuru karenge apna kaam aur us ko lad</w:t>
      </w:r>
    </w:p>
    <w:p>
      <w:pPr>
        <w:jc w:val="right"/>
      </w:pPr>
      <w:r>
        <w:t>امین ہو امین کے معنی انسٹ انسٹ اس سینس میں کہ وہی بات کہے جو خدا نے کہی ہے اس کو گھٹائے بڑھائے نہیں وہی بات کہے تو دو ہی چیز یہ قران میں بتائی گئی ہے ویل وشر ہونا اور وہی بات کہنا جو خدا نے کہی کہنے کے لیے کوئی دوسری بات نہیں جیسے اج کل کے زمانے میں اپ دیکھیے کہ دعوت کے نام سے کام شروع کریں گے اپنا کام اور اس کو لڑ</w:t>
      </w:r>
    </w:p>
    <w:p>
      <w:r>
        <w:rPr>
          <w:b/>
        </w:rPr>
        <w:t xml:space="preserve">[1:01:32] </w:t>
      </w:r>
      <w:r>
        <w:t>ai bana denge keh hum apni right ke lene ke liye hum ladte hain aur justice lene ke liye ladte hain to yeh sab ladaiyan jo justice ke naam par ya right ke naam par ki jayein woh sab sab base less hain in ka dawah se koi talluq nahi hai to Quran se hat kar koi dawah ka concept nahi banana chahiye aadmi ko yeh matlab hai honesty ka yahan teesri cheez jo Quran mein batai gayi hai woh hai sabr Rab ka fazl dahi ke liye sabr karna bohat zaroori hai patience</w:t>
      </w:r>
    </w:p>
    <w:p>
      <w:pPr>
        <w:jc w:val="right"/>
      </w:pPr>
      <w:r>
        <w:t>ائی بنا دیں گے کہ ہم اپنی رائٹ کے لینے کے لیے ہم لڑتے ہیں اور جسٹس لینے کے لیے لڑتے ہیں تو یہ سب لڑائیاں جو جسٹس کے نام پر یا رائٹ کے نام پر کی جائیں وہ سب سب بیس لیس ہیں ان کا دعوت سے کوئی تعلق نہیں ہے تو قران سے ہٹ کر کوئی دعوت کا کانسیپٹ نہیں بنانا چاہیے ادمی کو یہ مطلب ہے انسٹی کا یہاں تیسری چیز جو قران میں بتائی گئی ہے وہ ہے صبر رب کا فضل داعی کے لیے صبر کرنا بہت ضروری ہے پیشنس</w:t>
      </w:r>
    </w:p>
    <w:p>
      <w:r>
        <w:rPr>
          <w:b/>
        </w:rPr>
        <w:t xml:space="preserve">[1:02:04] </w:t>
      </w:r>
      <w:r>
        <w:t>kyunkeh jis ke samne aap dawah dene ja rahe hain to woh ain mumkin hai keh negative response de aisi baatein kahe jo aap ke liye provocative hon to agar aap sache well wisher hain to aap ko tolerate karna chahiye bardasht karna chahiye sabr karna chahiye kyun sabr karne se</w:t>
      </w:r>
    </w:p>
    <w:p>
      <w:pPr>
        <w:jc w:val="right"/>
      </w:pPr>
      <w:r>
        <w:t>کیونکہ جس کے سامنے اپ دعوت دینے جا رہے ہیں تو وہ عین ممکن ہے کہ نیگیٹیو رسپانس دے ایسی باتیں کہے جو اپ کے لیے پروواکیٹو ہوں تو اگر اپ سچے ویل وشر ہیں تو اپ کو ٹالریٹ کرنا چاہیے برداشت کرنا چاہیے صبر کرنا چاہیے کیوں صبر کرنے سے</w:t>
      </w:r>
    </w:p>
    <w:p>
      <w:r>
        <w:rPr>
          <w:b/>
        </w:rPr>
        <w:t xml:space="preserve">[1:02:35] </w:t>
      </w:r>
      <w:r>
        <w:t>dawah work continue rehta hai jis ko main kehta hoon sustainable dawah work dekhiye sustainable dawah work jo hai woh sirf us waqt chalta hai jahan aap sabr karne par tayyar hon agar hum sabr karne par tayyar na hon to sustainable dawah work kabhi bhi nahi hoga to Quran se yeh teen cheezein maine samjhi hain pehli baat yeh keh aadmi madu ke bare mein well wisher ho number do isi cheez ko</w:t>
      </w:r>
    </w:p>
    <w:p>
      <w:pPr>
        <w:jc w:val="right"/>
      </w:pPr>
      <w:r>
        <w:t>دعوی ورک کنٹینیو رہتا ہے جس کو میں کہتا ہوں سسٹینیبل دعوی ورک دیکھیے سسٹینیبل دعوی ورک جو ہے وہ صرف اس وقت چلتا ہے جہاں اپ صبر کرنے پر تیار ہوں اگر ہم صبر کرنے پر تیار نہ ہوں تو سسٹینیبل دعوی ورک کبھی بھی نہیں ہوگا تو قران سے یہ تین چیزیں میں نے سمجھی ہیں پہلی بات یہ کہ ادمی مدعو کے بارے میں ویل وشر ہو نمبر دو اسی چیز کو</w:t>
      </w:r>
    </w:p>
    <w:p>
      <w:r>
        <w:rPr>
          <w:b/>
        </w:rPr>
        <w:t xml:space="preserve">[1:03:06] </w:t>
      </w:r>
      <w:r>
        <w:t>dawah ka point banaye yani point of dawah sirf usi ko banaye jo Quran mein bataya gaya hai kisi aur cheez ko point of dawah na banaye woh aur teesri cheez yeh keh woh har haal mein sabr karne par tayyar rahe taake dahi aur madu ke darmiyan normal si kabhi na toote normal talluq hamesha baqi rahe yeh teen cheezein mujhe samajh mein aayi hain Quran o Hadith se Maulana hamara question hai</w:t>
      </w:r>
    </w:p>
    <w:p>
      <w:pPr>
        <w:jc w:val="right"/>
      </w:pPr>
      <w:r>
        <w:t>دعوت کا پوائنٹ بنائے یعنی پوائنٹ اف دعوت صرف اسی کو بنائے جو قران میں بتایا گیا ہے کسی اور چیز کو پوائنٹ اف دعوت نہ بنائے وہ اور تیسری چیز یہ کہ وہ ہر حال میں صبر کرنے پر تیار رہے تاکہ داعی اور مدعو کے درمیان نارمل سی کبھی نہ ٹوٹے نارمل تعلق ہمیشہ باقی رہے یہ تین چیزیں مجھے سمجھ میں ائی ہیں قران و حدیث سے مولانا ہمارا کوئسچن ہے</w:t>
      </w:r>
    </w:p>
    <w:p>
      <w:r>
        <w:rPr>
          <w:b/>
        </w:rPr>
        <w:t xml:space="preserve">[1:03:36] </w:t>
      </w:r>
      <w:r>
        <w:t>who is the true dahi sacha dahi kaun hai main samajhta hoon keh yeh sawal bohat hi simple hai is liye keh Prophet sache dahi the Prophet yani behtareen model hai hamare liye samajhne ka keh sacha dahi kaun hai main aap ko do waqeye arz karta hoon is se aap samajh sakte hain sacha dahi kaun hai Prophet</w:t>
      </w:r>
    </w:p>
    <w:p>
      <w:pPr>
        <w:jc w:val="right"/>
      </w:pPr>
      <w:r>
        <w:t>ہو از دا ٹرو دائی سچا دائی کون ہے میں سمجھتا ہوں کہ یہ سوال بہت ہی سمپل ہے اس لیے کہ پرافٹ سچے دائی تھے پرافٹ یعنی بہترین ماڈل ہے ہمارے لیے سمجھنے کا کہ سچا دائی کون ہے میں اپ کو دو واقعے عرض کرتا ہوں اس سے اپ سمجھ سکتے ہیں سچا دائی کون ہے پرافٹ</w:t>
      </w:r>
    </w:p>
    <w:p>
      <w:r>
        <w:rPr>
          <w:b/>
        </w:rPr>
        <w:t xml:space="preserve">[1:04:06] </w:t>
      </w:r>
      <w:r>
        <w:t>ko jab Prophet jab aap ko Prophet banaya gaya 610 isvi mein to aap ne Makkah mein wahan par ek ek stage kehna chahiye yani ek ek rock thi Safa uska naam tha us rock ke upar khada ho kar aadmi yani logon ko pukarta tha to log jama ho jate</w:t>
      </w:r>
    </w:p>
    <w:p>
      <w:pPr>
        <w:jc w:val="right"/>
      </w:pPr>
      <w:r>
        <w:t>کو جب پرافٹ جب اپ کو پرافٹ بنایا گیا 610 عیسوی میں تو اپ نے مکہ میں وہاں پر ایک ایک اسٹیج کہنا چاہیے یعنی ایک ایک راک تھی صفا اس کا نام تھا اس راک کے اوپر کھڑا ہو کر ادمی یعنی لوگوں کو پکارتا تھا تو لوگ اکٹھا ہو جات</w:t>
      </w:r>
    </w:p>
    <w:p>
      <w:r>
        <w:rPr>
          <w:b/>
        </w:rPr>
        <w:t xml:space="preserve">[1:04:36] </w:t>
      </w:r>
      <w:r>
        <w:t>the wahan to woh rock jo thi goya keh stage tha woh wahan aap ne pukara Makkah ke log jama hue to aap ne kya kaha aap ne yahi kaha keh tum log marne wale ho koi insaan duniya mein hamesha jiye ga nahi aur marne ke baad kya hai marne ke baad ya</w:t>
      </w:r>
    </w:p>
    <w:p>
      <w:pPr>
        <w:jc w:val="right"/>
      </w:pPr>
      <w:r>
        <w:t>ے تھے وہاں تو وہ راک جو تھی گویا کہ اسٹیج تھا وہ وہاں اپ نے پکارا مکہ کے لوگ اکٹھا ہوئے تو اپ نے کیا کہا اپ نے یہی کہا کہ تم لوگ مرنے والے ہو کوئی انسان دنیا میں ہمیشہ جیے گا نہیں اور مرنے کے بعد کیا ہے مرنے کے بعد یا</w:t>
      </w:r>
    </w:p>
    <w:p>
      <w:r>
        <w:rPr>
          <w:b/>
        </w:rPr>
        <w:t xml:space="preserve">[1:05:06] </w:t>
      </w:r>
      <w:r>
        <w:t>to eternal hell hai ya eternal paradise yeh kaha aap ne yani Safa ka jo rock tha us par khada ho kar Makkah walon ko jo aap ne message diya woh bas itna hi tha yeh kitabon mein maujood hai aap dekh sakte hain keh aap ne kaha keh yaad rakho tum ko marna hai hamesha zinda nahi rahoge aur marne ke baad kya hai</w:t>
      </w:r>
    </w:p>
    <w:p>
      <w:pPr>
        <w:jc w:val="right"/>
      </w:pPr>
      <w:r>
        <w:t>تو ایٹرنل ہیل ہے یا ایٹرنل پیراڈائز یہ کہا اپ نے یعنی صفا کا جو راک تھا اس پر کھڑے ہو کر مکہ والوں کو جو اپ نے میسج دیا وہ بس اتنا ہی تھا یہ کتابوں میں موجود ہے اپ دیکھ سکتے ہیں کہ اپ نے کہا کہ یاد رکھو تم کو مرنا ہے ہمیشہ زندہ نہیں رہو گے اور مرنے کے بعد کیا ہے</w:t>
      </w:r>
    </w:p>
    <w:p>
      <w:r>
        <w:rPr>
          <w:b/>
        </w:rPr>
        <w:t xml:space="preserve">[1:05:38] </w:t>
      </w:r>
      <w:r>
        <w:t>us ke baad ya to hamesha ki hell hai ya hamesha ki paradise to aata hai keh Abu Lahab bhi is mein maujood tha jo aap ka bohat mukhalif bana hua tha ban gaya us ne kaha keh saare din tumhara bura ho keh yahi batane ke liye tum ne hum ko bulaya tha yahan par</w:t>
      </w:r>
    </w:p>
    <w:p>
      <w:pPr>
        <w:jc w:val="right"/>
      </w:pPr>
      <w:r>
        <w:t>اس کے بعد یا تو ہمیشہ کی ہل ہے یا ہمیشہ کی پیراڈائز تو اتا ہے کہ ابو لہب بھی اس میں موجود تھا جو اپ کا بہت مخالف بنا ہوا تھا بن گیا اس نے کہا کہ سارے دن تمہارا برا ہو کہ یہی بتانے کے لیے تم نے ہم کو بلایا تھا یہاں پر</w:t>
      </w:r>
    </w:p>
    <w:p>
      <w:r>
        <w:rPr>
          <w:b/>
        </w:rPr>
        <w:t xml:space="preserve">[1:06:08] </w:t>
      </w:r>
      <w:r>
        <w:t>us ko yeh baat choti si lagi to dahi woh hai jis ko yahi baat sab se bari lage aur ghair dahi woh hai jis ko yeh baat choti lage political slogan bade bade nation community work us ko bade bade dikhai de main samajhta hoon is comparison mein aap samajh sakte hain keh dahi woh hai jis ki nazar mein sab se bari baat yahi lage keh marna hai marne ke baad day of judgment hai</w:t>
      </w:r>
    </w:p>
    <w:p>
      <w:pPr>
        <w:jc w:val="right"/>
      </w:pPr>
      <w:r>
        <w:t>اس کو یہ بات چھوٹی سی لگی تو داعی وہ ہے جس کو یہی بات سب سے بڑی لگے اور غیر داعی وہ ہے جس کو یہ بات چھوٹی لگے پولیٹیکل سلوگن بڑے بڑے نیشن کمیونٹی ورک اس کو بڑے بڑے دکھائی دے میں سمجھتا ہوں اس کمپیریزن میں اپ سمجھ سکتے ہیں کہ داعی وہ ہے جس کی نظر میں سب سے بڑی بات یہی لگے کہ مرنا ہے مرنے کے بعد ڈے اف ججمنٹ ہے</w:t>
      </w:r>
    </w:p>
    <w:p>
      <w:r>
        <w:rPr>
          <w:b/>
        </w:rPr>
        <w:t xml:space="preserve">[1:06:39] </w:t>
      </w:r>
      <w:r>
        <w:t>accountability hai hell aur paradise hai yeh baat sab se bari lage us ko aur ghair dahi woh hai jis ko yeh baat choti lage keh yeh kaun si baat hai bari bari baatein us ko woh lage hain keh bade bade crowd hon bade bade nare hon bade badi badi speeches di ja rahi hon media mein chhap raha ho to behal sacha dahi aur doosri baat yeh hai keh jab aap Madinah gaye itna zyada aap ke sath zulm hua tha Makkah mein</w:t>
      </w:r>
    </w:p>
    <w:p>
      <w:pPr>
        <w:jc w:val="right"/>
      </w:pPr>
      <w:r>
        <w:t>اکاؤنٹیبلٹی ہے ہیل اور پیراڈائز ہے یہ بات سب سے بڑی لگے اس کو اور غیر داعی وہ ہے جس کو یہ بات چھوٹی لگے کہ یہ کون سی بات ہے بڑی بڑی باتیں اس کو وہ لگے ہیں کہ بڑے بڑے کراؤڈ ہوں بڑے بڑے نعرے ہوں بڑے بڑی بڑی سپیچز دی جا رہی ہوں میڈیا میں چھپ رہا ہو تو بہرحال سچا دائی اور دوسری بات یہ ہے کہ جب اپ مدینہ گئے اتنا زیادہ اپ کے ساتھ ظلم ہوا تھا مکہ میں</w:t>
      </w:r>
    </w:p>
    <w:p>
      <w:r>
        <w:rPr>
          <w:b/>
        </w:rPr>
        <w:t xml:space="preserve">[1:07:09] </w:t>
      </w:r>
      <w:r>
        <w:t>wohan gaye to aap ne zulm ka koi indirect way bhi koi reference nahi diya jaisa keh aaj kal leader log karte hain kuch bhi reference is ka nahi balkeh aap ne yeh kaha keh ittaq al-nar aey logon apne aap ko hell se bachao chahe khajoor ka ek tukra de kar hi kyun na ho matlab kuch bhi karo</w:t>
      </w:r>
    </w:p>
    <w:p>
      <w:pPr>
        <w:jc w:val="right"/>
      </w:pPr>
      <w:r>
        <w:t>وہاں گئے تو اپ نے ظلم کا کوئی ان ڈائریکٹ وے بھی کوئی ریفرنس نہیں دیا جیسا کہ اج کل لیڈر لوگ کرتے ہیں کچھ بھی ریفرنس اس کا نہیں بلکہ اپ نے یہ کہا کہ اتق النار اے لوگوں اپنے اپ کو ہیل سے بچاؤ چاہے کھجور کا ایک ٹکڑا دے کر ہی کیوں نہ ہو مطلب کچھ بھی کرو</w:t>
      </w:r>
    </w:p>
    <w:p>
      <w:r>
        <w:rPr>
          <w:b/>
        </w:rPr>
        <w:t xml:space="preserve">[1:07:39] </w:t>
      </w:r>
      <w:r>
        <w:t>jo tumhare bas mein hai jo tumhare bas mein woh sab kuch kar ke apne aap ko hell se bachao aur paradise ka ka mustahiq banao apne aap ko to dekhen ab Makkah mein bhi yahi message diya aap ne aur Madinah mein bhi yahi message diya aap ne to main ne dekha sacha dahi woh hai jis ko sab se bari baat yeh lage keh day of judgment aane wala hai hum accountable hain Khuda ke aage aur phir hamein eternally ya to</w:t>
      </w:r>
    </w:p>
    <w:p>
      <w:pPr>
        <w:jc w:val="right"/>
      </w:pPr>
      <w:r>
        <w:t>جو تمہارے بس میں ہے جو تمہارے بس میں وہ سب کچھ کر کے اپنے اپ کو ہیل سے بچاؤ اور پیراڈائز کا کا مستحق بناؤ اپنے اپ کو تو دیکھیں اب مکہ میں بھی یہی میسج دیا اپ نے اور مدینہ میں بھی یہی میسج دیا اپ نے تو میں نے دیکھا سچا داعی وہ ہے جس کو سب سے بڑی بات یہ لگے کہ ڈے اف ججمنٹ انے والا ہے ہم اکاؤنٹیبل ہیں خدا کے اگے اور پھر ہمیں ایٹرنلی یا تو</w:t>
      </w:r>
    </w:p>
    <w:p>
      <w:r>
        <w:rPr>
          <w:b/>
        </w:rPr>
        <w:t xml:space="preserve">[1:08:10] </w:t>
      </w:r>
      <w:r>
        <w:t>paradise mein jana hai ya hell mein jana hai yeh baat sab se bari baat lage usi ko duniya ko bataye usi ke liye apne aap ko dedicate kar de wohi sacha dahi hai Maulana I want to know what Quran says about our duty towards parents Quran mein Surah Luqman mein is ka jawab diya gaya hai is mein bataya gaya hai keh apne parent ki baat mano exception sirf yeh bataya gaya hai keh agar</w:t>
      </w:r>
    </w:p>
    <w:p>
      <w:pPr>
        <w:jc w:val="right"/>
      </w:pPr>
      <w:r>
        <w:t>پیراڈائز میں جانا ہے یا ہیل میں جانا ہے یہ بات سب سے بڑی بات لگے اسی کو دنیا کو بتائے اسی کے لیے اپنے اپ کو ڈیڈیکیٹ کر دے وہی سچا دائی ہے مولانا ائی وانٹ ٹو نو واٹ قران سیز اباؤٹ اور ڈیوٹی ٹوڈز پیرنٹ قران میں سورہ لقمان میں اس کا جواب دیا گیا ہے اس میں بتایا گیا ہے کہ اپنے پیرنٹ کی بات مانو ایکسیپشن صرف یہ بتایا گیا ہے کہ اگر</w:t>
      </w:r>
    </w:p>
    <w:p>
      <w:r>
        <w:rPr>
          <w:b/>
        </w:rPr>
        <w:t xml:space="preserve">[1:08:40] </w:t>
      </w:r>
      <w:r>
        <w:t>wo shirq ke liye kahin to shirq ki baat na mano yani is ka doosra matlab yeh hua ke ek hai family affairs to family affairs mein parent ki baat mano lekin jab god ki baat aajaye yani god mein aur parent mein jab takrao ki baat aajaye to us waqt god ki baat manna hai parent ki baat nahi manna hai lekin jab tak god se takrao</w:t>
      </w:r>
    </w:p>
    <w:p>
      <w:pPr>
        <w:jc w:val="right"/>
      </w:pPr>
      <w:r>
        <w:t>وہ شرک کے لیے کہیں تو شرک کی بات نہ مانو یعنی اس کا دوسرا مطلب یہ ہوا کہ ایک ہے فیملی افیئرز تو فیملی افیئرز میں پیرنٹ کی بات مانو لیکن جب گاڈ کی بات اجائے یعنی گاڈ میں اور پیرنٹ میں جب ٹکراؤ کی بات اجائے تو اس وقت گاڈ کی بات ماننا ہے پیرنٹ کی بات نہیں ماننا ہے لیکن جب تک گاڈ سے ٹکراؤ</w:t>
      </w:r>
    </w:p>
    <w:p>
      <w:r>
        <w:rPr>
          <w:b/>
        </w:rPr>
        <w:t xml:space="preserve">[1:09:10] </w:t>
      </w:r>
      <w:r>
        <w:t>na ho tab tak parent hi ki baat manna hai yeh surah luqman se pata chalta hai i want to know how to inculcate in us desired seriousness which is essential work for dawah work yeh bohat important question hai baghair seriousness ko laye hue hum dawah work nahi kar sakte</w:t>
      </w:r>
    </w:p>
    <w:p>
      <w:pPr>
        <w:jc w:val="right"/>
      </w:pPr>
      <w:r>
        <w:t>نہ ہو تب تک پیرنٹ ہی کی بات ماننا ہے یہ سورہ لقمان سے پتہ چلتا ہے ائی وانٹ ٹو نو ہاؤ ٹو انکلکیٹ ان اس ڈیزائرڈ سیریسنس وچ از ایسینشل ورک فار دعوی ورک یہ بہت امپورٹنٹ کوسچن ہے بغیر سیریسنس کو لائے ہوئے ہم دعوی ورک نہیں کر سکتے</w:t>
      </w:r>
    </w:p>
    <w:p>
      <w:r>
        <w:rPr>
          <w:b/>
        </w:rPr>
        <w:t xml:space="preserve">[1:09:41] </w:t>
      </w:r>
      <w:r>
        <w:t>lekin main samajhta hoon ke is ke liye koi is type ka formula nahi hai jo jo yoga mein ya sufi culture mein bataya jata hai aisa koi formula nahi hai bas yeh hai ke aadmi study kare soche quran ko padhe prophet ki life ko padhe</w:t>
      </w:r>
    </w:p>
    <w:p>
      <w:pPr>
        <w:jc w:val="right"/>
      </w:pPr>
      <w:r>
        <w:t>لیکن میں سمجھتا ہوں کہ اس کے لیے کوئی اس ٹائپ کا فارمولا نہیں ہے جو جو یوگا میں یا صوفی کلچر میں بتایا جاتا ہے ایسا کوئی فارمولا نہیں ہے بس یہ ہے کہ ادمی سٹڈی کرے سوچے قران کو پڑھے پرافٹ کی لائف کو پڑھے</w:t>
      </w:r>
    </w:p>
    <w:p>
      <w:r>
        <w:rPr>
          <w:b/>
        </w:rPr>
        <w:t xml:space="preserve">[1:10:12] </w:t>
      </w:r>
      <w:r>
        <w:t>yani khud hi apne aap ko serious banana parega bahar se koi aisi cheez mein nahi janta jo aadmi ke andar seriousness paida karne wali ho aisi cheez mujhe nahi maloom jahan tak mera taalluq hai mera mizaj yeh hai bachpan se</w:t>
      </w:r>
    </w:p>
    <w:p>
      <w:pPr>
        <w:jc w:val="right"/>
      </w:pPr>
      <w:r>
        <w:t>یعنی خود ہی اپنے اپ کو سیریس بنانا پڑے گا باہر سے کوئی ایسی چیز میں نہیں جانتا جو ادمی کے اندر سیریسنس پیدا کرنے والی ہو ایسی چیز مجھے نہیں معلوم جہاں تک میرا تعلق ہے میرا مزاج یہ ہے بچپن سے</w:t>
      </w:r>
    </w:p>
    <w:p>
      <w:r>
        <w:rPr>
          <w:b/>
        </w:rPr>
        <w:t xml:space="preserve">[1:10:44] </w:t>
      </w:r>
      <w:r>
        <w:t>ke kisi bhi aisi cheez mein mujhe koi interest nahi aata jo bekar qism ki ho non seriousness mein mujhe koi dilchaspi nahi hoti jaise khel kood hai ya koi art hai ya koi music sunna hai sab mujhe lagta hai ke mein apna time waste kar raha hoon to mera apna jo hai</w:t>
      </w:r>
    </w:p>
    <w:p>
      <w:pPr>
        <w:jc w:val="right"/>
      </w:pPr>
      <w:r>
        <w:t>کہ کسی بھی ایسی چیز میں مجھے کوئی انٹرسٹ نہیں اتا جو بیکار قسم کی ہو نان سیریسنس میں مجھے کوئی دلچسپی نہیں ہوتی جیسے کھیل کود ہے یا کوئی ارٹ ہے یا کوئی میوزک سننا ہے سب مجھے لگتا ہے کہ میں اپنا ٹائم ویسٹ کر رہا ہوں تو میرا اپنا جو ہے</w:t>
      </w:r>
    </w:p>
    <w:p>
      <w:r>
        <w:rPr>
          <w:b/>
        </w:rPr>
        <w:t xml:space="preserve">[1:11:14] </w:t>
      </w:r>
      <w:r>
        <w:t>wo yeh hai ke maine likha tha ek martaba risala mein ke ke aadmi ko chahiye ke wo maqsad e aala se kamtar kisi cheez mein apna waqt zaya na kare yeh jo higher jo target is ka hai us se kabhi na hate apne andar yeh yeh salahiyat paida kare ke us se kam wali cheez mein us ko interest hi na aaye</w:t>
      </w:r>
    </w:p>
    <w:p>
      <w:pPr>
        <w:jc w:val="right"/>
      </w:pPr>
      <w:r>
        <w:t>وہ یہ ہے کہ میں نے لکھا تھا ایک مرتبہ رسالہ میں کہ کہ ادمی کو چاہیے کہ وہ مقصد اعلی سے کمتر کسی چیز میں اپنا وقت ضائع نہ کرے یہ جو ہائر جو ٹارگٹ اس کا ہے اس سے کبھی نہ ہٹے اپنے اندر یہ یہ صلاحیت پیدا کرے کہ اس سے کم والی چیز میں اس کو انٹرسٹ ہی نہ ائے</w:t>
      </w:r>
    </w:p>
    <w:p>
      <w:r>
        <w:rPr>
          <w:b/>
        </w:rPr>
        <w:t xml:space="preserve">[1:11:44] </w:t>
      </w:r>
      <w:r>
        <w:t>us ko koi shauq hi na ho maslan aap mujhe dunya ka sab se acha tv de kar ke ek ek bohat acha kamra ho aur sari luxury us ke andar ho aur ek bohat sab se acha tv bhi ho mujhe band kar dein to yaqeen kijiye ke mujhe prison maroon ga prison mujhe koi is mein interest nahi aayega to baharhal apne tajurbe ko dekhte hue apni mein yahi kahunga ke har aadmi khud hi apne</w:t>
      </w:r>
    </w:p>
    <w:p>
      <w:pPr>
        <w:jc w:val="right"/>
      </w:pPr>
      <w:r>
        <w:t>اس کو کوئی شوق ہی نہ ہو مثلا اپ مجھے دنیا کا سب سے اچھا ٹی وی دے کر کے ایک ایک بہت اچھا کمرہ ہو اور ساری لگزری اس کے اندر ہو اور ایک بہت سب سے اچھا ٹی وی بھی ہو مجھے بند کر دیں تو یقین کیجئے کہ مجھے پریزن ماروں گا پریزن مجھے کوئی اس میں انٹرسٹ نہیں ائے گا تو بہرحال اپنے تجربے کو دیکھتے ہوئے اپنی میں یہی کہوں گا کہ ہر ادمی خود ہی اپنے</w:t>
      </w:r>
    </w:p>
    <w:p>
      <w:r>
        <w:rPr>
          <w:b/>
        </w:rPr>
        <w:t xml:space="preserve">[1:12:15] </w:t>
      </w:r>
      <w:r>
        <w:t>andar aisa kar sakta hai koi aur technique aisi nahi hai ke wo is technique se aadmi ke andar yeh baat aajaye study observation thinking process introspection mein samajhta hoon ke yahi wo cheezein hain jis se aadmi ke andar serious seriousness aati hai Maulana although i know</w:t>
      </w:r>
    </w:p>
    <w:p>
      <w:pPr>
        <w:jc w:val="right"/>
      </w:pPr>
      <w:r>
        <w:t>اندر ایسا کر سکتا ہے کوئی اور ٹیکنیک ایسی نہیں ہے کہ وہ اس ٹیکنیک سے ادمی کے اندر یہ بات اجائے اسٹڈی ابزرویشن تھنکنگ پروسیس انٹراسپیکشن میں سمجھتا ہوں کہ یہی وہ چیزیں ہیں جس سے ادمی کے اندر سیریس سیریسنس اتی ہے مولانا الدو ائی نو</w:t>
      </w:r>
    </w:p>
    <w:p>
      <w:r>
        <w:rPr>
          <w:b/>
        </w:rPr>
        <w:t xml:space="preserve">[1:12:45] </w:t>
      </w:r>
      <w:r>
        <w:t>the importance of dawah i am not able to strike a conversation to do it with a potential madhu how should i what should i do in such circumstances bhai dekhein yeh zaroori nahi hai ke har aadmi direct taur par khud hi yani speech de ya dawah baat cheet kare mein samajhta hoon ke yeh zaroori nahi hai is zaman</w:t>
      </w:r>
    </w:p>
    <w:p>
      <w:pPr>
        <w:jc w:val="right"/>
      </w:pPr>
      <w:r>
        <w:t>دا امپورٹنس اف دعوی ائی ایم ناٹ ایبل ٹو سٹرائیک ا کنورسیشن ٹو ڈو اٹ ودا پوٹینشل مدھو ہاؤ شوڈ ائی واٹ شوڈ ائی ڈو ان سچ سرکمسٹنسز بھئی دیکھیں یہ ضروری نہیں ہے کہ ہر ادمی ڈائریکٹ طور پر خود ہی یعنی سپیچ دے یا دعوتی بات چیت کرے میں سمجھتا ہوں کہ یہ ضروری نہیں ہے اس زمان</w:t>
      </w:r>
    </w:p>
    <w:p>
      <w:r>
        <w:rPr>
          <w:b/>
        </w:rPr>
        <w:t xml:space="preserve">[1:13:15] </w:t>
      </w:r>
      <w:r>
        <w:t>e mein khaas taur par hamara jo yeh mission hai is mein Allah ke fazl se bohat hi yani har har har qism ke dawah jo subject hai us ke mutabiq kitabein tayyar ho chuki hain brochure pamphlet kitabein ab jo hai dekhein aap audio cassette video cassette ban rahe hain to ab aadmi ke liye do shakli</w:t>
      </w:r>
    </w:p>
    <w:p>
      <w:pPr>
        <w:jc w:val="right"/>
      </w:pPr>
      <w:r>
        <w:t>ے میں خاص طور پر ہمارا جو یہ مشن ہے اس میں اللہ کے فضل سے بہت ہی یعنی ہر ہر ہر قسم کے دعوی جو سبجیکٹ ہے اس کے مطابق کتابیں تیار ہو چکی ہیں بروشر پمفلیٹ کتابیں اب جو ہے دیکھیں اپ اڈیو کیسٹ ویڈیو کیسٹ بن رہے ہیں تو اب ادمی کے لیے دو شکلی</w:t>
      </w:r>
    </w:p>
    <w:p>
      <w:r>
        <w:rPr>
          <w:b/>
        </w:rPr>
        <w:t xml:space="preserve">[1:13:45] </w:t>
      </w:r>
      <w:r>
        <w:t>hein ya to khud wo study kar ke apne andar yeh salahiyat paida kare ke khud hi wo dawah work kare lekin yeh zaroori nahi raha ab ab to yeh hai ke wo literature ko phailaye wo cassette ko phailaye yeh saare kaam jo hain wo kare yeh to bas batao ghar aadmi kar sakta hai is mein koi rukawat hi nahi hai</w:t>
      </w:r>
    </w:p>
    <w:p>
      <w:pPr>
        <w:jc w:val="right"/>
      </w:pPr>
      <w:r>
        <w:t>ں ہیں یا تو خود وہ اسٹڈی کر کے اپنے اندر یہ صلاحیت پیدا کرے کہ خود ہی وہ دعوی ورک کرے لیکن یہ ضروری نہیں رہا اب اب تو یہ ہے کہ وہ لٹریچر کو پھیلائے وہ کیسٹ کو پھیلائے یہ سارے کام جو ہیں وہ کرے یہ تو بس بتاؤ گھر ادمی کر سکتا ہے اس میں کوئی رکاوٹ ہی نہیں ہے</w:t>
      </w:r>
    </w:p>
    <w:p>
      <w:r>
        <w:rPr>
          <w:b/>
        </w:rPr>
        <w:t xml:space="preserve">[1:14:15] </w:t>
      </w:r>
      <w:r>
        <w:t>dekhein agar aap yeh chahein ke khud hi bohat hi perfect andaaz mein dawah work karein to wo bohat kaafi study ke baghair nahi ho sakta aisa jaise dekhein parson mere paas tel hua hai habib bhai ka to habib bhai ko speech dena tha kahin to unhone bataya ke mein yeh bata wahan yeh bolne ja raha hoon to is mein wo yeh kehne wale the ke islam ideal</w:t>
      </w:r>
    </w:p>
    <w:p>
      <w:pPr>
        <w:jc w:val="right"/>
      </w:pPr>
      <w:r>
        <w:t>دیکھیں اگر اپ یہ چاہیں کہ خود ہی بہت ہی پرفیکٹ انداز میں دعوی ورک کریں تو وہ بہت کافی اسٹڈی کے بغیر نہیں ہو سکتا ایسا جیسے دیکھیں پرسوں میرے پاس ٹیل ہوا ہے حبیب بھائی کا تو حبیب بھائی کو اسپیچ دینا تھا کہیں تو انہوں نے بتایا کہ میں یہ بتا وہاں یہ بولنے جا رہا ہوں تو اس میں وہ یہ کہنے والے تھے کہ اسلام ائیڈیل</w:t>
      </w:r>
    </w:p>
    <w:p>
      <w:r>
        <w:rPr>
          <w:b/>
        </w:rPr>
        <w:t xml:space="preserve">[1:14:45] </w:t>
      </w:r>
      <w:r>
        <w:t>personality banata hai ideal society banata hai yeh sab to mein ne kaha ke dekhein yeh dawah work nahi hai hum kisi kisi insaan ki taraf ya kisi society ki taraf nahi bulate logon ko hum yeh batate hain ke Khuda ka creation plan kya hai us ki apni responsibility kya hai aakhirat mein jab Khuda ka samna hoga to wahan kya baat poochhi jayegi insaan se yeh sab baatein</w:t>
      </w:r>
    </w:p>
    <w:p>
      <w:pPr>
        <w:jc w:val="right"/>
      </w:pPr>
      <w:r>
        <w:t>پرسنیلٹی بناتا ہے ائیڈیل سوسائٹی بناتا ہے یہ سب تو میں نے کہا کہ دیکھیں یہ دعوی ورک نہیں ہے ہم کسی کسی انسان کی طرف یا کسی سوسائٹی کی طرف نہیں بلاتے لوگوں کو ہم یہ بتاتے ہیں کہ خدا کا کریشن پلان کیا ہے اس کی اپنی ریسپانسبیلٹی کیا ہے اخرت میں جب خدا کا سامنا ہوگا تو وہاں کیا بات پوچھی جائے گی انسان سے یہ سب باتیں</w:t>
      </w:r>
    </w:p>
    <w:p>
      <w:r>
        <w:rPr>
          <w:b/>
        </w:rPr>
        <w:t xml:space="preserve">[1:15:16] </w:t>
      </w:r>
      <w:r>
        <w:t>phir mein ne kaha ke dekhiye islam ka yeh target nahi hai ke koi ideal society banaye ideal society zameen par kabhi ban nahi sakti hai ideal society ek relative term hai aap jis ko ideal society kahenge doosre kahenge us ki ideal society nahi hai wo ideal society na to kabhi ban sakti hai aur na ideal society ki taraf hamein bulana chahiye kisi ko yahan tak ke mein yeh bhi</w:t>
      </w:r>
    </w:p>
    <w:p>
      <w:pPr>
        <w:jc w:val="right"/>
      </w:pPr>
      <w:r>
        <w:t>پھر میں نے کہا کہ دیکھیے اسلام کا یہ ٹارگٹ نہیں ہے کہ کوئی ائیڈیل سوسائٹی بنائے ائیڈیل سوسائٹی زمین پر کبھی بن نہیں سکتی ہے ائیڈیل سوسائٹی ایک ریلیٹیو ٹرم ہے اپ جس کو ائیڈیل سوسائٹی کہیں گے دوسرے کہیں گے اس کی ائیڈیل سوسائٹی نہیں ہے وہ ائیڈیل سوسائٹی نہ تو کبھی بن سکتی ہے اور نہ ائیڈیل سوسائٹی کی طرف ہمیں بلانا چاہیے کسی کو یہاں تک کہ میں یہ بھی</w:t>
      </w:r>
    </w:p>
    <w:p>
      <w:r>
        <w:rPr>
          <w:b/>
        </w:rPr>
        <w:t xml:space="preserve">[1:15:46] </w:t>
      </w:r>
      <w:r>
        <w:t>kahunga ke aap yeh kahein ke prophet jo hain hamare wo ideal character tha to yeh bhi sahi nahi mere nazdeek ke aap yeh keh ke bulayein ke hamara prophet ideal character hai aur us ko dekho kyunke wahan bhi nikal lega aadmi wo aadmi kahega ke aap kehte hain ke ideal prophet the to itni sari shadiyan kyun unhone keen kyunke us ke mind mein ideal shadi ek ek hai ek husband ek wife us ke mind</w:t>
      </w:r>
    </w:p>
    <w:p>
      <w:pPr>
        <w:jc w:val="right"/>
      </w:pPr>
      <w:r>
        <w:t>کہوں گا کہ اپ یہ کہیں کہ پرافٹ جو ہے ہمارے وہ ائیڈیل کریکٹر تھا تو یہ بھی صحیح نہیں میرے نزدیک کہ اپ یہ کہہ کے بلائیں کہ ہمارا پرافٹ ائیڈیل کریکٹر ہے اور اس کو دیکھو کیونکہ وہاں بھی نکال لے گا ادمی وہ ادمی کہے گا کہ اپ کہتے ہیں کہ ائیڈیل پرافٹ تھے تو اتنی ساری شادیاں کیوں انہوں نے کیں کیونکہ اس کے مائنڈ میں ائیڈیل شادی ایک ایک ہے ایک ہسبینڈ ایک وائف اس کے مائن</w:t>
      </w:r>
    </w:p>
    <w:p>
      <w:r>
        <w:rPr>
          <w:b/>
        </w:rPr>
        <w:t xml:space="preserve">[1:16:16] </w:t>
      </w:r>
      <w:r>
        <w:t>mein yahi hai concept ab wo kahega tumhare prophet ne bohat sari shadiyan kar rakhi hain to us ke mind set ko dekhiye us ke nazdeek wo ideal nahi rahega to mein samajhta hoon ke hamari dawah ka jo jo point hai wo kisi insaan ki taraf bulana nahi hai society ki taraf bulana nahi hai kisi system ki taraf bulana nahi hai jaise kuch jamaatein political system ki taraf bulati hain ke islam ko political</w:t>
      </w:r>
    </w:p>
    <w:p>
      <w:pPr>
        <w:jc w:val="right"/>
      </w:pPr>
      <w:r>
        <w:t>ڈ میں یہی ہے کانسیپٹ اب وہ کہے گا تمہارے پرافٹ نے بہت ساری شادیاں کر رکھی ہیں تو اس کے مائنڈ سیٹ کو دیکھیے اس کے نزدیک وہ ائیڈیل نہیں رہے گا تو میں سمجھتا ہوں کہ ہماری دعوت کا جو جو پوائنٹ ہے وہ کسی انسان کی طرف بلانا نہیں ہے سوسائٹی کی طرف بلانا نہیں ہے کسی سسٹم کی طرف بلانا نہیں ہے جیسے کچھ جماعتیں پولیٹیکل سسٹم کی طرف بلاتی ہیں کہ اسلام کو پولیٹیکل</w:t>
      </w:r>
    </w:p>
    <w:p>
      <w:r>
        <w:rPr>
          <w:b/>
        </w:rPr>
        <w:t xml:space="preserve">[1:16:46] </w:t>
      </w:r>
      <w:r>
        <w:t>system se acha hai mein un sab baaton ko nahi manta mein yeh manta hoon ke Khuda ki taraf bulana creation plan ko batana day of judgment se khabar karna yeh hai to jo log khud yeh kaam kar sakte hon wo karein jo khud nahi kar sakte suppose to wo literature phailayein wo cassette phailayein yeh sara maidan khula hua hai aur sari dunya mein khula hua maidan hai itna bara</w:t>
      </w:r>
    </w:p>
    <w:p>
      <w:pPr>
        <w:jc w:val="right"/>
      </w:pPr>
      <w:r>
        <w:t>سسٹم سے اچھا ہے میں ان سب باتوں کو نہیں مانتا میں یہ مانتا ہوں کہ خدا کی طرف بلانا کریشن پلان کو بتانا ڈے اف ججمنٹ سے باخبر کرنا یہ ہے تو جو لوگ خود یہ کام کر سکتے ہوں وہ کریں جو خود نہیں کر سکتے سپوز تو وہ لٹریچر پھیلائیں وہ کیسٹ پھیلائیں یہ سارا میدان کھلا ہوا ہے اور ساری دنیا میں کھلا ہوا میدان ہے اتنا بڑ</w:t>
      </w:r>
    </w:p>
    <w:p>
      <w:r>
        <w:rPr>
          <w:b/>
        </w:rPr>
        <w:t xml:space="preserve">[1:17:17] </w:t>
      </w:r>
      <w:r>
        <w:t>maidan hai ke aap zindagi bhar karte rahein phailate rahein aur kabhi bhi kaam khatam na ho yeh hai meri soch is babat Maulana agar koi shakhs is dunya se chala jaye mar kar to koi doosra shakhs kuch yahan se us ke naam padh kar ya gareebon ko kuch khana khila ke us ko kuch wahan pahuncha sakta hai us ke liye to kya us ka</w:t>
      </w:r>
    </w:p>
    <w:p>
      <w:pPr>
        <w:jc w:val="right"/>
      </w:pPr>
      <w:r>
        <w:t>ا میدان ہے کہ اپ زندگی بھر کرتے رہیں پھیلاتے رہیں اور کبھی بھی کام ختم نہ ہو یہ ہے میری سوچ اس بابت مولانا اگر کوئی شخص اس دنیا سے چلا جائے مر کر تو کوئی دوسرا شخص کچھ یہاں سے اس کے نام پڑھ کر یا غریبوں کو کچھ کھانا کھلا کے اس کو کچھ وہاں پہنچا سکتا ہے اس کے لیے تو کیا اس کا</w:t>
      </w:r>
    </w:p>
    <w:p>
      <w:r>
        <w:rPr>
          <w:b/>
        </w:rPr>
        <w:t xml:space="preserve">[1:17:47] </w:t>
      </w:r>
      <w:r>
        <w:t>to kya doosron ka amal us ke liye nijat ka zariya ban jayega dekhein is mamle mein jo meri study hai wo yeh hai ke hargiz nahi lesa lilinsani illa ma sa aadmi ka apna hi amal us ke kaam aayega kisi doosre ka amal kuch bhi us ke kaam wale wala nahi hai aaj kal jo musalmanon mein riwaj hai ke wo sab</w:t>
      </w:r>
    </w:p>
    <w:p>
      <w:pPr>
        <w:jc w:val="right"/>
      </w:pPr>
      <w:r>
        <w:t>تو کیا دوسروں کا عمل اس کے لیے نجات کا ذریعہ بن جائے گا دیکھیں اس معاملے میں جو میری سٹڈی ہے وہ یہ ہے کہ ہرگز نہیں لیس للانسان الا ماسا ادمی کا اپنا ہی عمل اس کے کام ائے گا کسی دوسرے کا عمل کچھ بھی اس کے کام والے والا نہیں ہے اج کل جو مسلمانوں میں رواج ہے کہ وہ سب</w:t>
      </w:r>
    </w:p>
    <w:p>
      <w:r>
        <w:rPr>
          <w:b/>
        </w:rPr>
        <w:t xml:space="preserve">[1:18:17] </w:t>
      </w:r>
      <w:r>
        <w:t>bilkul base less hai bilkul base less ke quran quran khwani karte hain ya bohat se kaam karte hain ke is ka sawab un ko pahunche yeh sarata sar base less baat hai na to yeh sawab hai quran khwani karna sawab bhi nahi mein to samajhta hoon is ko kyunke sahaba to kabhi quran khwani karte nahi the na to wo sawab hai na wo sawab wahan tak pahunchta hai dekhiye</w:t>
      </w:r>
    </w:p>
    <w:p>
      <w:pPr>
        <w:jc w:val="right"/>
      </w:pPr>
      <w:r>
        <w:t>بالکل بیس لیس ہے بالکل بیس لیس کہ قران قران خوانی کرتے ہیں یا بہت سے کام کرتے ہیں کہ اس کا ثواب ان کو پہنچے یہ سرتا سر بیس لیس بات ہے نہ تو یہ ثواب ہے قران خوانی کرنا ثواب بھی نہیں میں تو سمجھتا ہوں اس کو کیونکہ صحابہ تو کبھی قران خوانی کرتے نہیں تھے نہ تو وہ ثواب ہے نہ وہ ثواب وہاں تک پہنچتا ہے دیک</w:t>
      </w:r>
    </w:p>
    <w:p>
      <w:r>
        <w:rPr>
          <w:b/>
        </w:rPr>
        <w:t xml:space="preserve">[1:18:47] </w:t>
      </w:r>
      <w:r>
        <w:t>dekhiye mein ne jahan tak samjha hai wo yeh hai ke sirf sawab pahunchne ki ek hi shart hai wo yeh hai ke marne wale ne wasiyat ki ho us ki wasiyat ke mutabiq koi acha kaam kiya jaye yani us ki intention us mein shamil ho maslan ek aadmi hai us ne hajj nahi kiya tha lekin wo apni jo property chhod raha hai wo</w:t>
      </w:r>
    </w:p>
    <w:p>
      <w:pPr>
        <w:jc w:val="right"/>
      </w:pPr>
      <w:r>
        <w:t>ھیے میں نے جہاں تک سمجھا ہے وہ یہ ہے کہ صرف ثواب پہنچنے کی ایک ہی شرط ہے وہ یہ ہے کہ مرنے والے نے وصیت کی ہو اس کی وصیت کے مطابق کوئی اچھا کام کیا جائے یعنی اس کی انٹینشن اس میں شامل ہو مثلا ایک ادمی ہے اس نے حج نہیں کیا تھا لیکن وہ اپنی جو پراپرٹی چھوڑ رہا ہے وہ</w:t>
      </w:r>
    </w:p>
    <w:p>
      <w:r>
        <w:rPr>
          <w:b/>
        </w:rPr>
        <w:t xml:space="preserve">[1:19:17] </w:t>
      </w:r>
      <w:r>
        <w:t>kahe yeh wasiyat kare wo yeh kahe ke meri property mein se meri taraf se kisi ko hajj karadena kyunke mein kamzor ho gaya tha mein kisi wajah se wo hajj nahi kar pa raha tha to wo yeh wasiyat kare ke meri property mein se hajj ka kharcha de kar kisi ko hajj karadena taake mera farz poora ho jaye to chunke us ne khud</w:t>
      </w:r>
    </w:p>
    <w:p>
      <w:pPr>
        <w:jc w:val="right"/>
      </w:pPr>
      <w:r>
        <w:t>کہے یہ وصیت کرے وہ یہ کہے کہ میری پراپرٹی میں سے میری طرف سے کسی کو حج کرا دینا کیونکہ میں کمزور ہو گیا تھا میں کسی وجہ سے وہ حج نہیں کر پا رہا تھا تو وہ یہ وصیت کرے کہ میری پراپرٹی میں سے حج کا خرچہ دے کر کسی کو حج کرا دینا تاکہ میرا فرض پورا ہو جائے تو چونکہ اس نے خود</w:t>
      </w:r>
    </w:p>
    <w:p>
      <w:r>
        <w:rPr>
          <w:b/>
        </w:rPr>
        <w:t xml:space="preserve">[1:19:47] </w:t>
      </w:r>
      <w:r>
        <w:t>wasiyat ki thi is liye us ko wo milega aur hajj badal yahi hai aaj kal jo hajj badal chala hua hai wo bilkul base less hai yeh koi hajj badal nahi hai yeh bidat hai bidat ke kisi ne wasiyat nahi ki ab dada aur nana aur mamani aur chachi ki taraf se hajj badal karaya jata hai is ka koi arz quran o hadith pe nahi hai koi is ka sawab nahi hai na is ka koi taalluq hai islam se sirf wahi hajj badal hajj badal hai jis mein ke</w:t>
      </w:r>
    </w:p>
    <w:p>
      <w:pPr>
        <w:jc w:val="right"/>
      </w:pPr>
      <w:r>
        <w:t>وصیت کی تھی اس لیے اس کو وہ ملے گا اور حج بدل یہی ہے اج کل جو حج بدل چلا ہوا ہے وہ بالکل بیس لیس ہے یہ کوئی حج بدل نہیں ہے یہ بدعت ہے بدعت کہ کسی نے وصیت نہیں کی اب دادا اور نانا اور ممانی اور چچی کی طرف سے حج بدل کرایا جاتا ہے اس کا کوئی عرض قران و حدیث پہ نہیں ہے کوئی اس کا ثواب نہیں ہے نہ اس کا کوئی تعلق ہے اسلام سے صرف وہی حج بدل حج بدل ہے جس میں کہ</w:t>
      </w:r>
    </w:p>
    <w:p>
      <w:r>
        <w:rPr>
          <w:b/>
        </w:rPr>
        <w:t xml:space="preserve">[1:20:18] </w:t>
      </w:r>
      <w:r>
        <w:t>marne wale ne wasiyat ki ho sarahat yani apni niyat us mein shamil ki ho us ne tab wo hajj badal hai warna wo har giz har giz hajj badal nahi hai yeh bidat hai bilkul is mein koi shakk nahi doosri shakal yeh hai ke aadmi ne marne se pehle wasiyat ki ho ke bhai dekho mere paas itna paisa hai is paise se tum yeh pul bana dena ke logon ko faida ho is paise se tum peed laga dena ke logon ko us se saya mile is paise se tum</w:t>
      </w:r>
    </w:p>
    <w:p>
      <w:pPr>
        <w:jc w:val="right"/>
      </w:pPr>
      <w:r>
        <w:t>مرنے والے نے وصیت کی ہو صراحت یعنی اپنی نیت اس میں شامل کی ہو اس نے تب وہ حج بدل ہے ورنہ وہ ہرگز ہرگز حج بدل نہیں ہے یہ بدعت ہے بالکل اس میں کوئی شک نہیں دوسری شکل یہ ہے کہ ادمی نے مرنے سے پہلے وصیت کی ہو کہ بھئی دیکھو میرے پاس اتنا پیسہ ہے اس پیسے سے تم یہ پل بنا دینا کہ لوگوں کو فائدہ ہو اس پیسے سے تم پیڑ لگا دینا کہ لوگوں کو اس سے سایہ ملے اس پیسے سے تم</w:t>
      </w:r>
    </w:p>
    <w:p>
      <w:r>
        <w:rPr>
          <w:b/>
        </w:rPr>
        <w:t xml:space="preserve">[1:20:49] </w:t>
      </w:r>
      <w:r>
        <w:t>yani koi aisa kaam jis se insaan ko faida pahunche jo kehte hain sadqa e jariya sadqa e jariya to sadqa e jariya bhi wo us ke kaam aayega jis ke us ne wasiyat ki ho agar us ki wasiyat nahi ki hai us ki wasiyat ke baghair mein koi kaam karta hoon to kabhi bhi wo sadqa e jariya nahi banega us aadmi ke haq mein to khulasa yeh hai ke marne wale ko ya to wo sawab milta hai jis ko us ne khud kiya ho apni</w:t>
      </w:r>
    </w:p>
    <w:p>
      <w:pPr>
        <w:jc w:val="right"/>
      </w:pPr>
      <w:r>
        <w:t>یعنی کوئی ایسا کام جس سے انسان کو فائدہ پہنچے جو کہتے ہیں صدقہ جاریہ صدقہ جاریہ تو صدقہ جاریہ بھی وہ اس کے کام ائے گا جس کے اس نے وصیت کی ہو اگر اس کی وصیت نہیں کی ہے اس کی وصیت کے بغیر میں کوئی کام کرتا ہوں تو کبھی بھی وہ صدقہ جاریہ نہیں بنے گا اس ادمی کے حق میں تو خلاصہ یہ ہے کہ مرنے والے کو یا تو وہ ثواب ملتا ہے جس کو اس نے خود کیا ہو اپنی</w:t>
      </w:r>
    </w:p>
    <w:p>
      <w:r>
        <w:rPr>
          <w:b/>
        </w:rPr>
        <w:t xml:space="preserve">[1:21:19] </w:t>
      </w:r>
      <w:r>
        <w:t>zindagi mein ya woh jis ki us ne wasiyat ki ho aur us ki wasiyat ki bina par us ke bete ya us ke wariseen is kaam ko karen bas us ke siwa koi shakal nahin hai Maulana Modesty ki asal pehchan kya hai dekhen Modesty ki pehchan to bohat mushkil hai is liye ke aadmi banawati tor par aisa ban jata hai ke achhe achhe log is ko pehchan na saken</w:t>
      </w:r>
    </w:p>
    <w:p>
      <w:pPr>
        <w:jc w:val="right"/>
      </w:pPr>
      <w:r>
        <w:t>زندگی میں یا وہ جس کی اس نے وصیت کی ہو اور اس کی وصیت کی بنا پر اس کے بیٹے یا اس کے وارثین اس کام کو کریں بس اس کے سوا کوئی شکل نہیں ہے مولانا ماڈیسٹی کی اصل پہچان کیا ہے دیکھیں ماڈیسٹی کی پہچان تو بہت مشکل ہے اس لیے کہ ادمی بناوٹی طور پر ایسا بن جاتا ہے کہ اچھے اچھے لوگ اس کو پہچان نہ سکیں</w:t>
      </w:r>
    </w:p>
    <w:p>
      <w:r>
        <w:rPr>
          <w:b/>
        </w:rPr>
        <w:t xml:space="preserve">[1:21:49] </w:t>
      </w:r>
      <w:r>
        <w:t>yani upar upar se woh modest ban jata hai andar se modest nahin hota to bohat mushkil hai yeh pehchanna ke sach much modest kaun hai haan jab test ka time aa jaye tab zaroor pata chal jata hai yani aam halaat mein aap kisi ke bare mein rai nahin bana sakte ke woh sach much modest hai ya nahin hai kyunke log banawati tor par ek apna ek banaye rehte hain haliya yani kuch log aise hain jin ki yani shakhsiyat</w:t>
      </w:r>
    </w:p>
    <w:p>
      <w:pPr>
        <w:jc w:val="right"/>
      </w:pPr>
      <w:r>
        <w:t>یعنی اوپر اوپر سے وہ ماڈسٹ بن جاتا ہے اندر سے ماڈسٹ نہیں ہوتا تو بہت مشکل ہے یہ پہچاننا کہ سچ مچ ماڈسٹ کون ہے ہاں جب ٹیسٹ کا ٹائم ا جائے تب ضرور پتہ چل جاتا ہے یعنی عام حالات میں اپ کسی کے بارے میں رائے نہیں بنا سکتے کہ وہ سچ مچ ماڈسٹ ہے یا نہیں ہے کیونکہ لوگ بناوٹی طور پر ایک اپنا ایک بنائے رہتے ہیں حلیہ یعنی کچھ لوگ ایسے ہیں جن کی یعنی شخصیت</w:t>
      </w:r>
    </w:p>
    <w:p>
      <w:r>
        <w:rPr>
          <w:b/>
        </w:rPr>
        <w:t xml:space="preserve">[1:22:19] </w:t>
      </w:r>
      <w:r>
        <w:t>bilkul khul jati hai ke woh egoist hain woh arrogant hain woh khul jati hai bilkul lekin kai log aise chhupaye rehte hain apni Modesty ko to jab tak woh test par na aain tab tak aap nahin keh sakte ke aap modest hain aadmi jaise mein ek arz qissa arz karoon ek sahab ek buzurg ke haan gaye mashhoor tha ke bare modest hain woh bohat hi modest hain bari khaksari un ke andar hai to woh use</w:t>
      </w:r>
    </w:p>
    <w:p>
      <w:pPr>
        <w:jc w:val="right"/>
      </w:pPr>
      <w:r>
        <w:t>بالکل کھل جاتی ہے کہ وہ ایگوئسٹ ہیں وہ ارگونٹ ہیں وہ کھل جاتی ہے بالکل لیکن کئی لوگ ایسے چھپائے رہتے ہیں اپنی ماڈیسٹی کو تو جب تک وہ ٹیسٹ پر نہ ائیں تب تک اپ نہیں کہہ سکتے کہ اپ ماڈرسٹ ہیں ادمی جیسے میں ایک عرض قصہ عرض کروں ایک صاحب ایک بزرگ کے ہاں گئے مشہور تھا کہ بڑے ماڈرسٹ ہیں وہ بہت ہی ماڈرسٹ ہیں بڑی خاکساری ان کے اندر ہے تو وہ اسے</w:t>
      </w:r>
    </w:p>
    <w:p>
      <w:r>
        <w:rPr>
          <w:b/>
        </w:rPr>
        <w:t xml:space="preserve">[1:22:49] </w:t>
      </w:r>
      <w:r>
        <w:t>gaye aur ek masla poocha un se ke Hazrat yeh masla bata dijiye to unhone kaha ke mein to hej bada hoon mujhe kya mein to hej bada matlab yeh hai ke i don't know nothing i know nothing hej bada ke mani hain mein kuch nahin janta to jab unhone kaha ke mein to hej bada hoon to us aadmi ne kaha haan Hazrat aap sach much hej bada hain aap ko kuch aata nahin</w:t>
      </w:r>
    </w:p>
    <w:p>
      <w:pPr>
        <w:jc w:val="right"/>
      </w:pPr>
      <w:r>
        <w:t>گئے اور ایک مسئلہ پوچھا ان سے کہ حضرت یہ مسئلہ بتا دیجیے تو انہوں نے کہا کہ میں تو ہیج بدا ہوں مجھے کیا میں تو ہیج بدا مطلب یہ ہے کہ ائی ڈونٹ نو نتھنگ ائی نو نتھنگ ہیج بدا کے معنی ہیں میں کچھ نہیں جانتا تو جب انہوں نے کہا کہ میں تو ہیج بدا ہوں تو اس ادمی نے کہا ہاں حضرت اپ سچ مچ ہیج بدا ہیں اپ کو کچھ اتا نہیں</w:t>
      </w:r>
    </w:p>
    <w:p>
      <w:r>
        <w:rPr>
          <w:b/>
        </w:rPr>
        <w:t xml:space="preserve">[1:23:20] </w:t>
      </w:r>
      <w:r>
        <w:t>ab woh ghussa ho gaye woh bohat ghussa ho gaye to jab test par aaye to un ka yeh haal hua to test ke bohat sari sooraten hain mein samajhta hoon ke appearance se kisi ko janna ke yeh modest hai yeh ek bohat mushkil kaam hai aur lekin agar aap sath rahen kuch din tak to aap jaan sakte hain ke modest hai ya nahin hai jaise Hazrat Umar Farooq ne</w:t>
      </w:r>
    </w:p>
    <w:p>
      <w:pPr>
        <w:jc w:val="right"/>
      </w:pPr>
      <w:r>
        <w:t>اب وہ غصہ ہو گئے وہ بہت غصہ ہو گئے تو جب ٹیسٹ پر ائے تو ان کا یہ حال ہوا تو ٹیسٹ کے بہت ساری صورتیں ہیں میں سمجھتا ہوں کہ اپیئرنس سے کسی کو جاننا کہ یہ ماڈسٹ ہے یہ ایک بہت مشکل کام ہے اور لیکن اگر اپ ساتھ رہیں کچھ دن تک تو اپ جان سکتے ہیں کہ ماڈسٹ ہے یا نہیں ہے جیسے حضرت عمر فاروق نے</w:t>
      </w:r>
    </w:p>
    <w:p>
      <w:r>
        <w:rPr>
          <w:b/>
        </w:rPr>
        <w:t xml:space="preserve">[1:23:50] </w:t>
      </w:r>
      <w:r>
        <w:t>kaha kya hai ke un se kisi unhone kisi ki tareef ki bada bada modest hai bada achha hai to unhone kaha kya tum ne un se kabhi koi dealing hui hai tumhari un se to us ne kaha ke nahin kaha ke kabhi tum ne un ke sath travel kiya hai kaha ke nahin to aap ne unhone kaha ke tab tum us ke bare mein kuch bhi nahin jante matlab hai ke woh moment jab ke aadmi test par aata hai woh</w:t>
      </w:r>
    </w:p>
    <w:p>
      <w:pPr>
        <w:jc w:val="right"/>
      </w:pPr>
      <w:r>
        <w:t>کہا کیا ہے کہ ان سے کسی انہوں نے کسی کی تعریف کی بڑا بڑا ماڈسٹ ہے بڑا اچھا ہے تو انہوں نے کہا کیا تم نے ان سے کبھی کوئی ڈیلنگ ہوئی ہے تمہاری ان سے تو اس نے کہا کہ نہیں کہا کہ کبھی تم نے ان کے ساتھ ٹریول کیا ہے کہا کہ نہیں تو اپ نے انہوں نے کہا کہ تب تم اس کے بارے میں کچھ بھی نہیں جانتے مطلب ہے کہ وہ مومنٹ جب کہ ادمی ٹیسٹ پر اتا ہے وہ</w:t>
      </w:r>
    </w:p>
    <w:p>
      <w:r>
        <w:rPr>
          <w:b/>
        </w:rPr>
        <w:t xml:space="preserve">[1:24:20] </w:t>
      </w:r>
      <w:r>
        <w:t>to tumhare sath guzra nahin to unhone kaha ke tum ne shayad us ko masjid mein uthte baithte dekha hoga yeh kaha unhone to masjid mein uthte baithte to test par hota hai woh yani Khuda ke samne jab jhukna ho masjid mein to aadmi test par nahin aata test par aata hai us waqt jab ke insaan ke samne jhukna ho yaad rakhiye is ko Khuda ke samne shaitan jhukta tha Adam ke samne nahin jhuka woh</w:t>
      </w:r>
    </w:p>
    <w:p>
      <w:pPr>
        <w:jc w:val="right"/>
      </w:pPr>
      <w:r>
        <w:t>تو تمہارے ساتھ گزرا نہیں تو انہوں نے کہا کہ تم نے شاید اس کو مسجد میں اٹھتے بیٹھتے دیکھا ہوگا یہ کہا انہوں نے تو مسجد میں اٹھتے بیٹھتے تو ٹیسٹ پر ہوتا ہے وہ یعنی خدا کے سامنے جب جھکنا ہو مسجد میں تو ادمی ٹیسٹ پر نہیں اتا ٹیسٹ پر اتا ہے اس وقت جب کہ انسان کے سامنے جھکنا ہو یاد رکھیے اس کو خدا کے سامنے شیطان جھکتا تھا ادم کے سامنے نہیں جھکا وہ</w:t>
      </w:r>
    </w:p>
    <w:p>
      <w:r>
        <w:rPr>
          <w:b/>
        </w:rPr>
        <w:t xml:space="preserve">[1:24:52] </w:t>
      </w:r>
      <w:r>
        <w:t>to Quran mein jo qissa bataya gaya hai us se maine nateeja nikala hai ke insaan ka jo test hai woh Khuda ke samne jhukne par nahin hai insaan ke aage jhukne par hai to aadmi ke yani jab aap us ke sath rahen kuch din raat din ya us ko us waqt dekha jab koi test par aa gaya ho tab aap jaan sakte hain ke aadmi modest hai ya modest nahin hai Maulana i want to know the importance of</w:t>
      </w:r>
    </w:p>
    <w:p>
      <w:pPr>
        <w:jc w:val="right"/>
      </w:pPr>
      <w:r>
        <w:t>تو قران میں جو قصہ بتایا گیا ہے اس سے میں نے نتیجہ نکالا ہے کہ انسان کا جو ٹیسٹ ہے وہ خدا کے سامنے جھکنے پر نہیں ہے انسان کے اگے جھکنے پر ہے تو ادمی کے یعنی جب اپ اس کے ساتھ رہیں کچھ دن رات دن یا اس کو اس وقت دیکھا جب کوئی ٹیسٹ پر ا گیا ہو تب اپ جان سکتے ہیں کہ ادمی ماڈسٹ ہے یا ماڈسٹ نہیں ہے مولانا ائی وانٹ ٹو نو دی امپورٹنس اف</w:t>
      </w:r>
    </w:p>
    <w:p>
      <w:r>
        <w:rPr>
          <w:b/>
        </w:rPr>
        <w:t xml:space="preserve">[1:25:22] </w:t>
      </w:r>
      <w:r>
        <w:t>prayer dekhen prayer kya hai yeh koi set of rituals ka naam nahin hai isi liye logon ke samajh mein nahin aata ke namaz kya prayer kya kyun log samajhte hain ke set of rituals jo hai wohi usi ka naam prayer hai jo Hazrat Umar ka bhi bataya mein ne ke uthna baithna to ek insaan jis ke andar reason hai jis ke andar logic hai jiska thinking mind hai</w:t>
      </w:r>
    </w:p>
    <w:p>
      <w:pPr>
        <w:jc w:val="right"/>
      </w:pPr>
      <w:r>
        <w:t>پریئر دیکھیں پریئر کیا ہے یہ کوئی سیٹ اف ریچولز کا نام نہیں ہے اسی لیے لوگوں کے سمجھ میں نہیں اتا کہ نماز کیا پریئر کیا کیوں لوگ سمجھتے ہیں کہ سیٹ اف ریچولز جو ہے وہی اسی کا نام پریئر ہے جو حضرت عمر کا بھی بتایا میں نے کہ اٹھنا بیٹھنا تو ایک انسان جس کے اندر ریزن ہے جس کے اندر لاجک ہے جس کا تھنکنگ مائنڈ ہے</w:t>
      </w:r>
    </w:p>
    <w:p>
      <w:r>
        <w:rPr>
          <w:b/>
        </w:rPr>
        <w:t xml:space="preserve">[1:25:52] </w:t>
      </w:r>
      <w:r>
        <w:t>woh kabhi bhi nahin samajh sakta ke aisi cheezon ki value ho sakti hai jo sirf rituals ho bas nahin samajh sakta us ko lekin aisa hai nahin dekhiye jo yeh jo prayer hai woh asal mein manifest hai aadmi ke andar ki spirit ka misaal ke tor par insaan sochta hai Khuda ke bare mein</w:t>
      </w:r>
    </w:p>
    <w:p>
      <w:pPr>
        <w:jc w:val="right"/>
      </w:pPr>
      <w:r>
        <w:t>وہ کبھی بھی نہیں سمجھ سکتا کہ ایسی چیزوں کی ویلیو ہو سکتی ہے جو صرف ریچولز ہو بس نہیں سمجھ سکتا اس کو لیکن ایسا ہے نہیں دیکھیے جو یہ جو پریئر ہے وہ اصل میں مینیفیسٹ ہے ادمی کے اندر کی سپرٹ کا مثال کے طور پر انسان سوچتا ہے خدا کے بارے میں</w:t>
      </w:r>
    </w:p>
    <w:p>
      <w:r>
        <w:rPr>
          <w:b/>
        </w:rPr>
        <w:t xml:space="preserve">[1:26:22] </w:t>
      </w:r>
      <w:r>
        <w:t>ke Khuda kitna bada hai universe ke bare mein sochta hai stars ke bare mein sochta hai solar system ke bare mein sochta hai kaise itna bada universe Khuda ne banaya aur phir us ko control ki hui hai zara sa bhi is mein kahin bhi koi yani aisa gadbad nahin hota kahin bhi aap jante hain ke hum ek hawa jahaz udate hain aur crash ho jata hai hawa udate hain to shor</w:t>
      </w:r>
    </w:p>
    <w:p>
      <w:pPr>
        <w:jc w:val="right"/>
      </w:pPr>
      <w:r>
        <w:t>کہ خدا کتنا بڑا ہے یونیورس کے بارے میں سوچتا ہے اسٹارز کے بارے میں سوچتا ہے سولر سسٹم کے بارے میں سوچتا ہے کیسے اتنا بڑا یونیورس خدا نے بنایا اور پھر اس کو کنٹرول کی ہوئی ہے ذرا سا بھی اس میں کہیں بھی کوئی یعنی ایسا گڑبڑ نہیں ہوتا کہیں بھی اپ جانتے ہیں کہ ہم ایک ہوا جہاز اڑاتے ہیں اور کریش ہو جاتا ہے ہوا اڑاتے ہیں تو شور</w:t>
      </w:r>
    </w:p>
    <w:p>
      <w:r>
        <w:rPr>
          <w:b/>
        </w:rPr>
        <w:t xml:space="preserve">[1:26:52] </w:t>
      </w:r>
      <w:r>
        <w:t>karta hai itni badi universe hai is mein sare body dor rahe hain lekin na koi shor hai na koi noise pollution hai na koi crash hota hai koi ya aap sochte hain to aap ke dil mein ek ajeeb ehsas tari hota hai ek sense of a Khuda greatness ka ek ehsas to woh jo hai manifest karta hai aap sajde mein gir padte hain mein samajhta hoon ke surrender ki jo spirit aati hai aadmi ke andar Khuda ko soch</w:t>
      </w:r>
    </w:p>
    <w:p>
      <w:pPr>
        <w:jc w:val="right"/>
      </w:pPr>
      <w:r>
        <w:t>کرتا ہے اتنی بڑی یونیورس ہے اس میں سارے باڈی دوڑ رہے ہیں لیکن نہ کوئی شور ہے نہ کوئی نوائز پولیوشن ہے نہ کوئی کریش ہوتا ہے کوئی یا اپ سوچتے ہیں تو اپ کے دل میں ایک عجیب احساس طاری ہوتا ہے ایک سینس اف ا خدا گریٹنس کا ایک احساس تو وہ جو ہے مینیفیسٹ کرتا ہے اپ سجدے میں گر پڑتے ہیں میں سمجھتا ہوں کہ سرنڈر کی جو سپرٹ اتی ہے ادمی کے اندر خدا کو سوچ</w:t>
      </w:r>
    </w:p>
    <w:p>
      <w:r>
        <w:rPr>
          <w:b/>
        </w:rPr>
        <w:t xml:space="preserve">[1:27:22] </w:t>
      </w:r>
      <w:r>
        <w:t>kar uska jo final shape hai woh sajda hai insaan chahta hai Khuda ke daal de apne aap ko lekin jab woh sajde mein sar rakh deta hai to woh woh akhri hadd aa jati hai us ke aage kya kare sajde ke aage kuch samajh nahin hota ke aur kya kar sakte hain hum to andar jo spirit jagti hai Khuda ke bare mein jo sense of wah jagta hai jo us ki greatness ka ehsas jagta hai Khuda alm</w:t>
      </w:r>
    </w:p>
    <w:p>
      <w:pPr>
        <w:jc w:val="right"/>
      </w:pPr>
      <w:r>
        <w:t>کر اس کا جو فائنل شیپ ہے وہ سجدہ ہے انسان چاہتا ہے خدا کہ ڈال دے اپنے اپ کو لیکن جب وہ سجدے میں سر رکھ دیتا ہے تو وہ وہ اخری حد ا جاتی ہے اس کے اگے کیا کرے سجدے کے اگے کچھ سمجھ نہیں ہوتا کہ اور کیا کر سکتے ہیں ہم تو اندر جو اسپیریٹ جاگتی ہے خدا کے بارے میں جو سینس اف واہ جاگتا ہے جو اس کی گریٹنس کا احساس جاگتا ہے خدا الم</w:t>
      </w:r>
    </w:p>
    <w:p>
      <w:r>
        <w:rPr>
          <w:b/>
        </w:rPr>
        <w:t xml:space="preserve">[1:27:52] </w:t>
      </w:r>
      <w:r>
        <w:t>ighty hai yeh jo jagta hai aadmi ke andar to us waqt uska jo woh manifest karti hai woh spirit to usi ke usi ka naam prayer hai usi ka naam ibadat hai usi ka naam namaz hai aur jahan namaz jo hai yani baghair spirit ke ho to hadith mein aata hai ke la salata us ki namaz namaz nahin jis ki namaz mein spirit na ho khushu ki spirit na ho</w:t>
      </w:r>
    </w:p>
    <w:p>
      <w:pPr>
        <w:jc w:val="right"/>
      </w:pPr>
      <w:r>
        <w:t>ائٹی ہے یہ جو جاگتا ہے ادمی کے اندر تو اس وقت اس کا جو وہ مینیفیسٹ کرتی ہے وہ سپرٹ تو اسی کے اسی کا نام پریئر ہے اسی کا نام عبادت ہے اسی کا نام نماز ہے اور جہاں نماز جو ہے یعنی بغیر سپرٹ کے ہو تو حدیث میں اتا ہے کہ لا صلاۃ اس کی نماز نماز نہیں جس کی نماز میں سپرٹ نہ ہو خشوع کی سپرٹ نہ ہو</w:t>
      </w:r>
    </w:p>
    <w:p>
      <w:r>
        <w:rPr>
          <w:b/>
        </w:rPr>
        <w:t xml:space="preserve">[1:28:22] </w:t>
      </w:r>
      <w:r>
        <w:t>to sara confusion is liye hota hai ke log samajhte hain ke set of rituals ka naam prayer hai nahin prayer naam hai apne andar ek storm uthta hai storm ke mein Khuda ko acknowledge karoon Khuda ko acknowledge karoon Khuda ki blessing ka Khuda greatness ka ko mein acknowledge karoon us waqt jo acknowledge karne ki spirit jagti hai ke storm aata hai andar aadmi ke to gir padta hai Khuda ke aage isi gir padne ka naam</w:t>
      </w:r>
    </w:p>
    <w:p>
      <w:pPr>
        <w:jc w:val="right"/>
      </w:pPr>
      <w:r>
        <w:t>تو سارا کنفیوژن اس لیے ہوتا ہے کہ لوگ سمجھتے ہیں کہ سیٹ اف ریچولز کا نام پریئر ہے نہیں پریئر نام ہے اپنے اندر ایک سٹارم اٹھتا ہے سٹارم کہ میں خدا کو اکنالج کروں خدا کو اکنالج کروں خدا کی بلیسنگ کا خدا گریٹنس کا کو میں اکنالج کروں اس وقت جو اکنالج کرنے کی سپرٹ جاگتی ہے کہ سٹارم اتا ہے اندر ادمی کے تو گر پڑتا ہے خدا کے اگے اسی گر پڑنے کا نام</w:t>
      </w:r>
    </w:p>
    <w:p>
      <w:r>
        <w:rPr>
          <w:b/>
        </w:rPr>
        <w:t xml:space="preserve">[1:28:52] </w:t>
      </w:r>
      <w:r>
        <w:t>prayer hai usi ka naam namaz hai dead Islam came into being during the time of Prophet Muhammad lekin dekhen Islam jo hai is yani har Prophet ka religion Islam hi tha Islam Prophet Muhammad shuru nahin hua yeh galat yeh ek misunderstanding hai kyunke Quran se yeh baat sabit hai ke sare hi paighambaron ko</w:t>
      </w:r>
    </w:p>
    <w:p>
      <w:pPr>
        <w:jc w:val="right"/>
      </w:pPr>
      <w:r>
        <w:t>پریئر ہے اسی کا نام نماز ہے ڈیڈ اسلام کم انٹو بینگ ڈیورنگ دا ٹائم اف پرافٹ محمد لیکن دیکھیں اسلام جو ہے اس یعنی ہر پرافٹ کا ریلیجن اسلام ہی تھا اسلام پرافٹ محمد شروع نہیں ہوا یہ غلط یہ ایک مس انڈرسٹینڈنگ ہے کیونکہ قران سے یہ بات ثابت ہے کہ سارے ہی پیغمبروں کو</w:t>
      </w:r>
    </w:p>
    <w:p>
      <w:r>
        <w:rPr>
          <w:b/>
        </w:rPr>
        <w:t xml:space="preserve">[1:29:23] </w:t>
      </w:r>
      <w:r>
        <w:t>ek hi deen diya gaya including Prophet Muhammad yeh baat Quran mein bar bar aayi hai ke sare prophets ko Khuda ne ek hi religion ek hi deen diya including Prophet Muhammad to is mani ke sab ka religion wahi tha Islam to Islam jo hai musalmanon ke mazhab ka naam nahin hai Islam sare paighambaron ke</w:t>
      </w:r>
    </w:p>
    <w:p>
      <w:pPr>
        <w:jc w:val="right"/>
      </w:pPr>
      <w:r>
        <w:t>ایک ہی دین دیا گیا انکلوڈنگ پرافٹ محمد یہ بات قران میں بار بار ائی ہے کہ سارے پرافٹس کو خدا نے ایک ہی ریلیجن ایک ہی دین دیا انکلوڈنگ پرافٹ محمد تو اس معنی کہ سب کا ریلیجن وہی تھا اسلام تو اسلام جو ہے مسلمانوں کے مذہب کا نام نہیں ہے اسلام سارے پیغمبروں کے</w:t>
      </w:r>
    </w:p>
    <w:p>
      <w:r>
        <w:rPr>
          <w:b/>
        </w:rPr>
        <w:t xml:space="preserve">[1:29:53] </w:t>
      </w:r>
      <w:r>
        <w:t>deen ka naam hai ek baat doosri baat yeh hai ke Islam kisi culture ka naam nahin hai aaj kal Islam ka matlab hota hai ek Muslim culture us ko Islam samajh lete hain log Islam means surrender submission yani religion of surrender religion of religion of submission ka naam Islam hai to jis religion mein surrender ki spirit na ho submi</w:t>
      </w:r>
    </w:p>
    <w:p>
      <w:pPr>
        <w:jc w:val="right"/>
      </w:pPr>
      <w:r>
        <w:t>دین کا نام ہے ایک بات دوسری بات یہ ہے کہ اسلام کسی کلچر کا نام نہیں ہے اج کل اسلام کا مطلب ہوتا ہے ایک مسلم کلچر اس کو اسلام سمجھ لیتے ہیں لوگ اسلام مینز سرنڈر سبمیشن یعنی ریلیجن اف سرنڈر ریلیجن اف ریلیجن اف سبمیشن کا نام اسلام ہے تو جس ریلیجن میں سرنڈر کی سپرٹ نہ ہو سبمی</w:t>
      </w:r>
    </w:p>
    <w:p>
      <w:r>
        <w:rPr>
          <w:b/>
        </w:rPr>
        <w:t xml:space="preserve">[1:30:23] </w:t>
      </w:r>
      <w:r>
        <w:t>ssion ki spirit na ho woh Islam nahin hai woh nothing hai uska Khuda ka koi darja nahin hai to Arabic mein is ka naam Islam hai pichhle Prophet ki zuban Arabic nahin thi un ke haan koi aur lafz raha hoga jis ko humein pata nahin hai lekin har har Prophet ne jo religion insaan ko diya woh base karta tha submission par aur surrend</w:t>
      </w:r>
    </w:p>
    <w:p>
      <w:pPr>
        <w:jc w:val="right"/>
      </w:pPr>
      <w:r>
        <w:t>شن کی سپرٹ نہ ہو وہ اسلام نہیں ہے وہ نتھنگ ہے اس کا خدا کا کوئی درجہ نہیں ہے تو عربک میں اس کا نام اسلام ہے پچھلے پرافٹ کی زبان عربک نہیں تھی ان کے ہاں کوئی اور لفظ رہا ہوگا جس کو ہمیں پتہ نہیں ہے لیکن ہر ہر پرافٹ نے جو ریلیجن انسان کو دیا وہ بیس کرتا تھا سبمیشن پر اور سرنڈ</w:t>
      </w:r>
    </w:p>
    <w:p>
      <w:r>
        <w:rPr>
          <w:b/>
        </w:rPr>
        <w:t xml:space="preserve">[1:30:53] </w:t>
      </w:r>
      <w:r>
        <w:t>er par aur Islam ke mani hi surrender ke kisi jagah surrender karne ko Islam kehte hain to Islam ek Arabic word hai jo Prophet Muhammad ke zamane mein istemal hua pichhle paighambar apni apni zuban mein bolte the us zuban mein isi ka koi equivalent unhone istemal kiya hoga lekin chunke un ki jo teaching thi woh preserve nahin hai aaj</w:t>
      </w:r>
    </w:p>
    <w:p>
      <w:pPr>
        <w:jc w:val="right"/>
      </w:pPr>
      <w:r>
        <w:t>ر پر اور اسلام کے معنی ہی سرنڈر کے کسی جگہ سرنڈر کرنے کو اسلام کہتے ہیں تو اسلام ایک عربک ورڈ ہے جو پرافٹ محمد کے زمانے میں استعمال ہوا پچھلے پیغمبر اپنی اپنی زبان میں بولتے تھے اس زبان میں اسی کا کوئی ایکولنٹ انہوں نے استعمال کیا ہوگا لیکن چونکہ ان کی جو ٹیچنگ تھی وہ پریزرو نہیں ہے اج</w:t>
      </w:r>
    </w:p>
    <w:p>
      <w:r>
        <w:rPr>
          <w:b/>
        </w:rPr>
        <w:t xml:space="preserve">[1:31:23] </w:t>
      </w:r>
      <w:r>
        <w:t>kisi bhi mazhab ki teaching preserve nahin hai aur aksar to translation ke roop mein hai translation asal original jo language hai woh siwaye Prophet Muhammad ke kisi ki original language aaj maujood hi nahin hai yani Arabic language ek living language hai aur doosre logon ki jo baaten hain woh disturb bhi ho gayi doosre ki language badal gayi to kuch pata nahin ke unhone kaun sa word use kiya tha</w:t>
      </w:r>
    </w:p>
    <w:p>
      <w:pPr>
        <w:jc w:val="right"/>
      </w:pPr>
      <w:r>
        <w:t>کسی بھی مذہب کی ٹیچنگ پریزرو نہیں ہے اور اکثر تو ٹرانسلیشن کے روپ میں ہے ٹرانسلیشن اصل اوریجنل جو لینگویج ہے وہ سوائے پرافٹ محمد کے کسی کی اوریجنل لینگویج اج موجود ہی نہیں ہے یعنی عربک لینگویج ایک لیونگ لینگویج ہے اور دوسرے لوگوں کی جو باتیں ہیں وہ ڈسٹرب بھی ہو گئی دوسرے کی لینگویج بدل گئی تو کچھ پتہ نہیں کہ انہوں نے کون سا ورڈ یوز کیا تھا</w:t>
      </w:r>
    </w:p>
    <w:p>
      <w:r>
        <w:rPr>
          <w:b/>
        </w:rPr>
        <w:t xml:space="preserve">[1:31:54] </w:t>
      </w:r>
      <w:r>
        <w:t>lekin mein yeh keh sakta hoon Quran ki roshni mein ke sab ka mazhab Islami tha yani Khuda ke aage surrender karna yahi Islam ki spirit aur yahi mazhab sare paighambaron ka tha according to biblical reference which talks about creation of Adam paradise and how he he was forbidden to go into particular direction i mean eating particular fruit and then satan</w:t>
      </w:r>
    </w:p>
    <w:p>
      <w:pPr>
        <w:jc w:val="right"/>
      </w:pPr>
      <w:r>
        <w:t>لیکن میں یہ کہہ سکتا ہوں قران کی روشنی میں کہ سب کا مذہب اسلامی تھا یعنی خدا کے اگے سرنڈر کرنا یہی اسلام کی سپرٹ اور یہی مذہب سارے پیغمبروں کا تھا اکارڈنگ ٹو ببلیکل ریفرنس وچ ٹاکس اباؤٹ کریشن اف ایڈم پیراڈائز اینڈ ہاؤ ہی ہی واز فاربیڈن ٹو گو انٹو پرٹیکولر ڈائریکشن ائی مین ایٹنگ پرٹیکولر فروٹ اینڈ دین سیٹن</w:t>
      </w:r>
    </w:p>
    <w:p>
      <w:r>
        <w:rPr>
          <w:b/>
        </w:rPr>
        <w:t xml:space="preserve">[1:32:24] </w:t>
      </w:r>
      <w:r>
        <w:t>mislead him and how the entire thing you know came into the existence i would like to know that when Adam was created he lived in the paradise for quite some time did he consciously know what exactly was the creation plan of God while he was in paradise or when he was sent on the earth and he lived in the earthly environment then he got to know that this</w:t>
      </w:r>
    </w:p>
    <w:p>
      <w:pPr>
        <w:jc w:val="right"/>
      </w:pPr>
      <w:r>
        <w:t>مس لیڈ ہم اینڈ ہاؤ دی انٹائر تھنگ یو نو کیم انٹو دی ایگزسٹنس ائی وڈ لائک ٹو نو دیٹ وین ایڈم واز کریٹڈ ہی لیوڈ ان دی پیراڈائز فار کوائٹ سم ٹائم ڈیڈ ہی کانشیسلی نو واٹ ایگزیکٹلی واز دی کریشن پلان اف گاڈ وائل ہی واز ان پیراڈائز اور وین ہی واز سینڈ ان دا ارتھ اینڈ ہی لیوڈ ان دی اردلی انوائرمنٹ دین ہی گاٹ ٹو نو دیٹ دس</w:t>
      </w:r>
    </w:p>
    <w:p>
      <w:r>
        <w:rPr>
          <w:b/>
        </w:rPr>
        <w:t xml:space="preserve">[1:32:54] </w:t>
      </w:r>
      <w:r>
        <w:t>is what exactly God's creation plan is dekhen Adam ke bare mein jo information milti hai hum ko Quran se ya Bible se to us ko bilkul literal tor par hum nahin le sakte jaise abhi tak yeh cheez establish nahin hai ke Adam ko jahan basaya gaya tha woh wahi paradise hai jahan</w:t>
      </w:r>
    </w:p>
    <w:p>
      <w:pPr>
        <w:jc w:val="right"/>
      </w:pPr>
      <w:r>
        <w:t>از واٹ ایگزیکٹلی گاڈز کریشن پلان از دیکھیں ایڈم کے بارے میں جو انفارمیشن ملتی ہے ہم کو قران سے یا بائبل سے تو اس کو بالکل لٹرل طور پر ہم نہیں لے سکتے جیسے ابھی تک یہ چیز اسٹیبلش نہیں ہے کہ ایڈم کو جہاں بسایا گیا تھا وہ وہی پیراڈائز ہے جہاں</w:t>
      </w:r>
    </w:p>
    <w:p>
      <w:r>
        <w:rPr>
          <w:b/>
        </w:rPr>
        <w:t xml:space="preserve">[1:33:24] </w:t>
      </w:r>
      <w:r>
        <w:t>baad kuch sare Khuda ke achhe bande jayenge ya Bible jo batati hai woh yeh batati hai ke isi duniya mein Khuda ne banaya tha Eden mein a d e n Eden mein ek bagh lagaya wahan Adam ko rakha to yeh baat abhi bhi clear nahin hai ke hamare khud hamare jo scholars hain un ke haan bhi ke Adam ko kahan rakha gaya tha is paradise mein ya kisi aur paradise mein</w:t>
      </w:r>
    </w:p>
    <w:p>
      <w:pPr>
        <w:jc w:val="right"/>
      </w:pPr>
      <w:r>
        <w:t>بعد کچھ سارے خدا کے اچھے بندے جائیں گے یا بائبل جو بتاتی ہے وہ یہ بتاتی ہے کہ اسی دنیا میں خدا نے بنایا تھا ادن میں اے ڈی ای این ایڈن میں ایک باغ لگایا وہاں ادم کو رکھا تو یہ بات ابھی بھی کلیئر نہیں ہے کہ ہمارے خود ہمارے جو اسکالرز ہیں ان کے ہاں بھی کہ ایڈم کو کہاں رکھا گیا تھا اس پیراڈائز میں یا کسی اور پیراڈائز میں</w:t>
      </w:r>
    </w:p>
    <w:p>
      <w:r>
        <w:rPr>
          <w:b/>
        </w:rPr>
        <w:t xml:space="preserve">[1:33:56] </w:t>
      </w:r>
      <w:r>
        <w:t>to yeh baatein aisi hain jis par hum bohat hi yaani specific tor par shayad koi baat na kar sakein lekin jahan tak kisi plan of god ki baat hai to yaqeenan adam jo thay pehle prophet thay aur jab pehle prophet thay to humein yeh manna hoga yaani koi ke un ko zaroor is baat ka ilm tha ke creation plan of god kya hai mein nahi kehta ke quran mein isi inhi</w:t>
      </w:r>
    </w:p>
    <w:p>
      <w:pPr>
        <w:jc w:val="right"/>
      </w:pPr>
      <w:r>
        <w:t>تو یہ باتیں ایسی ہیں جس پر ہم بہت ہی یعنی اسپیسیفک طور پر شاید کوئی بات نہ کر سکیں لیکن جہاں تک کسی پلان اف گاڈ کی بات ہے تو یقینا ایڈم جو تھے پہلے پرافٹ تھے اور جب پہلے پرافٹ تھے تو ہمیں یہ ماننا ہوگا یعنی کوئی کہ ان کو ضرور اس بات کا علم تھا کہ کریس پلان اف گاڈ کیا ہے میں نہیں کہتا کہ قران میں اسی انہی</w:t>
      </w:r>
    </w:p>
    <w:p>
      <w:r>
        <w:rPr>
          <w:b/>
        </w:rPr>
        <w:t xml:space="preserve">[1:34:26] </w:t>
      </w:r>
      <w:r>
        <w:t>shabdon mein likha hua hai lekin mein yeh samajh sakta hoon ke zaroor unhein jab khuda ne unhein bataya ke yeh hai khuda ka pasandeeda religion to zaroor yeh bataya hoga ke khuda ke liye plan of god kya hai to mein yeh kahunga ke inhi shabdon mein to quran mein kahin likha hua nahi hai lekin aap infer kar sakte hain ke zaroor yeh baat adam ko batai gayi hogi</w:t>
      </w:r>
    </w:p>
    <w:p>
      <w:pPr>
        <w:jc w:val="right"/>
      </w:pPr>
      <w:r>
        <w:t>शब्दों میں لکھا ہوا ہے لیکن میں یہ سمجھ سکتا ہوں کہ ضرور انہیں جب خدا نے انہیں بتایا کہ یہ ہے خدا کا پسندیدہ ریلیجن تو ضرور یہ بتایا ہوگا کہ خدا کے لیے پلان اف گاڈ کیا ہے تو میں یہ کہوں گا کہ انہی शब्दوں میں تو قران میں کہیں لکھا ہوا نہیں ہے لیکن اپ انفر کر سکتے ہیں کہ ضرور یہ بات ایڈم کو بتائی گئی ہوگی</w:t>
      </w:r>
    </w:p>
    <w:p>
      <w:r>
        <w:rPr>
          <w:b/>
        </w:rPr>
        <w:t xml:space="preserve">[1:34:56] </w:t>
      </w:r>
      <w:r>
        <w:t>todaying generation is mainly concerned about making money and earning fame for themself and think that they will have enough time for spirituality once achieved it all so how do we go about tackling such people dekhein yeh problem koi aaj ka problem nahi hai hamesha ka problem hai quran mein yeh hai ke</w:t>
      </w:r>
    </w:p>
    <w:p>
      <w:pPr>
        <w:jc w:val="right"/>
      </w:pPr>
      <w:r>
        <w:t>ٹوڈےینگ جنریشن از مینلی کنسرن اباؤٹ میکنگ منی اینڈ ارننگ فیم فار دیم سیلف اینڈ تھنک دیٹ دیل ہیو انف ٹائم فار سپرچویلٹی ونس اچیوڈ اٹ ال سو ہاؤ ڈو وی گو اباؤٹ ٹیکلنگ سچ پیپل دیکھیں یہ پرابلم کوئی اج کا پرابلم نہیں ہے ہمیشہ کا پرابلم ہے قران میں یہ ہے کہ</w:t>
      </w:r>
    </w:p>
    <w:p>
      <w:r>
        <w:rPr>
          <w:b/>
        </w:rPr>
        <w:t xml:space="preserve">[1:35:30] </w:t>
      </w:r>
      <w:r>
        <w:t>is zamane ke bare mein seven century ke bare mein kaha gaya hai ke yeh log immediate gain ko sab kuch samajh bethe hain yeh alhaq takathur hatta al muqabal yeh saare log daud rahe hain daud rahe hain paise ke liye aur paisa aur paisa aur paisa to yeh culture jo hai jis ko aaj aap dekhte hain material culture ya money culture yeh hamesha se raha hai aisa nahi ke aaj ho gaya ho woh mein samajhta hoon ke jo farq hua woh yeh hai ke</w:t>
      </w:r>
    </w:p>
    <w:p>
      <w:pPr>
        <w:jc w:val="right"/>
      </w:pPr>
      <w:r>
        <w:t>اس زمانے کے بارے میں سیون سینچری کے بارے میں کہا گیا ہے کہ یہ لوگ امیڈیٹ گین کو سب کچھ سمجھ بیٹھے ہیں یہ الحاق تکاثر حتی المقابل یہ سارے لوگ دوڑ رہے ہیں دوڑ رہے ہیں پیسے کے لیے اور پیسہ اور پیسہ اور پیسہ تو یہ کلچر جو ہے جس کو اج اپ دیکھتے ہیں مٹیریل کلچر یا منی کلچر یہ ہمیشہ سے رہا ہے ایسا نہیں کہ اج ہو گیا ہو وہ میں سمجھتا ہوں کہ جو فرق ہوا وہ یہ ہے کہ</w:t>
      </w:r>
    </w:p>
    <w:p>
      <w:r>
        <w:rPr>
          <w:b/>
        </w:rPr>
        <w:t xml:space="preserve">[1:36:00] </w:t>
      </w:r>
      <w:r>
        <w:t>pehlay logon ki daud yeh hoti thi ke mere paas bohat saare ghore hon ab yeh daud hai ke mere paas kai carain hon pehle aadmi samajhta tha ke yaani mitti ghar banata tha woh us ko bohat bari cheez samajhta tha woh ab woh pakka ghar banata hai mein samajhta hoon ke quran ke mutabiq mein yeh keh sakta hoon ke insaan ka yeh jo mind hai hamesha hi se raha hai</w:t>
      </w:r>
    </w:p>
    <w:p>
      <w:pPr>
        <w:jc w:val="right"/>
      </w:pPr>
      <w:r>
        <w:t>پہلے لوگوں کی دوڑ یہ ہوتی تھی کہ میرے پاس بہت سارے گھوڑے ہوں اب یہ دوڑ ہے کہ میرے پاس کئی کاریں ہوں پہلے ادمی سمجھتا تھا کہ یعنی مٹی گھر بناتا تھا وہ اس کو بہت بڑی چیز سمجھتا تھا وہ اب وہ پکا گھر بناتا ہے میں سمجھتا ہوں کہ قران کے مطابق میں یہ کہہ سکتا ہوں کہ انسان کا یہ جو مائنڈ ہے ہمیشہ ہی سے رہا ہے</w:t>
      </w:r>
    </w:p>
    <w:p>
      <w:r>
        <w:rPr>
          <w:b/>
        </w:rPr>
        <w:t xml:space="preserve">[1:36:30] </w:t>
      </w:r>
      <w:r>
        <w:t>ke sab se ziyada importance dena money ko sab se ziyada importance dena material gain ko aur isi ke paas us taraf daudte rehna to jo method us waqt kiya gaya wohi method aaj bhi rahega yeh keh raha hoon mein ke aaj koi naya method humein invent karne ki zaroorat nahi hai aur quran mein in logon ko jab address kiya gaya to kya kiya gaya un ko yeh bataya gaya ke yeh jo tum yaani</w:t>
      </w:r>
    </w:p>
    <w:p>
      <w:pPr>
        <w:jc w:val="right"/>
      </w:pPr>
      <w:r>
        <w:t>کہ سب سے زیادہ امپورٹنس دینا منی کو سب سے زیادہ امپورٹنس دینا مٹیریل گین کو اور اسی کے پاس اس طرف دوڑتے رہنا تو جو میتھڈ اس وقت کیا گیا وہی میتھڈ اج بھی رہے گا یہ کہہ رہا ہوں میں کہ اج کوئی نیا میتھڈ ہمیں انوینٹ کرنے کی ضرورت نہیں ہے اور قران میں ان لوگوں کو جب ایڈریس کیا گیا تو کیا کیا گیا ان کو یہ بتایا گیا کہ یہ جو تم یعنی</w:t>
      </w:r>
    </w:p>
    <w:p>
      <w:r>
        <w:rPr>
          <w:b/>
        </w:rPr>
        <w:t xml:space="preserve">[1:37:01] </w:t>
      </w:r>
      <w:r>
        <w:t>daud lagai hui ho to socho ke yeh yeh tumhare liye kab tak kaam degi jaise aaj mein soch raha tha ke pramod mahajan ne ek hazar crore ka empire khada kiya aur goli maar di gayi abhi umar zyada nahi thi un ki ab aap ne dekha hoga media mein ke un ka beta rahul mahajan woh us waqt intensive care unit mein hai aur bal</w:t>
      </w:r>
    </w:p>
    <w:p>
      <w:pPr>
        <w:jc w:val="right"/>
      </w:pPr>
      <w:r>
        <w:t>دوڑ لگائی ہوئی ہو تو سوچو کہ یہ یہ تمہارے لیے کب تک کام دے گی جیسے اج میں سوچ رہا تھا کہ پرمود مہاجن نے ایک ہزار کروڑ کا ایمپائر کھڑا کیا اور گولی مار دی گئی ابھی عمر زیادہ نہیں تھی ان کی اب اپ نے دیکھا ہوگا میڈیا میں کہ ان کا بیٹا راہل مہاجن وہ اس وقت انٹینسو کیئر یونٹ میں ہے اور بال</w:t>
      </w:r>
    </w:p>
    <w:p>
      <w:r>
        <w:rPr>
          <w:b/>
        </w:rPr>
        <w:t xml:space="preserve">[1:37:31] </w:t>
      </w:r>
      <w:r>
        <w:t>kal zindagi aur maut ke darmiyan hai woh kyunke us ko prize de diya gaya to aap bataiye ke yahi quran ka tareeqa hai ke logon ko batana jis ko urdu mein kehte hain beshabati yaani ke kya mila tum ko is se paisa kama kama kama dher kar rahe ho lekin mila kya tum ko alhaq takathur al muqabal maal ka dher kar liya aur aakhir mein chale gaye kahan qabar mein chale gaye yeh method jo hai</w:t>
      </w:r>
    </w:p>
    <w:p>
      <w:pPr>
        <w:jc w:val="right"/>
      </w:pPr>
      <w:r>
        <w:t>کل زندگی اور موت کے درمیان ہے وہ کیونکہ اس کو پراجن دے دیا گیا تو اپ بتائیے کہ یہی قران کا طریقہ ہے کہ لوگوں کو بتانا جس کو اردو میں کہتے ہیں بے ثباتی یعنی کہ کیا ملا تم کو اس سے پیسہ کما کما کما ڈھیر کر رہے ہو لیکن ملا کیا تم کو الحاق تکاثر المقابر مال کا ڈھیر کر لیا اور اخر میں چلے گئے کہاں قبر میں چلے گئے یہ میتھڈ جو ہے</w:t>
      </w:r>
    </w:p>
    <w:p>
      <w:r>
        <w:rPr>
          <w:b/>
        </w:rPr>
        <w:t xml:space="preserve">[1:38:01] </w:t>
      </w:r>
      <w:r>
        <w:t>aj bhi wahi valid hai ke hum insaan ko maut ke bare mein batayein creation plan ke bare mein batayein aur yeh jo present world hai is ke is ke yaani is mein kuch bhi karo happiness nahi mil sakti tum ko kuch bhi karo tum ko phir bhi tension baki rahega tumhara mein samajhta hoon ke yahi tareeqa pehle tha aur aaj bhi yahi tareeqa rahega koi naya tareeqa mein nahi sochta ke h</w:t>
      </w:r>
    </w:p>
    <w:p>
      <w:pPr>
        <w:jc w:val="right"/>
      </w:pPr>
      <w:r>
        <w:t>اج بھی وہی ویلڈ ہے کہ ہم انسان کو موت کے بارے میں بتائیں کریشن پلان کے بارے میں بتائیں اور یہ جو پریزنٹ ورلڈ ہے اس کے اس کے یعنی اس میں کچھ بھی کرو ہیپینس نہیں مل سکتی تم کو کچھ بھی کرو تم کو پھر بھی ٹینشن باقی رہے گا تمہارا میں سمجھتا ہوں کہ یہی طریقہ پہلے تھا اور اج بھی یہی طریقہ رہے گا کوئی نیا طریقہ میں نہیں سوچتا کہ ہ</w:t>
      </w:r>
    </w:p>
    <w:p>
      <w:r>
        <w:rPr>
          <w:b/>
        </w:rPr>
        <w:t xml:space="preserve">[1:38:31] </w:t>
      </w:r>
      <w:r>
        <w:t>m hum ko invent karna chahiye.</w:t>
      </w:r>
    </w:p>
    <w:p>
      <w:pPr>
        <w:jc w:val="right"/>
      </w:pPr>
      <w:r>
        <w:t>م ہم کو انوینٹ کرنا چاہیے.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