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Rediscovering Islam From Its Original Sources - Maulana Wahiduddin Khan</w:t>
      </w:r>
    </w:p>
    <w:p>
      <w:r>
        <w:t>https://www.youtube.com/watch?v=KOUJnT0tl50</w:t>
      </w:r>
    </w:p>
    <w:p>
      <w:r>
        <w:rPr>
          <w:b/>
        </w:rPr>
        <w:t xml:space="preserve">[00:12] </w:t>
      </w:r>
      <w:r>
        <w:t>qulu: "luqtat min lisani yafqahu qawli". ek arab parche mein ek article maine padha, uska caption tha: "al aqalliyat al muslima tuwajihu khatar al dhibayan"</w:t>
      </w:r>
    </w:p>
    <w:p>
      <w:pPr>
        <w:jc w:val="right"/>
      </w:pPr>
      <w:r>
        <w:t>قولوا: "لُقْتَتْ مِن لِسَانِي يَفْقَهُ قَوْلِي". ایک عرب پرچے میں ایک آرٹیکل میں نے پڑھا، اس کا کیپشن تھا: "الأقليات المسلمة تواجه خطر الذبابان"</w:t>
      </w:r>
    </w:p>
    <w:p>
      <w:r>
        <w:rPr>
          <w:b/>
        </w:rPr>
        <w:t xml:space="preserve">[00:43] </w:t>
      </w:r>
      <w:r>
        <w:t>yaani muslim minorities assimilation ke khatre se dochar hain, yaani apne samaj mein jahan ghair muslim majority mein hain, to is mein woh ghul mil jaane ke khatre se dochar hain. mein samajhta hoon ke yeh bilkul baseless article hai, aisa kuch bhi masla nahi hai.</w:t>
      </w:r>
    </w:p>
    <w:p>
      <w:pPr>
        <w:jc w:val="right"/>
      </w:pPr>
      <w:r>
        <w:t>یعنی مسلم مائنارٹیز اسیبلیشن کے خطرے سے دوچار ہیں، یعنی اپنے سماج میں جہاں غیر مسلم میجارٹی میں ہیں، تو اس میں وہ گھل مل جانے کے خطرے سے دوچار ہیں۔ میں سمجھتا ہوں کہ یہ بالکل بیس لیس آرٹیکل ہے، ایسا کچھ بھی مسئلہ نہیں ہے۔</w:t>
      </w:r>
    </w:p>
    <w:p>
      <w:r>
        <w:rPr>
          <w:b/>
        </w:rPr>
        <w:t xml:space="preserve">[01:14] </w:t>
      </w:r>
      <w:r>
        <w:t>india ke bare mein yeh baat kahi jati hai, mein is ko bilkul baseless samajhta hoon. yeh sab galat tashkhees hai. asal masla yeh sab nahi hai, asal masla yeh hai ke musalmanon ne baad ke zamane mein islam ka jo edition tayyar kiya, woh edition aaj relevant nahi raha hai. modern scientific</w:t>
      </w:r>
    </w:p>
    <w:p>
      <w:pPr>
        <w:jc w:val="right"/>
      </w:pPr>
      <w:r>
        <w:t>انڈیا کے بارے میں یہ بات کہی جاتی ہے، میں اس کو بالکل بیس لیس سمجھتا ہوں۔ یہ سب غلط تشخیص ہے۔ اصل مسئلہ یہ سب نہیں ہے، اصل مسئلہ یہ ہے کہ مسلمانوں نے بعد کے زمانے میں اسلام کا جو ایڈیشن تیار کیا، وہ ایڈیشن آج ریلیونٹ نہیں رہا ہے۔ ماڈرن سائنٹیفک</w:t>
      </w:r>
    </w:p>
    <w:p>
      <w:r>
        <w:rPr>
          <w:b/>
        </w:rPr>
        <w:t xml:space="preserve">[01:44] </w:t>
      </w:r>
      <w:r>
        <w:t>age mein woh irrelevant ban chuka hai, is liye woh logon ke mind ko adjust nahi karta. is liye logon ke andar woh spirit nahi jagti, islam par woh yaqeen nahi aata, woh hosla, woh courage nahi paida hota. is liye woh kisi bhi cheez se mutasir ho jate hain. yaani agar islam ki spirit jagi hui ho kisi ke andar, to kya aap samajhte hain ke woh kisi aur cul</w:t>
      </w:r>
    </w:p>
    <w:p>
      <w:pPr>
        <w:jc w:val="right"/>
      </w:pPr>
      <w:r>
        <w:t>ایج میں وہ اِرریلیونٹ بن چکا ہے، اس لیے وہ لوگوں کے مائنڈ کو ایڈجسٹ نہیں کرتا۔ اس لیے لوگوں کے اندر وہ اسپرٹ نہیں جاگتی، اسلام پر وہ یقین نہیں آتا، وہ حوصلہ، وہ کریج نہیں پیدا ہوتا۔ اس لیے وہ کسی بھی چیز سے متاثر ہو جاتے ہیں۔ یعنی اگر اسلام کی اسپرٹ جاگی ہوئی ہو کسی کے اندر، تو کیا آپ سمجھتے ہیں کہ وہ کسی اور کل</w:t>
      </w:r>
    </w:p>
    <w:p>
      <w:r>
        <w:rPr>
          <w:b/>
        </w:rPr>
        <w:t xml:space="preserve">[02:14] </w:t>
      </w:r>
      <w:r>
        <w:t>ture se mutasir ho jayega? yaani tauheed ka aqeedah apni taqat ke sath kisi ke mind mein baitha hua ho, to kya aap samajhte hain ke woh kisi aur culture se mutasir ho jayega? yaqeen kijiye ke yeh islam ka underestimation hai. yeh islam ka underestimation hai ke islam ne un ke mind ko pakda nahi. asal baat yeh hai ke islam apne power ke sath, apne pure p</w:t>
      </w:r>
    </w:p>
    <w:p>
      <w:pPr>
        <w:jc w:val="right"/>
      </w:pPr>
      <w:r>
        <w:t>چر سے متاثر ہو جائے گا؟ یعنی توحید کا عقیدہ اپنی طاقت کے ساتھ کسی کے مائنڈ میں بیٹھا ہوا ہو، تو کیا آپ سمجھتے ہیں کہ وہ کسی اور کلچر سے متاثر ہو جائے گا؟ یقین کیجیے کہ یہ اسلام کا انڈر ایسٹیمیشن ہے۔ یہ اسلام کا انڈر ایسٹیمیشن ہے کہ اسلام نے ان کے مائنڈ کو پکڑا نہیں۔ اصل بات یہ ہے کہ اسلام اپنے پاور کے ساتھ، اپنے پورے پ</w:t>
      </w:r>
    </w:p>
    <w:p>
      <w:r>
        <w:rPr>
          <w:b/>
        </w:rPr>
        <w:t xml:space="preserve">[02:44] </w:t>
      </w:r>
      <w:r>
        <w:t>ower ke sath dakhil nahi hua logon ke personalities mein. is wajah se kisi bhi cheez se mutasir ho jate hain woh. is tarah ki jo galat tashkhees hai, is ki wajah se kya hua hai? musalmanon mein hate, nafrat, aur jhanjhanahat, ghussa, violence, yahi to aa raha hai. woh samajhte hain ke sari duniya islam ki dushman hai, sari duniya islam ke khilaf conspiracy kar rahi hai, halanke woh khud islam ke d</w:t>
      </w:r>
    </w:p>
    <w:p>
      <w:pPr>
        <w:jc w:val="right"/>
      </w:pPr>
      <w:r>
        <w:t>اور کے ساتھ داخل نہیں ہوا لوگوں کے پرسنالٹیز میں۔ اس وجہ سے کسی بھی چیز سے متاثر ہو جاتے ہیں وہ۔ اس طرح کی جو غلط تشخیص ہے، اس کی وجہ سے کیا ہوا ہے؟ مسلمانوں میں ہیٹ، نفرت، اور جھنجھلاہٹ، غصہ، وائلنس، یہی تو آ رہا ہے۔ وہ سمجھتے ہیں کہ ساری دنیا اسلام کی دشمن ہے، ساری دنیا اسلام کے خلاف کانسپریسی کر رہی ہے، حالانکہ وہ خود اسلام کے د</w:t>
      </w:r>
    </w:p>
    <w:p>
      <w:r>
        <w:rPr>
          <w:b/>
        </w:rPr>
        <w:t xml:space="preserve">[03:14] </w:t>
      </w:r>
      <w:r>
        <w:t>ushman hain. khud. yeh modern jo world hai, us ko samajhte nahi. modern jo framework hai, us ke mutabiq islam ko pesh karte nahi, aur khwamkhwah doosron ko blame dete hain. to is mein koi shaq nahi ke musalman hi islam ke dushman hain, koi doosra islam ka dushman nahi hai. mein yeh baat bohat soch samajh kar keh raha hoon.</w:t>
      </w:r>
    </w:p>
    <w:p>
      <w:pPr>
        <w:jc w:val="right"/>
      </w:pPr>
      <w:r>
        <w:t>شمن ہیں۔ خود۔ یہ ماڈرن جو ورلڈ ہے، اس کو سمجھتے نہیں۔ ماڈرن جو فریم ورک ہے، اس کے مطابق اسلام کو پیش کرتے نہیں، اور خوامخواہ دوسروں کو بلیم دیتے ہیں۔ تو اس میں کوئی شک نہیں کہ مسلمان ہی اسلام کے دشمن ہیں، کوئی دوسرا اسلام کا دشمن نہیں ہے۔ میں یہ بات بہت سوچ سمجھ کر کہہ رہا ہوں۔</w:t>
      </w:r>
    </w:p>
    <w:p>
      <w:r>
        <w:rPr>
          <w:b/>
        </w:rPr>
        <w:t xml:space="preserve">[03:46] </w:t>
      </w:r>
      <w:r>
        <w:t>to meri apni tehqeeq ke mutabiq, meri apni research ke mutabiq, jo sab se bara problem hai, woh yeh hai ke aaj ki naslon ko jo islam mil raha hai, woh original islam nahi hai. woh quran hadith wala islam nahi hai, balkeh islam ka woh edition hai jo musalmanon ne khud banaya baad ke zamane mein. yeh hai asal masla.</w:t>
      </w:r>
    </w:p>
    <w:p>
      <w:pPr>
        <w:jc w:val="right"/>
      </w:pPr>
      <w:r>
        <w:t>تو میری اپنی تحقیق کے مطابق، میری اپنی ریسرچ کے مطابق، جو سب سے بڑا پرابلم ہے، وہ یہ ہے کہ آج کی نسلوں کو جو اسلام مل رہا ہے، وہ اوریجنل اسلام نہیں ہے۔ وہ قرآن حدیث والا اسلام نہیں ہے، بلکہ اسلام کا وہ ایڈیشن ہے جو مسلمانوں نے خود بنایا بعد کے زمانے میں۔ یہ ہے اصل مسئلہ۔</w:t>
      </w:r>
    </w:p>
    <w:p>
      <w:r>
        <w:rPr>
          <w:b/>
        </w:rPr>
        <w:t xml:space="preserve">[04:19] </w:t>
      </w:r>
      <w:r>
        <w:t>zaroorat hai ke phir se hum quran ko rediscover karein, islam ko rediscover karein. is ke liye humein us ko minus karna padega. baad ko jo dictionary tayyar kiya gaya, us ko minus karna padega. tab hum is islam ko samajh payenge. hamare aur asal islam ke beech mein ek gap aa gaya hai. ek</w:t>
      </w:r>
    </w:p>
    <w:p>
      <w:pPr>
        <w:jc w:val="right"/>
      </w:pPr>
      <w:r>
        <w:t>ضرورت ہے کہ پھر سے ہم قرآن کو ری ڈسکور کریں، اسلام کو ری ڈسکور کریں۔ اس کے لیے ہمیں اس کو مائنس کرنا پڑے گا۔ بعد کو جو ڈکٹیچر تیار کیا گیا، اس کو مائنس کرنا پڑے گا۔ تب ہم اس اسلام کو سمجھ پائیں گے۔ ہمارے اور اصل اسلام کے بیچ میں ایک گیپ آ گیا ہے۔ ایک</w:t>
      </w:r>
    </w:p>
    <w:p>
      <w:r>
        <w:rPr>
          <w:b/>
        </w:rPr>
        <w:t xml:space="preserve">[04:49] </w:t>
      </w:r>
      <w:r>
        <w:t>beech mein ek ruk aa gaya hai. woh hai kya? musalmanon ka apna banaya hua islami edition, baad ke zamane mein jo banaya gaya, woh. us ko hatayein, tab aap islam ko samajh payenge. tab nai naslon ke andar aap islam ka yaqeen baitha payenge. is baat ko illustrate karne ke liye mein kuch misalein doonga jo mujhe khud pesh aayi hain. khuda ke fazal se mein is</w:t>
      </w:r>
    </w:p>
    <w:p>
      <w:pPr>
        <w:jc w:val="right"/>
      </w:pPr>
      <w:r>
        <w:t>بیچ میں ایک رک آ گیا ہے۔ وہ ہے کیا؟ مسلمانوں کا اپنا بنایا ہوا اسلامی ایڈیشن، بعد کے زمانے میں جو بنایا گیا، وہ۔ اس کو ہٹائیے، تب آپ اسلام کو سمجھ پائیں گے۔ تب نئی نسلوں کے اندر آپ اسلام کا یقین بٹھا پائیں گے۔ اس بات کو ایلسٹریٹ کرنے کے لیے میں کچھ مثالیں دوں گا جو مجھے خود پیش آئی ہیں۔ خدا کے فضل سے میں اس</w:t>
      </w:r>
    </w:p>
    <w:p>
      <w:r>
        <w:rPr>
          <w:b/>
        </w:rPr>
        <w:t xml:space="preserve">[05:19] </w:t>
      </w:r>
      <w:r>
        <w:t>y ka tajurba kar raha hoon, aur yaqeen ke sath mein keh sakta hoon ke woh nai naslein jin ke mutaliq samjha jata hai ke woh islam se door ho gayi hain, un ko phir islam ki taraf lautaya ja sakta hai. sirf ek shart hai, woh yeh hai ke unhein true islam ki tasweer dikhai jaye, asal islam un ko bataya jaye. bas</w:t>
      </w:r>
    </w:p>
    <w:p>
      <w:pPr>
        <w:jc w:val="right"/>
      </w:pPr>
      <w:r>
        <w:t>ی کا تجربہ کر رہا ہوں، اور یقین کے ساتھ میں کہہ سکتا ہوں کہ وہ نئی نسلیں جن کے متعلق سمجھا جاتا ہے کہ وہ اسلام سے دور ہو گئی ہیں، ان کو پھر اسلام کی طرف لوٹایا جا سکتا ہے۔ صرف ایک شرط ہے، وہ یہ ہے کہ انہیں ٹرو اسلام کی تصویر دکھائی جائے، اصل اسلام ان کو بتایا جائے۔ بس</w:t>
      </w:r>
    </w:p>
    <w:p>
      <w:r>
        <w:rPr>
          <w:b/>
        </w:rPr>
        <w:t xml:space="preserve">[05:49] </w:t>
      </w:r>
      <w:r>
        <w:t>۔ yeh jo beech ka islam banaya gaya, logon ne apne bana rakha hai, is se kabhi bhi yaqeen nahi aa sakta. woh to woh hai jis ki wajah se islam aaj logon ko irrelevant dikhai parta hai. to is baat ko wazeh karne ke liye mein kuch misalein doonga jo mein duniya bhar mein safar kiye, duniya bhar mein jab mein mila logon se, to us ke bohat se</w:t>
      </w:r>
    </w:p>
    <w:p>
      <w:pPr>
        <w:jc w:val="right"/>
      </w:pPr>
      <w:r>
        <w:t>۔ یہ جو بیچ کا اسلام بنایا گیا، لوگوں نے اپنے بنا رکھا ہے، اس سے کبھی بھی یقین نہیں آ سکتا۔ وہ تو وہ ہے جس کی وجہ سے اسلام آج لوگوں کو اِرریلیونٹ دکھائی پڑتا ہے۔ تو اس بات کو واضح کرنے کے لیے میں کچھ مثالیں دوں گا جو میں دنیا بھر میں سفر کیے، دنیا بھر میں جب میں ملا لوگوں سے، تو اس کے بہت سے</w:t>
      </w:r>
    </w:p>
    <w:p>
      <w:r>
        <w:rPr>
          <w:b/>
        </w:rPr>
        <w:t xml:space="preserve">[06:19] </w:t>
      </w:r>
      <w:r>
        <w:t>mujhe tajurbe hue hain. un tajurbe ko mein ne apne safarnama mein likha hai. aap mere safarnama mein padh sakte hain in baaton ko. us waqt baat ko wazeh karne ke liye mein chand misalein doonga. khaas tor par naujawanon ke bare mein, kyunke mera pakka yaqeen hai, mera tajurba hai ke jo muslim naujawan, woh muslim naujawan jin ke bare mein yeh samjha jata hai ke woh islam se door ja rahe hain, yeh</w:t>
      </w:r>
    </w:p>
    <w:p>
      <w:pPr>
        <w:jc w:val="right"/>
      </w:pPr>
      <w:r>
        <w:t>مجھے تجربے ہوئے ہیں۔ ان تجربوں کو میں نے اپنے سفarnawā میں لکھا ہے۔ آپ میرے سفarnawā میں پڑھ سکتے ہیں ان باتوں کو۔ اس وقت بات کو واضح کرنے کے لیے میں چند مثالیں دوں گا۔ خاص طور پر نوجوانوں کے بارے میں، کیونکہ میرا پکا یقین ہے، میرا تجربہ ہے کہ جو مسلم نوجوان، وہ مسلم نوجوان جن کے بارے میں یہ سمجھا جاتا ہے کہ وہ اسلام سے دور جا رہے ہیں، یہ</w:t>
      </w:r>
    </w:p>
    <w:p>
      <w:r>
        <w:rPr>
          <w:b/>
        </w:rPr>
        <w:t xml:space="preserve">[06:50] </w:t>
      </w:r>
      <w:r>
        <w:t>galat hai. islam se nahi door ja rahe hain, woh musalmanon ke apne banaye hue edition se door ja rahe hain. islam ka muslim edition jo hai, us se door ja rahe hain, na ke islam se door ja rahe hain. mein ek jagah gaya, ek bahar ke ek mulk mein. aap jante hain ke bahar ke mulkon mein taqreeban 10 million musalman basta hain.</w:t>
      </w:r>
    </w:p>
    <w:p>
      <w:pPr>
        <w:jc w:val="right"/>
      </w:pPr>
      <w:r>
        <w:t>غلط ہے۔ اسلام سے نہیں دور جا رہے ہیں، وہ مسلمانوں کے اپنے بنائے ہوئے ایڈیشن سے دور جا رہے ہیں۔ اسلام کا مسلم ایڈیشن جو ہے، اس سے دور جا رہے ہیں، نہ کہ اسلام سے دور جا رہے ہیں۔ میں ایک جگہ گیا، ایک باہر کے ایک ملک میں۔ آپ جانتے ہیں کہ باہر کے ملکوں میں تقریباً 10 ملین مسلمان بستے ہیں۔</w:t>
      </w:r>
    </w:p>
    <w:p>
      <w:r>
        <w:rPr>
          <w:b/>
        </w:rPr>
        <w:t xml:space="preserve">[07:22] </w:t>
      </w:r>
      <w:r>
        <w:t>to yeh baat bahar ke musalmanon ki nahi hai, har jagah ke musalmanon ki hai ke nai nasl jo hai musalmanon ki, chahe woh india mein ho ya kisi aur country mein ho, arab mein ho ya europe, america mein ho, sab ka haal ek hai ke islam par un ka yaqeen hat gaya hai. hat is sense mein ke woh samajhte hain ke islam maujooda zamane mein, islam ne maujooda zamane mein apna relevance kho diya hai.</w:t>
      </w:r>
    </w:p>
    <w:p>
      <w:pPr>
        <w:jc w:val="right"/>
      </w:pPr>
      <w:r>
        <w:t>تو یہ بات باہر کے مسلمانوں کی نہیں ہے، ہر جگہ کے مسلمانوں کی ہے کہ نئی نسل جو ہے مسلمانوں کی، چاہے وہ انڈیا میں ہو یا کسی اور کنٹری میں ہو، عرب میں ہو یا یورپ، امریکہ میں ہو، سب کا حال ایک ہے کہ اسلام پر ان کا یقین ہٹ گیا ہے۔ ہٹ اس سینس میں کہ وہ سمجھتے ہیں کہ اسلام موجودہ زمانے میں، اسلام نے موجودہ زمانے میں اپنا ریلیونس کھو دیا ہے۔</w:t>
      </w:r>
    </w:p>
    <w:p>
      <w:r>
        <w:rPr>
          <w:b/>
        </w:rPr>
        <w:t xml:space="preserve">[07:52] </w:t>
      </w:r>
      <w:r>
        <w:t>reliance kho diya hai, is sense mein. to ek jagah mein kuch muslim naujawanon se mulaqat hui, jo islam se phire hue maane jaate the. un ke maa baap ko shikayat thi un se. to main ne poocha ke bhai kya mamla hai? kyon aap ke maa baap ko shikayat hai aap se? to unhon ne kaha ke hum science parhte hain, hum modern education le rahe hain. yeh log jo baatein batate hain, hamare samajh</w:t>
      </w:r>
    </w:p>
    <w:p>
      <w:pPr>
        <w:jc w:val="right"/>
      </w:pPr>
      <w:r>
        <w:t>ریلیونس کھو دیا ہے، اس سینس میں۔ تو ایک جگہ میں کچھ مسلم نوجوانوں سے ملاقات ہوئی، جو اسلام سے پھری ہوئے مانے جاتے تھے۔ ان کے ماں باپ کو شکایت تھی ان سے۔ تو میں نے پوچھا کہ بھئی کیا معاملہ ہے؟ کیوں آپ کے ماں باپ کو شکایت ہے آپ سے؟ تو انہوں نے کہا کہ ہم سائنس پڑھتے ہیں، ہم ماڈرن ایجوکیشن لے رہے ہیں۔ یہ لوگ جو باتیں بتاتے ہیں، ہمارے سمجھ</w:t>
      </w:r>
    </w:p>
    <w:p>
      <w:r>
        <w:rPr>
          <w:b/>
        </w:rPr>
        <w:t xml:space="preserve">[08:22] </w:t>
      </w:r>
      <w:r>
        <w:t>mein nahin aata. to main ne kaha koi misaal dijiye. to mislan unhon ne ek misaal yeh di ke aam taur par muslim ulma yeh kehte hain ke kalma go ke liye jannat hai. yeh aam taur par maana jaata hai. kalma go ke liye jannat hai.</w:t>
      </w:r>
    </w:p>
    <w:p>
      <w:pPr>
        <w:jc w:val="right"/>
      </w:pPr>
      <w:r>
        <w:t>میں نہیں آتا۔ تو میں نے کہا کوئی مثال دیجیے۔ تو مثلاً انہوں نے ایک مثال یہ دی کہ عام طور پر مسلم علماء یہ کہتے ہیں کہ کلمہ گو کے لیے جنت ہے۔ یہ عام طور پر مانا جاتا ہے۔ کلمہ گو کے لیے جنت ہے۔</w:t>
      </w:r>
    </w:p>
    <w:p>
      <w:r>
        <w:rPr>
          <w:b/>
        </w:rPr>
        <w:t xml:space="preserve">[08:53] </w:t>
      </w:r>
      <w:r>
        <w:t>bukhari ki ek riwayat ko le kar ke galat matlab nikala gaya hai ke "man qala la ilaha illallah dakhla al jannah". is ko le kar sari duniya mein musalman muslim ulma aur muslim rehnuma yeh kehte hain ke kalma go ke liye jannat hai. yaani jis ne keh diya la ilaha illallah to us ki jannat pakki ho gayi. to unhon ne kaha ke yeh hamare samajh mein nahin aata. kuch shabd bol dein, kuch ek ek sent</w:t>
      </w:r>
    </w:p>
    <w:p>
      <w:pPr>
        <w:jc w:val="right"/>
      </w:pPr>
      <w:r>
        <w:t>بخاری کی ایک روایت کو لے کر کے غلط مطلب نکالا گیا ہے کہ "من قال لا الہ الا اللہ دخل الجنہ"۔ اس کو لے کر ساری دنیا میں مسلمان مسلم علماء اور مسلم رہنما یہ کہتے ہیں کہ کلمہ گو کے لیے جنت ہے۔ یعنی جس نے کہہ دیا لا الہ الا اللہ تو اس کی جنت پکی ہو گئی۔ تو انہوں نے کہا کہ یہ ہمارے سمجھ میں نہیں آتا۔ کچھ शब्द بول دیں، کچھ ایک ایک سینٹ</w:t>
      </w:r>
    </w:p>
    <w:p>
      <w:r>
        <w:rPr>
          <w:b/>
        </w:rPr>
        <w:t xml:space="preserve">[09:23] </w:t>
      </w:r>
      <w:r>
        <w:t>ence hai, is ko dohra dein zuban se to bas jannat pakki ho jaye. aisa to kuch bhi nahin hota. hum parhte hain aaj ki duniya mein har cheez ko fact par base karti hai, logic par base karti hai, reason par base karti hai. yahan par kya hai? koi logic nahin, koi fact nahin, bas ek kuch ek sentence hai, us ko bol do to jannat pakki ho gayi tumhari. yeh baat hamari samajh mein aati nahin.</w:t>
      </w:r>
    </w:p>
    <w:p>
      <w:pPr>
        <w:jc w:val="right"/>
      </w:pPr>
      <w:r>
        <w:t>نس ہے، اس کو دہرا دیں زبان سے تو بس جنت پکی ہو جائے۔ ایسا تو کچھ بھی نہیں ہوتا۔ ہم پڑھتے ہیں آج کی دنیا میں ہر چیز کو فیکٹ پر بیس کرتی ہے، لاجک پر بیس کرتی ہے، ریزن پر بیس کرتی ہے۔ یہاں پر کیا ہے؟ کوئی لاجک نہیں، کوئی فیکٹ نہیں، بس ایک کچھ ایک سینٹنس ہے، اس کو بول دو تو جنت پکی ہو گئی تمہاری۔ یہ بات ہماری سمجھ میں آتی نہیں۔</w:t>
      </w:r>
    </w:p>
    <w:p>
      <w:r>
        <w:rPr>
          <w:b/>
        </w:rPr>
        <w:t xml:space="preserve">[09:53] </w:t>
      </w:r>
      <w:r>
        <w:t>to aisa islam pehle to samajh mein aa jata tha logon ke. pehle zamane mein, yaani pre scientific era mein, log samajh lete the aisa ke la ilaha keh do aur jannat pakki ho gayi. aaj koi samajhne ko tayyar nahin hai. kyunke aaj logon ki soch scientific soch ban chuki hai, rational soch ban chuki hai, logical soch ban chuki hai. to main ne un se kaha</w:t>
      </w:r>
    </w:p>
    <w:p>
      <w:pPr>
        <w:jc w:val="right"/>
      </w:pPr>
      <w:r>
        <w:t>تو ایسا اسلام پہلے تو سمجھ میں آ جاتا تھا لوگوں کے۔ پہلے زمانے میں، یعنی پری سائنٹیفک ایرا میں، لوگ سمجھ لیتے تھے ایسا کہ لا الہ کہہ دو اور جنت پکی ہو گئی۔ آج کوئی سمجھنے کو تیار نہیں ہے۔ کیونکہ آج لوگوں کی سوچ سائنٹیفک سوچ بن چکی ہے، ریشنل سوچ بن چکی ہے، لاجیکل سوچ بن چکی ہے۔ تو میں نے ان سے کہا</w:t>
      </w:r>
    </w:p>
    <w:p>
      <w:r>
        <w:rPr>
          <w:b/>
        </w:rPr>
        <w:t xml:space="preserve">[10:24] </w:t>
      </w:r>
      <w:r>
        <w:t>ke dekhiye, yeh islam ki galti nahin hai. jin logon ne is ka matlab yeh nikal rakha hai ke kalma go ke liye jannat, un ki galti hai. kyunke dekhiye, ek hadith yeh hai ke "man qala la ilaha illallah dakhla al jannah". doosri hadith isi ke bare mein is tarah hai ke "man arfa la ilaha illallah dakhla al jannah". to is</w:t>
      </w:r>
    </w:p>
    <w:p>
      <w:pPr>
        <w:jc w:val="right"/>
      </w:pPr>
      <w:r>
        <w:t>کہ دیکھیے، یہ اسلام کی غلطی نہیں ہے۔ جن لوگوں نے اس کا مطلب یہ نکال رکھا ہے کہ کلمہ گو کے لیے جنت، ان کی غلطی ہے۔ کیونکہ دیکھیے، ایک حدیث یہ ہے کہ "من قال لا الہ الا اللہ دخل الجنہ"۔ دوسری حدیث اسی کے بارے میں اس طرح ہے کہ "من عرف لا الہ الا اللہ دخل الجنہ"۔ تو اس</w:t>
      </w:r>
    </w:p>
    <w:p>
      <w:r>
        <w:rPr>
          <w:b/>
        </w:rPr>
        <w:t xml:space="preserve">[10:54] </w:t>
      </w:r>
      <w:r>
        <w:t>dono ko mila kar sochiye aap. to qail e kalma ke liye jannat nahin hai, arif e kalma ke liye jannat hai. jannat kis ke liye hai? qail e kalma ke liye nahin, arif e kalma ke liye. yaani jis ne islam ko bator e sachai ke realize kiya, marifat means realization.</w:t>
      </w:r>
    </w:p>
    <w:p>
      <w:pPr>
        <w:jc w:val="right"/>
      </w:pPr>
      <w:r>
        <w:t>دونوں کو ملا کر سوچیے آپ۔ تو قائل کلمہ کے لیے جنت نہیں ہے، عارف کلمہ کے لیے جنت ہے۔ جنت کس کے لیے ہے؟ قائل کلمہ کے لیے نہیں، عارف کلمہ کے لیے۔ یعنی جس نے اسلام کو بطور سچائی کے ریالائز کیا، معرفت مینز ریالائزیشن۔</w:t>
      </w:r>
    </w:p>
    <w:p>
      <w:r>
        <w:rPr>
          <w:b/>
        </w:rPr>
        <w:t xml:space="preserve">[11:24] </w:t>
      </w:r>
      <w:r>
        <w:t>marifat means realization. to realization jo hai, us par jannat hai, na ke mahaz munh se bol dene par jannat hai. phir main ne un ko quran ki ayat batai jo saatwein paare ke shuru mein hai. is mein yeh hai ke "wa idha sami'u ma'unatan ila al rasool tara a'yunuhum tufiqan min al dammi mimma 'arafu min al haqq".</w:t>
      </w:r>
    </w:p>
    <w:p>
      <w:pPr>
        <w:jc w:val="right"/>
      </w:pPr>
      <w:r>
        <w:t>معرفت مینز ریالائزیشن۔ تو ریالائزیشن جو ہے، اس پر جنت ہے، نہ کہ محض منہ سے بول دینے پر جنت ہے۔ پھر میں نے ان کو قرآن کی آیت بتائی جو ساتویں پارے کے شروع میں ہے۔ اس میں یہ ہے کہ "وَإِذَا سَمَعُوا مَعُونَةً إِلَى الرَّسُولِ تَرَىٰ أَعْيُنُهُمْ تَفْوِيقًا مِّنَ الضَّمِّ مِمَّا عَرَفُوا مِنَ الْحَقِّ"۔</w:t>
      </w:r>
    </w:p>
    <w:p>
      <w:r>
        <w:rPr>
          <w:b/>
        </w:rPr>
        <w:t xml:space="preserve">[11:59] </w:t>
      </w:r>
      <w:r>
        <w:t>yaani marifat, haq ki marifat, us par kaha gaya hai ke unhein fa asabahumu allahu bima qalu jinad din tajri min taly al nar. ab dekhiye, yahan bhi quran mein hai ke un ko jannat di gayi, di khuda ne. kis par di? marifat e haq par. yaani sachai ko realize kiya unhon ne, sachai ko discover kiya unhon ne. to main ne un se bataya</w:t>
      </w:r>
    </w:p>
    <w:p>
      <w:pPr>
        <w:jc w:val="right"/>
      </w:pPr>
      <w:r>
        <w:t>یعنی معرفت، حق کی معرفت، اس پر کہا گیا ہے کہ انہیں فَأَصَابَهُمُ اللَّهُ بِمَا قَالُوا جِنَّادِينَ تَجْرِي مِنْ تَلَىٰ النَّارِ ۔ اب دیکھیے، یہاں بھی قرآن میں ہے کہ ان کو جنت دی گئی، دی خدا نے۔ کس پر دی؟ معرفت حق پر۔ یعنی سچائی کو ریالائز کیا انہوں نے، سچائی کو ڈسکور کیا انہوں نے۔ تو میں نے ان سے بتایا</w:t>
      </w:r>
    </w:p>
    <w:p>
      <w:r>
        <w:rPr>
          <w:b/>
        </w:rPr>
        <w:t xml:space="preserve">[12:30] </w:t>
      </w:r>
      <w:r>
        <w:t>ke iman means discovery, iman means realization. to main ne kaha ke dekhiye, yeh itni badi universe hai, is ka ek banane wala hai, isi banane wale ko hum khuda kehte hain, Allah kehte hain. woh hamare liye bazahir unseen hai, dikhai nahin deta hai. to jab aadmi research karta hai, study karta hai, aur sochta hai, sochte sochte us ko discovery ho jati</w:t>
      </w:r>
    </w:p>
    <w:p>
      <w:pPr>
        <w:jc w:val="right"/>
      </w:pPr>
      <w:r>
        <w:t>کہ ایمان مینز ڈسکوری، ایمان مینز ریالائزیشن۔ تو میں نے کہا کہ دیکھیے، یہ اتنی بڑی یونیورس ہے، اس کا ایک بنانے والا ہے، اسی بنانے والے کو ہم خدا کہتے ہیں، اللہ کہتے ہیں۔ وہ ہمارے لیے بظاہر ان سین ہے، دکھائی نہیں دیتا ہے۔ تو جب آدمی ریسرچ کرتا ہے، اسٹڈی کرتا ہے، اور سوچتا ہے، سوچتے سوچتے اس کو ڈسکوری ہو جاتی</w:t>
      </w:r>
    </w:p>
    <w:p>
      <w:r>
        <w:rPr>
          <w:b/>
        </w:rPr>
        <w:t xml:space="preserve">[13:00] </w:t>
      </w:r>
      <w:r>
        <w:t>hai ke is universe ke peeche ek khuda hai, us ka ek creator hai. yaani design mein woh designer ko pa leta hai. to is discovery jo jis ko ho jaye, jis ko yeh is haqeeqat ka realization ho jaye, us ke liye paradise hai, us ke liye jannat hai. to foran manne lage woh. unhon ne kaha bilkul theek keh rahe hain aap. aap bilkul theek keh rahe hain.</w:t>
      </w:r>
    </w:p>
    <w:p>
      <w:pPr>
        <w:jc w:val="right"/>
      </w:pPr>
      <w:r>
        <w:t>ہے کہ اس یونیورس کے پیچھے ایک خدا ہے، اس کا ایک کریٹر ہے۔ یعنی ڈیزائن میں وہ ڈیزائنر کو پا لیتا ہے۔ تو اس ڈسکوری جو جس کو ہو جائے، جس کو یہ اس حقیقت کا ریالائزیشن ہو جائے، اس کے لیے پیرڈائز ہے، اس کے لیے جنت ہے۔ تو فوراً ماننے لگے وہ۔ انہوں نے کہا بالکل ٹھیک کہہ رہے ہیں آپ۔ آپ بالکل ٹھیک کہہ رہے ہیں۔</w:t>
      </w:r>
    </w:p>
    <w:p>
      <w:r>
        <w:rPr>
          <w:b/>
        </w:rPr>
        <w:t xml:space="preserve">[13:31] </w:t>
      </w:r>
      <w:r>
        <w:t>to dekhiye, yahan par kya tha ke musalmanon ka apna banaye hue edition ke mutabiq kya hai? kalma go ke liye jannat hai. yeh kaise kisi samajh mein aaye? aaj ka scientific mind kaise samjhega is ko? ke lift service par jannat hai, is ka matlab to yeh hua na? kalma go ke liye jannat ka matlab yeh hua ke lift service par jannat hai. to aaj ka mind is ko samajh nahin sakta. phir jab main ne explain</w:t>
      </w:r>
    </w:p>
    <w:p>
      <w:pPr>
        <w:jc w:val="right"/>
      </w:pPr>
      <w:r>
        <w:t>تو دیکھیے، یہاں پر کیا تھا کہ مسلمانوں کا اپنا بنائے ہوئے ایڈیشن کے مطابق کیا ہے؟ کلمہ گو کے لیے جنت ہے۔ یہ کیسے کسی سمجھ میں آئے؟ آج کا سائنٹیفک مائنڈ کیسے سمجھے گا اس کو؟ کہ لفٹ سروس پر جنت ہے، اس کا مطلب تو یہ ہوا نا؟ کلمہ گو کے لیے جنت کا مطلب یہ ہوا کہ لفٹ سروس پر جنت ہے۔ تو آج کا مائنڈ اس کو سمجھ نہیں سکتا۔ پھر جب میں نے ایکسپلین</w:t>
      </w:r>
    </w:p>
    <w:p>
      <w:r>
        <w:rPr>
          <w:b/>
        </w:rPr>
        <w:t xml:space="preserve">[14:01] </w:t>
      </w:r>
      <w:r>
        <w:t>kiya is ko quran se aur hadith se ke man qala kaman man arfa waun ho discovers, waun ho realizes, yeh matlab hai is ka. phir aur main ne misalein dein, to ek dum un ki samajh mein aa gaya. unhon ne kaha yeh islam agar hai to hum is ko mante hain. to is misaal mein aap dekh sakte hain ke musalman ka apna</w:t>
      </w:r>
    </w:p>
    <w:p>
      <w:pPr>
        <w:jc w:val="right"/>
      </w:pPr>
      <w:r>
        <w:t>کیا اس کو قرآن سے اور حدیث سے کہ مَنْ قَالَ كَمَانِ مَنْ عَرَفَ ون ہو ڈسکورز، ون ہو ریالائزز، یہ مطلب ہے اس کا۔ پھر اور میں نے مثالیں دیں، تو ایک دم ان کی سمجھ میں آ گیا۔ انہوں نے کہا یہ اسلام اگر ہے تو ہم اس کو مانتے ہیں۔ تو اس مثال میں آپ دیکھ سکتے ہیں کہ مسلمان کا اپنا</w:t>
      </w:r>
    </w:p>
    <w:p>
      <w:r>
        <w:rPr>
          <w:b/>
        </w:rPr>
        <w:t xml:space="preserve">[14:31] </w:t>
      </w:r>
      <w:r>
        <w:t>banaya hua jo edition hai, us par unhein shakk tha. unhein islam par shakk nahin tha. islam jab pesh kiya gaya to unhon ne maan liya is ko. aap bataiye ke aaj ka insan jo science parhta hai, woh kaise maane ga ke lift service par jannat mile gi kisi ko? koi munh se bol do to jannat pakki ho jaye? halanke sare ulma yahi kehte hain, sare ulma mujh ko chhod kar ke, ke kalma go ke liye jannat hai. aap jis se poochie ja</w:t>
      </w:r>
    </w:p>
    <w:p>
      <w:pPr>
        <w:jc w:val="right"/>
      </w:pPr>
      <w:r>
        <w:t>بنایا ہوا جو ایڈیشن ہے، اس پر انہیں شک تھا۔ انہیں اسلام پر شک نہیں تھا۔ اسلام جب پیش کیا گیا تو انہوں نے مان لیا اس کو۔ آپ بتائیے کہ آج کا انسان جو سائنس پڑھتا ہے، وہ کیسے مانے گا کہ لفٹ سروس پر جنت ملے گی کسی کو؟ کوئی منہ سے بول دو تو جنت پکی ہو جائے؟ حالانکہ سارے علماء یہی کہتے ہیں، سارے علماء مجھ کو چھوڑ کر کے، کہ کلمہ گو کے لیے جنت ہے۔ آپ جس سے پوچھ لیجیے جا</w:t>
      </w:r>
    </w:p>
    <w:p>
      <w:r>
        <w:rPr>
          <w:b/>
        </w:rPr>
        <w:t xml:space="preserve">[15:01] </w:t>
      </w:r>
      <w:r>
        <w:t>kar ke, kisi bhi shakhs se poochie aap, yahi boley ga woh ke kalma go ke liye jannat hai. aur yeh bilkul hi na qabil e fahm hai aaj ke mind ke liye. aur main jo qaideh kehta hoon ke kalma ki marifat jis ko ho jaye, us ke liye jannat hai. kalma ki discovery jis ko ho jaye, us ke liye jannat hai. yaani kalma ko bator e sachai ka jo discover kar le, us ke liye</w:t>
      </w:r>
    </w:p>
    <w:p>
      <w:pPr>
        <w:jc w:val="right"/>
      </w:pPr>
      <w:r>
        <w:t>کر کے، کسی بھی شخص سے پوچھ لیجیے آپ، یہی بولے گا وہ کہ کلمہ گو کے لیے جنت ہے۔ اور یہ بالکل ہی ناقابل فہم ہے آج کے مائنڈ کے لیے۔ اور میں جو قاعدہ کہتا ہوں کہ کلمہ کی معرفت جس کو ہو جائے، اس کے لیے جنت ہے۔ کلمہ کی ڈسکوری جس کو ہو جائے، اس کے لیے جنت ہے۔ یعنی کلمہ کو بطور سچائی کا جو ڈسکور کر لے، اس کے لیے</w:t>
      </w:r>
    </w:p>
    <w:p>
      <w:r>
        <w:rPr>
          <w:b/>
        </w:rPr>
        <w:t xml:space="preserve">[15:32] </w:t>
      </w:r>
      <w:r>
        <w:t>jannat hai, us ke liye paradise hai. to yeh bilkul scientific maloom hota hai aadmi ko, woh foran maan leta hai us ko woh. is mein aap dekh sakte hain ke ek hai asal islam, ek hai musalmanon ka apna banaya hua islam. to musalmanon ka apna jo banaya hua islam hai, jo muslim edition hai islam ka, woh bilashubha irrelevant ho gaya hai aaj ke liye. to pehle ke zamane ka insan</w:t>
      </w:r>
    </w:p>
    <w:p>
      <w:pPr>
        <w:jc w:val="right"/>
      </w:pPr>
      <w:r>
        <w:t>جنت ہے، اس کے لیے پیرڈائز ہے۔ تو یہ بالکل سائنٹیفک معلوم ہوتا ہے آدمی کو، وہ فوراً مان لیتا ہے اس کو وہ۔ اس میں آپ دیکھ سکتے ہیں کہ ایک ہے اصل اسلام، ایک ہے مسلمانوں کا اپنا بنایا ہوا اسلام۔ تو مسلمانوں کا اپنا جو بنایا ہوا اسلام ہے، جو مسلم ایڈیشن ہے اسلام کا، وہ بلاشبہ اِرریلیونٹ ہو گیا ہے آج کے لیے۔ تو پہلے کے زمانے کا انسان</w:t>
      </w:r>
    </w:p>
    <w:p>
      <w:r>
        <w:rPr>
          <w:b/>
        </w:rPr>
        <w:t xml:space="preserve">[16:02] </w:t>
      </w:r>
      <w:r>
        <w:t>rational way mein sochta nahin tha, logical way mein sochta nahin tha. to jab us se kaha gaya ke kalma go ke liye jannat hai, to us ne maan liya ke theek hai bhai. lekin aaj ka insan cheezon ko reason par janchta hai, logic par janchta hai. to us ki yeh baatein bilkul ajeeb si lagti hain, ajeeb si lagti hain ke aap munh se bolen mercedes ka</w:t>
      </w:r>
    </w:p>
    <w:p>
      <w:pPr>
        <w:jc w:val="right"/>
      </w:pPr>
      <w:r>
        <w:t>ریشنل وے میں سوچتا نہیں تھا، لاجیکل وے میں سوچتا نہیں تھا۔ تو جب اس سے کہا گیا کہ کلمہ گو کے لیے جنت ہے، تو اس نے مان لیا کہ ٹھیک ہے بھئی۔ لیکن آج کا انسان چیزوں کو ریزن پر جانچتا ہے، لاجک پر جانچتا ہے۔ تو اس کی یہ باتیں بالکل عجیب سی لگتی ہیں، عجیب سی لگتی ہیں کہ آپ منہ سے بولیں مرسڈیز کا</w:t>
      </w:r>
    </w:p>
    <w:p>
      <w:r>
        <w:rPr>
          <w:b/>
        </w:rPr>
        <w:t xml:space="preserve">[16:32] </w:t>
      </w:r>
      <w:r>
        <w:t>wo motor car, motor car, motor car, to kya aap ko motor car mil jaye gi? to munh se bolne se kaise koi baat ho jaye gi? to bahar haal yeh yeh jo hai ke kalma go ke liye jannat hai, jo aaj ka insan samajh nahin pata, to yeh musalmanon ke edition jo bana rakha hai, musalmanon ne jo edition, us ki baat hai yeh, islam ki baat nahin hai.</w:t>
      </w:r>
    </w:p>
    <w:p>
      <w:pPr>
        <w:jc w:val="right"/>
      </w:pPr>
      <w:r>
        <w:t>وہ موٹر کار، موٹر کار، موٹر کار، تو کیا آپ کو موٹر کار مل جائے گی؟ تو منہ سے بولنے سے کیسے کوئی بات ہو جائے گی؟ تو بہرحال یہ یہ جو ہے کہ کلمہ گو کے لیے جنت ہے، جو آج کا انسان سمجھ نہیں پاتا، تو یہ مسلمانوں کے ایڈیشن جو بنا رکھا ہے، مسلمانوں نے جو ایڈیشن، اس کی بات ہے یہ، اسلام کی بات نہیں ہے۔</w:t>
      </w:r>
    </w:p>
    <w:p>
      <w:r>
        <w:rPr>
          <w:b/>
        </w:rPr>
        <w:t xml:space="preserve">[17:03] </w:t>
      </w:r>
      <w:r>
        <w:t>aap is ayat par gaur kijiye jo main ne abhi parha saatwein paare mein ke is ka translation yeh hai ke kuch log aaye rasool Allah ke paas, un ko rasool Allah ne quran sunaya to un ki aankhon se aansu beh pade mimma 'arafu min al haqq. kyunke quran ki un ayaton mein unhein sachai ki pehchan ho gayi, sachai ka realization ho gaya, unhon ne sachai ko discover kiya.</w:t>
      </w:r>
    </w:p>
    <w:p>
      <w:pPr>
        <w:jc w:val="right"/>
      </w:pPr>
      <w:r>
        <w:t>آپ اس آیت پر غور کیجیے جو میں نے ابھی پڑھا ساتویں پارے میں کہ اس کا ٹرانسلیشن یہ ہے کہ کچھ لوگ آئے رسول اللہ کے پاس، ان کو رسول اللہ نے قرآن سنایا تو ان کی آنکھوں سے آنسو بہہ پڑے مِمَّا عَرَفُوا مِنَ الْحَقِّ ۔ کیونکہ قرآن کی ان آیتوں میں انہیں سچائی کی پہچان ہو گئی، سچائی کا ریالائزیشن ہو گیا، انہوں نے سچائی کو ڈسکور کیا۔</w:t>
      </w:r>
    </w:p>
    <w:p>
      <w:r>
        <w:rPr>
          <w:b/>
        </w:rPr>
        <w:t xml:space="preserve">[17:34] </w:t>
      </w:r>
      <w:r>
        <w:t>to wahan bhi hai ke dekhiye fa asabahumu allahu bima qalu jannatin tajri min taly al nar. yaani ke unhon ne jo kaha ke hum iman laye khuda par, is kehne par khuda ne un ko jannat de di. to yeh aap sochiye, woh qaul kya tha? woh qaul yeh tha ke un ki aankhein aansu baha rahi hain, un ka dil tarp raha hai, is ke mind mein ek naya toofan aa gaya hai. to woh qaul</w:t>
      </w:r>
    </w:p>
    <w:p>
      <w:pPr>
        <w:jc w:val="right"/>
      </w:pPr>
      <w:r>
        <w:t>تو وہاں بھی ہے کہ دیکھیے فَأَصَابَهُمُ اللَّهُ بِمَا قَالُوا جَنَّاتٍ تَجْرِي مِنْ تَلَىٰ النَّارِ ۔ یعنی کہ انہوں نے جو کہا کہ ہم ایمان لائے خدا پر، اس کہنے پر خدا نے ان کو جنت دے دی۔ تو یہ آپ سوچیے، وہ قول کیا تھا؟ وہ قول یہ تھا کہ ان کی آنکھیں آنسو بہا رہی ہیں، ان کا دل تڑپ رہا ہے، اس کے مائنڈ میں ایک نیا طوفان آ گیا ہے۔ تو وہ قول</w:t>
      </w:r>
    </w:p>
    <w:p>
      <w:r>
        <w:rPr>
          <w:b/>
        </w:rPr>
        <w:t xml:space="preserve">[18:04] </w:t>
      </w:r>
      <w:r>
        <w:t>sadha tor par qaul hai sirf. woh qaul un ka ek manifestation hai andar ke toofan ka. aap parhiye is ayat ko jo saatwein paare, jo islam quran ka jo saatwan paara hai, wa idha sami'u us ke shuru mein yeh ayat hai. quran ke saatwein paare ke shuru mein, jis ko wa idha sami'u kaha jata hai, us ke shuru mein yeh ayat hai ke agarche wahan bhi</w:t>
      </w:r>
    </w:p>
    <w:p>
      <w:pPr>
        <w:jc w:val="right"/>
      </w:pPr>
      <w:r>
        <w:t>سادہ طور پر قول ہے صرف۔ وہ قول ان کا ایک مینیفیسٹیشن ہے اندر کے طوفان کا۔ آپ پڑھیے اس آیت کو جو ساتویں پارے، جو اسلام قرآن کا جو ساتواں پارہ ہے، وَإِذَا سَمَعُوا اس کے شروع میں یہ آیت ہے۔ قرآن کے ساتویں پارے کے شروع میں، جس کو وَإِذَا سَمَعُوا کہا جاتا ہے، اس کے شروع میں یہ آیت ہے کہ اگرچہ وہاں بھی</w:t>
      </w:r>
    </w:p>
    <w:p>
      <w:r>
        <w:rPr>
          <w:b/>
        </w:rPr>
        <w:t xml:space="preserve">[18:34] </w:t>
      </w:r>
      <w:r>
        <w:t>yeh lafz hai ke mimma fa asabahumu allahu bima qalu. yaani Allah ne badla diya un ko un ke qaul par, lekin woh qaul kya tha? to isi ayat hi se milta hai ke woh qaul kya tha ke wahan un ki aankhein aansu baha rahi hain, un ka dil tarp utha hai, is ke mind mein beliyan chamak rahi hain, un ke seene mein ek toofan aa gaya hai khuda ki yaad ka, khuda ki pehchan ka, khuda ki marifat ka. to is</w:t>
      </w:r>
    </w:p>
    <w:p>
      <w:pPr>
        <w:jc w:val="right"/>
      </w:pPr>
      <w:r>
        <w:t>یہ لفظ ہے کہ مِمَّا فَأَصَابَهُمُ اللَّهُ بِمَا قَالُوا ۔ یعنی اللہ نے بدلہ دیا ان کو ان کے قول پر، لیکن وہ قول کیا تھا؟ تو اسی آیت ہی سے ملتا ہے کہ وہ قول کیا تھا کہ وہاں ان کی آنکھیں آنسو بہا رہی ہیں، ان کا دل تڑپ اٹھا ہے، اس کے مائنڈ میں بیلیاں چمک رہی ہیں، ان کے سینے میں ایک طوفان آ گیا ہے خدا کی یاد کا، خدا کی پہچان کا، خدا کی معرفت کا۔ تو اس</w:t>
      </w:r>
    </w:p>
    <w:p>
      <w:r>
        <w:rPr>
          <w:b/>
        </w:rPr>
        <w:t xml:space="preserve">[19:04] </w:t>
      </w:r>
      <w:r>
        <w:t>toofan ka ek manifestation tha, isi ka ek izhar tha ke munh se nikla ke khuda ya tu khuda hai, khuda ya hum iman laate hain tere upar. to qaul kya hai? kya aap samajhte hain ke lift service hai yeh? lift service nahin hai woh. yeh sari baatein jab main ne kahin to bilkul un ko yaqeen ho gaya, sambhal liya unhon ne, aur kaha ke main aaj se, yaani mere sare shubhat dhal gaye is ko le kar.</w:t>
      </w:r>
    </w:p>
    <w:p>
      <w:pPr>
        <w:jc w:val="right"/>
      </w:pPr>
      <w:r>
        <w:t>طوفان کا ایک مینیفیسٹیشن تھا، اسی کا ایک اظہار تھا کہ منہ سے نکلا کہ خدایا تو خدا ہے، خدایا ہم ایمان لاتے ہیں تیرے اوپر۔ تو قول کیا ہے؟ کیا آپ سمجھتے ہیں کہ لفٹ سروس ہے یہ؟ لفٹ سروس نہیں ہے وہ۔ یہ ساری باتیں جب میں نے کہیں تو بالکل ان کو یقین ہو گیا، سنبھال لیا انہوں نے، اور کہا کہ میں آج سے، یعنی میرے سارے شبہات دھل گئے اس کو لے کر۔</w:t>
      </w:r>
    </w:p>
    <w:p>
      <w:r>
        <w:rPr>
          <w:b/>
        </w:rPr>
        <w:t xml:space="preserve">[19:36] </w:t>
      </w:r>
      <w:r>
        <w:t>isi tarah se main ek aur jagah gaya, wahan par kuch naujawan, kuch naujawanon ke tajurbe bata raha hoon aap ko, yeh india mein bhi hue aur bahar bhi hue. mujhe unhon ne kaha kya islam, yeh islam mein hamare molvi log batate hain ke namaz parho to jannat jannat mile gi. to kya namaz? yeh to hum ko ek ek set of rituals maloom hota hai, kuch rituals hain, us ko dohra lete hain ja kar ke masjid mein log, us se jannat jannat kaise mil jaye gi?</w:t>
      </w:r>
    </w:p>
    <w:p>
      <w:pPr>
        <w:jc w:val="right"/>
      </w:pPr>
      <w:r>
        <w:t>اسی طرح سے میں ایک اور جگہ گیا، وہاں پر کچھ نوجوان، کچھ نوجوانوں کے تجربے بتا رہا ہوں آپ کو، یہ انڈیا میں بھی ہوئے اور باہر بھی ہوئے۔ مجھے انہوں نے کہا کیا اسلام، یہ اسلام میں ہمارے مولوی لوگ بتاتے ہیں کہ نماز پڑھو تو جنت جنت ملے گی۔ تو کیا نماز؟ یہ تو ہم کو ایک ایک سیٹ آف ریچولز معلوم ہوتا ہے، کچھ ریچولز ہیں، اس کو دہرا لیتے ہیں جا کر کے مسجد میں لوگ، اس سے جنت جنت کیسے مل جائے گی؟</w:t>
      </w:r>
    </w:p>
    <w:p>
      <w:r>
        <w:rPr>
          <w:b/>
        </w:rPr>
        <w:t xml:space="preserve">[20:07] </w:t>
      </w:r>
      <w:r>
        <w:t>yaani aaj ka jo naujawan hai, us ko namaz sirf ek ek rituals ka majmooa maloom hoti hai, set of rituals, kuch munh se bol diya, kuch uth baith liye, to yeh koi badi baat nahin dikhai padti us ko. ek motor ki factory banane ke liye ek poora ek jugad karna padta hai, aur khuda ki prayer jo hai, woh bas aisi kuch ritu</w:t>
      </w:r>
    </w:p>
    <w:p>
      <w:pPr>
        <w:jc w:val="right"/>
      </w:pPr>
      <w:r>
        <w:t>یعنی آج کا جو نوجوان ہے، اس کو نماز صرف ایک ایک ریچولز کا مجموعہ معلوم ہوتی ہے، سیٹ آف ریچولز، کچھ منہ سے بول دیا، کچھ اٹھ بیٹھ لیے، تو یہ کوئی بڑی بات نہیں دکھائی پڑتی اس کو۔ ایک موٹر کی فیکٹری بنانے کے لیے ایک پورا ایک جگاڑ کرنا پڑتا ہے، اور خدا کی پریئر جو ہے، وہ بس ایسی کچھ ریچ</w:t>
      </w:r>
    </w:p>
    <w:p>
      <w:r>
        <w:rPr>
          <w:b/>
        </w:rPr>
        <w:t xml:space="preserve">[20:37] </w:t>
      </w:r>
      <w:r>
        <w:t>wals kar do aur khuda ki prayer ho gai. to kaisay is ki samajh mein aaye? woh jis jis school mein parhta hai, jis college mein parhta hai, jis university mein parhta hai, wahan wahan jo us ko ilm mil raha hai, woh aik aur ilm hai, jahan sari baatein facts par mabni hoti hain, haqaaq par mabni hoti hain. aur yahan par kya hai? sab kuch rituals par chal raha hai. to maine kaha ke</w:t>
      </w:r>
    </w:p>
    <w:p>
      <w:pPr>
        <w:jc w:val="right"/>
      </w:pPr>
      <w:r>
        <w:t>ولز کر دو اور خدا کی پریئر ہو گئی۔ تو کیسے اس کی سمجھ میں آئے؟ وہ جس جس اسکول میں پڑھتا ہے، جس کالج میں پڑھتا ہے، جس یونیورسٹی میں پڑھتا ہے، وہاں وہاں جو اس کو علم مل رہا ہے، وہ ایک اور علم ہے، جہاں ساری باتیں فیکٹس پر مبنی ہوتی ہیں، حقائق پر مبنی ہوتی ہیں۔ اور یہاں پر کیا ہے؟ سب کچھ ریچولز پر چل رہا ہے۔ تو میں نے کہا کہ</w:t>
      </w:r>
    </w:p>
    <w:p>
      <w:r>
        <w:rPr>
          <w:b/>
        </w:rPr>
        <w:t xml:space="preserve">[21:07] </w:t>
      </w:r>
      <w:r>
        <w:t>suniye, namaz kya hai? maine namaz parh ke dikhaya un ko, aur bataya un ko ke namaz kya hai. main aap ko do misaalain deta hoon. maine kaha dekhiye, namaz shuru hoti hai Allah o Akbar kehne se, khatam hoti hai Assalamu Alaikum Wa Rahmatullahi kehne par. is ko ghor kijiye, jab hum kehte hain Allah o Akbar to hum kehte hain God is great,</w:t>
      </w:r>
    </w:p>
    <w:p>
      <w:pPr>
        <w:jc w:val="right"/>
      </w:pPr>
      <w:r>
        <w:t>سنیے، نماز کیا ہے؟ میں نے نماز پڑھ کے دکھایا ان کو، اور بتایا ان کو کہ نماز کیا ہے۔ میں آپ کو دو مثالیں دیتا ہوں۔ میں نے کہا دیکھیے، نماز شروع ہوتی ہے اللہ اکبر کہنے سے، ختم ہوتی ہے السلام علیکم ورحمۃ اللہ کہنے پر۔ اس کو غور کیجیے، جب ہم کہتے ہیں اللہ اکبر تو ہم کہتے ہیں گاڈ از گریٹ،</w:t>
      </w:r>
    </w:p>
    <w:p>
      <w:r>
        <w:rPr>
          <w:b/>
        </w:rPr>
        <w:t xml:space="preserve">[21:37] </w:t>
      </w:r>
      <w:r>
        <w:t>khuda ki glory ka hum eteraaf karte hain, khuda ki glory ka eteraaf karte hain. kyun? is liye ke aap dekhiye, khuda ne aik life support system banaya hai dunya mein, tabhi hum jee rahe hain. agar khuda suraj na chamkaye, khuda hawaein na chalaye, khuda oxygen supply na kare, khuda barishain na bar</w:t>
      </w:r>
    </w:p>
    <w:p>
      <w:pPr>
        <w:jc w:val="right"/>
      </w:pPr>
      <w:r>
        <w:t>خدا کی گلوری کا ہم اعتراف کرتے ہیں، خدا کی گلوری کا اعتراف کرتے ہیں۔ کیوں؟ اس لیے کہ آپ دیکھیے، خدا نے ایک لائف سپورٹ سسٹم بنایا ہے دنیا میں، تبھی ہم جی رہے ہیں۔ اگر خدا سورج نہ چمکائے، خدا ہوائیں نہ چلائے، خدا اکسیجن سپلائی نہ کرے، خدا بارشیں نہ بر</w:t>
      </w:r>
    </w:p>
    <w:p>
      <w:r>
        <w:rPr>
          <w:b/>
        </w:rPr>
        <w:t xml:space="preserve">[22:07] </w:t>
      </w:r>
      <w:r>
        <w:t>saye, khuda zameen mein yeh yeh zameen jo hai, hamein na de, is mein gravitation jo hai, woh woh na ho to hum kuch bhi nahin hain, hum nil ho jayenge. to woh life support system ka lafz unhein maloom hai, jo log parhte hain collegeon mein, woh jante hain life support system aik cheez hai ke zameen par anokhay tor par aik life support system hai. unhon ne parha hai ke itni bari</w:t>
      </w:r>
    </w:p>
    <w:p>
      <w:pPr>
        <w:jc w:val="right"/>
      </w:pPr>
      <w:r>
        <w:t>سائے، خدا زمین میں یہ یہ زمین جو ہے، ہمیں نہ دے، اس میں گریویٹیشن جو ہے، وہ وہ نہ ہو تو ہم کچھ بھی نہیں ہیں، ہم نِل ہو جائیں گے۔ تو وہ لائف سپورٹ سسٹم کا لفظ انہیں معلوم ہے، جو لوگ پڑھتے ہیں کالجوں میں، وہ جانتے ہیں لائف سپورٹ سسٹم ایک چیز ہے کہ زمین پر انوکھے طور پر ایک لائف سپورٹ سسٹم ہے۔ انہوں نے پڑھا ہے کہ اتنی بڑی</w:t>
      </w:r>
    </w:p>
    <w:p>
      <w:r>
        <w:rPr>
          <w:b/>
        </w:rPr>
        <w:t xml:space="preserve">[22:37] </w:t>
      </w:r>
      <w:r>
        <w:t>university hai, is mein in gunt stars hain, bohat se planets hain, solar system hai, galaxy hai, kahin bhi life support system nahin hai, exceptionally sirf zameen par hai life support system. yaani woh cheezain jis jis ki wajah se hum jee rahe hain, yahan pani hai, yahan hawa hai, yahan roshni hai, yahan soil hai jis par jis par nabataat ugti hain,</w:t>
      </w:r>
    </w:p>
    <w:p>
      <w:pPr>
        <w:jc w:val="right"/>
      </w:pPr>
      <w:r>
        <w:t>یونیورس ہے، اس میں ان گنت اسٹارز ہیں، بہت سے پلینٹس ہیں، سولر سسٹم ہے، گیلیکسی ہے، کہیں بھی لائف سپورٹ سسٹم نہیں ہے، ایکسیپشنلی صرف زمین پر ہے لائف سپورٹ سسٹم۔ یعنی وہ چیزیں جس جس کی وجہ سے ہم جی رہے ہیں، یہاں پانی ہے، یہاں ہوا ہے، یہاں روشنی ہے، یہاں سوائل ہے جس پر جس پر نباتات اگتی ہیں،</w:t>
      </w:r>
    </w:p>
    <w:p>
      <w:r>
        <w:rPr>
          <w:b/>
        </w:rPr>
        <w:t xml:space="preserve">[23:08] </w:t>
      </w:r>
      <w:r>
        <w:t>yahan par ma'daniyat hain, yahan minerals hain jis se hum machinein banate hain, energy hai jis se hum gariyan dorate hain. to is ko yeh yeh sari cheezain jin ko kaha jata hai life support system, yeh sirf isi planet Earth par hai aur kahin bhi nahin hai. to maine kaha ke dekhiye, aap nematoun ka raat din istemaal kar rahe hain to minimum ko acknowledge bhi to karna hoga,</w:t>
      </w:r>
    </w:p>
    <w:p>
      <w:pPr>
        <w:jc w:val="right"/>
      </w:pPr>
      <w:r>
        <w:t>یہاں پر معدنیات ہیں، یہاں منرلز ہیں جس سے ہم مشینیں بناتے ہیں، انرجی ہے جس سے ہم گاڑیاں دوڑاتے ہیں۔ تو اس کو یہ یہ ساری چیزیں جن کو کہا جاتا ہے لائف سپورٹ سسٹم، یہ صرف اسی پلینٹ ارتھ پر ہے اور کہیں بھی نہیں ہے۔ تو میں نے کہا کہ دیکھیے، آپ نعمتوں کا رات دن استعمال کر رہے ہیں تو منیمم کو اکنالج بھی تو کرنا ہوگا،</w:t>
      </w:r>
    </w:p>
    <w:p>
      <w:r>
        <w:rPr>
          <w:b/>
        </w:rPr>
        <w:t xml:space="preserve">[23:39] </w:t>
      </w:r>
      <w:r>
        <w:t>yaani inaam ko lena aur minimum ko acknowledge na karna, yeh to kitni bari zillat ki baat hai. to jab hum kehte hain Allah o Akbar, God is great, khuda ki glory ka jab hum bolte hain to haqeeqat mein hum khuda ke is ehsaan ko acknowledge kar rahe hotay hain ke us ne hamein aik aisi zameen di, aik aisa planet</w:t>
      </w:r>
    </w:p>
    <w:p>
      <w:pPr>
        <w:jc w:val="right"/>
      </w:pPr>
      <w:r>
        <w:t>یعنی انعام کو لینا اور منیمم کو اکنالج نہ کرنا، یہ تو کتنی بڑی ذلت کی بات ہے۔ تو جب ہم کہتے ہیں اللہ اکبر، گاڈ از گریٹ، خدا کی گلوری کا جب ہم بولتے ہیں تو حقیقت میں ہم خدا کے اس احسان کو اکنالج کر رہے ہوتے ہیں کہ اس نے ہمیں ایک ایسی زمین دی، ایک ایسا پلین</w:t>
      </w:r>
    </w:p>
    <w:p>
      <w:r>
        <w:rPr>
          <w:b/>
        </w:rPr>
        <w:t xml:space="preserve">[24:09] </w:t>
      </w:r>
      <w:r>
        <w:t>diya, is mein life support system rakha, is ki badolat hum yahan par zinda hain, apni apna city banate hain, apna civilization banate hain. to itna bara ehsaan khuda ka hai, itni bari blessing khuda ki hai, itna bara inaam khuda ka hai. to hum jab Allah o Akbar kehte hain to is ko acknowledge karte hain, yeh to acknowledge hamein karni chahiye.</w:t>
      </w:r>
    </w:p>
    <w:p>
      <w:pPr>
        <w:jc w:val="right"/>
      </w:pPr>
      <w:r>
        <w:t>ٹ دیا، اس میں لائف سپورٹ سسٹم رکھا، اس کی بدولت ہم یہاں پر زندہ ہیں، اپنی اپنا سٹی بناتے ہیں، اپنا سولائزیشن بناتے ہیں۔ تو اتنا بڑا احسان خدا کا ہے، اتنی بڑی بلیسنگ خدا کی ہے، اتنا بڑا انعام خدا کا ہے۔ تو ہم جب اللہ اکبر کہتے ہیں تو اس کو اکنالج کرتے ہیں، یہ تو اکنالج ہمیں کرنی چاہیے۔</w:t>
      </w:r>
    </w:p>
    <w:p>
      <w:r>
        <w:rPr>
          <w:b/>
        </w:rPr>
        <w:t xml:space="preserve">[24:40] </w:t>
      </w:r>
      <w:r>
        <w:t>to jab maine is language mein baat ki, life support system ki term mein baat ki to foran un ki samajh mein agaya, kyun ke woh jante thay pehle se ke zameen par life support system hai, exceptionally jo poori university mein kahin bhi nahin hai. phir maine kaha ke dekhiye, aur kuch baatein bata kar ke maine kaha ke dekhiye, jab namaz aap khatam karte hain to kehte hain</w:t>
      </w:r>
    </w:p>
    <w:p>
      <w:pPr>
        <w:jc w:val="right"/>
      </w:pPr>
      <w:r>
        <w:t>تو جب میں نے اس لینگویج میں بات کی، لائف سپورٹ سسٹم کی ٹرم میں بات کی تو فوراً ان کی سمجھ میں آگیا، کیونکہ وہ جانتے تھے پہلے سے کہ زمین پر لائف سپورٹ سسٹم ہے، ایکسیپشنلی جو پوری یونیورس میں کہیں بھی نہیں ہے۔ پھر میں نے کہا کہ دیکھیے، اور کچھ باتیں بتا کر کے میں نے کہا کہ دیکھیے، جب نماز آپ ختم کرتے ہیں تو کہتے ہیں</w:t>
      </w:r>
    </w:p>
    <w:p>
      <w:r>
        <w:rPr>
          <w:b/>
        </w:rPr>
        <w:t xml:space="preserve">[25:10] </w:t>
      </w:r>
      <w:r>
        <w:t>Assalamu Alaikum Wa Rahmatullahi, aap aap idhar apna chehra pherte hain, idhar chehra pherte hain, sari zameen par jo base hue hain log, sari humanity ko aap keh rahe hotay hain Assalamu Alaikum Wa Rahmatullahi, sari humanity ko, sare insanon ko ke ae logon, tum par khuda ki salamati ho, ae logon, khuda tum par khuda ki rehmat ho, ae logon, tum par khuda ki blessing ho. woh kya hai? maine kaha ke aap</w:t>
      </w:r>
    </w:p>
    <w:p>
      <w:pPr>
        <w:jc w:val="right"/>
      </w:pPr>
      <w:r>
        <w:t>السلام علیکم ورحمۃ اللہ، آپ آپ ادھر اپنا چہرہ پھیرتے ہیں، ادھر چہرہ پھیرتے ہیں، سارے زمین پر جو بسے ہوئے ہیں لوگ، ساری ہیومینٹی کو آپ کہہ رہے ہوتے ہیں السلام علیکم ورحمۃ اللہ، ساری ہیومینٹی کو، سارے انسانوں کو کہ اے لوگوں، تم پر خدا کی سلامتی ہو، اے لوگوں، خدا تم پر خدا کی رحمت ہو، اے لوگوں، تم پر خدا کی بلیسنگ ہو۔ وہ کیا ہے؟ میں نے کہا کہ آپ</w:t>
      </w:r>
    </w:p>
    <w:p>
      <w:r>
        <w:rPr>
          <w:b/>
        </w:rPr>
        <w:t xml:space="preserve">[25:40] </w:t>
      </w:r>
      <w:r>
        <w:t>jo aaj aap ke jo shehar hain, aap ka jo kuch bhi aap ka saman jis mein jeete hain, aap woh kaisay mila? is ke peechay hazaron saal ki history hai, hazaron hazar saal ki history hai. misaal ke taur par maine kaha ke mere bachpan mein jab aik cheez likhi aati thi, khat, us ko copy karna hota tha to doosra phir se likhna parta tha,</w:t>
      </w:r>
    </w:p>
    <w:p>
      <w:pPr>
        <w:jc w:val="right"/>
      </w:pPr>
      <w:r>
        <w:t>جو آج آپ کے جو شہر ہیں، آپ کا جو کچھ بھی آپ کا سامان جس میں جیتے ہیں، آپ وہ کیسے ملا؟ اس کے پیچھے ہزاروں سال کی ہسٹری ہے، ہزاروں ہزار سال کی ہسٹری ہے۔ مثلاً میں نے کہا کہ میرے بچپن میں جب ایک چیز لکھی آتی تھی، خط، اس کو کاپی کرنا ہوتا تھا تو دوسرا پھر سے لکھنا پڑتا تھا،</w:t>
      </w:r>
    </w:p>
    <w:p>
      <w:r>
        <w:rPr>
          <w:b/>
        </w:rPr>
        <w:t xml:space="preserve">[26:12] </w:t>
      </w:r>
      <w:r>
        <w:t>doosra phir se likhna parta tha. aaj kya hai? aap aik parhein, doosra aur dhar dhar nikalti, copy nikalti chali aayegi. maine kaha Quran pehle har har copy alag alag likhni parti thi, har copy ko alag alag likhna parta tha. aaj printing press ke zamanay mein aap aik acha nuskha tayyar kar lijiye aur us ke baad million million copy nikal lijiye is se. to yeh sab kaisay hua</w:t>
      </w:r>
    </w:p>
    <w:p>
      <w:pPr>
        <w:jc w:val="right"/>
      </w:pPr>
      <w:r>
        <w:t>دوسرا پھر سے لکھنا پڑتا تھا۔ آج کیا ہے؟ آپ ایک پڑھیں، دوائی اور دھڑ دھڑ نکلتے، کاپی نکلتی چلی آئے گی۔ میں نے کہا قرآن پہلے ہر ہر کاپی الگ الگ لکھنی پڑتی تھی، ہر کاپی کو الگ الگ لکھنا پڑتا تھا۔ آج پرنٹنگ پریس کے زمانے میں آپ ایک اچھا نسخہ تیار کر لیجئے اور اس کے بعد ملین ملین کاپی نکال لیجئے اس سے۔ تو یہ سب کیسے ہوا</w:t>
      </w:r>
    </w:p>
    <w:p>
      <w:r>
        <w:rPr>
          <w:b/>
        </w:rPr>
        <w:t xml:space="preserve">[26:42] </w:t>
      </w:r>
      <w:r>
        <w:t>؟ hazaron saal tak insan research karta raha, hazaron saal tak insan effort karta raha, tab printing press bana, tab modern yeh sari technique wajood mein aayi, jis jis ke bal par aap aap jee rahe hain, woh sab chahe woh kapra ho ya khana ho ya building ho ya ghar ho ya car ho ya hawai jahaz ho, is ke peechay hazaron saal ki history hai. to</w:t>
      </w:r>
    </w:p>
    <w:p>
      <w:pPr>
        <w:jc w:val="right"/>
      </w:pPr>
      <w:r>
        <w:t>؟ ہزاروں سال تک انسان ریسرچ کرتا رہا، ہزاروں سال تک انسان ایفرٹ کرتا رہا، تب پرنٹنگ پریس بنا، تب ماڈرن یہ ساری ٹیکنیک وجود میں آئی، جس جس کے بل پر آپ آپ جی رہے ہیں، وہ سب چاہے وہ کپڑا ہو یا کھانا ہو یا بلڈنگ ہو یا گھر ہو یا کار ہو یا ہوا جہاز ہو، اس کے پیچھے ہزاروں سال کی تاریخ ہے۔ تو</w:t>
      </w:r>
    </w:p>
    <w:p>
      <w:r>
        <w:rPr>
          <w:b/>
        </w:rPr>
        <w:t xml:space="preserve">[27:12] </w:t>
      </w:r>
      <w:r>
        <w:t>humanity jo hai, kitni yaani hazaron saal se humanity aap ke liye koshish kar rahi hai ke aap ko aik civilization milay, aik civilized world mein aap jee saken. aaj aap aik civilized world mein jeete hain, jahan communication hai, jahan shandar buildingein hain, jahan land city hai, jahan bridge hain, hazaron cheezain hain. yeh kaisay bana? kya aap ne banaya hai? maine kaha ke aap ne bana liya hai khud se</w:t>
      </w:r>
    </w:p>
    <w:p>
      <w:pPr>
        <w:jc w:val="right"/>
      </w:pPr>
      <w:r>
        <w:t>ہیومینٹی جو ہے، کتنی یعنی ہزاروں سال سے ہیومینٹی آپ کے لیے کوشش کر رہی ہے کہ آپ کو ایک سولائزیشن ملے، ایک سویلائزڈ ورلڈ میں آپ جی سکیں۔ آج آپ ایک سویلائزڈ ورلڈ میں جیتے ہیں، جہاں کمیونیکیشن ہے، جہاں شاندار بلڈنگیں ہیں، جہاں لانڈ سٹی ہے، جہاں برج ہیں، ہزاروں چیزیں ہیں۔ یہ کیسے بنا؟ کیا آپ نے بنایا ہے؟ میں نے کہا کہ آپ نے بنا لیا ہے خود سے</w:t>
      </w:r>
    </w:p>
    <w:p>
      <w:r>
        <w:rPr>
          <w:b/>
        </w:rPr>
        <w:t xml:space="preserve">[27:42] </w:t>
      </w:r>
      <w:r>
        <w:t>motor car, is ke peechay to hazaron saal ki history hai. to civilizational contribution hai, aik lamba jis ki wajah se aap ko yeh sab cheezain mili hui hain, to is ko hum acknowledge karte hain. jab kehte hain Assalamu Alaikum Wa Rahmatullahi, ae insanon, ae humanity, tum par khuda ki salamati ho, tum par khuda ki blessing ho, kyun ke tumhare contribution ki wajah se hum aaj yeh sab kuch paye</w:t>
      </w:r>
    </w:p>
    <w:p>
      <w:pPr>
        <w:jc w:val="right"/>
      </w:pPr>
      <w:r>
        <w:t>موٹر کار، اس کے پیچھے تو ہزاروں سال کی تاریخ ہے۔ تو سویلائزیشنل کنٹریبیوشن ہے، ایک لمبا جس کی وجہ سے آپ کو یہ سب چیزیں ملی ہوئی ہیں، تو اس کو ہم اکنالج کرتے ہیں۔ جب کہتے ہیں السلام علیکم ورحمۃ اللہ، اے انسانوں، اے ہیومینٹی، تم پر خدا کی سلامتی ہو، تم پر خدا کی بلیسنگ ہو، کیونکہ تمہارے کنٹریبیوشن کی وجہ سے ہم آج یہ سب کچھ پائے</w:t>
      </w:r>
    </w:p>
    <w:p>
      <w:r>
        <w:rPr>
          <w:b/>
        </w:rPr>
        <w:t xml:space="preserve">[28:12] </w:t>
      </w:r>
      <w:r>
        <w:t>hue hain, jo hum paye hue hain. yeh modern city, consumer goods, aur yeh aviation, yeh car aur hawai jahaz, yeh communication, educational system, yeh sari cheezon ke peechay hazaron saal ki history hai. aaj jo aap ne bachchon ko parhate hain school mein aur college mein, kya aap samajhte hain ke aaj aap ne bana liya hai yeh system? is educational system ke peechay</w:t>
      </w:r>
    </w:p>
    <w:p>
      <w:pPr>
        <w:jc w:val="right"/>
      </w:pPr>
      <w:r>
        <w:t>ہوئے ہیں، جو ہم پائے ہوئے ہیں۔ یہ ماڈرن سٹی، کنزیومر گڈز، اور یہ ایوی ایشن، یہ کار اور ہوائی جہاز، یہ کمیونیکیشن، ایجوکیشنل سسٹم، یہ ساری چیزوں کے پیچھے ہزاروں سال کی تاریخ ہے۔ آج جو آپ نے بچوں کو پڑھاتے ہیں اسکول میں اور کالج میں، کیا آپ سمجھتے ہیں کہ آج آپ نے بنا لیا ہے یہ سسٹم؟ اس ایجوکیشنل سسٹم کے پیچھے</w:t>
      </w:r>
    </w:p>
    <w:p>
      <w:r>
        <w:rPr>
          <w:b/>
        </w:rPr>
        <w:t xml:space="preserve">[28:42] </w:t>
      </w:r>
      <w:r>
        <w:t>bhi hazaron saal ki history hai. to aap bachche parh parh ke shandar job le rahe hain. to maine kaha ke jab hum kehte hain Allah o Akbar, to is khuda ko hum acknowledge karte hain jis ne itna bara life support system banaya hamare liye. to jab hum inaam ko istemaal karte hain to hum minimum ka eteraaf bhi hamein farz ho jata hai hamare liye. to khuda ke inaam ko istemaal karne ki wajah se hum minim</w:t>
      </w:r>
    </w:p>
    <w:p>
      <w:pPr>
        <w:jc w:val="right"/>
      </w:pPr>
      <w:r>
        <w:t>بھی ہزاروں سال کی تاریخ ہے۔ تو آپ بچے پڑھ پڑھ کے شاندار جاب لے رہے ہیں۔ تو میں نے کہا کہ جب ہم کہتے ہیں اللہ اکبر، تو اس خدا کو ہم اکنالج کرتے ہیں جس نے اتنا بڑا لائف سپورٹ سسٹم بنایا ہمارے لیے۔ تو جب ہم انعام کو استعمال کرتے ہیں تو ہم منیمم کا اعتراف بھی ہمیں فرض ہو جاتا ہے ہمارے لیے۔ تو خدا کے انعام کو استعمال کرنے کی وجہ سے ہم منیم</w:t>
      </w:r>
    </w:p>
    <w:p>
      <w:r>
        <w:rPr>
          <w:b/>
        </w:rPr>
        <w:t xml:space="preserve">[29:12] </w:t>
      </w:r>
      <w:r>
        <w:t>um ko kehte hain ke khuda ya tu bohat bara hai. to khuda ne hamein life support system agar na diya hota, yeh zameen na di hoti, to hum hum kahan hotay? suraj mein, suraj mein jaiye to aap jal jayenge, aap stars mein jaiye to aap jal jayenge, chand pe jaiye to aap ko pani nahin milega. to khuda ne aik bohat hi baray peemanay par life</w:t>
      </w:r>
    </w:p>
    <w:p>
      <w:pPr>
        <w:jc w:val="right"/>
      </w:pPr>
      <w:r>
        <w:t>م کو کہتے ہیں کہ خدایا تو بہت بڑا ہے۔ تو خدا نے ہمیں لائف سپورٹ سسٹم اگر نہ دیا ہوتا، یہ زمین نہ دی ہوتی، تو ہم ہم کہاں ہوتے؟ سورج میں، سورج میں جائیے تو آپ جل جائیں گے، آپ سٹارز میں جائیے تو آپ جل جائیں گے، چاند پہ جائیے تو آپ کو پانی نہیں ملے گا۔ تو خدا نے ایک بہت ہی بڑے پیمانے پر لائف</w:t>
      </w:r>
    </w:p>
    <w:p>
      <w:r>
        <w:rPr>
          <w:b/>
        </w:rPr>
        <w:t xml:space="preserve">[29:43] </w:t>
      </w:r>
      <w:r>
        <w:t>support system ka intezam kiya, tab yahan par aap reh rahe hain, to is ko hum acknowledge karte hain. doosri taraf insan ka civilizational contribution jo hai, hazaron saal ka, jis ki wajah se aap ko yeh sari cheezain mili hui hain, is ko hum acknowledge karte hain aur kehte hain ae insan, ae logon, ae humanity, tum par khuda ki blessing ho. yeh hai namaz. jab Maryam wapas aayi to us ne usi waqt kaha ke main aaj se namaz parhoon ga.</w:t>
      </w:r>
    </w:p>
    <w:p>
      <w:pPr>
        <w:jc w:val="right"/>
      </w:pPr>
      <w:r>
        <w:t>سپورٹ سسٹم کا انتظام کیا، تب یہاں پر آپ رہ رہے ہیں، تو اس کو ہم اکنالج کرتے ہیں۔ دوسری طرف انسان کا سویلائزیشنل کنٹریبیوشن جو ہے، ہزاروں سال کا، جس کی وجہ سے آپ کو یہ ساری چیزیں ملی ہوئی ہیں، اس کو ہم اکنالج کرتے ہیں اور کہتے ہیں اے انسان، اے لوگوں، اے ہیومینٹی، تم پر خدا کی بلیسنگ ہو۔ یہ ہے نماز۔ جب مریم واپس آئی تو اس نے اسی وقت کہا کہ میں آج سے نماز پڑھوں گا۔</w:t>
      </w:r>
    </w:p>
    <w:p>
      <w:r>
        <w:rPr>
          <w:b/>
        </w:rPr>
        <w:t xml:space="preserve">[30:13] </w:t>
      </w:r>
      <w:r>
        <w:t>woh naujawan us ko samajhte thay log ke deen se phir gaya hai. woh us ne kaha ke aaj hi se main namaz shuru kar deta hoon. to aap dekhiye, woh bechara jo tha, woh us ko jo samajhte thay Islam se door ho gaya, Islam se door nahin hua tha, woh musalmanoun ke apne banaye hue, apna banaya jo edition hai, us se door ho gaya tha. woh musalmanoun ne Islam ko bana liya aik mis</w:t>
      </w:r>
    </w:p>
    <w:p>
      <w:pPr>
        <w:jc w:val="right"/>
      </w:pPr>
      <w:r>
        <w:t>وہ نوجوان اس کو سمجھتے تھے لوگ کہ دین سے پھر گیا ہے۔ وہ اس نے کہا کہ آج ہی سے میں نماز شروع کر دیتا ہوں۔ تو آپ دیکھیے، وہ بیچارہ جو تھا، وہ اس کو جو سمجھتے تھے اسلام سے دور ہو گیا، اسلام سے دور نہیں ہوا تھا، وہ مسلمانوں کے اپنے بنائے ہوئے، اپنا بنایا جو ایڈیشن ہے، اس سے دور ہو گیا تھا۔ وہ مسلمانوں نے اسلام کو بنا لیا ایک مس</w:t>
      </w:r>
    </w:p>
    <w:p>
      <w:r>
        <w:rPr>
          <w:b/>
        </w:rPr>
        <w:t xml:space="preserve">[30:43] </w:t>
      </w:r>
      <w:r>
        <w:t>aile masail ki cheez, fazail ki cheez. aaj kal kya hai? ya to kuch log fazail suna rahe hain, kuch log masail suna rahe hain, aur modern mind jo hai, unhon ne fazail samjha, na masail samjhe. fazail naam hai mysterious cheezon ka, yaani mysteriously kuch faiday mil jayen kisi ko, is ka naam hai fazail ke miswak karo, aur is ke baad jannat tumhari reserve ho gayi. aur gari mein baithe ho to dayen hath par dayen pair pe dalo, jannat reserve ho gayi</w:t>
      </w:r>
    </w:p>
    <w:p>
      <w:pPr>
        <w:jc w:val="right"/>
      </w:pPr>
      <w:r>
        <w:t>ئلے مسائل کی چیز، فضائل کی چیز۔ آج کل کیا ہے؟ یا تو کچھ لوگ فضائل سنا رہے ہیں، کچھ لوگ مسائل سنا رہے ہیں، اور ماڈرن مائنڈ جو ہے، انہوں نے فضائل سمجھا، نہ مسائل سمجھے۔ فضائل نام ہے مسٹیریس چیزوں کا، یعنی مسٹیریسلی کچھ فائدے مل جائیں کسی کو، اس کا نام ہے فضائل کہ مسواک کرو، اور اس کے بعد جنت تمہاری ریزرو ہو گئی۔ اور گاڑی میں بیٹھے ہو تو دائیں ہاتھ پر دایاں پیر پے ڈالو، جنت ریزرو ہو گئی</w:t>
      </w:r>
    </w:p>
    <w:p>
      <w:r>
        <w:rPr>
          <w:b/>
        </w:rPr>
        <w:t xml:space="preserve">[31:13] </w:t>
      </w:r>
      <w:r>
        <w:t>۔ dayen hath se khana khao, jannat reserve ho gayi. is par fazail sunate hain. to fazail wali baat aaj ka insan jo hai, us ko aik mystery sa lagta hai. mystery aur masail kya hai? sirf technical cheez hai. kuch log masail batate hain jo jo technical aspect hai ibadat ka. to aaj ka insan na to technical Islam us ko samajh mein aata, na fazail wala Islam us ko samajh mein aata. to maine jo us ko explain kiya namaz</w:t>
      </w:r>
    </w:p>
    <w:p>
      <w:pPr>
        <w:jc w:val="right"/>
      </w:pPr>
      <w:r>
        <w:t>۔ دائیں ہاتھ سے کھانا کھاؤ، جنت ریزرو ہو گئی۔ اس پر فضائل سناتے ہیں۔ تو فضائل والی بات آج کا انسان جو ہے، اس کو ایک مسٹری سا لگتا ہے۔ مسٹری اور مسائل کیا ہے؟ صرف ٹیکنیکل چیز ہے۔ کچھ لوگ مسائل بتاتے ہیں جو جو ٹیکنیکل اسپیکٹ ہے عبادت کا۔ تو آج کا انسان نہ تو ٹیکنیکل اسلام اس کو سمجھ میں آتا، نہ فضائل والا اسلام اس کو سمجھ میں آتا۔ تو میں نے جو اس کو ایکسپلین کیا نماز</w:t>
      </w:r>
    </w:p>
    <w:p>
      <w:r>
        <w:rPr>
          <w:b/>
        </w:rPr>
        <w:t xml:space="preserve">[31:44] </w:t>
      </w:r>
      <w:r>
        <w:t>، to woh foran samajh gaya us ko. us ko laga ke namaz aik scientific cheez hai, namaz aik rational cheez hai, namaz aik logical cheez hai. to us ne kaha ke main aaj se namaz parhoon ga. isi tarah dekhiye, kuch log mujhe milay, unhon ne kaha ke musalmanoun ka haal yeh hai ke sab ko kafir samajhte hain, apne ko sacha samajhte hain, aur sari dunya dar ul kafir hai, dar ul</w:t>
      </w:r>
    </w:p>
    <w:p>
      <w:pPr>
        <w:jc w:val="right"/>
      </w:pPr>
      <w:r>
        <w:t>، تو وہ فوراً سمجھ گیا اس کو۔ اس کو لگا کہ نماز ایک سائنٹیفک چیز ہے، نماز ایک ریشنل چیز ہے، نماز ایک لاجیکل چیز ہے۔ تو اس نے کہا کہ میں آج سے نماز پڑھوں گا۔ اسی طرح دیکھیے، کچھ لوگ مجھے ملے، انہوں نے کہا کہ مسلمانوں کا حال یہ ہے کہ سب کو کافر سمجھتے ہیں، اپنے کو سچا سمجھتے ہیں، اور ساری دنیا دارالکفر ہے، دارالح</w:t>
      </w:r>
    </w:p>
    <w:p>
      <w:r>
        <w:rPr>
          <w:b/>
        </w:rPr>
        <w:t xml:space="preserve">[32:14] </w:t>
      </w:r>
      <w:r>
        <w:t>harb hai, woh khud apna jo dunya hai, us ko dar ul Islam kehte hain. yeh kya hai? aaj ka jo insan hai, us ki samajh mein baat nahin aati. woh sab aaj ka insan mein universality hai, universalism hai, afaqiyat hai. hum ne kya bana rakha hai ke hum to musalman hain, woh sab kafir hain. hamara hamara jo mulk hai, woh dar ul Islam hai, sab dar ul kafir hai, dar ul harb hai, yeh us ki samajh mein nahin aata.</w:t>
      </w:r>
    </w:p>
    <w:p>
      <w:pPr>
        <w:jc w:val="right"/>
      </w:pPr>
      <w:r>
        <w:t>رب ہے، وہ خود اپنا جو دنیا ہے، اس کو دارالاسلام کہتے ہیں۔ یہ کیا ہے؟ آج کا جو انسان ہے، اس کی سمجھ میں بات نہیں آتی۔ وہ سب آج کا انسان میں یونیورسلٹی ہے، یونیورسلزم ہے، افاقیت ہے۔ ہم نے کیا بنا رکھا ہے کہ ہم تو مسلمان ہیں، وہ سب کافر ہیں۔ ہمارا ہمارا جو ملک ہے، وہ دارالاسلام ہے، سب دارالکفر ہے، دارالحرب ہے، یہ اس کی سمجھ میں نہیں آتا۔</w:t>
      </w:r>
    </w:p>
    <w:p>
      <w:r>
        <w:rPr>
          <w:b/>
        </w:rPr>
        <w:t xml:space="preserve">[32:45] </w:t>
      </w:r>
      <w:r>
        <w:t>to kuch logon ne mujh se yeh baat kahi ke kya yeh to unhon ne kaha ke yeh to puranay zamanay ka mazhab maloom hota hai hum ko. ab to is ka United Nations ke zamanay mein to aisa mazhab chal nahin sakta hai, kyun ke United Nations ke mutabiq sare insan aik hain, sab mulk barabar hain. aaj koi dar ul Islam nahin, koi dar ul kafir nahin, koi dar ul harb nahin. Aqwam e Mutahidda ya United Nations ke</w:t>
      </w:r>
    </w:p>
    <w:p>
      <w:pPr>
        <w:jc w:val="right"/>
      </w:pPr>
      <w:r>
        <w:t>تو کچھ لوگوں نے مجھ سے یہ بات کہی کہ کیا یہ تو انہوں نے کہا کہ یہ تو پرانے زمانے کا مذہب معلوم ہوتا ہے ہم کو۔ اب تو اس کا یونائٹ نیشنز کے زمانے میں تو ایسا مذہب چل نہیں سکتا ہے، کیونکہ یونائٹ نیشنز کے مطابق سارے انسان ایک ہیں، سب ملک برابر ہیں۔ آج کوئی دارالاسلام نہیں، کوئی دارالکفر نہیں، کوئی دارالحرب نہیں۔ اقوام متحدہ یا یونائٹ نیشنز کے</w:t>
      </w:r>
    </w:p>
    <w:p>
      <w:r>
        <w:rPr>
          <w:b/>
        </w:rPr>
        <w:t xml:space="preserve">[33:15] </w:t>
      </w:r>
      <w:r>
        <w:t>criterion ke mutabiq aaj ka insan sochta hai, jis criterion se us par judge karta hai, woh yeh sab baatein us ko bilkul farsodah maloom hoti hain, absolute maloom hoti hain, bekar maloom hoti hain. Maine us ko samjhaya ke dekhiye, yeh Quran o Hadees mein kahin hai hi nahin. Yeh jo categorization hai, yeh hai hi nahin Islam mein, yeh to logon ne bana liya hai.</w:t>
      </w:r>
    </w:p>
    <w:p>
      <w:pPr>
        <w:jc w:val="right"/>
      </w:pPr>
      <w:r>
        <w:t>کرائٹیرین کے مطابق آج کا انسان سوچتا ہے، جس کرائٹیرین سے اس پر جج کرتا ہے، وہ یہ سب باتیں اس کو بالکل فرسودہ معلوم ہوتی ہیں، ابسولیٹ معلوم ہوتی ہیں، بیکار معلوم ہوتی ہیں۔ میں نے اس کو سمجھایا کہ دیکھیے، یہ قرآن و حدیث میں کہیں ہے ہی نہیں۔ یہ جو کیٹیگرائزیشن ہے، یہ ہے ہی نہیں اسلام میں، یہ تو لوگوں نے بنا لیا ہے۔</w:t>
      </w:r>
    </w:p>
    <w:p>
      <w:r>
        <w:rPr>
          <w:b/>
        </w:rPr>
        <w:t xml:space="preserve">[33:46] </w:t>
      </w:r>
      <w:r>
        <w:t>aur woh bohat achha bhaao mein pad gaya, woh woh samajhta tha ke yeh to Islam hai. Maine kaha saare Quran mein aap dekh daliye, kahin bhi nahin hai yeh categorization, na Hadees mein yeh categorization, yeh to banawati hai. Baad ke musalmanon ne bana liya aur woh chala rahe hain, chala rahe hain, chala rahe hain is ko. Phir maine un ko misaal di ke dekhiye, Rasool Allah (SAW)</w:t>
      </w:r>
    </w:p>
    <w:p>
      <w:pPr>
        <w:jc w:val="right"/>
      </w:pPr>
      <w:r>
        <w:t>اور وہ بہت اچھا بھاؤ میں پڑ گیا، وہ وہ سمجھتا تھا کہ یہ تو اسلام ہے۔ میں نے کہا سارے قرآن میں آپ دیکھ ڈالیے، کہیں بھی نہیں ہے یہ کیٹیگرائزیشن، نہ حدیث میں یہ کیٹیگرائزیشن، یہ تو بناوٹی ہے۔ بعد کے مسلمانوں نے بنا لیا اور وہ چلا رہے ہیں، چلا رہے ہیں، چلا رہے ہیں اس کو۔ پھر میں نے ان کو مثال دی کہ دیکھیے، رسول اللہ صلی اللہ علیہ وسلم</w:t>
      </w:r>
    </w:p>
    <w:p>
      <w:r>
        <w:rPr>
          <w:b/>
        </w:rPr>
        <w:t xml:space="preserve">[34:17] </w:t>
      </w:r>
      <w:r>
        <w:t>jab Makka mein thay, yeh seven century ke first quarter ki baat hai, to us waqt Makka mein sab ke sab jo thay, woh ghair Muslim thay, woh mushrik thay. To aaj kal jo bana rakha hai logon ne, jo baad ko jo fiqh ke zariye bana,</w:t>
      </w:r>
    </w:p>
    <w:p>
      <w:pPr>
        <w:jc w:val="right"/>
      </w:pPr>
      <w:r>
        <w:t>جب مکہ میں تھے، یہ سیون سینچری کے فرسٹ کوارٹر کی بات ہے، تو اس وقت مکہ میں سب کے سب جو تھے، وہ غیر مسلم تھے، وہ مشرک تھے۔ تو آج کل جو بنا رکھا ہے لوگوں نے، جو بعد کو جو فقہ کے ذریعے بنا،</w:t>
      </w:r>
    </w:p>
    <w:p>
      <w:r>
        <w:rPr>
          <w:b/>
        </w:rPr>
        <w:t xml:space="preserve">[34:47] </w:t>
      </w:r>
      <w:r>
        <w:t>yeh fiqhi Islam hai, yeh yeh Qurani Islam nahin hai. Yaad rakhiye, ek hai fiqhi Islam, ek hai Qurani Islam. Yeh categorization, yeh categorization jo hai, yeh fiqhi Islam hai, yeh Qurani Islam nahin hai. To fiqhi Islam ko phenkiye. To maine bataya ke dekhiye, Rasool Allah (SAW) ke zamane mein Arab jo Makka tha, jahan aap thay,</w:t>
      </w:r>
    </w:p>
    <w:p>
      <w:pPr>
        <w:jc w:val="right"/>
      </w:pPr>
      <w:r>
        <w:t>یہ فقہی اسلام ہے، یہ یہ قرآنی اسلام نہیں ہے۔ یاد رکھیے، ایک ہے فقہی اسلام، ایک ہے قرآنی اسلام۔ یہ کیٹیگرائزیشن، یہ کیٹیگرائزیشن جو ہے، یہ فقہی اسلام ہے، یہ قرآنی اسلام نہیں ہے۔ تو فقہی اسلام کو پھینکیے۔ تو میں نے بتایا کہ دیکھیے، رسول اللہ صلی اللہ علیہ وسلم کے زمانے میں عرب جو مکہ تھا، جہاں آپ تھے،</w:t>
      </w:r>
    </w:p>
    <w:p>
      <w:r>
        <w:rPr>
          <w:b/>
        </w:rPr>
        <w:t xml:space="preserve">[35:18] </w:t>
      </w:r>
      <w:r>
        <w:t>ya jo Arab tha, to saare Arab mein including Makka, log mushrik thay aur non-Muslim thay. To Rasool Allah ne to yeh nahin kaha ke Makka Dar-ul-Kufar hai. Aap yeh bolay nahin bolay, aaj kal ki istilaah ke mutabiq Makka Dar-ul-Kufar tha, lekin aap yeh bolay nahin bolay, aap simply aap ne Makka kaha, us ko Makka bas, yani</w:t>
      </w:r>
    </w:p>
    <w:p>
      <w:pPr>
        <w:jc w:val="right"/>
      </w:pPr>
      <w:r>
        <w:t>یا جو عرب تھا، تو سارے عرب میں انکلوڈنگ مکہ، لوگ مشرک تھے اور نان مسلم تھے۔ تو رسول اللہ نے تو یہ نہیں کہا کہ مکہ دارالکفر ہے۔ آپ یہ بولے نہیں بولے، آج کل کی اصطلاح کے مطابق مکہ دارالکفر تھا، لیکن آپ یہ بولے نہیں بولے، آپ سمپلی آپ نے مکہ کہا، اس کو مکہ بس، یعنی</w:t>
      </w:r>
    </w:p>
    <w:p>
      <w:r>
        <w:rPr>
          <w:b/>
        </w:rPr>
        <w:t xml:space="preserve">[35:48] </w:t>
      </w:r>
      <w:r>
        <w:t>jo naam is ka chala raha hai, woh naam bolay aap khud se. Aap ne ek term ne us par chaspana kiya ke Makka Dar-ul-Kufar hai, yeh bid'at hai. Yeh jab Rasool Allah ne us ko Makka kaha to ab tum bhi Makka kaho, tum bhi duniya ko wohi naam do jo unhon ne khud naam de rakha hai. Denmark ko Denmark kaho, India ko India kaho, Lanka ko Lanka kaho, America ko America kaho. Yeh yeh jo hai</w:t>
      </w:r>
    </w:p>
    <w:p>
      <w:pPr>
        <w:jc w:val="right"/>
      </w:pPr>
      <w:r>
        <w:t>جو نماز، جو نام اس کا چلا رہا ہے، وہ نام بولے آپ خود سے۔ آپ نے ایک ٹرم نے اس پر چسپا کیا کہ مکہ دارالکفر ہے، یہ بدعت ہے۔ یہ جب رسول اللہ نے اس کو مکہ کہا تو اب تم بھی مکہ کہو، تم بھی دنیا کو وہی نام دو جو انہوں نے خود نام دے رکھا ہے۔ ڈنمارک کو ڈنمارک کہو، انڈیا کو انڈیا کہو، لنکا کو لنکا کہو، امریکہ کو امریکہ کہو۔ یہ یہ جو ہے</w:t>
      </w:r>
    </w:p>
    <w:p>
      <w:r>
        <w:rPr>
          <w:b/>
        </w:rPr>
        <w:t xml:space="preserve">[36:18] </w:t>
      </w:r>
      <w:r>
        <w:t>ke hum khud se ek term banate hain, Dar-ul-Kufar, aur us ko apply karte hain. Yeh yeh kahan hai? Yeh to Musalmanon ka apna edition hai. To maine kaha ke dekhiye, Makka jo tha, us mein non-Muslim thay, Arab tha, non-Muslim thay us waqt, lekin aap ne un ko sirf Makka kaha, sirf Arab kaha, sirf Taif kaha. Aap ne kisi ko bhi Dar-ul-Kufar nahin kaha.</w:t>
      </w:r>
    </w:p>
    <w:p>
      <w:pPr>
        <w:jc w:val="right"/>
      </w:pPr>
      <w:r>
        <w:t>کہ ہم خود سے ایک ٹرم بناتے ہیں، دارالکفر، اور اس کو اپلائی کرتے ہیں۔ یہ یہ کہاں ہے؟ یہ تو مسلمانوں کا اپنا ایڈیشن ہے۔ تو میں نے کہا کہ دیکھیے، مکہ جو تھا، اس میں نان مسلم تھے، عرب تھا، نان مسلم تھے اس وقت، لیکن آپ نے ان کو صرف مکہ کہا، صرف عرب کہا، صرف طائف کہا۔ آپ نے کسی کو بھی دارالکفر نہیں کہا۔</w:t>
      </w:r>
    </w:p>
    <w:p>
      <w:r>
        <w:rPr>
          <w:b/>
        </w:rPr>
        <w:t xml:space="preserve">[36:51] </w:t>
      </w:r>
      <w:r>
        <w:t>Is se kya nikla? Jo naam kisi ne khud apna le rakha hai, wohi naam aap bhi boliye, khud se ek naam bana kar ke us pe chaspana karen. Yeh yeh aap ko haq nahin hai aisa karne ka. Phir maine kaha ke dekhiye, jab Rasool Allah (SAW) ne migrate kiya, hijrat ki, hijrat kar ke aap gaye Madina, to kya hua? Makka walon ne</w:t>
      </w:r>
    </w:p>
    <w:p>
      <w:pPr>
        <w:jc w:val="right"/>
      </w:pPr>
      <w:r>
        <w:t>اس سے کیا نکلا؟ جو نام کسی نے خود اپنا لے رکھا ہے، وہی نام آپ بھی بولیے، خود سے ایک نام بنا کر کے اس پہ چسپا کریں۔ یہ یہ آپ کو حق نہیں ہے ایسا کرنے کا۔ پھر میں نے کہا کہ دیکھیے، جب رسول اللہ صلی اللہ علیہ وسلم نے مائیگریٹ کیا، ہجرت کی، ہجرت کر کے آپ گئے مدینہ، تو کیا ہوا؟ مکہ والوں نے</w:t>
      </w:r>
    </w:p>
    <w:p>
      <w:r>
        <w:rPr>
          <w:b/>
        </w:rPr>
        <w:t xml:space="preserve">[37:21] </w:t>
      </w:r>
      <w:r>
        <w:t>laddai chhed di. Aaj kal ki term ke mutabiq Makka jo hai, Dar-ul-Harb ban gaya, Dar-ul-Harb ban gaya. Lekin aap ne ailaan nahin kiya hijrat ke baad ke Makka ab Dar-ul-Harb hai, kuch bhi nahin. Tab bhi Makka hi Makka kaha aap ne. Aap ne ailaan nahin kiya ke Makka Dar-ul-Harb ho chuka hai, kuch bhi nahin. To pehle bhi Makka tha, ab bhi Mak</w:t>
      </w:r>
    </w:p>
    <w:p>
      <w:pPr>
        <w:jc w:val="right"/>
      </w:pPr>
      <w:r>
        <w:t>لڑائی چھیڑ دی۔ آج کل کی ٹرم کے مطابق مکہ جو ہے، دارالحرب بن گیا، دارالحرب بن گیا۔ لیکن آپ نے اعلان نہیں کیا ہجرت کے بعد کہ مکہ اب دارالحرب ہے، کچھ بھی نہیں۔ تب بھی مکہ ہی مکہ کہا آپ نے۔ آپ نے اعلان نہیں کیا کہ مکہ دارالحرب ہو چکا ہے، کچھ بھی نہیں۔ تو پہلے بھی مکہ تھا، اب بھی مک</w:t>
      </w:r>
    </w:p>
    <w:p>
      <w:r>
        <w:rPr>
          <w:b/>
        </w:rPr>
        <w:t xml:space="preserve">[37:51] </w:t>
      </w:r>
      <w:r>
        <w:t>ka hai, na aap Dar-ul-Kufar bolay, na Dar-ul-Harb kaha us ko. Phir maine kaha ke dekhiye, Madina mein aap ne us zamane ki Islami state banai, magar yeh ailaan nahin kiya ke Madina Dar-ul-Islam ho gaya hai. Madina ko aap ne Dar-ul-Islam nahin kaha, haalankay aaj kal ke jo tareeqa hai, jo nomenclature hum ne bana rakha hai, yani fiqhi</w:t>
      </w:r>
    </w:p>
    <w:p>
      <w:pPr>
        <w:jc w:val="right"/>
      </w:pPr>
      <w:r>
        <w:t>ہ ہے، نہ آپ دارالکفر بولے، نہ دارالحرب کہا اس کو۔ پھر میں نے کہا کہ دیکھیے، مدینہ میں آپ نے اس زمانے کی اسلامی کی سٹیٹ بنائی، مگر یہ اعلان نہیں کیا کہ مدینہ دارالاسلام ہو گیا ہے۔ مدینہ کو آپ نے دارالاسلام نہیں کہا، حالانکہ آج کل کے جو طریقہ ہے، جو نامنکلیچر ہم نے بنا رکھا ہے، یعنی فقہی</w:t>
      </w:r>
    </w:p>
    <w:p>
      <w:r>
        <w:rPr>
          <w:b/>
        </w:rPr>
        <w:t xml:space="preserve">[38:21] </w:t>
      </w:r>
      <w:r>
        <w:t>nomenclature jo hai, us ke mutabiq Madina Dar-ul-Islam ho gaya tha, lekin aap ne Madina ko Dar-ul-Islam nahin kaha, Islami Jamhuriya Madina nahin kaha. Yeh sab bid'at hai. Yeh aaj kisi ko right nahin hai ke Islami Jamhuriya falan, Islami Jamhuriya falan ka hai ya Dar-ul-Islam ka lafz bolay, sab bid'at hai. Aap mulkon ko wohi naam diye jo hai un ka naam. Iran ko Iran kahiye, Iraq ko Iraq kahiye, Afghanistan ko Af</w:t>
      </w:r>
    </w:p>
    <w:p>
      <w:pPr>
        <w:jc w:val="right"/>
      </w:pPr>
      <w:r>
        <w:t>نامنکلیچر جو ہے، اس کے مطابق مدینہ دارالاسلام ہو گیا تھا، لیکن آپ نے مدینہ کو دارالاسلام نہیں کہا، اسلامی جمہوریہ مدینہ نہیں کہا۔ یہ سب بدعت ہے۔ یہ آج کسی کو رائٹ نہیں ہے کہ اسلامی جمہوریہ فلاں، اسلامی جمہوریہ فلاں کا ہے یا دارالاسلام کا لفظ بولے، سب بدعت ہے۔ آپ ملکوں کو وہی نام دیے جو ہے ان کا نام۔ ایران کو ایران کہیے، عراق کو عراق کہیے، افغانستان کو اف</w:t>
      </w:r>
    </w:p>
    <w:p>
      <w:r>
        <w:rPr>
          <w:b/>
        </w:rPr>
        <w:t xml:space="preserve">[38:51] </w:t>
      </w:r>
      <w:r>
        <w:t>ghanistan kahiye, Arab ko Arab kahiye. Yeh ke yeh Dar-ul-Islam hai, yeh Islami Jamhuriya hai, yeh sab bid'at hai. To maine kaha ke Islam ka usool wohi hai jo jis ko aap samajhte hain, yani jo universal norm hai. Aaj ka jo universal norm hai, woh yahi hai ke mulkon ko wohi naam do jo un ka apna naam hai. To Rasool Allah ne Makka ko Makka kaha, Madina ko Madina kaha, Taif ko Taif</w:t>
      </w:r>
    </w:p>
    <w:p>
      <w:pPr>
        <w:jc w:val="right"/>
      </w:pPr>
      <w:r>
        <w:t>غانستان کہیے، عرب کو عرب کہیے۔ یہ کہ یہ دارالاسلام ہے، یہ اسلامی جمہوریہ ہے، یہ سب بدعت ہے۔ تو میں نے کہا کہ اسلام کا اصول وہی ہے جو جس کو آپ سمجھتے ہیں، یعنی جو یونیورسل نارم ہے۔ آج کا جو یونیورسل نارم ہے، وہ یہی ہے کہ ملکوں کو وہی نام دو جو ان کا اپنا نام ہے۔ تو رسول اللہ نے مکہ کو مکہ کہا، مدینہ کو مدینہ کہا، طائف کو طائ</w:t>
      </w:r>
    </w:p>
    <w:p>
      <w:r>
        <w:rPr>
          <w:b/>
        </w:rPr>
        <w:t xml:space="preserve">[39:21] </w:t>
      </w:r>
      <w:r>
        <w:t>kaha, Arab ko Arab kaha. Kisi ko aap ne na to kisi ko aap ne na to Dar-ul-Kufar kaha, kisi ko aap ne Dar-ul-Harb nahin kaha, kisi ko aap ne Dar-ul-Islam nahin kaha. Yeh sab to bid'at hai. Musalmanon ka apna banaya hua edition hai. Yani yeh jo nomenclature hai, yeh fiqhi nomenclature, yeh Musalmanon ka apna banaya hua Islam hai,</w:t>
      </w:r>
    </w:p>
    <w:p>
      <w:pPr>
        <w:jc w:val="right"/>
      </w:pPr>
      <w:r>
        <w:t>ف کہا، عرب کو عرب کہا۔ کسی کو آپ نے نہ تو کسی کو آپ نے نہ تو دارالکفر کہا، کسی کو آپ نے دارالحرب نہیں کہا، کسی کو آپ نے دارالاسلام نہیں کہا۔ یہ سب تو بدعت ہے۔ مسلمانوں کا اپنا بنایا ہوا ایڈیشن ہے۔ یعنی یہ جو نامنکلیچر ہے، یہ فقہی نامنکلیچر، یہ مسلمانوں کا اپنا بنایا ہوا اسلام ہے،</w:t>
      </w:r>
    </w:p>
    <w:p>
      <w:r>
        <w:rPr>
          <w:b/>
        </w:rPr>
        <w:t xml:space="preserve">[39:51] </w:t>
      </w:r>
      <w:r>
        <w:t>asal Islam nahin hai. Woh foran woh maan gaya, woh ke yeh to bohat achhi baat hai, yeh to Islam hai, aaj ke liye poori tarah relevant hai. Us ne kaha ke agar yeh hai Islam to phir aaj bhi poori tarah relevant hai, woh poori tarah relevant hai. Wohi naujawan jin ke baray mein logon ne declare kar rakha tha ke yeh Islam se phir gaya hai, yeh to aisi</w:t>
      </w:r>
    </w:p>
    <w:p>
      <w:pPr>
        <w:jc w:val="right"/>
      </w:pPr>
      <w:r>
        <w:t>اصل اسلام نہیں ہے۔ وہ فوراً وہ مان گیا، وہ کہ یہ تو بہت اچھی بات ہے، یہ تو اسلام ہے، آج کے لیے پوری طرح ریلیونٹ ہے۔ اس نے کہا کہ اگر یہ ہے اسلام تو پھر آج بھی پوری طرح ریلیونٹ ہے، وہ پوری طرح ریلیونٹ ہے۔ وہی نوجوان جن کے بارے میں لوگوں نے ڈیکلیئر کر رکھا تھا کہ یہ اسلام سے پھر گیا ہے، یہ تو ای</w:t>
      </w:r>
    </w:p>
    <w:p>
      <w:r>
        <w:rPr>
          <w:b/>
        </w:rPr>
        <w:t xml:space="preserve">[40:21] </w:t>
      </w:r>
      <w:r>
        <w:t>aisi baatein karta hai ke yeh galat hai, woh galat hai, isi ne maan liya ke hum aap se agar Islam yahi hai to main us ko us ko manta hoon aur aur main us ko apna isi par main main amal karunga. Isi ke mutabiq phir dekhiye, aap kai logon se meri baat hui, ek bohat bada issue hai. Dedh sau saal pehle ek angrez ne</w:t>
      </w:r>
    </w:p>
    <w:p>
      <w:pPr>
        <w:jc w:val="right"/>
      </w:pPr>
      <w:r>
        <w:t>سی ایسی باتیں کرتا ہے کہ یہ غلط ہے، وہ غلط ہے، اسی نے مان لیا کہ ہم آپ سے اگر اسلام یہی ہے تو میں اس کو اس کو مانتا ہوں اور اور میں اس کو اپنا اسی پر میں میں عمل کروں گا۔ اسی کے مطابق پھر دیکھیے، آپ کئی لوگوں سے میری بات ہوئی، ایک بہت بڑا ایشو ہے۔ ڈیڑھ سو سال پہلے ایک انگریز نے</w:t>
      </w:r>
    </w:p>
    <w:p>
      <w:r>
        <w:rPr>
          <w:b/>
        </w:rPr>
        <w:t xml:space="preserve">[40:52] </w:t>
      </w:r>
      <w:r>
        <w:t>Quran ka ek chhapa tha, selected translation, kuch selected verses ka translation, us mein unhon ne likh diya tha ke Islam ki sab se badi weakness yeh hai ke woh aurat ko degrade karta hai, degrade karta hai. Yeh bohat chidha hua hai saari duniya mein. Aaj kal ke zamane mein aap jante hain ke ek baat bohat boli jati hai, gender equality</w:t>
      </w:r>
    </w:p>
    <w:p>
      <w:pPr>
        <w:jc w:val="right"/>
      </w:pPr>
      <w:r>
        <w:t>قرآن کا ایک چھاپا تھا، سلیکٹڈ ٹرانسلیشن، کچھ سلیکٹڈ ورسز کا ٹرانسلیشن، اس میں انہوں نے لکھ دیا تھا کہ اسلام کی سب سے بڑی ویکنس یہ ہے کہ وہ عورت کو ڈی گریڈ کرتا ہے، ڈی گریڈ کرتا ہے۔ یہ بہت چھڑا ہوا ہے ساری دنیا میں۔ آج کل کے زمانے میں آپ جانتے ہیں کہ ایک بات بہت بولی جاتی ہے، جینڈر ایکولٹی</w:t>
      </w:r>
    </w:p>
    <w:p>
      <w:r>
        <w:rPr>
          <w:b/>
        </w:rPr>
        <w:t xml:space="preserve">[41:22] </w:t>
      </w:r>
      <w:r>
        <w:t>, gender equality, yani aurat mard barabar, aurat mard barabar. To log samajhte hain ke Islam mein gender equality nahin hai, kyunke Rijal qawwamun 'alan nisa ki ayat Quran Majeed mein hai, lekin yeh bilkul abstract baat hai. Dekhiye, Islam mein is ko samjhiye, ek taraf to Hadees mein aaya hai, 'Nisa'u shaqaiqur rijal'</w:t>
      </w:r>
    </w:p>
    <w:p>
      <w:pPr>
        <w:jc w:val="right"/>
      </w:pPr>
      <w:r>
        <w:t>، جینڈر ایکولٹی، یعنی عورت مرد برابر، عورت مرد برابر۔ تو لوگ سمجھتے ہیں کہ اسلام میں جینڈر ایکولٹی نہیں ہے، کیونکہ الرجال قوام النساء کی آیت قرآن مجید میں ہے، لیکن یہ بالکل ایبسٹریکٹ بات ہے۔ دیکھیں، اسلام میں اس کو سمجھیے، ایک طرف تو حدیث میں آیا ہے، النساء شقائق الرجال</w:t>
      </w:r>
    </w:p>
    <w:p>
      <w:r>
        <w:rPr>
          <w:b/>
        </w:rPr>
        <w:t xml:space="preserve">[41:52] </w:t>
      </w:r>
      <w:r>
        <w:t>, aurat mard dono barabar hain. Dekhiye, shaqiqa kehte hain ke jaise yeh hai, is ko aap beech se kaaten, aap bilkul beech se do aadha aadha ho jaye, jo kahein ke shaqiqa, do shaqiqa, ek unit ka do shaqiqa, to is ka matlab kya hua? Men and women are two halves of</w:t>
      </w:r>
    </w:p>
    <w:p>
      <w:pPr>
        <w:jc w:val="right"/>
      </w:pPr>
      <w:r>
        <w:t>، عورت مرد دونوں برابر ہیں۔ دیکھیں، شقیقہ کہتے ہیں کہ جیسے یہ ہے، اس کو آپ بیچ سے کاٹیں، آپ بالکل بیچ سے دو ادھا ادھا ہو جائے، جو کہیں کہ شقیقہ، دو شقیقہ، ایک یونٹ کا دو شقیقہ، تو اس کا مطلب کیا ہوا؟ مین اینڈ وومن ار ٹو ہاف اف</w:t>
      </w:r>
    </w:p>
    <w:p>
      <w:r>
        <w:rPr>
          <w:b/>
        </w:rPr>
        <w:t xml:space="preserve">[42:23] </w:t>
      </w:r>
      <w:r>
        <w:t>a single unit. 'Nisa'u shaqaiqur rijal' ka matlab hua, men and women are two halves of a single unit, yani ek unit ke do barabar barabar hissay. Yeh hai Hadees mein, Quran mein hai ke 'Rijal qawwamun 'alan nisa'. Is ka matlab ke Quran ke mutabiq aurat mard mein</w:t>
      </w:r>
    </w:p>
    <w:p>
      <w:pPr>
        <w:jc w:val="right"/>
      </w:pPr>
      <w:r>
        <w:t>سنگل یونٹ۔ النساء شقائق الرجال کا مطلب ہوا، مین اینڈ وومن ار ٹو ہاف اف سنگل یونٹ، یعنی ایک یونٹ کے دو برابر برابر حصے۔ یہ ہے حدیث میں، قرآن میں ہے کہ النساء الرجال قوام النساء۔ اس کا معنی کہ قرآن کے مطابق عورت مرد میں</w:t>
      </w:r>
    </w:p>
    <w:p>
      <w:r>
        <w:rPr>
          <w:b/>
        </w:rPr>
        <w:t xml:space="preserve">[42:54] </w:t>
      </w:r>
      <w:r>
        <w:t>farq hai, farq hai. To is ka matlab yeh nahin ke un ke un ke rutbe mein farq hai, fazilat mein farq hai, nahin. Hadees aur Quran dono ko mila kar dekhiye to is ka matlab yeh banta hai ke aurat aur mard dono respect ke aitbaar se barabar hain, lekin role ke aitbaar se un mein difference hai. Is ko aap samjhiye,</w:t>
      </w:r>
    </w:p>
    <w:p>
      <w:pPr>
        <w:jc w:val="right"/>
      </w:pPr>
      <w:r>
        <w:t>فرق ہے، فرق ہے۔ تو اس کا مطلب یہ نہیں کہ ان کے ان کے رتبے میں فرق ہے، فضیلت میں فرق ہے، نہیں۔ حدیث اور قرآن دونوں کو ملا کر دیکھیے تو اس کا مطلب یہ بنتا ہے کہ عورت اور مرد دونوں ریسپیکٹ کے اعتبار سے برابر ہیں، لیکن رول کے اعتبار سے ان میں ڈفرنس ہے۔ اس کو آپ سمجھیے،</w:t>
      </w:r>
    </w:p>
    <w:p>
      <w:r>
        <w:rPr>
          <w:b/>
        </w:rPr>
        <w:t xml:space="preserve">[43:24] </w:t>
      </w:r>
      <w:r>
        <w:t>ek hai respect ke dono ko barabar ka respect diya jaye, to respect ke aitbaar se dono equal hain, equal in respect, but different in role. Islamic formula is that, yani men and women are equal in respect, but different in role</w:t>
      </w:r>
    </w:p>
    <w:p>
      <w:pPr>
        <w:jc w:val="right"/>
      </w:pPr>
      <w:r>
        <w:t>ایک ہے ریسپیکٹ کہ دونوں کو برابر کا ریسپیکٹ دیا جائے، تو ریسپیکٹ کے اعتبار سے دونوں ایکول ہیں، ایکول ان ریسپیکٹ، بٹ ڈفرنٹ ان رول۔ اسلامک فارمولا از دیٹ، یعنی مین اینڈ وومن ار ایکول ان ریسپیکٹ، بٹ ڈفرنٹ ان رول</w:t>
      </w:r>
    </w:p>
    <w:p>
      <w:r>
        <w:rPr>
          <w:b/>
        </w:rPr>
        <w:t xml:space="preserve">[43:54] </w:t>
      </w:r>
      <w:r>
        <w:t>ke rutbe aur aur izzat ke aitbaar se dono barabar hain, lekin role ke aitbaar se un mein farq hai. Ab dekhiye, aage badhiye, yeh farq hona Khuda ki bohat bari blessing hai, poori kainaat jo hai farq par qaim hai. Aurat aur mard agar bilkul, yani ek hi salahiyat ke hon, bilkul ek wavelength dono ka ho</w:t>
      </w:r>
    </w:p>
    <w:p>
      <w:pPr>
        <w:jc w:val="right"/>
      </w:pPr>
      <w:r>
        <w:t>کہ رتبے اور اور عزت کے اعتبار سے دونوں برابر ہیں، لیکن رول کے اعتبار سے ان میں فرق ہے۔ اب دیکھیے، آگے بڑھیے، یہ فرق ہونا خدا کی بہت بڑی بلیسنگ ہے، پوری کائنات جو ہے فرق پر قائم ہے۔ عورت اور مرد اگر بالکل، یعنی ایک ہی صلاحیت کے ہوں، بالکل ایک ویو لینتھ دونوں کا ہو</w:t>
      </w:r>
    </w:p>
    <w:p>
      <w:r>
        <w:rPr>
          <w:b/>
        </w:rPr>
        <w:t xml:space="preserve">[44:25] </w:t>
      </w:r>
      <w:r>
        <w:t>to kya hoga? Progress ruk jayegi. To maine us ko detail se likha apni kitab 'Aurat' mein, 'Hamari Insaniyat' mein ke aurat aur mard ka behtareen jo Islam mein jo bataya gaya hai, woh yeh hai ke dono ek doosre ke liye intellectual partner hain. Is mein maine bataya ke insan ke liye is duniya mein sab se badi cheez jo achieve kare, woh woh hai intellectual development.</w:t>
      </w:r>
    </w:p>
    <w:p>
      <w:pPr>
        <w:jc w:val="right"/>
      </w:pPr>
      <w:r>
        <w:t>تو کیا ہوگا؟ پروگریس رک جائے گی۔ تو میں نے اس کو ڈیٹیل سے لکھا اپنی کتاب عورت میں، ہماری انسانیت میں کہ عورت اور مرد کا بہترین جو اسلام میں جو بتایا گیا ہے، وہ یہ ہے کہ دونوں ایک دوسرے کے لیے انٹلیکچول پارٹنر ہیں۔ اس میں میں نے بتایا کہ انسان کے لیے اس دنیا میں سب سے بڑی چیز جو اچیو کرے، وہ وہ ہے انٹلیکچول ڈیولپمنٹ۔</w:t>
      </w:r>
    </w:p>
    <w:p>
      <w:r>
        <w:rPr>
          <w:b/>
        </w:rPr>
        <w:t xml:space="preserve">[44:55] </w:t>
      </w:r>
      <w:r>
        <w:t>Intellectual development sab se badi achievement jo hai is duniya mein, woh hai intellectual development, intellectual progress. Woh kaise hota hai? Woh hota hai study se, observation se, contemplation se, lekin saath saath us ko chahiye exchange, exchange, intellectual exchange. To aurat aur mard dono ek doosre ke liye intellectual partner hain.</w:t>
      </w:r>
    </w:p>
    <w:p>
      <w:pPr>
        <w:jc w:val="right"/>
      </w:pPr>
      <w:r>
        <w:t>انٹلیکچول ڈیولپمنٹ سب سے بڑی اچیول بات جو ہے اس دنیا میں، وہ ہے انٹلیکچول ڈیولپمنٹ، انٹلیکچول پروگریس۔ وہ کیسے ہوتا ہے؟ وہ ہوتا ہے اسٹڈی سے، ابزرویشن سے، کنٹمپلیشن سے، لیکن ساتھ ساتھ اس کو چاہیے ایکسچینج، ایکسچینج، انٹلیکچول ایکسچینج۔ تو عورت اور مرد دونوں ایک دوسرے کے لیے انٹلیکچول پارٹنر ہیں۔</w:t>
      </w:r>
    </w:p>
    <w:p>
      <w:r>
        <w:rPr>
          <w:b/>
        </w:rPr>
        <w:t xml:space="preserve">[45:26] </w:t>
      </w:r>
      <w:r>
        <w:t>To intellectual partner kab banenge? Jab mein difference ho, agar ek hi angle se dono sochen to aap exchange kaise karenge? Jab dono ke andar difference ho, tabhi exchange chalega kamyabi ke saath. Ek aspect woh batayega, ek doosra aspect woh batayega, ek policy woh sochenga, doosre policy woh sochenge. To difference hi se to discussion hoga, difference hi to exchange hoga.</w:t>
      </w:r>
    </w:p>
    <w:p>
      <w:pPr>
        <w:jc w:val="right"/>
      </w:pPr>
      <w:r>
        <w:t>تو انٹلیکچول پارٹنر کب بنیں گے؟ جب میں ڈفرنس ہو، اگر ایک ہی اینگل سے دونوں سوچیں تو آپ ایکسچینج کیسے کریں گے؟ جب دونوں کے اندر ڈفرنس ہو، تبھی ایکسچینج چلے گا کامیابی کے ساتھ۔ ایک اسپیکٹ وہ بتائے گا، ایک دوسرا اسپیکٹ وہ بتائے گا، ایک پالیسی وہ سوچے گا، دوسرے پالیسی وہ سوچیں گے۔ تو ڈفرنس ہی سے تو ڈسکشن ہوگا، ڈفرنس ہی تو ایکسچینج ہوگا۔</w:t>
      </w:r>
    </w:p>
    <w:p>
      <w:r>
        <w:rPr>
          <w:b/>
        </w:rPr>
        <w:t xml:space="preserve">[45:56] </w:t>
      </w:r>
      <w:r>
        <w:t>to khuda ne aurat mard mein difference rakha taake intellectual exchange successfull tareeqay pe chalta rahay. to respect ke aitbaar se dono barabar, lekin role ke aitbaar se farq hai. farq is liye hai ke dono mil kar ke zyada bara progress kar sakain. dono agar aik hi ek dam aik hi hon to taraqqi ruk jayegi.</w:t>
      </w:r>
    </w:p>
    <w:p>
      <w:pPr>
        <w:jc w:val="right"/>
      </w:pPr>
      <w:r>
        <w:t>تو خدا نے عورت مرد میں ڈفرنس رکھا تاکہ انٹلیکچول ایکسچینج سکسیس فل طریقے پہ چلتا رہے۔ تو ریسپیکٹ کے اعتبار سے دونوں برابر، لیکن رول کے اعتبار سے فرق ہے۔ فرق اس لیے ہے کہ دونوں مل کر کے زیادہ بڑا پروگریس کر سکیں۔ دونوں اگر ایک ہی ایک دم ایک ہی ہوں تو ترقی رک جائے گی۔</w:t>
      </w:r>
    </w:p>
    <w:p>
      <w:r>
        <w:rPr>
          <w:b/>
        </w:rPr>
        <w:t xml:space="preserve">[46:27] </w:t>
      </w:r>
      <w:r>
        <w:t>isi liye kisi ne kaha hai, bohat sahi ke nature abhors uniformity, nature yeksaniyat se nafrat karti hai. mard mard bhi ek sa nahi hotay, koi do mard ek sa nahi, koi do aurat ek sa nahi, yahan tak ke do bakray bhi koi ek sa nahi hotay. is dunya mein koi ek sa nahi hai. to us ne kaha ke nature abhors unif</w:t>
      </w:r>
    </w:p>
    <w:p>
      <w:pPr>
        <w:jc w:val="right"/>
      </w:pPr>
      <w:r>
        <w:t>اسی لیے کسی نے کہا ہے، بہت صحیح کہ نیچر ابورڈز یونیفارمٹی، نیچر یکسانیت سے نفرت کرتی ہے۔ مرد مرد بھی ایکسا نہیں ہوتے، کوئی دو مرد ایکسا نہیں، کوئی دو عورت ایکسا نہیں، یہاں تک کہ دو بکرے بھی کوئی ایکسا نہیں ہوتی۔ اس دنیا میں کوئی ایکسا نہیں ہے۔ تو اس نے کہا کہ نیچر ابورڈز یونیف</w:t>
      </w:r>
    </w:p>
    <w:p>
      <w:r>
        <w:rPr>
          <w:b/>
        </w:rPr>
        <w:t xml:space="preserve">[46:57] </w:t>
      </w:r>
      <w:r>
        <w:t>ormity, nature mein uniformity nahi hai, nature mein differences hain. difference kyun hai? baghair difference ke taraqqi nahi ho sakti hai. jab do aadmi do different angle se sochay gay, tabhi to un ke darmiyan exchange hoga. sab ek hi dhang se sochay gay to kya hoga? kisi ne bohat sahi kaha hai ke jab saaray log ek hi baat soch rahay hon to wahan koi development nahi ho sakta hai.</w:t>
      </w:r>
    </w:p>
    <w:p>
      <w:pPr>
        <w:jc w:val="right"/>
      </w:pPr>
      <w:r>
        <w:t>ارمٹی، نیچر میں یونیفارمٹی نہیں ہے، نیچر میں ڈفرنسز ہیں۔ ڈفرنس کیوں ہے؟ بغیر ڈفرنس کے ترقی نہیں ہو سکتی ہے۔ جب دو آدمی دو ڈفرنٹ اینگل سے سوچیں گے، تبھی تو ان کے درمیان ایکسچینج ہوگا۔ سب ایک ہی ڈھنگ سے سوچیں گے تو کیا ہوگا؟ کسی نے بہت صحیح کہا ہے کہ جب سارے لوگ ایک ہی بات سوچ رہے ہوں تو وہاں کوئی ڈیولپمنٹ نہیں ہو سکتا ہے۔</w:t>
      </w:r>
    </w:p>
    <w:p>
      <w:r>
        <w:rPr>
          <w:b/>
        </w:rPr>
        <w:t xml:space="preserve">[47:30] </w:t>
      </w:r>
      <w:r>
        <w:t>saaray log ek hi baat sochay to koi development nahi hoga. to main samajhta hoon ke zyada sahi baat yeh hai ke gender inequality, na ke gender equality. yeh maine kaha un se ke gender equality to kuch bhi nahi hai. asal cheez hai gender inequality, yani ek taraf to dono jo hain ek unit ke two halves hain, yani</w:t>
      </w:r>
    </w:p>
    <w:p>
      <w:pPr>
        <w:jc w:val="right"/>
      </w:pPr>
      <w:r>
        <w:t>سارے لوگ ایک ہی بات سوچیں تو کوئی ڈیولپمنٹ نہیں ہوگا۔ تو میں سمجھتا ہوں کہ زیادہ صحیح بات یہ ہے کہ جینڈر ان ایکولٹی، نہ کہ جینڈر ایکولٹی۔ یہ میں نے کہا ان سے کہ جینڈر ایکولٹی تو کچھ بھی نہیں ہے۔ اصل چیز ہے جینڈر ان ایکولٹی، یعنی ایک طرف تو دونوں جو ہیں ایک یونٹ کے ٹو ہاف ہیں، یعنی</w:t>
      </w:r>
    </w:p>
    <w:p>
      <w:r>
        <w:rPr>
          <w:b/>
        </w:rPr>
        <w:t xml:space="preserve">[48:00] </w:t>
      </w:r>
      <w:r>
        <w:t>rutbay barabar hain. apnay status ke aitbaar se, rutbay ke aitbaar se, hesiyat ke aitbaar se dono barabar hain, respect ke aitbaar se dono barabar hain, lekin role ke aitbaar se farq hai in mein. kyunke farq agar na ho to taraqqi nahi hogi. without difference, there is no progress. without difference, there is no development. to different salahiyat ke log jab ikhatta hotay hain, tabhi koi bara kaam hota hai.</w:t>
      </w:r>
    </w:p>
    <w:p>
      <w:pPr>
        <w:jc w:val="right"/>
      </w:pPr>
      <w:r>
        <w:t>رتبے برابر ہیں۔ اپنے اسٹیٹس کے اعتبار سے، رتبے کے اعتبار سے، حیثیت کے اعتبار سے دونوں برابر ہیں، ریسپیکٹ کے اعتبار سے دونوں برابر ہیں، لیکن رول کے اعتبار سے فرق ہے ان میں۔ کیونکہ فرق اگر نہ ہو تو ترقی نہیں ہوگی۔ ودا آؤٹ ڈفرنس، دیر از نو پروگریس۔ ودا آؤٹ ڈفرنس، دیر از نو ڈیولپمنٹ۔ تو ڈفرنٹ صلاحیت کے لوگ جب اکٹھا ہوتے ہیں، تبھی کوئی بڑا کام ہوتا ہے۔</w:t>
      </w:r>
    </w:p>
    <w:p>
      <w:r>
        <w:rPr>
          <w:b/>
        </w:rPr>
        <w:t xml:space="preserve">[48:31] </w:t>
      </w:r>
      <w:r>
        <w:t>to khuda ne dono mein difference rakha taake dono mil kar zyada bara kaam kar sakain. to jis se bhi maine yeh baat ki, us ne maana is ko. abhi tak koi ek aadmi mujhe nahi mila hai jis ne is ko na maana ho ke zyada bari baat gender equality nahi hai, zyada bari baat gender inequality hai. to gender inequality ke sath sath rutbay mein, hesiyat mein, respect mein sab ko barabar maana hai</w:t>
      </w:r>
    </w:p>
    <w:p>
      <w:pPr>
        <w:jc w:val="right"/>
      </w:pPr>
      <w:r>
        <w:t>تو خدا نے دونوں میں ڈفرنس رکھا تاکہ دونوں مل کر زیادہ بڑا کام کر سکیں۔ تو جس سے بھی میں نے یہ بات کی، اس نے مانا اس کو۔ ابھی تک کوئی ایک آدمی مجھے نہیں ملا ہے جس نے اس کو نہ مانا ہو کہ زیادہ بڑی بات جینڈر ایکولٹی نہیں ہے، زیادہ بڑی بات جینڈر ان ایکولٹی ہے۔ تو جینڈر ان ایکولٹی کے ساتھ ساتھ رتبے میں، حیثیت میں، ریسپیکٹ میں سب کو برابر مانا ہے</w:t>
      </w:r>
    </w:p>
    <w:p>
      <w:r>
        <w:rPr>
          <w:b/>
        </w:rPr>
        <w:t xml:space="preserve">[49:01] </w:t>
      </w:r>
      <w:r>
        <w:t>islam ne. to islam ka formula kya hai? equal in respect, but different in role. equal in respect, but different in role. jis se bhi maine kaha, sab ne maana is ko ke bohat sahi aap keh rahay hain. islam ka tareeqa sahi tareeqa hai. ab dekhiye ke mislan aurat mard atay hain aur modern jo society hai,</w:t>
      </w:r>
    </w:p>
    <w:p>
      <w:pPr>
        <w:jc w:val="right"/>
      </w:pPr>
      <w:r>
        <w:t>اسلام نے۔ تو اسلام کا فارمولا کیا ہے؟ ایکول ان ریسپیکٹ، بٹ ڈفرنٹ ان رول۔ ایکول ان ریسپیکٹ، بٹ ڈفرنٹ ان رول۔ جس سے بھی میں نے کہا، سب نے مانا اس کو کہ بہت صحیح آپ کہہ رہے ہیں۔ اسلام کا طریقہ صحیح طریقہ ہے۔ اب دیکھیے کہ مثلاً عورت مرد آتے ہیں اور ماڈرن جو سوسائٹی ہے،</w:t>
      </w:r>
    </w:p>
    <w:p>
      <w:r>
        <w:rPr>
          <w:b/>
        </w:rPr>
        <w:t xml:space="preserve">[49:32] </w:t>
      </w:r>
      <w:r>
        <w:t>to aaj kal love marriage hoti hain. saari modern society mein 99 percent shadiyan love marriage se hoti hain. lekin kya wajah hai ke majority jo hai, woh woh kya hota hai? separation hota hai, apas mein ladaai jhagda hota hai. ya to ladte jhagadte rehtay hain ya separation ho jaata hai. kyun? yeh gender equality ka nazariya hai. dono apni barabari establish kar rahay hotay hain. main tumhari baat kyun manoon? woh kehta hai, main tumhari baat kyun manoon?</w:t>
      </w:r>
    </w:p>
    <w:p>
      <w:pPr>
        <w:jc w:val="right"/>
      </w:pPr>
      <w:r>
        <w:t>تو آج کل لو میرج ہوتی ہیں۔ ساری ماڈرن سوسائٹی میں 99 پرسنٹ شادیاں لو میرج سے ہوتی ہیں۔ لیکن کیا وجہ ہے کہ میجورٹی جو ہے، وہ وہ کیا ہوتا ہے؟ سیپریشن ہوتا ہے، آپس میں لڑائی جھگڑا ہوتا ہے۔ یا تو لڑتے جھگڑتے رہتے ہیں یا سیپریشن ہو جاتا ہے۔ کیوں؟ یہ جینڈر ایکولٹی کا نظریہ ہے۔ دونوں اپنی برابری اسٹیبلش کر رہے ہوتے ہیں۔ میں تمہاری بات کیوں مانوں؟ وہ کہتا ہے، میں تمہاری بات کیوں مانوں؟</w:t>
      </w:r>
    </w:p>
    <w:p>
      <w:r>
        <w:rPr>
          <w:b/>
        </w:rPr>
        <w:t xml:space="preserve">[50:03] </w:t>
      </w:r>
      <w:r>
        <w:t>to gender equality jo hai, yeh to takrao paida karta hai, clash paida karta hai. dono dono ko right conscious bana deta hai. jitna tumhara haq, utna hi mera haq. to gender equality ka nazariya hai jo woh kya karta hai ke shohar aur biwi ko right conscious bana deta hai. to nateeja kya hota hai? ke sab ladte rehtay hain. woh kehtay hain, mera right poora nahi hua. kehta</w:t>
      </w:r>
    </w:p>
    <w:p>
      <w:pPr>
        <w:jc w:val="right"/>
      </w:pPr>
      <w:r>
        <w:t>تو جینڈر ایکولٹی جو ہے، یہ تو ٹکراؤ پیدا کرتا ہے، کلیش پیدا کرتا ہے۔ دونوں دونوں کو رائٹ کانشیس بنا دیتا ہے۔ جتنا تمہارا حق، اتنا ہی میرا حق۔ تو جینڈر ایکولٹی کا نظریہ ہے جو وہ کیا کرتا ہے کہ شوہر اور بیوی کو رائٹ کانشیس بنا دیتا ہے۔ تو نتیجہ کیا ہوتا ہے؟ کہ سب لڑتے رہتے ہیں۔ وہ کہتے ہیں، میرا رائٹ پورا نہیں ہوا۔ کہتا</w:t>
      </w:r>
    </w:p>
    <w:p>
      <w:r>
        <w:rPr>
          <w:b/>
        </w:rPr>
        <w:t xml:space="preserve">[50:33] </w:t>
      </w:r>
      <w:r>
        <w:t>hai, mera right poora nahi hua. main tumhari baat kyun manoon? main tumhari baat kyun manoon? to gender equality unnatural hai. aur doosri taraf jo hai, gender inequality jo hai, jo islam ka nazariya hai, is se insaan duty conscious banta hai ke mujhe apni duty karna hai. us ne mujhe apni duty karna hai. dono ko apni apni duty karna hai. mujhe apni</w:t>
      </w:r>
    </w:p>
    <w:p>
      <w:pPr>
        <w:jc w:val="right"/>
      </w:pPr>
      <w:r>
        <w:t>ہے، میرا رائٹ پورا نہیں ہوا۔ میں تمہاری بات کیوں مانوں؟ میں تمہاری بات کیوں مانوں؟ تو جینڈر ایکولٹی ان نیچرل ہے۔ اور دوسری طرف جو ہے، جینڈر ان ایکولٹی جو ہے، جو اسلام کا نظریہ ہے، اس سے انسان ڈیوٹی کانشیس بنتا ہے کہ مجھے اپنی ڈیوٹی کرنا ہے۔ اس نے مجھے اپنی ڈیوٹی کرنا ہے۔ دونوں کو اپنی اپنی ڈیوٹی کرنا ہے۔ مجھے اپنی</w:t>
      </w:r>
    </w:p>
    <w:p>
      <w:r>
        <w:rPr>
          <w:b/>
        </w:rPr>
        <w:t xml:space="preserve">[51:03] </w:t>
      </w:r>
      <w:r>
        <w:t>duty karna hai, tum ko apni duty karna hai. jaise yahan bethe hue hain, bohat saaray log hain, har ek apni duty kar raha hai. koi camera ko dekh raha hai, koi likh raha hai, koi bijli ka system jo hai, us ko check kar raha hai. to har ek apni apni duty kar raha hai. to gender inequality ka nazariya jo hai, duty conscious banata hai logon ko. aur gender equality ka nazariya jo hai, gender woh banata hai logon ko r</w:t>
      </w:r>
    </w:p>
    <w:p>
      <w:pPr>
        <w:jc w:val="right"/>
      </w:pPr>
      <w:r>
        <w:t>ڈیوٹی کرنا ہے، تم کو اپنی ڈیوٹی کرنا ہے۔ جیسے یہاں بیٹھے ہوئے ہیں، بہت سارے لوگ ہیں، ہر ایک اپنی ڈیوٹی کر رہا ہے۔ کوئی کیمرے کو دیکھ رہا ہے، کوئی لکھ رہا ہے، کوئی بجلی کا سسٹم جو ہے، اس کو چیک کر رہا ہے۔ تو ہر ایک اپنی اپنی ڈیوٹی کر رہا ہے۔ تو جینڈر ان ایکولٹی کا نظریہ جو ہے، ڈیوٹی کانشیس بناتا ہے لوگوں کو۔ اور جینڈر ایکولٹی کا نظریہ جو ہے، جینڈر وہ بناتا ہے لوگوں کو ر</w:t>
      </w:r>
    </w:p>
    <w:p>
      <w:r>
        <w:rPr>
          <w:b/>
        </w:rPr>
        <w:t xml:space="preserve">[51:33] </w:t>
      </w:r>
      <w:r>
        <w:t>ight conscious. to unnatural hai bilkul. to maine jab yeh baat samjhai to ek dam woh kaha padi ke bilkul sahi baat hai. ke right par kabhi bhi ek achi society ya achi family nahi ban sakti. duty par banti hai. duty conscious log hi achi family banatay hain, achi society banatay hain. right conscious log na achi family bana</w:t>
      </w:r>
    </w:p>
    <w:p>
      <w:pPr>
        <w:jc w:val="right"/>
      </w:pPr>
      <w:r>
        <w:t>ائٹ کانشیس۔ تو ان نیچرل ہے بالکل۔ تو میں نے جب یہ بات سمجھائی تو ایک دم وہ کہا پڑی کہ بالکل صحیح بات ہے۔ کہ رائٹ پر کبھی بھی ایک اچھی سوسائٹی یا اچھی فیملی نہیں بن سکتی۔ ڈیوٹی پر بنتی ہے۔ ڈیوٹی کانشیس لوگ ہی اچھی فیملی بناتے ہیں، اچھی سوسائٹی بناتے ہیں۔ رائٹ کانشیس لوگ نہ اچھی فیملی بنا</w:t>
      </w:r>
    </w:p>
    <w:p>
      <w:r>
        <w:rPr>
          <w:b/>
        </w:rPr>
        <w:t xml:space="preserve">[52:03] </w:t>
      </w:r>
      <w:r>
        <w:t>payengay, na achi society bana payengay. to gender inequality ka nazariya jo hai, woh hai, woh logon ko duty conscious banata hai. aur gender equality ka nazariya logon ko right conscious banata hai. yeh baat maine kahi to Europe, America ke larkiyan, larkay bhi maan gayi is ko. abhi tak koi ek bhi nahi mila hai larki, larka, yani aaj kal ki jo</w:t>
      </w:r>
    </w:p>
    <w:p>
      <w:pPr>
        <w:jc w:val="right"/>
      </w:pPr>
      <w:r>
        <w:t>پائیں گے، نہ اچھی سوسائٹی بنا پائیں گے۔ تو جینڈر ان ایکولٹی کا نظریہ جو ہے، وہ ہے، وہ لوگوں کو ڈیوٹی کانشیس بناتا ہے۔ اور جینڈر ایکولٹی کا نظریہ لوگوں کو رائٹ کانشیس بناتا ہے۔ یہ بات میں نے کہی تو یورپ، امریکہ کے لڑکیاں، لڑکیاں بھی مان گئی اس کو۔ ابھی تک کوئی ایک بھی نہیں ملا ہے لڑکی، لڑکا، یعنی آج کل کی جو</w:t>
      </w:r>
    </w:p>
    <w:p>
      <w:r>
        <w:rPr>
          <w:b/>
        </w:rPr>
        <w:t xml:space="preserve">[52:33] </w:t>
      </w:r>
      <w:r>
        <w:t>nasl hai, is ka jis ne is ko na maana ho. to cheez kya hai? wahi baat jo maine kaha ke logon ko jo doubt ho gaye hain, woh islam par nahi hain. woh doubt ho gaye hain kis par? musalmanon ke apne banaye hue jo hai islam, us par ho gaye doubt. jaise is zamanay mein hua tha jo maine arz kiya ke geo centric se, geo centric theory par logon ko d</w:t>
      </w:r>
    </w:p>
    <w:p>
      <w:pPr>
        <w:jc w:val="right"/>
      </w:pPr>
      <w:r>
        <w:t>نسل ہے، اس کا جس نے اس کو نہ مانا ہو۔ تو چیز کیا ہے؟ وہی بات جو میں نے کہا کہ لوگوں کو جو ڈاؤٹ ہو گئے ہیں، وہ اسلام پر نہیں ہیں۔ وہ ڈاؤٹ ہو گئے ہیں کس پر؟ مسلمانوں کے اپنے بنائے ہوئے جو ہے اسلام، اس پر ہو گئے ڈاؤٹ۔ جیسے اس زمانے میں ہوا تھا جو میں نے عرض کیا کہ جیو سینٹری سے، جیو سینٹرک تھیوری پر لوگوں کو ڈ</w:t>
      </w:r>
    </w:p>
    <w:p>
      <w:r>
        <w:rPr>
          <w:b/>
        </w:rPr>
        <w:t xml:space="preserve">[53:03] </w:t>
      </w:r>
      <w:r>
        <w:t>oubt hua tha. to woh kis city par nahi hua tha? woh kis city par nahi hua tha? balkay Ptolemy aur us ka Aristotle ki theory par hua tha. lekin samajh jaye, logon ne kaha ke kis city par ho gaya hai? isi tarah yahan bhi hai ke jo log yeh kehtay hain ke islam irrelevant ban gaya hai, woh asal mein islam ko nahi keh rahay hotay hain, musalmanon ki apni banai hui edition ko</w:t>
      </w:r>
    </w:p>
    <w:p>
      <w:pPr>
        <w:jc w:val="right"/>
      </w:pPr>
      <w:r>
        <w:t>اؤٹ ہوا تھا۔ تو وہ کس سٹی پر نہیں ہوا تھا؟ وہ کس سٹی پر نہیں ہوا تھا؟ بلکہ ٹالمی اور اس کا ارسٹوٹل کی تھیوری پر ہوا تھا۔ لیکن سمجھ جائے، لوگوں نے کہا کہ کس سٹی پر ہو گیا ہے؟ اسی طرح یہاں بھی ہے کہ جو لوگ یہ کہتے ہیں کہ اسلام ارریلیونٹ بن گیا ہے، وہ اصل میں اسلام کو نہیں کہہ رہے ہوتے ہیں، مسلمانوں کی اپنی بنائی ہوئی ایڈیشن کو</w:t>
      </w:r>
    </w:p>
    <w:p>
      <w:r>
        <w:rPr>
          <w:b/>
        </w:rPr>
        <w:t xml:space="preserve">[53:33] </w:t>
      </w:r>
      <w:r>
        <w:t>keh rahay hotay hain. jaisa ke maine arz kiya ke islam ke do period hain, ek hai qurun mashhood bil khair, ek hai baad ka zamanay jo Abbasid period se shuru hota hai. to qurun mashhood bil khair jo hai, is se logon ko, is se logon ko doubt nahi hai. doubt is se hai jo baad ko banaya gaya. to</w:t>
      </w:r>
    </w:p>
    <w:p>
      <w:pPr>
        <w:jc w:val="right"/>
      </w:pPr>
      <w:r>
        <w:t>کہہ رہے ہوتے ہیں۔ جیسا کہ میں نے عرض کیا کہ اسلام کے دو پیریڈ ہیں، ایک ہے قرون مشہود بالخیر، ایک ہے بعد کا زمانہ جو عباسیت پیریڈ سے شروع ہوتا ہے۔ تو قرون مشہود بالخیر جو ہے، اس سے لوگوں کو، اس سے لوگوں کو ڈاؤٹ نہیں ہے۔ ڈاؤٹ اس سے ہے جو بعد کو بنایا گیا۔ تو</w:t>
      </w:r>
    </w:p>
    <w:p>
      <w:r>
        <w:rPr>
          <w:b/>
        </w:rPr>
        <w:t xml:space="preserve">[54:03] </w:t>
      </w:r>
      <w:r>
        <w:t>main yeh kahoon ga ke aaj ke zamanay mein saaray dunya mein yeh jo masla paida hua hai ke log bohat zyada pareshan hain is baat se ke un ki naslain door ja rahi hain, islam se door ja rahi hain, mazhab se door ja rahi hain, un ki tradition se. to woh samajhtay hain ke islam se door ja rahi hain. nahi, woh ja rahi hain</w:t>
      </w:r>
    </w:p>
    <w:p>
      <w:pPr>
        <w:jc w:val="right"/>
      </w:pPr>
      <w:r>
        <w:t>میں یہ کہوں گا کہ آج کے زمانے میں سارے دنیا میں یہ جو مسئلہ پیدا ہوا ہے کہ لوگ بہت زیادہ پریشان ہیں اس بات سے کہ ان کی نسلیں دور جا رہی ہیں، اسلام سے دور جا رہی ہیں، مذہب سے دور جا رہی ہیں، ان کی ٹریڈیشن سے۔ تو وہ سمجھتے ہیں کہ اسلام سے دور جا رہی ہیں۔ نہیں، وہ جا رہی ہیں</w:t>
      </w:r>
    </w:p>
    <w:p>
      <w:r>
        <w:rPr>
          <w:b/>
        </w:rPr>
        <w:t xml:space="preserve">[54:35] </w:t>
      </w:r>
      <w:r>
        <w:t>musalmanon ne jo banaya rakha hai, jo edition, us se door ja rahi hain. to jis tarah se main kar raha hoon, woh aap kijiye ke un ko modern idiom mein islam bataiye, un ko scientific method ke sath islam bataiye, un ko rational way mein islam bataiye. to woh, woh un ki, un ka faith wapas aa jayega.</w:t>
      </w:r>
    </w:p>
    <w:p>
      <w:pPr>
        <w:jc w:val="right"/>
      </w:pPr>
      <w:r>
        <w:t>مسلمانوں نے جو بنایا رکھا ہے، جو ایڈیشن، اس سے دور جا رہی ہیں۔ تو جس طرح سے میں کر رہا ہوں، وہ آپ کیجیے کہ ان کو ماڈرن ایڈیم میں اسلام بتائیے، ان کو سائنٹیفک میتھڈ کے ساتھ اسلام بتائیے، ان کو ریشنل وے میں اسلام بتائیے۔ تو وہ، وہ ان کی، ان کا فیتھ واپس آ جائے گا۔</w:t>
      </w:r>
    </w:p>
    <w:p>
      <w:r>
        <w:rPr>
          <w:b/>
        </w:rPr>
        <w:t xml:space="preserve">[55:05] </w:t>
      </w:r>
      <w:r>
        <w:t>un ke liye recovery of faith ka mamla ho jayega. woh rediscover karenge islam ko. phir se un ke andar conviction aayega. jaisa ke khuda ke fazal se, maine hazaron hazar logon ke andar aisa hua hai ke meri literature ko parh kar ek logon ke andar phir se conviction aaya hai. maine ab tak kisi ko nahi paya ke us ko is tareeqay se islam bataya jaye, phir bhi us ka doubt baqi rahe, baqi rahe, baqi rahay. aisa maine koi aadmi nahi paya abhi tak. kyun? dek</w:t>
      </w:r>
    </w:p>
    <w:p>
      <w:pPr>
        <w:jc w:val="right"/>
      </w:pPr>
      <w:r>
        <w:t>ان کے لیے ریکوری اف فیتھ کا معاملہ ہو جائے گا۔ وہ ری ڈسکور کریں گے اسلام کو۔ پھر سے ان کے اندر کنوکشن آئے گا۔ جیسا کہ خدا کے فضل سے، میں نے ہزاروں ہزار لوگوں کے اندر ایسا ہوا ہے کہ میری لٹریچر کو پڑھ کر ایک لوگوں کے اندر پھر سے کنوکشن آیا ہے۔ میں نے اب تک کسی کو نہیں پایا کہ اس کو اس طریقے سے اسلام بتایا جائے، پھر بھی اس کا ڈاؤٹ باقی رہے، باقی رہے، باقی رہے۔ ایسا میں نے کوئی آدمی نہیں پایا ابھی تک۔ کیوں؟ دیک</w:t>
      </w:r>
    </w:p>
    <w:p>
      <w:r>
        <w:rPr>
          <w:b/>
        </w:rPr>
        <w:t xml:space="preserve">[55:35] </w:t>
      </w:r>
      <w:r>
        <w:t>hein, islam legend of nature hai. islam koi alien cheez nahi hai, koi alag alag cheez nahi hai. islam to aadmi ke andar chupa hua hai. ab dekhein, kal mujhe ek waqia bataya ek sahib ne, woh un ka naam hai Hameed, Hameedullah Hameed. woh aaye thay yahan Delhi, woh rehnay walay hain Srinagar ke,</w:t>
      </w:r>
    </w:p>
    <w:p>
      <w:pPr>
        <w:jc w:val="right"/>
      </w:pPr>
      <w:r>
        <w:t>ھیں، اسلام لیجنڈ اف نیچر ہے۔ اسلام کوئی ایلین چیز نہیں ہے، کوئی الگ الگ چیز نہیں ہے۔ اسلام تو آدمی کے اندر چھپا ہوا ہے۔ اب دیکھیں، کل مجھے ایک واقعہ بتایا ایک صاحب نے، وہ ان کا نام ہے حمید، حمید اللہ حمید۔ وہ آئے تھے یہاں دلی، وہ رہنے والے ہیں سری نگر کے،</w:t>
      </w:r>
    </w:p>
    <w:p>
      <w:r>
        <w:rPr>
          <w:b/>
        </w:rPr>
        <w:t xml:space="preserve">[56:07] </w:t>
      </w:r>
      <w:r>
        <w:t>Srinagar ke rehnay walay hain. woh to yahan aaye thay, woh to woh gaye Jama Masjid jo Delhi ke hai, wahan par gaye. to unhon ne bataya ke American tourist wahan aaye hue thay, American tourist. to us waqt wahan par namaz ho rahi thi. to us ko dekh kar un ke dil mein kuch aisay jazbaat uthay ke unhon ne apnay guide se kaha ke "I want to join this prayer".</w:t>
      </w:r>
    </w:p>
    <w:p>
      <w:pPr>
        <w:jc w:val="right"/>
      </w:pPr>
      <w:r>
        <w:t>سری نگر کے رہنے والے ہیں۔ وہ تو یہاں آئے تھے، وہ تو وہ گئے جامع مسجد جو دلی کے ہے، وہاں پر گئے۔ تو انہوں نے بتایا کہ امریکن ٹورسٹ وہاں آئے ہوئے تھے، امریکن ٹورسٹ۔ تو اس وقت وہاں پر نماز ہو رہی تھی۔ تو اس کو دیکھ کر ان کے دل میں کچھ ایسے جذبات اٹھے کہ انہوں نے اپنے گائیڈ سے کہا کہ "I want to join this prayer"۔</w:t>
      </w:r>
    </w:p>
    <w:p>
      <w:r>
        <w:rPr>
          <w:b/>
        </w:rPr>
        <w:t xml:space="preserve">[56:41] </w:t>
      </w:r>
      <w:r>
        <w:t>"I want to join this prayer". to jo guide tha, woh Muslim guide, us ne kaha ke "You can't, you cannot join it". aap is mein shareek nahi ho saktay, kyun? yeh Muslim ibadat hai, aap to non-muslim hain. ab dekhein ke us ka jo fitrat bol rahi thi, us ki fitrat ko samjhay nahi. woh apnay jo traditional andaaz un ka tha, apna ke bas musalman masjid mein ja saktay hain, musalman namaz parh saktay</w:t>
      </w:r>
    </w:p>
    <w:p>
      <w:pPr>
        <w:jc w:val="right"/>
      </w:pPr>
      <w:r>
        <w:t>"I want to join this prayer"۔ تو جو گائیڈ تھا، وہ مسلم گائیڈ، اس نے کہا کہ "You can't, you cannot join it"۔ آپ اس میں شریک نہیں ہو سکتے، کیوں؟ یہ مسلم عبادت ہے، آپ تو نان مسلم ہیں۔ اب دیکھیں کہ اس کا جو فطرت بول رہی تھی، اس کی فطرت کو سمجھے نہیں۔ وہ اپنے جو ٹریڈیشنل انداز ان کا تھا، اپنا کہ بس مسلمان مسجد میں جا سکتے ہیں، مسلمان نماز پڑھ سکتے</w:t>
      </w:r>
    </w:p>
    <w:p>
      <w:r>
        <w:rPr>
          <w:b/>
        </w:rPr>
        <w:t xml:space="preserve">[57:11] </w:t>
      </w:r>
      <w:r>
        <w:t>hain. to us becharay ke dil ki jo awaz uthi thi, us ko daba diya unhon ne. ab main aap ko batata hoon ke ek American professor aaye hamaray paas, woh islam par jaanna chahtay thay. to maine kaha ke main aap ko chalta hoon, masjid dikhaoon ga. to unhon ne kaha ke masjid mein ja kar kya karoon ga? maine kaha ke masjid mein aap bhi namaz parh lijiyay. unhon ne kaha ke main to Christian</w:t>
      </w:r>
    </w:p>
    <w:p>
      <w:pPr>
        <w:jc w:val="right"/>
      </w:pPr>
      <w:r>
        <w:t>ہیں۔ تو اس بیچارے کے دل کی جو آواز اٹھی تھی، اس کو دبا دیا انہوں نے۔ اب میں آپ کو بتاتا ہوں کہ ایک امریکن پروفیسر آئے ہمارے پاس، وہ اسلام پر جاننا چاہتے تھے۔ تو میں نے کہا کہ میں آپ کو چلتا ہوں، مسجد دکھاؤں گا۔ تو انہوں نے کہا کہ مسجد میں جا کر کیا کروں گا؟ میں نے کہا کہ مسجد میں آپ بھی نماز پڑھ لیجئے۔ انہوں نے کہا کہ میں تو کرس</w:t>
      </w:r>
    </w:p>
    <w:p>
      <w:r>
        <w:rPr>
          <w:b/>
        </w:rPr>
        <w:t xml:space="preserve">[57:41] </w:t>
      </w:r>
      <w:r>
        <w:t>hoon, main to non-muslim hoon, main kaise namaz parhoon ga? to maine un se kaha, ek qissa maine likha hai, risalay mein chapaya hai, apnay magazine mein. maine kaha, "Without being a Muslim, you can experience namaz". "Without being a Muslim, you can experience namaz". kehta hai, aap chaliye hamaray sath namaz parhiye, wuzu kijiye, aur aap ko ek experience hoga, ek tajurba hoga. woh aap ki</w:t>
      </w:r>
    </w:p>
    <w:p>
      <w:pPr>
        <w:jc w:val="right"/>
      </w:pPr>
      <w:r>
        <w:t>چن ہوں، میں تو نان مسلم ہوں، میں کیسے نماز پڑھوں گا؟ تو میں نے ان سے کہا، ایک قصہ میں نے لکھا ہے، رسالے میں چھاپا ہے، اپنے میگزین میں۔ میں نے کہا، "Without being a مسلم, you can experience نماز"۔ "Without being a مسلم, you can experience نماز"۔ کہتا ہے، آپ چلیے ہمارے ساتھ نماز پڑھیے، وضو کیجئے، اور آپ کو ایک ایکسپیرینس ہوگا، ایک تجربہ ہوگا۔ وہ آپ کی</w:t>
      </w:r>
    </w:p>
    <w:p>
      <w:r>
        <w:rPr>
          <w:b/>
        </w:rPr>
        <w:t xml:space="preserve">[58:11] </w:t>
      </w:r>
      <w:r>
        <w:t>lijiyay, aur phir agar aap ko theek lagay to aap us ko apni zindagi mein ikhtiyar kar lijiyay, aap islam ko impress kar lijiyay. to baghair, yani, yani Muslim banay baghair bhi aap us ko experience kar saktay hain. "Without being a Muslim, you can experience namaz". to janab, is ka bohat bara asar pada. is ka yahan par dekhein, kya keh rahay hain ke nahi sahib, aap non-muslim hain, is liye aap nahi na masjid mein ja saktay,</w:t>
      </w:r>
    </w:p>
    <w:p>
      <w:pPr>
        <w:jc w:val="right"/>
      </w:pPr>
      <w:r>
        <w:t>جیے، اور پھر اگر آپ کو ٹھیک لگے تو آپ اس کو اپنی زندگی میں اختیار کر لیجئے، آپ اسلام کو امپریس کر لیجئے۔ تو بغیر، یعنی، یعنی مسلم بنے بغیر بھی آپ اس کو ایکسپیرینس کر سکتے ہیں۔ "Without being a مسلم, you can experience نماز"۔ تو جناب، اس کا بہت بڑا اثر پڑا۔ اس کا یہاں پر دیکھیں، کیا کہہ رہے ہیں کہ نہیں صاحب، آپ نان مسلم ہیں، اس لیے آپ نہیں نہ مسجد میں جا سکتے،</w:t>
      </w:r>
    </w:p>
    <w:p>
      <w:r>
        <w:rPr>
          <w:b/>
        </w:rPr>
        <w:t xml:space="preserve">[58:41] </w:t>
      </w:r>
      <w:r>
        <w:t>nah aap wahan shareek ho saktay in mein. to yeh hamara apna banaya hua islam hai, asal islam nahin hai yeh. to mein samajhta hoon ke jo log apni agli naslon se nalaan hain, shikayat karte hain, yeh samajhtay hain ke islam ki qaid se bahar nikal gaye, woh log unhein apne baray mein sochna chahiye, unhein saaray mas</w:t>
      </w:r>
    </w:p>
    <w:p>
      <w:pPr>
        <w:jc w:val="right"/>
      </w:pPr>
      <w:r>
        <w:t>نہ آپ وہاں شریک ہو سکتے ان میں۔ تو یہ ہمارا اپنا بنایا ہوا اسلام ہے، اصل اسلام نہیں ہے یہ۔ تو میں سمجھتا ہوں کہ جو لوگ اپنی اگلی نسلوں سے نالاں ہیں، شکایت کرتے ہیں، یہ سمجھتے ہیں کہ اسلام کی گرفت سے باہر نکل گئے، وہ لوگ انہیں اپنے بارے میں سوچنا چاہیے، انہیں سارے مس</w:t>
      </w:r>
    </w:p>
    <w:p>
      <w:r>
        <w:rPr>
          <w:b/>
        </w:rPr>
        <w:t xml:space="preserve">[59:11] </w:t>
      </w:r>
      <w:r>
        <w:t>lay ko re assess karna chahiye, aur scientific way mein un se deal karna chahiye. hum ne khuda ke fazal se aik lambi muddat ke baad, lambi research ke baad, lambi study ke baad, aik poora literature ka aik poora set tayyar kiya hai. har aspect islam ka taqreeban har aspect jo hai, us par hum ne kitabein tayyar ki hain. yeh kitabein moti kitabein</w:t>
      </w:r>
    </w:p>
    <w:p>
      <w:pPr>
        <w:jc w:val="right"/>
      </w:pPr>
      <w:r>
        <w:t>ئلے کو ری اسیس کرنا چاہیے، اور سائنٹیفک وے میں ان سے ڈیل کرنا چاہیے۔ ہم نے خدا کے فضل سے ایک لمبی مدت کے بعد، لمبی ریسرچ کے بعد، لمبی سٹڈی کے بعد، ایک پورا لٹریچر کا ایک پورا سیٹ تیار کیا ہے۔ ہر اسپیکٹ اسلام کا تقریباً ہر اسپیکٹ جو ہے، اس پر ہم نے کتابیں تیار کی ہیں۔ یہ کتابیں موٹی کتابیں</w:t>
      </w:r>
    </w:p>
    <w:p>
      <w:r>
        <w:rPr>
          <w:b/>
        </w:rPr>
        <w:t xml:space="preserve">[59:41] </w:t>
      </w:r>
      <w:r>
        <w:t>bhi hain, pamphlet bhi hain, brochure bhi hain, ab khuda ke fazal se cassette bhi ban rahay hain. aap is ka tajurba kijiye. to mein ne aik sahib se kaha, america mein aik sahib se ke aap ke liye do option hain. yeh to kehna chhod diye ke naslein door ja rahi hain hamari islam se. yeh to bilkul baseless baat hai. woh shikayat kar rahay thay ke sahib, yeh western civilization jo hai, is ka jo onslaught hai, is ne hum ko tabah kar diya hai waghera waghera</w:t>
      </w:r>
    </w:p>
    <w:p>
      <w:pPr>
        <w:jc w:val="right"/>
      </w:pPr>
      <w:r>
        <w:t>بھی ہیں، پمفلٹ بھی ہیں، بروشر بھی ہیں، اب خدا کے فضل سے کیسٹ بھی بن رہے ہیں۔ آپ اس کا تجربہ کیجئے۔ تو میں نے ایک صاحب سے کہا، امریکہ میں ایک صاحب سے کہ آپ کے لیے دو اپشن ہیں۔ یہ تو کہنا چھوڑ دیے کہ نسلیں دور جا رہی ہیں ہماری اسلام سے۔ یہ تو بالکل بیس لیس بات ہے۔ وہ شکایت کر رہے تھے کہ صاحب، یہ ویسٹرن سویلائزیشن جو ہے، اس کا جو ان سلاٹ ہے، اس نے ہم کو تباہ کر دیا ہے وغیرہ وغیرہ</w:t>
      </w:r>
    </w:p>
    <w:p>
      <w:r>
        <w:rPr>
          <w:b/>
        </w:rPr>
        <w:t xml:space="preserve">[1:00:11] </w:t>
      </w:r>
      <w:r>
        <w:t>۔ mein ne kaha, yeh bilkul aap galat keh rahay hain, aap western civilization ka mamla nahin hai. yeh baat is baat ke aap in competent sabit hue hain islam ko modern idea mein pesh karne se. yaani western civilization ka yeh attack nahin hai. aap ki in competence, in competence ka mamla hai. aap in competent niklay is baat se ke</w:t>
      </w:r>
    </w:p>
    <w:p>
      <w:pPr>
        <w:jc w:val="right"/>
      </w:pPr>
      <w:r>
        <w:t>۔ میں نے کہا، یہ بالکل آپ غلط کہہ رہے ہیں، آپ ویسٹرن سویلائزیشن کا معاملہ نہیں ہے۔ یہ بات اس بات کہ آپ ان کیپیٹل ثابت ہوئے ہیں اسلام کو ماڈرن ایڈیا میں پیش کرنے سے۔ یعنی ویسٹرن سویلائزیشن کا یہ اٹیک نہیں ہے۔ آپ کی ان کمپیٹنس، ان کمپیٹنس کا معاملہ ہے۔ آپ ان کمپیٹنٹ نکلے اس بات سے کہ</w:t>
      </w:r>
    </w:p>
    <w:p>
      <w:r>
        <w:rPr>
          <w:b/>
        </w:rPr>
        <w:t xml:space="preserve">[1:00:41] </w:t>
      </w:r>
      <w:r>
        <w:t>aap islam ko modern idiom mein pesh kar saken, aur woh log samajh saken, un ka mind address ho. is ka mamla hai yeh. to mein ne un se kaha ke dekhiye, aap ke do mein se aik ka option hai. yeh to koi option nahin ke aap complain karte rahen, protest karte rahen, aur duniya ke islam ko enemy batate rahen, islam in danger ka nara lagate rahen. yeh to koi option nahin hai. option kya hai? ya to aap bari tareeqay se study kijiye.</w:t>
      </w:r>
    </w:p>
    <w:p>
      <w:pPr>
        <w:jc w:val="right"/>
      </w:pPr>
      <w:r>
        <w:t>آپ اسلام کو ماڈرن ایڈیم میں پیش کر سکیں، اور وہ لوگ سمجھ سکیں، ان کا مائنڈ ایڈریس ہو۔ اس کا معاملہ ہے یہ۔ تو میں نے ان سے کہا کہ دیکھیں، آپ کے دو میں سے ایک کا اپشن ہے۔ یہ تو کوئی اپشن نہیں کہ آپ کمپلین کرتے رہیں، پروٹیسٹ کرتے رہیں، اور دنیا کے اسلام کو اینیمی بتاتے رہیں، اسلام ان ڈینجر کا نعرہ لگاتے رہیں۔ یہ تو کوئی اپشن نہیں ہے۔ اپشن کیا ہے؟ یا تو آپ بڑی طریقے سے سٹڈی کیجئے۔</w:t>
      </w:r>
    </w:p>
    <w:p>
      <w:r>
        <w:rPr>
          <w:b/>
        </w:rPr>
        <w:t xml:space="preserve">[1:01:12] </w:t>
      </w:r>
      <w:r>
        <w:t>mein ne philosophy parhi, mein ne science parhi, mein ne saaray religion ko parha, saaray system ko parha, phir islam ko parha, aur sari research kar ke phir mein ne literature tayyar kiya. literature quran ki commentary likhi, hadith ki sharah likhi, aur bohat sari kitabein tayyar kin, choti bari har qism ki, different language mein. ab mein khuda ke fazal se cassette bhi tayyar kar raha hoon. to ya to aap bari tareeqay se</w:t>
      </w:r>
    </w:p>
    <w:p>
      <w:pPr>
        <w:jc w:val="right"/>
      </w:pPr>
      <w:r>
        <w:t>میں نے فلاسفی پڑھی، میں نے سائنس پڑھی، میں نے سارے ریلیجن کو پڑھا، سارے سسٹم کو پڑھا، پھر اسلام کو پڑھا، اور ساری ریسرچ کر کے پھر میں نے لٹریچر تیار کیا۔ لٹریچر قرآن کی کمنٹری لکھی، حدیث کی شرح لکھی، اور بہت ساری کتابیں تیار کیں، چھوٹی بڑی ہر قسم کی، ڈفرنٹ لینگویج میں۔ اب میں خدا کے فضل سے کیسٹ بھی تیار کر رہا ہوں۔ تو یا تو آپ بڑی طریقے سے</w:t>
      </w:r>
    </w:p>
    <w:p>
      <w:r>
        <w:rPr>
          <w:b/>
        </w:rPr>
        <w:t xml:space="preserve">[1:01:42] </w:t>
      </w:r>
      <w:r>
        <w:t>study kijiye, aur 50 baras parhtay rahiye, parhtay rahiye, parhtay rahiye, aur phir aap is qabil ho jayen ge, inshallah, ke aap apne bachon ko address kar saken, scientific way mein, rational way mein. phir aap ko shikayat nahin rahe gi apne bachon se. aur unhon ne kaha, hamare paas time kahan hai? unhon ne kaha, theek hai, doosra chance bhi aap ke liye hai ke jo mehnat mein mein ne ki hai, us ko aap istemal</w:t>
      </w:r>
    </w:p>
    <w:p>
      <w:pPr>
        <w:jc w:val="right"/>
      </w:pPr>
      <w:r>
        <w:t>سٹڈی کیجئے، اور 50 برس پڑھتے رہیے، پڑھتے رہیے، پڑھتے رہیے، اور پھر آپ اس قابل ہو جائیں گے، انشاءاللہ، کہ آپ اپنے بچوں کو ایڈریس کر سکیں، سائنٹیفک وے میں، ریشنل وے میں۔ پھر آپ کو شکایت نہیں رہے گی اپنے بچوں سے۔ اور انہوں نے کہا، ہمارے پاس ٹائم کہاں ہے؟ انہوں نے کہا، ٹھیک ہے، دوسرا چانس بھی آپ کے لیے ہے کہ جو محنت میں نے کی ہے، اس کو آپ استعمال</w:t>
      </w:r>
    </w:p>
    <w:p>
      <w:r>
        <w:rPr>
          <w:b/>
        </w:rPr>
        <w:t xml:space="preserve">[1:02:12] </w:t>
      </w:r>
      <w:r>
        <w:t>kijiye. agar aap ke paas time nahin hai to aap is ka time kahan se nikalte hain ke aap complain karen? aap kahain ke western civilization jo hai, woh enemy, islam ki enemy hai, is ka time kahan se nikal lete hain aap? america dushman hai, aur europe dushman hai, western civilization dushman, is ka time kahan se nikal lete hain aap? yeh kehne ka to mein ne kaha ke agar time aap ke paas nahin hai to mein ne jo literature tayyar kiya hai, hamare idaray</w:t>
      </w:r>
    </w:p>
    <w:p>
      <w:pPr>
        <w:jc w:val="right"/>
      </w:pPr>
      <w:r>
        <w:t>کیجئے۔ اگر آپ کے پاس ٹائم نہیں ہے تو آپ اس کا ٹائم کہاں سے نکالتے ہیں کہ آپ کمپلین کریں؟ آپ کہیں کہ ویسٹرن سویلائزیشن جو ہے، وہ اینمی، اسلام کی اینمی ہے، اس کا ٹائم کہاں سے نکال لیتے ہیں آپ؟ امریکہ دشمن ہے، اور یورپ دشمن ہے، ویسٹرن سویلائزیشن دشمن، اس کا ٹائم کہاں سے نکال لیتے ہیں آپ؟ یہ کہنے کا تو میں نے کہا کہ اگر ٹائم آپ کے پاس نہیں ہے تو میں نے جو لٹریچر تیار کیا ہے، ہمارے ادارے</w:t>
      </w:r>
    </w:p>
    <w:p>
      <w:r>
        <w:rPr>
          <w:b/>
        </w:rPr>
        <w:t xml:space="preserve">[1:02:43] </w:t>
      </w:r>
      <w:r>
        <w:t>ne jo literature tayyar kiya hai, hamari team ne jo tayyar kiya hai, us ko istemal kijiye aap. ya to aap khud tehqeeq kar ke banaiye aik aisi cheez jis se aap ke bachon ka mind address ho, jis se un ko satisfaction milay. aur agar aap ke paas time nahin hai to phir jo already jo bana hua hai literature, us ko istemal kijiye aap.</w:t>
      </w:r>
    </w:p>
    <w:p>
      <w:pPr>
        <w:jc w:val="right"/>
      </w:pPr>
      <w:r>
        <w:t>نے جو لٹریچر تیار کیا ہے، ہماری ٹیم نے جو تیار کیا ہے، اس کو استعمال کیجئے آپ۔ یا تو آپ خود تحقیق کر کے بنائیے ایک ایسی چیز جس سے آپ کے بچوں کا مائنڈ ایڈریس ہو، جس سے ان کو سیٹسفیکشن ملے۔ اور اگر آپ کے پاس ٹائم نہیں ہے تو پھر جو الریڈی جو بنا ہوا ہے لٹریچر، اس کو استعمال کیجئے آپ۔</w:t>
      </w:r>
    </w:p>
    <w:p>
      <w:r>
        <w:rPr>
          <w:b/>
        </w:rPr>
        <w:t xml:space="preserve">[1:03:14] </w:t>
      </w:r>
      <w:r>
        <w:t>to mein ne kaha ke dekhiye, hazaron nahin, lakhon logon ne hamare literature ko parha hai, khuda ke fazal se dunya bhar mein, aur us se un ko, yaani islam ki rediscovery hui hai. to aap aisa kijiye. to mein in tamam logon ko jin ko yeh shikayat hai ke western civilization hamare bachon ko qatal kar rahi hai, yeh lafz mein nahin bol raha hoon. maulana abdullah al maududi ne kaha ke sahib, hamare bachay qatal ki</w:t>
      </w:r>
    </w:p>
    <w:p>
      <w:pPr>
        <w:jc w:val="right"/>
      </w:pPr>
      <w:r>
        <w:t>تو میں نے کہا کہ دیکھیے، ہزاروں نہیں، لاکھوں لوگوں نے ہمارے لٹریچر کو پڑھا ہے، خدا کے فضل سے دنیا بھر میں، اور اس سے ان کو، یعنی اسلام کی ری ڈسکوری ہوئی ہے۔ تو آپ ایسا کیجئے۔ تو میں ان تمام لوگوں کو جن کو یہ شکایت ہے کہ ویسٹرن سویلائزیشن ہمارے بچوں کو قتل کر رہی ہے، یہ لفظ میں نہیں بول رہا ہوں۔ مولانا عبداللہ المودی نے کہا کہ صاحب، ہمارے بچے قتل کی</w:t>
      </w:r>
    </w:p>
    <w:p>
      <w:r>
        <w:rPr>
          <w:b/>
        </w:rPr>
        <w:t xml:space="preserve">[1:03:44] </w:t>
      </w:r>
      <w:r>
        <w:t>ay ja rahay hain, yaani college aur university jo hai, qatlagah hai, qatlagah hai. yeh iqbal ne kaha, yeh iqbal akbar allahabadi ne kaha, saaray unhon ne yeh kaha, one to all, is liye ladnay kharay ho gaye. woh saaray us zamanay ke saaray logon ne yeh ailan kiya ke western civilization jo hai, hamare bachon ko qatal kar rahi hai, hamare bachon ko islam se door</w:t>
      </w:r>
    </w:p>
    <w:p>
      <w:pPr>
        <w:jc w:val="right"/>
      </w:pPr>
      <w:r>
        <w:t>ے جا رہے ہیں، یعنی کالج اور یونیورسٹی جو ہے، قتل گاہ ہے، قتل گاہ ہے۔ یہ اقبال نے کہا، یہ اقبال اکبر اللہ آبادی نے کہا، سارے انہوں نے یہ کہا، ون ٹو ال، اس لیے لڑنے کھڑے ہو گئے۔ وہ سارے اس زمانے کے سارے لوگوں نے یہ اعلان کیا کہ ویسٹرن سویلائزیشن جو ہے، ہمارے بچوں کو قتل کر رہی ہے، ہمارے بچوں کو اسلام سے دور</w:t>
      </w:r>
    </w:p>
    <w:p>
      <w:r>
        <w:rPr>
          <w:b/>
        </w:rPr>
        <w:t xml:space="preserve">[1:04:14] </w:t>
      </w:r>
      <w:r>
        <w:t>le ja rahi hai. to mein ne kaha, yeh yeh bilkul baseless baat hai, baseless baat hai. koi doosra jo hai, is ka responsible nahin hai, aap khud responsible hain. to mein ne kaha ke aap ke liye aik option yeh hai ke aap khud study kar ke aisa literature tayyar karen, woh literature jo logon ke mind ko address karay. to aap dekhen ge ke phir saara</w:t>
      </w:r>
    </w:p>
    <w:p>
      <w:pPr>
        <w:jc w:val="right"/>
      </w:pPr>
      <w:r>
        <w:t>لے جا رہی ہے۔ تو میں نے کہا، یہ یہ بالکل بیس لیس بات ہے، بیس لیس بات ہے۔ کوئی دوسرا جو ہے، اس کا ریسپانسبل نہیں ہے، آپ خود ریسپانسبل ہیں۔ تو میں نے کہا کہ آپ کے لیے ایک اپشن یہ ہے کہ آپ خود اسٹڈی کر کے ایسا لٹریچر تیار کریں، وہ لٹریچر جو لوگوں کے مائنڈ کو ایڈریس کرے۔ تو آپ دیکھیں گے کہ پھر سارا</w:t>
      </w:r>
    </w:p>
    <w:p>
      <w:r>
        <w:rPr>
          <w:b/>
        </w:rPr>
        <w:t xml:space="preserve">[1:04:44] </w:t>
      </w:r>
      <w:r>
        <w:t>shikayatein khatam, ya phir hamara jo literature hai, hamara jo jo hum ne tayyar kiya, zakhira, us ko aap istemal kijiye. jis tarah hum istemal kar rahay hain, aur hazar logon ke andar phir se islam jaag raha hai, phir se un ko iman mil raha hai. to woh aap aisa kijiye. mujhe rozana khatoot atay hain, telephone atay hain, woh kehtay hain ke bhai, aap ki duaen parhin hum ne, to hum ko phir se iman mil gaya, phir se islam mil gaya, phir</w:t>
      </w:r>
    </w:p>
    <w:p>
      <w:pPr>
        <w:jc w:val="right"/>
      </w:pPr>
      <w:r>
        <w:t>شکایتیں ختم، یا پھر ہمارا جو لٹریچر ہے، ہمارا جو جو ہم نے تیار کیا، ذخیرہ، اس کو آپ استعمال کیجئے۔ جس طرح ہم استعمال کر رہے ہیں، اور ہزار لوگوں کے اندر پھر سے اسلام جاگ رہا ہے، پھر سے ان کو ایمان مل رہا ہے۔ تو وہ آپ ایسا کیجئے۔ مجھے روزانہ خطوط آتے ہیں، ٹیلی فون آتے ہیں، وہ کہتے ہیں کہ بھئی، آپ کی دعائیں پڑھی ہم نے، تو ہم کو پھر سے ایمان مل گیا، پھر سے اسلام مل گیا، پھر</w:t>
      </w:r>
    </w:p>
    <w:p>
      <w:r>
        <w:rPr>
          <w:b/>
        </w:rPr>
        <w:t xml:space="preserve">[1:05:14] </w:t>
      </w:r>
      <w:r>
        <w:t>se yaqeen mil gaya. hum samajhtay thay ke islam aaj irrelevant ho gaya hai, lekin aap ki kitabein parh kar maloom hua ke nahin, islam to poori tarah apna relevance baqi rakhe hue hai, aaj bhi yeh kijiye. to mein aisay tamam logon ko jin ko shikayat hai nai generation se, un se mein un ko mein invite karta hoon ke woh apne bach</w:t>
      </w:r>
    </w:p>
    <w:p>
      <w:pPr>
        <w:jc w:val="right"/>
      </w:pPr>
      <w:r>
        <w:t>سے یقین مل گیا۔ ہم سمجھتے تھے کہ اسلام آج ارریلیونٹ ہو گیا ہے، لیکن آپ کی کتابیں پڑھ کر معلوم ہوا کہ نہیں، اسلام تو پوری طرح اپنا ریلیونس باقی رکھے ہوئے ہیں، آج بھی یہ کیجئے۔ تو میں ایسے تمام لوگوں کو جن کو شکایت ہے نئی جنریشن سے، ان سے میں ان کو میں انوائٹ کرتا ہوں کہ وہ اپنے بچ</w:t>
      </w:r>
    </w:p>
    <w:p>
      <w:r>
        <w:rPr>
          <w:b/>
        </w:rPr>
        <w:t xml:space="preserve">[1:05:44] </w:t>
      </w:r>
      <w:r>
        <w:t>on ke liye woh tajurba karen jo mein jo tajurba mein already kar raha hoon, yaad bars se, aur inshallah yeh tajurba jis tarah mere liye kamyab bana, aap ke liye bhi kamyab banay ga. mujhe mujhe is mein zara bhi shaq nahin, mujhe is mein zara bhi shaq nahin. to yeh hai poori baat,</w:t>
      </w:r>
    </w:p>
    <w:p>
      <w:pPr>
        <w:jc w:val="right"/>
      </w:pPr>
      <w:r>
        <w:t>وں کے لیے وہ تجربہ کریں جو میں جو تجربہ میں الریڈی کر رہا ہوں، یاد برس سے، اور انشاءاللہ یہ تجربہ جس طرح میرے لیے کامیاب بنا، آپ کے لیے بھی کامیاب بنے گا۔ مجھے مجھے اس میں ذرا بھی شک نہیں، مجھے اس میں ذرا بھی شک نہیں۔ تو یہ ہے پوری بات،</w:t>
      </w:r>
    </w:p>
    <w:p>
      <w:r>
        <w:rPr>
          <w:b/>
        </w:rPr>
        <w:t xml:space="preserve">[1:06:14] </w:t>
      </w:r>
      <w:r>
        <w:t>is ka khulasa yeh hai ke log so baras se bhi ziyada muddat se yeh ailan kar rahay hain ke western civilization ne hamare mazhab ko tabah kar diya hai. yeh baat bilkul baseless hai. asal baat yeh hai ke naya zamanay jo aaya hai, yeh scientific zamanay hai. scientific zamanay mein log chahtay hain ke cheezon ko rational way mein samjhen, logic ke sath samjhen. to pehlay jo hamara jo hum ne murattab kiya</w:t>
      </w:r>
    </w:p>
    <w:p>
      <w:pPr>
        <w:jc w:val="right"/>
      </w:pPr>
      <w:r>
        <w:t>اس کا خلاصہ یہ ہے کہ لوگ سو برس سے بھی زیادہ مدت سے یہ اعلان کر رہے ہیں کہ ویسٹرن سویلائزیشن نے ہمارے مذہب کو تباہ کر دیا ہے۔ یہ بات بالکل بیس لیس ہے۔ اصل بات یہ ہے کہ نیا زمانہ جو آیا ہے، یہ سائنٹیفک زمانہ ہے۔ سائنٹیفک زمانے میں لوگ چاہتے ہیں کہ چیزوں کو ریشنل وے میں سمجھیں، لاجک کے ساتھ سمجھیں۔ تو پہلے جو ہمارا جو ہم نے مرتب کیا</w:t>
      </w:r>
    </w:p>
    <w:p>
      <w:r>
        <w:rPr>
          <w:b/>
        </w:rPr>
        <w:t xml:space="preserve">[1:06:44] </w:t>
      </w:r>
      <w:r>
        <w:t>tha, woh scientific nahin tha, woh traditional andaaz mein tha. to traditional framework jab tak tha dunya mein raaij, tab tak woh logon ko maloom hota raha ke theek hai, yeh ab scientific framework aa gaya hai. ab scientific framework ke mutabiq aap ko unhein islam ko batana parhe ga. yeh hai karnay ka kaam. is tareeqay se aap apni naslon ko bacha saken ge, is tareeqay se aap islam ki ziyada ach</w:t>
      </w:r>
    </w:p>
    <w:p>
      <w:pPr>
        <w:jc w:val="right"/>
      </w:pPr>
      <w:r>
        <w:t>تھا، وہ سائنٹیفک نہیں تھا، وہ ٹریڈیشنل انداز میں تھا۔ تو ٹریڈیشنل فریم ورک جب تک تھا دنیا میں رائج، تب تک وہ لوگوں کو معلوم ہوتا رہا کہ ٹھیک ہے، یہ اب سائنٹیفک فریم ورک آ گیا ہے۔ اب سائنٹیفک فریم ورک کے مطابق آپ کو انہیں اسلام کو بتانا پڑے گا۔ یہ ہے کرنے کا کام۔ اس طریقے سے آپ اپنی نسلوں کو بچا سکیں گے، اس طریقے سے آپ اسلام کی زیادہ ا</w:t>
      </w:r>
    </w:p>
    <w:p>
      <w:r>
        <w:rPr>
          <w:b/>
        </w:rPr>
        <w:t xml:space="preserve">[1:07:14] </w:t>
      </w:r>
      <w:r>
        <w:t>hi khidmat karen ge, aur aik bohat bara faida yeh hoga ke nafratein khatam ho jayen gi. aaj jo hai muslim musalman, aaj ka musalman jo hai, nafrat pe jeeta hai, kyun ke yeh jo theory hai ke sab dunya hamare dushman ho gayi hai, europe dushman hai, america dushman hai, yeh dushman hai, woh dushman hai, to sab ko dushman bana rakha hai, sab ko apna enemy samajh rakha hai. to sab se nafrat, is nafrat ke nati</w:t>
      </w:r>
    </w:p>
    <w:p>
      <w:pPr>
        <w:jc w:val="right"/>
      </w:pPr>
      <w:r>
        <w:t>چھی خدمت کریں گے، اور ایک بہت بڑا فائدہ یہ ہوگا کہ نفرتیں ختم ہو جائیں گی۔ آج جو ہے مسلم مسلمان، آج کا مسلمان جو ہے، نفرت پہ جیتا ہے، کیونکہ یہ جو تھیوری ہے کہ سب دنیا ہمارے دشمن ہو گئی ہے، یورپ دشمن ہے، امریکہ دشمن ہے، یہ دشمن ہے، وہ دشمن ہے، تو سب کو دشمن بنا رکھا ہے، سب کو اپنا اینیمی سمجھ رکھا ہے۔ تو سب سے نفرت، اس نفرت کے نتی</w:t>
      </w:r>
    </w:p>
    <w:p>
      <w:r>
        <w:rPr>
          <w:b/>
        </w:rPr>
        <w:t xml:space="preserve">[1:07:44] </w:t>
      </w:r>
      <w:r>
        <w:t>jay mein kya hua? aik bohat bara nuqsan hua ke musalmanon se da'wati spirit khatam ho gayi, da'wati spirit khatam ho gayi. yaani aik taraf to aap apni naslon ko bacha nahin paye, kyun ke jo boli aap bolte hain, us se un ka mind address nahin hota. aap fazail ki boli bolte hain, masail ki boli bolte hain, do's and don'ts ki boli bolte hain, un ka un ka mind address nahin hota, to bhag rahay hain woh. aik</w:t>
      </w:r>
    </w:p>
    <w:p>
      <w:pPr>
        <w:jc w:val="right"/>
      </w:pPr>
      <w:r>
        <w:t>جے میں کیا ہوا؟ ایک بہت بڑا نقصان ہوا کہ مسلمانوں سے دعوتی اسپرٹ ختم ہو گئی، دعوتی اسپرٹ ختم ہو گئی۔ یعنی ایک طرف تو آپ اپنی نسلوں کو بچا نہیں پائے، کیونکہ جو بولی آپ بولتے ہیں، اس سے ان کا مائنڈ ایڈریس نہیں ہوتا۔ آپ فضائل کی بولی بولتے ہیں، مسائل کی بولی بولتے ہیں، ڈوز اینڈ ڈوز اینڈ ڈونٹس کی بولی بولتے ہیں، ان کا ان کا مائنڈ ایڈریس نہیں ہوتا، تو بھاگ رہے ہیں وہ۔ ایک</w:t>
      </w:r>
    </w:p>
    <w:p>
      <w:r>
        <w:rPr>
          <w:b/>
        </w:rPr>
        <w:t xml:space="preserve">[1:08:14] </w:t>
      </w:r>
      <w:r>
        <w:t>nuqsan yeh hua, doosra nuqsan yeh hua ke is yeh jo theory hai, conspiracy ki, enmity ki, is se saari ki saari muslim dunya aaj ki negative thought mein parh gayi hai. yaani woh log jo hamare do mad'u thay, un ke baray mein hum nafrat karne lagay. jin ko aap enemy batatay hain, woh kon hain? woh mad'u hain. america hamara mad'u hai, europeans hamare mad'u hain, christians</w:t>
      </w:r>
    </w:p>
    <w:p>
      <w:pPr>
        <w:jc w:val="right"/>
      </w:pPr>
      <w:r>
        <w:t>نقصان یہ ہوا، دوسرا نقصان یہ ہوا کہ اس یہ جو تھیوری ہے، کانسپریسی کی، اینمیٹی کی، اس سے ساری کی ساری مسلم دنیا آج کی نیگیٹیو تھاٹ میں پڑ گئی ہے۔ یعنی وہ لوگ جو ہمارے دو معدود تھے، ان کے بارے میں ہم نفرت کرنے لگے۔ جن کو آپ اینیمی بتاتے ہیں، وہ کون ہیں؟ وہ مدعو ہیں۔ امریکہ ہمارا مدعو ہے، یورپینز ہمارے مدعو ہیں، کرس</w:t>
      </w:r>
    </w:p>
    <w:p>
      <w:r>
        <w:rPr>
          <w:b/>
        </w:rPr>
        <w:t xml:space="preserve">[1:08:44] </w:t>
      </w:r>
      <w:r>
        <w:t>hamare mad'u hain, hindu hamare mad'u hain, saara non muslim world hamara mad'u hai. mad'u yaani jis ke baray mein hum ne khuda ne yeh hukum diya hai ke un tak sachai ko pohnchao. to yeh jo nazariya hai, yeh jo theory hai, is ne aik taraf naslon ko hum bachane mein nakaam rahay, doosri taraf yeh hua ke hum ne khud apne andar bhi nafratein bhar leen,</w:t>
      </w:r>
    </w:p>
    <w:p>
      <w:pPr>
        <w:jc w:val="right"/>
      </w:pPr>
      <w:r>
        <w:t>چنز ہمارے مدعو ہیں، ہندو ہمارے مدعو ہیں، سارا نان مسلم ورلڈ ہمارا مدعو ہے۔ مدعو یعنی جس کے بارے میں ہمیں خدا نے یہ حکم دیا ہے کہ ان تک سچائی کو پہنچاؤ۔ تو یہ جو نظریہ ہے، یہ جو تھیوری ہے، اس نے ایک طرف نسلوں کو ہم بچانے میں ناکام رہے، دوسری طرف یہ ہوا کہ ہم نے خود اپنے اندر بھی نفرتیں بھر لیں،</w:t>
      </w:r>
    </w:p>
    <w:p>
      <w:r>
        <w:rPr>
          <w:b/>
        </w:rPr>
        <w:t xml:space="preserve">[1:09:14] </w:t>
      </w:r>
      <w:r>
        <w:t>aur saaray muslim naslon ko nafratein bhar deen. aur is ka nateeja kya nikla? ke mad'u ke baray mein khair khwahi khatam ho gayi, mad'u se mohabbat khatam ho gayi, mad'u ke baray mein yeh spirit khatam ho gayi ke us ko hum jahannum se bachayen, aur us ko jannat ka rasta dikhayen. to apni naslon ko bhi khoya hum ne, aur da'wati spirit ko bhi khoya hum ne. to mein samajhta hoon ke</w:t>
      </w:r>
    </w:p>
    <w:p>
      <w:pPr>
        <w:jc w:val="right"/>
      </w:pPr>
      <w:r>
        <w:t>اور سارے مسلم نسلوں کو نفرتیں بھر دیا۔ اور اس کا نتیجہ کیا نکلا؟ کہ مدعو کے بارے میں خیر خواہی ختم ہو گئی، مدعو سے محبت ختم ہو گئی، مدعو کے بارے میں یہ اسپرٹ ختم ہو گئی کہ اس کو ہم جہنم سے بچائیں، اور اس کو جنت کا راستہ دکھائیں۔ تو اپنی نسلوں کو بھی کھویا ہم نے، اور دعوتی اسپرٹ کو بھی کھویا ہم نے۔ تو میں سمجھتا ہوں کہ</w:t>
      </w:r>
    </w:p>
    <w:p>
      <w:r>
        <w:rPr>
          <w:b/>
        </w:rPr>
        <w:t xml:space="preserve">[1:09:48] </w:t>
      </w:r>
      <w:r>
        <w:t>hum re assess karen saaray mamlay ko, aur phir se planning karen, phir se planning karen. agar hum ne aisa nahin kiya to zahir hai ke tareekh apna apna rasta nahin badlay gi. scientific daur phir lot kar ke pichlay daur mein nahin chala jaye ga. aisa nahin hoga ke ab scientific framework khatam ho jaye, phir dobara traditional framework lot aaye dunya mein. aisa honay wala nahin hai, kabhi bhi nahin honay wala aisa.</w:t>
      </w:r>
    </w:p>
    <w:p>
      <w:pPr>
        <w:jc w:val="right"/>
      </w:pPr>
      <w:r>
        <w:t>ہم ری اسیس کریں سارے معاملے کو، اور پھر سے پلاننگ کریں، پھر سے پلاننگ کریں۔ اگر ہم نے ایسا نہیں کیا تو ظاہر ہے کہ تاریخ اپنا اپنا راستہ نہیں بدلے گی۔ سائنٹیفک دور پھر لوٹ کر کے پچھلے دور میں نہیں چلا جائے گا۔ ایسا نہیں ہوگا کہ اب سائنٹیفک فریم ورک ختم ہو جائے، پھر دوبارہ ٹریڈیشنل فریم ورک لوٹ آئے دنیا میں۔ ایسا ہونے والا نہیں ہے، کبھی بھی نہیں ہونے والا ایسا۔</w:t>
      </w:r>
    </w:p>
    <w:p>
      <w:r>
        <w:rPr>
          <w:b/>
        </w:rPr>
        <w:t xml:space="preserve">[1:10:23] </w:t>
      </w:r>
      <w:r>
        <w:t>to humein chahiye ke hum re assess karen, re examine karen, aur re planning karen apne saaray mamlay ki, aur negative boli bolna chhod dein ke islam, islam is in danger, muslims are in danger, muslim ummah is in danger. yeh sab boli bolna chhod dein, bilkul koi danger nahin hai, koi khatra nahin hai. masla sirf yeh hai ke hum in competent sabit hue hain</w:t>
      </w:r>
    </w:p>
    <w:p>
      <w:pPr>
        <w:jc w:val="right"/>
      </w:pPr>
      <w:r>
        <w:t>تو ہمیں چاہیے کہ ہم ری اسیس کریں، ری ایگزیمن کریں، اور ری پلاننگ کریں اپنے سارے معاملے کی، اور نیگیٹیو بولی بولنا چھوڑ دیں کہ اسلام، اسلام از ان ڈینجر، مسلمز ار ان ڈینجر، مسلم امہ از ان ڈینجر۔ یہ سب بولی بولنا چھوڑ دیں، بالکل کوئی ڈینجر نہیں ہے، کوئی خطرہ نہیں ہے۔ مسئلہ صرف یہ ہے کہ ہم ان کمپیٹنٹ ثابت ہوئے ہیں</w:t>
      </w:r>
    </w:p>
    <w:p>
      <w:r>
        <w:rPr>
          <w:b/>
        </w:rPr>
        <w:t xml:space="preserve">[1:10:54] </w:t>
      </w:r>
      <w:r>
        <w:t>naye zamanay ke lihaaz se islam ko pesh karne mein. yeh saara masla yeh hai. to yeh masla jo hai, yeh sirf india ka nahin hai, yeh saaray muslim countries ka hai, arab mulkon ka hai, europe ka hai, america ka hai, har jagah hamari naslein jo hain islam se door ja rahi hain. door is liye ja rahi hain ke un ko modern idiom mein islam bataya nahin gaya. saara mamla yeh hai.</w:t>
      </w:r>
    </w:p>
    <w:p>
      <w:pPr>
        <w:jc w:val="right"/>
      </w:pPr>
      <w:r>
        <w:t>نئے زمانے کے لحاظ سے اسلام کو پیش کرنے میں۔ یہ سارا مسئلہ یہ ہے۔ تو یہ مسئلہ جو ہے، یہ صرف انڈیا کا نہیں ہے، یہ سارے مسلم کنٹریز کا ہے، عرب ملکوں کا ہے، یورپ کا ہے، امریکہ کا ہے، ہر جگہ ہماری نسلیں جو ہیں اسلام سے دور جا رہی ہیں۔ دور اس لیے جا رہی ہیں کہ ان کو ماڈرن ایڈیم میں اسلام بتایا نہیں گیا۔ سارا معاملہ یہ ہے۔</w:t>
      </w:r>
    </w:p>
    <w:p>
      <w:r>
        <w:rPr>
          <w:b/>
        </w:rPr>
        <w:t xml:space="preserve">[1:11:25] </w:t>
      </w:r>
      <w:r>
        <w:t>to barhal mein aakhir mein yeh kahoon ga ke hamein apne aap ko negative thinking se bachana chahiye. hum ko saare maamlon ko phir se samajhna chahiye. hamein apni naslon ko is tarah Islam pesh karna chahiye ke un ka mind address ho. tamam shikayatein un ke baray mein jo hain, woh khatm ho jayengi. aur doosri taraf hamein dawah sport</w:t>
      </w:r>
    </w:p>
    <w:p>
      <w:pPr>
        <w:jc w:val="right"/>
      </w:pPr>
      <w:r>
        <w:t>تو بہرحال میں آخر میں یہ کہوں گا کہ ہمیں اپنے آپ کو نیگیٹیو تھنکنگ سے بچانا چاہیے۔ ہم کو سارے معاملوں کو پھر سے سمجھنا چاہیے۔ ہمیں اپنی نسلوں کو اس طرح اسلام پیش کرنا چاہیے کہ ان کا مائنڈ ایڈریس ہو۔ تمام شکایتیں ان کے بارے میں جو ہیں، وہ ختم ہو جائیں گی۔ اور دوسری طرف ہمیں دعویٰ اسپ</w:t>
      </w:r>
    </w:p>
    <w:p>
      <w:r>
        <w:rPr>
          <w:b/>
        </w:rPr>
        <w:t xml:space="preserve">[1:11:55] </w:t>
      </w:r>
      <w:r>
        <w:t>phir se zindah karna chahiye taake hum dunya ko batayein ke Islam kya hai. Islam ka message saari dunya ko batana, aur apni naslon ko phir se unhein, yaani Islam ko phir se un ki, un ki is par un ke yaqeen ko barhana, jis ko mein kaha karta hoon ke ek taraf dunya ko hamein Islam ki dunya, ek taraf hamein yeh karna hai ke dunya Islam ko discover</w:t>
      </w:r>
    </w:p>
    <w:p>
      <w:pPr>
        <w:jc w:val="right"/>
      </w:pPr>
      <w:r>
        <w:t>رٹ پھر سے زندہ کرنا چاہیے تاکہ ہم دنیا کو بتائیں کہ اسلام کیا ہے۔ اسلام کا میسج ساری دنیا کو بتانا، اور اپنی نسلوں کو پھر سے انہیں، یعنی اسلام کو پھر سے ان کی، ان کی اس پر ان کے یقین کو بڑھانا، جس کو میں کہا کرتا ہوں کہ ایک طرف دنیا کو ہمیں اسلام کی دنیا، ایک طرف ہمیں یہ کرنا ہے کہ دنیا اسلام کو ڈسکور</w:t>
      </w:r>
    </w:p>
    <w:p>
      <w:r>
        <w:rPr>
          <w:b/>
        </w:rPr>
        <w:t xml:space="preserve">[1:12:25] </w:t>
      </w:r>
      <w:r>
        <w:t>kare. dunya ke liye hamein Islam ko is ki discovery banana hai, aur apni naslon ko hamein yeh karna hai ke woh Islam ko re-discover karein. yaani ek taraf hamein hamara target hona chahiye discovery, doosri taraf hamara target hona chahiye re-discovery. yaani Musalmanon ke liye hamein koshish karna hai ke woh Islam ko re-discover karein, aur doosron ke liye hamein koshish karna hai ke woh Islam ko discover karke</w:t>
      </w:r>
    </w:p>
    <w:p>
      <w:pPr>
        <w:jc w:val="right"/>
      </w:pPr>
      <w:r>
        <w:t>کرے۔ دنیا کے لیے ہمیں اسلام کو اس کی ڈسکوری بنانا ہے، اور اپنی نسلوں کو ہمیں یہ کرنا ہے کہ وہ اسلام کو ری ڈسکور کریں۔ یعنی ایک طرف ہمیں ہمارا ٹارگٹ ہونا چاہیے ڈسکوری، دوسری طرف ہمارا ٹارگٹ ہونا چاہیے ری ڈسکوری۔ یعنی مسلمانوں کے لیے ہمیں کوشش کرنا ہے کہ وہ اسلام کو ری ڈسکور کریں، اور دوسروں کے لیے ہمیں کوشش کرنا ہے کہ وہ اسلام کو ڈسکور کر کے</w:t>
      </w:r>
    </w:p>
    <w:p>
      <w:r>
        <w:rPr>
          <w:b/>
        </w:rPr>
        <w:t xml:space="preserve">[1:12:55] </w:t>
      </w:r>
      <w:r>
        <w:t>is ki sachai ko samjhein. yeh hai saari baat. to aakhir mein mein dua karta hoon ke Allah taala mujh ko aur aap ko sachi fehm de, sachi samajh de, aur hamein yeh aql de ke hum saare maamle ko phir se samjhein, aur phir se planning karein</w:t>
      </w:r>
    </w:p>
    <w:p>
      <w:pPr>
        <w:jc w:val="right"/>
      </w:pPr>
      <w:r>
        <w:t>اس کی سچائی کو سمجھیں۔ یہ ہے ساری بات۔ تو آخر میں میں دعا کرتا ہوں کہ اللہ تعالی مجھ کو اور آپ کو سچی فہم دے، سچی سمجھ دے، اور ہمیں یہ عقل دے کہ ہم سارے معاملے کو پھر سے سمجھیں، اور پھر سے پلاننگ کریں</w:t>
      </w:r>
    </w:p>
    <w:p>
      <w:r>
        <w:rPr>
          <w:b/>
        </w:rPr>
        <w:t xml:space="preserve">[1:13:27] </w:t>
      </w:r>
      <w:r>
        <w:t>taake hamari koshishein dunya mein kamyab hon. hum apne aap ko negative thinking se bachayein, aur positive planning karein. isi ke liye mein dua karta hoon apne liye aur aap ke liye. aqool qawli haza, wa astaghfirullaha walakum ajmaeen.</w:t>
      </w:r>
    </w:p>
    <w:p>
      <w:pPr>
        <w:jc w:val="right"/>
      </w:pPr>
      <w:r>
        <w:t>تاکہ ہماری کوششیں دنیا میں کامیاب ہوں۔ ہم اپنے آپ کو نیگیٹیو تھنکنگ سے بچائیں، اور پازیٹیو پلاننگ کریں۔ اسی کے لیے میں دعا کرتا ہوں اپنے لیے اور آپ کے لیے۔ اقول قولھذا، واستغفراللہ لولکم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