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Ignore the Problems Avail the Opportunities | June 30, 2006 | Maulana Wahiduddin Khan</w:t>
      </w:r>
    </w:p>
    <w:p>
      <w:r>
        <w:t>https://www.youtube.com/watch?v=ie8Xc5BlTwY</w:t>
      </w:r>
    </w:p>
    <w:p>
      <w:r>
        <w:rPr>
          <w:b/>
        </w:rPr>
        <w:t xml:space="preserve">[00:00] </w:t>
      </w:r>
      <w:r>
        <w:t>dekhein, yeh negrounism hai, yeh— yeh ek fallacy hai, yeh ek bohat bari fallacy hai. yaani dunya mein kuch problem hote hain, kuch opportunities hoti hain. mein bataoon ke without any exception, har ek opportunity blind ho gaya. bas problem ko point out karke problem se ladna. ab is ke baad ladne ki kya zaroorat hai, mujhe bataiye? ladne ki kya zaroorat hai? yaani yeh jo faisle ki buniyad, jo zamane ne faraham ki, woh ain hamare haq mein thi,</w:t>
      </w:r>
    </w:p>
    <w:p>
      <w:pPr>
        <w:jc w:val="right"/>
      </w:pPr>
      <w:r>
        <w:t>دیکھیں، یہ نیگرونزم ہے، یہ— یہ ایک فلیسی ہے، یہ ایک بہت بڑی فلیسی ہے۔ یعنی دنیا میں کچھ پرابلم ہوتے ہیں، کچھ اپرچونٹیز ہوتی ہیں۔ میں بتاؤں کہ وِداؤٹ اینی ایکسیپشن، ہر ایک اپرچونٹی بلائنڈ ہو گیا۔ بس پرابلم کو پوائنٹ آؤٹ کر کے پرابلم سے لڑنا۔ اب اس کے بعد لڑنے کی کیا ضرورت ہے، مجھے بتائیے؟ لڑنے کی کیا ضرورت ہے؟ یعنی یہ جو فیصلے کی بنیاد، جو زمانے نے فراہم کی، وہ عین ہمارے حق میں تھی،</w:t>
      </w:r>
    </w:p>
    <w:p>
      <w:r>
        <w:rPr>
          <w:b/>
        </w:rPr>
        <w:t xml:space="preserve">[00:30] </w:t>
      </w:r>
      <w:r>
        <w:t>lekin hum us ko avail nahi kar sake. kyun? jo Islam ke manne wale hain, woh is opportunity ko avail nahi kar sake. kyun? is zamane mein media kitni bari blessing hai, kitni bari nemat hai. abhi jo mein ne kaha, us ko samne rakhiye to aaj Islam un opposed victory ki position mein hai. kaise? kyunke jitni bari soch, utni bari kamyabi. agar aap ki soch bohat oonchi ho gayi, tab bhi aap ooncha kaam kar sakte hain.</w:t>
      </w:r>
    </w:p>
    <w:p>
      <w:pPr>
        <w:jc w:val="right"/>
      </w:pPr>
      <w:r>
        <w:t>لیکن ہم اس کو اویل نہیں کر سکے۔ کیوں؟ جو اسلام کے ماننے والے ہیں، وہ اس اپرچونٹی کو اویل نہیں کر سکے۔ کیوں؟ اس زمانے میں میڈیا کتنی بڑی بلیسنگ ہے، کتنی بڑی نعمت ہے۔ ابھی جو میں نے کہا، اس کو سامنے رکھیے تو آج اسلام ان اپوزڈ وکٹری کی پوزیشن میں ہے۔ کیسے؟ کیونکہ جتنی بڑی سوچ، اتنی بڑی کامیابی۔ اگر آپ کی سوچ بہت اونچی ہو گئی، تب بھی آپ اونچا کام کر سکتے ہیں۔</w:t>
      </w:r>
    </w:p>
    <w:p>
      <w:r>
        <w:rPr>
          <w:b/>
        </w:rPr>
        <w:t xml:space="preserve">[01:12] </w:t>
      </w:r>
      <w:r>
        <w:t>Bismillah hir Rahman nir Rahim. wa salallahu ala nabi al kareem. rab ishrah li sadri, wa yassir li amri, wah lul uqdatan min lisani, yafqahu qawli. qareeb 25 saal pehle ki baat hai, 25 years, mein ek safar ke douran</w:t>
      </w:r>
    </w:p>
    <w:p>
      <w:pPr>
        <w:jc w:val="right"/>
      </w:pPr>
      <w:r>
        <w:t>بسم اللہ الرحمن الرحیم۔ وصلی اللہ علی النبی الکریم۔ رب اشرح لی صدری، ویسر لی امری، واحل العقدۃ من لسانی، یفقہ قولی۔ قریب 25 سال پہلے کی بات ہے، 25 ایئرز، میں ایک سفر کے دوران</w:t>
      </w:r>
    </w:p>
    <w:p>
      <w:r>
        <w:rPr>
          <w:b/>
        </w:rPr>
        <w:t xml:space="preserve">[01:44] </w:t>
      </w:r>
      <w:r>
        <w:t>Arab pohncha tha. Arab mein, wahan ke ek sheikh se baat ho rahi thi. baat yahi thi ke is zamane mein Musalmanon ka— Musalmanon ka line of action kya ho? Musalman kya karein? kyunke har jagah yahi sawal hai.</w:t>
      </w:r>
    </w:p>
    <w:p>
      <w:pPr>
        <w:jc w:val="right"/>
      </w:pPr>
      <w:r>
        <w:t>عرب پہنچا تھا۔ عرب میں، وہاں کے ایک شیخ سے بات ہو رہی تھی۔ بات یہی تھی کہ اس زمانے میں مسلمانوں کا— مسلمانوں کا لائن آف ایکشن کیا ہو؟ مسلمان کیا کریں؟ کیونکہ ہر جگہ یہی سوال ہے۔</w:t>
      </w:r>
    </w:p>
    <w:p>
      <w:r>
        <w:rPr>
          <w:b/>
        </w:rPr>
        <w:t xml:space="preserve">[02:15] </w:t>
      </w:r>
      <w:r>
        <w:t>aaj kal har Muslim mulk mein yeh sawal hai ke Musalman kya karein? to Arab sheikh ne kaha ke sab se pehli baat yeh janna hai ke min ayna nabdah. min ayna nabdah ka matlab hai from where to begin. yaani starting point kya ho.</w:t>
      </w:r>
    </w:p>
    <w:p>
      <w:pPr>
        <w:jc w:val="right"/>
      </w:pPr>
      <w:r>
        <w:t>آج کل ہر مسلم ملک میں یہ سوال ہے کہ مسلمان کیا کریں۔ تو عرب شیخ نے کہا کہ سب سے پہلی بات یہ جاننا ہے کہ من عین نبدہ۔ من عین نبدہ کا مطلب ہے فرام ویئر ٹو بیگن۔ یعنی سٹارٹنگ پوائنٹ کیا ہو۔</w:t>
      </w:r>
    </w:p>
    <w:p>
      <w:r>
        <w:rPr>
          <w:b/>
        </w:rPr>
        <w:t xml:space="preserve">[02:47] </w:t>
      </w:r>
      <w:r>
        <w:t>to mein ne kaha ke yeh to Quran o Hadees mein bohat hi clear hai ke starting point hamara dawah ya shahadat hai. wa takoonu shuhadaa lil nas. Hadees mein aata hai ke antum shuhadaa Allah fil ardh, al musalmoon shuhadaa Allah fil ardh. to hamara kaam</w:t>
      </w:r>
    </w:p>
    <w:p>
      <w:pPr>
        <w:jc w:val="right"/>
      </w:pPr>
      <w:r>
        <w:t>تو میں نے کہا کہ یہ تو قرآن و حدیث میں بہت ہی کلیر ہے کہ سٹارٹنگ پوائنٹ ہمارا دعوت یا شہادت ہے۔ وتكونوا شہداء للناس۔ حدیث میں آتا ہے کہ أنتم شہداء الله في الأرض، المسلمون شهدا الله في الأرض۔ تو ہمارا کام</w:t>
      </w:r>
    </w:p>
    <w:p>
      <w:r>
        <w:rPr>
          <w:b/>
        </w:rPr>
        <w:t xml:space="preserve">[03:19] </w:t>
      </w:r>
      <w:r>
        <w:t>dawah o shahadat hai. isi se saare aur imkanat niklen ge, aur saare faide hasil hon ge. to dawah ilal Allah hamare liye kunji hai baqi tamam cheezon ko achieve karne ki.</w:t>
      </w:r>
    </w:p>
    <w:p>
      <w:pPr>
        <w:jc w:val="right"/>
      </w:pPr>
      <w:r>
        <w:t>دعوت و شہادت ہے۔ اسی سے سارے اور امکانات نکلیں گے، اور سارے فائدے حاصل ہوں گے۔ تو دعوت الی اللہ ہمارے لیے کنجی ہے بقیہ تمام چیزوں کو اچیو کرنے کی۔</w:t>
      </w:r>
    </w:p>
    <w:p>
      <w:r>
        <w:rPr>
          <w:b/>
        </w:rPr>
        <w:t xml:space="preserve">[03:50] </w:t>
      </w:r>
      <w:r>
        <w:t>unhone kaha ke is waqt to Musalman masail mein ghare hue hain. aap dekhiye, un ke khilaf conspiracy ho rahi hai. saari dunya Musalmanon ki dushman ho rahi hai. Islam ko mita dena chahti hai. yaani</w:t>
      </w:r>
    </w:p>
    <w:p>
      <w:pPr>
        <w:jc w:val="right"/>
      </w:pPr>
      <w:r>
        <w:t>انہوں نے کہا کہ اس وقت تو مسلمان مسائل میں گھرے ہوئے ہیں۔ آپ دیکھیے، ان کے خلاف کانسپریسی ہو رہی ہے۔ ساری دنیا مسلمانوں کی دشمن ہو رہی ہے۔ اسلام کو مٹا دینا چاہتی ہے۔ یعنی</w:t>
      </w:r>
    </w:p>
    <w:p>
      <w:r>
        <w:rPr>
          <w:b/>
        </w:rPr>
        <w:t xml:space="preserve">[04:20] </w:t>
      </w:r>
      <w:r>
        <w:t>jis ko kehte hain ke clash of civilization, yaani crusades ke naam se jo war hui thi, woh phir dunya mein lot aayi hai, aur saare log mil kar Musalmanon ko mita dena chahte hain. to unhone kaha ke sab se pehla kaam to yeh hai ke is problem ko solve karna hai. sab se pehla kaam to</w:t>
      </w:r>
    </w:p>
    <w:p>
      <w:pPr>
        <w:jc w:val="right"/>
      </w:pPr>
      <w:r>
        <w:t>جس کو کہتے ہیں کہ کلیش آف سویلائزیشن، یعنی کروسیڈز کے نام سے جو وار ہوئی تھی، وہ پھر دنیا میں لوٹ آئی ہے، اور سارے لوگ مل کر مسلمانوں کو مٹا دینا چاہتے ہیں۔ تو انہوں نے کہا کہ سب سے پہلا کام تو یہ ہے کہ اس پرابلم کو سالو کرنا ہے۔ سب سے پہلا کام تو</w:t>
      </w:r>
    </w:p>
    <w:p>
      <w:r>
        <w:rPr>
          <w:b/>
        </w:rPr>
        <w:t xml:space="preserve">[04:51] </w:t>
      </w:r>
      <w:r>
        <w:t>yeh hai ke yeh jo hamare upar attack ho raha hai, to pehla kaam to yeh hai ke hum is ka muqabla karein. jab attack ho raha hai hamare upar, to hum dawah ka kaam kaise kar sakte hain? dekhiye, yeh negrounism hai, yeh— yeh pichle zamane</w:t>
      </w:r>
    </w:p>
    <w:p>
      <w:pPr>
        <w:jc w:val="right"/>
      </w:pPr>
      <w:r>
        <w:t>یہ ہے کہ یہ جو ہمارے اوپر اٹیک ہو رہا ہے، تو پہلا کام تو یہ ہے کہ ہم اس کا مقابلہ کریں۔ جب اٹیک ہو رہا ہے ہمارے اوپر، تو ہم دعوت کا کام کیسے کر سکتے ہیں؟ دیکھیے، یہ نیگرونزم ہے، یہ— یہ پچھلے زمانے</w:t>
      </w:r>
    </w:p>
    <w:p>
      <w:r>
        <w:rPr>
          <w:b/>
        </w:rPr>
        <w:t xml:space="preserve">[05:21] </w:t>
      </w:r>
      <w:r>
        <w:t>ki soch hai. pehle zamane mein jab kings rule karta tha, jab kingship thi, to us zamane mein yeh nazariya tha ke al nas awladu mulukihim. log badshah ke deen par hote hain. is ka matlab yeh hai ke badshah ke— king ka jo deen hai, us ko maano, aur nahi to maar</w:t>
      </w:r>
    </w:p>
    <w:p>
      <w:pPr>
        <w:jc w:val="right"/>
      </w:pPr>
      <w:r>
        <w:t>کی سوچ ہے۔ پہلے زمانے میں جب کنگز رول کرتا تھا، جب کنگشپ تھی، تو اس زمانے میں یہ نظریہ تھا کہ الناس أولادین ملوکهم۔ لوگ بادشاہ کے دین پر ہوتے ہیں۔ اس کا مطلب یہ ہے کہ بادشاہ کے— کنگ کا جو دین ہے، اس کو مانو، اور نہیں تو مار</w:t>
      </w:r>
    </w:p>
    <w:p>
      <w:r>
        <w:rPr>
          <w:b/>
        </w:rPr>
        <w:t xml:space="preserve">[05:51] </w:t>
      </w:r>
      <w:r>
        <w:t>khao. to is zamane mein, yaani kingship ke zamane mein, har jagah woh cheez thi jis ko religious persecution kaha jata hai. to pehle zamane mein pehla kaam tha ke religion ke khilaf jo mahol hai, jo rukawatein hain, us ko door kiya jaye. jab tak is ko aap door nahi karenge, tab tak aap ko kuch kaam hi nahi</w:t>
      </w:r>
    </w:p>
    <w:p>
      <w:pPr>
        <w:jc w:val="right"/>
      </w:pPr>
      <w:r>
        <w:t>کھاؤ۔ تو اس زمانے میں، یعنی کنگشپ کے زمانے میں، ہر جگہ وہ چیز تھی جس کو ریلیجس پرسیکیوشن کہا جاتا ہے۔ تو پہلے زمانے میں پہلا کام تھا کہ ریلیجن کے خلاف جو ماحول ہے، جو رکاوٹیں ہیں، اس کو دور کیا جائے۔ جب تک اس کو آپ دور نہیں کریں گے، تب تک آپ کو کچھ کام ہی نہیں</w:t>
      </w:r>
    </w:p>
    <w:p>
      <w:r>
        <w:rPr>
          <w:b/>
        </w:rPr>
        <w:t xml:space="preserve">[06:22] </w:t>
      </w:r>
      <w:r>
        <w:t>karne dega badshah. to pehle aisa hota tha. jaise Quran mein hai ke is zamane ke bare mein ke wa ma naqamoo minhum illa ayu'mino billahil azeezil hameed. to un ko aag mein dal diya, jo Khuda ko ek bata de. Hadees mein aata hai ke is zamane mein aisa hota tha ke agar koi shakhs kehta tha ke Khuda</w:t>
      </w:r>
    </w:p>
    <w:p>
      <w:pPr>
        <w:jc w:val="right"/>
      </w:pPr>
      <w:r>
        <w:t>کرنے دے گا بادشاہ۔ تو پہلے ایسا ہوتا تھا۔ جیسے قرآن میں ہے کہ اس زمانے کے بارے میں کہ وَمَا نَقَمُوا مِنْهُمْ إِلَّا أَيُّوبُونَ بِاللَّهِ الْعَزِيزِ الْحَمِيدِ۔ تو ان کو آگ میں ڈال دیا، جو خدا کو ایک بتا دیتے۔ حدیث میں آتا ہے کہ اس زمانے میں ایسا ہوتا تھا کہ اگر کوئی شخص کہتا تھا کہ خدا</w:t>
      </w:r>
    </w:p>
    <w:p>
      <w:r>
        <w:rPr>
          <w:b/>
        </w:rPr>
        <w:t xml:space="preserve">[06:52] </w:t>
      </w:r>
      <w:r>
        <w:t>ek hai, to us ke sar par aara chala diya jata tha. us ka— us ka body do tukde ho jata tha. to yeh sahi hai ke pehle zamane mein dunya bhar mein religious persecution ka zamana tha. aur state religion ke siwa kisi aur religion ko manna,</w:t>
      </w:r>
    </w:p>
    <w:p>
      <w:pPr>
        <w:jc w:val="right"/>
      </w:pPr>
      <w:r>
        <w:t>ایک ہے، تو اس کے سر پر آرا چلا دیا جاتا تھا۔ اس کا— اس کا باڈی دو ٹکڑے ہو جاتا تھا۔ تو یہ صحیح ہے کہ پہلے زمانے میں دنیا بھر میں ریلیجس پرسیکیوشن کا زمانہ تھا۔ اور اسٹیٹ ریلیجن کے سوا کسی اور ریلیجن کو ماننا،</w:t>
      </w:r>
    </w:p>
    <w:p>
      <w:r>
        <w:rPr>
          <w:b/>
        </w:rPr>
        <w:t xml:space="preserve">[07:22] </w:t>
      </w:r>
      <w:r>
        <w:t>aadmi ke liye musibaton ko dawat dene ke barabar tha. lekin yeh zamana to khatm ho gaya. bohat ajeeb baat hai ke woh zamana jo khatm ho chuka hai, abhi bhi intellectually woh isi zamane mein jee rahe hain. woh samajhte hain ke pehle zamane mein yeh tha ke jab tak obstacles ko door na kiya jaye, tab tak aap</w:t>
      </w:r>
    </w:p>
    <w:p>
      <w:pPr>
        <w:jc w:val="right"/>
      </w:pPr>
      <w:r>
        <w:t>آدمی کے لیے مصیبتوں کو دعوت دینے کے برابر تھا۔ لیکن یہ زمانہ تو ختم ہو گیا۔ بہت عجیب بات ہے کہ وہ زمانہ جو ختم ہو چکا ہے، ابھی بھی انٹلیکچولی وہ اسی زمانے میں جی رہے ہیں۔ وہ سمجھتے ہیں کہ پہلے زمانے میں یہ تھا کہ جب تک اوبسٹیکلز کو دور نہ کیا جائے، تب تک آپ</w:t>
      </w:r>
    </w:p>
    <w:p>
      <w:r>
        <w:rPr>
          <w:b/>
        </w:rPr>
        <w:t xml:space="preserve">[07:52] </w:t>
      </w:r>
      <w:r>
        <w:t>mazhab par chal nahi sakte. kyunke tamam king jo the, woh mushrik the. woh shirk hi ko allow karte the, woh tauheed ko allow nahi karte the. to is mazi ke is soch mein jeete hain saare log. woh samajhte hain ke jab tak rukawaton ko door na kiya jaye, jab tak obstacle ko khatm nahi kiya jaye, tab tak kaise h</w:t>
      </w:r>
    </w:p>
    <w:p>
      <w:pPr>
        <w:jc w:val="right"/>
      </w:pPr>
      <w:r>
        <w:t>مذہب پر چل نہیں سکتے۔ کیونکہ تمام کنگ جو تھے، وہ مشرک تھے۔ وہ شرک ہی کو الاؤ کرتے تھے، وہ توحید کو الاؤ نہیں کرتے تھے۔ تو اس ماضی کے اس سوچ میں جیتے ہیں سارے لوگ۔ وہ سمجھتے ہیں کہ جب تک رکاوٹوں کو دور نہ کیا جائے، جب تک اوبسٹیکل کو ختم نہیں کیا جائے، تب تک کیسے ہ</w:t>
      </w:r>
    </w:p>
    <w:p>
      <w:r>
        <w:rPr>
          <w:b/>
        </w:rPr>
        <w:t xml:space="preserve">[08:23] </w:t>
      </w:r>
      <w:r>
        <w:t>m dawah ka kaam kar sakte hain? phir woh batate hain ke dekhiye, aap dekh lijiye, har jagah mara ja raha hai Musalmanon ko. Musalmanon par har jagah zulm ho raha hai. dekh lijiye aap. yeh ek fallacy hai. yeh ek bohat bari fallacy hai. dekhiye, qadeem zamane mein logon ko is par sat</w:t>
      </w:r>
    </w:p>
    <w:p>
      <w:pPr>
        <w:jc w:val="right"/>
      </w:pPr>
      <w:r>
        <w:t>م دعوت کا کام کر سکتے ہیں؟ پھر وہ بتاتے ہیں کہ دیکھیے، آپ دیکھ لیجیے، ہر جگہ مارا جا رہا ہے مسلمانوں کو۔ مسلمانوں پر ہر جگہ ظلم ہو رہا ہے۔ دیکھ لیجیے آپ۔ یہ ایک فلیسی ہے۔ یہ ایک بہت بڑی فلیسی ہے۔ دیکھیے، قدیم زمانے میں لوگوں کو اس پر ست</w:t>
      </w:r>
    </w:p>
    <w:p>
      <w:r>
        <w:rPr>
          <w:b/>
        </w:rPr>
        <w:t xml:space="preserve">[08:53] </w:t>
      </w:r>
      <w:r>
        <w:t>raya jata tha ke woh kahein ke Khuda ek hai. aaj jo Musalmanon ke sath ho raha hai, woh is par nahi ho raha hai. woh is par ho raha hai ke woh line ka jhagda chhede hue hain, political jhagda chhede hue hain. woh ruler ko institute karne ki campaign chala rahe hain. is par un ko sat ho raha hai jo kuch ho raha hai. woh bomb marte hain. yaani</w:t>
      </w:r>
    </w:p>
    <w:p>
      <w:pPr>
        <w:jc w:val="right"/>
      </w:pPr>
      <w:r>
        <w:t>ایا جاتا تھا کہ وہ کہیں کہ خدا ایک ہے۔ آج جو مسلمانوں کے ساتھ ہو رہا ہے، وہ اس پر نہیں ہو رہا ہے۔ وہ اس پر ہو رہا ہے کہ وہ لائن کا جھگڑا چھیڑے ہوئے ہیں، پولیٹیکل جھگڑا چھیڑے ہوئے ہیں۔ وہ رولر کو انسٹیٹیوٹ کرنے کی کیمپین چلا رہے ہیں۔ اس پر ان کو ساتھ ہو رہا ہے جو کچھ ہو رہا ہے۔ وہ بم مارتے ہیں۔ یعنی</w:t>
      </w:r>
    </w:p>
    <w:p>
      <w:r>
        <w:rPr>
          <w:b/>
        </w:rPr>
        <w:t xml:space="preserve">[09:23] </w:t>
      </w:r>
      <w:r>
        <w:t>aaj jo ho raha hai, woh is liye nahi ho raha ke woh tauheed ke manne wale hain. woh is liye ho raha hai ke woh aaj ki jo state hai, aaj ki jo government hai, us ke opposition ban kar khade ho gaye hain. to political reason par yeh hai aaj jo ho raha hai, woh religious reason par nahi hai. yeh bohat bara confusion hai, bohat bari fallacy hai. agar aap political taur</w:t>
      </w:r>
    </w:p>
    <w:p>
      <w:pPr>
        <w:jc w:val="right"/>
      </w:pPr>
      <w:r>
        <w:t>آج جو ہو رہا ہے، وہ اس لیے نہیں ہو رہا کہ وہ توحید کے ماننے والے ہیں۔ وہ اس لیے ہو رہا ہے کہ وہ آج کی جو اسٹیٹ ہے، آج کی جو گورنمنٹ ہے، اس کے اپوزیشن بن کر کھڑے ہو گئے ہیں۔ تو پولیٹیکل ریزن پر یہ ہے آج جو ہو رہا ہے، وہ ریلیجس ریزن پر نہیں ہے۔ یہ بہت بڑا کنفیوژن ہے، بہت بڑی فلیسی ہے۔ اگر آپ پولیٹیکل طور</w:t>
      </w:r>
    </w:p>
    <w:p>
      <w:r>
        <w:rPr>
          <w:b/>
        </w:rPr>
        <w:t xml:space="preserve">[09:53] </w:t>
      </w:r>
      <w:r>
        <w:t>par peaceful ho jayein, to koi aap ko pakadne wala nahi hai. dekhiye, hum yahan par mashallah kaam kar rahe hain, tauheed ka kaam kar rahe hain, God ka kaam kar rahe hain, paradise ki baat kehte hain, to koi pakadne wala nahi aata, kuch bhi nahi. to log jo hain, yeh bohat bare confusion mein hain ke logon ne ladai chhed di.</w:t>
      </w:r>
    </w:p>
    <w:p>
      <w:pPr>
        <w:jc w:val="right"/>
      </w:pPr>
      <w:r>
        <w:t>پر پیس فل ہو جائیں، تو کوئی آپ کو پکڑنے والا نہیں ہے۔ دیکھیے، ہم یہاں پر ماشاءاللہ کام کر رہے ہیں، توحید کا کام کر رہے ہیں، گاڈ کا کام کر رہے ہیں، پیراڈائز کی بات کہتے ہیں، تو کوئی پکڑنے والا نہیں آتا، کچھ بھی نہیں۔ تو لوگ جو ہیں، یہ بہت بڑے کنفیوژن میں ہیں کہ لوگوں نے لڑائی چھیڑ دی۔</w:t>
      </w:r>
    </w:p>
    <w:p>
      <w:r>
        <w:rPr>
          <w:b/>
        </w:rPr>
        <w:t xml:space="preserve">[10:23] </w:t>
      </w:r>
      <w:r>
        <w:t>is ki mislan bosniya ko lijie, aksar bosniya ki misaal di jati hai. bosniya mein yeh aik haqeeqat hai ke wahan par poori religion— poori mazhabi azadi thi. religious freedom tha, bosnia har de goina. wahan musalmanon ke bare bare madarse thay, musalmanon ke bare bare masjidain thin,</w:t>
      </w:r>
    </w:p>
    <w:p>
      <w:pPr>
        <w:jc w:val="right"/>
      </w:pPr>
      <w:r>
        <w:t>اس کی مثلاً بوسنیا کو لیجیے، اکثر بوسنیا کی مثال دی جاتی ہے۔ بوسنیا میں یہ ایک حقیقت ہے کہ وہاں پر پوری ریلیجن— پوری مذہبی آزادی تھی۔ ریلیجس فریڈم تھا، بوسنیا ہر دے گوئنا۔ وہاں مسلمانوں کے بڑے بڑے مدرسے تھے، مسلمانوں کے بڑے بڑے مسجدیں تھیں،</w:t>
      </w:r>
    </w:p>
    <w:p>
      <w:r>
        <w:rPr>
          <w:b/>
        </w:rPr>
        <w:t xml:space="preserve">[10:54] </w:t>
      </w:r>
      <w:r>
        <w:t>musalmanon ke bare bare institutions thay. poori poori religious freedom musalmanon ko wahan hasil thi. ab is ke baad jo wahan par markaat hui, to log samajhte hain ke musalman hone ka hadsa hua. to sawal yeh hai ke pehle kyun nahi thi? yeh to aisa hua ke wahan par election hua. to bosnia jo hai, aik state thi yugoslavia ki. yani central role,</w:t>
      </w:r>
    </w:p>
    <w:p>
      <w:pPr>
        <w:jc w:val="right"/>
      </w:pPr>
      <w:r>
        <w:t>مسلمانوں کے بڑے بڑے انسٹیٹیوشنز تھے۔ پوری پوری ریلیجس فریڈم مسلمانوں کو وہاں حاصل تھی۔ اب اس کے بعد جو وہاں پر مارکاٹ ہوئی، تو لوگ سمجھتے ہیں کہ مسلمان ہونے کا حادثہ ہوئی۔ تو سوال یہ ہے کہ پہلے کیوں نہیں تھی؟ یہ تو ایسا ہوا کہ وہاں پر الیکشن ہوا۔ تو بوسنیا جو ہے، ایک اسٹیٹ تھی یوگوسلاویہ کی۔ یعنی سینٹرل رول،</w:t>
      </w:r>
    </w:p>
    <w:p>
      <w:r>
        <w:rPr>
          <w:b/>
        </w:rPr>
        <w:t xml:space="preserve">[11:25] </w:t>
      </w:r>
      <w:r>
        <w:t>central government yugoslavia ki thi. is ke under mein bosnia tha. jaise india mein nai dilli ke under mein up hai, bihar hai. to wahan election hua. to musalman wahan kuch 50-50 percent hain, taqreeban. to election ke baad wahan aisa hua ke izzat begovic, jo musalmanon ke leader thay,</w:t>
      </w:r>
    </w:p>
    <w:p>
      <w:pPr>
        <w:jc w:val="right"/>
      </w:pPr>
      <w:r>
        <w:t>سینٹرل گورنمنٹ یوگوسلاویہ کی تھی۔ اس کے انڈر میں بوسنیا تھا۔ جیسے انڈیا میں نئی دہلی کے انڈر میں یو پی ہے، بہار ہے۔ تو وہاں الیکشن ہوا۔ تو مسلمان وہاں کچھ 50-50 پرسنٹ ہیں، تقریباً۔ تو الیکشن کے بعد وہاں ایسا ہوا کہ عزت بیگوئیچ، جو مسلمانوں کے لیڈر تھے،</w:t>
      </w:r>
    </w:p>
    <w:p>
      <w:r>
        <w:rPr>
          <w:b/>
        </w:rPr>
        <w:t xml:space="preserve">[11:56] </w:t>
      </w:r>
      <w:r>
        <w:t>wo chief minister ban gaye. yani bosnia ke chief minister ban gaye. unhon ne kya kiya? chief minister banne ke baad unhon ne ailaan— abhi tak kuch bhi nahi hua tha. election hua, is mein kuch nahi hua. wo chief minister ban gaye, tab tak kuch nahi hua. is ke baad unhon ne kya kiya? ke declare kar diya ke bosnia aik independent muslim state hai. indep</w:t>
      </w:r>
    </w:p>
    <w:p>
      <w:pPr>
        <w:jc w:val="right"/>
      </w:pPr>
      <w:r>
        <w:t>وہ چیف منسٹر بن گئے۔ یعنی بوسنیا کے چیف منسٹر بن گئے۔ انہوں نے کیا کیا؟ چیف منسٹر بننے کے بعد انہوں نے اعلان— ابھی تک کچھ بھی نہیں ہوا تھا۔ الیکشن ہوا، اس میں کچھ نہیں ہوا۔ وہ چیف منسٹر بن گئے، تب تک کچھ نہیں ہوا۔ اس کے بعد انہوں نے کیا کیا؟ کہ ڈیکلیئر کر دیا کہ بوسنیا ایک انڈیپنڈنٹ مسلم اسٹیٹ ہے۔ انڈیپ</w:t>
      </w:r>
    </w:p>
    <w:p>
      <w:r>
        <w:rPr>
          <w:b/>
        </w:rPr>
        <w:t xml:space="preserve">[12:26] </w:t>
      </w:r>
      <w:r>
        <w:t>endent muslim state. ab zara ghor kijie ke europe ke heart mein aap jab ailaan karein khwamkhwah ke independent muslim state hai, to zahir hai ke aap ko mara jayega. wo aik yugoslavia ka aik part tha, jaise india ka part hai bihar ya up. ab bihar ya up ka chief minister jo hai, agar yeh declare kare election mein, election ho, chief minister bane, koi declare kare ke</w:t>
      </w:r>
    </w:p>
    <w:p>
      <w:pPr>
        <w:jc w:val="right"/>
      </w:pPr>
      <w:r>
        <w:t>نڈنٹ مسلم اسٹیٹ۔ اب ذرا غور کیجیے کہ یورپ کے ہارٹ میں آپ جب اعلان کریں خوامخواہ کہ انڈیپنڈنٹ مسلم اسٹیٹ ہے، تو ظاہر ہے کہ آپ کو مارا جائے گا۔ وہ ایک یوگوسلاویہ کا ایک پارٹ تھا، جیسے انڈیا کا پارٹ ہے بہار یا یو پی۔ اب بہار یا یو پی کا چیف منسٹر جو ہے، اگر یہ ڈیکلیئر کرے الیکشن میں، الیکشن ہو، چیف منسٹر بنے، کوئی ڈیکلیئر کرے کہ</w:t>
      </w:r>
    </w:p>
    <w:p>
      <w:r>
        <w:rPr>
          <w:b/>
        </w:rPr>
        <w:t xml:space="preserve">[12:57] </w:t>
      </w:r>
      <w:r>
        <w:t>up ya maharashtra ya koi bhi state, yeh independent state hai, dilli se koi talluq nahi hai, to bilashuba yeh hoga ke us ko mara jayega, pakda jayega, jail bheja jayega, aise chief minister ko. yahi hua bosnia mein. ab dekhiye, is mein sari dunya ke musalman, mujh ko chhod kar ke, lage shabashi dene izzat begovic ko. izzat begovic aik dam hero ban gaye poori muslim dunya mein, indepen</w:t>
      </w:r>
    </w:p>
    <w:p>
      <w:pPr>
        <w:jc w:val="right"/>
      </w:pPr>
      <w:r>
        <w:t>یو پی یا مہاراشٹر یا کوئی بھی اسٹیٹ، یہ انڈیپنڈنٹ اسٹیٹ ہے، دلی سے کوئی تعلق نہیں ہے، تو بلاشبہ یہ ہوگا کہ اس کو مارا جائے گا، پکڑا جائے گا، جیل بھیجا جائے گا، ایسے چیف منسٹر کو۔ یہی ہوا بوسنیا میں۔ اب دیکھیے، اس میں ساری دنیا کے مسلمان، مجھ کو چھوڑ کر کے، لگے شاباشی دینے عزت بیگوئیچ کو۔ عزت بیگوئیچ ایک دم ہیرو بن گئے پوری مسلم دنیا میں، انڈیپن</w:t>
      </w:r>
    </w:p>
    <w:p>
      <w:r>
        <w:rPr>
          <w:b/>
        </w:rPr>
        <w:t xml:space="preserve">[13:27] </w:t>
      </w:r>
      <w:r>
        <w:t>dent muslim state keh kar. halanke sab ko condemn karna chahiye tha, sari dunya ke musalmanon ko, ke yeh tum kya kar rahe ho? tum chief minister ho aik state ke, chief minister ke hesiyat se kaam karo. tum ko yeh kahan right— kahan se right mil gaya ke tum independent muslim state declare karo bosnia ko? yani sari dunya ke musalman, mujh aik insan ko chhod kar, is par shabashi dene lage. achan</w:t>
      </w:r>
    </w:p>
    <w:p>
      <w:pPr>
        <w:jc w:val="right"/>
      </w:pPr>
      <w:r>
        <w:t>ڈنٹ مسلم اسٹیٹ کہہ کر۔ حالانکہ سب کو کنڈم کرنا چاہیے تھا، ساری دنیا کے مسلمانوں کو، کہ یہ تم کیا کر رہے ہو؟ تم چیف منسٹر ہو ایک اسٹیٹ کے، چیف منسٹر کے حیثیت سے کام کرو۔ تم کو یہ کہاں رائٹ— کہاں سے رائٹ مل گیا کہ تم انڈیپنڈنٹ مسلم اسٹیٹ ڈیکلیئر کرو بوسنیا کو؟ یعنی ساری دنیا کے مسلمان، مجھ ایک انسان کو چھوڑ کر، اس پر شاباشی دینے لگے۔ اچان</w:t>
      </w:r>
    </w:p>
    <w:p>
      <w:r>
        <w:rPr>
          <w:b/>
        </w:rPr>
        <w:t xml:space="preserve">[13:57] </w:t>
      </w:r>
      <w:r>
        <w:t>ak poori muslim dunya ke leader ban gaye. to zahir hai ke wo bardasht nahi kar sakte thay wo. poora europe is ke khilaf ho gaya. kyunke yeh— yeh wo jagah hai jahan roos— yeh jahan par turki pohncha tha, turki ki army pohnchi thi, us ne qabza kar liya tha. bosnia wo ilaaqa hai. to un ko europe ko yaad aaya ke yeh to wo zamana lot raha hai, usmani khilafat ka zamana, jab</w:t>
      </w:r>
    </w:p>
    <w:p>
      <w:pPr>
        <w:jc w:val="right"/>
      </w:pPr>
      <w:r>
        <w:t>ک پوری مسلم دنیا کے لیڈر بن گئے۔ تو ظاہر ہے کہ وہ برداشت نہیں کر سکتے تھے وہ۔ پورا یورپ اس کے خلاف ہو گیا۔ کیونکہ یہ— یہ وہ جگہ ہے جہاں روس— یہ جہاں پر ترکی پہنچا تھا، ترکی کی آرمی پہنچی تھی، اس نے قبضہ کر لیا تھا۔ بوسنیا وہ علاقہ ہے۔ تو ان کو یورپ کو یاد آیا کہ یہ تو وہ زمانہ لوٹ رہا ہے، عثمانی خلافت کا زمانہ، جب</w:t>
      </w:r>
    </w:p>
    <w:p>
      <w:r>
        <w:rPr>
          <w:b/>
        </w:rPr>
        <w:t xml:space="preserve">[14:27] </w:t>
      </w:r>
      <w:r>
        <w:t>turk log hukoomat karte thay europe mein ghus kar ke. to yugoslavia ki hukoomat dushman ban gayi, aur sare europe ne is ka saath diya. to zahir hai ke mara peeta un ko, kuchal kuchal diya, tahs naahus kar diya bosnia ke musalmanon ko. to yeh jo hua, is ka talluq kuch bhi islam se nahi tha. is liye nahi tha ke wo kalma la ilaha padhte thay, kehte khuda aik hai.</w:t>
      </w:r>
    </w:p>
    <w:p>
      <w:pPr>
        <w:jc w:val="right"/>
      </w:pPr>
      <w:r>
        <w:t>ترک لوگ حکومت کرتے تھے یورپ میں گھس کر کے۔ تو یوگوسلاویہ کی حکومت دشمن بن گئی، اور سارے یورپ نے اس کا ساتھ دیا۔ تو ظاہر ہے کہ مارا پیٹا ان کو، کچل کچل دیا، تحس نحس کر دیا بوسنیا کے مسلمانوں کو۔ تو یہ جو ہوا، اس کا تعلق کچھ بھی اسلام سے نہیں تھا۔ اس لیے نہیں تھا کہ وہ کلمہ لا الہ پڑھتے تھے، کہتے خدا ایک ہے۔</w:t>
      </w:r>
    </w:p>
    <w:p>
      <w:r>
        <w:rPr>
          <w:b/>
        </w:rPr>
        <w:t xml:space="preserve">[14:57] </w:t>
      </w:r>
      <w:r>
        <w:t>jo aisa kahe, wo jhoot bolta hai. wahan yeh nahi tha maamla ke logon ne kaha ke khuda aik hai, to le ke maar rahe hain un ko. kuch bhi nahi, wahan to madarse thay, masjidain thin, sab kuch tha wahan par. to dekhiye, musalman khud aik ghalat qism ka political action lete hain, ghalat qism ke parties chalate hain. is ki wajah se un par sakhti hoti hai. to keh dete hain, kya islam</w:t>
      </w:r>
    </w:p>
    <w:p>
      <w:pPr>
        <w:jc w:val="right"/>
      </w:pPr>
      <w:r>
        <w:t>جو ایسا کہے، وہ جھوٹ بولتا ہے۔ وہاں یہ نہیں تھا معاملہ کہ لوگوں نے کہا کہ خدا ایک ہے، تو لے کے مار رہے ہیں ان کو۔ کچھ بھی نہیں، وہاں تو مدرسے تھے، مسجدیں تھیں، سب کچھ تھا وہاں پر۔ تو دیکھیے، مسلمان خود ایک غلط قسم کا پولیٹیکل ایکشن لیتے ہیں، غلط قسم کے پارٹیز چلاتے ہیں۔ اس کی وجہ سے ان پر سختی ہوتی ہے۔ تو کہہ دیتے ہیں، کیا اسلام</w:t>
      </w:r>
    </w:p>
    <w:p>
      <w:r>
        <w:rPr>
          <w:b/>
        </w:rPr>
        <w:t xml:space="preserve">[15:27] </w:t>
      </w:r>
      <w:r>
        <w:t>ki wajah se ho rahi hai? kisi bhi mulk mein, including israel, kisi mulk mein aisa nahi hai ke mazhab ke aitbar se un par koi pabandi ho. jo kuch bhi hai, wo un ki parties ki wajah se hai. aap parties ko alag kar dijiye islam se, to kuch bhi nahi, kahin pakad dhakad nahi hai aap ki. to dekhiye,</w:t>
      </w:r>
    </w:p>
    <w:p>
      <w:pPr>
        <w:jc w:val="right"/>
      </w:pPr>
      <w:r>
        <w:t>کی وجہ سے ہو رہی ہے؟ کسی بھی ملک میں، انکلوڈنگ اسرائیل، کسی ملک میں ایسا نہیں ہے کہ مذہب کے اعتبار سے ان پر کوئی پابندی ہو۔ جو کچھ بھی ہے، وہ ان کی پارٹیز کی وجہ سے ہے۔ آپ پارٹیز کو الگ کر دیجیے اسلام سے، تو کچھ بھی نہیں، کہیں پکڑ دھکڑ نہیں ہے آپ کی۔ تو دیکھیے،</w:t>
      </w:r>
    </w:p>
    <w:p>
      <w:r>
        <w:rPr>
          <w:b/>
        </w:rPr>
        <w:t xml:space="preserve">[15:57] </w:t>
      </w:r>
      <w:r>
        <w:t>jo meri baat cheet un se hui, to un ke mind mein yeh sab baatein bhari hui thin ke musalmanon par zulm ho raha hai. to main ne kaha ke musalmanon par zulm nahi ho raha hai. musalmanon par zulm ho raha hai, agar islam ki wajah se nahi ho raha hai, un ki ghalat politics ki wajah se ho raha hai. yeh har jagah hai jahan aap dekhiye, jo zulm ho raha hai, wahan par bomb marte hain, gun marte hain musalman, to un par zulm hota hai. hum to dekhiye, peaceful tareeqe se kaam kar rahe hain</w:t>
      </w:r>
    </w:p>
    <w:p>
      <w:pPr>
        <w:jc w:val="right"/>
      </w:pPr>
      <w:r>
        <w:t>جو میری بات چیت ان سے ہوئی، تو ان کے مائنڈ میں یہ سب باتیں بھری ہوئی تھیں کہ مسلمانوں پر ظلم ہو رہا ہے۔ تو میں نے کہا کہ مسلمانوں پر ظلم نہیں ہو رہا ہے۔ مسلمانوں پر ظلم ہو رہا ہے، اگر اسلام کی وجہ سے نہیں ہو رہا ہے، ان کی غلط پالیٹکس کی وجہ سے ہو رہا ہے۔ یہ ہر جگہ ہے جہاں آپ دیکھیے، جو ظلم ہو رہا ہے، وہاں پر بم مارتے ہیں، گن مارتے ہیں مسلمان، تو ان پر ظلم ہوتا ہے۔ ہم تو دیکھیے، پیس فل طریقے سے کام کر رہے ہیں</w:t>
      </w:r>
    </w:p>
    <w:p>
      <w:r>
        <w:rPr>
          <w:b/>
        </w:rPr>
        <w:t xml:space="preserve">[16:27] </w:t>
      </w:r>
      <w:r>
        <w:t>da'wat ka. hamare paas koi pakad dhakad nahi hoti, kuch bhi nahi hoti. yahan ka paper, yahan ka radio, yahan ka tv, sab hamare saath cooperate karta hai. to dekhiye, is baat ko samjhiye ke yeh zamana jo hai, aik naya zamana hai. ajeeb baat hai ke is ko kisi ne jab samjha hi nahi, abhi bhi nahi samajhte. main chand baatein kahunga ke aaj ke zamane</w:t>
      </w:r>
    </w:p>
    <w:p>
      <w:pPr>
        <w:jc w:val="right"/>
      </w:pPr>
      <w:r>
        <w:t>دعوت کا۔ ہمارے پاس کوئی پکڑ دھکڑ نہیں ہوتی، کچھ بھی نہیں ہوتی۔ یہاں کا پیپر، یہاں کا ریڈیو، یہاں کا ٹی وی، سب ہمارے ساتھ کوآپریٹ کرتا ہے۔ تو دیکھیے، اس بات کو سمجھئے کہ یہ زمانہ جو ہے، ایک نیا زمانہ ہے۔ عجیب بات ہے کہ اس کو کسی نے جب سمجھا ہی نہیں، ابھی بھی نہیں سمجھتے۔ میں چند باتیں کہوں گا کہ آج کے زمانے</w:t>
      </w:r>
    </w:p>
    <w:p>
      <w:r>
        <w:rPr>
          <w:b/>
        </w:rPr>
        <w:t xml:space="preserve">[16:58] </w:t>
      </w:r>
      <w:r>
        <w:t>mein kya tabdeeliyan hui hain. dekhiye, aik bohat bari cheez yeh hui hai is zamane mein, jis ko main kahunga decentralization. decentralization. yani pehle zamane mein jo political regular hota tha, usi ke haath mein sari cheezein hoti thin. yani king ke haath mein sab kuch hota tha. king ke haath mein line, king ke haath mein economy</w:t>
      </w:r>
    </w:p>
    <w:p>
      <w:pPr>
        <w:jc w:val="right"/>
      </w:pPr>
      <w:r>
        <w:t>میں کیا تبدیلیاں ہوئی ہیں۔ دیکھیے، ایک بہت بڑی چیز یہ ہوئی ہے اس زمانے میں، جس کو میں کہوں گا ڈی سینٹرلائزیشن۔ ڈی سینٹرلائزیشن۔ یعنی پہلے زمانے میں جو پولیٹیکل ریگولر ہوتا تھا، اسی کے ہاتھ میں ساری چیزیں ہوتی تھیں۔ یعنی کنگ کے ہاتھ میں سب کچھ ہوتا تھا۔ کنگ کے ہاتھ میں لائن، کنگ کے ہاتھ میں اکان</w:t>
      </w:r>
    </w:p>
    <w:p>
      <w:r>
        <w:rPr>
          <w:b/>
        </w:rPr>
        <w:t xml:space="preserve">[17:28] </w:t>
      </w:r>
      <w:r>
        <w:t>economy, king ke haath mein jail, king ke haath mein law, king ke haath mein institutions, sab kuch king ke haath mein hota tha. to is ke baad kya hua? europe mein jo tehreekein uthin, europe mein jo inqilab aaye, france ke inqilab ke baad khaas tor par, france mein jo inqilab aaya, us ne poori dunya ke is ko badal diya bilkul. isi ko main kehta hoon decentralization.</w:t>
      </w:r>
    </w:p>
    <w:p>
      <w:pPr>
        <w:jc w:val="right"/>
      </w:pPr>
      <w:r>
        <w:t>ومی، کنگ کے ہاتھ میں جیل، کنگ کے ہاتھ میں لاء، کنگ کے ہاتھ میں انسٹیٹیوشنز، سب کچھ کنگ کے ہاتھ میں ہوتا تھا۔ تو اس کے بعد کیا ہوا؟ یورپ میں جو تحریکیں اٹھیں، یورپ میں جو انقلابات آئے، فرانس کے انقلاب کے بعد خاص طور پر، فرانس میں جو انقلاب آیا، اس نے پوری دنیا کے اس کو بدل دیا بالکل۔ اسی کو میں کہتا ہوں ڈی سینٹرلائزیشن۔</w:t>
      </w:r>
    </w:p>
    <w:p>
      <w:r>
        <w:rPr>
          <w:b/>
        </w:rPr>
        <w:t xml:space="preserve">[17:58] </w:t>
      </w:r>
      <w:r>
        <w:t>yani political role ko zindagi ke doosre shobon se alag kar diya. doosri cheezon par is ka koi ikhtiyar nahi raha king ka. is ke baad kya hua? aap ko freedom aa gayi. freedom. har cheez ki freedom. agriculture ki freedom, business ki freedom, industry ki freedom, education</w:t>
      </w:r>
    </w:p>
    <w:p>
      <w:pPr>
        <w:jc w:val="right"/>
      </w:pPr>
      <w:r>
        <w:t>یعنی پولیٹیکل رول کو زندگی کے دوسرے شعبوں سے الگ کر دیا۔ دوسری چیزوں پر اس کا کوئی اختیار نہیں رہا کنگ کا۔ اس کے بعد کیا ہوا؟ آپ کو فریڈم آ گئی۔ فریڈم۔ ہر چیز کی فریڈم۔ ایگریکلچر کی فریڈم، بزنس کی فریڈم، انڈسٹری کی فریڈم، ایجوکی</w:t>
      </w:r>
    </w:p>
    <w:p>
      <w:r>
        <w:rPr>
          <w:b/>
        </w:rPr>
        <w:t xml:space="preserve">[18:28] </w:t>
      </w:r>
      <w:r>
        <w:t>education ki freedom, institution banane ki freedom, mazhabi tablegh karne ki freedom, sab kuch freedom aap ko. yani political idare ko chhod kar baqiya sare institutions free ho gaye. yeh hai decentralization, jo pehle tha. pehle dunya mein centralized system hua karta tha.</w:t>
      </w:r>
    </w:p>
    <w:p>
      <w:pPr>
        <w:jc w:val="right"/>
      </w:pPr>
      <w:r>
        <w:t>شن کی فریڈم، انسٹیٹیوشن بنانے کی فریڈم، مذہبی تبلیغ کرنے کی فریڈم، سب کچھ فریڈم آپ کو۔ یعنی پولیٹیکل ادارے کو چھوڑ کر باقیہ سارے انسٹیٹیوشنز فری ہو گئے۔ یہ ہے ڈی سینٹرلائزیشن، جو پہلے تھا۔ پہلے دنیا میں سینٹرلائزڈ سسٹم ہوا کرتا تھا۔</w:t>
      </w:r>
    </w:p>
    <w:p>
      <w:r>
        <w:rPr>
          <w:b/>
        </w:rPr>
        <w:t xml:space="preserve">[18:58] </w:t>
      </w:r>
      <w:r>
        <w:t>centralized system, sab kuch king ke haath mein hota tha. lekin france ke mein jo revolution aaya, us ke baad sab kuch de-centralized ho gaya. aaj india mein aap dekh lijie, yahan jo government hai, is ka talluq wo aik administration hai. is zamane mein dekhiye, hukoomat ko kaha jata hai administration, jaise US administration. to hukoomat ka kaam kya hai? administration chalana,</w:t>
      </w:r>
    </w:p>
    <w:p>
      <w:pPr>
        <w:jc w:val="right"/>
      </w:pPr>
      <w:r>
        <w:t>سینٹرلائزڈ سسٹم، سب کچھ کنگ کے ہاتھ میں ہوتا تھا۔ لیکن فرانس کے میں جو ریولوشن آیا، اس کے بعد سب کچھ ڈی سینٹرلائز ہو گئی۔ آج انڈیا میں آپ دیکھ لیجیے، یہاں جو گورنمنٹ ہے، اس کا تعلق وہ ایک ایڈمنسٹریشن ہے۔ اس زمانے میں دیکھیے، حکومت کو کہا جاتا ہے ایڈمنسٹریشن، جیسے یو ایس ایڈمنسٹریشن۔ تو حکومت کا کام کیا ہے؟ ایڈمنسٹریشن چلانا،</w:t>
      </w:r>
    </w:p>
    <w:p>
      <w:r>
        <w:rPr>
          <w:b/>
        </w:rPr>
        <w:t xml:space="preserve">[19:29] </w:t>
      </w:r>
      <w:r>
        <w:t>intezaam chalana, bas. baqi sab jo department hain, wo is se azaad hain. jis mein mazhab bhi shamil hai. to yeh jo inqilab aaya, yeh jo revolution aaya france ke baad, is ke baad to hamein poori ki poori mazhabi azadi mil chuki hai. is ke baad yeh hua ke aap jante hain ke united nations bani, aur sari dunya ki jo</w:t>
      </w:r>
    </w:p>
    <w:p>
      <w:pPr>
        <w:jc w:val="right"/>
      </w:pPr>
      <w:r>
        <w:t>انتظام چلانا، بس۔ باقی سب جو ڈیپارٹمنٹ ہیں، وہ اس سے آزاد ہیں۔ جس میں مذہب بھی شامل ہے۔ تو یہ جو انقلاب آیا، یہ جو ریولوشن آیا فرانس کے بعد، اس کے بعد تو ہمیں پوری کی پوری مذہبی آزادی مل چکی ہے۔ اس کے بعد یہ ہوا کہ آپ جانتے ہیں کہ یونائیٹڈ نیشنز بنی، اور ساری دنیا کی جو</w:t>
      </w:r>
    </w:p>
    <w:p>
      <w:r>
        <w:rPr>
          <w:b/>
        </w:rPr>
        <w:t xml:space="preserve">[19:59] </w:t>
      </w:r>
      <w:r>
        <w:t>qaumein hain, sari nations jo hain, wo is mein is ki member hain. wo jo aik bohat hi choti state, bohat hi choti, chand kuch tiny countries hain, un ko chhod kar. to wahan par jo charter banaya gaya, us mein yeh likha gaya ke har insan ko poori poori religious freedom hogi. jis religion ko chahe maane, jis religion</w:t>
      </w:r>
    </w:p>
    <w:p>
      <w:pPr>
        <w:jc w:val="right"/>
      </w:pPr>
      <w:r>
        <w:t>قومیں ہیں، ساری نیشنز جو ہیں، وہ اس میں اس کی ممبر ہیں۔ وہ جو ایک بہت ہی چھوٹی اسٹیٹ، بہت ہی چھوٹی، چند کچھ ٹائنی کنٹریز ہیں، ان کو چھوڑ کر۔ تو وہاں پر جو چارٹر بنایا گیا، اس میں یہ لکھا گیا کہ ہر انسان کو پوری پوری ریلیجس فریڈم ہوگی۔ جس ریلیجن کو چاہے مانے، جس ر</w:t>
      </w:r>
    </w:p>
    <w:p>
      <w:r>
        <w:rPr>
          <w:b/>
        </w:rPr>
        <w:t xml:space="preserve">[20:29] </w:t>
      </w:r>
      <w:r>
        <w:t>religion ki chahe practice kare, aur jis religion ki chahe preach kare. shart sirf yeh hai ke wo peaceful rahe, bas. to sari hi nations ne is par sign kiye. aur yahi baat india ke constitution mein bhi likhi hui hai. india ka jo constitution hai, us mein bhi yeh likha hua hai ke yahan ke aik aik citizen ko yeh haq hoga ke jis mazhab ko chahe maane</w:t>
      </w:r>
    </w:p>
    <w:p>
      <w:pPr>
        <w:jc w:val="right"/>
      </w:pPr>
      <w:r>
        <w:t>یلیجن کی چاہے پریکٹس کرے، اور جس ریلیجن کی چاہے پریچ کرے۔ شرط صرف یہ ہے کہ وہ پیس فل رہے، بس۔ تو ساری ہی نیشنز نے اس پر سائن کیے۔ اور یہی بات انڈیا کے کانسٹیٹیوشن میں بھی لکھی ہوئی ہے۔ انڈیا کا جو کانسٹیٹیوشن ہے، اس میں بھی یہ لکھا ہوا ہے کہ یہاں کے ایک ایک سٹیزن کو یہ حق ہوگا کہ جس مذہب کو چاہے مانے</w:t>
      </w:r>
    </w:p>
    <w:p>
      <w:r>
        <w:rPr>
          <w:b/>
        </w:rPr>
        <w:t xml:space="preserve">[20:59] </w:t>
      </w:r>
      <w:r>
        <w:t>jis mazhab ko chahe practice kare, aur jis mazhab ko chahe preach kare. yeh sab hamare india ke constitution mein bhi likha hua hai. ab is ke baad ladne ki kya zaroorat hai? mujhe bataiye. ladne ki kya zaroorat hai? ab hum yahan par kaam karte hain. suppose hum yeh karein ke yeh jo park hai yahan ka, hum park par qabza kar lein ke hamein yahan par center banana hai. park par qab</w:t>
      </w:r>
    </w:p>
    <w:p>
      <w:pPr>
        <w:jc w:val="right"/>
      </w:pPr>
      <w:r>
        <w:t>، جس مذہب کو چاہے پریکٹس کرے، اور جس مذہب کو چاہے پریچ کرے۔ یہ سب ہمارے انڈیا کے کانسٹیٹیوشن میں بھی لکھا ہوا ہے۔ اب اس کے بعد لڑنے کی کیا ضرورت ہے؟ مجھے بتائیے۔ لڑنے کی کیا ضرورت ہے؟ اب ہم یہاں پر کام کرتے ہیں۔ سپوز ہم یہ کریں کہ یہ جو پارک ہے یہاں کا، ہم پارک پر قبضہ کر لیں کہ ہمیں یہاں پر سینٹر بنانا ہے۔ پارک پر قب</w:t>
      </w:r>
    </w:p>
    <w:p>
      <w:r>
        <w:rPr>
          <w:b/>
        </w:rPr>
        <w:t xml:space="preserve">[21:29] </w:t>
      </w:r>
      <w:r>
        <w:t>abza kar lein hum, jo ke government ki cheez hai. to kya hoga? hamein maar ke bhaga dein ge hum ko? police aayegi? hum ko pakad ke jail mein le jayegi? to yeh zamana poori tarah freedom ka zamana hai. lekin freedom ki kuch shart hoti hai, kuch condition hoti hai. wo yeh ke aap law abiding hon, aap violence na karein, aap</w:t>
      </w:r>
    </w:p>
    <w:p>
      <w:pPr>
        <w:jc w:val="right"/>
      </w:pPr>
      <w:r>
        <w:t>ضہ کر لیں ہم، جو کہ گورنمنٹ کی چیز ہے۔ تو کیا ہوگا؟ ہمیں مار کے بھگا دیں گے ہم کو؟ پولیس آئے گی؟ ہم کو پکڑ کے جیل میں لے جائے گی؟ تو یہ زمانہ پوری طرح فریڈم کا زمانہ ہے۔ لیکن فریڈم کی کچھ شرط ہوتی ہے، کچھ کنڈیشن ہوتی ہے۔ وہ یہ کہ آپ لا ابائیڈنگ ہوں، آپ وائلنس نہ کریں، آپ</w:t>
      </w:r>
    </w:p>
    <w:p>
      <w:r>
        <w:rPr>
          <w:b/>
        </w:rPr>
        <w:t xml:space="preserve">[21:59] </w:t>
      </w:r>
      <w:r>
        <w:t>kisi ke upar attack na karein, aap koi khufiya army na banayein, secret army na banayein. agar aap peaceful reh kar ke mazhab ko maanein, mazhab par chalein, mazhab ki tablegh karein, da'wat karein, to koi bhi rukawat nahi hai. to aaj kal ke jo log hain, main samajhta hoon ke is is haqeeqat se be-</w:t>
      </w:r>
    </w:p>
    <w:p>
      <w:pPr>
        <w:jc w:val="right"/>
      </w:pPr>
      <w:r>
        <w:t>کسی کے اوپر اٹیک نہ کریں، آپ کوئی خفیہ آرمی نہ بنائیں، سیکرٹ آرمی نہ بنائیں۔ اگر آپ پیس فل رہ کر کے مذہب کو مانیں، مذہب پر چلیں، مذہب کی تبلیغ کریں، دعوت کریں، تو کوئی بھی رکاوٹ نہیں ہے۔ تو آج کل کے جو لوگ ہیں، میں سمجھتا ہوں کہ اس اس حقیقت سے بے خ</w:t>
      </w:r>
    </w:p>
    <w:p>
      <w:r>
        <w:rPr>
          <w:b/>
        </w:rPr>
        <w:t xml:space="preserve">[22:29] </w:t>
      </w:r>
      <w:r>
        <w:t>khabar hone ki wajah se wo opportunity blind ho gaye. yani dunya mein kuch problems hote hain, kuch opportunities hoti hain. to aaj kal ke jitne bhi leader hain, main batata hoon ke without any exception, har aik opportunity blind ho gaya. bas problem ko point out kar ke problem se ladna. aur jo opportunities hain, us ko un availed chhod dena. yahan par</w:t>
      </w:r>
    </w:p>
    <w:p>
      <w:pPr>
        <w:jc w:val="right"/>
      </w:pPr>
      <w:r>
        <w:t>بر ہونے کی وجہ سے وہ اپرچونیٹی بلائنڈ ہو گئے۔ یعنی دنیا میں کچھ پرابلم ہوتے ہیں، کچھ اپرچونیٹیز ہوتی ہیں۔ تو آج کل کے جتنے بھی لیڈر ہیں، میں بتاتا ہوں کہ ودا آؤٹ اینی ایکسیپشن، ہر ایک اپرچونیٹی بلائنڈ ہو گیا۔ بس پرابلم کو پوائنٹ آؤٹ کر کے پرابلم سے لڑنا۔ اور جو اپرچونیٹیز ہیں، اس کو ان اویلڈ چھوڑ دینا۔ یہاں پر</w:t>
      </w:r>
    </w:p>
    <w:p>
      <w:r>
        <w:rPr>
          <w:b/>
        </w:rPr>
        <w:t xml:space="preserve">[22:59] </w:t>
      </w:r>
      <w:r>
        <w:t>mein aik baat yaad dilaunga ke quran mein aik law of nature bataya gaya hai. woh law of nature kya hai? yaani hamesha aisa hoga, according to the law of nature, ke problem ke sath sath opportunity hogi. sath sath, along with. to jab aap ko</w:t>
      </w:r>
    </w:p>
    <w:p>
      <w:pPr>
        <w:jc w:val="right"/>
      </w:pPr>
      <w:r>
        <w:t>میں ایک بات یاد دلاؤں گا کہ قرآن میں ایک لاء آف نیچر بتایا گیا ہے۔ وہ لاء آف نیچر کیا ہے؟ یعنی ہمیشہ ایسا ہوگا، اکارڈنگ ٹو دا لاء آف نیچر، کہ پرابلم کے ساتھ ساتھ اپرچونیٹی ہوگی۔ ساتھ ساتھ، النگ ود۔ تو جب آپ کو</w:t>
      </w:r>
    </w:p>
    <w:p>
      <w:r>
        <w:rPr>
          <w:b/>
        </w:rPr>
        <w:t xml:space="preserve">[23:30] </w:t>
      </w:r>
      <w:r>
        <w:t>problem mehsoos ho, to quran par agar aap ko faith hai, aap mante hain aap quran ko, to wohin problem ke paas hi opportunities hogi, us ko dhoondhiye, aur us ko avail kijiye. lekin is zamane ke log jo hain, woh ho gaye opportunity blind, unhein dikhai nahi deti opportunity, bas lad rahe hain, bas khali lad rahe hain. kisi bhi country mein, including Israel, aisa nahi hai ke</w:t>
      </w:r>
    </w:p>
    <w:p>
      <w:pPr>
        <w:jc w:val="right"/>
      </w:pPr>
      <w:r>
        <w:t>پرابلم محسوس ہو، تو قرآن پر اگر آپ کو فیتھ ہے، آپ مانتے ہیں آپ قرآن کو، تو وہیں پرابلم کے پاس ہی اپرچونیٹیز ہوگی، اس کو ڈھونڈیے، اور اس کو اویل کیجیے۔ لیکن اس زمانے کے لوگ جو ہیں، وہ ہو گئے اپرچونیٹی بلائنڈ، انہیں دکھائی نہیں دیتی اپرچونیٹی، بس لڑ رہے ہیں، بس خالی لڑ رہے ہیں۔ کسی بھی کنٹری میں، انکلوڈنگ اسرائیل، ایسا نہیں ہے کہ</w:t>
      </w:r>
    </w:p>
    <w:p>
      <w:r>
        <w:rPr>
          <w:b/>
        </w:rPr>
        <w:t xml:space="preserve">[24:00] </w:t>
      </w:r>
      <w:r>
        <w:t>mazhab par pabandi ho. wahan par Israel mein jo musalmanon ko mara jata hai, is liye ke woh mazhab practice kar rahe hain. is liye nahi mara jata. wahan to yeh hai ke aap yahoodi bachon ki aik bus chali ja rahi hai, ab aap ne bomb maar diya, bachche mar gaye. yahoodiyon ka aik club hai, wahan log apna kar rahe hain jo kar rahe hain, aap ne bomb maar diya, wahan log mar gaye. yahoodiyon ka aik shopping center hai, wahan ja ke bomb maar</w:t>
      </w:r>
    </w:p>
    <w:p>
      <w:pPr>
        <w:jc w:val="right"/>
      </w:pPr>
      <w:r>
        <w:t>مذہب پر پابندی ہو۔ وہاں پر اسرائیل میں جو مسلمانوں کو مارا جاتا ہے، اس لیے کہ وہ مذہب پریکٹس کر رہے ہیں۔ اس لیے نہیں مارا جاتا۔ وہاں تو یہ ہے کہ آپ یہودی بچوں کی ایک بس چلی جا رہی ہے، اب آپ نے بم مار دیا، بچے مر گئے۔ یہودیوں کا ایک کلب ہے، وہاں لوگ اپنا کر رہے ہیں جو کر رہے ہیں، آپ نے بم مار دیا، وہاں لوگ مر گئے۔ یہودیوں کا ایک شاپنگ سینٹر ہے، وہاں جا کے بم مار</w:t>
      </w:r>
    </w:p>
    <w:p>
      <w:r>
        <w:rPr>
          <w:b/>
        </w:rPr>
        <w:t xml:space="preserve">[24:30] </w:t>
      </w:r>
      <w:r>
        <w:t>diya, aur bohat sare log mar gaye. ab pakar dhakad hoti hai musalmanon ki, to aap kehte hain ke dekho Islam ke dushman hain yahoodi. yeh to bilkul baseless baat hai. Islam ke dushman nahi hain woh, woh violence ke dushman hain. aap violence karenge to woh is ke dushman banenge. Islam ko practice kiye to kuch bhi nahi. mein do baar gaya hoon Israel,</w:t>
      </w:r>
    </w:p>
    <w:p>
      <w:pPr>
        <w:jc w:val="right"/>
      </w:pPr>
      <w:r>
        <w:t>دیا، اور بہت سارے لوگ مر گئے۔ اب پکڑ دھکڑ ہوتی ہے مسلمانوں کی، تو آپ کہتے ہیں کہ دیکھو اسلام کے دشمن ہیں یہودی۔ یہ تو بالکل بیس لیس بات ہے۔ اسلام کے دشمن نہیں ہیں وہ، وہ وائلنس کے دشمن ہیں۔ آپ وائلنس کریں گے تو وہ اس کے دشمن بنیں گے۔ اسلام کو پریکٹس کیے تو کچھ بھی نہیں۔ میں دو بار گیا ہوں اسرائیل،</w:t>
      </w:r>
    </w:p>
    <w:p>
      <w:r>
        <w:rPr>
          <w:b/>
        </w:rPr>
        <w:t xml:space="preserve">[25:00] </w:t>
      </w:r>
      <w:r>
        <w:t>waise bhi janta hoon kitabon ke zariye, aur ja ke dekha bhi maine. mazhab par kuch bhi wahan par rukawat nahi hai. lekin aap sochiye ke jab aap bomb marenge, aap suicide bombing karenge, to zahir hai ke aap ko woh bhi karenge, aap ko retaliate karenge woh. to kehte hain kya Islam ka dushman hai yahoodi? woh Islam ka dushman nahi hai. woh aap ke violence ka jawab mein woh karwai karta hai. yahi sari duniya mein haal hai.</w:t>
      </w:r>
    </w:p>
    <w:p>
      <w:pPr>
        <w:jc w:val="right"/>
      </w:pPr>
      <w:r>
        <w:t>ویسے بھی جانتا ہوں کتابوں کے ذریعے، اور جا کے دیکھا بھی میں نے۔ مذہب پر کچھ بھی وہاں پر رکاوٹ نہیں ہے۔ لیکن آپ سوچیے کہ جب آپ بم ماریں گے، آپ سوسائیڈ بمبنگ کریں گے، تو ظاہر ہے کہ آپ کو وہ بھی کریں گے، آپ کو ریٹیلیٹ کریں گے وہ۔ تو کہتے ہیں کیا اسلام کا دشمن ہے یہودی؟ وہ اسلام کا دشمن نہیں ہے۔ وہ آپ کے وائلنس کا جواب میں وہ کارروائی کرتا ہے۔ یہی ساری دنیا میں حال ہے۔</w:t>
      </w:r>
    </w:p>
    <w:p>
      <w:r>
        <w:rPr>
          <w:b/>
        </w:rPr>
        <w:t xml:space="preserve">[25:30] </w:t>
      </w:r>
      <w:r>
        <w:t>mein aap ko Bosnia ki misaal di. aap Kashmir ko lijiye, Kashmir mein itni azadi thi, bohat azadi thi. aik martaba mein gaya Kashmir pehle, to aik musalmanon ki aik basti mein gaya, to wahan par kuch door army ke camp hua karte the. to unhon ne bataya ke army wale jo hain, un ke haan khanzir padi hui thi. to aik khanzir jo hai, bhatak</w:t>
      </w:r>
    </w:p>
    <w:p>
      <w:pPr>
        <w:jc w:val="right"/>
      </w:pPr>
      <w:r>
        <w:t>میں آپ کو بوسنیا کی مثال دی۔ آپ کاشمیر کو لیجیے، کاشمیر میں اتنی آزادی تھی، بہت آزادی تھی۔ ایک مرتبہ میں گیا کاشمیر پہلے، تو ایک مسلمانوں کی ایک بستی میں گیا، تو وہاں پر کچھ دور آرمی کے کیمپ ہوا کرتے تھے۔ تو انہوں نے بتایا کہ آرمی والے جو ہیں، ان کے ہاں خنزیر پڑی ہوئی تھی۔ تو ایک خنزیر جو ہے، بھٹک</w:t>
      </w:r>
    </w:p>
    <w:p>
      <w:r>
        <w:rPr>
          <w:b/>
        </w:rPr>
        <w:t xml:space="preserve">[26:00] </w:t>
      </w:r>
      <w:r>
        <w:t>kar ke musalmanon ki basti mein aa gaya. ab musalmanon ne shor ghoul kiya, to sare khanzir wahan se bhej diye gaye, hata diye gaye ke musalmanon ko pasand nahi hai yeh, yahan khanzir nahi rahengi. yeh to jo kuch wahan hua hai, woh hua hai October 89 ke baad, jab ke musalmanon ne bomb mara. aap ko maloom hai ke October 89 mein musalmanon ne government ke do buildingon par bomb mara.</w:t>
      </w:r>
    </w:p>
    <w:p>
      <w:pPr>
        <w:jc w:val="right"/>
      </w:pPr>
      <w:r>
        <w:t>کر کے مسلمانوں کی بستی میں آ گیا۔ اب مسلمانوں نے شور غول کیا، تو سارے خنزیر وہاں سے بھیج دیے گئے، ہٹا دیے گئے کہ مسلمانوں کو پسند نہیں ہے یہ، یہاں خنزیر نہیں رہیں گے۔ یہ تو جو کچھ وہاں ہوا ہے، وہ ہوا ہے اکتوبر 89 کے بعد، جب کہ مسلمانوں نے بم مارا۔ آپ کو معلوم ہے کہ اکتوبر 89 میں مسلمانوں نے گورنمنٹ کے دو بلڈنگوں پر بم مارا۔</w:t>
      </w:r>
    </w:p>
    <w:p>
      <w:r>
        <w:rPr>
          <w:b/>
        </w:rPr>
        <w:t xml:space="preserve">[26:31] </w:t>
      </w:r>
      <w:r>
        <w:t>zahir hai is ke baad shuru ho gayi ladai. to Palestine mein ho ya Kashmir mein ho ya Philippines mein ho ya Bosnia mein ho, kahin bhi jahan bhi musalmanon ko shikayat hai ke log hamare dushman hain, to kahin bhi aisa nahi hai ke woh mazhab ke dushman hain, woh Islam ke dushman hain, woh aap ke violence ke dushman hain, aap ke suicide bombing ke dushman hain, aap ke gun culture ke dushman hain. to yeh kitna bara samjhiye ke kitni bari</w:t>
      </w:r>
    </w:p>
    <w:p>
      <w:pPr>
        <w:jc w:val="right"/>
      </w:pPr>
      <w:r>
        <w:t>ظاہر ہے اس کے بعد شروع ہو گئی لڑائی۔ تو فلسطین میں ہو یا کشمیر میں ہو یا فلپائن میں ہو یا بوسنیا میں ہو، کہیں بھی جہاں بھی مسلمانوں کو شکایت ہے کہ لوگ ہمارے دشمن ہیں، تو کہیں بھی ایسا نہیں ہے کہ وہ مذہب کے دشمن ہیں، وہ اسلام کے دشمن ہیں، وہ آپ کے وائلنس کے دشمن ہیں، آپ کے سوسائیڈ بمبنگ کے دشمن ہیں، آپ کے گن کلچر کے دشمن ہیں۔ تو یہ کتنا بڑا سمجھیے کہ کتنی بڑی</w:t>
      </w:r>
    </w:p>
    <w:p>
      <w:r>
        <w:rPr>
          <w:b/>
        </w:rPr>
        <w:t xml:space="preserve">[27:01] </w:t>
      </w:r>
      <w:r>
        <w:t>galti hai ke jo un ka jo fe'l aap ke gun culture ke khilaf ho, us ka aap keh rahe hain ke woh Islam ke khilaf hai. to mein jo keh raha hoon, woh yeh keh raha hoon ke Khuda ne hamare upar yeh farz kiya hai ke hum dawat ka kaam karen. sari duniya jo hai, darud dawah hai, sare insan mad</w:t>
      </w:r>
    </w:p>
    <w:p>
      <w:pPr>
        <w:jc w:val="right"/>
      </w:pPr>
      <w:r>
        <w:t>غلطی ہے کہ جو ان کا جو فعل آپ کے گن کلچر کے خلاف ہو، اس کا آپ کہہ رہے ہیں کہ وہ اسلام کے خلاف ہے۔ تو میں جو کہہ رہا ہوں، وہ یہ کہہ رہا ہوں کہ خدا نے ہمارے اوپر یہ فرض کیا ہے کہ ہم دعوت کا کام کریں۔ ساری دنیا جو ہے، دارالدعویٰ ہے، سارے انسان مد</w:t>
      </w:r>
    </w:p>
    <w:p>
      <w:r>
        <w:rPr>
          <w:b/>
        </w:rPr>
        <w:t xml:space="preserve">[27:31] </w:t>
      </w:r>
      <w:r>
        <w:t>u hain, hum daai hain, hamein dawat ka kaam karna hai logon ke upar. yeh dawat ka kaam poori tarah aik peaceful kaam hai. peaceful kaam. yaani Islam ke message ko peaceful tareeqe se phailana, yeh hai dawat. is amal par koi bhi rukawat nahi hai. har country mein aap kar sakte hain. har country mein aap kar</w:t>
      </w:r>
    </w:p>
    <w:p>
      <w:pPr>
        <w:jc w:val="right"/>
      </w:pPr>
      <w:r>
        <w:t>عو ہیں، ہم داعی ہیں، ہمیں دعوت کا کام کرنا ہے لوگوں کے اوپر۔ یہ دعوت کا کام پوری طرح ایک پیس فل کام ہے۔ پیس فل کام۔ یعنی اسلام کے میسج کو پیس فل طریقے سے پھیلانا، یہ ہے دعوت۔ اس عمل پر کوئی بھی رکاوٹ نہیں ہے۔ ہر کنٹری میں آپ کر سکتے ہیں۔ ہر کنٹری میں آپ کر</w:t>
      </w:r>
    </w:p>
    <w:p>
      <w:r>
        <w:rPr>
          <w:b/>
        </w:rPr>
        <w:t xml:space="preserve">[28:01] </w:t>
      </w:r>
      <w:r>
        <w:t>sakte hain. sirf yeh baat nahi hai ke hamein azadi hai. aur bohat si aur baatein hain jo hamare zamane mein hamein hasil hui hain, lekin hum apne political mindset ki taraf se, apne political mindset ki wajah se, aur apni is is yaani self-style jihad ki wajah se, us ko avail nahi kar pa rahe.</w:t>
      </w:r>
    </w:p>
    <w:p>
      <w:pPr>
        <w:jc w:val="right"/>
      </w:pPr>
      <w:r>
        <w:t>سکتے ہیں۔ صرف یہی بات نہیں ہے کہ ہمیں آزادی ہے۔ اور بہت سی اور باتیں ہیں جو ہمارے زمانے میں ہمیں حاصل ہوئی ہیں، لیکن ہم اپنے پولیٹیکل مینٹ آف مائنڈ کی طرف سے، اپنے پولیٹیکل مینٹ آف مائنڈ کی وجہ سے، اور اپنی اس اس یعنی سیلف اسٹائل جہاد کی وجہ سے، اس کو اویل نہیں کر پا رہے۔</w:t>
      </w:r>
    </w:p>
    <w:p>
      <w:r>
        <w:rPr>
          <w:b/>
        </w:rPr>
        <w:t xml:space="preserve">[28:33] </w:t>
      </w:r>
      <w:r>
        <w:t>yeh jo aaj kal jihad hai, woh self-style jihad hai, us ka Islam se koi talluq nahi hai. to log bohat zyada yaani logon ki thinking, political thinking ban gayi hai. woh samajhte hain ke bas jihad karo, maro kaato, is tarah se tumhare liye raaste khulenge, tum ko tumhara dabdaba duniya mein qaim hoga. to yeh sara yeh jo matlab yeh jo mizaj hai, yeh</w:t>
      </w:r>
    </w:p>
    <w:p>
      <w:pPr>
        <w:jc w:val="right"/>
      </w:pPr>
      <w:r>
        <w:t>یہ جو آج کل جہاد ہے، وہ سیلف اسٹائل جہاد ہے، اس کا اسلام سے کوئی تعلق نہیں ہے۔ تو لوگ بہت زیادہ یعنی لوگوں کی تھنکنگ، پولیٹیکل تھنکنگ بن گئی ہے۔ وہ سمجھتے ہیں کہ بس جہاد کرو، مارو کاٹو، اس طرح سے تمہیں تمہارے لیے راستے کھلیں گے، تم کو تمہارا دبدبہ دنیا میں قائم ہوگا۔ تو یہ سارا یہ جو مطلب یہ جو مزاج ہے، یہ</w:t>
      </w:r>
    </w:p>
    <w:p>
      <w:r>
        <w:rPr>
          <w:b/>
        </w:rPr>
        <w:t xml:space="preserve">[29:03] </w:t>
      </w:r>
      <w:r>
        <w:t>soch hai, us ki wajah se log jo maine kaha ke opportunity blind ho gaye hain, unhein dikhai nahi deta. mein aap ko chand aik baatein is silsile mein batana chahunga. aik baat dekhiye, yeh hai is zamane mein aik aisi cheez aayi hai duniya mein jo kabhi bhi pehle nahi thi, kabhi bhi nahi thi, poori history mein nahi thi kabhi.</w:t>
      </w:r>
    </w:p>
    <w:p>
      <w:pPr>
        <w:jc w:val="right"/>
      </w:pPr>
      <w:r>
        <w:t>سوچ ہے، اس کی وجہ سے لوگ جو میں نے کہا کہ اپرچونیٹی بلائنڈ ہو گئے ہیں، انہیں دکھائی نہیں دیتا۔ میں آپ کو چند ایک باتیں اس سلسلے میں بتانا چاہوں گا۔ ایک بات دیکھیے، یہ ہے اس زمانے میں ایک ایسی چیز آئی ہے دنیا میں جو کبھی بھی پہلے نہیں تھی، کبھی بھی نہیں تھی، پوری ہسٹری میں نہیں تھی کبھی۔</w:t>
      </w:r>
    </w:p>
    <w:p>
      <w:r>
        <w:rPr>
          <w:b/>
        </w:rPr>
        <w:t xml:space="preserve">[29:34] </w:t>
      </w:r>
      <w:r>
        <w:t>woh hai cheezon ko rational basis par judge karna. cheezon ko reason par jaanchana, logic par jaanchana. pehle kahan tha? pehle to suppression tha, bas mante the, is liye mante the. kabhi is se pehle mazhab ke bare mein reason nahi chalai jati thi. mazhab ke bare mein reason nahi chalai jati thi.</w:t>
      </w:r>
    </w:p>
    <w:p>
      <w:pPr>
        <w:jc w:val="right"/>
      </w:pPr>
      <w:r>
        <w:t>وہ ہے چیزوں کو ریشنل بیسس پر جج کرنا۔ چیزوں کو ریزن پر جانچنا، لاجک پر جانچنا۔ پہلے کہاں تھا؟ پہلے تو سپریسیشن تھا، بس مانتے تھے، اس لیے مانتے تھے۔ کبھی اس سے پہلے مذہب کے بارے میں ریزن نہیں چلائی جاتی تھی۔ مذہب کے بارے میں ریزن نہیں چلائی جاتی تھی۔</w:t>
      </w:r>
    </w:p>
    <w:p>
      <w:r>
        <w:rPr>
          <w:b/>
        </w:rPr>
        <w:t xml:space="preserve">[30:04] </w:t>
      </w:r>
      <w:r>
        <w:t>ab yeh hua hai science ke asar se. science ka jo انقلاب aaya, to science ne kya kiya? aik spirit of inquiry paida ki. science ne kya kiya? ke reason ko bohat zyada ahmiyat di. ab har cheez ko reason se jaancha jaane laga. reason se jaancha jaane laga. jo cheez reason based na ho</w:t>
      </w:r>
    </w:p>
    <w:p>
      <w:pPr>
        <w:jc w:val="right"/>
      </w:pPr>
      <w:r>
        <w:t>اب یہ ہوا ہے سائنس کے اثر سے۔ سائنس کا جو انقلاب آیا، تو سائنس نے کیا کیا؟ ایک اسپرٹ آف انکوائری پیدا کی۔ سائنس نے کیا کیا؟ کہ ریزن کو بہت زیادہ اہمیت دی۔ اب ہر چیز کو ریزن سے جانچا جانے لگا۔ ریزن سے جانچا جانے لگا۔ جو چیز ریزن بیسڈ نہ ہو</w:t>
      </w:r>
    </w:p>
    <w:p>
      <w:r>
        <w:rPr>
          <w:b/>
        </w:rPr>
        <w:t xml:space="preserve">[30:35] </w:t>
      </w:r>
      <w:r>
        <w:t>jis ki rational basis na ho, woh insaan us ko radd kar deta hai. ab yeh hamare haq mein kitni bari baat thi. yaani yeh jo faisle ki buniyad jo zamane ne faraham ki, woh ain hamare haq mein thi, lekin aap us ko avail nahi kar sake. kyun? jitne bhi religious system hain, sab ke sab yaani un ka yaani reason par jaanchne pe woh poore nahi utarte. kyunke un ki woh mythology b</w:t>
      </w:r>
    </w:p>
    <w:p>
      <w:pPr>
        <w:jc w:val="right"/>
      </w:pPr>
      <w:r>
        <w:t>، جس کی ریشنل بیسس نہ ہو، وہ انسان اس کو رد کر دیتا ہے۔ اب یہ ہمارے حق میں کتنی بڑی بات تھی۔ یعنی یہ جو فیصلے کی بنیاد جو زمانے نے فراہم کی، وہ عین ہمارے حق میں تھی، لیکن آپ اس کو اویل نہیں کر سکے۔ کیوں؟ جتنے بھی ریلیجس سسٹم ہیں، سب کے سب یعنی ان کا یعنی ریزن پر جانچنے پہ وہ پورے نہیں اترتے۔ کیونکہ ان کی وہ ماتھالوجی ب</w:t>
      </w:r>
    </w:p>
    <w:p>
      <w:r>
        <w:rPr>
          <w:b/>
        </w:rPr>
        <w:t xml:space="preserve">[31:05] </w:t>
      </w:r>
      <w:r>
        <w:t>ased karte hain. un ke paas history nahi hai. bas aik andhe vishwas ke taur par chal raha hai sara mamla. blind faith par. sare hi religion koi un ki history nahi, koi un ka yaani rational background nahi, siwaye Islam ke. Islam is zamane ke zamane ne jo buniyad faraham ki faisla karne</w:t>
      </w:r>
    </w:p>
    <w:p>
      <w:pPr>
        <w:jc w:val="right"/>
      </w:pPr>
      <w:r>
        <w:t>یس کرتے ہیں۔ ان کے پاس ہسٹری نہیں ہے۔ بس ایک اندھے وشواس کے طور پر چل رہا ہے سارا معاملہ۔ بلائنڈ فیتھ پر۔ سارے ہی ریلیجن کوئی ان کی ہسٹری نہیں، کوئی ان کا یعنی ریشنل بیک گراؤنڈ نہیں، سوائے اسلام کے۔ اسلام اس زمانے کے زمانے نے جو بنیاد فراہم کی فیصلہ کرنے</w:t>
      </w:r>
    </w:p>
    <w:p>
      <w:r>
        <w:rPr>
          <w:b/>
        </w:rPr>
        <w:t xml:space="preserve">[31:35] </w:t>
      </w:r>
      <w:r>
        <w:t>ki, woh ain Islam ke haq mein thi ke rational buniyad par jaancho, aur Islam jo hai woh sach pata chale ke Islami sach sacha system hai, aur sab to mythology base karte hain, blind faith par base karte hain, illogical base par khade hue hain, lekin us ko istemal nahi kiya gaya, us ko avail nahi kiya</w:t>
      </w:r>
    </w:p>
    <w:p>
      <w:pPr>
        <w:jc w:val="right"/>
      </w:pPr>
      <w:r>
        <w:t>کی، وہ عین اسلام کے حق میں تھی کہ ریشنل بنیاد پر جانچو، اور اسلام جو ہے وہ سچ پتہ چلے کہ اسلامی سچ سچا سسٹم ہے، اور سب تو ماتھالوجی بیس کرتے ہیں، بلائنڈ فیتھ پر بیس کرتے ہیں، اللوجیکل بیس پر کھڑے ہوئے ہیں، لیکن اس کو استعمال نہیں کیا گیا، اس کو اویل نہیں کیا</w:t>
      </w:r>
    </w:p>
    <w:p>
      <w:r>
        <w:rPr>
          <w:b/>
        </w:rPr>
        <w:t xml:space="preserve">[32:05] </w:t>
      </w:r>
      <w:r>
        <w:t>gaya. kyun? log logon ke mind lage rahe yaani self-style jihad mein, ladai bhadai mein, suicide bombing mein. to is zamane mein itni bari opportunity khuli ke aik aisa criterion wajood mein aaya, aisa criterion jis par sirf Islami stand kar sake. yeh kitni bari baat hai, sochiye aap. maslan yeh question ho ke mazhabi jo book</w:t>
      </w:r>
    </w:p>
    <w:p>
      <w:pPr>
        <w:jc w:val="right"/>
      </w:pPr>
      <w:r>
        <w:t>گیا۔ کیوں؟ لوگ لوگوں کے مائنڈ لگے رہے یعنی سیلف اسٹائل جہاد میں، لڑائی بھڑائی میں، سوسائیڈ بمبنگ میں۔ تو اس زمانے میں اتنی بڑی اپرچونیٹی کھلی کہ ایک ایسا کرائٹیرین وجود میں آیا، ایسا کرائٹیرین جس پر صرف اسلامی اسٹینڈ کر سکے۔ یہ کتنی بڑی بات ہے، سوچیے آپ۔ مثلاً یہ کوئسچن ہو کہ مذہبی جو بک</w:t>
      </w:r>
    </w:p>
    <w:p>
      <w:r>
        <w:rPr>
          <w:b/>
        </w:rPr>
        <w:t xml:space="preserve">[32:35] </w:t>
      </w:r>
      <w:r>
        <w:t>hai, kya history se yeh prove hota hai ke wohi original book hai jo mazhab ke peshwa ne apne zamane mein pesh ki thi? to koi bhi book other than Islam us pe stand nahi karti. kisi mazhab mein us ki jo secret book hai, apne original form par woh baqi nahi hai. isi tarah se is mein milawat ho gayi hai, irrational baatein, illogical b</w:t>
      </w:r>
    </w:p>
    <w:p>
      <w:pPr>
        <w:jc w:val="right"/>
      </w:pPr>
      <w:r>
        <w:t>ہے، کیا ہسٹری سے یہ پروف ہوتا ہے کہ وہی اوریجنل بک ہے جو مذہب کے پیشوا نے اپنے زمانے میں پیش کی تھی؟ تو کوئی بھی بک ادر دین اسلام اس پہ اسٹینڈ نہیں کرتی۔ کسی مذہب میں اس کی جو سیکرٹ بک ہے، اپنے اوریجنل فارم پر وہ باقی نہیں ہے۔ اسی طرح سے اس میں ملاوٹ ہو گئی ہے، اریشنل باتیں، اللوجیکل ب</w:t>
      </w:r>
    </w:p>
    <w:p>
      <w:r>
        <w:rPr>
          <w:b/>
        </w:rPr>
        <w:t xml:space="preserve">[33:05] </w:t>
      </w:r>
      <w:r>
        <w:t>atein is mein aa gayi hain, jo science ke scrutiny par stand nahi karti. jabke Quran wohi aaj bhi hai jaisa ke Rasool Allah ne pesh kiya tha, us mein koi irrational baat nahi, koi illogical baat nahi. us ki har baat scientific scrutiny par stand karti hai. ab bataiye ke zamane ne yeh yaani aik lambe process ke baad aisa hua</w:t>
      </w:r>
    </w:p>
    <w:p>
      <w:pPr>
        <w:jc w:val="right"/>
      </w:pPr>
      <w:r>
        <w:t>اتیں اس میں آ گئی ہیں، جو سائنس کے اسکرٹنی پر اسٹینڈ نہیں کرتی۔ جبکہ قرآن وہی آج بھی ہے جیسا کہ رسول اللہ نے پیش کیا تھا، اس میں کوئی اریشنل بات نہیں، کوئی اللوجیکل بات نہیں۔ اس کی ہر بات سائنسی اسکرٹنی پر اسٹینڈ کرتی ہے۔ اب بتائیے کہ زمانے نے یہ یعنی ایک لمبے پروسیس کے بعد ایسا ہوا</w:t>
      </w:r>
    </w:p>
    <w:p>
      <w:r>
        <w:rPr>
          <w:b/>
        </w:rPr>
        <w:t xml:space="preserve">[33:36] </w:t>
      </w:r>
      <w:r>
        <w:t>ke yeh maan liya gaya ke jo cheez reason par stand kare, jo scientific scrutiny pe stand kare, wohi sachai hai, baqi sab mythology hai. lekin musalman us ko avail nahi kar sake, koi to ladai bhadai mein mashgool the. kya is se bara koi loss ho sakta hai? ab dekhiye, media ka zamana dekhiye. is zamane mein media kitni</w:t>
      </w:r>
    </w:p>
    <w:p>
      <w:pPr>
        <w:jc w:val="right"/>
      </w:pPr>
      <w:r>
        <w:t>کہ یہ مان لیا گیا کہ جو چیز ریزن پر اسٹینڈ کرے، جو سائنٹیفک اسکرٹنی پہ اسٹینڈ کرے، وہی سچائی ہے، باقی سب مائتھالوجی ہے۔ لیکن مسلمان اس کو اویل نہیں کر سکے، کوئی تو لڑائی بھڑائی میں مشغول تھے۔ کیا اس سے بڑا کوئی لاس ہو سکتا ہے؟ اب دیکھیے، میڈیا کا زمانہ دیکھیے۔ اس زمانے میں میڈیا کتنی</w:t>
      </w:r>
    </w:p>
    <w:p>
      <w:r>
        <w:rPr>
          <w:b/>
        </w:rPr>
        <w:t xml:space="preserve">[34:06] </w:t>
      </w:r>
      <w:r>
        <w:t>bari blessing hai, kitni bari nemat hai, jo is zamane mein kabhi bhi nahi thi maujood, kabhi bhi nahi thi. maslan aap dekhiye, aap jante hain ke Islam ki beginning hui hai 610 Esvi mein, 610 AD mein. us ke baad Uqba ibn Nafi tabi'i aik the, woh Asia se Afri</w:t>
      </w:r>
    </w:p>
    <w:p>
      <w:pPr>
        <w:jc w:val="right"/>
      </w:pPr>
      <w:r>
        <w:t>بڑی بلیسنگ ہے، کتنی بڑی نعمت ہے، جو اس زمانے میں کبھی بھی نہیں تھی موجود، کبھی بھی نہیں تھی۔ مثلاً آپ دیکھیے، آپ جانتے ہیں کہ اسلام کی بگننگ ہوئی ہے 610 عیسوی میں، 610 ایڈی میں۔ اس کے بعد عقبہ ابن نافع تابعی ایک تھے، وہ ایشیا سے اف</w:t>
      </w:r>
    </w:p>
    <w:p>
      <w:r>
        <w:rPr>
          <w:b/>
        </w:rPr>
        <w:t xml:space="preserve">[34:36] </w:t>
      </w:r>
      <w:r>
        <w:t>qa tak gaye, un ke sath army thi, aur fateh bhi kiya unhon ne, aur Islam ko phailaya unhon ne. to woh chalte chalte Africa pahunch gaye. Africa ka jo western coast hai, wahan par aap jante hain ke Atlantic samundar aa jata hai. to yaani western coast tak pahunch gaye, yahan tak ke Atlantic aa gaya, to unhon ne apna ghoda</w:t>
      </w:r>
    </w:p>
    <w:p>
      <w:pPr>
        <w:jc w:val="right"/>
      </w:pPr>
      <w:r>
        <w:t>ریقہ تک گئے، ان کے ساتھ آرمی تھی، اور فتح بھی کیا انہوں نے، اور اسلام کو پھیلایا انہوں نے۔ تو وہ چلتے چلتے افریقہ پہنچ گئے۔ افریقہ کا جو ویسٹرن کوسٹ ہے، وہاں پر آپ جانتے ہیں کہ اٹلانٹک سمندر آ جاتا ہے۔ تو یعنی ویسٹرن کوسٹ تک پہنچ گئے، یہاں تک کہ اٹلانٹک آ گیا، تو انہوں نے اپنا گھوڑا</w:t>
      </w:r>
    </w:p>
    <w:p>
      <w:r>
        <w:rPr>
          <w:b/>
        </w:rPr>
        <w:t xml:space="preserve">[35:07] </w:t>
      </w:r>
      <w:r>
        <w:t>samundar mein dala, us ke kinare jahan pani kam hota hai, aur kaha ke Allah aye Khuda, agar mein janta ke is samundar ke us paar bhi zameen hai, us paar bhi mulk hai, us paar bhi koi qaum hai, to mein samundar mein ghus jata aur wahan tak pahunchta, wahan bhi t</w:t>
      </w:r>
    </w:p>
    <w:p>
      <w:pPr>
        <w:jc w:val="right"/>
      </w:pPr>
      <w:r>
        <w:t>سمندر میں ڈالا، اس کے کنارے جہاں پانی کم ہوتا ہے، اور کہا کہ اللہ اے خدا، اگر میں جانتا کہ اس سمندر کے اس پار بھی زمین ہے، اس پار بھی ملک ہے، اس پار بھی کوئی قوم ہے، تو میں سمندر میں گھس جاتا اور وہاں تک پہنچتا، وہاں بھی ت</w:t>
      </w:r>
    </w:p>
    <w:p>
      <w:r>
        <w:rPr>
          <w:b/>
        </w:rPr>
        <w:t xml:space="preserve">[35:37] </w:t>
      </w:r>
      <w:r>
        <w:t>akah tera paigham wahan bhi pohnch jae. yeh safar jantay hain kitnay din tak hoa tha? 610 eesvi mein islam shuru hoa, aur Uqba bin Nafi ka intiqal hoa hai 683 eesvi mein. yaani 70 saal, 70 years mein islam Arab se Africa tak pohncha, aur America tak phir bhi nahi pohnch saka.</w:t>
      </w:r>
    </w:p>
    <w:p>
      <w:pPr>
        <w:jc w:val="right"/>
      </w:pPr>
      <w:r>
        <w:t>اکہ تیرا پیغام وہاں بھی پہنچ جائے۔ یہ سفر جانتے ہیں کتنے دن تک ہوا تھا؟ 610 عیسوی میں اسلام شروع ہوا، اور عقبہ بن نافع کا انتقال ہوا ہے 683 عیسوی میں۔ یعنی 70 سال، 70 ایئرز میں اسلام عرب سے افریقہ تک پہنچا، اور امریکہ تک پھر بھی نہیں پہنچ سکا۔</w:t>
      </w:r>
    </w:p>
    <w:p>
      <w:r>
        <w:rPr>
          <w:b/>
        </w:rPr>
        <w:t xml:space="preserve">[36:09] </w:t>
      </w:r>
      <w:r>
        <w:t>aur aaj, aaj aap print media, electronic media, aur internet ke zariye second mein, minute mein sari dunya apna message bhej detay hain. yeh hai media ka miracle. lekin is se bekhabar ho kar hum lar rahe hain, apni janain de rahe hain, suicide bombing kar rahe hain.</w:t>
      </w:r>
    </w:p>
    <w:p>
      <w:pPr>
        <w:jc w:val="right"/>
      </w:pPr>
      <w:r>
        <w:t>اور آج، آج آپ پرنٹ میڈیا، الیکٹرانک میڈیا، اور انٹرنیٹ کے ذریعے سیکنڈ میں، منٹ میں ساری دنیا اپنا میسج بھیج دیتے ہیں۔ یہ ہے میڈیا کا مرکل۔ لیکن اس سے بے خبر ہو کر ہم لڑ رہے ہیں، اپنی جانیں دے رہے ہیں، سوسائیڈ بمبنگ کر رہے ہیں۔</w:t>
      </w:r>
    </w:p>
    <w:p>
      <w:r>
        <w:rPr>
          <w:b/>
        </w:rPr>
        <w:t xml:space="preserve">[36:39] </w:t>
      </w:r>
      <w:r>
        <w:t>to itni bari opportunity hamaray liye khuli hui hai ke pehlay zamanay mein 70 saal ke safar ke baad bhi poore globe par islam nahi pohnch saka tha. aaj aap 70 second mein pohncha sakte hain, aur is ko hum avail nahi kar rahay. kaisi ajeeb baat hai yeh, kaisi ajeeb baat hai yeh.</w:t>
      </w:r>
    </w:p>
    <w:p>
      <w:pPr>
        <w:jc w:val="right"/>
      </w:pPr>
      <w:r>
        <w:t>تو اتنی بڑی اپرچونیٹی ہمارے لیے کھلی ہوئی ہے کہ پہلے زمانے میں 70 سال کے سفر کے بعد بھی پورے گلوب پر اسلام نہیں پہنچ سکا تھا۔ آج آپ 70 سیکنڈ میں پہنچا سکتے ہیں، اور اس کو ہم اویل نہیں کر رہے۔ کیسی عجیب بات ہے یہ، کیسی عجیب بات ہے یہ۔</w:t>
      </w:r>
    </w:p>
    <w:p>
      <w:r>
        <w:rPr>
          <w:b/>
        </w:rPr>
        <w:t xml:space="preserve">[37:11] </w:t>
      </w:r>
      <w:r>
        <w:t>isi tarah dekhiye, aaj jo infrastructure hamaray paas hai, woh pehlay kabhi bhi nahi tha. pehlay insan oont par chalta tha ya ghore par chalta tha. aaj kya hai? aaj sarkain bani hui hain, aaj motor carain derti hain, aaj hawai jahaz urr tay hain. aaj ka ship bhi pehlay ke ship se bohat ziyada taiz chalta hai</w:t>
      </w:r>
    </w:p>
    <w:p>
      <w:pPr>
        <w:jc w:val="right"/>
      </w:pPr>
      <w:r>
        <w:t>اسی طرح دیکھیے، آج جو انفراسٹرکچر ہمارے پاس ہے، وہ پہلے کبھی بھی نہیں تھا۔ پہلے انسان اونٹ پر چلتا تھا یا گھوڑے پر چلتا تھا۔ آج کیا ہے؟ آج سڑکیں بنی ہوئی ہیں، آج موٹر کاریں دوڑتی ہیں، آج ہوائی جہاز اڑتے ہیں۔ آج کا شپ بھی پہلے کے شپ سے بہت زیادہ تیز چلتا ہے</w:t>
      </w:r>
    </w:p>
    <w:p>
      <w:r>
        <w:rPr>
          <w:b/>
        </w:rPr>
        <w:t xml:space="preserve">[37:41] </w:t>
      </w:r>
      <w:r>
        <w:t>samandar mein. to jis cheez ko kehtay hain infrastructure, woh pehlay maujood hi nahi tha, modern infrastructure. ab modern infrastructure jo hai, us ko log istemal kar rahay hain kis mein? industry mein, business mein. halankay sab se bara, sab se bari zaroorat yeh thi ke us ko dawat ke liye istemal kiya jae. dawat ke liye, dawat ko</w:t>
      </w:r>
    </w:p>
    <w:p>
      <w:pPr>
        <w:jc w:val="right"/>
      </w:pPr>
      <w:r>
        <w:t>سمندر میں۔ تو جس چیز کو کہتے ہیں انفراسٹرکچر، وہ پہلے موجود ہی نہیں تھا، ماڈرن انفراسٹرکچر۔ اب ماڈرن انفراسٹرکچر جو ہے، اس کو لوگ استعمال کر رہے ہیں کس میں؟ انڈسٹری میں، بزنس میں۔ حالانکہ سب سے بڑا، سب سے بڑی ضرورت یہ تھی کہ اس کو دعوت کے لیے استعمال کیا جائے۔ دعوت کے لیے، دعوت کو</w:t>
      </w:r>
    </w:p>
    <w:p>
      <w:r>
        <w:rPr>
          <w:b/>
        </w:rPr>
        <w:t xml:space="preserve">[38:11] </w:t>
      </w:r>
      <w:r>
        <w:t>phailanay ke liye, dawat ko ziyada effective bananay ke liye istemal kiya jae. lekin yahan bhi wahi dekhiye, is opportunity ko bhi hum avail nahi kar pa rahay hain. kyun? is liye ke larnay se fursat nahi, land ke liye aur apnay madi cheezon ke liye lar rahay hain, yahan tak ke suicide bombing kar rahay</w:t>
      </w:r>
    </w:p>
    <w:p>
      <w:pPr>
        <w:jc w:val="right"/>
      </w:pPr>
      <w:r>
        <w:t>پھیلانے کے لیے، دعوت کو زیادہ ایفیکٹو بنانے کے لیے استعمال کیا جائے۔ لیکن یہاں بھی وہی دیکھیے، اس اپرچونیٹی کو بھی ہم اویل نہیں کر پا رہے ہیں۔ کیوں؟ اس لیے کہ لڑنے سے فرصت نہیں، لینڈ کے لیے اور اپنے مادی چیزوں کے لیے لڑ رہے ہیں، یہاں تک کہ سوسائیڈ بمبنگ کر رہے</w:t>
      </w:r>
    </w:p>
    <w:p>
      <w:r>
        <w:rPr>
          <w:b/>
        </w:rPr>
        <w:t xml:space="preserve">[38:41] </w:t>
      </w:r>
      <w:r>
        <w:t>hain. unhein yeh fursat hi nahi hai, soch hi nahi hai ke hum aaj ka jo infrastructure hai, itna zabardast qism ka, us ko istemal karein daawa work ke liye. jo sab se bara farz hai islam musalmanon par, jo sab se bara farz hai, woh daawa work yaani sari logon tak Khuda ke deen ka message pohnchana.</w:t>
      </w:r>
    </w:p>
    <w:p>
      <w:pPr>
        <w:jc w:val="right"/>
      </w:pPr>
      <w:r>
        <w:t>ہیں۔ انہیں یہ فرصت ہی نہیں ہے، سوچ ہی نہیں ہے کہ ہم آج کا جو انفراسٹرکچر ہے، اتنا زبردست قسم کا، اس کو استعمال کریں دعویٰ ورک کے لیے۔ جو سب سے بڑا فرض ہے اسلام مسلمانوں پر، جو سب سے بڑا فرض ہے، وہ دعویٰ ورک یعنی سارے لوگوں تک خدا کے دین کا میسج پہنچانا۔</w:t>
      </w:r>
    </w:p>
    <w:p>
      <w:r>
        <w:rPr>
          <w:b/>
        </w:rPr>
        <w:t xml:space="preserve">[39:15] </w:t>
      </w:r>
      <w:r>
        <w:t>isi tarah se dekhiye, abhi jo maine kaha, us ko samnay rakhiye to aaj islam bila muqabla kamyabi ki position mein hai, yaani unopposed victory ki position mein hai. kaise? jo criterion hai aaj ke zamanay mein, woh hai ke mazhab ko historical hona chahiye, history se prove hona chahiye, us ko us ko scientific hona chahiye, us ko rational ho</w:t>
      </w:r>
    </w:p>
    <w:p>
      <w:pPr>
        <w:jc w:val="right"/>
      </w:pPr>
      <w:r>
        <w:t>اسی طرح سے دیکھیے، ابھی جو میں نے کہا، اس کو سامنے رکھیے تو آج اسلام بلا مقابلہ کامیابی کی پوزیشن میں ہے، یعنی ان اپوزڈ وکٹری کی پوزیشن میں ہے۔ کیسے؟ جو کرائٹیرین ہے آج کے زمانے میں، وہ ہے کہ مذہب کو ہسٹاریکل ہونا چاہیے، ہسٹری سے پروف ہونا چاہیے، اس کو اس کو سائنٹیفک ہونا چاہیے، اس کو ریشنل ہ</w:t>
      </w:r>
    </w:p>
    <w:p>
      <w:r>
        <w:rPr>
          <w:b/>
        </w:rPr>
        <w:t xml:space="preserve">[39:45] </w:t>
      </w:r>
      <w:r>
        <w:t>na chahiye. aaj ka jo criterion hai, aaj ka jo mind hai, aisa mazhab chahta hai jo scientific scrutiny mein poora utre, jis ki historical base ho, jis mein koi baat reason ke khilaf na ho, jo mythology na ho balkay history ho. yeh jo</w:t>
      </w:r>
    </w:p>
    <w:p>
      <w:pPr>
        <w:jc w:val="right"/>
      </w:pPr>
      <w:r>
        <w:t>ونا چاہیے۔ آج کا جو کرائٹیرین ہے، آج کا جو مائنڈ ہے، ایسا مذہب چاہتا ہے جو سائنٹیفک اسکرٹنی میں پورا اترے، جس کی ہسٹاریکل بیس ہو، جس میں کوئی بات ریزن کے خلاف نہ ہو، جو مائتھالوجی نہ ہو بلکہ ہسٹری ہو۔ یہ جو</w:t>
      </w:r>
    </w:p>
    <w:p>
      <w:r>
        <w:rPr>
          <w:b/>
        </w:rPr>
        <w:t xml:space="preserve">[40:15] </w:t>
      </w:r>
      <w:r>
        <w:t>criterion hai, is criterion par sirf islam poora utarta hai. maine apni kitabon mein detail ke sath likhi hai yeh baat. is zamanay mein kya hoa? isi ko main keh raha hoon ke unopposed victory ki position mein hai. kyunkay yeh sab cheezain siwaye islam ke kisi mein jama nahi hotin. lekin jo islam ke mannay walay hain, woh is opportunity ko avail nahi kar sakay. kyun? is liye ke woh apna paisa, apna time</w:t>
      </w:r>
    </w:p>
    <w:p>
      <w:pPr>
        <w:jc w:val="right"/>
      </w:pPr>
      <w:r>
        <w:t>کرائٹیرین ہے، اس کرائٹیرین پر صرف اسلام پورا اترتا ہے۔ میں نے اپنی کتابوں میں ڈیٹیل کے ساتھ لکھی ہے یہ بات۔ اس زمانے میں کیا ہوا؟ اسی کو میں کہہ رہا ہوں کہ ان اپوزڈ وکٹری کی پوزیشن میں ہے۔ کیونکہ یہ سب چیزیں سوائے اسلام کی کسی میں جمع نہیں ہوتیں۔ لیکن جو اسلام کے ماننے والے ہیں، وہ اس اپرچونیٹی کو اویل نہیں کر سکے۔ کیوں؟ اس لیے کہ وہ اپنا پیسہ، اپنا ٹ</w:t>
      </w:r>
    </w:p>
    <w:p>
      <w:r>
        <w:rPr>
          <w:b/>
        </w:rPr>
        <w:t xml:space="preserve">[40:45] </w:t>
      </w:r>
      <w:r>
        <w:t>time, apni zindagiyan lagaye hue hain markaat mein, larnay phirnay mein, suicide bombing mein. beshumar paisa is mein bahaya ja raha hai, janain zaya ho rahi hain, property tabah ho rahi hai. to isi ko main keh raha hoon ke log opportunity blind ho gaye hain. kitna bara nuqsan hai, aap ghor kijiye zara, kitna bara nuqsan hai. ab main yeh kahunga, yeh</w:t>
      </w:r>
    </w:p>
    <w:p>
      <w:pPr>
        <w:jc w:val="right"/>
      </w:pPr>
      <w:r>
        <w:t>ائم، اپنی زندگیاں لگائے ہوئے ہیں مارکاٹ میں، لڑنے پھیرنے میں، سوسائیڈ بمبنگ میں۔ بے شمار پیسہ اس میں بہایا جا رہا ہے، جانیں ضائع ہو رہی ہیں، پراپرٹی تباہ ہو رہی ہے۔ تو اسی کو میں کہہ رہا ہوں کہ لوگ اپرچونیٹی بلائنڈ ہو گئے ہیں۔ کتنا بڑا نقصان ہے، آپ غور کیجیے ذرا، کتنا بڑا نقصان ہے۔ اب میں یہ کہوں گا، یہ</w:t>
      </w:r>
    </w:p>
    <w:p>
      <w:r>
        <w:rPr>
          <w:b/>
        </w:rPr>
        <w:t xml:space="preserve">[41:15] </w:t>
      </w:r>
      <w:r>
        <w:t>arz karnay chahunga ke is zamanay mein daawa work aik naye marhalay mein pohnch chuka hai. jaisa ke maine arz kiya ke pehlay zamanay mein islam ki awaaz Makkah se Africa ke western coast tak pohnchnay mein 70 saal lag gaye thay.</w:t>
      </w:r>
    </w:p>
    <w:p>
      <w:pPr>
        <w:jc w:val="right"/>
      </w:pPr>
      <w:r>
        <w:t>عرض کرنے چاہوں گا کہ اس زمانے میں دعویٰ ورک ایک نئے مرحلے میں پہنچ چکا ہے۔ جیسا کہ میں نے عرض کیا کہ پہلے زمانے میں اسلام کی آواز مکہ سے افریقہ کے ویسٹرن کوسٹ تک پہنچنے میں 70 سال لگ گئے تھے۔</w:t>
      </w:r>
    </w:p>
    <w:p>
      <w:r>
        <w:rPr>
          <w:b/>
        </w:rPr>
        <w:t xml:space="preserve">[41:47] </w:t>
      </w:r>
      <w:r>
        <w:t>aaj yeh mumkin ho gaya hai ke aap apni awaaz ko second aur minute bhar jagah pohncha saken. aaj ka jo media hai, aaj ka jo communication hai, aaj ka jo internet ka zariya hai, website ka zariya hai, us ko istemal kar ke aap dawat ke kaam ko thousand time ziyada</w:t>
      </w:r>
    </w:p>
    <w:p>
      <w:pPr>
        <w:jc w:val="right"/>
      </w:pPr>
      <w:r>
        <w:t>آج یہ ممکن ہو گیا ہے کہ آپ اپنی آواز کو سیکنڈ اور منٹ بھر جگہ پہنچا سکیں۔ آج کا جو میڈیا ہے، آج کا جو کمیونیکیشن ہے، آج کا جو انٹرنیٹ کا ذریعہ ہے، ویب سائٹ کا ذریعہ ہے، اس کو استعمال کر کے آپ دعوت کے کام کو تھاؤزنڈ ٹائم زیادہ</w:t>
      </w:r>
    </w:p>
    <w:p>
      <w:r>
        <w:rPr>
          <w:b/>
        </w:rPr>
        <w:t xml:space="preserve">[42:17] </w:t>
      </w:r>
      <w:r>
        <w:t>baray peymanay par kar sakte hain. aaj main soch raha tha isi baat ko le kar, mere mind mein yeh baat aayi ke pehlay zamanay mein agar daawa center ban sakta tha to aaj</w:t>
      </w:r>
    </w:p>
    <w:p>
      <w:pPr>
        <w:jc w:val="right"/>
      </w:pPr>
      <w:r>
        <w:t>بڑے پیمانے پر کر سکتے ہیں۔ آج میں سوچ رہا تھا اسی بات کو لے کر، میرے مائنڈ میں یہ بات آئی کہ پہلے زمانے میں اگر دعویٰ سینٹر بن سکتا تھا تو آج</w:t>
      </w:r>
    </w:p>
    <w:p>
      <w:r>
        <w:rPr>
          <w:b/>
        </w:rPr>
        <w:t xml:space="preserve">[42:47] </w:t>
      </w:r>
      <w:r>
        <w:t>daawa empire ban sakta hai. pehlay zamanay mein aap bohat kuch koshish karte to daawa center banta, aaj daawa empire ban sakta hai. daawa empire farq kya hai? daawa center ka matlab kya hai? aik local center. media se pehlay aap ke paas agar Rashid Pati Bhawan poora ka poora ho, tab bhi woh local hi center rahay ga. media se pehlay</w:t>
      </w:r>
    </w:p>
    <w:p>
      <w:pPr>
        <w:jc w:val="right"/>
      </w:pPr>
      <w:r>
        <w:t>دعویٰ ایمپائر بن سکتا ہے۔ پہلے زمانے میں آپ بہت کچھ کوشش کرتے تو دعویٰ سینٹر بنتا، آج دعویٰ ایمپائر بن سکتا ہے۔ دعویٰ ایمپائر فرق کیا ہے؟ دعویٰ سینٹر کا مطلب کیا ہے؟ ایک لوکل سینٹر۔ میڈیا سے پہلے آپ کے پاس اگر راشد پتی بھون پورا کا پورا ہو، تب بھی وہ لوکل ہی سینٹر رہے گا۔ میڈیا سے پہلے</w:t>
      </w:r>
    </w:p>
    <w:p>
      <w:r>
        <w:rPr>
          <w:b/>
        </w:rPr>
        <w:t xml:space="preserve">[43:19] </w:t>
      </w:r>
      <w:r>
        <w:t>koi kitna hi bara sa building bana lein, aap building ke roop mein kitna hi bara daawa center bana lein, aap woh local center hi to rahay ga woh. kyunkay agar media nahi hai to aas paas hi tak to pohnch sakte hain aap, jaisa ke pehlay pohnch patay thay log. lekin aaj ka jo daawa center hai, us ke paas media hai, us ke paas radio, telephone hai, TV hai, aur website hai, inter</w:t>
      </w:r>
    </w:p>
    <w:p>
      <w:pPr>
        <w:jc w:val="right"/>
      </w:pPr>
      <w:r>
        <w:t>کوئی کتنا ہی بڑا سا بلڈنگ بنا لیں، آپ بلڈنگ کے روپ میں کتنا ہی بڑا دعویٰ سینٹر بنا لیں، آپ وہ لوکل سینٹر ہی تو رہے گا وہ۔ کیونکہ اگر میڈیا نہیں ہے تو اس پاس ہی تک تو پہنچ سکتے ہیں آپ، جیسا کہ پہلے پہنچ پاتے تھے لوگ۔ لیکن آج کا جو دعویٰ سینٹر ہے، اس کے پاس میڈیا ہے، اس کے پاس ریڈیو، ٹیلی فون ہے، ٹی وی ہے، اور ویب سائٹ ہے، انٹر</w:t>
      </w:r>
    </w:p>
    <w:p>
      <w:r>
        <w:rPr>
          <w:b/>
        </w:rPr>
        <w:t xml:space="preserve">[43:49] </w:t>
      </w:r>
      <w:r>
        <w:t>net hai, computer hai. in cheezon ko le kar ke aaj ka aap ka daawa center daawa empire ban sakta hai. daawa empire. doosray logon ne empire banaye hain. dekhiye, aik zaban, aik mein aik baat arz karunga ke pehlay zamanay mein sirf political empire bana karta tha.</w:t>
      </w:r>
    </w:p>
    <w:p>
      <w:pPr>
        <w:jc w:val="right"/>
      </w:pPr>
      <w:r>
        <w:t>نیٹ ہے، کمپیوٹر ہے۔ ان چیزوں کو لے کر کے آج کا آپ کا دعویٰ سینٹر دعویٰ ایمپائر بن سکتا ہے۔ دعویٰ ایمپائر۔ دوسرے لوگوں نے ایمپائر بنائے ہیں۔ دیکھیے، ایک زبان، ایک میں ایک بات عرض کروں گا کہ پہلے زمانے میں صرف پولیٹیکل ایمپائر بنا کرتا تھا۔</w:t>
      </w:r>
    </w:p>
    <w:p>
      <w:r>
        <w:rPr>
          <w:b/>
        </w:rPr>
        <w:t xml:space="preserve">[44:23] </w:t>
      </w:r>
      <w:r>
        <w:t>Greek empire, Roman empire, Byzantine empire, Sasanian empire, Muslim empire, Mughal empire. to pehlay zamanay mein yeh sab political empire thay, jaisa ke aap jantay hain. to pehlay zamanay mein sirf empire ki aik hi qism thi, woh tha political empire. lekin decentralization ka jo hoa maamla, us ki wajah se yeh possible hoa ke doosray field mein bhi aap</w:t>
      </w:r>
    </w:p>
    <w:p>
      <w:pPr>
        <w:jc w:val="right"/>
      </w:pPr>
      <w:r>
        <w:t>گریک ایمپائر، رومن ایمپائر، بازنتین ایمپائر، ساسانی ایمپائر، مسلم ایمپائر، مغل ایمپائر۔ تو پہلے زمانے میں یہ سب پولیٹیکل ایمپائر تھے، جیسا کہ آپ جانتے ہیں۔ تو پہلے زمانے میں صرف ایمپائر کی ایک ہی قسم تھی، وہ تھا پولیٹیکل ایمپائر۔ لیکن ڈی سینٹرلائزیشن کا جو ہوا معاملہ، اس کی وجہ سے یہ پاسیبل ہو گیا کہ دوسرے فیلڈ میں بھی آپ</w:t>
      </w:r>
    </w:p>
    <w:p>
      <w:r>
        <w:rPr>
          <w:b/>
        </w:rPr>
        <w:t xml:space="preserve">[44:53] </w:t>
      </w:r>
      <w:r>
        <w:t>empire bana saken. yeh decentralization, decentralization ka karishma hai. mislan aap dekhiye, Yahudion ne America mein apna media empire bana rakha hai. yaani un ko wahan ke politics un ke qabzay mein nahi hai, wahan ka jo administration hai us ke qabzay mein nahi hai. lekin political dayray se ba</w:t>
      </w:r>
    </w:p>
    <w:p>
      <w:pPr>
        <w:jc w:val="right"/>
      </w:pPr>
      <w:r>
        <w:t>ایمپائر بنا سکیں۔ یہ ڈی سینٹرلائزیشن، ڈی سینٹرلائزیشن کا کرشمہ ہے۔ مثلاً آپ دیکھیے، یہودیوں نے امریکہ میں اپنا میڈیا ایمپائر بنا رکھا ہے۔ یعنی ان کو وہاں کے پالیٹکس ان کے قبضے میں نہیں ہے، وہاں کا جو ایڈمنسٹریشن ہے اس کے قبضے میں نہیں ہے۔ لیکن پولیٹیکل دائرے سے با</w:t>
      </w:r>
    </w:p>
    <w:p>
      <w:r>
        <w:rPr>
          <w:b/>
        </w:rPr>
        <w:t xml:space="preserve">[45:23] </w:t>
      </w:r>
      <w:r>
        <w:t>har, state ke bahar poori azadi un ko hai hasil ke non-political maidan mein jo bhi chahen karein woh. to unhon ne America mein apna media empire bana rakha hai. media ko itna control kar rahay hain woh ke jo chahen woh, jo news chahen phailayen, jo news chahen rok dein. to Yahudion ne America mein media empire bana rakha hai.</w:t>
      </w:r>
    </w:p>
    <w:p>
      <w:pPr>
        <w:jc w:val="right"/>
      </w:pPr>
      <w:r>
        <w:t>ہر، اسٹیٹ کے باہر پوری آزادی ان کو ہے حاصل کہ نان پولیٹیکل میدان میں جو بھی چاہیں کریں وہ۔ تو انہوں نے امریکہ میں اپنا میڈیا ایمپائر بنا رکھا ہے۔ میڈیا کو اتنا کنٹرول کر رہے ہیں وہ کہ جو چاہیں وہ، جو نیوز چاہیں پھیلائیں، جو نیوز چاہیں روک دیں۔ تو یہودیوں نے امریکہ میں میڈیا ایمپائر بنا رکھا ہے۔</w:t>
      </w:r>
    </w:p>
    <w:p>
      <w:r>
        <w:rPr>
          <w:b/>
        </w:rPr>
        <w:t xml:space="preserve">[45:54] </w:t>
      </w:r>
      <w:r>
        <w:t>India mein khud yeh kaam ho raha hai. aap dekhiye ke India mein Parsi itni choti qom hai, nahi choti, lekin Parsion ne yahan apna industrial empire bananay mein kamyabi hasil kar li. Parsion ka is mulk mein industrial empire hai. is tarah se Sikh un ko lijiye, Christian ko lijiye, Christians ka is mulk mein educational empire hai. to aa</w:t>
      </w:r>
    </w:p>
    <w:p>
      <w:pPr>
        <w:jc w:val="right"/>
      </w:pPr>
      <w:r>
        <w:t>انڈیا میں خود یہ کام ہو رہا ہے۔ آپ دیکھیے کہ انڈیا میں پارسی اتنی چھوٹی قوم ہے، نہیں چھوٹی، لیکن پارسیوں نے یہاں اپنا انڈسٹریل ایمپائر بنانے میں کامیابی حاصل کر لی۔ پارسیوں کا اس ملک میں انڈسٹریل ایمپائر ہے۔ اس طرح سے سکھ ان کو لیجیے، کرسچن کو لیجیے، کرسچنز کا اس ملک میں ایجوکیشنل ایمپائر ہے۔ تو آ</w:t>
      </w:r>
    </w:p>
    <w:p>
      <w:r>
        <w:rPr>
          <w:b/>
        </w:rPr>
        <w:t xml:space="preserve">[46:24] </w:t>
      </w:r>
      <w:r>
        <w:t>j ki dunya mein doosri qomain decentralization se faida utha kar aisay baray baray institution bana rahi hain jo empire ke darjay mein hota hai. yeh jo ab institution ka bohat hi bara darja yeh hai ke woh empire ban jae. yeh sab decentralization ki wajah se possible hoa hai. to koi media empire bana raha hai, koi educational empire bana raha hai, koi industrial empire bana raha hai, koi</w:t>
      </w:r>
    </w:p>
    <w:p>
      <w:pPr>
        <w:jc w:val="right"/>
      </w:pPr>
      <w:r>
        <w:t>ج کی دنیا میں دوسری قومیں ڈی سینٹرلائزیشن سے فائدہ اٹھا کر ایسے بڑے بڑے انسٹیٹیوشن بنا رہی ہیں جو ایمپائر کے درجے میں ہوتا ہے۔ یہ جو اب انسٹیٹیوشن کا بہت ہی بڑا درجہ یہ ہے کہ وہ ایمپائر بن جائے۔ یہ سب ڈی سینٹرلائزیشن کی وجہ سے پاسیبل ہوا ہے۔ تو کوئی میڈیا ایمپائر بنا رہا ہے، کوئی ایجوکیشنل ایمپائر بنا رہا ہے، کوئی انڈسٹریل ایمپائر بنا رہا ہے، کوئی</w:t>
      </w:r>
    </w:p>
    <w:p>
      <w:r>
        <w:rPr>
          <w:b/>
        </w:rPr>
        <w:t xml:space="preserve">[46:54] </w:t>
      </w:r>
      <w:r>
        <w:t>. to hamaray liye possible hai ke hum daawa empire banayen. daawa empire. yahan main arz karunga ke Allah ke fazal se hamara jo yeh mission hai, yeh daawa empire in the making ke darjay mein pohnch chuka hai. main CPS International ko samajhta hoon ke yeh daawa empire in the making hai. yeh aaj bhi hum dekhiye, yahan aik choti si jagah par hain, hamaray paas koi Rashid Pati Bhawan hamaray paas nahi hai. lekin Rashid Pati</w:t>
      </w:r>
    </w:p>
    <w:p>
      <w:pPr>
        <w:jc w:val="right"/>
      </w:pPr>
      <w:r>
        <w:t>۔ تو ہمارے لیے پاسیبل ہے کہ ہم دعویٰ ایمپائر بنائیں۔ دعویٰ ایمپائر۔ یہاں میں عرض کروں گا کہ اللہ کے فضل سے ہمارا جو یہ مشن ہے، یہ دعویٰ ایمپائر ان دا میکنگ کے درجے میں پہنچ چکا ہے۔ میں سی پی ایس انٹرنیشنل کو سمجھتا ہوں کہ یہ دعویٰ ایمپائر ان دا میکنگ ہے۔ یہ آج بھی ہم دیکھیے، یہاں ایک چھوٹی سی جگہ پر ہیں، ہمارے پاس کوئی راشد پتی بھون ہمارے پاس نہیں ہے۔ لیکن راشد پتی</w:t>
      </w:r>
    </w:p>
    <w:p>
      <w:r>
        <w:rPr>
          <w:b/>
        </w:rPr>
        <w:t xml:space="preserve">[47:24] </w:t>
      </w:r>
      <w:r>
        <w:t>Bhawan hota bhi agar hamaray paas to woh empire nahi bana saktay thay hum us ko media ke baghair. lekin is choti si building mein hum hain, aur hamaray paas sadhan chunkay media wala, woh communication ka sadhan hamaray paas hai, to yahin se hum poori dunya mein apni baat pohncha rahay hain. literature pohnch raha hai sari dunya mein, cassette pohnch raha hai sari dunya mein, internet ke zariye, website ke zariye sari dunya mein hamari baatein pohnch rahi hain.</w:t>
      </w:r>
    </w:p>
    <w:p>
      <w:pPr>
        <w:jc w:val="right"/>
      </w:pPr>
      <w:r>
        <w:t>بھون ہوتا بھی اگر ہمارے پاس تو وہ ایمپائر نہیں بنا سکتے تھے ہم اس کو میڈیا کے بغیر۔ لیکن اس چھوٹی سی بلڈنگ میں ہم ہیں، اور ہمارے پاس سادھن چونکہ میڈیا وال، وہ کمیونیکیشن کا سادھن ہمارے پاس ہے، تو یہیں سے ہم پوری دنیا میں اپنی بات پہنچا رہے ہیں۔ لٹریچر پہنچ رہا ہے ساری دنیا میں، کیسٹ پہنچ رہا ہے ساری دنیا میں، انٹرنیٹ کے ذریعے، ویب سائٹ کے ذریعے ساری دنیا میں ہماری باتیں پہنچ رہی ہیں۔</w:t>
      </w:r>
    </w:p>
    <w:p>
      <w:r>
        <w:rPr>
          <w:b/>
        </w:rPr>
        <w:t xml:space="preserve">[47:54] </w:t>
      </w:r>
      <w:r>
        <w:t>to abhi is level tak nahi pohnchay hum jahan ke jo final stage hota hai. lekin yeh sab kaam ho raha hai. to main samajhta hoon ke CPS International daawa empire in the making hai. to aap mashallah bohat bara kaam kar rahay hain. us ko samjhiye ke aap kya kaam kar rahay hain. us kaam ko aur aagay barhaiye, aur aagay barhaiye, aur aagay. is zamanay mein daawa empire bananay ke liye kisi bari building ki zaroorat nahi hai.</w:t>
      </w:r>
    </w:p>
    <w:p>
      <w:pPr>
        <w:jc w:val="right"/>
      </w:pPr>
      <w:r>
        <w:t>تو ابھی اس لیول تک نہیں پہنچے ہم جہاں کہ جو جو فائنل اسٹیج ہوتا ہے۔ لیکن یہ سب کام ہو رہا ہے۔ تو میں سمجھتا ہوں کہ سی پی ایس انٹرنیشنل دعویٰ ایمپائر ان دا میکنگ ہے۔ تو آپ ماشاءاللہ بہت بڑا کام کر رہے ہیں۔ اس کو سمجھیے کہ آپ کیا کام کر رہے ہیں۔ اس کام کو اور آگے بڑھائیے، اور آگے بڑھائیے، اور آگے۔ اس زمانے میں دعویٰ ایمپائر بنانے کے لیے کسی بڑی بلڈنگ کی ضرورت نہیں ہے۔</w:t>
      </w:r>
    </w:p>
    <w:p>
      <w:r>
        <w:rPr>
          <w:b/>
        </w:rPr>
        <w:t xml:space="preserve">[48:25] </w:t>
      </w:r>
      <w:r>
        <w:t>agar bari building ho jaye to bohat acha hai, bohat achi baat hai. aisi building jis mein park ho, jis mein yeh ho, jis mein woh ho. lekin mein yeh kehta hoon ke jo possibility khuli hai naye zamane mein, to aik choti building jaise ke yeh building hai, yahan reh kar bhi aap daawa empire qaim kar sakte hain. kyun? media ke zariye. ab maslan dekhiye, hamare paas Khuda ke fazl se jo web site</w:t>
      </w:r>
    </w:p>
    <w:p>
      <w:pPr>
        <w:jc w:val="right"/>
      </w:pPr>
      <w:r>
        <w:t>اگر بڑی بلڈنگ ہو جائے تو بہت اچھا ہے، بہت اچھی بات ہے۔ ایسی بلڈنگ جس میں پارک ہو، جس میں یہ ہو، جس میں وہ ہو۔ لیکن میں یہ کہتا ہوں کہ جو پاسیبلٹی کھلی ہے نئے زمانے میں، تو ایک چھوٹی بلڈنگ جیسے کہ یہ بلڈنگ ہے، یہاں رہ کر بھی آپ دعویٰ ایمپائر قائم کر سکتے ہیں۔ کیوں؟ میڈیا کے ذریعے۔ اب مثلاً دیکھیے، ہمارے پاس خدا کے فضل سے جو ویب س</w:t>
      </w:r>
    </w:p>
    <w:p>
      <w:r>
        <w:rPr>
          <w:b/>
        </w:rPr>
        <w:t xml:space="preserve">[48:55] </w:t>
      </w:r>
      <w:r>
        <w:t>khula hai, aur jo jo log kaam kar rahe hain website ke upar hamare mission ka, to kahan kahan se aata hai? yaani Australia se, America se, Europe se, Arab se, Pakistan se, har jagah se. isi building mein reh kar ke hum internet ke zariye sari duniya se apna jor qaim kiye hue hain, aur message pohanch raha hai har jagah. isi ko aap is ke quantum ko barha sakte hain. abhi quantum bohat kam hai.</w:t>
      </w:r>
    </w:p>
    <w:p>
      <w:pPr>
        <w:jc w:val="right"/>
      </w:pPr>
      <w:r>
        <w:t>ائٹ کھلا ہے، اور جو جو لوگ کام کر رہے ہیں ویب سائٹ کے اوپر ہمارے مشن کا، تو کہاں کہاں سے آتا ہے؟ یعنی آسٹریلیا سے، امریکہ سے، یورپ سے، عرب سے، پاکستان سے، ہر جگہ سے۔ اسی بلڈنگ میں رہ کر کے ہم انٹرنیٹ کے ذریعے ساری دنیا سے اپنا جوڑ قائم کیے ہوئے ہیں، اور میسج پہنچ رہا ہے ہر جگہ۔ اسی کو آپ اس کے کوانٹم کو بڑھا سکتے ہیں۔ ابھی کوانٹم بہت کم ہے۔</w:t>
      </w:r>
    </w:p>
    <w:p>
      <w:r>
        <w:rPr>
          <w:b/>
        </w:rPr>
        <w:t xml:space="preserve">[49:25] </w:t>
      </w:r>
      <w:r>
        <w:t>is quantum ko aap million time barha sakte hain. mein jo jis baat zor de raha hoon, woh yeh zor de raha hoon ke is zamane mein is ki zaroorat nahi ke aap Rashid Patti Bhawan jaisi bohat bari building aap ke paas ho. agar ho to bohat acha hai. na ho tab bhi aap daawa empire bana sakte hain. yahan par mujhe jo Quran ki ayat hai, us ko mein yaad dilana chahta hoon. is se pehle mein keh chuka hoon is ko ke Surah Nahl</w:t>
      </w:r>
    </w:p>
    <w:p>
      <w:pPr>
        <w:jc w:val="right"/>
      </w:pPr>
      <w:r>
        <w:t>اس کوانٹم کو آپ ملین ٹائم بڑھا سکتے ہیں۔ میں جو جس بات زور دے رہا ہوں، وہ یہ زور دے رہا ہوں کہ اس زمانے میں اس کی ضرورت نہیں کہ آپ راشد پتی بھون جیسی بہت بڑی بلڈنگ آپ کے پاس ہو۔ اگر ہو تو بہت اچھا ہے۔ نہ ہو تب بھی آپ دعویٰ ایمپائر بنا سکتے ہیں۔ یہاں پر مجھے جو قرآن کی آیت ہے، اس کو میں یاد دلانا چاہتا ہوں۔ اس سے پہلے میں کہہ چکا ہوں اس کو کہ سورہ نمل</w:t>
      </w:r>
    </w:p>
    <w:p>
      <w:r>
        <w:rPr>
          <w:b/>
        </w:rPr>
        <w:t xml:space="preserve">[49:55] </w:t>
      </w:r>
      <w:r>
        <w:t>mein, yaani Surah number 27, verse number 82, chapter number 27, verse number 82, woh yeh hai ke: وَإِذَا وَقَالَ الْقَوْلُ عَلَيْهِمْ أَخْرَجْنَا لَهُمْ دَابَةً مِّنَ الْأَرْضِ تَكَلَّمَهُمْ أَنَّ النَّاسَ كَانُوا بِأَيَاتٍ لَا يُؤْقِنُونَ ke jab, yaani final days aa jayen gay</w:t>
      </w:r>
    </w:p>
    <w:p>
      <w:pPr>
        <w:jc w:val="right"/>
      </w:pPr>
      <w:r>
        <w:t>، یعنی سورہ نمبر 27، ورس نمبر 82، چیپٹر نمبر 27، ورس نمبر 82، وہ یہ ہے کہ: وَإِذَا وَقَالَ الْقَوْلُ عَلَيْهِمْ أَخْرَجْنَا لَهُمْ دَابَةً مِّنَ الْأَرْضِ تَكَلَّمَهُمْ أَنَّ النَّاسَ كَانُوا بِأَيَاتٍ لَا يُؤْقِنُونَ کہ جب، یعنی فائنل ڈیز آ جائیں گ</w:t>
      </w:r>
    </w:p>
    <w:p>
      <w:r>
        <w:rPr>
          <w:b/>
        </w:rPr>
        <w:t xml:space="preserve">[50:25] </w:t>
      </w:r>
      <w:r>
        <w:t>gaye, yaani qayamat ke qareeb, jab Khuda chahega ke sari duniya mein Islam ka Khuda ka paigham pohanchaye. jab woh waqt aaye ga ke Khuda chahe ga ke final call jo hai duniya tak pohanchaye. final call Khuda ki, Khuda ke message ki. to aik Khuda aik daabba nikale ga. woh daabba bol kar bataye ga Khuda ki nishaniyon ko, Khuda ki baaton ko. aaj</w:t>
      </w:r>
    </w:p>
    <w:p>
      <w:pPr>
        <w:jc w:val="right"/>
      </w:pPr>
      <w:r>
        <w:t>ے، یعنی قیامت کے قریب، جب خدا چاہے گا کہ ساری دنیا میں اسلام کا خدا کا پیغام پہنچ جائے۔ جب وہ وقت آئے گا کہ خدا چاہے گا کہ فائنل کال جو ہے دنیا تک پہنچ جائے۔ فائنل کال خدا کی، خدا کے میسج کی۔ تو ایک خدا ایک دابہ نکالے گا۔ وہ دابہ بول کر بتائے گا خدا کی نشانیوں کو، خدا کی باتوں کو۔ آج</w:t>
      </w:r>
    </w:p>
    <w:p>
      <w:r>
        <w:rPr>
          <w:b/>
        </w:rPr>
        <w:t xml:space="preserve">[50:55] </w:t>
      </w:r>
      <w:r>
        <w:t>mein dekh raha tha hadithon ko is silsile mein, to aik hadith is mein yeh bhi hai ke daabba bole ga to door o qareeb sab tak is ki awaaz pohanchay gi. bohat ajeeb baat hai. yaani daabba kalam kar ke logon ko bataye ga baatein, to door o qareeb sab log is ko sunen gay. yaani it would be heard</w:t>
      </w:r>
    </w:p>
    <w:p>
      <w:pPr>
        <w:jc w:val="right"/>
      </w:pPr>
      <w:r>
        <w:t>میں دیکھ رہا تھا حدیثوں کو اس سلسلے میں، تو ایک حدیث اس میں یہ بھی ہے کہ دابہ بولے گا تو دور و قریب سب تک اس کی آواز پہنچے گی۔ بڑی عجیب بات ہے۔ یعنی دابہ کلام کر کے لوگوں کو بتائے گا باتیں، تو دور و قریب سب لوگ اس کو سنیں گے۔ یعنی it would be heard</w:t>
      </w:r>
    </w:p>
    <w:p>
      <w:r>
        <w:rPr>
          <w:b/>
        </w:rPr>
        <w:t xml:space="preserve">[51:27] </w:t>
      </w:r>
      <w:r>
        <w:t>both near and far and near. door ke log bhi sunen gay, qareeb ke log bhi sunen gay. sari globe tak is ki awaaz jaye gi daabba ki. ab dekhiye, daabba ke maani kya hain? daabba ko aksar log samajhte hain animal, janwar. lekin daabba ke maani janwar ke nahi hote hain. daabba ke maani hote hain creeper, rengne wala.</w:t>
      </w:r>
    </w:p>
    <w:p>
      <w:pPr>
        <w:jc w:val="right"/>
      </w:pPr>
      <w:r>
        <w:t>both near and far and near۔ دور کے لوگ بھی سنیں گے، قریب کے لوگ بھی سنیں گے۔ سارا گلوب تک اس کی آواز جائے گی دابہ کی۔ اب دیکھیے، دابہ کے معنی کیا ہیں؟ دابہ کو اکثر لوگ سمجھتے ہیں انیمل، جانور۔ لیکن دابہ کے معنی جانور کے نہیں ہوتے ہیں۔ دابہ کے معنی ہوتے ہیں کریپر، رینگنے والا۔</w:t>
      </w:r>
    </w:p>
    <w:p>
      <w:r>
        <w:rPr>
          <w:b/>
        </w:rPr>
        <w:t xml:space="preserve">[51:58] </w:t>
      </w:r>
      <w:r>
        <w:t>daabba ke literal maani hote hain creeper, rengne wala, rengne wala, reng kar pohanchne wala. to aaj kal jo yeh jo electronic media hai, yaani jo internet hai, jo jo website se aur TV ke zariye, jitne bhi yeh modern media jo hai, woh lehron ke zariye safar karta hai. lehrein, yaani lehrein reng reng</w:t>
      </w:r>
    </w:p>
    <w:p>
      <w:pPr>
        <w:jc w:val="right"/>
      </w:pPr>
      <w:r>
        <w:t>دابہ کے لٹرل معنی ہوتے ہیں کریپر، رینگنے والا، رینگنے والا، رینگ کر پہنچنے والا۔ تو آج کل جو یہ جو الیکٹرانک میڈیا ہے، یعنی جو انٹرنیٹ ہے، جو جو ویب سائٹ سے اور ٹی وی کے ذریعے، جتنے بھی یہ ماڈرن میڈیا جو ہے، وہ لہروں کے ذریعے سفر کرتا ہے۔ لہریں، یعنی لہریں رینگ رینگ</w:t>
      </w:r>
    </w:p>
    <w:p>
      <w:r>
        <w:rPr>
          <w:b/>
        </w:rPr>
        <w:t xml:space="preserve">[52:28] </w:t>
      </w:r>
      <w:r>
        <w:t>kar pohanch rahi hain sari duniya mein. lehrein jo hain woh reng reng kar sari duniya mein pohanch rahi hain. to mein samajhta hoon ke daabba se murad yahi internet hai. yaani radio aur television aur internet ka jo aik network hai, mein samajhta hoon ke ghaleban woh daabba se murad wahi hai. to pehle zamane mein</w:t>
      </w:r>
    </w:p>
    <w:p>
      <w:pPr>
        <w:jc w:val="right"/>
      </w:pPr>
      <w:r>
        <w:t>کر پہنچ رہی ہیں ساری دنیا میں۔ لہریں جو ہیں وہ رینگ رینگ کر ساری دنیا میں پہنچ رہی ہیں۔ تو میں سمجھتا ہوں کہ دابہ سے مراد یہی انٹرنیٹ ہے۔ یعنی ریڈیو اور ٹیلی ویژن اور انٹرنیٹ کا جو ایک نیٹ ورک ہے، میں سمجھتا ہوں کہ غالباً وہ دابہ سے مراد وہی ہے۔ تو پہلے زمانے میں</w:t>
      </w:r>
    </w:p>
    <w:p>
      <w:r>
        <w:rPr>
          <w:b/>
        </w:rPr>
        <w:t xml:space="preserve">[52:59] </w:t>
      </w:r>
      <w:r>
        <w:t>jo daawa center banta to woh building based hota tha. aik building hai, us mein us mein center hai, wahan jaiye, wahan par kuch parhiye, baat kijiye aur chale jaiye. aaj jo hai daawa center network based hoga. yaani daabba based hoga. aaj ka center daabba based hoga, yaani network based hoga woh</w:t>
      </w:r>
    </w:p>
    <w:p>
      <w:pPr>
        <w:jc w:val="right"/>
      </w:pPr>
      <w:r>
        <w:t>جو دعویٰ سینٹر بنتا تو وہ بلڈنگ بیسڈ ہوتا تھا۔ ایک بلڈنگ ہے، اس میں اس میں سینٹر ہے، وہاں جائیے، وہاں پر کچھ پڑھیے، بات کیجیے اور چلے جائیے۔ آج جو ہے دعویٰ سینٹر نیٹ ورک بیسڈ ہوگا۔ یعنی دابہ بیسڈ ہوگا۔ آج کا سینٹر دابہ بیسڈ ہوگا، یعنی نیٹ ورک بیسڈ ہوگا وہ</w:t>
      </w:r>
    </w:p>
    <w:p>
      <w:r>
        <w:rPr>
          <w:b/>
        </w:rPr>
        <w:t xml:space="preserve">[53:29] </w:t>
      </w:r>
      <w:r>
        <w:t>۔ jo network hai, us par chala ga is ka message. aur Khuda ke fazl se CPS, CPS International isi dhang par kaam kar raha hai. jaise ke mein ne kaha ke woh. to is wajah se yeh jo nai technique hai, nai technique ki wajah se yeh possible ho gaya hai ke aaj hum dawat ki, dawat ki buniyad par aik empire bana saken. empire.</w:t>
      </w:r>
    </w:p>
    <w:p>
      <w:pPr>
        <w:jc w:val="right"/>
      </w:pPr>
      <w:r>
        <w:t>۔ جو نیٹ ورک ہے، اس پر چلے گا اس کا میسج۔ اور خدا کے فضل سے سی پی ایس، سی پی ایس انٹرنیشنل اسی ڈھنگ پر کام کر رہا ہے۔ جیسے کہ میں نے کہا کہ وہ۔ تو اس وجہ سے یہ جو نئی ٹیکنیک ہے، نئی ٹیکنیک کی وجہ سے یہ پاسیبل ہو گیا ہے کہ آج ہم دعوت کی، دعوت کی بنیاد پر ایک ایمپائر بنا سکیں۔ ایمپائر۔</w:t>
      </w:r>
    </w:p>
    <w:p>
      <w:r>
        <w:rPr>
          <w:b/>
        </w:rPr>
        <w:t xml:space="preserve">[54:00] </w:t>
      </w:r>
      <w:r>
        <w:t>aik universal level par is ka message pohanchay. global level par is ka message pohanchay. pehle zamane mein bohat si baat aap bohat building bana sakte the, bohat bari, lekin woh empire na hota. kyun ke sari duniya mein pohancha, sari duniya mein is ka message nahi pohanch sakta tha. message. aik building ho lekin message na pohanchay to universal to nahi hua woh. aaj yeh, aaj yeh possible ho gaya hai ke aap modern</w:t>
      </w:r>
    </w:p>
    <w:p>
      <w:pPr>
        <w:jc w:val="right"/>
      </w:pPr>
      <w:r>
        <w:t>ایک یونیورسل لیول پر اس کا میسج پہنچے۔ گلوبل لیول پر اس کا میسج پہنچے۔ پہلے زمانے میں بہت سی بات آپ بہت بلڈنگ بنا سکتے تھے، بہت بڑی، لیکن وہ ایمپائر نہ ہوتا۔ کیونکہ ساری دنیا میں پہنچا، ساری دنیا میں اس کا میسج نہیں پہنچ سکتا تھا۔ میسج۔ ایک بلڈنگ ہو لیکن میسج نہ پہنچے تو یونیورسل تو نہیں ہوا وہ۔ آج یہ، آج یہ پاسیبل ہو گیا ہے کہ آپ ماڈرن</w:t>
      </w:r>
    </w:p>
    <w:p>
      <w:r>
        <w:rPr>
          <w:b/>
        </w:rPr>
        <w:t xml:space="preserve">[54:30] </w:t>
      </w:r>
      <w:r>
        <w:t>media ki madad le kar aur computer ki madad le kar sari duniya mein minton, secondon mein apna message pohancha saken. mein samajhta hoon ke yeh jo inqalab aaya hai, yaani electronic media ka jo inqalab aaya hai, ke hamari awaaz lehron, lehar ki shakal ikhtiyar kar ke sari duniya mein pohanch rahi hai. to mein samajhta hoon ke yahi</w:t>
      </w:r>
    </w:p>
    <w:p>
      <w:pPr>
        <w:jc w:val="right"/>
      </w:pPr>
      <w:r>
        <w:t>میڈیا کی مدد لے کر اور کمپیوٹر کی مدد لے کر ساری دنیا میں منٹوں، سیکنڈوں میں اپنا میسج پہنچا سکیں۔ میں سمجھتا ہوں کہ یہ جو انقلاب آیا ہے، یعنی الیکٹرانک میڈیا کا جو انقلاب آیا ہے، کہ ہماری آواز لہروں، لہر کی شکل اختیار کر کے ساری دنیا میں پہنچ رہی ہے۔ تو میں سمجھتا ہوں کہ یہی</w:t>
      </w:r>
    </w:p>
    <w:p>
      <w:r>
        <w:rPr>
          <w:b/>
        </w:rPr>
        <w:t xml:space="preserve">[55:00] </w:t>
      </w:r>
      <w:r>
        <w:t>daabba hai. daabba ke maani jaisa ke mein ne arz kiya, creeper, rengna, reng kar jana, reng kar pohanchana. to yeh reng reng kar hi to pohanch raha hai yeh. aur is mein yeh sifat batayi gayi ke woh is se jo awaaz hai, buland hogi, woh awaaz door ka insan bhi sune ga, qareeb ka insan bhi sune ga. to yeh kitni ajeeb baat hai yeh.</w:t>
      </w:r>
    </w:p>
    <w:p>
      <w:pPr>
        <w:jc w:val="right"/>
      </w:pPr>
      <w:r>
        <w:t>دابہ ہے۔ دابہ کے معنی جیسا کہ میں نے عرض کیا، کریپر، رینگنا، رینگ کر جانا، رینگ کر پہنچنا۔ تو یہ رینگ رینگ کر ہی تو پہنچ رہا ہے یہ۔ اور اس میں یہ صفت بتائی گئی کہ وہ اس سے جو آواز ہے، بلند ہوگی، وہ آواز دور کا انسان بھی سنے گا، قریب کا انسان بھی سنے گا۔ تو یہ کتنی عجیب بات ہے یہ۔</w:t>
      </w:r>
    </w:p>
    <w:p>
      <w:r>
        <w:rPr>
          <w:b/>
        </w:rPr>
        <w:t xml:space="preserve">[55:31] </w:t>
      </w:r>
      <w:r>
        <w:t>to aaj ka jo jis ko mein keh raha hoon ke daawa empire, aaj ka daawa empire asalana building based nahi hoga balkay woh network based hoga woh. ya daabba based hoga woh. yaani technology based hoga woh. pehle zamane mein daawati center banta to woh bas aik building hoti bas. kyun ke modern technology</w:t>
      </w:r>
    </w:p>
    <w:p>
      <w:pPr>
        <w:jc w:val="right"/>
      </w:pPr>
      <w:r>
        <w:t>تو آج کا جو جس کو میں کہہ رہا ہوں کہ دعویٰ ایمپائر، آج کا دعویٰ ایمپائر اصلًا بلڈنگ بیسڈ نہیں ہوگا بلکہ وہ نیٹ ورک بیسڈ ہوگا وہ۔ یا دابہ بیسڈ ہوگا وہ۔ یعنی ٹیکنالوجی بیسڈ ہوگا وہ۔ پہلے زمانے میں دعوتی سینٹر بنتا تو وہ بس ایک بلڈنگ ہوتی بس۔ کیونکہ ماڈرن ٹیکنالوج</w:t>
      </w:r>
    </w:p>
    <w:p>
      <w:r>
        <w:rPr>
          <w:b/>
        </w:rPr>
        <w:t xml:space="preserve">[56:01] </w:t>
      </w:r>
      <w:r>
        <w:t>nahi thi woh. to aaj ka jo daawa empire jis ko mein keh raha hoon woh technology par base kare ga. woh network par base kare ga. is liye sari duniya mein pohanch sake ga woh. to behrhaal mein samajhta hoon ke aap log woh khush qismat insan hain jinho ne Khuda ki tofeeq se, Khuda ki khaas madad se, daawa empire ka aaghaz kar diya hai. daawa empire is waqt</w:t>
      </w:r>
    </w:p>
    <w:p>
      <w:pPr>
        <w:jc w:val="right"/>
      </w:pPr>
      <w:r>
        <w:t>ی نہیں تھی وہ۔ تو آج کا جو دعویٰ ایمپائر جس کو میں کہہ رہا ہوں وہ ٹیکنالوجی پر بیس کرے گا۔ وہ نیٹ ورک پر بیس کرے گا۔ اس لیے ساری دنیا میں پہنچ سکے گا وہ۔ تو بہرحال میں سمجھتا ہوں کہ آپ لوگ وہ خوش قسمت انسان ہیں جنہوں نے خدا کی توفیق سے، خدا کی خاص مدد سے، دعویٰ ایمپائر کا آغاز کر دیا ہے۔ دعویٰ ایمپائر اس وقت</w:t>
      </w:r>
    </w:p>
    <w:p>
      <w:r>
        <w:rPr>
          <w:b/>
        </w:rPr>
        <w:t xml:space="preserve">[56:31] </w:t>
      </w:r>
      <w:r>
        <w:t>jaise ke mein ne kaha ke CPS International daawa empire in the beginning hai, in the making hai. daawa empire in the making hai woh. aur jis tezi se barh raha hai kaam inshallah yeh aik bohat bari surat ikhtiyar kar le ga. to yeh baat mein is liye keh raha hoon ke aap ke samne target hona chahiye. aik bohat hi ooncha target, bohat hi buland target, bohat hi bara target.</w:t>
      </w:r>
    </w:p>
    <w:p>
      <w:pPr>
        <w:jc w:val="right"/>
      </w:pPr>
      <w:r>
        <w:t>جیسے کہ میں نے کہا کہ سی پی ایس انٹرنیشنل دعویٰ ایمپائر ان دا بگننگ ہے، ان دا میکنگ ہے۔ دعویٰ ایمپائر ان دا میکنگ ہے وہ۔ اور جس تیزی سے بڑھ رہا ہے کام انشاءاللہ یہ ایک بہت بڑی صورت اختیار کر لے گا۔ تو یہ بات میں اس لیے کہہ رہا ہوں کہ آپ کے سامنے ٹارگٹ ہونا چاہیے۔ ایک بہت ہی اونچا ٹارگٹ، بہت ہی بلند ٹارگٹ، بہت ہی بڑا ٹارگٹ۔</w:t>
      </w:r>
    </w:p>
    <w:p>
      <w:r>
        <w:rPr>
          <w:b/>
        </w:rPr>
        <w:t xml:space="preserve">[57:02] </w:t>
      </w:r>
      <w:r>
        <w:t>taake aap ke andar is ke mutabiq hosla ubhare. aap ke andar is ke mutabiq soch, bari soch paida ho. kyun ke jitni bari soch utni bari kamyabi. agar aap ki soch bohat oonchi ho gayi tab bhi aap ooncha kaam kar sakte hain. oonch, aap ki soch choti hogi to aap ka kaam bhi chota rahe ga. Rasool Allah se is zamane jab Makkah mein aap the, jab aap Makkah mein the</w:t>
      </w:r>
    </w:p>
    <w:p>
      <w:pPr>
        <w:jc w:val="right"/>
      </w:pPr>
      <w:r>
        <w:t>تاکہ آپ کے اندر اس کے مطابق حوصلہ ابھرے۔ آپ کے اندر اس کے مطابق سوچ، بڑی سوچ پیدا ہو۔ کیونکہ جتنی بڑی سوچ اتنی بڑی کامیابی۔ اگر آپ کی سوچ بہت اونچی ہو گئی تب بھی آپ اونچا کام کر سکتے ہیں۔ اونچ، آپ کی سوچ چھوٹی ہوگی تو آپ کا کام بھی چھوٹا رہے گا۔ رسول اللہ سے اس زمانے جب مکہ میں آپ تھے، جب آپ مکہ میں تھے</w:t>
      </w:r>
    </w:p>
    <w:p>
      <w:r>
        <w:rPr>
          <w:b/>
        </w:rPr>
        <w:t xml:space="preserve">[57:32] </w:t>
      </w:r>
      <w:r>
        <w:t>aur sirf chand aadmi aap ke sath the. us waqt ki baat hai, yaani hijrat se pehle ki. to aik shakhs ne poocha ke aap jo yeh, aap jo yeh kar rahe hain kaam, to is kaam se kya hone wala hai? to us waqt aap ne kaha tha ke yeh kaam woh kaam hai ke agar tum is ka sath do to tum sare, sare Arab aur sare Ajam tumhare, tumhare under mein ho jayen gay.</w:t>
      </w:r>
    </w:p>
    <w:p>
      <w:pPr>
        <w:jc w:val="right"/>
      </w:pPr>
      <w:r>
        <w:t>اور صرف چند آدمی آپ کے ساتھ تھے۔ اس وقت کی بات ہے، یعنی ہجرت سے پہلے کی۔ تو ایک شخص نے پوچھا کہ آپ جو یہ، آپ جو یہ کر رہے ہیں کام، تو اس کام سے کیا ہونے والا ہے؟ تو اس وقت آپ نے کہا تھا کہ یہ کام وہ کام ہے کہ اگر تم اس کا ساتھ دو تو تم سارے، سارے عرب اور سارے عجم تمہارے، تمہارے انڈر میں ہو جائیں گے۔</w:t>
      </w:r>
    </w:p>
    <w:p>
      <w:r>
        <w:rPr>
          <w:b/>
        </w:rPr>
        <w:t xml:space="preserve">[58:05] </w:t>
      </w:r>
      <w:r>
        <w:t>sare Arab aur sare Ajam par tumhara, yaani dabdaba qaim ho jayega. matlab sare globe par. to mein samajhta hoon ke yeh jo aap ne farmaya tha is ka yeh takmeel hai isi ki. door daabba, yeh jo door daabba aaya hai, Rasool Allah sallallahu alaihi wasallam ke isi qaul ki takmeel hai. ke daabba ki madad se ya internet ke ya yeh, yeh modern technique se</w:t>
      </w:r>
    </w:p>
    <w:p>
      <w:pPr>
        <w:jc w:val="right"/>
      </w:pPr>
      <w:r>
        <w:t>سارے عرب اور سارے عجم پر تمہارا، یعنی دبدبہ قائم ہو جائے گا۔ مطلب سارے گلوب پر۔ تو میں سمجھتا ہوں کہ یہ جو آپ نے فرمایا تھا اس کا یہ تکمیل ہے اسی کی۔ دور دابہ، یہ جو دور دابہ آیا ہے، رسول اللہ صلی اللہ علیہ وسلم کے اسی قول کی تکمیل ہے۔ کہ دابہ کی مدد سے یا انٹرنیٹ کے یا یہ، یہ ماڈرن ٹیکنیک سے</w:t>
      </w:r>
    </w:p>
    <w:p>
      <w:r>
        <w:rPr>
          <w:b/>
        </w:rPr>
        <w:t xml:space="preserve">[58:35] </w:t>
      </w:r>
      <w:r>
        <w:t>jo, jo, jo network bana hai, is network ki madad se hum aik daawa empire bana sakte hain aur inshallah banayen gay. to behrhaal yeh mujhe kehna tha aaj aap se ke aap apna target samjhiye ke target kya hai. aap ka target hai daawa empire banana. modern technology ki madad se.</w:t>
      </w:r>
    </w:p>
    <w:p>
      <w:pPr>
        <w:jc w:val="right"/>
      </w:pPr>
      <w:r>
        <w:t>جو، جو، جو نیٹ ورک بنا ہے، اس نیٹ ورک کی مدد سے ہم ایک دعویٰ ایمپائر بنا سکتے ہیں اور انشاءاللہ بنائیں گے۔ تو بہرحال یہ مجھے کہنا تھا آج آپ سے کہ آپ اپنا ٹارگٹ سمجھیے کہ ٹارگٹ کیا ہے۔ آپ کا ٹارگٹ ہے دعویٰ ایمپائر بنانا۔ ماڈرن ٹیکنالوجی کی مدد سے۔</w:t>
      </w:r>
    </w:p>
    <w:p>
      <w:r>
        <w:rPr>
          <w:b/>
        </w:rPr>
        <w:t xml:space="preserve">[59:08] </w:t>
      </w:r>
      <w:r>
        <w:t>Islam ki, Islam ki, ke message ko politics se alag kar ke, violence se alag kar ke pohanchana duniya ko. hum jis Islam ko pehchana chahte hain, jis Islam ki daawat de rahe hain, jis Islam ko hum, yaani doosron tak convey karna chahte hain, woh Islam is mein woh strictly non-political hai. strictly non-political. is mein</w:t>
      </w:r>
    </w:p>
    <w:p>
      <w:pPr>
        <w:jc w:val="right"/>
      </w:pPr>
      <w:r>
        <w:t>اسلام کی، اسلام کی، کے میسج کو پولیٹکس سے الگ کر کے، وائلنس سے الگ کر کے پہنچانا دنیا کو۔ ہم جس اسلام کو پہچانا چاہتے ہیں، جس اسلام کی دعوت دے رہے ہیں، جس اسلام کو ہم، یعنی دوسروں تک کنوے کرنا چاہتے ہیں، وہ اسلام اس میں وہ اسٹرکٹلی نان پولیٹیکل ہے۔ اسٹرکٹلی نان پولیٹیکل۔ اس میں</w:t>
      </w:r>
    </w:p>
    <w:p>
      <w:r>
        <w:rPr>
          <w:b/>
        </w:rPr>
        <w:t xml:space="preserve">[59:38] </w:t>
      </w:r>
      <w:r>
        <w:t>na violence hai, na politics hai, na hate hai, yeh sab kuch hai, kuch nahi hai. hamari jo daawat hai, hamara jo Islam hai woh pyar, pyar par base karta hai. is mein pyar hai, insaniyat hai, universal outlook hai. is mein well wishing hai, sab ke liye khair khwahi hai. woh sirf Allah ka message hai, doosron tak pohanchana hai. is mein koi</w:t>
      </w:r>
    </w:p>
    <w:p>
      <w:pPr>
        <w:jc w:val="right"/>
      </w:pPr>
      <w:r>
        <w:t>نہ وائلنس ہے، نہ پولیٹکس ہے، نہ ہیٹ ہے، یہ سب کچھ ہے، کچھ نہیں ہے۔ ہماری جو دعوت ہے، ہمارا جو اسلام ہے وہ پیار، پیار پر بیس کرتا ہے۔ اس میں پیار ہے، انسانیت ہے، یونیورسل آؤٹ لک ہے۔ اس میں ویل وشنگ ہے، سب کے لیے خیر خواہی ہے۔ وہ صرف اللہ کا میسج ہے، دوسروں تک پہنچانا ہے۔ اس میں کوئی</w:t>
      </w:r>
    </w:p>
    <w:p>
      <w:r>
        <w:rPr>
          <w:b/>
        </w:rPr>
        <w:t xml:space="preserve">[1:00:08] </w:t>
      </w:r>
      <w:r>
        <w:t>bhi hamari apni, yaani interest shamil nahi hai. kisi bhi interest ke baghair, kisi bhi politics ke baghair, kisi bhi violence ke baghair, sirf, yaani Allah ke paigham ko, Khuda ke paigham ko peaceful tareeqay se logon tak pohanchana. yeh hai hamara mission aur isi ke liye hum yeh, yaani daawa empire banana chahte hain. hamare dil mein Khuda ke fazl se koi political ambitions nahi hain.</w:t>
      </w:r>
    </w:p>
    <w:p>
      <w:pPr>
        <w:jc w:val="right"/>
      </w:pPr>
      <w:r>
        <w:t>بھی ہماری اپنی، یعنی انٹرسٹ شامل نہیں ہے۔ کسی بھی انٹرسٹ کے بغیر، کسی بھی پولیٹکس کے بغیر، کسی بھی وائلنس کے بغیر، صرف، یعنی اللہ کے پیغام کو، خدا کے پیغام کو پیس فل طریقے سے لوگوں تک پہنچانا۔ یہ ہے ہمارا مشن اور اسی کے لیے ہم یہ، یعنی دعویٰ ایمپائر بنانا چاہتے ہیں۔ ہمارے دل میں خدا کے فضل سے کوئی پولیٹیکل ابیشنز نہیں ہیں۔</w:t>
      </w:r>
    </w:p>
    <w:p>
      <w:r>
        <w:rPr>
          <w:b/>
        </w:rPr>
        <w:t xml:space="preserve">[1:00:39] </w:t>
      </w:r>
      <w:r>
        <w:t>koi madi interest nahi hai. logon ki khair khwahi ke liye ke log jo hain hell mein na jayen, Khuda unhein paradise mein dakhil kare. yaani logon ke, logon ke apne faiday ko hum ne jaana ke yahi hai logon ka faida ke aisa rahe duniya mein, is tarah aise kaam karen ke unhein Khuda hell mein na dalay balkay un ke liye paradise ka faisla kare.</w:t>
      </w:r>
    </w:p>
    <w:p>
      <w:pPr>
        <w:jc w:val="right"/>
      </w:pPr>
      <w:r>
        <w:t>کوئی مادی انٹرسٹ نہیں ہے۔ لوگوں کی خیر خواہی کے لیے کہ لوگ جو ہیں ہیل میں نہ جائیں، خدا انہیں پیراڈائز میں داخل کرے۔ یعنی لوگوں کے، لوگوں کے اپنے فائدے کو ہم نے جانا کہ یہی ہے لوگوں کا فائدہ کہ ایسا رہے دنیا میں، اس طرح ایسے کام کریں کہ انہیں خدا ہیل میں نہ ڈالے بلکہ ان کے لیے پیراڈائز کا فیصلہ کرے۔</w:t>
      </w:r>
    </w:p>
    <w:p>
      <w:r>
        <w:rPr>
          <w:b/>
        </w:rPr>
        <w:t xml:space="preserve">[1:01:10] </w:t>
      </w:r>
      <w:r>
        <w:t>to logon ki apni khair khwahi ke liye hum yeh kaam kar rahe hain. kisi qism ka koi politics nahi, kisi qism ka koi interest nahi, kisi qism ka koi violence nahi, koi cheez secret nahi. yaad rakhiye, hamare haan koi cheez secret nahi hai. kuch bhi yahan secrecy nahi hai. jo cheez hai woh open hai. to yeh kaam hai aap ka ke aap aaj ke technology ko istemal kar ke dawah empire</w:t>
      </w:r>
    </w:p>
    <w:p>
      <w:pPr>
        <w:jc w:val="right"/>
      </w:pPr>
      <w:r>
        <w:t>تو لوگوں کی اپنی خیر خواہی کے لیے ہم یہ کام کر رہے ہیں۔ کسی قسم کا کوئی پولیٹکس نہیں، کسی قسم کا کوئی انٹرسٹ نہیں، کسی قسم کا کوئی وائلنس نہیں، کوئی چیز سیکرٹ نہیں۔ یاد رکھیے، ہمارے ہاں کوئی چیز سیکرٹ نہیں ہے۔ کچھ بھی یہاں سیکریسی نہیں ہے۔ جو چیز ہے وہ اوپن ہے۔ تو یہ کام ہے آپ کا کہ آپ آج کے ٹیکنالوجی کو استعمال کر کے دعویٰ ایمپ</w:t>
      </w:r>
    </w:p>
    <w:p>
      <w:r>
        <w:rPr>
          <w:b/>
        </w:rPr>
        <w:t xml:space="preserve">[1:01:40] </w:t>
      </w:r>
      <w:r>
        <w:t>banayen. mujhe yaqeen hai ke Allah taala ki madad aap ko hasil hogi. kyunke yeh Khuda ka kaam hai. aur final call jo dena hai woh isi dawah empire ke zariye pohnchega logon tak. apne dil ko ek dam har qism ke politics se, har qism ke interest se, har qism ke hate se khali kar lijiye.</w:t>
      </w:r>
    </w:p>
    <w:p>
      <w:pPr>
        <w:jc w:val="right"/>
      </w:pPr>
      <w:r>
        <w:t>ائر بنائیں۔ مجھے یقین ہے کہ اللہ تعالیٰ کی مدد آپ کو حاصل ہوگی۔ کیونکہ یہ خدا کا کام ہے۔ اور فائنل کال جو دینا ہے وہ اسی دعویٰ ایمپائر کے ذریعے پہنچے گا لوگوں تک۔ اپنے دل کو ایک دم ہر قسم کے پولیٹکس سے، ہر قسم کے انٹرسٹ سے، ہر قسم کے ہیٹ سے خالی کر لیجیے۔</w:t>
      </w:r>
    </w:p>
    <w:p>
      <w:r>
        <w:rPr>
          <w:b/>
        </w:rPr>
        <w:t xml:space="preserve">[1:02:10] </w:t>
      </w:r>
      <w:r>
        <w:t>aur jab us waqt jab aap dua karenge to dua zaroor qabool hogi. main samajhta hoon ke dua ke bal per aur, aur Khuda ke bharose ke bal per humein aage badhna hai. aur zaroor aap hi ke hathon dawah empire qaim hoga. balke dawah empire is waqt already in the making hai woh. yani is process mein hai jahan ke hum aage ki taraf ja rahe hain.</w:t>
      </w:r>
    </w:p>
    <w:p>
      <w:pPr>
        <w:jc w:val="right"/>
      </w:pPr>
      <w:r>
        <w:t>اور جب اس وقت جب آپ دعا کریں گے تو دعا ضرور قبول ہوگی۔ میں سمجھتا ہوں کہ دعا کے بل پر اور، اور خدا کے بھروسے کے بل پر ہمیں آگے بڑھنا ہے۔ اور ضرور آپ ہی کے ہاتھوں دعویٰ ایمپائر قائم ہوگا۔ بلکہ دعویٰ ایمپائر اس وقت الریڈی ان دا میکنگ ہے وہ۔ یعنی اس پروسیس میں ہے جہاں کہ ہم آگے کی طرف جا رہے ہیں۔</w:t>
      </w:r>
    </w:p>
    <w:p>
      <w:r>
        <w:rPr>
          <w:b/>
        </w:rPr>
        <w:t xml:space="preserve">[1:02:40] </w:t>
      </w:r>
      <w:r>
        <w:t>to meri dua hai ke Allah taala aap ki madad farmaye. aap ko har tarah ki, har tarah ke woh cheezein de jis se ke aap is mission ko kaam abhi tak pohncha sakte hain. aap apne liye, isi mein aap ke apne liye bhi akhirat ki salvation hai, isi mein duniya walon ki bhi salvation hai. aqool qawli hadha wastaghfirullah li walakum ajmaeen.</w:t>
      </w:r>
    </w:p>
    <w:p>
      <w:pPr>
        <w:jc w:val="right"/>
      </w:pPr>
      <w:r>
        <w:t>تو میری دعا ہے کہ اللہ تعالیٰ آپ کی مدد فرمائے۔ آپ کو ہر طرح کی، ہر طرح کے وہ چیزیں دے جس سے کہ آپ اس مشن کو کام ابھی تک پہنچا سکتے ہیں۔ آپ اپنے لیے، اسی میں آپ کے اپنے لیے بھی آخرت کی سالویشن ہے، اسی میں دنیا والوں کی بھی سالویشن ہے۔ أقول قولی هذا واستغفراللہ لي ولكم أجمعين.</w:t>
      </w:r>
    </w:p>
    <w:p>
      <w:r>
        <w:rPr>
          <w:b/>
        </w:rPr>
        <w:t xml:space="preserve">[1:03:22] </w:t>
      </w:r>
      <w:r>
        <w:t>This question is from Maria. Why did people earlier had great zeal about doing dawah work but today that spirit has died down? Kindly explain.</w:t>
      </w:r>
    </w:p>
    <w:p>
      <w:pPr>
        <w:jc w:val="right"/>
      </w:pPr>
      <w:r>
        <w:t>This question is from Maria. Why did people earlier had great zeal about doing دعویٰ work but today that spirit has died down? Kindly explain.</w:t>
      </w:r>
    </w:p>
    <w:p>
      <w:r>
        <w:rPr>
          <w:b/>
        </w:rPr>
        <w:t xml:space="preserve">[1:03:33] </w:t>
      </w:r>
      <w:r>
        <w:t>main samajhta hoon ke, yani ke kai reason aap bata sakte hain lekin basic reason to yeh hai ke mazhab mein ya Islam mein dawah work ko highlight nahi kiya jata. masjid mein aap wahan jo speeches hoti hain us ko suniye, madarson mein jo baaton ka charcha hota hai us ko suniye, kahin bhi dawah work ko high</w:t>
      </w:r>
    </w:p>
    <w:p>
      <w:pPr>
        <w:jc w:val="right"/>
      </w:pPr>
      <w:r>
        <w:t>میں سمجھتا ہوں کہ، یعنی کہ کئی ریزن آپ بتا سکتے ہیں لیکن بیسک ریزن تو یہ ہے کہ مذہب میں یا اسلام میں دعویٰ ورک کو ہائی لائٹ نہیں کیا جاتا۔ مسجد میں آپ وہاں جو اسپیچز ہوتی ہیں اس کو سنیے، مدرسوں میں جو باتوں کا چرچا ہوتا ہے اس کو سنیے، کہیں بھی دعویٰ ورک کو ہائی</w:t>
      </w:r>
    </w:p>
    <w:p>
      <w:r>
        <w:rPr>
          <w:b/>
        </w:rPr>
        <w:t xml:space="preserve">[1:04:03] </w:t>
      </w:r>
      <w:r>
        <w:t>light nahi kiya jata. is se bhi zyada bari ghalti yeh ho rahi hai ke doosre doosre kamon ko dawah keh diya jata hai. maslan namaz roza sikhayenge, kahenge dawah hum kar rahe hain. to logon ke mind mein dawah ka concept hi ya to khatam ho gaya hai ya kisi aur kaam ko dawah work samajh kar ke woh satisfied rehte hain ke hum dawah work kar hi rahe hain.</w:t>
      </w:r>
    </w:p>
    <w:p>
      <w:pPr>
        <w:jc w:val="right"/>
      </w:pPr>
      <w:r>
        <w:t>لائٹ نہیں کیا جاتا۔ اس سے بھی زیادہ بڑی غلطی یہ ہو رہی ہے کہ دوسرے دوسرے کاموں کو دعویٰ کہہ دیا جاتا ہے۔ مثلاً نماز روزہ سکھائیں گے، کہیں گے دعوت ہم کر رہے ہیں۔ تو لوگوں کے مائنڈ میں دعوت کا کانسیپٹ ہی یا تو ختم ہو گیا ہے یا کسی اور کام کو دعویٰ ورک سمجھ کر کے وہ سیٹسفائیڈ رہتے ہیں کہ ہم دعویٰ ورک کر ہی رہے ہیں۔</w:t>
      </w:r>
    </w:p>
    <w:p>
      <w:r>
        <w:rPr>
          <w:b/>
        </w:rPr>
        <w:t xml:space="preserve">[1:04:34] </w:t>
      </w:r>
      <w:r>
        <w:t>to basic jo reason hai is ka woh mazhab ke jo mazhab ko batane wale jo log hain, Islam ke jo, jo batane wale log hain masjid mein, madarse mein aur print media mein aur idhar udhar, woh log kahin bhi aap, aap hamare mission ko chhod kar dekhiye to dawah work ko woh log, yani is highlight nahi karte.</w:t>
      </w:r>
    </w:p>
    <w:p>
      <w:pPr>
        <w:jc w:val="right"/>
      </w:pPr>
      <w:r>
        <w:t>تو بیسک جو ریزن ہے اس کا وہ مذہب کے جو مذہب کو بتانے والے جو لوگ ہیں، اسلام کے جو، جو بتانے والے لوگ ہیں مسجد میں، مدرسے میں اور پرنٹ میڈیا میں اور ادھر ادھر، وہ لوگ کہیں بھی آپ، آپ ہمارے مشن کو چھوڑ کر دیکھیے تو دعویٰ ورک کو وہ لوگ، یعنی اس ہائی لائٹ نہیں کرتے۔</w:t>
      </w:r>
    </w:p>
    <w:p>
      <w:r>
        <w:rPr>
          <w:b/>
        </w:rPr>
        <w:t xml:space="preserve">[1:05:05] </w:t>
      </w:r>
      <w:r>
        <w:t>to jab logon ke mind hi mein nahi dalenge aap to woh karein kaise is kaam ko? main to samajhta hoon ke yeh is ka reason hai.</w:t>
      </w:r>
    </w:p>
    <w:p>
      <w:pPr>
        <w:jc w:val="right"/>
      </w:pPr>
      <w:r>
        <w:t>تو جب لوگوں کے مائنڈ ہی میں نہیں ڈالیں گے آپ تو وہ کریں کیسے اس کام کو؟ میں تو سمجھتا ہوں کہ یہ اس کا ریزن ہے۔</w:t>
      </w:r>
    </w:p>
    <w:p>
      <w:r>
        <w:rPr>
          <w:b/>
        </w:rPr>
        <w:t xml:space="preserve">[1:05:14] </w:t>
      </w:r>
      <w:r>
        <w:t>This question is from Adil Wasi. Maulana, should Muslims participate in political system?</w:t>
      </w:r>
    </w:p>
    <w:p>
      <w:pPr>
        <w:jc w:val="right"/>
      </w:pPr>
      <w:r>
        <w:t>This question is from عادل وارثی. Maulana, should مسلمز participate in political system?</w:t>
      </w:r>
    </w:p>
    <w:p>
      <w:r>
        <w:rPr>
          <w:b/>
        </w:rPr>
        <w:t xml:space="preserve">[1:05:20] </w:t>
      </w:r>
      <w:r>
        <w:t>dekhiye, political system mein participate karna yeh koi taboo nahi hai. koi taboo nahi. lekin meri jo soch hai woh yeh hai ke result oriented hona chahiye is ko. hadith mein aata hai ke man hasana Islami al mar'u tarqu ma la yani. yani result ko dekh kar ke kisi cheez mein participate karna. to pichhle sau baras ki jo Musalmanon ki jo politics hai us ko main keh</w:t>
      </w:r>
    </w:p>
    <w:p>
      <w:pPr>
        <w:jc w:val="right"/>
      </w:pPr>
      <w:r>
        <w:t>دیکھیے، پولیٹیکل سسٹم میں پارٹیسپیٹ کرنا یہ کوئی ٹیبو نہیں ہے۔ کوئی ٹیبو نہیں۔ لیکن میری جو سوچ ہے وہ یہ ہے کہ رزلٹ اورینٹڈ ہونا چاہیے اس کو۔ حدیث میں آتا ہے کہ من حسن اسلامی المرء ترکہ مالا یعنی ہے۔ یعنی رزلٹ کو دیکھ کر کے کسی چیز میں پارٹیسپیٹ کرنا۔ تو پچھلے سو برس کی جو مسلمانوں کی جو پولیٹکس ہے اس کو میں کہہ</w:t>
      </w:r>
    </w:p>
    <w:p>
      <w:r>
        <w:rPr>
          <w:b/>
        </w:rPr>
        <w:t xml:space="preserve">[1:05:50] </w:t>
      </w:r>
      <w:r>
        <w:t>sakta hoon ke one percent bhi koi Musalmanon ko achievement nahi hua. to aise participation se acha hai ke participate na kiya jaye taake kam se kam woh, woh time to bache. is time ko bacha kar ke hum koi doosra kaam kar sakte hain.</w:t>
      </w:r>
    </w:p>
    <w:p>
      <w:pPr>
        <w:jc w:val="right"/>
      </w:pPr>
      <w:r>
        <w:t>سکتا ہوں کہ ون پرسنٹ بھی کوئی مسلمانوں کو اچیومنٹ نہیں ہوا۔ تو ایسے پارٹیسپیشن سے اچھا ہے کہ پارٹیسپیٹ نہ کیا جائے تاکہ کم سے کم وہ، وہ ٹائم تو بچے۔ اس ٹائم کو بچا کر کے ہم کوئی دوسرا کام کر سکتے ہیں۔</w:t>
      </w:r>
    </w:p>
    <w:p>
      <w:r>
        <w:rPr>
          <w:b/>
        </w:rPr>
        <w:t xml:space="preserve">[1:06:07] </w:t>
      </w:r>
      <w:r>
        <w:t>This question is from Sofia. How and what other things come our way by doing dawah work?</w:t>
      </w:r>
    </w:p>
    <w:p>
      <w:pPr>
        <w:jc w:val="right"/>
      </w:pPr>
      <w:r>
        <w:t>This question is from صوفیہ. How and what other things come our way by doing دعویٰ ورک?</w:t>
      </w:r>
    </w:p>
    <w:p>
      <w:r>
        <w:rPr>
          <w:b/>
        </w:rPr>
        <w:t xml:space="preserve">[1:06:14] </w:t>
      </w:r>
      <w:r>
        <w:t>yeh, yeh, yeh to baat clear hai ke pehla jo faida hai woh yeh hai ke aap ko Khuda ka reward milta hai aur paradise milti hai. lekin doosre pehluon se bhi is ke bohat se faide hain. aur sab se bara faida yeh hai ke aap ke andar insaan dosti paida hoti hai. insaan se hate karna khatam ho jata hai. jab tak agar koi aadmi sacha dahi hoga to zaroor woh insaan friendly bhi hoga.</w:t>
      </w:r>
    </w:p>
    <w:p>
      <w:pPr>
        <w:jc w:val="right"/>
      </w:pPr>
      <w:r>
        <w:t>یہ، یہ، یہ تو بات کلیئر ہے کہ پہلا جو فائدہ ہے وہ یہ ہے کہ آپ کو خدا کا ریوارڈ ملتا ہے اور پیراڈائز ملتی ہے۔ لیکن دوسرے پہلوؤں سے بھی اس کے بہت سے فائدے ہیں۔ اور سب سے بڑا فائدہ یہ ہے کہ آپ کے اندر انسان دوستی پیدا ہوتی ہے۔ انسان سے ہیٹ کرنا ختم ہو جاتا ہے۔ جب تک اگر کوئی آدمی سچا داعی ہوگا تو ضرور وہ انسان فرینڈلی بھی ہوگا۔</w:t>
      </w:r>
    </w:p>
    <w:p>
      <w:r>
        <w:rPr>
          <w:b/>
        </w:rPr>
        <w:t xml:space="preserve">[1:06:45] </w:t>
      </w:r>
      <w:r>
        <w:t>to main samajhta hoon ke dawah culture ko farogh dena, dawah culture ko promote karna, insaan friendly culture ko promote karna hai. aur bilashubah yeh bohat hi bara faida hai jis mein bohat se doosre faide bhi jure hue hain.</w:t>
      </w:r>
    </w:p>
    <w:p>
      <w:pPr>
        <w:jc w:val="right"/>
      </w:pPr>
      <w:r>
        <w:t>تو میں سمجھتا ہوں کہ دعویٰ کلچر کو فروغ دینا، دعویٰ کلچر کو پروموٹ کرنا، انسان فرینڈلی کلچر کو پروموٹ کرنا ہے۔ اور بلاشبہ یہ بہت ہی بڑا فائدہ ہے جس میں بہت سے دوسرے فائدے بھی جڑے ہوئے ہیں۔</w:t>
      </w:r>
    </w:p>
    <w:p>
      <w:r>
        <w:rPr>
          <w:b/>
        </w:rPr>
        <w:t xml:space="preserve">[1:07:03] </w:t>
      </w:r>
      <w:r>
        <w:t>This question is from Razia. Why aren't Muslims able to realize that the operation they are going through today is not because of them being Muslims but because of their indulgence in politics of their state?</w:t>
      </w:r>
    </w:p>
    <w:p>
      <w:pPr>
        <w:jc w:val="right"/>
      </w:pPr>
      <w:r>
        <w:t>This question is from رازیہ. Why aren't مسلمز able to realize that the operation they are going through today is not because of them being مسلمز but because of their indulgence in politics of their state?</w:t>
      </w:r>
    </w:p>
    <w:p>
      <w:r>
        <w:rPr>
          <w:b/>
        </w:rPr>
        <w:t xml:space="preserve">[1:07:19] </w:t>
      </w:r>
      <w:r>
        <w:t>main samajhta hoon ke main responsibility jati hai Muslim papers par. Musalmanon ke jitne bhi papers hain woh isi tarah se cheezon ko present karte hain. jaise ke duniya Islam ki dushman hai, Musalmanon ki dushman hai. kisi bhi mere janne ke mutabiq koi poori Muslim duniya mein koi ek bhi paper nahi hai ya koi bhi stage nahi hai aisa</w:t>
      </w:r>
    </w:p>
    <w:p>
      <w:pPr>
        <w:jc w:val="right"/>
      </w:pPr>
      <w:r>
        <w:t>میں سمجھتا ہوں کہ مین ریسپانسبیلٹی جاتی ہے مسلم پیپرز پر۔ مسلمانوں کے جتنے بھی پیپرز ہیں وہ اسی طرح سے چیزوں کو پریزنٹ کرتے ہیں۔ جیسے کہ دنیا اسلام کی دشمن ہے، مسلمانوں کی دشمن ہے۔ کسی بھی میرے جاننے کے مطابق کوئی پوری مسلم دنیا میں کوئی ایک بھی پیپر نہیں ہے یا کوئی بھی اسٹیج نہیں ہے ایسا</w:t>
      </w:r>
    </w:p>
    <w:p>
      <w:r>
        <w:rPr>
          <w:b/>
        </w:rPr>
        <w:t xml:space="preserve">[1:07:49] </w:t>
      </w:r>
      <w:r>
        <w:t>jahan yeh bataya jata ho ke yeh sab jo ho raha hai tumhare, tumhari ghalt politics se ho raha hai. tumhare self, self jihad ki wajah se ho raha hai. yeh nahi ho raha ke tum Musalman ho. duniya Islam ki dushman nahi hai. to koi bataye hi nahi raha to kaise jaane log? yani is tarah se differentiate kar ke batana yeh sirf main hi akela kar raha hoon poori Muslim world mein. duniya kaise janegi? ab aap log hain,</w:t>
      </w:r>
    </w:p>
    <w:p>
      <w:pPr>
        <w:jc w:val="right"/>
      </w:pPr>
      <w:r>
        <w:t>جہاں یہ بتایا جاتا ہو کہ یہ سب جو ہو رہا ہے تمہارے، تمہاری غلط پولیٹکس سے ہو رہا ہے۔ تمہارے سیلف، سیلف اسٹائل جہاد کی وجہ سے ہو رہا ہے۔ یہ نہیں ہو رہا کہ تم مسلمان ہو۔ دنیا اسلام کی دشمن نہیں ہے۔ تو کوئی بتائے ہی نہیں رہا تو کیسے جانے لوگ؟ یعنی اس طرح سے ڈفرنشیٹ کر کے بتانا یہ صرف میں ہی اکیلا کر رہا ہوں پوری مسلم ورلڈ میں۔ دنیا کیسے جانے گی؟ اب آپ لوگ ہیں،</w:t>
      </w:r>
    </w:p>
    <w:p>
      <w:r>
        <w:rPr>
          <w:b/>
        </w:rPr>
        <w:t xml:space="preserve">[1:08:19] </w:t>
      </w:r>
      <w:r>
        <w:t>ab aap log jo mission yeh chala rahe hain is ko phailaiye aur aage badhaiye. jaisa ke maine apni pichhli taqreer mein kaha tha ke hamara mission jo hai woh dawah empire ki taraf badh raha hai. yani dawah work plus multimedia is ek</w:t>
      </w:r>
    </w:p>
    <w:p>
      <w:pPr>
        <w:jc w:val="right"/>
      </w:pPr>
      <w:r>
        <w:t>اب آپ لوگ جو مشن یہ چلا رہے ہیں اس کو پھیلائیے اور آگے بڑھائیے۔ جیسا کہ میں نے اپنی پچھلی تقریر میں کہا تھا کہ ہمارا مشن جو ہے وہ دعویٰ ایمپائر کی طرف بڑھ رہا ہے۔ یعنی دعویٰ ورک پلس ملٹی میڈیا از ایک</w:t>
      </w:r>
    </w:p>
    <w:p>
      <w:r>
        <w:rPr>
          <w:b/>
        </w:rPr>
        <w:t xml:space="preserve">[1:08:49] </w:t>
      </w:r>
      <w:r>
        <w:t>wal to dawah empire. dawah work plus multimedia is equal to dawah empire. is kaam ko aage badhaiye aur aur jab logon ke mind mein baat aa jayegi theek theek to inshallah un ki islaah bhi ho jayegi.</w:t>
      </w:r>
    </w:p>
    <w:p>
      <w:pPr>
        <w:jc w:val="right"/>
      </w:pPr>
      <w:r>
        <w:t>ول ٹو دعویٰ ایمپائر۔ دعویٰ ورک پلس ملٹی میڈیا از ایکول ٹو دعویٰ ایمپائر۔ اس کام کو آگے بڑھائیے اور اور جب لوگوں کے مائنڈ میں بات آ جائے گی ٹھیک ٹھیک تو انشاءاللہ ان کی اصلاح بھی ہو جائے گی۔</w:t>
      </w:r>
    </w:p>
    <w:p>
      <w:r>
        <w:rPr>
          <w:b/>
        </w:rPr>
        <w:t xml:space="preserve">[1:09:09] </w:t>
      </w:r>
      <w:r>
        <w:t>This question is from Muhammad Hassan. Doosre qomon ke barhkhil Musalman bohat jald violence karwai par kyun utar aate hain?</w:t>
      </w:r>
    </w:p>
    <w:p>
      <w:pPr>
        <w:jc w:val="right"/>
      </w:pPr>
      <w:r>
        <w:t>This question is from محمد حسان. دوسرے قوموں کے برخلاف مسلمان بہت جلد وائلنس کارروائی پر کیوں اتر آتے ہیں؟</w:t>
      </w:r>
    </w:p>
    <w:p>
      <w:r>
        <w:rPr>
          <w:b/>
        </w:rPr>
        <w:t xml:space="preserve">[1:09:17] </w:t>
      </w:r>
      <w:r>
        <w:t>is ki zimmedari Musalmanon par nahi hai balke Musalmanon ke so called leaders ki hai. Musalman kya jaane baaton ko? aam masses jo hain woh koi analysis karna jante nahi. jo bataya jata hai wahi maan lete hain woh. main samajhta hoon ke hamare akhbarat, hamare leaders, hamare jalsay jo mind de rahe hain woh wahi mind hai jo Musalmanon ka hai already. agar is ke sath doosra mind aap dein to doosra mind</w:t>
      </w:r>
    </w:p>
    <w:p>
      <w:pPr>
        <w:jc w:val="right"/>
      </w:pPr>
      <w:r>
        <w:t>اس کی ذمہ داری مسلمانوں پر نہیں ہے بلکہ مسلمانوں کے سو کالڈ لیڈرز کی ہے۔ مسلمان کیا جانے باتوں کو؟ عام ماسز جو ہیں وہ کوئی انالیسز کرنا جانتے نہیں۔ جو بتایا جاتا ہے وہی مان لیتے ہیں وہ۔ میں سمجھتا ہوں کہ ہمارے اخبارات، ہمارے لیڈرز، ہمارے جلسے جو مائنڈ دے رہے ہیں وہ وہی مائنڈ ہے جو مسلمانوں کا ہے الریڈی۔ اگر اس کے ساتھ دوسرا مائنڈ آپ دیں تو دوسرا مائن</w:t>
      </w:r>
    </w:p>
    <w:p>
      <w:r>
        <w:rPr>
          <w:b/>
        </w:rPr>
        <w:t xml:space="preserve">[1:09:47] </w:t>
      </w:r>
      <w:r>
        <w:t>aa jayega un ke andar. aam Musalman ya masses jo hain, Muslim masses jo hain woh khud se soch nahi sakte. apne aap soch nahi sakte woh. aur jo soch, jo, jo open, jo log opinion maker hain hamare, hamare community mein, opinion maker class jo hai woh wahi zehan de raha hai. wahi soch de raha hai. to isi liye hamara target jo hai op</w:t>
      </w:r>
    </w:p>
    <w:p>
      <w:pPr>
        <w:jc w:val="right"/>
      </w:pPr>
      <w:r>
        <w:t>ڈ آ جائے گا ان کے اندر۔ عام مسلمان یا ماسز جو ہیں، مسلم ماسز جو ہیں وہ خود سے سوچ نہیں سکتے۔ اپنے آپ سوچ نہیں سکتے وہ۔ اور جو سوچ، جو، جو اوپین، جو لوگ اوپین میکر ہیں ہمارے، ہمارے کمیونٹی میں، اوپینین میکر کلاس جو ہے وہ وہی ذہن دے رہا ہے۔ وہی سوچ دے رہا ہے۔ تو اسی لیے ہمارا ٹارگٹ جو ہے اوپ</w:t>
      </w:r>
    </w:p>
    <w:p>
      <w:r>
        <w:rPr>
          <w:b/>
        </w:rPr>
        <w:t xml:space="preserve">[1:10:17] </w:t>
      </w:r>
      <w:r>
        <w:t>inion maker class hai. hum masses ke bajaye jo educated log hain un par kaam karna chahte hain. un ka zehan jab badlenge, un ka mind badlenge, un ki soch badlenge to is ke baad kya hoga ke masses ka mind bhi badal jayega.</w:t>
      </w:r>
    </w:p>
    <w:p>
      <w:pPr>
        <w:jc w:val="right"/>
      </w:pPr>
      <w:r>
        <w:t>ین میکر کلاس ہے۔ ہم ماسز کے بجائے جو ایجوکیٹڈ لوگ ہیں ان پر کام کرنا چاہتے ہیں۔ ان کا ذہن جب بدلیں گے، ان کا مائنڈ بدلیں گے، ان کی سوچ بدلیں گے تو اس کے بعد کیا ہوگا کہ ماسز کا مائنڈ بھی بدل جائے گا۔</w:t>
      </w:r>
    </w:p>
    <w:p>
      <w:r>
        <w:rPr>
          <w:b/>
        </w:rPr>
        <w:t xml:space="preserve">[1:10:33] </w:t>
      </w:r>
      <w:r>
        <w:t>This question is from Aisha Zikwan. What is the reason that Muslims today are more interested in politics rather than dawah work?</w:t>
      </w:r>
    </w:p>
    <w:p>
      <w:pPr>
        <w:jc w:val="right"/>
      </w:pPr>
      <w:r>
        <w:t>This question is from عائشہ زکوان. What is the reason that مسلمز today are more interested in politics rather than دعویٰ ورک؟</w:t>
      </w:r>
    </w:p>
    <w:p>
      <w:r>
        <w:rPr>
          <w:b/>
        </w:rPr>
        <w:t xml:space="preserve">[1:10:44] </w:t>
      </w:r>
      <w:r>
        <w:t>simple si baat yeh hai ke in ko bataya nahi gaya. muslim masses ko yeh baat batai nahi gayi. aur is pe logon ko immediate gain dikhai deta hai. politics mein agarchay milta kuch bhi nahi lekin dhoom dhaam narah baazi jaloosa jaloos mein lagta hai ke kuch immediate tor par kuch mil raha hai humein. to aik false hope business yeh hai. main samajhta hoon ke politics mein involvement musalmanon ka hai woh aik false hopes business hai aur kuch</w:t>
      </w:r>
    </w:p>
    <w:p>
      <w:pPr>
        <w:jc w:val="right"/>
      </w:pPr>
      <w:r>
        <w:t>سمپل سی بات یہ ہے کہ ان کو بتایا نہیں گیا۔ مسلم ماسز کو یہ بات بتائی نہیں گئی۔ اور اس پہ لوگوں کو امیڈیٹ گین دکھائی دیتا ہے۔ پولیٹکس میں اگرچہ ملتا کچھ بھی نہیں لیکن دھوم دھام نعرہ بازی جلوسہ جلوس میں لگتا ہے کہ کچھ امیڈیٹ طور پر کچھ مل رہا ہے ہمیں۔ تو ایک فالس ہوپ بزنس یہ ہے۔ میں سمجھتا ہوں کہ پولیٹکس میں انوالومنٹ مسلمانوں کا ہے وہ ایک فالس ہوپس بزنس ہے اور کچھ</w:t>
      </w:r>
    </w:p>
    <w:p>
      <w:r>
        <w:rPr>
          <w:b/>
        </w:rPr>
        <w:t xml:space="preserve">[1:11:14] </w:t>
      </w:r>
      <w:r>
        <w:t>bhi nahi.</w:t>
      </w:r>
    </w:p>
    <w:p>
      <w:pPr>
        <w:jc w:val="right"/>
      </w:pPr>
      <w:r>
        <w:t>بھی نہیں۔</w:t>
      </w:r>
    </w:p>
    <w:p>
      <w:r>
        <w:rPr>
          <w:b/>
        </w:rPr>
        <w:t xml:space="preserve">[1:11:15] </w:t>
      </w:r>
      <w:r>
        <w:t>molana aik sawal hum karna chahte hain ke agar koi material benefit mila mile kisi ko jaisay promotion ya salary increase ya kisi ko koi property mil jaye to is pe kya Alhamdulillah karna chahiye?</w:t>
      </w:r>
    </w:p>
    <w:p>
      <w:pPr>
        <w:jc w:val="right"/>
      </w:pPr>
      <w:r>
        <w:t>مولانا ایک سوال ہم کرنا چاہتے ہیں کہ اگر کوئی مٹیریل بینیفٹ ملا ملے کسی کو جیسے پروموشن یا سیلری انکریز یا کسی کو کوئی پراپرٹی مل جائے تو اس پہ کیا الحمدللہ کرنا چاہیے؟</w:t>
      </w:r>
    </w:p>
    <w:p>
      <w:r>
        <w:rPr>
          <w:b/>
        </w:rPr>
        <w:t xml:space="preserve">[1:11:30] </w:t>
      </w:r>
      <w:r>
        <w:t>zaroor karna chahiye. Alhamdulillah har baat pe karna chahiye. sirf yeh hai ke isi ko aap apni zindagi ka target na bana lain. Khuda agar aap ko aisi cheezen deta hai matlab aik aap target na banaye hue hon aur aap ko woh cheezen mil jayen to zaroor aap ko Alhamdulillah karna chahiye. warna jahan tak target ki baat hai to koi bhi material gain aap ka target nahi hona chahiye. target hona chahiye paradise.</w:t>
      </w:r>
    </w:p>
    <w:p>
      <w:pPr>
        <w:jc w:val="right"/>
      </w:pPr>
      <w:r>
        <w:t>ضرور کرنا چاہیے۔ الحمدللہ ہر بات پہ کرنا چاہیے۔ صرف یہ ہے کہ اسی کو آپ اپنی زندگی کا ٹارگٹ نہ بنا لیں۔ خدا اگر آپ کو ایسی چیزیں دیتا ہے مطلب ایک آپ ٹارگٹ نہ بنائے ہوئے ہوں اور آپ کو وہ چیزیں مل جائیں تو ضرور آپ کو الحمدللہ کرنا چاہیے۔ ورنہ جہاں تک ٹارگٹ کی بات ہے تو کوئی بھی مٹیریل گین آپ کا ٹارگٹ نہیں ہونا چاہیے۔ ٹارگٹ ہونا چاہیے پیراڈائز۔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