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conversation with Prof. Farida Khanam</w:t>
      </w:r>
    </w:p>
    <w:p>
      <w:r>
        <w:t>https://www.youtube.com/watch?v=65KKekibzU0</w:t>
      </w:r>
    </w:p>
    <w:p>
      <w:r>
        <w:rPr>
          <w:b/>
        </w:rPr>
        <w:t xml:space="preserve">[00:10] </w:t>
      </w:r>
      <w:r>
        <w:t>Assalam o Alaikum, ladies. aaj hamare sath CPS International ki chairperson, professor Fareeda Khanam hain, jinhein hum pyar se "apa" kehte hain. to main sab se pehle apa ka welcome karti hoon. Assalam o Alaikum, apa.</w:t>
      </w:r>
    </w:p>
    <w:p>
      <w:pPr>
        <w:jc w:val="right"/>
      </w:pPr>
      <w:r>
        <w:t>السلام علیکم، لیڈیز۔ آج ہمارے ساتھ سی پی ایس انٹرنیشنل کی چیئرپرسن، پروفیسر فریدہ خانم ہیں، جنہیں ہم پیار سے "آپا" کہتے ہیں۔ تو میں سب سے پہلے آپا کا ویلکم کرتی ہوں۔ السلام علیکم، آپا۔</w:t>
      </w:r>
    </w:p>
    <w:p>
      <w:r>
        <w:rPr>
          <w:b/>
        </w:rPr>
        <w:t xml:space="preserve">[00:28] </w:t>
      </w:r>
      <w:r>
        <w:t>Wa alaikum Assalam.</w:t>
      </w:r>
    </w:p>
    <w:p>
      <w:pPr>
        <w:jc w:val="right"/>
      </w:pPr>
      <w:r>
        <w:t>وعلیکم السلام۔</w:t>
      </w:r>
    </w:p>
    <w:p>
      <w:r>
        <w:rPr>
          <w:b/>
        </w:rPr>
        <w:t xml:space="preserve">[00:30] </w:t>
      </w:r>
      <w:r>
        <w:t>aaj aap ne waqt nikala hum sabhi ke liye. apa ke sath Maulana Farhad Ahmed Umri bhi hain, jo aik aalim bhi hain aur CPS International ke bohat important member hain. to main un ka bhi welcome karti hoon. Assalam o Alaikum, Faraz sahib.</w:t>
      </w:r>
    </w:p>
    <w:p>
      <w:pPr>
        <w:jc w:val="right"/>
      </w:pPr>
      <w:r>
        <w:t>آج آپ نے وقت نکالا ہم سبھی کے لیے۔ آپا کے ساتھ مولانا فرہاد احمد عمری بھی ہیں، جو ایک عالم بھی ہیں اور سی پی ایس انٹرنیشنل کے بہت امپورٹنٹ ممبر ہیں۔ تو میں ان کا بھی ویلکم کرتی ہوں۔ السلام علیکم، فراز صاحب۔</w:t>
      </w:r>
    </w:p>
    <w:p>
      <w:r>
        <w:rPr>
          <w:b/>
        </w:rPr>
        <w:t xml:space="preserve">[00:50] </w:t>
      </w:r>
      <w:r>
        <w:t>Wa alaikum Assalam.</w:t>
      </w:r>
    </w:p>
    <w:p>
      <w:pPr>
        <w:jc w:val="right"/>
      </w:pPr>
      <w:r>
        <w:t>وعلیکم السلام۔</w:t>
      </w:r>
    </w:p>
    <w:p>
      <w:r>
        <w:rPr>
          <w:b/>
        </w:rPr>
        <w:t xml:space="preserve">[00:53] </w:t>
      </w:r>
      <w:r>
        <w:t>aaj hamari baat cheet ka mozu jo hai, woh in sawalat ko le kar hai jo aap sabhi logon ne CPS ladies group mein kiye hain. to yeh kuch chand sawalat aaye hain CPS ladies group mein, to main aap se poochna chahungi, apa. pehla sawal yeh hai— pehla sawal Dr. Sanam Lucknow se</w:t>
      </w:r>
    </w:p>
    <w:p>
      <w:pPr>
        <w:jc w:val="right"/>
      </w:pPr>
      <w:r>
        <w:t>آج ہماری بات چیت کا موضوع جو ہے، وہ ان سوالات کو لے کر ہے جو آپ سبھی لوگوں نے سی پی ایس لیڈیز گروپ میں کیے ہیں۔ تو یہ کچھ چند سوالات آئے ہیں سی پی ایس لیڈیز گروپ میں، تو میں آپ سے پوچھنا چاہوں گی، آپا۔ پہلا سوال یہ ہے— پہلا سوال ڈاکٹر صنم لکھنو سے</w:t>
      </w:r>
    </w:p>
    <w:p>
      <w:r>
        <w:rPr>
          <w:b/>
        </w:rPr>
        <w:t xml:space="preserve">[01:24] </w:t>
      </w:r>
      <w:r>
        <w:t>pooch rahi hain. un ke teen sawal hain. unhone aik hadees ke reference se do sawal kiye hain: hadees sahih Bukhari 304 number. to unhone poocha hai ke yeh hadees mujhe bohat pareshan karti hai, aur mujhe lagta hai ke auraton ki yeh kamiyan pehle se predict kar li gayi hain. to kya hum maan lain ke mard aurat se oopar darja rakhte hain? yeh Khuda</w:t>
      </w:r>
    </w:p>
    <w:p>
      <w:pPr>
        <w:jc w:val="right"/>
      </w:pPr>
      <w:r>
        <w:t>پوچھ رہی ہیں۔ ان کے تین سوال ہیں۔ انہوں نے ایک حدیث کے ریفرنس سے دو سوال کیے ہیں: حدیث صحیح بخاری 304 نمبر۔ تو انہوں نے پوچھا ہے کہ یہ حدیث مجھے بہت پریشان کرتی ہے، اور مجھے لگتا ہے کہ عورتوں کی یہ کمیاں پہلے سے پریڈکٹ کر لی گئی ہیں۔ تو کیا ہم مان لیں کہ مرد عورت سے اوپر درجہ رکھتے ہیں؟ یہ خدا</w:t>
      </w:r>
    </w:p>
    <w:p>
      <w:r>
        <w:rPr>
          <w:b/>
        </w:rPr>
        <w:t xml:space="preserve">[01:54] </w:t>
      </w:r>
      <w:r>
        <w:t>ka divine order hai? aur doosra sawal isi hadees se hai ke hum log kyun during period namaz roza nahi karte, is ke peechay wisdom kya hai? is ko explain kar dein taakeh yeh baat achhe se samajh aa jaye.</w:t>
      </w:r>
    </w:p>
    <w:p>
      <w:pPr>
        <w:jc w:val="right"/>
      </w:pPr>
      <w:r>
        <w:t>کا ڈیوائن آرڈر ہے؟ اور دوسرا سوال اسی حدیث سے ہے کہ ہم لوگ کیوں ڈیورنگ پیریڈ نماز روزہ نہیں کرتے، اس کے پیچھے وزڈم کیا ہے؟ اس کو ایکسپلین کر دیں تاکہ یہ بات اچھے سے سمجھ آ جائے۔</w:t>
      </w:r>
    </w:p>
    <w:p>
      <w:r>
        <w:rPr>
          <w:b/>
        </w:rPr>
        <w:t xml:space="preserve">[02:19] </w:t>
      </w:r>
      <w:r>
        <w:t>kya auraten jo hain, woh mardon se—</w:t>
      </w:r>
    </w:p>
    <w:p>
      <w:pPr>
        <w:jc w:val="right"/>
      </w:pPr>
      <w:r>
        <w:t>کیا عورتیں جو ہیں، وہ مردوں سے—</w:t>
      </w:r>
    </w:p>
    <w:p>
      <w:r>
        <w:rPr>
          <w:b/>
        </w:rPr>
        <w:t xml:space="preserve">[02:25] </w:t>
      </w:r>
      <w:r>
        <w:t>main woh hadees mein parh deta hoon, woh poori hadees mein parhta hoon. meri awaz aa rahi hai ke nahi aa rahi?</w:t>
      </w:r>
    </w:p>
    <w:p>
      <w:pPr>
        <w:jc w:val="right"/>
      </w:pPr>
      <w:r>
        <w:t>میں وہ حدیث میں پڑھ دیتا ہوں، وہ پوری حدیث میں پڑھتا ہوں۔ میری آواز آ رہی ہے کہ نہیں آ رہی؟</w:t>
      </w:r>
    </w:p>
    <w:p>
      <w:r>
        <w:rPr>
          <w:b/>
        </w:rPr>
        <w:t xml:space="preserve">[02:35] </w:t>
      </w:r>
      <w:r>
        <w:t>ji bilkul saaf aa rahi hai.</w:t>
      </w:r>
    </w:p>
    <w:p>
      <w:pPr>
        <w:jc w:val="right"/>
      </w:pPr>
      <w:r>
        <w:t>جی بالکل صاف آ رہی ہے۔</w:t>
      </w:r>
    </w:p>
    <w:p>
      <w:r>
        <w:rPr>
          <w:b/>
        </w:rPr>
        <w:t xml:space="preserve">[02:39] </w:t>
      </w:r>
      <w:r>
        <w:t>woh hadees Bukhari waghera mein bhi hai ke Rasool Allah Bakri Eid ya Eid ul Fitr ke moqay par nikle, aur auraton ke darmiyan aaye. to Rasool Allah ne un se kaha ke aey auraton! sadqa karo, kyunke main ne dekha tum mein se aksar jahannum mein hain. to auraton ne kaha ke kyun, aey Allah ke Rasool? to aap ne kaha ke tum</w:t>
      </w:r>
    </w:p>
    <w:p>
      <w:pPr>
        <w:jc w:val="right"/>
      </w:pPr>
      <w:r>
        <w:t>وہ حدیث بخاری وغیرہ میں بھی ہے کہ رسول اللہ بکری عید یا عید الفطر کے موقع پر نکلے، اور عورتوں کے درمیان آئے۔ تو رسول اللہ نے ان سے کہا کہ اے عورتوں! صدقہ کرو، کیونکہ میں نے دیکھا تم میں سے اکثر جہنم میں ہیں۔ تو عورتوں نے کہا کہ کیوں، اے اللہ کے رسول؟ تو آپ نے کہا کہ تم</w:t>
      </w:r>
    </w:p>
    <w:p>
      <w:r>
        <w:rPr>
          <w:b/>
        </w:rPr>
        <w:t xml:space="preserve">[03:09] </w:t>
      </w:r>
      <w:r>
        <w:t>log bohat kasrat se la'an ta'an karti ho, aur khandan walon ki nashukri karti ho. khandan wale keh lain ya family ki nashukri karti ho. aur tum se ziyada main ne aqal aur deen ke aitbar se naqis nahi dekha, jo aik aqalmand aadmi ki aqal ko bhi le jaye ya khatam kar de. to</w:t>
      </w:r>
    </w:p>
    <w:p>
      <w:pPr>
        <w:jc w:val="right"/>
      </w:pPr>
      <w:r>
        <w:t>لوگ بہت کثرت سے لعن طعن کرتی ہو، اور خاندان والوں کی ناشکری کرتی ہو۔ خاندان والے کہہ لیں یا فیملی کی ناشکری کرتی ہو۔ اور تم سے زیادہ میں نے عقل اور دین کے اعتبار سے ناقص نہیں دیکھا، جو ایک عقلمند آدمی کی عقل کو بھی لے جائے یا ختم کر دے۔ تو</w:t>
      </w:r>
    </w:p>
    <w:p>
      <w:r>
        <w:rPr>
          <w:b/>
        </w:rPr>
        <w:t xml:space="preserve">[03:39] </w:t>
      </w:r>
      <w:r>
        <w:t>auraton ne kaha ke hamare deen aur hamare aqal ka nuksan kya hai? kami kya hai, aey Allah ke Rasool? to kaha ke kya aisa nahi hai ke auraton ki shahadat mardon ki shahadat ke aati hai? to auraton ne kaha haan, kyun nahi. to kaha yeh un ki aqal ka nuksan ya kami hai, aur aisa nahi hai ke un ko mahwari aati hai to roze nahi rakhti, namaz</w:t>
      </w:r>
    </w:p>
    <w:p>
      <w:pPr>
        <w:jc w:val="right"/>
      </w:pPr>
      <w:r>
        <w:t>عورتوں نے کہا کہ ہمارے دین اور ہمارے عقل کا نقصان کیا ہے؟ کمی کیا ہے، اے اللہ کے رسول؟ تو کہا کہ کیا ایسا نہیں ہے کہ عورتوں کی شہادت مردوں کی شہادت کے آتی ہے؟ تو عورتوں نے کہا ہاں، کیوں نہیں۔ تو کہا یہ ان کی عقل کا نقصان یا کمی ہے، اور ایسا نہیں ہے کہ ان کو ماہواری آتی ہے تو روزے نہیں رکھتی، نماز</w:t>
      </w:r>
    </w:p>
    <w:p>
      <w:r>
        <w:rPr>
          <w:b/>
        </w:rPr>
        <w:t xml:space="preserve">[04:09] </w:t>
      </w:r>
      <w:r>
        <w:t>nahi parhti. kahan? to kaha yeh us ke deen ka nuksan hai. yeh Bukhari hadees number 304 hai. ab is par bataiye aap. is mein sab se pehli cheez jo unhone kahi, sawal kiya hai ke sab se ziyada— nahi, sab se ziyada, sorry— ziyada main ne dekha auraton ko jahannum mein. to is ko bolen, kya aisa nahi hai ke yeh predict kar diya gaya, hamare liye aisa mutayyan kar diya gaya?</w:t>
      </w:r>
    </w:p>
    <w:p>
      <w:pPr>
        <w:jc w:val="right"/>
      </w:pPr>
      <w:r>
        <w:t>نہیں پڑھتی۔ کہاں؟ تو کہا یہ اس کے دین کا نقصان ہے۔ یہ بخاری حدیث نمبر 304 ہے۔ اب اس پر بتائیے آپ۔ اس میں سب سے پہلی چیز جو انہوں نے کہی، سوال کیا ہے کہ سب سے زیادہ— نہیں، سب سے زیادہ، سوری— زیادہ میں نے دیکھا عورتوں کو جہنم میں۔ تو اس کو بولیں، کیا ایسا نہیں کہ یہ پریڈکٹ کر دیا گیا، ہمارے لیے ایسا متعین کر دیا گیا؟</w:t>
      </w:r>
    </w:p>
    <w:p>
      <w:r>
        <w:rPr>
          <w:b/>
        </w:rPr>
        <w:t xml:space="preserve">[04:40] </w:t>
      </w:r>
      <w:r>
        <w:t>achha, yeh kehna ke predict kar diya hai, yeh to sahi nahi hai. woh to aik nateeja hai, kyunke auraten jo hain woh nashukri to karti hain. har aadmi apne apne tajrube mein dekh sakta hai ke woh nashukri karti hain. jahan chaar auraten baithti hain, aik doosre ki buraiyan karti hain. jabke aap dekhiye ke mard baithe honge to apna kuch business ki baat, kuch apna koi doosri baat</w:t>
      </w:r>
    </w:p>
    <w:p>
      <w:pPr>
        <w:jc w:val="right"/>
      </w:pPr>
      <w:r>
        <w:t>اچھا، یہ کہنا کہ پریڈکٹ کر دیا ہے، یہ تو صحیح نہیں ہے۔ وہ تو ایک نتیجہ ہے، کیونکہ عورتیں جو ہیں وہ ناشکری تو کرتی ہیں۔ ہر آدمی اپنے اپنے تجربے میں دیکھ سکتا ہے کہ وہ ناشکری کرتی ہیں۔ جہاں چار عورتیں بیٹھتی ہیں، ایک دوسرے کی برائیاں کرتی ہیں۔ جبکہ آپ دیکھیے کہ مرد بیٹھے ہوں گے تو اپنا کچھ بزنس کی بات، کچھ اپنا کوئی دوسری بات ک</w:t>
      </w:r>
    </w:p>
    <w:p>
      <w:r>
        <w:rPr>
          <w:b/>
        </w:rPr>
        <w:t xml:space="preserve">[05:10] </w:t>
      </w:r>
      <w:r>
        <w:t>karenge, kyunke un ki buraiyan mard nahi karte hain. to yeh to hai un ke andar. auraton mein negativity kafi hoti hai. to is ka yeh matlab hai ke apni negativity ko khatam karen. predict karne ka matlab yeh hai ke koi jahannami paida hi thori ki gayi hain, balkeh un ka jo behavior hai, us ke mutabiq faisla hoga. to woh apne behavior mein change karen, apne aap ko</w:t>
      </w:r>
    </w:p>
    <w:p>
      <w:pPr>
        <w:jc w:val="right"/>
      </w:pPr>
      <w:r>
        <w:t>ریں گے، کیونکہ ان کی برائیاں مرد نہیں کرتے ہیں۔ تو یہ تو ہے ان کے اندر۔ عورتوں میں نیگیٹیوٹی کافی ہوتی ہے۔ تو اس کا یہ مطلب ہے کہ اپنی نیگیٹیوٹی کو ختم کریں۔ پریڈکٹ کرنے کا مطلب یہ ہے کہ کوئی جہنمی پیدا ہی تھوڑی کی گئی ہیں، بلکہ ان کا جو بیہیویئر ہے، اس کے مطابق فیصلہ ہوگا۔ تو وہ اپنے بیہیویئر میں چینج کریں، اپنے آپ کو</w:t>
      </w:r>
    </w:p>
    <w:p>
      <w:r>
        <w:rPr>
          <w:b/>
        </w:rPr>
        <w:t xml:space="preserve">[05:40] </w:t>
      </w:r>
      <w:r>
        <w:t>sudharein, apne aap ko improve karen. jo Rasool Allah Sal Allah o Alaihe Wasallam ne kaha sadqa karo, to matlab apni— apne aap ko samjhen ke un ke andar kya kami hai, aur us kami ko poora poora karen. to woh bhi isi tarah se. kyunke khali— aur doosra yeh ke dekhiye, sirf aik hadees ya aik Quran ki ayat le ke faisla nahi kiya jata, over all dekha jata hai. out of</w:t>
      </w:r>
    </w:p>
    <w:p>
      <w:pPr>
        <w:jc w:val="right"/>
      </w:pPr>
      <w:r>
        <w:t>سدھاریں، اپنے آپ کو امپروو کریں۔ جو رسول اللہ صلی اللہ علیہ وسلم نے کہا صدقہ کرو، تو مطلب اپنی— اپنے آپ کو سمجھیں کہ ان کے اندر کیا کمی ہے، اور اس کمی کو پورا پورا کریں۔ تو وہ بھی اسی طریقے سے۔ کیونکہ خالی— اور دوسرا یہ کہ دیکھیے، صرف ایک حدیث یا ایک قرآن کی آیت لے کے فیصلہ نہیں کیا جاتا، اوور آل دیکھا جاتا ہے۔ آؤٹ آف</w:t>
      </w:r>
    </w:p>
    <w:p>
      <w:r>
        <w:rPr>
          <w:b/>
        </w:rPr>
        <w:t xml:space="preserve">[06:10] </w:t>
      </w:r>
      <w:r>
        <w:t>— yeh out of context dekhna hai ke aik hadees le ke aur judgment pass kiya ja raha hai. ab bohat sari hadeesen aur bohat sari ayaten Quran ki hain, us mein bataya gaya hai ke jis tarah se mardon ko darjat diye gaye hain jannat mein, marden— mard jannat mein jayenge, usi tarah se auraten jab wohi amal karengi to un ke liye bhi jannat hai, un ke liye bhi reward hai, un ke liye bhi wohi sab kuch hai jo mardon ke liye hai. to aik hadees ya aik Quran ki ayat</w:t>
      </w:r>
    </w:p>
    <w:p>
      <w:pPr>
        <w:jc w:val="right"/>
      </w:pPr>
      <w:r>
        <w:t>— یہ آؤٹ آف کنٹیکسٹ دیکھنا ہے کہ ایک حدیث لے کے اور ججمنٹ پاس کیا جا رہا ہے۔ اب بہت ساری حدیثیں اور بہت ساری آیتیں قرآن کی ہیں، اس میں بتایا گیا ہے کہ جس طریقے سے مردوں کو درجات دیے گئے ہیں جنت میں، مردیں— مرد جنت میں جائیں گے، اسی طریقے سے عورتیں جب وہی عمل کریں گی تو ان کے لیے بھی جنت ہے، ان کے لیے بھی ریوارڈ ہے، ان کے لیے بھی وہی سب کچھ ہے جو مردوں کے لیے ہے۔ تو ایک حدیث یا ایک قرآن کی آیت</w:t>
      </w:r>
    </w:p>
    <w:p>
      <w:r>
        <w:rPr>
          <w:b/>
        </w:rPr>
        <w:t xml:space="preserve">[06:40] </w:t>
      </w:r>
      <w:r>
        <w:t>le ke faisla na karen, balkeh poore context mein le kar ke us ko dekhen. aur jo kamiyan hain, mardon ke andar bhi kamiyan hain. matlab yahan par auraton se kaha gaya ke tumhare andar yeh yeh kami hai. to mardon se mardon ke bare mein kaha jata hai. misaal ke tor par mardon ke andar ego bohat hota hai, us ego ko khatam karen. to jahan mardon se kaha jata hai, to un ke— un ke andar jo kamiyan hain, woh bataya jata hai. auraton se kaha ja</w:t>
      </w:r>
    </w:p>
    <w:p>
      <w:pPr>
        <w:jc w:val="right"/>
      </w:pPr>
      <w:r>
        <w:t>لے کے فیصلہ نہ کریں، بلکہ پورے کانٹیکسٹ میں لے کر کے اس کو دیکھیں۔ اور جو کمیاں ہیں، مردوں کے اندر بھی کمیاں ہیں۔ مطلب یہاں پر عورتوں سے کہا گیا کہ تمہارے اندر یہ یہ کمی ہے۔ تو مردوں سے مردوں کے بارے میں کہا جاتا ہے۔ مثال کے طور پر مردوں کے اندر ایگو بہت ہوتا ہے، اس ایگو کو ختم کریں۔ تو جہاں مردوں سے کہا جاتا ہے، تو ان کے— ان کے اندر جو کمیاں ہیں، وہ بتایا جاتا ہے۔ عورتوں سے کہا جا</w:t>
      </w:r>
    </w:p>
    <w:p>
      <w:r>
        <w:rPr>
          <w:b/>
        </w:rPr>
        <w:t xml:space="preserve">[07:10] </w:t>
      </w:r>
      <w:r>
        <w:t>raha hai, to auraton ke andar jo kamiyan hain, woh bataya ja raha hai. to yeh sochna galat hai ke auraton ko Allah Ta'ala ne jahannum ke liye paida kiya, yeh to ho nahi sakta hai. yeh to bilkul hi un understandable baat yeh hai nahi. to negativity kyun hoti hai? kyunke hum log yaad nahi rakhte ke hamare sath kya kya bhalai kis ne kis ne ki hai, ghar walon ne, ghar ke bahar walon ne. to hum us ko yaad rakhen ke hamare sath kya kya bhalai logon ne ki</w:t>
      </w:r>
    </w:p>
    <w:p>
      <w:pPr>
        <w:jc w:val="right"/>
      </w:pPr>
      <w:r>
        <w:t>رہا ہے، تو عورتوں کے اندر جو کمیاں ہیں، وہ بتایا جا رہا ہے۔ تو یہ سوچنا غلط ہے کہ عورتوں کو اللہ تعالیٰ نے جہنم کے لیے پیدا کیا، یہ تو ہو نہیں سکتا ہے۔ یہ تو بالکل ہی ان انڈرسٹینڈ ایبل بات یہ ہے نہیں۔ تو نیگیٹیوٹی کیوں ہوتی ہے؟ کیونکہ ہم لوگ یاد نہیں رکھتے کہ ہمارے ساتھ کیا کیا بھلائی کس نے کس نے کی ہے، گھر والوں نے، گھر کے باہر والوں نے۔ تو ہم اس کو یاد رکھیں کہ ہمارے ساتھ کیا کیا بھلائی لوگوں نے کی</w:t>
      </w:r>
    </w:p>
    <w:p>
      <w:r>
        <w:rPr>
          <w:b/>
        </w:rPr>
        <w:t xml:space="preserve">[07:40] </w:t>
      </w:r>
      <w:r>
        <w:t>hai, aur hum shukar karen. to jitna bhi kuch hamein mila hua hai, hazaron cheezen hamein mili hui hoti hain. agar aik cheez hamein nahi mili hui hoti to hum usi par focus kar ke hum nashukri karne lagte hain. to yeh apne— auraton ko apne— apne andar sudhar lana hoga, aur phir un ke upar woh sab hadeesen aur woh sab Quran ki ayaten apply hongi, jahan bataya gaya hai ke un ke darjat aur un ke jo hai rewards bilkul isi tarah</w:t>
      </w:r>
    </w:p>
    <w:p>
      <w:pPr>
        <w:jc w:val="right"/>
      </w:pPr>
      <w:r>
        <w:t>ہے، اور ہم شکر کریں۔ تو جتنا بھی کچھ ہمیں ملا ہوا ہے، ہزاروں چیزیں ہمیں ملی ہوئی ہوتی ہیں۔ اگر ایک چیز ہمیں نہیں ملی ہوئی ہوتی تو ہم اسی پر فوکس کر کے ہم ناشکری کرنے لگتے ہیں۔ تو یہ اپنے— عورتوں کو اپنے— اپنے اندر سدھار لانا ہوگا، اور پھر ان کے اوپر وہ سب حدیثیں اور وہ سب قرآن کی آیتیں اپلائی ہوں گی، جہاں بتایا گیا ہے کہ ان کے درجات اور ان کے جو ہے ریوارڈز بالکل اسی طریقے</w:t>
      </w:r>
    </w:p>
    <w:p>
      <w:r>
        <w:rPr>
          <w:b/>
        </w:rPr>
        <w:t xml:space="preserve">[08:10] </w:t>
      </w:r>
      <w:r>
        <w:t>se hain jis tarah mardon ke hain. Aap koi quran ki ayat bata dijiye.</w:t>
      </w:r>
    </w:p>
    <w:p>
      <w:pPr>
        <w:jc w:val="right"/>
      </w:pPr>
      <w:r>
        <w:t>سے ہیں جس طریقے سے مردوں کے ہیں۔ آپ کوئی قرآن کی آیت بتا دیجیے۔</w:t>
      </w:r>
    </w:p>
    <w:p>
      <w:r>
        <w:rPr>
          <w:b/>
        </w:rPr>
        <w:t xml:space="preserve">[08:17] </w:t>
      </w:r>
      <w:r>
        <w:t>quran ki ek ayat mere samne hai, surah al-imran, ayat number 195. Surah al-imran ka chapter number hai 3. Ke unke rab ne unki dua ko qabool kiya aur kaha ke beshak main zaya nahi karta hoon, khwah koi bhi amal karne wala ho tum mein se, khwah</w:t>
      </w:r>
    </w:p>
    <w:p>
      <w:pPr>
        <w:jc w:val="right"/>
      </w:pPr>
      <w:r>
        <w:t>قرآن کی ایک آیت میرے سامنے ہے، سورہ آل عمران، آیت نمبر 195۔ سورہ آل عمران کا چیپٹر نمبر ہے 3۔ کہ ان کے رب نے ان کی دعا کو قبول کیا اور کہا کہ بے شک میں ضائع نہیں کرتا ہوں، خواہ کوئی بھی عمل کرنے والا ہو تم میں سے، خواہ</w:t>
      </w:r>
    </w:p>
    <w:p>
      <w:r>
        <w:rPr>
          <w:b/>
        </w:rPr>
        <w:t xml:space="preserve">[08:47] </w:t>
      </w:r>
      <w:r>
        <w:t>wo mard ho ya aurat, tum ek doosre se hi ho. To is se yeh maloom hota hai ke Allah ke nazdeek discrimination nahi hai, imtiaz nahi hai. Aap amal karenge to aap ko milega, mard amal karega, mard ko milega. To yeh to Allah taala ne mutayyan kar diya. Ab wahan par jo rasool Allah ne kaha, wo asal mein ek kami batai hai. Is kami ko kaha ke yeh kami aap khatam karen, poori karen. Yeh kami jo aap ke andar hai, is ko aap door karen. Agar door karen</w:t>
      </w:r>
    </w:p>
    <w:p>
      <w:pPr>
        <w:jc w:val="right"/>
      </w:pPr>
      <w:r>
        <w:t>وہ مرد ہو یا عورت، تم ایک دوسرے سے ہی ہو۔ تو اس سے یہ معلوم ہوتا ہے کہ اللہ کے نزدیک ڈسکریمینیشن نہیں ہے، امتیاز نہیں ہے۔ آپ عمل کریں گے تو آپ کو ملے گا، مرد عمل کرے گا، مرد کو ملے گا۔ تو یہ تو اللہ تعالیٰ نے متعین کر دیا۔ اب وہاں پر جو رسول اللہ نے کہا، وہ اصل میں ایک کمی بتائی ہے۔ اس کمی کو کہا کہ یہ کمی آپ ختم کریں، پوری کریں۔ یہ کمی جو آپ کے اندر ہے، اس کو آپ دور کریں۔ اگر دور کریں</w:t>
      </w:r>
    </w:p>
    <w:p>
      <w:r>
        <w:rPr>
          <w:b/>
        </w:rPr>
        <w:t xml:space="preserve">[09:17] </w:t>
      </w:r>
      <w:r>
        <w:t>ge to aap ke liye faida hai. Islam mein bohat si auraten hain jo mardon se barh kar un ko kaha ja sakta hai. Misal ke taur par hai ke Hajra, jo hum bohat un ko yaad karte hain, Hajra ka role bohat hai, Maryam ka role bohat hai, Khadija ka role bohat hai, Aisha ka role bohat hai. Aisha ke bare mein to ilm ke aitbar se main bata raha hoon, yeh kaha jata hai ke itne ilm mein pari hui thi ke sahaba un ke pas rasool Allah ki hadithon ko ya deen ko samajhne ke liye aya karte the.</w:t>
      </w:r>
    </w:p>
    <w:p>
      <w:pPr>
        <w:jc w:val="right"/>
      </w:pPr>
      <w:r>
        <w:t>گے تو آپ کے لیے فائدہ ہے۔ اسلام میں بہت سی عورتیں ہیں جو مردوں سے بڑھ کر ان کو کہا جا سکتا ہے۔ مثال کے طور پر ہے کہ ہاجرہ، جو ہم بہت ان کو یاد کرتے ہیں، ہاجرہ کا رول بہت ہے، مریم کا رول بہت ہے، خدیجہ کا رول بہت ہے، عائشہ کا رول بہت ہے۔ عائشہ کے بارے میں تو علم کے اعتبار سے میں بتا رہا ہوں، یہ کہا جاتا ہے کہ اتنے علم میں پڑی ہوئی تھی کہ صحابہ ان کے پاس رسول اللہ کی حدیثوں کو یا دین کو سمجھنے کے لیے آیا کرتے تھے۔</w:t>
      </w:r>
    </w:p>
    <w:p>
      <w:r>
        <w:rPr>
          <w:b/>
        </w:rPr>
        <w:t xml:space="preserve">[09:48] </w:t>
      </w:r>
      <w:r>
        <w:t>to sirf auraton— mard— auraton ke talluq se aisa nahi, mardon ke talluq se bhi aisa hi hai. Mardon mein jaise kya, Firon hain, Abu Jahl hain, yeh sab kya hai? Kharab hue hain. Jaise auraton mein, waise mardon mein bhi hue hain. To wo to ek is ko language of hembring bhi keh sakte hain ke aap— aap bachne ki koshish karo poore tarah se. Doosre alfaz mein yeh keh sakte hain ke aap bachne ki koshish karo. Koshish karo ke aap</w:t>
      </w:r>
    </w:p>
    <w:p>
      <w:pPr>
        <w:jc w:val="right"/>
      </w:pPr>
      <w:r>
        <w:t>تو صرف عورتوں— مرد— عورتوں کے تعلق سے ایسا نہیں، مردوں کے تعلق سے بھی ایسا ہی ہے۔ مردوں میں جیسے کیا، فرعون ہیں، ابوجہل ہیں، یہ سب کیا ہے؟ خراب ہوئے ہیں۔ جیسے عورتوں میں، ویسے مردوں میں بھی ہوئے ہیں۔ تو وہ تو ایک اس کو لینگویج آف ہیمبرنگ بھی کہہ سکتے ہیں کہ آپ— آپ بچنے کی کوشش کرو پورے طریقے سے۔ دوسرے الفاظ میں یہ کہہ سکتے ہیں کہ آپ بچنے کی کوشش کرو۔ کوشش کرو کہ آپ</w:t>
      </w:r>
    </w:p>
    <w:p>
      <w:r>
        <w:rPr>
          <w:b/>
        </w:rPr>
        <w:t xml:space="preserve">[10:18] </w:t>
      </w:r>
      <w:r>
        <w:t>ke andar yeh cheez kam se kam ho jaye. Is ka reason— ab jo do cheezen batai, is ka reason jo Maulana ne ek alfaz mein bataya ke emotion zyada hota hai auraton ke andar. Aur emotion is liye rakha gaya hai ke bachon ki tarbiyat karni hoti hai, to emotion to rahega. Lekin is ko negative side mein agar le jayen hum, to phir wo hamare liye nuksan ki baat hai.</w:t>
      </w:r>
    </w:p>
    <w:p>
      <w:pPr>
        <w:jc w:val="right"/>
      </w:pPr>
      <w:r>
        <w:t>کے اندر یہ چیز کم سے کم ہو جائے۔ اس کا ریزن— اب جو دو چیزیں بتائیں، اس کا ریزن جو مولانا نے ایک الفاظ میں بتایا کہ ایموشن زیادہ ہوتا ہے عورتوں کے اندر۔ اور ایموشن اس لیے رکھا گیا ہے کہ بچوں کی تربیت کرنی ہوتی ہے، تو ایموشن تو رہے گا۔ لیکن اس کو نیگیٹیو سائیڈ میں اگر لے جائیں ہم، تو پھر وہ ہمارے لیے نقصان کی بات ہے۔</w:t>
      </w:r>
    </w:p>
    <w:p>
      <w:r>
        <w:rPr>
          <w:b/>
        </w:rPr>
        <w:t xml:space="preserve">[10:42] </w:t>
      </w:r>
      <w:r>
        <w:t>to is zamane mein dekhiye, auraton ki taleem bohat kam thi. To wo itna samajhte nahi. Aaj bhi aap dekhiye ke parhi likhi auraton mein aur jahil auraton mein farq hota hai. To taleem bohat kam thi, to tarah tarah ki un ke andar yeh sab kamiyaan pai jati thin. To un ki training nahi, un ka koi education nahi, un ke andar maturity nahi hoti thi. To is lihaz se kamiyaan thin. To jo— jin jin ladies ne taleem hasil ki, wo bohat aage barh gayeen. To is ka—</w:t>
      </w:r>
    </w:p>
    <w:p>
      <w:pPr>
        <w:jc w:val="right"/>
      </w:pPr>
      <w:r>
        <w:t>تو اس زمانے میں دیکھیے، عورتوں کی تعلیم بہت کم تھی۔ تو وہ اتنا سمجھتے نہیں۔ آج بھی آپ دیکھیے کہ پڑھی لکھی عورتوں میں اور جاہل عورتوں میں فرق ہوتا ہے۔ تو تعلیم بہت کم تھی، تو طرح طرح کی ان کے اندر یہ سب کمیاں پائی جاتی تھیں۔ تو ان کی ٹریننگ نہیں، ان کا کوئی ایجوکیشن نہیں، ان کے اندر میچورٹی نہیں ہوتی تھی۔ تو اس لحاظ سے کمیاں تھیں۔ تو جو— جن جن لیڈیز نے تعلیم حاصل کی، وہ بہت آگے بڑھ گئیں۔ تو اس کا—</w:t>
      </w:r>
    </w:p>
    <w:p>
      <w:r>
        <w:rPr>
          <w:b/>
        </w:rPr>
        <w:t xml:space="preserve">[11:12] </w:t>
      </w:r>
      <w:r>
        <w:t>is se yeh bhi nikalta hai ke hum apne aap ko apni deeni taleem aur waise secular taleem, har lihaz se hum taleem hasil karen aur apni kami ko poora karen. Kyun ke agar hum jaan jayen ke hamare andar emo— hum— hum auraten emotional hoti hain, to wo bohat aasani se apne emotions ko, is ko control kar sakti hain. Lekin hum jante nahi, humein lagta hai ke yeh real situation hai. Agar humein kisi baat pe gussa aa raha hai, to hum samajhte hain yeh real hai, hum ko</w:t>
      </w:r>
    </w:p>
    <w:p>
      <w:pPr>
        <w:jc w:val="right"/>
      </w:pPr>
      <w:r>
        <w:t>اس سے یہ بھی نکلتا ہے کہ ہم اپنے آپ کو اپنی دینی تعلیم اور ویسے سیکولر تعلیم، ہر لحاظ سے ہم تعلیم حاصل کریں اور اپنی کمیوں کو پورا کریں۔ کیونکہ اگر ہم جان جائیں کہ ہمارے اندر ایمو— ہم— ہم عورتیں ایموشنل ہوتی ہیں، تو وہ بہت آسانی سے اپنے ایموشنز کو، اس کو کنٹرول کر سکتی ہیں۔ لیکن ہم جانتے نہیں، ہمیں لگتا ہے کہ یہ ریئل سچویشن ہے۔ اگر ہمیں کسی بات پہ غصہ آ رہا ہے، تو ہم سمجھتے ہیں یہ ریئل ہے، ہم کو</w:t>
      </w:r>
    </w:p>
    <w:p>
      <w:r>
        <w:rPr>
          <w:b/>
        </w:rPr>
        <w:t xml:space="preserve">[11:42] </w:t>
      </w:r>
      <w:r>
        <w:t>gussa aana chahiye. Aur agar hum samajh jayen ke yeh emotions ki wajah se hum zyada sensitive ho rahe hain, zyada overreact kar rahe hain, to hum khud ba khud apne aap ko is— is baat ko reason out kar lenge, khud ba khud samajh lenge ke yahan par hum ghalati par hain, aur usi waqt hamara gussa khatam ho jayega. To yeh hai ke jo Maulana ka jo literature hai, is ko padhen to yeh sari baaten isi se samajh mein aa jati hain. Main— main— mujhe khud pehle bohat gussa aa</w:t>
      </w:r>
    </w:p>
    <w:p>
      <w:pPr>
        <w:jc w:val="right"/>
      </w:pPr>
      <w:r>
        <w:t>غصہ آنا چاہیے۔ اور اگر ہم سمجھ جائیں کہ یہ ایموشنز کی وجہ سے ہم زیادہ سینسٹو ہو رہے ہیں، زیادہ اوور ری ایکٹ کر رہے ہیں، تو ہم خود بخود اپنے آپ کو اس— اس بات کو ریزن آؤٹ کر لیں گے، خود بخود سمجھ لیں گے کہ یہاں پر ہم غلطی پر ہیں، اور اسی وقت ہمارا غصہ ختم ہو جائے گا۔ تو یہ ہے کہ جو مولانا کا جو لٹریچر ہے، اس کو پڑھیں تو یہ ساری باتیں اسی سے سمجھ میں آ جاتی ہیں۔ میں— میں— مجھے خود پہلے بہت غصہ آ</w:t>
      </w:r>
    </w:p>
    <w:p>
      <w:r>
        <w:rPr>
          <w:b/>
        </w:rPr>
        <w:t xml:space="preserve">[12:12] </w:t>
      </w:r>
      <w:r>
        <w:t>ta tha, lekin ab main apne aap ko reason out kar ke apne aap ko bilkul balance kar leti hoon. To har sawal ka jawab finally yahi hota hai ke Maulana ka literature padhen aur apne aap ko intellectual development karen. Aap ko har sawal ka jawab khud hi mil jayega.</w:t>
      </w:r>
    </w:p>
    <w:p>
      <w:pPr>
        <w:jc w:val="right"/>
      </w:pPr>
      <w:r>
        <w:t>تا تھا، لیکن اب میں اپنے آپ کو ریزن آؤٹ کر کے اپنے آپ کو بالکل بیلنس کر لیتی ہوں۔ تو ہر سوال کا جواب فائنلی یہی ہوتا ہے کہ مولانا کا لٹریچر پڑھیں اور اپنے آپ کو انٹلیکچول ڈیولپمنٹ کریں۔ آپ کو ہر سوال کا جواب خود ہی مل جائے گا۔</w:t>
      </w:r>
    </w:p>
    <w:p>
      <w:r>
        <w:rPr>
          <w:b/>
        </w:rPr>
        <w:t xml:space="preserve">[12:32] </w:t>
      </w:r>
      <w:r>
        <w:t>doosra sawal? Doosri cheez jo aap is par agar chahen to kuch bata dijiye, wo jo hadith mein jo yeh kaha gaya hai ke aqal aur deen ke aitbar se kam tar hoti hai, naqis hoti hai. Is par agar kuch kehna chahen?</w:t>
      </w:r>
    </w:p>
    <w:p>
      <w:pPr>
        <w:jc w:val="right"/>
      </w:pPr>
      <w:r>
        <w:t>دوسرا سوال؟ دوسری چیز جو آپ اس پر اگر چاہیں تو کچھ بتا دیجیے، وہ جو حدیث میں جو یہ کہا گیا ہے کہ عقل اور دین کے اعتبار سے کم تر ہوتی ہے، ناقص ہوتی ہے۔ اس پر اگر کچھ کہنا چاہیں؟</w:t>
      </w:r>
    </w:p>
    <w:p>
      <w:r>
        <w:rPr>
          <w:b/>
        </w:rPr>
        <w:t xml:space="preserve">[12:52] </w:t>
      </w:r>
      <w:r>
        <w:t>aqal aur aqal ke lihaz se to is zamane mein auraton ki taleem nahi hoti thi. Aur kis lihaz se aqal ko kahenge? Lekin ab yeh mardon ki bhi to kami hai. Agar auraten mardon par ghalib aa jati hain, to yeh mardon ki bhi to kami hai. Yeh to nahi hai ke sirf auraton mein hi kami hoti hai. Mardon ko bhi kaha ja raha hai. To apne aap ko aqal hasil karne ke liye, aqal ko develop karne ke liye, aqal</w:t>
      </w:r>
    </w:p>
    <w:p>
      <w:pPr>
        <w:jc w:val="right"/>
      </w:pPr>
      <w:r>
        <w:t>عقل اور عقل کے لحاظ سے تو اس زمانے میں عورتوں کی تعلیم نہیں ہوتی تھی۔ اور کس لحاظ سے عقل کو کہیں گے؟ لیکن اب یہ مردوں کی بھی تو کمی ہے۔ اگر عورتیں مردوں پر غالب آ جاتی ہیں، تو یہ مردوں کی بھی تو کمی ہے۔ یہ تو نہیں ہے کہ صرف عورتوں میں ہی کمی ہوتی ہے۔ مردوں کو بھی کہا جا رہا ہے۔ تو اپنے آپ کو عقل حاصل کرنے کے لیے، عقل کو ڈیولپ کرنے کے لیے، عقل</w:t>
      </w:r>
    </w:p>
    <w:p>
      <w:r>
        <w:rPr>
          <w:b/>
        </w:rPr>
        <w:t xml:space="preserve">[13:22] </w:t>
      </w:r>
      <w:r>
        <w:t>dekhiye, hamare haan potential form mein hoti hai. To is ko develop karna parta hai. Develop isi tarah se karenge jab hum baqayda study karen, baqayda ghor o fikar karen, quran bhi padhen to ghor o fikar ke sath padhen, to is se hamari aqal ka development hota hai. Beth ke discussions karen aapas mein, is se development hota hai. Aqal jab hum paida hote hain to hum bilkul potential form mein hote hain, aur isi ko hum ko actual form banana hai,</w:t>
      </w:r>
    </w:p>
    <w:p>
      <w:pPr>
        <w:jc w:val="right"/>
      </w:pPr>
      <w:r>
        <w:t>دیکھیے، ہمارے ہاں پوٹینشل فارم میں ہوتی ہے۔ تو اس کو ڈیولپ کرنا پڑتا ہے۔ ڈیولپ اسی طریقے سے کریں گے جب ہم باقاعدہ اسٹڈی کریں، باقاعدہ غور و فکر کریں، قرآن بھی پڑھیں تو غور و فکر کے ساتھ پڑھیں، تو اس سے ہماری عقل کا ڈیولپمنٹ ہوتا ہے۔ بیٹھ کے ڈسکشنز کریں آپس میں، اس سے ڈیولپمنٹ ہوتا ہے۔ عقل جب ہم پیدا ہوتے ہیں تو ہم بالکل پوٹینشل فارم میں ہوتے ہیں، اور اسی کو ہم کو ایکچول فارم بنانا ہے،</w:t>
      </w:r>
    </w:p>
    <w:p>
      <w:r>
        <w:rPr>
          <w:b/>
        </w:rPr>
        <w:t xml:space="preserve">[13:53] </w:t>
      </w:r>
      <w:r>
        <w:t>baqayda study kar ke.</w:t>
      </w:r>
    </w:p>
    <w:p>
      <w:pPr>
        <w:jc w:val="right"/>
      </w:pPr>
      <w:r>
        <w:t>باقاعدہ اسٹڈی کر کے۔</w:t>
      </w:r>
    </w:p>
    <w:p>
      <w:r>
        <w:rPr>
          <w:b/>
        </w:rPr>
        <w:t xml:space="preserve">[13:58] </w:t>
      </w:r>
      <w:r>
        <w:t>is mein dekhiye, Baba ne bohat acha ishara kiya hai ke yahan par bataya ke main nahi— main ne nahi dekha ke koi aqal aur deen mein kam ho aur wo aqalmand adamiyon par ghalib aa jaye. Is se matlab hota hai ke wo kami ki baat nahi bata raha hai. Yani bata rahe hain ke ho sakta hai ke aitbar se kami ho, to doosre aitbar se aap ke andar wo salahiyat hai jo aap mardon par bhi ghalib aa sakte hain.</w:t>
      </w:r>
    </w:p>
    <w:p>
      <w:pPr>
        <w:jc w:val="right"/>
      </w:pPr>
      <w:r>
        <w:t>اس میں دیکھیے، بابا نے بہت اچھا اشارہ کیا ہے کہ یہاں پر بتایا کہ میں نہیں— میں نے نہیں دیکھا کہ کوئی عقل اور دین میں کم ہو اور وہ عقلمند آدمیوں پر غالب آ جائے۔ اس سے مطلب ہوتا ہے کہ وہ کمی کی بات نہیں بتا رہا ہے۔ یعنی بتا رہے ہیں کہ ہو سکتا ہے کہ اعتبار سے کمی ہو، تو دوسرے اعتبار سے آپ کے اندر وہ صلاحیت ہے جو آپ مردوں پر بھی غالب آ سکتے ہیں۔</w:t>
      </w:r>
    </w:p>
    <w:p>
      <w:r>
        <w:rPr>
          <w:b/>
        </w:rPr>
        <w:t xml:space="preserve">[14:25] </w:t>
      </w:r>
      <w:r>
        <w:t>ek bar koi research hui thi na Russia mein, haan, to is mein aya tha ke women are good with words. To wo un ke pas zyada alfaz hote hain, zyada alfaz se apne— apne alfaz se wo logon ko mutasir kar leti hain. To Allah ne un ko un ke andar bhi salahiyaten di hain ke wo apni salahiyaton ko janen, discover karen, aur us ko istemal karen. Ab agar koi aur aspect reh gaya ho to bataiye.</w:t>
      </w:r>
    </w:p>
    <w:p>
      <w:pPr>
        <w:jc w:val="right"/>
      </w:pPr>
      <w:r>
        <w:t>ایک بار کوئی ریسرچ ہوئی تھی نا روس میں، ہاں، تو اس میں آیا تھا کہ ویمن آر گڈ ود ورڈز۔ تو وہ ان کے پاس زیادہ الفاظ ہوتے ہیں، زیادہ الفاظ سے اپنے— اپنے الفاظ سے وہ لوگوں کو متاثر کر لیتی ہیں۔ تو اللہ نے ان کو ان کے اندر بھی صلاحیتیں دی ہیں کہ وہ اپنی صلاحیتوں کو جانیں، ڈسکور کریں، اور اس کو استعمال کریں۔ اب اگر کوئی اور ایسپیکٹ رہ گیا ہو تو بتائیے۔</w:t>
      </w:r>
    </w:p>
    <w:p>
      <w:r>
        <w:rPr>
          <w:b/>
        </w:rPr>
        <w:t xml:space="preserve">[14:53] </w:t>
      </w:r>
      <w:r>
        <w:t>yeh bohat acha explain kiya aap ne, Baba. Sab se bari baat ke taleem ki kami auraton ke andar jo hoti hai, us ki wajah se sari pareshani hoti hai. Aur yeh aqal aur deen wali baat, yeh Aurat Ma'maar mein mere khayal un ko parhna chahiye. Aur ek English ki kitab hai na, yeh dono kitaben un ko bilkul parhni chahiye. Is mein sare sawalat ke jawab mil jayenge. Maulana ne bohat achhe se is mein quran ke hawale se auraton ko bohat achhe se bataya hai. To agar Aurat Ma'maar padhengi to</w:t>
      </w:r>
    </w:p>
    <w:p>
      <w:pPr>
        <w:jc w:val="right"/>
      </w:pPr>
      <w:r>
        <w:t>یہ بہت اچھا ایکسپلین کیا آپ نے، بابا۔ سب سے بڑی بات کہ تعلیم کی کمی عورتوں کے اندر جو ہوتی ہے، اس کی وجہ سے ساری پریشانی ہوتی ہے۔ اور یہ عقل اور دین والی بات، یہ عورت معمار میں میرے خیال ان کو پڑھنا چاہیے۔ اور ایک انگلش کی کتاب ہے نا، یہ دونوں کتابیں ان کو بالکل پڑھنی چاہیے۔ اس میں سارے سوالات کے جواب مل جائیں گے۔ مولانا نے بہت اچھے سے اس میں قرآن کے حوالے سے عورتوں کو بہت اچھے سے بتایا ہے۔ تو اگر عورت معمار پڑھیں گی تو</w:t>
      </w:r>
    </w:p>
    <w:p>
      <w:r>
        <w:rPr>
          <w:b/>
        </w:rPr>
        <w:t xml:space="preserve">[15:23] </w:t>
      </w:r>
      <w:r>
        <w:t>sare bohat sare sawal ka jawab un ko mil jayega. Ek aur un ka question hai ke main Maulana Wahiduddin Doctor Sanam ka question ke main Maulana Wahiduddin Khan sahib ka view janna chahti hoon, Hazrat Abu Talib ke bare mein, jinhon ne Prophet Muhammad ko kai dafa defend kiya hai aur bohat madad bhi ki hai. Unhon ne yeh bhi accept kiya ke Prophet ka deen sare deen mein sab se acha</w:t>
      </w:r>
    </w:p>
    <w:p>
      <w:pPr>
        <w:jc w:val="right"/>
      </w:pPr>
      <w:r>
        <w:t>سارے بہت سارے سوال کا جواب ان کو مل جائے گا۔ ایک اور ان کا کوئسچن ہے کہ میں مولانا وحید الدین ڈاکٹر صنم کا کوئسچن کہ میں مولانا وحید الدین خان صاحب کا ویو جاننا چاہتی ہوں، حضرت ابو طالب کے بارے میں، جنہوں نے پرافٹ محمد کو کئی دفعہ ڈیفینڈ کیا ہے اور بہت مدد بھی کی ہے۔ انہوں نے یہ بھی ایکسیپٹ کیا کہ پرافٹ کا دین سارے دین میں سب سے اچھا</w:t>
      </w:r>
    </w:p>
    <w:p>
      <w:r>
        <w:rPr>
          <w:b/>
        </w:rPr>
        <w:t xml:space="preserve">[15:53] </w:t>
      </w:r>
      <w:r>
        <w:t>hai, lekin tab bhi unhon ne Islam ko qabool nahi kiya aur non believer ki hi hesiyat se khatam ho gaye. To yeh Allah ki taraf se un ko hidayat nahi mili, magar deeds un ke achhe the. To kya wo un ka ego tha ya Quraish ka dar tha?</w:t>
      </w:r>
    </w:p>
    <w:p>
      <w:pPr>
        <w:jc w:val="right"/>
      </w:pPr>
      <w:r>
        <w:t>ہے، لیکن تب بھی انہوں نے اسلام کو قبول نہیں کیا اور نان بیلیور کی ہی حیثیت سے ختم ہو گئے۔ تو یہ اللہ کی طرف سے ان کو ہدایت نہیں ملی، مگر ڈیٹس ان کے اچھے تھے۔ تو کیا وہ ان کا ایگو تھا یا قریش کا ڈر تھا؟</w:t>
      </w:r>
    </w:p>
    <w:p>
      <w:r>
        <w:rPr>
          <w:b/>
        </w:rPr>
        <w:t xml:space="preserve">[16:15] </w:t>
      </w:r>
      <w:r>
        <w:t>mera khayal yeh hai ke wo tribal age tha. To tribal age mein koi jo hai, kitne logon ko main aap seerat padhen to dekhenge ke kai log jo hain mutasir hote hain Islam se, us ki sachai se, lekin wo kehte hain ke main hum apne qabile se alag nahi ho sakte. To tribal age ka bilkul culture bilkul alag hota hai, koi alag nahi hota, balkeh poora tribe jo hai na wo ek family ki tarah hota hai. To family se nikal jayen to jaise aaj</w:t>
      </w:r>
    </w:p>
    <w:p>
      <w:pPr>
        <w:jc w:val="right"/>
      </w:pPr>
      <w:r>
        <w:t>میرا خیال یہ ہے کہ وہ ٹرائبل ایج تھا۔ تو ٹرائبل ایج میں کوئی جو ہے، کتنے لوگوں کو میں آپ سیرت پڑھیے تو دیکھیں گے کہ کئی لوگ جو ہیں متاثر ہوتے ہیں اسلام سے، اس کی سچائی سے، لیکن وہ کہتے ہیں کہ میں ہم اپنے قبیلے سے الگ نہیں ہو سکتے۔ تو ٹرائبل ایج کا بالکل کلچر بالکل الگ ہوتا ہے، کوئی الگ نہیں ہوتا، بلکہ پورا ٹرائب جو ہے نا وہ ایک فیملی کی طرح ہوتا ہے۔ تو فیملی سے نکل جائیں تو جیسے آج</w:t>
      </w:r>
    </w:p>
    <w:p>
      <w:r>
        <w:rPr>
          <w:b/>
        </w:rPr>
        <w:t xml:space="preserve">[16:45] </w:t>
      </w:r>
      <w:r>
        <w:t>government hoti hai, law hota hai, sab kuch humein government ke zariye se milta hai, wahan aisa kuch nahi tha. Sab kuch tribe hota tha, hukumat bhi tribe hoti thi, family bhi tribe hota tha. To wo jo abai un ka religion tha, tribal religion, to wo shayad wo soch nahi paye ke is se is ko hum chhod sakte hain. Wo itna shayad samajh nahi paye. Ho sakta hai ke umar ka bhi taqaza raha ho. Zyada umar ke baad aadmi zyada baton ko is tarah samajh nahi p</w:t>
      </w:r>
    </w:p>
    <w:p>
      <w:pPr>
        <w:jc w:val="right"/>
      </w:pPr>
      <w:r>
        <w:t>گورنمنٹ ہوتی ہے، لا ہوتا ہے، سب کچھ ہمیں گورنمنٹ کے ذریعے سے ملتا ہے، وہاں ایسا کچھ نہیں تھا۔ سب کچھ ٹرائب ہوتا تھا، حکومت بھی ٹرائب ہوتی تھی، فیملی بھی ٹرائب ہوتا تھا۔ تو وہ جو آبائی ان کا ریلیجن تھا، ٹرائبل ریلیجن، تو وہ شاید وہ سوچ نہیں پائے کہ اس سے اس کو ہم چھوڑ سکتے ہیں۔ وہ اتنا شاید سمجھ نہیں پائے۔ ہو سکتا ہے کہ عمر کا بھی تقاضا رہا ہو۔ زیادہ عمر کے بعد آدمی زیادہ باتوں کو اس طرح سمجھ نہیں پ</w:t>
      </w:r>
    </w:p>
    <w:p>
      <w:r>
        <w:rPr>
          <w:b/>
        </w:rPr>
        <w:t xml:space="preserve">[17:15] </w:t>
      </w:r>
      <w:r>
        <w:t>ata. Abhi Maulana Faraz sahib batayenge, main zyada nahi jaanti.</w:t>
      </w:r>
    </w:p>
    <w:p>
      <w:pPr>
        <w:jc w:val="right"/>
      </w:pPr>
      <w:r>
        <w:t>اتا۔ ابھی مولانا فراز صاحب بتائیں گے، میں زیادہ نہیں جانتی۔</w:t>
      </w:r>
    </w:p>
    <w:p>
      <w:r>
        <w:rPr>
          <w:b/>
        </w:rPr>
        <w:t xml:space="preserve">[17:21] </w:t>
      </w:r>
      <w:r>
        <w:t>haan, wo kehna sahi hai aap ne jo kaha, kyun ke aakhir mein wo yeh kar rahe the, ek taraf Rasool Allah the, aur wo keh rahe the ke aye chacha, aap kalma padh lijiye, main Allah ke pas aap ke liye hujjat pesh karunga. Lekin doosri taraf wo Quraish ke log the, wo bol rahe the ke aap apne baap dada ke deen se phir jayenge. Is se to yahi lagta hai ke wo tribal culture ka pressure tha un ke upar. Is wajah se aisa hua hai. Koi</w:t>
      </w:r>
    </w:p>
    <w:p>
      <w:pPr>
        <w:jc w:val="right"/>
      </w:pPr>
      <w:r>
        <w:t>ہاں، وہ کہنا صحیح ہے آپ نے جو کہا، کیونکہ آخر میں وہ یہ کر رہے تھے، ایک طرف رسول اللہ تھے، اور وہ کہہ رہے تھے کہ اے چچا، آپ کلمہ پڑھ لیجیے، میں اللہ کے پاس آپ کے لیے حجت پیش کروں گا۔ لیکن دوسری طرف وہ قریش کے لوگ تھے، وہ بول رہے تھے کہ آپ اپنے باپ دادا کے دین سے پھر جائیں گے۔ اس سے تو یہی لگتا ہے کہ وہ ٹرائبل کلچر کا پریشر تھا ان کے اوپر۔ اس وجہ سے ایسا ہوا ہے۔ کوئی</w:t>
      </w:r>
    </w:p>
    <w:p>
      <w:r>
        <w:rPr>
          <w:b/>
        </w:rPr>
        <w:t xml:space="preserve">[17:53] </w:t>
      </w:r>
      <w:r>
        <w:t>kisi qism ka arrogance nahi tha, kyun ke arrogance to arrogance hota to phir sath itna kyun dete? Haan, sath nahi dete. Boycott tak mein sath diya. To is ka matlab hai ke agar un ki umar kam hui hoti to wo itna conditioned ho jate hain na, un ki conditioning itni na hoti to ho sakta hai ke wo qabool kar lete. Zyada umar ke baad kahan koi bohat hi ek ad adami koi hota hai jo koi naya setup qabool karne ke liye tayyar hota hai.</w:t>
      </w:r>
    </w:p>
    <w:p>
      <w:pPr>
        <w:jc w:val="right"/>
      </w:pPr>
      <w:r>
        <w:t>کسی قسم کا ایروگنس نہیں تھا، کیونکہ ایروگنس تو ایروگنس ہوتا تو پھر ساتھ اتنا کیوں دیتے؟ ہاں، ساتھ نہیں دیتے۔ بائیکاٹ تک میں ساتھ دیا۔ تو اس کا مطلب ہے کہ اگر ان کی عمر کم ہوئی ہوتی تو وہ اتنا کنڈیشنڈ ہو جاتے ہیں نا، ان کی کنڈیشننگ اتنی نہ ہوتی تو ہو سکتا ہے کہ وہ قبول کر لیتے۔ زیادہ عمر کے بعد کہاں کوئی بہت ہی اکا دکا کوئی ہوتا ہے جو کوئی نیا سیٹ اپ قبول کرنے کے لیے تیار ہوتا ہے۔</w:t>
      </w:r>
    </w:p>
    <w:p>
      <w:r>
        <w:rPr>
          <w:b/>
        </w:rPr>
        <w:t xml:space="preserve">[18:24] </w:t>
      </w:r>
      <w:r>
        <w:t>haan, yeh agar wo pride ki baat hoti to phir wo Abu Talib ko, sorry, Ali ko, unhon ne khud bheja tha ke jao apne bhai ke sath, un ke sath tum bhi namaz padho. Aisa kaha tha? Un ko rok dete?</w:t>
      </w:r>
    </w:p>
    <w:p>
      <w:pPr>
        <w:jc w:val="right"/>
      </w:pPr>
      <w:r>
        <w:t>ہاں، یہ اگر وہ پرائیڈ کی بات ہوتی تو پھر وہ ابو طالب کو، سوری، علی کو، انہوں نے خود بھیجا تھا کہ جاؤ اپنے بھائی کے ساتھ، ان کے ساتھ تم بھی نماز پڑھو۔ ایسا کہا تھا؟ ان کو روک دیتے؟</w:t>
      </w:r>
    </w:p>
    <w:p>
      <w:r>
        <w:rPr>
          <w:b/>
        </w:rPr>
        <w:t xml:space="preserve">[18:39] </w:t>
      </w:r>
      <w:r>
        <w:t>magar yeh ek mystery hai, hai na? samajh mein aata nahin. bas jee chahta hai ke kaash ke woh bhi unhon ne Islam qabool kar liya hota jab itni zyada madad ki Rasool Allah Sal Allah Alaihi Wasallam ki. lekin ab yeh uhda to aakhirat mein khule ga.</w:t>
      </w:r>
    </w:p>
    <w:p>
      <w:pPr>
        <w:jc w:val="right"/>
      </w:pPr>
      <w:r>
        <w:t>مگر یہ ایک مسٹری ہے، ہے نا؟ سمجھ میں آتا نہیں۔ بس جی چاہتا ہے کہ کاش کہ وہ بھی انہوں نے اسلام قبول کر لیا ہوتا جب اتنی زیادہ مدد کی رسول اللہ صلی اللہ علیہ وسلم کی۔ لیکن اب یہ عہدہ تو آخرت میں کھلے گا۔</w:t>
      </w:r>
    </w:p>
    <w:p>
      <w:r>
        <w:rPr>
          <w:b/>
        </w:rPr>
        <w:t xml:space="preserve">[19:00] </w:t>
      </w:r>
      <w:r>
        <w:t>yeh bhi maine Maulana ki kisi book mein parha, mujhe naam nahin yaad aa raha hai, Abu Talib ke baray mein bohat acha article tha, magar uss waqt mujhe yaad nahin aa raha. Maulana ne to sari cheezain bohat achay se explain kar di hain. aap ka doosra sawal Sadia Anjum ne Australia se kiya hai. in ke do sawal hain: chapter four, verse 34, jo bohat controversial verse hai, domestic violence aur gender equality</w:t>
      </w:r>
    </w:p>
    <w:p>
      <w:pPr>
        <w:jc w:val="right"/>
      </w:pPr>
      <w:r>
        <w:t>یہ بھی میں نے مولانا کی کسی بک میں پڑھا، مجھے نام نہیں یاد آ رہا ہے، ابو طالب کے بارے میں بہت اچھا آرٹیکل تھا، مگر اس وقت مجھے یاد نہیں آ رہا۔ مولانا نے تو ساری چیزیں بہت اچھے سے ایکسپلین کر دی ہیں۔ آپ کا دوسرا سوال سعدیہ انجم نے آسٹریلیا سے کیا ہے۔ ان کے دو سوال ہیں: چیپٹر فور، ورس 34، جو بہت کنٹروورشل ورس ہے، ڈومیسٹک وائلنس اور جینڈر ایکولٹی</w:t>
      </w:r>
    </w:p>
    <w:p>
      <w:r>
        <w:rPr>
          <w:b/>
        </w:rPr>
        <w:t xml:space="preserve">[19:30] </w:t>
      </w:r>
      <w:r>
        <w:t>in Islam par. kya yeh verse aadmi ko right deti hai wife ko maarne aur abuse karne ke liye? kya yeh verse chahti hai ke wife obedient rahe aur mard ke comparison mein inferior rahe?</w:t>
      </w:r>
    </w:p>
    <w:p>
      <w:pPr>
        <w:jc w:val="right"/>
      </w:pPr>
      <w:r>
        <w:t>ان اسلام پر۔ کیا یہ ورس آدمی کو رائٹ دیتی ہے وائف کو مارنے اور ایبیوز کرنے کے لیے؟ کیا یہ ورس چاہتی ہے کہ وائف اوبیڈینٹ رہے اور مرد کے کمپریزن میں انفیریئر رہے؟</w:t>
      </w:r>
    </w:p>
    <w:p>
      <w:r>
        <w:rPr>
          <w:b/>
        </w:rPr>
        <w:t xml:space="preserve">[19:52] </w:t>
      </w:r>
      <w:r>
        <w:t>yeh dekhiye ke Rasool Allah Sal Allah Alaihi Wasallam ki jo wife theen, kya aap un ko inferior tareeqay se un ko treatment dete thay? ya Sahaba ki jo wife theen, kya un ka treatment inferior tareeqay se kiya jata tha? to aisa nahin tha. Rasool Allah Sal Allah Alaihi Wasallam apni بیویوں se mashwara bhi lete thay, un ke un ke liye un ki taleem ka poora intezam karte thay. woh masjid mein aa</w:t>
      </w:r>
    </w:p>
    <w:p>
      <w:pPr>
        <w:jc w:val="right"/>
      </w:pPr>
      <w:r>
        <w:t>یہ دیکھیے کہ رسول اللہ صلی اللہ علیہ وسلم کی جو وائف تھیں، کیا آپ ان کو انفیریئر طریقے سے ان کو ٹریٹمنٹ دیتے تھے؟ یا صحابہ کی جو وائف تھیں، کیا ان کا ٹریٹمنٹ انفیریئر طریقے سے کیا جاتا تھا؟ تو ایسا نہیں تھا۔ رسول اللہ صلی اللہ علیہ وسلم اپنی بیویوں سے مشورہ بھی لیتے تھے، ان کے ان کے لیے ان کی تعلیم کا پورا انتظام کرتے تھے۔ وہ مسجد میں آ</w:t>
      </w:r>
    </w:p>
    <w:p>
      <w:r>
        <w:rPr>
          <w:b/>
        </w:rPr>
        <w:t xml:space="preserve">[20:22] </w:t>
      </w:r>
      <w:r>
        <w:t>ti theen namaz parhne ke liye, sarma attend karti theen, sab kuch battle field mein jati theen, sab kaam barabar se hota tha. lekin baaz waqt aisa hota hai ke jo infidelity hai, jo ab jaise auratain hoti hain, kisi doosre se taluq ho jata hai, to yeh uss mauqe ke liye ke tanbeeh karna chahiye. kyunke Islam jo hai, yeh accept nahin karta ke ek ek life ho, married life, aur uss ke baad koi doosra taluq qai</w:t>
      </w:r>
    </w:p>
    <w:p>
      <w:pPr>
        <w:jc w:val="right"/>
      </w:pPr>
      <w:r>
        <w:t>تی تھیں نماز پڑھنے کے لیے، سرمہ اٹینڈ کرتی تھیں، سب کچھ بیٹل فیلڈ میں جاتی تھیں، سب کام برابر سے ہوتا تھا۔ لیکن بعض وقت ایسا ہوتا ہے کہ جو انفائیڈیلٹی ہے، جو اب جیسے عورتیں ہوتی ہیں، کسی دوسرے سے تعلق ہو جاتا ہے، تو یہ اس موقع کے لیے کہ تنبیہ کرنا چاہیے۔ کیونکہ اسلام جو ہے، یہ ایکسیپٹ نہیں کرتا کہ ایک ایک لائف ہو، میریڈ لائف، اور اس کے بعد کوئی دوسرا تعلق قائ</w:t>
      </w:r>
    </w:p>
    <w:p>
      <w:r>
        <w:rPr>
          <w:b/>
        </w:rPr>
        <w:t xml:space="preserve">[20:52] </w:t>
      </w:r>
      <w:r>
        <w:t>m kiya jaye. yeh Islam ke liye acceptable nahin hai. to is ki tanbeeh kiya jaye aur koshish ki jaye ke woh aisa rishta jo hai khatam kiya jaye. is tanbeeh mein koi halke se ek ad thappar maar de to woh chalega, lekin tanbeeh ka matlab hota hai ke samjhana, bujhana. to woh jis ko Maulana ne kaha hai ke woh language of hammering hai, is ka matlab yeh nahin ke maro. agar maro matlab hota to sab se pehle to Rasool Allah Sal Allah</w:t>
      </w:r>
    </w:p>
    <w:p>
      <w:pPr>
        <w:jc w:val="right"/>
      </w:pPr>
      <w:r>
        <w:t>م کیا جائے۔ یہ اسلام کے لیے ایکسیپٹیبل نہیں ہے۔ تو اس کی تنبیہ کیا جائے اور کوشش کی جائے کہ وہ ایسا رشتہ جو ہے ختم کیا جائے۔ اس تنبیہ میں کوئی ہلکے سے ایک آدھ تھپڑ مار دے تو وہ چلے گا، لیکن تنبیہ کا مطلب ہوتا ہے کہ سمجھانا، بجھانا۔ تو وہ جس کو مولانا نے کہا ہے کہ وہ لینگویج آف ہیمرنگ ہے، اس کا مطلب یہ نہیں کہ مارو۔ اگر مارو مطلب ہوتا تو سب سے پہلے تو رسول اللہ صلی اللہ</w:t>
      </w:r>
    </w:p>
    <w:p>
      <w:r>
        <w:rPr>
          <w:b/>
        </w:rPr>
        <w:t xml:space="preserve">[21:22] </w:t>
      </w:r>
      <w:r>
        <w:t>Alaihi Wasallam apni بیویوں ko marte. unhon ne kai baar aisa kaam kiya jo Rasool Allah Sal Allah Alaihi Wasallam ko jis se sakht takleef hui, lekin uss ke bawajood bhi nahin mara. is ka to is se hum yeh nikalenge ke is ka matlab hai tanbeeh karo, matlab aisa koi waqia na hone paye. aur agar farz kariye ke bilkul hi auratain maanne ke liye tayyar nahin hain to phir phir talaq ki shakal baqi rehti hai, halankay Islam mein</w:t>
      </w:r>
    </w:p>
    <w:p>
      <w:pPr>
        <w:jc w:val="right"/>
      </w:pPr>
      <w:r>
        <w:t>علیہ وسلم اپنی بیویوں کو مارتے۔ انہوں نے کئی بار ایسا کام کیا جو رسول اللہ صلی اللہ علیہ وسلم کو جس سے سخت تکلیف ہوئی، لیکن اس کے باوجود بھی نہیں مارا۔ اس کا تو اس سے ہم یہ نکالیں گے کہ اس کا مطلب ہے تنبیہ کرو، مطلب ایسا کوئی واقعہ نہ ہونے پائے۔ اور اگر فرض کریے کہ بالکل ہی عورتیں ماننے کے لیے تیار نہیں ہیں تو پھر پھر طلاق کی شکل باقی رہتی ہے، حالانکہ اسلام میں</w:t>
      </w:r>
    </w:p>
    <w:p>
      <w:r>
        <w:rPr>
          <w:b/>
        </w:rPr>
        <w:t xml:space="preserve">[21:52] </w:t>
      </w:r>
      <w:r>
        <w:t>talaq ko bohat sakht napasand kiya gaya hai. to yeh hai, mera khayal hai ke aisa kuch nahin maanne ki koi baat nahin hai, kyunke Maulana farad bata rahe thay ke jab yeh ayat utri to kuch logon ne بیویوں ko maarna shuru kiya, to phir woh بیویوں aaein Rasool Allah Sal Allah Alaihi Wasallam ke paas. to aap bataiye zara sa detail.</w:t>
      </w:r>
    </w:p>
    <w:p>
      <w:pPr>
        <w:jc w:val="right"/>
      </w:pPr>
      <w:r>
        <w:t>طلاق کو بہت سخت ناپسند کیا گیا ہے۔ تو یہ ہے، میرا خیال ہے کہ ایسا کچھ نہیں ماننے کی کوئی بات نہیں ہے، کیونکہ مولانا فراد بتا رہے تھے کہ جب یہ آیت اتری تو کچھ لوگوں نے بیویوں کو مارنا شروع کیا، تو پھر وہ بیویاں آئیں رسول اللہ صلی اللہ علیہ وسلم کے پاس۔ تو آپ بتائیے ذرا سا ڈیٹیل۔</w:t>
      </w:r>
    </w:p>
    <w:p>
      <w:r>
        <w:rPr>
          <w:b/>
        </w:rPr>
        <w:t xml:space="preserve">[22:18] </w:t>
      </w:r>
      <w:r>
        <w:t>hua yeh tha ke jab ayat utri to uss ke baad se kuch logon ne maara tha, bohat taqreeban aata hai ke 70 auratain aa gayi theen Rasool Allah ke paas raat shaam ke waqt shayad ayat utri thi, aur subah woh aa gayi theen, 70 auratain aa gayi theen. to Rasool Allah ko jab maloom hua to unhon ne mana kiya aur kaha ke yeh log achay log nahin hain. Rasool Allah ka yeh kehna ke yeh achay log nahin hain, Sahaba ke liye khud bohat bari baat thi.</w:t>
      </w:r>
    </w:p>
    <w:p>
      <w:pPr>
        <w:jc w:val="right"/>
      </w:pPr>
      <w:r>
        <w:t>ہوا یہ تھا کہ جب آیت اتری تو اس کے بعد سے کچھ لوگوں نے مارا تھا، بہت تقریباً آتا ہے کہ 70 عورتیں آ گئی تھیں رسول اللہ کے پاس رات شام کے وقت شاید آیت اتری تھی، اور صبح وہ آ گئی تھیں، 70 عورتیں آ گئی تھیں۔ تو رسول اللہ کو جب معلوم ہوا تو انہوں نے منع کیا اور کہا کہ یہ لوگ اچھے لوگ نہیں ہیں۔ رسول اللہ کا یہ کہنا کہ یہ اچھے لوگ نہیں ہیں، صحابہ کے لیے خود بہت بڑی بات تھی۔</w:t>
      </w:r>
    </w:p>
    <w:p>
      <w:r>
        <w:rPr>
          <w:b/>
        </w:rPr>
        <w:t xml:space="preserve">[22:49] </w:t>
      </w:r>
      <w:r>
        <w:t>to uss ke baad se sab ruk gaye thay. aur ek aur waqia aap ko bataoon, hairat hogi ke Rasool Allah ke paas ek Sahabiya aayi theen, woh ghaliban be woh ho gayi theen, to doosri shadi ke liye do logon ne un ko paigham diya. to ek uss mein se bohat sakht mizaj thay. to Rasool Allah ne un ke baray mein yeh kaha ke woh apni lathi ko har waqt apne kandhay par rakhte hain, yaani bohat pitai karne walay, un se shadi mat karo. to agar yeh cheez hoti qabil e qubool hoti to Rasool</w:t>
      </w:r>
    </w:p>
    <w:p>
      <w:pPr>
        <w:jc w:val="right"/>
      </w:pPr>
      <w:r>
        <w:t>تو اس کے بعد سے سب رک گئے تھے۔ اور ایک اور واقعہ آپ کو بتاؤں، حیرت ہوگی کہ رسول اللہ کے پاس ایک صحابیہ آئی تھیں، وہ غالباً بیوہ ہو گئی تھیں، تو دوسری شادی کے لیے دو لوگوں نے ان کو پیغام دیا۔ تو ایک اس میں سے بہت سخت مزاج تھے۔ تو رسول اللہ نے ان کے بارے میں یہ کہا کہ وہ اپنی لاٹھی کو ہر وقت اپنے کندھے پر رکھتے ہیں، یعنی بہت پٹائی کرنے والے، ان سے شادی مت کرو۔ تو اگر یہ چیز ہوتی قابل قبول ہوتی تو رسول</w:t>
      </w:r>
    </w:p>
    <w:p>
      <w:r>
        <w:rPr>
          <w:b/>
        </w:rPr>
        <w:t xml:space="preserve">[23:19] </w:t>
      </w:r>
      <w:r>
        <w:t>Allah kehte kar lo shadi un se. aur yeh ayat bhi asal mein aam nahin hai, jo quote kar dete hain, Musalman ko hi parhna chahiye. main parhta hoon poori ayat. ayat hai Surah Nisa ki ayat number 34 hai:</w:t>
      </w:r>
    </w:p>
    <w:p>
      <w:pPr>
        <w:jc w:val="right"/>
      </w:pPr>
      <w:r>
        <w:t>اللہ کہتے کر لو شادی ان سے۔ اور یہ آیت بھی اصل میں عام نہیں ہے، جو کوٹ کر دیتے ہیں، مسلمان کو ہی پڑھنا چاہیے۔ میں پڑھتا ہوں پوری آیت۔ آیت ہے سورہ نساء کی آیت نمبر 34 ہے:</w:t>
      </w:r>
    </w:p>
    <w:p>
      <w:r>
        <w:rPr>
          <w:b/>
        </w:rPr>
        <w:t xml:space="preserve">[24:01] </w:t>
      </w:r>
      <w:r>
        <w:t>mard aurat ke auraton ke upar qawwam hai is bana par ke Allah ne ek ko doosre par barhai di hai, aur is bana par ke mard ne apne maal kharch kiye hain. pas jo naik auratain hain, woh farmanbardari karne wali hain, woh peeth peechay nigahbani karti hain Allah ki hifazat se. aur jin auraton se tum ko sirkashi ka andesha ho, un ko samjhao, aur un ko un ke bistaron mein tanha chhod do, aur un ko saza do. pas agar woh tumhari itaa'at karein to un ke khilaf ilzaam ki raah talash na karo, be shak Allah sab se o</w:t>
      </w:r>
    </w:p>
    <w:p>
      <w:pPr>
        <w:jc w:val="right"/>
      </w:pPr>
      <w:r>
        <w:t>مرد عورت کے عورتوں کے اوپر قوام ہے اس بنا پر کہ اللہ نے ایک کو دوسرے پر بڑائی دی ہے، اور اس بنا پر کہ مرد نے اپنے مال خرچ کیے ہیں۔ پس جو نیک عورتیں ہیں، وہ فرمانبرداری کرنے والی ہیں، وہ پیٹھ پیچھے نگہبانی کرتی ہیں اللہ کی حفاظت سے۔ اور جن عورتوں سے تم کو سرکشی کا اندیشہ ہو، ان کو سمجھاؤ، اور ان کو ان کے بستروں میں تنہا چھوڑ دو، اور ان کو سزا دو۔ پس اگر وہ تمہاری اطاعت کریں تو ان کے خلاف الزام کی راہ تلاش نہ کرو، بے شک اللہ سب سے او</w:t>
      </w:r>
    </w:p>
    <w:p>
      <w:r>
        <w:rPr>
          <w:b/>
        </w:rPr>
        <w:t xml:space="preserve">[24:31] </w:t>
      </w:r>
      <w:r>
        <w:t>par hai, bohat bara hai. to is mein dekhiye bataya hai ke jo poora ek setup bataya hai ke jo naik aurat honge, uss par hath uthane ka koi mamla hi nahin. aapas mein agar rehti hain, adjust kar ke, dono ko rehna hai, adjust kar ke rehti hain to is mein koi mamla hi nahin hai. haan, yeh ke sirkashi bohat zyada karti hain to bhai aap ne jo bataya ke tanbeeh karna, Rasool Allah bhi tanbeeh kiya karte thay, maarne ka nahin, tanbeeh karne ka matlab hai ke bohat kharab ho, is type ki ch</w:t>
      </w:r>
    </w:p>
    <w:p>
      <w:pPr>
        <w:jc w:val="right"/>
      </w:pPr>
      <w:r>
        <w:t>پر ہے، بہت بڑا ہے۔ تو اس میں دیکھیے بتایا ہے کہ جو پورا ایک سیٹ اپ بتایا ہے کہ جو نیک عورت ہوں گے، اس پر ہاتھ اٹھانے کا کوئی معاملہ ہی نہیں۔ آپس میں اگر رہتی ہیں، ایڈجسٹ کر کے، دونوں کو رہنا ہے، ایڈجسٹ کر کے رہتی ہیں تو اس میں کوئی معاملہ ہی نہیں ہے۔ ہاں، یہ کہ سرکشی بہت زیادہ کرتی ہیں تو بھئی آپ نے جو بتایا کہ تنبیہ کرنا، رسول اللہ بھی تنبیہ کیا کرتے تھے، مارنے کا نہیں، تنبیہ کرنے کا مطلب ہے کہ بہت خراب ہو، اس ٹائپ کی چ</w:t>
      </w:r>
    </w:p>
    <w:p>
      <w:r>
        <w:rPr>
          <w:b/>
        </w:rPr>
        <w:t xml:space="preserve">[25:01] </w:t>
      </w:r>
      <w:r>
        <w:t>eezain hoti hain. to woh to kabhi mauqa aata hai, aadmi family life mein rehta hai to auratain bhi kabhi karti hain, to aisa kuch hai nahin. is ko aam taur se maarne peetne ke liye agar koi leta hai to mis mis quote karta hai is ayat ko.</w:t>
      </w:r>
    </w:p>
    <w:p>
      <w:pPr>
        <w:jc w:val="right"/>
      </w:pPr>
      <w:r>
        <w:t>یزیں ہوتی ہیں۔ تو وہ تو کبھی موقع آتا ہے، آدمی فیملی لائف میں رہتا ہے تو عورتیں بھی کبھی کرتی ہیں، تو ایسا کچھ ہے نہیں۔ اس کو عام طور سے مارنے پیٹنے کے لیے اگر کوئی لیتا ہے تو مس مس کوٹ کرتا ہے اس آیت کو۔</w:t>
      </w:r>
    </w:p>
    <w:p>
      <w:r>
        <w:rPr>
          <w:b/>
        </w:rPr>
        <w:t xml:space="preserve">[25:19] </w:t>
      </w:r>
      <w:r>
        <w:t>is mein jo hai farz karte hain. haan, to ab is zamane mein to bread winner mard hi hota tha. to superior ka matlab hai ke jaise ke ek management, jaise Maulana ne bar bar likha hai ke ghar mein ek administration hota hai chote level par. to agar woh uss ko dono log jo hain apni apni chalayein to woh chal nahin pata hai. ek na ek ko surrender kar dena parta hai, kyunke dono ki ra</w:t>
      </w:r>
    </w:p>
    <w:p>
      <w:pPr>
        <w:jc w:val="right"/>
      </w:pPr>
      <w:r>
        <w:t>اس میں جو ہے فرض کرتے ہیں۔ ہاں، تو اب اس زمانے میں تو بریڈ ونر مرد ہی ہوتا تھا۔ تو سپیریئر کا مطلب ہے کہ جیسے کہ ایک مینجمنٹ، جیسے مولانا نے بار بار لکھا ہے کہ گھر میں ایک ایڈمنسٹریشن ہوتا ہے چھوٹے لیول پر۔ تو اگر وہ اس کو دونوں لوگ جو ہیں اپنی اپنی چلائیں تو وہ چل نہیں پاتا ہے۔ ایک نہ ایک کو سرینڈر کر دینا پڑتا ہے، کیونکہ دونوں کی ر</w:t>
      </w:r>
    </w:p>
    <w:p>
      <w:r>
        <w:rPr>
          <w:b/>
        </w:rPr>
        <w:t xml:space="preserve">[25:49] </w:t>
      </w:r>
      <w:r>
        <w:t>aye agar kabhi different hogi to ek ko apni rai ka karna parta hai. to rai ki qurbani deni parti hai. zaroori nahin hai ke aurat hi qurbani de, balkay mard bhi qurbani deta hai. hum ne khud kitni mard ko dekha hai ke jin ki auratain aisi hoti hain ke woh apne ghar ka nizam chala leti hain aur un ko job bhi karti hain,</w:t>
      </w:r>
    </w:p>
    <w:p>
      <w:pPr>
        <w:jc w:val="right"/>
      </w:pPr>
      <w:r>
        <w:t>ائے اگر کبھی ڈفرنٹ ہوگی تو ایک کو اپنی رائے کا کرنا پڑتا ہے۔ تو رائے کی قربانی دینی پڑتی ہے۔ ضروری نہیں ہے کہ عورت ہی قربانی دے، بلکہ مرد بھی قربانی دیتا ہے۔ ہم نے خود کتنی مرد کو دیکھا ہے کہ جن کی عورتیں ایسی ہوتی ہیں کہ وہ اپنے گھر کا نظام چلا لیتی ہیں اور ان کو جاب بھی کرتی ہیں،</w:t>
      </w:r>
    </w:p>
    <w:p>
      <w:r>
        <w:rPr>
          <w:b/>
        </w:rPr>
        <w:t xml:space="preserve">[26:20] </w:t>
      </w:r>
      <w:r>
        <w:t>sara intezam kar leti hain. to mard jo hain bilkul hi un ke under mein rehte hain. bohat saray logon ko hum ne dekha hai. to pehle auratain aisa nahin theen, pehle auraton ki education bhi nahin hoti thi, mature nahin hoti theen. to woh decision making ka power jo tha, un ka develop nahin hua tha. to agar yeh na kaha jata ke agar woh mardon ke under mein kaam karein to ghar ka nizam sab darham barham ho jata. lekin har situation par</w:t>
      </w:r>
    </w:p>
    <w:p>
      <w:pPr>
        <w:jc w:val="right"/>
      </w:pPr>
      <w:r>
        <w:t>سارا انتظام کر لیتی ہیں۔ تو مرد جو ہیں بالکل ہی ان کے انڈر میں رہتے ہیں۔ بہت سارے لوگوں کو ہم نے دیکھا ہے۔ تو پہلے عورتیں ایسا نہیں تھیں، پہلے عورتوں کی ایجوکیشن بھی نہیں ہوتی تھی، میچور نہیں ہوتی تھیں۔ تو وہ ڈیسیژن میکنگ کا پاور جو تھا، ان کا ڈیویلپ نہیں ہوا تھا۔ تو اگر یہ نہ کہا جاتا کہ اگر وہ مردوں کے انڈر میں کام کریں تو گھر کا نظام سب درہم برہم ہو جاتا۔ لیکن ہر سچویشن پر</w:t>
      </w:r>
    </w:p>
    <w:p>
      <w:r>
        <w:rPr>
          <w:b/>
        </w:rPr>
        <w:t xml:space="preserve">[26:50] </w:t>
      </w:r>
      <w:r>
        <w:t>hota hai sab kuch. ab situation bilkul badal gayi hai, auratain taleem hasil karti hain, auratain bhi isi tarah bread winner hain jaise mard hain. auratain jo zyada samajhdar ho gayi hain, zyada woh apne ghar ka nizam zyada behtar tor par chala sakti hain. to ab uss ko isi hisab se explain kiya jayega. yeh sari cheezain jo hain situation par hoti hain, uss ko hum naya explanation de sakte hain aur halaat ke hisab se uss ko interpret kar sakte hain.</w:t>
      </w:r>
    </w:p>
    <w:p>
      <w:pPr>
        <w:jc w:val="right"/>
      </w:pPr>
      <w:r>
        <w:t>ہوتا ہے سب کچھ۔ اب سچویشن بالکل بدل گئی ہے، عورتیں تعلیم حاصل کرتی ہیں، عورتیں بھی اسی طرح بریڈ ونر ہیں جیسے مرد ہیں۔ عورتیں جو زیادہ سمجھدار ہو گئی ہیں، زیادہ وہ اپنے گھر کا نظام زیادہ بہتر طور پر چلا سکتی ہیں۔ تو اب اس کو اسی حساب سے ایکسپلین کیا جائے گا۔ یہ ساری چیزیں جو ہیں سچویشن پر ہوتی ہیں، اس کو ہم نیا ایکسپلینیشن دے سکتے ہیں اور حالات کے حساب سے اس کو انٹرپریٹ کر سکتے ہیں۔</w:t>
      </w:r>
    </w:p>
    <w:p>
      <w:r>
        <w:rPr>
          <w:b/>
        </w:rPr>
        <w:t xml:space="preserve">[27:21] </w:t>
      </w:r>
      <w:r>
        <w:t>aur hamare haan Maulana kehte rehte hain, hum to pehle hum apni ahliya ke under mein thay, ab Farida ke under mein hain. woh apna apna likhna parhna, uss mein un ko bohat sukoon rehta hai. aur baqi jo ghar ka management hai, woh auratain chala rahi hain. aisi bohat gharon mein hota hoga. to aisa kuch woh absolute sense mein woh nahin hai.</w:t>
      </w:r>
    </w:p>
    <w:p>
      <w:pPr>
        <w:jc w:val="right"/>
      </w:pPr>
      <w:r>
        <w:t>اور ہمارے ہاں مولانا کہتے رہتے ہیں، ہم تو پہلے ہم اپنی اہلیہ کے انڈر میں تھے، اب فریدہ کے انڈر میں ہیں۔ وہ اپنا اپنا لکھنا پڑھنا، اس میں ان کو بہت سکون رہتا ہے۔ اور باقی جو گھر کا مینجمنٹ ہے، وہ عورتیں چلا رہی ہیں۔ ایسی بہت گھروں میں ہوتا ہوگا۔ تو ایسا کچھ وہ ایبسولیوٹ سینس میں وہ نہیں ہے۔</w:t>
      </w:r>
    </w:p>
    <w:p>
      <w:r>
        <w:rPr>
          <w:b/>
        </w:rPr>
        <w:t xml:space="preserve">[27:45] </w:t>
      </w:r>
      <w:r>
        <w:t>bohat acha explain kiya aap logon ne, bohat acha. in ka doosra question tha, kya Islam mein auraton ka sar dhapna zaroori hai?</w:t>
      </w:r>
    </w:p>
    <w:p>
      <w:pPr>
        <w:jc w:val="right"/>
      </w:pPr>
      <w:r>
        <w:t>بہت اچھا ایکسپلین کیا آپ لوگوں نے، بہت اچھا۔ ان کا دوسرا کوئسچن تھا، کیا اسلام میں عورتوں کا سر ڈھانپنا ضروری ہے؟</w:t>
      </w:r>
    </w:p>
    <w:p>
      <w:r>
        <w:rPr>
          <w:b/>
        </w:rPr>
        <w:t xml:space="preserve">[27:58] </w:t>
      </w:r>
      <w:r>
        <w:t>asal mein aisa Quran mein to aisi koi ayat nahin hai ke baal dhapna, sar dhapna. bas yeh hai ke kaha gaya hai ke jab tum log bahar niklo, woh bhi ghar mein nahin bataya gaya, bahar niklo to uss tareeqay se apni oong jo hai aise kar liya karo, seenah dhak liya karo. yeh hai. to ab wahan to itni garmi hoti thi ke sar ko naturally log dhak hi lete thay. to lekin mandatory nahin hai ke sar dhapna. asal mein kya hai ke Yahudiyon</w:t>
      </w:r>
    </w:p>
    <w:p>
      <w:pPr>
        <w:jc w:val="right"/>
      </w:pPr>
      <w:r>
        <w:t>اصل میں ایسا قرآن میں تو ایسی کوئی آیت نہیں ہے کہ بال ڈھکنا، سر ڈھکنا۔ بس یہ ہے کہ کہا گیا ہے کہ جب تم لوگ باہر نکلو، وہ بھی گھر میں نہیں بتایا گیا، باہر نکلو تو اس طریقے سے اپنی اونگ جو ہے ایسے کر لیا کرو، سینہ ڈھک لیا کرو۔ یہ ہے۔ تو اب وہاں تو اتنی گرمی ہوتی تھی کہ سر کو نیچرلی لوگ ڈھک ہی لیتے تھے۔ تو لیکن مینڈیٹری نہیں ہے کہ سر ڈھکنا۔ اصل میں کیا ہے کہ یہودیوں</w:t>
      </w:r>
    </w:p>
    <w:p>
      <w:r>
        <w:rPr>
          <w:b/>
        </w:rPr>
        <w:t xml:space="preserve">[28:29] </w:t>
      </w:r>
      <w:r>
        <w:t>ke yahan sar dhapna mandatory tha, khas tor par ibadat ke time. to bohat sara yeh sab jo hai na culture jo hai, religious culture jo develop hua hai, woh Yahudiyon se, Isaiyon se, un logon se India mein jo culture tha, Hindu mazhab mein to woh dhaka jata tha na. uss se poori tarah se kya kehte hain, woh jo gira hua hota hai, woh aise sar dhakte hain.</w:t>
      </w:r>
    </w:p>
    <w:p>
      <w:pPr>
        <w:jc w:val="right"/>
      </w:pPr>
      <w:r>
        <w:t>کے یہاں سر ڈھکنا مینڈیٹری تھا، خاص طور پر عبادت کے ٹائم۔ تو بہت سارا یہ سب جو ہے نا کلچر جو ہے، ریلیجس کلچر جو ڈیویلپ ہوا ہے، وہ یہودیوں سے، عیسائیوں سے، ان لوگوں سے انڈیا میں جو کلچر تھا، ہندو مذہب میں تو وہ ڈھکا جاتا تھا نا۔ اس سے پوری طریقے سے کیا کہتے ہیں، وہ جو گرا ہوا ہوتا ہے، وہ ایسے سر ڈھکتے ہیں۔</w:t>
      </w:r>
    </w:p>
    <w:p>
      <w:r>
        <w:rPr>
          <w:b/>
        </w:rPr>
        <w:t xml:space="preserve">[29:02] </w:t>
      </w:r>
      <w:r>
        <w:t>ghoonghat, ghoonghat rehta tha, yeh sab hai na. to asal mein Islam ho ya koi bhi religion ho, jo local culture hota hai, uss se woh mutasir hota hai. aur chunke Arab mein aisa tha ke jo Yahudi thay, un ko yeh samjha jata tha ke un ke paas to sare paighambar aate hain, un ke paas deen hai, to woh jo kuch karein, woh ek standard model ban jata tha. to un ki auratain woh bohat</w:t>
      </w:r>
    </w:p>
    <w:p>
      <w:pPr>
        <w:jc w:val="right"/>
      </w:pPr>
      <w:r>
        <w:t>گھونگھٹ، گھونگھٹ رہتا تھا، یہ سب ہے نا۔ تو اصل میں اسلام ہو یا کوئی بھی ریلیجن ہو، جو لوکل کلچر ہوتا ہے، اس سے وہ متاثر ہوتا ہے۔ اور چونکہ عرب میں ایسا تھا کہ جو یہودی تھے، ان کو یہ سمجھا جاتا تھا کہ ان کے پاس تو سارے پیغمبر آتے ہیں، ان کے پاس دین ہے، تو وہ جو کچھ کریں، وہ ایک اسٹینڈرڈ ماڈل بن جاتا تھا۔ تو ان کی عورتیں وہ بہت</w:t>
      </w:r>
    </w:p>
    <w:p>
      <w:r>
        <w:rPr>
          <w:b/>
        </w:rPr>
        <w:t xml:space="preserve">[29:32] </w:t>
      </w:r>
      <w:r>
        <w:t>zyada sarwar dhakti theen. aaj bhi un ke haan ek tabqa hai jo bohat zyada sarwar dhakta hai. to uss tareeqay se unhon ne Arab auraton ne bhi yeh sab culture se mutasir huin. to ab namaz ke liye to dhaka hi jata tha, ibadat ke liye to dhaka hi jata tha. to uss tareeqay se log jo hain, aisa jab doosri qomon se unhon ne yeh sab borrow kiya to phir ab, ab chunke ab 1500 saal guzar chuke hain,</w:t>
      </w:r>
    </w:p>
    <w:p>
      <w:pPr>
        <w:jc w:val="right"/>
      </w:pPr>
      <w:r>
        <w:t>زیادہ سرور ڈھکتی تھیں۔ آج بھی ان کے ہاں ایک طبقہ ہے جو بہت زیادہ سرور ڈھکتا ہے۔ تو اس طریقے سے انہوں نے عرب عورتوں نے بھی یہ سب کلچر سے متاثر ہوئیں۔ تو اب نماز کے لیے تو ڈھکا ہی جاتا تھا، عبادت کے لیے تو ڈھکا ہی جاتا تھا۔ تو اس طریقے سے لوگ جو ہیں، ایسا جب دوسری قوموں سے انہوں نے یہ سب بارو کیا تو پھر اب، اب چونکہ اب 1500 سال گزر چکے ہیں،</w:t>
      </w:r>
    </w:p>
    <w:p>
      <w:r>
        <w:rPr>
          <w:b/>
        </w:rPr>
        <w:t xml:space="preserve">[30:02] </w:t>
      </w:r>
      <w:r>
        <w:t>to ab aisa lagta hai ke yahi Islam hai. halankay sab kuch jo aaj hum karte hain, woh sab kuch Islam nahin hota hai, balkay doosri qomon ka culture hota hai jo hum ne adopt kar liya hai aur ab uss ko Islamize kar liya hai. to aisa koi zaroori nahin hai, lekin orhein to behtar, acha hai. sar dhakein to acha hai, lekin mandatory nahin hai.</w:t>
      </w:r>
    </w:p>
    <w:p>
      <w:pPr>
        <w:jc w:val="right"/>
      </w:pPr>
      <w:r>
        <w:t>تو اب ایسا لگتا ہے کہ یہی اسلام ہے۔ حالانکہ سب کچھ جو آج ہم کرتے ہیں، وہ سب کچھ اسلام نہیں ہوتا ہے، بلکہ دوسری قوموں کا کلچر ہوتا ہے جو ہم نے اڈاپٹ کر لیا ہے اور اب اس کو اسلامائز کر لیا ہے۔ تو ایسا کوئی ضروری نہیں ہے، لیکن اوڑھیں تو بہتر، اچھا ہے۔ سر ڈھکیں تو اچھا ہے، لیکن مینڈیٹری نہیں ہے۔</w:t>
      </w:r>
    </w:p>
    <w:p>
      <w:r>
        <w:rPr>
          <w:b/>
        </w:rPr>
        <w:t xml:space="preserve">[30:27] </w:t>
      </w:r>
      <w:r>
        <w:t>theek kaha. baba jo burqa pehante hain auratain to woh bhi yahoodi se hi nikli hai na?</w:t>
      </w:r>
    </w:p>
    <w:p>
      <w:pPr>
        <w:jc w:val="right"/>
      </w:pPr>
      <w:r>
        <w:t>ٹھیک کہا۔ بابا جو برقعہ پہنتے ہیں عورتیں تو وہ بھی یہودی سے ہی نکل ہے نا؟</w:t>
      </w:r>
    </w:p>
    <w:p>
      <w:r>
        <w:rPr>
          <w:b/>
        </w:rPr>
        <w:t xml:space="preserve">[30:34] </w:t>
      </w:r>
      <w:r>
        <w:t>haan, burqa bhi bahar se hi aaya hai. isai poora black in ka gown hota tha, cover karte thay. auratain jaisay nun hoti hain, woh sara cover karti theen, yahoodi cover karte thay. aur jo iran poora islamize ho gaya tha, to iran ki auratain to bilkul gharon mein rehti theen. ab jab bahar nikle log to phir unhon ne burqa ke tareeqay se, woh asal mein to woh nun ka dress hai, samajh lijiye.</w:t>
      </w:r>
    </w:p>
    <w:p>
      <w:pPr>
        <w:jc w:val="right"/>
      </w:pPr>
      <w:r>
        <w:t>ہاں، برقعہ بھی باہر سے ہی آیا ہے۔ عیسائی پورا بلیک ان کا گاؤن ہوتا تھا، کور کرتے تھے۔ عورتیں جیسے نن ہوتی ہیں، وہ سارا کور کرتی تھیں، یہودی کور کرتے تھے۔ اور جو ایران پورا اسلامائز ہو گیا تھا، تو ایران کی عورتیں تو بالکل گھروں میں رہتی تھیں۔ اب جب باہر نکلے لوگ تو پھر انہوں نے برقعہ کے طریقے سے، وہ اصل میں تو وہ نن کا ڈریس ہے، سمجھ لیجئے۔</w:t>
      </w:r>
    </w:p>
    <w:p>
      <w:r>
        <w:rPr>
          <w:b/>
        </w:rPr>
        <w:t xml:space="preserve">[31:04] </w:t>
      </w:r>
      <w:r>
        <w:t>ab woh musalmanon ne is ko face bhi cover kar liya, itna kiya face cover kiya, yahan par ghunghat hota tha. to unhon ne aik naya style banaya, samajh lijiye burqay ka, lekin cover sab auratain kar rahi theen is zamanay mein. yeh traditional age mein ho raha tha, ancient age se yeh culture chala aa raha tha. auratain ghar mein rahein, covered ho kar rahein, sirf jo labor class ki auratain hoti theen, woh bahar nikalti theen. to is wajah se yeh sara jo hai</w:t>
      </w:r>
    </w:p>
    <w:p>
      <w:pPr>
        <w:jc w:val="right"/>
      </w:pPr>
      <w:r>
        <w:t>اب وہ مسلمانوں نے اس کو فیس بھی کور کر لیا، اتنا کیا فیس کور کیا، یہاں پر گھونگھٹ ہوتا تھا۔ تو انہوں نے ایک نیا اسٹائل بنایا، سمجھ لیجئے برقعے کا، لیکن کور سب عورتیں کر رہی تھیں اس زمانے میں۔ یہ ٹریڈیشنل ایج میں ہو رہا تھا، اینشنٹ ایج سے یہ کلچر چلا آ رہا تھا۔ عورتیں گھر میں رہیں، کورڈ ہو کر رہیں، صرف جو لیبر کلاس کی عورتیں ہوتی تھیں، وہ باہر نکلتی تھیں۔ تو اس وجہ سے یہ سارا جو ہے</w:t>
      </w:r>
    </w:p>
    <w:p>
      <w:r>
        <w:rPr>
          <w:b/>
        </w:rPr>
        <w:t xml:space="preserve">[31:34] </w:t>
      </w:r>
      <w:r>
        <w:t>na, yeh culture hai, doosri qomon ka culture hai, aur woh hum ne is ko le liya hai, adopt kar liya hai.</w:t>
      </w:r>
    </w:p>
    <w:p>
      <w:pPr>
        <w:jc w:val="right"/>
      </w:pPr>
      <w:r>
        <w:t>نا، یہ کلچر ہے، دوسری قوموں کا کلچر ہے، اور وہ ہم نے اس کو لے لیا ہے، اڈاپٹ کر لیا ہے۔</w:t>
      </w:r>
    </w:p>
    <w:p>
      <w:r>
        <w:rPr>
          <w:b/>
        </w:rPr>
        <w:t xml:space="preserve">[31:49] </w:t>
      </w:r>
      <w:r>
        <w:t>main canada se sawal kar rahi hoon, in ke bhi teen sawal hain. pehla question hai in ka ke hoor ka jo concept hai islam mein, woh kya hai? is ko explain kar dein.</w:t>
      </w:r>
    </w:p>
    <w:p>
      <w:pPr>
        <w:jc w:val="right"/>
      </w:pPr>
      <w:r>
        <w:t>میں کینیڈا سے سوال کر رہی ہوں، ان کے بھی تین سوال ہیں۔ پہلا کوئسچن ہے ان کا کہ حور کا جو کانسیپٹ ہے اسلام میں، وہ کیا ہے؟ اس کو ایکسپلین کر دیں۔</w:t>
      </w:r>
    </w:p>
    <w:p>
      <w:r>
        <w:rPr>
          <w:b/>
        </w:rPr>
        <w:t xml:space="preserve">[32:04] </w:t>
      </w:r>
      <w:r>
        <w:t>ab jab jannat mein jo auratain jayengi to kya woh agli dhakli hogi? woh to hoori hongi. jannat jab itni beautiful place hai to jo jannat mein entry payega, woh bhi beautiful hoga. to jo jannat mein jo auratain entry payengi, woh beautiful ho kar hi jayengi wahan na. to wohi hoor hain. hoor koi alag se thori paida ki jayengi? jo is dunya mein insan aaye hain, un ka test ho raha</w:t>
      </w:r>
    </w:p>
    <w:p>
      <w:pPr>
        <w:jc w:val="right"/>
      </w:pPr>
      <w:r>
        <w:t>اب جب جنت میں جو عورتیں جائیں گی تو کیا وہ اگلی ڈھکلی ہوگی؟ وہ تو حوری ہوں گی۔ جنت جب اتنی بیوٹی فل پلیس ہے تو جو جنت میں انٹری پائے گا، وہ بھی بیوٹی فل ہوگا۔ تو جو جنت میں جو عورتیں انٹری پائیں گی، وہ بیوٹی فل ہو کر ہی جائیں گی وہاں نا۔ تو وہی حور ہیں۔ حور کوئی الگ سے تھوڑی پیدا کی جائیں گی۔ جو اس دنیا میں انسان آئے ہیں، ان کا ٹیسٹ ہو رہ</w:t>
      </w:r>
    </w:p>
    <w:p>
      <w:r>
        <w:rPr>
          <w:b/>
        </w:rPr>
        <w:t xml:space="preserve">[32:34] </w:t>
      </w:r>
      <w:r>
        <w:t>hai. jo rewardable act karenge, un ko jannat mein jagah milegi. aur jab wahan jayenge to sab beautiful hi honge, sab handsome hi honge. to wohi hoor honge, hoor koi alag se thori kahin se ayenge.</w:t>
      </w:r>
    </w:p>
    <w:p>
      <w:pPr>
        <w:jc w:val="right"/>
      </w:pPr>
      <w:r>
        <w:t>ا ہے۔ جو ریوارڈیبل ایکٹ کریں گے، ان کو جنت میں جگہ ملے گی۔ اور جب وہاں جائیں گے تو سب بیوٹی فل ہی ہوں گے، سب ہینڈسم ہی ہوں گے۔ تو وہی حور ہوں گے، حور کوئی الگ سے تھوڑی کہیں سے آئیں گے۔</w:t>
      </w:r>
    </w:p>
    <w:p>
      <w:r>
        <w:rPr>
          <w:b/>
        </w:rPr>
        <w:t xml:space="preserve">[32:50] </w:t>
      </w:r>
      <w:r>
        <w:t>un ka doosra sawal main pesh kar rahi hoon ke maa baap apni conditioning ke hisab se hamein parvarish karte hain. un ke khatam hone ke baad hum apni deconditioning kar ke sahi islam ko samajh paye hain. ab kya hamare maa baap ko is ka sawab pahunchega?</w:t>
      </w:r>
    </w:p>
    <w:p>
      <w:pPr>
        <w:jc w:val="right"/>
      </w:pPr>
      <w:r>
        <w:t>ان کا دوسرا سوال میں پیش کر رہی ہوں کہ ماں باپ اپنی کنڈیشننگ کے حساب سے ہمیں پرورش کرتے ہیں۔ ان کے ختم ہونے کے بعد ہم اپنی ڈی کنڈیشننگ کر کے صحیح اسلام کو سمجھ پائے ہیں۔ اب کیا ہمارے ماں باپ کو اس کا ثواب پہنچے گا؟</w:t>
      </w:r>
    </w:p>
    <w:p>
      <w:r>
        <w:rPr>
          <w:b/>
        </w:rPr>
        <w:t xml:space="preserve">[33:10] </w:t>
      </w:r>
      <w:r>
        <w:t>dekhein, is mein jo samajhne ki cheez hai, woh yeh hai ke maa baap agar sahi tarbiyat karenge, ab conditioning ki wajah se karein ya un condition ho kar, deconditioning ke sath karein, sahi tarbiyat karenge to is ka un ko sawab milega. kyunke islam ka jo sawab ka concept jo hai, is ko samajhne ke liye aik misaal main de deta hoon aap ko ke koi company jo hoti hai, un</w:t>
      </w:r>
    </w:p>
    <w:p>
      <w:pPr>
        <w:jc w:val="right"/>
      </w:pPr>
      <w:r>
        <w:t>دیکھیں، اس میں جو سمجھنے کی چیز ہے، وہ یہ ہے کہ ماں باپ اگر صحیح تربیت کریں گے، اب کنڈیشننگ کی وجہ سے کریں یا ان کنڈیشن ہو کر، ڈی کنڈیشننگ کے ساتھ کریں، صحیح تربیت کریں گے تو اس کا ان کو ثواب ملے گا۔ کیونکہ اسلام کا جو ثواب کا کانسیپٹ جو ہے، اس کو سمجھنے کے لیے ایک مثال میں دے دیتا ہوں آپ کو کہ کوئی کمپنی جو ہوتی ہے، ان</w:t>
      </w:r>
    </w:p>
    <w:p>
      <w:r>
        <w:rPr>
          <w:b/>
        </w:rPr>
        <w:t xml:space="preserve">[33:40] </w:t>
      </w:r>
      <w:r>
        <w:t>insurance ki company, is ke agent hote hain. to is ko kehti hai ke aap jo hum ko customer la kar denge, to aap ko itna percentage milega. jab tak woh customer rehta hai, tab tak us ko milta rehta hai. to sawab ke mamle mein bhi yahi hai. agar hum ne kisi ko aik baat batai aur us ne us ko kiya, to jitna us ko sawab milega, utna karne wale ko, batane wale ko bhi milega. to is aitbar se agar us ne kiya, us ne condi</w:t>
      </w:r>
    </w:p>
    <w:p>
      <w:pPr>
        <w:jc w:val="right"/>
      </w:pPr>
      <w:r>
        <w:t>شورنس کی کمپنی، اس کے ایجنٹ ہوتے ہیں۔ تو اس کو کہتی ہے کہ آپ جو ہم کو کسٹمر لا کر دیں گے، تو آپ کو اتنا پرسنٹیج ملے گا۔ جب تک وہ کسٹمر رہتا ہے، تب تک اس کو ملتا رہتا ہے۔ تو ثواب کے معاملے میں بھی یہی ہے۔ اگر ہم نے کسی کو ایک بات بتائی اور اس نے اس کو کیا، تو جتنا اس کو ثواب ملے گا، اتنا کرنے والے کو، بتانے والے کو بھی ملے گا۔ تو اس اعتبار سے اگر اس نے کیا، اس نے کنڈی</w:t>
      </w:r>
    </w:p>
    <w:p>
      <w:r>
        <w:rPr>
          <w:b/>
        </w:rPr>
        <w:t xml:space="preserve">[34:10] </w:t>
      </w:r>
      <w:r>
        <w:t>tioning se kiya ya kisi se kiya, agar yeh is ke baad bhi sahi tareeqay se kar rahi hain, deen ka bataya rasta to isi ka ke yeh deen hai. parent ne yeh bataya ke yeh deen hai, islam hai. isi ko le kar to thora sa is ko aur develop kiya, thora sa ya kam develop kiya aur aagay barhi hain. to is se to inshallah us ko sawab milega. ab yeh un ke upar hai ke is ko aur develop kar ke zyada us ko sawab pahunchati hai ya nahi pahunchati.</w:t>
      </w:r>
    </w:p>
    <w:p>
      <w:pPr>
        <w:jc w:val="right"/>
      </w:pPr>
      <w:r>
        <w:t>شننگ سے کیا یا کسی سے کیا، اگر یہ اس کے بعد بھی صحیح طریقے سے کر رہی ہیں، دین کا بتایا راستہ تو اسی کا کہ یہ دین ہے۔ پیرنٹ نے یہ بتایا کہ یہ دین ہے، اسلام ہے۔ اسی کو لے کر تو تھوڑا سا اس کو اور ڈیولپ کیا، تھوڑا سا یا کم ڈیولپ کیا اور آگے بڑھی ہیں۔ تو اس سے تو انشاءاللہ اس کو ثواب ملے گا۔ اب یہ ان کے اوپر ہے کہ اس کو اور ڈیولپ کر کے زیادہ اس کو ثواب پہنچاتی ہے یا نہیں پہنچاتی۔</w:t>
      </w:r>
    </w:p>
    <w:p>
      <w:r>
        <w:rPr>
          <w:b/>
        </w:rPr>
        <w:t xml:space="preserve">[34:36] </w:t>
      </w:r>
      <w:r>
        <w:t>un ka teesra sawal hai sahib ke khuda ko pana kya hota hai? aadmi kis tarah se khuda ko pa sakta hai aur khuda ko pane mein kitna time lagta hai?</w:t>
      </w:r>
    </w:p>
    <w:p>
      <w:pPr>
        <w:jc w:val="right"/>
      </w:pPr>
      <w:r>
        <w:t>ان کا تیسرا سوال ہے صاحب کہ خدا کو پانا کیا ہوتا ہے؟ آدمی کس طرح سے خدا کو پا سکتا ہے اور خدا کو پانے میں کتنا ٹائم لگتا ہے؟</w:t>
      </w:r>
    </w:p>
    <w:p>
      <w:r>
        <w:rPr>
          <w:b/>
        </w:rPr>
        <w:t xml:space="preserve">[34:49] </w:t>
      </w:r>
      <w:r>
        <w:t>khuda ko pana kya hota hai? khuda ko pana ka matlab hai ke aap jannat ke rastay par chalein. yeh khuda ko pane pana hai, jannat ka rasta chalna, yeh khuda ko pana hai. Allah taala ne quran mein bataya, quran parhein to yeh cheez samajh mein aa jayegi ke khuda ko pana kya hota hai. aur doosri cheez jo unhon ne kahi, kitna time lagega, to yeh depend karta hai ke seeker kaisa hai, sanjeedgi us ke andar hai ya nahi hai. baqi zyada agar samajhna chahein to</w:t>
      </w:r>
    </w:p>
    <w:p>
      <w:pPr>
        <w:jc w:val="right"/>
      </w:pPr>
      <w:r>
        <w:t>خدا کو پانا کیا ہوتا ہے؟ خدا کو پانا کا مطلب ہے کہ آپ جنت کے راستے پر چلیں۔ یہ خدا کو پانے پانا ہے، جنت کا راستہ چلنا، یہ خدا کو پانا ہے۔ اللہ تعالی نے قرآن میں بتایا، قرآن پڑھیں تو یہ چیز سمجھ میں آ جائے گی کہ خدا کو پانا کیا ہوتا ہے۔ اور دوسری چیز جو انہوں نے کہی، کتنا ٹائم لگے گا، تو یہ ڈیپینڈ کرتا ہے کہ سیکھر کیسا ہے، سنجیدگی اس کے اندر ہے یا نہیں ہے۔ باقی زیادہ اگر سمجھنا چاہیں تو</w:t>
      </w:r>
    </w:p>
    <w:p>
      <w:r>
        <w:rPr>
          <w:b/>
        </w:rPr>
        <w:t xml:space="preserve">[35:19] </w:t>
      </w:r>
      <w:r>
        <w:t>kitabi maarfat un ko zaroor parhni chahiye. kitabi maarfat parhein, Allah Akbar parhein, Rabbania parhein, in sab mein is par hai khuda ko kaise paya ja sakta hai. aur kam az kam zindagi mein, Maulana ne bhi kaha, kam az kam zindagi mein aik martaba tarjuma quran parhna chahiye, kam az kam aik martaba samajh kar, ta ke maloom ho khuda hum se kya chahta hai. arabi nahi, tarjuma.</w:t>
      </w:r>
    </w:p>
    <w:p>
      <w:pPr>
        <w:jc w:val="right"/>
      </w:pPr>
      <w:r>
        <w:t>کتابی معرفت ان کو ضرور پڑھنی چاہیے۔ کتابی معرفت پڑھیں، اللہ اکبر پڑھیں، ربانیہ پڑھیں، ان سب میں اس پر ہے خدا کو کیسے پایا جا سکتا ہے۔ اور کم از کم زندگی میں، مولانا نے بھی کہا، کم از کم زندگی میں ایک مرتبہ ترجمہ قرآن پڑھنا چاہیے، کم از کم ایک مرتبہ سمجھ کر، تاکہ معلوم ہو خدا ہم سے کیا چاہتا ہے۔ عربی نہیں، ترجمہ۔</w:t>
      </w:r>
    </w:p>
    <w:p>
      <w:r>
        <w:rPr>
          <w:b/>
        </w:rPr>
        <w:t xml:space="preserve">[35:50] </w:t>
      </w:r>
      <w:r>
        <w:t>khuda ko pana kya hota hai, is par koi pata nahi. unhon ne kaha, kitne din lagega? haan, pata hai, koi limited cheez to hai nahi ke do din, char din is ko bata diya jaye. lagega, woh to jannat mein bhi khuda ki discovery jari rahegi. limitless hai, limitless. khuda itni zyada aik boundless, limitless aik hasti hai ke is ko agar hamein disc</w:t>
      </w:r>
    </w:p>
    <w:p>
      <w:pPr>
        <w:jc w:val="right"/>
      </w:pPr>
      <w:r>
        <w:t>خدا کو پانا کیا ہوتا ہے، اس پر کوئی پتہ نہیں۔ انہوں نے کہا، کتنے دن لگے گا؟ ہاں، پتہ ہے، کوئی لمیٹڈ چیز تو ہے نہیں کہ دو دن، چار دن اس کو بتا دیا جائے۔ لگے گا، وہ تو جنت میں بھی خدا کی ڈسکوری جاری رہے گی۔ لمیٹ لیس ہے، لمیٹ لیس۔ خدا اتنی زیادہ ایک باؤنڈ لیس، لمیٹ لیس ایک ہستی ہے کہ اس کو اگر ہمیں ڈسک</w:t>
      </w:r>
    </w:p>
    <w:p>
      <w:r>
        <w:rPr>
          <w:b/>
        </w:rPr>
        <w:t xml:space="preserve">[36:20] </w:t>
      </w:r>
      <w:r>
        <w:t>over karenge to aik us ki jhalak hi milegi humein. woh jhalak hamesha milti rahegi. Maulana ne kaha hai, poora khuda hamein dekh lein to phir hum aagay jo hai, hamara jo hai, woh jo shauq hota hai na, woh aik mazeed discover karein, mazeed discover karein, woh hamara tharally khatam ho jayega. to hum ko thora thora, thora thora jhalakiyan nazar ayengi khuda ki. to isi dunya mein bhi wohi hai aur akhirat mein bhi wohi hoga. woh jhalakiyan nazar aati rahengi aur hamara shauq jo hai, kabhi bhi</w:t>
      </w:r>
    </w:p>
    <w:p>
      <w:pPr>
        <w:jc w:val="right"/>
      </w:pPr>
      <w:r>
        <w:t>ور کریں گے تو ایک اس کی جھلک ہی ملے گی ہمیں۔ وہ جھلک ہمیشہ ملتی رہے گی۔ مولانا نے کہا ہے، پورا خدا ہمیں دیکھ لیں تو پھر ہم آگے جو ہے، ہمارا جو ہے، وہ جو شوق ہوتا ہے نا، وہ ایک مزید ڈسکور کریں، مزید ڈسکور کریں، وہ ہمارا تھرلی ختم ہو جائے گا۔ تو ہم کو تھوڑا تھوڑا، تھوڑا تھوڑا جھلکیاں نظر آئیں گی خدا کی۔ تو اسی دنیا میں بھی وہی ہے اور آخرت میں بھی وہی ہوگا۔ وہ جھلکیاں نظر آتی رہیں گی اور ہمارا شوق جو ہے، کبھی بھی</w:t>
      </w:r>
    </w:p>
    <w:p>
      <w:r>
        <w:rPr>
          <w:b/>
        </w:rPr>
        <w:t xml:space="preserve">[36:50] </w:t>
      </w:r>
      <w:r>
        <w:t>khatam nahi hoga khuda ko discover karne ka. aik ayat mujhe yaad aa rahi hai, is ko kal yom huwa fi shaam, surah rehman mein hai, kal yom huwa fi shaam ke har din woh aik naye shaan mein hota hai. yani kal jis shaan mein tha, us se aik nai shaan aa jayegi. to aap ne kal jis aitbar se khuda ko discover kiya, aaj aap ko naye aitbar se discover karne ka moqa milega. to yeh cheez agar aadmi samajh le ke har din naye naye aitbar se discover karna</w:t>
      </w:r>
    </w:p>
    <w:p>
      <w:pPr>
        <w:jc w:val="right"/>
      </w:pPr>
      <w:r>
        <w:t>ختم نہیں ہوگا خدا کو ڈسکور کرنے کا۔ ایک آیت مجھے یاد آ رہی ہے، اس کو کل یوم ہوا فی شام، سورہ رحمن میں ہے، کل یوم ہوا فی شام کہ ہر دن وہ ایک نئے شان میں ہوتا ہے۔ یعنی کل جس شان میں تھا، اس سے ایک نئی شان آ جائے گی۔ تو آپ نے کل جس اعتبار سے خدا کو ڈسکور کیا، آج آپ کو نئے اعتبار سے ڈسکور کرنے کا موقع ملے گا۔ تو یہ چیز اگر آدمی سمجھ لے کہ ہر دن نئے نئے اعتبار سے ڈسکور کرنا</w:t>
      </w:r>
    </w:p>
    <w:p>
      <w:r>
        <w:rPr>
          <w:b/>
        </w:rPr>
        <w:t xml:space="preserve">[37:20] </w:t>
      </w:r>
      <w:r>
        <w:t>khuda ko, to is mein to koi inteha nahi hai. aaj aik aspect discover karenge, kal doosra aspect discover karenge. aik maine aik bar khwab dekha, kafi pehle ki, 10, 15, 20 saal pehle ki baat hai ke main chhat par gayi hoon, koi ghar hai, purana sa ghar hai, upar us ki chhat pe gayi hoon aur chale ja rahi hoon, chale ja rahi hoon, chale ja rahi hoon. halankay ghar bohat bara nahi hai,</w:t>
      </w:r>
    </w:p>
    <w:p>
      <w:pPr>
        <w:jc w:val="right"/>
      </w:pPr>
      <w:r>
        <w:t>خدا کو، تو اس میں تو کوئی انتہا نہیں ہے۔ آج ایک اسپیکٹ ڈسکور کریں گے، کل دوسرا اسپیکٹ ڈسکور کریں گے۔ ایک میں نے ایک بار خواب دیکھا، کافی پہلے کی، 10، 15، 20 سال پہلے کی بات ہے کہ میں چھت پر گئی ہوں، کوئی گھر ہے، پرانا سا گھر ہے، اوپر اس کی چھت پہ گئی ہوں اور چلے جا رہی ہوں، چلے جا رہی ہوں، چلے جا رہی ہوں۔ حالانکہ گھر بہت بڑا نہیں ہے،</w:t>
      </w:r>
    </w:p>
    <w:p>
      <w:r>
        <w:rPr>
          <w:b/>
        </w:rPr>
        <w:t xml:space="preserve">[37:51] </w:t>
      </w:r>
      <w:r>
        <w:t>lekin main chali ja rahi hoon, chali ja rahi hoon, aur woh woh chhat ka jo hai na, top floor par hai, jo woh khatam hi nahi ho raha. main chali ja rahi hoon, chali ja rahi hoon. to main Maulana se bata kaha ke aisa khwab dekha to unhon ne kaha, yeh maarfat ka safar hai ke woh kabhi khatam nahi hoga, bas woh chalta hi rahega, ongoing rahega hamesha.</w:t>
      </w:r>
    </w:p>
    <w:p>
      <w:pPr>
        <w:jc w:val="right"/>
      </w:pPr>
      <w:r>
        <w:t>لیکن میں چلی جا رہی ہوں، چلی جا رہی ہوں، اور وہ وہ چھت کا جو ہے نا، ٹاپ فلور پر ہے، جو وہ ختم ہی نہیں ہو رہا۔ میں چلی جا رہی ہوں، چلی جا رہی ہوں۔ تو میں مولانا سے بتا کہا کہ ایسا خواب دیکھا تو انہوں نے کہا، یہ معرفت کا سفر ہے کہ وہ کبھی ختم نہیں ہوگا، بس وہ چلتا ہی رہے گا، ان گوئنگ رہے گا ہمیشہ۔</w:t>
      </w:r>
    </w:p>
    <w:p>
      <w:r>
        <w:rPr>
          <w:b/>
        </w:rPr>
        <w:t xml:space="preserve">[38:14] </w:t>
      </w:r>
      <w:r>
        <w:t>shah bano usa se sawal kar rahi hain, un ke bhi teen questions hain: kya aurat imamat kar sakti hai?</w:t>
      </w:r>
    </w:p>
    <w:p>
      <w:pPr>
        <w:jc w:val="right"/>
      </w:pPr>
      <w:r>
        <w:t>شاہ بانو یو ایس اے سے سوال کر رہی ہیں، ان کے بھی تین کوئسچن ہیں: کیا عورت امامت کر سکتی ہے؟</w:t>
      </w:r>
    </w:p>
    <w:p>
      <w:r>
        <w:rPr>
          <w:b/>
        </w:rPr>
        <w:t xml:space="preserve">[38:26] </w:t>
      </w:r>
      <w:r>
        <w:t>kar sakti hai, auraton ki, auraton ki, auraton ki bohat sari limitations hain na. is ko ghar bhi dekhna hota hai, is ko bachay dekhne hote hain, ghar ke sare kaam hote hain is ko. ab agar aurat ko keh diya jaye ke sare kaam bahar ke karo, to aurat ke liye khud aik masla ho jayega. jo aurat ko namaz parhne ke liye masjid mein, matlab us ko mandatory nahi qarar diya gaya hai, apni</w:t>
      </w:r>
    </w:p>
    <w:p>
      <w:pPr>
        <w:jc w:val="right"/>
      </w:pPr>
      <w:r>
        <w:t>کر سکتی ہے، عورتوں کی، عورتوں کی، عورتوں کی بہت ساری لیمیٹیشنز ہیں نا۔ اس کو گھر بھی دیکھنا ہوتا ہے، اس کو بچے دیکھنے ہوتے ہیں، گھر کے سارے کام ہوتے ہیں اس کو۔ اب اگر عورت کو کہہ دیا جائے کہ سارے کام باہر کے کرو، تو عورت کے لیے خود ایک مسئلہ ہو جائے گا۔ جو عورت کو نماز پڑھنے کے لیے مسجد میں، مطلب اس کو مینڈیٹری نہیں قرار دیا گیا ہے، اپنی</w:t>
      </w:r>
    </w:p>
    <w:p>
      <w:r>
        <w:rPr>
          <w:b/>
        </w:rPr>
        <w:t xml:space="preserve">[38:56] </w:t>
      </w:r>
      <w:r>
        <w:t>marzi se ja sakti hai ya ghar mein parh sakti hai. yeh aurat ki sahulat ke liye hai. log yeh samajhte hain ke koi discrimination hai, discrimination nahi hai. agar hum ko panchoun waqt masjid mein ja ke namaz parhna ho, to hum ko ghar par chhod chhaad ke jana kitna mushkil lagega? koi koi auratain aisa kar payengi. to yeh auraton ki sahulat ke liye Allah taala ne kuch aisa intezam kiya hai. aur Allah taala discriminate nahi karta hai. yeh auraton ko achhay se samajh lena chahiye ke Allah discriminate</w:t>
      </w:r>
    </w:p>
    <w:p>
      <w:pPr>
        <w:jc w:val="right"/>
      </w:pPr>
      <w:r>
        <w:t>مرضی سے جا سکتی ہے یا گھر میں پڑھ سکتی ہے۔ یہ عورت کی سہولت کے لیے ہے۔ لوگ یہ سمجھتے ہیں کہ کوئی ڈسکریمینیشن ہے، ڈسکریمینیشن نہیں ہے۔ اگر ہم کو پانچوں وقت مسجد میں جا کے نماز پڑھنا ہو، تو ہم کو گھر پر چھوڑ چھاڑ کے جانا کتنا مشکل لگے گا؟ کوئی کوئی عورتیں ایسا کر پائیں گی۔ تو یہ عورتوں کی سہولت کے لیے اللہ تعالی نے کچھ ایسا انتظام کیا ہے۔ اور اللہ تعالی ڈسکریمینیٹ نہیں کرتا ہے۔ یہ عورتوں کو اچھے سے سمجھ لینا چاہیے کہ اللہ ڈسکریمینیٹ</w:t>
      </w:r>
    </w:p>
    <w:p>
      <w:r>
        <w:rPr>
          <w:b/>
        </w:rPr>
        <w:t xml:space="preserve">[39:26] </w:t>
      </w:r>
      <w:r>
        <w:t>nahi karta, balkay hamein apne halaat ke lehaz se hamein bataya gaya hai ke hum kis tareeqay se hum aik deeni zindagi guzaarein. rasool Allah ki aik hadith hai, woh kehte hain ke main namaz lambi karna chahta hoon, lekin main us ko choti kar deta hoon. is ka reason rasool Allah ne aik reason yeh bataya tha: main peechay bachon ke rone ki awaz sunta hoon, rote hain bachay, to main choti kar deta hoon kyunke un ki maein rehti hain namaz mein. aur maa jo hoti hai, bachay ke rone ki awaz sune to</w:t>
      </w:r>
    </w:p>
    <w:p>
      <w:pPr>
        <w:jc w:val="right"/>
      </w:pPr>
      <w:r>
        <w:t>نہیں کرتا، بلکہ ہمیں اپنے حالات کے لحاظ سے ہمیں بتایا گیا ہے کہ ہم کس طریقے سے ہم ایک دینی زندگی گزاریں۔ رسول اللہ کی ایک حدیث ہے، وہ کہتے ہیں کہ میں نماز لمبی کرنی چاہتا ہوں، لیکن میں اس کو چھوٹی کر دیتا ہوں۔ اس کا ریزن رسول اللہ نے ایک ریزن یہ بتایا تھا: میں پیچھے بچوں کے رونے کی آواز سنتا ہوں، روتے ہیں بچے، تو میں چھوٹی کر دیتا ہوں کیونکہ ان کی مائیں رہتی ہیں نماز میں۔ اور ماں جو ہوتی ہے، بچے کے رونے کی آواز سنے تو</w:t>
      </w:r>
    </w:p>
    <w:p>
      <w:r>
        <w:rPr>
          <w:b/>
        </w:rPr>
        <w:t xml:space="preserve">[39:56] </w:t>
      </w:r>
      <w:r>
        <w:t>woh apne aap par qabu rakhna us ke liye mushkil ho jata hai. to yeh sab cheez kis se hum samajh sakte hain? aik aap ne jo kaha, is ko explain hota hai achhay tarike se. ab dekhiye ke rasool Allah sallallahu alaihi wasallam ne yeh nahi auraton se kaha ke tum log kyun namaz parhne aati ho bachon ko le kar ke bachay hain, hamari namaz kharab karte hain. yeh nahi kaha, balkay khud apni namaz choti kar di.</w:t>
      </w:r>
    </w:p>
    <w:p>
      <w:pPr>
        <w:jc w:val="right"/>
      </w:pPr>
      <w:r>
        <w:t>وہ اپنے آپ پر قابو رکھنا اس کے لیے مشکل ہو جاتا ہے۔ تو یہ سب چیز کس سے ہم سمجھ سکتے ہیں؟ ایک آپ نے جو کہا، اس کو ایکسپلین ہوتا ہے اچھے طریقے سے۔ اب دیکھیے کہ رسول اللہ صلی اللہ علیہ وسلم نے یہ نہیں عورتوں سے کہا کہ تم لوگ کیوں نماز پڑھنے آتی ہو بچوں کو لے کر کہ بچے ہیں، ہماری نماز خراب کرتے ہیں۔ یہ نہیں کہا، بلکہ خود اپنی نماز چھوٹی کر دی۔</w:t>
      </w:r>
    </w:p>
    <w:p>
      <w:r>
        <w:rPr>
          <w:b/>
        </w:rPr>
        <w:t xml:space="preserve">[40:23] </w:t>
      </w:r>
      <w:r>
        <w:t>achha, ghar mein auratain, mard sab hon to aurat imamat kar sakti hai?</w:t>
      </w:r>
    </w:p>
    <w:p>
      <w:pPr>
        <w:jc w:val="right"/>
      </w:pPr>
      <w:r>
        <w:t>اچھا، گھر میں عورتیں، مرد سب ہوں تو عورت امامت کر سکتی ہے؟</w:t>
      </w:r>
    </w:p>
    <w:p>
      <w:r>
        <w:rPr>
          <w:b/>
        </w:rPr>
        <w:t xml:space="preserve">[40:27] </w:t>
      </w:r>
      <w:r>
        <w:t>ji.</w:t>
      </w:r>
    </w:p>
    <w:p>
      <w:pPr>
        <w:jc w:val="right"/>
      </w:pPr>
      <w:r>
        <w:t>جی۔</w:t>
      </w:r>
    </w:p>
    <w:p>
      <w:r>
        <w:rPr>
          <w:b/>
        </w:rPr>
        <w:t xml:space="preserve">[40:29] </w:t>
      </w:r>
      <w:r>
        <w:t>achha, allah jis ko chahta hai hidayat deta hai, jis ko chahta hai gumrah kar deta hai. kya allah pak achhe aur bure dono ka khaliq hai? kya burai inhiraaf ya inkaar ka naam hai? please explain.</w:t>
      </w:r>
    </w:p>
    <w:p>
      <w:pPr>
        <w:jc w:val="right"/>
      </w:pPr>
      <w:r>
        <w:t>اچھا، اللہ جس کو چاہتا ہے ہدایت دیتا ہے، جس کو چاہتا ہے گمراہ کر دیتا ہے۔ کیا اللہ پاک اچھے اور برے دونوں کا خالق ہے؟ کیا برائی انحراف یا انکار کا نام ہے؟ پلیز ایکسپلین۔</w:t>
      </w:r>
    </w:p>
    <w:p>
      <w:r>
        <w:rPr>
          <w:b/>
        </w:rPr>
        <w:t xml:space="preserve">[40:48] </w:t>
      </w:r>
      <w:r>
        <w:t>achha bhai, yahan masla yeh nahi hai ke allah gumrah karta hai, balkeh yeh hai ke hamara jo jaisa amal hoga, to allah ko peshgi maloom hai. to woh allah ne sirf is ka result bataya hai ke tum karoge galat kaam, to tum galat raaste par chaloge, gumrahi ke raaste par chaloge. to allah ko peshgi ilm hota hai. allah yeh faisla nahi kar deta ke tum gumrah ho gaye. agar yeh faisla kar</w:t>
      </w:r>
    </w:p>
    <w:p>
      <w:pPr>
        <w:jc w:val="right"/>
      </w:pPr>
      <w:r>
        <w:t>اچھا بھائی، یہاں مسئلہ یہ نہیں ہے کہ اللہ گمراہ کرتا ہے، بلکہ یہ ہے کہ ہمارا جو جیسا عمل ہوگا، تو اللہ کو پیشگی معلوم ہے۔ تو وہ اللہ نے صرف اس کا رزلٹ بتایا ہے کہ تم کرو گے غلط کام، تو تم غلط راستے پر چلو گے، گمراہی کے راستے پر چلو گے۔ تو اللہ کو پیشگی علم ہوتا ہے۔ اللہ یہ فیصلہ نہیں کر دیتا کہ تم گمراہ ہو گئے۔ اگر یہ فیصلہ کر</w:t>
      </w:r>
    </w:p>
    <w:p>
      <w:r>
        <w:rPr>
          <w:b/>
        </w:rPr>
        <w:t xml:space="preserve">[41:18] </w:t>
      </w:r>
      <w:r>
        <w:t>ta to aap ko maloom hoga ke firoun ke sath jab baat cheet ho rahi thi hazrat moosa alaihissalam ki, to aap ne allah taala ne hazrat moosa se kaha ke jao, firoun se nermi se baat karna. to allah taala firoun ko bhi nahi chahta tha ke woh gumrah ho jaye, balkeh woh raah-e-raast par aaye. allah taala yahi chahta hai. lekin agar jo result bataya gaya hai, aur</w:t>
      </w:r>
    </w:p>
    <w:p>
      <w:pPr>
        <w:jc w:val="right"/>
      </w:pPr>
      <w:r>
        <w:t>تا تو آپ کو معلوم ہوگا کہ فرعون کے ساتھ جب بات چیت ہو رہی تھی حضرت موسی علیہ السلام کی، تو آپ نے اللہ تعالی نے حضرت موسی سے کہا کہ جاؤ، فرعون سے نرمی سے بات کرنا۔ تو اللہ تعالی فرعون کو بھی نہیں چاہتا تھا کہ وہ گمراہ ہو جائے، بلکہ وہ راہ راست پر آئے۔ اللہ تعالی یہی چاہتا ہے۔ لیکن اگر جو رزلٹ بتایا گیا ہے، اور</w:t>
      </w:r>
    </w:p>
    <w:p>
      <w:r>
        <w:rPr>
          <w:b/>
        </w:rPr>
        <w:t xml:space="preserve">[41:48] </w:t>
      </w:r>
      <w:r>
        <w:t>jo doosri baat yeh hai ke insaan allah ne azadi di hai, bura amal ka allah creator nahi hai. allah azadi ne hamein azadi di hai, yani azadi ka creator hai. hum azadi ko use karein ya misuse karein, woh hamari apni woh hoti hai, hamari apni choice hoti hai. to yeh jo result hai, hum apni azadi ka galat istemal karna, na yeh ke allah taala ne kuch faisla kar diya</w:t>
      </w:r>
    </w:p>
    <w:p>
      <w:pPr>
        <w:jc w:val="right"/>
      </w:pPr>
      <w:r>
        <w:t>جو دوسری بات یہ ہے کہ انسان اللہ نے آزادی دی ہے، برا عمل کا اللہ کریٹر نہیں ہے۔ اللہ آزادی نے ہمیں آزادی دی ہے، یعنی آزادی کا کریٹر ہے۔ ہم آزادی کو یوز کریں یا مس یوز کریں، وہ ہماری اپنی وہ ہوتی ہے، ہماری اپنی چوائس ہوتی ہے۔ تو یہ جو رزلٹ ہے، ہم اپنی آزادی کا غلط استعمال کرنا، نہ یہ کہ اللہ تعالی نے کچھ فیصلہ کر دیا</w:t>
      </w:r>
    </w:p>
    <w:p>
      <w:r>
        <w:rPr>
          <w:b/>
        </w:rPr>
        <w:t xml:space="preserve">[42:18] </w:t>
      </w:r>
      <w:r>
        <w:t>hai, is liye hum galat hi kaam karenge, aisa nahi hai. dekhein, woh jo sab se pehli cheez to yeh janna hai ke ek hadith se yeh baat samajh mein aa jayegi ke allah taala ki ek hadith qudsi hai ke jo meri taraf chal kar aata hai, main us ki taraf daud kar jata hoon. to allah taala yeh dekhna chahta hai ke aap ke andar is ke deen ko ya is ki marifat ke liye koi chahat hai ya nahi. agar aap ke andar</w:t>
      </w:r>
    </w:p>
    <w:p>
      <w:pPr>
        <w:jc w:val="right"/>
      </w:pPr>
      <w:r>
        <w:t>ہے، اس لیے ہم غلط ہی کام کریں گے، ایسا نہیں ہے۔ دیکھیں، وہ جو سب سے پہلی چیز تو یہ جاننا ہے کہ ایک حدیث سے یہ بات سمجھ میں آ جائے گی کہ اللہ تعالی کی ایک حدیث قدسی ہے کہ جو میری طرف چل کر آتا ہے، میں اس کی طرف دوڑ کر جاتا ہوں۔ تو اللہ تعالی یہ دیکھنا چاہتا ہے کہ آپ کے اندر اس کے دین کو یا اس کی معرفت کے لیے کوئی چاہت ہے یا نہیں۔ اگر آپ کے اند</w:t>
      </w:r>
    </w:p>
    <w:p>
      <w:r>
        <w:rPr>
          <w:b/>
        </w:rPr>
        <w:t xml:space="preserve">[42:48] </w:t>
      </w:r>
      <w:r>
        <w:t>ra chahat rahegi to yaqeenan woh aap ko dega. isi ko ek aur ayat mein ayat bahut behtar hai, bahut behtareen hai: agar allah is ke andar khair dekhega to zaroor us ko sunayega. yeh surah anfaal, surah number aath aur ayat number 23, 23 ki ayat hai. to sunne ki tofeeq dega isi ko jo sunna chahega,</w:t>
      </w:r>
    </w:p>
    <w:p>
      <w:pPr>
        <w:jc w:val="right"/>
      </w:pPr>
      <w:r>
        <w:t>ر چاہت رہے گی تو یقینا وہ آپ کو دے گا۔ اسی کو ایک اور آیت میں آیت بہت بہتر ہے، بہت بہترین ہے: اگر اللہ اس کے اندر خیر دیکھے گا تو ضرور اس کو سنائے گا۔ یہ سورہ انفال، سورہ نمبر آٹھ اور آیت نمبر 23، 23 کی آیت ہے۔ تو سننے کی توفیق دے گا اسی کو جو سننا چاہے گا،</w:t>
      </w:r>
    </w:p>
    <w:p>
      <w:r>
        <w:rPr>
          <w:b/>
        </w:rPr>
        <w:t xml:space="preserve">[43:19] </w:t>
      </w:r>
      <w:r>
        <w:t>kyun ke allah ka deen aisa nahi hai ke nahi suna tab bhi sunayega, aisa nahi sunata hai. lekin sunne ki jo tofeeq milti hai, us ko jo seekhar ho, to aadmi ko seekhar aur sincere hona zaroori hai, isi ko milta hai. bahut hi clear ayat hai. ek baar koi aurat thi jo bilkul hi mamooli aurat thi, koi namaz roze wali nahi thi, woh kahin ja rahi thi, balkeh woh achha amal karne wali bhi nahi thi. to woh kahin ja rahi thi, to us ne dekha, yeh</w:t>
      </w:r>
    </w:p>
    <w:p>
      <w:pPr>
        <w:jc w:val="right"/>
      </w:pPr>
      <w:r>
        <w:t>کیونکہ اللہ کا دین ایسا نہیں ہے کہ نہیں سنا تب بھی سنائے گا، ایسا نہیں سناتا ہے۔ لیکن سننے کی جو توفیق ملتی ہے، اس کو جو سیکھر ہو، تو آدمی کو سیکھر اور سنسیئر ہونا ضروری ہے، اسی کو ملتا ہے۔ بہت ہی کلیئر آیت ہے۔ ایک بار کوئی عورت تھی جو بالکل ہی معمولی عورت تھی، کوئی نماز روزے والی نہیں تھی، وہ کہیں جا رہی تھی، بلکہ وہ اچھا عمل کرنے والی بھی نہیں تھی۔ تو وہ کہیں جا رہی تھی، تو اس نے دیکھا، یہ</w:t>
      </w:r>
    </w:p>
    <w:p>
      <w:r>
        <w:rPr>
          <w:b/>
        </w:rPr>
        <w:t xml:space="preserve">[43:49] </w:t>
      </w:r>
      <w:r>
        <w:t>islam se pehle ka waqia hai, magar rasool allah sallallahu alaihi wasallam ne bataya tha. to dekha ke ek kutta jo hai, pyasa jo hai, bahut tadap raha hai. to wahan par sirf ek kuwan tha aur kuch nahi tha. to us ne apne kapde mein se phaada aur apne joote mein us ko bandha aur joote mein daal ke kuwan mein pani pilaya. aur jo hai, kutta jo hai, bilkul hi khush ho gaya aur apne dum hilane laga. itne mein woh bakhsh</w:t>
      </w:r>
    </w:p>
    <w:p>
      <w:pPr>
        <w:jc w:val="right"/>
      </w:pPr>
      <w:r>
        <w:t>اسلام سے پہلے کا واقعہ ہے، مگر رسول اللہ صلی اللہ علیہ وسلم نے بتایا تھا۔ تو دیکھا کہ ایک کتا جو ہے، پیاسا جو ہے، بہت تڑپ رہا ہے۔ تو وہاں پر صرف ایک کنواں تھا اور کچھ نہیں تھا۔ تو اس نے اپنے کپڑے میں سے پھاڑا اور اپنے جوتے میں اس کو باندھا اور جوتے میں ڈال کے کنویں میں پانی پلایا۔ اور جو ہے، کتا جو ہے، بالکل ہی خوش ہو گیا اور اپنے دم ہلانے لگا۔ اتنے میں وہ بخش</w:t>
      </w:r>
    </w:p>
    <w:p>
      <w:r>
        <w:rPr>
          <w:b/>
        </w:rPr>
        <w:t xml:space="preserve">[44:19] </w:t>
      </w:r>
      <w:r>
        <w:t>di gayi. to is ka matlab yeh hai ke hamare andar kuch khair hoga to us ko hidayat milegi. kuch na kuch hamare andar khair hona chahiye. jannat dekhein, bahut zyada qeemti hai. aisi nahi, logon ko keh diya jayega, chalo jannat mein, chalo jannat mein, balkeh hamare andar kuch khair hoga, hamare andar is ki talash hogi. hum seekhar honge, sachai ke khuda ke seekhar honge. jannat khuda ka ghar hai, to koi bhi apne ghar</w:t>
      </w:r>
    </w:p>
    <w:p>
      <w:pPr>
        <w:jc w:val="right"/>
      </w:pPr>
      <w:r>
        <w:t>دی گئی۔ تو اس کا مطلب یہ ہے کہ ہمارے اندر کچھ خیر ہوگا تو اس کو ہدایت ملے گی۔ کچھ نہ کچھ ہمارے اندر خیر ہونا چاہیے۔ جنت دیکھیں، بہت زیادہ قیمتی ہے۔ ایسی نہیں، لوگوں کو کہہ دیا جائے گا، چلو جنت میں، چلو جنت میں، بلکہ ہمارے اندر کچھ خیر ہوگا، ہمارے اندر اس کی تلاش ہوگی۔ ہم سیکھر ہوں گے، سچائی کے خدا کے سیکھر ہوں گے۔ جنت خدا کا گھر ہے، تو کوئی بھی اپنے گھر</w:t>
      </w:r>
    </w:p>
    <w:p>
      <w:r>
        <w:rPr>
          <w:b/>
        </w:rPr>
        <w:t xml:space="preserve">[44:49] </w:t>
      </w:r>
      <w:r>
        <w:t>mein koi aise waise aadmi ko thodi aane deta hai. to maulana ne bahut qisse aise bataye hain. to jo sahi maano mein sachcha banda hoga, usi ko allah taala apne ghar mein dakhil karega. to yeh logon ko samajhna chahiye ke jannat khuda ka ghar hai. to hum is ke mustahiq jabhi qarar payenge jab hamare andar kuch salahiyat ho, jo jis ko khuda pasand kare. shauq, salahiyat ka matlab shauq. hamare andar shauq ho, hum jannat ki duaen</w:t>
      </w:r>
    </w:p>
    <w:p>
      <w:pPr>
        <w:jc w:val="right"/>
      </w:pPr>
      <w:r>
        <w:t>میں کوئی ایسے ویسے آدمی کو تھوڑی آنے دیتا ہے۔ تو مولانا نے بہت قصے ایسے بتائے ہیں۔ تو جو صحیح معنوں میں سچا بندہ ہوگا، اسی کو اللہ تعالی اپنے گھر میں داخل کرے گا۔ تو یہ لوگوں کو سمجھنا چاہیے کہ جنت خدا کا گھر ہے۔ تو ہم اس کے مستحق جبھی قرار پائیں گے جب ہمارے اندر کچھ صلاحیت ہو، جو جس کو خدا پسند کرے۔ شوق، صلاحیت کا مطلب شوق۔ ہمارے اندر شوق ہو، ہم جنت کی دعائیں</w:t>
      </w:r>
    </w:p>
    <w:p>
      <w:r>
        <w:rPr>
          <w:b/>
        </w:rPr>
        <w:t xml:space="preserve">[45:19] </w:t>
      </w:r>
      <w:r>
        <w:t>karein, tabhi hum ko jannat mein jagah milegi. aur yeh doosri baat jo khair aur shar ki gayi hai, to us ko adam aur iblis ke qisse se samajh sakte hain ke khair aur shar bazat khud koi cheez nahi hai. ab adam alaihissalam ko jannat mein rakha tha to kaha, sab darakht, sab cheez ke paas jana, ek darakht ke paas nahi jana. to woh darakht bazat khud koi shar nahi tha, lekin allah taala ne kaha, nahi jaane ko. to is ka matlab us ke liye shar ho gaya.</w:t>
      </w:r>
    </w:p>
    <w:p>
      <w:pPr>
        <w:jc w:val="right"/>
      </w:pPr>
      <w:r>
        <w:t>کریں، تبھی ہم کو جنت میں جگہ ملے گی۔ اور یہ دوسری بات جو خیر اور شر کی گئی ہے، تو اس کو آدم اور ابلیس کے قصے سے سمجھ سکتے ہیں کہ خیر اور شر بذات خود کوئی چیز نہیں ہے۔ اب آدم علیہ السلام کو جنت میں رکھا تھا تو کہا، سب درخت، سب چیز کے پاس جانا، ایک درخت کے پاس نہیں جانا۔ تو وہ درخت بذات خود کوئی شر نہیں تھا، لیکن اللہ تعالی نے کہا، نہیں جانے کو۔ تو اس کا مطلب اس کے لیے شر ہو گیا۔</w:t>
      </w:r>
    </w:p>
    <w:p>
      <w:r>
        <w:rPr>
          <w:b/>
        </w:rPr>
        <w:t xml:space="preserve">[45:50] </w:t>
      </w:r>
      <w:r>
        <w:t>to shar aur khair, allah taala ne har cheez ko yahan par jo paida kiya, woh azmaish ke liye paida kiya. to isi aitbaar se azmaish mein kuch cheezon ke liye kaha ke yeh nahi karo, to woh hamare liye shar ho jata hai. karo to woh khair hai. to bazat khud koi cheez nahi hai. asal cheez hai ke allah taala ne ek cheez ko karne ka haq diya, ek cheez ko karne ka haq nahi diya, woh asal cheez hai. to khuda ki marzi ke aage hum apne aap ko surrender kar denge. shaitan ne yahi to kaha tha ke main sirf tere aage sajda karta hoon,</w:t>
      </w:r>
    </w:p>
    <w:p>
      <w:pPr>
        <w:jc w:val="right"/>
      </w:pPr>
      <w:r>
        <w:t>تو شر اور خیر، اللہ تعالی نے ہر چیز کو یہاں پر جو پیدا کیا، وہ آزمائش کے لیے پیدا کیا۔ تو اسی اعتبار سے آزمائش میں کچھ چیزوں کے لیے کہا کہ یہ نہیں کرو، تو وہ ہمارے لیے شر ہو جاتا ہے۔ کرو تو وہ خیر ہے۔ تو بذات خود کوئی چیز نہیں ہے۔ اصل چیز ہے کہ اللہ تعالی نے ایک چیز کو کرنے کا حق دیا، ایک چیز کو کرنے کا حق نہیں دیا، وہ اصل چیز ہے۔ تو خدا کی مرضی کے آگے ہم اپنے آپ کو سرینڈر کر دیں گے۔ شیطان نے یہی تو کہا تھا کہ میں صرف تیرے آگے سجدہ کرتا ہوں،</w:t>
      </w:r>
    </w:p>
    <w:p>
      <w:r>
        <w:rPr>
          <w:b/>
        </w:rPr>
        <w:t xml:space="preserve">[46:20] </w:t>
      </w:r>
      <w:r>
        <w:t>insaan ke aage sajda nahi karunga. halanke khuda ne hukum diya tha jhukne ka. to jab khuda ka hukum hai to karna hai, chahe us ki samajh mein aaye ya na aaye. to yahi hai ke hum ko khuda ki marzi ke aage surrender kar dena hai. marzi ke khuda ki marzi ke baghair koi kaam karna shar ho jata hai, shar ho jata hai. aap ki awaz kam aa rahi hai.</w:t>
      </w:r>
    </w:p>
    <w:p>
      <w:pPr>
        <w:jc w:val="right"/>
      </w:pPr>
      <w:r>
        <w:t>انسان کے آگے سجدہ نہیں کروں گا۔ حالانکہ خدا نے حکم دیا تھا جھکنے کا۔ تو جب خدا کا حکم ہے تو کرنا ہے، چاہے اس کی سمجھ میں آئے یا نہ آئے۔ تو یہی ہے کہ ہم کو خدا کی مرضی کے آگے سرینڈر کر دینا ہے۔ مرضی کے خدا کی مرضی کے بغیر کوئی کام کرنا شر ہو جاتا ہے، شر ہو جاتا ہے۔ آپ کی آواز کم آ رہی ہے۔</w:t>
      </w:r>
    </w:p>
    <w:p>
      <w:r>
        <w:rPr>
          <w:b/>
        </w:rPr>
        <w:t xml:space="preserve">[46:51] </w:t>
      </w:r>
      <w:r>
        <w:t>achha, ek doosra question un ka hai ke haiz ke time quran ko padha ya chhua ja sakta hai? haan, zaroorat ke tehat kar sakte hain aur tarjuma to kar hi sakte hain. tarjuma to padh sakte hain, baqi arabi ke bare mein bhi jo hai, zaroorat ke tehat ulama kehte hain ke padh sakte hain. ek sawal hai, juhi begum ne</w:t>
      </w:r>
    </w:p>
    <w:p>
      <w:pPr>
        <w:jc w:val="right"/>
      </w:pPr>
      <w:r>
        <w:t>اچھا، ایک دوسرا کوئسچن ان کا ہے کہ حیض کے ٹائم قرآن کو پڑھا یا چھوا جا سکتا ہے؟ ہاں، ضرورت کے تحت کر سکتے ہیں اور ترجمہ تو کر ہی سکتے ہیں۔ ترجمہ تو پڑھ سکتے ہیں، باقی عربی کے بارے میں بھی جو ہے، ضرورت کے تحت علماء کہتے ہیں کہ پڑھ سکتے ہیں۔ ایک سوال ہے، جوہی بیگم نے</w:t>
      </w:r>
    </w:p>
    <w:p>
      <w:r>
        <w:rPr>
          <w:b/>
        </w:rPr>
        <w:t xml:space="preserve">[47:22] </w:t>
      </w:r>
      <w:r>
        <w:t>kolkata se sawal kiya hai ke mere maa baap khatam ho gaye hain, un ke liye hum kya kar sakte hain? do cheezein samajhne ki hain. ek to yeh hai ke jo bhi nek kaam karegi, un ko is ka sawab pahunchega, jo pehle mein ne bataya. is se kuch der pehle jo baat hui thi, us mein yeh ba</w:t>
      </w:r>
    </w:p>
    <w:p>
      <w:pPr>
        <w:jc w:val="right"/>
      </w:pPr>
      <w:r>
        <w:t>کلکتہ سے سوال کیا ہے کہ میرے ماں باپ ختم ہو گئے ہیں، ان کے لیے ہم کیا کر سکتے ہیں؟ دو چیزیں سمجھنے کی ہیں۔ ایک تو یہ ہے کہ جو بھی نیک کام کرے گی، ان کو اس کا ثواب پہنچے گا، جو پہلے میں نے بتایا۔ اس سے کچھ دیر پہلے جو بات ہوئی تھی، اس میں یہ ب</w:t>
      </w:r>
    </w:p>
    <w:p>
      <w:r>
        <w:rPr>
          <w:b/>
        </w:rPr>
        <w:t xml:space="preserve">[47:52] </w:t>
      </w:r>
      <w:r>
        <w:t>at aayi thi. aur doosri cheez, woh un ke liye bhi kuch kar sakti hain, un ke naam se, jaise quran dawat ke liye taqseem karein aur doosri sadqa-e-jariya jo ho sakta hai, woh kar sakte hain. dua karein un ke liye. kuch misaal aap agar bataiye. ji, aaj kal ke zamane mein sab se bada kaam yahi hai ke quran distribution karein un ke naam se.</w:t>
      </w:r>
    </w:p>
    <w:p>
      <w:pPr>
        <w:jc w:val="right"/>
      </w:pPr>
      <w:r>
        <w:t>ات آئی تھی۔ اور دوسری چیز، وہ ان کے لیے بھی کچھ کر سکتی ہیں، ان کے نام سے، جیسے قرآن دعوت کے لیے تقسیم کریں اور دوسری صدقہ جاریہ جو ہو سکتا ہے، وہ کر سکتے ہیں۔ دعا کریں ان کے لیے۔ کچھ مثال آپ اگر بتائیے۔ جی، آج کل کے زمانے میں سب سے بڑا کام یہی ہے کہ قرآن ڈسٹریبیوشن کریں ان کے نام سے۔</w:t>
      </w:r>
    </w:p>
    <w:p>
      <w:r>
        <w:rPr>
          <w:b/>
        </w:rPr>
        <w:t xml:space="preserve">[48:26] </w:t>
      </w:r>
      <w:r>
        <w:t>shazia bihar se sawal kar rahi hain ke un ke bhi ek question hai: un ka do auraton ki gawahi ka kya matlab hai? maine yeh jaana hai ke yeh sirf paise ke lene dene ke mutabiq hai. is zamane mein likhne aur record karne ka koi zariya nahi tha. aaj sab hai, to kya yeh us waqt ke liye tha? is ko explain kar dein. dekhein, gawahi ek serious mat</w:t>
      </w:r>
    </w:p>
    <w:p>
      <w:pPr>
        <w:jc w:val="right"/>
      </w:pPr>
      <w:r>
        <w:t>شازیہ بہار سے سوال کر رہی ہیں کہ ان کے بھی ایک کوئسچن ہے: ان کا دو عورتوں کی گواہی کا کیا مطلب ہے؟ میں نے یہ جانا ہے کہ یہ صرف پیسے کے لینے دینے کے مطابق ہے۔ اس زمانے میں لکھنے اور ریکارڈ کرنے کا کوئی ذریعہ نہیں تھا۔ آج سب ہے، تو کیا یہ اس وقت کے لیے تھا؟ اس کو ایکسپلین کر دیں۔ دیکھیں، گواہی ایک سیریس می</w:t>
      </w:r>
    </w:p>
    <w:p>
      <w:r>
        <w:rPr>
          <w:b/>
        </w:rPr>
        <w:t xml:space="preserve">[48:56] </w:t>
      </w:r>
      <w:r>
        <w:t>ter hai. ab auratein, ab is zamane ki auraton ko khaas taur par dekhiye, aur balkeh aaj bhi woh apply hota hai. to auratein jo hain, woh gharelu kaam mein lagi rehti hain, busy rehti hain. ghar mein dasiyon kaam rehte hain. mard jo hai, focus karta hai, to woh jitne achhe tarike se baat ko pakad sakta hai, to itna mard, itna aurat nahi kar sakti hai. chahe baaz baaz auraton mein bilkul mardana</w:t>
      </w:r>
    </w:p>
    <w:p>
      <w:pPr>
        <w:jc w:val="right"/>
      </w:pPr>
      <w:r>
        <w:t>ٹر ہے۔ اب عورتیں، اب اس زمانے کی عورتوں کو خاص طور پر دیکھیے، اور بلکہ آج بھی وہ اپلائی ہوتا ہے۔ تو عورتیں جو ہیں، وہ گھریلو کام میں لگی رہتی ہیں، بزی رہتی ہیں۔ گھر میں دسیوں کام رہتے ہیں۔ مرد جو ہے، فوکس کرتا ہے، تو وہ جتنے اچھے طریقے سے بات کو پکڑ سکتا ہے، تو اتنا مرد، اتنا عورت نہیں کر سکتی ہے۔ چاہے بعض بعض عورتوں میں بالکل مردانہ</w:t>
      </w:r>
    </w:p>
    <w:p>
      <w:r>
        <w:rPr>
          <w:b/>
        </w:rPr>
        <w:t xml:space="preserve">[49:26] </w:t>
      </w:r>
      <w:r>
        <w:t>salahiyatein hoti hain, to un ka hum hawala nahi denge, hum aam auraton ka hawala denge. kyun ke is mein yahi hai, quran ki ayat mein ke agar ek aurat bhool jaye to doosri yaad dila dein. to memory jitni strong mard ki hoti hai, utna aurat ki nahi hoti hai. ab kuch log kahenge, falan aurat ki to hai, to falan ki baat nahi, ek general hukum diya ja raha hai. to lekin ab jo science ne bhi yeh sabit kar diya hai ke auratein, auraton</w:t>
      </w:r>
    </w:p>
    <w:p>
      <w:pPr>
        <w:jc w:val="right"/>
      </w:pPr>
      <w:r>
        <w:t>صلاحیتیں ہوتی ہیں، تو ان کا ہم حوالہ نہیں دیں گے، ہم عام عورتوں کا حوالہ دیں گے۔ کیونکہ اس میں یہی ہے، قرآن کی آیت میں کہ اگر ایک عورت بھول جائے تو دوسری یاد دلا دیں۔ تو میموری جتنی سٹرانگ مرد کی ہوتی ہے، اتنا عورت کی نہیں ہوتی۔ اب کچھ لوگ کہیں گے، فلاں عورت کی تو ہے، تو فلاں کی بات نہیں، ایک جنرل حکم دیا جا رہا ہے۔ تو لیکن اب جو سائنس نے بھی یہ ثابت کر دیا ہے کہ عورتیں، عورتوں</w:t>
      </w:r>
    </w:p>
    <w:p>
      <w:r>
        <w:rPr>
          <w:b/>
        </w:rPr>
        <w:t xml:space="preserve">[49:56] </w:t>
      </w:r>
      <w:r>
        <w:t>ki by birth jo hai na, auraton ki jo memory hai, woh mind ka jo makeup hai, woh multi focused hai. matlab ghar mein, ghar ke liye auratein basically ghar ke liye un ki takhleeq hui hai. ghar mein dasiyon tarah ke kaam hote hain. agar hum ek hi cheez par focus karenge to ghar ka to nizam hi sab gadbad ho jayega. to is ki isi hisab se is ki takhleeq hui hai. baithe baithe hum das kaam kar sakte hain. lekin mardon ko sabhi a</w:t>
      </w:r>
    </w:p>
    <w:p>
      <w:pPr>
        <w:jc w:val="right"/>
      </w:pPr>
      <w:r>
        <w:t>کی بائی بائ برتھ جو ہے نا، عورتوں کی جو میموری ہے، وہ مائنڈ کا جو میک اپ ہے، وہ ملٹی فوکسڈ ہے۔ مطلب گھر میں، گھر کے لیے عورتیں بیسیکلی گھر کے لیے ان کی تخلیق ہوئی ہے۔ گھر میں دسیوں طرح کے کام ہوتے ہیں۔ اگر ہم ایک ہی چیز پر فوکس کریں گے تو گھر کا تو نظام ہی سب گڑبڑ ہو جائے گا۔ تو اس کی اسی حساب سے اس کی تخلیق ہوئی ہے۔ بیٹھے بیٹھے ہم دس کام کر سکتے ہیں۔ لیکن مردوں کو سبھی ع</w:t>
      </w:r>
    </w:p>
    <w:p>
      <w:r>
        <w:rPr>
          <w:b/>
        </w:rPr>
        <w:t xml:space="preserve">[50:26] </w:t>
      </w:r>
      <w:r>
        <w:t>uraton ne dekha hoga ke woh ek kaam mein lag jate hain, to usi mein lage rehte hain. to ab science ne bhi sabit kar diya hai ke mard ki memory jo hai, mard ka jo mind hai, woh single focused hota hai. in general kisi mard ka multi focused bhi hota hoga, aisa koi baat nahi hai. exceptions to hote hi hain, lekin in general mard jo hai, woh single focused hota hai aur aurat jo hai, multi focused hoti hai. to multi focus hone</w:t>
      </w:r>
    </w:p>
    <w:p>
      <w:pPr>
        <w:jc w:val="right"/>
      </w:pPr>
      <w:r>
        <w:t>ورتوں نے دیکھا ہوگا کہ وہ ایک کام میں لگ جاتے ہیں، تو اسی میں لگے رہتے ہیں۔ تو اب سائنس نے بھی ثابت کر دیا ہے کہ مرد کی میموری جو ہے، مرد کا جو مائنڈ ہے، وہ سنگل فوکسڈ ہوتا ہے۔ ان جنرل کسی مرد کا ملٹی فوکسڈ بھی ہوتا ہوگا، ایسا کوئی بات نہیں ہے۔ ایکسیپشنز تو ہوتے ہی ہیں، لیکن ان جنرل مرد جو ہے، وہ سنگل فوکسڈ ہوتا ہے اور عورت جو ہے، ملٹی فوکسڈ ہوتی ہے۔ تو ملٹی فوکس ہونے</w:t>
      </w:r>
    </w:p>
    <w:p>
      <w:r>
        <w:rPr>
          <w:b/>
        </w:rPr>
        <w:t xml:space="preserve">[50:56] </w:t>
      </w:r>
      <w:r>
        <w:t>ki wajah se ab kitchen ka bhi kaam ho raha hai, kahin bachcha ro raha hoga, kahin koi visitor aaya hua hoga, dasiyon kaam hote hain. to ab woh itna achhe tarike se yaad nahi pa payegi. gawahi ki baat jo hai na, woh koi document hai to baat is liye ke agar ek aurat mein koi kami ho to doosri aurat yaad dila de. yeh to nahi kaha gaya. agar discriminate kiya gaya hota to kaha gaya aurat gawahi na de. agar discrimination se to yeh aata hai na</w:t>
      </w:r>
    </w:p>
    <w:p>
      <w:pPr>
        <w:jc w:val="right"/>
      </w:pPr>
      <w:r>
        <w:t>کی وجہ سے اب کچن کا بھی کام ہو رہا ہے، کہیں بچہ رو رہا ہوگا، کہیں کوئی وزیٹر آیا ہوا ہوگا، دسیوں کام ہوتے ہیں۔ تو اب وہ اتنا اچھے طریقے سے یاد نہیں رکھ پائے گی۔ گواہی کی بات جو ہے نا، وہ کوئی ڈاکومنٹ ہے تو بات اس لیے کہ اگر ایک عورت میں کوئی کمی ہو تو دوسری عورت یاد دلا دے۔ یہ تو نہیں کہا گیا۔ اگر ڈسکریمینیٹ کیا گیا ہوتا تو کہا گیا عورت گواہی نہ دے۔ اگر ڈسکریمینیشن سے تو یہ آتا ہے نا</w:t>
      </w:r>
    </w:p>
    <w:p>
      <w:r>
        <w:rPr>
          <w:b/>
        </w:rPr>
        <w:t xml:space="preserve">[51:27] </w:t>
      </w:r>
      <w:r>
        <w:t>ke gawahi dene ka aurat ko haq hi kyun diya gaya? is mein to clear hai bilkul ke ek bhool jaye to doosri yaad dila de. woh ab us ko be wajah log nikalte hain ke is se discrimination nikal raha hai, balkeh jo ek ek natural usool hai ke aurat ka physiologically aurat different hai mard se, to us ki riayat ki gayi hai. bas itna hi hai. yeh to jo women slab movement chali thi, to us ki wajah se unhone</w:t>
      </w:r>
    </w:p>
    <w:p>
      <w:pPr>
        <w:jc w:val="right"/>
      </w:pPr>
      <w:r>
        <w:t>کہ گواہی دینے کا عورت کو حق ہی کیوں دیا گیا؟ اس میں تو کلیئر ہے بالکل کہ ایک بھول جائے تو دوسری یاد دلا دے۔ وہ اب اس کو بلاوجہ لوگ نکالتے ہیں کہ اس سے ڈسکریمینیشن نکل رہا ہے، بلکہ جو ایک ایک نیچرل اصول ہے کہ عورت کا فزیولوجیکلی عورت ڈفرنٹ ہے مرد سے، تو اس کی رعایت کی گئی ہے۔ بس اتنا ہی ہے۔ یہ تو جو ویمن سلیب موومنٹ چلی تھی، تو اس کی وجہ سے انہوں نے</w:t>
      </w:r>
    </w:p>
    <w:p>
      <w:r>
        <w:rPr>
          <w:b/>
        </w:rPr>
        <w:t xml:space="preserve">[51:57] </w:t>
      </w:r>
      <w:r>
        <w:t>soch liya tha ke mard aurat dono barabar hain. us waqt bahut dhoom se yeh sab chala tha aur yeh sab aitrazaat nikale gaye the. ab to woh woh tehreek hi khatam ho gayi. ab unhone itni dhoom machai, itni dhoom machai, lekin aurat ko barabar ka darja nahi mil paya. to ab to woh dhoom hi khatam ho gayi hai. ab to woh saare sawalat hi khatam ho gaye hain. to ab jo hai, by nature yahi hai aur yahi jo hai, bilkul realistic hai.</w:t>
      </w:r>
    </w:p>
    <w:p>
      <w:pPr>
        <w:jc w:val="right"/>
      </w:pPr>
      <w:r>
        <w:t>سوچ لیا تھا کہ مرد عورت دونوں برابر ہیں۔ اس وقت بہت دھوم سے یہ سب چلا تھا اور یہ سب اعتراضات نکالے گئے تھے۔ اب تو وہ وہ تحریک ہی ختم ہو گئی۔ اب انہوں نے اتنی دھوم مچائی، اتنی دھوم مچائی، لیکن عورت کو برابر کا درجہ نہیں مل پایا۔ تو اب تو وہ دھوم ہی ختم ہو گئی ہے۔ اب تو وہ سارے سوالات ہی ختم ہو گئے ہیں۔ تو اب جو ہے، بائی بائی نیچر یہی ہے اور یہی جو ہے، بالکل ریلسٹک ہے۔</w:t>
      </w:r>
    </w:p>
    <w:p>
      <w:r>
        <w:rPr>
          <w:b/>
        </w:rPr>
        <w:t xml:space="preserve">[52:29] </w:t>
      </w:r>
      <w:r>
        <w:t>woh ayat ko samajhne mein un ko mere khayal se unhon ne samjha nahin hoga. ayat mein yeh bataya gaya: likh len aur is par gawah bana len. likhna hai pehle, is ke baad gawah banana hai. is ki baat ho rahi hai. toh is zamane mein bhi likhne ki baat hukum tha aur aaj bhi wohi cheez hai. aisa nahin ke zabani ho. is ayat mein bataya ke lain dain ke mamle mein likh likh likhna padhna hona chahiye, is ke baad is par gawahi honi chahiye. do gawah rahe, aisa bataya gaya hai. toh woh is zamane ke aitbar se</w:t>
      </w:r>
    </w:p>
    <w:p>
      <w:pPr>
        <w:jc w:val="right"/>
      </w:pPr>
      <w:r>
        <w:t>وہ آیت کو سمجھنے میں ان کو میرے خیال سے انہوں نے سمجھا نہیں ہوگا۔ آیت میں یہ بتایا گیا: لکھا لیں اور اس پر گواہ بنائیں۔ لکھنا ہے پہلے، اس کے بعد گواہ بنانا ہے۔ اس کی بات ہو رہی ہے۔ تو اس زمانے میں بھی لکھنے کی بات حکم تھا اور آج بھی وہی چیز ہے۔ ایسا نہیں کہ زبانی ہو۔ اس آیت میں بتایا کہ لین دین کے معاملے میں لکھ لکھ لکھنا پڑھنا ہونا چاہیے، اس کے بعد اس پر گواہی ہونی چاہیے۔ دو گواہ رہے، ایسا بتایا گیا ہے۔ تو وہ اس زمانے کے اعتبار سے</w:t>
      </w:r>
    </w:p>
    <w:p>
      <w:r>
        <w:rPr>
          <w:b/>
        </w:rPr>
        <w:t xml:space="preserve">[52:59] </w:t>
      </w:r>
      <w:r>
        <w:t>bhi, aaj ke aitbar se bhi zaroorat toh is zamane mein bhi hua, zaroorat toh aaj bhi yahi cheez hogi. toh yeh sab cheezein asal mein absolute sense mein nahin hota, zaroorat ke tehat hua karti hain. aur aisa nahin ke sirf har cheez ke liye hai. yahan par ek mutayyan specific baat ke tehat hai, toh isi tak is ko mehdood rakhna chahiye. ji, bahut achhe se samajh mein aaya. islam mein har cheez wisdom ke sath batayi gayi hai.</w:t>
      </w:r>
    </w:p>
    <w:p>
      <w:pPr>
        <w:jc w:val="right"/>
      </w:pPr>
      <w:r>
        <w:t>بھی، آج کے اعتبار سے بھی ضرورت تو اس زمانے میں بھی ہوا، ضرورت تو آج بھی یہی چیز ہوگی۔ تو یہ سب چیزیں اصل میں ایبسولیوٹ سینس میں نہیں ہوتا، ضرورت کے تحت ہوا کرتی ہیں۔ اور ایسا نہیں کہ صرف ہر چیز کے لیے ہے۔ یہاں پر ایک متعین اسپیسیفک بات کے تحت ہے، تو اسی تک اس کو محدود رکھنا چاہیے۔ جی، بہت اچھے سے سمجھ میں آیا۔ اسلام میں ہر چیز وزڈم کے ساتھ بتائی گئی ہے۔</w:t>
      </w:r>
    </w:p>
    <w:p>
      <w:r>
        <w:rPr>
          <w:b/>
        </w:rPr>
        <w:t xml:space="preserve">[53:30] </w:t>
      </w:r>
      <w:r>
        <w:t>question yahan khatam ho chuke hain. thank you so much, farhad sahib. aap logon ne bahut detail mein sab sawalon ka jawab diya hai. is se zaroor sare confusion door honge aur sari cheezein clear hongi. personally mujhe bahut faida hua in sare jawabon se ko sun kar. toh bahut bahut shukriya aap logon ka. sabhi logon ko main request karungi ke woh Maulana ki books ko bahut zyada study karen, jis se un ke</w:t>
      </w:r>
    </w:p>
    <w:p>
      <w:pPr>
        <w:jc w:val="right"/>
      </w:pPr>
      <w:r>
        <w:t>کوئسچن یہاں ختم ہو چکے ہیں۔ تھینک یو سو مچ، فرہاد صاحب۔ آپ لوگوں نے بہت ڈیٹیل میں سب سوالوں کا جواب دیا ہے۔ اس سے ضرور سارے کنفیوژن دور ہوں گے اور ساری چیزیں کلیئر ہوں گی۔ پرسنلی مجھے بہت فائدہ ہوا ان سارے جوابوں سے کو سن کر۔ تو بہت بہت شکریہ آپ لوگوں کا۔ سبھی لوگوں کو میں ریکویسٹ کروں گی کہ وہ مولانا کی بکس کو بہت زیادہ اسٹڈی کریں، جس سے ان کے</w:t>
      </w:r>
    </w:p>
    <w:p>
      <w:r>
        <w:rPr>
          <w:b/>
        </w:rPr>
        <w:t xml:space="preserve">[54:00] </w:t>
      </w:r>
      <w:r>
        <w:t>bahut sare answer clear ho jaya karenge. jazak Allah. assalam o alaikum. wa alaikum assalam.</w:t>
      </w:r>
    </w:p>
    <w:p>
      <w:pPr>
        <w:jc w:val="right"/>
      </w:pPr>
      <w:r>
        <w:t>بہت سارے انسر کلیئر ہو جایا کریں گے۔ جزاک اللہ۔ السلام علیکم۔ وعلیکم السلام۔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