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Paradise May 05, 2013</w:t>
      </w:r>
    </w:p>
    <w:p>
      <w:r>
        <w:t>https://youtu.be/VyFgim3pvts</w:t>
      </w:r>
    </w:p>
    <w:p>
      <w:r>
        <w:rPr>
          <w:b/>
        </w:rPr>
        <w:t xml:space="preserve">[00:13] </w:t>
      </w:r>
      <w:r>
        <w:t>Bismillah Rehman ur Rahim, wa salallahu ala nabiyil kareem.</w:t>
      </w:r>
    </w:p>
    <w:p>
      <w:pPr>
        <w:jc w:val="right"/>
      </w:pPr>
      <w:r>
        <w:t>بسم اللہ الرحمن الرحیم، وصلی اللہ علی النبی الکریم۔</w:t>
      </w:r>
    </w:p>
    <w:p>
      <w:r>
        <w:rPr>
          <w:b/>
        </w:rPr>
        <w:t xml:space="preserve">[00:22]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[00:38] </w:t>
      </w:r>
      <w:r>
        <w:t>aaj ka topic hai:</w:t>
      </w:r>
    </w:p>
    <w:p>
      <w:pPr>
        <w:jc w:val="right"/>
      </w:pPr>
      <w:r>
        <w:t>آج کا ٹاپک ہے:</w:t>
      </w:r>
    </w:p>
    <w:p>
      <w:r>
        <w:rPr>
          <w:b/>
        </w:rPr>
        <w:t xml:space="preserve">[00:45] </w:t>
      </w:r>
      <w:r>
        <w:t>"main and the paradise". insan aur jannat.</w:t>
      </w:r>
    </w:p>
    <w:p>
      <w:pPr>
        <w:jc w:val="right"/>
      </w:pPr>
      <w:r>
        <w:t>"مین اینڈ دی پیراڈائز"۔ انسان اور جنت۔</w:t>
      </w:r>
    </w:p>
    <w:p>
      <w:r>
        <w:rPr>
          <w:b/>
        </w:rPr>
        <w:t xml:space="preserve">[00:56] </w:t>
      </w:r>
      <w:r>
        <w:t>dekhiye,</w:t>
      </w:r>
    </w:p>
    <w:p>
      <w:pPr>
        <w:jc w:val="right"/>
      </w:pPr>
      <w:r>
        <w:t>دیکھیے،</w:t>
      </w:r>
    </w:p>
    <w:p>
      <w:r>
        <w:rPr>
          <w:b/>
        </w:rPr>
        <w:t xml:space="preserve">[00:59] </w:t>
      </w:r>
      <w:r>
        <w:t>poori tareekh mein main samajhta hoon ke knowingly ya unknowingly, consciously ya unconsciously, sab ka</w:t>
      </w:r>
    </w:p>
    <w:p>
      <w:pPr>
        <w:jc w:val="right"/>
      </w:pPr>
      <w:r>
        <w:t>پوری تاریخ میں میں سمجھتا ہوں کہ نوئنگلی یا ان نوئنگلی، کانشیسلی یا ان کانشیسلی، سب کا</w:t>
      </w:r>
    </w:p>
    <w:p>
      <w:r>
        <w:rPr>
          <w:b/>
        </w:rPr>
        <w:t xml:space="preserve">[01:14] </w:t>
      </w:r>
      <w:r>
        <w:t>sawal yahi raha hai ke "what is the purpose of my life?" "what is the goal of my life?"</w:t>
      </w:r>
    </w:p>
    <w:p>
      <w:pPr>
        <w:jc w:val="right"/>
      </w:pPr>
      <w:r>
        <w:t>سوال یہی رہا ہے کہ "واٹ از دی پرپس آف مائی لائف؟" "واٹ از دا گول آف مائی لائف؟"</w:t>
      </w:r>
    </w:p>
    <w:p>
      <w:r>
        <w:rPr>
          <w:b/>
        </w:rPr>
        <w:t xml:space="preserve">[01:24] </w:t>
      </w:r>
      <w:r>
        <w:t>mera goal kya hai? mera maqsad kya hai? kya ji mujhe paana hai? lekin main samajhta hoon ke poori tareekh mein</w:t>
      </w:r>
    </w:p>
    <w:p>
      <w:pPr>
        <w:jc w:val="right"/>
      </w:pPr>
      <w:r>
        <w:t>میرا گول کیا ہے؟ میرا مقصد کیا ہے؟ کیا جی مجھے پانا ہے؟ لیکن میں سمجھتا ہوں کہ پوری تاریخ میں</w:t>
      </w:r>
    </w:p>
    <w:p>
      <w:r>
        <w:rPr>
          <w:b/>
        </w:rPr>
        <w:t xml:space="preserve">[01:38] </w:t>
      </w:r>
      <w:r>
        <w:t>is maamle mein bohat hi kam log thay jo pahunche apne sahi jawab tak.</w:t>
      </w:r>
    </w:p>
    <w:p>
      <w:pPr>
        <w:jc w:val="right"/>
      </w:pPr>
      <w:r>
        <w:t>اس معاملے میں بہت ہی کم لوگ تھے جو پہنچے اپنے صحیح جواب تک۔</w:t>
      </w:r>
    </w:p>
    <w:p>
      <w:r>
        <w:rPr>
          <w:b/>
        </w:rPr>
        <w:t xml:space="preserve">[01:53] </w:t>
      </w:r>
      <w:r>
        <w:t>abhi main ek report padh raha tha, america ka ek wealthy aadmi, uska interview tha.</w:t>
      </w:r>
    </w:p>
    <w:p>
      <w:pPr>
        <w:jc w:val="right"/>
      </w:pPr>
      <w:r>
        <w:t>ابھی میں ایک رپورٹ پڑھ رہا تھا، امریکہ کا ایک ویلدی آدمی، اس کا انٹرویو تھا۔</w:t>
      </w:r>
    </w:p>
    <w:p>
      <w:r>
        <w:rPr>
          <w:b/>
        </w:rPr>
        <w:t xml:space="preserve">[02:07] </w:t>
      </w:r>
      <w:r>
        <w:t>us ne kaha ke main ne apna nishana banaya tha ke main daulat kamaoon, aur aap jante hain ke usa mein bohat zyada opportunities hoti hain,</w:t>
      </w:r>
    </w:p>
    <w:p>
      <w:pPr>
        <w:jc w:val="right"/>
      </w:pPr>
      <w:r>
        <w:t>اس نے کہا کہ میں نے اپنا نشانہ بنایا تھا کہ میں دولت کماؤں، اور آپ جانتے ہیں کہ یو ایس اے میں بہت زیادہ اپرچونیٹیز ہوتی ہیں،</w:t>
      </w:r>
    </w:p>
    <w:p>
      <w:r>
        <w:rPr>
          <w:b/>
        </w:rPr>
        <w:t xml:space="preserve">[02:21] </w:t>
      </w:r>
      <w:r>
        <w:t>to us ne kaafi daulat kamai.</w:t>
      </w:r>
    </w:p>
    <w:p>
      <w:pPr>
        <w:jc w:val="right"/>
      </w:pPr>
      <w:r>
        <w:t>تو اس نے کافی دولت کمائی۔</w:t>
      </w:r>
    </w:p>
    <w:p>
      <w:r>
        <w:rPr>
          <w:b/>
        </w:rPr>
        <w:t xml:space="preserve">[02:26] </w:t>
      </w:r>
      <w:r>
        <w:t>lekin woh kehta hai ke jab mera nishana poora ho gaya to main ne dekha ke mujhe peace of mind nahi, mere paas fulfillment nahi, mujhe mila.</w:t>
      </w:r>
    </w:p>
    <w:p>
      <w:pPr>
        <w:jc w:val="right"/>
      </w:pPr>
      <w:r>
        <w:t>لیکن وہ کہتا ہے کہ جب میرا نشانہ پورا ہو گیا تو میں نے دیکھا کہ مجھے پیس آف مائنڈ نہیں، میرے پاس فلفلمنٹ نہیں، مجھے ملا۔</w:t>
      </w:r>
    </w:p>
    <w:p>
      <w:r>
        <w:rPr>
          <w:b/>
        </w:rPr>
        <w:t xml:space="preserve">[02:44] </w:t>
      </w:r>
      <w:r>
        <w:t>to yeh batate hue us ne ek jumla kaha ke "success can give you achievement, but success can not give you fulfillment".</w:t>
      </w:r>
    </w:p>
    <w:p>
      <w:pPr>
        <w:jc w:val="right"/>
      </w:pPr>
      <w:r>
        <w:t>تو یہ بتاتے ہوئے اس نے ایک جملہ کہا کہ "سکسیس کین گیو یو اچیومنٹ، بٹ سکسیس کین ناٹ گیو یو فلفلمنٹ"۔</w:t>
      </w:r>
    </w:p>
    <w:p>
      <w:r>
        <w:rPr>
          <w:b/>
        </w:rPr>
        <w:t xml:space="preserve">[03:03] </w:t>
      </w:r>
      <w:r>
        <w:t>yaani kamyabi is maani mein to aap ko ho sakti hai ke aap daulat kama lein, political power mil jaye, magar fulfillment jo hai woh phir bhi nahi milta aap ko.</w:t>
      </w:r>
    </w:p>
    <w:p>
      <w:pPr>
        <w:jc w:val="right"/>
      </w:pPr>
      <w:r>
        <w:t>یعنی کامیابی اس معنی میں تو آپ کو ہو سکتی ہے کہ آپ دولت کما لیں، پولیٹیکل پاور مل جائے، مگر فلفلمنٹ جو ہے وہ پھر بھی نہیں ملتا آپ کو۔</w:t>
      </w:r>
    </w:p>
    <w:p>
      <w:r>
        <w:rPr>
          <w:b/>
        </w:rPr>
        <w:t xml:space="preserve">[03:16] </w:t>
      </w:r>
      <w:r>
        <w:t>yeh kya cheez hai?</w:t>
      </w:r>
    </w:p>
    <w:p>
      <w:pPr>
        <w:jc w:val="right"/>
      </w:pPr>
      <w:r>
        <w:t>یہ کیا چیز ہے؟</w:t>
      </w:r>
    </w:p>
    <w:p>
      <w:r>
        <w:rPr>
          <w:b/>
        </w:rPr>
        <w:t xml:space="preserve">[03:21] </w:t>
      </w:r>
      <w:r>
        <w:t>yaani super achievers bhi fulfillment ke ehsaas mein</w:t>
      </w:r>
    </w:p>
    <w:p>
      <w:pPr>
        <w:jc w:val="right"/>
      </w:pPr>
      <w:r>
        <w:t>یعنی سپر اچیورز بھی فلفلمنٹ کے احساس میں</w:t>
      </w:r>
    </w:p>
    <w:p>
      <w:r>
        <w:rPr>
          <w:b/>
        </w:rPr>
        <w:t xml:space="preserve">[03:28] </w:t>
      </w:r>
      <w:r>
        <w:t>nahi jeetay. yeh poori tareekh ka ajeeb zahira hai. to aisa hai kyun?</w:t>
      </w:r>
    </w:p>
    <w:p>
      <w:pPr>
        <w:jc w:val="right"/>
      </w:pPr>
      <w:r>
        <w:t>نہیں جیتے۔ یہ پوری تاریخ کا عجیب ظاہرہ ہے۔ تو ایسا ہے کیوں؟</w:t>
      </w:r>
    </w:p>
    <w:p>
      <w:r>
        <w:rPr>
          <w:b/>
        </w:rPr>
        <w:t xml:space="preserve">[03:40] </w:t>
      </w:r>
      <w:r>
        <w:t>aisa hai kyun?</w:t>
      </w:r>
    </w:p>
    <w:p>
      <w:pPr>
        <w:jc w:val="right"/>
      </w:pPr>
      <w:r>
        <w:t>ایسا ہے کیوں؟</w:t>
      </w:r>
    </w:p>
    <w:p>
      <w:r>
        <w:rPr>
          <w:b/>
        </w:rPr>
        <w:t xml:space="preserve">[03:47] </w:t>
      </w:r>
      <w:r>
        <w:t>to yeh sochte hue mujhe ek hadith yaad aayi.</w:t>
      </w:r>
    </w:p>
    <w:p>
      <w:pPr>
        <w:jc w:val="right"/>
      </w:pPr>
      <w:r>
        <w:t>تو یہ سوچتے ہوئے مجھے ایک حدیث یاد آئی۔</w:t>
      </w:r>
    </w:p>
    <w:p>
      <w:r>
        <w:rPr>
          <w:b/>
        </w:rPr>
        <w:t xml:space="preserve">[03:53] </w:t>
      </w:r>
      <w:r>
        <w:t>ek hadith ke alfaaz hain, woh Baihaqi mein hai, woh hadith. is hadith ke alfaaz yeh hain:</w:t>
      </w:r>
    </w:p>
    <w:p>
      <w:pPr>
        <w:jc w:val="right"/>
      </w:pPr>
      <w:r>
        <w:t>ایک حدیث کے الفاظ ہیں، وہ البحقی میں ہے، وہ حدیث۔ اس حدیث کے الفاظ یہ ہیں:</w:t>
      </w:r>
    </w:p>
    <w:p>
      <w:r>
        <w:rPr>
          <w:b/>
        </w:rPr>
        <w:t xml:space="preserve">[04:02] </w:t>
      </w:r>
      <w:r>
        <w:t>"aldunya khuliqat lakum wa antum khuliqatun lil akhirah".</w:t>
      </w:r>
    </w:p>
    <w:p>
      <w:pPr>
        <w:jc w:val="right"/>
      </w:pPr>
      <w:r>
        <w:t>"الدنیا خلقت لکم وانتم خلقتم للاخرۃ"۔</w:t>
      </w:r>
    </w:p>
    <w:p>
      <w:r>
        <w:rPr>
          <w:b/>
        </w:rPr>
        <w:t xml:space="preserve">[04:12] </w:t>
      </w:r>
      <w:r>
        <w:t>yaani paida karne wale ne duniya ko tumhare liye paida kiya hai</w:t>
      </w:r>
    </w:p>
    <w:p>
      <w:pPr>
        <w:jc w:val="right"/>
      </w:pPr>
      <w:r>
        <w:t>یعنی پیدا کرنے والے نے دنیا کو تمہارے لیے پیدا کیا ہے</w:t>
      </w:r>
    </w:p>
    <w:p>
      <w:r>
        <w:rPr>
          <w:b/>
        </w:rPr>
        <w:t xml:space="preserve">[04:17] </w:t>
      </w:r>
      <w:r>
        <w:t>aur tum ko akhirat ke liye paida kiya hai. dekhiye, yeh alfaaz bohat saada se is hadith mein hain, lekin is ko samajhna tab mumkin hai jab aap alfaaz badal sakein.</w:t>
      </w:r>
    </w:p>
    <w:p>
      <w:pPr>
        <w:jc w:val="right"/>
      </w:pPr>
      <w:r>
        <w:t>اور تم کو آخرت کے لیے پیدا کیا ہے۔ دیکھیے، یہ الفاظ بہت سادہ سے اس حدیث میں ہیں، لیکن اس کو سمجھنا تب ممکن ہے جب آپ الفاظ بدل سکیں۔</w:t>
      </w:r>
    </w:p>
    <w:p>
      <w:r>
        <w:rPr>
          <w:b/>
        </w:rPr>
        <w:t xml:space="preserve">[04:36] </w:t>
      </w:r>
      <w:r>
        <w:t>jab tak alfaaz badal na sakein, aap is ki haqeeqat ko samajh nahi sakte.</w:t>
      </w:r>
    </w:p>
    <w:p>
      <w:pPr>
        <w:jc w:val="right"/>
      </w:pPr>
      <w:r>
        <w:t>جب تک الفاظ بدل نہ سکیں، آپ اس کی حقیقت کو سمجھ نہیں سکتے۔</w:t>
      </w:r>
    </w:p>
    <w:p>
      <w:r>
        <w:rPr>
          <w:b/>
        </w:rPr>
        <w:t xml:space="preserve">[04:46] </w:t>
      </w:r>
      <w:r>
        <w:t>main yahan aap ko ek law of nature yaad dilaoonga. is duniya mein Allah taala ne principle of conversion rakha hai.</w:t>
      </w:r>
    </w:p>
    <w:p>
      <w:pPr>
        <w:jc w:val="right"/>
      </w:pPr>
      <w:r>
        <w:t>میں یہاں آپ کو ایک لاء آف نیچر یاد دلاؤں گا۔ اس دنیا میں اللہ تعالیٰ نے پرنسپل آف کنورژن رکھا ہے۔</w:t>
      </w:r>
    </w:p>
    <w:p>
      <w:r>
        <w:rPr>
          <w:b/>
        </w:rPr>
        <w:t xml:space="preserve">[04:59] </w:t>
      </w:r>
      <w:r>
        <w:t>har cheez jab woh convert hoti hai, tab woh bari cheez banti hai.</w:t>
      </w:r>
    </w:p>
    <w:p>
      <w:pPr>
        <w:jc w:val="right"/>
      </w:pPr>
      <w:r>
        <w:t>ہر چیز جب وہ کنورٹ ہوتی ہے، تب وہ بڑی چیز بنتی ہے۔</w:t>
      </w:r>
    </w:p>
    <w:p>
      <w:r>
        <w:rPr>
          <w:b/>
        </w:rPr>
        <w:t xml:space="preserve">[05:07] </w:t>
      </w:r>
      <w:r>
        <w:t>yeh hai principal of conversion.</w:t>
      </w:r>
    </w:p>
    <w:p>
      <w:pPr>
        <w:jc w:val="right"/>
      </w:pPr>
      <w:r>
        <w:t>یہ ہے پرنسپل آف کنورژن۔</w:t>
      </w:r>
    </w:p>
    <w:p>
      <w:r>
        <w:rPr>
          <w:b/>
        </w:rPr>
        <w:t xml:space="preserve">[05:12] </w:t>
      </w:r>
      <w:r>
        <w:t>har cheez ibtida crude halat mein hoti hai, crude. Phir jab woh convert hoti hai, tab woh bohat hi precious cheez ban jati hai.</w:t>
      </w:r>
    </w:p>
    <w:p>
      <w:pPr>
        <w:jc w:val="right"/>
      </w:pPr>
      <w:r>
        <w:t>ہر چیز ابتداء کروڈ حالت میں ہوتی ہے، کروڈ۔ پھر جب وہ کنورٹ ہوتی ہے، تب وہ بہت ہی پریشیس چیز بن جاتی ہے۔</w:t>
      </w:r>
    </w:p>
    <w:p>
      <w:r>
        <w:rPr>
          <w:b/>
        </w:rPr>
        <w:t xml:space="preserve">[05:23] </w:t>
      </w:r>
      <w:r>
        <w:t>misalan, mein aik saada misal deta hoon aap ko.</w:t>
      </w:r>
    </w:p>
    <w:p>
      <w:pPr>
        <w:jc w:val="right"/>
      </w:pPr>
      <w:r>
        <w:t>مثلاً، میں ایک سادہ مثال دیتا ہوں آپ کو۔</w:t>
      </w:r>
    </w:p>
    <w:p>
      <w:r>
        <w:rPr>
          <w:b/>
        </w:rPr>
        <w:t xml:space="preserve">[05:30] </w:t>
      </w:r>
      <w:r>
        <w:t>dekhiye, yeh yeh glass hai, is mein pani hai. Pani kya hai?</w:t>
      </w:r>
    </w:p>
    <w:p>
      <w:pPr>
        <w:jc w:val="right"/>
      </w:pPr>
      <w:r>
        <w:t>دیکھیے، یہ یہ گلاس ہے، اس میں پانی ہے۔ پانی کیا ہے؟</w:t>
      </w:r>
    </w:p>
    <w:p>
      <w:r>
        <w:rPr>
          <w:b/>
        </w:rPr>
        <w:t xml:space="preserve">[05:38] </w:t>
      </w:r>
      <w:r>
        <w:t>do gases ka majmooa, yaani oxygen aur hydrogen. Do gases jab convert huin to pani ban gaya.</w:t>
      </w:r>
    </w:p>
    <w:p>
      <w:pPr>
        <w:jc w:val="right"/>
      </w:pPr>
      <w:r>
        <w:t>دو گیسز کا مجموعہ، یعنی اکسیجن اور ہائیڈروجن۔ دو گیسز جب کنورٹ ہوئیں تو پانی بن گیا۔</w:t>
      </w:r>
    </w:p>
    <w:p>
      <w:r>
        <w:rPr>
          <w:b/>
        </w:rPr>
        <w:t xml:space="preserve">[05:50] </w:t>
      </w:r>
      <w:r>
        <w:t>kaisi ajeeb cheez hai pani! Pani ke baghair hamari zindagi nahi.</w:t>
      </w:r>
    </w:p>
    <w:p>
      <w:pPr>
        <w:jc w:val="right"/>
      </w:pPr>
      <w:r>
        <w:t>کیسی عجیب چیز ہے پانی! پانی کے بغیر ہماری زندگی نہیں۔</w:t>
      </w:r>
    </w:p>
    <w:p>
      <w:r>
        <w:rPr>
          <w:b/>
        </w:rPr>
        <w:t xml:space="preserve">[06:01] </w:t>
      </w:r>
      <w:r>
        <w:t>abdul rahim khan khana ne baja taur par kaha tha ke "rahman pani rakhiyo, bin pani sabsoon". To yeh pani kya hai?</w:t>
      </w:r>
    </w:p>
    <w:p>
      <w:pPr>
        <w:jc w:val="right"/>
      </w:pPr>
      <w:r>
        <w:t>عبدالرحیم خان خانہ نے بجا طور پر کہا تھا کہ "رحماً پانی راکھیو، بن پانی سبسون"۔ تو یہ پانی کیا ہے؟</w:t>
      </w:r>
    </w:p>
    <w:p>
      <w:r>
        <w:rPr>
          <w:b/>
        </w:rPr>
        <w:t xml:space="preserve">[06:13] </w:t>
      </w:r>
      <w:r>
        <w:t>yeh aik,</w:t>
      </w:r>
    </w:p>
    <w:p>
      <w:pPr>
        <w:jc w:val="right"/>
      </w:pPr>
      <w:r>
        <w:t>یہ ایک،</w:t>
      </w:r>
    </w:p>
    <w:p>
      <w:r>
        <w:rPr>
          <w:b/>
        </w:rPr>
        <w:t xml:space="preserve">[06:17] </w:t>
      </w:r>
      <w:r>
        <w:t>yaani aik phenomena hai conversion ka. Do gases, do gases convert huin to pani ban gaya. Phir yeh glass ko sochiye, glass kya hai?</w:t>
      </w:r>
    </w:p>
    <w:p>
      <w:pPr>
        <w:jc w:val="right"/>
      </w:pPr>
      <w:r>
        <w:t>یعنی ایک فیناومینا ہے کنورژن کا۔ دو گیسز، دو گیسز کنورٹ ہوئیں تو پانی بن گیا۔ پھر یہ گلاس کو سوچیے، گلاس کیا ہے؟</w:t>
      </w:r>
    </w:p>
    <w:p>
      <w:r>
        <w:rPr>
          <w:b/>
        </w:rPr>
        <w:t xml:space="preserve">[06:28] </w:t>
      </w:r>
      <w:r>
        <w:t>glass bhi conversion ka nateeja hai.</w:t>
      </w:r>
    </w:p>
    <w:p>
      <w:pPr>
        <w:jc w:val="right"/>
      </w:pPr>
      <w:r>
        <w:t>گلاس بھی کنورژن کا نتیجہ ہے۔</w:t>
      </w:r>
    </w:p>
    <w:p>
      <w:r>
        <w:rPr>
          <w:b/>
        </w:rPr>
        <w:t xml:space="preserve">[06:32] </w:t>
      </w:r>
      <w:r>
        <w:t>aap jante hain, aik pathar hota hai jis ko kehte hain silica,</w:t>
      </w:r>
    </w:p>
    <w:p>
      <w:pPr>
        <w:jc w:val="right"/>
      </w:pPr>
      <w:r>
        <w:t>آپ جانتے ہیں، ایک پتھر ہوتا ہے جس کو کہتے ہیں سلیکا،</w:t>
      </w:r>
    </w:p>
    <w:p>
      <w:r>
        <w:rPr>
          <w:b/>
        </w:rPr>
        <w:t xml:space="preserve">[06:38] </w:t>
      </w:r>
      <w:r>
        <w:t>woh paharon mein nikalta hai. Silica to silica jab convert hota hai to sheesha ban jata hai, glass.</w:t>
      </w:r>
    </w:p>
    <w:p>
      <w:pPr>
        <w:jc w:val="right"/>
      </w:pPr>
      <w:r>
        <w:t>وہ پہاڑوں میں نکلتا ہے۔ سلیکا تو سلیکا جب کنورٹ ہوتا ہے تو شیشہ بن جاتا ہے، گلاس۔</w:t>
      </w:r>
    </w:p>
    <w:p>
      <w:r>
        <w:rPr>
          <w:b/>
        </w:rPr>
        <w:t xml:space="preserve">[06:50] </w:t>
      </w:r>
      <w:r>
        <w:t>yahi sari cheezon ka haal hai.</w:t>
      </w:r>
    </w:p>
    <w:p>
      <w:pPr>
        <w:jc w:val="right"/>
      </w:pPr>
      <w:r>
        <w:t>یہی ساری چیزوں کا حال ہے۔</w:t>
      </w:r>
    </w:p>
    <w:p>
      <w:r>
        <w:rPr>
          <w:b/>
        </w:rPr>
        <w:t xml:space="preserve">[06:53] </w:t>
      </w:r>
      <w:r>
        <w:t>yeh darakht, yeh phool, yeh phal, yeh khane ki cheezen, yeh koi bhi cheez jo is dunya mein hai, ibtida woh thi crude halat mein,</w:t>
      </w:r>
    </w:p>
    <w:p>
      <w:pPr>
        <w:jc w:val="right"/>
      </w:pPr>
      <w:r>
        <w:t>یہ درخت، یہ پھول، یہ پھل، یہ کھانے کی چیزیں، یہ کوئی بھی چیز جو اس دنیا میں ہے، ابتداء وہ تھی کروڑ حالت میں،</w:t>
      </w:r>
    </w:p>
    <w:p>
      <w:r>
        <w:rPr>
          <w:b/>
        </w:rPr>
        <w:t xml:space="preserve">[07:06] </w:t>
      </w:r>
      <w:r>
        <w:t>phir woh convert hui to aik bohat qeemti cheez ban gayi. Yahi principal quran o hadith ko samajhne ke liye bhi hai.</w:t>
      </w:r>
    </w:p>
    <w:p>
      <w:pPr>
        <w:jc w:val="right"/>
      </w:pPr>
      <w:r>
        <w:t>پھر وہ کنورٹ ہوئی تو ایک بہت قیمتی چیز بن گئی۔ یہی پرنسپل قرآن و حدیث کو سمجھنے کے لیے بھی ہے۔</w:t>
      </w:r>
    </w:p>
    <w:p>
      <w:r>
        <w:rPr>
          <w:b/>
        </w:rPr>
        <w:t xml:space="preserve">[07:16] </w:t>
      </w:r>
      <w:r>
        <w:t>yaad rakhiye,</w:t>
      </w:r>
    </w:p>
    <w:p>
      <w:pPr>
        <w:jc w:val="right"/>
      </w:pPr>
      <w:r>
        <w:t>یاد رکھیے،</w:t>
      </w:r>
    </w:p>
    <w:p>
      <w:r>
        <w:rPr>
          <w:b/>
        </w:rPr>
        <w:t xml:space="preserve">[07:19] </w:t>
      </w:r>
      <w:r>
        <w:t>agar aap art of conversion, principal of conversion ke waqif na hon to quran o hadith se aap ko bohat thora rizq milega, bohat kam.</w:t>
      </w:r>
    </w:p>
    <w:p>
      <w:pPr>
        <w:jc w:val="right"/>
      </w:pPr>
      <w:r>
        <w:t>اگر آپ آرٹ آف کنورژن، پرنسپل آف کنورژن کے واقف نہ ہوں تو قرآن و حدیث سے آپ کو بہت تھوڑا رزق ملے گا، بہت کم۔</w:t>
      </w:r>
    </w:p>
    <w:p>
      <w:r>
        <w:rPr>
          <w:b/>
        </w:rPr>
        <w:t xml:space="preserve">[07:32] </w:t>
      </w:r>
      <w:r>
        <w:t>to is ki aik misal yeh hadith hai ke hadith ke alfaaz to yeh hain ke "in al dunya khuliqat lakum wa antum khuliqtum lil akhirah".</w:t>
      </w:r>
    </w:p>
    <w:p>
      <w:pPr>
        <w:jc w:val="right"/>
      </w:pPr>
      <w:r>
        <w:t>تو اس کی ایک مثال یہ حدیث ہے کہ حدیث کے الفاظ تو یہ ہیں کہ "إن الدنيا خلقت لکم وانتم خلقتم للآخرة"۔</w:t>
      </w:r>
    </w:p>
    <w:p>
      <w:r>
        <w:rPr>
          <w:b/>
        </w:rPr>
        <w:t xml:space="preserve">[07:45] </w:t>
      </w:r>
      <w:r>
        <w:t>dunya paida ki gayi hai tumhare liye aur tum paida kiye gaye ho akhirat ke liye. Is ko, is ke alfaaz ko badliye, aap badliye alfaaz ko.</w:t>
      </w:r>
    </w:p>
    <w:p>
      <w:pPr>
        <w:jc w:val="right"/>
      </w:pPr>
      <w:r>
        <w:t>دنیا پیدا کی گئی ہے تمہارے لیے اور تم پیدا کیے گئے ہو آخرت کے لیے۔ اس کو، اس کے الفاظ کو بدلئے، آپ بدلیے الفاظ کو۔</w:t>
      </w:r>
    </w:p>
    <w:p>
      <w:r>
        <w:rPr>
          <w:b/>
        </w:rPr>
        <w:t xml:space="preserve">[08:01] </w:t>
      </w:r>
      <w:r>
        <w:t>woh yeh hai: "in al jannah khuliqat lakum wa antum khuliqtum lil jannah".</w:t>
      </w:r>
    </w:p>
    <w:p>
      <w:pPr>
        <w:jc w:val="right"/>
      </w:pPr>
      <w:r>
        <w:t>وہ یہ ہے: "إن الجنة خلقت لکم وانتم خلقتم للجنة"۔</w:t>
      </w:r>
    </w:p>
    <w:p>
      <w:r>
        <w:rPr>
          <w:b/>
        </w:rPr>
        <w:t xml:space="preserve">[08:14] </w:t>
      </w:r>
      <w:r>
        <w:t>tum jannat ke liye banaye gaye ho aur jannat tumhare liye banayi gayi hai.</w:t>
      </w:r>
    </w:p>
    <w:p>
      <w:pPr>
        <w:jc w:val="right"/>
      </w:pPr>
      <w:r>
        <w:t>تم جنت کے لیے بنائے گئے ہو اور جنت تمہارے لیے بنائی گئی ہے۔</w:t>
      </w:r>
    </w:p>
    <w:p>
      <w:r>
        <w:rPr>
          <w:b/>
        </w:rPr>
        <w:t xml:space="preserve">[08:21] </w:t>
      </w:r>
      <w:r>
        <w:t>dekhen, yeh jo insan hai, aik ajeeb ghareeb, aik unique cheez hai. Is tarah ke aisa creature, aisi hasti, insan jaisi,</w:t>
      </w:r>
    </w:p>
    <w:p>
      <w:pPr>
        <w:jc w:val="right"/>
      </w:pPr>
      <w:r>
        <w:t>دیکھیں، یہ جو انسان ہے، ایک عجیب غریب، ایک یونیک چیز ہے۔ اس طرح کے ایسا کریچر، ایسی ہستی، انسان جیسی،</w:t>
      </w:r>
    </w:p>
    <w:p>
      <w:r>
        <w:rPr>
          <w:b/>
        </w:rPr>
        <w:t xml:space="preserve">[08:37] </w:t>
      </w:r>
      <w:r>
        <w:t>sare universe mein kahin nahi hai.</w:t>
      </w:r>
    </w:p>
    <w:p>
      <w:pPr>
        <w:jc w:val="right"/>
      </w:pPr>
      <w:r>
        <w:t>سارے یونیورس میں کہیں نہیں ہے۔</w:t>
      </w:r>
    </w:p>
    <w:p>
      <w:r>
        <w:rPr>
          <w:b/>
        </w:rPr>
        <w:t xml:space="preserve">[08:40] </w:t>
      </w:r>
      <w:r>
        <w:t>tamam galaxies, tamam solar system, tamam suraj, chand, tamam pahar aur samandar mein woh quality nahi hai jo insan ke andar hai.</w:t>
      </w:r>
    </w:p>
    <w:p>
      <w:pPr>
        <w:jc w:val="right"/>
      </w:pPr>
      <w:r>
        <w:t>تمام گلیکسیز، تمام سولر سسٹم، تمام سورج، چاند، تمام پہاڑ اور سمندر میں وہ کوالٹی نہیں ہے جو انسان کے اندر ہے۔</w:t>
      </w:r>
    </w:p>
    <w:p>
      <w:r>
        <w:rPr>
          <w:b/>
        </w:rPr>
        <w:t xml:space="preserve">[08:56] </w:t>
      </w:r>
      <w:r>
        <w:t>aur sab se anokhi quality hai ke insan ke andar aik aik bohat bara, bohat bari desire hai, desire ke is cheez ko pana chahta hai.</w:t>
      </w:r>
    </w:p>
    <w:p>
      <w:pPr>
        <w:jc w:val="right"/>
      </w:pPr>
      <w:r>
        <w:t>اور سب سے انوکھی کوالٹی ہے کہ انسان کے اندر ایک ایک بہت بڑا، بہت بڑی ڈیزائر ہے، ڈیزائر کہ اس چیز کو پانا چاہتا ہے۔</w:t>
      </w:r>
    </w:p>
    <w:p>
      <w:r>
        <w:rPr>
          <w:b/>
        </w:rPr>
        <w:t xml:space="preserve">[09:09] </w:t>
      </w:r>
      <w:r>
        <w:t>har insan ke andar ek ideal world hai, us ke mani mein basa hua, ek perfect duniya hai, us mani mein basi hui.</w:t>
      </w:r>
    </w:p>
    <w:p>
      <w:pPr>
        <w:jc w:val="right"/>
      </w:pPr>
      <w:r>
        <w:t>ہر انسان کے اندر ایک آئیڈیل ورلڈ ہے، اس کے معنی میں بسا ہوا، ایک پرفیکٹ دنیا ہے، اس معنی میں بسی ہوئی۔</w:t>
      </w:r>
    </w:p>
    <w:p>
      <w:r>
        <w:rPr>
          <w:b/>
        </w:rPr>
        <w:t xml:space="preserve">[09:21] </w:t>
      </w:r>
      <w:r>
        <w:t>is ki bahut strong desire is ke andar hai ke is ko paye. yeh kisi ke andar bhi yeh nahi, kisi sitare mein, kisi sayare mein, kisi mein yeh desire nahi,</w:t>
      </w:r>
    </w:p>
    <w:p>
      <w:pPr>
        <w:jc w:val="right"/>
      </w:pPr>
      <w:r>
        <w:t>اس کی بہت سٹرانگ ڈیزائر اس کے اندر ہے کہ اس کو پائے۔ یہ کسی کے اندر بھی یہ نہیں، کسی ستارے میں، کسی سیارے میں، کسی میں یہ ڈیزائر نہیں،</w:t>
      </w:r>
    </w:p>
    <w:p>
      <w:r>
        <w:rPr>
          <w:b/>
        </w:rPr>
        <w:t xml:space="preserve">[09:36] </w:t>
      </w:r>
      <w:r>
        <w:t>kisi hathi mein, kisi sher mein. to yeh desire kis liye hai? yeh desire hai jannat ke liye.</w:t>
      </w:r>
    </w:p>
    <w:p>
      <w:pPr>
        <w:jc w:val="right"/>
      </w:pPr>
      <w:r>
        <w:t>کسی ہاتھی میں، کسی شیر میں۔ تو یہ ڈیزائر کس لیے ہے؟ یہ ڈیزائر ہے جنت کے لیے۔</w:t>
      </w:r>
    </w:p>
    <w:p>
      <w:r>
        <w:rPr>
          <w:b/>
        </w:rPr>
        <w:t xml:space="preserve">[09:47] </w:t>
      </w:r>
      <w:r>
        <w:t>aadmi ghalati se is desire ko kisi aur cheez mein pana chahta hai, maslan wealth, maslan political power, maslan fame, maslan buildingen, maslan shandar carain waghera waghera.</w:t>
      </w:r>
    </w:p>
    <w:p>
      <w:pPr>
        <w:jc w:val="right"/>
      </w:pPr>
      <w:r>
        <w:t>آدمی غلطی سے اس ڈیزائر کو کسی اور چیز میں پانا چاہتا ہے، مثلاً ویلتھ، مثلاً پولیٹیکل پاور، مثلاً فیم، مثلاً بلڈنگیں، مثلاً شاندار کاریں وغیرہ وغیرہ۔</w:t>
      </w:r>
    </w:p>
    <w:p>
      <w:r>
        <w:rPr>
          <w:b/>
        </w:rPr>
        <w:t xml:space="preserve">[10:06] </w:t>
      </w:r>
      <w:r>
        <w:t>lekin jab woh pa leta hai to lagta hai ke yeh to woh cheez nahi jo mein chahta tha.</w:t>
      </w:r>
    </w:p>
    <w:p>
      <w:pPr>
        <w:jc w:val="right"/>
      </w:pPr>
      <w:r>
        <w:t>لیکن جب وہ پا لیتا ہے تو لگتا ہے کہ یہ تو وہ چیز نہیں جو میں چاہتا تھا۔</w:t>
      </w:r>
    </w:p>
    <w:p>
      <w:r>
        <w:rPr>
          <w:b/>
        </w:rPr>
        <w:t xml:space="preserve">[10:14] </w:t>
      </w:r>
      <w:r>
        <w:t>jis cheez ko is ne ghalat taur par goal banaya tha, jab us ko pa leta hai, tab pata chalta hai ke yeh to ghalat goal tha mera.</w:t>
      </w:r>
    </w:p>
    <w:p>
      <w:pPr>
        <w:jc w:val="right"/>
      </w:pPr>
      <w:r>
        <w:t>جس چیز کو اس نے غلط طور پر گول بنایا تھا، جب اس کو پا لیتا ہے، تب پتہ چلتا ہے کہ یہ تو غلط گول تھا میرا۔</w:t>
      </w:r>
    </w:p>
    <w:p>
      <w:r>
        <w:rPr>
          <w:b/>
        </w:rPr>
        <w:t xml:space="preserve">[10:25] </w:t>
      </w:r>
      <w:r>
        <w:t>to wahi kehta hai ke "success can give you achievement, but success can not give you fulfillment".</w:t>
      </w:r>
    </w:p>
    <w:p>
      <w:pPr>
        <w:jc w:val="right"/>
      </w:pPr>
      <w:r>
        <w:t>تو وہی کہتا ہے کہ "سکسیس کین گیو یو اچیومنٹ، بٹ سکسیس کین ناٹ گیو یو فلفلمنٹ"۔</w:t>
      </w:r>
    </w:p>
    <w:p>
      <w:r>
        <w:rPr>
          <w:b/>
        </w:rPr>
        <w:t xml:space="preserve">[10:36] </w:t>
      </w:r>
      <w:r>
        <w:t>to is ka jawab kya hai?</w:t>
      </w:r>
    </w:p>
    <w:p>
      <w:pPr>
        <w:jc w:val="right"/>
      </w:pPr>
      <w:r>
        <w:t>تو اس کا جواب کیا ہے؟</w:t>
      </w:r>
    </w:p>
    <w:p>
      <w:r>
        <w:rPr>
          <w:b/>
        </w:rPr>
        <w:t xml:space="preserve">[10:38] </w:t>
      </w:r>
      <w:r>
        <w:t>is ka jawab hai ke asal mein jo cheez thi insan ke liye goal, woh to jannat thi, paradise thi.</w:t>
      </w:r>
    </w:p>
    <w:p>
      <w:pPr>
        <w:jc w:val="right"/>
      </w:pPr>
      <w:r>
        <w:t>اس کا جواب ہے کہ اصل میں جو چیز تھی انسان کے لیے گول، وہ تو جنت تھی، پیراڈائز تھی۔</w:t>
      </w:r>
    </w:p>
    <w:p>
      <w:r>
        <w:rPr>
          <w:b/>
        </w:rPr>
        <w:t xml:space="preserve">[10:49] </w:t>
      </w:r>
      <w:r>
        <w:t>duniya ki chezen thin hi nahin. "innal jannata khuliqat lakum wa antum khuliqatun lil jannat".</w:t>
      </w:r>
    </w:p>
    <w:p>
      <w:pPr>
        <w:jc w:val="right"/>
      </w:pPr>
      <w:r>
        <w:t>دنیا کی چیزیں تھیں ہی نہیں۔ "إن الجنة خلقت لکم وانتم خلقتم للجنة"۔</w:t>
      </w:r>
    </w:p>
    <w:p>
      <w:r>
        <w:rPr>
          <w:b/>
        </w:rPr>
        <w:t xml:space="preserve">[11:00] </w:t>
      </w:r>
      <w:r>
        <w:t>to insan talib hai aur jannat matlub hai.</w:t>
      </w:r>
    </w:p>
    <w:p>
      <w:pPr>
        <w:jc w:val="right"/>
      </w:pPr>
      <w:r>
        <w:t>تو انسان طالب ہے اور جنت مطلوب ہے۔</w:t>
      </w:r>
    </w:p>
    <w:p>
      <w:r>
        <w:rPr>
          <w:b/>
        </w:rPr>
        <w:t xml:space="preserve">[11:05] </w:t>
      </w:r>
      <w:r>
        <w:t>insan ki tamam yeh jo qualities hain, sense of enjoy jo hai, in sab ka fulfillment sirf jannat mein hai.</w:t>
      </w:r>
    </w:p>
    <w:p>
      <w:pPr>
        <w:jc w:val="right"/>
      </w:pPr>
      <w:r>
        <w:t>انسان کی تمام یہ جو کوالٹیز ہیں، سینس آف انجوائے جو ہے، ان سب کا فلفلمنٹ صرف جنت میں ہے۔</w:t>
      </w:r>
    </w:p>
    <w:p>
      <w:r>
        <w:rPr>
          <w:b/>
        </w:rPr>
        <w:t xml:space="preserve">[11:23] </w:t>
      </w:r>
      <w:r>
        <w:t>abhi mein ek report parh raha tha, is mein tha ke insan</w:t>
      </w:r>
    </w:p>
    <w:p>
      <w:pPr>
        <w:jc w:val="right"/>
      </w:pPr>
      <w:r>
        <w:t>ابھی میں ایک رپورٹ پڑھ رہا تھا، اس میں تھا کہ انسان</w:t>
      </w:r>
    </w:p>
    <w:p>
      <w:r>
        <w:rPr>
          <w:b/>
        </w:rPr>
        <w:t xml:space="preserve">[11:31] </w:t>
      </w:r>
      <w:r>
        <w:t>ki jo average umar hai, average woh hai taqreeban 70 saal, taqreeban 70 saal.</w:t>
      </w:r>
    </w:p>
    <w:p>
      <w:pPr>
        <w:jc w:val="right"/>
      </w:pPr>
      <w:r>
        <w:t>کی جو ایوریج عمر ہے، ایوریج وہ ہے تقریباً 70 سال، تقریباً 70 سال۔</w:t>
      </w:r>
    </w:p>
    <w:p>
      <w:r>
        <w:rPr>
          <w:b/>
        </w:rPr>
        <w:t xml:space="preserve">[11:40] </w:t>
      </w:r>
      <w:r>
        <w:t>aur rozana sari duniya mein ek lakh pachas hazar aadmi mar jate hain.</w:t>
      </w:r>
    </w:p>
    <w:p>
      <w:pPr>
        <w:jc w:val="right"/>
      </w:pPr>
      <w:r>
        <w:t>اور روزانہ ساری دنیا میں ایک لاکھ پچاس ہزار آدمی مر جاتے ہیں۔</w:t>
      </w:r>
    </w:p>
    <w:p>
      <w:r>
        <w:rPr>
          <w:b/>
        </w:rPr>
        <w:t xml:space="preserve">[11:48] </w:t>
      </w:r>
      <w:r>
        <w:t>to mein ne socha hai ke kya kiya hai yeh duniya?</w:t>
      </w:r>
    </w:p>
    <w:p>
      <w:pPr>
        <w:jc w:val="right"/>
      </w:pPr>
      <w:r>
        <w:t>تو میں نے سوچا ہے کہ کیا کیا ہے یہ دنیا؟</w:t>
      </w:r>
    </w:p>
    <w:p>
      <w:r>
        <w:rPr>
          <w:b/>
        </w:rPr>
        <w:t xml:space="preserve">[11:53] </w:t>
      </w:r>
      <w:r>
        <w:t>itni anokhi salahiyaten hain, lekin insan paida hota hai</w:t>
      </w:r>
    </w:p>
    <w:p>
      <w:pPr>
        <w:jc w:val="right"/>
      </w:pPr>
      <w:r>
        <w:t>اتنی انوکھی صلاحیتیں ہیں، لیکن انسان پیدا ہوتا ہے</w:t>
      </w:r>
    </w:p>
    <w:p>
      <w:r>
        <w:rPr>
          <w:b/>
        </w:rPr>
        <w:t xml:space="preserve">[12:00] </w:t>
      </w:r>
      <w:r>
        <w:t>aur bahut se bahut 70 saal jeeta hai, phir mar jata hai. woh ek lakh pachas hazar aadmi rozana duniya mar kar yahan se chale ja rahe hain.</w:t>
      </w:r>
    </w:p>
    <w:p>
      <w:pPr>
        <w:jc w:val="right"/>
      </w:pPr>
      <w:r>
        <w:t>اور بہت سے بہت 70 سال جیتا ہے، پھر مر جاتا ہے۔ وہ ایک لاکھ پچاس ہزار آدمی روزانہ دنیا مر کر یہاں سے چلے جا رہے ہیں۔</w:t>
      </w:r>
    </w:p>
    <w:p>
      <w:r>
        <w:rPr>
          <w:b/>
        </w:rPr>
        <w:t xml:space="preserve">[12:11] </w:t>
      </w:r>
      <w:r>
        <w:t>to yeh jo unique hasti hai insan ki, yeh insan jo dekhta hai, sunta hai, bolta hai, sochta hai, har cheez is ki unique hai.</w:t>
      </w:r>
    </w:p>
    <w:p>
      <w:pPr>
        <w:jc w:val="right"/>
      </w:pPr>
      <w:r>
        <w:t>تو یہ جو یونیک ہستی ہے انسان کی، یہ انسان جو دیکھتا ہے، سنتا ہے، بولتا ہے، سوچتا ہے، ہر چیز اس کی یونیک ہے۔</w:t>
      </w:r>
    </w:p>
    <w:p>
      <w:r>
        <w:rPr>
          <w:b/>
        </w:rPr>
        <w:t xml:space="preserve">[12:25] </w:t>
      </w:r>
      <w:r>
        <w:t>yeh isi liye hai ke aisi umar ke mitti mein mil jaye chand saalon ke andar.</w:t>
      </w:r>
    </w:p>
    <w:p>
      <w:pPr>
        <w:jc w:val="right"/>
      </w:pPr>
      <w:r>
        <w:t>یہ اسی لیے ہے کہ ایسی عمر کے مٹی میں مل جائے چند سالوں کے اندر۔</w:t>
      </w:r>
    </w:p>
    <w:p>
      <w:r>
        <w:rPr>
          <w:b/>
        </w:rPr>
        <w:t xml:space="preserve">[12:34] </w:t>
      </w:r>
      <w:r>
        <w:t>to jab tak aap paradise ko na milayen, insan</w:t>
      </w:r>
    </w:p>
    <w:p>
      <w:pPr>
        <w:jc w:val="right"/>
      </w:pPr>
      <w:r>
        <w:t>تو جب تک آپ پیراڈائز کو نہ ملائیں، انسان</w:t>
      </w:r>
    </w:p>
    <w:p>
      <w:r>
        <w:rPr>
          <w:b/>
        </w:rPr>
        <w:t xml:space="preserve">[12:42] </w:t>
      </w:r>
      <w:r>
        <w:t>ki takhleeq be mani maloom hoti hai, meaningless maloom hoti hai. paradise jo hai, mahaz ek belief nahi hai, paradise explanation hai.</w:t>
      </w:r>
    </w:p>
    <w:p>
      <w:pPr>
        <w:jc w:val="right"/>
      </w:pPr>
      <w:r>
        <w:t>کی تخلیق بے معنی معلوم ہوتی ہے، میننگ لیس معلوم ہوتی ہے۔ پیراڈائز جو ہے، محض ایک بیلیف نہیں ہے، پیراڈائز ایکسپلینیشن ہے۔</w:t>
      </w:r>
    </w:p>
    <w:p>
      <w:r>
        <w:rPr>
          <w:b/>
        </w:rPr>
        <w:t xml:space="preserve">[12:52] </w:t>
      </w:r>
      <w:r>
        <w:t>explanation</w:t>
      </w:r>
    </w:p>
    <w:p>
      <w:pPr>
        <w:jc w:val="right"/>
      </w:pPr>
      <w:r>
        <w:t>ایکسپلینیشن</w:t>
      </w:r>
    </w:p>
    <w:p>
      <w:r>
        <w:rPr>
          <w:b/>
        </w:rPr>
        <w:t xml:space="preserve">[12:56] </w:t>
      </w:r>
      <w:r>
        <w:t>aap ki hasti ko, aap ki creation ko ba mani taur par explain karta hai. paradise ka tasawwur.</w:t>
      </w:r>
    </w:p>
    <w:p>
      <w:pPr>
        <w:jc w:val="right"/>
      </w:pPr>
      <w:r>
        <w:t>آپ کی ہستی کو، آپ کی کریشن کو بامعنی طور پر ایکسپلین کرتا ہے۔ پیراڈائز کا تصور۔</w:t>
      </w:r>
    </w:p>
    <w:p>
      <w:r>
        <w:rPr>
          <w:b/>
        </w:rPr>
        <w:t xml:space="preserve">[13:09] </w:t>
      </w:r>
      <w:r>
        <w:t>abhi mein radio, radio sunta hoon, mein to radio kholta hoon to is mein kai chezen aane lagti hain.</w:t>
      </w:r>
    </w:p>
    <w:p>
      <w:pPr>
        <w:jc w:val="right"/>
      </w:pPr>
      <w:r>
        <w:t>ابھی میں ریڈیو، ریڈیو سنتا ہوں، میں تو ریڈیو کھولتا ہوں تو اس میں کئی چیزیں آنے لگتی ہیں۔</w:t>
      </w:r>
    </w:p>
    <w:p>
      <w:r>
        <w:rPr>
          <w:b/>
        </w:rPr>
        <w:t xml:space="preserve">[13:18] </w:t>
      </w:r>
      <w:r>
        <w:t>to mein ne qoiyt khola to woh kisi mulk mein khel ho raha tha, us ki commentary aa rahi thi, cricket ka khel.</w:t>
      </w:r>
    </w:p>
    <w:p>
      <w:pPr>
        <w:jc w:val="right"/>
      </w:pPr>
      <w:r>
        <w:t>تو میں نے کوئٹ کھولا تو وہ کسی ملک میں کھیل ہو رہا تھا، اس کی کمنٹری آ رہی تھی، کرکٹ کا کھیل۔</w:t>
      </w:r>
    </w:p>
    <w:p>
      <w:r>
        <w:rPr>
          <w:b/>
        </w:rPr>
        <w:t xml:space="preserve">[13:31] </w:t>
      </w:r>
      <w:r>
        <w:t>to wahan subah ka waqt tha, jahan ho raha tha woh.</w:t>
      </w:r>
    </w:p>
    <w:p>
      <w:pPr>
        <w:jc w:val="right"/>
      </w:pPr>
      <w:r>
        <w:t>تو وہاں صبح کا وقت تھا، جہاں ہو رہا تھا وہ۔</w:t>
      </w:r>
    </w:p>
    <w:p>
      <w:r>
        <w:rPr>
          <w:b/>
        </w:rPr>
        <w:t xml:space="preserve">[13:36] </w:t>
      </w:r>
      <w:r>
        <w:t>to wahan stadium bhara hua tha, players aa chuke thay field mein aur bohat zabardast wahan par intezian tha.</w:t>
      </w:r>
    </w:p>
    <w:p>
      <w:pPr>
        <w:jc w:val="right"/>
      </w:pPr>
      <w:r>
        <w:t>تو وہاں اسٹیڈیم بھرا ہوا تھا، پلیئرز آ چکے تھے فیلڈ میں اور بہت زبردست وہاں پر انتہوزیان تھا۔</w:t>
      </w:r>
    </w:p>
    <w:p>
      <w:r>
        <w:rPr>
          <w:b/>
        </w:rPr>
        <w:t xml:space="preserve">[13:46] </w:t>
      </w:r>
      <w:r>
        <w:t>logon ko intezar tha, logon ke khel shuru hoga.</w:t>
      </w:r>
    </w:p>
    <w:p>
      <w:pPr>
        <w:jc w:val="right"/>
      </w:pPr>
      <w:r>
        <w:t>لوگوں کو انتظار تھا، لوگوں کے کھیل شروع ہوگا۔</w:t>
      </w:r>
    </w:p>
    <w:p>
      <w:r>
        <w:rPr>
          <w:b/>
        </w:rPr>
        <w:t xml:space="preserve">[13:53] </w:t>
      </w:r>
      <w:r>
        <w:t>to commentator ne jab shuru kiya to us ki zuban se nikla: "wonderful morning and beautiful assembly,</w:t>
      </w:r>
    </w:p>
    <w:p>
      <w:pPr>
        <w:jc w:val="right"/>
      </w:pPr>
      <w:r>
        <w:t>تو کمنٹیٹر نے جب شروع کیا تو اس کی زبان سے نکلا: "ونڈرفل مارننگ اینڈ بیوٹی فل اسمبلی،</w:t>
      </w:r>
    </w:p>
    <w:p>
      <w:r>
        <w:rPr>
          <w:b/>
        </w:rPr>
        <w:t xml:space="preserve">[14:06] </w:t>
      </w:r>
      <w:r>
        <w:t>wonderful morning and beautiful assembly". to mein ne socha ke yeh yeh jo cheez hai, kisi cheez ko wonderful tor par daryaft karna, yeh to sirf insan ki sifat hai.</w:t>
      </w:r>
    </w:p>
    <w:p>
      <w:pPr>
        <w:jc w:val="right"/>
      </w:pPr>
      <w:r>
        <w:t>ونڈرفل مارننگ اینڈ بیوٹی فل اسمبلی"۔ تو میں نے سوچا کہ یہ یہ جو چیز ہے، کسی چیز کو ونڈرفل طور پر دریافت کرنا، یہ تو صرف انسان کی صفت ہے۔</w:t>
      </w:r>
    </w:p>
    <w:p>
      <w:r>
        <w:rPr>
          <w:b/>
        </w:rPr>
        <w:t xml:space="preserve">[14:23] </w:t>
      </w:r>
      <w:r>
        <w:t>koi sher ya hathi ya koi star aur planet yeh janta nahi, koi jo wonderful hoti hai. bohat ajeeb baat yeh hai,</w:t>
      </w:r>
    </w:p>
    <w:p>
      <w:pPr>
        <w:jc w:val="right"/>
      </w:pPr>
      <w:r>
        <w:t>کوئی شیر یا ہاتھی یا کوئی سٹار اور پلینٹ یہ جانتا نہیں، کوئی جو ونڈرفل ہوتی ہے۔ بہت عجیب بات یہ ہے،</w:t>
      </w:r>
    </w:p>
    <w:p>
      <w:r>
        <w:rPr>
          <w:b/>
        </w:rPr>
        <w:t xml:space="preserve">[14:35] </w:t>
      </w:r>
      <w:r>
        <w:t>koi bhi yeh lafz bol nahi sakta itne baray universe mein ke "wonderful morning, beautiful assembly". yeh sirf insan ki khusoosiyat hai.</w:t>
      </w:r>
    </w:p>
    <w:p>
      <w:pPr>
        <w:jc w:val="right"/>
      </w:pPr>
      <w:r>
        <w:t>کوئی بھی یہ لفظ بول نہیں سکتا اتنے بڑے یونیورس میں کہ "ونڈرفل مارننگ، بیوٹی فل اسمبلی"۔ یہ صرف انسان کی خصوصیت ہے۔</w:t>
      </w:r>
    </w:p>
    <w:p>
      <w:r>
        <w:rPr>
          <w:b/>
        </w:rPr>
        <w:t xml:space="preserve">[14:46] </w:t>
      </w:r>
      <w:r>
        <w:t>lekin kya yeh sirf is liye hai ke cricket ka match dekhen aur is mein hum is ko hum daryaft karen bator "wonderful morning" ke aur bator "beautiful assembly" ke?</w:t>
      </w:r>
    </w:p>
    <w:p>
      <w:pPr>
        <w:jc w:val="right"/>
      </w:pPr>
      <w:r>
        <w:t>لیکن کیا یہ صرف اس لیے ہے کہ کرکٹ کا میچ دیکھیں اور اس میں ہم اس کو ہم دریافت کریں بطور "ونڈرفل مارننگ" کے اور بطور "بیوٹی فل اسمبلی" کے؟</w:t>
      </w:r>
    </w:p>
    <w:p>
      <w:r>
        <w:rPr>
          <w:b/>
        </w:rPr>
        <w:t xml:space="preserve">[14:59] </w:t>
      </w:r>
      <w:r>
        <w:t>yeh to is ko understatement karna hua.</w:t>
      </w:r>
    </w:p>
    <w:p>
      <w:pPr>
        <w:jc w:val="right"/>
      </w:pPr>
      <w:r>
        <w:t>یہ تو اس کو انڈرسٹیمنٹ کرنا ہوا۔</w:t>
      </w:r>
    </w:p>
    <w:p>
      <w:r>
        <w:rPr>
          <w:b/>
        </w:rPr>
        <w:t xml:space="preserve">[15:03] </w:t>
      </w:r>
      <w:r>
        <w:t>yeh bohat hi chota is ka, yeh itni bari insan ki jo quality hai, is ka bohat hi chota application hua.</w:t>
      </w:r>
    </w:p>
    <w:p>
      <w:pPr>
        <w:jc w:val="right"/>
      </w:pPr>
      <w:r>
        <w:t>یہ بہت ہی چھوٹا اس کا، یہ اتنی بڑی انسان کی جو کوالٹی ہے، اس کا بہت ہی چھوٹا ایپلیکیشن ہوا۔</w:t>
      </w:r>
    </w:p>
    <w:p>
      <w:r>
        <w:rPr>
          <w:b/>
        </w:rPr>
        <w:t xml:space="preserve">[15:11] </w:t>
      </w:r>
      <w:r>
        <w:t>yeh to woh sochte sochte mujhe samajh mein aya ke yeh jo insan ke andar Allah taala ne, creator ne, sense rakha hai ke kisi cheez ko bator "wonderful scene" ke dekha hai, woh kisi majmay ko bator "beautiful assembly" ke tor par dekha hai, woh yeh kis liye hai?</w:t>
      </w:r>
    </w:p>
    <w:p>
      <w:pPr>
        <w:jc w:val="right"/>
      </w:pPr>
      <w:r>
        <w:t>یہ تو وہ سوچتے سوچتے مجھے سمجھ میں آیا کہ یہ جو انسان کے اندر اللہ تعالیٰ نے، کریٹر نے، سینس رکھا ہے کہ کسی چیز کو بطور "ونڈرفل سین" کے دیکھا ہے، وہ کسی مجمعے کو بطور "بیوٹی فل اسمبلی" کے طور پر دیکھا ہے، وہ یہ کس لیے ہے؟</w:t>
      </w:r>
    </w:p>
    <w:p>
      <w:r>
        <w:rPr>
          <w:b/>
        </w:rPr>
        <w:t xml:space="preserve">[15:34] </w:t>
      </w:r>
      <w:r>
        <w:t>yeh jannat ke liye hai. haqeeqat yeh hai ke yeh jannat hai jahan insan yeh keh paye ga ke "wonderful morning, wonderful assembly, beautiful assembly".</w:t>
      </w:r>
    </w:p>
    <w:p>
      <w:pPr>
        <w:jc w:val="right"/>
      </w:pPr>
      <w:r>
        <w:t>یہ جنت کے لیے ہے۔ حقیقت یہ ہے کہ یہ جنت ہے جہاں انسان یہ کہہ پائے گا کہ "ونڈرفل مارننگ، ونڈرفل اسمبلی، بیوٹی فل اسمبلی"۔</w:t>
      </w:r>
    </w:p>
    <w:p>
      <w:r>
        <w:rPr>
          <w:b/>
        </w:rPr>
        <w:t xml:space="preserve">[15:54] </w:t>
      </w:r>
      <w:r>
        <w:t>ab mein abhi akhbar mein parh raha tha to itna wehshat hoti hai, sare waqiat kya hain ke dunya mein corruption hai, dishonesty hai, jhoot hai,</w:t>
      </w:r>
    </w:p>
    <w:p>
      <w:pPr>
        <w:jc w:val="right"/>
      </w:pPr>
      <w:r>
        <w:t>اب میں ابھی اخبار میں پڑھ رہا تھا تو اتنا وحشت ہوتی ہے، سارے واقعات کیا ہیں کہ دنیا میں کرپشن ہے، ڈس آنیسٹی ہے، جھوٹ ہے،</w:t>
      </w:r>
    </w:p>
    <w:p>
      <w:r>
        <w:rPr>
          <w:b/>
        </w:rPr>
        <w:t xml:space="preserve">[16:08] </w:t>
      </w:r>
      <w:r>
        <w:t>sathiyat hai, log selfish ho gaye hain. isi ka akhbar mein sara charcha hota hai.</w:t>
      </w:r>
    </w:p>
    <w:p>
      <w:pPr>
        <w:jc w:val="right"/>
      </w:pPr>
      <w:r>
        <w:t>سطحیت ہے، لوگ سیلفش ہو گئے ہیں۔ اسی کا اخبار میں سارا چرچا ہوتا ہے۔</w:t>
      </w:r>
    </w:p>
    <w:p>
      <w:r>
        <w:rPr>
          <w:b/>
        </w:rPr>
        <w:t xml:space="preserve">[16:17] </w:t>
      </w:r>
      <w:r>
        <w:t>to mein ne kaha ke kya insan ke liye yeh muqaddar tha ke itne aala test le kar paida ho? is is aala test ko ya koi fulfillment na mile?</w:t>
      </w:r>
    </w:p>
    <w:p>
      <w:pPr>
        <w:jc w:val="right"/>
      </w:pPr>
      <w:r>
        <w:t>تو میں نے کہا کہ کیا انسان کے لیے یہ مقدر تھا کہ اتنے اعلیٰ ٹیسٹ لے کر پیدا ہو؟ اس اس اعلیٰ ٹیسٹ کو یا کوئی فلفلمنٹ نہ ملے؟</w:t>
      </w:r>
    </w:p>
    <w:p>
      <w:r>
        <w:rPr>
          <w:b/>
        </w:rPr>
        <w:t xml:space="preserve">[16:30] </w:t>
      </w:r>
      <w:r>
        <w:t>yani hum chahte hain ke aik aik is dunya ho jahan koi nuisance create na kare, jahan koi jhoot bolne wala na ho, jahan koi dishonesty na ho, jahan koi corruption na ho,</w:t>
      </w:r>
    </w:p>
    <w:p>
      <w:pPr>
        <w:jc w:val="right"/>
      </w:pPr>
      <w:r>
        <w:t>یعنی ہم چاہتے ہیں کہ ایک ایک اس دنیا ہو جہاں کوئی نیوسنس کریٹ نہ کرے، جہاں کوئی جھوٹ بولنے والا نہ ہو، جہاں کوئی ڈس آنیسٹی نہ ہو، جہاں کوئی کرپشن نہ ہو،</w:t>
      </w:r>
    </w:p>
    <w:p>
      <w:r>
        <w:rPr>
          <w:b/>
        </w:rPr>
        <w:t xml:space="preserve">[16:45] </w:t>
      </w:r>
      <w:r>
        <w:t>jahan log logon ke andar pedigree character ho. yeh kaha, yeh wohi hai jis ko quran mein kaha gaya ke "hasoon oolay rafeeqah".</w:t>
      </w:r>
    </w:p>
    <w:p>
      <w:pPr>
        <w:jc w:val="right"/>
      </w:pPr>
      <w:r>
        <w:t>جہاں لوگ لوگوں کے اندر پیڈیکریبل کریکٹر ہو۔ یہ کہا، یہ وہی ہے جس کو قرآن میں کہا گیا کہ "حاسون اولائے رفیقہ"۔</w:t>
      </w:r>
    </w:p>
    <w:p>
      <w:r>
        <w:rPr>
          <w:b/>
        </w:rPr>
        <w:t xml:space="preserve">[16:56] </w:t>
      </w:r>
      <w:r>
        <w:t>aise behtareen neighbor to sirf jannat mein milenge. jannat ki society mein aisa hoga ke wahan aap</w:t>
      </w:r>
    </w:p>
    <w:p>
      <w:pPr>
        <w:jc w:val="right"/>
      </w:pPr>
      <w:r>
        <w:t>ایسے بہترین نیبر تو صرف جنت میں ملیں گے۔ جنت کی سوسائٹی میں ایسا ہوگا کہ وہاں آپ</w:t>
      </w:r>
    </w:p>
    <w:p>
      <w:r>
        <w:rPr>
          <w:b/>
        </w:rPr>
        <w:t xml:space="preserve">[17:10] </w:t>
      </w:r>
      <w:r>
        <w:t>yeh sare jo aap ke andar senses hain, yeh sense of enjoy hai, jo aap ke andar desire hai, jo aap ke andar ideals hain, ideals insan ka dimagh ideal se bhara hua hai.</w:t>
      </w:r>
    </w:p>
    <w:p>
      <w:pPr>
        <w:jc w:val="right"/>
      </w:pPr>
      <w:r>
        <w:t>یہ سارے جو آپ کے اندر سینسز ہیں، یہ سینس آف انجوائے ہے، جو آپ کے اندر ڈیزائر ہے، جو آپ کے اندر آئیڈیلز ہیں، آئیڈیلز انسان کا دماغ آئیڈیل سے بھرا ہوا ہے۔</w:t>
      </w:r>
    </w:p>
    <w:p>
      <w:r>
        <w:rPr>
          <w:b/>
        </w:rPr>
        <w:t xml:space="preserve">[17:26] </w:t>
      </w:r>
      <w:r>
        <w:t>woh chahta hai ke aisi dunya ho jis jahan eternity ho, eternity ho, jahan dukh na ho, jahan boredom na ho, jahan bimari na ho,</w:t>
      </w:r>
    </w:p>
    <w:p>
      <w:pPr>
        <w:jc w:val="right"/>
      </w:pPr>
      <w:r>
        <w:t>وہ چاہتا ہے کہ ایسی دنیا ہو جس جہاں ایٹرنیٹی ہو، ایٹرنیٹی ہو، جہاں دکھ نہ ہو، جہاں بورڈم نہ ہو، جہاں بیماری نہ ہو،</w:t>
      </w:r>
    </w:p>
    <w:p>
      <w:r>
        <w:rPr>
          <w:b/>
        </w:rPr>
        <w:t xml:space="preserve">[17:41] </w:t>
      </w:r>
      <w:r>
        <w:t>jahan koi accident na ho, jahan koi khof na ho, jahan koi dar na ho. aur phir jahan kahin society ho, aise log hon jin ke darmiyan reh kar aap</w:t>
      </w:r>
    </w:p>
    <w:p>
      <w:pPr>
        <w:jc w:val="right"/>
      </w:pPr>
      <w:r>
        <w:t>جہاں کوئی ایکسیڈنٹ نہ ہو، جہاں کوئی خوف نہ ہو، جہاں کوئی ڈر نہ ہو۔ اور پھر جہاں کہیں سوسائٹی ہو، ایسے لوگ ہوں جن کے درمیان رہ کر آپ</w:t>
      </w:r>
    </w:p>
    <w:p>
      <w:r>
        <w:rPr>
          <w:b/>
        </w:rPr>
        <w:t xml:space="preserve">[18:00] </w:t>
      </w:r>
      <w:r>
        <w:t>apne aala jazbat ki taskeen pa saken.</w:t>
      </w:r>
    </w:p>
    <w:p>
      <w:pPr>
        <w:jc w:val="right"/>
      </w:pPr>
      <w:r>
        <w:t>اپنے اعلیٰ جذبات کی تسکین پا سکیں۔</w:t>
      </w:r>
    </w:p>
    <w:p>
      <w:r>
        <w:rPr>
          <w:b/>
        </w:rPr>
        <w:t xml:space="preserve">[18:06] </w:t>
      </w:r>
      <w:r>
        <w:t>aisi society jahan koi nuisance create na kare, jahan koi dishonesty ka tajurba na karaye aap ko, jahan logon ke andar pedigree character ho,</w:t>
      </w:r>
    </w:p>
    <w:p>
      <w:pPr>
        <w:jc w:val="right"/>
      </w:pPr>
      <w:r>
        <w:t>ایسی سوسائٹی جہاں کوئی نیوسنس کریٹ نہ کرے، جہاں کوئی ڈس آنیسٹی کا تجربہ نہ کرائے آپ کو، جہاں لوگوں کے اندر پیڈیکریبل کریکٹر ہو،</w:t>
      </w:r>
    </w:p>
    <w:p>
      <w:r>
        <w:rPr>
          <w:b/>
        </w:rPr>
        <w:t xml:space="preserve">[18:22] </w:t>
      </w:r>
      <w:r>
        <w:t>jahan logon se baat karne mein khushi hasil hoti ho, jahan jhoot ho, munafiqat na ho, har cheez ideal ho, har cheez perfect ho.</w:t>
      </w:r>
    </w:p>
    <w:p>
      <w:pPr>
        <w:jc w:val="right"/>
      </w:pPr>
      <w:r>
        <w:t>جہاں لوگوں سے بات کرنے میں خوشی حاصل ہوتی ہو، جہاں جھوٹ ہو، منافقت نہ ہو، ہر چیز آئیڈیل ہو، ہر چیز پرفیکٹ ہو۔</w:t>
      </w:r>
    </w:p>
    <w:p>
      <w:r>
        <w:rPr>
          <w:b/>
        </w:rPr>
        <w:t xml:space="preserve">[18:34] </w:t>
      </w:r>
      <w:r>
        <w:t>yeh insaan ke andar bhara hua hai is qism ka desire.</w:t>
      </w:r>
    </w:p>
    <w:p>
      <w:pPr>
        <w:jc w:val="right"/>
      </w:pPr>
      <w:r>
        <w:t>یہ انسان کے اندر بھرا ہوا ہے اس قسم کا ڈیزائر۔</w:t>
      </w:r>
    </w:p>
    <w:p>
      <w:r>
        <w:rPr>
          <w:b/>
        </w:rPr>
        <w:t xml:space="preserve">[18:42] </w:t>
      </w:r>
      <w:r>
        <w:t>to dekhen, yeh dunya mein aap ghhor kijiye to yahan par pair ka system hai, har cheez apne pair ke sath mukammal hoti hai.</w:t>
      </w:r>
    </w:p>
    <w:p>
      <w:pPr>
        <w:jc w:val="right"/>
      </w:pPr>
      <w:r>
        <w:t>تو دیکھیں، یہ دنیا میں آپ غور کیجئے تو یہاں پر پیئر کا سسٹم ہے، ہر چیز اپنے پیئر کے ساتھ مکمل ہوتی ہے۔</w:t>
      </w:r>
    </w:p>
    <w:p>
      <w:r>
        <w:rPr>
          <w:b/>
        </w:rPr>
        <w:t xml:space="preserve">[18:54] </w:t>
      </w:r>
      <w:r>
        <w:t>jaise aap jante hain ke har zarre mein aik positive particle hota hai, aik negative particle hota hai.</w:t>
      </w:r>
    </w:p>
    <w:p>
      <w:pPr>
        <w:jc w:val="right"/>
      </w:pPr>
      <w:r>
        <w:t>جیسے آپ جانتے ہیں کہ ہر ذرے میں ایک پوزیٹیو پارٹیکل ہوتا ہے، ایک نیگیٹیو پارٹیکل ہوتا ہے۔</w:t>
      </w:r>
    </w:p>
    <w:p>
      <w:r>
        <w:rPr>
          <w:b/>
        </w:rPr>
        <w:t xml:space="preserve">[19:04] </w:t>
      </w:r>
      <w:r>
        <w:t>darakhton mein bhi narm mada hote hain, haiwanat mein hi male aur female hote hain, insanon mein aurat aur mard hote hain.</w:t>
      </w:r>
    </w:p>
    <w:p>
      <w:pPr>
        <w:jc w:val="right"/>
      </w:pPr>
      <w:r>
        <w:t>درختوں میں بھی نرم مادہ ہوتے ہیں، حیوانات میں ہی میل اور فی میل ہوتے ہیں، انسانوں میں عورت اور مرد ہوتے ہیں۔</w:t>
      </w:r>
    </w:p>
    <w:p>
      <w:r>
        <w:rPr>
          <w:b/>
        </w:rPr>
        <w:t xml:space="preserve">[19:13] </w:t>
      </w:r>
      <w:r>
        <w:t>yeh pair to aik pair le kar hum jeete hain, ideal ki talash.</w:t>
      </w:r>
    </w:p>
    <w:p>
      <w:pPr>
        <w:jc w:val="right"/>
      </w:pPr>
      <w:r>
        <w:t>یہ پیئر تو ایک پیئر لے کر ہم جیتے ہیں، آئیڈیل کی تلاش۔</w:t>
      </w:r>
    </w:p>
    <w:p>
      <w:r>
        <w:rPr>
          <w:b/>
        </w:rPr>
        <w:t xml:space="preserve">[19:23] </w:t>
      </w:r>
      <w:r>
        <w:t>to is ka doosra pair kahan hai? ideal ki talash aik pair hai, khud ideal kahan hai?</w:t>
      </w:r>
    </w:p>
    <w:p>
      <w:pPr>
        <w:jc w:val="right"/>
      </w:pPr>
      <w:r>
        <w:t>تو اس کا دوسرا پیئر کہاں ہے؟ آئیڈیل کی تلاش ایک پیئر ہے، خود آئیڈیل کہاں ہے؟</w:t>
      </w:r>
    </w:p>
    <w:p>
      <w:r>
        <w:rPr>
          <w:b/>
        </w:rPr>
        <w:t xml:space="preserve">[19:33] </w:t>
      </w:r>
      <w:r>
        <w:t>ideal world kahan hai? isi ka jawab hai ke jannat.</w:t>
      </w:r>
    </w:p>
    <w:p>
      <w:pPr>
        <w:jc w:val="right"/>
      </w:pPr>
      <w:r>
        <w:t>آئیڈیل ورلڈ کہاں ہے؟ اسی کا جواب ہے کہ جنت۔</w:t>
      </w:r>
    </w:p>
    <w:p>
      <w:r>
        <w:rPr>
          <w:b/>
        </w:rPr>
        <w:t xml:space="preserve">[19:42] </w:t>
      </w:r>
      <w:r>
        <w:t>ab mein aap ko aik aur baat ki taraf le chalta hoon</w:t>
      </w:r>
    </w:p>
    <w:p>
      <w:pPr>
        <w:jc w:val="right"/>
      </w:pPr>
      <w:r>
        <w:t>اب میں آپ کو ایک اور بات کی طرف لے چلتا ہوں</w:t>
      </w:r>
    </w:p>
    <w:p>
      <w:r>
        <w:rPr>
          <w:b/>
        </w:rPr>
        <w:t xml:space="preserve">[19:47] </w:t>
      </w:r>
      <w:r>
        <w:t>ke jannat kin logon ke liye hai? woh kaun log hain jin ko Allah taala jannat ke liye faisla farmaye ga?</w:t>
      </w:r>
    </w:p>
    <w:p>
      <w:pPr>
        <w:jc w:val="right"/>
      </w:pPr>
      <w:r>
        <w:t>کہ جنت کن لوگوں کے لیے ہے؟ وہ کون لوگ ہیں جن کو اللہ تعالیٰ جنت کے لیے فیصلہ فرمائے گا؟</w:t>
      </w:r>
    </w:p>
    <w:p>
      <w:r>
        <w:rPr>
          <w:b/>
        </w:rPr>
        <w:t xml:space="preserve">[19:58] </w:t>
      </w:r>
      <w:r>
        <w:t>is par mein ne bohat ghhor kiya Quran o Hadees mein.</w:t>
      </w:r>
    </w:p>
    <w:p>
      <w:pPr>
        <w:jc w:val="right"/>
      </w:pPr>
      <w:r>
        <w:t>اس پر میں نے بہت غور کیا قرآن و حدیث میں۔</w:t>
      </w:r>
    </w:p>
    <w:p>
      <w:r>
        <w:rPr>
          <w:b/>
        </w:rPr>
        <w:t xml:space="preserve">[20:04] </w:t>
      </w:r>
      <w:r>
        <w:t>to jo cheez mein ne pai woh yeh thi ke is dunya mein aap jante hain ke Quran mein hai ke baali tasbeeh parhti hai,</w:t>
      </w:r>
    </w:p>
    <w:p>
      <w:pPr>
        <w:jc w:val="right"/>
      </w:pPr>
      <w:r>
        <w:t>تو جو چیز میں نے پائی وہ یہ تھی کہ اس دنیا میں آپ جانتے ہیں کہ قرآن میں ہے کہ بیلی تسبیح پڑھتی ہے،</w:t>
      </w:r>
    </w:p>
    <w:p>
      <w:r>
        <w:rPr>
          <w:b/>
        </w:rPr>
        <w:t xml:space="preserve">[20:18] </w:t>
      </w:r>
      <w:r>
        <w:t>sooraj chand Allah ki tasbeeh karte hain. lekin yeh tasbeeh kya hai? yeh to matlab yeh hai ke woh divine plan ke theek theek mutabiq chalte hain, yeh un ki tasbeeh hai.</w:t>
      </w:r>
    </w:p>
    <w:p>
      <w:pPr>
        <w:jc w:val="right"/>
      </w:pPr>
      <w:r>
        <w:t>سورج چاند اللہ کی تسبیح کرتے ہیں۔ لیکن یہ تسبیح کیا ہے؟ یہ تو مطلب یہ ہے کہ وہ ڈیوائن پلان کے ٹھیک ٹھیک مطابق چلتے ہیں، یہ ان کی تسبیح ہے۔</w:t>
      </w:r>
    </w:p>
    <w:p>
      <w:r>
        <w:rPr>
          <w:b/>
        </w:rPr>
        <w:t xml:space="preserve">[20:33] </w:t>
      </w:r>
      <w:r>
        <w:t>lekin shaoori tasbeeh aur self discovered tasbeeh, tasbeeh woh sirf insaan ke liye hai. Quran mein farishton ke baray mein hai ke unhon ne kaha:</w:t>
      </w:r>
    </w:p>
    <w:p>
      <w:pPr>
        <w:jc w:val="right"/>
      </w:pPr>
      <w:r>
        <w:t>لیکن شعوری تسبیح اور سیلف ڈسکورڈ تسبیح، تسبیح وہ صرف انسان کے لیے ہے۔ قرآن میں فرشتوں کے بارے میں ہے کہ انہوں نے کہا:</w:t>
      </w:r>
    </w:p>
    <w:p>
      <w:r>
        <w:rPr>
          <w:b/>
        </w:rPr>
        <w:t xml:space="preserve">[20:48] </w:t>
      </w:r>
      <w:r>
        <w:t>"subhanak la ilm lana illa ma allamt". hum to hotay hain, jantay hain jo aap ne hamein bataya.</w:t>
      </w:r>
    </w:p>
    <w:p>
      <w:pPr>
        <w:jc w:val="right"/>
      </w:pPr>
      <w:r>
        <w:t>"سبحانک لا علم لنا الا معلمت"۔ ہم تو ہوتے ہیں، جانتے ہیں جو آپ نے ہمیں بتایا۔</w:t>
      </w:r>
    </w:p>
    <w:p>
      <w:r>
        <w:rPr>
          <w:b/>
        </w:rPr>
        <w:t xml:space="preserve">[20:59] </w:t>
      </w:r>
      <w:r>
        <w:t>yeh insaan ki sifat hai ke "wa ma khalaqtul jinna wal insa illa li ya'budun" ke marifat ke liye paida kiya Allah taala ne insaan ko.</w:t>
      </w:r>
    </w:p>
    <w:p>
      <w:pPr>
        <w:jc w:val="right"/>
      </w:pPr>
      <w:r>
        <w:t>یہ انسان کی صفت ہے کہ "وما خلقت الجن والانس الا لیعبدون" کہ معرفت کے لیے پیدا کیا اللہ تعالیٰ نے انسان کو۔</w:t>
      </w:r>
    </w:p>
    <w:p>
      <w:r>
        <w:rPr>
          <w:b/>
        </w:rPr>
        <w:t xml:space="preserve">[21:09] </w:t>
      </w:r>
      <w:r>
        <w:t>is se mein ne yeh samjha hai ke aik hai God given realization aur aik hai self discovered realization,</w:t>
      </w:r>
    </w:p>
    <w:p>
      <w:pPr>
        <w:jc w:val="right"/>
      </w:pPr>
      <w:r>
        <w:t>اس سے میں نے یہ سمجھا ہے کہ ایک ہے گاڈ گیون ریلائزیشن اور ایک ہے سیلف ڈسکورڈ ریلائزیشن،</w:t>
      </w:r>
    </w:p>
    <w:p>
      <w:r>
        <w:rPr>
          <w:b/>
        </w:rPr>
        <w:t xml:space="preserve">[21:23] </w:t>
      </w:r>
      <w:r>
        <w:t>yani ata kardah marifat aur khud daryaft kardah marifat.</w:t>
      </w:r>
    </w:p>
    <w:p>
      <w:pPr>
        <w:jc w:val="right"/>
      </w:pPr>
      <w:r>
        <w:t>یعنی عطا کردہ معرفت اور خود دریافت کردہ معرفت۔</w:t>
      </w:r>
    </w:p>
    <w:p>
      <w:r>
        <w:rPr>
          <w:b/>
        </w:rPr>
        <w:t xml:space="preserve">[21:29] </w:t>
      </w:r>
      <w:r>
        <w:t>to farishton ko bhi marifat hasil hai, lekin un ki marifat ata kardah marifat hai, yani God given realization hai.</w:t>
      </w:r>
    </w:p>
    <w:p>
      <w:pPr>
        <w:jc w:val="right"/>
      </w:pPr>
      <w:r>
        <w:t>تو فرشتوں کو بھی معرفت حاصل ہے، لیکن ان کی معرفت عطا کردہ معرفت ہے، یعنی گاڈ گیون ریلائزیشن ہے۔</w:t>
      </w:r>
    </w:p>
    <w:p>
      <w:r>
        <w:rPr>
          <w:b/>
        </w:rPr>
        <w:t xml:space="preserve">[21:39] </w:t>
      </w:r>
      <w:r>
        <w:t>yeh insaan hai jo apne dimagh ko istemal karta hai, apne unique dimagh ko istemal karta hai, aur phir daryaft karta hai khud se.</w:t>
      </w:r>
    </w:p>
    <w:p>
      <w:pPr>
        <w:jc w:val="right"/>
      </w:pPr>
      <w:r>
        <w:t>یہ انسان ہے جو اپنے دماغ کو استعمال کرتا ہے، اپنے یونیک دماغ کو استعمال کرتا ہے، اور پھر دریافت کرتا ہے خود سے۔</w:t>
      </w:r>
    </w:p>
    <w:p>
      <w:r>
        <w:rPr>
          <w:b/>
        </w:rPr>
        <w:t xml:space="preserve">[21:49] </w:t>
      </w:r>
      <w:r>
        <w:t>woh self discovered marifat par khara hota hai.</w:t>
      </w:r>
    </w:p>
    <w:p>
      <w:pPr>
        <w:jc w:val="right"/>
      </w:pPr>
      <w:r>
        <w:t>وہ سیلف ڈسکورڈ معرفت پر کھڑا ہوتا ہے۔</w:t>
      </w:r>
    </w:p>
    <w:p>
      <w:r>
        <w:rPr>
          <w:b/>
        </w:rPr>
        <w:t xml:space="preserve">[21:55] </w:t>
      </w:r>
      <w:r>
        <w:t>yeh aik anokhi sifat hai insaan ki ke woh marifat ko khud se discover kar sakta hai. to jo log aisa kar paayein, un ko Khuda poori history se select kare ga, aise afraad ko.</w:t>
      </w:r>
    </w:p>
    <w:p>
      <w:pPr>
        <w:jc w:val="right"/>
      </w:pPr>
      <w:r>
        <w:t>یہ ایک انوکھی صفت ہے انسان کی کہ وہ معرفت کو خود سے ڈسکور کر سکتا ہے۔ تو جو لوگ ایسا کر پائیں، ان کو خدا پوری ہسٹری سے سلیکٹ کرے گا، ایسے افراد کو۔</w:t>
      </w:r>
    </w:p>
    <w:p>
      <w:r>
        <w:rPr>
          <w:b/>
        </w:rPr>
        <w:t xml:space="preserve">[22:12] </w:t>
      </w:r>
      <w:r>
        <w:t>dekhen, ab mein kai bar yeh baat kar chuka hoon ke Allah ka nishana afraad hain, Allah ka nishana majmooa nahi hai, majmooa nahi hai.</w:t>
      </w:r>
    </w:p>
    <w:p>
      <w:pPr>
        <w:jc w:val="right"/>
      </w:pPr>
      <w:r>
        <w:t>دیکھیں، اب میں کئی بار یہ بات کر چکا ہوں کہ اللہ کا نشانہ افراد ہیں، اللہ کا نشانہ مجموعہ نہیں ہے، مجموعہ نہیں ہے۔</w:t>
      </w:r>
    </w:p>
    <w:p>
      <w:r>
        <w:rPr>
          <w:b/>
        </w:rPr>
        <w:t xml:space="preserve">[22:26] </w:t>
      </w:r>
      <w:r>
        <w:t>to poori history se Allah aise afraad ko, aise individuals ko ikatha kare ga, select kare ga jo self discovered realization par khari hui hon,</w:t>
      </w:r>
    </w:p>
    <w:p>
      <w:pPr>
        <w:jc w:val="right"/>
      </w:pPr>
      <w:r>
        <w:t>تو پوری ہسٹری سے اللہ ایسے افراد کو، ایسے انڈیویجولز کو اکٹھا کرے گا، سیٹ سلیکٹ کرے گا جو سیلف ڈسکورڈ ریلائزیشن پر کھڑی ہوئی ہوں،</w:t>
      </w:r>
    </w:p>
    <w:p>
      <w:r>
        <w:rPr>
          <w:b/>
        </w:rPr>
        <w:t xml:space="preserve">[22:42] </w:t>
      </w:r>
      <w:r>
        <w:t>aur un ko jannat mein dakhil kare ga. dekhen, self discovered realization saada baat nahi hai, yeh aik poori universe hai.</w:t>
      </w:r>
    </w:p>
    <w:p>
      <w:pPr>
        <w:jc w:val="right"/>
      </w:pPr>
      <w:r>
        <w:t>اور ان کو جنت میں داخل کرے گا۔ دیکھیں، سیلف ڈسکورڈ ریلائزیشن سادہ بات نہیں ہے، یہ ایک پوری یونیورس ہے۔</w:t>
      </w:r>
    </w:p>
    <w:p>
      <w:r>
        <w:rPr>
          <w:b/>
        </w:rPr>
        <w:t xml:space="preserve">[22:51] </w:t>
      </w:r>
      <w:r>
        <w:t>universe</w:t>
      </w:r>
    </w:p>
    <w:p>
      <w:pPr>
        <w:jc w:val="right"/>
      </w:pPr>
      <w:r>
        <w:t>یونیورس</w:t>
      </w:r>
    </w:p>
    <w:p>
      <w:r>
        <w:rPr>
          <w:b/>
        </w:rPr>
        <w:t xml:space="preserve">[22:54] </w:t>
      </w:r>
      <w:r>
        <w:t>jaise ek darakht hai, is ka beej chhota sa hota hai, lekin is beej mein ek bohat bari haqeeqat chhupi hui hoti hai jo jab zahir hoti hai to kai story ki building ke barabar is darakht ban jati hai.</w:t>
      </w:r>
    </w:p>
    <w:p>
      <w:pPr>
        <w:jc w:val="right"/>
      </w:pPr>
      <w:r>
        <w:t>جیسے ایک درخت ہے، اس کا بیج چھوٹا سا ہوتا ہے، لیکن اس بیج میں ایک بہت بڑی حقیقت چھپی ہوئی ہوتی ہے جو جب ظاہر ہوتی ہے تو کئی سٹوری کی بلڈنگ کے برابر اس درخت بن جاتی ہے۔</w:t>
      </w:r>
    </w:p>
    <w:p>
      <w:r>
        <w:rPr>
          <w:b/>
        </w:rPr>
        <w:t xml:space="preserve">[23:13] </w:t>
      </w:r>
      <w:r>
        <w:t>wo</w:t>
      </w:r>
    </w:p>
    <w:p>
      <w:pPr>
        <w:jc w:val="right"/>
      </w:pPr>
      <w:r>
        <w:t>وہ</w:t>
      </w:r>
    </w:p>
    <w:p>
      <w:r>
        <w:rPr>
          <w:b/>
        </w:rPr>
        <w:t xml:space="preserve">[23:16] </w:t>
      </w:r>
      <w:r>
        <w:t>isi liye quran mein hai ke "misal al qalamah al tayibah, kanjrat tayibah, asal o asabat al faragh". to self discovered realization jo hai, ek bhonchal hai, ek brainstorming hai, ek zalzala hai,</w:t>
      </w:r>
    </w:p>
    <w:p>
      <w:pPr>
        <w:jc w:val="right"/>
      </w:pPr>
      <w:r>
        <w:t>اسی لیے قرآن میں ہے کہ "مثل القلمۃ الطیبہ، کنجرت طیبہ، اصل و اصابت الفراغ"۔ تو سیلف ڈسکورڈ ریلائزیشن جو ہے، ایک بھونچال ہے، ایک برین سٹارمنگ ہے، ایک زلزلہ ہے،</w:t>
      </w:r>
    </w:p>
    <w:p>
      <w:r>
        <w:rPr>
          <w:b/>
        </w:rPr>
        <w:t xml:space="preserve">[23:37] </w:t>
      </w:r>
      <w:r>
        <w:t>ek bohat bari haqeeqat hai jo insan ke andar utarti hai.</w:t>
      </w:r>
    </w:p>
    <w:p>
      <w:pPr>
        <w:jc w:val="right"/>
      </w:pPr>
      <w:r>
        <w:t>ایک بہت بڑی حقیقت ہے جو انسان کے اندر اترتی ہے۔</w:t>
      </w:r>
    </w:p>
    <w:p>
      <w:r>
        <w:rPr>
          <w:b/>
        </w:rPr>
        <w:t xml:space="preserve">[23:42] </w:t>
      </w:r>
      <w:r>
        <w:t>phir jab wo translate hoti hai, tab wo insan banta hai jo jannat mein entry ke qabil ho, jis ke baray mein quran mein hai ke "fi maqad sadq inda al malik muqtadir".</w:t>
      </w:r>
    </w:p>
    <w:p>
      <w:pPr>
        <w:jc w:val="right"/>
      </w:pPr>
      <w:r>
        <w:t>پھر جب وہ ٹرانسلیٹ ہوتی ہے، تب وہ انسان بنتا ہے جو جنت میں انٹری کے قابل ہو، جس کے بارے میں قرآن میں ہے کہ "فی مقد صدق عند الملک مقتدر"۔</w:t>
      </w:r>
    </w:p>
    <w:p>
      <w:r>
        <w:rPr>
          <w:b/>
        </w:rPr>
        <w:t xml:space="preserve">[24:00] </w:t>
      </w:r>
      <w:r>
        <w:t>Allah ke paas sachai ki seat par baithe hue log</w:t>
      </w:r>
    </w:p>
    <w:p>
      <w:pPr>
        <w:jc w:val="right"/>
      </w:pPr>
      <w:r>
        <w:t>اللہ کے پاس سچائی کی سیٹ پر بیٹھے ہوئے لوگ</w:t>
      </w:r>
    </w:p>
    <w:p>
      <w:r>
        <w:rPr>
          <w:b/>
        </w:rPr>
        <w:t xml:space="preserve">[24:05] </w:t>
      </w:r>
      <w:r>
        <w:t>. to aisa insan jo hai, jis ko yeh dolat milti hai, khud daryaft kardah marfat ki dolat, is ki zindagi mein ek ek nai personality emerge karti hai, ek nai shakhsiyat banti hai.</w:t>
      </w:r>
    </w:p>
    <w:p>
      <w:pPr>
        <w:jc w:val="right"/>
      </w:pPr>
      <w:r>
        <w:t>۔ تو ایسا انسان جو ہے، جس کو یہ دولت ملتی ہے، خود دریافت کردہ معرفت کی دولت، اس کی زندگی میں ایک ایک نئی پرسنیلٹی ایمرج کرتی ہے، ایک نئی شخصیت بنتی ہے۔</w:t>
      </w:r>
    </w:p>
    <w:p>
      <w:r>
        <w:rPr>
          <w:b/>
        </w:rPr>
        <w:t xml:space="preserve">[24:22] </w:t>
      </w:r>
      <w:r>
        <w:t>yeh shakhsiyat jise quran mein kaha gaya hai ke "zalika jaza mutazikrah",</w:t>
      </w:r>
    </w:p>
    <w:p>
      <w:pPr>
        <w:jc w:val="right"/>
      </w:pPr>
      <w:r>
        <w:t>یہ شخصیت جسے قرآن میں کہا گیا ہے کہ "ذالک جزا متذکرہ"،</w:t>
      </w:r>
    </w:p>
    <w:p>
      <w:r>
        <w:rPr>
          <w:b/>
        </w:rPr>
        <w:t xml:space="preserve">[24:27] </w:t>
      </w:r>
      <w:r>
        <w:t>yani quran mein jo muzakkar shakhsiyat ke liye bataya gaya hai ke ke jannat muzakkar shakhsiyat ke liye hai, to muzakkar shakhsiyat ko bohat bohat hi reduced andaz mein log sochte hain.</w:t>
      </w:r>
    </w:p>
    <w:p>
      <w:pPr>
        <w:jc w:val="right"/>
      </w:pPr>
      <w:r>
        <w:t>یعنی قرآن میں جو مذکر شخصیت کے لیے بتایا گیا ہے کہ کہ جنت مذکر شخصیت کے لیے ہے، تو مذکر شخصیت کو بہت بہت ہی ریڈیوسڈ انداز میں لوگ سوچتے ہیں۔</w:t>
      </w:r>
    </w:p>
    <w:p>
      <w:r>
        <w:rPr>
          <w:b/>
        </w:rPr>
        <w:t xml:space="preserve">[24:43] </w:t>
      </w:r>
      <w:r>
        <w:t>hamare park mein ek sahab aate hain, subah ko rozana un ke hath mein lambi tasbeeh hoti hai, wahan wo baithte hain aur tasbeeh ka nisaab poora karte hain, chup chap phir chale aate hain.</w:t>
      </w:r>
    </w:p>
    <w:p>
      <w:pPr>
        <w:jc w:val="right"/>
      </w:pPr>
      <w:r>
        <w:t>ہمارے پارک میں ایک صاحب آتے ہیں، صبح کو روزانہ ان کے ہاتھ میں لمبی تسبیح ہوتی ہے، وہاں وہ بیٹھتے ہیں اور تسبیح کا نصاب پورا کرتے ہیں، چپ چاپ پھر چلے آتے ہیں۔</w:t>
      </w:r>
    </w:p>
    <w:p>
      <w:r>
        <w:rPr>
          <w:b/>
        </w:rPr>
        <w:t xml:space="preserve">[24:56] </w:t>
      </w:r>
      <w:r>
        <w:t>wo samajhte hain ke bas yeh nisaab tasbeeh ka poora kar do, jannat hai. yeh sab khud sakhtah miyar hai, khud sakhtah jannat is ke liye hai jo apne andar jannati personality develop kare,</w:t>
      </w:r>
    </w:p>
    <w:p>
      <w:pPr>
        <w:jc w:val="right"/>
      </w:pPr>
      <w:r>
        <w:t>وہ سمجھتے ہیں کہ بس یہ نصاب تسبیح کا پورا کر دو، جنت ہے۔ یہ سب خود ساختہ معیار ہے، خود ساختہ جنت اس کے لیے ہے جو اپنے اندر جنتی پرسنیلٹی ڈیولپ کرے،</w:t>
      </w:r>
    </w:p>
    <w:p>
      <w:r>
        <w:rPr>
          <w:b/>
        </w:rPr>
        <w:t xml:space="preserve">[25:13] </w:t>
      </w:r>
      <w:r>
        <w:t>jannati shakhsiyat banaye apne andar. muzakkar shakhsiyat, wo shakhsiyat yahi hai.</w:t>
      </w:r>
    </w:p>
    <w:p>
      <w:pPr>
        <w:jc w:val="right"/>
      </w:pPr>
      <w:r>
        <w:t>جنتی شخصیت بنائے اپنے اندر۔ مذکر شخصیت، وہ شخصیت یہی ہے۔</w:t>
      </w:r>
    </w:p>
    <w:p>
      <w:r>
        <w:rPr>
          <w:b/>
        </w:rPr>
        <w:t xml:space="preserve">[25:22] </w:t>
      </w:r>
      <w:r>
        <w:t>is shakhsiyat ka aghaz hota hai self discovered marfat se. jab yeh cheez kisi ke andar paida hoti hai to phir wo grow karti hai, grow karti hai, grow karti hai.</w:t>
      </w:r>
    </w:p>
    <w:p>
      <w:pPr>
        <w:jc w:val="right"/>
      </w:pPr>
      <w:r>
        <w:t>اس شخصیت کا آغاز ہوتا ہے سیلف ڈسکورڈ معرفت سے۔ جب یہ چیز کسی کے اندر پیدا ہوتی ہے تو پھر وہ گرو کرتی ہے، گرو کرتی ہے، گرو کرتی ہے۔</w:t>
      </w:r>
    </w:p>
    <w:p>
      <w:r>
        <w:rPr>
          <w:b/>
        </w:rPr>
        <w:t xml:space="preserve">[25:36] </w:t>
      </w:r>
      <w:r>
        <w:t>jaise seed jo hai, grow kare to grow karta hai, phir dheere dheere darakht ban jata hai.</w:t>
      </w:r>
    </w:p>
    <w:p>
      <w:pPr>
        <w:jc w:val="right"/>
      </w:pPr>
      <w:r>
        <w:t>جیسے سیڈ جو ہے، گرو کرے تو گرو کرتا ہے، پھر دھیرے دھیرے درخت بن جاتا ہے۔</w:t>
      </w:r>
    </w:p>
    <w:p>
      <w:r>
        <w:rPr>
          <w:b/>
        </w:rPr>
        <w:t xml:space="preserve">[25:44] </w:t>
      </w:r>
      <w:r>
        <w:t>phir wahi wo insan hai jo Allah ke paros mein rehne ka mustahiq ho, jo Allah ke qareeb sachai ki seat par baithne ke qabil ho, jo jannat ki highly refined society mein basaye jaane ke qabil ho.</w:t>
      </w:r>
    </w:p>
    <w:p>
      <w:pPr>
        <w:jc w:val="right"/>
      </w:pPr>
      <w:r>
        <w:t>پھر وہی وہ انسان ہے جو اللہ کے پڑوس میں رہنے کا مستحق ہو، جو اللہ کے قریب سچائی کی سیٹ پر بیٹھنے کے قابل ہو، جو جنت کی ہائیلی ریفائنڈ سوسائٹی میں بسائے جانے کے قابل ہو۔</w:t>
      </w:r>
    </w:p>
    <w:p>
      <w:r>
        <w:rPr>
          <w:b/>
        </w:rPr>
        <w:t xml:space="preserve">[26:07] </w:t>
      </w:r>
      <w:r>
        <w:t>dekhen, mein ek misal doon ga ke kaise aisa hota hai. aisi shakhsiyat banti kaise hai?</w:t>
      </w:r>
    </w:p>
    <w:p>
      <w:pPr>
        <w:jc w:val="right"/>
      </w:pPr>
      <w:r>
        <w:t>دیکھیں، میں ایک مثال دوں گا کہ کیسے ایسا ہوتا ہے۔ ایسی شخصیت بنتی کیسے ہے؟</w:t>
      </w:r>
    </w:p>
    <w:p>
      <w:r>
        <w:rPr>
          <w:b/>
        </w:rPr>
        <w:t xml:space="preserve">[26:14] </w:t>
      </w:r>
      <w:r>
        <w:t>aisi shakhsiyat bohat hi creative shakhsiyat hoti hai. wo yeh nahi ke aap ne tasbeeh ka nisaab poora kar diya to bas yeh sab kuch bhi nahi, sab behaqeeqat baatein hain.</w:t>
      </w:r>
    </w:p>
    <w:p>
      <w:pPr>
        <w:jc w:val="right"/>
      </w:pPr>
      <w:r>
        <w:t>ایسی شخصیت بہت ہی کریٹیو شخصیت ہوتی ہے۔ وہ یہ نہیں کہ آپ نے تسبیح کا نصاب پورا کر دیا تو بس یہ سب کچھ بھی نہیں، سب بے حقیقت باتیں ہیں۔</w:t>
      </w:r>
    </w:p>
    <w:p>
      <w:r>
        <w:rPr>
          <w:b/>
        </w:rPr>
        <w:t xml:space="preserve">[26:29] </w:t>
      </w:r>
      <w:r>
        <w:t>ek creative personality aap ke andar janam leti hai, tab aap jannati shakhsiyat bante hain.</w:t>
      </w:r>
    </w:p>
    <w:p>
      <w:pPr>
        <w:jc w:val="right"/>
      </w:pPr>
      <w:r>
        <w:t>ایک کریٹیو پرسنیلٹی آپ کے اندر جنم لیتی ہے، تب آپ جنتی شخصیت بنتے ہیں۔</w:t>
      </w:r>
    </w:p>
    <w:p>
      <w:r>
        <w:rPr>
          <w:b/>
        </w:rPr>
        <w:t xml:space="preserve">[26:39] </w:t>
      </w:r>
      <w:r>
        <w:t>creative personality, is ki mein misal deta hoon aap ko ke har din aap ko ek nai discovery ho. jab aap dekhen ke mujhe har din ek nai discovery hoti hai, tab samjhiye ke aap ke andar creative personality ban rahi hai.</w:t>
      </w:r>
    </w:p>
    <w:p>
      <w:pPr>
        <w:jc w:val="right"/>
      </w:pPr>
      <w:r>
        <w:t>کریٹیو پرسنیلٹی، اس کی میں مثال دیتا ہوں آپ کو کہ ہر دن آپ کو ایک نئی ڈسکوری ہو۔ جب آپ دیکھیں کہ مجھے ہر دن ایک نئی ڈسکوری ہوتی ہے، تب سمجھیے کہ آپ کے اندر کریٹیو پرسنیلٹی بن رہی ہے۔</w:t>
      </w:r>
    </w:p>
    <w:p>
      <w:r>
        <w:rPr>
          <w:b/>
        </w:rPr>
        <w:t xml:space="preserve">[26:59] </w:t>
      </w:r>
      <w:r>
        <w:t>hota yeh hai ke dunya mein har aap ko tarah tarah ke tajrube pesh aate hain, tarah tarah ke experience.</w:t>
      </w:r>
    </w:p>
    <w:p>
      <w:pPr>
        <w:jc w:val="right"/>
      </w:pPr>
      <w:r>
        <w:t>ہوتا یہ ہے کہ دنیا میں ہر آپ کو طرح طرح کے تجربے پیش آتے ہیں، طرح طرح کے ایکسپیرینس۔</w:t>
      </w:r>
    </w:p>
    <w:p>
      <w:r>
        <w:rPr>
          <w:b/>
        </w:rPr>
        <w:t xml:space="preserve">[27:08] </w:t>
      </w:r>
      <w:r>
        <w:t>to ek experience jo hota hai, is mein aap ki shakhs, aap ka mind trigger hota hai, trigger, aur phir ek dunya aap ke samne khul jati hai. jaise hadith mein aata hai, Hazrat Aisha farmati hain Rasool Allah ke baray mein:</w:t>
      </w:r>
    </w:p>
    <w:p>
      <w:pPr>
        <w:jc w:val="right"/>
      </w:pPr>
      <w:r>
        <w:t>تو ایک ایکسپیرینس جو ہوتا ہے، اس میں آپ کی شخص، آپ کا مائنڈ ٹریگر ہوتا ہے، ٹریگر، اور پھر ایک دنیا آپ کے سامنے کھل جاتی ہے۔ جیسے حدیث میں آتا ہے، حضرت عائشہ فرماتی ہیں رسول اللہ کے بارے میں:</w:t>
      </w:r>
    </w:p>
    <w:p>
      <w:r>
        <w:rPr>
          <w:b/>
        </w:rPr>
        <w:t xml:space="preserve">[27:22] </w:t>
      </w:r>
      <w:r>
        <w:t>"kaan yadhkur Allah fi kulli ayani". yani har auqat par aap Allah ka koi yaad karte thay. yeh kya hai?</w:t>
      </w:r>
    </w:p>
    <w:p>
      <w:pPr>
        <w:jc w:val="right"/>
      </w:pPr>
      <w:r>
        <w:t>"کان یذکر اللہ فی کل ایانی"۔ یعنی ہر اوقات پر آپ اللہ کا کوئی یاد کرتے تھے۔ یہ کیا ہے؟</w:t>
      </w:r>
    </w:p>
    <w:p>
      <w:r>
        <w:rPr>
          <w:b/>
        </w:rPr>
        <w:t xml:space="preserve">[27:32] </w:t>
      </w:r>
      <w:r>
        <w:t>yani har mauqa aap ke andar, aap ki, aap ke mind ko trigger kar deta tha, aur phir ek marfat ka samandar aap ke mind mein aa jata tha.</w:t>
      </w:r>
    </w:p>
    <w:p>
      <w:pPr>
        <w:jc w:val="right"/>
      </w:pPr>
      <w:r>
        <w:t>یعنی ہر موقع آپ کے اندر، آپ کی، آپ کے مائنڈ کو ٹریگر کر دیتا تھا، اور پھر ایک معرفت کا سمندر آپ کے مائنڈ میں آ جاتا تھا۔</w:t>
      </w:r>
    </w:p>
    <w:p>
      <w:r>
        <w:rPr>
          <w:b/>
        </w:rPr>
        <w:t xml:space="preserve">[27:43] </w:t>
      </w:r>
      <w:r>
        <w:t>yeh matlab nahi is ka hai ke har mauqa par keh diya kuch alfaaz: "Alhamdulillah, Subhan Allah, Inshallah".</w:t>
      </w:r>
    </w:p>
    <w:p>
      <w:pPr>
        <w:jc w:val="right"/>
      </w:pPr>
      <w:r>
        <w:t>یہ مطلب نہیں اس کا ہے کہ ہر موقع پر کہہ دیا کچھ الفاظ: "الحمدللہ، سبحان اللہ، انشاءاللہ"۔</w:t>
      </w:r>
    </w:p>
    <w:p>
      <w:r>
        <w:rPr>
          <w:b/>
        </w:rPr>
        <w:t xml:space="preserve">[27:51] </w:t>
      </w:r>
      <w:r>
        <w:t>yeh matlab nahi is ka hai</w:t>
      </w:r>
    </w:p>
    <w:p>
      <w:pPr>
        <w:jc w:val="right"/>
      </w:pPr>
      <w:r>
        <w:t>یہ مطلب نہیں اس کا ہے</w:t>
      </w:r>
    </w:p>
    <w:p>
      <w:r>
        <w:rPr>
          <w:b/>
        </w:rPr>
        <w:t xml:space="preserve">[27:57] </w:t>
      </w:r>
      <w:r>
        <w:t>keh har auqaat par, har mauqa par aap Allah ko yaad karte thay. is ka matlab yahi hai keh har experience aap ke mind ko trigger kar deta tha, aur phir Allah ki marifat ka samandar moojdaar ho jata tha aap ke mind mein.</w:t>
      </w:r>
    </w:p>
    <w:p>
      <w:pPr>
        <w:jc w:val="right"/>
      </w:pPr>
      <w:r>
        <w:t>کہ ہر اوقات پر، ہر موقع پر آپ اللہ کو یاد کرتے تھے۔ اس کا مطلب یہی ہے کہ ہر ایکسپیرینس آپ کے مائنڈ کو ٹریگر کر دیتا تھا، اور پھر اللہ کی معرفت کا سمندر موجدار ہو جاتا تھا آپ کے مائنڈ میں۔</w:t>
      </w:r>
    </w:p>
    <w:p>
      <w:r>
        <w:rPr>
          <w:b/>
        </w:rPr>
        <w:t xml:space="preserve">[28:15] </w:t>
      </w:r>
      <w:r>
        <w:t>woh kaise hota hota hai? yeh yeh waqea kaise hota hai? mein aap ko aik misaal deta hoon. abhi hamare haan kal aisa hua keh kisi wajah se hamare haan pani nahi aaya.</w:t>
      </w:r>
    </w:p>
    <w:p>
      <w:pPr>
        <w:jc w:val="right"/>
      </w:pPr>
      <w:r>
        <w:t>وہ کیسے ہوتا ہوتا ہے؟ یہ یہ واقعہ کیسے ہوتا ہے؟ میں آپ کو ایک مثال دیتا ہوں۔ ابھی ہمارے ہاں کل ایسا ہوا کہ کسی وجہ سے ہمارے ہاں پانی نہیں آیا۔</w:t>
      </w:r>
    </w:p>
    <w:p>
      <w:r>
        <w:rPr>
          <w:b/>
        </w:rPr>
        <w:t xml:space="preserve">[28:31] </w:t>
      </w:r>
      <w:r>
        <w:t>yani pani ki jo supply hoti hai, kisi wajah se woh kya hua keh hamare haan pani nahi aaya. toh jo tap thay hamare ghar mein, bohat saare tap lage hue hain,</w:t>
      </w:r>
    </w:p>
    <w:p>
      <w:pPr>
        <w:jc w:val="right"/>
      </w:pPr>
      <w:r>
        <w:t>یعنی پانی کی جو سپلائی ہوتی ہے، کسی وجہ سے وہ کیا ہوا کہ ہمارے ہاں پانی نہیں آیا۔ تو جو ٹیپ تھے ہمارے گھر میں، بہت سارے ٹیپ لگے ہوئے ہیں،</w:t>
      </w:r>
    </w:p>
    <w:p>
      <w:r>
        <w:rPr>
          <w:b/>
        </w:rPr>
        <w:t xml:space="preserve">[28:45] </w:t>
      </w:r>
      <w:r>
        <w:t>is ko jab hum ghumaya toh pani nahi. tap maujood hai aur pani nahi aa raha hai.</w:t>
      </w:r>
    </w:p>
    <w:p>
      <w:pPr>
        <w:jc w:val="right"/>
      </w:pPr>
      <w:r>
        <w:t>اس کو جب ہم گھمایا تو پانی نہیں۔ ٹیپ موجود ہے اور پانی نہیں آ رہا ہے۔</w:t>
      </w:r>
    </w:p>
    <w:p>
      <w:r>
        <w:rPr>
          <w:b/>
        </w:rPr>
        <w:t xml:space="preserve">[28:54] </w:t>
      </w:r>
      <w:r>
        <w:t>toh mera mind trigger ho gaya is waqea se. aik ajeeb o ghareeb baat samajh mein aayi</w:t>
      </w:r>
    </w:p>
    <w:p>
      <w:pPr>
        <w:jc w:val="right"/>
      </w:pPr>
      <w:r>
        <w:t>تو میرا مائنڈ ٹریگر ہو گیا اس واقعے سے۔ ایک عجیب و غریب بات سمجھ میں آئی</w:t>
      </w:r>
    </w:p>
    <w:p>
      <w:r>
        <w:rPr>
          <w:b/>
        </w:rPr>
        <w:t xml:space="preserve">[29:02] </w:t>
      </w:r>
      <w:r>
        <w:t>keh tap kya hai? tap, tap haqeeqat mein receiving point hai. yani kahin se pani ki supply ho rahi hai,</w:t>
      </w:r>
    </w:p>
    <w:p>
      <w:pPr>
        <w:jc w:val="right"/>
      </w:pPr>
      <w:r>
        <w:t>کہ ٹیپ کیا ہے؟ ٹیپ، ٹیپ حقیقت میں ریسیونگ پوائنٹ ہے۔ یعنی کہیں سے پانی کی سپلائی ہو رہی ہے،</w:t>
      </w:r>
    </w:p>
    <w:p>
      <w:r>
        <w:rPr>
          <w:b/>
        </w:rPr>
        <w:t xml:space="preserve">[29:14] </w:t>
      </w:r>
      <w:r>
        <w:t>khud tap mein pani nahi hai.</w:t>
      </w:r>
    </w:p>
    <w:p>
      <w:pPr>
        <w:jc w:val="right"/>
      </w:pPr>
      <w:r>
        <w:t>خود ٹیپ میں پانی نہیں ہے۔</w:t>
      </w:r>
    </w:p>
    <w:p>
      <w:r>
        <w:rPr>
          <w:b/>
        </w:rPr>
        <w:t xml:space="preserve">[29:18] </w:t>
      </w:r>
      <w:r>
        <w:t>tap mein pani nahi hai, pani toh kahin aur hai. woh receiving point hai keh wahan se jab supply hogi toh is se pani aane lage ga.</w:t>
      </w:r>
    </w:p>
    <w:p>
      <w:pPr>
        <w:jc w:val="right"/>
      </w:pPr>
      <w:r>
        <w:t>ٹیپ میں پانی نہیں ہے، پانی تو کہیں اور ہے۔ وہ ریسیونگ پوائنٹ ہے کہ وہاں سے جب سپلائی ہوگی تو اس سے پانی آنے لگے گا۔</w:t>
      </w:r>
    </w:p>
    <w:p>
      <w:r>
        <w:rPr>
          <w:b/>
        </w:rPr>
        <w:t xml:space="preserve">[29:32] </w:t>
      </w:r>
      <w:r>
        <w:t>phir mein ne samjha keh yeh jo bulb hai bijli ka, yeh bhi kya hai? yeh bhi receiving point hai. khud is ke andar roshni nahi hai.</w:t>
      </w:r>
    </w:p>
    <w:p>
      <w:pPr>
        <w:jc w:val="right"/>
      </w:pPr>
      <w:r>
        <w:t>پھر میں نے سمجھا کہ یہ جو بلب ہے بجلی کا، یہ بھی کیا ہے؟ یہ بھی ریسیونگ پوائنٹ ہے۔ خود اس کے اندر روشنی نہیں ہے۔</w:t>
      </w:r>
    </w:p>
    <w:p>
      <w:r>
        <w:rPr>
          <w:b/>
        </w:rPr>
        <w:t xml:space="preserve">[29:41] </w:t>
      </w:r>
      <w:r>
        <w:t>kahin se electricity supply ki jaye gi toh yeh roshan ho jaye ga. toh woh hai receiving point.</w:t>
      </w:r>
    </w:p>
    <w:p>
      <w:pPr>
        <w:jc w:val="right"/>
      </w:pPr>
      <w:r>
        <w:t>کہیں سے الیکٹریسٹی سپلائی کی جائے گی تو یہ روشن ہو جائے گا۔ تو وہ ہے ریسیونگ پوائنٹ۔</w:t>
      </w:r>
    </w:p>
    <w:p>
      <w:r>
        <w:rPr>
          <w:b/>
        </w:rPr>
        <w:t xml:space="preserve">[29:51] </w:t>
      </w:r>
      <w:r>
        <w:t>aise hi fan kya hai? fan ke andar khud bhi harkat nahi hai,</w:t>
      </w:r>
    </w:p>
    <w:p>
      <w:pPr>
        <w:jc w:val="right"/>
      </w:pPr>
      <w:r>
        <w:t>ایسے ہی فین کیا ہے؟ فین کے اندر خود بھی حرکت نہیں ہے،</w:t>
      </w:r>
    </w:p>
    <w:p>
      <w:r>
        <w:rPr>
          <w:b/>
        </w:rPr>
        <w:t xml:space="preserve">[29:59] </w:t>
      </w:r>
      <w:r>
        <w:t>kahin aur se supply hoti hai bijli toh woh is ko mutharrik kar deti hai.</w:t>
      </w:r>
    </w:p>
    <w:p>
      <w:pPr>
        <w:jc w:val="right"/>
      </w:pPr>
      <w:r>
        <w:t>کہیں اور سے سپلائی ہوتی ہے بجلی تو وہ اس کو متحرک کر دیتی ہے۔</w:t>
      </w:r>
    </w:p>
    <w:p>
      <w:r>
        <w:rPr>
          <w:b/>
        </w:rPr>
        <w:t xml:space="preserve">[30:09] </w:t>
      </w:r>
      <w:r>
        <w:t>is ko sochte hue phir mein apni zaat ke baray mein socha. mein ne aap jante hain keh insaan ke andar bohat se organ hain.</w:t>
      </w:r>
    </w:p>
    <w:p>
      <w:pPr>
        <w:jc w:val="right"/>
      </w:pPr>
      <w:r>
        <w:t>اس کو سوچتے ہوئے پھر میں اپنی ذات کے بارے میں سوچا۔ میں نے آپ جانتے ہیں کہ انسان کے اندر بہت سے ارگن ہیں۔</w:t>
      </w:r>
    </w:p>
    <w:p>
      <w:r>
        <w:rPr>
          <w:b/>
        </w:rPr>
        <w:t xml:space="preserve">[30:21] </w:t>
      </w:r>
      <w:r>
        <w:t>kaha jata hai keh 78 organ hain. yeh 78 organ jab tak function karte hain, tab tak insaan zinda rehta hai.</w:t>
      </w:r>
    </w:p>
    <w:p>
      <w:pPr>
        <w:jc w:val="right"/>
      </w:pPr>
      <w:r>
        <w:t>کہا جاتا ہے کہ 78 ارگن ہیں۔ یہ 78 ارگن جب تک فنکشن کرتے ہیں، تب تک انسان زندہ رہتا ہے۔</w:t>
      </w:r>
    </w:p>
    <w:p>
      <w:r>
        <w:rPr>
          <w:b/>
        </w:rPr>
        <w:t xml:space="preserve">[30:32] </w:t>
      </w:r>
      <w:r>
        <w:t>aur function na kare toh mar jata hai.</w:t>
      </w:r>
    </w:p>
    <w:p>
      <w:pPr>
        <w:jc w:val="right"/>
      </w:pPr>
      <w:r>
        <w:t>اور فنکشن نہ کرے تو مر جاتا ہے۔</w:t>
      </w:r>
    </w:p>
    <w:p>
      <w:r>
        <w:rPr>
          <w:b/>
        </w:rPr>
        <w:t xml:space="preserve">[30:36] </w:t>
      </w:r>
      <w:r>
        <w:t>misalan kaan aik organ hai, aankh aik organ hai, is tarah har cheez aik organ hai.</w:t>
      </w:r>
    </w:p>
    <w:p>
      <w:pPr>
        <w:jc w:val="right"/>
      </w:pPr>
      <w:r>
        <w:t>مثلاً کان ایک ارگن ہے، آنکھ ایک ارگن ہے، اس طرح ہر چیز ایک ارگن ہے۔</w:t>
      </w:r>
    </w:p>
    <w:p>
      <w:r>
        <w:rPr>
          <w:b/>
        </w:rPr>
        <w:t xml:space="preserve">[30:47] </w:t>
      </w:r>
      <w:r>
        <w:t>kidney aik organ hai, lung aik organ hai, heart aik organ hai.</w:t>
      </w:r>
    </w:p>
    <w:p>
      <w:pPr>
        <w:jc w:val="right"/>
      </w:pPr>
      <w:r>
        <w:t>کڈنی ایک ارگن ہے، لنگ ایک ارگن ہے، ہارٹ ایک ارگن ہے۔</w:t>
      </w:r>
    </w:p>
    <w:p>
      <w:r>
        <w:rPr>
          <w:b/>
        </w:rPr>
        <w:t xml:space="preserve">[30:55] </w:t>
      </w:r>
      <w:r>
        <w:t>mein ne socha keh organ jo hai, kya hai? yeh bhi receiving point hai, receiving point hai.</w:t>
      </w:r>
    </w:p>
    <w:p>
      <w:pPr>
        <w:jc w:val="right"/>
      </w:pPr>
      <w:r>
        <w:t>میں نے سوچا کہ ارگن جو ہے، کیا ہے؟ یہ بھی ریسیونگ پوائنٹ ہے، ریسیونگ پوائنٹ ہے۔</w:t>
      </w:r>
    </w:p>
    <w:p>
      <w:r>
        <w:rPr>
          <w:b/>
        </w:rPr>
        <w:t xml:space="preserve">[31:06] </w:t>
      </w:r>
      <w:r>
        <w:t>misalan hamare andar jo phephra hai, woh saans lene ke liye madad karta hai hamari. lekin saans kya hai?</w:t>
      </w:r>
    </w:p>
    <w:p>
      <w:pPr>
        <w:jc w:val="right"/>
      </w:pPr>
      <w:r>
        <w:t>مثلاً ہمارے اندر جو پھیپھڑا ہے، وہ سانس لینے کے لیے مدد کرتا ہے ہماری۔ لیکن سانس کیا ہے؟</w:t>
      </w:r>
    </w:p>
    <w:p>
      <w:r>
        <w:rPr>
          <w:b/>
        </w:rPr>
        <w:t xml:space="preserve">[31:17] </w:t>
      </w:r>
      <w:r>
        <w:t>bahar se oxygen supply ho raha hai, tab toh saans le paate hain. toh phephra receiving point hai aur oxygen supply ho raha hai bahar se.</w:t>
      </w:r>
    </w:p>
    <w:p>
      <w:pPr>
        <w:jc w:val="right"/>
      </w:pPr>
      <w:r>
        <w:t>باہر سے اکسیجن سپلائی ہو رہا ہے، تب تو سانس لے پاتے ہیں۔ تو پھیپھڑا ریسیونگ پوائنٹ ہے اور اکسیجن سپلائی ہو رہا ہے باہر سے۔</w:t>
      </w:r>
    </w:p>
    <w:p>
      <w:r>
        <w:rPr>
          <w:b/>
        </w:rPr>
        <w:t xml:space="preserve">[31:30] </w:t>
      </w:r>
      <w:r>
        <w:t>aise hi dekhiye, aankh hai, woh bhi aik organ hai.</w:t>
      </w:r>
    </w:p>
    <w:p>
      <w:pPr>
        <w:jc w:val="right"/>
      </w:pPr>
      <w:r>
        <w:t>ایسے ہی دیکھیے، آنکھ ہے، وہ بھی ایک ارگن ہے۔</w:t>
      </w:r>
    </w:p>
    <w:p>
      <w:r>
        <w:rPr>
          <w:b/>
        </w:rPr>
        <w:t xml:space="preserve">[31:33] </w:t>
      </w:r>
      <w:r>
        <w:t>aankh dekhti hai, lekin kaise dekh paati hai? bahar se roshni aaye. agar bahar se roshni na aaye toh hum aankh rakhte hue blind hon ge.</w:t>
      </w:r>
    </w:p>
    <w:p>
      <w:pPr>
        <w:jc w:val="right"/>
      </w:pPr>
      <w:r>
        <w:t>آنکھ دیکھتی ہے، لیکن کیسے دیکھ پاتی ہے؟ باہر سے روشنی آئے۔ اگر باہر سے روشنی نہ آئے تو ہم آنکھ رکھتے ہوئے بلائنڈ ہوں گے۔</w:t>
      </w:r>
    </w:p>
    <w:p>
      <w:r>
        <w:rPr>
          <w:b/>
        </w:rPr>
        <w:t xml:space="preserve">[31:46] </w:t>
      </w:r>
      <w:r>
        <w:t>toh aankh aik receiving point hai. jab bahar se light aati hai toh hum dekh paate hain.</w:t>
      </w:r>
    </w:p>
    <w:p>
      <w:pPr>
        <w:jc w:val="right"/>
      </w:pPr>
      <w:r>
        <w:t>تو آنکھ ایک ریسیونگ پوائنٹ ہے۔ جب باہر سے لائٹ آتی ہے تو ہم دیکھ پاتے ہیں۔</w:t>
      </w:r>
    </w:p>
    <w:p>
      <w:r>
        <w:rPr>
          <w:b/>
        </w:rPr>
        <w:t xml:space="preserve">[31:54] </w:t>
      </w:r>
      <w:r>
        <w:t>kaan hai, dekhiye, kaan kab sun pata hai? jab keh fiza mein hawa ho.</w:t>
      </w:r>
    </w:p>
    <w:p>
      <w:pPr>
        <w:jc w:val="right"/>
      </w:pPr>
      <w:r>
        <w:t>کان ہے، دیکھیے، کان کب سن پاتا ہے؟ جب کہ فضا میں ہوا ہو۔</w:t>
      </w:r>
    </w:p>
    <w:p>
      <w:r>
        <w:rPr>
          <w:b/>
        </w:rPr>
        <w:t xml:space="preserve">[32:03] </w:t>
      </w:r>
      <w:r>
        <w:t>toh kaan bhi aik receiving point hai. hawa ho toh aap sun payein ge, nahi toh sun payein ge. toh yeh 78 organ jo mere jism mein hain, woh sab receiving point hain.</w:t>
      </w:r>
    </w:p>
    <w:p>
      <w:pPr>
        <w:jc w:val="right"/>
      </w:pPr>
      <w:r>
        <w:t>تو کان بھی ایک ریسیونگ پوائنٹ ہے۔ ہوا ہو تو آپ سن پائیں گے، نہیں تو سن پائیں گے۔ تو یہ 78 ارگن جو میرے جسم میں ہیں، وہ سب ریسیونگ پوائنٹ ہیں۔</w:t>
      </w:r>
    </w:p>
    <w:p>
      <w:r>
        <w:rPr>
          <w:b/>
        </w:rPr>
        <w:t xml:space="preserve">[32:16] </w:t>
      </w:r>
      <w:r>
        <w:t>supply to khuda se ki taraf se ho rahi hai. har ek ko energy supply ki ja rahi hai Allah ki taraf se. jitne bhi organ hain,</w:t>
      </w:r>
    </w:p>
    <w:p>
      <w:pPr>
        <w:jc w:val="right"/>
      </w:pPr>
      <w:r>
        <w:t>سپلائی تو خدا سے کی طرف سے ہو رہی ہے۔ ہر ایک کو انرجی سپلائی کی جا رہی ہے اللہ کی طرف سے۔ جتنے بھی ارگن ہیں،</w:t>
      </w:r>
    </w:p>
    <w:p>
      <w:r>
        <w:rPr>
          <w:b/>
        </w:rPr>
        <w:t xml:space="preserve">[32:26] </w:t>
      </w:r>
      <w:r>
        <w:t>un ko supply ho rahi hai Allah ki taraf se.</w:t>
      </w:r>
    </w:p>
    <w:p>
      <w:pPr>
        <w:jc w:val="right"/>
      </w:pPr>
      <w:r>
        <w:t>ان کو سپلائی ہو رہی ہے اللہ کی طرف سے۔</w:t>
      </w:r>
    </w:p>
    <w:p>
      <w:r>
        <w:rPr>
          <w:b/>
        </w:rPr>
        <w:t xml:space="preserve">[32:29] </w:t>
      </w:r>
      <w:r>
        <w:t>jab supply band ho jati hai to organ ka function khatam ho jata hai aur insan mar jata hai. to kaisa ajeeb nizam hai, kaisa ajeeb Allah ka ka ki blessing hai.</w:t>
      </w:r>
    </w:p>
    <w:p>
      <w:pPr>
        <w:jc w:val="right"/>
      </w:pPr>
      <w:r>
        <w:t>جب سپلائی بند ہو جاتی ہے تو ارگن کا فنکشن ختم ہو جاتا ہے اور انسان مر جاتا ہے۔ تو کیسا عجیب نظام ہے، کیسا عجیب اللہ کا کا کی بلیسنگ ہے۔</w:t>
      </w:r>
    </w:p>
    <w:p>
      <w:r>
        <w:rPr>
          <w:b/>
        </w:rPr>
        <w:t xml:space="preserve">[32:46] </w:t>
      </w:r>
      <w:r>
        <w:t>lekin is blessing khatam nahi hoti. yahan</w:t>
      </w:r>
    </w:p>
    <w:p>
      <w:pPr>
        <w:jc w:val="right"/>
      </w:pPr>
      <w:r>
        <w:t>لیکن اس بلیسنگ ختم نہیں ہوتی۔ یہاں</w:t>
      </w:r>
    </w:p>
    <w:p>
      <w:r>
        <w:rPr>
          <w:b/>
        </w:rPr>
        <w:t xml:space="preserve">[32:50] </w:t>
      </w:r>
      <w:r>
        <w:t>agar aap is ke sath akhirat ko na jorein to Allah ki blessing ka bohat hi aap ko bohat understood karein ge, bohat kam samajh payein ge.</w:t>
      </w:r>
    </w:p>
    <w:p>
      <w:pPr>
        <w:jc w:val="right"/>
      </w:pPr>
      <w:r>
        <w:t>اگر آپ اس کے ساتھ آخرت کو نہ جوڑیں تو اللہ کی بلیسنگ کا بہت ہی آپ کو بہت انڈرسٹیوڈ کریں گے، بہت کم سمجھ پائیں گے۔</w:t>
      </w:r>
    </w:p>
    <w:p>
      <w:r>
        <w:rPr>
          <w:b/>
        </w:rPr>
        <w:t xml:space="preserve">[33:01] </w:t>
      </w:r>
      <w:r>
        <w:t>is ke sath jab add karte hain akhirat ko, tab aap ko samajh mein aata hai ke Allah ki blessing kitni ata hai, endless hai.</w:t>
      </w:r>
    </w:p>
    <w:p>
      <w:pPr>
        <w:jc w:val="right"/>
      </w:pPr>
      <w:r>
        <w:t>اس کے ساتھ جب ایڈ کرتے ہیں آخرت کو، تب آپ کو سمجھ میں آتا ہے کہ اللہ کی بلیسنگ کتنی عطا ہے، اینڈلس ہے۔</w:t>
      </w:r>
    </w:p>
    <w:p>
      <w:r>
        <w:rPr>
          <w:b/>
        </w:rPr>
        <w:t xml:space="preserve">[33:15] </w:t>
      </w:r>
      <w:r>
        <w:t>to aisi ek personality jab aap ke andar paida ho to wahi woh is is qabil hoti hai ke us ko paradise mein entry mile,</w:t>
      </w:r>
    </w:p>
    <w:p>
      <w:pPr>
        <w:jc w:val="right"/>
      </w:pPr>
      <w:r>
        <w:t>تو ایسی ایک پرسنیلٹی جب آپ کے اندر پیدا ہو تو وہی وہ اس اس قابل ہوتی ہے کہ اس کو پیراڈائز میں انٹری ملے،</w:t>
      </w:r>
    </w:p>
    <w:p>
      <w:r>
        <w:rPr>
          <w:b/>
        </w:rPr>
        <w:t xml:space="preserve">[33:30] </w:t>
      </w:r>
      <w:r>
        <w:t>paradise mein entry mile.</w:t>
      </w:r>
    </w:p>
    <w:p>
      <w:pPr>
        <w:jc w:val="right"/>
      </w:pPr>
      <w:r>
        <w:t>پیراڈائز میں انٹری ملے۔</w:t>
      </w:r>
    </w:p>
    <w:p>
      <w:r>
        <w:rPr>
          <w:b/>
        </w:rPr>
        <w:t xml:space="preserve">[33:37] </w:t>
      </w:r>
      <w:r>
        <w:t>lekin amalan kya ho raha hai? ke hadith mein aata hai ke "ma reet misl jannat nam talibah".</w:t>
      </w:r>
    </w:p>
    <w:p>
      <w:pPr>
        <w:jc w:val="right"/>
      </w:pPr>
      <w:r>
        <w:t>لیکن عملاً کیا ہو رہا ہے؟ کہ حدیث میں آتا ہے کہ "ما ریت مثل جنت نام طالبہ"۔</w:t>
      </w:r>
    </w:p>
    <w:p>
      <w:r>
        <w:rPr>
          <w:b/>
        </w:rPr>
        <w:t xml:space="preserve">[33:49] </w:t>
      </w:r>
      <w:r>
        <w:t>"ma reet misl jannat nam talibah" ke jannat jaisi qeemti cheez ko talab karne wala so raha hai.</w:t>
      </w:r>
    </w:p>
    <w:p>
      <w:pPr>
        <w:jc w:val="right"/>
      </w:pPr>
      <w:r>
        <w:t>"ما ریت مثل جنت نام طالبہ" کہ جنت جیسی قیمتی چیز کو طلب کرنے والا سو رہا ہے۔</w:t>
      </w:r>
    </w:p>
    <w:p>
      <w:r>
        <w:rPr>
          <w:b/>
        </w:rPr>
        <w:t xml:space="preserve">[34:03] </w:t>
      </w:r>
      <w:r>
        <w:t>"ma reet misl jannat nam talibah" so gaya hai. woh</w:t>
      </w:r>
    </w:p>
    <w:p>
      <w:pPr>
        <w:jc w:val="right"/>
      </w:pPr>
      <w:r>
        <w:t>"ما ریت مثل جنت نام طالبہ" سو گیا ہے۔ وہ</w:t>
      </w:r>
    </w:p>
    <w:p>
      <w:r>
        <w:rPr>
          <w:b/>
        </w:rPr>
        <w:t xml:space="preserve">[34:09] </w:t>
      </w:r>
      <w:r>
        <w:t>to so karne ka matlab kya hai? "yani bhag daud kar raha hai dunya ke liye, jannat ke liye nahi".</w:t>
      </w:r>
    </w:p>
    <w:p>
      <w:pPr>
        <w:jc w:val="right"/>
      </w:pPr>
      <w:r>
        <w:t>تو سو کرنے کا مطلب کیا ہے؟ "یعنی بھاگ دوڑ کر رہا ہے دنیا کے لیے، جنت کے لیے نہیں"۔</w:t>
      </w:r>
    </w:p>
    <w:p>
      <w:r>
        <w:rPr>
          <w:b/>
        </w:rPr>
        <w:t xml:space="preserve">[34:23] </w:t>
      </w:r>
      <w:r>
        <w:t>"lims lahaza falya'mal al-a'milun" dauddo jannat ki taraf, apni taqat to lagao jannat hasil karne ke liye, apna waqt, apni energy, apni salahiyat ko lagao jannat ko hasil karne ke liye.</w:t>
      </w:r>
    </w:p>
    <w:p>
      <w:pPr>
        <w:jc w:val="right"/>
      </w:pPr>
      <w:r>
        <w:t>"لمس لہذا فلیعمل العاملون" دوڑو جنت کی طرف، اپنی طاقت تو لگاؤ جنت حاصل کرنے کے لیے، اپنا وقت، اپنی انرجی، اپنی صلاحیت کو لگاؤ جنت کو حاصل کرنے کے لیے۔</w:t>
      </w:r>
    </w:p>
    <w:p>
      <w:r>
        <w:rPr>
          <w:b/>
        </w:rPr>
        <w:t xml:space="preserve">[34:40] </w:t>
      </w:r>
      <w:r>
        <w:t>to aap ne farmaya ke "ma reet misl jannat nam talibah" ke yeh sari insan ko jo unique salahiyatein di gayi thi, woh is liye thi ke aadmi apne aap ko jannat ke liye deserving candidate banaye.</w:t>
      </w:r>
    </w:p>
    <w:p>
      <w:pPr>
        <w:jc w:val="right"/>
      </w:pPr>
      <w:r>
        <w:t>تو آپ نے فرمایا کہ "ما ریت مثل جنت نام طالبہ" کہ یہ ساری انسان کو جو یونیک صلاحیتیں دی گئی تھیں، وہ اس لیے تھیں کہ آدمی اپنے آپ کو جنت کے لیے ڈیزرونگ کینڈیڈیٹ بنائے۔</w:t>
      </w:r>
    </w:p>
    <w:p>
      <w:r>
        <w:rPr>
          <w:b/>
        </w:rPr>
        <w:t xml:space="preserve">[34:59] </w:t>
      </w:r>
      <w:r>
        <w:t>jannat ki eternal dunya mein us ko perfect world mile.</w:t>
      </w:r>
    </w:p>
    <w:p>
      <w:pPr>
        <w:jc w:val="right"/>
      </w:pPr>
      <w:r>
        <w:t>جنت کی ایٹرنل دنیا میں اس کو پرفیکٹ ورلڈ ملے۔</w:t>
      </w:r>
    </w:p>
    <w:p>
      <w:r>
        <w:rPr>
          <w:b/>
        </w:rPr>
        <w:t xml:space="preserve">[35:09] </w:t>
      </w:r>
      <w:r>
        <w:t>lekin is se bhoola hua hai aadmi aisi cheezon ke daud raha hai jo wahi ke pa kar bhi nahi kuch milta, pa kar bhi sense of fulfillment nahi milta.</w:t>
      </w:r>
    </w:p>
    <w:p>
      <w:pPr>
        <w:jc w:val="right"/>
      </w:pPr>
      <w:r>
        <w:t>لیکن اس سے بھولا ہوا ہے آدمی ایسی چیزوں کے دوڑ رہا ہے جو وہی کہ پا کر بھی نہیں کچھ ملتا، پا کر بھی سینس آف فلفلمنٹ نہیں ملتا۔</w:t>
      </w:r>
    </w:p>
    <w:p>
      <w:r>
        <w:rPr>
          <w:b/>
        </w:rPr>
        <w:t xml:space="preserve">[35:22] </w:t>
      </w:r>
      <w:r>
        <w:t>to kya qimat hai aisi cheezon ki?</w:t>
      </w:r>
    </w:p>
    <w:p>
      <w:pPr>
        <w:jc w:val="right"/>
      </w:pPr>
      <w:r>
        <w:t>تو کیا قیمت ہے ایسی چیزوں کی؟</w:t>
      </w:r>
    </w:p>
    <w:p>
      <w:r>
        <w:rPr>
          <w:b/>
        </w:rPr>
        <w:t xml:space="preserve">[35:27] </w:t>
      </w:r>
      <w:r>
        <w:t>aap ko bari bari fame milti hai, bare bare political power milte hain, bari bari daulatein milti hain, kya kya milta hai? lekin akhir mein kya hai? andar se aap sad</w:t>
      </w:r>
    </w:p>
    <w:p>
      <w:pPr>
        <w:jc w:val="right"/>
      </w:pPr>
      <w:r>
        <w:t>آپ کو بڑی بڑی فیم ملتی ہے، بڑے بڑے پولیٹیکل پاور ملتے ہیں، بڑی بڑی دولتیں ملتی ہیں، کیا کیا ملتا ہے؟ لیکن آخر میں کیا ہے؟ اندر سے آپ سیڈ</w:t>
      </w:r>
    </w:p>
    <w:p>
      <w:r>
        <w:rPr>
          <w:b/>
        </w:rPr>
        <w:t xml:space="preserve">[35:37] </w:t>
      </w:r>
      <w:r>
        <w:t>hain, andar se aap ko fulfillment nahi hai, peace of mind nahi hai. to kyun yeh hai? aap ne apna goal galat set kiya, goal galat set kiya,</w:t>
      </w:r>
    </w:p>
    <w:p>
      <w:pPr>
        <w:jc w:val="right"/>
      </w:pPr>
      <w:r>
        <w:t>ہیں، اندر سے آپ کو فلفلمنٹ نہیں ہے، پیس آف مائنڈ نہیں ہے۔ تو کیوں یہ ہے؟ آپ نے اپنا گول غلط سیٹ کیا، گول غلط سیٹ کیا،</w:t>
      </w:r>
    </w:p>
    <w:p>
      <w:r>
        <w:rPr>
          <w:b/>
        </w:rPr>
        <w:t xml:space="preserve">[35:53] </w:t>
      </w:r>
      <w:r>
        <w:t>goal thi jannat lekin bana liya isi dunya ko goal.</w:t>
      </w:r>
    </w:p>
    <w:p>
      <w:pPr>
        <w:jc w:val="right"/>
      </w:pPr>
      <w:r>
        <w:t>گول تھی جنت لیکن بنا لیا اسی دنیا کو گول۔</w:t>
      </w:r>
    </w:p>
    <w:p>
      <w:r>
        <w:rPr>
          <w:b/>
        </w:rPr>
        <w:t xml:space="preserve">[36:02] </w:t>
      </w:r>
      <w:r>
        <w:t>to ek lafz mein mein kahunga ke "mind is a perfection seeking animal".</w:t>
      </w:r>
    </w:p>
    <w:p>
      <w:pPr>
        <w:jc w:val="right"/>
      </w:pPr>
      <w:r>
        <w:t>تو ایک لفظ میں میں کہوں گا کہ "مائنڈ از اے پرفیکشن سیکنگ اینیمل"۔</w:t>
      </w:r>
    </w:p>
    <w:p>
      <w:r>
        <w:rPr>
          <w:b/>
        </w:rPr>
        <w:t xml:space="preserve">[36:08] </w:t>
      </w:r>
      <w:r>
        <w:t>aap perfection chahte the aur dunya to imperfect hai. to sari taqat aap laga di dunya mein, aap ne akhir mein kya mila?</w:t>
      </w:r>
    </w:p>
    <w:p>
      <w:pPr>
        <w:jc w:val="right"/>
      </w:pPr>
      <w:r>
        <w:t>آپ پرفیکشن چاہتے تھے اور دنیا تو امپرفیکٹ ہے۔ تو ساری طاقت آپ لگا دی دنیا میں، آپ نے آخر میں کیا ملا؟</w:t>
      </w:r>
    </w:p>
    <w:p>
      <w:r>
        <w:rPr>
          <w:b/>
        </w:rPr>
        <w:t xml:space="preserve">[36:19] </w:t>
      </w:r>
      <w:r>
        <w:t>ek imperfect world. yani perfectionist ko mila ek imperfect world.</w:t>
      </w:r>
    </w:p>
    <w:p>
      <w:pPr>
        <w:jc w:val="right"/>
      </w:pPr>
      <w:r>
        <w:t>ایک امپرفیکٹ ورلڈ۔ یعنی پرفیکشنسٹ کو ملا ایک امپرفیکٹ ورلڈ۔</w:t>
      </w:r>
    </w:p>
    <w:p>
      <w:r>
        <w:rPr>
          <w:b/>
        </w:rPr>
        <w:t xml:space="preserve">[36:29] </w:t>
      </w:r>
      <w:r>
        <w:t>sari umar sirf kar ke, sari taqat laga kar hua kya? ek perfectionist ko mila ek imperfect world.</w:t>
      </w:r>
    </w:p>
    <w:p>
      <w:pPr>
        <w:jc w:val="right"/>
      </w:pPr>
      <w:r>
        <w:t>ساری عمر صرف کر کے، ساری طاقت لگا کر ہوا کیا؟ ایک پرفیکشنسٹ کو ملا ایک امپرفیکٹ ورلڈ۔</w:t>
      </w:r>
    </w:p>
    <w:p>
      <w:r>
        <w:rPr>
          <w:b/>
        </w:rPr>
        <w:t xml:space="preserve">[36:40] </w:t>
      </w:r>
      <w:r>
        <w:t>to yeh cheez bohat sochne ki hai. yeh yeh jo yeh jo contradiction hai, wahi batata hai ke aap ka goal yeh dunya nahi hai.</w:t>
      </w:r>
    </w:p>
    <w:p>
      <w:pPr>
        <w:jc w:val="right"/>
      </w:pPr>
      <w:r>
        <w:t>تو یہ چیز بہت سوچنے کی ہے۔ یہ یہ جو یہ جو کنٹراڈکشن ہے، وہی بتاتا ہے کہ آپ کا گول یہ دنیا نہیں ہے۔</w:t>
      </w:r>
    </w:p>
    <w:p>
      <w:r>
        <w:rPr>
          <w:b/>
        </w:rPr>
        <w:t xml:space="preserve">[36:53] </w:t>
      </w:r>
      <w:r>
        <w:t>aap jo perfectionist ke taur par paida kiye gaye hain, is liye paida kiye gaye hain ke perfect world jo hai, yani paradise, us ko apna goal banayein, us ko apna goal banayein.</w:t>
      </w:r>
    </w:p>
    <w:p>
      <w:pPr>
        <w:jc w:val="right"/>
      </w:pPr>
      <w:r>
        <w:t>آپ جو پرفیکشنسٹ کے طور پر پیدا کیے گئے ہیں، اس لیے پیدا کیے گئے ہیں کہ پرفیکٹ ورلڈ جو ہے، یعنی پیراڈائز، اس کو اپنا گول بنائیں، اس کو اپنا گول بنائیں۔</w:t>
      </w:r>
    </w:p>
    <w:p>
      <w:r>
        <w:rPr>
          <w:b/>
        </w:rPr>
        <w:t xml:space="preserve">[37:11] </w:t>
      </w:r>
      <w:r>
        <w:t>to kaisi ajeeb hai ye baat ke ek diamond opportunity Allah ne khol di insan ke liye, lekin amalan kya kar raha hai?</w:t>
      </w:r>
    </w:p>
    <w:p>
      <w:pPr>
        <w:jc w:val="right"/>
      </w:pPr>
      <w:r>
        <w:t>تو کیسی عجیب ہے یہ بات کہ ایک ڈائمنڈ اپرچونیٹی اللہ نے کھول دی انسان کے لیے، لیکن عملاً کیا کر رہا ہے؟</w:t>
      </w:r>
    </w:p>
    <w:p>
      <w:r>
        <w:rPr>
          <w:b/>
        </w:rPr>
        <w:t xml:space="preserve">[37:23] </w:t>
      </w:r>
      <w:r>
        <w:t>wo apna aap ko is se mehroom kar raha hai,</w:t>
      </w:r>
    </w:p>
    <w:p>
      <w:pPr>
        <w:jc w:val="right"/>
      </w:pPr>
      <w:r>
        <w:t>وہ اپنا آپ کو اس سے محروم کر رہا ہے،</w:t>
      </w:r>
    </w:p>
    <w:p>
      <w:r>
        <w:rPr>
          <w:b/>
        </w:rPr>
        <w:t xml:space="preserve">[37:31] </w:t>
      </w:r>
      <w:r>
        <w:t>apne aap ko is se mehroom kar raha hai.</w:t>
      </w:r>
    </w:p>
    <w:p>
      <w:pPr>
        <w:jc w:val="right"/>
      </w:pPr>
      <w:r>
        <w:t>اپنے آپ کو اس سے محروم کر رہا ہے۔</w:t>
      </w:r>
    </w:p>
    <w:p>
      <w:r>
        <w:rPr>
          <w:b/>
        </w:rPr>
        <w:t xml:space="preserve">[37:42] </w:t>
      </w:r>
      <w:r>
        <w:t>to yahi wo cheez hai jis par aadmi ko sab se zyada sochna chahiye, sab se zyada. kyunke aap jante hain ke koi bhi aadmi marne se bach nahi sakta.</w:t>
      </w:r>
    </w:p>
    <w:p>
      <w:pPr>
        <w:jc w:val="right"/>
      </w:pPr>
      <w:r>
        <w:t>تو یہی وہ چیز ہے جس پر آدمی کو سب سے زیادہ سوچنا چاہیے، سب سے زیادہ۔ کیونکہ آپ جانتے ہیں کہ کوئی بھی آدمی مرنے سے بچ نہیں سکتا۔</w:t>
      </w:r>
    </w:p>
    <w:p>
      <w:r>
        <w:rPr>
          <w:b/>
        </w:rPr>
        <w:t xml:space="preserve">[37:58] </w:t>
      </w:r>
      <w:r>
        <w:t>har aadmi ko lazman marna hai. jaisa ke maine arz kiya ke average umar 70 saal hai aur rozana ek lakh pachas hazar aadmi mar jate hain.</w:t>
      </w:r>
    </w:p>
    <w:p>
      <w:pPr>
        <w:jc w:val="right"/>
      </w:pPr>
      <w:r>
        <w:t>ہر آدمی کو لازماً مرنا ہے۔ جیسا کہ میں نے عرض کیا کہ ایوریج عمر 70 سال ہے اور روزانہ ایک لاکھ پچاس ہزار آدمی مر جاتے ہیں۔</w:t>
      </w:r>
    </w:p>
    <w:p>
      <w:r>
        <w:rPr>
          <w:b/>
        </w:rPr>
        <w:t xml:space="preserve">[38:12] </w:t>
      </w:r>
      <w:r>
        <w:t>abhi ek waqia hua, ek sahab mere paas aaye to wo un ka birthday tha, birth day. to wo cake laye the.</w:t>
      </w:r>
    </w:p>
    <w:p>
      <w:pPr>
        <w:jc w:val="right"/>
      </w:pPr>
      <w:r>
        <w:t>ابھی ایک واقعہ ہوا، ایک صاحب میرے پاس آئے تو وہ ان کا برتھ ڈے تھا، برتھ ڈے۔ تو وہ کیک لائے تھے۔</w:t>
      </w:r>
    </w:p>
    <w:p>
      <w:r>
        <w:rPr>
          <w:b/>
        </w:rPr>
        <w:t xml:space="preserve">[38:24] </w:t>
      </w:r>
      <w:r>
        <w:t>to hum log kai aadmi the, to apne birthday ke cake le aaye the. to maine to cake khai nahi, hamare saathi ne kaha ke aap log kha lijiyye.</w:t>
      </w:r>
    </w:p>
    <w:p>
      <w:pPr>
        <w:jc w:val="right"/>
      </w:pPr>
      <w:r>
        <w:t>تو ہم لوگ کئی آدمی تھے، تو اپنے برتھ ڈے کے کیک لے آئے تھے۔ تو میں نے تو کیک کھائی نہیں، ہمارے ساتھی نے کہا کہ آپ لوگ کھا لیجئے۔</w:t>
      </w:r>
    </w:p>
    <w:p>
      <w:r>
        <w:rPr>
          <w:b/>
        </w:rPr>
        <w:t xml:space="preserve">[38:37] </w:t>
      </w:r>
      <w:r>
        <w:t>maine kaha ke aap log birthday manate hain aur main apna death day manata hoon, rozana, rozana.</w:t>
      </w:r>
    </w:p>
    <w:p>
      <w:pPr>
        <w:jc w:val="right"/>
      </w:pPr>
      <w:r>
        <w:t>میں نے کہا کہ آپ لوگ برتھ ڈے مناتے ہیں اور میں اپنا ڈیتھ ڈے مناتا ہوں، روزانہ، روزانہ۔</w:t>
      </w:r>
    </w:p>
    <w:p>
      <w:r>
        <w:rPr>
          <w:b/>
        </w:rPr>
        <w:t xml:space="preserve">[38:54] </w:t>
      </w:r>
      <w:r>
        <w:t>kyunke aap ka birthday saal mein ek baar aata hai, saal mein ek baar. agar aap ki paidaish paanch may ko hui hai, agle saal paanch may mein aayegi wo.</w:t>
      </w:r>
    </w:p>
    <w:p>
      <w:pPr>
        <w:jc w:val="right"/>
      </w:pPr>
      <w:r>
        <w:t>کیونکہ آپ کا برتھ ڈے سال میں ایک بار آتا ہے، سال میں ایک بار۔ اگر آپ کی پیدائش پانچ مئی کو ہوئی ہے، اگلے سال پانچ مئی میں آئے گی وہ۔</w:t>
      </w:r>
    </w:p>
    <w:p>
      <w:r>
        <w:rPr>
          <w:b/>
        </w:rPr>
        <w:t xml:space="preserve">[39:09] </w:t>
      </w:r>
      <w:r>
        <w:t>lekin maut ka waqt to kabhi bhi aa sakta hai, har lamha. to maine kaha ke har insan jab paida hota hai to usi waqt uska countdown shuru ho jata hai,</w:t>
      </w:r>
    </w:p>
    <w:p>
      <w:pPr>
        <w:jc w:val="right"/>
      </w:pPr>
      <w:r>
        <w:t>لیکن موت کا وقت تو کبھی بھی آ سکتا ہے، ہر لمحہ۔ تو میں نے کہا کہ ہر انسان جب پیدا ہوتا ہے تو اسی وقت اس کا کاؤنٹ ڈاؤن شروع ہو جاتا ہے،</w:t>
      </w:r>
    </w:p>
    <w:p>
      <w:r>
        <w:rPr>
          <w:b/>
        </w:rPr>
        <w:t xml:space="preserve">[39:24] </w:t>
      </w:r>
      <w:r>
        <w:t>countdown. maslan ek shakhs ki umar farz kiye ke fix hai 70 saal. jab paida hua to us waqt likhne wale ne likh diya ke is ko 70 saal duniya mein jeena</w:t>
      </w:r>
    </w:p>
    <w:p>
      <w:pPr>
        <w:jc w:val="right"/>
      </w:pPr>
      <w:r>
        <w:t>کاؤنٹ ڈاؤن۔ مثلاً ایک شخص کی عمر فرض کیے کہ فکس ہے 70 سال۔ جب پیدا ہوا تو اس وقت لکھنے والے نے لکھ دیا کہ اس کو 70 سال دنیا میں جینا</w:t>
      </w:r>
    </w:p>
    <w:p>
      <w:r>
        <w:rPr>
          <w:b/>
        </w:rPr>
        <w:t xml:space="preserve">[39:38] </w:t>
      </w:r>
      <w:r>
        <w:t>hai. ab kya hoga? har agla din ek din kam hota chala jayega. yani 70, phir 69, 68, 67, 66, 65, 64, 63, 62, 61.</w:t>
      </w:r>
    </w:p>
    <w:p>
      <w:pPr>
        <w:jc w:val="right"/>
      </w:pPr>
      <w:r>
        <w:t>ہے۔ اب کیا ہوگا؟ ہر اگلا دن ایک دن کم ہوتا چلا جائے گا۔ یعنی 70، پھر 69، 68، 67، 66، 65، 64، 63، 62، 61۔</w:t>
      </w:r>
    </w:p>
    <w:p>
      <w:r>
        <w:rPr>
          <w:b/>
        </w:rPr>
        <w:t xml:space="preserve">[39:55] </w:t>
      </w:r>
      <w:r>
        <w:t>is tarah se ghta jayega, ghta jayega, ghta jayega. to countdown ho raha hai, har din countdown ho raha hai.</w:t>
      </w:r>
    </w:p>
    <w:p>
      <w:pPr>
        <w:jc w:val="right"/>
      </w:pPr>
      <w:r>
        <w:t>اس طرح سے گھٹتا جائے گا، گھٹتا جائے گا، گھٹتا جائے گا۔ تو کاؤنٹ ڈاؤن ہو رہا ہے، ہر دن کاؤنٹ ڈاؤن ہو رہا ہے۔</w:t>
      </w:r>
    </w:p>
    <w:p>
      <w:r>
        <w:rPr>
          <w:b/>
        </w:rPr>
        <w:t xml:space="preserve">[40:05] </w:t>
      </w:r>
      <w:r>
        <w:t>ho sakta hai ke aaj mera aakhri din ho aur kal mera khatma ho. yani countdown apni aakhri gint tak pahunch chuki ho.</w:t>
      </w:r>
    </w:p>
    <w:p>
      <w:pPr>
        <w:jc w:val="right"/>
      </w:pPr>
      <w:r>
        <w:t>ہو سکتا ہے کہ آج میرا آخری دن ہو اور کل میرا خاتمہ ہو۔ یعنی کاؤنٹ ڈاؤن اپنی آخری گنت تک پہنچ چکی ہو۔</w:t>
      </w:r>
    </w:p>
    <w:p>
      <w:r>
        <w:rPr>
          <w:b/>
        </w:rPr>
        <w:t xml:space="preserve">[40:16] </w:t>
      </w:r>
      <w:r>
        <w:t>meri, mera countdown jo hai, apni aakhri gint tak pahunch chuka ho. ab sirf ek hi subah ya shaam mujhe milne wala ho.</w:t>
      </w:r>
    </w:p>
    <w:p>
      <w:pPr>
        <w:jc w:val="right"/>
      </w:pPr>
      <w:r>
        <w:t>میری، میرا کاؤنٹ ڈاؤن جو ہے، اپنی آخری گنت تک پہنچ چکا ہو۔ اب صرف ایک ہی صبح یا شام مجھے ملنے والا ہو۔</w:t>
      </w:r>
    </w:p>
    <w:p>
      <w:r>
        <w:rPr>
          <w:b/>
        </w:rPr>
        <w:t xml:space="preserve">[40:27] </w:t>
      </w:r>
      <w:r>
        <w:t>to ye is se aap ke andar kya hona chahiye? sense of urgency ke bahut kam waqt hai.</w:t>
      </w:r>
    </w:p>
    <w:p>
      <w:pPr>
        <w:jc w:val="right"/>
      </w:pPr>
      <w:r>
        <w:t>تو یہ اس سے آپ کے اندر کیا ہونا چاہیے؟ سینس آف ارجنسی کہ بہت کم وقت ہے۔</w:t>
      </w:r>
    </w:p>
    <w:p>
      <w:r>
        <w:rPr>
          <w:b/>
        </w:rPr>
        <w:t xml:space="preserve">[40:37] </w:t>
      </w:r>
      <w:r>
        <w:t>ek shayar the, mir urdu ke, unhone kaha tha ek sher ke "subah guzri, shaam hone aayi, mir to na cheeta aur bahut din kam raha".</w:t>
      </w:r>
    </w:p>
    <w:p>
      <w:pPr>
        <w:jc w:val="right"/>
      </w:pPr>
      <w:r>
        <w:t>ایک شاعر تھے، میر اردو کے، انہوں نے کہا تھا ایک شعر کہ "صبح گزری، شام ہونے آئی، میر تو نہ چیتا اور بہت دن کم رہا"۔</w:t>
      </w:r>
    </w:p>
    <w:p>
      <w:r>
        <w:rPr>
          <w:b/>
        </w:rPr>
        <w:t xml:space="preserve">[40:51] </w:t>
      </w:r>
      <w:r>
        <w:t>ye har aadmi ki kahani hai.</w:t>
      </w:r>
    </w:p>
    <w:p>
      <w:pPr>
        <w:jc w:val="right"/>
      </w:pPr>
      <w:r>
        <w:t>یہ ہر آدمی کی کہانی ہے۔</w:t>
      </w:r>
    </w:p>
    <w:p>
      <w:r>
        <w:rPr>
          <w:b/>
        </w:rPr>
        <w:t xml:space="preserve">[40:56] </w:t>
      </w:r>
      <w:r>
        <w:t>to maine kaha ke log birthday manate hain, halanke logon ko apna death day manana chahiye.</w:t>
      </w:r>
    </w:p>
    <w:p>
      <w:pPr>
        <w:jc w:val="right"/>
      </w:pPr>
      <w:r>
        <w:t>تو میں نے کہا کہ لوگ برتھ ڈے مناتے ہیں، حالانکہ لوگوں کو اپنا ڈیتھ ڈے منانا چاہیے۔</w:t>
      </w:r>
    </w:p>
    <w:p>
      <w:r>
        <w:rPr>
          <w:b/>
        </w:rPr>
        <w:t xml:space="preserve">[41:05] </w:t>
      </w:r>
      <w:r>
        <w:t>kyun? countdown ho raha hai, har din aakhri din ho sakta hai.</w:t>
      </w:r>
    </w:p>
    <w:p>
      <w:pPr>
        <w:jc w:val="right"/>
      </w:pPr>
      <w:r>
        <w:t>کیوں؟ کاؤنٹ ڈاؤن ہو رہا ہے، ہر دن آخری دن ہو سکتا ہے۔</w:t>
      </w:r>
    </w:p>
    <w:p>
      <w:r>
        <w:rPr>
          <w:b/>
        </w:rPr>
        <w:t xml:space="preserve">[41:13] </w:t>
      </w:r>
      <w:r>
        <w:t>to ye sab baatein hain jo sochne ki hain, ye sab baatein hain jo sochne ki hain.</w:t>
      </w:r>
    </w:p>
    <w:p>
      <w:pPr>
        <w:jc w:val="right"/>
      </w:pPr>
      <w:r>
        <w:t>تو یہ سب باتیں ہیں جو سوچنے کی ہیں، یہ سب باتیں ہیں جو سوچنے کی ہیں۔</w:t>
      </w:r>
    </w:p>
    <w:p>
      <w:r>
        <w:rPr>
          <w:b/>
        </w:rPr>
        <w:t xml:space="preserve">[41:29] </w:t>
      </w:r>
      <w:r>
        <w:t>main do sahiban se meri mulaqat hui, dono tajar the, tajar.</w:t>
      </w:r>
    </w:p>
    <w:p>
      <w:pPr>
        <w:jc w:val="right"/>
      </w:pPr>
      <w:r>
        <w:t>میں دو صاحبان سے میری ملاقات ہوئی، دونوں تاجر تھے، تاجر۔</w:t>
      </w:r>
    </w:p>
    <w:p>
      <w:r>
        <w:rPr>
          <w:b/>
        </w:rPr>
        <w:t xml:space="preserve">[41:41] </w:t>
      </w:r>
      <w:r>
        <w:t>to bahut sad the wo, bahut un ko gham tha kuch apne business mein kuch loss ho gaya tha, un ko business mein kuch loss ho gaya tha, bahut ghamgeen the wo.</w:t>
      </w:r>
    </w:p>
    <w:p>
      <w:pPr>
        <w:jc w:val="right"/>
      </w:pPr>
      <w:r>
        <w:t>تو بہت سیڈ تھے وہ، بہت ان کو غم تھا۔ کچھ اپنے بزنس میں کچھ لاس ہو گیا تھا، ان کو بزنس میں کچھ لاس ہو گیا تھا، بہت غمگین تھے وہ۔</w:t>
      </w:r>
    </w:p>
    <w:p>
      <w:r>
        <w:rPr>
          <w:b/>
        </w:rPr>
        <w:t xml:space="preserve">[41:56] </w:t>
      </w:r>
      <w:r>
        <w:t>maine ek hi baat kahi un se, mujhe ye bataiye ke aap ko jo loss hua hai, us ke baad bhi aap survive kar rahe hain ke nahi kar rahe hain?</w:t>
      </w:r>
    </w:p>
    <w:p>
      <w:pPr>
        <w:jc w:val="right"/>
      </w:pPr>
      <w:r>
        <w:t>میں نے ایک ہی بات کہی ان سے، مجھے یہ بتائیے کہ آپ کو جو لاس ہوا ہے، اس کے بعد بھی آپ سروائیو کر رہے ہیں کہ نہیں کر رہے ہیں؟</w:t>
      </w:r>
    </w:p>
    <w:p>
      <w:r>
        <w:rPr>
          <w:b/>
        </w:rPr>
        <w:t xml:space="preserve">[42:08] </w:t>
      </w:r>
      <w:r>
        <w:t>kaha survive to kar rahe hain.</w:t>
      </w:r>
    </w:p>
    <w:p>
      <w:pPr>
        <w:jc w:val="right"/>
      </w:pPr>
      <w:r>
        <w:t>کہا سروائیو تو کر رہے ہیں۔</w:t>
      </w:r>
    </w:p>
    <w:p>
      <w:r>
        <w:rPr>
          <w:b/>
        </w:rPr>
        <w:t xml:space="preserve">[42:11] </w:t>
      </w:r>
      <w:r>
        <w:t>main ne kaha loss hone ke baad bhi kya aap ke paas rehne ke liye ghar hai ke nahi? subah shaam khane ke liye food hai ke nahi?</w:t>
      </w:r>
    </w:p>
    <w:p>
      <w:pPr>
        <w:jc w:val="right"/>
      </w:pPr>
      <w:r>
        <w:t>میں نے کہا لاس ہونے کے بعد بھی کیا آپ کے پاس رہنے کے لیے گھر ہے کہ نہیں؟ صبح شام کھانے کے لیے فوڈ ہے کہ نہیں؟</w:t>
      </w:r>
    </w:p>
    <w:p>
      <w:r>
        <w:rPr>
          <w:b/>
        </w:rPr>
        <w:t xml:space="preserve">[42:22] </w:t>
      </w:r>
      <w:r>
        <w:t>aap ka jo rozmarra ka kharch hai, us ko poora karne ke liye paisa hai ke nahi? unhon ne kaha woh to hai. phir main ne kaha phir gham kis baat ka? to woh main formula un ko diya ke dekhiye, aap loss ko mat sochiye,</w:t>
      </w:r>
    </w:p>
    <w:p>
      <w:pPr>
        <w:jc w:val="right"/>
      </w:pPr>
      <w:r>
        <w:t>آپ کا جو روزمرہ کا خرچ ہے، اس کو پورا کرنے کے لیے پیسہ ہے کہ نہیں؟ انہوں نے کہا وہ تو ہے۔ پھر میں نے کہا پھر غم کس بات کا؟ تو وہ میں فارمولا ان کو دیا کہ دیکھیے، آپ لاس کو مت سوچیے،</w:t>
      </w:r>
    </w:p>
    <w:p>
      <w:r>
        <w:rPr>
          <w:b/>
        </w:rPr>
        <w:t xml:space="preserve">[42:37] </w:t>
      </w:r>
      <w:r>
        <w:t>loss to hona hi hona hai.</w:t>
      </w:r>
    </w:p>
    <w:p>
      <w:pPr>
        <w:jc w:val="right"/>
      </w:pPr>
      <w:r>
        <w:t>لاس تو ہونا ہی ہونا ہے۔</w:t>
      </w:r>
    </w:p>
    <w:p>
      <w:r>
        <w:rPr>
          <w:b/>
        </w:rPr>
        <w:t xml:space="preserve">[42:39] </w:t>
      </w:r>
      <w:r>
        <w:t>aap is ek loss ke bawajood aap survive kar rahe hain.</w:t>
      </w:r>
    </w:p>
    <w:p>
      <w:pPr>
        <w:jc w:val="right"/>
      </w:pPr>
      <w:r>
        <w:t>آپ اس ایک لاس کے باوجود آپ سروائیو کر رہے ہیں۔</w:t>
      </w:r>
    </w:p>
    <w:p>
      <w:r>
        <w:rPr>
          <w:b/>
        </w:rPr>
        <w:t xml:space="preserve">[42:47] </w:t>
      </w:r>
      <w:r>
        <w:t>to yahi phir main ne un ko ek hadith sunai. ek hadith hai ke "man kana lahu bait yaskunahu wa khadim yakhdimuhu wa jalf al-khubz wal-ma'u fa ka'annama huwa zullat ad-dunya fi hadafi".</w:t>
      </w:r>
    </w:p>
    <w:p>
      <w:pPr>
        <w:jc w:val="right"/>
      </w:pPr>
      <w:r>
        <w:t>تو یہی پھر میں نے ان کو ایک حدیث سنائی۔ ایک حدیث ہے کہ "من کان لہ بیت یسکنہ و خادم یخدمہ وجلف الخبز والماء فکانما ہو زتلہ دنیا پہ ہدافی"۔</w:t>
      </w:r>
    </w:p>
    <w:p>
      <w:r>
        <w:rPr>
          <w:b/>
        </w:rPr>
        <w:t xml:space="preserve">[43:10] </w:t>
      </w:r>
      <w:r>
        <w:t>jis shakhs ke paas ek ghar ho jis par woh reh sake, ek khadim ho jo uska kaam kar de, aur us ko subah shaam roti mil rahi ho, to goya ke us ko sari dunya mil gayi,</w:t>
      </w:r>
    </w:p>
    <w:p>
      <w:pPr>
        <w:jc w:val="right"/>
      </w:pPr>
      <w:r>
        <w:t>جس شخص کے پاس ایک گھر ہو جس پر وہ رہ سکے، ایک خادم ہو جو اس کا کام کر دے، اور اس کو صبح شام روٹی مل رہی ہو، تو گویا کہ اس کو ساری دنیا مل گئی،</w:t>
      </w:r>
    </w:p>
    <w:p>
      <w:r>
        <w:rPr>
          <w:b/>
        </w:rPr>
        <w:t xml:space="preserve">[43:26] </w:t>
      </w:r>
      <w:r>
        <w:t>sari dunya hi us ke hasil ho gayi. is ka matlab kya hai?</w:t>
      </w:r>
    </w:p>
    <w:p>
      <w:pPr>
        <w:jc w:val="right"/>
      </w:pPr>
      <w:r>
        <w:t>ساری دنیا ہی اس کے حاصل ہو گئی۔ اس کا مطلب کیا ہے؟</w:t>
      </w:r>
    </w:p>
    <w:p>
      <w:r>
        <w:rPr>
          <w:b/>
        </w:rPr>
        <w:t xml:space="preserve">[43:33] </w:t>
      </w:r>
      <w:r>
        <w:t>is ka matlab hai ke agar itna bhi tum ko hasil ho to hargiz tum ko sad hone ki zaroorat nahi, hargiz tum ko tension aur stress mein jaane ki zaroorat nahi.</w:t>
      </w:r>
    </w:p>
    <w:p>
      <w:pPr>
        <w:jc w:val="right"/>
      </w:pPr>
      <w:r>
        <w:t>اس کا مطلب ہے کہ اگر اعتراف بھی تم کو حاصل ہو تو ہرگز تم کو سیڈ ہونے کی ضرورت نہیں، ہرگز تم کو ٹینشن اور اسٹریس میں جانے کی ضرورت نہیں۔</w:t>
      </w:r>
    </w:p>
    <w:p>
      <w:r>
        <w:rPr>
          <w:b/>
        </w:rPr>
        <w:t xml:space="preserve">[43:51] </w:t>
      </w:r>
      <w:r>
        <w:t>isi ko main ne kaha ke agar aap abhi bhi survive kar rahe hain to phir aap ko gham karne ki kya zaroorat hai?</w:t>
      </w:r>
    </w:p>
    <w:p>
      <w:pPr>
        <w:jc w:val="right"/>
      </w:pPr>
      <w:r>
        <w:t>اسی کو میں نے کہا کہ اگر آپ ابھی بھی سروائیو کر رہے ہیں تو پھر آپ کو غم کرنے کی کیا ضرورت ہے؟</w:t>
      </w:r>
    </w:p>
    <w:p>
      <w:r>
        <w:rPr>
          <w:b/>
        </w:rPr>
        <w:t xml:space="preserve">[43:58] </w:t>
      </w:r>
      <w:r>
        <w:t>to is dunya ko Allah taala ne dekhe banaya is tarah se ke hamesha aap ko sad experience hoga. laqad khalaqal insana fi kabad.</w:t>
      </w:r>
    </w:p>
    <w:p>
      <w:pPr>
        <w:jc w:val="right"/>
      </w:pPr>
      <w:r>
        <w:t>تو اس دنیا کو اللہ تعالی نے دیکھے بنایا اس طریقے سے کہ ہمیشہ آپ کو سیڈ ایکسپیرینس ہوگا۔ لقد خلق الانسان فی کود۔</w:t>
      </w:r>
    </w:p>
    <w:p>
      <w:r>
        <w:rPr>
          <w:b/>
        </w:rPr>
        <w:t xml:space="preserve">[44:06] </w:t>
      </w:r>
      <w:r>
        <w:t>Allah ne paida kiya hua hai dunya ko problem world ke taur par.</w:t>
      </w:r>
    </w:p>
    <w:p>
      <w:pPr>
        <w:jc w:val="right"/>
      </w:pPr>
      <w:r>
        <w:t>اللہ نے پیدا کیا ہوا ہے دنیا کو پرابلم ورلڈ کے طور پر۔</w:t>
      </w:r>
    </w:p>
    <w:p>
      <w:r>
        <w:rPr>
          <w:b/>
        </w:rPr>
        <w:t xml:space="preserve">[44:13] </w:t>
      </w:r>
      <w:r>
        <w:t>to yeh test hai aap ke liye ke jab bhi koi problem aaye, jab bhi koi loss ho, jab bhi koi</w:t>
      </w:r>
    </w:p>
    <w:p>
      <w:pPr>
        <w:jc w:val="right"/>
      </w:pPr>
      <w:r>
        <w:t>تو یہ ٹیسٹ ہے آپ کے لیے کہ جب بھی کوئی پرابلم آئے، جب بھی کوئی لاس ہو، جب بھی کوئی</w:t>
      </w:r>
    </w:p>
    <w:p>
      <w:r>
        <w:rPr>
          <w:b/>
        </w:rPr>
        <w:t xml:space="preserve">[44:25] </w:t>
      </w:r>
      <w:r>
        <w:t>unpleasant experience ho, to aap yahi sochein jo main ne arz kiya aap ko ke kya mere paas itna hai ke main survive kar sakoon?</w:t>
      </w:r>
    </w:p>
    <w:p>
      <w:pPr>
        <w:jc w:val="right"/>
      </w:pPr>
      <w:r>
        <w:t>ان پریزنٹ ایکسپیرینس ہو، تو آپ یہی سوچیں جو میں نے عرض کیا آپ کو کہ کیا میرے پاس اتنا ہے کہ میں سروائیو کر سکوں؟</w:t>
      </w:r>
    </w:p>
    <w:p>
      <w:r>
        <w:rPr>
          <w:b/>
        </w:rPr>
        <w:t xml:space="preserve">[44:38] </w:t>
      </w:r>
      <w:r>
        <w:t>to bas kafi hai. woh</w:t>
      </w:r>
    </w:p>
    <w:p>
      <w:pPr>
        <w:jc w:val="right"/>
      </w:pPr>
      <w:r>
        <w:t>تو بس کافی ہے۔ وہ</w:t>
      </w:r>
    </w:p>
    <w:p>
      <w:r>
        <w:rPr>
          <w:b/>
        </w:rPr>
        <w:t xml:space="preserve">[44:41] </w:t>
      </w:r>
      <w:r>
        <w:t>yahi formula hai jis se aap apne yaqeen ko maintain kar sakte hain, apni marifat ke safar ko jaari rakh sakte hain.</w:t>
      </w:r>
    </w:p>
    <w:p>
      <w:pPr>
        <w:jc w:val="right"/>
      </w:pPr>
      <w:r>
        <w:t>یہی فارمولا ہے جس سے آپ اپنے یقین کو مینٹین کر سکتے ہیں، اپنی معرفت کے سفر کو جاری رکھ سکتے ہیں۔</w:t>
      </w:r>
    </w:p>
    <w:p>
      <w:r>
        <w:rPr>
          <w:b/>
        </w:rPr>
        <w:t xml:space="preserve">[44:51] </w:t>
      </w:r>
      <w:r>
        <w:t>paradise ke liye jo aap ko apne aap ko personality tayyar karna hai, uska process chalta rahega. agar aap bas rahe to is ke siwa koi formula nahi.</w:t>
      </w:r>
    </w:p>
    <w:p>
      <w:pPr>
        <w:jc w:val="right"/>
      </w:pPr>
      <w:r>
        <w:t>پیراڈائز کے لیے جو آپ کو اپنے آپ کو پرسنیلٹی تیار کرنا ہے، اس کا پروسیس چلتا رہے گا۔ اگر آپ بس رہے تو اس کے سوا کوئی فارمولا نہیں۔</w:t>
      </w:r>
    </w:p>
    <w:p>
      <w:r>
        <w:rPr>
          <w:b/>
        </w:rPr>
        <w:t xml:space="preserve">[45:06] </w:t>
      </w:r>
      <w:r>
        <w:t>to asal cheez hai yeh baat ke aap ka, aap ka jo personality banna hai, paradise ke qabil personality, uska process chalta rahe, woh na ruke.</w:t>
      </w:r>
    </w:p>
    <w:p>
      <w:pPr>
        <w:jc w:val="right"/>
      </w:pPr>
      <w:r>
        <w:t>تو اصل چیز ہے یہ بات کہ آپ کا، آپ کا جو پرسنیلٹی بننا ہے، پیراڈائز کے قابل پرسنیلٹی، اس کا پروسیس چلتا رہے، وہ نہ رکے۔</w:t>
      </w:r>
    </w:p>
    <w:p>
      <w:r>
        <w:rPr>
          <w:b/>
        </w:rPr>
        <w:t xml:space="preserve">[45:21] </w:t>
      </w:r>
      <w:r>
        <w:t>iska hal kya hai? is ka hal yahi hai ke jab bhi koi loss ho, jab bhi koi problem ho, to bas aap yeh soch lijiye, abhi bhi main survive kar raha hoon ke nahi kar raha hoon?</w:t>
      </w:r>
    </w:p>
    <w:p>
      <w:pPr>
        <w:jc w:val="right"/>
      </w:pPr>
      <w:r>
        <w:t>اس کا حل کیا ہے؟ اس کا حل یہی ہے کہ جب بھی کوئی لاس ہو، جب بھی کوئی پرابلم ہو، تو بس آپ یہ سوچ لیجئے، ابھی بھی میں سروائیو کر رہا ہوں کہ نہیں کر رہا ہوں؟</w:t>
      </w:r>
    </w:p>
    <w:p>
      <w:r>
        <w:rPr>
          <w:b/>
        </w:rPr>
        <w:t xml:space="preserve">[45:36] </w:t>
      </w:r>
      <w:r>
        <w:t>to bas agar aap survive kar rahe hain to that is enough.</w:t>
      </w:r>
    </w:p>
    <w:p>
      <w:pPr>
        <w:jc w:val="right"/>
      </w:pPr>
      <w:r>
        <w:t>تو بس اگر آپ سروائیو کر رہے ہیں تو دیٹ از انف۔</w:t>
      </w:r>
    </w:p>
    <w:p>
      <w:r>
        <w:rPr>
          <w:b/>
        </w:rPr>
        <w:t xml:space="preserve">[45:44] </w:t>
      </w:r>
      <w:r>
        <w:t>yani luxury ke level par main nahi kar raha hoon ke luxury hasil hai ke nahi hasil hai. yani survive ka lafz bol raha hoon main ke zinda rehne ke liye agar abhi aap ka saman hai to that is enough.</w:t>
      </w:r>
    </w:p>
    <w:p>
      <w:pPr>
        <w:jc w:val="right"/>
      </w:pPr>
      <w:r>
        <w:t>یعنی لگزری کے لیول پر میں نہیں کر رہا ہوں کہ لگزری حاصل ہے کہ نہیں حاصل ہے۔ یعنی سروائیو کا لفظ بول رہا ہوں میں کہ زندہ رہنے کے لیے اگر ابھی آپ کا سامان ہے تو دیٹ از انف۔</w:t>
      </w:r>
    </w:p>
    <w:p>
      <w:r>
        <w:rPr>
          <w:b/>
        </w:rPr>
        <w:t xml:space="preserve">[46:02] </w:t>
      </w:r>
      <w:r>
        <w:t>is formula ko jo aadmi nahi pakdega, woh zindagi bhar ke kya hoga uska haal, tension mein jiyega, tension mein marega.</w:t>
      </w:r>
    </w:p>
    <w:p>
      <w:pPr>
        <w:jc w:val="right"/>
      </w:pPr>
      <w:r>
        <w:t>اس فارمولے کو جو آدمی نہیں پکڑے گا، وہ زندگی بھر کہ کیا ہوگا اس کا حال، ٹینشن میں جیے گا، ٹینشن میں مرے گا۔</w:t>
      </w:r>
    </w:p>
    <w:p>
      <w:r>
        <w:rPr>
          <w:b/>
        </w:rPr>
        <w:t xml:space="preserve">[46:12] </w:t>
      </w:r>
      <w:r>
        <w:t>aur jo is formula ko pakdega, woh tension free jiyega, tension free marega.</w:t>
      </w:r>
    </w:p>
    <w:p>
      <w:pPr>
        <w:jc w:val="right"/>
      </w:pPr>
      <w:r>
        <w:t>اور جو اس فارمولے کو پکڑے گا، وہ ٹینشن فری جیے گا، ٹینشن فری مرے گا۔</w:t>
      </w:r>
    </w:p>
    <w:p>
      <w:r>
        <w:rPr>
          <w:b/>
        </w:rPr>
        <w:t xml:space="preserve">[46:19] </w:t>
      </w:r>
      <w:r>
        <w:t>woh wahi woh shakhs hai, uska farishte istiqbal karenge, an-nafs al-mutma'innah ke taur par.</w:t>
      </w:r>
    </w:p>
    <w:p>
      <w:pPr>
        <w:jc w:val="right"/>
      </w:pPr>
      <w:r>
        <w:t>وہ وہی وہ شخص ہے، اس کا فرشتے استقبال کریں گے، النفس المطمئنہ کے طور پر۔</w:t>
      </w:r>
    </w:p>
    <w:p>
      <w:r>
        <w:rPr>
          <w:b/>
        </w:rPr>
        <w:t xml:space="preserve">[46:30] </w:t>
      </w:r>
      <w:r>
        <w:t>to hamein is tarah jeena hai ke jab aakhri waqt aaye hamara to farishte hum ko an-nafs al-mutma'innah keh kar istiqbal karein hamara aur kahein ke jannat tumhare liye hai.</w:t>
      </w:r>
    </w:p>
    <w:p>
      <w:pPr>
        <w:jc w:val="right"/>
      </w:pPr>
      <w:r>
        <w:t>تو ہمیں اس طرح جینا ہے کہ جب آخری وقت آئے ہمارا تو فرشتے ہم کو النفس المطمئنہ کہہ کر استقبال کریں ہمارا اور کہیں کہ جنت تمہارے لیے ہے۔</w:t>
      </w:r>
    </w:p>
    <w:p>
      <w:r>
        <w:rPr>
          <w:b/>
        </w:rPr>
        <w:t xml:space="preserve">[46:49] </w:t>
      </w:r>
      <w:r>
        <w:t>yahi formula hai is dunya mein is tarah ki zindagi guzarne ka jis ka aakhri anjam jannat hai.</w:t>
      </w:r>
    </w:p>
    <w:p>
      <w:pPr>
        <w:jc w:val="right"/>
      </w:pPr>
      <w:r>
        <w:t>یہی فارمولا ہے اس دنیا میں اس طرح کی زندگی گزارنے کا جس کا آخری انجام جنت ہے۔</w:t>
      </w:r>
    </w:p>
    <w:p>
      <w:r>
        <w:rPr>
          <w:b/>
        </w:rPr>
        <w:t xml:space="preserve">[47:00] </w:t>
      </w:r>
      <w:r>
        <w:t>mein dua karta hoon ke Allah taala mujh ko aur aap ko tofeeq de ke hum is sirat-e-mustaqeem ko ikhtiyar karein aur Allah ki rehmaton ke mustahiq thehrein.</w:t>
      </w:r>
    </w:p>
    <w:p>
      <w:pPr>
        <w:jc w:val="right"/>
      </w:pPr>
      <w:r>
        <w:t>میں دعا کرتا ہوں کہ اللہ تعالی مجھ کو اور آپ کو توفیق دے کہ ہم اس صراط مستقیم کو اختیار کریں اور اللہ کی رحمتوں کے مستحق ٹھہریں۔</w:t>
      </w:r>
    </w:p>
    <w:p>
      <w:r>
        <w:rPr>
          <w:b/>
        </w:rPr>
        <w:t xml:space="preserve">[47:10] </w:t>
      </w:r>
      <w:r>
        <w:t>aqool qawli haza wa astaghfirullaha alaikum ajmaeen.</w:t>
      </w:r>
    </w:p>
    <w:p>
      <w:pPr>
        <w:jc w:val="right"/>
      </w:pPr>
      <w:r>
        <w:t>اقول قولیھذا واستغفراللہ علیکم اجمعین۔</w:t>
      </w:r>
    </w:p>
    <w:p>
      <w:r>
        <w:rPr>
          <w:b/>
        </w:rPr>
        <w:t xml:space="preserve">[47:27] </w:t>
      </w:r>
      <w:r>
        <w:t>maulana, yeh sawal Dilli se hai, Shah Imran Hasan sahab ka. unhon ne likha hai: "ek musannif ne likha hai ke tamam logon tak dawat pahunchana zaroori nahi,</w:t>
      </w:r>
    </w:p>
    <w:p>
      <w:pPr>
        <w:jc w:val="right"/>
      </w:pPr>
      <w:r>
        <w:t>مولانا، یہ سوال دلی سے ہے، شاہ عمران حسن صاحب کا۔ انہوں نے لکھا ہے: "ایک مصنف نے لکھا ہے کہ تمام لوگوں تک دعوت پہنچانا ضروری نہیں،</w:t>
      </w:r>
    </w:p>
    <w:p>
      <w:r>
        <w:rPr>
          <w:b/>
        </w:rPr>
        <w:t xml:space="preserve">[47:41] </w:t>
      </w:r>
      <w:r>
        <w:t>kyunke jab nabi ki wafat hui to poori dunya mein dawat nahi pahunchi thi, magar is ke bawajood nabi ne kaha ke maine apna paigham pahuncha diya." Maulana sahab, is ke bare mein batayein.</w:t>
      </w:r>
    </w:p>
    <w:p>
      <w:pPr>
        <w:jc w:val="right"/>
      </w:pPr>
      <w:r>
        <w:t>کیونکہ جب نبی کی وفات ہوئی تو پوری دنیا میں دعوت نہیں پہنچی تھی، مگر اس کے باوجود نبی نے کہا کہ میں نے اپنا پیغام پہنچا دیا۔" مولانا صاحب، اس کے بارے میں بتائیں۔</w:t>
      </w:r>
    </w:p>
    <w:p>
      <w:r>
        <w:rPr>
          <w:b/>
        </w:rPr>
        <w:t xml:space="preserve">[47:55] </w:t>
      </w:r>
      <w:r>
        <w:t>yeh bohat galat baat hai.</w:t>
      </w:r>
    </w:p>
    <w:p>
      <w:pPr>
        <w:jc w:val="right"/>
      </w:pPr>
      <w:r>
        <w:t>یہ بہت غلط بات ہے۔</w:t>
      </w:r>
    </w:p>
    <w:p>
      <w:r>
        <w:rPr>
          <w:b/>
        </w:rPr>
        <w:t xml:space="preserve">[47:58] </w:t>
      </w:r>
      <w:r>
        <w:t>audience jo tha, us se poocha aap ne ke kya maine pahuncha diya? jo audience tha wahan par, baqi aap ne kaha: "فَلْيَبَلِّغِ الشَّاعِرِ الْغَائِبِ".</w:t>
      </w:r>
    </w:p>
    <w:p>
      <w:pPr>
        <w:jc w:val="right"/>
      </w:pPr>
      <w:r>
        <w:t>آڈینس جو تھا، اس سے پوچھا آپ نے کہ کیا میں نے پہنچا دیا؟ جو آڈینس تھا وہاں پر، باقی آپ نے کہا: "فَلْيَبَلِّغِ الشَّاعِرِ الْغَائِبِ"۔</w:t>
      </w:r>
    </w:p>
    <w:p>
      <w:r>
        <w:rPr>
          <w:b/>
        </w:rPr>
        <w:t xml:space="preserve">[48:10] </w:t>
      </w:r>
      <w:r>
        <w:t>jo yahan hain, woh doosron ko pahuncha dein. baghair parhe hue aisi baatein karte hain log.</w:t>
      </w:r>
    </w:p>
    <w:p>
      <w:pPr>
        <w:jc w:val="right"/>
      </w:pPr>
      <w:r>
        <w:t>جو یہاں ہیں، وہ دوسروں کو پہنچا دیں۔ بغیر پڑھے ہوئے ایسی باتیں کرتے ہیں لوگ۔</w:t>
      </w:r>
    </w:p>
    <w:p>
      <w:r>
        <w:rPr>
          <w:b/>
        </w:rPr>
        <w:t xml:space="preserve">[48:17] </w:t>
      </w:r>
      <w:r>
        <w:t>isi tarah jo report hai Hajjatul Wida ki, isi mein yeh baat hai ke jo log wahan maujood the, yaani Sahaba, un se aap ne poocha ke kya maine tum ko pahuncha diya?</w:t>
      </w:r>
    </w:p>
    <w:p>
      <w:pPr>
        <w:jc w:val="right"/>
      </w:pPr>
      <w:r>
        <w:t>اسی سیم جو رپورٹ ہے حجۃ الوداع کی، اسی میں یہ بات ہے کہ جو لوگ وہاں موجود تھے، یعنی صحابہ، ان سے آپ نے پوچھا کہ کیا میں نے تم کو پہنچا دیا؟</w:t>
      </w:r>
    </w:p>
    <w:p>
      <w:r>
        <w:rPr>
          <w:b/>
        </w:rPr>
        <w:t xml:space="preserve">[48:32] </w:t>
      </w:r>
      <w:r>
        <w:t>"أَلَا هَلْبَلَّغْتُ؟ أَلَا هَلْبَلَّغْتُ؟" to woh jo audience tha, unhon ne kaha ke haan, aap ne pahuncha diya. to phir aap ne un ko yeh message diya: "فَلْيَبَلِّغِ الشَّاعِرِ الْغَائِبِ"</w:t>
      </w:r>
    </w:p>
    <w:p>
      <w:pPr>
        <w:jc w:val="right"/>
      </w:pPr>
      <w:r>
        <w:t>"أَلَا هَلْبَلَّغْتُ؟ أَلَا هَلْبَلَّغْتُ؟" تو وہ جو آڈینس تھا، انہوں نے کہا کہ ہاں، آپ نے پہنچا دیا۔ تو پھر آپ نے ان کو یہ میسج دیا: "فَلْيَبَلِّغِ الشَّاعِرِ الْغَائِبِ"</w:t>
      </w:r>
    </w:p>
    <w:p>
      <w:r>
        <w:rPr>
          <w:b/>
        </w:rPr>
        <w:t xml:space="preserve">[48:45] </w:t>
      </w:r>
      <w:r>
        <w:t>. jo yahan hazir hain, woh log pahuncha dein jo hazir nahi hain. to aap ne ek ek ek ek ek ek aisa mission diya jo qayamat tak jaari rahe.</w:t>
      </w:r>
    </w:p>
    <w:p>
      <w:pPr>
        <w:jc w:val="right"/>
      </w:pPr>
      <w:r>
        <w:t>۔ جو یہاں حاضر ہیں، وہ لوگ پہنچا دیں جو حاضر نہیں ہیں۔ تو آپ نے ایک ایک ایک ایک ایک ایک ایسا مشن دیا جو قیامت تک جاری رہے۔</w:t>
      </w:r>
    </w:p>
    <w:p>
      <w:r>
        <w:rPr>
          <w:b/>
        </w:rPr>
        <w:t xml:space="preserve">[48:58] </w:t>
      </w:r>
      <w:r>
        <w:t>is qism ke log jo hain, baghair parhe hue aisi baatein likhte hain. mujhe bohat taajjub hota hai ke kaise himmat parti hai ke deen ke maamle mein baghair achi tarah parhe hue aisi baatein kahein.</w:t>
      </w:r>
    </w:p>
    <w:p>
      <w:pPr>
        <w:jc w:val="right"/>
      </w:pPr>
      <w:r>
        <w:t>اس قسم کے لوگ جو ہیں، بغیر پڑھے ہوئے ایسی باتیں لکھتے ہیں۔ مجھے بہت تعجب ہوتا ہے کہ کیسے ہمت پڑتی ہے کہ دین کے معاملے میں بغیر اچھی طرح پڑھے ہوئے ایسی باتیں کہیں۔</w:t>
      </w:r>
    </w:p>
    <w:p>
      <w:r>
        <w:rPr>
          <w:b/>
        </w:rPr>
        <w:t xml:space="preserve">[49:13] </w:t>
      </w:r>
      <w:r>
        <w:t>Maulana, agla sawal Karachi Pakistan se hai, Aamir bin Yusuf sahab ka. unhon ne aap se poocha hai ke aam taur par insaan ki fitrat mein ghulu hota hai.</w:t>
      </w:r>
    </w:p>
    <w:p>
      <w:pPr>
        <w:jc w:val="right"/>
      </w:pPr>
      <w:r>
        <w:t>مولانا، اگلا سوال کراچی پاکستان سے ہے، عامر بن یوسف صاحب کا۔ انہوں نے آپ سے پوچھا ہے کہ عام طور پر انسان کی فطرت میں غلو ہوتا ہے۔</w:t>
      </w:r>
    </w:p>
    <w:p>
      <w:r>
        <w:rPr>
          <w:b/>
        </w:rPr>
        <w:t xml:space="preserve">[49:27] </w:t>
      </w:r>
      <w:r>
        <w:t>aakhir yeh kyun hai? is ke bare mein batayein. nahi, yeh sahi nahi. ghulu hota hai fitrat mein, ghulu nahi hota hai. fitrat ka ghulu hai, ghulu khud fitrat nahi hai.</w:t>
      </w:r>
    </w:p>
    <w:p>
      <w:pPr>
        <w:jc w:val="right"/>
      </w:pPr>
      <w:r>
        <w:t>آخر یہ کیوں ہے؟ اس کے بارے میں بتائیں۔ نہیں، یہ صحیح نہیں۔ غلو ہوتا ہے فطرت میں، غلو نہیں ہوتا ہے۔ فطرت کا غلو ہے، غلو خود فطرت نہیں ہے۔</w:t>
      </w:r>
    </w:p>
    <w:p>
      <w:r>
        <w:rPr>
          <w:b/>
        </w:rPr>
        <w:t xml:space="preserve">[49:42] </w:t>
      </w:r>
      <w:r>
        <w:t>aap bhi nahi kahein ke maslan insaan zuban se jhoot bolta hai to aap kahein jhoot bolna fitrat hai? nahi, zuban ka ghulu hai. aise ghulu khud fitrat-e-insani mein nahi hai.</w:t>
      </w:r>
    </w:p>
    <w:p>
      <w:pPr>
        <w:jc w:val="right"/>
      </w:pPr>
      <w:r>
        <w:t>آپ بھی نہیں کہیں کہ مثلاً انسان زبان سے جھوٹ بولتا ہے تو آپ کہیں جھوٹ بولنا فطرت ہے؟ نہیں، زبان کا غلو ہے۔ ایسے غلو خود فطرت انسانی میں نہیں ہے۔</w:t>
      </w:r>
    </w:p>
    <w:p>
      <w:r>
        <w:rPr>
          <w:b/>
        </w:rPr>
        <w:t xml:space="preserve">[49:55] </w:t>
      </w:r>
      <w:r>
        <w:t>aap ko jo azaadi di hai Allah taala ne, us azaadi ko aap jab galat istemal karte hain to ghulu paida hota hai.</w:t>
      </w:r>
    </w:p>
    <w:p>
      <w:pPr>
        <w:jc w:val="right"/>
      </w:pPr>
      <w:r>
        <w:t>آپ کو جو آزادی دی ہے اللہ تعالی نے، اس آزادی کو آپ جب غلط استعمال کرتے ہیں تو غلو پیدا ہوتا ہے۔</w:t>
      </w:r>
    </w:p>
    <w:p>
      <w:r>
        <w:rPr>
          <w:b/>
        </w:rPr>
        <w:t xml:space="preserve">[50:04] </w:t>
      </w:r>
      <w:r>
        <w:t>Maulana, un ka ek aur sawal hai. unhon ne likha hai ke aaj kal Karachi Pakistan mein kaafi log hijama sunnat samajh kar karwa rahe hain.</w:t>
      </w:r>
    </w:p>
    <w:p>
      <w:pPr>
        <w:jc w:val="right"/>
      </w:pPr>
      <w:r>
        <w:t>مولانا، ان کا ایک اور سوال ہے۔ انہوں نے لکھا ہے کہ آج کل کراچی پاکستان میں کافی لوگ حجامہ سنت سمجھ کر کروا رہے ہیں۔</w:t>
      </w:r>
    </w:p>
    <w:p>
      <w:r>
        <w:rPr>
          <w:b/>
        </w:rPr>
        <w:t xml:space="preserve">[50:16] </w:t>
      </w:r>
      <w:r>
        <w:t>is ke bare mein batayein. yeh bilkul afsurda baat hai. yaani is ka koi talluq Islam se nahi hai.</w:t>
      </w:r>
    </w:p>
    <w:p>
      <w:pPr>
        <w:jc w:val="right"/>
      </w:pPr>
      <w:r>
        <w:t>اس کے بارے میں بتائیں۔ یہ بالکل افسردہ بات ہے۔ یعنی اس کا کوئی تعلق اسلام سے نہیں ہے۔</w:t>
      </w:r>
    </w:p>
    <w:p>
      <w:r>
        <w:rPr>
          <w:b/>
        </w:rPr>
        <w:t xml:space="preserve">[50:27] </w:t>
      </w:r>
      <w:r>
        <w:t>aise logon ko aap kya kahein?</w:t>
      </w:r>
    </w:p>
    <w:p>
      <w:pPr>
        <w:jc w:val="right"/>
      </w:pPr>
      <w:r>
        <w:t>ایسے لوگوں کو آپ کیا کہیں؟</w:t>
      </w:r>
    </w:p>
    <w:p>
      <w:r>
        <w:rPr>
          <w:b/>
        </w:rPr>
        <w:t xml:space="preserve">[50:34] </w:t>
      </w:r>
      <w:r>
        <w:t>yaani Islam ko unhon ne aisa ghata kar pesh kiya hai ke mujhe hairat hai ke yeh to mujrim hain, yeh log mujrim hain.</w:t>
      </w:r>
    </w:p>
    <w:p>
      <w:pPr>
        <w:jc w:val="right"/>
      </w:pPr>
      <w:r>
        <w:t>یعنی اسلام کو انہوں نے ایسا گھٹا کر پیش کیا ہے کہ مجھے حیرت ہے کہ یہ تو مجرم ہیں، یہ لوگ مجرم ہیں۔</w:t>
      </w:r>
    </w:p>
    <w:p>
      <w:r>
        <w:rPr>
          <w:b/>
        </w:rPr>
        <w:t xml:space="preserve">[50:46] </w:t>
      </w:r>
      <w:r>
        <w:t>dekhein, kal Times of India mein mera ek article chhaapa hai to us par bees hazar se zyada logon ne visit kiya.</w:t>
      </w:r>
    </w:p>
    <w:p>
      <w:pPr>
        <w:jc w:val="right"/>
      </w:pPr>
      <w:r>
        <w:t>دیکھیں، کل ٹائمز آف انڈیا میں میرا ایک آرٹیکل چھپا ہے تو اس پر بیس ہزار سے زیادہ لوگوں نے وزٹ کیا۔</w:t>
      </w:r>
    </w:p>
    <w:p>
      <w:r>
        <w:rPr>
          <w:b/>
        </w:rPr>
        <w:t xml:space="preserve">[50:56] </w:t>
      </w:r>
      <w:r>
        <w:t>us ko to mujhe maloom hua ke ek ek ek Christian lady ne likha hai ke mujhe taajjub hai ke ek Musalman aisa mazmoon likh sakta hai.</w:t>
      </w:r>
    </w:p>
    <w:p>
      <w:pPr>
        <w:jc w:val="right"/>
      </w:pPr>
      <w:r>
        <w:t>اس کو تو مجھے معلوم ہوا کہ ایک ایک ایک کرسچن لیڈی نے لکھا ہے کہ مجھے تعجب ہے کہ ایک مسلمان ایسا مضمون لکھ سکتا ہے۔</w:t>
      </w:r>
    </w:p>
    <w:p>
      <w:r>
        <w:rPr>
          <w:b/>
        </w:rPr>
        <w:t xml:space="preserve">[51:06] </w:t>
      </w:r>
      <w:r>
        <w:t>to Musalman ne apni image itni kharab kar likhi hai, itni kharab ke samajhta hai ke Musalman jo hai, woh to militancy ki baat karega.</w:t>
      </w:r>
    </w:p>
    <w:p>
      <w:pPr>
        <w:jc w:val="right"/>
      </w:pPr>
      <w:r>
        <w:t>تو مسلمان نے اپنی امیج اتنی خراب کر لکھی ہے، اتنی خراب کہ سمجھتا ہے کہ مسلمان جو ہے، وہ تو ملٹریسی کی بات کرے گا۔</w:t>
      </w:r>
    </w:p>
    <w:p>
      <w:r>
        <w:rPr>
          <w:b/>
        </w:rPr>
        <w:t xml:space="preserve">[51:15] </w:t>
      </w:r>
      <w:r>
        <w:t>constitutionality ki baat karna Musalman jaanta nahi hai, positivity ki baat Musalman jaanta nahi hai. yeh sab baatein Islam ki image ko kharab karne wali hain aur hargiz hargiz yeh koi sunnat nahi hai.</w:t>
      </w:r>
    </w:p>
    <w:p>
      <w:pPr>
        <w:jc w:val="right"/>
      </w:pPr>
      <w:r>
        <w:t>کانسٹیٹیوٹی کی بات کرنا مسلمان جانتا نہیں ہے، پازیٹیو بات مسلمان جانتا نہیں ہے۔ یہ سب باتیں اسلام کی امیج کو خراب کرنے والی ہیں اور ہرگز ہرگز یہ کوئی سنت نہیں ہے۔</w:t>
      </w:r>
    </w:p>
    <w:p>
      <w:r>
        <w:rPr>
          <w:b/>
        </w:rPr>
        <w:t xml:space="preserve">[51:30] </w:t>
      </w:r>
      <w:r>
        <w:t>is zamane mein Arab mein aur doosre mulkon mein yeh riwaj tha pushta lagwane ka. is ka sunnat se kya talluq hai?</w:t>
      </w:r>
    </w:p>
    <w:p>
      <w:pPr>
        <w:jc w:val="right"/>
      </w:pPr>
      <w:r>
        <w:t>اس زمانے میں عرب میں اور دوسرے ملکوں میں یہ رواج تھا پشتہ لگوانے کا۔ اس کا سنت سے کیا تعلق ہے؟</w:t>
      </w:r>
    </w:p>
    <w:p>
      <w:r>
        <w:rPr>
          <w:b/>
        </w:rPr>
        <w:t xml:space="preserve">[51:40] </w:t>
      </w:r>
      <w:r>
        <w:t>woh to aap parh lijiyey shah waliullah sahib ki kitab. unhon ne likha hai ke ek sunnat har cheez ko sunnat nahi samajhna chahiye.</w:t>
      </w:r>
    </w:p>
    <w:p>
      <w:pPr>
        <w:jc w:val="right"/>
      </w:pPr>
      <w:r>
        <w:t>وہ تو آپ پڑھ لیجئے شاہ ولی اللہ صاحب کی کتاب۔ انہوں نے لکھا ہے کہ ایک سنت ہر چیز کو سنت نہیں سمجھنا چاہیے۔</w:t>
      </w:r>
    </w:p>
    <w:p>
      <w:r>
        <w:rPr>
          <w:b/>
        </w:rPr>
        <w:t xml:space="preserve">[51:54] </w:t>
      </w:r>
      <w:r>
        <w:t>sunnat aadiyah aur sunnat sabitah yaani koi cheez jo rasoolullah ne ki ho toh woh sunnat keh dein aap us ko.</w:t>
      </w:r>
    </w:p>
    <w:p>
      <w:pPr>
        <w:jc w:val="right"/>
      </w:pPr>
      <w:r>
        <w:t>سنت عادیہ اور سنت ثابتہ یعنی کوئی چیز جو رسول اللہ نے کی ہو تو وہ سنت کہہ دیں آپ اس کو۔</w:t>
      </w:r>
    </w:p>
    <w:p>
      <w:r>
        <w:rPr>
          <w:b/>
        </w:rPr>
        <w:t xml:space="preserve">[52:03] </w:t>
      </w:r>
      <w:r>
        <w:t>toh yeh bilkul rasoolullah rehte they jhonpdi mein. aap jayen jhonpdi mein rahiyey,</w:t>
      </w:r>
    </w:p>
    <w:p>
      <w:pPr>
        <w:jc w:val="right"/>
      </w:pPr>
      <w:r>
        <w:t>تو یہ بالکل رسول اللہ رہتے تھے جھونپڑی میں۔ آپ جائیں جھونپڑی میں رہیے،</w:t>
      </w:r>
    </w:p>
    <w:p>
      <w:r>
        <w:rPr>
          <w:b/>
        </w:rPr>
        <w:t xml:space="preserve">[52:08] </w:t>
      </w:r>
      <w:r>
        <w:t>is sunnat ko nahi koi amal karega. is par koi jis makan mein rasoolullah rehte they, woh aaj kal ki zabaan mein jhonpdi tha. woh toh yeh bilkul galat hai, yeh islam ke khilaaf hai.</w:t>
      </w:r>
    </w:p>
    <w:p>
      <w:pPr>
        <w:jc w:val="right"/>
      </w:pPr>
      <w:r>
        <w:t>اس سنت کو نہیں کوئی عمل کرے گا۔ اس پر کوئی جس مکان میں رسول اللہ رہتے تھے، وہ آج کل کی زبان میں جھونپڑی تھا۔ وہ تو یہ بالکل غلط ہے، یہ اسلام کے خلاف ہے۔</w:t>
      </w:r>
    </w:p>
    <w:p>
      <w:r>
        <w:rPr>
          <w:b/>
        </w:rPr>
        <w:t xml:space="preserve">[52:19] </w:t>
      </w:r>
      <w:r>
        <w:t>yeh mein is ko yaani ek mujrimana fe'l samajhta hoon, is ka sunnat se koi ta'alluq nahi hai. aur yeh mein hi nahi keh raha hoon ke balkey barhey barhey ulma ne yeh baat kahi hai ke rasoolullah ki zindagi mein jo kuch hua hai, woh sab sunnat sabitah nahi</w:t>
      </w:r>
    </w:p>
    <w:p>
      <w:pPr>
        <w:jc w:val="right"/>
      </w:pPr>
      <w:r>
        <w:t>یہ میں اس کو یعنی ایک مجرمانہ فعل سمجھتا ہوں، اس کا سنت سے کوئی تعلق نہیں ہے۔ اور یہ میں ہی نہیں کہہ رہا ہوں کہ بلکہ بڑے بڑے علماء نے یہ بات کہی ہے کہ رسول اللہ کی زندگی میں جو کچھ ہوا ہے، وہ سب سنت ثابتہ نہیں</w:t>
      </w:r>
    </w:p>
    <w:p>
      <w:r>
        <w:rPr>
          <w:b/>
        </w:rPr>
        <w:t xml:space="preserve">[52:36] </w:t>
      </w:r>
      <w:r>
        <w:t>hai. is mein kuch cheezen hain jo sunnat aadiyah hain ke arab mein paida hue toh us nisbat se aap ne aisa kiya.</w:t>
      </w:r>
    </w:p>
    <w:p>
      <w:pPr>
        <w:jc w:val="right"/>
      </w:pPr>
      <w:r>
        <w:t>ہے۔ اس میں کچھ چیزیں ہیں جو سنت عادیہ ہیں کہ عرب میں پیدا ہوئے تو اس نسبت سے آپ نے ایسا کیا۔</w:t>
      </w:r>
    </w:p>
    <w:p>
      <w:r>
        <w:rPr>
          <w:b/>
        </w:rPr>
        <w:t xml:space="preserve">[52:45] </w:t>
      </w:r>
      <w:r>
        <w:t>woh is liye nahi ke rasoolullah isi liye bheje gaye they ke log is par amal karein. yeh bilkul afsurdah baat hai. yeh</w:t>
      </w:r>
    </w:p>
    <w:p>
      <w:pPr>
        <w:jc w:val="right"/>
      </w:pPr>
      <w:r>
        <w:t>وہ اس لیے نہیں کہ رسول اللہ اسی لیے بھیجے گئے تھے کہ لوگ اس پر عمل کریں۔ یہ بالکل افسردہ بات ہے۔ یہ</w:t>
      </w:r>
    </w:p>
    <w:p>
      <w:r>
        <w:rPr>
          <w:b/>
        </w:rPr>
        <w:t xml:space="preserve">[52:54] </w:t>
      </w:r>
      <w:r>
        <w:t>maulana, agla sawal kashmir se hai, aamir jaan mori sahib ka</w:t>
      </w:r>
    </w:p>
    <w:p>
      <w:pPr>
        <w:jc w:val="right"/>
      </w:pPr>
      <w:r>
        <w:t>مولانا، اگلا سوال کشمیر سے ہے، عامر جان موری صاحب کا</w:t>
      </w:r>
    </w:p>
    <w:p>
      <w:r>
        <w:rPr>
          <w:b/>
        </w:rPr>
        <w:t xml:space="preserve">[52:59] </w:t>
      </w:r>
      <w:r>
        <w:t>. unhon ne likha hai: "we majorly talk of giving quran to non muslims in our dawah activities, so that people read it, understand it and accept it as a final book of god.</w:t>
      </w:r>
    </w:p>
    <w:p>
      <w:pPr>
        <w:jc w:val="right"/>
      </w:pPr>
      <w:r>
        <w:t>۔ انہوں نے لکھا ہے: "وی میجرلی ٹاک آف گیونگ قرآن ٹو نان مسلمز ان اور دعویٰ ایکٹیویٹیز، سو دیٹ پیپل ریڈ اٹ، انڈرسٹینڈ اٹ اینڈ ایکسیپٹ اٹ ایز ا فائنل بک آف گاڈ۔</w:t>
      </w:r>
    </w:p>
    <w:p>
      <w:r>
        <w:rPr>
          <w:b/>
        </w:rPr>
        <w:t xml:space="preserve">[53:14] </w:t>
      </w:r>
      <w:r>
        <w:t>in doing so, our main intention remains that people should understand the creation plan of god and purpose of life.</w:t>
      </w:r>
    </w:p>
    <w:p>
      <w:pPr>
        <w:jc w:val="right"/>
      </w:pPr>
      <w:r>
        <w:t>ان ڈوئنگ سو، اور مین انٹینشن ریمینز دیٹ پیپل شوڈ انڈرسٹینڈ دا کریشن پلان آف گاڈ اینڈ پرپس آف لائف۔</w:t>
      </w:r>
    </w:p>
    <w:p>
      <w:r>
        <w:rPr>
          <w:b/>
        </w:rPr>
        <w:t xml:space="preserve">[53:23] </w:t>
      </w:r>
      <w:r>
        <w:t>one confusion which always disturbs my mind is that almost every muslim house have a copy of quran, but why is it so that still muslims are unaware about the purpose of life?</w:t>
      </w:r>
    </w:p>
    <w:p>
      <w:pPr>
        <w:jc w:val="right"/>
      </w:pPr>
      <w:r>
        <w:t>ون کنفیوژن وچ الویز ڈسٹربز مائی مائنڈ از دیٹ الموسٹ ایوری مسلم ہاؤس ہیو ا کاپی آف قرآن، بٹ وائی از اٹ سو دیٹ سٹل مسلمز ار ان اویئر اباؤٹ دا پرپس آف لائف؟</w:t>
      </w:r>
    </w:p>
    <w:p>
      <w:r>
        <w:rPr>
          <w:b/>
        </w:rPr>
        <w:t xml:space="preserve">[53:38] </w:t>
      </w:r>
      <w:r>
        <w:t>maulana sahib, please guide how muslims who already have a faith in one god and his last messenger can come to the straight path.</w:t>
      </w:r>
    </w:p>
    <w:p>
      <w:pPr>
        <w:jc w:val="right"/>
      </w:pPr>
      <w:r>
        <w:t>مولانا صاحب، پلیز گائیڈ ہاؤ مسلمز ہو الریڈی ہیو ا فیتھ ان ون گاڈ اینڈ ہز لاسٹ میسنجر کین کم ٹو دا سٹریٹ پاتھ۔</w:t>
      </w:r>
    </w:p>
    <w:p>
      <w:r>
        <w:rPr>
          <w:b/>
        </w:rPr>
        <w:t xml:space="preserve">[53:49] </w:t>
      </w:r>
      <w:r>
        <w:t>bhai, yeh sawal kya hai? bhai, toh nahi samajhta is</w:t>
      </w:r>
    </w:p>
    <w:p>
      <w:pPr>
        <w:jc w:val="right"/>
      </w:pPr>
      <w:r>
        <w:t>بھئی، یہ سوال کیا ہے؟ بھئی، تو نہیں سمجھتا اس</w:t>
      </w:r>
    </w:p>
    <w:p>
      <w:r>
        <w:rPr>
          <w:b/>
        </w:rPr>
        <w:t xml:space="preserve">[53:52] </w:t>
      </w:r>
      <w:r>
        <w:t>ko? kya musalmanon ko ja ke bataiyey? jis tarah batana hai ghair musalmanon ko, musalmanon ko batana hai. ji, kya yeh koi sawal toh mein samajhta hoon?</w:t>
      </w:r>
    </w:p>
    <w:p>
      <w:pPr>
        <w:jc w:val="right"/>
      </w:pPr>
      <w:r>
        <w:t>کو؟ کیا مسلمانوں کو جا کے بتائیے؟ جس طرح بتانا ہے غیر مسلموں کو، مسلمانوں کو بتانا ہے۔ جی، کیا یہ کوئی سوال تو میں سمجھتا ہوں؟</w:t>
      </w:r>
    </w:p>
    <w:p>
      <w:r>
        <w:rPr>
          <w:b/>
        </w:rPr>
        <w:t xml:space="preserve">[54:03] </w:t>
      </w:r>
      <w:r>
        <w:t>ji, koi sawal hai? bhai, jo log be khabar hain, un ko ja ke bataiyey. bas aur kya sawal? kya hai? yeh musalman koi perfect toh hai nahi?</w:t>
      </w:r>
    </w:p>
    <w:p>
      <w:pPr>
        <w:jc w:val="right"/>
      </w:pPr>
      <w:r>
        <w:t>جی، کوئی سوال ہے؟ بھئی، جو لوگ بے خبر ہیں، ان کو جا کے بتائیے۔ بس اور کیا سوال؟ کیا ہے؟ یہ مسلمان کوئی پرفیکٹ تو ہے نہیں؟</w:t>
      </w:r>
    </w:p>
    <w:p>
      <w:r>
        <w:rPr>
          <w:b/>
        </w:rPr>
        <w:t xml:space="preserve">[54:14] </w:t>
      </w:r>
      <w:r>
        <w:t>musalmanon mein bhi aap jante hain ke har qism ke yaani kharabiyan paida ho chuki hain. un ko, un ko bhi samjhaiyey.</w:t>
      </w:r>
    </w:p>
    <w:p>
      <w:pPr>
        <w:jc w:val="right"/>
      </w:pPr>
      <w:r>
        <w:t>مسلمانوں میں بھی آپ جانتے ہیں کہ ہر قسم کے یعنی خرابیاں پیدا ہو چکی ہیں۔ ان کو، ان کو بھی سمجھائیے۔</w:t>
      </w:r>
    </w:p>
    <w:p>
      <w:r>
        <w:rPr>
          <w:b/>
        </w:rPr>
        <w:t xml:space="preserve">[54:22] </w:t>
      </w:r>
      <w:r>
        <w:t>aap ko musalmanon ko bhi samjhana hai aur non muslim ko bhi samjhana hai. yeh toh kay sahib ji, aur koi baat hai?</w:t>
      </w:r>
    </w:p>
    <w:p>
      <w:pPr>
        <w:jc w:val="right"/>
      </w:pPr>
      <w:r>
        <w:t>آپ کو مسلمانوں کو بھی سمجھانا ہے اور نان مسلم کو بھی سمجھانا ہے۔ یہ تو کی صاحب جی، اور کوئی بات ہے؟</w:t>
      </w:r>
    </w:p>
    <w:p>
      <w:r>
        <w:rPr>
          <w:b/>
        </w:rPr>
        <w:t xml:space="preserve">[54:33] </w:t>
      </w:r>
      <w:r>
        <w:t>yeh theek baat hai. mein toh nahi samajhta koi baat is mein hai.</w:t>
      </w:r>
    </w:p>
    <w:p>
      <w:pPr>
        <w:jc w:val="right"/>
      </w:pPr>
      <w:r>
        <w:t>یہ ٹھیک بات ہے۔ میں تو نہیں سمجھتا کوئی بات اس میں ہے۔</w:t>
      </w:r>
    </w:p>
    <w:p>
      <w:r>
        <w:rPr>
          <w:b/>
        </w:rPr>
        <w:t xml:space="preserve">[54:43] </w:t>
      </w:r>
      <w:r>
        <w:t>maulana, agla sawal dilli se hai, miss naghma siddiqui ka</w:t>
      </w:r>
    </w:p>
    <w:p>
      <w:pPr>
        <w:jc w:val="right"/>
      </w:pPr>
      <w:r>
        <w:t>مولانا، اگلا سوال دلی سے ہے، مس نغمہ صدیقی کا</w:t>
      </w:r>
    </w:p>
    <w:p>
      <w:r>
        <w:rPr>
          <w:b/>
        </w:rPr>
        <w:t xml:space="preserve">[54:47] </w:t>
      </w:r>
      <w:r>
        <w:t>. unhon ne likha hai: "we are living in darul qabz, while striving towards day to day goals.</w:t>
      </w:r>
    </w:p>
    <w:p>
      <w:pPr>
        <w:jc w:val="right"/>
      </w:pPr>
      <w:r>
        <w:t>۔ انہوں نے لکھا ہے: "وی آر لیونگ ان دارالقبض، وائل سٹرائیونگ ٹورڈز ڈے ٹو ڈے گولز۔</w:t>
      </w:r>
    </w:p>
    <w:p>
      <w:r>
        <w:rPr>
          <w:b/>
        </w:rPr>
        <w:t xml:space="preserve">[54:56] </w:t>
      </w:r>
      <w:r>
        <w:t>how can we stay positive and give positive response in spite of negative situation?"</w:t>
      </w:r>
    </w:p>
    <w:p>
      <w:pPr>
        <w:jc w:val="right"/>
      </w:pPr>
      <w:r>
        <w:t>ہاؤ کین وی سٹے پازیٹیو اینڈ گیو پازیٹیو رسپانس ان سپائٹ آف نیگیٹیو سچویشن؟"</w:t>
      </w:r>
    </w:p>
    <w:p>
      <w:r>
        <w:rPr>
          <w:b/>
        </w:rPr>
        <w:t xml:space="preserve">[55:07] </w:t>
      </w:r>
      <w:r>
        <w:t>dekhen, yeh jo problem hai zindagi mein, woh na ho toh hamari personality ka development bhi na ho.</w:t>
      </w:r>
    </w:p>
    <w:p>
      <w:pPr>
        <w:jc w:val="right"/>
      </w:pPr>
      <w:r>
        <w:t>دیکھیں، یہ جو پرابلم ہے زندگی میں، وہ نہ ہو تو ہماری پرسنیلٹی کا ڈیولپمنٹ بھی نہ ہو۔</w:t>
      </w:r>
    </w:p>
    <w:p>
      <w:r>
        <w:rPr>
          <w:b/>
        </w:rPr>
        <w:t xml:space="preserve">[55:19] </w:t>
      </w:r>
      <w:r>
        <w:t>kabhi bhi yaad rakhiye, isبوت halaat mein insaan ke andar irtaqa nahi hota. jo log is ko yaani qabr ko evil samajhte hain, woh bohat bari bhool mein mubtala hain.</w:t>
      </w:r>
    </w:p>
    <w:p>
      <w:pPr>
        <w:jc w:val="right"/>
      </w:pPr>
      <w:r>
        <w:t>کبھی بھی یاد رکھیے، اسبوت حالات میں انسان کے اندر ارتقا نہیں ہوتا۔ جو لوگ اس کو یعنی قبر کو ایول سمجھتے ہیں، وہ بہت بڑی بھول میں مبتلا ہیں۔</w:t>
      </w:r>
    </w:p>
    <w:p>
      <w:r>
        <w:rPr>
          <w:b/>
        </w:rPr>
        <w:t xml:space="preserve">[55:37] </w:t>
      </w:r>
      <w:r>
        <w:t>dunya mein jin logon ne bari bari taraqqiyat ki hain, bari bari taraqqiyat, woh sab wohi hain jo problem mein mubtala hue hain.</w:t>
      </w:r>
    </w:p>
    <w:p>
      <w:pPr>
        <w:jc w:val="right"/>
      </w:pPr>
      <w:r>
        <w:t>دنیا میں جن لوگوں نے بڑی بڑی ترقیات کی ہیں، بڑی بڑی ترقیات، وہ سب وہی ہیں جو پرابلم میں مبتلا ہوئے ہیں۔</w:t>
      </w:r>
    </w:p>
    <w:p>
      <w:r>
        <w:rPr>
          <w:b/>
        </w:rPr>
        <w:t xml:space="preserve">[55:47] </w:t>
      </w:r>
      <w:r>
        <w:t>kal mein soch raha tha ek hadith ke baray mein ke hadith mein hai ke jis aadmi ki aankh le li gayi allah ta'ala ne aur us ne sabr kiya, toh us ko bohat bara reward milega.</w:t>
      </w:r>
    </w:p>
    <w:p>
      <w:pPr>
        <w:jc w:val="right"/>
      </w:pPr>
      <w:r>
        <w:t>کل میں سوچ رہا تھا ایک حدیث کے بارے میں کہ حدیث میں ہے کہ جس آدمی کی آنکھ لے لی گئی اللہ تعالی نے اور اس نے صبر کیا، تو اس کو بہت بڑا ریوارڈ ملے گا۔</w:t>
      </w:r>
    </w:p>
    <w:p>
      <w:r>
        <w:rPr>
          <w:b/>
        </w:rPr>
        <w:t xml:space="preserve">[56:02] </w:t>
      </w:r>
      <w:r>
        <w:t>daikhen, yeh sirf akhirat ki baat nahin hai,</w:t>
      </w:r>
    </w:p>
    <w:p>
      <w:pPr>
        <w:jc w:val="right"/>
      </w:pPr>
      <w:r>
        <w:t>دیکھیں، یہ صرف آخرت کی بات نہیں ہے،</w:t>
      </w:r>
    </w:p>
    <w:p>
      <w:r>
        <w:rPr>
          <w:b/>
        </w:rPr>
        <w:t xml:space="preserve">[56:05] </w:t>
      </w:r>
      <w:r>
        <w:t>sirf akhirat ki baat nahin hai. yani aankh jab le li jati hai to hamari kya hui hai? iski inside barh jati hai.</w:t>
      </w:r>
    </w:p>
    <w:p>
      <w:pPr>
        <w:jc w:val="right"/>
      </w:pPr>
      <w:r>
        <w:t>صرف آخرت کی بات نہیں ہے۔ یعنی آنکھ جب لے لی جاتی ہے تو ہماری کیا ہوئی ہے؟ اس کی ان سائیڈ بڑھ جاتی ہے۔</w:t>
      </w:r>
    </w:p>
    <w:p>
      <w:r>
        <w:rPr>
          <w:b/>
        </w:rPr>
        <w:t xml:space="preserve">[56:16] </w:t>
      </w:r>
      <w:r>
        <w:t>yeh jo zahiri aankh hai, agar nar hai to andar jo soch hai, us mein bohat izafa ho jata hai. super thinker ban jata hai aadmi.</w:t>
      </w:r>
    </w:p>
    <w:p>
      <w:pPr>
        <w:jc w:val="right"/>
      </w:pPr>
      <w:r>
        <w:t>یہ جو ظاہری آنکھ ہے، اگر نر ہے تو اندر جو سوچ ہے، اس میں بہت اضافہ ہو جاتا ہے۔ سپر تھنکر بن جاتا ہے آدمی۔</w:t>
      </w:r>
    </w:p>
    <w:p>
      <w:r>
        <w:rPr>
          <w:b/>
        </w:rPr>
        <w:t xml:space="preserve">[56:28] </w:t>
      </w:r>
      <w:r>
        <w:t>super thinker,</w:t>
      </w:r>
    </w:p>
    <w:p>
      <w:pPr>
        <w:jc w:val="right"/>
      </w:pPr>
      <w:r>
        <w:t>سپ</w:t>
      </w:r>
    </w:p>
    <w:p>
      <w:r>
        <w:rPr>
          <w:b/>
        </w:rPr>
        <w:t xml:space="preserve">[56:29] </w:t>
      </w:r>
      <w:r>
        <w:t>super thinker, chunancha kai bohat bari bari baaten ki hain. kuch andhe logon ne, jaise Milton ne kitab likhi hai "Paradise Lost", jo andha ho gaya tha.</w:t>
      </w:r>
    </w:p>
    <w:p>
      <w:pPr>
        <w:jc w:val="right"/>
      </w:pPr>
      <w:r>
        <w:t>ر تھنکر، چنانچہ کئی بہت بڑی بڑی باتیں کی ہیں۔ کچھ اندھے لوگوں نے، جیسے ملٹن نے کتاب لکھی ہے "پیرڈائز لاسٹ"، جو اندھا ہو گیا تھا۔</w:t>
      </w:r>
    </w:p>
    <w:p>
      <w:r>
        <w:rPr>
          <w:b/>
        </w:rPr>
        <w:t xml:space="preserve">[56:41] </w:t>
      </w:r>
      <w:r>
        <w:t>to andha hone ka matlab hai ke aap ki inner side jo hai, bohat barh jaye. aise hi dekhiye, Louis Braille jo tha, kitne hi bara kaam kiya us ne ke andhon ko parhne ka uth daryaft kiya us ne.</w:t>
      </w:r>
    </w:p>
    <w:p>
      <w:pPr>
        <w:jc w:val="right"/>
      </w:pPr>
      <w:r>
        <w:t>تو اندھا ہونے کا معنی ہے کہ آپ کی انر سائیڈ جو ہے، بہت بڑھ جائے۔ ایسے ہی دیکھیے، لوئی بریل جو تھا، کتنے ہی بڑا کام کیا اس نے کہ اندھوں کو پڑھنے کا اٹھ دریافت کیا اس نے۔</w:t>
      </w:r>
    </w:p>
    <w:p>
      <w:r>
        <w:rPr>
          <w:b/>
        </w:rPr>
        <w:t xml:space="preserve">[56:57] </w:t>
      </w:r>
      <w:r>
        <w:t>to dunya mein Allah taala ne agar problem na rakha hota to aap ki aap ki mind activate na hota, aap ki personality mein development na hota.</w:t>
      </w:r>
    </w:p>
    <w:p>
      <w:pPr>
        <w:jc w:val="right"/>
      </w:pPr>
      <w:r>
        <w:t>تو دنیا میں اللہ تعالی نے اگر پرابلم نہ رکھا ہوتا تو آپ کی آپ کی مائنڈ ایکٹیویٹ نہ ہوتا، آپ کی پرسنیلٹی میں ڈیولپمنٹ نہ ہوتا۔</w:t>
      </w:r>
    </w:p>
    <w:p>
      <w:r>
        <w:rPr>
          <w:b/>
        </w:rPr>
        <w:t xml:space="preserve">[57:07] </w:t>
      </w:r>
      <w:r>
        <w:t>yeh saboot halaat mein ke koi taraqqi hoti hai. aap aise logon ko dekh rahe hain jo paida hote hi, un ko easy money mil gaya, baap ne un ko sab kuch de diya, to zindagi bhar woh bewakoof hi bewakoof rehte hain.</w:t>
      </w:r>
    </w:p>
    <w:p>
      <w:pPr>
        <w:jc w:val="right"/>
      </w:pPr>
      <w:r>
        <w:t>یہ ثبوت حالات میں کہ کوئی ترقی ہوتی ہے۔ آپ ایسے لوگوں کو دیکھ رہے ہیں جو پیدا ہوتے ہی، ان کو ایزی منی مل گیا، باپ نے ان کو سب کچھ دے دیا، تو زندگی بھر وہ بیوقوف ہی بیوقوف رہتے ہیں۔</w:t>
      </w:r>
    </w:p>
    <w:p>
      <w:r>
        <w:rPr>
          <w:b/>
        </w:rPr>
        <w:t xml:space="preserve">[57:22] </w:t>
      </w:r>
      <w:r>
        <w:t>stupid jeete hain, stupid marte hain.</w:t>
      </w:r>
    </w:p>
    <w:p>
      <w:pPr>
        <w:jc w:val="right"/>
      </w:pPr>
      <w:r>
        <w:t>اسٹیوڈ جیتے ہیں، اسٹیوڈ مرتے ہیں۔</w:t>
      </w:r>
    </w:p>
    <w:p>
      <w:r>
        <w:rPr>
          <w:b/>
        </w:rPr>
        <w:t xml:space="preserve">[57:26] </w:t>
      </w:r>
      <w:r>
        <w:t>jin logon ko shauq lage, jin logon ko problem face karna pade, un ko challenge ka samna karna pade, wohi log taraqqi karte hain is dunya mein.</w:t>
      </w:r>
    </w:p>
    <w:p>
      <w:pPr>
        <w:jc w:val="right"/>
      </w:pPr>
      <w:r>
        <w:t>جن لوگوں کو شوق لگے، جن لوگوں کو پرابلم فیس کرنا پڑے، ان کو چیلنج کا سامنا کرنا پڑے، وہی لوگ ترقی کرتے ہیں اس دنیا میں۔</w:t>
      </w:r>
    </w:p>
    <w:p>
      <w:r>
        <w:rPr>
          <w:b/>
        </w:rPr>
        <w:t xml:space="preserve">[57:37] </w:t>
      </w:r>
      <w:r>
        <w:t>Maulana, agla sawal Chennai se hai, Feroz sahib ne kiya hai. unhon ne poocha hai aap se ke "Why is it that today the young generation is more attracted towards materialism than spirituality?" nahin, aisa nahin hai.</w:t>
      </w:r>
    </w:p>
    <w:p>
      <w:pPr>
        <w:jc w:val="right"/>
      </w:pPr>
      <w:r>
        <w:t>مولانا، اگلا سوال چنئی سے ہے، فیروز صاحب نے کیا ہے۔ انہوں نے پوچھا ہے آپ سے کہ "وائی از اٹ دیٹ ٹوڈے دیینگ جنریشن از مور اٹریکٹڈ ٹورڈز مٹیریلزم دین سپرچویلٹی؟" نہیں، ایسا نہیں ہے۔</w:t>
      </w:r>
    </w:p>
    <w:p>
      <w:r>
        <w:rPr>
          <w:b/>
        </w:rPr>
        <w:t xml:space="preserve">[57:54] </w:t>
      </w:r>
      <w:r>
        <w:t>aap sab se bari ghalati hai jo Aristotle aur Plato chal rahi hai aaj tak ke majmoo'ay ko le kar woh raah banate hain. majmoo'a dekhen, majmoo'a Khuda ka nishana hi nahin hai,</w:t>
      </w:r>
    </w:p>
    <w:p>
      <w:pPr>
        <w:jc w:val="right"/>
      </w:pPr>
      <w:r>
        <w:t>آپ سب سے بڑی غلطی ہے جو ارسٹارٹل اور پریٹس چل رہی ہے آج تک کہ مجموعے کو لے کر وہ راہ بناتے ہیں۔ مجموعہ دیکھیں، مجموعہ خدا کا نشانہ ہی نہیں ہے،</w:t>
      </w:r>
    </w:p>
    <w:p>
      <w:r>
        <w:rPr>
          <w:b/>
        </w:rPr>
        <w:t xml:space="preserve">[58:07] </w:t>
      </w:r>
      <w:r>
        <w:t>individual Khuda ka nishana hai.</w:t>
      </w:r>
    </w:p>
    <w:p>
      <w:pPr>
        <w:jc w:val="right"/>
      </w:pPr>
      <w:r>
        <w:t>انڈیویجول خدا کا نشانہ ہے۔</w:t>
      </w:r>
    </w:p>
    <w:p>
      <w:r>
        <w:rPr>
          <w:b/>
        </w:rPr>
        <w:t xml:space="preserve">[58:11] </w:t>
      </w:r>
      <w:r>
        <w:t>youth log to bohat bare paimane par spirituality ki taraf mail hain. hamari mission mein dekhiye, sab youth lage hue hain. shayad hi koi boodha aadmi laga ho.</w:t>
      </w:r>
    </w:p>
    <w:p>
      <w:pPr>
        <w:jc w:val="right"/>
      </w:pPr>
      <w:r>
        <w:t>یوتھ لوگ تو بہت بڑے پیمانے پر سپرچویلٹی کی طرف مائل ہیں۔ ہماری مشن میں دیکھیے، سب یوتھ لگے ہوئے ہیں۔ شاید ہی کوئی بوڑھا آدمی لگا ہو۔</w:t>
      </w:r>
    </w:p>
    <w:p>
      <w:r>
        <w:rPr>
          <w:b/>
        </w:rPr>
        <w:t xml:space="preserve">[58:22] </w:t>
      </w:r>
      <w:r>
        <w:t>sari ghalati yeh hai ke log hamesha majmoo'ay ko dekhte hain. yani sare logon mein kya ho raha hai, bas yeh us ko dekhte hain. yeh nahin dekhte ke individual mein kya ho raha hai.</w:t>
      </w:r>
    </w:p>
    <w:p>
      <w:pPr>
        <w:jc w:val="right"/>
      </w:pPr>
      <w:r>
        <w:t>ساری غلطی یہ ہے کہ لوگ ہمیشہ مجموعے کو دیکھتے ہیں۔ یعنی سارے لوگوں میں کیا ہو رہا ہے، بس یہ اس کو دیکھتے ہیں۔ یہ نہیں دیکھتے کہ انڈیویجول میں کیا ہو رہا ہے۔</w:t>
      </w:r>
    </w:p>
    <w:p>
      <w:r>
        <w:rPr>
          <w:b/>
        </w:rPr>
        <w:t xml:space="preserve">[58:34] </w:t>
      </w:r>
      <w:r>
        <w:t>main to samajhta hoon ke bohat ziyada yani naujawanon mein kaam ho raha hai, bohat ziyada response naujawanon ki taraf se mil raha hai.</w:t>
      </w:r>
    </w:p>
    <w:p>
      <w:pPr>
        <w:jc w:val="right"/>
      </w:pPr>
      <w:r>
        <w:t>میں تو سمجھتا ہوں کہ بہت زیادہ یعنی نوجوانوں میں کام ہو رہا ہے، بہت زیادہ رسپانس نوجوانوں کی طرف سے مل رہا ہے۔</w:t>
      </w:r>
    </w:p>
    <w:p>
      <w:r>
        <w:rPr>
          <w:b/>
        </w:rPr>
        <w:t xml:space="preserve">[58:46] </w:t>
      </w:r>
      <w:r>
        <w:t>lekin individual level par aap dekhiye, tab yeh baat samajh mein ayegi.</w:t>
      </w:r>
    </w:p>
    <w:p>
      <w:pPr>
        <w:jc w:val="right"/>
      </w:pPr>
      <w:r>
        <w:t>لیکن انڈیویجول لیول پر آپ دیکھیے، تب یہ بات سمجھ میں آئے گی۔</w:t>
      </w:r>
    </w:p>
    <w:p>
      <w:r>
        <w:rPr>
          <w:b/>
        </w:rPr>
        <w:t xml:space="preserve">[58:50] </w:t>
      </w:r>
      <w:r>
        <w:t>aap majmoo'ay ko le kar sochenge to kuch samajh mein nahin ayega.</w:t>
      </w:r>
    </w:p>
    <w:p>
      <w:pPr>
        <w:jc w:val="right"/>
      </w:pPr>
      <w:r>
        <w:t>آپ مجموعے کو لے کر سوچیں گے تو کچھ سمجھ میں نہیں آئے گا۔</w:t>
      </w:r>
    </w:p>
    <w:p>
      <w:r>
        <w:rPr>
          <w:b/>
        </w:rPr>
        <w:t xml:space="preserve">[58:56] </w:t>
      </w:r>
      <w:r>
        <w:t>main ne bar bar yeh baat kahi hai ke Khuda ka jo creation plan hai, woh individual based hai, woh majmoo'a based nahin hai.</w:t>
      </w:r>
    </w:p>
    <w:p>
      <w:pPr>
        <w:jc w:val="right"/>
      </w:pPr>
      <w:r>
        <w:t>میں نے بار بار یہ بات کہی ہے کہ خدا کا جو کریشن پلان ہے، وہ انڈیویجول بیسڈ ہے، وہ مجموعہ بیسڈ نہیں ہے۔</w:t>
      </w:r>
    </w:p>
    <w:p>
      <w:r>
        <w:rPr>
          <w:b/>
        </w:rPr>
        <w:t xml:space="preserve">[59:07] </w:t>
      </w:r>
      <w:r>
        <w:t>Maulana, agla sawal Kolkata se hai, Miss Shagufta Ansari ka. unhon ne likha hai: "What is the difference between the spirit and the form of a ritual?</w:t>
      </w:r>
    </w:p>
    <w:p>
      <w:pPr>
        <w:jc w:val="right"/>
      </w:pPr>
      <w:r>
        <w:t>مولانا، اگلا سوال کلکتہ سے ہے، مس شگفتہ انصاری کا۔ انہوں نے لکھا ہے: "واٹ از دا ڈیفرنس بٹوین دا سپرٹ اینڈ دی فارم اف ا ریچول؟</w:t>
      </w:r>
    </w:p>
    <w:p>
      <w:r>
        <w:rPr>
          <w:b/>
        </w:rPr>
        <w:t xml:space="preserve">[59:19] </w:t>
      </w:r>
      <w:r>
        <w:t>Are both necessary? What is your opinion on this?" daikhen, necessary ki baat nahin hai. spirit jo hai, woh asal asal hai aur form jo hai, us ka us ka manifestation hai,</w:t>
      </w:r>
    </w:p>
    <w:p>
      <w:pPr>
        <w:jc w:val="right"/>
      </w:pPr>
      <w:r>
        <w:t>ار بوتھ نیسیسری؟ واٹ از یور اوپینین ان دس؟" دیکھیں، نیسیسری کی بات نہیں ہے۔ سپرٹ جو ہے، وہ اصل اصل ہے اور فارم جو ہے، اس کا اس کا مینیفیسٹیشن ہے،</w:t>
      </w:r>
    </w:p>
    <w:p>
      <w:r>
        <w:rPr>
          <w:b/>
        </w:rPr>
        <w:t xml:space="preserve">[59:36] </w:t>
      </w:r>
      <w:r>
        <w:t>us ka appearance hai. jab spirit hogi to zaroor kisi na kisi form mein zahir bhi hogi. woh andar chup ke baithi nahin rahegi.</w:t>
      </w:r>
    </w:p>
    <w:p>
      <w:pPr>
        <w:jc w:val="right"/>
      </w:pPr>
      <w:r>
        <w:t>اس کا اپیئرنس ہے۔ جب سپرٹ ہوگی تو ضرور کسی نہ کسی فارم میں ظاہر بھی ہوگی۔ وہ اندر چھپ کے بیٹھی نہیں رہے گی۔</w:t>
      </w:r>
    </w:p>
    <w:p>
      <w:r>
        <w:rPr>
          <w:b/>
        </w:rPr>
        <w:t xml:space="preserve">[59:47] </w:t>
      </w:r>
      <w:r>
        <w:t>to form yaqeenan hota hai, lekin form jo hai, woh yeh spirit ke manifestation ke taur par aata hai, na ke bazat khud form hi asal hai.</w:t>
      </w:r>
    </w:p>
    <w:p>
      <w:pPr>
        <w:jc w:val="right"/>
      </w:pPr>
      <w:r>
        <w:t>تو فارم یقینا ہوتا ہے، لیکن فارم جو ہے، وہ یہ سپرٹ کے مینیفیسٹیشن کے طور پر آتا ہے، نہ کہ بذات خود فارم ہی اصل ہے۔</w:t>
      </w:r>
    </w:p>
    <w:p>
      <w:r>
        <w:rPr>
          <w:b/>
        </w:rPr>
        <w:t xml:space="preserve">[1:00:07] </w:t>
      </w:r>
      <w:r>
        <w:t>Maulana, agla sawal Bangalore se hai, Rafiq sahib ka</w:t>
      </w:r>
    </w:p>
    <w:p>
      <w:pPr>
        <w:jc w:val="right"/>
      </w:pPr>
      <w:r>
        <w:t>مولانا، اگلا سوال بینگلور سے ہے، رفیق صاحب کا</w:t>
      </w:r>
    </w:p>
    <w:p>
      <w:r>
        <w:rPr>
          <w:b/>
        </w:rPr>
        <w:t xml:space="preserve">[1:00:11] </w:t>
      </w:r>
      <w:r>
        <w:t>. unhon ne likha hai: "Maulana sahib, aksar aman ki taraf ki gayi koshishon ko log buzdi samjhte hain. is ka karan kya hai?" phir wohi main kahunga ke kyun log majmoo'ay ko le kar raah banate hain?</w:t>
      </w:r>
    </w:p>
    <w:p>
      <w:pPr>
        <w:jc w:val="right"/>
      </w:pPr>
      <w:r>
        <w:t>۔ انہوں نے لکھا ہے: "مولانا صاحب، اکثر امن کی طرف کی گئی کوششوں کو لوگ بزدلی سمجھتے ہیں۔ اس کا کارن کیا ہے؟" پھر وہی میں کہوں گا کہ کیوں لوگ مجموعے کو لے کر راہ بناتے ہیں؟</w:t>
      </w:r>
    </w:p>
    <w:p>
      <w:r>
        <w:rPr>
          <w:b/>
        </w:rPr>
        <w:t xml:space="preserve">[1:00:28] </w:t>
      </w:r>
      <w:r>
        <w:t>majmooa yeh aisi baatein kehta hai, afraad nahi kehte aisi baatein. bohat se afraad aise hain jo is ke khilaaf rai un ki hoti hai.</w:t>
      </w:r>
    </w:p>
    <w:p>
      <w:pPr>
        <w:jc w:val="right"/>
      </w:pPr>
      <w:r>
        <w:t>مجموعہ یہ ایسی باتیں کہتا ہے، افراد نہیں کہتے ایسی باتیں۔ بہت سے افراد ایسے ہیں جو اس کے خلاف رائے ان کی ہوتی ہے۔</w:t>
      </w:r>
    </w:p>
    <w:p>
      <w:r>
        <w:rPr>
          <w:b/>
        </w:rPr>
        <w:t xml:space="preserve">[1:00:39] </w:t>
      </w:r>
      <w:r>
        <w:t>mein samajhta hoon ke poori tareekh mein yeh ghalti hui hai ke logon ne rai banai majmooay ki dikkat mein. fard ko le kar rai banai hai, kyunke Allah ka aap ko yeh jaanna chahiye ke Allah ka jo creation plan hai, woh mabni par fard hai, mabni par majmooa nahi hai.</w:t>
      </w:r>
    </w:p>
    <w:p>
      <w:pPr>
        <w:jc w:val="right"/>
      </w:pPr>
      <w:r>
        <w:t>میں سمجھتا ہوں کہ پوری تاریخ میں یہ غلطی ہوئی ہے کہ لوگوں نے رائے بنائی مجموعے کی دقت میں۔ فرد کو لے کر راہ بنائی ہے، کیونکہ اللہ کا آپ کو یہ جاننا چاہیے کہ اللہ کا جو کریشن پلان ہے، وہ مبنی پر فرد ہے، مبنی پر مجموعہ نہیں ہے۔</w:t>
      </w:r>
    </w:p>
    <w:p>
      <w:r>
        <w:rPr>
          <w:b/>
        </w:rPr>
        <w:t xml:space="preserve">[1:00:58] </w:t>
      </w:r>
      <w:r>
        <w:t>Allah ko poori history se afraad select karne hain, poori history se. koi majmooa nahi ke ek majmooa hai, us ko le kar jannat dakhil kar do</w:t>
      </w:r>
    </w:p>
    <w:p>
      <w:pPr>
        <w:jc w:val="right"/>
      </w:pPr>
      <w:r>
        <w:t>اللہ کو پوری ہسٹری سے افراد سلیکٹ کرنے ہیں، پوری ہسٹری سے۔ کوئی مجموعہ نہیں کہ ایک مجموعہ ہے، اس کو لے کر جنت داخل کر دو</w:t>
      </w:r>
    </w:p>
    <w:p>
      <w:r>
        <w:rPr>
          <w:b/>
        </w:rPr>
        <w:t xml:space="preserve">[1:01:09] </w:t>
      </w:r>
      <w:r>
        <w:t>. koi majmooa nahi, na koi ummat hai, na koi society hai, na koi majmooa hai. sab sab sab jannat dakhil kar do. aisa nahi hone wala.</w:t>
      </w:r>
    </w:p>
    <w:p>
      <w:pPr>
        <w:jc w:val="right"/>
      </w:pPr>
      <w:r>
        <w:t>۔ کوئی مجموعہ نہیں، نہ کوئی امت ہے، نہ کوئی سوسائٹی ہے، نہ کوئی مجموعہ ہے۔ سب سب سب جنت داخل کر دو۔ ایسا نہیں ہونے والا۔</w:t>
      </w:r>
    </w:p>
    <w:p>
      <w:r>
        <w:rPr>
          <w:b/>
        </w:rPr>
        <w:t xml:space="preserve">[1:01:19] </w:t>
      </w:r>
      <w:r>
        <w:t>afraad chune jayenge ummaton se bhi aur samajon se bhi. is maamle mein sara confusion is liye paida hota hai ke log jo khaliq ka jo mansooba hai takhleeqi, us ko samjhe baghair khud sakhta tor par rai qaim karte hain.</w:t>
      </w:r>
    </w:p>
    <w:p>
      <w:pPr>
        <w:jc w:val="right"/>
      </w:pPr>
      <w:r>
        <w:t>افراد چنے جائیں گے امتوں سے بھی اور سماجوں سے بھی۔ اس معاملے میں سارا کنفیوژن اس لیے پیدا ہوتا ہے کہ لوگ جو خالق کا جو منصوبہ ہے تخلیقی، اس کو سمجھے بغیر خود ساختہ طور پر رائے قائم کرتے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