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June 29, 2007</w:t>
      </w:r>
    </w:p>
    <w:p>
      <w:r>
        <w:t>https://youtu.be/J6t7KRe6Hl8</w:t>
      </w:r>
    </w:p>
    <w:p>
      <w:r>
        <w:rPr>
          <w:b/>
        </w:rPr>
        <w:t xml:space="preserve">[00:12] </w:t>
      </w:r>
      <w:r>
        <w:t>bismillah rahman rahim, wa salli Allah ala nabi al kareem.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 al uqdatan min lisani, yafqahu qawli.</w:t>
      </w:r>
    </w:p>
    <w:p>
      <w:pPr>
        <w:jc w:val="right"/>
      </w:pPr>
      <w:r>
        <w:t>واحل العقدۃ من لسانی، یفقہ قولی۔</w:t>
      </w:r>
    </w:p>
    <w:p>
      <w:r>
        <w:rPr>
          <w:b/>
        </w:rPr>
        <w:t xml:space="preserve">[00:35] </w:t>
      </w:r>
      <w:r>
        <w:t>yeh dars e Quran ka silsila hai.</w:t>
      </w:r>
    </w:p>
    <w:p>
      <w:pPr>
        <w:jc w:val="right"/>
      </w:pPr>
      <w:r>
        <w:t>یہ درس قرآن کا سلسلہ ہے۔</w:t>
      </w:r>
    </w:p>
    <w:p>
      <w:r>
        <w:rPr>
          <w:b/>
        </w:rPr>
        <w:t xml:space="preserve">[00:42] </w:t>
      </w:r>
      <w:r>
        <w:t>hamara tareeqa yeh hai ke hum silsila war har surah ko lenge, inshallah, lekin ziyada tar muntakhib aayaton ko liya jayega is dars mein.</w:t>
      </w:r>
    </w:p>
    <w:p>
      <w:pPr>
        <w:jc w:val="right"/>
      </w:pPr>
      <w:r>
        <w:t>ہمارا طریقہ یہ ہے کہ ہم سلسلے وار ہر سورہ کو لیں گے، انشاءاللہ، لیکن زیادہ تر منتخب آیتوں کو لیا جائے گا اس درس میں۔</w:t>
      </w:r>
    </w:p>
    <w:p>
      <w:r>
        <w:rPr>
          <w:b/>
        </w:rPr>
        <w:t xml:space="preserve">[01:01] </w:t>
      </w:r>
      <w:r>
        <w:t>to aap Quran ko agar kholein kisi bhi safhe par to sab se ziyada is mein akhirat ka, jannat ka, jahannum ka zikr milega.</w:t>
      </w:r>
    </w:p>
    <w:p>
      <w:pPr>
        <w:jc w:val="right"/>
      </w:pPr>
      <w:r>
        <w:t>تو آپ قرآن کو اگر کھولیں کسی بھی صفحے پر تو سب سے زیادہ اس میں آخرت کا، جنت کا، جہنم کا ذکر ملے گا۔</w:t>
      </w:r>
    </w:p>
    <w:p>
      <w:r>
        <w:rPr>
          <w:b/>
        </w:rPr>
        <w:t xml:space="preserve">[01:18] </w:t>
      </w:r>
      <w:r>
        <w:t>sara Quran goya ke taaruf hai is baat ka ke maut ke baad ek duniya aur saamne aane wali hai jis ka naam jannat hai.</w:t>
      </w:r>
    </w:p>
    <w:p>
      <w:pPr>
        <w:jc w:val="right"/>
      </w:pPr>
      <w:r>
        <w:t>سارا قرآن گویا کہ تعارف ہے اس بات کا کہ موت کے بعد ایک دنیا اور سامنے آنے والی ہے جس کا نام جنت ہے۔</w:t>
      </w:r>
    </w:p>
    <w:p>
      <w:r>
        <w:rPr>
          <w:b/>
        </w:rPr>
        <w:t xml:space="preserve">[01:31] </w:t>
      </w:r>
      <w:r>
        <w:t>to is ki tayyari karo. jo tayyari nahi karega to woh apne aap ko jahannum mein payega jo abadi azaab ki jagah hai.</w:t>
      </w:r>
    </w:p>
    <w:p>
      <w:pPr>
        <w:jc w:val="right"/>
      </w:pPr>
      <w:r>
        <w:t>تو اس کی تیاری کرو۔ جو تیاری نہیں کرے گا تو وہ اپنے آپ کو جہنم میں پائے گا جو ابدی عذاب کی جگہ ہے۔</w:t>
      </w:r>
    </w:p>
    <w:p>
      <w:r>
        <w:rPr>
          <w:b/>
        </w:rPr>
        <w:t xml:space="preserve">[01:47] </w:t>
      </w:r>
      <w:r>
        <w:t>yeh Quran ke taqreeban har safhe par yeh mazmoon direct ya indirect aap ko milega.</w:t>
      </w:r>
    </w:p>
    <w:p>
      <w:pPr>
        <w:jc w:val="right"/>
      </w:pPr>
      <w:r>
        <w:t>یہ قرآن کے تقریباً ہر صفحے پر یہ مضمون ڈائریکٹ یا ان ڈائریکٹ آپ کو ملے گا۔</w:t>
      </w:r>
    </w:p>
    <w:p>
      <w:r>
        <w:rPr>
          <w:b/>
        </w:rPr>
        <w:t xml:space="preserve">[02:00] </w:t>
      </w:r>
      <w:r>
        <w:t>to jannat ke taaruf ke taur par Quran mein kai baar yeh alfaaz aaye hain.</w:t>
      </w:r>
    </w:p>
    <w:p>
      <w:pPr>
        <w:jc w:val="right"/>
      </w:pPr>
      <w:r>
        <w:t>تو جنت کے تعارف کے طور پر قرآن میں کئی بار یہ الفاظ آئے ہیں۔</w:t>
      </w:r>
    </w:p>
    <w:p>
      <w:r>
        <w:rPr>
          <w:b/>
        </w:rPr>
        <w:t xml:space="preserve">[02:13] </w:t>
      </w:r>
      <w:r>
        <w:t>yahan par surah baqarah mein 112 aayat number 112 mein aap dekh sakte hain: fala khaufun alaihim wala hum yahzanoon.</w:t>
      </w:r>
    </w:p>
    <w:p>
      <w:pPr>
        <w:jc w:val="right"/>
      </w:pPr>
      <w:r>
        <w:t>یہاں پر سورہ بقرہ میں 112 آیت نمبر 112 میں آپ دیکھ سکتے ہیں: فلا خوف علیہم ولاہم یحزنون۔</w:t>
      </w:r>
    </w:p>
    <w:p>
      <w:r>
        <w:rPr>
          <w:b/>
        </w:rPr>
        <w:t xml:space="preserve">[02:31] </w:t>
      </w:r>
      <w:r>
        <w:t>fala khaufun alaihim wala hum yahzanoon.</w:t>
      </w:r>
    </w:p>
    <w:p>
      <w:pPr>
        <w:jc w:val="right"/>
      </w:pPr>
      <w:r>
        <w:t>فلا خوف علیہم ولاہم یحزنون۔</w:t>
      </w:r>
    </w:p>
    <w:p>
      <w:r>
        <w:rPr>
          <w:b/>
        </w:rPr>
        <w:t xml:space="preserve">[02:35] </w:t>
      </w:r>
      <w:r>
        <w:t>yeh jannat ka taaruf hai, yaani woh jannat jis ka wada kiya gaya hai Quran mein aur paighambaron ne jis ka ailan kiya.</w:t>
      </w:r>
    </w:p>
    <w:p>
      <w:pPr>
        <w:jc w:val="right"/>
      </w:pPr>
      <w:r>
        <w:t>یہ جنت کا تعارف ہے، یعنی وہ جنت جس کا وعدہ کیا گیا ہے قرآن میں اور پیغمبروں نے جس کا اعلان کیا۔</w:t>
      </w:r>
    </w:p>
    <w:p>
      <w:r>
        <w:rPr>
          <w:b/>
        </w:rPr>
        <w:t xml:space="preserve">[02:51] </w:t>
      </w:r>
      <w:r>
        <w:t>is ka taaruf kai dhang se aaya hai Quran mein aur yeh alfaaz bhi kai baar aaye hain: fala khaufun alaihim wala hum yahzanoon.</w:t>
      </w:r>
    </w:p>
    <w:p>
      <w:pPr>
        <w:jc w:val="right"/>
      </w:pPr>
      <w:r>
        <w:t>اس کا تعارف کئی ڈھنگ سے آیا ہے قرآن میں اور یہ الفاظ بھی کئی بار آئے ہیں: فلا خوف علیہم ولاہم یحزنون۔</w:t>
      </w:r>
    </w:p>
    <w:p>
      <w:r>
        <w:rPr>
          <w:b/>
        </w:rPr>
        <w:t xml:space="preserve">[03:05] </w:t>
      </w:r>
      <w:r>
        <w:t>yaani jo log jannat mein dakhil kiye jayenge to wahan un ke liye na khauf hoga aur na huzn hoga,</w:t>
      </w:r>
    </w:p>
    <w:p>
      <w:pPr>
        <w:jc w:val="right"/>
      </w:pPr>
      <w:r>
        <w:t>یعنی جو لوگ جنت میں داخل کیے جائیں گے تو وہاں ان کے لیے نہ خوف ہوگا اور نہ حزن ہوگا،</w:t>
      </w:r>
    </w:p>
    <w:p>
      <w:r>
        <w:rPr>
          <w:b/>
        </w:rPr>
        <w:t xml:space="preserve">[03:21] </w:t>
      </w:r>
      <w:r>
        <w:t>yaani na takleef aur na andesha. takleef us ko kehte hain jo aaj pesh aa raha ho.</w:t>
      </w:r>
    </w:p>
    <w:p>
      <w:pPr>
        <w:jc w:val="right"/>
      </w:pPr>
      <w:r>
        <w:t>یعنی نہ تکلیف اور نہ اندیشہ۔ تکلیف اس کو کہتے ہیں جو آج پیش آ رہا ہو۔</w:t>
      </w:r>
    </w:p>
    <w:p>
      <w:r>
        <w:rPr>
          <w:b/>
        </w:rPr>
        <w:t xml:space="preserve">[03:34] </w:t>
      </w:r>
      <w:r>
        <w:t>aaj ki takleef ko takleef kaha jata hai, chahe woh zehni ho ya jismani.</w:t>
      </w:r>
    </w:p>
    <w:p>
      <w:pPr>
        <w:jc w:val="right"/>
      </w:pPr>
      <w:r>
        <w:t>آج کی تکلیف کو تکلیف کہا جاتا ہے، چاہے وہ ذہنی ہو یا جسمانی۔</w:t>
      </w:r>
    </w:p>
    <w:p>
      <w:r>
        <w:rPr>
          <w:b/>
        </w:rPr>
        <w:t xml:space="preserve">[03:44] </w:t>
      </w:r>
      <w:r>
        <w:t>aur andesha us ko kehte hain jo abhi aaj to pesh nahi aaya lekin hamein dar hai ke kahin aage aisa na ho jaye.</w:t>
      </w:r>
    </w:p>
    <w:p>
      <w:pPr>
        <w:jc w:val="right"/>
      </w:pPr>
      <w:r>
        <w:t>اور اندیشہ اس کو کہتے ہیں جو ابھی آج تو پیش نہیں آیا لیکن ہمیں ڈر ہے کہ کہیں آگے ایسا نہ ہو جائے۔</w:t>
      </w:r>
    </w:p>
    <w:p>
      <w:r>
        <w:rPr>
          <w:b/>
        </w:rPr>
        <w:t xml:space="preserve">[03:57] </w:t>
      </w:r>
      <w:r>
        <w:t>to</w:t>
      </w:r>
    </w:p>
    <w:p>
      <w:pPr>
        <w:jc w:val="right"/>
      </w:pPr>
      <w:r>
        <w:t>تو</w:t>
      </w:r>
    </w:p>
    <w:p>
      <w:r>
        <w:rPr>
          <w:b/>
        </w:rPr>
        <w:t xml:space="preserve">[03:58] </w:t>
      </w:r>
      <w:r>
        <w:t>jannat ka yeh taaruf diya gaya hai Quran mein ke is mein na to haal ke aitbar se koi takleef hogi aur na mustaqbil ke aitbar se kisi ko koi andesha lahaq hoga.</w:t>
      </w:r>
    </w:p>
    <w:p>
      <w:pPr>
        <w:jc w:val="right"/>
      </w:pPr>
      <w:r>
        <w:t>جنت کا یہ تعارف دیا گیا ہے قرآن میں کہ اس میں نہ تو حال کے اعتبار سے کوئی تکلیف ہوگی اور نہ مستقبل کے اعتبار سے کسی کو کوئی اندیشہ لاحق ہوگا۔</w:t>
      </w:r>
    </w:p>
    <w:p>
      <w:r>
        <w:rPr>
          <w:b/>
        </w:rPr>
        <w:t xml:space="preserve">[04:18] </w:t>
      </w:r>
      <w:r>
        <w:t>yeh itni badi baat hai ke is se ziyada badi baat aur koi aur koi nahi ho sakti.</w:t>
      </w:r>
    </w:p>
    <w:p>
      <w:pPr>
        <w:jc w:val="right"/>
      </w:pPr>
      <w:r>
        <w:t>یہ اتنی بڑی بات ہے کہ اس سے زیادہ بڑی بات اور کوئی اور کوئی نہیں ہو سکتی۔</w:t>
      </w:r>
    </w:p>
    <w:p>
      <w:r>
        <w:rPr>
          <w:b/>
        </w:rPr>
        <w:t xml:space="preserve">[04:30] </w:t>
      </w:r>
      <w:r>
        <w:t>har aadmi janta hai ke is dunya mein musalsal tor par woh inhi halaton mein rehta hai.</w:t>
      </w:r>
    </w:p>
    <w:p>
      <w:pPr>
        <w:jc w:val="right"/>
      </w:pPr>
      <w:r>
        <w:t>ہر آدمی جانتا ہے کہ اس دنیا میں مسلسل طور پر وہ انہی حالتوں میں رہتا ہے۔</w:t>
      </w:r>
    </w:p>
    <w:p>
      <w:r>
        <w:rPr>
          <w:b/>
        </w:rPr>
        <w:t xml:space="preserve">[04:38] </w:t>
      </w:r>
      <w:r>
        <w:t>koi bhi aadmi, chahe woh ghareeb ho ya ameer, chahe woh political power wala aadmi ho ya us ke paas political power na ho, bohat ziyada mashhoor ho ya aisa insaan ho jis ko log na jante hon,</w:t>
      </w:r>
    </w:p>
    <w:p>
      <w:pPr>
        <w:jc w:val="right"/>
      </w:pPr>
      <w:r>
        <w:t>کوئی بھی آدمی، چاہے وہ غریب ہو یا امیر، چاہے وہ پولیٹیکل پاور والا آدمی ہو یا اس کے پاس پولیٹیکل پاور نہ ہو، بہت زیادہ مشہور ہو یا ایسا انسان ہو جس کو لوگ نہ جانتے ہوں،</w:t>
      </w:r>
    </w:p>
    <w:p>
      <w:r>
        <w:rPr>
          <w:b/>
        </w:rPr>
        <w:t xml:space="preserve">[04:56] </w:t>
      </w:r>
      <w:r>
        <w:t>har ek isi mein dochar rehta hai.</w:t>
      </w:r>
    </w:p>
    <w:p>
      <w:pPr>
        <w:jc w:val="right"/>
      </w:pPr>
      <w:r>
        <w:t>ہر ایک اسی میں دوچار رہتا ہے۔</w:t>
      </w:r>
    </w:p>
    <w:p>
      <w:r>
        <w:rPr>
          <w:b/>
        </w:rPr>
        <w:t xml:space="preserve">[05:02] </w:t>
      </w:r>
      <w:r>
        <w:t>har ek ko koi na koi aaj ki takleef pareshan kiye rehti hai</w:t>
      </w:r>
    </w:p>
    <w:p>
      <w:pPr>
        <w:jc w:val="right"/>
      </w:pPr>
      <w:r>
        <w:t>ہر ایک کو کوئی نہ کوئی آج کی تکلیف پریشان کیے رہتی ہے</w:t>
      </w:r>
    </w:p>
    <w:p>
      <w:r>
        <w:rPr>
          <w:b/>
        </w:rPr>
        <w:t xml:space="preserve">[05:12] </w:t>
      </w:r>
      <w:r>
        <w:t>aur kal ka koi andesha is ko bechain kiye rehta hai.</w:t>
      </w:r>
    </w:p>
    <w:p>
      <w:pPr>
        <w:jc w:val="right"/>
      </w:pPr>
      <w:r>
        <w:t>اور کل کا کوئی اندیشہ اس کو بے چین کیے رہتا ہے۔</w:t>
      </w:r>
    </w:p>
    <w:p>
      <w:r>
        <w:rPr>
          <w:b/>
        </w:rPr>
        <w:t xml:space="preserve">[05:23] </w:t>
      </w:r>
      <w:r>
        <w:t>maine haal mein ek ek aadmi ki diary padhi</w:t>
      </w:r>
    </w:p>
    <w:p>
      <w:pPr>
        <w:jc w:val="right"/>
      </w:pPr>
      <w:r>
        <w:t>میں نے حال میں ایک ایک آدمی کی ڈائری پڑھی</w:t>
      </w:r>
    </w:p>
    <w:p>
      <w:r>
        <w:rPr>
          <w:b/>
        </w:rPr>
        <w:t xml:space="preserve">[05:32] </w:t>
      </w:r>
      <w:r>
        <w:t>to woh us mein likhte hain: bohat paise wale aadmi hain aur bohat hi mashhoor bhi aadmi hain, bohat bare ghar mein rehte hain, sab kuch hai un ke paas dunya ke aitbar se.</w:t>
      </w:r>
    </w:p>
    <w:p>
      <w:pPr>
        <w:jc w:val="right"/>
      </w:pPr>
      <w:r>
        <w:t>تو وہ اس میں لکھتے ہیں: بہت پیسے والے آدمی ہیں اور بہت ہی مشہور بھی آدمی ہیں، بہت بڑے گھر میں رہتے ہیں، سب کچھ ہے ان کے پاس دنیا کے اعتبار سے۔</w:t>
      </w:r>
    </w:p>
    <w:p>
      <w:r>
        <w:rPr>
          <w:b/>
        </w:rPr>
        <w:t xml:space="preserve">[05:48] </w:t>
      </w:r>
      <w:r>
        <w:t>to kisi ko batate hue apne bare mein woh kehte hain ke mere liye problem income nahi hai balkeh income tax hai.</w:t>
      </w:r>
    </w:p>
    <w:p>
      <w:pPr>
        <w:jc w:val="right"/>
      </w:pPr>
      <w:r>
        <w:t>تو کسی کو بتاتے ہوئے اپنے بارے میں وہ کہتے ہیں کہ میرے لیے پرابلم انکم نہیں ہے بلکہ انکم ٹیکس ہے۔</w:t>
      </w:r>
    </w:p>
    <w:p>
      <w:r>
        <w:rPr>
          <w:b/>
        </w:rPr>
        <w:t xml:space="preserve">[06:05] </w:t>
      </w:r>
      <w:r>
        <w:t>yahi wording thi un ki ke mera problem income nahi hai balkeh income tax hai.</w:t>
      </w:r>
    </w:p>
    <w:p>
      <w:pPr>
        <w:jc w:val="right"/>
      </w:pPr>
      <w:r>
        <w:t>یہی ورڈنگ تھی ان کی کہ میرا پرابلم انکم نہیں ہے بلکہ انکم ٹیکس ہے۔</w:t>
      </w:r>
    </w:p>
    <w:p>
      <w:r>
        <w:rPr>
          <w:b/>
        </w:rPr>
        <w:t xml:space="preserve">[06:13] </w:t>
      </w:r>
      <w:r>
        <w:t>matlab yeh hai ke mere paas paisa bohat hai lekin har waqt yeh zehan par rehta hai ke income tax wale pareshan karenge.</w:t>
      </w:r>
    </w:p>
    <w:p>
      <w:pPr>
        <w:jc w:val="right"/>
      </w:pPr>
      <w:r>
        <w:t>مطلب یہ ہے کہ میرے پاس پیسہ بہت ہے لیکن ہر وقت یہ ذہن پر رہتا ہے کہ انکم ٹیکس والے پریشان کریں گے۔</w:t>
      </w:r>
    </w:p>
    <w:p>
      <w:r>
        <w:rPr>
          <w:b/>
        </w:rPr>
        <w:t xml:space="preserve">[06:25] </w:t>
      </w:r>
      <w:r>
        <w:t>to ab dekhiye ke ek aadmi woh hai jo paisa na hone ki wajah se pareshan hai aur doosra aadmi kaun hai?</w:t>
      </w:r>
    </w:p>
    <w:p>
      <w:pPr>
        <w:jc w:val="right"/>
      </w:pPr>
      <w:r>
        <w:t>تو اب دیکھیے کہ ایک آدمی وہ ہے جو پیسہ نہ ہونے کی وجہ سے پریشان ہے اور دوسرا آدمی کون ہے؟</w:t>
      </w:r>
    </w:p>
    <w:p>
      <w:r>
        <w:rPr>
          <w:b/>
        </w:rPr>
        <w:t xml:space="preserve">[06:35] </w:t>
      </w:r>
      <w:r>
        <w:t>doosra aadmi woh hai jis ke paas paisa hai lekin us ko bhi pareshani lahaq hai.</w:t>
      </w:r>
    </w:p>
    <w:p>
      <w:pPr>
        <w:jc w:val="right"/>
      </w:pPr>
      <w:r>
        <w:t>دوسرا آدمی وہ ہے جس کے پاس پیسہ ہے لیکن اس کو بھی پریشانی لاحق ہے۔</w:t>
      </w:r>
    </w:p>
    <w:p>
      <w:r>
        <w:rPr>
          <w:b/>
        </w:rPr>
        <w:t xml:space="preserve">[06:43] </w:t>
      </w:r>
      <w:r>
        <w:t>us ko income tax ke department ka dar, chori ka dar, koi is ka ghassab kar le ga is ka dar, ke koi is ke upar ek case chala de ga is ka dar,</w:t>
      </w:r>
    </w:p>
    <w:p>
      <w:pPr>
        <w:jc w:val="right"/>
      </w:pPr>
      <w:r>
        <w:t>اس کو انکم ٹیکس کے ڈیپارٹمنٹ کا ڈر، چوری کا ڈر، کوئی اس کا غصب کر لے گا اس کا ڈر، کہ کوئی اس کے اوپر ایک کیس چلا دے گا اس کا ڈر،</w:t>
      </w:r>
    </w:p>
    <w:p>
      <w:r>
        <w:rPr>
          <w:b/>
        </w:rPr>
        <w:t xml:space="preserve">[07:01] </w:t>
      </w:r>
      <w:r>
        <w:t>koi is ke paise ke liye is par attack kar de ga is ka dar.</w:t>
      </w:r>
    </w:p>
    <w:p>
      <w:pPr>
        <w:jc w:val="right"/>
      </w:pPr>
      <w:r>
        <w:t>کوئی اس کے پیسے کے لیے اس پر اٹیک کر دے گا اس کا ڈر۔</w:t>
      </w:r>
    </w:p>
    <w:p>
      <w:r>
        <w:rPr>
          <w:b/>
        </w:rPr>
        <w:t xml:space="preserve">[07:07] </w:t>
      </w:r>
      <w:r>
        <w:t>to ghraz hai ke har aadmi is dunya mein</w:t>
      </w:r>
    </w:p>
    <w:p>
      <w:pPr>
        <w:jc w:val="right"/>
      </w:pPr>
      <w:r>
        <w:t>تو غرض ہے کہ ہر آدمی اس دنیا میں</w:t>
      </w:r>
    </w:p>
    <w:p>
      <w:r>
        <w:rPr>
          <w:b/>
        </w:rPr>
        <w:t xml:space="preserve">[07:14] </w:t>
      </w:r>
      <w:r>
        <w:t>sukh chahta hai, khushi chahta hai lekin kisi ko bhi na sukh, kisi ko bhi na sukh milta aur na khushi milti.</w:t>
      </w:r>
    </w:p>
    <w:p>
      <w:pPr>
        <w:jc w:val="right"/>
      </w:pPr>
      <w:r>
        <w:t>سکھ چاہتا ہے، خوشی چاہتا ہے لیکن کسی کو بھی نہ خوش، کسی کو بھی نہ سکھ ملتا اور نہ خوشی ملتی۔</w:t>
      </w:r>
    </w:p>
    <w:p>
      <w:r>
        <w:rPr>
          <w:b/>
        </w:rPr>
        <w:t xml:space="preserve">[07:23] </w:t>
      </w:r>
      <w:r>
        <w:t>kyun? har waqt is ko koi na koi takleef ya andesha ghere rehta hai.</w:t>
      </w:r>
    </w:p>
    <w:p>
      <w:pPr>
        <w:jc w:val="right"/>
      </w:pPr>
      <w:r>
        <w:t>کیوں؟ ہر وقت اس کو کوئی نہ کوئی تکلیف یا اندیشہ گھیرے رہتا ہے۔</w:t>
      </w:r>
    </w:p>
    <w:p>
      <w:r>
        <w:rPr>
          <w:b/>
        </w:rPr>
        <w:t xml:space="preserve">[07:35] </w:t>
      </w:r>
      <w:r>
        <w:t>to kitni bari nemat hogi insaan ke liye ke woh ek aisi dunya mein apne aap ko paye jahan woh poori tarah takleef aur andesha dono se bacha hua ho.</w:t>
      </w:r>
    </w:p>
    <w:p>
      <w:pPr>
        <w:jc w:val="right"/>
      </w:pPr>
      <w:r>
        <w:t>تو کتنی بڑی نعمت ہوگی انسان کے لیے کہ وہ ایک ایسی دنیا میں اپنے آپ کو پائے جہاں وہ پوری طرح تکلیف اور اندیشہ دونوں سے بچا ہوا ہو۔</w:t>
      </w:r>
    </w:p>
    <w:p>
      <w:r>
        <w:rPr>
          <w:b/>
        </w:rPr>
        <w:t xml:space="preserve">[07:54] </w:t>
      </w:r>
      <w:r>
        <w:t>ek aisi dunya jahan na koi disadvantage hai na koi limitations hain</w:t>
      </w:r>
    </w:p>
    <w:p>
      <w:pPr>
        <w:jc w:val="right"/>
      </w:pPr>
      <w:r>
        <w:t>ایک ایسی دنیا جہاں نہ کوئی ڈس ایڈوانٹیج ہے نہ کوئی لیمیٹیشنز ہیں</w:t>
      </w:r>
    </w:p>
    <w:p>
      <w:r>
        <w:rPr>
          <w:b/>
        </w:rPr>
        <w:t xml:space="preserve">[08:07] </w:t>
      </w:r>
      <w:r>
        <w:t>jo</w:t>
      </w:r>
    </w:p>
    <w:p>
      <w:pPr>
        <w:jc w:val="right"/>
      </w:pPr>
      <w:r>
        <w:t>جو</w:t>
      </w:r>
    </w:p>
    <w:p>
      <w:r>
        <w:rPr>
          <w:b/>
        </w:rPr>
        <w:t xml:space="preserve">[08:08] </w:t>
      </w:r>
      <w:r>
        <w:t>"la khauf wa la hum yahzanoon" ka misdaq hai. to kitni ajeeb hogi woh dunya. isi liye farmaya quran mein doosri jagah: libas li za fa li yamaal al aamilon</w:t>
      </w:r>
    </w:p>
    <w:p>
      <w:pPr>
        <w:jc w:val="right"/>
      </w:pPr>
      <w:r>
        <w:t>"لا خوف ولاہم یحزنون" کا مصداق ہے۔ تو کتنی عجیب ہوگی وہ دنیا۔ اسی لیے فرمایا قرآن میں دوسری جگہ: لبس لذا فليعمل العاملون</w:t>
      </w:r>
    </w:p>
    <w:p>
      <w:r>
        <w:rPr>
          <w:b/>
        </w:rPr>
        <w:t xml:space="preserve">[08:25] </w:t>
      </w:r>
      <w:r>
        <w:t>yeh hai woh cheez jis ke liye daudne wale daudein. matlab hai ke jin cheezon ki taraf tum daud rahe ho,</w:t>
      </w:r>
    </w:p>
    <w:p>
      <w:pPr>
        <w:jc w:val="right"/>
      </w:pPr>
      <w:r>
        <w:t>یہ ہے وہ چیز جس کے لیے دوڑنے والے دوڑیں۔ مطلب ہے کہ جن چیزوں کی طرف تم دوڑ رہے ہو،</w:t>
      </w:r>
    </w:p>
    <w:p>
      <w:r>
        <w:rPr>
          <w:b/>
        </w:rPr>
        <w:t xml:space="preserve">[08:36] </w:t>
      </w:r>
      <w:r>
        <w:t>yani paisa, political power, fame, property, material saaman, bank balance,</w:t>
      </w:r>
    </w:p>
    <w:p>
      <w:pPr>
        <w:jc w:val="right"/>
      </w:pPr>
      <w:r>
        <w:t>یعنی پیسہ، پولیٹیکل پاور، فیم، پراپرٹی، مٹیریل سامان، بینک بیلنس،</w:t>
      </w:r>
    </w:p>
    <w:p>
      <w:r>
        <w:rPr>
          <w:b/>
        </w:rPr>
        <w:t xml:space="preserve">[08:51] </w:t>
      </w:r>
      <w:r>
        <w:t>business. jin jin cheezon ki taraf aadmi daud raha hai to paane ke baad bhi yeh masla baqi rehta hai.</w:t>
      </w:r>
    </w:p>
    <w:p>
      <w:pPr>
        <w:jc w:val="right"/>
      </w:pPr>
      <w:r>
        <w:t>بزنس۔ جن جن چیزوں کی طرف آدمی دوڑ رہا ہے تو پانے کے بعد بھی یہ مسئلہ باقی رہتا ہے۔</w:t>
      </w:r>
    </w:p>
    <w:p>
      <w:r>
        <w:rPr>
          <w:b/>
        </w:rPr>
        <w:t xml:space="preserve">[09:04] </w:t>
      </w:r>
      <w:r>
        <w:t>paane se pehle bhi woh jee raha tha khauf aur hazan mein aur paane ke baad bhi us ko jeena padta hai khauf aur hazan mein.</w:t>
      </w:r>
    </w:p>
    <w:p>
      <w:pPr>
        <w:jc w:val="right"/>
      </w:pPr>
      <w:r>
        <w:t>پانے سے پہلے بھی وہ جی رہا تھا خوف اور حزن میں اور پانے کے بعد بھی اس کو جینا پڑتا ہے خوف اور حزن میں۔</w:t>
      </w:r>
    </w:p>
    <w:p>
      <w:r>
        <w:rPr>
          <w:b/>
        </w:rPr>
        <w:t xml:space="preserve">[09:18] </w:t>
      </w:r>
      <w:r>
        <w:t>to yahan par aap dekhiye ke jo achievers hain is mein aur jo fail hoga zindagi mein dono mein koi real difference nahi nazar</w:t>
      </w:r>
    </w:p>
    <w:p>
      <w:pPr>
        <w:jc w:val="right"/>
      </w:pPr>
      <w:r>
        <w:t>تو یہاں پر آپ دیکھیے کہ جو اچیورز ہیں اس میں اور جو فیل ہوگا زندگی میں دونوں میں کوئی ریئل ڈیفرنس نہیں نظر</w:t>
      </w:r>
    </w:p>
    <w:p>
      <w:r>
        <w:rPr>
          <w:b/>
        </w:rPr>
        <w:t xml:space="preserve">[09:29] </w:t>
      </w:r>
      <w:r>
        <w:t>aata. to quran sara ka sara insan ko isi baat ki khabar dene ke liye hai</w:t>
      </w:r>
    </w:p>
    <w:p>
      <w:pPr>
        <w:jc w:val="right"/>
      </w:pPr>
      <w:r>
        <w:t>آتا۔ تو قرآن سارا کا سارا انسان کو اسی بات کی خبر دینے کے لیے ہے</w:t>
      </w:r>
    </w:p>
    <w:p>
      <w:r>
        <w:rPr>
          <w:b/>
        </w:rPr>
        <w:t xml:space="preserve">[09:39] </w:t>
      </w:r>
      <w:r>
        <w:t>ke marne se pehle, apni maut se pehle, apne aap ko tayyar kar lo taake maut ke baad tumhe jannat mein jagah mile.</w:t>
      </w:r>
    </w:p>
    <w:p>
      <w:pPr>
        <w:jc w:val="right"/>
      </w:pPr>
      <w:r>
        <w:t>کہ مرنے سے پہلے، اپنی موت سے پہلے، اپنے آپ کو تیار کر لو تاکہ موت کے بعد تمہیں جنت میں جگہ ملے۔</w:t>
      </w:r>
    </w:p>
    <w:p>
      <w:r>
        <w:rPr>
          <w:b/>
        </w:rPr>
        <w:t xml:space="preserve">[09:55] </w:t>
      </w:r>
      <w:r>
        <w:t>kyunke maut ke baad doosra chance kisi ko milne wala nahi hai.</w:t>
      </w:r>
    </w:p>
    <w:p>
      <w:pPr>
        <w:jc w:val="right"/>
      </w:pPr>
      <w:r>
        <w:t>کیونکہ موت کے بعد دوسرا چانس کسی کو ملنے والا نہیں ہے۔</w:t>
      </w:r>
    </w:p>
    <w:p>
      <w:r>
        <w:rPr>
          <w:b/>
        </w:rPr>
        <w:t xml:space="preserve">[10:04] </w:t>
      </w:r>
      <w:r>
        <w:t>ek insan ko sirf ek baar chance diya jata hai, doosri baar nahi. ek baar paida hona hai aur phir mar kar ke doosri duniya mein pahunch jana hai.</w:t>
      </w:r>
    </w:p>
    <w:p>
      <w:pPr>
        <w:jc w:val="right"/>
      </w:pPr>
      <w:r>
        <w:t>ایک انسان کو صرف ایک بار چانس دیا جاتا ہے، دوسری بار نہیں۔ ایک بار پیدا ہونا ہے اور پھر مر کر کے دوسری دنیا میں پہنچ جانا ہے۔</w:t>
      </w:r>
    </w:p>
    <w:p>
      <w:r>
        <w:rPr>
          <w:b/>
        </w:rPr>
        <w:t xml:space="preserve">[10:18] </w:t>
      </w:r>
      <w:r>
        <w:t>phir lautne ka koi sawal nahi hai.</w:t>
      </w:r>
    </w:p>
    <w:p>
      <w:pPr>
        <w:jc w:val="right"/>
      </w:pPr>
      <w:r>
        <w:t>پھر لوٹنے کا کوئی سوال نہیں ہے۔</w:t>
      </w:r>
    </w:p>
    <w:p>
      <w:r>
        <w:rPr>
          <w:b/>
        </w:rPr>
        <w:t xml:space="preserve">[10:22] </w:t>
      </w:r>
      <w:r>
        <w:t>yahan par har aadmi ke paas duniya se aakhirat ki taraf jaane ka ticket hai ya aakhirat se duniya ki taraf lautne ka ticket nahi hai. kisi ke paas bhi return ticket nahi hai.</w:t>
      </w:r>
    </w:p>
    <w:p>
      <w:pPr>
        <w:jc w:val="right"/>
      </w:pPr>
      <w:r>
        <w:t>یہاں پر ہر آدمی کے پاس دنیا سے آخرت کی طرف جانے کا ٹکٹ ہے یا آخرت سے دنیا کی طرف لوٹنے کا ٹکٹ نہیں ہے۔ کسی کے پاس بھی ریٹرن ٹکٹ نہیں ہے۔</w:t>
      </w:r>
    </w:p>
    <w:p>
      <w:r>
        <w:rPr>
          <w:b/>
        </w:rPr>
        <w:t xml:space="preserve">[10:37] </w:t>
      </w:r>
      <w:r>
        <w:t>ek baar aap duniya se aakhirat ki taraf safar karenge, is ke baad yeh mumkin nahi hoga ke wapsi ka ticket mile aur phir wahan se aap is duniya mein aa jayen.</w:t>
      </w:r>
    </w:p>
    <w:p>
      <w:pPr>
        <w:jc w:val="right"/>
      </w:pPr>
      <w:r>
        <w:t>ایک بار آپ دنیا سے آخرت کی طرف سفر کریں گے، اس کے بعد یہ ممکن نہیں ہوگا کہ واپسی کا ٹکٹ ملے اور پھر وہاں سے آپ اس دنیا میں آ جائیں۔</w:t>
      </w:r>
    </w:p>
    <w:p>
      <w:r>
        <w:rPr>
          <w:b/>
        </w:rPr>
        <w:t xml:space="preserve">[10:52] </w:t>
      </w:r>
      <w:r>
        <w:t>nahi. to is chance ko khona sab se badi nadani hai aur is chance ko istemal karna sab se badi hikmat hai,</w:t>
      </w:r>
    </w:p>
    <w:p>
      <w:pPr>
        <w:jc w:val="right"/>
      </w:pPr>
      <w:r>
        <w:t>نہیں۔ تو اس چانس کو کھونا سب سے بڑی نادانی ہے اور اس چانس کو استعمال کرنا سب سے بڑی حکمت ہے،</w:t>
      </w:r>
    </w:p>
    <w:p>
      <w:r>
        <w:rPr>
          <w:b/>
        </w:rPr>
        <w:t xml:space="preserve">[11:11] </w:t>
      </w:r>
      <w:r>
        <w:t>sab se badi hoshiyari hai.</w:t>
      </w:r>
    </w:p>
    <w:p>
      <w:pPr>
        <w:jc w:val="right"/>
      </w:pPr>
      <w:r>
        <w:t>سب سے بڑی ہوشیاری ہے۔</w:t>
      </w:r>
    </w:p>
    <w:p>
      <w:r>
        <w:rPr>
          <w:b/>
        </w:rPr>
        <w:t xml:space="preserve">[11:17] </w:t>
      </w:r>
      <w:r>
        <w:t>is ke baad dekhiye surah baqarah ki ayat number 177 hai.</w:t>
      </w:r>
    </w:p>
    <w:p>
      <w:pPr>
        <w:jc w:val="right"/>
      </w:pPr>
      <w:r>
        <w:t>اس کے بعد دیکھیے سورہ بقرہ کی آیت نمبر 177 ہے۔</w:t>
      </w:r>
    </w:p>
    <w:p>
      <w:r>
        <w:rPr>
          <w:b/>
        </w:rPr>
        <w:t xml:space="preserve">[11:27] </w:t>
      </w:r>
      <w:r>
        <w:t>to farmaya ke almufoona bima aahado ye believers ki, true believers ki sifat batai.</w:t>
      </w:r>
    </w:p>
    <w:p>
      <w:pPr>
        <w:jc w:val="right"/>
      </w:pPr>
      <w:r>
        <w:t>تو فرمایا کہ الموفون بعدھم اذا عہدو یہ بیلیورز کی، ٹرو بیلیورز کی صفت بتائی۔</w:t>
      </w:r>
    </w:p>
    <w:p>
      <w:r>
        <w:rPr>
          <w:b/>
        </w:rPr>
        <w:t xml:space="preserve">[11:41] </w:t>
      </w:r>
      <w:r>
        <w:t>yaani sachche momin kaun log hote hain?</w:t>
      </w:r>
    </w:p>
    <w:p>
      <w:pPr>
        <w:jc w:val="right"/>
      </w:pPr>
      <w:r>
        <w:t>یعنی سچے مومن کون لوگ ہوتے ہیں؟</w:t>
      </w:r>
    </w:p>
    <w:p>
      <w:r>
        <w:rPr>
          <w:b/>
        </w:rPr>
        <w:t xml:space="preserve">[11:48] </w:t>
      </w:r>
      <w:r>
        <w:t>sachche momin kaun log hote hain jin ko Khuda qabool kare,</w:t>
      </w:r>
    </w:p>
    <w:p>
      <w:pPr>
        <w:jc w:val="right"/>
      </w:pPr>
      <w:r>
        <w:t>سچے مومن کون لوگ ہوتے ہیں جن کو خدا قبول کرے،</w:t>
      </w:r>
    </w:p>
    <w:p>
      <w:r>
        <w:rPr>
          <w:b/>
        </w:rPr>
        <w:t xml:space="preserve">[11:52] </w:t>
      </w:r>
      <w:r>
        <w:t>un ke imaan ko?</w:t>
      </w:r>
    </w:p>
    <w:p>
      <w:pPr>
        <w:jc w:val="right"/>
      </w:pPr>
      <w:r>
        <w:t>ان کے ایمان کو؟</w:t>
      </w:r>
    </w:p>
    <w:p>
      <w:r>
        <w:rPr>
          <w:b/>
        </w:rPr>
        <w:t xml:space="preserve">[11:55] </w:t>
      </w:r>
      <w:r>
        <w:t>to un ki kai siffaten batai hain, is mein se ek siffat yeh hai ke al-moofoon ba'd hum izaa</w:t>
      </w:r>
    </w:p>
    <w:p>
      <w:pPr>
        <w:jc w:val="right"/>
      </w:pPr>
      <w:r>
        <w:t>تو ان کی کئی صفتیں بتائی ہیں، اس میں سے ایک صفت یہ ہے کہ الموفون بعدھم اذا</w:t>
      </w:r>
    </w:p>
    <w:p>
      <w:r>
        <w:rPr>
          <w:b/>
        </w:rPr>
        <w:t xml:space="preserve">[12:01] </w:t>
      </w:r>
      <w:r>
        <w:t>ahdoo al-moofoon ba'd hum izaa ahdoo</w:t>
      </w:r>
    </w:p>
    <w:p>
      <w:pPr>
        <w:jc w:val="right"/>
      </w:pPr>
      <w:r>
        <w:t>عہدو الموفون بعدھم اذا عہدو</w:t>
      </w:r>
    </w:p>
    <w:p>
      <w:r>
        <w:rPr>
          <w:b/>
        </w:rPr>
        <w:t xml:space="preserve">[12:08] </w:t>
      </w:r>
      <w:r>
        <w:t>woh apne ahd ko, apne wa'de ko poora karte hain jab ke woh ahd kar lein.</w:t>
      </w:r>
    </w:p>
    <w:p>
      <w:pPr>
        <w:jc w:val="right"/>
      </w:pPr>
      <w:r>
        <w:t>وہ اپنے عہد کو، اپنے وعدے کو پورا کرتے ہیں جب کہ وہ عہد کر لیں۔</w:t>
      </w:r>
    </w:p>
    <w:p>
      <w:r>
        <w:rPr>
          <w:b/>
        </w:rPr>
        <w:t xml:space="preserve">[12:18] </w:t>
      </w:r>
      <w:r>
        <w:t>woh apne waday ko poora karte hain jab ke woh kisi se wada kar lein. yeh bohat badi quality hai. zindagi naam hai waday ka.</w:t>
      </w:r>
    </w:p>
    <w:p>
      <w:pPr>
        <w:jc w:val="right"/>
      </w:pPr>
      <w:r>
        <w:t>وہ اپنے وعدے کو پورا کرتے ہیں جب کہ وہ کسی سے وعدہ کر لیں۔ یہ بہت بڑی کوالٹی ہے۔ زندگی نام ہے وعدے کا۔</w:t>
      </w:r>
    </w:p>
    <w:p>
      <w:r>
        <w:rPr>
          <w:b/>
        </w:rPr>
        <w:t xml:space="preserve">[12:32] </w:t>
      </w:r>
      <w:r>
        <w:t>har waqt aap ka kisi se wada hota hai.</w:t>
      </w:r>
    </w:p>
    <w:p>
      <w:pPr>
        <w:jc w:val="right"/>
      </w:pPr>
      <w:r>
        <w:t>ہر وقت آپ کا کسی سے وعدہ ہوتا ہے۔</w:t>
      </w:r>
    </w:p>
    <w:p>
      <w:r>
        <w:rPr>
          <w:b/>
        </w:rPr>
        <w:t xml:space="preserve">[12:38] </w:t>
      </w:r>
      <w:r>
        <w:t>is waday mein poora utarna</w:t>
      </w:r>
    </w:p>
    <w:p>
      <w:pPr>
        <w:jc w:val="right"/>
      </w:pPr>
      <w:r>
        <w:t>اس وعدے میں پورا اترنا</w:t>
      </w:r>
    </w:p>
    <w:p>
      <w:r>
        <w:rPr>
          <w:b/>
        </w:rPr>
        <w:t xml:space="preserve">[12:42] </w:t>
      </w:r>
      <w:r>
        <w:t>yeh sab se badi pehchan hai true believer ki, sachche momin ki. dekhen, waday ka do matlab hai, ahad ka do matlab hai.</w:t>
      </w:r>
    </w:p>
    <w:p>
      <w:pPr>
        <w:jc w:val="right"/>
      </w:pPr>
      <w:r>
        <w:t>یہ سب سے بڑی پہچان ہے ٹرو بیلیور کی، سچے مومن کی۔ دیکھیں، وعدے کا دو مطلب ہے، عہد کا دو مطلب ہے۔</w:t>
      </w:r>
    </w:p>
    <w:p>
      <w:r>
        <w:rPr>
          <w:b/>
        </w:rPr>
        <w:t xml:space="preserve">[12:58] </w:t>
      </w:r>
      <w:r>
        <w:t>ek yeh hai ke kisi se aap ki barah-e-rast dealing hui, barah-e-rast taur par aap se kisi ki baat cheet hui aur is baat cheet mein ya is dealing mein aap ne us se koi wada kar liya, koi wada kar liya.</w:t>
      </w:r>
    </w:p>
    <w:p>
      <w:pPr>
        <w:jc w:val="right"/>
      </w:pPr>
      <w:r>
        <w:t>ایک یہ ہے کہ کسی سے آپ کی براہِ راست ڈیلنگ ہوئی، براہِ راست طور پر آپ سے کسی کی بات چیت ہوئی اور اس بات چیت میں یا اس ڈیلنگ میں آپ نے اس سے کوئی وعدہ کر لیا، کوئی وعدہ کر لیا۔</w:t>
      </w:r>
    </w:p>
    <w:p>
      <w:r>
        <w:rPr>
          <w:b/>
        </w:rPr>
        <w:t xml:space="preserve">[13:19] </w:t>
      </w:r>
      <w:r>
        <w:t>yeh rozana hota hai hamari zindagi mein</w:t>
      </w:r>
    </w:p>
    <w:p>
      <w:pPr>
        <w:jc w:val="right"/>
      </w:pPr>
      <w:r>
        <w:t>یہ روزانہ ہوتا ہے ہماری زندگی میں</w:t>
      </w:r>
    </w:p>
    <w:p>
      <w:r>
        <w:rPr>
          <w:b/>
        </w:rPr>
        <w:t xml:space="preserve">[13:24] </w:t>
      </w:r>
      <w:r>
        <w:t>ke hum baat cheet ke zariye ya tehreer ke zariye kisi se koi wada karte hain ke hum tum ko falan tareekh par yeh adaigi kar denge, hum tumhara yeh kaam kar denge.</w:t>
      </w:r>
    </w:p>
    <w:p>
      <w:pPr>
        <w:jc w:val="right"/>
      </w:pPr>
      <w:r>
        <w:t>کہ ہم بات چیت کے ذریعے یا تحریر کے ذریعے کسی سے کوئی وعدہ کرتے ہیں کہ ہم تم کو فلاں تاریخ پر یہ ادائیگی کر دیں گے، ہم تمہارا یہ کام کر دیں گے۔</w:t>
      </w:r>
    </w:p>
    <w:p>
      <w:r>
        <w:rPr>
          <w:b/>
        </w:rPr>
        <w:t xml:space="preserve">[13:45] </w:t>
      </w:r>
      <w:r>
        <w:t>to mukhtalif qism ke waday ya ahad hum rozana karte rehte hain.</w:t>
      </w:r>
    </w:p>
    <w:p>
      <w:pPr>
        <w:jc w:val="right"/>
      </w:pPr>
      <w:r>
        <w:t>تو مختلف قسم کے وعدے یا عہد ہم روزانہ کرتے رہتے ہیں۔</w:t>
      </w:r>
    </w:p>
    <w:p>
      <w:r>
        <w:rPr>
          <w:b/>
        </w:rPr>
        <w:t xml:space="preserve">[13:51] </w:t>
      </w:r>
      <w:r>
        <w:t>to yeh to hai barah-e-rast wada, barah-e-rast wada.</w:t>
      </w:r>
    </w:p>
    <w:p>
      <w:pPr>
        <w:jc w:val="right"/>
      </w:pPr>
      <w:r>
        <w:t>تو یہ تو ہے براہِ راست وعدہ، براہِ راست وعدہ۔</w:t>
      </w:r>
    </w:p>
    <w:p>
      <w:r>
        <w:rPr>
          <w:b/>
        </w:rPr>
        <w:t xml:space="preserve">[13:59] </w:t>
      </w:r>
      <w:r>
        <w:t>yaani bole hue waday keh sakte hain aap is ko. lekin ek aur hai woh an bole hue waday, yaani munh se bol kar aap ne wada na kiya ho, tab bhi aap ek waday mein bandhe hue hote hain.</w:t>
      </w:r>
    </w:p>
    <w:p>
      <w:pPr>
        <w:jc w:val="right"/>
      </w:pPr>
      <w:r>
        <w:t>یعنی بولے ہوئے وعدے کہہ سکتے ہیں آپ اس کو۔ لیکن ایک اور ہے وہ ان بولے ہوئے وعدے، یعنی منہ سے بول کر آپ نے وعدہ نہ کیا ہو، تب بھی آپ ایک وعدے میں بندھے ہوئے ہوتے ہیں۔</w:t>
      </w:r>
    </w:p>
    <w:p>
      <w:r>
        <w:rPr>
          <w:b/>
        </w:rPr>
        <w:t xml:space="preserve">[14:14] </w:t>
      </w:r>
      <w:r>
        <w:t>woh wada kya?</w:t>
      </w:r>
    </w:p>
    <w:p>
      <w:pPr>
        <w:jc w:val="right"/>
      </w:pPr>
      <w:r>
        <w:t>وہ وعدہ کیا؟</w:t>
      </w:r>
    </w:p>
    <w:p>
      <w:r>
        <w:rPr>
          <w:b/>
        </w:rPr>
        <w:t xml:space="preserve">[14:17] </w:t>
      </w:r>
      <w:r>
        <w:t>misalan aap ki aik family hai to chahe likha hua na ho lekin family ke har member ne yeh wada kar rakha hai ke mein doosre members jo hain family ke un se adjust kar ke rahoon ga.</w:t>
      </w:r>
    </w:p>
    <w:p>
      <w:pPr>
        <w:jc w:val="right"/>
      </w:pPr>
      <w:r>
        <w:t>مثلاً آپ کی ایک فیملی ہے تو چاہے لکھا ہوا نہ ہو لیکن فیملی کے ہر ممبر نے یہ وعدہ کر رکھا ہے کہ میں دوسرے ممبرز جو ہیں فیملی کے ان سے ایڈجسٹ کر کے رہوں گا۔</w:t>
      </w:r>
    </w:p>
    <w:p>
      <w:r>
        <w:rPr>
          <w:b/>
        </w:rPr>
        <w:t xml:space="preserve">[14:40] </w:t>
      </w:r>
      <w:r>
        <w:t>kyunke farq to hote hote hain, aap farq ko mita nahi sakte.</w:t>
      </w:r>
    </w:p>
    <w:p>
      <w:pPr>
        <w:jc w:val="right"/>
      </w:pPr>
      <w:r>
        <w:t>کیونکہ فرق تو ہوتے ہوتے ہیں، آپ فرق کو مٹا نہیں سکتے۔</w:t>
      </w:r>
    </w:p>
    <w:p>
      <w:r>
        <w:rPr>
          <w:b/>
        </w:rPr>
        <w:t xml:space="preserve">[14:46] </w:t>
      </w:r>
      <w:r>
        <w:t>to jab family ke bond mein aap hain to yeh jaan kar rehna hai aap ko ke farq aayen ge to wahan par larna jhagadna nahi hai, adjust karna hai, samjhota karna hai.</w:t>
      </w:r>
    </w:p>
    <w:p>
      <w:pPr>
        <w:jc w:val="right"/>
      </w:pPr>
      <w:r>
        <w:t>تو جب فیملی کے بانڈ میں آپ ہیں تو یہ جان کر رہنا ہے آپ کو کہ فرق آئیں گے تو وہاں پر لڑنا جھگڑنا نہیں ہے، ایڈجسٹ کرنا ہے، سمجھوتہ کرنا ہے۔</w:t>
      </w:r>
    </w:p>
    <w:p>
      <w:r>
        <w:rPr>
          <w:b/>
        </w:rPr>
        <w:t xml:space="preserve">[15:01] </w:t>
      </w:r>
      <w:r>
        <w:t>yeh in bolay hue wade hain. in bolay hue. is ke liye kuch likhne ki zaroorat nahi</w:t>
      </w:r>
    </w:p>
    <w:p>
      <w:pPr>
        <w:jc w:val="right"/>
      </w:pPr>
      <w:r>
        <w:t>یہ ان بولے ہوئے وعدے ہیں۔ ان بولے ہوئے۔ اس کے لیے کچھ لکھنے کی ضرورت نہیں</w:t>
      </w:r>
    </w:p>
    <w:p>
      <w:r>
        <w:rPr>
          <w:b/>
        </w:rPr>
        <w:t xml:space="preserve">[15:09] </w:t>
      </w:r>
      <w:r>
        <w:t>hai. hamara zamir, hamara shaoor khud yeh kafi hai batane ke liye ke tum aik aik ehad mein bandhe hue ho.</w:t>
      </w:r>
    </w:p>
    <w:p>
      <w:pPr>
        <w:jc w:val="right"/>
      </w:pPr>
      <w:r>
        <w:t>ہے۔ ہمارا ضمیر، ہمارا شعور خود یہ کافی ہے بتانے کے لیے کہ تم ایک ایک عہد میں بندھے ہوئے ہو۔</w:t>
      </w:r>
    </w:p>
    <w:p>
      <w:r>
        <w:rPr>
          <w:b/>
        </w:rPr>
        <w:t xml:space="preserve">[15:21] </w:t>
      </w:r>
      <w:r>
        <w:t>wo ehad kya hai? ke jin logon ke sath aap ko zindagi guzarna hai, un ke sath aap ko samjhota kar ke rehna hai, adjust kar ke rehna hai,</w:t>
      </w:r>
    </w:p>
    <w:p>
      <w:pPr>
        <w:jc w:val="right"/>
      </w:pPr>
      <w:r>
        <w:t>وہ عہد کیا ہے؟ کہ جن لوگوں کے ساتھ آپ کو زندگی گزارنا ہے، ان کے ساتھ آپ کو سمجھوتہ کر کے رہنا ہے، ایڈجسٹ کر کے رہنا ہے،</w:t>
      </w:r>
    </w:p>
    <w:p>
      <w:r>
        <w:rPr>
          <w:b/>
        </w:rPr>
        <w:t xml:space="preserve">[15:35] </w:t>
      </w:r>
      <w:r>
        <w:t>pur aman tareeqe par rehna hai.</w:t>
      </w:r>
    </w:p>
    <w:p>
      <w:pPr>
        <w:jc w:val="right"/>
      </w:pPr>
      <w:r>
        <w:t>پُرامن طریقے پر رہنا ہے۔</w:t>
      </w:r>
    </w:p>
    <w:p>
      <w:r>
        <w:rPr>
          <w:b/>
        </w:rPr>
        <w:t xml:space="preserve">[15:38] </w:t>
      </w:r>
      <w:r>
        <w:t>kisi farq ko, kisi mutanazae ko aman ke daere mein reh kar ke hal karna hai. yani aman mukaalima, aman muzakiraat.</w:t>
      </w:r>
    </w:p>
    <w:p>
      <w:pPr>
        <w:jc w:val="right"/>
      </w:pPr>
      <w:r>
        <w:t>کسی فرق کو، کسی متنازعے کو امن کے دائرے میں رہ کر کے حل کرنا ہے۔ یعنی امن مکالمہ، امن مذاکرات۔</w:t>
      </w:r>
    </w:p>
    <w:p>
      <w:r>
        <w:rPr>
          <w:b/>
        </w:rPr>
        <w:t xml:space="preserve">[15:53] </w:t>
      </w:r>
      <w:r>
        <w:t>yeh tareeqa hoga mera apne logon ke sath. to yeh aik ailan kiye baghair aik ehad hai jis mein hum bandhe hue hain.</w:t>
      </w:r>
    </w:p>
    <w:p>
      <w:pPr>
        <w:jc w:val="right"/>
      </w:pPr>
      <w:r>
        <w:t>یہ طریقہ ہوگا میرا اپنے لوگوں کے ساتھ۔ تو یہ ایک اعلان کیے بغیر ایک عہد ہے جس میں ہم بندھے ہوئے ہیں۔</w:t>
      </w:r>
    </w:p>
    <w:p>
      <w:r>
        <w:rPr>
          <w:b/>
        </w:rPr>
        <w:t xml:space="preserve">[16:07] </w:t>
      </w:r>
      <w:r>
        <w:t>isi tarah aap dekhiye, aap aik aap aik paros mein hain, aap ka aik mohalla hai, is mein kai log hain, un ke sath bhi aap ka aik in bolay hue wade hain.</w:t>
      </w:r>
    </w:p>
    <w:p>
      <w:pPr>
        <w:jc w:val="right"/>
      </w:pPr>
      <w:r>
        <w:t>اسی طرح آپ دیکھیے، آپ ایک آپ ایک پڑوس میں ہیں، آپ کا ایک محلہ ہے، اس میں کئی لوگ ہیں، ان کے ساتھ بھی آپ کا ایک ان بولے ہوئے وعدے ہیں۔</w:t>
      </w:r>
    </w:p>
    <w:p>
      <w:r>
        <w:rPr>
          <w:b/>
        </w:rPr>
        <w:t xml:space="preserve">[16:22] </w:t>
      </w:r>
      <w:r>
        <w:t>wo kya? ke aap un ke liye koi masla paida nahi karen ge.</w:t>
      </w:r>
    </w:p>
    <w:p>
      <w:pPr>
        <w:jc w:val="right"/>
      </w:pPr>
      <w:r>
        <w:t>وہ کیا؟ کہ آپ ان کے لیے کوئی مسئلہ پیدا نہیں کریں گے۔</w:t>
      </w:r>
    </w:p>
    <w:p>
      <w:r>
        <w:rPr>
          <w:b/>
        </w:rPr>
        <w:t xml:space="preserve">[16:32] </w:t>
      </w:r>
      <w:r>
        <w:t>jaise hadith mein aata hai ke rastay se kanta hata dena yeh bhi iman hai. to kanta hataya aap ne kis ke liye?</w:t>
      </w:r>
    </w:p>
    <w:p>
      <w:pPr>
        <w:jc w:val="right"/>
      </w:pPr>
      <w:r>
        <w:t>جیسے حدیث میں آتا ہے کہ راستے سے کانٹا ہٹا دینا یہ بھی ایمان ہے۔ تو کانٹا ہٹایا آپ نے کس کے لیے؟</w:t>
      </w:r>
    </w:p>
    <w:p>
      <w:r>
        <w:rPr>
          <w:b/>
        </w:rPr>
        <w:t xml:space="preserve">[16:43] </w:t>
      </w:r>
      <w:r>
        <w:t>apne parosi ke liye.</w:t>
      </w:r>
    </w:p>
    <w:p>
      <w:pPr>
        <w:jc w:val="right"/>
      </w:pPr>
      <w:r>
        <w:t>اپنے پڑوسی کے لیے۔</w:t>
      </w:r>
    </w:p>
    <w:p>
      <w:r>
        <w:rPr>
          <w:b/>
        </w:rPr>
        <w:t xml:space="preserve">[16:47] </w:t>
      </w:r>
      <w:r>
        <w:t>to kante ka matlab sirf kanta nahi hai.</w:t>
      </w:r>
    </w:p>
    <w:p>
      <w:pPr>
        <w:jc w:val="right"/>
      </w:pPr>
      <w:r>
        <w:t>تو کانٹے کا مطلب صرف کانٹا نہیں ہے۔</w:t>
      </w:r>
    </w:p>
    <w:p>
      <w:r>
        <w:rPr>
          <w:b/>
        </w:rPr>
        <w:t xml:space="preserve">[16:51] </w:t>
      </w:r>
      <w:r>
        <w:t>iska matlab yeh hai ke aap kisi ke liye bhi jo aap ka parosi hai, jo aap ka, aap ka jo jis society mein aap hain, us society mein wo bhi rehta hai, aap bhi rehte hain.</w:t>
      </w:r>
    </w:p>
    <w:p>
      <w:pPr>
        <w:jc w:val="right"/>
      </w:pPr>
      <w:r>
        <w:t>اس کا مطلب یہ ہے کہ آپ کسی کے لیے بھی جو آپ کا پڑوسی ہے، جو آپ کا، آپ کا جو جس سوسائٹی میں آپ ہیں، اس سوسائٹی میں وہ بھی رہتا ہے، آپ بھی رہتے ہیں۔</w:t>
      </w:r>
    </w:p>
    <w:p>
      <w:r>
        <w:rPr>
          <w:b/>
        </w:rPr>
        <w:t xml:space="preserve">[17:09] </w:t>
      </w:r>
      <w:r>
        <w:t>to yeh bhi aik bla ailan, aik in bolay hue wade hain ke aap is ke sath be masla shakhs ban kar rahen ge.</w:t>
      </w:r>
    </w:p>
    <w:p>
      <w:pPr>
        <w:jc w:val="right"/>
      </w:pPr>
      <w:r>
        <w:t>تو یہ بھی ایک بلا اعلان، ایک ان بولے ہوئے وعدے ہیں کہ آپ اس کے ساتھ بے مسئلہ شخص بن کر رہیں گے۔</w:t>
      </w:r>
    </w:p>
    <w:p>
      <w:r>
        <w:rPr>
          <w:b/>
        </w:rPr>
        <w:t xml:space="preserve">[17:23] </w:t>
      </w:r>
      <w:r>
        <w:t>aap is ke liye koi chota ya bara masla paida nahi karen ge. to al-moofoon ba'dahum iza 'ahdoo yeh bhi shamil hai.</w:t>
      </w:r>
    </w:p>
    <w:p>
      <w:pPr>
        <w:jc w:val="right"/>
      </w:pPr>
      <w:r>
        <w:t>آپ اس کے لیے کوئی چھوٹا یا بڑا مسئلہ پیدا نہیں کریں گے۔ تو الموفون بعدھم اذا عہدو یہ بھی شامل ہے۔</w:t>
      </w:r>
    </w:p>
    <w:p>
      <w:r>
        <w:rPr>
          <w:b/>
        </w:rPr>
        <w:t xml:space="preserve">[17:36] </w:t>
      </w:r>
      <w:r>
        <w:t>yeh bhi shamil hai.</w:t>
      </w:r>
    </w:p>
    <w:p>
      <w:pPr>
        <w:jc w:val="right"/>
      </w:pPr>
      <w:r>
        <w:t>یہ بھی شامل ہے۔</w:t>
      </w:r>
    </w:p>
    <w:p>
      <w:r>
        <w:rPr>
          <w:b/>
        </w:rPr>
        <w:t xml:space="preserve">[17:40] </w:t>
      </w:r>
      <w:r>
        <w:t>is ko mein agar yeh kahoon ke aik true believer ko, aik sachay momin ko,</w:t>
      </w:r>
    </w:p>
    <w:p>
      <w:pPr>
        <w:jc w:val="right"/>
      </w:pPr>
      <w:r>
        <w:t>اس کو میں اگر یہ کہوں کہ ایک ٹرو بیلیور کو، ایک سچے مومن کو،</w:t>
      </w:r>
    </w:p>
    <w:p>
      <w:r>
        <w:rPr>
          <w:b/>
        </w:rPr>
        <w:t xml:space="preserve">[17:50] </w:t>
      </w:r>
      <w:r>
        <w:t>aik sachay momin ka kirdaar, aik sachay momin ka kirdaar kya hona chahiye? wo pesh goi karne wala kirdaar hona chahiye.</w:t>
      </w:r>
    </w:p>
    <w:p>
      <w:pPr>
        <w:jc w:val="right"/>
      </w:pPr>
      <w:r>
        <w:t>ایک سچے مومن کا کردار، ایک سچے مومن کا کردار کیا ہونا چاہیے؟ وہ پیش گوئی کرنے والا کردار ہونا چاہیے۔</w:t>
      </w:r>
    </w:p>
    <w:p>
      <w:r>
        <w:rPr>
          <w:b/>
        </w:rPr>
        <w:t xml:space="preserve">[18:05] </w:t>
      </w:r>
      <w:r>
        <w:t>qabil peshin goi kirdaar. pesh goi karne wala kirdaar. ke doosra aadmi jis ke beech mein aap reh rahe hain, wo peshagi tor par yeh samajh sake, yeh andaza kar sake ke aap aisa aur aisa karen ge.</w:t>
      </w:r>
    </w:p>
    <w:p>
      <w:pPr>
        <w:jc w:val="right"/>
      </w:pPr>
      <w:r>
        <w:t>قابل پیشین گوئی کردار۔ پیش گوئی کرنے والا کردار۔ کہ دوسرا آدمی جس کے بیچ میں آپ رہ رہے ہیں، وہ پیشگی طور پر یہ سمجھ سکے، یہ اندازہ کر سکے کہ آپ ایسا اور ایسا کریں گے۔</w:t>
      </w:r>
    </w:p>
    <w:p>
      <w:r>
        <w:rPr>
          <w:b/>
        </w:rPr>
        <w:t xml:space="preserve">[18:29] </w:t>
      </w:r>
      <w:r>
        <w:t>pesh goi karne wala kirdaar. yani qabil peshin goi kirdaar.</w:t>
      </w:r>
    </w:p>
    <w:p>
      <w:pPr>
        <w:jc w:val="right"/>
      </w:pPr>
      <w:r>
        <w:t>پیش گوئی کرنے والا کردار۔ یعنی قابل پیشین گوئی کردار۔</w:t>
      </w:r>
    </w:p>
    <w:p>
      <w:r>
        <w:rPr>
          <w:b/>
        </w:rPr>
        <w:t xml:space="preserve">[18:37] </w:t>
      </w:r>
      <w:r>
        <w:t>to yeh wo shakhs, yeh is surat mein hai jabke koi likhat parhat mein, koi tehreer mein aap ne ehad na kiya ho.</w:t>
      </w:r>
    </w:p>
    <w:p>
      <w:pPr>
        <w:jc w:val="right"/>
      </w:pPr>
      <w:r>
        <w:t>تو یہ وہ شخص، یہ اس صورت میں ہے جبکہ کوئی لکھت پڑھت میں، کوئی تحریر میں آپ نے عہد نہ کیا ہو۔</w:t>
      </w:r>
    </w:p>
    <w:p>
      <w:r>
        <w:rPr>
          <w:b/>
        </w:rPr>
        <w:t xml:space="preserve">[18:47] </w:t>
      </w:r>
      <w:r>
        <w:t>phir bhi aap bandhe hue hain. aap ka kirdaar pesh goi karne wala hona chahiye.</w:t>
      </w:r>
    </w:p>
    <w:p>
      <w:pPr>
        <w:jc w:val="right"/>
      </w:pPr>
      <w:r>
        <w:t>پھر بھی آپ بندھے ہوئے ہیں۔ آپ کا کردار پیش گوئی کرنے والا ہونا چاہیے۔</w:t>
      </w:r>
    </w:p>
    <w:p>
      <w:r>
        <w:rPr>
          <w:b/>
        </w:rPr>
        <w:t xml:space="preserve">[18:56] </w:t>
      </w:r>
      <w:r>
        <w:t>jin se aap ka sabaq pade, chahe ghar ke andar ya society ke andar ya safar mein doosre musafiron ke sath.</w:t>
      </w:r>
    </w:p>
    <w:p>
      <w:pPr>
        <w:jc w:val="right"/>
      </w:pPr>
      <w:r>
        <w:t>جن سے آپ کا سابقہ پڑے، چاہے گھر کے اندر یا سوسائٹی کے اندر یا سفر میں دوسرے مسافروں کے ساتھ۔</w:t>
      </w:r>
    </w:p>
    <w:p>
      <w:r>
        <w:rPr>
          <w:b/>
        </w:rPr>
        <w:t xml:space="preserve">[19:06] </w:t>
      </w:r>
      <w:r>
        <w:t>to doosra insaan aap ke baray mein yeh umeed rakhe ga ke aap aik insaan ki tarah is se muamla karen ge.</w:t>
      </w:r>
    </w:p>
    <w:p>
      <w:pPr>
        <w:jc w:val="right"/>
      </w:pPr>
      <w:r>
        <w:t>تو دوسرا انسان آپ کے بارے میں یہ امید رکھے گا کہ آپ ایک انسان کی طرح اس سے معاملہ کریں گے۔</w:t>
      </w:r>
    </w:p>
    <w:p>
      <w:r>
        <w:rPr>
          <w:b/>
        </w:rPr>
        <w:t xml:space="preserve">[19:17] </w:t>
      </w:r>
      <w:r>
        <w:t>aik shareef aadmi ki tarah is se muamla karenge. aik shakhsiyat ki tarah is se muamla karenge.</w:t>
      </w:r>
    </w:p>
    <w:p>
      <w:pPr>
        <w:jc w:val="right"/>
      </w:pPr>
      <w:r>
        <w:t>ایک شریف آدمی کی طرح اس سے معاملہ کریں گے۔ ایک شخصیت کی طرح اس سے معاملہ کریں گے۔</w:t>
      </w:r>
    </w:p>
    <w:p>
      <w:r>
        <w:rPr>
          <w:b/>
        </w:rPr>
        <w:t xml:space="preserve">[19:30] </w:t>
      </w:r>
      <w:r>
        <w:t>yeh yeh umeed rakhega woh aadmi. aur jab aap is mein poore utre hain, is ki umeed mein aap poore utre hain to is ka matlab yeh hua ke aap ke andar paish goi karne wala kirdaar hai.</w:t>
      </w:r>
    </w:p>
    <w:p>
      <w:pPr>
        <w:jc w:val="right"/>
      </w:pPr>
      <w:r>
        <w:t>یہ یہ امید رکھے گا وہ آدمی۔ اور جب آپ اس میں پورے اترے ہیں، اس کی امید میں آپ پورے اترے ہیں تو اس کا مطلب یہ ہوا کہ آپ کے اندر پیش گوئی کرنے والا کردار ہے۔</w:t>
      </w:r>
    </w:p>
    <w:p>
      <w:r>
        <w:rPr>
          <w:b/>
        </w:rPr>
        <w:t xml:space="preserve">[19:46] </w:t>
      </w:r>
      <w:r>
        <w:t>to yeh saari cheezein shaamil hain is mein.</w:t>
      </w:r>
    </w:p>
    <w:p>
      <w:pPr>
        <w:jc w:val="right"/>
      </w:pPr>
      <w:r>
        <w:t>تو یہ ساری چیزیں شامل ہیں اس میں۔</w:t>
      </w:r>
    </w:p>
    <w:p>
      <w:r>
        <w:rPr>
          <w:b/>
        </w:rPr>
        <w:t xml:space="preserve">[19:49] </w:t>
      </w:r>
      <w:r>
        <w:t>almoofoon ba'adhum idha 'ahadoo ke jab woh kisi 'ahad mein bandh jayein, jab woh kisi peyman-e-wafa mein bandh jayein to woh us ko poora karein.</w:t>
      </w:r>
    </w:p>
    <w:p>
      <w:pPr>
        <w:jc w:val="right"/>
      </w:pPr>
      <w:r>
        <w:t>الموفون بعدھم اذا عہدو کہ جب وہ کسی عہد میں بندھ جائیں، جب وہ کسی پیمان وفا میں بندھ جائیں تو وہ اس کو پورا کریں۔</w:t>
      </w:r>
    </w:p>
    <w:p>
      <w:r>
        <w:rPr>
          <w:b/>
        </w:rPr>
        <w:t xml:space="preserve">[20:04] </w:t>
      </w:r>
      <w:r>
        <w:t>to yeh bandhna hota hai barah-e-raast aur barah-e-raast dono.</w:t>
      </w:r>
    </w:p>
    <w:p>
      <w:pPr>
        <w:jc w:val="right"/>
      </w:pPr>
      <w:r>
        <w:t>تو یہ بندھنا ہوتا ہے براہِ راست اور براہِ راست دونوں۔</w:t>
      </w:r>
    </w:p>
    <w:p>
      <w:r>
        <w:rPr>
          <w:b/>
        </w:rPr>
        <w:t xml:space="preserve">[20:08] </w:t>
      </w:r>
      <w:r>
        <w:t>kabhi aap munh se bol kar ya likh kar apne aap ko aik 'ahad mein bandhte hain. aur kabhi aisa hota hai ke aap ne likha nahi, aap bole nahi.</w:t>
      </w:r>
    </w:p>
    <w:p>
      <w:pPr>
        <w:jc w:val="right"/>
      </w:pPr>
      <w:r>
        <w:t>کبھی آپ منہ سے بول کر یا لکھ کر اپنے آپ کو ایک عہد میں باندھتے ہیں۔ اور کبھی ایسا ہوتا ہے کہ آپ نے لکھا نہیں، آپ بولے نہیں۔</w:t>
      </w:r>
    </w:p>
    <w:p>
      <w:r>
        <w:rPr>
          <w:b/>
        </w:rPr>
        <w:t xml:space="preserve">[20:19] </w:t>
      </w:r>
      <w:r>
        <w:t>lekin aap insaan hain. insaan hone ke naate aap ke baray mein aik rai banayega aadmi. matlab yeh ke aap sar par seeng nahi hain ke aap kisi ko seeng se maarne lagein.</w:t>
      </w:r>
    </w:p>
    <w:p>
      <w:pPr>
        <w:jc w:val="right"/>
      </w:pPr>
      <w:r>
        <w:t>لیکن آپ انسان ہیں۔ انسان ہونے کے ناطے آپ کے بارے میں ایک رائے بنائے گا آدمی۔ مطلب یہ کہ آپ سر پر سینگ نہیں ہیں کہ آپ کسی کو سینگ سے مارنے لگیں۔</w:t>
      </w:r>
    </w:p>
    <w:p>
      <w:r>
        <w:rPr>
          <w:b/>
        </w:rPr>
        <w:t xml:space="preserve">[20:32] </w:t>
      </w:r>
      <w:r>
        <w:t>aap ke paaon panja nahi hain ke kisi ko panja maarne lagein.</w:t>
      </w:r>
    </w:p>
    <w:p>
      <w:pPr>
        <w:jc w:val="right"/>
      </w:pPr>
      <w:r>
        <w:t>آپ کے پاؤں پنجہ نہیں ہیں کہ کسی کو پنجہ مارنے لگیں۔</w:t>
      </w:r>
    </w:p>
    <w:p>
      <w:r>
        <w:rPr>
          <w:b/>
        </w:rPr>
        <w:t xml:space="preserve">[20:36] </w:t>
      </w:r>
      <w:r>
        <w:t>aap ko Khuda ne insaan banaya hai. aap seeng walay janwar nahi hain. aap panja walay janwar nahi hain.</w:t>
      </w:r>
    </w:p>
    <w:p>
      <w:pPr>
        <w:jc w:val="right"/>
      </w:pPr>
      <w:r>
        <w:t>آپ کو خدا نے انسان بنایا ہے۔ آپ سینگ والے جانور نہیں ہیں۔ آپ پنجہ والے جانور نہیں ہیں۔</w:t>
      </w:r>
    </w:p>
    <w:p>
      <w:r>
        <w:rPr>
          <w:b/>
        </w:rPr>
        <w:t xml:space="preserve">[20:48] </w:t>
      </w:r>
      <w:r>
        <w:t>aap insaan hain. aap ke andar aik zehen hai, aik dil hai, aik shaoor hai. aur sahi aur ghalat ka aik aap ke andar aik ehsaas hai.</w:t>
      </w:r>
    </w:p>
    <w:p>
      <w:pPr>
        <w:jc w:val="right"/>
      </w:pPr>
      <w:r>
        <w:t>آپ انسان ہیں۔ آپ کے اندر ایک ذہن ہے، ایک دل ہے، ایک شعور ہے۔ اور صحیح اور غلط کا ایک آپ کے اندر ایک احساس ہے۔</w:t>
      </w:r>
    </w:p>
    <w:p>
      <w:r>
        <w:rPr>
          <w:b/>
        </w:rPr>
        <w:t xml:space="preserve">[21:02] </w:t>
      </w:r>
      <w:r>
        <w:t>to aisay insaan ke baray mein har aadmi yeh umeed rakhega ke wohi karega woh aadmi jo aadmi hone ki hesiyat se is ko karna chahiye.</w:t>
      </w:r>
    </w:p>
    <w:p>
      <w:pPr>
        <w:jc w:val="right"/>
      </w:pPr>
      <w:r>
        <w:t>تو ایسے انسان کے بارے میں ہر آدمی یہ امید رکھے گا کہ وہی کرے گا وہ آدمی جو آدمی ہونے کی حیثیت سے اس کو کرنا چاہیے۔</w:t>
      </w:r>
    </w:p>
    <w:p>
      <w:r>
        <w:rPr>
          <w:b/>
        </w:rPr>
        <w:t xml:space="preserve">[21:17] </w:t>
      </w:r>
      <w:r>
        <w:t>to aik lafz mein mein kahunga ke momin jo hai woh paish goi karne wala kirdaar hota hai. aur jo Khuda ko nahi darta, jis ke dil mein sacha iman nahi hai,</w:t>
      </w:r>
    </w:p>
    <w:p>
      <w:pPr>
        <w:jc w:val="right"/>
      </w:pPr>
      <w:r>
        <w:t>تو ایک لفظ میں میں کہوں گا کہ مومن جو ہے وہ پیش گوئی کرنے والا کردار ہوتا ہے۔ اور جو خدا کو نہیں ڈرتا، جس کے دل میں سچا ایمان نہیں ہے،</w:t>
      </w:r>
    </w:p>
    <w:p>
      <w:r>
        <w:rPr>
          <w:b/>
        </w:rPr>
        <w:t xml:space="preserve">[21:34] </w:t>
      </w:r>
      <w:r>
        <w:t>woh kuch bhi kar sakta hai.</w:t>
      </w:r>
    </w:p>
    <w:p>
      <w:pPr>
        <w:jc w:val="right"/>
      </w:pPr>
      <w:r>
        <w:t>وہ کچھ بھی کر سکتا ہے۔</w:t>
      </w:r>
    </w:p>
    <w:p>
      <w:r>
        <w:rPr>
          <w:b/>
        </w:rPr>
        <w:t xml:space="preserve">[21:38] </w:t>
      </w:r>
      <w:r>
        <w:t>jaise misaal ke taur par kisi aadmi ne koi aisi baat keh di jo aap ko bura laga.</w:t>
      </w:r>
    </w:p>
    <w:p>
      <w:pPr>
        <w:jc w:val="right"/>
      </w:pPr>
      <w:r>
        <w:t>جیسے مثال کے طور پر کسی آدمی نے کوئی ایسی بات کہہ دی جو آپ کو بری لگی۔</w:t>
      </w:r>
    </w:p>
    <w:p>
      <w:r>
        <w:rPr>
          <w:b/>
        </w:rPr>
        <w:t xml:space="preserve">[21:49] </w:t>
      </w:r>
      <w:r>
        <w:t>to woh yeh tawakkuf karega aap ke saath</w:t>
      </w:r>
    </w:p>
    <w:p>
      <w:pPr>
        <w:jc w:val="right"/>
      </w:pPr>
      <w:r>
        <w:t>تو وہ یہ توقع کرے گا آپ کے ساتھ</w:t>
      </w:r>
    </w:p>
    <w:p>
      <w:r>
        <w:rPr>
          <w:b/>
        </w:rPr>
        <w:t xml:space="preserve">[21:53] </w:t>
      </w:r>
      <w:r>
        <w:t>. aap se yeh tawakkuf karega ke aap is muamle ko badla ka masla nahi banayeinge. tashaddud ka masla nahi banayeinge.</w:t>
      </w:r>
    </w:p>
    <w:p>
      <w:pPr>
        <w:jc w:val="right"/>
      </w:pPr>
      <w:r>
        <w:t>۔ آپ سے یہ توقع کرے گا کہ آپ اس معاملے کو بدلہ کا مسئلہ نہیں بنائیں گے۔ تشدد کا مسئلہ نہیں بنائیں گے۔</w:t>
      </w:r>
    </w:p>
    <w:p>
      <w:r>
        <w:rPr>
          <w:b/>
        </w:rPr>
        <w:t xml:space="preserve">[22:05] </w:t>
      </w:r>
      <w:r>
        <w:t>bardasht ka masla nahi banayeinge. balkay aman baat cheet se muamle ko khatam kar dein ge. yeh woh aadmi aap ke baray mein tawakkuf karega.</w:t>
      </w:r>
    </w:p>
    <w:p>
      <w:pPr>
        <w:jc w:val="right"/>
      </w:pPr>
      <w:r>
        <w:t>برداشت کا مسئلہ نہیں بنائیں گے۔ بلکہ امن بات چیت سے معاملے کو ختم کر دیں گے۔ یہ وہ آدمی آپ کے بارے میں توقع کرے گا۔</w:t>
      </w:r>
    </w:p>
    <w:p>
      <w:r>
        <w:rPr>
          <w:b/>
        </w:rPr>
        <w:t xml:space="preserve">[22:18] </w:t>
      </w:r>
      <w:r>
        <w:t>to is tawakkuf par poora utarna</w:t>
      </w:r>
    </w:p>
    <w:p>
      <w:pPr>
        <w:jc w:val="right"/>
      </w:pPr>
      <w:r>
        <w:t>تو اس توقع پر پورا اترنا</w:t>
      </w:r>
    </w:p>
    <w:p>
      <w:r>
        <w:rPr>
          <w:b/>
        </w:rPr>
        <w:t xml:space="preserve">[22:23] </w:t>
      </w:r>
      <w:r>
        <w:t>yeh sacha momin ka tareeqa hai. aur aisay logon ke baray mein farmaya ke almoofoon ba'adhum idha 'ahadoo ke sacha momin woh hota hai ke jab woh kisi 'ahad mein bandh jaye to us 'ahad ko poora kare.</w:t>
      </w:r>
    </w:p>
    <w:p>
      <w:pPr>
        <w:jc w:val="right"/>
      </w:pPr>
      <w:r>
        <w:t>یہ سچے مومن کا طریقہ ہے۔ اور ایسے لوگوں کے بارے میں فرمایا کہ الموفون بعدھم اذا عہدو کہ سچا مومن وہ ہوتا ہے کہ جب وہ کسی عہد میں بندھ جائے تو اس عہد کو پورا کرے۔</w:t>
      </w:r>
    </w:p>
    <w:p>
      <w:r>
        <w:rPr>
          <w:b/>
        </w:rPr>
        <w:t xml:space="preserve">[22:40] </w:t>
      </w:r>
      <w:r>
        <w:t>to jis ko mein kahunga ke is mein do tareeqay, yaani do is ke pehlu hain.</w:t>
      </w:r>
    </w:p>
    <w:p>
      <w:pPr>
        <w:jc w:val="right"/>
      </w:pPr>
      <w:r>
        <w:t>تو جس کو میں کہوں گا کہ اس میں دو طریقے، یعنی دو اس کے پہلو ہیں۔</w:t>
      </w:r>
    </w:p>
    <w:p>
      <w:r>
        <w:rPr>
          <w:b/>
        </w:rPr>
        <w:t xml:space="preserve">[22:46] </w:t>
      </w:r>
      <w:r>
        <w:t>aik hai ke barah-e-raast taur par aap kisi 'ahad mein bandh gaye. aik yeh hai ke barah-e-raast taur par aap kisi 'ahad mein apne aap bandhe hue hain, baghair ailaan ke.</w:t>
      </w:r>
    </w:p>
    <w:p>
      <w:pPr>
        <w:jc w:val="right"/>
      </w:pPr>
      <w:r>
        <w:t>ایک ہے کہ براہِ راست طور پر آپ کسی عہد میں بندھ گئے۔ ایک یہ ہے کہ براہِ راست طور پر آپ کسی عہد میں اپنے آپ بندھے ہوئے ہیں، بغیر اعلان کے۔</w:t>
      </w:r>
    </w:p>
    <w:p>
      <w:r>
        <w:rPr>
          <w:b/>
        </w:rPr>
        <w:t xml:space="preserve">[22:58] </w:t>
      </w:r>
      <w:r>
        <w:t>to dono hi muamle mein aap ko is azmaish par poora utarna hai.</w:t>
      </w:r>
    </w:p>
    <w:p>
      <w:pPr>
        <w:jc w:val="right"/>
      </w:pPr>
      <w:r>
        <w:t>تو دونوں ہی معاملے میں آپ کو اس آزمائش پر پورا اترنا ہے۔</w:t>
      </w:r>
    </w:p>
    <w:p>
      <w:r>
        <w:rPr>
          <w:b/>
        </w:rPr>
        <w:t xml:space="preserve">[23:09] </w:t>
      </w:r>
      <w:r>
        <w:t>is ke baad dekhiye,</w:t>
      </w:r>
    </w:p>
    <w:p>
      <w:pPr>
        <w:jc w:val="right"/>
      </w:pPr>
      <w:r>
        <w:t>اس کے بعد دیکھیے،</w:t>
      </w:r>
    </w:p>
    <w:p>
      <w:r>
        <w:rPr>
          <w:b/>
        </w:rPr>
        <w:t xml:space="preserve">[23:17] </w:t>
      </w:r>
      <w:r>
        <w:t>aayat number 183. surah Baqarah ki aayat number 183 mein roza ka bayan shuru hua hai.</w:t>
      </w:r>
    </w:p>
    <w:p>
      <w:pPr>
        <w:jc w:val="right"/>
      </w:pPr>
      <w:r>
        <w:t>آیت نمبر 183۔ سورہ بقرہ کی آیت نمبر 183 میں روزہ کا بیان شروع ہوا ہے۔</w:t>
      </w:r>
    </w:p>
    <w:p>
      <w:r>
        <w:rPr>
          <w:b/>
        </w:rPr>
        <w:t xml:space="preserve">[23:33] </w:t>
      </w:r>
      <w:r>
        <w:t>roza ka bayan. kai aayatein hain aur 183 se yeh bayan shuru hota hai. to pehli aayat yeh hai ke kutiba 'alaikumus siyam kama kutiba 'alal lazeena min qablikum la'allakum tattaqoon</w:t>
      </w:r>
    </w:p>
    <w:p>
      <w:pPr>
        <w:jc w:val="right"/>
      </w:pPr>
      <w:r>
        <w:t>روزہ کا بیان۔ کئی آیتیں ہیں اور 183 سے یہ بیان شروع ہوتا ہے۔ تو پہلی آیت یہ ہے کہ كتب عليكم الصيام كما كتب على الذين من قبلكم لعلكم تتقون</w:t>
      </w:r>
    </w:p>
    <w:p>
      <w:r>
        <w:rPr>
          <w:b/>
        </w:rPr>
        <w:t xml:space="preserve">[24:00] </w:t>
      </w:r>
      <w:r>
        <w:t>kutiba alaikumus siyam kama kutiba alallazeena min qablikum la allakum tattaqoon.</w:t>
      </w:r>
    </w:p>
    <w:p>
      <w:pPr>
        <w:jc w:val="right"/>
      </w:pPr>
      <w:r>
        <w:t>کتب عليكم الصيام كما كتب على الذين من قبلكم لعلكم تتقون۔</w:t>
      </w:r>
    </w:p>
    <w:p>
      <w:r>
        <w:rPr>
          <w:b/>
        </w:rPr>
        <w:t xml:space="preserve">[24:09] </w:t>
      </w:r>
      <w:r>
        <w:t>yani tumhare upar, aye imaan walo.</w:t>
      </w:r>
    </w:p>
    <w:p>
      <w:pPr>
        <w:jc w:val="right"/>
      </w:pPr>
      <w:r>
        <w:t>یعنی تمہارے اوپر، اے ایمان والو۔</w:t>
      </w:r>
    </w:p>
    <w:p>
      <w:r>
        <w:rPr>
          <w:b/>
        </w:rPr>
        <w:t xml:space="preserve">[24:22] </w:t>
      </w:r>
      <w:r>
        <w:t>ya ayyuhallazeena amanoo kutiba alaikumus siyam kama kutiba alallazeena min qablikum la allakum tattaqoon aye imaan walo!</w:t>
      </w:r>
    </w:p>
    <w:p>
      <w:pPr>
        <w:jc w:val="right"/>
      </w:pPr>
      <w:r>
        <w:t>يا أيها الذين آمنوا كتب عليكم الصيام كما كتب على الذين من قبلكم لعلكم تتقون اے ایمان والو!</w:t>
      </w:r>
    </w:p>
    <w:p>
      <w:r>
        <w:rPr>
          <w:b/>
        </w:rPr>
        <w:t xml:space="preserve">[24:32] </w:t>
      </w:r>
      <w:r>
        <w:t>tumhare upar roze likh diye gaye, yani farz kar diye gaye. jaisa ke pichhle logon par farz kiye gaye the.</w:t>
      </w:r>
    </w:p>
    <w:p>
      <w:pPr>
        <w:jc w:val="right"/>
      </w:pPr>
      <w:r>
        <w:t>تمہارے اوپر روزے لکھ دیے گئے، یعنی فرض کر دیے گئے۔ جیسا کہ پچھلے لوگوں پر فرض کیے گئے تھے۔</w:t>
      </w:r>
    </w:p>
    <w:p>
      <w:r>
        <w:rPr>
          <w:b/>
        </w:rPr>
        <w:t xml:space="preserve">[24:45] </w:t>
      </w:r>
      <w:r>
        <w:t>taake tum muttaqi bano. taake tumhare andar taqwa paida ho.</w:t>
      </w:r>
    </w:p>
    <w:p>
      <w:pPr>
        <w:jc w:val="right"/>
      </w:pPr>
      <w:r>
        <w:t>تاکہ تم متقی بنو۔ تاکہ تمہارے اندر تقویٰ پیدا ہو۔</w:t>
      </w:r>
    </w:p>
    <w:p>
      <w:r>
        <w:rPr>
          <w:b/>
        </w:rPr>
        <w:t xml:space="preserve">[24:55] </w:t>
      </w:r>
      <w:r>
        <w:t>is se maloom hua ke roza jo ek saalana ibadat hai, har saal ke barah mahine mein se ek mahina roza rakhne ka hukum diya gaya hai.</w:t>
      </w:r>
    </w:p>
    <w:p>
      <w:pPr>
        <w:jc w:val="right"/>
      </w:pPr>
      <w:r>
        <w:t>اس سے معلوم ہوا کہ روزہ جو ایک سالانہ عبادت ہے، ہر سال کے بارہ مہینے میں سے ایک مہینہ روزہ رکھنے کا حکم دیا گیا ہے۔</w:t>
      </w:r>
    </w:p>
    <w:p>
      <w:r>
        <w:rPr>
          <w:b/>
        </w:rPr>
        <w:t xml:space="preserve">[25:12] </w:t>
      </w:r>
      <w:r>
        <w:t>ramzan ke mahine mein. to is ka maqsad kya hai? is ka maqsad hai taqwa ki tarbiyat. is ka maqsad hai taqwa ki tarbiyat.</w:t>
      </w:r>
    </w:p>
    <w:p>
      <w:pPr>
        <w:jc w:val="right"/>
      </w:pPr>
      <w:r>
        <w:t>رمضان کے مہینے میں۔ تو اس کا مقصد کیا ہے؟ اس کا مقصد ہے تقویٰ کی تربیت۔ اس کا مقصد ہے تقویٰ کی تربیت۔</w:t>
      </w:r>
    </w:p>
    <w:p>
      <w:r>
        <w:rPr>
          <w:b/>
        </w:rPr>
        <w:t xml:space="preserve">[25:27] </w:t>
      </w:r>
      <w:r>
        <w:t>taqwa kya hai? taqwa ke maani hote hain bachna. bachna.</w:t>
      </w:r>
    </w:p>
    <w:p>
      <w:pPr>
        <w:jc w:val="right"/>
      </w:pPr>
      <w:r>
        <w:t>تقویٰ کیا ہے؟ تقویٰ کے معنی ہوتے ہیں بچنا۔ بچنا۔</w:t>
      </w:r>
    </w:p>
    <w:p>
      <w:r>
        <w:rPr>
          <w:b/>
        </w:rPr>
        <w:t xml:space="preserve">[25:36] </w:t>
      </w:r>
      <w:r>
        <w:t>jise dhaal hoti hai use kehte hain waqaya. kyunke bachao ke liye hoti hai dhaal. is ko hum kehte hain urdu mein parhezgari.</w:t>
      </w:r>
    </w:p>
    <w:p>
      <w:pPr>
        <w:jc w:val="right"/>
      </w:pPr>
      <w:r>
        <w:t>جسے ڈھال ہوتی ہے اسے کہتے ہیں وقایہ۔ کیونکہ بچاؤ کے لیے ہوتی ہے ڈھال۔ اس کو ہم کہتے ہیں اردو میں پرہیزگاری۔</w:t>
      </w:r>
    </w:p>
    <w:p>
      <w:r>
        <w:rPr>
          <w:b/>
        </w:rPr>
        <w:t xml:space="preserve">[25:51] </w:t>
      </w:r>
      <w:r>
        <w:t>to</w:t>
      </w:r>
    </w:p>
    <w:p>
      <w:pPr>
        <w:jc w:val="right"/>
      </w:pPr>
      <w:r>
        <w:t>تو</w:t>
      </w:r>
    </w:p>
    <w:p>
      <w:r>
        <w:rPr>
          <w:b/>
        </w:rPr>
        <w:t xml:space="preserve">[25:52] </w:t>
      </w:r>
      <w:r>
        <w:t>roza jis baat ki tarbiyat hai, is baat ki training hai ke aadmi is duniya mein</w:t>
      </w:r>
    </w:p>
    <w:p>
      <w:pPr>
        <w:jc w:val="right"/>
      </w:pPr>
      <w:r>
        <w:t>روزہ جس بات کی تربیت ہے، اس بات کی ٹریننگ ہے کہ آدمی اس دنیا میں</w:t>
      </w:r>
    </w:p>
    <w:p>
      <w:r>
        <w:rPr>
          <w:b/>
        </w:rPr>
        <w:t xml:space="preserve">[26:03] </w:t>
      </w:r>
      <w:r>
        <w:t>bachte hue zindagi guzare. woh cheezein jo Khuda ko pasand nahin hain, jin se Khuda ne mana kiya hai, un se bachte hue duniya mein zindagi guzare.</w:t>
      </w:r>
    </w:p>
    <w:p>
      <w:pPr>
        <w:jc w:val="right"/>
      </w:pPr>
      <w:r>
        <w:t>بچتے ہوئے زندگی گزارے۔ وہ چیزیں جو خدا کو پسند نہیں ہیں، جن سے خدا نے منع کیا ہے، ان سے بچتے ہوئے دنیا میں زندگی گزارے۔</w:t>
      </w:r>
    </w:p>
    <w:p>
      <w:r>
        <w:rPr>
          <w:b/>
        </w:rPr>
        <w:t xml:space="preserve">[26:19] </w:t>
      </w:r>
      <w:r>
        <w:t>ek do sahabi ke darmiyan baat cheet hui. is mein se ek the Hazrat Umar. Hazrat Umar ne doosre sahabi se poocha ke taqwa kya hai?</w:t>
      </w:r>
    </w:p>
    <w:p>
      <w:pPr>
        <w:jc w:val="right"/>
      </w:pPr>
      <w:r>
        <w:t>ایک دو صحابی کے درمیان بات چیت ہوئی۔ اس میں سے ایک تھے حضرت عمر۔ حضرت عمر نے دوسرے صحابی سے پوچھا کہ تقویٰ کیا ہے؟</w:t>
      </w:r>
    </w:p>
    <w:p>
      <w:r>
        <w:rPr>
          <w:b/>
        </w:rPr>
        <w:t xml:space="preserve">[26:32] </w:t>
      </w:r>
      <w:r>
        <w:t>to unhone kaha ke kya aap kabhi aise raaste se guzre hain jis ke dono taraf kaante daar jhaadiyan hain?</w:t>
      </w:r>
    </w:p>
    <w:p>
      <w:pPr>
        <w:jc w:val="right"/>
      </w:pPr>
      <w:r>
        <w:t>تو انہوں نے کہا کہ کیا آپ کبھی ایسے راستے سے گزرے ہیں جس کے دونوں طرف کانٹے دار جھاڑیاں ہیں؟</w:t>
      </w:r>
    </w:p>
    <w:p>
      <w:r>
        <w:rPr>
          <w:b/>
        </w:rPr>
        <w:t xml:space="preserve">[26:46] </w:t>
      </w:r>
      <w:r>
        <w:t>hal salakta tareeqan dha shawk ke daayein taraf bhi kaante daar jhaadi aur baayein taraf bhi kaante daar jhaadi? to unhone kaha ke haan. to unhone poocha ke phir aap ne kya kiya?</w:t>
      </w:r>
    </w:p>
    <w:p>
      <w:pPr>
        <w:jc w:val="right"/>
      </w:pPr>
      <w:r>
        <w:t>هل سلكت طريقاً ذا شوك کہ دائیں طرف بھی کانٹے دار جھاڑی اور بائیں طرف بھی کانٹے دار جھاڑی؟</w:t>
      </w:r>
    </w:p>
    <w:p>
      <w:r>
        <w:rPr>
          <w:b/>
        </w:rPr>
        <w:t xml:space="preserve">[26:57] </w:t>
      </w:r>
      <w:r>
        <w:t>to Hazrat Umar ne kaha ke shivered with tahed</w:t>
      </w:r>
    </w:p>
    <w:p>
      <w:pPr>
        <w:jc w:val="right"/>
      </w:pPr>
      <w:r>
        <w:t>ایسا پہلے زمانے میں بہت ہوتا تھا عرب میں۔ تو انہوں نے کہا کہ ہاں۔ تو انہوں نے پوچھا کہ پھر آپ نے کیا کیا؟</w:t>
      </w:r>
    </w:p>
    <w:p>
      <w:r>
        <w:rPr>
          <w:b/>
        </w:rPr>
        <w:t xml:space="preserve">[27:09] </w:t>
      </w:r>
      <w:r>
        <w:t>yani apne kapde khoob samet liye aur bachta hua guzar gaya. to unhone kaha ke dhalikattaqwa yahi taqwa hai.</w:t>
      </w:r>
    </w:p>
    <w:p>
      <w:pPr>
        <w:jc w:val="right"/>
      </w:pPr>
      <w:r>
        <w:t>تو حضرت عمر نے کہا کہ شمرت واجتهدت</w:t>
      </w:r>
    </w:p>
    <w:p>
      <w:r>
        <w:rPr>
          <w:b/>
        </w:rPr>
        <w:t xml:space="preserve">[27:14] </w:t>
      </w:r>
      <w:r>
        <w:t>yani is duniya ki zindagi mein aadmi ko kaante daar jhaadiyon ke darmiyan se guzarna padta hai.</w:t>
      </w:r>
    </w:p>
    <w:p>
      <w:pPr>
        <w:jc w:val="right"/>
      </w:pPr>
      <w:r>
        <w:t>یعنی اپنے کپڑے خوب سمیٹ لیے اور بچتا ہوا گزر گیا۔ تو انہوں نے کہا کہ ذالك التقوى یہی تقویٰ ہے۔</w:t>
      </w:r>
    </w:p>
    <w:p>
      <w:r>
        <w:rPr>
          <w:b/>
        </w:rPr>
        <w:t xml:space="preserve">[27:27] </w:t>
      </w:r>
      <w:r>
        <w:t>kaante daar jhaadiyan kya hain?</w:t>
      </w:r>
    </w:p>
    <w:p>
      <w:pPr>
        <w:jc w:val="right"/>
      </w:pPr>
      <w:r>
        <w:t>یعنی اس دنیا کی زندگی میں آدمی کو کانٹے دار جھاڑیوں کے درمیان سے گزرنا پڑتا ہے۔</w:t>
      </w:r>
    </w:p>
    <w:p>
      <w:r>
        <w:rPr>
          <w:b/>
        </w:rPr>
        <w:t xml:space="preserve">[27:40] </w:t>
      </w:r>
      <w:r>
        <w:t>Temptation, desires, interest, anger, revenge, malice yeh sab kaante hain zindagi ke.</w:t>
      </w:r>
    </w:p>
    <w:p>
      <w:pPr>
        <w:jc w:val="right"/>
      </w:pPr>
      <w:r>
        <w:t>کانٹے دار جھاڑیاں کیا ہیں؟</w:t>
      </w:r>
    </w:p>
    <w:p>
      <w:r>
        <w:rPr>
          <w:b/>
        </w:rPr>
        <w:t xml:space="preserve">[27:45] </w:t>
      </w:r>
      <w:r>
        <w:t>yeh sab zindagi ke kaante hain. to baar baar aisi soorat-e-haal paida hoti hai ke aadmi kisi na kisi kaante mein ulajh jaaye.</w:t>
      </w:r>
    </w:p>
    <w:p>
      <w:pPr>
        <w:jc w:val="right"/>
      </w:pPr>
      <w:r>
        <w:t>Temptation, desires, interest, anger, revenge, malice یہ سب کانٹے ہیں زندگی کے۔</w:t>
      </w:r>
    </w:p>
    <w:p>
      <w:r>
        <w:rPr>
          <w:b/>
        </w:rPr>
        <w:t xml:space="preserve">[27:57] </w:t>
      </w:r>
      <w:r>
        <w:t>jab aap insaanon ke darmiyan rehte hain to logon ke beech mein rehte hue baar baar aisi soorat-e-haal paida hoti hai. ke kisi na kisi kaante se ulajhne ka mauqa paida ho jaata hai.</w:t>
      </w:r>
    </w:p>
    <w:p>
      <w:pPr>
        <w:jc w:val="right"/>
      </w:pPr>
      <w:r>
        <w:t>یہ سب زندگی کے کانٹے ہیں۔ تو بار بار ایسی صورتحال پیدا ہوتی ہے کہ آدمی کسی نہ کسی کانٹے میں الجھ جائے۔</w:t>
      </w:r>
    </w:p>
    <w:p>
      <w:r>
        <w:rPr>
          <w:b/>
        </w:rPr>
        <w:t xml:space="preserve">[28:09] </w:t>
      </w:r>
      <w:r>
        <w:t>kabhi yeh ke aap ko kisi se gussa aa jaata hai. kabhi aisa hota hai ke kisi ke khilaaf aap ka badla jaag uthta hai. inteqaam.</w:t>
      </w:r>
    </w:p>
    <w:p>
      <w:pPr>
        <w:jc w:val="right"/>
      </w:pPr>
      <w:r>
        <w:t>جب آپ انسانوں کے درمیان رہتے ہیں تو لوگوں کے بیچ میں رہتے ہوئے بار بار ایسی صورتحال پیدا ہوتی ہے۔ کہ کسی نہ کسی کانٹے سے الجھنے کا موقع پیدا ہو جاتا ہے۔</w:t>
      </w:r>
    </w:p>
    <w:p>
      <w:r>
        <w:rPr>
          <w:b/>
        </w:rPr>
        <w:t xml:space="preserve">[28:28] </w:t>
      </w:r>
      <w:r>
        <w:t>kabhi malice. kabhi aap be salahiyat ban jaate hain. kabhi kisi ke maamle mein aap be salahiyat ho jaate hain. kabhi tashaddud ke jazbaat bhadak uthte hain aap ke andar.</w:t>
      </w:r>
    </w:p>
    <w:p>
      <w:pPr>
        <w:jc w:val="right"/>
      </w:pPr>
      <w:r>
        <w:t>کبھی یہ کہ آپ کو کسی سے غصہ آجاتا ہے۔ کبھی ایسا ہوتا ہے کہ کسی کے خلاف آپ کا بدلہ جاگ اٹھتا ہے۔ انتقام۔</w:t>
      </w:r>
    </w:p>
    <w:p>
      <w:r>
        <w:rPr>
          <w:b/>
        </w:rPr>
        <w:t xml:space="preserve">[28:38] </w:t>
      </w:r>
      <w:r>
        <w:t>kabhi malis. kabhi aap besalahiyat ban jate hain. kabhi kisi ke mamle mein aap besalahiyat ho jate hain. kabhi tashaddud ke jazbat bhark uthte hain aap ke andar.</w:t>
      </w:r>
    </w:p>
    <w:p>
      <w:pPr>
        <w:jc w:val="right"/>
      </w:pPr>
      <w:r>
        <w:t>کبھی مالس۔ کبھی آپ بے صلاحیت بن جاتے ہیں۔ کبھی کسی کے معاملے میں آپ بے صلاحیت ہو جاتے ہیں۔ کبھی تشدد کے جذبات بھڑک اٹھتے ہیں آپ کے اندر۔</w:t>
      </w:r>
    </w:p>
    <w:p>
      <w:r>
        <w:rPr>
          <w:b/>
        </w:rPr>
        <w:t xml:space="preserve">[28:50] </w:t>
      </w:r>
      <w:r>
        <w:t>kabhi na-insaafi ke jazbaat aap ke andar aajate hain. yeh sab kaante hain.</w:t>
      </w:r>
    </w:p>
    <w:p>
      <w:pPr>
        <w:jc w:val="right"/>
      </w:pPr>
      <w:r>
        <w:t>کبھی ناانصافی کے جذبات آپ کے اندر آجاتے ہیں۔ یہ سب کانٹے ہیں۔</w:t>
      </w:r>
    </w:p>
    <w:p>
      <w:r>
        <w:rPr>
          <w:b/>
        </w:rPr>
        <w:t xml:space="preserve">[28:57] </w:t>
      </w:r>
      <w:r>
        <w:t>kabhi manfi khayalaat aap ke andar aajate hain. yeh sab kaante hain. in kaanton se bachte hue zindagi guzarna.</w:t>
      </w:r>
    </w:p>
    <w:p>
      <w:pPr>
        <w:jc w:val="right"/>
      </w:pPr>
      <w:r>
        <w:t>کبھی منفی خیالات آپ کے اندر آجاتے ہیں۔ یہ سب کانٹے ہیں۔ ان کانٹوں سے بچتے ہوئے زندگی گزارنا۔</w:t>
      </w:r>
    </w:p>
    <w:p>
      <w:r>
        <w:rPr>
          <w:b/>
        </w:rPr>
        <w:t xml:space="preserve">[29:10] </w:t>
      </w:r>
      <w:r>
        <w:t>yeh matloob hai. isi ki tarbiyat hai. isi ki tarbiyat ke liye roza rakha gaya. woh kaise?</w:t>
      </w:r>
    </w:p>
    <w:p>
      <w:pPr>
        <w:jc w:val="right"/>
      </w:pPr>
      <w:r>
        <w:t>یہ مطلوب ہے۔ اسی کی تربیت ہے۔ اسی کی تربیت کے لیے روزہ رکھا گیا۔ وہ کیسے؟</w:t>
      </w:r>
    </w:p>
    <w:p>
      <w:r>
        <w:rPr>
          <w:b/>
        </w:rPr>
        <w:t xml:space="preserve">[29:20] </w:t>
      </w:r>
      <w:r>
        <w:t>roze mein kya hota hai?</w:t>
      </w:r>
    </w:p>
    <w:p>
      <w:pPr>
        <w:jc w:val="right"/>
      </w:pPr>
      <w:r>
        <w:t>روزے میں کیا ہوتا ہے؟</w:t>
      </w:r>
    </w:p>
    <w:p>
      <w:r>
        <w:rPr>
          <w:b/>
        </w:rPr>
        <w:t xml:space="preserve">[29:24] </w:t>
      </w:r>
      <w:r>
        <w:t>aap rozana khate hain, peete hain. azaadi ke saath. koi rok nahin. lekin Ramzan ke mahine mein, din ke auqaat mein.</w:t>
      </w:r>
    </w:p>
    <w:p>
      <w:pPr>
        <w:jc w:val="right"/>
      </w:pPr>
      <w:r>
        <w:t>آپ روزانہ کھاتے ہیں، پیتے ہیں۔ آزادی کے ساتھ۔ کوئی روک نہیں۔ لیکن رمضان کے مہینے میں، دن کے اوقات میں۔</w:t>
      </w:r>
    </w:p>
    <w:p>
      <w:r>
        <w:rPr>
          <w:b/>
        </w:rPr>
        <w:t xml:space="preserve">[29:36] </w:t>
      </w:r>
      <w:r>
        <w:t>aap se kaha jata hai ke bach, bach, in cheezon se bach kar raho. na to paani piyo, na khana khao.</w:t>
      </w:r>
    </w:p>
    <w:p>
      <w:pPr>
        <w:jc w:val="right"/>
      </w:pPr>
      <w:r>
        <w:t>آپ سے کہا جاتا ہے کہ بچ، بچ، ان چیزوں سے بچ کر رہو۔ نہ تو پانی پیو، نہ کھانا کھاؤ۔</w:t>
      </w:r>
    </w:p>
    <w:p>
      <w:r>
        <w:rPr>
          <w:b/>
        </w:rPr>
        <w:t xml:space="preserve">[29:46] </w:t>
      </w:r>
      <w:r>
        <w:t>to kuch zaroori, jo zindagi ki kuch zaroori cheezain hain. zindagi ke kuch zaroori cheezain hain. un se bachte hue</w:t>
      </w:r>
    </w:p>
    <w:p>
      <w:pPr>
        <w:jc w:val="right"/>
      </w:pPr>
      <w:r>
        <w:t>تو کچھ ضروری، جو زندگی کی کچھ ضروری چیزیں ہیں۔ زندگی کے کچھ ضروری چیزیں ہیں۔ ان سے بچتے ہوئے</w:t>
      </w:r>
    </w:p>
    <w:p>
      <w:r>
        <w:rPr>
          <w:b/>
        </w:rPr>
        <w:t xml:space="preserve">[29:58] </w:t>
      </w:r>
      <w:r>
        <w:t>aap ko batana parta hai poora mahina. din ke auqaat mein. to yeh kya hai? isi ko hum kahenge parhezgaari.</w:t>
      </w:r>
    </w:p>
    <w:p>
      <w:pPr>
        <w:jc w:val="right"/>
      </w:pPr>
      <w:r>
        <w:t>آپ کو بتانا پڑتا ہے پورا مہینہ۔ دن کے اوقات میں۔ تو یہ کیا ہے؟ اسی کو ہم کہیں گے پرہیزگاری۔</w:t>
      </w:r>
    </w:p>
    <w:p>
      <w:r>
        <w:rPr>
          <w:b/>
        </w:rPr>
        <w:t xml:space="preserve">[30:13] </w:t>
      </w:r>
      <w:r>
        <w:t>is ko doosre lafzon mein hum keh sakte hain ke khud nazm-o-zabt. khud control. yaani aap ko pyaas lage tab bhi aap paani na piyein.</w:t>
      </w:r>
    </w:p>
    <w:p>
      <w:pPr>
        <w:jc w:val="right"/>
      </w:pPr>
      <w:r>
        <w:t>اس کو دوسرے لفظوں میں ہم کہہ سکتے ہیں کہ خود نظم و ضبط۔ خود کنٹرول۔ یعنی آپ کو پیاس لگے تب بھی آپ پانی نہ پیئیں۔</w:t>
      </w:r>
    </w:p>
    <w:p>
      <w:r>
        <w:rPr>
          <w:b/>
        </w:rPr>
        <w:t xml:space="preserve">[30:25] </w:t>
      </w:r>
      <w:r>
        <w:t>bhook lage tab bhi aap khana na khayein. apne aap ko nazm-o-zabt mein rakhein. aise hi samaaj mein hota hai ke ghussa aaye tab bhi aap ghussa kisi ke upar na utarein.</w:t>
      </w:r>
    </w:p>
    <w:p>
      <w:pPr>
        <w:jc w:val="right"/>
      </w:pPr>
      <w:r>
        <w:t>بھوک لگے تب بھی آپ کھانا نہ کھائیں۔ اپنے آپ کو نظم و ضبط میں رکھیں۔ ایسے ہی سماج میں ہوتا ہے کہ غصہ آئے تب بھی آپ غصہ کسی کے اوپر نہ اتاریں۔</w:t>
      </w:r>
    </w:p>
    <w:p>
      <w:r>
        <w:rPr>
          <w:b/>
        </w:rPr>
        <w:t xml:space="preserve">[30:38] </w:t>
      </w:r>
      <w:r>
        <w:t>badla aaye tab bhi is se aap inteqaam na lein.</w:t>
      </w:r>
    </w:p>
    <w:p>
      <w:pPr>
        <w:jc w:val="right"/>
      </w:pPr>
      <w:r>
        <w:t>بدلہ آئے تب بھی اس سے آپ انتقام نہ لیں۔</w:t>
      </w:r>
    </w:p>
    <w:p>
      <w:r>
        <w:rPr>
          <w:b/>
        </w:rPr>
        <w:t xml:space="preserve">[30:43] </w:t>
      </w:r>
      <w:r>
        <w:t>aap ke andar na-insaafi ka jazba aajaye tab bhi aap be-insaafi na karein. to roze mein paani aur khane se.</w:t>
      </w:r>
    </w:p>
    <w:p>
      <w:pPr>
        <w:jc w:val="right"/>
      </w:pPr>
      <w:r>
        <w:t>آپ کے اندر ناانصافی کا جذبہ آجائے تب بھی آپ بے انصافی نہ کریں۔ تو روزے میں پانی اور کھانے سے۔</w:t>
      </w:r>
    </w:p>
    <w:p>
      <w:r>
        <w:rPr>
          <w:b/>
        </w:rPr>
        <w:t xml:space="preserve">[30:55] </w:t>
      </w:r>
      <w:r>
        <w:t>roze mein paani aur khane ke baare mein apne aap ko control mein rakha jata hai. taake poori zindagi mein aap apne aap ko khud control ya khud nazm-o-zabt wale culture mein zindagi guzaar sakein.</w:t>
      </w:r>
    </w:p>
    <w:p>
      <w:pPr>
        <w:jc w:val="right"/>
      </w:pPr>
      <w:r>
        <w:t>روزے میں پانی اور کھانے کے بارے میں اپنے آپ کو کنٹرول میں رکھا جاتا ہے۔ تاکہ پوری زندگی میں آپ اپنے آپ کو خود کنٹرول یا خود نظم و ضبط والے کلچر میں زندگی گزار سکیں۔</w:t>
      </w:r>
    </w:p>
    <w:p>
      <w:r>
        <w:rPr>
          <w:b/>
        </w:rPr>
        <w:t xml:space="preserve">[31:12] </w:t>
      </w:r>
      <w:r>
        <w:t>to roza haqeeqat mein khud control ki training hai. khud nazm-o-zabt ki tarbiyat hai.</w:t>
      </w:r>
    </w:p>
    <w:p>
      <w:pPr>
        <w:jc w:val="right"/>
      </w:pPr>
      <w:r>
        <w:t>تو روزہ حقیقت میں خود کنٹرول کی ٹریننگ ہے۔ خود نظم و ضبط کی تربیت ہے۔</w:t>
      </w:r>
    </w:p>
    <w:p>
      <w:r>
        <w:rPr>
          <w:b/>
        </w:rPr>
        <w:t xml:space="preserve">[31:23] </w:t>
      </w:r>
      <w:r>
        <w:t>isi ka naam hai taqwa. isi ka naam hai taqwa. yaani ehtiyaat ki zindagi, pabandi ki zindagi.</w:t>
      </w:r>
    </w:p>
    <w:p>
      <w:pPr>
        <w:jc w:val="right"/>
      </w:pPr>
      <w:r>
        <w:t>اسی کا نام ہے تقویٰ۔ اسی کا نام ہے تقویٰ۔ یعنی احتیاط کی زندگی، پابندی کی زندگی۔</w:t>
      </w:r>
    </w:p>
    <w:p>
      <w:r>
        <w:rPr>
          <w:b/>
        </w:rPr>
        <w:t xml:space="preserve">[31:36] </w:t>
      </w:r>
      <w:r>
        <w:t>chahte hue bhi ek kaam na karna.</w:t>
      </w:r>
    </w:p>
    <w:p>
      <w:pPr>
        <w:jc w:val="right"/>
      </w:pPr>
      <w:r>
        <w:t>چاہتے ہوئے بھی ایک کام نہ کرنا۔</w:t>
      </w:r>
    </w:p>
    <w:p>
      <w:r>
        <w:rPr>
          <w:b/>
        </w:rPr>
        <w:t xml:space="preserve">[31:42] </w:t>
      </w:r>
      <w:r>
        <w:t>isi ka naam hai taqwa. to farmaya ke roza jo rakha gaya tha woh pichhle logon par rakha gaya tha.</w:t>
      </w:r>
    </w:p>
    <w:p>
      <w:pPr>
        <w:jc w:val="right"/>
      </w:pPr>
      <w:r>
        <w:t>اسی کا نام ہے تقویٰ۔ تو فرمایا کہ روزہ جو رکھا گیا ہے وہ پچھلے لوگوں پر رکھا گیا تھا۔</w:t>
      </w:r>
    </w:p>
    <w:p>
      <w:r>
        <w:rPr>
          <w:b/>
        </w:rPr>
        <w:t xml:space="preserve">[31:54] </w:t>
      </w:r>
      <w:r>
        <w:t>ab tumhare liye rakha gaya hai. is ka matlab yeh hua ke roza ek ek abadi tareeqa raha hai.</w:t>
      </w:r>
    </w:p>
    <w:p>
      <w:pPr>
        <w:jc w:val="right"/>
      </w:pPr>
      <w:r>
        <w:t>اب تمہارے لیے رکھا گیا ہے۔ اس کا مطلب یہ ہوا کہ روزہ ایک ایک ابدی طریقہ رہا ہے۔</w:t>
      </w:r>
    </w:p>
    <w:p>
      <w:r>
        <w:rPr>
          <w:b/>
        </w:rPr>
        <w:t xml:space="preserve">[32:04] </w:t>
      </w:r>
      <w:r>
        <w:t>Khuda ke paighambaron ka.</w:t>
      </w:r>
    </w:p>
    <w:p>
      <w:pPr>
        <w:jc w:val="right"/>
      </w:pPr>
      <w:r>
        <w:t>خدا کے پیغمبروں کا۔</w:t>
      </w:r>
    </w:p>
    <w:p>
      <w:r>
        <w:rPr>
          <w:b/>
        </w:rPr>
        <w:t xml:space="preserve">[32:09] </w:t>
      </w:r>
      <w:r>
        <w:t>aap jante hain Khuda ki taraf se paighambar har zamane mein aate rahe. aur har zamane mein jo aaya us ne logon ko bataya ke tum ko rozedaar zindagi guzarna hai.</w:t>
      </w:r>
    </w:p>
    <w:p>
      <w:pPr>
        <w:jc w:val="right"/>
      </w:pPr>
      <w:r>
        <w:t>آپ جانتے ہیں خدا کی طرف سے پیغمبر ہر زمانے میں آتے رہے۔ اور ہر زمانے میں جو آیا اس نے لوگوں کو بتایا کہ تم کو روزہ دار زندگی گزارنا ہے۔</w:t>
      </w:r>
    </w:p>
    <w:p>
      <w:r>
        <w:rPr>
          <w:b/>
        </w:rPr>
        <w:t xml:space="preserve">[32:24] </w:t>
      </w:r>
      <w:r>
        <w:t>rozedaar zindagi. yaani nazm-o-zabt ki zindagi. khud control ki zindagi. ehtiyaat ki zindagi. apni azaadi ko pabandi ke saath.</w:t>
      </w:r>
    </w:p>
    <w:p>
      <w:pPr>
        <w:jc w:val="right"/>
      </w:pPr>
      <w:r>
        <w:t>روزہ دار زندگی۔ یعنی نظم و ضبط کی زندگی۔ خود کنٹرول کی زندگی۔ احتیاط کی زندگی۔ اپنی آزادی کو پابندی کے ساتھ۔</w:t>
      </w:r>
    </w:p>
    <w:p>
      <w:r>
        <w:rPr>
          <w:b/>
        </w:rPr>
        <w:t xml:space="preserve">[32:38] </w:t>
      </w:r>
      <w:r>
        <w:t>azaadi ke bawajood pabandi ke saath rehne wali zindagi. ke aap ko azaadi hai ke aap paani pi lein, khana kha lein roze ke zamane mein.</w:t>
      </w:r>
    </w:p>
    <w:p>
      <w:pPr>
        <w:jc w:val="right"/>
      </w:pPr>
      <w:r>
        <w:t>آزادی کے باوجود پابندی کے ساتھ رہنے والی زندگی۔ کہ آپ کو آزادی ہے کہ آپ پانی پی لیں، کھانا کھا لیں روزے کے زمانے میں۔</w:t>
      </w:r>
    </w:p>
    <w:p>
      <w:r>
        <w:rPr>
          <w:b/>
        </w:rPr>
        <w:t xml:space="preserve">[32:50] </w:t>
      </w:r>
      <w:r>
        <w:t>phir bhi aap nahin paani peete, phir bhi aap khana nahin khate.</w:t>
      </w:r>
    </w:p>
    <w:p>
      <w:pPr>
        <w:jc w:val="right"/>
      </w:pPr>
      <w:r>
        <w:t>پھر بھی آپ نہیں پانی پیتے، پھر بھی آپ کھانا نہیں کھاتے۔</w:t>
      </w:r>
    </w:p>
    <w:p>
      <w:r>
        <w:rPr>
          <w:b/>
        </w:rPr>
        <w:t xml:space="preserve">[32:55] </w:t>
      </w:r>
      <w:r>
        <w:t>is ka matlab yeh hai ke azaadi hote hue bhi apne aap ko control mein rakhna.</w:t>
      </w:r>
    </w:p>
    <w:p>
      <w:pPr>
        <w:jc w:val="right"/>
      </w:pPr>
      <w:r>
        <w:t>اس کا مطلب یہ ہے کہ آزادی ہوتے ہوئے بھی اپنے آپ کو کنٹرول میں رکھنا۔</w:t>
      </w:r>
    </w:p>
    <w:p>
      <w:r>
        <w:rPr>
          <w:b/>
        </w:rPr>
        <w:t xml:space="preserve">[33:03] </w:t>
      </w:r>
      <w:r>
        <w:t>azaadi hote hue bhi apne aap ko nazm-o-zabt mein rakhna. yeh hai roze ki tarbiyat.</w:t>
      </w:r>
    </w:p>
    <w:p>
      <w:pPr>
        <w:jc w:val="right"/>
      </w:pPr>
      <w:r>
        <w:t>آزادی ہوتے ہوئے بھی اپنے آپ کو نظم و ضبط میں رکھنا۔ یہ ہے روزے کی تربیت۔</w:t>
      </w:r>
    </w:p>
    <w:p>
      <w:r>
        <w:rPr>
          <w:b/>
        </w:rPr>
        <w:t xml:space="preserve">[33:16] </w:t>
      </w:r>
      <w:r>
        <w:t>roze ki ayaton mein</w:t>
      </w:r>
    </w:p>
    <w:p>
      <w:pPr>
        <w:jc w:val="right"/>
      </w:pPr>
      <w:r>
        <w:t>روزے کی آیتوں میں</w:t>
      </w:r>
    </w:p>
    <w:p>
      <w:r>
        <w:rPr>
          <w:b/>
        </w:rPr>
        <w:t xml:space="preserve">[33:21] </w:t>
      </w:r>
      <w:r>
        <w:t>186 mein farmaya.</w:t>
      </w:r>
    </w:p>
    <w:p>
      <w:pPr>
        <w:jc w:val="right"/>
      </w:pPr>
      <w:r>
        <w:t>186 میں فرمایا۔</w:t>
      </w:r>
    </w:p>
    <w:p>
      <w:r>
        <w:rPr>
          <w:b/>
        </w:rPr>
        <w:t xml:space="preserve">[33:27] </w:t>
      </w:r>
      <w:r>
        <w:t>yeh jo ayaten roze ke baray mein ayi hain isi mein se 186 ayat hai.</w:t>
      </w:r>
    </w:p>
    <w:p>
      <w:pPr>
        <w:jc w:val="right"/>
      </w:pPr>
      <w:r>
        <w:t>یہ جو آیتیں روزے کے بارے میں آئی ہیں اسی میں سے 186 آیت ہے۔</w:t>
      </w:r>
    </w:p>
    <w:p>
      <w:r>
        <w:rPr>
          <w:b/>
        </w:rPr>
        <w:t xml:space="preserve">[33:33] </w:t>
      </w:r>
      <w:r>
        <w:t>to is mein farmaya ke waizaa saalaka ibadi anni fa inni qareeb ujeebu da'wat ad da'i zaa da'watin fal yastajeebu li wal yuminu bi la lahum yashhadun</w:t>
      </w:r>
    </w:p>
    <w:p>
      <w:pPr>
        <w:jc w:val="right"/>
      </w:pPr>
      <w:r>
        <w:t>تو اس میں فرمایا کہ وَإِذَا سَأَلَكَ عِبَادِي أَنِّي فَإِنِّي قَرِيبٌ أُجِيبُ دَعْوَةَ الدَّاعِيِّ ذَا دَعْوَةٍ فَلْيَسْتَجِيبُوا لِي وَلْيُؤْمِنُوا بِي لَا لَهُمْ يَشْهُدُونَ</w:t>
      </w:r>
    </w:p>
    <w:p>
      <w:r>
        <w:rPr>
          <w:b/>
        </w:rPr>
        <w:t xml:space="preserve">[33:54] </w:t>
      </w:r>
      <w:r>
        <w:t>iska matlab yeh hai ke bande, yani paighambar se kaha gaya ke bande mere baray mein poochte hain ke khuda se hum taluq kaise qaim karen</w:t>
      </w:r>
    </w:p>
    <w:p>
      <w:pPr>
        <w:jc w:val="right"/>
      </w:pPr>
      <w:r>
        <w:t>اس کا مطلب یہ ہے کہ بندے، یعنی پیغمبر سے کہا گیا کہ بندے میرے بارے میں پوچھتے ہیں کہ خدا سے ہم تعلق کیسے قائم کریں</w:t>
      </w:r>
    </w:p>
    <w:p>
      <w:r>
        <w:rPr>
          <w:b/>
        </w:rPr>
        <w:t xml:space="preserve">[34:06] </w:t>
      </w:r>
      <w:r>
        <w:t>? khuda se kaise hum mangen? to farmaya ke bande poochte hain mere baray mein to keh do ke mein tumhare bohat qareeb hoon, har insan ke qareeb hoon.</w:t>
      </w:r>
    </w:p>
    <w:p>
      <w:pPr>
        <w:jc w:val="right"/>
      </w:pPr>
      <w:r>
        <w:t>؟ خدا سے کیسے ہم مانگیں؟ تو فرمایا کہ بندے پوچھتے ہیں میرے بارے میں تو کہہ دو کہ میں تمہارے بہت قریب ہوں، ہر انسان کے قریب ہوں۔</w:t>
      </w:r>
    </w:p>
    <w:p>
      <w:r>
        <w:rPr>
          <w:b/>
        </w:rPr>
        <w:t xml:space="preserve">[34:24] </w:t>
      </w:r>
      <w:r>
        <w:t>qareeb matlab yeh nahi ke wahi jaise hamara ek sathi baitha hua hai, use woh bhi banta hua hai.</w:t>
      </w:r>
    </w:p>
    <w:p>
      <w:pPr>
        <w:jc w:val="right"/>
      </w:pPr>
      <w:r>
        <w:t>قریب مطلب یہ نہیں کہ وہی جیسے ہمارا ایک ساتھی بیٹھا ہوا ہے، اسے وہ بھی بانٹا ہوا ہے۔</w:t>
      </w:r>
    </w:p>
    <w:p>
      <w:r>
        <w:rPr>
          <w:b/>
        </w:rPr>
        <w:t xml:space="preserve">[34:31] </w:t>
      </w:r>
      <w:r>
        <w:t>khuda ka ilm hum ko muheet, khuda ka ilm hamare ahate ke liye hai. khuda ki taqat hamare ahate ke liye hai.</w:t>
      </w:r>
    </w:p>
    <w:p>
      <w:pPr>
        <w:jc w:val="right"/>
      </w:pPr>
      <w:r>
        <w:t>خدا کا علم ہم کو محیط، خدا کا علم ہمارے احاطے کے لیے ہے۔ خدا کی طاقت ہمارے احاطے کے لیے ہے۔</w:t>
      </w:r>
    </w:p>
    <w:p>
      <w:r>
        <w:rPr>
          <w:b/>
        </w:rPr>
        <w:t xml:space="preserve">[34:41] </w:t>
      </w:r>
      <w:r>
        <w:t>to hamari har baat ka khuda ko ilm hai, hamari har baat khuda barah-e-rast sunta hai, barah-e-rast tor par kisi beech ke kisi zariye ke baghair.</w:t>
      </w:r>
    </w:p>
    <w:p>
      <w:pPr>
        <w:jc w:val="right"/>
      </w:pPr>
      <w:r>
        <w:t>تو ہماری ہر بات کا خدا کو علم ہے، ہماری ہر بات خدا براہِ راست سنتا ہے، براہِ راست طور پر کسی بیچ کے کسی ذریعے کے بغیر۔</w:t>
      </w:r>
    </w:p>
    <w:p>
      <w:r>
        <w:rPr>
          <w:b/>
        </w:rPr>
        <w:t xml:space="preserve">[34:57] </w:t>
      </w:r>
      <w:r>
        <w:t>to farmaya ke bandon ko keh do ke mein tumhare bohat qareeb hoon aur tumhari pukar ko aur tumhari dua ko sunta hoon.</w:t>
      </w:r>
    </w:p>
    <w:p>
      <w:pPr>
        <w:jc w:val="right"/>
      </w:pPr>
      <w:r>
        <w:t>تو فرمایا کہ بندوں کو کہہ دو کہ میں تمہارے بہت قریب ہوں اور تمہاری پکار کو اور تمہاری دعا کو سنتا ہوں۔</w:t>
      </w:r>
    </w:p>
    <w:p>
      <w:r>
        <w:rPr>
          <w:b/>
        </w:rPr>
        <w:t xml:space="preserve">[35:09] </w:t>
      </w:r>
      <w:r>
        <w:t>tum is ko pukaaro, is se tum ko hidayat milegi.</w:t>
      </w:r>
    </w:p>
    <w:p>
      <w:pPr>
        <w:jc w:val="right"/>
      </w:pPr>
      <w:r>
        <w:t>تم اس کو پکارو، اس سے تم کو ہدایت ملے گی۔</w:t>
      </w:r>
    </w:p>
    <w:p>
      <w:r>
        <w:rPr>
          <w:b/>
        </w:rPr>
        <w:t xml:space="preserve">[35:17] </w:t>
      </w:r>
      <w:r>
        <w:t>yani kisi ka darmayani, yani kisi ko darmayani wasta bananay ki zaroorat nahi hai. tum barah-e-rast tor par is ko pukaaro.</w:t>
      </w:r>
    </w:p>
    <w:p>
      <w:pPr>
        <w:jc w:val="right"/>
      </w:pPr>
      <w:r>
        <w:t>یعنی کسی کا درمیانی، یعنی کسی کو درمیانی واسطہ بنانے کی ضرورت نہیں ہے۔ تم براہِ راست طور پر اس کو پکارو۔</w:t>
      </w:r>
    </w:p>
    <w:p>
      <w:r>
        <w:rPr>
          <w:b/>
        </w:rPr>
        <w:t xml:space="preserve">[35:28] </w:t>
      </w:r>
      <w:r>
        <w:t>dekhen, yeh yeh jo yeh jo yeh jo aqeedah hai ke kisi ko wasta bana kar dua karna, yeh khuda ke ghazab ko bharkane wala hai.</w:t>
      </w:r>
    </w:p>
    <w:p>
      <w:pPr>
        <w:jc w:val="right"/>
      </w:pPr>
      <w:r>
        <w:t>دیکھیں، یہ یہ جو یہ جو یہ جو عقیدہ ہے کہ کسی کو واسطہ بنا کر دعا کرنا، یہ خدا کے غضب کو بھڑکانے والا ہے۔</w:t>
      </w:r>
    </w:p>
    <w:p>
      <w:r>
        <w:rPr>
          <w:b/>
        </w:rPr>
        <w:t xml:space="preserve">[35:44] </w:t>
      </w:r>
      <w:r>
        <w:t>kisi ko wasta bana kar dua karna, yeh khuda ke ghazab ko bharkane wala hai. kyun? aap ne khuda ko, aap ne khuda ke ilawa bhi kisi ko to koi darja de diya.</w:t>
      </w:r>
    </w:p>
    <w:p>
      <w:pPr>
        <w:jc w:val="right"/>
      </w:pPr>
      <w:r>
        <w:t>کسی کو واسطہ بنا کر دعا کرنا، یہ خدا کے غضب کو بھڑکانے والا ہے۔ کیوں؟ آپ نے خدا کو، آپ نے خدا کے علاوہ بھی کسی کو تو کوئی درجہ دے دیا۔</w:t>
      </w:r>
    </w:p>
    <w:p>
      <w:r>
        <w:rPr>
          <w:b/>
        </w:rPr>
        <w:t xml:space="preserve">[36:01] </w:t>
      </w:r>
      <w:r>
        <w:t>ke koi hai jis ki pahunch khuda tak hoti hai, koi hai jis ka zor chalta hai khuda ke upar, koi hai jis ke paas yeh taqat hai ke woh khuda se manwa le.</w:t>
      </w:r>
    </w:p>
    <w:p>
      <w:pPr>
        <w:jc w:val="right"/>
      </w:pPr>
      <w:r>
        <w:t>کہ کوئی ہے جس کی پہنچ خدا تک ہوتی ہے، کوئی ہے جس کا زور چلتا ہے خدا کے اوپر، کوئی ہے جس کے پاس یہ طاقت ہے کہ وہ خدا سے منوا لے۔</w:t>
      </w:r>
    </w:p>
    <w:p>
      <w:r>
        <w:rPr>
          <w:b/>
        </w:rPr>
        <w:t xml:space="preserve">[36:12] </w:t>
      </w:r>
      <w:r>
        <w:t>to aap us se kehte hain ke tu apne zor ko istemal kar ke meri baat khuda tak pahuncha do. to yeh khuda ko qadar sitam karna hai.</w:t>
      </w:r>
    </w:p>
    <w:p>
      <w:pPr>
        <w:jc w:val="right"/>
      </w:pPr>
      <w:r>
        <w:t>تو آپ اس سے کہتے ہیں کہ تو اپنے زور کو استعمال کر کے میری بات خدا تک پہنچا دو۔ تو یہ خدا کو قدر ستم کرنا ہے۔</w:t>
      </w:r>
    </w:p>
    <w:p>
      <w:r>
        <w:rPr>
          <w:b/>
        </w:rPr>
        <w:t xml:space="preserve">[36:27] </w:t>
      </w:r>
      <w:r>
        <w:t>khuda ko qadar sitam karna hai. haqeeqat yeh hai ke sari taqat sirf khuda ke liye hai.</w:t>
      </w:r>
    </w:p>
    <w:p>
      <w:pPr>
        <w:jc w:val="right"/>
      </w:pPr>
      <w:r>
        <w:t>خدا کو قدر ستم کرنا ہے۔ حقیقت یہ ہے کہ ساری طاقت صرف خدا کے لیے ہے۔</w:t>
      </w:r>
    </w:p>
    <w:p>
      <w:r>
        <w:rPr>
          <w:b/>
        </w:rPr>
        <w:t xml:space="preserve">[36:35] </w:t>
      </w:r>
      <w:r>
        <w:t>baqi har doosra aadmi, chahe woh aadmi jo dua kar raha hai ya woh aadmi jis ka wasta woh lena chahta hai, dono barabar hain.</w:t>
      </w:r>
    </w:p>
    <w:p>
      <w:pPr>
        <w:jc w:val="right"/>
      </w:pPr>
      <w:r>
        <w:t>باقی ہر دوسرا آدمی، چاہے وہ آدمی جو دعا کر رہا ہے یا وہ آدمی جس کا واسطہ وہ لینا چاہتا ہے، دونوں برابر ہیں۔</w:t>
      </w:r>
    </w:p>
    <w:p>
      <w:r>
        <w:rPr>
          <w:b/>
        </w:rPr>
        <w:t xml:space="preserve">[36:52] </w:t>
      </w:r>
      <w:r>
        <w:t>dono barabar hain khuda ke muqable mein.</w:t>
      </w:r>
    </w:p>
    <w:p>
      <w:pPr>
        <w:jc w:val="right"/>
      </w:pPr>
      <w:r>
        <w:t>دونوں برابر ہیں خدا کے مقابلے میں۔</w:t>
      </w:r>
    </w:p>
    <w:p>
      <w:r>
        <w:rPr>
          <w:b/>
        </w:rPr>
        <w:t xml:space="preserve">[36:56] </w:t>
      </w:r>
      <w:r>
        <w:t>dua karne wala aur jis ka wasta le kar us ne dua kiya, dono hi khuda ke muqable mein barabar hain.</w:t>
      </w:r>
    </w:p>
    <w:p>
      <w:pPr>
        <w:jc w:val="right"/>
      </w:pPr>
      <w:r>
        <w:t>دعا کرنے والا اور جس کا واسطہ لے کر اس نے دعا کیا، دونوں ہی خدا کے مقابلے میں برابر ہیں۔</w:t>
      </w:r>
    </w:p>
    <w:p>
      <w:r>
        <w:rPr>
          <w:b/>
        </w:rPr>
        <w:t xml:space="preserve">[37:07] </w:t>
      </w:r>
      <w:r>
        <w:t>to ab aisi halat mein dekhiye, jab aap ne kisi ka wasta le kar dua kiya, is ka matlab kya hua?</w:t>
      </w:r>
    </w:p>
    <w:p>
      <w:pPr>
        <w:jc w:val="right"/>
      </w:pPr>
      <w:r>
        <w:t>تو اب ایسی حالت میں دیکھئے، جب آپ نے کسی کا واسطہ لے کر دعا کیا، اس کا مطلب کیا ہوا؟</w:t>
      </w:r>
    </w:p>
    <w:p>
      <w:r>
        <w:rPr>
          <w:b/>
        </w:rPr>
        <w:t xml:space="preserve">[37:18] </w:t>
      </w:r>
      <w:r>
        <w:t>is ka matlab yeh hua ke aap ne khuda ke ilawa bhi kisi ko koi darja de diya.</w:t>
      </w:r>
    </w:p>
    <w:p>
      <w:pPr>
        <w:jc w:val="right"/>
      </w:pPr>
      <w:r>
        <w:t>اس کا مطلب یہ ہوا کہ آپ نے خدا کے علاوہ بھی کسی کو کوئی درجہ دے دیا۔</w:t>
      </w:r>
    </w:p>
    <w:p>
      <w:r>
        <w:rPr>
          <w:b/>
        </w:rPr>
        <w:t xml:space="preserve">[37:26] </w:t>
      </w:r>
      <w:r>
        <w:t>khuda ke siwa bhi kisi ko aap ne koi darja de diya, un ka bhi ek martaba hai. yeh kaha hai ke tilk al gharaniq ul ula ke hamare buton ka bhi ek darja hai.</w:t>
      </w:r>
    </w:p>
    <w:p>
      <w:pPr>
        <w:jc w:val="right"/>
      </w:pPr>
      <w:r>
        <w:t>خدا کے سوا بھی کسی کو آپ نے کوئی درجہ دے دیا، ان کا بھی ایک مرتبہ ہے۔ یہ کہا ہے کہ تِلْكَ الْغَرَانِيُقُ الْعُوْلَى کہ ہمارے بتوں کا بھی ایک درجہ ہے۔</w:t>
      </w:r>
    </w:p>
    <w:p>
      <w:r>
        <w:rPr>
          <w:b/>
        </w:rPr>
        <w:t xml:space="preserve">[37:41] </w:t>
      </w:r>
      <w:r>
        <w:t>arab ke mushrikeen kehte thay, un ke jo but thay ke tilk al gharaniq ul ula yeh jo hamare but hain, un ka bhi ek darja hai.</w:t>
      </w:r>
    </w:p>
    <w:p>
      <w:pPr>
        <w:jc w:val="right"/>
      </w:pPr>
      <w:r>
        <w:t>عرب کے مشرکین کہتے تھے، ان کے جو بت تھے کہ تِلْكَ الْغَرَانِيُقُ الْعُوْلَى یہ جو ہمارے بت ہیں، ان کا بھی ایک درجہ ہے۔</w:t>
      </w:r>
    </w:p>
    <w:p>
      <w:r>
        <w:rPr>
          <w:b/>
        </w:rPr>
        <w:t xml:space="preserve">[37:54] </w:t>
      </w:r>
      <w:r>
        <w:t>matlab, un ke un ke waste se hum khuda se dua karte hain to khuda ko poora hi karna parta hai hamari dua ko.</w:t>
      </w:r>
    </w:p>
    <w:p>
      <w:pPr>
        <w:jc w:val="right"/>
      </w:pPr>
      <w:r>
        <w:t>مطلب، ان کے ان کے واسطے سے ہم خدا سے دعا کرتے ہیں تو خدا کو پورا ہی کرنا پڑتا ہے ہماری دعا کو۔</w:t>
      </w:r>
    </w:p>
    <w:p>
      <w:r>
        <w:rPr>
          <w:b/>
        </w:rPr>
        <w:t xml:space="preserve">[38:04] </w:t>
      </w:r>
      <w:r>
        <w:t>keh woh hamare source hain. yeh tasawwur batil hai, be buniyad hai. yeh Khuda ko qadar-e-satam karna hai.</w:t>
      </w:r>
    </w:p>
    <w:p>
      <w:pPr>
        <w:jc w:val="right"/>
      </w:pPr>
      <w:r>
        <w:t>کہ وہ ہمارے سورس ہیں۔ یہ تصور باطل ہے، بے بنیاد ہے۔ یہ خدا کو قدر ستم کرنا ہے۔</w:t>
      </w:r>
    </w:p>
    <w:p>
      <w:r>
        <w:rPr>
          <w:b/>
        </w:rPr>
        <w:t xml:space="preserve">[38:13] </w:t>
      </w:r>
      <w:r>
        <w:t>balkeh yeh Khuda ke ghazab ko dawat dena hai.</w:t>
      </w:r>
    </w:p>
    <w:p>
      <w:pPr>
        <w:jc w:val="right"/>
      </w:pPr>
      <w:r>
        <w:t>بلکہ یہ خدا کے غضب کو دعوت دینا ہے۔</w:t>
      </w:r>
    </w:p>
    <w:p>
      <w:r>
        <w:rPr>
          <w:b/>
        </w:rPr>
        <w:t xml:space="preserve">[38:18] </w:t>
      </w:r>
      <w:r>
        <w:t>zahir hai keh jab sara ikhtiyar Khuda ko hai, sara ikhtiyar poore maanon mein aur har aitbar se Khuda ko hai, to ab aap kisi aur ka wasta banayein to kya aap ne maan liya keh yeh jo wasta hai,</w:t>
      </w:r>
    </w:p>
    <w:p>
      <w:pPr>
        <w:jc w:val="right"/>
      </w:pPr>
      <w:r>
        <w:t>ظاہر ہے کہ جب سارا اختیار خدا کو ہے، سارا اختیار پورے معنوں میں اور ہر اعتبار سے خدا کو ہے، تو اب آپ کسی اور کا واسطہ بنائیں تو کیا آپ نے مان لیا کہ یہ جو واسطہ ہے،</w:t>
      </w:r>
    </w:p>
    <w:p>
      <w:r>
        <w:rPr>
          <w:b/>
        </w:rPr>
        <w:t xml:space="preserve">[38:36] </w:t>
      </w:r>
      <w:r>
        <w:t>is ke paas bhi koi taqat hai? is ke paas bhi koi zor hai? to yeh to Khuda ke ghazab ko dawat dena ho gaya.</w:t>
      </w:r>
    </w:p>
    <w:p>
      <w:pPr>
        <w:jc w:val="right"/>
      </w:pPr>
      <w:r>
        <w:t>اس کے پاس بھی کوئی طاقت ہے؟ اس کے پاس بھی کوئی زور ہے؟ تو یہ تو خدا کے غضب کو دعوت دینا ہو گیا۔</w:t>
      </w:r>
    </w:p>
    <w:p>
      <w:r>
        <w:rPr>
          <w:b/>
        </w:rPr>
        <w:t xml:space="preserve">[38:48] </w:t>
      </w:r>
      <w:r>
        <w:t>isi wajah se dekhiye,</w:t>
      </w:r>
    </w:p>
    <w:p>
      <w:pPr>
        <w:jc w:val="right"/>
      </w:pPr>
      <w:r>
        <w:t>اسی وجہ سے دیکھئے،</w:t>
      </w:r>
    </w:p>
    <w:p>
      <w:r>
        <w:rPr>
          <w:b/>
        </w:rPr>
        <w:t xml:space="preserve">[38:55] </w:t>
      </w:r>
      <w:r>
        <w:t>insan hadith mein aata hai keh jab koi insan Khuda se dua na kare, Khuda se na mange to Khuda is par ghazab nak hota hai.</w:t>
      </w:r>
    </w:p>
    <w:p>
      <w:pPr>
        <w:jc w:val="right"/>
      </w:pPr>
      <w:r>
        <w:t>انسان حدیث میں آتا ہے کہ جب کوئی انسان خدا سے دعا نہ کرے، خدا سے نہ مانگے تو خدا اس پر غضب ناک ہوتا ہے۔</w:t>
      </w:r>
    </w:p>
    <w:p>
      <w:r>
        <w:rPr>
          <w:b/>
        </w:rPr>
        <w:t xml:space="preserve">[39:07] </w:t>
      </w:r>
      <w:r>
        <w:t>kyun? dua apni bandagi ka izhar hai.</w:t>
      </w:r>
    </w:p>
    <w:p>
      <w:pPr>
        <w:jc w:val="right"/>
      </w:pPr>
      <w:r>
        <w:t>کیوں؟ دعا اپنے بندگی کا اظہار ہے۔</w:t>
      </w:r>
    </w:p>
    <w:p>
      <w:r>
        <w:rPr>
          <w:b/>
        </w:rPr>
        <w:t xml:space="preserve">[39:14] </w:t>
      </w:r>
      <w:r>
        <w:t>dua Khuda ki heiyat ko tasleem karna hai.</w:t>
      </w:r>
    </w:p>
    <w:p>
      <w:pPr>
        <w:jc w:val="right"/>
      </w:pPr>
      <w:r>
        <w:t>دعا خدا کی ہیئت کو تسلیم کرنا ہے۔</w:t>
      </w:r>
    </w:p>
    <w:p>
      <w:r>
        <w:rPr>
          <w:b/>
        </w:rPr>
        <w:t xml:space="preserve">[39:21] </w:t>
      </w:r>
      <w:r>
        <w:t>jab aap Khuda se dua karein to aap ne Khuda ki heiyat ko tasleem kiya, heiyat-e-aala ko. dua ka matlab yeh hai keh main aajiz hoon aur Khuda jo hai woh qadir-e-mutlaq hai.</w:t>
      </w:r>
    </w:p>
    <w:p>
      <w:pPr>
        <w:jc w:val="right"/>
      </w:pPr>
      <w:r>
        <w:t>جب آپ خدا سے دعا کریں تو آپ نے خدا کی ہیئت کو تسلیم کیا، ہیئت اعلیٰ کو۔ دعا کا مطلب یہ ہے کہ میں عاجز ہوں اور خدا جو ہے وہ قادر مطلق ہے۔</w:t>
      </w:r>
    </w:p>
    <w:p>
      <w:r>
        <w:rPr>
          <w:b/>
        </w:rPr>
        <w:t xml:space="preserve">[39:36] </w:t>
      </w:r>
      <w:r>
        <w:t>dua ka matlab yeh hai keh main taqatwar hoon aur Khuda qadir-e-mutlaq hai. yeh hai Khuda ki dua ka matlab.</w:t>
      </w:r>
    </w:p>
    <w:p>
      <w:pPr>
        <w:jc w:val="right"/>
      </w:pPr>
      <w:r>
        <w:t>دعا کا مطلب یہ ہے کہ میں طاقتور ہوں اور خدا قادر مطلق ہے۔ یہ ہے خدا کی دعا کا مطلب۔</w:t>
      </w:r>
    </w:p>
    <w:p>
      <w:r>
        <w:rPr>
          <w:b/>
        </w:rPr>
        <w:t xml:space="preserve">[39:46] </w:t>
      </w:r>
      <w:r>
        <w:t>to dua jo hai, Khuda ki khudai ka etiraf hai.</w:t>
      </w:r>
    </w:p>
    <w:p>
      <w:pPr>
        <w:jc w:val="right"/>
      </w:pPr>
      <w:r>
        <w:t>تو دعا جو ہے، خدا کی خدائی کا اعتراف ہے۔</w:t>
      </w:r>
    </w:p>
    <w:p>
      <w:r>
        <w:rPr>
          <w:b/>
        </w:rPr>
        <w:t xml:space="preserve">[39:53] </w:t>
      </w:r>
      <w:r>
        <w:t>isi liye aaya hai keh jo Khuda dua nahi karta, Khuda is par ghazab nak hota hai. is ka matlab yeh hai keh woh Khuda ki khudai ka etiraf nahi kar raha hai. to dua ke bare mein hadith mein aata hai keh kabhi aisa hota hai keh dua isi waqt qubool ho jati hai.</w:t>
      </w:r>
    </w:p>
    <w:p>
      <w:pPr>
        <w:jc w:val="right"/>
      </w:pPr>
      <w:r>
        <w:t>اسی لیے آیا ہے کہ جو خدا دعا نہیں کرتا، خدا اس پر غضب ناک ہوتا ہے۔ اس کا مطلب یہ ہے کہ وہ خدا کی خدائی کا اعتراف نہیں کر رہا ہے۔ تو دعا کے بارے میں حدیث میں آتا ہے کہ کبھی ایسا ہوتا ہے کہ دعا اسی وقت قبول ہو جاتی ہے۔</w:t>
      </w:r>
    </w:p>
    <w:p>
      <w:r>
        <w:rPr>
          <w:b/>
        </w:rPr>
        <w:t xml:space="preserve">[40:13] </w:t>
      </w:r>
      <w:r>
        <w:t>kabhi aisa hota hai keh is dua ko Khuda zakheera kar deta hai, mehfooz kar deta hai aur apne waqt par is ko poora karta hai. to</w:t>
      </w:r>
    </w:p>
    <w:p>
      <w:pPr>
        <w:jc w:val="right"/>
      </w:pPr>
      <w:r>
        <w:t>کبھی ایسا ہوتا ہے کہ اس دعا کو خدا ذخیرہ کر دیتا ہے، محفوظ کر دیتا ہے اور اپنے وقت پر اس کو پورا کرتا ہے۔ تو</w:t>
      </w:r>
    </w:p>
    <w:p>
      <w:r>
        <w:rPr>
          <w:b/>
        </w:rPr>
        <w:t xml:space="preserve">[40:24] </w:t>
      </w:r>
      <w:r>
        <w:t>dua jab aadmi mange to yeh bhi samajhna chahiye keh dua ko qubool karne ka poora poora ikhtiyar hai Khuda ko, lekin woh insan ki maslehat ko dekhta hai.</w:t>
      </w:r>
    </w:p>
    <w:p>
      <w:pPr>
        <w:jc w:val="right"/>
      </w:pPr>
      <w:r>
        <w:t>دعا جب آدمی مانگے تو یہ بھی سمجھنا چاہیے کہ دعا کو قبول کرنے کا پورا پورا اختیار ہے خدا کو، لیکن وہ انسان کی مصلحت کو دیکھتا ہے۔</w:t>
      </w:r>
    </w:p>
    <w:p>
      <w:r>
        <w:rPr>
          <w:b/>
        </w:rPr>
        <w:t xml:space="preserve">[40:45] </w:t>
      </w:r>
      <w:r>
        <w:t>agar Khuda ke nazdeek maslehat yeh ho keh bande ki dua foran poori kar di jaye to usi waqt poori kar di jayegi.</w:t>
      </w:r>
    </w:p>
    <w:p>
      <w:pPr>
        <w:jc w:val="right"/>
      </w:pPr>
      <w:r>
        <w:t>اگر خدا کے نزدیک مصلحت یہ ہو کہ بندے کی دعا فوراً پوری کر دی جائے تو اسی وقت پوری کر دی جائے گی۔</w:t>
      </w:r>
    </w:p>
    <w:p>
      <w:r>
        <w:rPr>
          <w:b/>
        </w:rPr>
        <w:t xml:space="preserve">[40:59] </w:t>
      </w:r>
      <w:r>
        <w:t>aur Khuda ka ilm, Khuda ke bartar ilm ke mutabiq, agar Khuda yeh samjhe keh is ki dua ko mo'akhar karna chahiye, abhi mo'akhar karna chahiye,</w:t>
      </w:r>
    </w:p>
    <w:p>
      <w:pPr>
        <w:jc w:val="right"/>
      </w:pPr>
      <w:r>
        <w:t>اور خدا کا علم، خدا کے برتر علم کے مطابق، اگر خدا یہ سمجھے کہ اس کی دعا کو مؤخر کرنا چاہیے، ابھی مؤخر کرنا چاہیے،</w:t>
      </w:r>
    </w:p>
    <w:p>
      <w:r>
        <w:rPr>
          <w:b/>
        </w:rPr>
        <w:t xml:space="preserve">[41:19] </w:t>
      </w:r>
      <w:r>
        <w:t>abhi is ko aur zyada tayyari ka mauqa dena chahiye, to insan ko past hosla nahi hona chahiye.</w:t>
      </w:r>
    </w:p>
    <w:p>
      <w:pPr>
        <w:jc w:val="right"/>
      </w:pPr>
      <w:r>
        <w:t>ابھی اس کو اور زیادہ تیاری کا موقع دینا چاہیے، تو انسان کو پست حوصلہ نہیں ہونا چاہیے۔</w:t>
      </w:r>
    </w:p>
    <w:p>
      <w:r>
        <w:rPr>
          <w:b/>
        </w:rPr>
        <w:t xml:space="preserve">[41:32] </w:t>
      </w:r>
      <w:r>
        <w:t>insan ko mayusi ka shikar nahi hona chahiye. yani agar dua mein mo'akhar ho rahi ho to samajhna chahiye keh woh bhi koi kisi maslehat se aisa ho raha hai.</w:t>
      </w:r>
    </w:p>
    <w:p>
      <w:pPr>
        <w:jc w:val="right"/>
      </w:pPr>
      <w:r>
        <w:t>انسان کو مایوسی کا شکار نہیں ہونا چاہیے۔ یعنی اگر دعا میں مؤخر ہو رہی ہو تو سمجھنا چاہیے کہ وہ بھی کوئی کسی مصلحت سے ایسا ہو رہا ہے۔</w:t>
      </w:r>
    </w:p>
    <w:p>
      <w:r>
        <w:rPr>
          <w:b/>
        </w:rPr>
        <w:t xml:space="preserve">[41:45] </w:t>
      </w:r>
      <w:r>
        <w:t>woh bhi Khuda ki koi barkat hai.</w:t>
      </w:r>
    </w:p>
    <w:p>
      <w:pPr>
        <w:jc w:val="right"/>
      </w:pPr>
      <w:r>
        <w:t>وہ بھی خدا کی کوئی برکت ہے۔</w:t>
      </w:r>
    </w:p>
    <w:p>
      <w:r>
        <w:rPr>
          <w:b/>
        </w:rPr>
        <w:t xml:space="preserve">[41:49] </w:t>
      </w:r>
      <w:r>
        <w:t>to dekhiye, dua mein asal cheez hai apni bandagi ka izhar.</w:t>
      </w:r>
    </w:p>
    <w:p>
      <w:pPr>
        <w:jc w:val="right"/>
      </w:pPr>
      <w:r>
        <w:t>تو دیکھئے، دعا میں اصل چیز ہے اپنی بندگی کا اظہار۔</w:t>
      </w:r>
    </w:p>
    <w:p>
      <w:r>
        <w:rPr>
          <w:b/>
        </w:rPr>
        <w:t xml:space="preserve">[41:57] </w:t>
      </w:r>
      <w:r>
        <w:t>yani Khuda ki jo aala heiyat hai, us aala heiyat ka etiraf aur us ke muqable mein hamari jo</w:t>
      </w:r>
    </w:p>
    <w:p>
      <w:pPr>
        <w:jc w:val="right"/>
      </w:pPr>
      <w:r>
        <w:t>یعنی خدا کی جو اعلیٰ ہیئت ہے، اس اعلیٰ ہیئت کا اعتراف اور اس کے مقابلے میں ہماری جو</w:t>
      </w:r>
    </w:p>
    <w:p>
      <w:r>
        <w:rPr>
          <w:b/>
        </w:rPr>
        <w:t xml:space="preserve">[42:07] </w:t>
      </w:r>
      <w:r>
        <w:t>insan aur bande ki heiyat hai, is ka iqrar yeh hai dua.</w:t>
      </w:r>
    </w:p>
    <w:p>
      <w:pPr>
        <w:jc w:val="right"/>
      </w:pPr>
      <w:r>
        <w:t>انسان اور بندے کی ہیئت ہے، اس کا اقرار یہ ہے دعا۔</w:t>
      </w:r>
    </w:p>
    <w:p>
      <w:r>
        <w:rPr>
          <w:b/>
        </w:rPr>
        <w:t xml:space="preserve">[42:16] </w:t>
      </w:r>
      <w:r>
        <w:t>to dua farmaya keh Khuda bande se bilkul qareeb hai.</w:t>
      </w:r>
    </w:p>
    <w:p>
      <w:pPr>
        <w:jc w:val="right"/>
      </w:pPr>
      <w:r>
        <w:t>تو دعا فرمایا کہ خدا بندے سے بالکل قریب ہے۔</w:t>
      </w:r>
    </w:p>
    <w:p>
      <w:r>
        <w:rPr>
          <w:b/>
        </w:rPr>
        <w:t xml:space="preserve">[42:25] </w:t>
      </w:r>
      <w:r>
        <w:t>Quran mein doosri jagah bataya hai keh nanu aqrabu ilayhi min hablil wareed keh Khuda bande ki shah rag se bhi zyada qareeb hai.</w:t>
      </w:r>
    </w:p>
    <w:p>
      <w:pPr>
        <w:jc w:val="right"/>
      </w:pPr>
      <w:r>
        <w:t>قرآن میں دوسری جگہ بتایا ہے کہ نَانُ أَقْرَبُ إِلَيْهِ مِنْ حَبْلِ الْوَرِيدِ کہ خدا بندے کی شہ رگ سے بھی زیادہ قریب ہے۔</w:t>
      </w:r>
    </w:p>
    <w:p>
      <w:r>
        <w:rPr>
          <w:b/>
        </w:rPr>
        <w:t xml:space="preserve">[42:37] </w:t>
      </w:r>
      <w:r>
        <w:t>itne qareeb keh us se zyada qareeb koi aur shakal nahi ho sakti hai.</w:t>
      </w:r>
    </w:p>
    <w:p>
      <w:pPr>
        <w:jc w:val="right"/>
      </w:pPr>
      <w:r>
        <w:t>اتنے قریب کہ اس سے زیادہ قریب کوئی اور شکل نہیں ہو سکتی ہے۔</w:t>
      </w:r>
    </w:p>
    <w:p>
      <w:r>
        <w:rPr>
          <w:b/>
        </w:rPr>
        <w:t xml:space="preserve">[42:42] </w:t>
      </w:r>
      <w:r>
        <w:t>to jab khuda itna zyada qareeb hai to kisi ka wasta kyon? waste ka kya matlab hai? to behrhaal dua ke silsile mein asal baat yeh hai ke aadmi</w:t>
      </w:r>
    </w:p>
    <w:p>
      <w:pPr>
        <w:jc w:val="right"/>
      </w:pPr>
      <w:r>
        <w:t>تو جب خدا اتنا زیادہ قریب ہے تو کسی کا واسطہ کیوں؟ واسطے کا کیا مطلب ہے؟ تو بہرحال دعا کے سلسلے میں اصل بات یہ ہے کہ آدمی</w:t>
      </w:r>
    </w:p>
    <w:p>
      <w:r>
        <w:rPr>
          <w:b/>
        </w:rPr>
        <w:t xml:space="preserve">[42:59] </w:t>
      </w:r>
      <w:r>
        <w:t>dua ke taqaze poore kare.</w:t>
      </w:r>
    </w:p>
    <w:p>
      <w:pPr>
        <w:jc w:val="right"/>
      </w:pPr>
      <w:r>
        <w:t>دعا کے تقاضے پورے کرے۔</w:t>
      </w:r>
    </w:p>
    <w:p>
      <w:r>
        <w:rPr>
          <w:b/>
        </w:rPr>
        <w:t xml:space="preserve">[43:04] </w:t>
      </w:r>
      <w:r>
        <w:t>agar dua ke taqaze poore karega to zaroor dua qabool hogi.</w:t>
      </w:r>
    </w:p>
    <w:p>
      <w:pPr>
        <w:jc w:val="right"/>
      </w:pPr>
      <w:r>
        <w:t>اگر دعا کے تقاضے پورے کرے گا تو ضرور دعا قبول ہوگی۔</w:t>
      </w:r>
    </w:p>
    <w:p>
      <w:r>
        <w:rPr>
          <w:b/>
        </w:rPr>
        <w:t xml:space="preserve">[43:08] </w:t>
      </w:r>
      <w:r>
        <w:t>jaise misaal ke taur par ek aadmi hai, woh doosre ka maal hadap karna chahta hai. ab woh dua kare ke khudaaya main is mein kamyab ho jaaun.</w:t>
      </w:r>
    </w:p>
    <w:p>
      <w:pPr>
        <w:jc w:val="right"/>
      </w:pPr>
      <w:r>
        <w:t>جیسے مثال کے طور پر ایک آدمی ہے، وہ دوسرے کا مال ہڑپ کرنا چاہتا ہے۔ اب وہ دعا کرے کہ خدایا میں اس میں کامیاب ہو جاؤں۔</w:t>
      </w:r>
    </w:p>
    <w:p>
      <w:r>
        <w:rPr>
          <w:b/>
        </w:rPr>
        <w:t xml:space="preserve">[43:21] </w:t>
      </w:r>
      <w:r>
        <w:t>to aisi dua zahir hai ke qabool nahi hogi.</w:t>
      </w:r>
    </w:p>
    <w:p>
      <w:pPr>
        <w:jc w:val="right"/>
      </w:pPr>
      <w:r>
        <w:t>تو ایسی دعا ظاہر ہے کہ قبول نہیں ہوگی۔</w:t>
      </w:r>
    </w:p>
    <w:p>
      <w:r>
        <w:rPr>
          <w:b/>
        </w:rPr>
        <w:t xml:space="preserve">[43:28] </w:t>
      </w:r>
      <w:r>
        <w:t>aap jab dua karein to us ke mutabiq amal karna zaroori hai.</w:t>
      </w:r>
    </w:p>
    <w:p>
      <w:pPr>
        <w:jc w:val="right"/>
      </w:pPr>
      <w:r>
        <w:t>آپ جب دعا کریں تو اس کے مطابق عمل کرنا ضروری ہے۔</w:t>
      </w:r>
    </w:p>
    <w:p>
      <w:r>
        <w:rPr>
          <w:b/>
        </w:rPr>
        <w:t xml:space="preserve">[43:36] </w:t>
      </w:r>
      <w:r>
        <w:t>jaise aap business karein, aap dua karein ke khudaaya mujhe business mein mujhe kamyabi milay. to zaroori hai ke aap us ke mutabiq amal karein. yaani aap mehnat karein, aap sahih planning karein.</w:t>
      </w:r>
    </w:p>
    <w:p>
      <w:pPr>
        <w:jc w:val="right"/>
      </w:pPr>
      <w:r>
        <w:t>جیسے آپ بزنس کریں، آپ دعا کریں کہ خدایا مجھے بزنس میں مجھے کامیابی ملے۔ تو ضروری ہے کہ آپ اس کے مطابق عمل کریں۔ یعنی آپ محنت کریں، آپ صحیح پلاننگ کریں۔</w:t>
      </w:r>
    </w:p>
    <w:p>
      <w:r>
        <w:rPr>
          <w:b/>
        </w:rPr>
        <w:t xml:space="preserve">[43:51] </w:t>
      </w:r>
      <w:r>
        <w:t>aisa nahi ke aap planning na karein, mehnat na karein aur dua karein ke mera business kamyab ho jaaye. to aisi dua kabhi qabool nahi hogi.</w:t>
      </w:r>
    </w:p>
    <w:p>
      <w:pPr>
        <w:jc w:val="right"/>
      </w:pPr>
      <w:r>
        <w:t>ایسا نہیں کہ آپ پلاننگ نہ کریں، محنت نہ کریں اور دعا کریں کہ میرا بزنس کامیاب ہو جائے۔ تو ایسی دعا کبھی قبول نہیں ہوگی۔</w:t>
      </w:r>
    </w:p>
    <w:p>
      <w:r>
        <w:rPr>
          <w:b/>
        </w:rPr>
        <w:t xml:space="preserve">[44:01] </w:t>
      </w:r>
      <w:r>
        <w:t>jahan tak maine samjha hai, yeh 50-50 ka maamla hai.</w:t>
      </w:r>
    </w:p>
    <w:p>
      <w:pPr>
        <w:jc w:val="right"/>
      </w:pPr>
      <w:r>
        <w:t>جہاں تک میں نے سمجھا ہے، یہ 50-50 کا معاملہ ہے۔</w:t>
      </w:r>
    </w:p>
    <w:p>
      <w:r>
        <w:rPr>
          <w:b/>
        </w:rPr>
        <w:t xml:space="preserve">[44:09] </w:t>
      </w:r>
      <w:r>
        <w:t>yeh 50-50 ka maamla hai. yaani 50 feesad khuda ki madad aur 50 feesad insaan ka apna hissa. jab insaan apna hissa ada karta hai to khuda ki madad foran aati hai aur baqiya 50 feesad ko poora kar deti hai.</w:t>
      </w:r>
    </w:p>
    <w:p>
      <w:pPr>
        <w:jc w:val="right"/>
      </w:pPr>
      <w:r>
        <w:t>یہ 50-50 کا معاملہ ہے۔ یعنی 50 فیصد خدا کی مدد اور 50 فیصد انسان کا اپنا حصہ۔ جب انسان اپنا حصہ ادا کرتا ہے تو خدا کی مدد فوراً آتی ہے اور بقیہ 50 فیصد کو پورا کر دیتی ہے۔</w:t>
      </w:r>
    </w:p>
    <w:p>
      <w:r>
        <w:rPr>
          <w:b/>
        </w:rPr>
        <w:t xml:space="preserve">[44:32] </w:t>
      </w:r>
      <w:r>
        <w:t>to dua mein ek baat yeh hui ke kisi waste ke baghair dua karna chahiye.</w:t>
      </w:r>
    </w:p>
    <w:p>
      <w:pPr>
        <w:jc w:val="right"/>
      </w:pPr>
      <w:r>
        <w:t>تو دعا میں ایک بات یہ ہوئی کہ کسی واسطے کے بغیر دعا کرنا چاہیے۔</w:t>
      </w:r>
    </w:p>
    <w:p>
      <w:r>
        <w:rPr>
          <w:b/>
        </w:rPr>
        <w:t xml:space="preserve">[44:42] </w:t>
      </w:r>
      <w:r>
        <w:t>doosri baat yeh hui ke jab bhi aap dua karein to dua ke mutabiq amal zaroori hai.</w:t>
      </w:r>
    </w:p>
    <w:p>
      <w:pPr>
        <w:jc w:val="right"/>
      </w:pPr>
      <w:r>
        <w:t>دوسری بات یہ ہوئی کہ جب بھی آپ دعا کریں تو دعا کے مطابق عمل ضروری ہے۔</w:t>
      </w:r>
    </w:p>
    <w:p>
      <w:r>
        <w:rPr>
          <w:b/>
        </w:rPr>
        <w:t xml:space="preserve">[44:53] </w:t>
      </w:r>
      <w:r>
        <w:t>dua ke mutabiq amal.</w:t>
      </w:r>
    </w:p>
    <w:p>
      <w:pPr>
        <w:jc w:val="right"/>
      </w:pPr>
      <w:r>
        <w:t>دعا کے مطابق عمل۔</w:t>
      </w:r>
    </w:p>
    <w:p>
      <w:r>
        <w:rPr>
          <w:b/>
        </w:rPr>
        <w:t xml:space="preserve">[44:57] </w:t>
      </w:r>
      <w:r>
        <w:t>aisa nahi ke dua kuch hai aur amal kuch hai. to aisi dua zahir hai ke qabool nahi ho sakti.</w:t>
      </w:r>
    </w:p>
    <w:p>
      <w:pPr>
        <w:jc w:val="right"/>
      </w:pPr>
      <w:r>
        <w:t>ایسا نہیں کہ دعا کچھ ہے اور عمل کچھ ہے۔ تو ایسی دعا ظاہر ہے کہ قبول نہیں ہو سکتی۔</w:t>
      </w:r>
    </w:p>
    <w:p>
      <w:r>
        <w:rPr>
          <w:b/>
        </w:rPr>
        <w:t xml:space="preserve">[45:10] </w:t>
      </w:r>
      <w:r>
        <w:t>ab dekhiye, is ke baad aayat number 187 us ko leejie.</w:t>
      </w:r>
    </w:p>
    <w:p>
      <w:pPr>
        <w:jc w:val="right"/>
      </w:pPr>
      <w:r>
        <w:t>اب دیکھئے، اس کے بعد آیت نمبر 187 اس کو لیجئے۔</w:t>
      </w:r>
    </w:p>
    <w:p>
      <w:r>
        <w:rPr>
          <w:b/>
        </w:rPr>
        <w:t xml:space="preserve">[45:19] </w:t>
      </w:r>
      <w:r>
        <w:t>187</w:t>
      </w:r>
    </w:p>
    <w:p>
      <w:pPr>
        <w:jc w:val="right"/>
      </w:pPr>
      <w:r>
        <w:t>187</w:t>
      </w:r>
    </w:p>
    <w:p>
      <w:r>
        <w:rPr>
          <w:b/>
        </w:rPr>
        <w:t xml:space="preserve">[45:23] </w:t>
      </w:r>
      <w:r>
        <w:t>yahan par Allah taala ne apne kuch hudood ko bayan farmaya.</w:t>
      </w:r>
    </w:p>
    <w:p>
      <w:pPr>
        <w:jc w:val="right"/>
      </w:pPr>
      <w:r>
        <w:t>یہاں پر اللہ تعالیٰ نے اپنے کچھ حدوں کو بیان فرمایا۔</w:t>
      </w:r>
    </w:p>
    <w:p>
      <w:r>
        <w:rPr>
          <w:b/>
        </w:rPr>
        <w:t xml:space="preserve">[45:33] </w:t>
      </w:r>
      <w:r>
        <w:t>aur phir farmaya ke tilka hudoodallahi fala taqraabuha 187 tilka hudoodallahi fala taqraabuha yeh Allah ki huddein hain.</w:t>
      </w:r>
    </w:p>
    <w:p>
      <w:pPr>
        <w:jc w:val="right"/>
      </w:pPr>
      <w:r>
        <w:t>اور پھر فرمایا کہ تِلْكَ هُدُودِ اللَّهِ فُلَا تَقْرَبُوهَا 187 تِلْكَ هُدُودِ اللَّهِ فُلَا تَقْرَبُوهَا یہ اللہ کی حدیں ہیں۔</w:t>
      </w:r>
    </w:p>
    <w:p>
      <w:r>
        <w:rPr>
          <w:b/>
        </w:rPr>
        <w:t xml:space="preserve">[45:56] </w:t>
      </w:r>
      <w:r>
        <w:t>yeh khuda ki huddein hain. to tum us ke qareeb bhi na jaao. tum us ke qareeb na jaao.</w:t>
      </w:r>
    </w:p>
    <w:p>
      <w:pPr>
        <w:jc w:val="right"/>
      </w:pPr>
      <w:r>
        <w:t>یہ خدا کی حدیں ہیں۔ تو تم اس کے قریب بھی نہ جاؤ۔ تم اس کے قریب نہ جاؤ۔</w:t>
      </w:r>
    </w:p>
    <w:p>
      <w:r>
        <w:rPr>
          <w:b/>
        </w:rPr>
        <w:t xml:space="preserve">[46:04] </w:t>
      </w:r>
      <w:r>
        <w:t>us ke paas na jaao. yeh wahi cheez hai jo Hazrat Adam se kahi gayi thi jab woh jannat mein thay.</w:t>
      </w:r>
    </w:p>
    <w:p>
      <w:pPr>
        <w:jc w:val="right"/>
      </w:pPr>
      <w:r>
        <w:t>اس کے پاس نہ جاؤ۔ یہ وہی چیز ہے جو حضرت آدم سے کہی گئی تھی جب وہ جنت میں تھے۔</w:t>
      </w:r>
    </w:p>
    <w:p>
      <w:r>
        <w:rPr>
          <w:b/>
        </w:rPr>
        <w:t xml:space="preserve">[46:14] </w:t>
      </w:r>
      <w:r>
        <w:t>aap jante hain ke pehla insaan yaani Adam aur un ki biwi Hawa ko khuda ne rakha tha jannat mein.</w:t>
      </w:r>
    </w:p>
    <w:p>
      <w:pPr>
        <w:jc w:val="right"/>
      </w:pPr>
      <w:r>
        <w:t>آپ جانتے ہیں کہ پہلا انسان یعنی آدم اور ان کی بیوی حوا کو خدا نے رکھا تھا جنت میں۔</w:t>
      </w:r>
    </w:p>
    <w:p>
      <w:r>
        <w:rPr>
          <w:b/>
        </w:rPr>
        <w:t xml:space="preserve">[46:24] </w:t>
      </w:r>
      <w:r>
        <w:t>aur kaha tha ke</w:t>
      </w:r>
    </w:p>
    <w:p>
      <w:pPr>
        <w:jc w:val="right"/>
      </w:pPr>
      <w:r>
        <w:t>اور کہا تھا کہ</w:t>
      </w:r>
    </w:p>
    <w:p>
      <w:r>
        <w:rPr>
          <w:b/>
        </w:rPr>
        <w:t xml:space="preserve">[46:30] </w:t>
      </w:r>
      <w:r>
        <w:t>ke jannat mein har qism ka saamaan hai tumhare liye. azaadi hai, har qism ka aaram hai. to tum us ko enjoy karo.</w:t>
      </w:r>
    </w:p>
    <w:p>
      <w:pPr>
        <w:jc w:val="right"/>
      </w:pPr>
      <w:r>
        <w:t>کہ جنت میں ہر قسم کا سامان ہے تمہارے لیے۔ آزادی ہے، ہر قسم کا آرام ہے۔ تو تم اس کو انجوائے کرو۔</w:t>
      </w:r>
    </w:p>
    <w:p>
      <w:r>
        <w:rPr>
          <w:b/>
        </w:rPr>
        <w:t xml:space="preserve">[46:42] </w:t>
      </w:r>
      <w:r>
        <w:t>lekin ek darakht wahan tha.</w:t>
      </w:r>
    </w:p>
    <w:p>
      <w:pPr>
        <w:jc w:val="right"/>
      </w:pPr>
      <w:r>
        <w:t>لیکن ایک درخت وہاں تھا۔</w:t>
      </w:r>
    </w:p>
    <w:p>
      <w:r>
        <w:rPr>
          <w:b/>
        </w:rPr>
        <w:t xml:space="preserve">[46:47] </w:t>
      </w:r>
      <w:r>
        <w:t>yaani shajar mamnooa ya Forbidden Tree. to farmaya ke is darakht ke paas mat jaana. is ka phal mat khana.</w:t>
      </w:r>
    </w:p>
    <w:p>
      <w:pPr>
        <w:jc w:val="right"/>
      </w:pPr>
      <w:r>
        <w:t>یعنی شجر ممنوعہ یا Forbidden Tree۔ تو فرمایا کہ اس درخت کے پاس مت جانا۔ اس کا پھل مت کھانا۔</w:t>
      </w:r>
    </w:p>
    <w:p>
      <w:r>
        <w:rPr>
          <w:b/>
        </w:rPr>
        <w:t xml:space="preserve">[47:01] </w:t>
      </w:r>
      <w:r>
        <w:t>to adam ne kiya kiya</w:t>
      </w:r>
    </w:p>
    <w:p>
      <w:pPr>
        <w:jc w:val="right"/>
      </w:pPr>
      <w:r>
        <w:t>تو آدم نے کیا کیا</w:t>
      </w:r>
    </w:p>
    <w:p>
      <w:r>
        <w:rPr>
          <w:b/>
        </w:rPr>
        <w:t xml:space="preserve">[47:03] </w:t>
      </w:r>
      <w:r>
        <w:t>? adam aur hawa ne ke woh is hidayat ko bhool gaye.</w:t>
      </w:r>
    </w:p>
    <w:p>
      <w:pPr>
        <w:jc w:val="right"/>
      </w:pPr>
      <w:r>
        <w:t>؟ آدم اور حوا نے کہ وہ اس ہدایت کو بھول گئے۔</w:t>
      </w:r>
    </w:p>
    <w:p>
      <w:r>
        <w:rPr>
          <w:b/>
        </w:rPr>
        <w:t xml:space="preserve">[47:14] </w:t>
      </w:r>
      <w:r>
        <w:t>is hidayat ko follow na kar sake. woh is drakht ke paas chale gaye aur is ka phall kha liya unhon ne. to kya hua?</w:t>
      </w:r>
    </w:p>
    <w:p>
      <w:pPr>
        <w:jc w:val="right"/>
      </w:pPr>
      <w:r>
        <w:t>اس ہدایت کو فالو نہ کر سکے۔ وہ اس درخت کے پاس چلے گئے اور اس کا پھل کھا لیا انہوں نے۔ تو کیا ہوا؟</w:t>
      </w:r>
    </w:p>
    <w:p>
      <w:r>
        <w:rPr>
          <w:b/>
        </w:rPr>
        <w:t xml:space="preserve">[47:24] </w:t>
      </w:r>
      <w:r>
        <w:t>adam ko jannat se nikaal diya gaya. to yahi farmaya</w:t>
      </w:r>
    </w:p>
    <w:p>
      <w:pPr>
        <w:jc w:val="right"/>
      </w:pPr>
      <w:r>
        <w:t>آدم کو جنت سے نکال دیا گیا۔ تو یہی فرمایا</w:t>
      </w:r>
    </w:p>
    <w:p>
      <w:r>
        <w:rPr>
          <w:b/>
        </w:rPr>
        <w:t xml:space="preserve">[47:31] </w:t>
      </w:r>
      <w:r>
        <w:t>tilka hudoodi allahi fala taqrabuha yeh dunya mein wahi azmaish chal rahi hai jo wahan thi. kuch khuda ki haden hain.</w:t>
      </w:r>
    </w:p>
    <w:p>
      <w:pPr>
        <w:jc w:val="right"/>
      </w:pPr>
      <w:r>
        <w:t>تِلْكَ هُدُودِ اللَّهِ فُلَا تَقْرَبُوهَا یہ دنیا میں وہی آزمائش چل رہی ہے جو وہاں تھی۔ کچھ خدا کی حدیں ہیں۔</w:t>
      </w:r>
    </w:p>
    <w:p>
      <w:r>
        <w:rPr>
          <w:b/>
        </w:rPr>
        <w:t xml:space="preserve">[47:42] </w:t>
      </w:r>
      <w:r>
        <w:t>khuda ne kuch cheezon ko mana kiya hai. khuda ke kuch Do's aur Don'ts hain. misaal ke taur par yeh hai ke aap kisi se khair khwahi kar sakte hain lekin kisi se badkhwahi nahi kar sakte.</w:t>
      </w:r>
    </w:p>
    <w:p>
      <w:pPr>
        <w:jc w:val="right"/>
      </w:pPr>
      <w:r>
        <w:t>خدا نے کچھ چیزوں کو منع کیا ہے۔ خدا کے کچھ Do's اور Don'ts ہیں۔ مثلاً یہ ہے کہ آپ کسی سے خیر خواہی کر سکتے ہیں لیکن کسی سے بدخواہی نہیں کر سکتے۔</w:t>
      </w:r>
    </w:p>
    <w:p>
      <w:r>
        <w:rPr>
          <w:b/>
        </w:rPr>
        <w:t xml:space="preserve">[47:59] </w:t>
      </w:r>
      <w:r>
        <w:t>yeh</w:t>
      </w:r>
    </w:p>
    <w:p>
      <w:pPr>
        <w:jc w:val="right"/>
      </w:pPr>
      <w:r>
        <w:t>یہ</w:t>
      </w:r>
    </w:p>
    <w:p>
      <w:r>
        <w:rPr>
          <w:b/>
        </w:rPr>
        <w:t xml:space="preserve">[48:00] </w:t>
      </w:r>
      <w:r>
        <w:t>had hai ke khair khwahi tak aap azaad hain. khair khwahi karne tak aap azaad hain. lekin badkhwahi karne ke liye aap azaad nahi hain.</w:t>
      </w:r>
    </w:p>
    <w:p>
      <w:pPr>
        <w:jc w:val="right"/>
      </w:pPr>
      <w:r>
        <w:t>حد ہے کہ خیر خواہی تک آپ آزاد ہیں۔ خیر خواہی کرنے تک آپ آزاد ہیں۔ لیکن بدخواہی کرنے کے لیے آپ آزاد نہیں ہیں۔</w:t>
      </w:r>
    </w:p>
    <w:p>
      <w:r>
        <w:rPr>
          <w:b/>
        </w:rPr>
        <w:t xml:space="preserve">[48:13] </w:t>
      </w:r>
      <w:r>
        <w:t>logon ke beech mein rehte hue aap peaceful tareeqe par rehne ke liye azaad hain. lekin violence ka tareeqa ikhtiyar karne ke liye azaad nahi hain aap.</w:t>
      </w:r>
    </w:p>
    <w:p>
      <w:pPr>
        <w:jc w:val="right"/>
      </w:pPr>
      <w:r>
        <w:t>لوگوں کے بیچ میں رہتے ہوئے آپ Peaceful طریقے پر رہنے کے لیے آزاد ہیں۔ لیکن Violence کا طریقہ اختیار کرنے کے لیے آزاد نہیں ہیں آپ۔</w:t>
      </w:r>
    </w:p>
    <w:p>
      <w:r>
        <w:rPr>
          <w:b/>
        </w:rPr>
        <w:t xml:space="preserve">[48:25] </w:t>
      </w:r>
      <w:r>
        <w:t>woh had aa jati hai wahan par.</w:t>
      </w:r>
    </w:p>
    <w:p>
      <w:pPr>
        <w:jc w:val="right"/>
      </w:pPr>
      <w:r>
        <w:t>وہ حد آ جاتی ہے وہاں پر۔</w:t>
      </w:r>
    </w:p>
    <w:p>
      <w:r>
        <w:rPr>
          <w:b/>
        </w:rPr>
        <w:t xml:space="preserve">[48:30] </w:t>
      </w:r>
      <w:r>
        <w:t>isi tarah se</w:t>
      </w:r>
    </w:p>
    <w:p>
      <w:pPr>
        <w:jc w:val="right"/>
      </w:pPr>
      <w:r>
        <w:t>اسی طرح سے</w:t>
      </w:r>
    </w:p>
    <w:p>
      <w:r>
        <w:rPr>
          <w:b/>
        </w:rPr>
        <w:t xml:space="preserve">[48:34] </w:t>
      </w:r>
      <w:r>
        <w:t>pyar o mohabbat ke sath baat karne ke liye aap azaad hain. lekin gaali galoch ke liye aap azaad nahi hain. len den ke liye aap azaad hain.</w:t>
      </w:r>
    </w:p>
    <w:p>
      <w:pPr>
        <w:jc w:val="right"/>
      </w:pPr>
      <w:r>
        <w:t>پیار و محبت کے ساتھ بات کرنے کے لیے آپ آزاد ہیں۔ لیکن گالی گلوچ کے لیے آپ آزاد نہیں ہیں۔ لین دین کے لیے آپ آزاد ہیں۔</w:t>
      </w:r>
    </w:p>
    <w:p>
      <w:r>
        <w:rPr>
          <w:b/>
        </w:rPr>
        <w:t xml:space="preserve">[48:43] </w:t>
      </w:r>
      <w:r>
        <w:t>lekin kisi ka paisa ghassab karne ke liye aap azaad nahi hain.</w:t>
      </w:r>
    </w:p>
    <w:p>
      <w:pPr>
        <w:jc w:val="right"/>
      </w:pPr>
      <w:r>
        <w:t>لیکن کسی کا پیسہ غصب کرنے کے لیے آپ آزاد نہیں ہیں۔</w:t>
      </w:r>
    </w:p>
    <w:p>
      <w:r>
        <w:rPr>
          <w:b/>
        </w:rPr>
        <w:t xml:space="preserve">[48:52] </w:t>
      </w:r>
      <w:r>
        <w:t>to saare mamlaat mein jo insaan ki zindagi mein paish aate hain un sab mein aisa hi hai ke ek had hai. ek had ke aage badhe to aap ne wahi kiya jo Hazrat Adam se hua tha ke woh is drakht ke paas gaye aur is ka phall kha liya.</w:t>
      </w:r>
    </w:p>
    <w:p>
      <w:pPr>
        <w:jc w:val="right"/>
      </w:pPr>
      <w:r>
        <w:t>تو سارے معاملات میں جو انسان کی زندگی میں پیش آتے ہیں ان سب میں ایسا ہی ہے کہ ایک حد ہے۔ ایک حد کے آگے بڑھے تو آپ نے وہی کیا جو حضرت آدم سے ہوا تھا کہ وہ اس درخت کے پاس گئے اور اس کا پھل کھا لیا۔</w:t>
      </w:r>
    </w:p>
    <w:p>
      <w:r>
        <w:rPr>
          <w:b/>
        </w:rPr>
        <w:t xml:space="preserve">[49:12] </w:t>
      </w:r>
      <w:r>
        <w:t>to dobara wahi paish aayega insaan ke sath.</w:t>
      </w:r>
    </w:p>
    <w:p>
      <w:pPr>
        <w:jc w:val="right"/>
      </w:pPr>
      <w:r>
        <w:t>تو دوبارہ وہی پیش آئے گا انسان کے ساتھ۔</w:t>
      </w:r>
    </w:p>
    <w:p>
      <w:r>
        <w:rPr>
          <w:b/>
        </w:rPr>
        <w:t xml:space="preserve">[49:17] </w:t>
      </w:r>
      <w:r>
        <w:t>ke adam ke zariye jo waqea hua wahi tareekh yahan dohrai ja rahi hai.</w:t>
      </w:r>
    </w:p>
    <w:p>
      <w:pPr>
        <w:jc w:val="right"/>
      </w:pPr>
      <w:r>
        <w:t>کہ آدم کے ذریعے جو واقعہ ہوا وہی تاریخ یہاں دہرائی جا رہی ہے۔</w:t>
      </w:r>
    </w:p>
    <w:p>
      <w:r>
        <w:rPr>
          <w:b/>
        </w:rPr>
        <w:t xml:space="preserve">[49:27] </w:t>
      </w:r>
      <w:r>
        <w:t>to Hazrat Adam to jannat se nikaal kar yahan rakhe gaye test ke liye. un ki nasal phir phir nasal ko yahan mauqa diya gaya test ka.</w:t>
      </w:r>
    </w:p>
    <w:p>
      <w:pPr>
        <w:jc w:val="right"/>
      </w:pPr>
      <w:r>
        <w:t>تو حضرت آدم تو جنت سے نکال کر یہاں رکھے گئے ٹیسٹ کے لیے۔ ان کی نسل پھر پھر نسل کو یہاں موقع دیا گیا ٹیسٹ کا۔</w:t>
      </w:r>
    </w:p>
    <w:p>
      <w:r>
        <w:rPr>
          <w:b/>
        </w:rPr>
        <w:t xml:space="preserve">[49:38] </w:t>
      </w:r>
      <w:r>
        <w:t>lekin ab is dunya ke khatme ke baad phir aur kahin nahi insaan ko jagah milegi.</w:t>
      </w:r>
    </w:p>
    <w:p>
      <w:pPr>
        <w:jc w:val="right"/>
      </w:pPr>
      <w:r>
        <w:t>لیکن اب اس دنیا کے خاتمے کے بعد پھر اور کہیں نہیں انسان کو جگہ ملے گی۔</w:t>
      </w:r>
    </w:p>
    <w:p>
      <w:r>
        <w:rPr>
          <w:b/>
        </w:rPr>
        <w:t xml:space="preserve">[49:46] </w:t>
      </w:r>
      <w:r>
        <w:t>is dunya ke khatme ke baad ya to jannat hai ya jahannum hai.</w:t>
      </w:r>
    </w:p>
    <w:p>
      <w:pPr>
        <w:jc w:val="right"/>
      </w:pPr>
      <w:r>
        <w:t>اس دنیا کے خاتمے کے بعد یا تو جنت ہے یا جہنم ہے۔</w:t>
      </w:r>
    </w:p>
    <w:p>
      <w:r>
        <w:rPr>
          <w:b/>
        </w:rPr>
        <w:t xml:space="preserve">[49:53] </w:t>
      </w:r>
      <w:r>
        <w:t>to yeh jo farmaya ke tilka hudoodi allahi fala taqrabuha yeh khuda ki haden hain to tum us ke qareeb na jao</w:t>
      </w:r>
    </w:p>
    <w:p>
      <w:pPr>
        <w:jc w:val="right"/>
      </w:pPr>
      <w:r>
        <w:t>تو یہ جو فرمایا کہ تِلْكَ هُدُودِ اللَّهِ فُلَا تَقْرَبُوهَا یہ خدا کی حدیں ہیں تو تم اس کے قریب نہ جاؤ</w:t>
      </w:r>
    </w:p>
    <w:p>
      <w:r>
        <w:rPr>
          <w:b/>
        </w:rPr>
        <w:t xml:space="preserve">[50:01] </w:t>
      </w:r>
      <w:r>
        <w:t>. to</w:t>
      </w:r>
    </w:p>
    <w:p>
      <w:pPr>
        <w:jc w:val="right"/>
      </w:pPr>
      <w:r>
        <w:t>۔ تو</w:t>
      </w:r>
    </w:p>
    <w:p>
      <w:r>
        <w:rPr>
          <w:b/>
        </w:rPr>
        <w:t xml:space="preserve">[50:06] </w:t>
      </w:r>
      <w:r>
        <w:t>adam jab drakht ke qareeb gaye to un ko to sirf itna hi un ke sath hua ke jannat se nikaal kar is dunya mein daal diye gaye.</w:t>
      </w:r>
    </w:p>
    <w:p>
      <w:pPr>
        <w:jc w:val="right"/>
      </w:pPr>
      <w:r>
        <w:t>آدم جب درخت کے قریب گئے تو ان کو تو صرف اتنا ہی ان کے ساتھ ہوا کہ جنت سے نکال کر اس دنیا میں ڈال دیے گئے۔</w:t>
      </w:r>
    </w:p>
    <w:p>
      <w:r>
        <w:rPr>
          <w:b/>
        </w:rPr>
        <w:t xml:space="preserve">[50:17] </w:t>
      </w:r>
      <w:r>
        <w:t>ab yeh aisa nahi hone wala hai. ab yeh dunya se nikaal kar ke is ke baad jo cheez hai woh Hell hai. woh jahannum hai.</w:t>
      </w:r>
    </w:p>
    <w:p>
      <w:pPr>
        <w:jc w:val="right"/>
      </w:pPr>
      <w:r>
        <w:t>اب یہ ایسا نہیں ہونے والا ہے۔ اب یہ دنیا سے نکال کر کے اس کے بعد جو چیز ہے وہ Hell ہے۔ وہ جہنم ہے۔</w:t>
      </w:r>
    </w:p>
    <w:p>
      <w:r>
        <w:rPr>
          <w:b/>
        </w:rPr>
        <w:t xml:space="preserve">[50:26] </w:t>
      </w:r>
      <w:r>
        <w:t>haan jo log bache hudood ke andar reh kar zindagi guzarein</w:t>
      </w:r>
    </w:p>
    <w:p>
      <w:pPr>
        <w:jc w:val="right"/>
      </w:pPr>
      <w:r>
        <w:t>ہاں جو لوگ بچے حدود کے اندر رہ کر زندگی گزاریں</w:t>
      </w:r>
    </w:p>
    <w:p>
      <w:r>
        <w:rPr>
          <w:b/>
        </w:rPr>
        <w:t xml:space="preserve">[50:37] </w:t>
      </w:r>
      <w:r>
        <w:t>jo limitations hain jo had bandiyan hain us ko paar na karein un ke liye Paradise hai. un ke liye jannat hai.</w:t>
      </w:r>
    </w:p>
    <w:p>
      <w:pPr>
        <w:jc w:val="right"/>
      </w:pPr>
      <w:r>
        <w:t>جو Limitations ہیں جو حد بندیاں ہیں اس کو پار نہ کریں ان کے لیے Paradise ہے۔ ان کے لیے جنت ہے۔</w:t>
      </w:r>
    </w:p>
    <w:p>
      <w:r>
        <w:rPr>
          <w:b/>
        </w:rPr>
        <w:t xml:space="preserve">[50:48] </w:t>
      </w:r>
      <w:r>
        <w:t>to yeh hai insaan ka test is duniya mein.</w:t>
      </w:r>
    </w:p>
    <w:p>
      <w:pPr>
        <w:jc w:val="right"/>
      </w:pPr>
      <w:r>
        <w:t>تو یہ ہے انسان کا ٹیسٹ اس دنیا میں۔</w:t>
      </w:r>
    </w:p>
    <w:p>
      <w:r>
        <w:rPr>
          <w:b/>
        </w:rPr>
        <w:t xml:space="preserve">[50:55] </w:t>
      </w:r>
      <w:r>
        <w:t>yeh hai insaan ka test. is duniya mein jo rakha gaya hai woh aadmi ko inaam ke liye ya reward ke liye nahi rakha gaya hai.</w:t>
      </w:r>
    </w:p>
    <w:p>
      <w:pPr>
        <w:jc w:val="right"/>
      </w:pPr>
      <w:r>
        <w:t>یہ ہے انسان کا ٹیسٹ۔ اس دنیا میں جو رکھا گیا ہے وہ آدمی کو انعام کے لیے یا Reward کے لیے نہیں رکھا گیا ہے۔</w:t>
      </w:r>
    </w:p>
    <w:p>
      <w:r>
        <w:rPr>
          <w:b/>
        </w:rPr>
        <w:t xml:space="preserve">[51:07] </w:t>
      </w:r>
      <w:r>
        <w:t>insaan ka koi right nahi hai is duniya mein. aisa nahi hai ke insaan ka ek right tha. is right ki wajah se isko yahan par rakh diya gaya.</w:t>
      </w:r>
    </w:p>
    <w:p>
      <w:pPr>
        <w:jc w:val="right"/>
      </w:pPr>
      <w:r>
        <w:t>انسان کا کوئی Right نہیں ہے اس دنیا میں۔ ایسا نہیں ہے کہ انسان کا ایک Right تھا۔ اس Right کی وجہ سے اس کو یہاں پر رکھ دیا گیا۔</w:t>
      </w:r>
    </w:p>
    <w:p>
      <w:r>
        <w:rPr>
          <w:b/>
        </w:rPr>
        <w:t xml:space="preserve">[51:17] </w:t>
      </w:r>
      <w:r>
        <w:t>nahi. insaan ko is duniya mein rakhne ka maqsad sirf ek hai. aur woh hai test.</w:t>
      </w:r>
    </w:p>
    <w:p>
      <w:pPr>
        <w:jc w:val="right"/>
      </w:pPr>
      <w:r>
        <w:t>نہیں۔ انسان کو اس دنیا میں رکھنے کا مقصد صرف ایک ہے۔ اور وہ ہے ٹیسٹ۔</w:t>
      </w:r>
    </w:p>
    <w:p>
      <w:r>
        <w:rPr>
          <w:b/>
        </w:rPr>
        <w:t xml:space="preserve">[51:27] </w:t>
      </w:r>
      <w:r>
        <w:t>woh hai imtehaan. woh hai aazmaish.</w:t>
      </w:r>
    </w:p>
    <w:p>
      <w:pPr>
        <w:jc w:val="right"/>
      </w:pPr>
      <w:r>
        <w:t>وہ ہے امتحان۔ وہ ہے ابتلا۔</w:t>
      </w:r>
    </w:p>
    <w:p>
      <w:r>
        <w:rPr>
          <w:b/>
        </w:rPr>
        <w:t xml:space="preserve">[51:33] </w:t>
      </w:r>
      <w:r>
        <w:t>kuch bhi ho yaani chahe ghareebi ho ya amiri. aadmi powerful ho ya powerless ho.</w:t>
      </w:r>
    </w:p>
    <w:p>
      <w:pPr>
        <w:jc w:val="right"/>
      </w:pPr>
      <w:r>
        <w:t>کچھ بھی ہو یعنی چاہے غریبی ہو یا امیری۔ آدمی Powerful ہو یا Powerless ہو۔</w:t>
      </w:r>
    </w:p>
    <w:p>
      <w:r>
        <w:rPr>
          <w:b/>
        </w:rPr>
        <w:t xml:space="preserve">[51:44] </w:t>
      </w:r>
      <w:r>
        <w:t>isko bohat fame mili hui ho ya isko koi na jaanta ho. kuch bhi ho kuch bhi ho woh sab test paper hai.</w:t>
      </w:r>
    </w:p>
    <w:p>
      <w:pPr>
        <w:jc w:val="right"/>
      </w:pPr>
      <w:r>
        <w:t>اس کو بہت Fame ملی ہوئی ہو یا اس کو کوئی نہ جانتا ہو۔ کچھ بھی ہو کچھ بھی ہو وہ سب ٹیسٹ Paper ہے۔</w:t>
      </w:r>
    </w:p>
    <w:p>
      <w:r>
        <w:rPr>
          <w:b/>
        </w:rPr>
        <w:t xml:space="preserve">[51:57] </w:t>
      </w:r>
      <w:r>
        <w:t>har aadmi ko apne test paper ke aitbaar se jaancha jayega.</w:t>
      </w:r>
    </w:p>
    <w:p>
      <w:pPr>
        <w:jc w:val="right"/>
      </w:pPr>
      <w:r>
        <w:t>ہر آدمی کو اپنے ٹیسٹ Paper کے اعتبار سے جانچا جائے گا۔</w:t>
      </w:r>
    </w:p>
    <w:p>
      <w:r>
        <w:rPr>
          <w:b/>
        </w:rPr>
        <w:t xml:space="preserve">[52:02] </w:t>
      </w:r>
      <w:r>
        <w:t>har aadmi ke apne halaat ke lehaz se uski kuch limitations hain. uski kuch had bandiyan hain.</w:t>
      </w:r>
    </w:p>
    <w:p>
      <w:pPr>
        <w:jc w:val="right"/>
      </w:pPr>
      <w:r>
        <w:t>ہر آدمی کے اپنے حالات کے لحاظ سے اس کی کچھ Limitations ہیں۔ اس کی کچھ حد بندیاں ہیں۔</w:t>
      </w:r>
    </w:p>
    <w:p>
      <w:r>
        <w:rPr>
          <w:b/>
        </w:rPr>
        <w:t xml:space="preserve">[52:12] </w:t>
      </w:r>
      <w:r>
        <w:t>to iska lehaz karte hue insaan ko is duniya mein zindagi guzarna hai. to jo log Allah ki hadon ko paar nahi karenge jaise ek hadith hai ke Rasool Allah Sal Allahu Alaihi Wasallam ne ek misaal di</w:t>
      </w:r>
    </w:p>
    <w:p>
      <w:pPr>
        <w:jc w:val="right"/>
      </w:pPr>
      <w:r>
        <w:t>تو اس کا لحاظ کرتے ہوئے انسان کو اس دنیا میں زندگی گزارنا ہے۔ تو جو لوگ اللہ کی حدوں کو پار نہیں کریں گے جیسے ایک حدیث ہے کہ رسول اللہ صلی اللہ علیہ وسلم نے ایک مثال دی</w:t>
      </w:r>
    </w:p>
    <w:p>
      <w:r>
        <w:rPr>
          <w:b/>
        </w:rPr>
        <w:t xml:space="preserve">[52:36] </w:t>
      </w:r>
      <w:r>
        <w:t>ke momin ki misaal aur</w:t>
      </w:r>
    </w:p>
    <w:p>
      <w:pPr>
        <w:jc w:val="right"/>
      </w:pPr>
      <w:r>
        <w:t>کہ مومن کی مثال اور</w:t>
      </w:r>
    </w:p>
    <w:p>
      <w:r>
        <w:rPr>
          <w:b/>
        </w:rPr>
        <w:t xml:space="preserve">[52:42] </w:t>
      </w:r>
      <w:r>
        <w:t>is ke imaan ki misaal aisi hai jaise ke khunti se bandha hua ghoda.</w:t>
      </w:r>
    </w:p>
    <w:p>
      <w:pPr>
        <w:jc w:val="right"/>
      </w:pPr>
      <w:r>
        <w:t>اس کے ایمان کی مثال ایسی ہے جیسے کہ کھونٹی سے بندھا ہوا گھوڑا۔</w:t>
      </w:r>
    </w:p>
    <w:p>
      <w:r>
        <w:rPr>
          <w:b/>
        </w:rPr>
        <w:t xml:space="preserve">[52:51] </w:t>
      </w:r>
      <w:r>
        <w:t>to ek khunti hai. uski ek rassi hai. is rassi mein ghoda bandha hua hai. to rassi kya hai? rassi is ka imaan hai.</w:t>
      </w:r>
    </w:p>
    <w:p>
      <w:pPr>
        <w:jc w:val="right"/>
      </w:pPr>
      <w:r>
        <w:t>تو ایک کھونٹی ہے۔ اس کی ایک رسی ہے۔ اس رسی میں گھوڑا بندھا ہوا ہے۔ تو رسی کیا ہے؟ رسی اس کا ایمان ہے۔</w:t>
      </w:r>
    </w:p>
    <w:p>
      <w:r>
        <w:rPr>
          <w:b/>
        </w:rPr>
        <w:t xml:space="preserve">[53:03] </w:t>
      </w:r>
      <w:r>
        <w:t>farz kiya hai ke rassi 5 meter ki hai.</w:t>
      </w:r>
    </w:p>
    <w:p>
      <w:pPr>
        <w:jc w:val="right"/>
      </w:pPr>
      <w:r>
        <w:t>فرض کیا ہے کہ رسی 5 میٹر کی ہے۔</w:t>
      </w:r>
    </w:p>
    <w:p>
      <w:r>
        <w:rPr>
          <w:b/>
        </w:rPr>
        <w:t xml:space="preserve">[53:06] </w:t>
      </w:r>
      <w:r>
        <w:t>to 5 meter tak to woh jayega. 5 meter tak woh ghoomega idhar udhar. lekin 5 meter se aage nahi jayega woh.</w:t>
      </w:r>
    </w:p>
    <w:p>
      <w:pPr>
        <w:jc w:val="right"/>
      </w:pPr>
      <w:r>
        <w:t>تو 5 میٹر تک تو وہ جائے گا۔ 5 میٹر تک وہ گھومے گا ادھر ادھر۔ لیکن 5 میٹر سے آگے نہیں جائے گا وہ۔</w:t>
      </w:r>
    </w:p>
    <w:p>
      <w:r>
        <w:rPr>
          <w:b/>
        </w:rPr>
        <w:t xml:space="preserve">[53:19] </w:t>
      </w:r>
      <w:r>
        <w:t>yahi muamla imaan ka hai. imaan ek rassi hai. imaan jo hai do's aur don'ts ka ek aap ko ek list deta hai.</w:t>
      </w:r>
    </w:p>
    <w:p>
      <w:pPr>
        <w:jc w:val="right"/>
      </w:pPr>
      <w:r>
        <w:t>یہی معاملہ ایمان کا ہے۔ ایمان ایک رسی ہے۔ ایمان جو ہے Do's اور Don'ts کا ایک آپ کو ایک List دیتا ہے۔</w:t>
      </w:r>
    </w:p>
    <w:p>
      <w:r>
        <w:rPr>
          <w:b/>
        </w:rPr>
        <w:t xml:space="preserve">[53:33] </w:t>
      </w:r>
      <w:r>
        <w:t>to jahan tak imaan ijazat de wahan tak jaana. aur jahan tak ijazat na de wahan tak na jaana. yeh hai momin ka muamla.</w:t>
      </w:r>
    </w:p>
    <w:p>
      <w:pPr>
        <w:jc w:val="right"/>
      </w:pPr>
      <w:r>
        <w:t>تو جہاں تک ایمان اجازت دے وہاں تک جانا۔ اور جہاں تک اجازت نہ دے وہاں تک نہ جانا۔ یہ ہے مومن کا معاملہ۔</w:t>
      </w:r>
    </w:p>
    <w:p>
      <w:r>
        <w:rPr>
          <w:b/>
        </w:rPr>
        <w:t xml:space="preserve">[53:45] </w:t>
      </w:r>
      <w:r>
        <w:t>to jis tarah se ek ghoda apni rassi ke aitbaar se idhar udhar chalta hai.</w:t>
      </w:r>
    </w:p>
    <w:p>
      <w:pPr>
        <w:jc w:val="right"/>
      </w:pPr>
      <w:r>
        <w:t>تو جس طرح سے ایک گھوڑا اپنی رسی کے اعتبار سے ادھر ادھر چلتا ہے۔</w:t>
      </w:r>
    </w:p>
    <w:p>
      <w:r>
        <w:rPr>
          <w:b/>
        </w:rPr>
        <w:t xml:space="preserve">[53:54] </w:t>
      </w:r>
      <w:r>
        <w:t>is ke bahar nahi jata woh.</w:t>
      </w:r>
    </w:p>
    <w:p>
      <w:pPr>
        <w:jc w:val="right"/>
      </w:pPr>
      <w:r>
        <w:t>اس کے باہر نہیں جاتا وہ۔</w:t>
      </w:r>
    </w:p>
    <w:p>
      <w:r>
        <w:rPr>
          <w:b/>
        </w:rPr>
        <w:t xml:space="preserve">[53:58] </w:t>
      </w:r>
      <w:r>
        <w:t>to woh to under compression aisa karta hai. kyunke jo rassi us ke bandhi hui hai us ki gardan mein woh majboor karti hai us ko ke rassi ke bahar na jaye.</w:t>
      </w:r>
    </w:p>
    <w:p>
      <w:pPr>
        <w:jc w:val="right"/>
      </w:pPr>
      <w:r>
        <w:t>تو وہ تو Under Compression ایسا کرتا ہے۔ کیونکہ جو رسی اس کے بندھی ہوئی ہے اس کی گردن میں وہ مجبور کرتی ہے اس کو کہ رسی کے باہر نہ جائے۔</w:t>
      </w:r>
    </w:p>
    <w:p>
      <w:r>
        <w:rPr>
          <w:b/>
        </w:rPr>
        <w:t xml:space="preserve">[54:14] </w:t>
      </w:r>
      <w:r>
        <w:t>to yeh ek compulsory deficit hai. yeh ek compulsory discipline hai. majburana control hai yeh.</w:t>
      </w:r>
    </w:p>
    <w:p>
      <w:pPr>
        <w:jc w:val="right"/>
      </w:pPr>
      <w:r>
        <w:t>تو یہ ایک Compulsory Deficit ہے۔ یہ ایک Compulsory Discipline ہے۔ مجبرانہ کنٹرول ہے یہ۔</w:t>
      </w:r>
    </w:p>
    <w:p>
      <w:r>
        <w:rPr>
          <w:b/>
        </w:rPr>
        <w:t xml:space="preserve">[54:24] </w:t>
      </w:r>
      <w:r>
        <w:t>yeh hi control momin ko apne ikhtiyar se apni azadi se apne upar aaid karna hai. to momin ka muamla self control ka muamla hai.</w:t>
      </w:r>
    </w:p>
    <w:p>
      <w:pPr>
        <w:jc w:val="right"/>
      </w:pPr>
      <w:r>
        <w:t>یہی کنٹرول مومن کو اپنے اختیار سے اپنی آزادی سے اپنے اوپر عائد کرنا ہے۔ تو مومن کا معاملہ Self Control کا معاملہ ہے۔</w:t>
      </w:r>
    </w:p>
    <w:p>
      <w:r>
        <w:rPr>
          <w:b/>
        </w:rPr>
        <w:t xml:space="preserve">[54:36] </w:t>
      </w:r>
      <w:r>
        <w:t>self discipline ka muamla hai.</w:t>
      </w:r>
    </w:p>
    <w:p>
      <w:pPr>
        <w:jc w:val="right"/>
      </w:pPr>
      <w:r>
        <w:t>Self Discipline کا معاملہ ہے۔</w:t>
      </w:r>
    </w:p>
    <w:p>
      <w:r>
        <w:rPr>
          <w:b/>
        </w:rPr>
        <w:t xml:space="preserve">[54:39] </w:t>
      </w:r>
      <w:r>
        <w:t>yaani ghoda jis cheez ko majburana taur par karta hai usi ko momin ikhtiyar aur azadi ke sath karta hai.</w:t>
      </w:r>
    </w:p>
    <w:p>
      <w:pPr>
        <w:jc w:val="right"/>
      </w:pPr>
      <w:r>
        <w:t>یعنی گھوڑا جس چیز کو مجبرانہ طور پر کرتا ہے اسی کو مومن اختیار اور آزادی کے ساتھ کرتا ہے۔</w:t>
      </w:r>
    </w:p>
    <w:p>
      <w:r>
        <w:rPr>
          <w:b/>
        </w:rPr>
        <w:t xml:space="preserve">[54:53] </w:t>
      </w:r>
      <w:r>
        <w:t>aur usi par jannat hai.</w:t>
      </w:r>
    </w:p>
    <w:p>
      <w:pPr>
        <w:jc w:val="right"/>
      </w:pPr>
      <w:r>
        <w:t>اور اسی پر جنت ہے۔</w:t>
      </w:r>
    </w:p>
    <w:p>
      <w:r>
        <w:rPr>
          <w:b/>
        </w:rPr>
        <w:t xml:space="preserve">[54:57] </w:t>
      </w:r>
      <w:r>
        <w:t>khuda ne is duniya mein kisi ko bhi majboor nahi kiya ke woh neki hi kare. woh achhai kare. woh bhalai kare.</w:t>
      </w:r>
    </w:p>
    <w:p>
      <w:pPr>
        <w:jc w:val="right"/>
      </w:pPr>
      <w:r>
        <w:t>خدا نے اس دنیا میں کسی کو بھی مجبور نہیں کیا کہ وہ نیکی ہی کرے۔ وہ اچھائی کرے۔ وہ بھلائی کرے۔</w:t>
      </w:r>
    </w:p>
    <w:p>
      <w:r>
        <w:rPr>
          <w:b/>
        </w:rPr>
        <w:t xml:space="preserve">[55:07] </w:t>
      </w:r>
      <w:r>
        <w:t>har ek ko azadi de di hai khuda ne. lekin yeh azadi is liye hai ke aadmi apni azadi ko control ke sath apni azadi ko control mein rakh kar ke sahi dhang par is ko istemal kare.</w:t>
      </w:r>
    </w:p>
    <w:p>
      <w:pPr>
        <w:jc w:val="right"/>
      </w:pPr>
      <w:r>
        <w:t>ہر ایک کو آزادی دے دی ہے خدا نے۔ لیکن یہ آزادی اس لیے ہے کہ آدمی اپنی آزادی کو کنٹرول کے ساتھ اپنی آزادی کو کنٹرول میں رکھ کر کے صحیح ڈھنگ پر اس کو استعمال کرے۔</w:t>
      </w:r>
    </w:p>
    <w:p>
      <w:r>
        <w:rPr>
          <w:b/>
        </w:rPr>
        <w:t xml:space="preserve">[55:29] </w:t>
      </w:r>
      <w:r>
        <w:t>taake woh jannat mein dakhil karne ka mustahiq phir hai khuda ke h</w:t>
      </w:r>
    </w:p>
    <w:p>
      <w:pPr>
        <w:jc w:val="right"/>
      </w:pPr>
      <w:r>
        <w:t>تاکہ وہ جنت میں داخل کرنے کا مستحق پھر ہے خدا کے ہ</w:t>
      </w:r>
    </w:p>
    <w:p>
      <w:r>
        <w:rPr>
          <w:b/>
        </w:rPr>
        <w:t xml:space="preserve">[55:37] </w:t>
      </w:r>
      <w:r>
        <w:t>an. is ke baad 191</w:t>
      </w:r>
    </w:p>
    <w:p>
      <w:pPr>
        <w:jc w:val="right"/>
      </w:pPr>
      <w:r>
        <w:t>اں۔ اس کے بعد 191</w:t>
      </w:r>
    </w:p>
    <w:p>
      <w:r>
        <w:rPr>
          <w:b/>
        </w:rPr>
        <w:t xml:space="preserve">[55:42] </w:t>
      </w:r>
      <w:r>
        <w:t>ki ayat hai FA IN QATALUKUM FAQTULUHUM</w:t>
      </w:r>
    </w:p>
    <w:p>
      <w:pPr>
        <w:jc w:val="right"/>
      </w:pPr>
      <w:r>
        <w:t>کی آیت ہے فَإِنْ قَاتُلُوكُمْ فَاقْتُلُوهُمْ</w:t>
      </w:r>
    </w:p>
    <w:p>
      <w:r>
        <w:rPr>
          <w:b/>
        </w:rPr>
        <w:t xml:space="preserve">[55:49] </w:t>
      </w:r>
      <w:r>
        <w:t>FA IN QATALUKUM FAQTULUHUM yeh hai ayat number 191.</w:t>
      </w:r>
    </w:p>
    <w:p>
      <w:pPr>
        <w:jc w:val="right"/>
      </w:pPr>
      <w:r>
        <w:t>فَإِنْ قَاتُلُوكُمْ فَاقْتُلُوهُمْ یہ ہے آیت نمبر 191۔</w:t>
      </w:r>
    </w:p>
    <w:p>
      <w:r>
        <w:rPr>
          <w:b/>
        </w:rPr>
        <w:t xml:space="preserve">[56:02] </w:t>
      </w:r>
      <w:r>
        <w:t>yani agar woh tum se jang karein to tum bhi un se jang kar sakte ho. is ke mani kya hue?</w:t>
      </w:r>
    </w:p>
    <w:p>
      <w:pPr>
        <w:jc w:val="right"/>
      </w:pPr>
      <w:r>
        <w:t>یعنی اگر وہ تم سے جنگ کریں تو تم بھی ان سے جنگ کر سکتے ہو۔ اس کے معنی کیا ہوئے؟</w:t>
      </w:r>
    </w:p>
    <w:p>
      <w:r>
        <w:rPr>
          <w:b/>
        </w:rPr>
        <w:t xml:space="preserve">[56:11] </w:t>
      </w:r>
      <w:r>
        <w:t>ke momin ke liye jang karna sirf is waqt jaiz hai jab ke doosra Attack kar de. doosra Aggression kar de.</w:t>
      </w:r>
    </w:p>
    <w:p>
      <w:pPr>
        <w:jc w:val="right"/>
      </w:pPr>
      <w:r>
        <w:t>کہ مومن کے لیے جنگ کرنا صرف اس وقت جائز ہے جب کہ دوسرا Attack کر دے۔ دوسرا Aggression کر دے۔</w:t>
      </w:r>
    </w:p>
    <w:p>
      <w:r>
        <w:rPr>
          <w:b/>
        </w:rPr>
        <w:t xml:space="preserve">[56:20] </w:t>
      </w:r>
      <w:r>
        <w:t>doosra hamla kar de.</w:t>
      </w:r>
    </w:p>
    <w:p>
      <w:pPr>
        <w:jc w:val="right"/>
      </w:pPr>
      <w:r>
        <w:t>دوسرا حملہ کر دے۔</w:t>
      </w:r>
    </w:p>
    <w:p>
      <w:r>
        <w:rPr>
          <w:b/>
        </w:rPr>
        <w:t xml:space="preserve">[56:25] </w:t>
      </w:r>
      <w:r>
        <w:t>FA IN QATALUKUM FAQTULUHUM</w:t>
      </w:r>
    </w:p>
    <w:p>
      <w:pPr>
        <w:jc w:val="right"/>
      </w:pPr>
      <w:r>
        <w:t>فَإِنْ قَاتُلُوكُمْ فَاقْتُلُوهُمْ</w:t>
      </w:r>
    </w:p>
    <w:p>
      <w:r>
        <w:rPr>
          <w:b/>
        </w:rPr>
        <w:t xml:space="preserve">[56:29] </w:t>
      </w:r>
      <w:r>
        <w:t>jab woh tum par</w:t>
      </w:r>
    </w:p>
    <w:p>
      <w:pPr>
        <w:jc w:val="right"/>
      </w:pPr>
      <w:r>
        <w:t>جب وہ تم پر</w:t>
      </w:r>
    </w:p>
    <w:p>
      <w:r>
        <w:rPr>
          <w:b/>
        </w:rPr>
        <w:t xml:space="preserve">[56:33] </w:t>
      </w:r>
      <w:r>
        <w:t>jang chhed de tumhare khilaf to tum be difa mein un se lado. is ke baghair nahi.</w:t>
      </w:r>
    </w:p>
    <w:p>
      <w:pPr>
        <w:jc w:val="right"/>
      </w:pPr>
      <w:r>
        <w:t>جنگ چھیڑ دے تمہارے خلاف تو تم بے دفاع میں ان سے لڑو۔ اس کے بغیر نہیں۔</w:t>
      </w:r>
    </w:p>
    <w:p>
      <w:r>
        <w:rPr>
          <w:b/>
        </w:rPr>
        <w:t xml:space="preserve">[56:44] </w:t>
      </w:r>
      <w:r>
        <w:t>agar woh tum se qital kare to tum bhi un se qital karo. agar woh tum se jang karein to tum bhi un se jang karo.</w:t>
      </w:r>
    </w:p>
    <w:p>
      <w:pPr>
        <w:jc w:val="right"/>
      </w:pPr>
      <w:r>
        <w:t>اگر وہ تم سے قتال کرے تو تم بھی ان سے قتال کرو۔ اگر وہ تم سے جنگ کریں تو تم بھی ان سے جنگ کرو۔</w:t>
      </w:r>
    </w:p>
    <w:p>
      <w:r>
        <w:rPr>
          <w:b/>
        </w:rPr>
        <w:t xml:space="preserve">[56:53] </w:t>
      </w:r>
      <w:r>
        <w:t>wazeh taur par is se yeh baat nikalti hai ke Islam mein Aggressive War nahi hai. Islam mein sirf Defensive War hai.</w:t>
      </w:r>
    </w:p>
    <w:p>
      <w:pPr>
        <w:jc w:val="right"/>
      </w:pPr>
      <w:r>
        <w:t>واضح طور پر اس سے یہ بات نکلتی ہے کہ اسلام میں Aggressive War نہیں ہے۔ اسلام میں صرف Defensive War ہے۔</w:t>
      </w:r>
    </w:p>
    <w:p>
      <w:r>
        <w:rPr>
          <w:b/>
        </w:rPr>
        <w:t xml:space="preserve">[57:05] </w:t>
      </w:r>
      <w:r>
        <w:t>Islam ka asal kaam Peaceful daire mein ibadat karna, sache akhlaq par rehna, Dawah Work karna yeh sab yeh sara kaam Peaceful tareeqe se anjam pata hai.</w:t>
      </w:r>
    </w:p>
    <w:p>
      <w:pPr>
        <w:jc w:val="right"/>
      </w:pPr>
      <w:r>
        <w:t>اسلام کا اصل کام Peaceful دائرے میں عبادت کرنا، سچے اخلاق پر رہنا، Dawah Work کرنا یہ سب یہ سارا کام Peaceful طریقے سے انجام پاتا ہے۔</w:t>
      </w:r>
    </w:p>
    <w:p>
      <w:r>
        <w:rPr>
          <w:b/>
        </w:rPr>
        <w:t xml:space="preserve">[57:21] </w:t>
      </w:r>
      <w:r>
        <w:t>aur jahan tak jang ki baat hai to yeh is waqt ke liye jab ke koi Attack kare. woh bhi Attack kis par?</w:t>
      </w:r>
    </w:p>
    <w:p>
      <w:pPr>
        <w:jc w:val="right"/>
      </w:pPr>
      <w:r>
        <w:t>اور جہاں تک جنگ کی بات ہے تو یہ اس وقت کے لیے جب کہ کوئی Attack کرے۔ وہ بھی Attack کس پر؟</w:t>
      </w:r>
    </w:p>
    <w:p>
      <w:r>
        <w:rPr>
          <w:b/>
        </w:rPr>
        <w:t xml:space="preserve">[57:30] </w:t>
      </w:r>
      <w:r>
        <w:t>State par.</w:t>
      </w:r>
    </w:p>
    <w:p>
      <w:pPr>
        <w:jc w:val="right"/>
      </w:pPr>
      <w:r>
        <w:t>State پر۔</w:t>
      </w:r>
    </w:p>
    <w:p>
      <w:r>
        <w:rPr>
          <w:b/>
        </w:rPr>
        <w:t xml:space="preserve">[57:32] </w:t>
      </w:r>
      <w:r>
        <w:t>agar ahl-e-iman ka ek State hai is to woh woh State apne padosiyon se Peaceful tareeqe se rahega.</w:t>
      </w:r>
    </w:p>
    <w:p>
      <w:pPr>
        <w:jc w:val="right"/>
      </w:pPr>
      <w:r>
        <w:t>اگر اہل ایمان کا ایک State ہے اس تو وہ وہ State اپنے پڑوسیوں سے Peaceful طریقے سے رہے گا۔</w:t>
      </w:r>
    </w:p>
    <w:p>
      <w:r>
        <w:rPr>
          <w:b/>
        </w:rPr>
        <w:t xml:space="preserve">[57:43] </w:t>
      </w:r>
      <w:r>
        <w:t>albatta koi ek tarfa taur par Attack kar de to jab Attack ho jaye, Aggression ho jaye to State ko yeh haq hai ke woh Defense ke taur par us se lade.</w:t>
      </w:r>
    </w:p>
    <w:p>
      <w:pPr>
        <w:jc w:val="right"/>
      </w:pPr>
      <w:r>
        <w:t>البتہ کوئی ایک طرفہ طور پر Attack کر دے تو جب Attack ہو جائے، Aggression ہو جائے تو State کو یہ حق ہے کہ وہ Defense کے طور پر اس سے لڑے۔</w:t>
      </w:r>
    </w:p>
    <w:p>
      <w:r>
        <w:rPr>
          <w:b/>
        </w:rPr>
        <w:t xml:space="preserve">[57:58] </w:t>
      </w:r>
      <w:r>
        <w:t>to</w:t>
      </w:r>
    </w:p>
    <w:p>
      <w:pPr>
        <w:jc w:val="right"/>
      </w:pPr>
      <w:r>
        <w:t>تو</w:t>
      </w:r>
    </w:p>
    <w:p>
      <w:r>
        <w:rPr>
          <w:b/>
        </w:rPr>
        <w:t xml:space="preserve">[57:59] </w:t>
      </w:r>
      <w:r>
        <w:t>Islam mein</w:t>
      </w:r>
    </w:p>
    <w:p>
      <w:pPr>
        <w:jc w:val="right"/>
      </w:pPr>
      <w:r>
        <w:t>اسلام میں</w:t>
      </w:r>
    </w:p>
    <w:p>
      <w:r>
        <w:rPr>
          <w:b/>
        </w:rPr>
        <w:t xml:space="preserve">[58:03] </w:t>
      </w:r>
      <w:r>
        <w:t>Defensive War hai. Islam mein Offensive War nahi hai.</w:t>
      </w:r>
    </w:p>
    <w:p>
      <w:pPr>
        <w:jc w:val="right"/>
      </w:pPr>
      <w:r>
        <w:t>Defensive War ہے۔ اسلام میں Offensive War نہیں ہے۔</w:t>
      </w:r>
    </w:p>
    <w:p>
      <w:r>
        <w:rPr>
          <w:b/>
        </w:rPr>
        <w:t xml:space="preserve">[58:11] </w:t>
      </w:r>
      <w:r>
        <w:t>aqool qawli haza wastaghfirullaha li walakum ajmaeen.</w:t>
      </w:r>
    </w:p>
    <w:p>
      <w:pPr>
        <w:jc w:val="right"/>
      </w:pPr>
      <w:r>
        <w:t>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