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Power of Positive Thinking November 3, 2024</w:t>
      </w:r>
    </w:p>
    <w:p>
      <w:r>
        <w:t>https://youtu.be/q6Ly4ofTmxY</w:t>
      </w:r>
    </w:p>
    <w:p>
      <w:r>
        <w:rPr>
          <w:b/>
        </w:rPr>
        <w:t xml:space="preserve">[00:11] </w:t>
      </w:r>
      <w:r>
        <w:t>Assalamualaikum. Today we will have a conversation with Professor Farida Khanam on the subject "The Power of Positive Thinking." Thinking, as we know, occurs at the level of mind, and it is mind which is the most important aspect of human existence.</w:t>
      </w:r>
    </w:p>
    <w:p>
      <w:pPr>
        <w:jc w:val="right"/>
      </w:pPr>
      <w:r>
        <w:t>Assalamualaikum. Today we will have a conversation with Professor Farida Khanam on the subject "The Power of Positive Thinking." Thinking, as we know, occurs at the level of mind, and it is mind which is the most important aspect of human existence.</w:t>
      </w:r>
    </w:p>
    <w:p>
      <w:r>
        <w:rPr>
          <w:b/>
        </w:rPr>
        <w:t xml:space="preserve">[00:29] </w:t>
      </w:r>
      <w:r>
        <w:t>It allows a person to plan his or her actions, which is key to success. Thinking lifts a person to a higher level of human</w:t>
      </w:r>
    </w:p>
    <w:p>
      <w:pPr>
        <w:jc w:val="right"/>
      </w:pPr>
      <w:r>
        <w:t>It allows a person to plan his or her actions, which is key to success. Thinking lifts a person to a higher level of human</w:t>
      </w:r>
    </w:p>
    <w:p>
      <w:r>
        <w:rPr>
          <w:b/>
        </w:rPr>
        <w:t xml:space="preserve">[00:40] </w:t>
      </w:r>
      <w:r>
        <w:t>ity. To chaliye aaj is important mauzu par charcha karte hain, Farida aap ke saath. Assalamualikum aap, kaise hain aap? Wa alaikum assalam, aap theek hain?</w:t>
      </w:r>
    </w:p>
    <w:p>
      <w:pPr>
        <w:jc w:val="right"/>
      </w:pPr>
      <w:r>
        <w:t>ity. तो चलिए आज इस important موضوع पर चर्चा करते हैं, Farida आप के साथ। अस्सलामुअलैकुम आप, कैसे हैं आप? وعلیکم السلام، آپ ٹھیک ہیں؟</w:t>
      </w:r>
    </w:p>
    <w:p>
      <w:r>
        <w:rPr>
          <w:b/>
        </w:rPr>
        <w:t xml:space="preserve">[00:48] </w:t>
      </w:r>
      <w:r>
        <w:t>Ji aap, Alhamdulillah. Aap ka sabse pehla sawal to subject par hi hai ki positive thinking kya hai, iske bare mein aap hum sab ko bataein. Positive thinking dekhiye, sabse zyada important cheez hai,</w:t>
      </w:r>
    </w:p>
    <w:p>
      <w:pPr>
        <w:jc w:val="right"/>
      </w:pPr>
      <w:r>
        <w:t>जी आप, الحمدللہ۔ आपका सबसे पहला सवाल तो subject पर ही है कि positive thinking क्या है, इसके बारे में आप हम सबको बताएं। Positive thinking देखिए, सबसे ज्यादा important चीज़ है,</w:t>
      </w:r>
    </w:p>
    <w:p>
      <w:r>
        <w:rPr>
          <w:b/>
        </w:rPr>
        <w:t xml:space="preserve">[01:03] </w:t>
      </w:r>
      <w:r>
        <w:t>lekin yahi ek aisi cheez hai jiske bare mein log bahut kam jante hain.</w:t>
      </w:r>
    </w:p>
    <w:p>
      <w:pPr>
        <w:jc w:val="right"/>
      </w:pPr>
      <w:r>
        <w:t>लेकिन यही एक ऐसी चीज़ है जिसके बारे में लोग बहुत कम जानते हैं।</w:t>
      </w:r>
    </w:p>
    <w:p>
      <w:r>
        <w:rPr>
          <w:b/>
        </w:rPr>
        <w:t xml:space="preserve">[01:08] </w:t>
      </w:r>
      <w:r>
        <w:t>Insaan ke andar jo sabse badi cheez hai, wo mind hai. Lekin masla ye hai ki mind jo hai, wo ek potential form hai hamare paas. Humein usko istemal karna hai, usko awaken karna hai,</w:t>
      </w:r>
    </w:p>
    <w:p>
      <w:pPr>
        <w:jc w:val="right"/>
      </w:pPr>
      <w:r>
        <w:t>इंसान के अंदर जो सबसे बड़ी चीज़ है, वो mind है। लेकिन मसला ये है कि mind जो है, वो एक potential form है हमारे पास। हमें उसको इस्तेमाल करना है, उसको awaken करना है,</w:t>
      </w:r>
    </w:p>
    <w:p>
      <w:r>
        <w:rPr>
          <w:b/>
        </w:rPr>
        <w:t xml:space="preserve">[01:23] </w:t>
      </w:r>
      <w:r>
        <w:t>us potential ko realize karna hai. Animals ko wo different hote hain, unke yahan to wo they are governed by their instincts. Lekin hamare yahan insaan ke paas aisa nahi hai,</w:t>
      </w:r>
    </w:p>
    <w:p>
      <w:pPr>
        <w:jc w:val="right"/>
      </w:pPr>
      <w:r>
        <w:t>उस potential को realize करना है। Animals को वो different होते हैं, उनके यहाँ तो वो they are governed by their instincts। लेकिन हमारे यहाँ इंसान के पास ऐसा नहीं है,</w:t>
      </w:r>
    </w:p>
    <w:p>
      <w:r>
        <w:rPr>
          <w:b/>
        </w:rPr>
        <w:t xml:space="preserve">[01:37] </w:t>
      </w:r>
      <w:r>
        <w:t>unko har cheez potential form mein, usko unhone actual banana hai. Maulana ne is par bahut likha hai, Taameer-e-Hayat mein likhte hain ki zindagi ek art hai. Jo log is art ko jaanein, wahi kaamyaab hote hain. Aur ye art hai positive thinking. Positive thinking ka matlab hai psychology of reaction se upar uth jana</w:t>
      </w:r>
    </w:p>
    <w:p>
      <w:pPr>
        <w:jc w:val="right"/>
      </w:pPr>
      <w:r>
        <w:t>उनको हर चीज़ potential form में, उसको उन्होंने actual बनाना है। मौलाना ने इस पर बहुत लिखा है, तामीर हयात में लिखते हैं कि ज़िंदगी एक art है। जो लोग इस art को जानें, वही कामयाब होते हैं। और ये art है positive thinking। Positive thinking का मतलब है psychology of reaction से ऊपर उठ जाना</w:t>
      </w:r>
    </w:p>
    <w:p>
      <w:r>
        <w:rPr>
          <w:b/>
        </w:rPr>
        <w:t xml:space="preserve">[02:04] </w:t>
      </w:r>
      <w:r>
        <w:t>. Jaise hum humein koi aisi baat kehta hai jo humein napasand hoti hai, to hum react karte hain. Sochte nahi hain ki is masle ka hal kya hai. Maine dekha hai Maulana ko, bahut zyada Maulana ki mukhalfatein huin, lekin bilkul calm rehte the wo, aur bahut hi bas jaise sochte the ki is masle ka hal kya hai. Wo ye nahi sochte the ki wo kya keh raha hai, hal sochte lagte the.</w:t>
      </w:r>
    </w:p>
    <w:p>
      <w:pPr>
        <w:jc w:val="right"/>
      </w:pPr>
      <w:r>
        <w:t>। जैसे हम हमें कोई ऐसी बात कहता है जो हमें नापसंद होती है, तो हम react करते हैं। सोचते नहीं हैं कि इस मसले का हल क्या है। मैंने देखा है मौलाना को, बहुत ज्यादा मौलाना की मुखालफतें हुईं, लेकिन बिल्कुल calm रहते थे वो, और बहुत ही बस जैसे सोचते थे कि इस मसले का हल क्या है। वो ये नहीं सोचते थे कि वो क्या कह रहा है, हल सोचने लगते थे।</w:t>
      </w:r>
    </w:p>
    <w:p>
      <w:r>
        <w:rPr>
          <w:b/>
        </w:rPr>
        <w:t xml:space="preserve">[02:32] </w:t>
      </w:r>
      <w:r>
        <w:t>To isliye unke chehre par kabhi bhi koi bhi pareshani ke asaar nahi hote the. To kyunki gussa, inteqaam, nafrat, yahi sari cheezein hain jo humein positive thinking par amal karne par baadha dalti hain, rukawat banti hain. To humein bahut hi zyada apne aap ko aware banana hai aur in sab cheezon se upar uth jana hai.</w:t>
      </w:r>
    </w:p>
    <w:p>
      <w:pPr>
        <w:jc w:val="right"/>
      </w:pPr>
      <w:r>
        <w:t>तो इसलिए उनके चेहरे पर कभी भी कोई भी परेशानी के आसार नहीं होते थे। तो क्योंकि गुस्सा, इंतकाम, नफरत, यही सारी चीज़ें हैं जो हमें positive thinking पर अमल करने पर बाधा डालती हैं, रुकावट बनती हैं। तो हमें बहुत ही ज्यादा अपने आप को aware बनाना है और इन सब चीज़ों से ऊपर उठ जाना है।</w:t>
      </w:r>
    </w:p>
    <w:p>
      <w:r>
        <w:rPr>
          <w:b/>
        </w:rPr>
        <w:t xml:space="preserve">[03:01] </w:t>
      </w:r>
      <w:r>
        <w:t>Kyunki jab tak hamari approach unbiased na ho, tab tak hum sahi-sahi planning nahi kar sakte. Aur jab tak hum sahi planning nahi karenge, hum kaamyaab nahi ho sakte hain. To sahi tarz-e-fikr, sahi way of thinking jo hai, wahi humein kaamyaabi ki taraf le jata hai, aur galat way of thinking jo hai, humein barbadi ki taraf le jata hai. Main yahan ek-do misaal</w:t>
      </w:r>
    </w:p>
    <w:p>
      <w:pPr>
        <w:jc w:val="right"/>
      </w:pPr>
      <w:r>
        <w:t>क्योंकि जब तक हमारी approach unbiased ना हो, तब तक हम सही-सही planning नहीं कर सकते। और जब तक हम सही planning नहीं करेंगे, हम कामयाब नहीं हो सकते हैं। तो सही तर्ज़-ए-फिक्र, सही way of thinking जो है, वही हमें कामयाबी की तरफ ले जाता है, और गलत way of thinking जो है, हमें बर्बादी की तरफ ले जाता है। मैं यहाँ एक-दो मिसाल</w:t>
      </w:r>
    </w:p>
    <w:p>
      <w:r>
        <w:rPr>
          <w:b/>
        </w:rPr>
        <w:t xml:space="preserve">[03:26] </w:t>
      </w:r>
      <w:r>
        <w:t>doongi. Ek baar ye Maulana ne shayad Taameer-e-Hayat mein likhi hai, Araazi-e-Hayat mein. To ek dukaan mein aag lag gayi thi, to ab bahut badi nuksan ki baat thi, sara saaman jal gaya. Lekin usne replanning ki. Wo nahi socha usne ki kisne aag lagayi, kyun aag lagi, aur pareshan hokar ghar mein so jata, let jata ki ab hum kuch</w:t>
      </w:r>
    </w:p>
    <w:p>
      <w:pPr>
        <w:jc w:val="right"/>
      </w:pPr>
      <w:r>
        <w:t>दूँगी। एक बार ये मौलाना ने शायद तामीर हयात में लिखी है, अराज़ी हयात में। तो एक दुकान में आग लग गई थी, तो अब बहुत बड़ी नुकसान की बात थी, सारा सामान जल गया। लेकिन उसने replanning की। वो नहीं सोचा उसने कि किसने आग लगाई, क्यों आग लगी, और परेशान होकर घर में सो जाता, लेट जाता कि अब हम कुछ</w:t>
      </w:r>
    </w:p>
    <w:p>
      <w:r>
        <w:rPr>
          <w:b/>
        </w:rPr>
        <w:t xml:space="preserve">[03:55] </w:t>
      </w:r>
      <w:r>
        <w:t>nahi kar sakte, hum failure ho gaye hain. Lekin usne fauran nayi planning ki, naya saaman kharida, aur uske board par laga diya mota-mota bold likhkar, "Is dukaan mein aap ko har saaman fresh milega." Ab aap jante hain ki fresh saaman ke liye customer kitna toot pade uski dukaan par. Ab wo dukaan pehle se bhi zyada chalne lagi. To</w:t>
      </w:r>
    </w:p>
    <w:p>
      <w:pPr>
        <w:jc w:val="right"/>
      </w:pPr>
      <w:r>
        <w:t>नहीं कर सकते, हम failure हो गए हैं। लेकिन उसने फौरन नई planning की, नया सामान खरीदा, और उसके board पर लगा दिया मोटा-मोटा bold लिखकर, "इस दुकान में आपको हर सामान fresh मिलेगा।" अब आप जानते हैं कि fresh सामान के लिए customer कितना टूट पड़े उसकी दुकान पर। अब वो दुकान पहले से भी ज्यादा चलने लगी। तो</w:t>
      </w:r>
    </w:p>
    <w:p>
      <w:r>
        <w:rPr>
          <w:b/>
        </w:rPr>
        <w:t xml:space="preserve">[04:18] </w:t>
      </w:r>
      <w:r>
        <w:t>humein yaad rakhna chahiye ki is duniya mein agar problem hai, to bahut zyada uske saath mawaqe hain. Ab mawaqe tabhi khulte hain jab hamare andar positive thinking hoti hai, jab hum halaat se mutassir nahi ho jate, balki hum replanning karte hain. Maulana ne ek kitaab bhi likhi, ek booklet hai replanning par. To har cheez ke bare mein hum replan kar sakte hain.</w:t>
      </w:r>
    </w:p>
    <w:p>
      <w:pPr>
        <w:jc w:val="right"/>
      </w:pPr>
      <w:r>
        <w:t>हमें याद रखना चाहिए कि इस दुनिया में अगर problem है, तो बहुत ज्यादा उसके साथ मवाके हैं। अब मवाके तभी खुलते हैं जब हमारे अंदर positive thinking होती है, जब हम हालात से मुतस्सिर नहीं हो जाते, बल्कि हम replanning करते हैं। मौलाना ने एक किताब भी लिखी, एक booklet है replanning पर। तो हर चीज़ के बारे में हम replan कर सकते हैं।</w:t>
      </w:r>
    </w:p>
    <w:p>
      <w:r>
        <w:rPr>
          <w:b/>
        </w:rPr>
        <w:t xml:space="preserve">[04:44] </w:t>
      </w:r>
      <w:r>
        <w:t>Kyunki is duniya mein, ye duniya Allah taala ne banayi hai, to yahan par masail se bahut zyada opportunities hain. To replan karein hum aur opportunities ko talash karein. Aur is tarike se hum mawaqe ko avail karna seekhein, to inshaAllah zaroor hum kaamyaab honge. Ji,</w:t>
      </w:r>
    </w:p>
    <w:p>
      <w:pPr>
        <w:jc w:val="right"/>
      </w:pPr>
      <w:r>
        <w:t>क्योंकि इस दुनिया में, ये दुनिया अल्लाह ताला ने बनाई है, तो यहाँ पर मसाइल से बहुत ज्यादा opportunities हैं। तो replan करें हम और opportunities को तलाश करें। और इस तरीके से हम मवाके को avail करना सीखें, तो इंशाअल्लाह जरूर हम कामयाब होंगे। जी,</w:t>
      </w:r>
    </w:p>
    <w:p>
      <w:r>
        <w:rPr>
          <w:b/>
        </w:rPr>
        <w:t xml:space="preserve">[05:05] </w:t>
      </w:r>
      <w:r>
        <w:t>aap ne bahut sahi baat kahi hai ki jitni zyada problems hain is duniya mein, us se zyada to opportunities hain. Aur lekin aap, hota kya hai ki jaise aap ne abhi positive thinking ke bare mein bataya, usi ka opposite negative thinking bhi hai. Aksar log external situations ko lekar negative ho jate hain. Aur aap, ye to bada clear hai ki your level of success depends upon whether you have negative thinking or positive</w:t>
      </w:r>
    </w:p>
    <w:p>
      <w:pPr>
        <w:jc w:val="right"/>
      </w:pPr>
      <w:r>
        <w:t>आपने बहुत सही बात कही है कि जितनी ज्यादा problems हैं इस दुनिया में, उससे ज्यादा तो opportunities हैं। और लेकिन आप, होता क्या है कि जैसे आपने अभी positive thinking के बारे में बताया, उसी का opposite negative thinking भी है। अक्सर लोग external situations को लेकर negative हो जाते हैं। और आप, ये तो बड़ा clear है कि your level of success depends upon whether you have negative thinking or positive</w:t>
      </w:r>
    </w:p>
    <w:p>
      <w:r>
        <w:rPr>
          <w:b/>
        </w:rPr>
        <w:t xml:space="preserve">[05:31] </w:t>
      </w:r>
      <w:r>
        <w:t>thinking. Lekin log aksar negative thinking ke harmful aspects ko nahi samajh paate hain. To main chahunga ki aap iske bare mein bataein ki what are the harmful aspects of negative thinking?</w:t>
      </w:r>
    </w:p>
    <w:p>
      <w:pPr>
        <w:jc w:val="right"/>
      </w:pPr>
      <w:r>
        <w:t>thinking। लेकिन लोग अक्सर negative thinking के harmful aspects को नहीं समझ पाते हैं। तो मैं चाहूँगा कि आप इसके बारे में बताएं कि what are the harmful aspects of negative thinking?</w:t>
      </w:r>
    </w:p>
    <w:p>
      <w:r>
        <w:rPr>
          <w:b/>
        </w:rPr>
        <w:t xml:space="preserve">[05:45] </w:t>
      </w:r>
      <w:r>
        <w:t>Sabse bada harmful aspect jo insaan awwal ke samne pesh aaya, wo the Hazrat Adam</w:t>
      </w:r>
    </w:p>
    <w:p>
      <w:pPr>
        <w:jc w:val="right"/>
      </w:pPr>
      <w:r>
        <w:t>सबसे बड़ा harmful aspect जो इंसान अव्वल के सामने पेश आया, वो थे हज़रत आदम</w:t>
      </w:r>
    </w:p>
    <w:p>
      <w:r>
        <w:rPr>
          <w:b/>
        </w:rPr>
        <w:t xml:space="preserve">[05:53] </w:t>
      </w:r>
      <w:r>
        <w:t>. Hazrat Adam ko jannat mein rehne ko diya gaya tha, aur usmein Bible ke mutabiq Baagh-e-Adan is duniya mein tha. To ye duniya jab polluted nahi thi, koi air pollution nahi, water pollution nahi, to sab jannat hi lagti rahi hogi. To tab bhi wo jannat thi, aur asli jannat mein the, tab bhi wo jannat thi. To wahan par unse kaha gaya, Allah taala ne farmaya ki ek sirf ek ped hai,</w:t>
      </w:r>
    </w:p>
    <w:p>
      <w:pPr>
        <w:jc w:val="right"/>
      </w:pPr>
      <w:r>
        <w:t>। हज़रत आदम को जन्नत में रहने को दिया गया था, और उसमें बाइबिल के मुताबिक बाग-ए-अदन इस दुनिया में था। तो ये दुनिया जब polluted नहीं थी, कोई air pollution नहीं, water pollution नहीं, तो सब जन्नत ही लगती रही होगी। तो तब भी वो जन्नत थी, और असली जन्नत में थे, तब भी वो जन्नत थी। तो वहाँ पर उनसे कहा गया, अल्लाह ताला ने फरमाया कि एक सिर्फ एक पेड़ है,</w:t>
      </w:r>
    </w:p>
    <w:p>
      <w:r>
        <w:rPr>
          <w:b/>
        </w:rPr>
        <w:t xml:space="preserve">[06:21] </w:t>
      </w:r>
      <w:r>
        <w:t>iska phal na khana, baqi tum jo chahkar reh sakte ho, jis tarah chahein. To ye insaan ki mentality hai ki agar ek cheez ko usko mana kar diya jaye, to bas usi par wo focus karne lagta hai. To unko ehsas-e-mahrumi jo hai, satane laga ki is ped ka phal khane se kya hota hai. Shaitan ne behka diya ki isse tumko eternal life milegi. To isi liye Allah ne tumko mana kiya ye phal khane se. To</w:t>
      </w:r>
    </w:p>
    <w:p>
      <w:pPr>
        <w:jc w:val="right"/>
      </w:pPr>
      <w:r>
        <w:t>इसका फल ना खाना, बाकी तुम जो चाहकर रह सकते हो, जिस तरह चाहें। तो ये इंसान की mentality है कि अगर एक चीज़ को उसको मना कर दिया जाए, तो बस उसी पर वो focus करने लगता है। तो उनको एहसास-ए-महरूमी जो है, सताने लगा कि इस पेड़ का फल खाने से क्या होता है। शैतान ने बहका दिया कि इससे तुमको eternal life मिलेगी। तो इसीलिए अल्लाह ने तुमको मना किया ये फल खाने से। तो</w:t>
      </w:r>
    </w:p>
    <w:p>
      <w:r>
        <w:rPr>
          <w:b/>
        </w:rPr>
        <w:t xml:space="preserve">[06:49] </w:t>
      </w:r>
      <w:r>
        <w:t>unhone phal kha liya aur unki jannat chheen gayi. To ab ye to bahut bada nuksan hai. To isi tarike se hum negative thinking ke nuksanat bahut zyada hain. Yahan main kuch misale doongi aap ko. To ab jin-jin ko dekhiye, jab Allah taala ne jin ko paida kiya, to usko bahut taqat di thi.</w:t>
      </w:r>
    </w:p>
    <w:p>
      <w:pPr>
        <w:jc w:val="right"/>
      </w:pPr>
      <w:r>
        <w:t>उन्होंने फल खा लिया और उनकी जन्नत छीन गई। तो अब ये तो बहुत बड़ा नुकसान है। तो इसी तरीके से हम negative thinking के नुकसानात बहुत ज्यादा हैं। यहाँ मैं कुछ मिसाले दूँगी आपको। तो अब जिन-जिन को देखिए, जब अल्लाह ताला ने जिन को पैदा किया, तो उसको बहुत ताकत दी थी।</w:t>
      </w:r>
    </w:p>
    <w:p>
      <w:r>
        <w:rPr>
          <w:b/>
        </w:rPr>
        <w:t xml:space="preserve">[07:10] </w:t>
      </w:r>
      <w:r>
        <w:t>Aap logon ko yaad hoga jab Hazrat Suleman ke liye jinnaat jo hain, wo Malika-e-Saba ka palak jhapkte hue throne lekar aa gaye the. To sab kuch unke paas tha. Lekin Allah taala ne jab insaan ko paida kiya aur kaha ki inko tum jhuk jao inke aage, to wo nahi jhuka. Us ko laga ki ye insaan ko badhai mil gayi</w:t>
      </w:r>
    </w:p>
    <w:p>
      <w:pPr>
        <w:jc w:val="right"/>
      </w:pPr>
      <w:r>
        <w:t>आप लोगों को याद होगा जब हज़रत सुलेमान के लिए जिन्नात जो हैं, वो मलका-ए-शीबा का पलक झपकते हुए throne लेकर आ गए थे। तो सब कुछ उनके पास था। लेकिन अल्लाह ताला ने जब इंसान को पैदा किया और कहा कि इनको तुम झुक जाओ इनके आगे, तो वो नहीं झुका। उसको लगा कि ये इंसान को बढ़ाई मिल गई</w:t>
      </w:r>
    </w:p>
    <w:p>
      <w:r>
        <w:rPr>
          <w:b/>
        </w:rPr>
        <w:t xml:space="preserve">[07:37] </w:t>
      </w:r>
      <w:r>
        <w:t>. Hamare aage logon ko jhukna chahiye. Us ne kaha ki main to aag se banaya gaya hoon, ye mitti se banaya gaya hai. To ye hota hai. Aur us rehmat se hamesha-hamesha ke liye wo door ho gaya. Isi tarah aap first generation Habil-Qabil ko lijiye. Qabil ko Cain kehte hain Bible mein, aur Habil ko Abel</w:t>
      </w:r>
    </w:p>
    <w:p>
      <w:pPr>
        <w:jc w:val="right"/>
      </w:pPr>
      <w:r>
        <w:t>। हमारे आगे लोगों को झुकना चाहिए। उसने कहा कि मैं तो आग से बनाया गया हूँ, ये मिट्टी से बनाया गया है। तो ये होता है। और उस रहमत से हमेशा-हमेशा के लिए वो दूर हो गया। इसी तरह आप first generation हबील-काबील को लीजिए। काबील को केन कहते हैं बाइबिल में, और हबील को ए</w:t>
      </w:r>
    </w:p>
    <w:p>
      <w:r>
        <w:rPr>
          <w:b/>
        </w:rPr>
        <w:t xml:space="preserve">[08:02] </w:t>
      </w:r>
      <w:r>
        <w:t>bul. To do bhaiyon mein kuch problem ho gaya, koi cheez usko</w:t>
      </w:r>
    </w:p>
    <w:p>
      <w:pPr>
        <w:jc w:val="right"/>
      </w:pPr>
      <w:r>
        <w:t>बुल। तो दो भाइयों में कुछ problem हो गया, कोई चीज़ उसको</w:t>
      </w:r>
    </w:p>
    <w:p>
      <w:r>
        <w:rPr>
          <w:b/>
        </w:rPr>
        <w:t xml:space="preserve">[08:09] </w:t>
      </w:r>
      <w:r>
        <w:t>ken ko laga ke yeh mujhe milni chahiye thi, woh bare bhai ko mil gayi.</w:t>
      </w:r>
    </w:p>
    <w:p>
      <w:pPr>
        <w:jc w:val="right"/>
      </w:pPr>
      <w:r>
        <w:t>केन को लगा कि ये मुझे मिलनी चाहिए थी, वो बड़े भाई को मिल गई।</w:t>
      </w:r>
    </w:p>
    <w:p>
      <w:r>
        <w:rPr>
          <w:b/>
        </w:rPr>
        <w:t xml:space="preserve">[08:13] </w:t>
      </w:r>
      <w:r>
        <w:t>to woh gussa ho gaya aur maar dala bare bhai ko.</w:t>
      </w:r>
    </w:p>
    <w:p>
      <w:pPr>
        <w:jc w:val="right"/>
      </w:pPr>
      <w:r>
        <w:t>तो वो गुस्सा हो गया और मार डाला बड़े भाई को।</w:t>
      </w:r>
    </w:p>
    <w:p>
      <w:r>
        <w:rPr>
          <w:b/>
        </w:rPr>
        <w:t xml:space="preserve">[08:18] </w:t>
      </w:r>
      <w:r>
        <w:t>to woh bohat-bohat achhe the habel.</w:t>
      </w:r>
    </w:p>
    <w:p>
      <w:pPr>
        <w:jc w:val="right"/>
      </w:pPr>
      <w:r>
        <w:t>तो वो बहुत-बहुत अच्छे थे हबील।</w:t>
      </w:r>
    </w:p>
    <w:p>
      <w:r>
        <w:rPr>
          <w:b/>
        </w:rPr>
        <w:t xml:space="preserve">[08:21] </w:t>
      </w:r>
      <w:r>
        <w:t>unhon ne kaha, "tum mere upar haath uthaoge, main tumhare upar haath nahin uthaunga."</w:t>
      </w:r>
    </w:p>
    <w:p>
      <w:pPr>
        <w:jc w:val="right"/>
      </w:pPr>
      <w:r>
        <w:t>उन्होंने कहा, "तुम मेरे ऊपर हाथ उठाओगे, मैं तुम्हारे ऊपर हाथ नहीं उठाऊँगा।"</w:t>
      </w:r>
    </w:p>
    <w:p>
      <w:r>
        <w:rPr>
          <w:b/>
        </w:rPr>
        <w:t xml:space="preserve">[08:25] </w:t>
      </w:r>
      <w:r>
        <w:t>to ab bataiye ke ab usko itna bhi nahin pata tha ke us dead body ka kya karoon.</w:t>
      </w:r>
    </w:p>
    <w:p>
      <w:pPr>
        <w:jc w:val="right"/>
      </w:pPr>
      <w:r>
        <w:t>तो अब बताइए कि अब उसको इतना भी नहीं पता था कि उस dead body का क्या करूँ।</w:t>
      </w:r>
    </w:p>
    <w:p>
      <w:r>
        <w:rPr>
          <w:b/>
        </w:rPr>
        <w:t xml:space="preserve">[08:32] </w:t>
      </w:r>
      <w:r>
        <w:t>Wo dead body apne kandhe pe rakh ke ghoom raha tha. To Allah taala ne ek kauwa bheja, aur kauwe ne ek dead kauwa lekar ke. To us ne zameen khodi aur us dead kauwe ko andar daba ke bury kiya. To ab insaan itna kam janta hai ki ek dead body ko bhi kaise dispose of kare, uski samajh mein nahi aa raha tha. Uske bawajood gusse mein aadmi kya hota hai ki sab kuch bhool jata</w:t>
      </w:r>
    </w:p>
    <w:p>
      <w:pPr>
        <w:jc w:val="right"/>
      </w:pPr>
      <w:r>
        <w:t>वो dead body अपने कंधे पे रख के घूम रहा था। तो अल्लाह ताला ने एक कौवा भेजा, और कौवे ने एक dead कौवा लेकर के। तो उसने जमीन खोदी और उस dead कौवे को अंदर दबा के bury किया। तो अब इंसान इतना कम जानता है कि एक dead body को भी कैसे dispose of करे, उसकी समझ में नहीं आ रहा था। उसके बावजूद गुस्से में आदमी क्या होता है कि सब कुछ भूल जाता</w:t>
      </w:r>
    </w:p>
    <w:p>
      <w:r>
        <w:rPr>
          <w:b/>
        </w:rPr>
        <w:t xml:space="preserve">[09:01] </w:t>
      </w:r>
      <w:r>
        <w:t>hai, apni limitations ko bhool jata hai. To gussa bahut kharab cheez hai. Gusse hi insaan ke andar negative thought aata hai. To humein har halat mein positive rehna hai. Humein ye soch kar rehna hai ki hum Khuda ki banayi hui duniya mein hain. Yahan masail se bahut zyada opportunities hain. To baar-baar aisa hoga ki hamare andar negative thought aayega. Kyunki is duniya mein bahut sare log hain,</w:t>
      </w:r>
    </w:p>
    <w:p>
      <w:pPr>
        <w:jc w:val="right"/>
      </w:pPr>
      <w:r>
        <w:t>है, अपनी limitations को भूल जाता है। तो गुस्सा बहुत खराब चीज़ है। गुस्से ही इंसान के अंदर negative thought आता है। तो हमें हर हालत में positive रहना है। हमें ये सोच कर रहना है कि हम खुदा की बनाई हुई दुनिया में हैं। यहाँ मसाइल से बहुत ज्यादा opportunities हैं। तो बार-बार ऐसा होगा कि हमारे अंदर negative thought आएगा। क्योंकि इस दुनिया में बहुत सारे लोग हैं,</w:t>
      </w:r>
    </w:p>
    <w:p>
      <w:r>
        <w:rPr>
          <w:b/>
        </w:rPr>
        <w:t xml:space="preserve">[09:29] </w:t>
      </w:r>
      <w:r>
        <w:t>lakhon-karoron log hain hamare sath reh rahe hain. wo sabke ab alag-alag interest hain. to bar-bar aisa hota hai ki unka interest hamare interest se takrata hai. to hum gussa ho jate hain. us waqt hamein apni positivity ko maintain rakhna hai. kyunki life mein unpleasant situation ke baghair life aapko nahi mil sakti. ye to bilkul impossibility hai.</w:t>
      </w:r>
    </w:p>
    <w:p>
      <w:pPr>
        <w:jc w:val="right"/>
      </w:pPr>
      <w:r>
        <w:t>लाखों-करोड़ों लोग हैं हमारे साथ रह रहे हैं। वो सबके अब अलग-अलग interest हैं। तो बार-बार ऐसा होता है कि उनका interest हमारे interest से टकराता है। तो हम गुस्सा हो जाते हैं। उस वक्त हमें अपनी positivity को maintain रखना है। क्योंकि life में unpleasant situation के बगैर life आपको नहीं मिल सकती। ये तो बिल्कुल impossibility है।</w:t>
      </w:r>
    </w:p>
    <w:p>
      <w:r>
        <w:rPr>
          <w:b/>
        </w:rPr>
        <w:t xml:space="preserve">[09:57] </w:t>
      </w:r>
      <w:r>
        <w:t>hamein sirf yahi karna hai ki hamein apne aap ko negativity se bachana hai. ji, to aur negativity se bachana isliye hai ki bahut zyada uske fayde hain. ek wahan china mein ek the jack ma. to unhone apni taalim mukammal karne ke baad jagah-jagah apply kiya. job ke liye unko job hi nahi milta tha.</w:t>
      </w:r>
    </w:p>
    <w:p>
      <w:pPr>
        <w:jc w:val="right"/>
      </w:pPr>
      <w:r>
        <w:t>हमें सिर्फ यही करना है कि हमें अपने आप को negativity से बचाना है। जी, तो और negativity से बचाना इसलिए है कि बहुत ज्यादा उसके फायदे हैं। एक वहाँ चाइना में एक थे जैक माँ। तो उन्होंने अपनी तालीम मुकम्मल करने के बाद जगह-जगह apply किया। जॉब के लिए उनको जॉब ही नहीं मिलता था।</w:t>
      </w:r>
    </w:p>
    <w:p>
      <w:r>
        <w:rPr>
          <w:b/>
        </w:rPr>
        <w:t xml:space="preserve">[10:26] </w:t>
      </w:r>
      <w:r>
        <w:t>ek jagah to sirf teen candidate the, do ko lena tha. wahan bhi unhone apply kiya, wahan bhi unhein nahi mila. to agar wo mayus ho jate frustration mein, kitne log suicide kar lete hain. aisa unhone nahi kiya, balki unhone socha ki ab hum business karenge. ab business mein unhone khoob mehnat ki, khoob mehnat ki. yahan tak ki teen saal pehle to wo china ke sabse zyada wealthiest person ban gaye the. ab saatwein wealthiest hain.</w:t>
      </w:r>
    </w:p>
    <w:p>
      <w:pPr>
        <w:jc w:val="right"/>
      </w:pPr>
      <w:r>
        <w:t>एक जगह तो सिर्फ तीन candidate थे, दो को लेना था। वहाँ भी उन्होंने apply किया, वहाँ भी उन्हें नहीं मिला। तो अगर वो मायूस हो जाते frustration में, कितने लोग suicide कर लेते हैं। ऐसा उन्होंने नहीं किया, बल्कि उन्होंने सोचा कि अब हम बिजनेस करेंगे। अब बिजनेस में उन्होंने खूब मेहनत की, खूब मेहनत की। यहाँ तक कि तीन साल पहले तो वो चाइना के सबसे ज्यादा wealthiest person बन गए थे। अब सातवें wealthiest हैं।</w:t>
      </w:r>
    </w:p>
    <w:p>
      <w:r>
        <w:rPr>
          <w:b/>
        </w:rPr>
        <w:t xml:space="preserve">[10:54] </w:t>
      </w:r>
      <w:r>
        <w:t>to isse bahut clear hota hai ki hamare andar kitna zyada potential allah ne rakha hua hai. aur bahar ki duniya mein kitna zyada opportunities rakhi hain. bas hamein positive rehna hai aur apne mind ke is potential ko istemal karna hai. to ye sirf duniya ki kamyabi ke liye nahi hai, balki akhirat ke liye bhi</w:t>
      </w:r>
    </w:p>
    <w:p>
      <w:pPr>
        <w:jc w:val="right"/>
      </w:pPr>
      <w:r>
        <w:t>तो इससे बहुत clear होता है कि हमारे अंदर कितना ज्यादा potential अल्लाह ने रखा हुआ है। और बाहर की दुनिया में कितना ज्यादा opportunities रखी हैं। बस हमें positive रहना है और अपने mind के इस potential को इस्तेमाल करना है। तो ये सिर्फ दुनिया की कामयाबी के लिए नहीं है, बल्कि आखिरत के लिए भी</w:t>
      </w:r>
    </w:p>
    <w:p>
      <w:r>
        <w:rPr>
          <w:b/>
        </w:rPr>
        <w:t xml:space="preserve">[11:18] </w:t>
      </w:r>
      <w:r>
        <w:t>hai. kyunki agar hum apne aap ko positive nahi rakhte hain, negative ban jati hai hamari personality. to hum-hum-hum jannat se mahroom ho jayenge. to is tarike se hamein apne aap apna taskiya nafs karna hai, apni personality ko purify karna hai. kyunki jannat usi ke liye hai jo apne aap ko purify kare. quran mein bar-bar ye baat aayi hai ki</w:t>
      </w:r>
    </w:p>
    <w:p>
      <w:pPr>
        <w:jc w:val="right"/>
      </w:pPr>
      <w:r>
        <w:t>है। क्योंकि अगर हम अपने आप को positive नहीं रखते हैं, negative बन जाती है हमारी personality। तो हम-हम-हम जन्नत से महरूम हो जाएंगे। तो इस तरीके से हमें अपने आप अपना तस्किया नफ्स करना है, अपनी personality को purify करना है। क्योंकि जन्नत उसी के लिए है जो अपने आप को purify करे। कुरान में बार-बार ये बात आई है कि</w:t>
      </w:r>
    </w:p>
    <w:p>
      <w:r>
        <w:rPr>
          <w:b/>
        </w:rPr>
        <w:t xml:space="preserve">[11:45] </w:t>
      </w:r>
      <w:r>
        <w:t>to ye unhi logon ke liye hai jo apne aap ko purify karein. to dekhiye, life bahut limited hai. hamare paas kitne saal hain kaam karne ke liye. to hamein chahiye ki hum apne ek-ek waqt ke ek-ek lamhe ko sahi istemal karein. aur is duniya mein bhi kamyabi hasil karein aur akhirat mein bhi kamyabi hasil karein.</w:t>
      </w:r>
    </w:p>
    <w:p>
      <w:pPr>
        <w:jc w:val="right"/>
      </w:pPr>
      <w:r>
        <w:t>तो ये उन्हीं लोगों के लिए है जो अपने आप को purify करें। तो देखिए, life बहुत limited है। हमारे पास कितने साल हैं काम करने के लिए। तो हमें चाहिए कि हम अपने एक-एक वक्त के एक-एक लम्हे को सही इस्तेमाल करें। और इस दुनिया में भी कामयाबी हासिल करें और आखिरत में भी कामयाबी हासिल करें।</w:t>
      </w:r>
    </w:p>
    <w:p>
      <w:r>
        <w:rPr>
          <w:b/>
        </w:rPr>
        <w:t xml:space="preserve">[12:09] </w:t>
      </w:r>
      <w:r>
        <w:t>to is tarike se positive thinking jo hai, wo hamein har tarah ke distraction se bachati hai. ji, aur negative thinking hamein har tarah ke distraction mein mulavvas kar deti hai. ji, bilkul. ji, bahut achhe se aap-aapne wazeh kiya. in fact, jack ma ka example bhi was a very good one. unke bade inspirational quotes hain. ek quote unka jo bahut achha hai ki "you should never give up because it's only when you give up that you fail in life."</w:t>
      </w:r>
    </w:p>
    <w:p>
      <w:pPr>
        <w:jc w:val="right"/>
      </w:pPr>
      <w:r>
        <w:t>तो इस तरीके से हमें positive thinking जो है, वो हमें हर तरह के distraction से बचाती है। जी, और negative thinking हमें हर तरह के distraction में मुलव्वस कर देती है। जी, बिल्कुल। जी, बहुत अच्छे से आप-आपने वाजिह किया। In fact, जैक माँ का example भी was a very good one। उनके बड़े inspirational quotes हैं। एक quote उनका जो बहुत अच्छा है कि "You should never give up because it's only when you give up that you fail in life."</w:t>
      </w:r>
    </w:p>
    <w:p>
      <w:r>
        <w:rPr>
          <w:b/>
        </w:rPr>
        <w:t xml:space="preserve">[12:38] </w:t>
      </w:r>
      <w:r>
        <w:t>aap, lekin jo aapne baatein aaj samjhai, usse jo sabse bada clue jo aapne starting mein diya ki kahan se ye start hua ki satan was able to mislead adam and as a result he was banished from paradise.</w:t>
      </w:r>
    </w:p>
    <w:p>
      <w:pPr>
        <w:jc w:val="right"/>
      </w:pPr>
      <w:r>
        <w:t>आप, लेकिन जो आपने बातें आज समझाईं, उससे जो सबसे बड़ा clue जो आपने starting में दिया कि कहाँ से ये start हुआ कि Satan was able to mislead Adam and as a result he was banished from paradise.</w:t>
      </w:r>
    </w:p>
    <w:p>
      <w:r>
        <w:rPr>
          <w:b/>
        </w:rPr>
        <w:t xml:space="preserve">[12:53] </w:t>
      </w:r>
      <w:r>
        <w:t>to aap, uske baad hi hum dekhte hain history mein bhi there are so many examples and it is because satan wants to influence the same still same temperament in every human being of being ungrateful, of being negative towards everything in life.</w:t>
      </w:r>
    </w:p>
    <w:p>
      <w:pPr>
        <w:jc w:val="right"/>
      </w:pPr>
      <w:r>
        <w:t>तो आप, उसके बाद ही हम देखते हैं history में भी there are so many examples and it is because Satan wants to influence the same still same temperament in every human being of being ungrateful, of being negative towards everything in life.</w:t>
      </w:r>
    </w:p>
    <w:p>
      <w:r>
        <w:rPr>
          <w:b/>
        </w:rPr>
        <w:t xml:space="preserve">[13:11] </w:t>
      </w:r>
      <w:r>
        <w:t>to aap, kis tarike se satan stir up karta hai negativity ek insaan ke andar? kaise usse hum bach sakte hain? iske bare mein aap bataein.</w:t>
      </w:r>
    </w:p>
    <w:p>
      <w:pPr>
        <w:jc w:val="right"/>
      </w:pPr>
      <w:r>
        <w:t>तो आप, किस तरीके से Satan stir up करता है negativity एक इंसान के अंदर? कैसे उससे हम बच सकते हैं? इसके बारे में आप बताएं।</w:t>
      </w:r>
    </w:p>
    <w:p>
      <w:r>
        <w:rPr>
          <w:b/>
        </w:rPr>
        <w:t xml:space="preserve">[13:21] </w:t>
      </w:r>
      <w:r>
        <w:t>lagta hai ki satan bahut zyada intelligent tha. kaise uski samajh mein aa gaya? pehle hi baar usne dekha insaan ko to keh diya ki ye isko hum bahut aasani se behka sakte hain. asal mein usko samajh mein aa gaya ki wo bahut jald negative ho jayega. kyunki usko itna zyada desire se bhara hua hai insaan ki koi na koi aisa kab hoyega ki koi desire uski poori nahi hogi. ji</w:t>
      </w:r>
    </w:p>
    <w:p>
      <w:pPr>
        <w:jc w:val="right"/>
      </w:pPr>
      <w:r>
        <w:t>लगता है कि Satan बहुत ज्यादा intelligent था। कैसे उसकी समझ में आ गया? पहले ही बार उसने देखा इंसान को तो कह दिया कि ये इसको हम बहुत आसानी से बहका सकते हैं। असल में उसको समझ में आ गया कि वो बहुत जल्द negative हो जाएगा। क्योंकि उसको इतना ज्यादा desire से भरा हुआ है इंसान कि कोई ना कोई ऐसा कब होएगा कि कोई desire उसकी पूरी नहीं होगी। जी</w:t>
      </w:r>
    </w:p>
    <w:p>
      <w:r>
        <w:rPr>
          <w:b/>
        </w:rPr>
        <w:t xml:space="preserve">[13:49] </w:t>
      </w:r>
      <w:r>
        <w:t>, to wahin wo negative insaan ho jayega. aur jab negative, wahi shaitan hi usko negative karta hai, usko bahut zyada blow up karta hai ki agar usko koi cheez nahi mili to wo aisa usko batata hai ki yahi cheez to asal thi jo usko nahi mili hai. wo to bahut zyada mahroom hai, logon ne uske upar zulm kar rakha hai. to is tarike se uske dimagh mein bhar deta hai</w:t>
      </w:r>
    </w:p>
    <w:p>
      <w:pPr>
        <w:jc w:val="right"/>
      </w:pPr>
      <w:r>
        <w:t>, तो वहीं वो negative इंसान हो जाएगा। और जब negative, वही शैतान ही उसको negative करता है, उसको बहुत ज्यादा blow up करता है कि अगर उसको कोई चीज़ नहीं मिली तो वो ऐसा उसको बताता है कि यही चीज़ तो असल थी जो उसको नहीं मिली है। वो तो बहुत ज्यादा महरूम है, लोगों ने उसके ऊपर जुल्म कर रखा है। तो इस तरीके से उसके दिमाग में भर देता है</w:t>
      </w:r>
    </w:p>
    <w:p>
      <w:r>
        <w:rPr>
          <w:b/>
        </w:rPr>
        <w:t xml:space="preserve">[14:17] </w:t>
      </w:r>
      <w:r>
        <w:t>ki shaitan jo hai, hadith mein aaya hai ki insaan ki ragon mein tair raha hai. to shaitan bilkul hamare andar hi hai. hamein usko bahut zyada alert hokar ke usko bhagana hai. jab bhi hamein gusse ki feeling,</w:t>
      </w:r>
    </w:p>
    <w:p>
      <w:pPr>
        <w:jc w:val="right"/>
      </w:pPr>
      <w:r>
        <w:t>कि शैतान जो है, हदीस में आया है कि इंसान की रगों में तैर रहा है। तो शैतान बिल्कुल हमारे अंदर ही है। हमें उसको बहुत ज्यादा alert होकर के उसको भगाना है। जब भी हमें गुस्से की feeling,</w:t>
      </w:r>
    </w:p>
    <w:p>
      <w:r>
        <w:rPr>
          <w:b/>
        </w:rPr>
        <w:t xml:space="preserve">[14:35] </w:t>
      </w:r>
      <w:r>
        <w:t>nafrat ki feeling, inteqam ki feeling aaye, to hum samajh lein ki ye shaitan hamein behka raha hai.</w:t>
      </w:r>
    </w:p>
    <w:p>
      <w:pPr>
        <w:jc w:val="right"/>
      </w:pPr>
      <w:r>
        <w:t>नफरत की feeling, इंतकाम की feeling आए, तो हम समझ लें कि ये शैतान हमें बहका रहा है।</w:t>
      </w:r>
    </w:p>
    <w:p>
      <w:r>
        <w:rPr>
          <w:b/>
        </w:rPr>
        <w:t xml:space="preserve">[14:42] </w:t>
      </w:r>
      <w:r>
        <w:t>kyunki insaan ko bahut zyada suffering ke tajurbe is duniya mein hote hain. bahut zyada wo bar-bar aisa hota hai ki wo negative ho jaye. lekin us waqt hamein khuda se dua karni hai aur shaitan ko bhagana hai. to ek dua hai "allahumma inni aozu bika min hamzati shayateen." isko aap do-char baar padhiye, shaitan bhag jata hai.</w:t>
      </w:r>
    </w:p>
    <w:p>
      <w:pPr>
        <w:jc w:val="right"/>
      </w:pPr>
      <w:r>
        <w:t>क्योंकि इंसान को बहुत ज्यादा suffering के तजुर्बे इस दुनिया में होते हैं। बहुत ज्यादा वो बार-बार ऐसा होता है कि वो negative हो जाए। लेकिन उस वक्त हमें खुदा से दुआ करनी है और शैतान को भगाना है। तो एक दुआ है "अल्लाहुम्मा इन्नी आउजु बिका मिन हमजाति शयातीन।" इसको आप दो-चार बार पढ़िए, शैतान भाग जाता है।</w:t>
      </w:r>
    </w:p>
    <w:p>
      <w:r>
        <w:rPr>
          <w:b/>
        </w:rPr>
        <w:t xml:space="preserve">[15:08] </w:t>
      </w:r>
      <w:r>
        <w:t>to ab shaitan jab bhagega, to phir farishte madad ke liye aa jayenge. jab farishte madad aayenge, to usko positive banayenge. aur jab positive ho jayega, wo uska mind kaam ho jayega. to wo khud-ba-khud sochega ki ab jo hai replanning karein. agar hamari ek planning fail ho gayi hai, to hum replanning karein.</w:t>
      </w:r>
    </w:p>
    <w:p>
      <w:pPr>
        <w:jc w:val="right"/>
      </w:pPr>
      <w:r>
        <w:t>तो अब शैतान जब भागेगा, तो फिर फरिश्ते मदद के लिए आ जाएंगे। जब फरिश्ते मदद आएंगे, तो उसको positive बनाएंगे। और जब positive हो जाएगा, वो उसका mind काम हो जाएगा। तो वो खुद-ब-खुद सोचेगा कि अब जो है replanning करें। अगर हमारी एक planning fail हो गई है, तो हम replanning करें।</w:t>
      </w:r>
    </w:p>
    <w:p>
      <w:r>
        <w:rPr>
          <w:b/>
        </w:rPr>
        <w:t xml:space="preserve">[15:32] </w:t>
      </w:r>
      <w:r>
        <w:t>to is tarike se is masle ka hal yahi hai ki hum apne aap ko intellectually alert karein. aur koi bhi nuksan jo hai pesh aane aaye, to hum hum usse sakamb na ho jayen. hum kyunki ye law of nature hai. is duniya mein hamein tarah-tarah ke masle pesh aayenge hi aayenge</w:t>
      </w:r>
    </w:p>
    <w:p>
      <w:pPr>
        <w:jc w:val="right"/>
      </w:pPr>
      <w:r>
        <w:t>तो इस तरीके से इस मसले का हल यही है कि हम अपने आप को intellectually alert करें। और कोई भी नुकसान जो है पेश आने आए, तो हम हम उससे सकंब ना हो जाएं। हम क्योंकि ये law of nature है। इस दुनिया में हमें तरह-तरह के मसले पेश आएंगे ही आएंगे</w:t>
      </w:r>
    </w:p>
    <w:p>
      <w:r>
        <w:rPr>
          <w:b/>
        </w:rPr>
        <w:t xml:space="preserve">[15:54] </w:t>
      </w:r>
      <w:r>
        <w:t>। quran mein sur al-baqarah varsh 155 mein hai ki har halat mein har ek ko nuksan pesh aayega. kyunki ye hamara test paper hai. to wo to test paper hamare liye aake rahega. hum</w:t>
      </w:r>
    </w:p>
    <w:p>
      <w:pPr>
        <w:jc w:val="right"/>
      </w:pPr>
      <w:r>
        <w:t>। कुरान में सूर अल-बकरा वर्ष 155 में है कि हर हालत में हर एक को नुकसान पेश आएगा। क्योंकि ये हमारा test paper है। तो वो तो test paper हमारे लिए आके रहेगा। हम</w:t>
      </w:r>
    </w:p>
    <w:p>
      <w:r>
        <w:rPr>
          <w:b/>
        </w:rPr>
        <w:t xml:space="preserve">[16:11] </w:t>
      </w:r>
      <w:r>
        <w:t>ara response khuda ko dekhna hai. aur khuda ne itne zyada intezam kar rakhe hain ki na sirf ye ki hamare zehan mein sari baatein hain, sirf sochne ki der hai. hum sochte hain, to hamari samajh mein aa jata hai. lekin nature mein allah taala ne sab kuch misalein pesh kar di hain. bas humko gaur se usko observe karein.</w:t>
      </w:r>
    </w:p>
    <w:p>
      <w:pPr>
        <w:jc w:val="right"/>
      </w:pPr>
      <w:r>
        <w:t>ारा response खुदा को देखना है। और खुदा ने इतने ज्यादा इंतजाम कर रखे हैं कि ना सिर्फ ये कि हमारे जहन में सारी बातें हैं, सिर्फ सोचने की देर है। हम सोचते हैं, तो हमारी समझ में आ जाता है। लेकिन nature में अल्लाह ताला ने सब कुछ मिसाले पेश कर दी हैं। बस हमको गौर से उसको observe करें।</w:t>
      </w:r>
    </w:p>
    <w:p>
      <w:r>
        <w:rPr>
          <w:b/>
        </w:rPr>
        <w:t xml:space="preserve">[16:35] </w:t>
      </w:r>
      <w:r>
        <w:t>jaise maulana observe karte the, ek video mein main dekh rahi thi ki bata rahe the ki ek main baitha tha apne balcony mein, ek chidiya aayi kuch dana khane ke liye. to tab tak doosri chidiya aa gayi. hota kya hai ki jo male chidiya hoti hai, jaise kabootar hai, wo aata hai, to phir doosri waisi chidiya ko jo jo itni strong nahi hoti, bhaga de. wo bhag jati hain. bhag jati hain aur dekhti rehti hain, wo khake kab jayega. phir wo aa jati hain.</w:t>
      </w:r>
    </w:p>
    <w:p>
      <w:pPr>
        <w:jc w:val="right"/>
      </w:pPr>
      <w:r>
        <w:t>जैसे मौलाना observe करते थे, एक वीडियो में मैं देख रही थी कि बता रहे थे कि एक मैं बैठा था अपने balcony में, एक चिड़िया आई कुछ दाना खाने के लिए। तो तब तक दूसरी चिड़िया आ गई। होता क्या है कि जो male चिड़िया होती है, जैसे कबूतर है, वो आता है, तो फिर दूसरी वैसी चिड़िया को जो जो इतनी strong नहीं होती, भगा दे। वो भाग जाती हैं। भाग जाती हैं और देखती रहती हैं, वो खाके कब जाएगा। फिर वो आ जाती हैं।</w:t>
      </w:r>
    </w:p>
    <w:p>
      <w:r>
        <w:rPr>
          <w:b/>
        </w:rPr>
        <w:t xml:space="preserve">[17:05] </w:t>
      </w:r>
      <w:r>
        <w:t>confrontation nahi karti, balki wo khud hat jati hain aur us jagah se. aur jab wo dekhti hain ki wo khake chala gaya, tab wo dobara aa jati hain. to unke chidiya ke andar bilkul hi negativity nahi hoti. aap ek jagah se bhagaenge, phir wo thodi der ke baad phir wo aa jayegi. to is tarike se hamein apne aap ko in tamam misalon se sabak lena hai. aur apne aap ko positive banana hai. kyunki jo reaction hai, isse kuch nahi milne wala hai.</w:t>
      </w:r>
    </w:p>
    <w:p>
      <w:pPr>
        <w:jc w:val="right"/>
      </w:pPr>
      <w:r>
        <w:t>Confrontation नहीं करतीं, बल्कि वो खुद हट जाती हैं और उस जगह से। और जब वो देखती हैं कि वो खाके चला गया, तब वो दोबारा आ जाती हैं। तो उनके चिड़िया के अंदर बिल्कुल ही negativity नहीं होती। आप एक जगह से भगाएंगे, फिर वो थोड़ी देर के बाद फिर वो आ जाएगी। तो इस तरीके से हमें अपने आप को इन तमाम मिसालों से सबक लेना है। और अपने आप को positive बनाना है। क्योंकि जो reaction है, इससे कुछ नहीं मिलने वाला है।</w:t>
      </w:r>
    </w:p>
    <w:p>
      <w:r>
        <w:rPr>
          <w:b/>
        </w:rPr>
        <w:t xml:space="preserve">[17:34] </w:t>
      </w:r>
      <w:r>
        <w:t>duniya mein bhi barbadi, akhirat mein bhi barbadi. kyunki jab aap positive rahenge, to first chance aap kho denge, to second chance, third chance hum avail kar payenge. chance ki koi kami nahi hai is duniya mein. behisab yahan par mawake hain. ji, maulana ne ek article mein al-rasalak likha tha ki amoeba jab toot jata hai, to do amoeba ban jata hai.</w:t>
      </w:r>
    </w:p>
    <w:p>
      <w:pPr>
        <w:jc w:val="right"/>
      </w:pPr>
      <w:r>
        <w:t>दुनिया में भी बर्बादी, आखिरत में भी बर्बादी। क्योंकि जब आप positive रहेंगे, तो first chance आप खो देंगे, तो second chance, third chance हम avail कर पाएंगे। Chance की कोई कमी नहीं है इस दुनिया में। बेहिसाब यहाँ पर मवाके हैं। जी, मौलाना ने एक article में अल-रसालक लिखा था कि अमीबा जब टूट जाता है, तो दो अमीबा बन जाता है।</w:t>
      </w:r>
    </w:p>
    <w:p>
      <w:r>
        <w:rPr>
          <w:b/>
        </w:rPr>
        <w:t xml:space="preserve">[18:01] </w:t>
      </w:r>
      <w:r>
        <w:t>to isi tarah insaan ke andar jab shocks aate hain, challenges aate hain, to wo bahut hi behisab ho jata hai. ji, aur uske saare jo hain potential jo hain, wo bedar ho jate hain. aap, wo bade saare maulana examples dete the. ek example aapne jab chidiya ki misal di, to mujhe wo example yaad aa gaya ki maulana baithe-baithe dekhte the.</w:t>
      </w:r>
    </w:p>
    <w:p>
      <w:pPr>
        <w:jc w:val="right"/>
      </w:pPr>
      <w:r>
        <w:t>तो इसी तरह इंसान के अंदर जब shocks आते हैं, challenges आते हैं, तो वो बहुत ही बेहिसाब हो जाता है। जी, और उसके सारे जो हैं potential जो हैं, वो बेदार हो जाते हैं। आप, वो बड़े सारे मौलाना examples देते थे। एक example आपने जब चिड़िया की मिसाल दी, तो मुझे वो example याद आ गया कि मौलाना बैठे-बैठे देखते थे।</w:t>
      </w:r>
    </w:p>
    <w:p>
      <w:r>
        <w:rPr>
          <w:b/>
        </w:rPr>
        <w:t xml:space="preserve">[18:23] </w:t>
      </w:r>
      <w:r>
        <w:t>saamne unke ped hain, jaisa hum jante hain, ghar ke saamne aapke ped ped hai ek. aur nature mein bhi contemplate karte the. to ek baar unhone aise hi dekha ki do gilhariyan ek rope pe chal rahi thin. ek saamne se aa rahi thin aur ek uske opposite direction mein aa rahi thin. to ab saamne aa gaye dono. ab is wali gilhari ko udhar jana tha aur udhar se jo gilhari aa rahi thi, usko opposite direction mein jana tha. to it was a situation of conflict</w:t>
      </w:r>
    </w:p>
    <w:p>
      <w:pPr>
        <w:jc w:val="right"/>
      </w:pPr>
      <w:r>
        <w:t>सामने उनके पेड़ हैं, जैसा हम जानते हैं, घर के सामने आपके पेड़ पेड़ है एक। और nature में भी contemplate करते थे। तो एक बार उन्होंने ऐसे ही देखा कि दो गिलहरियां एक रोप पे चल रही थीं। एक सामने से आ रही थीं और एक उसके opposite direction में आ रही थीं। तो अब सामने आ गए दोनों। अब इस वाली गिलहरी को उधर जाना था और उधर से जो गिलहरी आ रही थी, उसको opposite direction में जाना था। तो it was a situation of conflict</w:t>
      </w:r>
    </w:p>
    <w:p>
      <w:r>
        <w:rPr>
          <w:b/>
        </w:rPr>
        <w:t xml:space="preserve">[18:47] </w:t>
      </w:r>
      <w:r>
        <w:t>। to unhone kaha ki dekhiye, unhone kya kara ki it was like a lesson for everyone that instead of confrontational, we need to be more collaborative. to wo ekdam ulti ho gayi. jo ek gilhari thi, wo upar se chali gayi aur doosri gilhari neeche se rope-rope-rope ko pakde hue aage badh gayi. to maulana ne yahi matlab ek lesson hum sabko diya ki confrontational approach agar hoti, to dono gir jati n</w:t>
      </w:r>
    </w:p>
    <w:p>
      <w:pPr>
        <w:jc w:val="right"/>
      </w:pPr>
      <w:r>
        <w:t>। तो उन्होंने कहा कि देखिए, उन्होंने क्या करा कि it was like a lesson for everyone that instead of confrontational, we need to be more collaborative। तो वो एकदम उल्टी हो गई। जो एक गिलहरी थी, वो ऊपर से चली गई और दूसरी गिलहरी नीचे से रोप-रोप-रोप को पकड़े हुए आगे बढ़ गई। तो मौलाना ने यही मतलब एक lesson हम सबको दिया कि confrontational approach अगर होती, तो दोनों गिर जातीं नी</w:t>
      </w:r>
    </w:p>
    <w:p>
      <w:r>
        <w:rPr>
          <w:b/>
        </w:rPr>
        <w:t xml:space="preserve">[19:12] </w:t>
      </w:r>
      <w:r>
        <w:t>che. lekin both could find their way to home by thinking the second option. to is liye bahut important hai ki. hum logon ko bhi isi tarah observe karna chahiye. observe karke seekhna chahiye. aap, do comments padhna chahunga. ye ek comment bheja hai miss farida kamran ne pakistan se. unhone likha hai, "jajakallah, wise words and inspirational session."</w:t>
      </w:r>
    </w:p>
    <w:p>
      <w:pPr>
        <w:jc w:val="right"/>
      </w:pPr>
      <w:r>
        <w:t>चे। लेकिन both could find their way to home by thinking the second option। तो इसलिए बहुत important है कि। हम लोगों को भी इसी तरह observe करना चाहिए। Observe करके सीखना चाहिए। आप, दो comments पढ़ना चाहूंगा। ये एक comment भेजा है मिस फरीदा कामरान ने पाकिस्तान से। उन्होंने लिखा है, "जजाकल्लाह, wise words and inspirational session.</w:t>
      </w:r>
    </w:p>
    <w:p>
      <w:r>
        <w:rPr>
          <w:b/>
        </w:rPr>
        <w:t xml:space="preserve">[19:35] </w:t>
      </w:r>
      <w:r>
        <w:t>Positive thinking opens the door of success."</w:t>
      </w:r>
    </w:p>
    <w:p>
      <w:pPr>
        <w:jc w:val="right"/>
      </w:pPr>
      <w:r>
        <w:t>Positive thinking opens the door of success।"</w:t>
      </w:r>
    </w:p>
    <w:p>
      <w:r>
        <w:rPr>
          <w:b/>
        </w:rPr>
        <w:t xml:space="preserve">[19:40] </w:t>
      </w:r>
      <w:r>
        <w:t>miss reshma parvez ne kochi se likha hai, "the quran says paradise is for those who do taskiya aur those who purify their soul."</w:t>
      </w:r>
    </w:p>
    <w:p>
      <w:pPr>
        <w:jc w:val="right"/>
      </w:pPr>
      <w:r>
        <w:t>मिस रेशमा परवेज ने कोची से लिखा है, "द कुरान says paradise is for those who do तस्किया और those who purify their soul.</w:t>
      </w:r>
    </w:p>
    <w:p>
      <w:r>
        <w:rPr>
          <w:b/>
        </w:rPr>
        <w:t xml:space="preserve">[19:50] </w:t>
      </w:r>
      <w:r>
        <w:t>Such purification is possible through self-introspection. This happens when you think about yourself, observe your speech and actions, and become a judge over yourself."</w:t>
      </w:r>
    </w:p>
    <w:p>
      <w:pPr>
        <w:jc w:val="right"/>
      </w:pPr>
      <w:r>
        <w:t>Such purification is possible through self-introspection. This happens when you think about yourself, observe your speech and actions, and become a judge over yourself.</w:t>
      </w:r>
    </w:p>
    <w:p>
      <w:r>
        <w:rPr>
          <w:b/>
        </w:rPr>
        <w:t xml:space="preserve">[20:02] </w:t>
      </w:r>
      <w:r>
        <w:t>You can purify yourself only if you think against yourself."</w:t>
      </w:r>
    </w:p>
    <w:p>
      <w:pPr>
        <w:jc w:val="right"/>
      </w:pPr>
      <w:r>
        <w:t>You can purify yourself only if you think against yourself.</w:t>
      </w:r>
    </w:p>
    <w:p>
      <w:r>
        <w:rPr>
          <w:b/>
        </w:rPr>
        <w:t xml:space="preserve">[20:07] </w:t>
      </w:r>
      <w:r>
        <w:t>The way to improve yourself is to develop anti-self thinking. The desire to reform himself was so strong in Hazrat Umar bin Khattab that he used to say, 'May God bless the person who sends me the gift of my shortcomings.'"</w:t>
      </w:r>
    </w:p>
    <w:p>
      <w:pPr>
        <w:jc w:val="right"/>
      </w:pPr>
      <w:r>
        <w:t>The way to improve yourself is to develop anti-self thinking. The desire to reform himself was so strong in हजरत उमर बिन खताब that he used to say, 'May God bless the person who sends me the gift of my shortcomings.'"</w:t>
      </w:r>
    </w:p>
    <w:p>
      <w:r>
        <w:rPr>
          <w:b/>
        </w:rPr>
        <w:t xml:space="preserve">[20:24] </w:t>
      </w:r>
      <w:r>
        <w:t>aap, aapne abhi ek bahut achhi baat kahi ki koi bhi situation ho, humein succumb nahi karna chahiye. And aap, hum ye bhi dekhte hain ki it is not just about having a positive thinking at an individual level."</w:t>
      </w:r>
    </w:p>
    <w:p>
      <w:pPr>
        <w:jc w:val="right"/>
      </w:pPr>
      <w:r>
        <w:t>आप, आपने अभी एक बहुत अच्छी बात कही कि कोई भी situation हो, हमें सकंब नहीं करना चाहिए। And आप, हम ये भी देखते हैं कि it is not just about having a positive thinking at an individual level.</w:t>
      </w:r>
    </w:p>
    <w:p>
      <w:r>
        <w:rPr>
          <w:b/>
        </w:rPr>
        <w:t xml:space="preserve">[20:38] </w:t>
      </w:r>
      <w:r>
        <w:t>Even if you see from history, there are many examples jaise Japan hai, Germany hai, India se bhi bade examples nikalte hain ki rational thinking agar ho, to kis tarah se you can progress."</w:t>
      </w:r>
    </w:p>
    <w:p>
      <w:pPr>
        <w:jc w:val="right"/>
      </w:pPr>
      <w:r>
        <w:t>Even if you see from history, there are many examples जैसे जापान है, जर्मनी है, इंडिया से भी बड़े examples निकलते हैं कि rational thinking अगर हो, तो किस तरीके से you can progress</w:t>
      </w:r>
    </w:p>
    <w:p>
      <w:r>
        <w:rPr>
          <w:b/>
        </w:rPr>
        <w:t xml:space="preserve">[20:50] </w:t>
      </w:r>
      <w:r>
        <w:t>. One country that really stands out in the human history is Japan. Maulana ne aksar uska zikr kiya hai. To main chahunga ek baar aap hamein revisit karayein the example of Japan that how they became so great with rational thinking, with their rational approach. Japan mein to itni zyada examples hain. Maulana ne bahut likha hai Japan par."</w:t>
      </w:r>
    </w:p>
    <w:p>
      <w:pPr>
        <w:jc w:val="right"/>
      </w:pPr>
      <w:r>
        <w:t>। One country that really stands out in the human history is जापान। मौलाना ने अक्सर उसका जिक्र किया है। तो मैं चाहूंगा एक बार आप हमें revisit कराएं the example of जापान that how they became so great with rational thinking, with their rational approach। जापान में तो इतनी ज्यादा examples हैं। मौलाना ने बहुत लिखा है जापान पर।</w:t>
      </w:r>
    </w:p>
    <w:p>
      <w:r>
        <w:rPr>
          <w:b/>
        </w:rPr>
        <w:t xml:space="preserve">[21:14] </w:t>
      </w:r>
      <w:r>
        <w:t>To yahan main ek misaal doongi ki ye hai shakhsiyat ki taameer mein unhone likha hai ki ek baar ek Indian Japan gaya aur apne host se kaha, bahut hi azray hamdardi ki America ne aapke upar bahut bada zulm kiya hai. Itne aap pehla nuclear bomb aapke do shahron par, jo industrial cities thin, us par dala. Khandar bana diya shahron ko."</w:t>
      </w:r>
    </w:p>
    <w:p>
      <w:pPr>
        <w:jc w:val="right"/>
      </w:pPr>
      <w:r>
        <w:t>तो यहाँ मैं एक मिसाल दूँगी कि ये है शख्सियत की तामीर में उन्होंने लिखा है कि एक बार एक इंडियन जापान गया और अपने host से कहा, बहुत ही अजराय हमदर्दी कि अमेरिका ने आपके ऊपर बहुत बड़ा जुल्म किया है। इतने आप पहला न्यूक्लियर बम आपके दो शहरों पर, जो इंडस्ट्रियल सिटीज थीं, उस पर डाला। खंडर बना दिया शहरों को।</w:t>
      </w:r>
    </w:p>
    <w:p>
      <w:r>
        <w:rPr>
          <w:b/>
        </w:rPr>
        <w:t xml:space="preserve">[21:42] </w:t>
      </w:r>
      <w:r>
        <w:t>Japan ne kya reaction tha uska? Japan ne, japanese ne kaha, "woh bomb hamare liye rehmat saabit hue, jisko hum kehte hain blessing in disguise." Ji, ki woh shehar jo the, woh qadeem tarz ke shehar the. Purane-purane makana, tang galiyan, har taraf unplanned cities jaise the pehle ke. To us tarah ke the."</w:t>
      </w:r>
    </w:p>
    <w:p>
      <w:pPr>
        <w:jc w:val="right"/>
      </w:pPr>
      <w:r>
        <w:t>जापान ने क्या reaction था उसका? जापान ने, जापानीज ने कहा, "वो बम हमारे लिए रहमत साबित हुए, जिसको हम कहते हैं blessing in disguise।" जी, कि वो शहर जो थे, वो कदीम तर्ज के शहर थे। पुराने-पुराने मकाना, तंग गलियां, हर तरफ unplanned सिटीज जैसे थे पहले के। तो उस तरह के थे।</w:t>
      </w:r>
    </w:p>
    <w:p>
      <w:r>
        <w:rPr>
          <w:b/>
        </w:rPr>
        <w:t xml:space="preserve">[22:08] </w:t>
      </w:r>
      <w:r>
        <w:t>To humein, hum khud to girate nahi dono shehar ko. To woh jab sab gir gaye, khatam ho gaye shehar, to humne us qadeem malbe par jadeed qism ke plan cities banaye. To is tarah se unhone, kis tarah se unhone bahut saare aisi misalein hain ki unhone apne-apne jo awam us waqt bahut bhadke hue the. Ji, unke."</w:t>
      </w:r>
    </w:p>
    <w:p>
      <w:pPr>
        <w:jc w:val="right"/>
      </w:pPr>
      <w:r>
        <w:t>तो हमें, हम खुद तो गिराते नहीं दोनों शहर को। तो वो जब सब गिर गए, खत्म हो गए शहर, तो हमने उस कदीम मलबे पर जदीद किस्म के प्लान सिटी बनाए। तो इस तरीके से उन्होंने, किस तरीके से उन्होंने बहुत सारे ऐसी मिसाले हैं कि उन्होंने अपने-अपने जो आवाम उस वक्त बहुत भड़के हुए थे। जी, उनके</w:t>
      </w:r>
    </w:p>
    <w:p>
      <w:r>
        <w:rPr>
          <w:b/>
        </w:rPr>
        <w:t xml:space="preserve">[22:35] </w:t>
      </w:r>
      <w:r>
        <w:t>leaders ne bhi kaha ki humne bhi to unka Pearl Harbor tabah kiya tha. Ab unhone hamara shehar tabah kar diya. To mamla barabar-sarabar ho gaya. To ye hai Japan jo hai, serves best example of positive thinking. To planning aur replanning. Ek planning fail ho jaye, to unki planning fail ho gayi. Woh jang ke maidan mein jeetna chaah rahe the. To unhone replanning kiya. To lekin har ek cheez ke liye rational thinking darkaar hai."</w:t>
      </w:r>
    </w:p>
    <w:p>
      <w:pPr>
        <w:jc w:val="right"/>
      </w:pPr>
      <w:r>
        <w:t>लीडरों ने भी कहा कि हमने भी तो उनका पर्ल हार्बर तबाह किया था। अब उन्होंने हमारा शहर तबाह कर दिया। तो मामला बराबर-सराबर हो गया। तो ये है जापान जो है, सर्व बेस्ट एग्जांपल ऑफ पॉजिटिव थिंकिंग। तो प्लानिंग और रिप्लानिंग। एक प्लानिंग फेल हो जाए, तो उनकी प्लानिंग फेल हो गई। वो जंग के मैदान में जीतना चाह रहे थे। तो उन्होंने रिप्लानिंग किया। तो लेकिन हर एक चीज के लिए रैशनल थिंकिंग दरकार है।</w:t>
      </w:r>
    </w:p>
    <w:p>
      <w:r>
        <w:rPr>
          <w:b/>
        </w:rPr>
        <w:t xml:space="preserve">[23:04] </w:t>
      </w:r>
      <w:r>
        <w:t>Kyunki jab tak hamare andar rational thinking nahi hogi, hum sahi tarah se soch nahi payenge. To har barbadi mein taameer ke imkanat ko discover kiya ja sakta hai, agar hum hamari soch sahi ho. Jisko Maulana right thinking kehte hain."</w:t>
      </w:r>
    </w:p>
    <w:p>
      <w:pPr>
        <w:jc w:val="right"/>
      </w:pPr>
      <w:r>
        <w:t>क्योंकि जब तक हमारे अंदर रैशनल थिंकिंग नहीं होगी, हम सही तरीके से सोच नहीं पाएंगे। तो हर बर्बादी में तामीर के इमकानात को डिस्कवर किया जा सकता है, अगर हम हमारी सोच सही हो। जिसको मौलाना राइट थिंकिंग कहते हैं।</w:t>
      </w:r>
    </w:p>
    <w:p>
      <w:r>
        <w:rPr>
          <w:b/>
        </w:rPr>
        <w:t xml:space="preserve">[23:22] </w:t>
      </w:r>
      <w:r>
        <w:t>To unki soch sahi thi, to ek barbaad mulk jo hai, ek zabardast developed mulk ban gaya. Aur aur itna zyada uski industrial product saari duniya mein jaane lage. Aur global level par usne apna-apna ek woh bana liya state status."</w:t>
      </w:r>
    </w:p>
    <w:p>
      <w:pPr>
        <w:jc w:val="right"/>
      </w:pPr>
      <w:r>
        <w:t>तो उनकी सोच सही थी, तो एक बर्बाद मुल्क जो है, एक जबरदस्त डेवलप्ड मुल्क बन गया। और और इतना ज्यादा उसकी इंडस्ट्रियल प्रोडक्ट सारी दुनिया में जाने लगे। और ग्लोबल लेवल पर उसने अपना-अपना एक वो बना लिया स्टेट स्टेटस।</w:t>
      </w:r>
    </w:p>
    <w:p>
      <w:r>
        <w:rPr>
          <w:b/>
        </w:rPr>
        <w:t xml:space="preserve">[23:46] </w:t>
      </w:r>
      <w:r>
        <w:t>To har qism ke negative thought ko apne mind se nikal dein. Hum aur ye unilaterally karna padega. Ji, jaise humko prophets ki misalon se milta hai ki woh unilaterally karna padta hai. Kyunki jo unke opponents hote hain, woh baaton ko samajhte hi nahi. Hum to agar hum chahenge ki dono party jo hai,"</w:t>
      </w:r>
    </w:p>
    <w:p>
      <w:pPr>
        <w:jc w:val="right"/>
      </w:pPr>
      <w:r>
        <w:t>तो हर किस्म के नेगेटिव थॉट को अपने माइंड से निकाल दें। हम और ये यूनिलेटरली करना पड़ेगा। जी, जैसे हमको प्रोफेट्स की मिसालों से मिलता है कि वो यूनिलेटरली करना पड़ता है। क्योंकि जो उनके अपोनेंट्स होते हैं, वो बातों को समझते ही नहीं। हम तो अगर हम चाहेंगे कि दोनों पार्टी जो है,</w:t>
      </w:r>
    </w:p>
    <w:p>
      <w:r>
        <w:rPr>
          <w:b/>
        </w:rPr>
        <w:t xml:space="preserve">[24:09] </w:t>
      </w:r>
      <w:r>
        <w:t>Dono party conditions accept ki jayen, tabhi kaam hoga. To aisa to kabhi hoga nahi."</w:t>
      </w:r>
    </w:p>
    <w:p>
      <w:pPr>
        <w:jc w:val="right"/>
      </w:pPr>
      <w:r>
        <w:t>दोनों पार्टी कंडीशंस एक्सेप्ट की जाएं, तभी काम होगा। तो ऐसा तो कभी होगा नहीं।</w:t>
      </w:r>
    </w:p>
    <w:p>
      <w:r>
        <w:rPr>
          <w:b/>
        </w:rPr>
        <w:t xml:space="preserve">[24:15] </w:t>
      </w:r>
      <w:r>
        <w:t>Kyunki jaise Sulh Hudaybiyyah mein bhi yahi hua ki Rasoolullah Sallallahu Alaihi Wasallam ne unki poori conditions ko accept karke sulh ki. To yahan tak ki jab sulh-nama likha ja raha tha, to likha gaya ki ye sulh-nama hai Muhammad Sallallahu Alaihi Wasallam. Rasoolullah ka naam tha Muhammad Rasoolullah ki taraf se. To unhone kaha, "Ye hum to Rasoolullah mante hi nahi."</w:t>
      </w:r>
    </w:p>
    <w:p>
      <w:pPr>
        <w:jc w:val="right"/>
      </w:pPr>
      <w:r>
        <w:t>क्योंकि जैसे सूल हुदैबिया में भी यही हुआ कि रसूलल्लाह सल्लल्लाहु अलैहि वसल्लम ने उनकी पूरी कंडीशंस को एक्सेप्ट करके सूल की। तो यहाँ तक कि जब सूलनामा लिखा जा रहा था, तो लिख लिखा गया कि ये सूलनामा है मोहम्मद सल्लल्लाहु अलैहि वसल्लम। रसूलल्लाह का नाम था मोहम्मद रसूलल्लाह की तरफ से। तो उन्होंने कहा, "ये हम तो रसूलल्लाह मानते ही नहीं।"</w:t>
      </w:r>
    </w:p>
    <w:p>
      <w:r>
        <w:rPr>
          <w:b/>
        </w:rPr>
        <w:t xml:space="preserve">[24:45] </w:t>
      </w:r>
      <w:r>
        <w:t>Hum to woh apne-apne taur par sahi the ki Rasoolullah mante hi nahi. To Muhammad ibn Abdullah likho. To fauran Rasoolullah ne usko mitwa ke Abdullah likhaya. To is tarah se hamara jo asal focus hai, woh hai sulh peace. Kyunki jab peaceful halaat rahenge, tabhi hum kaam kar sakenge. Jitne bhi constructive activities hain, woh sulh mein hi ki ja sakti."</w:t>
      </w:r>
    </w:p>
    <w:p>
      <w:pPr>
        <w:jc w:val="right"/>
      </w:pPr>
      <w:r>
        <w:t>हम तो वो अपने-अपने तौर पर सही थे कि रसूलल्लाह मानते ही नहीं। तो मोहम्मद इब्न अब्दुल्ला लिखो। तो फौरन रसूलल्लाह ने उसको मिटवा के अब्दुल्ला लिखवाया। तो इस तरीके से हमारा जो असल फोकस है, वो है सुल पीस। क्योंकि जब पीसफुल हालात रहेंगे, तभी हम काम कर सकेंगे। जितने भी कंस्ट्रक्टिव एक्टिविटीज हैं, वो सूल में ही की जा सकती</w:t>
      </w:r>
    </w:p>
    <w:p>
      <w:r>
        <w:rPr>
          <w:b/>
        </w:rPr>
        <w:t xml:space="preserve">[25:13] </w:t>
      </w:r>
      <w:r>
        <w:t>Hain. Jang mein nahi ki ja sakti hain. To humein chahiye ki hum paigambaron se ye sabak lein aur apne aap ko unke raaste par chalayein. Tabhi isi mein kaamyaabi hai. Ji, duniya ki bhi aur akhirat ki bhi. Ji,"</w:t>
      </w:r>
    </w:p>
    <w:p>
      <w:pPr>
        <w:jc w:val="right"/>
      </w:pPr>
      <w:r>
        <w:t>हैं। जंग में नहीं की जा सकती हैं। तो हमें चाहिए कि हम पैगंबरों से ये सबक लें और अपने आप को उनके रास्ते पर चलाएं। तभी इसी में कामयाबी है। जी, दुनिया की भी और आखिरत की भी। जी,</w:t>
      </w:r>
    </w:p>
    <w:p>
      <w:r>
        <w:rPr>
          <w:b/>
        </w:rPr>
        <w:t xml:space="preserve">[25:27] </w:t>
      </w:r>
      <w:r>
        <w:t>Jajakallah aap. Aap, japan ka example kyunki aapne diya, mujhe ek interaction yaad aaya. Mere office mein bhi there was one colleague who used to visit japan quite often for personal reasons."</w:t>
      </w:r>
    </w:p>
    <w:p>
      <w:pPr>
        <w:jc w:val="right"/>
      </w:pPr>
      <w:r>
        <w:t>जजाकल्लाह आप। आप, जापान का एग्जांपल क्योंकि आपने दिया, मुझे एक इंटरेक्शन याद आया। मेरे ऑफिस में भी देयर वाज वन कलीग हु यूज टू विजिट जापान क्वाइट ऑफन फॉर पर्सनल रीज</w:t>
      </w:r>
    </w:p>
    <w:p>
      <w:r>
        <w:rPr>
          <w:b/>
        </w:rPr>
        <w:t xml:space="preserve">[25:41] </w:t>
      </w:r>
      <w:r>
        <w:t>Once. So he told that what happened once. This shows the mindset of Japanese people that once it happened that he went to a traditional Japanese restaurant with his friends there. So when they ordered food, the food came. So with that, no spoon or fork came. Because they went to a traditional Japanese restaurant. Chopsticks came. So now it was placed in front of them. Now they didn't understand how to eat with this. So one.</w:t>
      </w:r>
    </w:p>
    <w:p>
      <w:pPr>
        <w:jc w:val="right"/>
      </w:pPr>
      <w:r>
        <w:t>ंस। तो उन्होंने बताया कि एक मर्तबा क्या हुआ। ये आप जापानीज लोगों के माइंडसेट को दर्शाता है कि एक बार ये हुआ कि वो अपने वहां के फ्रेंड्स के साथ ट्रेडिशनल जापानीज रेस्टोरेंट गए। तो जब खाना उन्होंने ऑर्डर करा, तो खाना आया। तो उसके साथ स्पून या फोक नहीं आया। क्योंकि एक ट्रेडिशनल जापानीज रेस्टोरेंट में गए थे। चॉपस्टिक्स आई। तो अब उनके सामने रख दिया गया। अब इनको समझ नहीं आया कि इससे कैसे खाना खाएं। तो एक</w:t>
      </w:r>
    </w:p>
    <w:p>
      <w:r>
        <w:rPr>
          <w:b/>
        </w:rPr>
        <w:t xml:space="preserve">[26:08] </w:t>
      </w:r>
      <w:r>
        <w:t>Japanese lady unke saath wali table par baithi hui thi. Aur woh ye dekh rahi thi ki ye Indians aaye hain aur yahan par inko khana diya gaya. Aur woh soch rahe hain ki kaise. Aur woh chopsticks ko lekar discuss kar rahe the. To un lady ne ek hi lafz bola, matlab do words bole, jisse unka ekdum mind badal gaya. Unhone bola ki "challenge yourself." To ye batata hai ki kis tarah ka unka mindset."</w:t>
      </w:r>
    </w:p>
    <w:p>
      <w:pPr>
        <w:jc w:val="right"/>
      </w:pPr>
      <w:r>
        <w:t>जापानीज लेडी उनके साथ वाली टेबल पर बैठी हुई थी। और वो ये देख रही थी कि ये इंडियंस आए हैं और यहाँ पर इनको खाना दिया गया। और वो सोच रहे हैं कि कैसे। और वो चॉपस्टिक को लेकर डिस्कस कर रहे थे। तो उन लेडी ने एक ही लफ्ज बोला, मतलब दो वर्ड्स बोले, जिससे उनका एकदम माइंड बदल गया। उन्होंने बोला कि "चैलेंज योरसेल्फ।" तो यह बताता है कि किस तरीके का उनका माइंडसेट</w:t>
      </w:r>
    </w:p>
    <w:p>
      <w:r>
        <w:rPr>
          <w:b/>
        </w:rPr>
        <w:t xml:space="preserve">[26:32] </w:t>
      </w:r>
      <w:r>
        <w:t>Hai. Normally a person will think ki "arre, main kaise khaunga?" Ya complaint karega. Inke paas forks nahi hain, spoon nahi hain. Lekin jab lady ne kaha "challenge yourself," to unhone actually mein try kara usse khane ke liye. But it's a very good example. In fact, aap aapko yaad hoga Idrees sahab yahan par aaya karte the. Unka bhi Japanese Japan mein aksar jaana hota tha. To Maulana ko ek martaba bata rahe the ki Japanese log bahut alag hote hain."</w:t>
      </w:r>
    </w:p>
    <w:p>
      <w:pPr>
        <w:jc w:val="right"/>
      </w:pPr>
      <w:r>
        <w:t>है। नॉर्मली अ पर्सन विल थिंक कि "अरे, मैं कैसे खाऊंगा?" या कंप्लेंट करेगा। इनके पास फोक्स नहीं है, स्पून नहीं है। लेकिन जब लेडी ने कहा "चैलेंज योरसेल्फ," तो उन्होंने एक्चुअली में ट्राई करा उससे खाने के लिए। बट इट्स अ वेरी गुड एग्जांपल। इनफैक्ट, आप आपको याद होगा इदरीस साहब यहाँ पर आया करते थे। उनका भी जापानीज जापान में अक्सर जाना होता था। तो मौलाना को एक मर्तबा बता रहे थे कि जापानीज लोग बहुत अलग होते हैं।</w:t>
      </w:r>
    </w:p>
    <w:p>
      <w:r>
        <w:rPr>
          <w:b/>
        </w:rPr>
        <w:t xml:space="preserve">[26:58] </w:t>
      </w:r>
      <w:r>
        <w:t>Agar koi bachcha floor par gir jaye chalte- چلتے، chhota bachcha, to normally Indians ki kya mentality hoti hai ki woh daudte hain, bachche ko uthate hain. Aur woh floor ko basically dete hain reason of fall. To kehte Japanese log aise nahi karte hain. W\</w:t>
      </w:r>
    </w:p>
    <w:p>
      <w:pPr>
        <w:jc w:val="right"/>
      </w:pPr>
      <w:r>
        <w:t>अगर कोई बच्चा फ्लोर पर गिर जाए चलते-चलते, छोटा बच्चा, तो नॉर्मली इंडियंस की क्या मेंटालिटी होती है कि वो दौड़ते हैं, बच्चे को उठाते हैं। और वो फ्लोर को बेसिकली देते हैं रीजन ऑफ फॉल। तो कहते जापानीज लोग ऐसे नहीं करते हैं। व</w:t>
      </w:r>
    </w:p>
    <w:p>
      <w:r>
        <w:rPr>
          <w:b/>
        </w:rPr>
        <w:t xml:space="preserve">[27:16] </w:t>
      </w:r>
      <w:r>
        <w:t>o bachche ko bahut seriously dekhte hain. aur wo usko yahi bolte hain ki "you have to be careful next time," taaki bachche ka yeh zehan na bane ki wo ek complaint jo hai, wo apni zimmedari, apni accountability transfer kar de kisi aur par. so they try to make the japanese individuals more responsible, accountable. and Maulana jaise kehte the na, "har cheez ko experience ke taur par lijiye."</w:t>
      </w:r>
    </w:p>
    <w:p>
      <w:pPr>
        <w:jc w:val="right"/>
      </w:pPr>
      <w:r>
        <w:t>ो बच्चे को बहुत सीरियसली देखते हैं। और वो उसको यही बोलते हैं कि "यू हैव टू बी केयरफुल नेक्स्ट टाइम," ताकि बच्चे का यह जहन ना बने कि वो एक कंप्लेंट जो है, वो अपनी जिम्मेदारी, अपनी अकाउंटेबिलिटी ट्रांसफर कर दे किसी और पर। सो दे ट्राई टू मेक द जापानीज इंडिविजुअल्स मोर रिस्पांसिबल, अकाउंटेबल। एंड मौलाना जैसे कहते थे ना, "हर चीज को एक्सपीरियंस के तौर पर लीजिए।"</w:t>
      </w:r>
    </w:p>
    <w:p>
      <w:r>
        <w:rPr>
          <w:b/>
        </w:rPr>
        <w:t xml:space="preserve">[27:42] </w:t>
      </w:r>
      <w:r>
        <w:t>to is tarah ki unki thinking develop hui hai. aap, to agla sawal phir mera yahi hai ki aapne jaise Japan ka example bhi bataya ki "what is right thinking?" and "aur what is detached thinking?" is right thinking,</w:t>
      </w:r>
    </w:p>
    <w:p>
      <w:pPr>
        <w:jc w:val="right"/>
      </w:pPr>
      <w:r>
        <w:t>तो इस तरीके की उनकी थिंकिंग डेवलप हुई है। आप, तो अगला सवाल फिर मेरा यही है कि आपने जैसे जापान का एग्जांपल भी बताया कि "व्हाट इज राइट थिंकिंग?" एंड "और व्हाट इज डिटैच थिंकिंग?" इज राइट थिंकिंग,</w:t>
      </w:r>
    </w:p>
    <w:p>
      <w:r>
        <w:rPr>
          <w:b/>
        </w:rPr>
        <w:t xml:space="preserve">[27:58] </w:t>
      </w:r>
      <w:r>
        <w:t>detach thinking, is isko zara wazeh karen aap. asal mein right thinking jab bhi ho sakti hai, jab hum cheezon ko detach karke think karna jaane</w:t>
      </w:r>
    </w:p>
    <w:p>
      <w:pPr>
        <w:jc w:val="right"/>
      </w:pPr>
      <w:r>
        <w:t>डिटैच थिंकिंग, इस इसको जरा वाजे करें आप। असल में राइट थिंकिंग जब भी हो सकती है, जब हम चीजों को डिटैच करके थिंक करना जाने</w:t>
      </w:r>
    </w:p>
    <w:p>
      <w:r>
        <w:rPr>
          <w:b/>
        </w:rPr>
        <w:t xml:space="preserve">[28:10] </w:t>
      </w:r>
      <w:r>
        <w:t>. Kyunke is duniya mein sab cheezein jo hain, mixed haalat mein hain.</w:t>
      </w:r>
    </w:p>
    <w:p>
      <w:pPr>
        <w:jc w:val="right"/>
      </w:pPr>
      <w:r>
        <w:t>। क्योंकि इस दुनिया में सब चीजें जो हैं, मिक्स्ड हालत में हैं।</w:t>
      </w:r>
    </w:p>
    <w:p>
      <w:r>
        <w:rPr>
          <w:b/>
        </w:rPr>
        <w:t xml:space="preserve">[28:14] </w:t>
      </w:r>
      <w:r>
        <w:t>to jab tak usko alag-alag nahin karenge, hum baaton ko samajh nahin sakte.</w:t>
      </w:r>
    </w:p>
    <w:p>
      <w:pPr>
        <w:jc w:val="right"/>
      </w:pPr>
      <w:r>
        <w:t>तो जब तक उसको अलग-अलग नहीं करेंगे, हम बातों को समझ नहीं सकते।</w:t>
      </w:r>
    </w:p>
    <w:p>
      <w:r>
        <w:rPr>
          <w:b/>
        </w:rPr>
        <w:t xml:space="preserve">[28:18] </w:t>
      </w:r>
      <w:r>
        <w:t>hum sirf confusion ka shikar ho jayenge.</w:t>
      </w:r>
    </w:p>
    <w:p>
      <w:pPr>
        <w:jc w:val="right"/>
      </w:pPr>
      <w:r>
        <w:t>हम सिर्फ कंफ्यूजन का शिकार हो जाएंगे।</w:t>
      </w:r>
    </w:p>
    <w:p>
      <w:r>
        <w:rPr>
          <w:b/>
        </w:rPr>
        <w:t xml:space="preserve">[28:21] </w:t>
      </w:r>
      <w:r>
        <w:t>aur sahi rai qayam karna bohat mushkil ho jayega.</w:t>
      </w:r>
    </w:p>
    <w:p>
      <w:pPr>
        <w:jc w:val="right"/>
      </w:pPr>
      <w:r>
        <w:t>और सही राय कायम करना बहुत मुश्किल हो जाएगा।</w:t>
      </w:r>
    </w:p>
    <w:p>
      <w:r>
        <w:rPr>
          <w:b/>
        </w:rPr>
        <w:t xml:space="preserve">[28:25] </w:t>
      </w:r>
      <w:r>
        <w:t>to misaal ke taur par wohi jo abhi aap ne Japan ki bataya.</w:t>
      </w:r>
    </w:p>
    <w:p>
      <w:pPr>
        <w:jc w:val="right"/>
      </w:pPr>
      <w:r>
        <w:t>तो मिसाल के तौर पर वही जो अभी आपने जापान की बताया।</w:t>
      </w:r>
    </w:p>
    <w:p>
      <w:r>
        <w:rPr>
          <w:b/>
        </w:rPr>
        <w:t xml:space="preserve">[28:29] </w:t>
      </w:r>
      <w:r>
        <w:t>to koi bhi baat hoti hai, to hum samajh lete hain ke doosre ne hamare upar na doosre</w:t>
      </w:r>
    </w:p>
    <w:p>
      <w:pPr>
        <w:jc w:val="right"/>
      </w:pPr>
      <w:r>
        <w:t>तो कोई भी बात होती है, तो हम समझ लेते हैं कि दूसरे ने हमारे ऊपर ना दूसरे</w:t>
      </w:r>
    </w:p>
    <w:p>
      <w:r>
        <w:rPr>
          <w:b/>
        </w:rPr>
        <w:t xml:space="preserve">[28:34] </w:t>
      </w:r>
      <w:r>
        <w:t>ne nainsafi ki hai.</w:t>
      </w:r>
    </w:p>
    <w:p>
      <w:pPr>
        <w:jc w:val="right"/>
      </w:pPr>
      <w:r>
        <w:t>ने नाइंसाफी की है।</w:t>
      </w:r>
    </w:p>
    <w:p>
      <w:r>
        <w:rPr>
          <w:b/>
        </w:rPr>
        <w:t xml:space="preserve">[28:36] </w:t>
      </w:r>
      <w:r>
        <w:t>doosra zalim hai.</w:t>
      </w:r>
    </w:p>
    <w:p>
      <w:pPr>
        <w:jc w:val="right"/>
      </w:pPr>
      <w:r>
        <w:t>दूसरा जालिम है।</w:t>
      </w:r>
    </w:p>
    <w:p>
      <w:r>
        <w:rPr>
          <w:b/>
        </w:rPr>
        <w:t xml:space="preserve">[28:37] </w:t>
      </w:r>
      <w:r>
        <w:t>doosre ki wajah se hamare sath aisa hua hai.</w:t>
      </w:r>
    </w:p>
    <w:p>
      <w:pPr>
        <w:jc w:val="right"/>
      </w:pPr>
      <w:r>
        <w:t>दूसरे की वजह से हमारे साथ ऐसा हुआ है।</w:t>
      </w:r>
    </w:p>
    <w:p>
      <w:r>
        <w:rPr>
          <w:b/>
        </w:rPr>
        <w:t xml:space="preserve">[28:40] </w:t>
      </w:r>
      <w:r>
        <w:t>to yeh doosre ka zulm jo hai na, woh aisa zehan mein baith jata hai ki koi bhi masla hota hai, to hum apni galti na dhoondhkar doosre ke upar blame daal dete hain. to yeh Maulana ke paas aise bahut log aate the. to kehte the, "fala hum aap par zulm kar raha hai, fala zulm kar raha hai hamare upar." to Maulana ne kaha ki "tum zulm ho raha hai." to jab partition ke baad aapki haalat behtar hui hai,</w:t>
      </w:r>
    </w:p>
    <w:p>
      <w:pPr>
        <w:jc w:val="right"/>
      </w:pPr>
      <w:r>
        <w:t>तो यह दूसरे का जुल्म जो है ना, वह ऐसा जहन में बैठ जाता है कि कोई भी मसला होता है, तो हम अपनी गलती नाढूंढकर दूसरे के ऊपर ब्लेम डाल देते हैं। तो यह मौलाना के पास ऐसे बहुत लोग आते थे। तो कहते थे, "फला हम आप पर जुल्म कर रहा है, फला जुल्म कर रहा है हमारे ऊपर।" तो मौलाना ने कहा कि "तुम जुल्म हो रहा है।" तो जब पार्टीशन के बाद आपकी हालत बेहतर हुई है,</w:t>
      </w:r>
    </w:p>
    <w:p>
      <w:r>
        <w:rPr>
          <w:b/>
        </w:rPr>
        <w:t xml:space="preserve">[29:10] </w:t>
      </w:r>
      <w:r>
        <w:t>aapke baap-dada jis tarah se is mulk mein pehle the, to usmein aapka standard improve hua hai ki nahin hua hai?</w:t>
      </w:r>
    </w:p>
    <w:p>
      <w:pPr>
        <w:jc w:val="right"/>
      </w:pPr>
      <w:r>
        <w:t>आपके बाप-दादा जिस तरीके से इस मुल्क में पहले थे, तो उसमें आपका स्टैंडर्ड इंप्रूव हुआ है कि नहीं हुआ है?</w:t>
      </w:r>
    </w:p>
    <w:p>
      <w:r>
        <w:rPr>
          <w:b/>
        </w:rPr>
        <w:t xml:space="preserve">[29:18] </w:t>
      </w:r>
      <w:r>
        <w:t>to woh kehte, "haan, hua hai. pehle hamare paas by skill thi, ab hamare paas car hai. pehle hum mamooli madrasay mein padhne jaate the, ab hamare bachche english school mein padhne jaate hain. pehle hamare paas mamooli ghar hote the, ab hamare paas achhe ghar hote hain.</w:t>
      </w:r>
    </w:p>
    <w:p>
      <w:pPr>
        <w:jc w:val="right"/>
      </w:pPr>
      <w:r>
        <w:t>तो वह कहते, "हां, हुआ है। पहले हमारे पास बाय स्किल थी, अब हमारे पास कार है। पहले हम मामूली मदरसे में पढ़ने जाते थे, अब हमारे बच्चे इंग्लिश स्कूल में पढ़ने जाते हैं। पहले हमारे पास मामूली घर होते थे, अब हमारे पास अच्छे घर होते हैं।</w:t>
      </w:r>
    </w:p>
    <w:p>
      <w:r>
        <w:rPr>
          <w:b/>
        </w:rPr>
        <w:t xml:space="preserve">[29:33] </w:t>
      </w:r>
      <w:r>
        <w:t>" to ab jab woh alag-alag kiya na, detach kiya na, tab uski samajh mein aaya ki masla jo hai, hamari soch mein hai. masla bahar nahin hai ki hum usko alag-alag nahin kar paate hain. hum bhi tarraqi kar rahe hain. bhai, jitni mehnat hum karenge, utni tarraqi karenge. jo log kam mehnat karenge, unko kam tarraqi milegi. to hamein shikayat mein nahin jeena hai. jo main hai na, ki hamein shikayat mein nahin jeena hai, balki shukr mein jeena</w:t>
      </w:r>
    </w:p>
    <w:p>
      <w:pPr>
        <w:jc w:val="right"/>
      </w:pPr>
      <w:r>
        <w:t>" तो अब जब वह अलग-अलग किया ना, डिटैच किया ना, तब उसकी समझ में आया कि मसला जो है, हमारी सोच में है। मसला बाहर नहीं है कि हम उसको अलग-अलग नहीं कर पाते हैं। हम भी तरक्की कर रहे हैं। भाई, जितनी मेहनत हम करेंगे, उतनी तरक्की करेंगे। जो लोग कम मेहनत करेंगे, उनको कम तरक्की मिलेगी। तो हमें शिकायत में नहीं जीना है। जो मेन है ना, कि हमें शिकायत में नहीं जीना है, बल्कि शुक्र में जीना</w:t>
      </w:r>
    </w:p>
    <w:p>
      <w:r>
        <w:rPr>
          <w:b/>
        </w:rPr>
        <w:t xml:space="preserve">[30:02] </w:t>
      </w:r>
      <w:r>
        <w:t>hai. jab hum shukr karenge, to hamare andar positive thinking aayegi. phir hamari soch jo hai, sahi soch banegi. iski ek bahut achhi misaal hai Hazrat Ismail ki. ki unki jo pehli biwi thi, to Hazrat Ibrahim unke paas aksar aate the dekhne ke liye ki sab haalchaal pata karne ke liye. to jo pehli shadi unhone ki thi, ek qabila Zaroom tha,</w:t>
      </w:r>
    </w:p>
    <w:p>
      <w:pPr>
        <w:jc w:val="right"/>
      </w:pPr>
      <w:r>
        <w:t>है। जब हम शुक्र करेंगे, तो हमारे अंदर पॉजिटिव थिंकिंग आएगी। फिर हमारी सोच जो है, सही सोच बनेगी। इसकी एक बहुत अच्छी मिसाल है हजरत इस्माइल की। कि उनकी जो पहली बीवी थी, तो हजरत इब्राहिम उनके पास अक्सर आते थे देखने के लिए कि सब हालचाल पता करने के लिए। तो जो पहली शादी उन्होंने की थी, एक कबीला जरूम था,</w:t>
      </w:r>
    </w:p>
    <w:p>
      <w:r>
        <w:rPr>
          <w:b/>
        </w:rPr>
        <w:t xml:space="preserve">[30:27] </w:t>
      </w:r>
      <w:r>
        <w:t>us wahan bas gaya tha.</w:t>
      </w:r>
    </w:p>
    <w:p>
      <w:pPr>
        <w:jc w:val="right"/>
      </w:pPr>
      <w:r>
        <w:t>उस वहां बस गया था।</w:t>
      </w:r>
    </w:p>
    <w:p>
      <w:r>
        <w:rPr>
          <w:b/>
        </w:rPr>
        <w:t xml:space="preserve">[30:29] </w:t>
      </w:r>
      <w:r>
        <w:t>to uski ladki thi, woh qabila Zaroom ki. to woh aaye dekhne ke liye. to Hazrat Ismail to bahar shikar-vicar ke liye jaate the. to usne bahut shikayat ki ki "yahan to bahut haalaat kharab hain aur bahut museebat hai." aur yeh woh duniya bhar ki shikayatein ki. to Hazrat Ibrahim keh ke chale gaye ki "ab apne husband se keh dena ki woh jo hai, chaukhat badal dein</w:t>
      </w:r>
    </w:p>
    <w:p>
      <w:pPr>
        <w:jc w:val="right"/>
      </w:pPr>
      <w:r>
        <w:t>तो उसकी लड़की थी, वह कबीला जरूम की। तो वह आए देखने के लिए। तो हजरत इस्माइल तो बाहर शिकार-विकार के लिए जाते थे। तो उसने बहुत शिकायत की कि "यहां तो बहुत हालात खराब हैं और बहुत मुसीबत है।" और यह वह दुनिया भर की शिकायतें की। तो हजरत इब्राहिम कह के चले गए कि "अब अपने हस्बैंड से कह देना कि वह जो है, चौखट बदल दें</w:t>
      </w:r>
    </w:p>
    <w:p>
      <w:r>
        <w:rPr>
          <w:b/>
        </w:rPr>
        <w:t xml:space="preserve">[30:54] </w:t>
      </w:r>
      <w:r>
        <w:t>." phir woh samajh gaye ki doosri shadi kar rahe karna hai aur is biwi ko chhodna hai. kyunki poori ek Allah taala ne ek poora ek nasal banani thi. woh nasal positive soch wali nasal, jo ki Rasoolullah sallallahu alaihi wasallam jab aaye, to unko support karke ek tauheed par ek inqilab barpa ho. to jab doosri aurat ki, unhone phir Hazrat Ibrahim aaye, to bahut Khuda ka shukr ada karne lagi.</w:t>
      </w:r>
    </w:p>
    <w:p>
      <w:pPr>
        <w:jc w:val="right"/>
      </w:pPr>
      <w:r>
        <w:t>।" फिर वह समझ गए कि दूसरी शादी कर रहे करना है और इस बीवी को छोड़ना है। क्योंकि पूरी एक अल्लाह ताला ने एक पूरा एक नस्ल बनानी थी। वह नस्ल पॉजिटिव सोच वाली नस्ल, जो कि रसूलल्लाह सल्लल्लाहु अलैहि वसल्लम जब आए, तो उनको सपोर्ट करके एक तौहीद पर एक इंकलाब बरपा हो। तो जब दूसरी औरत की, उन्होंने फिर हजरत इब्राहिम आए, तो बहुत खुदा का शुक्र अदा करने लगी।</w:t>
      </w:r>
    </w:p>
    <w:p>
      <w:r>
        <w:rPr>
          <w:b/>
        </w:rPr>
        <w:t xml:space="preserve">[31:23] </w:t>
      </w:r>
      <w:r>
        <w:t>ab dekhiye ki wahi haalaat, bahut Khuda ka shukr hai, bahut achha hai, sab bahut achha hai, bahut aaram se hum reh rahe hain. sab to unhone keh ke gaye ki "yeh chaukhat tum baqi rakho." to haalaat ek hi jaise hote hain. hamara soch alag-alag hoti hai. hamari negative soch hai, to humko har cheez galat lagti hai. positive soch hai, to humko har cheez sahi lagti hai.</w:t>
      </w:r>
    </w:p>
    <w:p>
      <w:pPr>
        <w:jc w:val="right"/>
      </w:pPr>
      <w:r>
        <w:t>अब देखिए कि वही हालात, बहुत खुदा का शुक्र है, बहुत अच्छा है, सब बहुत अच्छा है, बहुत आराम से हम रह रहे हैं। सब तो उन्होंने कह के गए कि "यह चौखट तुम बाकी रखो।" तो हालात एक ही जैसे होते हैं। हमारा सोच अलग-अलग होती है। हमारी नेगेटिव सोच है, तो हमको हर चीज गलत लगती है। पॉजिटिव सोच है, तो हमको हर चीज सही लगती है।</w:t>
      </w:r>
    </w:p>
    <w:p>
      <w:r>
        <w:rPr>
          <w:b/>
        </w:rPr>
        <w:t xml:space="preserve">[31:47] </w:t>
      </w:r>
      <w:r>
        <w:t>kyunki log yeh nahin samajh rahe hain ki yeh duniya hai. yahan har cheez kisi ko bhi nahin milti. to jo mila hua hai, us par shukr karo. to Allah taala aur zyada denge. kyunki na, "lan shukr tum lajid nakum," tum shukr karo, to tumhein aur zyada milega. to yeh hamein samajhna chahiye ki hum is duniya mein har cheez nahin pa sakte. desire ke mutabiq duniya jo hai, woh to akhirat hai. wahin sab kuch milega</w:t>
      </w:r>
    </w:p>
    <w:p>
      <w:pPr>
        <w:jc w:val="right"/>
      </w:pPr>
      <w:r>
        <w:t>क्योंकि लोग यह नहीं समझ रहे हैं कि यह दुनिया है। यहां हर चीज किसी को भी नहीं मिलती। तो जो मिला हुआ है, उस पर शुक्र करो। तो अल्लाह ताला और ज्यादा देंगे। क्योंकि ना, "लन शकर तुम लाजिद नकम," तुम शुक्र करो, तो तुम्हें और ज्यादा मिलेगा। तो यह हमें समझना चाहिए कि हम इस दुनिया में हर चीज नहीं पा सकते। डिजायर के मुताबिक दुनिया जो है, वह तो आखिरत है। वहीं सब कुछ मिलेगा</w:t>
      </w:r>
    </w:p>
    <w:p>
      <w:r>
        <w:rPr>
          <w:b/>
        </w:rPr>
        <w:t xml:space="preserve">[32:17] </w:t>
      </w:r>
      <w:r>
        <w:t>। to hamein jo hamein mila hua hai, usi par hum focus karein. Khuda ki jo blessings hamein already mili hui hain, us par focus karein. na ki na mile hue par shikayat lagayein. ji, aap yeh bahut important baat kahi aapne ki complaint nahin karni chahiye, haalaat kaise bhi ho. kyunki aap, agar hum dekhein ki environment and information is available for everyone, but why is it that with same level of information the results are different for different peop</w:t>
      </w:r>
    </w:p>
    <w:p>
      <w:pPr>
        <w:jc w:val="right"/>
      </w:pPr>
      <w:r>
        <w:t>। तो हमें जो हमें मिला हुआ है, उसी पर हम फोकस करें। खुदा की जो ब्लेसिंग्स हमें ऑलरेडी मिली हुई हैं, उस पर फोकस करें। ना कि ना मिले हुए पर शिकायत लगाएं। जी, आप ये बहुत इंपॉर्टेंट बात कही आपने कि कंप्लेंट नहीं करनी चाहिए, हालात कैसे भी हो। क्योंकि आप, अगर हम देखें कि एनवायरमेंट एंड इंफॉर्मेशन इज अवेलेबल फॉर एवरीवन, बट व्हाई इज इट दैट विद सेम लेवल ऑफ इंफॉर्मेशन द रिजल्ट्स आर डिफरेंट फॉर डिफरेंट पीप</w:t>
      </w:r>
    </w:p>
    <w:p>
      <w:r>
        <w:rPr>
          <w:b/>
        </w:rPr>
        <w:t xml:space="preserve">[32:47] </w:t>
      </w:r>
      <w:r>
        <w:t>le? some people with the same information give outstanding results, while some people with the same set of conditions fail. to yeh bahut important baat aap aapne batayi. aap isi se ek jo phrase Maulana ne aksar use kiya hai, "big bird of the storm," main chahunga ki isi se woh relate bhi karta hai ki aap uske bare mein, usko link karke aap hamein samjhayein. how can we become the big bird of the storm?</w:t>
      </w:r>
    </w:p>
    <w:p>
      <w:pPr>
        <w:jc w:val="right"/>
      </w:pPr>
      <w:r>
        <w:t>ल? सम पीपल विद द सेम इंफॉर्मेशन गिव आउटस्टैंडिंग रिजल्ट्स, वाइल सम पीपल विद द सेम सेट ऑफ कंडीशंस फेल। तो यह बहुत इंपॉर्टेंट बात आप आपने बताई। आप इसी से एक जो फ्रेज मौलाना ने अक्सर यूज किया है, "बिग बर्ड ऑफ द स्टॉर्म," मैं चाहूंगा कि इसी से वह रिलेट भी करता है कि आप उसके बारे में, उसको लिंक करके आप हमें समझाएं। हाउ कैन वी बिकम द बिग बर्ड ऑफ द स्टॉर्म?</w:t>
      </w:r>
    </w:p>
    <w:p>
      <w:r>
        <w:rPr>
          <w:b/>
        </w:rPr>
        <w:t xml:space="preserve">[33:14] </w:t>
      </w:r>
      <w:r>
        <w:t>and what is this big bird of the storm?</w:t>
      </w:r>
    </w:p>
    <w:p>
      <w:pPr>
        <w:jc w:val="right"/>
      </w:pPr>
      <w:r>
        <w:t>एंड व्हाट इज दिस बिग बर्ड ऑफ द स्टॉर्म?</w:t>
      </w:r>
    </w:p>
    <w:p>
      <w:r>
        <w:rPr>
          <w:b/>
        </w:rPr>
        <w:t xml:space="preserve">[33:17] </w:t>
      </w:r>
      <w:r>
        <w:t>asal mein kuch chidiyan jo hain, unke baazu bahut strong hote hain. to jab toofan aata na, to woh us toofan ki zad se upar chali jaati hain. ji, to isi par woh saying ban gayi, "big bird of the storm." to kitna bhi khatarnak toofan aata hai, woh usse bach jaati hain. lekin jo chhote-chhote parinde hote hain, woh toofan ki zad mein aakar halak ho jaate hain.</w:t>
      </w:r>
    </w:p>
    <w:p>
      <w:pPr>
        <w:jc w:val="right"/>
      </w:pPr>
      <w:r>
        <w:t>असल में कुछ चिड़ियां जो हैं, उनके बाजू बहुत स्ट्रांग होते हैं। तो जब तूफान आता है ना, तो वह उस तूफान की जद से ऊपर चली जाती हैं। जी, तो इसी पर वह सेइंग बन गई, "बिग बर्ड ऑफ द स्टॉर्म।" तो कितना भी खतरनाक तूफान आता है, वह उससे बच जाती हैं। लेकिन जो छोटे-छोटे परिंदे होते हैं, वह तूफान की जद में आकर हलाक हो जाते हैं।</w:t>
      </w:r>
    </w:p>
    <w:p>
      <w:r>
        <w:rPr>
          <w:b/>
        </w:rPr>
        <w:t xml:space="preserve">[33:42] </w:t>
      </w:r>
      <w:r>
        <w:t>to woh log, matlab is duniya mein bhi tarah-tarah ke toofan hain: psychological toofan, emotional toofan, environmental toofan, saari jo hain masail. masail ka toofan. to jo high thinkers hote hain,</w:t>
      </w:r>
    </w:p>
    <w:p>
      <w:pPr>
        <w:jc w:val="right"/>
      </w:pPr>
      <w:r>
        <w:t>तो वह लोग, मतलब इस दुनिया में भी तरह-तरह के तूफान हैं: साइकोलॉजिकल तूफान, इमोशनल तूफान, एनवायरमेंटल तूफान, सारी जो हैं मसाइल। मसाइल का तूफान। तो जो हाई थिंकर्स होते हैं,</w:t>
      </w:r>
    </w:p>
    <w:p>
      <w:r>
        <w:rPr>
          <w:b/>
        </w:rPr>
        <w:t xml:space="preserve">[33:57] </w:t>
      </w:r>
      <w:r>
        <w:t>woh in toofan se upar uth jaate hain. matlab usse mutasir nahin hote aur usse apne aap ko bacha lete hain. to</w:t>
      </w:r>
    </w:p>
    <w:p>
      <w:pPr>
        <w:jc w:val="right"/>
      </w:pPr>
      <w:r>
        <w:t>वह इन तूफान से ऊपर उठ जाते हैं। मतलब उससे मुतासिर नहीं होते और उससे अपने आप को बचा लेते हैं। तो</w:t>
      </w:r>
    </w:p>
    <w:p>
      <w:r>
        <w:rPr>
          <w:b/>
        </w:rPr>
        <w:t xml:space="preserve">[34:06] </w:t>
      </w:r>
      <w:r>
        <w:t>yahi jo hai, isiliye unko high thinker kaha jata hai. aur unki misaal di jaati hai, "big bird of the storm" se. to hamein har maamle mein bas apne aap ko positive rakhna hai. positive rakhenge to khud ba khud hum baatein samajh mein aati rahengi. kyunki Allah taala ne insaan ko paida karke yahi chhod nahin diya hai, balki hamare saath farishte hain. farishte hamein batate rahte hain, guide karte rahte hain.</w:t>
      </w:r>
    </w:p>
    <w:p>
      <w:pPr>
        <w:jc w:val="right"/>
      </w:pPr>
      <w:r>
        <w:t>यही जो है, इसीलिए उनको हाई थिंकर कहा जाता है। और उनकी मिसाल दी जाती है, "बिग बर्ड ऑफ द स्टॉर्म" से। तो हमें हर मामले में बस अपने आप को पॉजिटिव रखना है। पॉजिटिव रखेंगे तो खुद बखुदा हम बातें समझ में आती रहेंगी। क्योंकि अल्लाह ताला ने इंसान को पैदा करके यही छोड़ नहीं दिया है, बल्कि हमारे साथ फरिश्ते हैं। फरिश्ते हमें बताते रहते हैं, गाइड करते रहते हैं।</w:t>
      </w:r>
    </w:p>
    <w:p>
      <w:r>
        <w:rPr>
          <w:b/>
        </w:rPr>
        <w:t xml:space="preserve">[34:35] </w:t>
      </w:r>
      <w:r>
        <w:t>lekin agar hum negative ho jaate hain na, to phir shaitan hamare paas aa jata hai aur farishta chala jata hai. to yahan jo hai, woh masla paida ho jata hai. to hum reaction na karein. aur woh misaal hai, "jo ignore the problem, feed the opportunity." ji, jo Maulana bahut zyada istemal karte the. to hamein ab problem ko ignore karein aur opportunity ko discover karein.</w:t>
      </w:r>
    </w:p>
    <w:p>
      <w:pPr>
        <w:jc w:val="right"/>
      </w:pPr>
      <w:r>
        <w:t>लेकिन अगर हम नेगेटिव हो जाते हैं ना, तो फिर शैतान हमारे पास आ जाता है और फरिश्ता चला जाता है। तो यहां जो है, वह मसला पैदा हो जाता है। तो हम रिएक्शन ना करें। और वह मिसाल है, "जो इग्नोर द प्रॉब्लम, फीड द अपॉर्चुनिटी।" जी, जो मौलाना बहुत ज्यादा इस्तेमाल करते थे। तो हमें अब प्रॉब्लम को इग्नोर करें और अपॉर्चुनिटी को डिस्कवर करें।</w:t>
      </w:r>
    </w:p>
    <w:p>
      <w:r>
        <w:rPr>
          <w:b/>
        </w:rPr>
        <w:t xml:space="preserve">[35:01] </w:t>
      </w:r>
      <w:r>
        <w:t>nature mein hi dekhein. kahin bhi aap, bas aap observant ban jaiye. to ek saying hai ki "the elephant continues to walk on without being disturbed by the barking dogs." to usko pata hai ki yeh barking dogs usko uska koi harm nahin pahuncha sakte. to yeh jo elephant lifestyle hai life ka, to yeh jo hai, bahut zyada successful way hai to live in this world</w:t>
      </w:r>
    </w:p>
    <w:p>
      <w:pPr>
        <w:jc w:val="right"/>
      </w:pPr>
      <w:r>
        <w:t>नेचर में ही देखें। कहीं भी आप, बस आप ऑब्जर्वेंट बन जाइए। तो एक सेइंग है कि "द एलिफेंट कंटिन्यूज टू वक ऑन विदाउट बीइंग डिस्टर्ब बाय द बार्किंग डॉग्स।" तो उसको पता है कि यह बार्किंग डॉग्स उसको उसका कोई हार्म नहीं पहुंचा सकते। तो यह जो एलिफेंट लाइफस्टाइल है लाइफ का, तो यह जो है, बहुत ज्यादा सक्सेसफुल वे है टू लिव इन दिस वर्ल्ड</w:t>
      </w:r>
    </w:p>
    <w:p>
      <w:r>
        <w:rPr>
          <w:b/>
        </w:rPr>
        <w:t xml:space="preserve">[35:30] </w:t>
      </w:r>
      <w:r>
        <w:t>। elephant ka ek aur aapne dekha hoga, jab woh keechad aisa pani, jo keechad hota hai, kam pani ho jata hai, to ki muddy muddy se ho jata hai na. bahut dheere-dheere paanv rakhta hai. to agar aap dheere-dheere paanv rakhein, aisi kahin pani hai, phislan hai, to aap nahin phisal te. ji, to har cheez mein aapko janwaron se sabak milega. agar aap observe karein.</w:t>
      </w:r>
    </w:p>
    <w:p>
      <w:pPr>
        <w:jc w:val="right"/>
      </w:pPr>
      <w:r>
        <w:t>। एलिफेंट का एक और आपने देखा होगा, जब वो कीचड़ ऐसा पानी, जो कीचड़ होता है, कम पानी हो जाता है, तो की मड्डी मड्डी से हो जाता है ना। बहुत धीरे-धीरे पांव रखता है। तो अगर आप धीरे-धीरे पांव रखें, ऐसी कहीं पानी है, फिसलन है, तो आप नहीं फिसलते। जी, तो हर चीज में आपको जानवरों से सबक मिलेगा। अगर आप ऑब्जर्व करें।</w:t>
      </w:r>
    </w:p>
    <w:p>
      <w:r>
        <w:rPr>
          <w:b/>
        </w:rPr>
        <w:t xml:space="preserve">[35:55] </w:t>
      </w:r>
      <w:r>
        <w:t>to bas yahi samajhna hai ki is duniya mein jo Khuda ka jo creation plan hai, usmein saare log ek saath reh rahe hain. aur hamein tarah-tarah ke masal pesh aayenge. to hamein us creation plan se mutabiq karni hai. aur bilkul aise hi misaal hai, jaise sadak par gaadiyan daudti hain. agar</w:t>
      </w:r>
    </w:p>
    <w:p>
      <w:pPr>
        <w:jc w:val="right"/>
      </w:pPr>
      <w:r>
        <w:t>तो बस यही समझना है कि इस दुनिया में जो खुदा का जो क्रिएशन प्लान है, उसमें सारे लोग एक साथ रह रहे हैं। और हमें तरह-तरह के मसाल पेश आएंगे। तो हमें उस क्रिएशन प्लान से मुताबिक करनी है। और बिल्कुल ऐसे ही मिसाल है, जैसे सड़क पर गाड़ियां दौड़ती हैं। अगर</w:t>
      </w:r>
    </w:p>
    <w:p>
      <w:r>
        <w:rPr>
          <w:b/>
        </w:rPr>
        <w:t xml:space="preserve">[36:14] </w:t>
      </w:r>
      <w:r>
        <w:t>hum chahe ke humein koi rukawat na aaye, hum seedhe gaadi daudate rahe, to takra jayenge aur khatm ho jayenge hum. lekin hum apne aap ko bachate hain. to samajh lijiye, bilkul isi tarike se is duniya mein bhi humne hum apne aap ko bachaye. to yahi jo hai, yeh zaroori hai hamare personality development ke liye, intellectual development ke liye, spiritual development ke liye. yeh sab zaroori hai.</w:t>
      </w:r>
    </w:p>
    <w:p>
      <w:pPr>
        <w:jc w:val="right"/>
      </w:pPr>
      <w:r>
        <w:t>हम चाहे कि हमें कोई रुकावट ना आए, हम सीधे गाड़ी दौड़ाते रहे, तो टकरा जाएंगे और खत्म हो जाएंगे हम। लेकिन हम अपने आप को बचाते हैं। तो समझ लीजिए, बिल्कुल इसी तरीके से इस दुनिया में भी हमने हम अपने आप को बचाएं। तो यही जो है, यह जरूरी है हमारे पर्सनालिटी डेवलपमेंट के लिए, इंटेलेक्चुअल डेवलपमेंट के लिए, स्पिरिचुअल डेवलपमेंट के लिए। यह सब जरूरी है।</w:t>
      </w:r>
    </w:p>
    <w:p>
      <w:r>
        <w:rPr>
          <w:b/>
        </w:rPr>
        <w:t xml:space="preserve">[36:40] </w:t>
      </w:r>
      <w:r>
        <w:t>hamein har waqt lesson lete rehna chahiye. har cheez se, insano ke tajurbe se, janwaron ke tajurbe se, nature se lesson lete rehna chahiye. aur apni aap personality ko develop karte rehna chahiye. jazaakallah, aap. aap agla sawal lene se pehle do comments padhna chahunga.</w:t>
      </w:r>
    </w:p>
    <w:p>
      <w:pPr>
        <w:jc w:val="right"/>
      </w:pPr>
      <w:r>
        <w:t>हमें हर वक्त लेसन लेते रहना चाहिए। हर चीज से, इंसानों के तजुर्बे से, जानवरों के तजुर्बे से, नेचर से लेसन लेते रहना चाहिए। और अपनी आप पर्सनालिटी को डेवलप करते रहना चाहिए। जजाकल्लाह, आप। आप अगला सवाल लेने से पहले दो कमेंट्स पढ़ना चाहूंगा।</w:t>
      </w:r>
    </w:p>
    <w:p>
      <w:r>
        <w:rPr>
          <w:b/>
        </w:rPr>
        <w:t xml:space="preserve">[37:00] </w:t>
      </w:r>
      <w:r>
        <w:t>mohammad irfan rasheedi sahab ne nagpur se likha hai, "positive thinking ki wajah se har nuksan mein taameer ke imkana ko maloom kiya ja sakta hai." very important lesson, jazaakallah, aap. aamir mori sahab ne srinagar se likha hai, "i have learned that positive thinking connects us with god, while negative thinking connects us with saturn." thank you, aap, for such a great guiden</w:t>
      </w:r>
    </w:p>
    <w:p>
      <w:pPr>
        <w:jc w:val="right"/>
      </w:pPr>
      <w:r>
        <w:t>मोहम्मद इरफान रशीदी साहब ने नागपुर से लिखा है, "पॉजिटिव थिंकिंग की वजह से हर नुकसान में तामीर के इमकाना को मालूम किया जा सकता है।" वेरी इंपॉर्टेंट लेसन, जजाकल्लाह, आप। आमिर मोरी साहब ने श्रीनगर से लिखा है, "आई हैव लर्न दैट पॉजिटिव थिंकिंग कनेक्ट्स अस विद गॉड, वाइल नेगेटिव थिंकिंग कनेक्ट्स अस विद सैटर्न।" थैंक यू, आप, फॉर सच अ ग्रेट गाइडें</w:t>
      </w:r>
    </w:p>
    <w:p>
      <w:r>
        <w:rPr>
          <w:b/>
        </w:rPr>
        <w:t xml:space="preserve">[37:27] </w:t>
      </w:r>
      <w:r>
        <w:t>sa. the example of japanese lady in which she said, "challenge yourself," was such a great learning. thank you for such different examples during the session. aap, hazrat umar bin khatab ne ek martaba kaha tha ki, "intelligence is not that you differentiable between good and evil, but intelligence is when you know the lesser of the two evils." aur ek aur riwayat, aap, hazrat umer ibn habab se milti hai, jo usko aur</w:t>
      </w:r>
    </w:p>
    <w:p>
      <w:pPr>
        <w:jc w:val="right"/>
      </w:pPr>
      <w:r>
        <w:t>स। द एग्जांपल ऑफ जापनीज लेडी इन व्हिच शी सेड, "चैलेंज योरसेल्फ," वाज सच अ ग्रेट लर्निंग। थैंक यू फॉर सच डिफरेंट एग्जांपल्स ड्यूरिंग द सेशन। आप, हजरत उमर बिन खताब ने एक मर्तबा कहा था कि, "इंटेलिजेंस इज नॉट दैट यू डिफरेंशिएबल बिटवीन गुड एंड इविल, बट इंटेलिजेंस इज व्हेन यू नो द लेसर ऑफ द टू इवल्स।" और एक और रिवायत, आप, हजरत उमेर इब्न हबाब से मिलती है, जो उसको और</w:t>
      </w:r>
    </w:p>
    <w:p>
      <w:r>
        <w:rPr>
          <w:b/>
        </w:rPr>
        <w:t xml:space="preserve">[37:56] </w:t>
      </w:r>
      <w:r>
        <w:t>wajeh karti hai. unhone kaha ki, "a person who does not tolerate the lesser evil of the ignor, will have to endure the greater evil of the ignor." to yeh bahut bahut important lesson hai ki lesser of the two evils ko samajhna. one who understands, will succeed in life</w:t>
      </w:r>
    </w:p>
    <w:p>
      <w:pPr>
        <w:jc w:val="right"/>
      </w:pPr>
      <w:r>
        <w:t>वाजे करती है। उन्होंने कहा कि, "अ पर्सन हु डज नॉट टॉलरेट द लेसर इवल ऑफ द इग्नोर, विल हैव टू एंडोर द ग्रेटर इवल ऑफ द इग्नोर।" तो यह बहुत-बहुत इंपॉर्टेंट लेसन है कि लेसर ऑफ द टू इवल्स को समझना। वन हु अंडरस्टैंड्स, विल सक्सीड इन लाइफ</w:t>
      </w:r>
    </w:p>
    <w:p>
      <w:r>
        <w:rPr>
          <w:b/>
        </w:rPr>
        <w:t xml:space="preserve">[38:16] </w:t>
      </w:r>
      <w:r>
        <w:t>. one who does not understand, will constantly face failures and end hardship. aur yeh, aap, ek aisa example hai ya ek aisi cheez hai jo maine bhi maulana se bahut kareeb rehkar seekhi. kyunki bahut emphasize karte the. kyunki aksar log ulajh jate hain. to, aap, main chahunga ki isko aap aap explain karein taaki hum sab isko internalize kar sakein. is important aspect of life ko</w:t>
      </w:r>
    </w:p>
    <w:p>
      <w:pPr>
        <w:jc w:val="right"/>
      </w:pPr>
      <w:r>
        <w:t>। वन हु डज नॉट अंडरस्टैंड, विल कांस्टेंटली फेस फेलर्स एंड एंड हार्डशिप। और यह, आप, एक ऐसा एग्जांपल है या एक ऐसी चीज है जो मैंने भी मौलाना से बहुत करीब रहकर सीखी। क्योंकि बहुत एमफसा इज करते थे। क्योंकि अक्सर लोग उलझ जाते हैं। तो, आप, मैं चाहूंगा कि इसको आप आप एक्सप्लेन करें ताकि हम सब इसको इंटरनल इज कर सकें। इज इंपॉर्टेंट एस्पेक्ट ऑफ लाइफ को</w:t>
      </w:r>
    </w:p>
    <w:p>
      <w:r>
        <w:rPr>
          <w:b/>
        </w:rPr>
        <w:t xml:space="preserve">[38:45] </w:t>
      </w:r>
      <w:r>
        <w:t>. ab yeh lesser evil aur greater evil, yeh jo palestine ka jo jang ho rahi hai, bilkul apply hota hai. jab baanta gaya tha falasteen, to jo behtar hisse the aur aadhe se zyada hissa jo hai, woh arbon ko mila tha. ji, aur jo registan the, bilkul desert area tha, woh yahudiyon ko mila tha. yahudiyon ne mehnat karke usko nakhl-e-staan bana liya. aur woh log jang karte-karte-karte sab kuch haar gaye.</w:t>
      </w:r>
    </w:p>
    <w:p>
      <w:pPr>
        <w:jc w:val="right"/>
      </w:pPr>
      <w:r>
        <w:t>। अब ये लेसर इविल और ग्रेटर इविल, ये जो पलेस्टाइन का जो जंग हो रही है, बिल्कुल अप्लाई होता है। जब बांटा गया था फलस्तीन, तो जो बेहतर हिस्से थे और आधे से ज्यादा हिस्सा जो है, वो अरबों को मिला था। जी, और जो रेगिस्तान थे, बिल्कुल डेजर्ट एरिया था, वो यहूदियों को मिला था। यहूदियों ने मेहनत करके उसको नखल स्तान बना लिया। और वह लोग जंग करते-करते-करते सब कुछ हार गए।</w:t>
      </w:r>
    </w:p>
    <w:p>
      <w:r>
        <w:rPr>
          <w:b/>
        </w:rPr>
        <w:t xml:space="preserve">[39:13] </w:t>
      </w:r>
      <w:r>
        <w:t>to yeh yahi bahut achhi misaal hai lesser evil aur greater evil ki. sab barbaad ho gaye. to asal mein man jo hai, na, idealist hai by birth. har cheez mein chahta hai ki bas mujhe apni khwahish ke mutabiq mile. to yeh nahi samajhta ki yeh namumkin hai. kyunki yeh duniya mein woh akela nahi hai. aur insaan ke andar itni zyada khwahishein hain ki jo pehli generation thi, usi mein ladai ho gayi.</w:t>
      </w:r>
    </w:p>
    <w:p>
      <w:pPr>
        <w:jc w:val="right"/>
      </w:pPr>
      <w:r>
        <w:t>तो यह यही बहुत अच्छी मिसाल है लेसर इविल और ग्रेटर इविल की। सब बर्बाद हो गए। तो असल में मैन जो है, ना, आइडियलिस्ट है बाय बर्थ। हर चीज में चाहता है कि बस मुझे अपनी ख्वाहिश के मुताबिक मिले। तो यह नहीं समझता कि यह नामुमकिन है। क्योंकि यह दुनिया में वो अकेला नहीं है। और इंसान के अंदर इतनी ज्यादा ख्वाहिशें हैं कि जो पहली जनरेशन थी, उसी में लड़ाई हो गई।</w:t>
      </w:r>
    </w:p>
    <w:p>
      <w:r>
        <w:rPr>
          <w:b/>
        </w:rPr>
        <w:t xml:space="preserve">[39:41] </w:t>
      </w:r>
      <w:r>
        <w:t>to khwahishein itni zyada hain ki is duniya mein woh poori ho hi nahi sakti. woh akhirat mein hi poori hongi. to sabse pehle aadmi ko yahi samajhna hai ki is duniya mein to clash of interest hoga hi hoga. to humein adjustment karna hai. aur tamam paighambaron ki misalein yahi batati hain ki unhone adjust kiya. hazrat ibrahim ko jab unhone aag mein daal diya, to unhone ladai nahi ki, balki woh us us town ko chhodkar chale gaye</w:t>
      </w:r>
    </w:p>
    <w:p>
      <w:pPr>
        <w:jc w:val="right"/>
      </w:pPr>
      <w:r>
        <w:t>तो ख्वाहिशें इतनी ज्यादा हैं कि इस दुनिया में वह पूरी हो ही नहीं सकती। वह आखिरत में ही पूरी होंगी। तो सबसे पहले आदमी को यही समझना है कि इस दुनिया में तो क्लश ऑफ इंटरेस्ट होगा ही होगा। तो हमें एडजस्टमेंट करना है। और तमाम पैगंबरों की मिसालें यही बताती हैं कि उन्होंने एडजस्ट किया। हजरत इब्राहिम को जब उन्होंने आग में डाल दिया, तो उन्होंने लड़ाई नहीं की, बल्कि वह उस उस टाउन को छोड़कर चले गए</w:t>
      </w:r>
    </w:p>
    <w:p>
      <w:r>
        <w:rPr>
          <w:b/>
        </w:rPr>
        <w:t xml:space="preserve">[40:08] </w:t>
      </w:r>
      <w:r>
        <w:t>. to adjustment jo hai, na, yahi possible tareeka hai. to choice choice jo hai, hamare liye woh khair aur shar mein nahi hai, balki lesser evil mein hai. jaisa ki hazrat umar ne bataya. to shar ka matlab yeh bhi hai ki koi cheez aapki umeed se kam ho. agar umeed se kam ho, to woh bhi hum usko accept karna nahi chahte hain.</w:t>
      </w:r>
    </w:p>
    <w:p>
      <w:pPr>
        <w:jc w:val="right"/>
      </w:pPr>
      <w:r>
        <w:t>। तो एडजस्टमेंट जो है, ना, यही पॉसिबल तरीका है। तो चॉइस चॉइस जो है, हमारे लिए वह खैर और शर में नहीं है, बल्कि लेसर इविल में है। जैसा कि हजरत उमर ने बताया। तो शर का मतलब यह भी है कि कोई चीज आपकी उम्मीद से कम हो। अगर उम्मीद से कम हो, तो वह भी हम उसको एक्सेप्ट करना नहीं चाहते हैं।</w:t>
      </w:r>
    </w:p>
    <w:p>
      <w:r>
        <w:rPr>
          <w:b/>
        </w:rPr>
        <w:t xml:space="preserve">[40:34] </w:t>
      </w:r>
      <w:r>
        <w:t>to humko is duniya mein bahut zyada hosh hawash ke saath, bahut zyada soch samajhkar zindagi guzarni hai. jo log emotional tareeke se zindagi guzarenge, to woh unko is duniya mein kuch milne wala nahi hai. kyunki social life mein hum apni marzi ke mutabiq nahi reh sakte. yahan adjustment zaroori hai. kyunki do fareeq hota hai, do party hoti hai. to dono party ki razamandi zaroori hoti hai.</w:t>
      </w:r>
    </w:p>
    <w:p>
      <w:pPr>
        <w:jc w:val="right"/>
      </w:pPr>
      <w:r>
        <w:t>तो हमको इस दुनिया में बहुत ज्यादा होश हवाश के साथ, बहुत ज्यादा सोच समझकर जिंदगी गुजारनी है। जो लोग इमोशनल तरीके से जिंदगी गुजारेंगे, तो वह उनको इस दुनिया में कुछ मिलने वाला नहीं है। क्योंकि सोशल लाइफ में हम अपनी मर्जी के मुताबिक नहीं रह सकते। यहां एडजस्टमेंट जरूरी है। क्योंकि दो फरीक होता है, दो पार्टी होती है। तो दोनों पार्टी की रजामंदी जरूरी होती है।</w:t>
      </w:r>
    </w:p>
    <w:p>
      <w:r>
        <w:rPr>
          <w:b/>
        </w:rPr>
        <w:t xml:space="preserve">[41:02] </w:t>
      </w:r>
      <w:r>
        <w:t>jaise musalman sulah nahi kar rahe hain, woh chahte hain ki hamari sari conditions ko poori kiya jaye. to aisa to kabhi hua hi nahi. paighambaron ke saath nahi hua. to aaj kaise ho sakta hai?</w:t>
      </w:r>
    </w:p>
    <w:p>
      <w:pPr>
        <w:jc w:val="right"/>
      </w:pPr>
      <w:r>
        <w:t>जैसे मुसलमान सुलह नहीं कर रहे हैं, वह चाहते हैं कि हमारी सारी कंडीशंस को पूरी किया जाए। तो ऐसा तो कभी हुआ ही नहीं। पैगंबरों के साथ नहीं हुआ। तो आज कैसे हो सकता है?</w:t>
      </w:r>
    </w:p>
    <w:p>
      <w:r>
        <w:rPr>
          <w:b/>
        </w:rPr>
        <w:t xml:space="preserve">[41:15] </w:t>
      </w:r>
      <w:r>
        <w:t>to humein yeh dekhna hai ki kya mumkin hai, kya nahi mumkin hai. kisi ne likha hai ki "life is the art of the possible." to kya mumkin hai, kya nahi mumkin hai, yeh dekhna hai. na ki kya justice hai, kya injustice hai. injustice to hoti hai,</w:t>
      </w:r>
    </w:p>
    <w:p>
      <w:pPr>
        <w:jc w:val="right"/>
      </w:pPr>
      <w:r>
        <w:t>तो हमें यह देखना है कि क्या मुमकिन है, क्या नहीं मुमकिन है। किसी ने लिखा है कि "लाइफ इज द आर्ट ऑफ द पॉसिबल।" तो क्या मुमकिन है, क्या नहीं मुमकिन है, यह देखना है। ना कि क्या जस्टिस है, क्या इंजस्टिस है। इंजस्टिस तो होती है,</w:t>
      </w:r>
    </w:p>
    <w:p>
      <w:r>
        <w:rPr>
          <w:b/>
        </w:rPr>
        <w:t xml:space="preserve">[41:31] </w:t>
      </w:r>
      <w:r>
        <w:t>hamesha hogi. to humein dekhna hai kya, what is possible. aur tabhi hum kuch kar payenge. kyunki apni personal life mein maulana bhi yahi kehte the ki ideal ko hum apna nishana bana sakte hain personal life mein. kyunki wahan par humein poora ikhtiyar hai. lekin social life mein humein ikhtiyar nahi hai. wahan humein practical ban jana hai. yahi positive thinking hai. ji, aap, ek sawal aaya hai kanpur se. mohammad asif khan sahab ne bheja hai.</w:t>
      </w:r>
    </w:p>
    <w:p>
      <w:pPr>
        <w:jc w:val="right"/>
      </w:pPr>
      <w:r>
        <w:t>हमेशा होगी। तो हमें देखना है क्या, व्हाट इज पॉसिबल। और तभी हम कुछ कर पाएंगे। क्योंकि अपनी पर्सनल लाइफ में मौलाना भी यही कहते थे कि आइडियल को हम अपना निशाना बना सकते हैं पर्सनल लाइफ में। क्योंकि वहां पर हमें पूरा इख्तियार है। लेकिन सोशल लाइफ में हमें इख्तियार नहीं है। वहां हमें प्रैक्टिकल बन जाना है। यही पॉजिटिव थिंकिंग है। जी, आप, एक सवाल आया है कानपुर से। मोहम्मद आसिफ खान साहब ने भेजा है।</w:t>
      </w:r>
    </w:p>
    <w:p>
      <w:r>
        <w:rPr>
          <w:b/>
        </w:rPr>
        <w:t xml:space="preserve">[42:01] </w:t>
      </w:r>
      <w:r>
        <w:t>unhone likha hai ki dusron ki shikayat ya hasad se khud ko kaise bacha sakte hain, iske bare mein aap batayein. haan, to yahi to baat hai ki humein samajhna chahiye creation plan ko. creation plan mein yeh sab kuch hai. dekhiye, pehle hi din jab insaan paida hua, to usko hasad hi ho gaya. na, jinnat ko, shaitan ko hasad ho gaya. to hasad se usko mahroomi kitni badi hui ki khuda ki rehmat se mahroom ho gaya.</w:t>
      </w:r>
    </w:p>
    <w:p>
      <w:pPr>
        <w:jc w:val="right"/>
      </w:pPr>
      <w:r>
        <w:t>उन्होंने लिखा है कि दूसरों की शिकायत या हसद से खुद को कैसे बचा सकते हैं, इसके बारे में आप बताएं। हां, तो यही तो बात है कि हमें समझना चाहिए क्रिएशन प्लान को। क्रिएशन प्लान में यह सब कुछ है। देखिए, पहले ही दिन जब इंसान पैदा हुआ, तो उसको हसद ही हो गया। ना, जिन्नात को, शैतान को हसद हो गया। तो हसद से उसको महरूमी कितनी बड़ी हुई कि खुदा की रहमत से महरूम हो गया।</w:t>
      </w:r>
    </w:p>
    <w:p>
      <w:r>
        <w:rPr>
          <w:b/>
        </w:rPr>
        <w:t xml:space="preserve">[42:30] </w:t>
      </w:r>
      <w:r>
        <w:t>to humein is duniya mein soch samajhkar zindagi guzarna hai. shikayat to hogi, aisa koi bhi aisa nahi hai jisko shikayat na hui ho. us shikayat ko humein ignore karna hai. aur jo opportunity hain, usko avail karna hai. to abhi matlab har waqt, har jagah yeh sari misalein maujood hain. bahut</w:t>
      </w:r>
    </w:p>
    <w:p>
      <w:pPr>
        <w:jc w:val="right"/>
      </w:pPr>
      <w:r>
        <w:t>तो हमें इस दुनिया में सोच समझकर जिंदगी गुजारना है। शिकायत तो होगी, ऐसा कोई भी ऐसा नहीं है जिसको शिकायत ना हुई हो। उस शिकायत को हमें इग्नोर करना है। और जो अपॉर्चुनिटी हैं, उसको अवेल करना है। तो अभी मतलब हर वक्त, हर जगह यह सारी मिसालें मौजूद हैं। बहुत</w:t>
      </w:r>
    </w:p>
    <w:p>
      <w:r>
        <w:rPr>
          <w:b/>
        </w:rPr>
        <w:t xml:space="preserve">[42:53] </w:t>
      </w:r>
      <w:r>
        <w:t>saari misalein hain ki logon ko shikayatein hui, lekin jo shikayaton mein ulajh ke reh gaya, usko kuch nahi mila. jo shikayaton se upar uth gaya, usko sab kuch mil gaya jo woh chahta tha. abhi maine jack ma ka jo bataya, kitni zabardast shikayat thi ki itna padh likh kar ke bhi use koi job hi nahi mil raha tha. to usne business kar liya. kyunki is duniya mein bahut zyada maidan khule hue</w:t>
      </w:r>
    </w:p>
    <w:p>
      <w:pPr>
        <w:jc w:val="right"/>
      </w:pPr>
      <w:r>
        <w:t>सारी मिसालें हैं कि लोगों को शिकायतें हुई, लेकिन जो शिकायतों में उलझ के रह गया, उसको कुछ नहीं मिला। जो शिकायतों से ऊपर उठ गया, उसको सब कुछ मिल गया जो वह चाहता था। अभी मैंने जैक मा का जो बताया, कितनी जबरदस्त शिकायत थी कि इतना पढ़ लिख कर के भी उसे कोई जॉब ही नहीं मिल रहा था। तो उसने बिजनेस कर लिया। क्योंकि इस दुनिया में बहुत ज्यादा मैदान खुले हुए</w:t>
      </w:r>
    </w:p>
    <w:p>
      <w:r>
        <w:rPr>
          <w:b/>
        </w:rPr>
        <w:t xml:space="preserve">[43:19] </w:t>
      </w:r>
      <w:r>
        <w:t>hain. aur usi tarike se jab hum aage badhenge, to bahut se logon honge jinko humse, humse woh hoga, hasad hoga. to usko sochna hi nahi hai. wahan par america mein ek sagheer aslam sahab rehte the, ab chale gaye pakistan. to ek aadmi baar-baar unse aakar kehta tha ki falan aadmi aapki bahut shikayat karta hai, bura bhala kehta hai.</w:t>
      </w:r>
    </w:p>
    <w:p>
      <w:pPr>
        <w:jc w:val="right"/>
      </w:pPr>
      <w:r>
        <w:t>हैं। और उसी तरीके से जब हम आगे बढ़ेंगे, तो बहुत से लोगों होंगे जिनको हमसे, हमसे वह होगा, हसद होगा। तो उसको सोचना ही नहीं है। वहां पर अमेरिका में एक सगीर असलम साहब रहते थे, अब चले गए पाकिस्तान। तो एक आदमी बार-बार उनसे आकर कहता था कि फलां आदमी आपकी बहुत शिकायत करता है, बुरा भला कहता है।</w:t>
      </w:r>
    </w:p>
    <w:p>
      <w:r>
        <w:rPr>
          <w:b/>
        </w:rPr>
        <w:t xml:space="preserve">[43:43] </w:t>
      </w:r>
      <w:r>
        <w:t>to woh kehte the, jab baar-baar sunne ke baad, unhone kaha ki bhai, woh uska dard sar hai, mera toh nahi. that is his problem. that is his problem. to bas yahi humein bhi sochna hai ki woh uska problem hai, usko jhelne do. hum apna aage badhne ka koi raasta allah ne humein roka nahi hai. to hum apna apna kaam karenge. ek, aap, maulana is cheez par bada emphasize karte the ki always focus on opportunity that that are available before you and not on problems.</w:t>
      </w:r>
    </w:p>
    <w:p>
      <w:pPr>
        <w:jc w:val="right"/>
      </w:pPr>
      <w:r>
        <w:t>तो वह कहते थे, जब बार-बार सुनने के बाद, उन्होंने कहा कि भाई, वह उसका दर्द सर है, मेरा तो नहीं। दैट इज हिज प्रॉब्लम। दैट इज हिज प्रॉब्लम। तो बस यही हमें भी सोचना है कि वह उसका प्रॉब्लम है, उसको झेलने दो। हम अपना आगे बढ़ने का कोई रास्ता अल्लाह ने हमें रोका नहीं है। तो हम अपना अपना काम करेंगे। एक, आप, मौलाना इस चीज पर बड़ा एमफसा इज करते थे कि ऑलवेज फोकस ऑन अपॉर्चुनिटी दैट दैट आर अवेलेबल बिफोर यू एंड नॉट ऑन प्रॉब्लम्स।</w:t>
      </w:r>
    </w:p>
    <w:p>
      <w:r>
        <w:rPr>
          <w:b/>
        </w:rPr>
        <w:t xml:space="preserve">[44:13] </w:t>
      </w:r>
      <w:r>
        <w:t>aur ek jo bahut important aspect hai ki agar aap apni zindagi mein kisi cheez ko target banate hain, kisi cheez ko aap focus banate hain, to woh kehte the ki aap us cheez ke peeche bilkul obsession ya junoon ke level par aap uske peeche lag jaiye ki distractions aapko derail na karein. aap idhar-udhar na dekhein. aap bas us cheez ko, us target ko apna life ka goal bana le aur aap us par lag jayein. to</w:t>
      </w:r>
    </w:p>
    <w:p>
      <w:pPr>
        <w:jc w:val="right"/>
      </w:pPr>
      <w:r>
        <w:t>और एक जो बहुत इंपॉर्टेंट एस्पेक्ट है कि अगर आप अपनी जिंदगी में किसी चीज को टारगेट बनाते हैं, किसी चीज को आप फोकस बनाते हैं, तो वह कहते थे कि आप उस चीज के पीछे बिल्कुल ऑब्सेशन या जुनून के लेवल पर आप उसके पीछे लग जाइए कि डिस्ट्रक्शंस आपको डिरेल ना करें। आप इधर-उधर ना देखें। आप बस उस चीज को, उस टारगेट को अपना लाइफ का गोल बना ले और आप उस पर लग जाएं। तो</w:t>
      </w:r>
    </w:p>
    <w:p>
      <w:r>
        <w:rPr>
          <w:b/>
        </w:rPr>
        <w:t xml:space="preserve">[44:39] </w:t>
      </w:r>
      <w:r>
        <w:t>that is the only way that you can achieve real success or a great success. kyunki success ke bhi aap levels hain. but if you want to become great, then you have to have like a complete focus minus the distraction and not really bothered about what is happening around you. to woh bahut important hai. jaise aapne bataya, apni misaal yaad aayi ki jamia mein apply karne se pehle main ek chhote sa school tha, usmein mujhe apply kiya.</w:t>
      </w:r>
    </w:p>
    <w:p>
      <w:pPr>
        <w:jc w:val="right"/>
      </w:pPr>
      <w:r>
        <w:t>दैट इज द ओनली वे दैट यू कैन अचीव रियल सक्सेस और अ ग्रेट सक्सेस। क्योंकि सक्सेस के भी आप लेवल्स हैं। बट इफ यू वांट टू बिकम ग्रेट, देन यू हैव टू हैव लाइक अ कंप्लीट फोकस माइनस द डिस्ट्रक्शन एंड नॉट रियली बॉदर्ड अबाउट व्हाट इज हैपनिंग अराउंड यू। तो वह बहुत इंपॉर्टेंट है। जैसे आपने बताया, अपनी मिसाल याद आई कि जामिया में अप्लाई करने से पहले मैं एक छोटे सा स्कूल था, उसमें मुझे अप्लाई किया।</w:t>
      </w:r>
    </w:p>
    <w:p>
      <w:r>
        <w:rPr>
          <w:b/>
        </w:rPr>
        <w:t xml:space="preserve">[45:07] </w:t>
      </w:r>
      <w:r>
        <w:t>to main us waqt phd kar chuki thi. mera interview bhi achha hua tha. woh usmein nahi liya gaya. to baad mein kisi ne bataya ki woh toh principal khud hi phd nahi thi. to aise woh nahi lete hain. ab hum us waqt sad hokar baith jate ghar mein, main room ek ehsaas mein. to kitna nuksan hota hai hamara. phir uske baad humne jamia, jo ki ek central university hai, usmein apply kiya. to ho gaya. to hamare raaste kabhi bhi band nahi hote. hazaron opportunity hain,</w:t>
      </w:r>
    </w:p>
    <w:p>
      <w:pPr>
        <w:jc w:val="right"/>
      </w:pPr>
      <w:r>
        <w:t>तो मैं उस वक्त पीएचडी कर चुकी थी। मेरा इंटरव्यू भी अच्छा हुआ था। वो उसमें नहीं लिया गया। तो बाद में किसी ने बताया कि वह तो प्रिंसिपल खुद ही पीएचडी नहीं थी। तो ऐसे वह नहीं लेते हैं। अब हम उस वक्त सैड होकर बैठ जाते घर में, मैं रूम एक एहसास में। तो कितना नुकसान होता है हमारा। फिर उसके बाद हमने जामिया, जो कि एक सेंट्रल यूनिवर्सिटी है, उसमें अप्लाई किया। तो हो गया। तो हमारे रास्ते कभी भी बंद नहीं होते। हजारों अपॉर्चुनिटी हैं,</w:t>
      </w:r>
    </w:p>
    <w:p>
      <w:r>
        <w:rPr>
          <w:b/>
        </w:rPr>
        <w:t xml:space="preserve">[45:37] </w:t>
      </w:r>
      <w:r>
        <w:t>sirf humein explore karna hai. ji ji, aap ek martaba, aap, hum log bhopal gaye the. to wahan par ek naujawan aaya tha, usko english seekhne ka bahut zyada shauk tha. to maulana se baar-baar hi keh raha tha ki main english kaise apni achhi karoon. to maulana ne wahi kaha ki apni zindagi mein dictionary of junoon laiye aap. ki aap bas english, jo hai, boliye. agar galat salat bhi hai, tab bhi boliye, likhiye, padhiye. to</w:t>
      </w:r>
    </w:p>
    <w:p>
      <w:pPr>
        <w:jc w:val="right"/>
      </w:pPr>
      <w:r>
        <w:t>सिर्फ हमें एक्सप्लोर करना है। जी जी, आप एक मर्तबा, आप, हम लोग भोपाल गए थे। तो वहां पर एक नौजवान आया था, उसको इंग्लिश सीखने का बहुत ज्यादा शौक था। तो मौलाना से बार-बार ही कह रहा था कि मैं इंग्लिश कैसे अपनी अच्छी करूं। तो मौलाना ने वही कहा कि अपनी जिंदगी में डिक्शनरी ऑफ जुनून लाइए आप। कि आप बस इंग्लिश जो है, बोलिए। अगर गलत सलत भी है, तब भी बोलिए, लिखिए, पढ़िए। तो</w:t>
      </w:r>
    </w:p>
    <w:p>
      <w:r>
        <w:rPr>
          <w:b/>
        </w:rPr>
        <w:t xml:space="preserve">[46:05] </w:t>
      </w:r>
      <w:r>
        <w:t>us se aap jo hain, aap bahut jaldi achhi english bolna shuru kar denge. khalid ko bhi to maulana ne yahi bataya ji ki aap har waqt english hi boliye. to unhone aisa usko pakda ki phone bhi kar dete, to english mein hi bolte the. woh bahut achhi english ho gayi unki.</w:t>
      </w:r>
    </w:p>
    <w:p>
      <w:pPr>
        <w:jc w:val="right"/>
      </w:pPr>
      <w:r>
        <w:t>उससे आप जो हैं, आप बहुत जल्दी अच्छी इंग्लिश बोलना शुरू कर देंगे। खालिद को भी तो मौलाना ने यही बताया जी कि आप हर वक्त इंग्लिश ही बोलिए। तो उन्होंने ऐसा उसको पकड़ा कि फोन भी कर देते, तो इंग्लिश में ही बोलते थे। वो बहुत अच्छी इंग्लिश हो गई उनकी।</w:t>
      </w:r>
    </w:p>
    <w:p>
      <w:r>
        <w:rPr>
          <w:b/>
        </w:rPr>
        <w:t xml:space="preserve">[46:21] </w:t>
      </w:r>
      <w:r>
        <w:t>ji, aap, isi se ab aakhri sawal ki there is a certain way of thinking, die kot mas thinking, jise kehte hain ki aksar log bade rigid ho jate hain ki woh black aur white, matlab usi tarike se cheezon ko dekhte hain, deal karte hain, samajhte hain ki ya toh is tarike se hogi ya us tarike se hogi. to aap, yeh yeh black aur white thinking kya hai aur kaise isse hum apne aap ko bacha sakte hain,</w:t>
      </w:r>
    </w:p>
    <w:p>
      <w:pPr>
        <w:jc w:val="right"/>
      </w:pPr>
      <w:r>
        <w:t>जी, आप, इसी से अब आखिरी सवाल कि देयर इज अ सर्टेन वे ऑफ थिंकिंग, डाई कॉट मस थिंकिंग, जिसे कहते हैं कि अक्सर लोग बड़े रिजडन हो जाते हैं कि वह ब्लैक और वाइट, मतलब उसी तरीके से चीजों को देखते हैं, डील करते हैं, समझते हैं कि या तो इस तरीके से होगी या उस तरीके से होगी। तो आप, यह यह ब्लैक और वाइट थिंकिंग क्या है और कैसे इससे हम अपने आप को बचा सकते हैं,</w:t>
      </w:r>
    </w:p>
    <w:p>
      <w:r>
        <w:rPr>
          <w:b/>
        </w:rPr>
        <w:t xml:space="preserve">[46:48] </w:t>
      </w:r>
      <w:r>
        <w:t>is par hum, main chahunga aap, is par aap aaj ka session khatm karen. ye black and white thinking, isi ko die cot mas thinking bhi kehte hain. ji, matlab grey areas ko na dekhna. ji, sirf ye dekhna, all or nothing wali jo psychology hoti hai, na. to ye thinking in absolute ki ya to sab kuch acha hai ya sab kuch bura hai, ya humein sab kuch jo hum cha rahe hain, mile nahi to humein kuch nahi chahiye. to unke paas koi middle ground nahi hota</w:t>
      </w:r>
    </w:p>
    <w:p>
      <w:pPr>
        <w:jc w:val="right"/>
      </w:pPr>
      <w:r>
        <w:t>इस पर हम, मैं चाहूंगा आप, इस पर आप आज का सेशन खत्म करें। ये ब्लैक एंड वाइट थिंकिंग, इसी को डाई कॉट मस थिंकिंग भी कहते हैं। जी, मतलब ग्रे एरियाज को ना देखना। जी, सिर्फ यह देखना, ऑल और नथिंग वाली जो साइकोलॉजी होती है, ना। तो यह थिंकिंग इन एब्सलूट कि या तो सब कुछ अच्छा है या सब कुछ बुरा है, या हमें सब कुछ जो हम चाह रहे हैं, मिले नहीं तो हमें कुछ नहीं चाहिए। तो उनके पास कोई मिडिल ग्राउंड नहीं होता</w:t>
      </w:r>
    </w:p>
    <w:p>
      <w:r>
        <w:rPr>
          <w:b/>
        </w:rPr>
        <w:t xml:space="preserve">[47:17] </w:t>
      </w:r>
      <w:r>
        <w:t>. ji, aise bahut sare log log hum hum samne aate hain ki bas jo wo keh rahe hain, wahi sahi hai. wo dusron ki baat ko samajhne ke matlab wo samajhte hi nahi ki dusre ka kya point of view hai. to agar kisi ko ek job nahi mila, to wo samajhta hai ki bas ab humein kuch nahi milne wala hai. ye nahi sochta ki dusri jagah explore karen, dusri job opportunity ko dekhen.</w:t>
      </w:r>
    </w:p>
    <w:p>
      <w:pPr>
        <w:jc w:val="right"/>
      </w:pPr>
      <w:r>
        <w:t>। जी, ऐसे बहुत सारे लोग लोग हम हम सामने आते हैं कि बस जो वह कह रहे हैं, वही सही है। वह दूसरों की बात को समझने के मतलब वह समझते ही नहीं कि दूसरे का क्या पॉइंट ऑफ व्यू है। तो अगर किसी को एक जॉब नहीं मिला, तो वह समझता है कि बस अब हमें कुछ नहीं मिलने वाला है। यह नहीं सोचता कि दूसरी जगह एक्सप्लोर करें, दूसरी जॉब अपॉर्चुनिटी को देखें।</w:t>
      </w:r>
    </w:p>
    <w:p>
      <w:r>
        <w:rPr>
          <w:b/>
        </w:rPr>
        <w:t xml:space="preserve">[47:43] </w:t>
      </w:r>
      <w:r>
        <w:t>isko saint or sinner psychology bhi kehte hain. ya to aksar logon ka aapne dekha hoga, ya to kisi se bahut dosti karenge ki bas usse acha koi hai hi nahi. ya to phir bilkul bilkul uske dushman ho jayenge. to aisa na dekhen, har har usme minus or plus har situation mein, har insan mein hota hai. to ye jo hai, bilkul galat psychology hai. humein isse bahar aana chahiye.</w:t>
      </w:r>
    </w:p>
    <w:p>
      <w:pPr>
        <w:jc w:val="right"/>
      </w:pPr>
      <w:r>
        <w:t>इसको सेंट और सिनर साइकोलॉजी भी कहते हैं। या तो अक्सर लोगों का आपने देखा होगा, या तो किसी से बहुत दोस्ती करेंगे कि बस उससे अच्छा कोई है ही नहीं। या तो फिर बिल्कुल बिल्कुल उसके दुश्मन हो जाएंगे। तो ऐसा ना देखिए, हर हर उसमें माइनस और प्लस हर सिचुएशन में, हर इंसान में होता है। तो यह जो है, बिल्कुल गलत साइकोलॉजी है। हमें इससे बाहर आना चाहिए।</w:t>
      </w:r>
    </w:p>
    <w:p>
      <w:r>
        <w:rPr>
          <w:b/>
        </w:rPr>
        <w:t xml:space="preserve">[48:10] </w:t>
      </w:r>
      <w:r>
        <w:t>to jaise ab bardasht karne ko Maulana sab sab kehte the ki bardasht karna, sabr karna, ye to buzduli hai. lad jana bahaduri hai. to agar bahaduri hai lad jana, to sare paigambaron ko ladkar mar jana chahiye tha. ji, kyu unhone sulah kiya?</w:t>
      </w:r>
    </w:p>
    <w:p>
      <w:pPr>
        <w:jc w:val="right"/>
      </w:pPr>
      <w:r>
        <w:t>तो जैसे अब बर्दाश्त करने को मौलाना सब सब कहते थे कि बर्दाश्त करना, सब्र करना, यह तो बुजदुली है। लड़ जाना बहादुरी है। तो अगर बहादुरी है लड़ जाना, तो सारे पैगंबरों को लड़कर मर जाना चाहिए था। जी, क्यों उन्होंने सुलह किया?</w:t>
      </w:r>
    </w:p>
    <w:p>
      <w:r>
        <w:rPr>
          <w:b/>
        </w:rPr>
        <w:t xml:space="preserve">[48:25] </w:t>
      </w:r>
      <w:r>
        <w:t>to sochenge, jab tak nahi, tab tak aapko baaten gehrai se samajh mein nahi aa sakti. kyu ki wo unke nazdeek sulah koi option nahi</w:t>
      </w:r>
    </w:p>
    <w:p>
      <w:pPr>
        <w:jc w:val="right"/>
      </w:pPr>
      <w:r>
        <w:t>तो सोचेंगे, जब तक नहीं, तब तक आपको बातें गहराई से समझ में नहीं आ सकती। क्योंकि वो उनके नजदीक सुलह कोई ऑप्शन नहीं</w:t>
      </w:r>
    </w:p>
    <w:p>
      <w:r>
        <w:rPr>
          <w:b/>
        </w:rPr>
        <w:t xml:space="preserve">[48:34] </w:t>
      </w:r>
      <w:r>
        <w:t>hai. ya to bardasht karna jo hai, nahi. bas lad jana. agar humein koi cheez mil gayi, to mil gayi. warna lad jao.</w:t>
      </w:r>
    </w:p>
    <w:p>
      <w:pPr>
        <w:jc w:val="right"/>
      </w:pPr>
      <w:r>
        <w:t>है। या तो बर्दाश्त करना जो है, नहीं। बस लड़ जाना। अगर हमें कोई चीज मिल गई, तो मिल गई। वरना लड़ जाओ।</w:t>
      </w:r>
    </w:p>
    <w:p>
      <w:r>
        <w:rPr>
          <w:b/>
        </w:rPr>
        <w:t xml:space="preserve">[48:43] </w:t>
      </w:r>
      <w:r>
        <w:t>maine kal ek video dekh rahi thi ke Lebanon mein aurtein jo hain, jang ke liye saare zevar</w:t>
      </w:r>
    </w:p>
    <w:p>
      <w:pPr>
        <w:jc w:val="right"/>
      </w:pPr>
      <w:r>
        <w:t>मैंने कल एक वीडियो देख रही थी कि लेबनान में औरतें जो हैं, जंग के लिए सारे जेवर</w:t>
      </w:r>
    </w:p>
    <w:p>
      <w:r>
        <w:rPr>
          <w:b/>
        </w:rPr>
        <w:t xml:space="preserve">[48:48] </w:t>
      </w:r>
      <w:r>
        <w:t>utaar utaar ke de rahe hain.</w:t>
      </w:r>
    </w:p>
    <w:p>
      <w:pPr>
        <w:jc w:val="right"/>
      </w:pPr>
      <w:r>
        <w:t>उतार उतार के दे रहे हैं।</w:t>
      </w:r>
    </w:p>
    <w:p>
      <w:r>
        <w:rPr>
          <w:b/>
        </w:rPr>
        <w:t xml:space="preserve">[48:49] </w:t>
      </w:r>
      <w:r>
        <w:t>itna zevar jama tha.</w:t>
      </w:r>
    </w:p>
    <w:p>
      <w:pPr>
        <w:jc w:val="right"/>
      </w:pPr>
      <w:r>
        <w:t>इतना जेवर जमा था।</w:t>
      </w:r>
    </w:p>
    <w:p>
      <w:r>
        <w:rPr>
          <w:b/>
        </w:rPr>
        <w:t xml:space="preserve">[48:51] </w:t>
      </w:r>
      <w:r>
        <w:t>to bataiye ke unko, becharon ko, auraton ko yahi bataya gaya hai ke bas yahi bahaduri hai, lar</w:t>
      </w:r>
    </w:p>
    <w:p>
      <w:pPr>
        <w:jc w:val="right"/>
      </w:pPr>
      <w:r>
        <w:t>तो बताइए कि उनको, बेचारों को, औरतों को यही बताया गया है कि बस यही बहादुरी है, लड़</w:t>
      </w:r>
    </w:p>
    <w:p>
      <w:r>
        <w:rPr>
          <w:b/>
        </w:rPr>
        <w:t xml:space="preserve">[48:57] </w:t>
      </w:r>
      <w:r>
        <w:t>jana aur sabr karna.</w:t>
      </w:r>
    </w:p>
    <w:p>
      <w:pPr>
        <w:jc w:val="right"/>
      </w:pPr>
      <w:r>
        <w:t>जाना और सब्र करना।</w:t>
      </w:r>
    </w:p>
    <w:p>
      <w:r>
        <w:rPr>
          <w:b/>
        </w:rPr>
        <w:t xml:space="preserve">[48:58] </w:t>
      </w:r>
      <w:r>
        <w:t>to buzduli hai.</w:t>
      </w:r>
    </w:p>
    <w:p>
      <w:pPr>
        <w:jc w:val="right"/>
      </w:pPr>
      <w:r>
        <w:t>तो बुजदुली है।</w:t>
      </w:r>
    </w:p>
    <w:p>
      <w:r>
        <w:rPr>
          <w:b/>
        </w:rPr>
        <w:t xml:space="preserve">[48:59] </w:t>
      </w:r>
      <w:r>
        <w:t>to woh apne saare jewar utaar utaar ke de rahi thi.</w:t>
      </w:r>
    </w:p>
    <w:p>
      <w:pPr>
        <w:jc w:val="right"/>
      </w:pPr>
      <w:r>
        <w:t>तो वह अपने सारे जेवर उतार उतार के दे रही थी।</w:t>
      </w:r>
    </w:p>
    <w:p>
      <w:r>
        <w:rPr>
          <w:b/>
        </w:rPr>
        <w:t xml:space="preserve">[49:03] </w:t>
      </w:r>
      <w:r>
        <w:t>to yeh hai ke ladna asal mein jo hai, time ki barbadi hai, resources ki barbadi hai.</w:t>
      </w:r>
    </w:p>
    <w:p>
      <w:pPr>
        <w:jc w:val="right"/>
      </w:pPr>
      <w:r>
        <w:t>तो यह है कि लड़ना असल में जो है, टाइम की बर्बादी है, रिसोर्सेस की बर्बादी है।</w:t>
      </w:r>
    </w:p>
    <w:p>
      <w:r>
        <w:rPr>
          <w:b/>
        </w:rPr>
        <w:t xml:space="preserve">[49:10] </w:t>
      </w:r>
      <w:r>
        <w:t>aur log samajhte nahin hain ke</w:t>
      </w:r>
    </w:p>
    <w:p>
      <w:pPr>
        <w:jc w:val="right"/>
      </w:pPr>
      <w:r>
        <w:t>और लोग समझते नहीं हैं कि</w:t>
      </w:r>
    </w:p>
    <w:p>
      <w:r>
        <w:rPr>
          <w:b/>
        </w:rPr>
        <w:t xml:space="preserve">[49:13] </w:t>
      </w:r>
      <w:r>
        <w:t>kyun Islam mein itna zyada sabr ko ahmiyat di gayi hai.</w:t>
      </w:r>
    </w:p>
    <w:p>
      <w:pPr>
        <w:jc w:val="right"/>
      </w:pPr>
      <w:r>
        <w:t>क्यों इस्लाम में इतना ज्यादा सब्र को अहमियत दी गई है।</w:t>
      </w:r>
    </w:p>
    <w:p>
      <w:r>
        <w:rPr>
          <w:b/>
        </w:rPr>
        <w:t xml:space="preserve">[49:17] </w:t>
      </w:r>
      <w:r>
        <w:t>kyu ki sabr karte hi humein tamam resources jo hain, hamare paas jo hain, hum available karne ki position mein ho jate hain. hamare paas time hota hai kaam karne ke liye, constructive activities karne ke liye. to humein har halat mein sulah karna hai aur jo mauke ko istemal karna hai. kyu ki hamare paas bahut kam limited time hai. hamare paas</w:t>
      </w:r>
    </w:p>
    <w:p>
      <w:pPr>
        <w:jc w:val="right"/>
      </w:pPr>
      <w:r>
        <w:t>क्योंकि सब्र करते ही हमें तमाम रिसोर्सेस जो हैं, हमारे पास जो हैं, हम अवेलेबल करने की पोजीशन में हो जाते हैं। हमारे पास टाइम होता है काम करने के लिए, कंस्ट्रक्टिव एक्टिविटीज करने के लिए। तो हमें हर हालत में सुलह करना है और जो मौके को इस्तेमाल करना है। क्योंकि हमारे पास बहुत कम लिमिटेड टाइम है। हमारे पास</w:t>
      </w:r>
    </w:p>
    <w:p>
      <w:r>
        <w:rPr>
          <w:b/>
        </w:rPr>
        <w:t xml:space="preserve">[49:43] </w:t>
      </w:r>
      <w:r>
        <w:t>to hamesha dekhna chahiye ki teesri kya mumkin surat hai. hamare paas to teesri mumkin surat yahi hai ki ek ek cheez humein nahi mili, to dusri cheez ke liye koshish karen. Khuda ki duniya mein behisab opportunity hain. abhi hamare physiotherapist hain, doctor Sharma. to wo bata rahe the, ek ek lady jo unki patient hai, to usne 23 baar, 23 times interview diya.</w:t>
      </w:r>
    </w:p>
    <w:p>
      <w:pPr>
        <w:jc w:val="right"/>
      </w:pPr>
      <w:r>
        <w:t>तो हमेशा देखना चाहिए कि तीसरी क्या मुमकिन सूरत है। हमारे पास तो तीसरी मुमकिन सूरत यही है कि एक एक चीज हमें नहीं मिली, तो दूसरी चीज के लिए कोशिश करें। खुदा की दुनिया में बेहिसाब अपॉर्चुनिटी हैं। अभी हमारे फिजियोथेरेपिस्ट हैं, डॉक्टर शर्मा। तो वह बता रहे थे, एक एक लेडी जो उनकी पेशेंट है, तो उसने 23 बार, 23 टाइम्स इंटरव्यू दिया।</w:t>
      </w:r>
    </w:p>
    <w:p>
      <w:r>
        <w:rPr>
          <w:b/>
        </w:rPr>
        <w:t xml:space="preserve">[50:10] </w:t>
      </w:r>
      <w:r>
        <w:t>phir wo ek ache college mein, Delhi University ke professor ho gayi. bataiye, kitna uske andar himmat rahi hogi ki 22 rejection ke baad phir usne 23va attempt kiya. to is tarike se humein bahut zyada hosh hawas ke sath rehna hai, bahut zyada soch samajh kar ke rehna hai. zindagi mein bahut kam aisa hota hai ki black and white. ji, aur har cheez mein minus bhi hota hai, plus bhi hota hai.</w:t>
      </w:r>
    </w:p>
    <w:p>
      <w:pPr>
        <w:jc w:val="right"/>
      </w:pPr>
      <w:r>
        <w:t>फिर वह एक अच्छे कॉलेज में, दिल्ली यूनिवर्सिटी के प्रोफेसर हो गई। बताइए, कितना उसके अंदर हिम्मत रही होगी कि 22 रिजेक्शन के बाद फिर उसने 23वां अटेंप्ट किया। तो इस तरीके से हमें बहुत ज्यादा होश हवास के साथ रहना है, बहुत ज्यादा सोच समझ कर के रहना है। जिंदगी में बहुत कम ऐसा होता है कि ब्लैक एंड वाइट। जी, और हर चीज में माइनस भी होता है, प्लस भी होता है।</w:t>
      </w:r>
    </w:p>
    <w:p>
      <w:r>
        <w:rPr>
          <w:b/>
        </w:rPr>
        <w:t xml:space="preserve">[50:38] </w:t>
      </w:r>
      <w:r>
        <w:t>to ye humein soch samajh ke zindagi guzarenge. to inshallah taala, is duniya mein bhi kamyabi milegi aur akhirat mein bhi. inshallah. aap, thank you for sharing your wisdom on such an important topic today. with this, we will end today session. we will be back inshallah next Sunday, same time. thank you.</w:t>
      </w:r>
    </w:p>
    <w:p>
      <w:pPr>
        <w:jc w:val="right"/>
      </w:pPr>
      <w:r>
        <w:t>तो यह हमें सोच समझ के जिंदगी गुजारेंगे। तो इंशा अल्लाह ताला, इस दुनिया में भी कामयाबी मिलेगी और आखिरत में भी। इंशा अल्लाह। आप, थैंक यू फॉर शेयरिंग योर विजडम ऑन सच एन इंपोर्टेंट टॉपिक टुडे। विद दिस, वी विल एंड टुडे सेशन। वी विल बी बैक इंशा अल्लाह नेक्स्ट संडे, सेम टाइम।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