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Art of Life Management December 24, 2006</w:t>
      </w:r>
    </w:p>
    <w:p>
      <w:r>
        <w:t>https://youtu.be/0oYFP8xwEW0</w:t>
      </w:r>
    </w:p>
    <w:p>
      <w:r>
        <w:rPr>
          <w:b/>
        </w:rPr>
        <w:t xml:space="preserve">[00:14] </w:t>
      </w:r>
      <w:r>
        <w:t>bismillah rahman rahim, wassally allah ala al-nabi al-kareem. dekhen, ek baat main aap se yeh kehna chahta hoon ke life is an art of management.</w:t>
      </w:r>
    </w:p>
    <w:p>
      <w:pPr>
        <w:jc w:val="right"/>
      </w:pPr>
      <w:r>
        <w:t>بسم اللہ الرحمن الرحیم، وصلی اللہ علی النبی الکریم۔ دیکھیں، ایک بات میں آپ سے یہ کہنا چاہتا ہوں کہ لائف از این آرٹ آف مینجمنٹ۔</w:t>
      </w:r>
    </w:p>
    <w:p>
      <w:r>
        <w:rPr>
          <w:b/>
        </w:rPr>
        <w:t xml:space="preserve">[00:31] </w:t>
      </w:r>
      <w:r>
        <w:t>zindagi apne aap ko manage karne ka naam hai. arts hain, masail hain, farq hain, aur kya kya cheezein hain.</w:t>
      </w:r>
    </w:p>
    <w:p>
      <w:pPr>
        <w:jc w:val="right"/>
      </w:pPr>
      <w:r>
        <w:t>زندگی اپنے آپ کو مینج کرنے کا نام ہے۔ آرٹس ہیں، مسائل ہیں، فرق ہیں، اور کیا کیا چیزیں ہیں۔</w:t>
      </w:r>
    </w:p>
    <w:p>
      <w:r>
        <w:rPr>
          <w:b/>
        </w:rPr>
        <w:t xml:space="preserve">[00:45] </w:t>
      </w:r>
      <w:r>
        <w:t>to aap ko janna chahiye ke zindagi naam hai art of management ka. to aap ko seekhen, aap. You have to learn the art of management, warna aap nakam honge.</w:t>
      </w:r>
    </w:p>
    <w:p>
      <w:pPr>
        <w:jc w:val="right"/>
      </w:pPr>
      <w:r>
        <w:t>تو آپ کو جاننا چاہیے کہ زندگی نام ہے آرٹ آف مینجمنٹ کا۔ تو آپ کو سیکھیں، آپ۔ یو ٹو لرن دا آرٹ آف مینجمنٹ، ورنہ آپ ناکام ہوں گے۔</w:t>
      </w:r>
    </w:p>
    <w:p>
      <w:r>
        <w:rPr>
          <w:b/>
        </w:rPr>
        <w:t xml:space="preserve">[01:02] </w:t>
      </w:r>
      <w:r>
        <w:t>to dekhen,</w:t>
      </w:r>
    </w:p>
    <w:p>
      <w:pPr>
        <w:jc w:val="right"/>
      </w:pPr>
      <w:r>
        <w:t>تو دیکھیں،</w:t>
      </w:r>
    </w:p>
    <w:p>
      <w:r>
        <w:rPr>
          <w:b/>
        </w:rPr>
        <w:t xml:space="preserve">[01:06] </w:t>
      </w:r>
      <w:r>
        <w:t>management kin kin baton ko karna hai, jise thought. thought hai, money hai, time hai, khwahish hai.</w:t>
      </w:r>
    </w:p>
    <w:p>
      <w:pPr>
        <w:jc w:val="right"/>
      </w:pPr>
      <w:r>
        <w:t>مینجمنٹ کن کن باتوں کو کرنا ہے، جسے تھاٹ۔ تھاٹ ہے، منی ہے، ٹائم ہے، خواہش ہے۔</w:t>
      </w:r>
    </w:p>
    <w:p>
      <w:r>
        <w:rPr>
          <w:b/>
        </w:rPr>
        <w:t xml:space="preserve">[01:16] </w:t>
      </w:r>
      <w:r>
        <w:t>in sab ko manage karna seekhen. yani art of thought management, art of money management, art of time management,</w:t>
      </w:r>
    </w:p>
    <w:p>
      <w:pPr>
        <w:jc w:val="right"/>
      </w:pPr>
      <w:r>
        <w:t>ان سب کو مینج کرنا سیکھیں۔ یعنی آرٹ آف تھاٹ مینجمنٹ، آرٹ آف منی مینجمنٹ، آرٹ آف ٹائم مینجمنٹ،</w:t>
      </w:r>
    </w:p>
    <w:p>
      <w:r>
        <w:rPr>
          <w:b/>
        </w:rPr>
        <w:t xml:space="preserve">[01:30] </w:t>
      </w:r>
      <w:r>
        <w:t>art of khwahish management.</w:t>
      </w:r>
    </w:p>
    <w:p>
      <w:pPr>
        <w:jc w:val="right"/>
      </w:pPr>
      <w:r>
        <w:t>آرٹ آف خواہش مینجمنٹ۔</w:t>
      </w:r>
    </w:p>
    <w:p>
      <w:r>
        <w:rPr>
          <w:b/>
        </w:rPr>
        <w:t xml:space="preserve">[01:34] </w:t>
      </w:r>
      <w:r>
        <w:t>yeh sab test hai.</w:t>
      </w:r>
    </w:p>
    <w:p>
      <w:pPr>
        <w:jc w:val="right"/>
      </w:pPr>
      <w:r>
        <w:t>یہ سب ٹیسٹ ہے۔</w:t>
      </w:r>
    </w:p>
    <w:p>
      <w:r>
        <w:rPr>
          <w:b/>
        </w:rPr>
        <w:t xml:space="preserve">[01:38] </w:t>
      </w:r>
      <w:r>
        <w:t>yeh test hai aap ka. Khuda ne aap ko is tarah rakha hai duniya mein ke aap ko manage karna pare, lazmi taur par. Agar nahin manage karenge to nakam honge.</w:t>
      </w:r>
    </w:p>
    <w:p>
      <w:pPr>
        <w:jc w:val="right"/>
      </w:pPr>
      <w:r>
        <w:t>یہ ٹیسٹ ہے آپ کا۔ خدا نے آپ کو اس طرح رکھا ہے دنیا میں کہ آپ کو مینج کرنا پڑے، لازمی طور پر۔ اگر نہیں مینج کریں گے تو ناکام ہوں گے۔</w:t>
      </w:r>
    </w:p>
    <w:p>
      <w:r>
        <w:rPr>
          <w:b/>
        </w:rPr>
        <w:t xml:space="preserve">[01:50] </w:t>
      </w:r>
      <w:r>
        <w:t>nakam ho jayenge.</w:t>
      </w:r>
    </w:p>
    <w:p>
      <w:pPr>
        <w:jc w:val="right"/>
      </w:pPr>
      <w:r>
        <w:t>ناکام ہو جائیں گے۔</w:t>
      </w:r>
    </w:p>
    <w:p>
      <w:r>
        <w:rPr>
          <w:b/>
        </w:rPr>
        <w:t xml:space="preserve">[01:53] </w:t>
      </w:r>
      <w:r>
        <w:t>jaise jahan earthquake prone areas hain, unhon ne manage kiya ke ghar ko banate hain, wahan yani dheele qism ka hota hai taake woh hil jaye aur gire nahin.</w:t>
      </w:r>
    </w:p>
    <w:p>
      <w:pPr>
        <w:jc w:val="right"/>
      </w:pPr>
      <w:r>
        <w:t>جیسے جہاں ارتھ کوئیک پرون ایریاز ہیں، انہوں نے مینج کیا کہ گھر کو بناتے ہیں، وہاں یعنی ڈھیلے قسم کا ہوتا ہے تاکہ وہ ہل جائے اور گرے نہیں۔</w:t>
      </w:r>
    </w:p>
    <w:p>
      <w:r>
        <w:rPr>
          <w:b/>
        </w:rPr>
        <w:t xml:space="preserve">[02:04] </w:t>
      </w:r>
      <w:r>
        <w:t>to manage kiya unhon ne.</w:t>
      </w:r>
    </w:p>
    <w:p>
      <w:pPr>
        <w:jc w:val="right"/>
      </w:pPr>
      <w:r>
        <w:t>تو مینج کیا انہوں نے۔</w:t>
      </w:r>
    </w:p>
    <w:p>
      <w:r>
        <w:rPr>
          <w:b/>
        </w:rPr>
        <w:t xml:space="preserve">[02:08] </w:t>
      </w:r>
      <w:r>
        <w:t>jaare ka zamana aaya to aap ne garam pade kapde pehan liye ya aap ne manage kiya aap ne. To aisa nahin hoga ke jaare ka zamana na aaye ya earthquake na aaye. Aisa nahin hoga kabhi ya barish na ho.</w:t>
      </w:r>
    </w:p>
    <w:p>
      <w:pPr>
        <w:jc w:val="right"/>
      </w:pPr>
      <w:r>
        <w:t>جاڑے کا زمانہ آیا تو آپ نے گرم پڑے کپڑے پہن لیے یا آپ نے مینج کیا آپ نے۔ تو ایسا نہیں ہوگا کہ جاڑے کا زمانہ نہ آئے یا ارتھ کوئیک نہ آئے۔ ایسا نہیں ہوگا کبھی یا بارش نہ ہو۔</w:t>
      </w:r>
    </w:p>
    <w:p>
      <w:r>
        <w:rPr>
          <w:b/>
        </w:rPr>
        <w:t xml:space="preserve">[02:19] </w:t>
      </w:r>
      <w:r>
        <w:t>woh to hona hi hona hai.</w:t>
      </w:r>
    </w:p>
    <w:p>
      <w:pPr>
        <w:jc w:val="right"/>
      </w:pPr>
      <w:r>
        <w:t>وہ تو ہونا ہی ہونا ہے۔</w:t>
      </w:r>
    </w:p>
    <w:p>
      <w:r>
        <w:rPr>
          <w:b/>
        </w:rPr>
        <w:t xml:space="preserve">[02:22] </w:t>
      </w:r>
      <w:r>
        <w:t>you have to know the art of management. yeh karna hai aap ko. Agar aap ne aisa nahin kiya to Khuda ke haan aap pakde jayenge.</w:t>
      </w:r>
    </w:p>
    <w:p>
      <w:pPr>
        <w:jc w:val="right"/>
      </w:pPr>
      <w:r>
        <w:t>یو ہیو ٹو نو دا آرٹ آف مینجمنٹ۔ یہ کرنا ہے آپ کو۔ اگر آپ نے ایسا نہیں کیا تو خدا کے ہاں آپ پکڑے جائیں گے۔</w:t>
      </w:r>
    </w:p>
    <w:p>
      <w:r>
        <w:rPr>
          <w:b/>
        </w:rPr>
        <w:t xml:space="preserve">[02:32] </w:t>
      </w:r>
      <w:r>
        <w:t>kyunki wahan maafi nahin chalega. dekhen, Khuda ke haan maafi hargiz nahin chalne wala hai. So you have to know the art of thought management, art of money management, art of time management, art of khwahish management.</w:t>
      </w:r>
    </w:p>
    <w:p>
      <w:pPr>
        <w:jc w:val="right"/>
      </w:pPr>
      <w:r>
        <w:t>کیونکہ وہاں معافی نہیں چلے گا۔ دیکھیں، خدا کے ہاں معافی ہرگز نہیں چلنے والا ہے۔ سو یو ہیو ٹو نو دا آرٹ آف تھاٹ مینجمنٹ، آرٹ آف منی مینجمنٹ، آرٹ آف ٹائم مینجمنٹ، آرٹ آف خواہش مینجمنٹ۔</w:t>
      </w:r>
    </w:p>
    <w:p>
      <w:r>
        <w:rPr>
          <w:b/>
        </w:rPr>
        <w:t xml:space="preserve">[02:49] </w:t>
      </w:r>
      <w:r>
        <w:t>jaise money ke muamle mein log kya karte hain, bohat</w:t>
      </w:r>
    </w:p>
    <w:p>
      <w:pPr>
        <w:jc w:val="right"/>
      </w:pPr>
      <w:r>
        <w:t>جیسے منی کے معاملے میں لوگ کیا کرتے ہیں، بہت</w:t>
      </w:r>
    </w:p>
    <w:p>
      <w:r>
        <w:rPr>
          <w:b/>
        </w:rPr>
        <w:t xml:space="preserve">[02:52] </w:t>
      </w:r>
      <w:r>
        <w:t>zyada log yani ek aisa kaam karte hain jisko Quran mein shaitani kaam kaha gaya.</w:t>
      </w:r>
    </w:p>
    <w:p>
      <w:pPr>
        <w:jc w:val="right"/>
      </w:pPr>
      <w:r>
        <w:t>زیادہ لوگ یعنی ایک ایسا کام کرتے ہیں جس کو قرآن میں شیطانی کام کہا گیا۔</w:t>
      </w:r>
    </w:p>
    <w:p>
      <w:r>
        <w:rPr>
          <w:b/>
        </w:rPr>
        <w:t xml:space="preserve">[03:00] </w:t>
      </w:r>
      <w:r>
        <w:t>to shaitani kaam. Yani paise ko bila soch samjhe kharch karna. Yani jo haqeeqi zewraat ki zaroorat hai, haqeeqi zaroorat ke siwa paise ko kharch karne ko Quran mein tabzeer kaha gaya.</w:t>
      </w:r>
    </w:p>
    <w:p>
      <w:pPr>
        <w:jc w:val="right"/>
      </w:pPr>
      <w:r>
        <w:t>تو شیطانی کام۔ یعنی پیسے کو بلا سوچ سمجھے خرچ کرنا۔ یعنی جو حقیقی زیورات کی ضرورت ہے، حقیقی ضرورت کے سوا پیسے کو خرچ کرنے کو قرآن میں تبذیر کہا گیا۔</w:t>
      </w:r>
    </w:p>
    <w:p>
      <w:r>
        <w:rPr>
          <w:b/>
        </w:rPr>
        <w:t xml:space="preserve">[03:13] </w:t>
      </w:r>
      <w:r>
        <w:t>qul la tabzir tabzira. Kyunki yeh Quran mein hai ke woh shaitan ka kaam hai.</w:t>
      </w:r>
    </w:p>
    <w:p>
      <w:pPr>
        <w:jc w:val="right"/>
      </w:pPr>
      <w:r>
        <w:t>قُلَا تَبَذِّرْ تَبْذِيرًا۔ کیونکہ یہ قرآن میں ہے کہ وہ شیطان کا کام ہے۔</w:t>
      </w:r>
    </w:p>
    <w:p>
      <w:r>
        <w:rPr>
          <w:b/>
        </w:rPr>
        <w:t xml:space="preserve">[03:20] </w:t>
      </w:r>
      <w:r>
        <w:t>tabzeer shaitan ka kaam hai.</w:t>
      </w:r>
    </w:p>
    <w:p>
      <w:pPr>
        <w:jc w:val="right"/>
      </w:pPr>
      <w:r>
        <w:t>تبذیر شیطان کا کام ہے۔</w:t>
      </w:r>
    </w:p>
    <w:p>
      <w:r>
        <w:rPr>
          <w:b/>
        </w:rPr>
        <w:t xml:space="preserve">[03:25] </w:t>
      </w:r>
      <w:r>
        <w:t>tabzeer mani paise ko yani jo haqeeqi zaroorat hai us ke siwa kharch karna idhar udhar. Aap batayen ke Khuda ke haan aap pahunche ke namaz udhra, kya hua aap ne?</w:t>
      </w:r>
    </w:p>
    <w:p>
      <w:pPr>
        <w:jc w:val="right"/>
      </w:pPr>
      <w:r>
        <w:t>تبذیر معنی پیسے کو یعنی جو حقیقی ضرورت ہے اس کے سوا خرچ کرنا ادھر اُدھر۔ آپ بتائیں کہ خدا کے ہاں آپ پہنچے کہ نماز اُدھرا، کیا ہوا آپ نے؟</w:t>
      </w:r>
    </w:p>
    <w:p>
      <w:r>
        <w:rPr>
          <w:b/>
        </w:rPr>
        <w:t xml:space="preserve">[03:34] </w:t>
      </w:r>
      <w:r>
        <w:t>tab bhi aap pakde jayenge. Yaad rakhiye, agar aap ne tabzeer ki hai. Aap ki peshani par gutha pada hua ho lekin paise ke muamle mein aap tabzeer kar rahe hain.</w:t>
      </w:r>
    </w:p>
    <w:p>
      <w:pPr>
        <w:jc w:val="right"/>
      </w:pPr>
      <w:r>
        <w:t>تب بھی آپ پکڑے جائیں گے۔ یاد رکھیے، اگر آپ نے تبذیر کی ہے۔ آپ کی پیشانی پر گٹھا پڑا ہوا ہو لیکن پیسے کے معاملے میں آپ تبذیر کر رہے ہیں۔</w:t>
      </w:r>
    </w:p>
    <w:p>
      <w:r>
        <w:rPr>
          <w:b/>
        </w:rPr>
        <w:t xml:space="preserve">[03:44] </w:t>
      </w:r>
      <w:r>
        <w:t>yani shaitani tareeqa. Paise ko chheenat rahe hain idhar udhar. Yani haqeeqi zaroorat ke siwa kharch kar rahe hain.</w:t>
      </w:r>
    </w:p>
    <w:p>
      <w:pPr>
        <w:jc w:val="right"/>
      </w:pPr>
      <w:r>
        <w:t>یعنی شیطانی طریقہ۔ پیسے کو چھینٹ رہے ہیں ادھر اُدھر۔ یعنی حقیقی ضرورت کے سوا خرچ کر رہے ہیں۔</w:t>
      </w:r>
    </w:p>
    <w:p>
      <w:r>
        <w:rPr>
          <w:b/>
        </w:rPr>
        <w:t xml:space="preserve">[03:51] </w:t>
      </w:r>
      <w:r>
        <w:t>yaad rakhiye ke aap gutha kaam nahin aayega. Paanch waqt ki namaz kaam nahin aayegi. Aap shaitan ke saath bracket kiya jayega aap ko. Is aadmi ne shaitan wala kaam kiya hai.</w:t>
      </w:r>
    </w:p>
    <w:p>
      <w:pPr>
        <w:jc w:val="right"/>
      </w:pPr>
      <w:r>
        <w:t>یاد رکھیے کہ آپ گٹھا کام نہیں آئے گا۔ پانچ وقت کی نماز کام نہیں آئے گی۔ آپ شیطان کے ساتھ بریکٹ کیا جائے گا آپ کو۔ اس آدمی نے شیطان والا کام کیا ہے۔</w:t>
      </w:r>
    </w:p>
    <w:p>
      <w:r>
        <w:rPr>
          <w:b/>
        </w:rPr>
        <w:t xml:space="preserve">[04:01] </w:t>
      </w:r>
      <w:r>
        <w:t>paise ko phenka. Kyun? Paisa ek nemat hai. Aap ko haq nahin ke paise ko idhar udhar phenken. Yaad rakhiye, paisa ek nemat hai.</w:t>
      </w:r>
    </w:p>
    <w:p>
      <w:pPr>
        <w:jc w:val="right"/>
      </w:pPr>
      <w:r>
        <w:t>پیسے کو پھینکا۔ کیوں؟ پیسہ ایک نعمت ہے۔ آپ کو حق نہیں کہ پیسے کو ادھر اُدھر پھینکیں۔ یاد رکھیے، پیسہ ایک نعمت ہے۔</w:t>
      </w:r>
    </w:p>
    <w:p>
      <w:r>
        <w:rPr>
          <w:b/>
        </w:rPr>
        <w:t xml:space="preserve">[04:11] </w:t>
      </w:r>
      <w:r>
        <w:t>jis tarah aankh ek nemat hai, kaan ek nemat hai.</w:t>
      </w:r>
    </w:p>
    <w:p>
      <w:pPr>
        <w:jc w:val="right"/>
      </w:pPr>
      <w:r>
        <w:t>جس طرح آنکھ ایک نعمت ہے، کان ایک نعمت ہے۔</w:t>
      </w:r>
    </w:p>
    <w:p>
      <w:r>
        <w:rPr>
          <w:b/>
        </w:rPr>
        <w:t xml:space="preserve">[04:18] </w:t>
      </w:r>
      <w:r>
        <w:t>sab cheez jo hai aap ko duniya mein jo mili hui hai woh nemat hai. Aise paisa bhi nemat hai. Itne saare awamil hote hain tab woh paisa aata hai aap ke paas.</w:t>
      </w:r>
    </w:p>
    <w:p>
      <w:pPr>
        <w:jc w:val="right"/>
      </w:pPr>
      <w:r>
        <w:t>سب چیز جو ہے آپ کو دنیا میں جو ملی ہوئی ہے وہ نعمت ہے۔ ایسے پیسہ بھی نعمت ہے۔ اتنے سارے عوامل ہوتے ہیں تب وہ پیسہ آتا ہے آپ کے پاس۔</w:t>
      </w:r>
    </w:p>
    <w:p>
      <w:r>
        <w:rPr>
          <w:b/>
        </w:rPr>
        <w:t xml:space="preserve">[04:27] </w:t>
      </w:r>
      <w:r>
        <w:t>yaad rakhiye ke paisa aap ki apni kamai nahi hoti. poori poori university shamil hoti hai, poori poori insaniyat shamil hoti hai, poora poora samaj shamil hota hai.</w:t>
      </w:r>
    </w:p>
    <w:p>
      <w:pPr>
        <w:jc w:val="right"/>
      </w:pPr>
      <w:r>
        <w:t>یاد رکھیے کہ پیسہ آپ کی اپنی کمائی نہیں ہوتی۔ پوری پوری یونیورسٹی شامل ہوتی ہے، پوری پوری انسانیت شامل ہوتی ہے، پورا پورا سماج شامل ہوتا ہے۔</w:t>
      </w:r>
    </w:p>
    <w:p>
      <w:r>
        <w:rPr>
          <w:b/>
        </w:rPr>
        <w:t xml:space="preserve">[04:37] </w:t>
      </w:r>
      <w:r>
        <w:t>poori poori tehzeeb shamil hoti hai. tab aap ke paas paisa aata hai woh. aise hi paisa aata hai.</w:t>
      </w:r>
    </w:p>
    <w:p>
      <w:pPr>
        <w:jc w:val="right"/>
      </w:pPr>
      <w:r>
        <w:t>پوری پوری تہذیب شامل ہوتی ہے۔ تب آپ کے پاس پیسہ آتا ہے وہ۔ ایسے ہی پیسہ آتا ہے۔</w:t>
      </w:r>
    </w:p>
    <w:p>
      <w:r>
        <w:rPr>
          <w:b/>
        </w:rPr>
        <w:t xml:space="preserve">[04:46] </w:t>
      </w:r>
      <w:r>
        <w:t>yani aap ghor kijiye ke is mein aap ka hissa ek feesad bhi kam hai jo paisa aap ke paas aaya. yani khuda ne universal level par jo life support system banaya hai us ko dekhen aap.</w:t>
      </w:r>
    </w:p>
    <w:p>
      <w:pPr>
        <w:jc w:val="right"/>
      </w:pPr>
      <w:r>
        <w:t>یعنی آپ غور کیجیے کہ اس میں آپ کا حصہ ایک فیصد بھی کم ہے جو پیسہ آپ کے پاس آیا۔ یعنی خدا نے یونیورسل لیول پر جو لائف سپورٹ سسٹم بنایا ہے اس کو دیکھیں آپ۔</w:t>
      </w:r>
    </w:p>
    <w:p>
      <w:r>
        <w:rPr>
          <w:b/>
        </w:rPr>
        <w:t xml:space="preserve">[04:58] </w:t>
      </w:r>
      <w:r>
        <w:t>tehzeeb ka jo contribution hai us ko sochiye aap. society ka jo contribution hai us ko sochiye aap. riyasat ka jo contribution hai us ko sochiye aap. kitne saare awamil shamil hue tab aap ke paas paisa aaya.</w:t>
      </w:r>
    </w:p>
    <w:p>
      <w:pPr>
        <w:jc w:val="right"/>
      </w:pPr>
      <w:r>
        <w:t>تہذیب کا جو کنٹریبیوشن ہے اس کو سوچیے آپ۔ سوسائٹی کا جو کنٹریبیوشن ہے اس کو سوچیے آپ۔ ریاست کا جو کنٹریبیوشن ہے اس کو سوچیے آپ۔ کتنے سارے عوامل شامل ہوئے تب آپ کے پاس پیسہ آیا۔</w:t>
      </w:r>
    </w:p>
    <w:p>
      <w:r>
        <w:rPr>
          <w:b/>
        </w:rPr>
        <w:t xml:space="preserve">[05:12] </w:t>
      </w:r>
      <w:r>
        <w:t>is mein aap ka hissa ek feesad bhi kam hai.</w:t>
      </w:r>
    </w:p>
    <w:p>
      <w:pPr>
        <w:jc w:val="right"/>
      </w:pPr>
      <w:r>
        <w:t>اس میں آپ کا حصہ ایک فیصد بھی کم ہے۔</w:t>
      </w:r>
    </w:p>
    <w:p>
      <w:r>
        <w:rPr>
          <w:b/>
        </w:rPr>
        <w:t xml:space="preserve">[05:17] </w:t>
      </w:r>
      <w:r>
        <w:t>aur is ko aap bikhair dein idhar udhar. to aap to bila izzat aur yaqeen ke kaam kar rahe hain. aap ko shukr karna chahiye aap tasleem karna chahiye aap khuda ko, society ko, insaniyat ko, insaniyat ko tasleem karna chahiye.</w:t>
      </w:r>
    </w:p>
    <w:p>
      <w:pPr>
        <w:jc w:val="right"/>
      </w:pPr>
      <w:r>
        <w:t>اور اس کو آپ بکھیر دیں ادھر اُدھر۔ تو آپ تو بلا عزت اور یقین کے کام کر رہے ہیں۔ آپ کو شکر کرنا چاہیے۔ آپ تسلیم کرنا چاہیے آپ خدا کو، سوسائٹی کو، انسانیت کو، انسانیت کو تسلیم کرنا چاہیے۔</w:t>
      </w:r>
    </w:p>
    <w:p>
      <w:r>
        <w:rPr>
          <w:b/>
        </w:rPr>
        <w:t xml:space="preserve">[05:31] </w:t>
      </w:r>
      <w:r>
        <w:t>ke is ki wajah se mujhe aisa mumkin hua ke mere paas paisa aaya. saare log is bhram mein rehte hain ke paisa jo aaya hai meri kamai ka hai. yeh khud ek gunah hai.</w:t>
      </w:r>
    </w:p>
    <w:p>
      <w:pPr>
        <w:jc w:val="right"/>
      </w:pPr>
      <w:r>
        <w:t>کہ اس کی وجہ سے مجھے ایسا ممکن ہوا کہ میرے پاس پیسہ آیا۔ سارے لوگ اس بھرم میں رہتے ہیں کہ پیسہ جو آیا ہے میری کمائی کا ہے۔ یہ خود ایک گناہ ہے۔</w:t>
      </w:r>
    </w:p>
    <w:p>
      <w:r>
        <w:rPr>
          <w:b/>
        </w:rPr>
        <w:t xml:space="preserve">[05:43] </w:t>
      </w:r>
      <w:r>
        <w:t>ke aap ke paas farz karen das hazar rupay mahina aap kamate hain ya lakh rupay mahina kamate hain. to aap samajhte hain ke yeh meri kamai hai. yeh yaqeen kijiye gunah hai yeh.</w:t>
      </w:r>
    </w:p>
    <w:p>
      <w:pPr>
        <w:jc w:val="right"/>
      </w:pPr>
      <w:r>
        <w:t>کہ آپ کے پاس فرض کریں دس ہزار روپے مہینہ آپ کماتے ہیں یا لاکھ روپے مہینہ کماتے ہیں۔ تو آپ سمجھتے ہیں کہ یہ میری کمائی ہے۔ یہ یقین کیجیے گناہ ہے یہ۔</w:t>
      </w:r>
    </w:p>
    <w:p>
      <w:r>
        <w:rPr>
          <w:b/>
        </w:rPr>
        <w:t xml:space="preserve">[05:54] </w:t>
      </w:r>
      <w:r>
        <w:t>yeh samajhna. kyunke aap ki kamai, aap ka jo hissa hai is mein hai woh to ek feesad se bhi kam hai. khuda ne bohat hi universal level par ek life support system banaya hai aap ke liye.</w:t>
      </w:r>
    </w:p>
    <w:p>
      <w:pPr>
        <w:jc w:val="right"/>
      </w:pPr>
      <w:r>
        <w:t>یہ سمجھنا۔ کیونکہ آپ کی کمائی، آپ کا جو حصہ ہے اس میں ہے وہ تو ایک فیصد سے بھی کم ہے۔ خدا نے بہت ہی یونیورسل لیول پر ایک لائف سپورٹ سسٹم بنایا ہے آپ کے لیے۔</w:t>
      </w:r>
    </w:p>
    <w:p>
      <w:r>
        <w:rPr>
          <w:b/>
        </w:rPr>
        <w:t xml:space="preserve">[06:08] </w:t>
      </w:r>
      <w:r>
        <w:t>poori poori society jo hai us aap ko aisi baatein ek infrastructure de rahi hai. poori poori insaniyat aur poori poori tehzeeb aap ko contribute kar rahi hai.</w:t>
      </w:r>
    </w:p>
    <w:p>
      <w:pPr>
        <w:jc w:val="right"/>
      </w:pPr>
      <w:r>
        <w:t>پوری پوری سوسائٹی جو ہے اس آپ کو ایسی باتیں ایک انفراسٹرکچر دے رہی ہے۔ پوری پوری انسانیت اور پوری پوری تہذیب آپ کو کنٹریبیوٹ کر رہی ہے۔</w:t>
      </w:r>
    </w:p>
    <w:p>
      <w:r>
        <w:rPr>
          <w:b/>
        </w:rPr>
        <w:t xml:space="preserve">[06:21] </w:t>
      </w:r>
      <w:r>
        <w:t>jaise yeh paper hai. kitne bohat din lage is paper ko ke yeh paper bane.</w:t>
      </w:r>
    </w:p>
    <w:p>
      <w:pPr>
        <w:jc w:val="right"/>
      </w:pPr>
      <w:r>
        <w:t>جیسے یہ پیپر ہے۔ کتنے بہت دن لگے اس پیپر کو کہ یہ پیپر بنے۔</w:t>
      </w:r>
    </w:p>
    <w:p>
      <w:r>
        <w:rPr>
          <w:b/>
        </w:rPr>
        <w:t xml:space="preserve">[06:30] </w:t>
      </w:r>
      <w:r>
        <w:t>yeh paper</w:t>
      </w:r>
    </w:p>
    <w:p>
      <w:pPr>
        <w:jc w:val="right"/>
      </w:pPr>
      <w:r>
        <w:t>یہ پیپر</w:t>
      </w:r>
    </w:p>
    <w:p>
      <w:r>
        <w:rPr>
          <w:b/>
        </w:rPr>
        <w:t xml:space="preserve">[06:31] </w:t>
      </w:r>
      <w:r>
        <w:t>bane. kal mein radio par sun raha tha ke yeh mirror jo hai aaina sab se pehle shayad do hazar saal pehle venice jo hai shehar younan mein wahan kuch logon ne is ko daryaft kiya.</w:t>
      </w:r>
    </w:p>
    <w:p>
      <w:pPr>
        <w:jc w:val="right"/>
      </w:pPr>
      <w:r>
        <w:t>بنے۔ کل میں ریڈیو پر سن رہا تھا کہ یہ مرر جو ہے آئینہ سب سے پہلے شاید دو ہزار سال پہلے وینس جو ہے شہر یونان میں وہاں کچھ لوگوں نے اس کو دریافت کیا۔</w:t>
      </w:r>
    </w:p>
    <w:p>
      <w:r>
        <w:rPr>
          <w:b/>
        </w:rPr>
        <w:t xml:space="preserve">[06:45] </w:t>
      </w:r>
      <w:r>
        <w:t>to itna anokha tha mirror jis mein aap apna chehra dekhte hain ke ek alag jin logon ko janta tha, jin logon ko aata tha woh art woh ek alag jazeere mein rakh diye gaye.</w:t>
      </w:r>
    </w:p>
    <w:p>
      <w:pPr>
        <w:jc w:val="right"/>
      </w:pPr>
      <w:r>
        <w:t>تو اتنا انوکھا تھا مرر جس میں آپ اپنا چہرہ دیکھتے ہیں کہ ایک الگ جن لوگوں کو جانتا تھا، جن لوگوں کو آتا تھا وہ آرٹ وہ ایک الگ جزیرے میں رکھ دیئے گئے۔</w:t>
      </w:r>
    </w:p>
    <w:p>
      <w:r>
        <w:rPr>
          <w:b/>
        </w:rPr>
        <w:t xml:space="preserve">[06:57] </w:t>
      </w:r>
      <w:r>
        <w:t>aur agar koi bhagna chahta tha wahan to us ko qatal kar dete the. kyunke doosre log is art ko jaan lenge. to bohat der tak yeh mirror ka fun sirf wahan par raha, venice mein raha.</w:t>
      </w:r>
    </w:p>
    <w:p>
      <w:pPr>
        <w:jc w:val="right"/>
      </w:pPr>
      <w:r>
        <w:t>اور اگر کوئی بھاگنا چاہتا تھا وہاں تو اس کو قتل کر دیتے تھے۔ کیونکہ دوسرے لوگ اس آرٹ کو جان لیں گے۔ تو بہت دیر تک یہ مرر کا فن صرف وہاں پر رہا، وینس میں رہا۔</w:t>
      </w:r>
    </w:p>
    <w:p>
      <w:r>
        <w:rPr>
          <w:b/>
        </w:rPr>
        <w:t xml:space="preserve">[07:06] </w:t>
      </w:r>
      <w:r>
        <w:t>venice ke ek jazeere mein. phir france ne pata nahi kaise kaise ek insaan ko is mein pakda. to france pohancha woh.</w:t>
      </w:r>
    </w:p>
    <w:p>
      <w:pPr>
        <w:jc w:val="right"/>
      </w:pPr>
      <w:r>
        <w:t>وینس کے ایک جزیرے میں۔ پھر فرانس نے پتہ نہیں کیسے کیسے ایک انسان کو اس میں پکڑا۔ تو فرانس پہنچا وہ۔</w:t>
      </w:r>
    </w:p>
    <w:p>
      <w:r>
        <w:rPr>
          <w:b/>
        </w:rPr>
        <w:t xml:space="preserve">[07:15] </w:t>
      </w:r>
      <w:r>
        <w:t>phir is ke baad woh barhte barhte barha woh. to kitne hazaron saal lage hain ek ek cheez ko wajood mein laane mein. chahe kaghaz ho, chahe kursi ho, chahe roshni ho, chahe ek camera ho.</w:t>
      </w:r>
    </w:p>
    <w:p>
      <w:pPr>
        <w:jc w:val="right"/>
      </w:pPr>
      <w:r>
        <w:t>پھر اس کے بعد وہ بڑھتے بڑھتے بڑھا وہ۔ تو کتنے ہزاروں سال لگے ہیں ایک ایک چیز کو وجود میں لانے میں۔ چاہے کاغذ ہو، چاہے کرسی ہو، چاہے روشنی ہو، چاہے ایک کیمرہ ہو۔</w:t>
      </w:r>
    </w:p>
    <w:p>
      <w:r>
        <w:rPr>
          <w:b/>
        </w:rPr>
        <w:t xml:space="preserve">[07:28] </w:t>
      </w:r>
      <w:r>
        <w:t>ya ek mirror ho, koi bhi cheez. poori poori tehzeeb is mein chalati rahi hai apna amal. tab yeh cheezein mili hain aap ko jahan aap baith kar ke is ko enjoy kar rahe hain.</w:t>
      </w:r>
    </w:p>
    <w:p>
      <w:pPr>
        <w:jc w:val="right"/>
      </w:pPr>
      <w:r>
        <w:t>یا ایک مرر ہو، کوئی بھی چیز۔ پوری پوری تہذیب اس میں چلاتی رہی ہے اپنا عمل۔ تب یہ چیزیں ملی ہیں آپ کو جہاں آپ بیٹھ کر کے اس کو انجوائے کر رہے ہیں۔</w:t>
      </w:r>
    </w:p>
    <w:p>
      <w:r>
        <w:rPr>
          <w:b/>
        </w:rPr>
        <w:t xml:space="preserve">[07:42] </w:t>
      </w:r>
      <w:r>
        <w:t>to aap yeh samjhen ke yeh sab mera hai aur is ko phenkein idhar udhar. yaqeen kijiye ke super gunah hai, super gunah. super gunah hai yeh.</w:t>
      </w:r>
    </w:p>
    <w:p>
      <w:pPr>
        <w:jc w:val="right"/>
      </w:pPr>
      <w:r>
        <w:t>تو آپ یہ سمجھیں کہ یہ سب میرا ہے اور اس کو پھینکیں ادھر اُدھر۔ یقین کیجیے کہ سپر گناہ ہے، سپر گناہ۔ سپر گناہ ہے یہ۔</w:t>
      </w:r>
    </w:p>
    <w:p>
      <w:r>
        <w:rPr>
          <w:b/>
        </w:rPr>
        <w:t xml:space="preserve">[07:52] </w:t>
      </w:r>
      <w:r>
        <w:t>apne paise mein aap ko khuda ko tasleem karna chahiye. society ko tasleem karna chahiye. insaniyat ko tasleem karna chahiye. aap ka hissa bohat thoda hai.</w:t>
      </w:r>
    </w:p>
    <w:p>
      <w:pPr>
        <w:jc w:val="right"/>
      </w:pPr>
      <w:r>
        <w:t>اپنے پیسے میں آپ کو خدا کو تسلیم کرنا چاہیے۔ سوسائٹی کو تسلیم کرنا چاہیے۔ انسانیت کو تسلیم کرنا چاہیے۔ آپ کا حصہ بہت تھوڑا ہے۔</w:t>
      </w:r>
    </w:p>
    <w:p>
      <w:r>
        <w:rPr>
          <w:b/>
        </w:rPr>
        <w:t xml:space="preserve">[08:03] </w:t>
      </w:r>
      <w:r>
        <w:t>agar aap yeh sochenge to aap ko aajizi aaye gi. aap samjhenge ke paise ka malik mein nahi hoon. mein to sirf trustee hoon is paise ka.</w:t>
      </w:r>
    </w:p>
    <w:p>
      <w:pPr>
        <w:jc w:val="right"/>
      </w:pPr>
      <w:r>
        <w:t>اگر آپ یہ سوچیں گے تو آپ کو عاجزی آئے گی۔ آپ سمجھیں گے کہ پیسے کا مالک میں نہیں ہوں۔ میں تو صرف ٹرسٹی ہوں اس پیسے کا۔</w:t>
      </w:r>
    </w:p>
    <w:p>
      <w:r>
        <w:rPr>
          <w:b/>
        </w:rPr>
        <w:t xml:space="preserve">[08:11] </w:t>
      </w:r>
      <w:r>
        <w:t>isi liye quran mein kaha gaya hai ke jo tabzeer karen, jo paise ko yani haqeeqi zaroorat ke siwa kharch karen woh shaitan ke bhai hain.</w:t>
      </w:r>
    </w:p>
    <w:p>
      <w:pPr>
        <w:jc w:val="right"/>
      </w:pPr>
      <w:r>
        <w:t>اسی لیے قرآن میں کہا گیا ہے کہ جو تبذیر کریں، جو پیسے کو یعنی حقیقی ضرورت کے سوا خرچ کریں وہ شیطان کے بھائی ہیں۔</w:t>
      </w:r>
    </w:p>
    <w:p>
      <w:r>
        <w:rPr>
          <w:b/>
        </w:rPr>
        <w:t xml:space="preserve">[08:22] </w:t>
      </w:r>
      <w:r>
        <w:t>kyun? is ke maani hain ke aap is ko barkat nahi samajhte. is ko barkat nahi aap samajhte, bohat sambhal sambhal ke kharch karenge aap. jaise baap kama kar bete ko jab paisa de deta hai to idhar udhar idhar udhar udata hai woh.</w:t>
      </w:r>
    </w:p>
    <w:p>
      <w:pPr>
        <w:jc w:val="right"/>
      </w:pPr>
      <w:r>
        <w:t>کیوں؟ اس کے معنی ہیں کہ آپ اس کو برکت نہیں سمجھتے۔ اس کو برکت نہیں آپ سمجھتے، بہت سنبھال سنبھال کے خرچ کریں گے آپ۔ جیسے باپ کما کر بیٹے کو جب پیسہ دے دیتا ہے تو ادھر اُدھر ادھر اُدھر اڑاتا ہے وہ۔</w:t>
      </w:r>
    </w:p>
    <w:p>
      <w:r>
        <w:rPr>
          <w:b/>
        </w:rPr>
        <w:t xml:space="preserve">[08:35] </w:t>
      </w:r>
      <w:r>
        <w:t>kyun? is ko is ko mehnat nahi karni pari, bila mehnat ke mil gaya.</w:t>
      </w:r>
    </w:p>
    <w:p>
      <w:pPr>
        <w:jc w:val="right"/>
      </w:pPr>
      <w:r>
        <w:t>کیوں؟ اس کو اس کو محنت نہیں کرنی پڑی، بلا محنت کے مل گیا۔</w:t>
      </w:r>
    </w:p>
    <w:p>
      <w:r>
        <w:rPr>
          <w:b/>
        </w:rPr>
        <w:t xml:space="preserve">[08:40] </w:t>
      </w:r>
      <w:r>
        <w:t>yeh us aadmi ka haal hota hai. to yaad rakhiye jo aadmi paise ko barbaad karta hai, paise ko haqeeqi zaroorat ke siwa kharch karta hai.</w:t>
      </w:r>
    </w:p>
    <w:p>
      <w:pPr>
        <w:jc w:val="right"/>
      </w:pPr>
      <w:r>
        <w:t>یہ اس آدمی کا حال ہوتا ہے۔ تو یاد رکھیے جو آدمی پیسے کو برباد کرتا ہے، پیسے کو حقیقی ضرورت کے سوا خرچ کرتا ہے۔</w:t>
      </w:r>
    </w:p>
    <w:p>
      <w:r>
        <w:rPr>
          <w:b/>
        </w:rPr>
        <w:t xml:space="preserve">[08:50] </w:t>
      </w:r>
      <w:r>
        <w:t>woh ek bohat bari apne andar bohat bari kamzori ka saboot de raha hai. ke is ko koi ahmiyat nahi deta ke khuda ne support system banaya.</w:t>
      </w:r>
    </w:p>
    <w:p>
      <w:pPr>
        <w:jc w:val="right"/>
      </w:pPr>
      <w:r>
        <w:t>وہ ایک بہت بڑی اپنے اندر بہت بڑی کمزوری کا ثبوت دے رہا ہے۔ کہ اس کو کوئی اہمیت نہیں دیتا کہ خدا نے سپورٹ سسٹم بنایا۔</w:t>
      </w:r>
    </w:p>
    <w:p>
      <w:r>
        <w:rPr>
          <w:b/>
        </w:rPr>
        <w:t xml:space="preserve">[09:01] </w:t>
      </w:r>
      <w:r>
        <w:t>tehzeeb ne contribute kiya. society aur riyasat ne is mein is ko woh sari awamil ikhathe kiye tab woh paisa kama raha hai.</w:t>
      </w:r>
    </w:p>
    <w:p>
      <w:pPr>
        <w:jc w:val="right"/>
      </w:pPr>
      <w:r>
        <w:t>تہذیب نے کنٹریبیوٹ کیا۔ سوسائٹی اور ریاست نے اس میں اس کو وہ سارے عوامل اکٹھے کیے تب وہ پیسہ کما رہا ہے۔</w:t>
      </w:r>
    </w:p>
    <w:p>
      <w:r>
        <w:rPr>
          <w:b/>
        </w:rPr>
        <w:t xml:space="preserve">[09:11] </w:t>
      </w:r>
      <w:r>
        <w:t>to yeh bohat hi bari mujrimana baat hai yeh. to is liye aap ko you have to learn the art of money management. yeh bohat hi aham baat hai.</w:t>
      </w:r>
    </w:p>
    <w:p>
      <w:pPr>
        <w:jc w:val="right"/>
      </w:pPr>
      <w:r>
        <w:t>تو یہ بہت ہی بڑی مجرمانہ بات ہے یہ۔ تو اس لیے آپ کو یو ہیو ٹو لرن دا آرٹ آف منی مینجمنٹ۔ یہ بہت ہی اہم بات ہے۔</w:t>
      </w:r>
    </w:p>
    <w:p>
      <w:r>
        <w:rPr>
          <w:b/>
        </w:rPr>
        <w:t xml:space="preserve">[09:22] </w:t>
      </w:r>
      <w:r>
        <w:t>to thought management, money management, time management, khwahish management. agar khwahish ko aap manage nahi karengay to kya hoga? koi bhi khwahish aai bas is ke peechay dor paray lo.</w:t>
      </w:r>
    </w:p>
    <w:p>
      <w:pPr>
        <w:jc w:val="right"/>
      </w:pPr>
      <w:r>
        <w:t>تو تھاٹ مینجمنٹ، منی مینجمنٹ، ٹائم مینجمنٹ، خواہش مینجمنٹ۔ اگر خواہش کو آپ مینج نہیں کریں گے تو کیا ہوگا؟ کوئی بھی خواہش آئی بس اس کے پیچھے دوڑ پڑے لو۔</w:t>
      </w:r>
    </w:p>
    <w:p>
      <w:r>
        <w:rPr>
          <w:b/>
        </w:rPr>
        <w:t xml:space="preserve">[09:33] </w:t>
      </w:r>
      <w:r>
        <w:t>dor paray woh.</w:t>
      </w:r>
    </w:p>
    <w:p>
      <w:pPr>
        <w:jc w:val="right"/>
      </w:pPr>
      <w:r>
        <w:t>دوڑ پڑے وہ۔</w:t>
      </w:r>
    </w:p>
    <w:p>
      <w:r>
        <w:rPr>
          <w:b/>
        </w:rPr>
        <w:t xml:space="preserve">[09:37] </w:t>
      </w:r>
      <w:r>
        <w:t>kal mein soch raha tha ke insan jo hai ek mout ki khabar suni mein ne. marne ki khabar. to mein ne socha ke insan jo hai khwahish ke peechay dorta hai.</w:t>
      </w:r>
    </w:p>
    <w:p>
      <w:pPr>
        <w:jc w:val="right"/>
      </w:pPr>
      <w:r>
        <w:t>کل میں سوچ رہا تھا کہ انسان جو ہے ایک موت کی خبر سنی میں نے۔ مرنے کی خبر۔ تو میں نے سوچا کہ انسان جو ہے خواہش کے پیچھے دوڑتا ہے۔</w:t>
      </w:r>
    </w:p>
    <w:p>
      <w:r>
        <w:rPr>
          <w:b/>
        </w:rPr>
        <w:t xml:space="preserve">[09:50] </w:t>
      </w:r>
      <w:r>
        <w:t>yani khwahish ki duniya jo is ka hai, jo khwab basa hua hai. ke meri khwahishon wala ek duniya mujhe milay. dorta hai, dorta hai, dorta hai.</w:t>
      </w:r>
    </w:p>
    <w:p>
      <w:pPr>
        <w:jc w:val="right"/>
      </w:pPr>
      <w:r>
        <w:t>یعنی خواہش کی دنیا جو اس کا ہے، جو خواب بسا ہوا ہے۔ کہ میری خواہشوں والا ایک دنیا مجھے ملے۔ دوڑتا ہے، دوڑتا ہے، دوڑتا ہے۔</w:t>
      </w:r>
    </w:p>
    <w:p>
      <w:r>
        <w:rPr>
          <w:b/>
        </w:rPr>
        <w:t xml:space="preserve">[09:59] </w:t>
      </w:r>
      <w:r>
        <w:t>aur har aadmi in poor ki khwahish ke sath subah sham karta hai. ke kal meri khwahishein poori ho jayengi, parson poori ho jayengi, parson poori ho jayengi.</w:t>
      </w:r>
    </w:p>
    <w:p>
      <w:pPr>
        <w:jc w:val="right"/>
      </w:pPr>
      <w:r>
        <w:t>اور ہر آدمی ان پُور کی خواہش کے ساتھ صبح شام کرتا ہے۔ کہ کل میری خواہشیں پوری ہو جائیں گی، پرسوں پوری ہو جائیں گی، پرسوں پوری ہو جائیں گی۔</w:t>
      </w:r>
    </w:p>
    <w:p>
      <w:r>
        <w:rPr>
          <w:b/>
        </w:rPr>
        <w:t xml:space="preserve">[10:08] </w:t>
      </w:r>
      <w:r>
        <w:t>koi bhi baray se bara aadmi chahe woh badshah ho ya koi ameer aadmi ho. woh isi mein jeeta hai ke abhi meri khwahishein poori nahi huien.</w:t>
      </w:r>
    </w:p>
    <w:p>
      <w:pPr>
        <w:jc w:val="right"/>
      </w:pPr>
      <w:r>
        <w:t>کوئی بھی بڑے سے بڑا آدمی چاہے وہ بادشاہ ہو یا کوئی امیر آدمی ہو۔ وہ اسی میں جیتا ہے کہ ابھی میری خواہشیں پوری نہیں ہوئیں۔</w:t>
      </w:r>
    </w:p>
    <w:p>
      <w:r>
        <w:rPr>
          <w:b/>
        </w:rPr>
        <w:t xml:space="preserve">[10:19] </w:t>
      </w:r>
      <w:r>
        <w:t>in poor ki khwahish mein jeeta hai woh. har subah har sham is ko yahi rehta hai. to aadmi in poor ki khwahish mein jeeta hai, jeeta hai, jeeta hai.</w:t>
      </w:r>
    </w:p>
    <w:p>
      <w:pPr>
        <w:jc w:val="right"/>
      </w:pPr>
      <w:r>
        <w:t>ان پُور کی خواہش میں جیتا ہے وہ۔ ہر صبح ہر شام اس کو یہی رہتا ہے۔ تو آدمی ان پُور کی خواہش میں جیتا ہے، جیتا ہے، جیتا ہے۔</w:t>
      </w:r>
    </w:p>
    <w:p>
      <w:r>
        <w:rPr>
          <w:b/>
        </w:rPr>
        <w:t xml:space="preserve">[10:29] </w:t>
      </w:r>
      <w:r>
        <w:t>is umeed mein, is umeed mein ke aaj to nahi to kal to mera khwahish ki duniya ban jayega. aur phir kya hota hai?</w:t>
      </w:r>
    </w:p>
    <w:p>
      <w:pPr>
        <w:jc w:val="right"/>
      </w:pPr>
      <w:r>
        <w:t>اس امید میں، اس امید میں کہ آج تو نہیں تو کل تو میرا خواہش کی دنیا بن جائے گا۔ اور پھر کیا ہوتا ہے؟</w:t>
      </w:r>
    </w:p>
    <w:p>
      <w:r>
        <w:rPr>
          <w:b/>
        </w:rPr>
        <w:t xml:space="preserve">[10:37] </w:t>
      </w:r>
      <w:r>
        <w:t>mar jata hai. aur mout ke baad umeed bhi khatam. khwahish ki duniya to bani hi nahi.</w:t>
      </w:r>
    </w:p>
    <w:p>
      <w:pPr>
        <w:jc w:val="right"/>
      </w:pPr>
      <w:r>
        <w:t>مر جاتا ہے۔ اور موت کے بعد امید بھی ختم۔ خواہش کی دنیا تو بنی ہی نہیں۔</w:t>
      </w:r>
    </w:p>
    <w:p>
      <w:r>
        <w:rPr>
          <w:b/>
        </w:rPr>
        <w:t xml:space="preserve">[10:46] </w:t>
      </w:r>
      <w:r>
        <w:t>ek umeed jo thi ke kal ho jayega, parson ho jayega, woh bhi khatam.</w:t>
      </w:r>
    </w:p>
    <w:p>
      <w:pPr>
        <w:jc w:val="right"/>
      </w:pPr>
      <w:r>
        <w:t>ایک امید جو تھی کہ کل ہو جائے گا، پرسوں ہو جائے گا، وہ بھی ختم۔</w:t>
      </w:r>
    </w:p>
    <w:p>
      <w:r>
        <w:rPr>
          <w:b/>
        </w:rPr>
        <w:t xml:space="preserve">[10:50] </w:t>
      </w:r>
      <w:r>
        <w:t>aap pata hai ek kaisi ajeeb baat hai. to kal mein socha to phir ajeeb meri halat ho gayi. aaj to hum is umeed mein jeete hain ke kal ho jayega, parson ho jayega.</w:t>
      </w:r>
    </w:p>
    <w:p>
      <w:pPr>
        <w:jc w:val="right"/>
      </w:pPr>
      <w:r>
        <w:t>آپ پتہ ہے ایک کیسی عجیب بات ہے۔ تو کل میں سوچا تو پھر عجیب میری حالت ہوگئی۔ آج تو ہم اس امید میں جیتے ہیں کہ کل ہو جائے گا، پرسوں ہو جائے گا۔</w:t>
      </w:r>
    </w:p>
    <w:p>
      <w:r>
        <w:rPr>
          <w:b/>
        </w:rPr>
        <w:t xml:space="preserve">[11:02] </w:t>
      </w:r>
      <w:r>
        <w:t>meri khwahishein kal parson ho jayengi, poori parson ho jayengi poori. to apni khwahish ko hum apni khwahish mein is umeed ke sath jeete hain ke aaj nahi to kal yeh poori hone wali hain.</w:t>
      </w:r>
    </w:p>
    <w:p>
      <w:pPr>
        <w:jc w:val="right"/>
      </w:pPr>
      <w:r>
        <w:t>میری خواہشیں کل پرسوں ہو جائیں گی، پوری پرسوں ہو جائیں گی پوری۔ تو اپنی خواہش کو ہم اپنی خواہش میں اس امید کے ساتھ جیتے ہیں کہ آج نہیں تو کل یہ پوری ہونے والی ہیں۔</w:t>
      </w:r>
    </w:p>
    <w:p>
      <w:r>
        <w:rPr>
          <w:b/>
        </w:rPr>
        <w:t xml:space="preserve">[11:16] </w:t>
      </w:r>
      <w:r>
        <w:t>har aadmi ka yahi hal hota hai.</w:t>
      </w:r>
    </w:p>
    <w:p>
      <w:pPr>
        <w:jc w:val="right"/>
      </w:pPr>
      <w:r>
        <w:t>ہر آدمی کا یہی حال ہوتا ہے۔</w:t>
      </w:r>
    </w:p>
    <w:p>
      <w:r>
        <w:rPr>
          <w:b/>
        </w:rPr>
        <w:t xml:space="preserve">[11:18] </w:t>
      </w:r>
      <w:r>
        <w:t>lekin jab mout aati hai. to mout aati hai to kya hota hai? khwahish bhi in poor nahi aur umeed bhi khatam.</w:t>
      </w:r>
    </w:p>
    <w:p>
      <w:pPr>
        <w:jc w:val="right"/>
      </w:pPr>
      <w:r>
        <w:t>لیکن جب موت آتی ہے۔ تو موت آتی ہے تو کیا ہوتا ہے؟ خواہش بھی ان پُور نہیں اور امید بھی ختم۔</w:t>
      </w:r>
    </w:p>
    <w:p>
      <w:r>
        <w:rPr>
          <w:b/>
        </w:rPr>
        <w:t xml:space="preserve">[11:28] </w:t>
      </w:r>
      <w:r>
        <w:t>marne ke baad umeed bhi khatam. yeh hai insan ka hal. kisi bhi waqt mout ayegi. aur mout aap se na sirf aap ki khwahish ko in poor chhod degi balkay umeed bhi khatam kar degi.</w:t>
      </w:r>
    </w:p>
    <w:p>
      <w:pPr>
        <w:jc w:val="right"/>
      </w:pPr>
      <w:r>
        <w:t>مرنے کے بعد امید بھی ختم۔ یہ ہے انسان کا حال۔ کسی بھی وقت موت آئے گی۔ اور موت آپ سے نہ صرف آپ کی خواہش کو ان پُور چھوڑ دے گی بلکہ امید بھی ختم کر دے گی۔</w:t>
      </w:r>
    </w:p>
    <w:p>
      <w:r>
        <w:rPr>
          <w:b/>
        </w:rPr>
        <w:t xml:space="preserve">[11:44] </w:t>
      </w:r>
      <w:r>
        <w:t>is ehsas mein agar aap jiyen to kitna ajeeb hal ho jaye aap ka.</w:t>
      </w:r>
    </w:p>
    <w:p>
      <w:pPr>
        <w:jc w:val="right"/>
      </w:pPr>
      <w:r>
        <w:t>اس احساس میں اگر آپ جئیں تو کتنا عجیب حال ہو جائے آپ کا۔</w:t>
      </w:r>
    </w:p>
    <w:p>
      <w:r>
        <w:rPr>
          <w:b/>
        </w:rPr>
        <w:t xml:space="preserve">[11:50] </w:t>
      </w:r>
      <w:r>
        <w:t>to mein aap ko bohat ziyada zor de kar kahunga ke aap money ko manage karna seekhiye. time ko manage karna seekhiye. thought ko manage karna seekhiye.</w:t>
      </w:r>
    </w:p>
    <w:p>
      <w:pPr>
        <w:jc w:val="right"/>
      </w:pPr>
      <w:r>
        <w:t>تو میں آپ کو بہت زیادہ زور دے کر کہوں گا کہ آپ منی کو مینج کرنا سیکھیے۔ ٹائم کو مینج کرنا سیکھیے۔ تھاٹ کو مینج کرنا سیکھیے۔</w:t>
      </w:r>
    </w:p>
    <w:p>
      <w:r>
        <w:rPr>
          <w:b/>
        </w:rPr>
        <w:t xml:space="preserve">[12:01] </w:t>
      </w:r>
      <w:r>
        <w:t>khwahish ko manage karna seekhiye. warna kya hoga? ek din ayega jab ke aap marenge. aur siwaye afsos ke kuch bhi nahi milega aap ko.</w:t>
      </w:r>
    </w:p>
    <w:p>
      <w:pPr>
        <w:jc w:val="right"/>
      </w:pPr>
      <w:r>
        <w:t>خواہش کو مینج کرنا سیکھیے۔ ورنہ کیا ہوگا؟ ایک دن آئے گا جب کہ آپ مریں گے۔ اور سوائے افسوس کے کچھ بھی نہیں ملے گا آپ کو۔</w:t>
      </w:r>
    </w:p>
    <w:p>
      <w:r>
        <w:rPr>
          <w:b/>
        </w:rPr>
        <w:t xml:space="preserve">[12:11] </w:t>
      </w:r>
      <w:r>
        <w:t>bible mein hai ke abad tak rona aur danth پیسna hoga. abad tak rona aur danth پیسna hoga.</w:t>
      </w:r>
    </w:p>
    <w:p>
      <w:pPr>
        <w:jc w:val="right"/>
      </w:pPr>
      <w:r>
        <w:t>بائبل میں ہے کہ ابد تک رونا اور دانت پیسنا ہوگا۔ ابد تک رونا اور دانت پیسنا ہوگا۔</w:t>
      </w:r>
    </w:p>
    <w:p>
      <w:r>
        <w:rPr>
          <w:b/>
        </w:rPr>
        <w:t xml:space="preserve">[12:20] </w:t>
      </w:r>
      <w:r>
        <w:t>yani hamesha aap sirf afsos mein rahenge. sharmindagi mein rahenge. yeh sochte rahenge ke mind was a case of missed opportunities.</w:t>
      </w:r>
    </w:p>
    <w:p>
      <w:pPr>
        <w:jc w:val="right"/>
      </w:pPr>
      <w:r>
        <w:t>یعنی ہمیشہ آپ صرف افسوس میں رہیں گے۔ شرمندگی میں رہیں گے۔ یہ سوچتے رہیں گے کہ مائنڈ واز اے کیس آف مسڈ اپرچونیٹیز۔</w:t>
      </w:r>
    </w:p>
    <w:p>
      <w:r>
        <w:rPr>
          <w:b/>
        </w:rPr>
        <w:t xml:space="preserve">[12:34] </w:t>
      </w:r>
      <w:r>
        <w:t>mout ke baad hamesha aap ko is ehsas mein jeena padega ke mind was a case of missed opportunities. yeh bohat ziyada sochne ki baat hai.</w:t>
      </w:r>
    </w:p>
    <w:p>
      <w:pPr>
        <w:jc w:val="right"/>
      </w:pPr>
      <w:r>
        <w:t>موت کے بعد ہمیشہ آپ کو اس احساس میں جینا پڑے گا کہ مائنڈ واز اے کیس آف مسڈ اپرچونیٹیز۔ یہ بہت زیادہ سوچنے کی بات ہے۔</w:t>
      </w:r>
    </w:p>
    <w:p>
      <w:r>
        <w:rPr>
          <w:b/>
        </w:rPr>
        <w:t xml:space="preserve">[12:46] </w:t>
      </w:r>
      <w:r>
        <w:t>ek cheez mein aap ko batana chahta hoon ke insan jo hai ziyada kaam karta hai unconscious mind se.</w:t>
      </w:r>
    </w:p>
    <w:p>
      <w:pPr>
        <w:jc w:val="right"/>
      </w:pPr>
      <w:r>
        <w:t>ایک چیز میں آپ کو بتانا چاہتا ہوں کہ انسان جو ہے زیادہ کام کرتا ہے انکانسشئس مائنڈ سے۔</w:t>
      </w:r>
    </w:p>
    <w:p>
      <w:r>
        <w:rPr>
          <w:b/>
        </w:rPr>
        <w:t xml:space="preserve">[12:56] </w:t>
      </w:r>
      <w:r>
        <w:t>hamare mind ke do hisse hain. conscious mind aur unconscious mind. yani shoori zehan aur ghair shoori zehan. to hum bohat thora kaam karte hain conscious mind se.</w:t>
      </w:r>
    </w:p>
    <w:p>
      <w:pPr>
        <w:jc w:val="right"/>
      </w:pPr>
      <w:r>
        <w:t>ہمارے مائنڈ کے دو حصے ہیں۔ کانشیس مائنڈ اور انکانسشئس مائنڈ۔ یعنی شعوری ذہن اور غیر شعوری ذہن۔ تو ہم بہت تھوڑا کام کرتے ہیں کانشیس مائنڈ سے۔</w:t>
      </w:r>
    </w:p>
    <w:p>
      <w:r>
        <w:rPr>
          <w:b/>
        </w:rPr>
        <w:t xml:space="preserve">[13:07] </w:t>
      </w:r>
      <w:r>
        <w:t>ziada kaam karte hain unconscious mind se. unconscious mind se jo hum karte hain usi ko hum adat kehte hain.</w:t>
      </w:r>
    </w:p>
    <w:p>
      <w:pPr>
        <w:jc w:val="right"/>
      </w:pPr>
      <w:r>
        <w:t>زیادہ کام کرتے ہیں انکانسشئس مائنڈ سے۔ انکانسشئس مائنڈ سے جو ہم کرتے ہیں اسی کو ہم عادت کہتے ہیں۔</w:t>
      </w:r>
    </w:p>
    <w:p>
      <w:r>
        <w:rPr>
          <w:b/>
        </w:rPr>
        <w:t xml:space="preserve">[13:15] </w:t>
      </w:r>
      <w:r>
        <w:t>adat. adat. jaise farz karein ek indiscipline jo maine kaha aap se. aaj aap ne thora sa indiscipline kiya.</w:t>
      </w:r>
    </w:p>
    <w:p>
      <w:pPr>
        <w:jc w:val="right"/>
      </w:pPr>
      <w:r>
        <w:t>عادت۔ عادت۔ جیسے فرض کریں ایک ان ڈسپلن جو میں نے کہا آپ سے۔ آج آپ نے تھوڑا سا ان ڈسپلن کیا۔</w:t>
      </w:r>
    </w:p>
    <w:p>
      <w:r>
        <w:rPr>
          <w:b/>
        </w:rPr>
        <w:t xml:space="preserve">[13:25] </w:t>
      </w:r>
      <w:r>
        <w:t>aur us ko roka nahi. yani apne conscious mind ko active kar ke roka nahi. kal phir kar denge aap. to kal aap ne roka nahi conscious mind ko active kar ke.</w:t>
      </w:r>
    </w:p>
    <w:p>
      <w:pPr>
        <w:jc w:val="right"/>
      </w:pPr>
      <w:r>
        <w:t>اور اس کو روکا نہیں۔ یعنی اپنے کانشیس مائنڈ کو ایکٹیو کر کے روکا نہیں۔ کل پھر کر دیں گے آپ۔ تو کل آپ نے روکا نہیں کانشیس مائنڈ کو ایکٹیو کر کے۔</w:t>
      </w:r>
    </w:p>
    <w:p>
      <w:r>
        <w:rPr>
          <w:b/>
        </w:rPr>
        <w:t xml:space="preserve">[13:34] </w:t>
      </w:r>
      <w:r>
        <w:t>to kya hoga? indiscipline aap ki adat ban jayegi. aap mamool ke tareeqe mein karne lagenge aap. mamool ke tareeqe mein.</w:t>
      </w:r>
    </w:p>
    <w:p>
      <w:pPr>
        <w:jc w:val="right"/>
      </w:pPr>
      <w:r>
        <w:t>تو کیا ہوگا؟ ان ڈسپلن آپ کی عادت بن جائے گی۔ آپ معمول کے طریقے میں کرنے لگے آپ۔ معمول کے طریقے میں۔</w:t>
      </w:r>
    </w:p>
    <w:p>
      <w:r>
        <w:rPr>
          <w:b/>
        </w:rPr>
        <w:t xml:space="preserve">[13:42] </w:t>
      </w:r>
      <w:r>
        <w:t>adat ka matlab hai khudkar tor par hone lagna. aur yani is ka is ki burai mehsoos na hona. kitni bhayanak yeh cheez hai insan ke liye.</w:t>
      </w:r>
    </w:p>
    <w:p>
      <w:pPr>
        <w:jc w:val="right"/>
      </w:pPr>
      <w:r>
        <w:t>عادت کا مطلب ہے خودکار طور پر ہونے لگنا۔ اور یعنی اس کا اس کی برائی محسوس نہ ہونا۔ کتنی بھیانک یہ چیز ہے انسان کے لیے۔</w:t>
      </w:r>
    </w:p>
    <w:p>
      <w:r>
        <w:rPr>
          <w:b/>
        </w:rPr>
        <w:t xml:space="preserve">[13:53] </w:t>
      </w:r>
      <w:r>
        <w:t>ke aaj agar aap ek ghalti karte hain. to foran aap ko yeh chahiye ke apne conscious mind ko active karein. is se apne aap ko bachayein. warna kya hoga?</w:t>
      </w:r>
    </w:p>
    <w:p>
      <w:pPr>
        <w:jc w:val="right"/>
      </w:pPr>
      <w:r>
        <w:t>کہ آج اگر آپ ایک غلطی کرتے ہیں۔ تو فوراً آپ کو یہ چاہیے کہ اپنے کانشیس مائنڈ کو ایکٹیو کریں۔ اس سے اپنے آپ کو بچائیں۔ ورنہ کیا ہوگا؟</w:t>
      </w:r>
    </w:p>
    <w:p>
      <w:r>
        <w:rPr>
          <w:b/>
        </w:rPr>
        <w:t xml:space="preserve">[14:04] </w:t>
      </w:r>
      <w:r>
        <w:t>kal parson aur narsoun woh adat ban jayegi aap ki.</w:t>
      </w:r>
    </w:p>
    <w:p>
      <w:pPr>
        <w:jc w:val="right"/>
      </w:pPr>
      <w:r>
        <w:t>کل پرسوں اور نرسوں وہ عادت بن جائے گی آپ کی۔</w:t>
      </w:r>
    </w:p>
    <w:p>
      <w:r>
        <w:rPr>
          <w:b/>
        </w:rPr>
        <w:t xml:space="preserve">[14:07] </w:t>
      </w:r>
      <w:r>
        <w:t>adat ban gayi to aap ko aap ka conscious mind nahi batayega ke yeh bura hai. kyun? to woh to khudkar tor par karte rahenge aap. isi ka naam hai adat.</w:t>
      </w:r>
    </w:p>
    <w:p>
      <w:pPr>
        <w:jc w:val="right"/>
      </w:pPr>
      <w:r>
        <w:t>عادت بن گئی تو آپ کو آپ کا کانشیس مائنڈ نہیں بتائے گا کہ یہ برا ہے۔ کیوں؟ تو وہ تو خودکار طور پر کرتے رہیں گے آپ۔ اسی کا نام ہے عادت۔</w:t>
      </w:r>
    </w:p>
    <w:p>
      <w:r>
        <w:rPr>
          <w:b/>
        </w:rPr>
        <w:t xml:space="preserve">[14:18] </w:t>
      </w:r>
      <w:r>
        <w:t>is baat ko samajh lijiye ke adat kis cheez ka naam hai. adat naam hai ke time par apni kamzori ko check na karna.</w:t>
      </w:r>
    </w:p>
    <w:p>
      <w:pPr>
        <w:jc w:val="right"/>
      </w:pPr>
      <w:r>
        <w:t>اس بات کو سمجھ لیجیے کہ عادت کس چیز کا نام ہے۔ عادت نام ہے کہ ٹائم پر اپنی کمزوری کو چیک نہ کرنا۔</w:t>
      </w:r>
    </w:p>
    <w:p>
      <w:r>
        <w:rPr>
          <w:b/>
        </w:rPr>
        <w:t xml:space="preserve">[14:29] </w:t>
      </w:r>
      <w:r>
        <w:t>aur us ko rehne dena. to yeh nizam hai ke ab baat sab se pehle conscious</w:t>
      </w:r>
    </w:p>
    <w:p>
      <w:pPr>
        <w:jc w:val="right"/>
      </w:pPr>
      <w:r>
        <w:t>اور اس کو رہنے دینا۔ تو یہ نظام ہے کہ اب بات سب سے پہلے کانش</w:t>
      </w:r>
    </w:p>
    <w:p>
      <w:r>
        <w:rPr>
          <w:b/>
        </w:rPr>
        <w:t xml:space="preserve">[14:36] </w:t>
      </w:r>
      <w:r>
        <w:t>mind mein aati hai. phir woh dheere dheere unconscious mind pe le aati hai. unconscious mind mein jane ke baad woh khatam nahi hoti. sirf yeh hota hota hai ke baghair mehsoos kiye hue, baghair soche hue aap us ko karte rehte hain, karte rehte hain, karte rehte hain.</w:t>
      </w:r>
    </w:p>
    <w:p>
      <w:pPr>
        <w:jc w:val="right"/>
      </w:pPr>
      <w:r>
        <w:t>یس مائنڈ میں آتی ہے۔ پھر وہ دھیرے دھیرے انکانسشئس مائنڈ پہ لے آتی ہے۔ انکانسشئس مائنڈ میں جانے کے بعد وہ ختم نہیں ہوتی۔ صرف یہ ہوتا ہوتا ہے کہ بغیر محسوس کیے ہوئے، بغیر سوچے ہوئے آپ اس کو کرتے رہتے ہیں، کرتے رہتے ہیں، کرتے رہتے ہیں۔</w:t>
      </w:r>
    </w:p>
    <w:p>
      <w:r>
        <w:rPr>
          <w:b/>
        </w:rPr>
        <w:t xml:space="preserve">[14:52] </w:t>
      </w:r>
      <w:r>
        <w:t>baghair mehsoos kiye. jitni bhi aadatein hain woh sab kya hain? unconscious mind se dhaki hoti hain woh. aadmiyon ko ehsas nahi hota ke main aisa kar raha hoon.</w:t>
      </w:r>
    </w:p>
    <w:p>
      <w:pPr>
        <w:jc w:val="right"/>
      </w:pPr>
      <w:r>
        <w:t>بغیر محسوس کیے۔ جتنی بھی عادتیں ہیں وہ سب کیا ہیں؟ انکانسشئس مائنڈ سے ڈھکی ہوتی ہیں وہ۔ آدمیوں کو احساس نہیں ہوتا کہ میں ایسا کر رہا ہوں۔</w:t>
      </w:r>
    </w:p>
    <w:p>
      <w:r>
        <w:rPr>
          <w:b/>
        </w:rPr>
        <w:t xml:space="preserve">[15:02] </w:t>
      </w:r>
      <w:r>
        <w:t>mujhe khud kai aadatein aisi lagi hui theen.</w:t>
      </w:r>
    </w:p>
    <w:p>
      <w:pPr>
        <w:jc w:val="right"/>
      </w:pPr>
      <w:r>
        <w:t>مجھے خود کئی عادتیں ایسی لگی ہوئی تھیں۔</w:t>
      </w:r>
    </w:p>
    <w:p>
      <w:r>
        <w:rPr>
          <w:b/>
        </w:rPr>
        <w:t xml:space="preserve">[15:05] </w:t>
      </w:r>
      <w:r>
        <w:t>jaise aap haseinge is baat par ke mujhe ek adat lagi hui thi ke main apni naak aisi kya karta tha. aise hi. to ab adat ban gayi thi woh.</w:t>
      </w:r>
    </w:p>
    <w:p>
      <w:pPr>
        <w:jc w:val="right"/>
      </w:pPr>
      <w:r>
        <w:t>جیسے آپ ہنسیں گے اس بات پر کہ مجھے ایک عادت لگی ہوئی تھی کہ میں اپنی ناک ایسی کیا کرتا تھا۔ ایسے ہی۔ تو اب میں عادت بن گئی تھی وہ۔</w:t>
      </w:r>
    </w:p>
    <w:p>
      <w:r>
        <w:rPr>
          <w:b/>
        </w:rPr>
        <w:t xml:space="preserve">[15:15] </w:t>
      </w:r>
      <w:r>
        <w:t>to ek baar maine aaine mein bhi dekha. to mujhe bara kharab laga. ke doosra aadmi jo hai kitna bura manta hoga us ko. to maine us ko zabardasti khatam kiya apni adat ko.</w:t>
      </w:r>
    </w:p>
    <w:p>
      <w:pPr>
        <w:jc w:val="right"/>
      </w:pPr>
      <w:r>
        <w:t>تو ایک بار میں نے آئینے میں بھی دیکھا۔ تو مجھے بڑا خراب لگا۔ کہ دوسرا آدمی جو ہے کتنا برا مانتا ہوگا اس کو۔ تو میں نے اس کو زبردستی ختم کیا اپنی عادت کو۔</w:t>
      </w:r>
    </w:p>
    <w:p>
      <w:r>
        <w:rPr>
          <w:b/>
        </w:rPr>
        <w:t xml:space="preserve">[15:27] </w:t>
      </w:r>
      <w:r>
        <w:t>aur aisi kai cheezein hain.</w:t>
      </w:r>
    </w:p>
    <w:p>
      <w:pPr>
        <w:jc w:val="right"/>
      </w:pPr>
      <w:r>
        <w:t>اور ایسی کئی چیزیں ہیں۔</w:t>
      </w:r>
    </w:p>
    <w:p>
      <w:r>
        <w:rPr>
          <w:b/>
        </w:rPr>
        <w:t xml:space="preserve">[15:29] </w:t>
      </w:r>
      <w:r>
        <w:t>to yaad rakhiye adat ka ka jo falsafa hai woh yeh hai ke pehle din ek kaam aap karte hain to thora sa ehsas hota hai kya ke main ghalt kaam kiya.</w:t>
      </w:r>
    </w:p>
    <w:p>
      <w:pPr>
        <w:jc w:val="right"/>
      </w:pPr>
      <w:r>
        <w:t>تو یاد رکھیے عادت کا کا جو فلسفہ ہے وہ یہ ہے کہ پہلے دن ایک کام آپ کرتے ہیں تو تھوڑا سا احساس ہوتا ہے کیا کہ میں غلط کام کیا۔</w:t>
      </w:r>
    </w:p>
    <w:p>
      <w:r>
        <w:rPr>
          <w:b/>
        </w:rPr>
        <w:t xml:space="preserve">[15:40] </w:t>
      </w:r>
      <w:r>
        <w:t>jaise maine abhi kaha ke beech mein kai log kyun bole. to yeh kya hoga? yeh bhi ek adat hai. ke majlison mein aap baithte hain. har aadmi bolne lagta hai.</w:t>
      </w:r>
    </w:p>
    <w:p>
      <w:pPr>
        <w:jc w:val="right"/>
      </w:pPr>
      <w:r>
        <w:t>جیسے میں نے ابھی کہا کہ بیچ میں کئی لوگ کیوں بولے۔ تو یہ کیا ہوگا؟ یہ بھی ایک عادت ہے۔ کہ مجلسوں میں آپ بیٹھتے ہیں۔ ہر آدمی بولنے لگتا ہے۔</w:t>
      </w:r>
    </w:p>
    <w:p>
      <w:r>
        <w:rPr>
          <w:b/>
        </w:rPr>
        <w:t xml:space="preserve">[15:49] </w:t>
      </w:r>
      <w:r>
        <w:t>main hi bol raha hoon, wohi bol rahe hain. to bolte bolte chounke aap ne check nahi kiya pehle din. to conscious mind se nikal ke woh chali gayi unconscious mind</w:t>
      </w:r>
    </w:p>
    <w:p>
      <w:pPr>
        <w:jc w:val="right"/>
      </w:pPr>
      <w:r>
        <w:t>میں ہی بول رہا ہوں، وہی بول رہے ہیں۔ تو بولتے بولتے چونکہ آپ نے چیک نہیں کیا پہلے دن۔ تو کانشیس مائنڈ سے نکل کے وہ چلی گئی انکانسشئس مائن</w:t>
      </w:r>
    </w:p>
    <w:p>
      <w:r>
        <w:rPr>
          <w:b/>
        </w:rPr>
        <w:t xml:space="preserve">[15:59] </w:t>
      </w:r>
      <w:r>
        <w:t>mein. yani doosre alfaaz mein woh adat ban gayi aap ki, adat ban gayi. to aap mamool ke tareeqe mein karne lagte hain us ko. aap ko ehsas nahi hota ke main ghalt kar raha hoon koi kaam.</w:t>
      </w:r>
    </w:p>
    <w:p>
      <w:pPr>
        <w:jc w:val="right"/>
      </w:pPr>
      <w:r>
        <w:t>ڈ میں۔ یعنی دوسرے الفاظ میں وہ عادت بن گئی آپ کی، عادت بن گئی۔ تو آپ معمول کے طریقے میں کرنے لگتے ہیں اس کو۔ آپ کو احساس نہیں ہوتا کہ میں غلط کر رہا ہوں کوئی کام۔</w:t>
      </w:r>
    </w:p>
    <w:p>
      <w:r>
        <w:rPr>
          <w:b/>
        </w:rPr>
        <w:t xml:space="preserve">[16:09] </w:t>
      </w:r>
      <w:r>
        <w:t>halanke agar aap sochein to bohat ghalt maloom hoga ke yeh kya tareeqa hai. ke pooch lein ek aadmi se, bolein sab log. lekin woh adat ban chuki hai. to bohat ziyada zaroori hai is baat ko samjhiye.</w:t>
      </w:r>
    </w:p>
    <w:p>
      <w:pPr>
        <w:jc w:val="right"/>
      </w:pPr>
      <w:r>
        <w:t>حالانکہ اگر آپ سوچیں تو بہت غلط معلوم ہوگا کہ یہ کیا طریقہ ہے۔ کہ پوچھ لیں ایک آدمی سے، بولیں سب لوگ۔ لیکن وہ عادت بن چکی ہے۔ تو بہت زیادہ ضروری ہے اس بات کو سمجھیے۔</w:t>
      </w:r>
    </w:p>
    <w:p>
      <w:r>
        <w:rPr>
          <w:b/>
        </w:rPr>
        <w:t xml:space="preserve">[16:21] </w:t>
      </w:r>
      <w:r>
        <w:t>kyun? main kal parson ek ayat padh raha tha. us ko sochte sochte yeh baat samajh mein aayi.</w:t>
      </w:r>
    </w:p>
    <w:p>
      <w:pPr>
        <w:jc w:val="right"/>
      </w:pPr>
      <w:r>
        <w:t>کیوں؟ میں کل پرسوں ایک آیت پڑھ رہا تھا۔ اس کو سوچتے سوچتے یہ بات سمجھ میں آئی۔</w:t>
      </w:r>
    </w:p>
    <w:p>
      <w:r>
        <w:rPr>
          <w:b/>
        </w:rPr>
        <w:t xml:space="preserve">[16:28] </w:t>
      </w:r>
      <w:r>
        <w:t>انتهبط اعمالكم وانتم لا تشرون poori quran mein mujhe ek ayat sab se ziyada sakht maloom hoti hai. poore quran mein.</w:t>
      </w:r>
    </w:p>
    <w:p>
      <w:pPr>
        <w:jc w:val="right"/>
      </w:pPr>
      <w:r>
        <w:t>انتهبط اعمالكم وانتم لا تشرون پوری قرآن میں مجھے ایک آیت سب سے زیادہ سخت معلوم ہوتی ہے۔ پورے قرآن میں۔</w:t>
      </w:r>
    </w:p>
    <w:p>
      <w:r>
        <w:rPr>
          <w:b/>
        </w:rPr>
        <w:t xml:space="preserve">[16:37] </w:t>
      </w:r>
      <w:r>
        <w:t>sab se ziyada darane wali ayat. انتهبط اعمالكم وانتم لا تشرون yani tum pakad mein aa jao halanke tum ne jana bhi na ho.</w:t>
      </w:r>
    </w:p>
    <w:p>
      <w:pPr>
        <w:jc w:val="right"/>
      </w:pPr>
      <w:r>
        <w:t>سب سے زیادہ ڈرانے والی آیت۔ انتهبط اعمالكم وانتم لا تشرون یعنی تم پکڑ میں آ جاؤ حالانکہ تم نے جانا بھی نہ ہو۔</w:t>
      </w:r>
    </w:p>
    <w:p>
      <w:r>
        <w:rPr>
          <w:b/>
        </w:rPr>
        <w:t xml:space="preserve">[16:49] </w:t>
      </w:r>
      <w:r>
        <w:t>yani ek aisa kaam jo tum ne bila jaane hi kiya ho us ke liye tum pakar mein aa jao. intahbat aemaalukum wa antum la tashroon ke tum na jano ge aur tum pakar mein aa jao ge Khuda ke.</w:t>
      </w:r>
    </w:p>
    <w:p>
      <w:pPr>
        <w:jc w:val="right"/>
      </w:pPr>
      <w:r>
        <w:t>یعنی ایک ایسا کام جو تم نے بلا جانے ہی کیا ہو اس کے لیے تم پکڑ میں آ جاؤ۔ انتهبط اعمالكم وانتم لا تشرون کہ تم نہ جانو گے اور تم پکڑ میں آ جاؤ گے خدا کے۔</w:t>
      </w:r>
    </w:p>
    <w:p>
      <w:r>
        <w:rPr>
          <w:b/>
        </w:rPr>
        <w:t xml:space="preserve">[17:01] </w:t>
      </w:r>
      <w:r>
        <w:t>to main ne aisa socha ke aisa kiya baat hai yeh.</w:t>
      </w:r>
    </w:p>
    <w:p>
      <w:pPr>
        <w:jc w:val="right"/>
      </w:pPr>
      <w:r>
        <w:t>تو میں نے ایسا سوچا کہ ایسا کیا بات ہے یہ۔</w:t>
      </w:r>
    </w:p>
    <w:p>
      <w:r>
        <w:rPr>
          <w:b/>
        </w:rPr>
        <w:t xml:space="preserve">[17:04] </w:t>
      </w:r>
      <w:r>
        <w:t>to samajh mein aaya ke tum aisa karte ho ke kisi burai ko apni aadat bana lete ho. jab aadat ban jati hai to tum khudkaar tor par karte rehte ho.</w:t>
      </w:r>
    </w:p>
    <w:p>
      <w:pPr>
        <w:jc w:val="right"/>
      </w:pPr>
      <w:r>
        <w:t>تو سمجھ میں آیا کہ تم ایسا کرتے ہو کہ کسی برائی کو اپنی عادت بنا لیتے ہو۔ جب عادت بن جاتی ہے تو تم خودکار طور پر کرتے رہتے ہو۔</w:t>
      </w:r>
    </w:p>
    <w:p>
      <w:r>
        <w:rPr>
          <w:b/>
        </w:rPr>
        <w:t xml:space="preserve">[17:14] </w:t>
      </w:r>
      <w:r>
        <w:t>tumhare conscious mind mein aata nahi ke tum burai kar rahe ho koi. aap sochiye to ab hum mein se har shakhs is mein pada hua hai. har shakhs baghair kisi istisana ke</w:t>
      </w:r>
    </w:p>
    <w:p>
      <w:pPr>
        <w:jc w:val="right"/>
      </w:pPr>
      <w:r>
        <w:t>تمہارے کانشیس مائنڈ میں آتا نہیں کہ تم برائی کر رہے ہو کوئی۔ آپ سوچیے تو اب ہم میں سے ہر شخص اس میں پڑا ہوا ہے۔ ہر شخص بغیر کسی استثنا کے</w:t>
      </w:r>
    </w:p>
    <w:p>
      <w:r>
        <w:rPr>
          <w:b/>
        </w:rPr>
        <w:t xml:space="preserve">[17:26] </w:t>
      </w:r>
      <w:r>
        <w:t>. baghair kisi istisana ke. yahan tak ke jo aadmi jhoot bolta hai. pehle din jhoot bolega to uska conscious jo hai thoda kahega kiya jhoot bol diya tum ne.</w:t>
      </w:r>
    </w:p>
    <w:p>
      <w:pPr>
        <w:jc w:val="right"/>
      </w:pPr>
      <w:r>
        <w:t>۔ بغیر کسی استثنا کے۔ یہاں تک کہ جو آدمی جھوٹ بولتا ہے۔ پہلے دن جھوٹ بولے گا تو اس کا کانشیس جو ہے تھوڑا کہے گا کیا جھوٹ بول دیا تم نے۔</w:t>
      </w:r>
    </w:p>
    <w:p>
      <w:r>
        <w:rPr>
          <w:b/>
        </w:rPr>
        <w:t xml:space="preserve">[17:34] </w:t>
      </w:r>
      <w:r>
        <w:t>pehla din. phir lekin doosre din bol liya. agar woh check nahi kiya us ne apne conscious mind se. to dheere dheere chala jayega unconscious mind mein.</w:t>
      </w:r>
    </w:p>
    <w:p>
      <w:pPr>
        <w:jc w:val="right"/>
      </w:pPr>
      <w:r>
        <w:t>پہلے دن۔ پھر لیکن دوسرے دن بول لیا۔ اگر وہ چیک نہیں کیا اس نے اپنے کانشیس مائنڈ سے۔ تو دھیرے دھیرے چلا جائے گا انکانسشئس مائنڈ میں۔</w:t>
      </w:r>
    </w:p>
    <w:p>
      <w:r>
        <w:rPr>
          <w:b/>
        </w:rPr>
        <w:t xml:space="preserve">[17:43] </w:t>
      </w:r>
      <w:r>
        <w:t>aur phir ban jayega woh aadat. jhoot bolega us ko kuch mehsoos bhi nahi hoga woh.</w:t>
      </w:r>
    </w:p>
    <w:p>
      <w:pPr>
        <w:jc w:val="right"/>
      </w:pPr>
      <w:r>
        <w:t>اور پھر بن جائے گا وہ عادت۔ جھوٹ بولے گا اس کو کچھ محسوس بھی نہیں ہوگا وہ۔</w:t>
      </w:r>
    </w:p>
    <w:p>
      <w:r>
        <w:rPr>
          <w:b/>
        </w:rPr>
        <w:t xml:space="preserve">[17:48] </w:t>
      </w:r>
      <w:r>
        <w:t>to Quran mein jo baat hai main ne socha is baat ko to pata chala. ke aadmi is baat ka yani is baat ka is baat ke liye pakra jayega us ko ke pehli baar tum ne check kyu nahi kiya.</w:t>
      </w:r>
    </w:p>
    <w:p>
      <w:pPr>
        <w:jc w:val="right"/>
      </w:pPr>
      <w:r>
        <w:t>تو قرآن میں جو بات ہے میں نے سوچا اس بات کو تو پتہ چلا۔ کہ آدمی اس بات کا یعنی اس بات کا اس بات کے لیے پکڑا جائے گا اس کو کہ پہلی بار تم نے چیک کیوں نہیں کیا۔</w:t>
      </w:r>
    </w:p>
    <w:p>
      <w:r>
        <w:rPr>
          <w:b/>
        </w:rPr>
        <w:t xml:space="preserve">[18:04] </w:t>
      </w:r>
      <w:r>
        <w:t>pehli baar jab tum se ghalti hui to tum ne check kyu nahi kiya. us waqt to tumhara conscious mind zinda tha.</w:t>
      </w:r>
    </w:p>
    <w:p>
      <w:pPr>
        <w:jc w:val="right"/>
      </w:pPr>
      <w:r>
        <w:t>پہلی بار جب تم سے غلطی ہوئی تو تم نے چیک کیوں نہیں کیا۔ اس وقت تو تمہارا کانشیس مائنڈ زندہ تھا۔</w:t>
      </w:r>
    </w:p>
    <w:p>
      <w:r>
        <w:rPr>
          <w:b/>
        </w:rPr>
        <w:t xml:space="preserve">[18:11] </w:t>
      </w:r>
      <w:r>
        <w:t>dheere dheere chala gaya tumhare unconscious mind mein aadat ban gaya. lekin pehle is liye tum ne check kyu nahi kiya us ko. yaad rakhiye hum mein se har shakhs ka yeh mamla hai.</w:t>
      </w:r>
    </w:p>
    <w:p>
      <w:pPr>
        <w:jc w:val="right"/>
      </w:pPr>
      <w:r>
        <w:t>دھیرے دھیرے چلا گیا تمہارے انکانسشئس مائنڈ میں عادت بن گیا۔ لیکن پہلے اس لیے تم نے چیک کیوں نہیں کیا اس کو۔ یاد رکھیے ہم میں سے ہر شخص کا یہ معاملہ ہے۔</w:t>
      </w:r>
    </w:p>
    <w:p>
      <w:r>
        <w:rPr>
          <w:b/>
        </w:rPr>
        <w:t xml:space="preserve">[18:22] </w:t>
      </w:r>
      <w:r>
        <w:t>har shakhs ko sochna chahiye. khud ehtesab karna chahiye. har shakhs kisi ne kisi ghalt aadat ko har shakhs ne apni zindagi mein ek ghalt aadat ko shamil kar rakha hai.</w:t>
      </w:r>
    </w:p>
    <w:p>
      <w:pPr>
        <w:jc w:val="right"/>
      </w:pPr>
      <w:r>
        <w:t>ہر شخص کو سوچنا چاہیے۔ خود احتساب کرنا چاہیے۔ ہر شخص کسی نے کسی غلط عادت کو ہر شخص نے اپنی زندگی میں ایک غلط عادت کو شامل کر رکھا ہے۔</w:t>
      </w:r>
    </w:p>
    <w:p>
      <w:r>
        <w:rPr>
          <w:b/>
        </w:rPr>
        <w:t xml:space="preserve">[18:33] </w:t>
      </w:r>
      <w:r>
        <w:t>misalan time par na aana. yeh zaroor le lijiye aap</w:t>
      </w:r>
    </w:p>
    <w:p>
      <w:pPr>
        <w:jc w:val="right"/>
      </w:pPr>
      <w:r>
        <w:t>مثلاً ٹائم پر نہ آنا۔ یہ ضرور لے لیجیے آپ</w:t>
      </w:r>
    </w:p>
    <w:p>
      <w:r>
        <w:rPr>
          <w:b/>
        </w:rPr>
        <w:t xml:space="preserve">[18:37] </w:t>
      </w:r>
      <w:r>
        <w:t>. chunaanche das bees saal se aap aisa karte hain. ke chale gaye thoda der kar ke. to pehli baar jab aap ne kiya hoga to aap ke zamir ne aap ke conscious ne roka hoga.</w:t>
      </w:r>
    </w:p>
    <w:p>
      <w:pPr>
        <w:jc w:val="right"/>
      </w:pPr>
      <w:r>
        <w:t>۔ چونکہ دس بیس سال سے آپ ایسا کرتے ہیں۔ کہ چلے گئے تھوڑا دیر کر کے۔ تو پہلی بار جب آپ نے کیا ہوگا تو آپ کے ضمیر نے آپ کے کانشیس نے روکا ہوگا۔</w:t>
      </w:r>
    </w:p>
    <w:p>
      <w:r>
        <w:rPr>
          <w:b/>
        </w:rPr>
        <w:t xml:space="preserve">[18:49] </w:t>
      </w:r>
      <w:r>
        <w:t>ke bhai time par jana chahiye kyu der kar ke ja rahe ho. pehle din. phir doosri baar aap ne kiya to thoda kam muzahamat hua. teesri baar kam muzahamat hua.</w:t>
      </w:r>
    </w:p>
    <w:p>
      <w:pPr>
        <w:jc w:val="right"/>
      </w:pPr>
      <w:r>
        <w:t>کہ بھئی ٹائم پر جانا چاہیے کیوں دیر کر کے جا رہے ہو۔ پہلے دن۔ پھر دوسری بار آپ نے کیا تو تھوڑا کم مزاحمت ہوا۔ تیسری بار کم مزاحمت ہوا۔</w:t>
      </w:r>
    </w:p>
    <w:p>
      <w:r>
        <w:rPr>
          <w:b/>
        </w:rPr>
        <w:t xml:space="preserve">[18:58] </w:t>
      </w:r>
      <w:r>
        <w:t>hote hote aap ki aadat ban gayi ke time par na jayein.</w:t>
      </w:r>
    </w:p>
    <w:p>
      <w:pPr>
        <w:jc w:val="right"/>
      </w:pPr>
      <w:r>
        <w:t>ہوتے ہوتے آپ کی عادت بن گئی کہ ٹائم پر نہ جائیں۔</w:t>
      </w:r>
    </w:p>
    <w:p>
      <w:r>
        <w:rPr>
          <w:b/>
        </w:rPr>
        <w:t xml:space="preserve">[19:03] </w:t>
      </w:r>
      <w:r>
        <w:t>yeh bohat ahem baat main keh raha hoon. aur Quran ki ayat se main bohat thara gaya. ke tum soch samajh ke baghair karoge aur phir bhi pakre jaoge.</w:t>
      </w:r>
    </w:p>
    <w:p>
      <w:pPr>
        <w:jc w:val="right"/>
      </w:pPr>
      <w:r>
        <w:t>یہ بہت اہم بات میں کہہ رہا ہوں۔ اور قرآن کی آیت سے میں بہت تھرا گیا۔ کہ تم سوچ سمجھ کے بغیر کرو گے اور پھر بھی پکڑے جاؤ گے۔</w:t>
      </w:r>
    </w:p>
    <w:p>
      <w:r>
        <w:rPr>
          <w:b/>
        </w:rPr>
        <w:t xml:space="preserve">[19:14] </w:t>
      </w:r>
      <w:r>
        <w:t>yani baghair kisi irade ke bhi pakre jaoge tum. to dekhiye Quran mein woh hadith mein hai. innamal aemaalu binniyat aadmi ki pakar us ke irade par hoti hai.</w:t>
      </w:r>
    </w:p>
    <w:p>
      <w:pPr>
        <w:jc w:val="right"/>
      </w:pPr>
      <w:r>
        <w:t>یعنی بغیر کسی ارادے کے بھی پکڑے جاؤ گے تم۔ تو دیکھیں قرآن میں وہ حدیث میں ہے۔ إنما الأعمال بالنيات آدمی کی پکڑ اس کے ارادے پر ہوتی ہے۔</w:t>
      </w:r>
    </w:p>
    <w:p>
      <w:r>
        <w:rPr>
          <w:b/>
        </w:rPr>
        <w:t xml:space="preserve">[19:28] </w:t>
      </w:r>
      <w:r>
        <w:t>ab main ne socha ke is se to takra raha hai woh.</w:t>
      </w:r>
    </w:p>
    <w:p>
      <w:pPr>
        <w:jc w:val="right"/>
      </w:pPr>
      <w:r>
        <w:t>اب میں نے سوچا کہ اس سے تو ٹکرا رہا ہے وہ۔</w:t>
      </w:r>
    </w:p>
    <w:p>
      <w:r>
        <w:rPr>
          <w:b/>
        </w:rPr>
        <w:t xml:space="preserve">[19:30] </w:t>
      </w:r>
      <w:r>
        <w:t>aap ghor kijiye ke jab hadith mein yeh hai ke aadmi ki pakar us ke irade par hoti hai. to wahan par kyu aisa hai ke baghair kisi irade ke tum kaam karoge aur tumhari pakar ho jayegi.</w:t>
      </w:r>
    </w:p>
    <w:p>
      <w:pPr>
        <w:jc w:val="right"/>
      </w:pPr>
      <w:r>
        <w:t>آپ غور کیجیے کہ جب حدیث میں یہ ہے کہ آدمی کی پکڑ اس کے ارادے پر ہوتی ہے۔ تو وہاں پر کیوں ایسا ہے کہ بغیر کسی ارادے کے تم کام کرو گے اور تمہاری پکڑ ہو جائے گی۔</w:t>
      </w:r>
    </w:p>
    <w:p>
      <w:r>
        <w:rPr>
          <w:b/>
        </w:rPr>
        <w:t xml:space="preserve">[19:40] </w:t>
      </w:r>
      <w:r>
        <w:t>wa antum la tashroon</w:t>
      </w:r>
    </w:p>
    <w:p>
      <w:pPr>
        <w:jc w:val="right"/>
      </w:pPr>
      <w:r>
        <w:t>وانتم لا تشرون</w:t>
      </w:r>
    </w:p>
    <w:p>
      <w:r>
        <w:rPr>
          <w:b/>
        </w:rPr>
        <w:t xml:space="preserve">[19:43] </w:t>
      </w:r>
      <w:r>
        <w:t>to main ne samjha ke is ka raaz yahi hai. ke pehli baar par tum ne is ko aradi tor par kiya.</w:t>
      </w:r>
    </w:p>
    <w:p>
      <w:pPr>
        <w:jc w:val="right"/>
      </w:pPr>
      <w:r>
        <w:t>تو میں نے سمجھا کہ اس کا راز یہی ہے۔ کہ پہلی بار پر تم نے اس کو ارادی طور پر کیا۔</w:t>
      </w:r>
    </w:p>
    <w:p>
      <w:r>
        <w:rPr>
          <w:b/>
        </w:rPr>
        <w:t xml:space="preserve">[19:54] </w:t>
      </w:r>
      <w:r>
        <w:t>pehli baar par. aur tumhare conscious ne tum ko bataya. tumhare zamir ne, tumhare shaoor ne tum ko bataya.</w:t>
      </w:r>
    </w:p>
    <w:p>
      <w:pPr>
        <w:jc w:val="right"/>
      </w:pPr>
      <w:r>
        <w:t>پہلی بار پر۔ اور تمہارے کانشیس نے تم کو بتایا۔ تمہارے ضمیر نے، تمہارے شعور نے تم کو بتایا۔</w:t>
      </w:r>
    </w:p>
    <w:p>
      <w:r>
        <w:rPr>
          <w:b/>
        </w:rPr>
        <w:t xml:space="preserve">[20:03] </w:t>
      </w:r>
      <w:r>
        <w:t>lekin tum ne nazar andaaz kiya is ko. nazar andaaz kiya. phir doosri baar, teesri baar, chauthi baar hote hote kiya hua? woh tumhari aadat ban gayi.</w:t>
      </w:r>
    </w:p>
    <w:p>
      <w:pPr>
        <w:jc w:val="right"/>
      </w:pPr>
      <w:r>
        <w:t>لیکن تم نے نظر انداز کیا اس کو۔ نظر انداز کیا۔ پھر دوسری بار، تیسری بار، چوتھی بار ہوتے ہوتے کیا ہوا؟ وہ تمہاری عادت بن گئی۔</w:t>
      </w:r>
    </w:p>
    <w:p>
      <w:r>
        <w:rPr>
          <w:b/>
        </w:rPr>
        <w:t xml:space="preserve">[20:12] </w:t>
      </w:r>
      <w:r>
        <w:t>aadat banne ka matlab kiya hua? ab shaoor wahan par active nahi hai. wahan par tumhara conscious active nahi hai. to is liye pakre jaoge tum.</w:t>
      </w:r>
    </w:p>
    <w:p>
      <w:pPr>
        <w:jc w:val="right"/>
      </w:pPr>
      <w:r>
        <w:t>عادت بننے کا مطلب کیا ہوا؟ اب شعور وہاں پر ایکٹیو نہیں ہے۔ وہاں پر تمہارا کانشیس ایکٹیو نہیں ہے۔ تو اس لیے پکڑے جاؤ گے تم۔</w:t>
      </w:r>
    </w:p>
    <w:p>
      <w:r>
        <w:rPr>
          <w:b/>
        </w:rPr>
        <w:t xml:space="preserve">[20:21] </w:t>
      </w:r>
      <w:r>
        <w:t>to aakhir mein agarche woh ban gaya hai un aradi tor par. lekin pehle to tha aradi tor par. is ko samajh lijiye aap achi tarah se. ke chunaanche pehle marhale par woh aradi tor par tha.</w:t>
      </w:r>
    </w:p>
    <w:p>
      <w:pPr>
        <w:jc w:val="right"/>
      </w:pPr>
      <w:r>
        <w:t>تو آخر میں اگرچہ وہ بن گیا ہے ان ارادی طور پر۔ لیکن پہلے تو تھا ارادی طور پر۔ اس کو سمجھ لیجیے آپ اچھی طریقے سے۔ کہ چونکہ پہلے مرحلے پر وہ ارادی طور پر تھا۔</w:t>
      </w:r>
    </w:p>
    <w:p>
      <w:r>
        <w:rPr>
          <w:b/>
        </w:rPr>
        <w:t xml:space="preserve">[20:33] </w:t>
      </w:r>
      <w:r>
        <w:t>to aakhir mein chahe in aradi tor par ho jaye tab bhi pakda jayega aadmi.</w:t>
      </w:r>
    </w:p>
    <w:p>
      <w:pPr>
        <w:jc w:val="right"/>
      </w:pPr>
      <w:r>
        <w:t>تو آخر میں چاہے ان ارادی طور پر ہو جائے تب بھی پکڑا جائے گا آدمی۔</w:t>
      </w:r>
    </w:p>
    <w:p>
      <w:r>
        <w:rPr>
          <w:b/>
        </w:rPr>
        <w:t xml:space="preserve">[20:37] </w:t>
      </w:r>
      <w:r>
        <w:t>quran ki surah number 49 mein yeh baat hai. intahbat aamalukum wa antum la tashroon ke sare aamal habat ho jayein. khuda ka tum pakde jaoge.</w:t>
      </w:r>
    </w:p>
    <w:p>
      <w:pPr>
        <w:jc w:val="right"/>
      </w:pPr>
      <w:r>
        <w:t>قرآن کی سورہ نمبر 49 میں یہ بات ہے۔ انتهبط اعمالكم وانتم لا تشرون کہ سارے اعمال ہبط ہو جائیں۔ خدا کا تم پکڑے جاؤ۔</w:t>
      </w:r>
    </w:p>
    <w:p>
      <w:r>
        <w:rPr>
          <w:b/>
        </w:rPr>
        <w:t xml:space="preserve">[20:47] </w:t>
      </w:r>
      <w:r>
        <w:t>khuda ko tumhein saza mile. jabke tumhein iska shaoor bhi na ho. tum ko iska ehsas bhi na ho. matlab aisa kaam karne par jisko tumne jab kiya tha tumko ehsas nahi tha ke mein galati kar raha hoon.</w:t>
      </w:r>
    </w:p>
    <w:p>
      <w:pPr>
        <w:jc w:val="right"/>
      </w:pPr>
      <w:r>
        <w:t>خدا کو تمہیں سزا ملے۔ جبکہ تمہیں اس کا شعور بھی نہ ہو۔ تم کو اس کا احساس بھی نہ ہو۔ مطلب ایسا کام کرنے پر جس کو تم نے جب کیا تھا تم کو احساس نہیں تھا کہ میں غلطی کر رہا ہوں۔</w:t>
      </w:r>
    </w:p>
    <w:p>
      <w:r>
        <w:rPr>
          <w:b/>
        </w:rPr>
        <w:t xml:space="preserve">[21:01] </w:t>
      </w:r>
      <w:r>
        <w:t>is aayat mein yeh baat milti hai. aadmi ek aise kaam par bhi pakda jayega. jisko usne is tarah kiya tha ke usko ehsas bhi nahi tha ke mein galati kar raha hoon.</w:t>
      </w:r>
    </w:p>
    <w:p>
      <w:pPr>
        <w:jc w:val="right"/>
      </w:pPr>
      <w:r>
        <w:t>اس آیت میں یہ بات ملتی ہے۔ آدمی ایک ایسے کام پر بھی پکڑا جائے گا۔ جس کو اس نے اس طرح کیا تھا کہ اس کو احساس بھی نہیں تھا کہ میں غلطی کر رہا ہوں۔</w:t>
      </w:r>
    </w:p>
    <w:p>
      <w:r>
        <w:rPr>
          <w:b/>
        </w:rPr>
        <w:t xml:space="preserve">[21:12] </w:t>
      </w:r>
      <w:r>
        <w:t>kitni badi baat hai yeh. to woh kis liye hai? woh mamool ke tareeqe mein karna. to har din hamein ab chaukana rehna hai ke kisi baat ko hum aadat na banne dein.</w:t>
      </w:r>
    </w:p>
    <w:p>
      <w:pPr>
        <w:jc w:val="right"/>
      </w:pPr>
      <w:r>
        <w:t>کتنی بڑی بات ہے یہ۔ تو وہ کس لیے ہے؟ وہ معمول کے طریقے میں کرنا۔ تو ہر دن ہمیں اب چوکنا رہنا ہے کہ کسی بات کو ہم عادت نہ بننے دیں۔</w:t>
      </w:r>
    </w:p>
    <w:p>
      <w:r>
        <w:rPr>
          <w:b/>
        </w:rPr>
        <w:t xml:space="preserve">[21:24] </w:t>
      </w:r>
      <w:r>
        <w:t>yaad rakhiye. kisi baat ko hum aadat na</w:t>
      </w:r>
    </w:p>
    <w:p>
      <w:pPr>
        <w:jc w:val="right"/>
      </w:pPr>
      <w:r>
        <w:t>یاد رکھیے۔ کسی بات کو ہم عادت نہ</w:t>
      </w:r>
    </w:p>
    <w:p>
      <w:r>
        <w:rPr>
          <w:b/>
        </w:rPr>
        <w:t xml:space="preserve">[21:27] </w:t>
      </w:r>
      <w:r>
        <w:t>banne dein. aadat ban gayi to phir hum karte rahenge usko in aradi tor par. aur khuda ka hum pakad mein aajayenge iski wajah se.</w:t>
      </w:r>
    </w:p>
    <w:p>
      <w:pPr>
        <w:jc w:val="right"/>
      </w:pPr>
      <w:r>
        <w:t>بننے دیں۔ عادت بن گئی تو پھر ہم کرتے رہیں گے اس کو ان ارادی طور پر۔ اور خدا کا ہم پکڑ میں آجائیں گے اس کی وجہ سے۔</w:t>
      </w:r>
    </w:p>
    <w:p>
      <w:r>
        <w:rPr>
          <w:b/>
        </w:rPr>
        <w:t xml:space="preserve">[21:36] </w:t>
      </w:r>
      <w:r>
        <w:t>yeh daryaft mujhe ab pachas baras ke baad hui hai. aap samajhte honge baithe baithe hamein samajh mein aa gaya. yeh sawal mere dimagh mein bahut dinon se tha ke kyun aisa hai quran majeed mein.</w:t>
      </w:r>
    </w:p>
    <w:p>
      <w:pPr>
        <w:jc w:val="right"/>
      </w:pPr>
      <w:r>
        <w:t>یہ دریافت مجھے اب پچاس برس کے بعد ہوئی ہے۔ آپ سمجھتے ہوں گے بیٹھے بیٹھے ہمیں سمجھ میں آگیا۔ یہ سوال میرے دماغ میں بہت دنوں سے تھا کہ کیوں ایسا ہے قرآن مجید میں۔</w:t>
      </w:r>
    </w:p>
    <w:p>
      <w:r>
        <w:rPr>
          <w:b/>
        </w:rPr>
        <w:t xml:space="preserve">[21:49] </w:t>
      </w:r>
      <w:r>
        <w:t>ke tum ek kaam karo ke ghair shaoori tor par yani in aradi tor par phir bhi pakad mein tum aajao ge iski.</w:t>
      </w:r>
    </w:p>
    <w:p>
      <w:pPr>
        <w:jc w:val="right"/>
      </w:pPr>
      <w:r>
        <w:t>کہ تم ایک کام کرو کہ غیر شعوری طور پر یعنی ان ارادی طور پر پھر بھی پکڑ میں تم آ جاؤ گے اس کی۔</w:t>
      </w:r>
    </w:p>
    <w:p>
      <w:r>
        <w:rPr>
          <w:b/>
        </w:rPr>
        <w:t xml:space="preserve">[21:56] </w:t>
      </w:r>
      <w:r>
        <w:t>aisa kyun hai quran mein. jabke hadith mein hai ke pakad hoti hai irade par. to maine isko daryaft kiya.</w:t>
      </w:r>
    </w:p>
    <w:p>
      <w:pPr>
        <w:jc w:val="right"/>
      </w:pPr>
      <w:r>
        <w:t>ایسا کیوں ہے قرآن میں۔ جبکہ حدیث میں ہے کہ پکڑ ہوتی ہے ارادے پر۔ تو میں نے اس کو دریافت کیا۔</w:t>
      </w:r>
    </w:p>
    <w:p>
      <w:r>
        <w:rPr>
          <w:b/>
        </w:rPr>
        <w:t xml:space="preserve">[22:08] </w:t>
      </w:r>
      <w:r>
        <w:t>aap mera tareeqa yeh hai ke dekhiye ab aadat jo hai usko maine dictionary mein sari dictionary mein dekha. aadat ka matlab kya hota hai. log is tarah se tehqeeq nahi karte.</w:t>
      </w:r>
    </w:p>
    <w:p>
      <w:pPr>
        <w:jc w:val="right"/>
      </w:pPr>
      <w:r>
        <w:t>آپ میرا طریقہ یہ ہے کہ دیکھیے اب عادت جو ہے اس کو میں نے ڈکشنری میں ساری ڈکشنری میں دیکھا۔ عادت کا مطلب کیا ہوتا ہے۔ لوگ اس طرح سے تحقیق نہیں کرتے۔</w:t>
      </w:r>
    </w:p>
    <w:p>
      <w:r>
        <w:rPr>
          <w:b/>
        </w:rPr>
        <w:t xml:space="preserve">[22:18] </w:t>
      </w:r>
      <w:r>
        <w:t>aadat to hum jante hi hain. tehqeeq ki kya zaroorat hai. aadat ki tehqeeq ki maine. aadat kaise banti hai.</w:t>
      </w:r>
    </w:p>
    <w:p>
      <w:pPr>
        <w:jc w:val="right"/>
      </w:pPr>
      <w:r>
        <w:t>عادت تو ہم جانتے ہی ہیں۔ تحقیق کی کیا ضرورت ہے۔ عادت کی تحقیق کی میں نے۔ عادت کیسے بنتی ہے۔</w:t>
      </w:r>
    </w:p>
    <w:p>
      <w:r>
        <w:rPr>
          <w:b/>
        </w:rPr>
        <w:t xml:space="preserve">[22:27] </w:t>
      </w:r>
      <w:r>
        <w:t>tab yeh sab baatein samajh mein aayin. ke pehle din aadmi kaam karta hai to bahut zyada uska aise thoda sa ehsas hota hai ke bhai kya galati kar di maine.</w:t>
      </w:r>
    </w:p>
    <w:p>
      <w:pPr>
        <w:jc w:val="right"/>
      </w:pPr>
      <w:r>
        <w:t>تب یہ سب باتیں سمجھ میں آئیں۔ کہ پہلے دن آدمی کام کرتا ہے تو بہت زیادہ اس کا ایسے تھوڑا سا احساس ہوتا ہے کہ بھئی کیا غلطی کر دی میں نے۔</w:t>
      </w:r>
    </w:p>
    <w:p>
      <w:r>
        <w:rPr>
          <w:b/>
        </w:rPr>
        <w:t xml:space="preserve">[22:38] </w:t>
      </w:r>
      <w:r>
        <w:t>lekin apne isko apne aap ko wahan par alert nahi karta. check nahi karta. to doosri baar bhi kar deta hai. doosre din bhi to ek naya khayal hota hai ke bhai yeh kaam to theek nahi hai.</w:t>
      </w:r>
    </w:p>
    <w:p>
      <w:pPr>
        <w:jc w:val="right"/>
      </w:pPr>
      <w:r>
        <w:t>لیکن اپنے اس کو اپنے آپ کو وہاں پر الرٹ نہیں کرتا۔ چیک نہیں کرتا۔ تو دوسری بار بھی کر دیتا ہے۔ دوسرے دن بھی تو ایک نیا خیال ہوتا ہے کہ بھئی یہ کام تو ٹھیک نہیں ہے۔</w:t>
      </w:r>
    </w:p>
    <w:p>
      <w:r>
        <w:rPr>
          <w:b/>
        </w:rPr>
        <w:t xml:space="preserve">[22:50] </w:t>
      </w:r>
      <w:r>
        <w:t>kyun karte ho</w:t>
      </w:r>
    </w:p>
    <w:p>
      <w:pPr>
        <w:jc w:val="right"/>
      </w:pPr>
      <w:r>
        <w:t>کیوں کرتے ہو</w:t>
      </w:r>
    </w:p>
    <w:p>
      <w:r>
        <w:rPr>
          <w:b/>
        </w:rPr>
        <w:t xml:space="preserve">[22:51] </w:t>
      </w:r>
      <w:r>
        <w:t>. jab das baar, bees baar, pachas baar karta hai woh to uski aadat ban jati hai. aur tab in aradi tor par karne lagta hai woh. khudkar tor par karne lagta hai woh.</w:t>
      </w:r>
    </w:p>
    <w:p>
      <w:pPr>
        <w:jc w:val="right"/>
      </w:pPr>
      <w:r>
        <w:t>۔ جب دس بار، بیس بار، پچاس بار کرتا ہے وہ تو اس کی عادت بن جاتی ہے۔ اور تب ان ارادی طور پر کرنے لگتا ہے وہ۔ خودکار طور پر کرنے لگتا ہے وہ۔</w:t>
      </w:r>
    </w:p>
    <w:p>
      <w:r>
        <w:rPr>
          <w:b/>
        </w:rPr>
        <w:t xml:space="preserve">[23:02] </w:t>
      </w:r>
      <w:r>
        <w:t>yeh kitni badi baat hai sochne ki. hum mein se har shakhs is mein phansa hua hai. yani aise kaam kar raha hai hum mein se har shakhs jisko woh samajhta hai ke yeh to kuch bhi nahi.</w:t>
      </w:r>
    </w:p>
    <w:p>
      <w:pPr>
        <w:jc w:val="right"/>
      </w:pPr>
      <w:r>
        <w:t>یہ کتنی بڑی بات ہے سوچنے کی۔ ہم میں سے ہر شخص اس میں پھنسا ہوا ہے۔ یعنی ایسے کام کر رہا ہے ہم میں سے ہر شخص جس کو وہ سمجھتا ہے کہ یہ تو کچھ بھی نہیں۔</w:t>
      </w:r>
    </w:p>
    <w:p>
      <w:r>
        <w:rPr>
          <w:b/>
        </w:rPr>
        <w:t xml:space="preserve">[23:13] </w:t>
      </w:r>
      <w:r>
        <w:t>phir mujhe yaad aaya ke ek hadith hai. ek sahabi kehte hain. ke tum log kuch kaam karte ho jisko tum chhota samajhte ho.</w:t>
      </w:r>
    </w:p>
    <w:p>
      <w:pPr>
        <w:jc w:val="right"/>
      </w:pPr>
      <w:r>
        <w:t>پھر مجھے یاد آیا کہ ایک حدیث ہے۔ ایک صحابی کہتے ہیں۔ کہ تم لوگ کچھ کام کرتے ہو جس کو تم چھوٹا سمجھتے ہو۔</w:t>
      </w:r>
    </w:p>
    <w:p>
      <w:r>
        <w:rPr>
          <w:b/>
        </w:rPr>
        <w:t xml:space="preserve">[23:24] </w:t>
      </w:r>
      <w:r>
        <w:t>wa kunna na'udduhum ma al-bubiqat fi zaman rasool Allah sallallahu alaihi wasallam. hum rasool Allah ke zamane mein isko samajhte the ke hum aisa karke hum halak ho jayenge</w:t>
      </w:r>
    </w:p>
    <w:p>
      <w:pPr>
        <w:jc w:val="right"/>
      </w:pPr>
      <w:r>
        <w:t>وَكُنَّا نَعُضُّهُمْ مَا الْبُوْبِقَاطِ فی زمن رسول اللہ صلی اللہ علیہ وسلم۔ ہم رسول اللہ کے زمانے میں اس کو سمجھتے تھے کہ ہم ایسا کر کے ہم ہلاک ہو جائیں گ</w:t>
      </w:r>
    </w:p>
    <w:p>
      <w:r>
        <w:rPr>
          <w:b/>
        </w:rPr>
        <w:t xml:space="preserve">[23:34] </w:t>
      </w:r>
      <w:r>
        <w:t>. hum khatam ho jayenge, hum tabah ho jayenge. hum khud ko maar lenge. wahan bhi yahi mamla hai. ke woh jo choti baat samajh rahe hain woh is liye samajh rahe hain ke karte karte woh aadi ban gaye hain.</w:t>
      </w:r>
    </w:p>
    <w:p>
      <w:pPr>
        <w:jc w:val="right"/>
      </w:pPr>
      <w:r>
        <w:t>ے۔ ہم ختم ہو جائیں گے، ہم تباہ ہو جائیں گے۔ ہم خود کو مار لیں گے۔ وہاں بھی یہی معاملہ ہے۔ کہ وہ جو چھوٹی بات سمجھ رہے ہیں وہ اس لیے سمجھ رہے ہیں کہ کرتے کرتے وہ عادی بن گئے ہیں۔</w:t>
      </w:r>
    </w:p>
    <w:p>
      <w:r>
        <w:rPr>
          <w:b/>
        </w:rPr>
        <w:t xml:space="preserve">[23:47] </w:t>
      </w:r>
      <w:r>
        <w:t>karte karte aadi ban gaye hain. to karte karte kisi ko aadi ban jana hai kisi baat ka yeh bahut bura hai yeh. apni aadat ko samjhiye.</w:t>
      </w:r>
    </w:p>
    <w:p>
      <w:pPr>
        <w:jc w:val="right"/>
      </w:pPr>
      <w:r>
        <w:t>کرتے کرتے عادی بن گئے ہیں۔ تو کرتے کرتے کسی کو عادی بن جانا ہے کسی بات کا یہ بہت برا ہے یہ۔ اپنی عادت کو سمجھیے۔</w:t>
      </w:r>
    </w:p>
    <w:p>
      <w:r>
        <w:rPr>
          <w:b/>
        </w:rPr>
        <w:t xml:space="preserve">[23:57] </w:t>
      </w:r>
      <w:r>
        <w:t>apni aadat ko control kijiye. apni aadat ko dobara jaanchiye kijiye. kyunke pakad mein aajayenge hum apni aadat par.</w:t>
      </w:r>
    </w:p>
    <w:p>
      <w:pPr>
        <w:jc w:val="right"/>
      </w:pPr>
      <w:r>
        <w:t>اپنی عادت کو کنٹرول کیجیے۔ اپنی عادت کو دوبارہ جانچیں کیجیے۔ کیونکہ پکڑ میں آجائیں گے ہم اپنی عادت پر۔</w:t>
      </w:r>
    </w:p>
    <w:p>
      <w:r>
        <w:rPr>
          <w:b/>
        </w:rPr>
        <w:t xml:space="preserve">[24:05] </w:t>
      </w:r>
      <w:r>
        <w:t>yeh baat meri samajh mein aayi abhi haal mein. jo main samajhta hoon ke bahut aham baat hai.</w:t>
      </w:r>
    </w:p>
    <w:p>
      <w:pPr>
        <w:jc w:val="right"/>
      </w:pPr>
      <w:r>
        <w:t>یہ بات میری سمجھ میں آئی ابھی حال میں۔ جو میں سمجھتا ہوں کہ بہت اہم بات ہے۔</w:t>
      </w:r>
    </w:p>
    <w:p>
      <w:r>
        <w:rPr>
          <w:b/>
        </w:rPr>
        <w:t xml:space="preserve">[24:17] </w:t>
      </w:r>
      <w:r>
        <w:t>main khud apne bare mein kahunga ke main dhoond dhoond kar apni aadaton ko nikalta hoon. dhoond dhoond kar. haan ek baat yeh arz kar doon ke meri aadat ek pad gayi hai ke main bahut yani tok raha hoon logon ko.</w:t>
      </w:r>
    </w:p>
    <w:p>
      <w:pPr>
        <w:jc w:val="right"/>
      </w:pPr>
      <w:r>
        <w:t>میں خود اپنے بارے میں کہوں گا کہ میں ڈھونڈ ڈھونڈ کر اپنی عادتوں کو نکالتا ہوں۔ ڈھونڈ ڈھونڈ کر۔ ہاں ایک بات یہ عرض کر دوں کہ میری عادت ایک پڑ گئی ہے کہ میں بہت یعنی ٹوک رہا ہوں لوگوں کو۔</w:t>
      </w:r>
    </w:p>
    <w:p>
      <w:r>
        <w:rPr>
          <w:b/>
        </w:rPr>
        <w:t xml:space="preserve">[24:30] </w:t>
      </w:r>
      <w:r>
        <w:t>bahut mujhe ghussa aa jata hai kisi galati par. to woh abhi bhi mere andar yeh aadat maujood hai. to isko main kam karta hoon is tareeqe se ke main foran maafi mangta hoon.</w:t>
      </w:r>
    </w:p>
    <w:p>
      <w:pPr>
        <w:jc w:val="right"/>
      </w:pPr>
      <w:r>
        <w:t>بہت مجھے غصہ آ جاتا ہے کسی غلطی پر۔ تو وہ ابھی بھی میرے اندر یہ عادت موجود ہے۔ تو اس کو میں کم کرتا ہوں اس طریقے سے کہ میں فوراً معافی مانگتا ہوں۔</w:t>
      </w:r>
    </w:p>
    <w:p>
      <w:r>
        <w:rPr>
          <w:b/>
        </w:rPr>
        <w:t xml:space="preserve">[24:40] </w:t>
      </w:r>
      <w:r>
        <w:t>jaise aaj hi subah maine mulk naghma se maafi mangi. to ek shakal yeh hai ke aap is aadat ko khatm kar dalen.</w:t>
      </w:r>
    </w:p>
    <w:p>
      <w:pPr>
        <w:jc w:val="right"/>
      </w:pPr>
      <w:r>
        <w:t>جیسے آج ہی صبح میں نے ملک نغمہ سے معافی مانگی۔ تو ایک شکل یہ ہے کہ آپ اس عادت کو ختم کر ڈالیں۔</w:t>
      </w:r>
    </w:p>
    <w:p>
      <w:r>
        <w:rPr>
          <w:b/>
        </w:rPr>
        <w:t xml:space="preserve">[24:49] </w:t>
      </w:r>
      <w:r>
        <w:t>aur agar khatm na kar saken to aap ko kehna chahiye ke I was wrong . aap ko maafi mangna chahiye. is tarah se aap is ko barabar kar lenge.</w:t>
      </w:r>
    </w:p>
    <w:p>
      <w:pPr>
        <w:jc w:val="right"/>
      </w:pPr>
      <w:r>
        <w:t>اور اگر ختم نہ کر سکیں تو آپ کو کہنا چاہیے کہ I was wrong ۔ آپ کو معافی مانگنا چاہیے۔ اس طرح سے آپ اس کو برابر کر لیں گے۔</w:t>
      </w:r>
    </w:p>
    <w:p>
      <w:r>
        <w:rPr>
          <w:b/>
        </w:rPr>
        <w:t xml:space="preserve">[25:00] </w:t>
      </w:r>
      <w:r>
        <w:t>to main aise hi karta hoon. kuch cheezon ko maine apne control mein kar liya hai. kuch cheez jo control mein nahi aayi hai to main is ko is ke bare mein yahi karta hoon ke foran yeh kehne ko tayyar rehta hoon ke I was wrong, I was wrong, I was wrong .</w:t>
      </w:r>
    </w:p>
    <w:p>
      <w:pPr>
        <w:jc w:val="right"/>
      </w:pPr>
      <w:r>
        <w:t>تو میں ایسے ہی کرتا ہوں۔ کچھ چیزوں کو میں نے اپنے کنٹرول میں کر لیا ہے۔ کچھ چیز جو کنٹرول میں نہیں آئی ہے تو میں اس کو اس کے بارے میں یہی کرتا ہوں کہ فوراً یہ کہنے کو تیار رہتا ہوں کہ I was wrong, I was wrong, I was wrong ۔</w:t>
      </w:r>
    </w:p>
    <w:p>
      <w:r>
        <w:rPr>
          <w:b/>
        </w:rPr>
        <w:t xml:space="preserve">[25:12] </w:t>
      </w:r>
      <w:r>
        <w:t>aur is aadmi se maafi man</w:t>
      </w:r>
    </w:p>
    <w:p>
      <w:pPr>
        <w:jc w:val="right"/>
      </w:pPr>
      <w:r>
        <w:t>اور اس آدمی سے معافی مان</w:t>
      </w:r>
    </w:p>
    <w:p>
      <w:r>
        <w:rPr>
          <w:b/>
        </w:rPr>
        <w:t xml:space="preserve">[25:14] </w:t>
      </w:r>
      <w:r>
        <w:t>gta hoon. main jab aadam garh mein tha. yeh baat meri aaj se nahi bahut pehle se hai. yaani kam az kam saath baras pehle ka waqia hai. ke wahan par ek sahib rehte the ahmad mahmood.</w:t>
      </w:r>
    </w:p>
    <w:p>
      <w:pPr>
        <w:jc w:val="right"/>
      </w:pPr>
      <w:r>
        <w:t>گتا ہوں۔ میں جب آدم گڑھ میں تھا۔ یہ بات میری آج سے نہیں بہت پہلے سے ہے۔ یعنی کم از کم ساٹھ برس پہلے کا واقعہ ہے۔ کہ وہاں پر ایک صاحب رہتے تھے احمد محمود۔</w:t>
      </w:r>
    </w:p>
    <w:p>
      <w:r>
        <w:rPr>
          <w:b/>
        </w:rPr>
        <w:t xml:space="preserve">[25:25] </w:t>
      </w:r>
      <w:r>
        <w:t>aadam garh mein. un ka naam tha ahmad mahmood. to unhon ne ek baar kaha ke mere bare mein ke yeh agar be waqt kisi ke paas aayen.</w:t>
      </w:r>
    </w:p>
    <w:p>
      <w:pPr>
        <w:jc w:val="right"/>
      </w:pPr>
      <w:r>
        <w:t>آدم گڑھ میں۔ ان کا نام تھا احمد محمود۔ تو انہوں نے ایک بار کہا کہ میرے بارے میں کہ یہ اگر بے وقت کسی کے پاس آئیں۔</w:t>
      </w:r>
    </w:p>
    <w:p>
      <w:r>
        <w:rPr>
          <w:b/>
        </w:rPr>
        <w:t xml:space="preserve">[25:34] </w:t>
      </w:r>
      <w:r>
        <w:t>be waqt. to samajh lijiye ke maafi mangne aaye hain. to woh ghar ja kar maafi mangta tha.</w:t>
      </w:r>
    </w:p>
    <w:p>
      <w:pPr>
        <w:jc w:val="right"/>
      </w:pPr>
      <w:r>
        <w:t>بے وقت۔ تو سمجھ لیجیے کہ معافی مانگنے آئے ہیں۔ تو وہ گھر جا کر معافی مانگتا تھا۔</w:t>
      </w:r>
    </w:p>
    <w:p>
      <w:r>
        <w:rPr>
          <w:b/>
        </w:rPr>
        <w:t xml:space="preserve">[25:42] </w:t>
      </w:r>
      <w:r>
        <w:t>zyadatar isi baat hoti hai ke main ghussa ho gaya. sakht keh diya. sakht baat bol di meri munh se nikal gayi. ek baar to aisa hua ke maine kisi se keh diya ke duniya kutte tum duniya kutte ho.</w:t>
      </w:r>
    </w:p>
    <w:p>
      <w:pPr>
        <w:jc w:val="right"/>
      </w:pPr>
      <w:r>
        <w:t>زیادہ تر اسی بات ہوتی ہے کہ میں غصہ ہو گیا۔ سخت کہہ دیا۔ سخت بات بول دی میری منہ سے نکل گئی۔ ایک بار تو ایسا ہوا کہ میں نے کسی سے کہہ دیا کہ دنیا کتے تم دنیا کتے ہو۔</w:t>
      </w:r>
    </w:p>
    <w:p>
      <w:r>
        <w:rPr>
          <w:b/>
        </w:rPr>
        <w:t xml:space="preserve">[25:58] </w:t>
      </w:r>
      <w:r>
        <w:t>ab is ke baad jo woh chala gaya aadmi itna roya main itna roya main. is se ja kar maafi mangi. is ka paaon pakda.</w:t>
      </w:r>
    </w:p>
    <w:p>
      <w:pPr>
        <w:jc w:val="right"/>
      </w:pPr>
      <w:r>
        <w:t>اب اس کے بعد جو وہ چلا گیا آدمی اتنا رویا میں اتنا رویا میں۔ اس سے جا کر معافی مانگی۔ اس کا پاؤں پکڑا۔</w:t>
      </w:r>
    </w:p>
    <w:p>
      <w:r>
        <w:rPr>
          <w:b/>
        </w:rPr>
        <w:t xml:space="preserve">[26:08] </w:t>
      </w:r>
      <w:r>
        <w:t>to mera tareeqa yeh hai ke ya to main is aadat ko maar deta hoon. khatm karta hoon is ko. warna phir maafi mangta hoon. manta hoon khule taur par.</w:t>
      </w:r>
    </w:p>
    <w:p>
      <w:pPr>
        <w:jc w:val="right"/>
      </w:pPr>
      <w:r>
        <w:t>تو میرا طریقہ یہ ہے کہ یا تو میں اس عادت کو مار دیتا ہوں۔ ختم کرتا ہوں اس کو۔ ورنہ پھر معافی مانگتا ہوں۔ مانتا ہوں کھلے طور پر۔</w:t>
      </w:r>
    </w:p>
    <w:p>
      <w:r>
        <w:rPr>
          <w:b/>
        </w:rPr>
        <w:t xml:space="preserve">[26:18] </w:t>
      </w:r>
      <w:r>
        <w:t>Openly ke I was wrong, I was wrong, I was wrong .</w:t>
      </w:r>
    </w:p>
    <w:p>
      <w:pPr>
        <w:jc w:val="right"/>
      </w:pPr>
      <w:r>
        <w:t>Openly کہ I was wrong, I was wrong, I was wrong ۔</w:t>
      </w:r>
    </w:p>
    <w:p>
      <w:r>
        <w:rPr>
          <w:b/>
        </w:rPr>
        <w:t xml:space="preserve">[26:25] </w:t>
      </w:r>
      <w:r>
        <w:t>ek baat main aap ko yeh time ko le kar arz karta hoon yeh time magazine hai. jo new york se nikalta hai.</w:t>
      </w:r>
    </w:p>
    <w:p>
      <w:pPr>
        <w:jc w:val="right"/>
      </w:pPr>
      <w:r>
        <w:t>ایک بات میں آپ کو یہ ٹائم کو لے کر عرض کرتا ہوں یہ ٹائم میگزین ہے۔ جو نیویارک سے نکلتا ہے۔</w:t>
      </w:r>
    </w:p>
    <w:p>
      <w:r>
        <w:rPr>
          <w:b/>
        </w:rPr>
        <w:t xml:space="preserve">[26:35] </w:t>
      </w:r>
      <w:r>
        <w:t>yeh isi yahi issue hai yaani first january ka issue yeh hai. aap jante hain ke time mein bahut pehle se hota hai ke har first january ko yaani Man of the Year ya Person of the Year is mein hota hai.</w:t>
      </w:r>
    </w:p>
    <w:p>
      <w:pPr>
        <w:jc w:val="right"/>
      </w:pPr>
      <w:r>
        <w:t>یہ اسی یہی ایشو ہے یعنی فرسٹ جنوری کا ایشو یہ ہے۔ آپ جانتے ہیں کہ ٹائم میں بہت پہلے سے ہوتا ہے کہ ہر فرسٹ جنوری کو یعنی Man of the Year یا Person of the Year اس میں ہوتا ہے۔</w:t>
      </w:r>
    </w:p>
    <w:p>
      <w:r>
        <w:rPr>
          <w:b/>
        </w:rPr>
        <w:t xml:space="preserve">[26:49] </w:t>
      </w:r>
      <w:r>
        <w:t>kisi ek shakhs ko le kar ke is pe is pe tasweer rahe gi is ki aur is par mazmoon rahe ga woh. jaise pichle saal tha bill gates ko unhon ne banaya tha Man of the Year.</w:t>
      </w:r>
    </w:p>
    <w:p>
      <w:pPr>
        <w:jc w:val="right"/>
      </w:pPr>
      <w:r>
        <w:t>کسی ایک شخص کو لے کر کے اس پہ اس پہ تصویر رہے گی اس کی اور اس پر مضمون رہے گا وہ۔ جیسے پچھلے سال تھا بل گیٹ کو انہوں نے بنایا تھا Man of the Year۔</w:t>
      </w:r>
    </w:p>
    <w:p>
      <w:r>
        <w:rPr>
          <w:b/>
        </w:rPr>
        <w:t xml:space="preserve">[27:00] </w:t>
      </w:r>
      <w:r>
        <w:t>is saal koi insaan nahi hai.</w:t>
      </w:r>
    </w:p>
    <w:p>
      <w:pPr>
        <w:jc w:val="right"/>
      </w:pPr>
      <w:r>
        <w:t>اس سال کوئی انسان نہیں ہے۔</w:t>
      </w:r>
    </w:p>
    <w:p>
      <w:r>
        <w:rPr>
          <w:b/>
        </w:rPr>
        <w:t xml:space="preserve">[27:04] </w:t>
      </w:r>
      <w:r>
        <w:t>ek naya tareeqa hai unhon ne kiya hai. is par likha hua hai aap jante hain U. U likha hua hai. to yeh aur yeh yeh dekhen yeh Mirror hai yeh.</w:t>
      </w:r>
    </w:p>
    <w:p>
      <w:pPr>
        <w:jc w:val="right"/>
      </w:pPr>
      <w:r>
        <w:t>ایک نیا طریقہ ہے انہوں نے کیا ہے۔ اس پر لکھا ہوا ہے آپ جانتے ہیں U۔ U لکھا ہوا ہے۔ تو یہ اور یہ یہ دیکھیں یہ Mirror ہے یہ۔</w:t>
      </w:r>
    </w:p>
    <w:p>
      <w:r>
        <w:rPr>
          <w:b/>
        </w:rPr>
        <w:t xml:space="preserve">[27:15] </w:t>
      </w:r>
      <w:r>
        <w:t>yeh jo aap dekh rahe hain yeh Mirror hai. to jab aap is mein dekhte hain to aap apne aap ko dekhte hain is mein. is Mirror mein.</w:t>
      </w:r>
    </w:p>
    <w:p>
      <w:pPr>
        <w:jc w:val="right"/>
      </w:pPr>
      <w:r>
        <w:t>یہ جو آپ دیکھ رہے ہیں یہ Mirror ہے۔ تو جب آپ اس میں دیکھتے ہیں تو آپ اپنے آپ کو دیکھتے ہیں اس میں۔ اس Mirror میں۔</w:t>
      </w:r>
    </w:p>
    <w:p>
      <w:r>
        <w:rPr>
          <w:b/>
        </w:rPr>
        <w:t xml:space="preserve">[27:25] </w:t>
      </w:r>
      <w:r>
        <w:t>to Mirror mein jab aap ne aap dekh lete hain to yeh neeche likha hua hai You are the Person of the Year</w:t>
      </w:r>
    </w:p>
    <w:p>
      <w:pPr>
        <w:jc w:val="right"/>
      </w:pPr>
      <w:r>
        <w:t>تو Mirror میں جب آپ نے آپ دیکھ لیتے ہیں تو یہ نیچے لکھا ہوا ہے You are the Person of the Year</w:t>
      </w:r>
    </w:p>
    <w:p>
      <w:r>
        <w:rPr>
          <w:b/>
        </w:rPr>
        <w:t xml:space="preserve">[27:32] </w:t>
      </w:r>
      <w:r>
        <w:t>. You control the information age . to U par unhon ne yeh nikala hai ke U jo hai yaani ek ek insaan jo hai wahi Person of the Year hai.</w:t>
      </w:r>
    </w:p>
    <w:p>
      <w:pPr>
        <w:jc w:val="right"/>
      </w:pPr>
      <w:r>
        <w:t>۔ You control the information age ۔ تو U پر انہوں نے یہ نکالا ہے کہ U جو ہے یعنی ایک ایک انسان جو ہے وہی Person of the Year ہے۔</w:t>
      </w:r>
    </w:p>
    <w:p>
      <w:r>
        <w:rPr>
          <w:b/>
        </w:rPr>
        <w:t xml:space="preserve">[27:44] </w:t>
      </w:r>
      <w:r>
        <w:t>kyun ke woh control kar raha hai information age ko. ab is mein unhon ne bahut se event likhe hain. bahut se event. ke kis tarah se mr. U ne control kiya.</w:t>
      </w:r>
    </w:p>
    <w:p>
      <w:pPr>
        <w:jc w:val="right"/>
      </w:pPr>
      <w:r>
        <w:t>کیونکہ وہ کنٹرول کر رہا ہے information age کو۔ اب اس میں انہوں نے بہت سے ایونٹ لکھے ہیں۔ بہت سے ایونٹ۔ کہ کس طرح سے مسٹر U نے کنٹرول کیا۔</w:t>
      </w:r>
    </w:p>
    <w:p>
      <w:r>
        <w:rPr>
          <w:b/>
        </w:rPr>
        <w:t xml:space="preserve">[27:56] </w:t>
      </w:r>
      <w:r>
        <w:t>maslan ek event is mein yeh hai. ke america mein ek aadmi hai is ka naam hai siddhartha. indian origin ka hai lekin woh is ke baap wahan chale gaye the ab wahin paida hua woh.</w:t>
      </w:r>
    </w:p>
    <w:p>
      <w:pPr>
        <w:jc w:val="right"/>
      </w:pPr>
      <w:r>
        <w:t>مثلاً ایک ایونٹ اس میں یہ ہے۔ کہ امریکہ میں ایک آدمی ہے اس کا نام ہے سدھارتھا۔ انڈین origin کا ہے لیکن وہ اس کے باپ وہاں چلے گئے تھے اب وہیں پیدا ہوا وہ۔</w:t>
      </w:r>
    </w:p>
    <w:p>
      <w:r>
        <w:rPr>
          <w:b/>
        </w:rPr>
        <w:t xml:space="preserve">[28:10] </w:t>
      </w:r>
      <w:r>
        <w:t>to american hai woh. to woh bad-anwani woh kar raha tha. election ko cover kar raha tha woh. to ek leader sahib jo bush party ke leader the woh woh taqreer de rahe the.</w:t>
      </w:r>
    </w:p>
    <w:p>
      <w:pPr>
        <w:jc w:val="right"/>
      </w:pPr>
      <w:r>
        <w:t>تو امریکن ہے وہ۔ تو وہ بدعنوانی وہ کر رہا تھا۔ الیکشن کو کور کر رہا تھا وہ۔ تو ایک لیڈر صاحب جو بش پارٹی کے لیڈر تھے وہ وہ تقریر دے رہے تھے۔</w:t>
      </w:r>
    </w:p>
    <w:p>
      <w:r>
        <w:rPr>
          <w:b/>
        </w:rPr>
        <w:t xml:space="preserve">[28:24] </w:t>
      </w:r>
      <w:r>
        <w:t>woh is mein maujood tha apna camera le kar ke.</w:t>
      </w:r>
    </w:p>
    <w:p>
      <w:pPr>
        <w:jc w:val="right"/>
      </w:pPr>
      <w:r>
        <w:t>وہ اس میں موجود تھا اپنا کیمرہ لے کر کے۔</w:t>
      </w:r>
    </w:p>
    <w:p>
      <w:r>
        <w:rPr>
          <w:b/>
        </w:rPr>
        <w:t xml:space="preserve">[28:27] </w:t>
      </w:r>
      <w:r>
        <w:t>to is ne dekha un ko. ke is ki taqreer ko cover kar rahe hain. camera par record kar rahe hain.</w:t>
      </w:r>
    </w:p>
    <w:p>
      <w:pPr>
        <w:jc w:val="right"/>
      </w:pPr>
      <w:r>
        <w:t>تو اس نے دیکھا ان کو۔ کہ اس کی تقریر کو کور کر رہے ہیں۔ کیمرے پر ریکارڈ کر رہے ہیں۔</w:t>
      </w:r>
    </w:p>
    <w:p>
      <w:r>
        <w:rPr>
          <w:b/>
        </w:rPr>
        <w:t xml:space="preserve">[28:37] </w:t>
      </w:r>
      <w:r>
        <w:t>to taqreer yaani daraan taqreer is ne keh diya ke mukaka. is ko mukaka keh diya. mukaka jo hai is ka matlab hota hai slang language ya bandar.</w:t>
      </w:r>
    </w:p>
    <w:p>
      <w:pPr>
        <w:jc w:val="right"/>
      </w:pPr>
      <w:r>
        <w:t>تو تقریر یعنی دوران تقریر اس نے کہہ دیا کہ مکاکا۔ اس کو مکاکا کہہ دیا۔ مکاکا جو ہے اس کا مطلب ہوتا ہے سلینگ لینگویج یا بندر۔</w:t>
      </w:r>
    </w:p>
    <w:p>
      <w:r>
        <w:rPr>
          <w:b/>
        </w:rPr>
        <w:t xml:space="preserve">[28:49] </w:t>
      </w:r>
      <w:r>
        <w:t>matlab bandar nah keh keh us ne makaka kaha. to yeh wahan shayad us ne mazaaq mein kaha ho. lekin is mein aik awami pehlu</w:t>
      </w:r>
    </w:p>
    <w:p>
      <w:pPr>
        <w:jc w:val="right"/>
      </w:pPr>
      <w:r>
        <w:t>مطلب بندر نہ کہہ کے اس نے مکاکا کہا۔ تو یہ وہاں شاید اس نے مذاق میں کہا ہو۔ لیکن اس میں ایک عوامی پہلو</w:t>
      </w:r>
    </w:p>
    <w:p>
      <w:r>
        <w:rPr>
          <w:b/>
        </w:rPr>
        <w:t xml:space="preserve">[28:57] </w:t>
      </w:r>
      <w:r>
        <w:t>tha. american log bohat hassas hain. bohat hassas hain is mein. kisi ko awami buniyad par, nasal ki buniyad par aap kisi ko yani kam batain.</w:t>
      </w:r>
    </w:p>
    <w:p>
      <w:pPr>
        <w:jc w:val="right"/>
      </w:pPr>
      <w:r>
        <w:t>تھا۔ امریکن لوگ بہت حساس ہیں۔ بہت حساس ہیں اس میں۔ کسی کو عوامی بنیاد پر، نسل کی بنیاد پر آپ کسی کو یعنی کم بتائیں۔</w:t>
      </w:r>
    </w:p>
    <w:p>
      <w:r>
        <w:rPr>
          <w:b/>
        </w:rPr>
        <w:t xml:space="preserve">[29:07] </w:t>
      </w:r>
      <w:r>
        <w:t>haqeer batain. woh bechara siyah faam tha. to ab yeh yeh jo us ne daal diya is mein computer mein.</w:t>
      </w:r>
    </w:p>
    <w:p>
      <w:pPr>
        <w:jc w:val="right"/>
      </w:pPr>
      <w:r>
        <w:t>حقیر بتائیں۔ وہ بیچارہ سیاہ فام تھا۔ تو اب یہ یہ جو اس نے ڈال دیا اس میں کمپیوٹر میں۔</w:t>
      </w:r>
    </w:p>
    <w:p>
      <w:r>
        <w:rPr>
          <w:b/>
        </w:rPr>
        <w:t xml:space="preserve">[29:16] </w:t>
      </w:r>
      <w:r>
        <w:t>aur is ke baad is pe tees lakh logon ne is film ko dekha. aur kya hua woh leader sahab haar gaye. keh tum ne makaka kyun keh diya tum.</w:t>
      </w:r>
    </w:p>
    <w:p>
      <w:pPr>
        <w:jc w:val="right"/>
      </w:pPr>
      <w:r>
        <w:t>اور اس کے بعد اس پہ تیس لاکھ لوگوں نے اس فلم کو دیکھا۔ اور کیا ہوا وہ لیڈر صاحب ہار گئے۔ کہ تم نے مکاکا کیوں کہہ دیا تم۔</w:t>
      </w:r>
    </w:p>
    <w:p>
      <w:r>
        <w:rPr>
          <w:b/>
        </w:rPr>
        <w:t xml:space="preserve">[29:27] </w:t>
      </w:r>
      <w:r>
        <w:t>yani press ke aik aadmi ko tum ne makaka kyun keh diya. to woh haar gaye woh. woh leader sahab. kyun keh aik aadmi ne aisa event is se zahir hua.</w:t>
      </w:r>
    </w:p>
    <w:p>
      <w:pPr>
        <w:jc w:val="right"/>
      </w:pPr>
      <w:r>
        <w:t>یعنی پریس کے ایک آدمی کو تم نے مکاکا کیوں کہہ دیا۔ تو وہ ہار گئے وہ۔ وہ لیڈر صاحب۔ کیونکہ ایک آدمی نے ایسا ایونٹ اس سے ظاہر ہوا۔</w:t>
      </w:r>
    </w:p>
    <w:p>
      <w:r>
        <w:rPr>
          <w:b/>
        </w:rPr>
        <w:t xml:space="preserve">[29:40] </w:t>
      </w:r>
      <w:r>
        <w:t>isi ko kisi ko le kar yeh keh rahe hain keh U. U tum ho yani Person of the Year. kyun keh tum maloomati umar ko control kar rahe ho.</w:t>
      </w:r>
    </w:p>
    <w:p>
      <w:pPr>
        <w:jc w:val="right"/>
      </w:pPr>
      <w:r>
        <w:t>اسی کو کسی کو لے کر یہ کہہ رہے ہیں کہ U۔ U تم ہو یعنی Person of the Year۔ کیونکہ تم معلوماتی عمر کو کنٹرول کر رہے ہو۔</w:t>
      </w:r>
    </w:p>
    <w:p>
      <w:r>
        <w:rPr>
          <w:b/>
        </w:rPr>
        <w:t xml:space="preserve">[29:52] </w:t>
      </w:r>
      <w:r>
        <w:t>ab is ko maine tajziya kiya is ki.</w:t>
      </w:r>
    </w:p>
    <w:p>
      <w:pPr>
        <w:jc w:val="right"/>
      </w:pPr>
      <w:r>
        <w:t>اب اس کو میں نے تجزیہ کیا اس کی۔</w:t>
      </w:r>
    </w:p>
    <w:p>
      <w:r>
        <w:rPr>
          <w:b/>
        </w:rPr>
        <w:t xml:space="preserve">[29:56] </w:t>
      </w:r>
      <w:r>
        <w:t>to meri samajh mein aaya. keh yeh sensational banane ke liye U keh diya unhon ne. haalankeh jo credit jata hai technology ko. bhai U to aaj se nahin pachees hazar saal se thay duniya mein.</w:t>
      </w:r>
    </w:p>
    <w:p>
      <w:pPr>
        <w:jc w:val="right"/>
      </w:pPr>
      <w:r>
        <w:t>تو میری سمجھ میں آیا۔ کہ یہ سنسیشنل بنانے کے لیے U کہا دیا انہوں نے۔ حالانکہ جو کریڈٹ جاتا ہے ٹیکنالوجی کو۔ بھئی U تو آج سے نہیں پچیس ہزار سال سے تھے دنیا میں۔</w:t>
      </w:r>
    </w:p>
    <w:p>
      <w:r>
        <w:rPr>
          <w:b/>
        </w:rPr>
        <w:t xml:space="preserve">[30:09] </w:t>
      </w:r>
      <w:r>
        <w:t>kabhi U jo hai aisa waqia nahin kar sakta tha. yeh technology hai. to credit jata hai technology.</w:t>
      </w:r>
    </w:p>
    <w:p>
      <w:pPr>
        <w:jc w:val="right"/>
      </w:pPr>
      <w:r>
        <w:t>کبھی U جو ہے ایسا واقعہ نہیں کر سکتا تھا۔ یہ ٹیکنالوجی ہے۔ تو کریڈٹ جاتا ہے ٹیکنالوجی۔</w:t>
      </w:r>
    </w:p>
    <w:p>
      <w:r>
        <w:rPr>
          <w:b/>
        </w:rPr>
        <w:t xml:space="preserve">[30:21] </w:t>
      </w:r>
      <w:r>
        <w:t>agar woh banana hai to unhein Mr. Technology ko Person of the Year banana chahiye. nah keh kisi U ko. is se kya nuqsan hua.</w:t>
      </w:r>
    </w:p>
    <w:p>
      <w:pPr>
        <w:jc w:val="right"/>
      </w:pPr>
      <w:r>
        <w:t>اگر وہ بنانا ہے تو انہیں مسٹر ٹیکنالوجی کو Person of the Year بنانا چاہیے۔ نہ کہ کسی U کو۔ اس سے کیا نقصان ہوا۔</w:t>
      </w:r>
    </w:p>
    <w:p>
      <w:r>
        <w:rPr>
          <w:b/>
        </w:rPr>
        <w:t xml:space="preserve">[30:31] </w:t>
      </w:r>
      <w:r>
        <w:t>is ka nuqsan yeh hua. keh agar woh banate technology ko. to is se shukr ka jazba aata hai. keh Khuda ne kitni bari bari cheezain is duniya mein rakh di theen.</w:t>
      </w:r>
    </w:p>
    <w:p>
      <w:pPr>
        <w:jc w:val="right"/>
      </w:pPr>
      <w:r>
        <w:t>اس کا نقصان یہ ہوا۔ کہ اگر وہ بناتے ٹیکنالوجی کو۔ تو اس سے شکر کا جذبہ آتا ہے۔ کہ خدا نے کتنی بڑی بڑی چیزیں اس دنیا میں رکھ دی تھیں۔</w:t>
      </w:r>
    </w:p>
    <w:p>
      <w:r>
        <w:rPr>
          <w:b/>
        </w:rPr>
        <w:t xml:space="preserve">[30:41] </w:t>
      </w:r>
      <w:r>
        <w:t>jis ko daryaft kar ke hum ne yeh technology banai hai.</w:t>
      </w:r>
    </w:p>
    <w:p>
      <w:pPr>
        <w:jc w:val="right"/>
      </w:pPr>
      <w:r>
        <w:t>جس کو دریافت کر کے ہم نے یہ ٹیکنالوجی بنائی ہے۔</w:t>
      </w:r>
    </w:p>
    <w:p>
      <w:r>
        <w:rPr>
          <w:b/>
        </w:rPr>
        <w:t xml:space="preserve">[30:46] </w:t>
      </w:r>
      <w:r>
        <w:t>yani aik taraf hum insaniyat ko tasleem karte hain. kyun keh hazaron saal se insaan koshish karta raha koshish karta raha tab yeh aik technology bani hai.</w:t>
      </w:r>
    </w:p>
    <w:p>
      <w:pPr>
        <w:jc w:val="right"/>
      </w:pPr>
      <w:r>
        <w:t>یعنی ایک طرف ہم انسانیت کو تسلیم کرتے ہیں۔ کیونکہ ہزاروں سال سے انسان کوشش کرتا رہا کوشش کرتا رہا تب یہ ایک ٹیکنالوجی بنی ہے۔</w:t>
      </w:r>
    </w:p>
    <w:p>
      <w:r>
        <w:rPr>
          <w:b/>
        </w:rPr>
        <w:t xml:space="preserve">[30:55] </w:t>
      </w:r>
      <w:r>
        <w:t>aur Khuda ne woh sari cheezain rakh dein duniya mein. tab yeh technology bani hai. ab aap ne U ko credit de diya is ka. to yeh sensational ho gaya.</w:t>
      </w:r>
    </w:p>
    <w:p>
      <w:pPr>
        <w:jc w:val="right"/>
      </w:pPr>
      <w:r>
        <w:t>اور خدا نے وہ ساری چیزیں رکھ دیں دنیا میں۔ تب یہ ٹیکنالوجی بنی ہے۔ اب آپ نے U کو کریڈٹ دے دیا اس کا۔ تو یہ سنسیشنل ہو گیا۔</w:t>
      </w:r>
    </w:p>
    <w:p>
      <w:r>
        <w:rPr>
          <w:b/>
        </w:rPr>
        <w:t xml:space="preserve">[31:05] </w:t>
      </w:r>
      <w:r>
        <w:t>agar woh kehte keh Technology is the Person of the Year. to is mein koi sensation na hota. U kehne mein sensation ho gaya.</w:t>
      </w:r>
    </w:p>
    <w:p>
      <w:pPr>
        <w:jc w:val="right"/>
      </w:pPr>
      <w:r>
        <w:t>اگر وہ کہتے کہ ٹیکنالوجی is the Person of the Year۔ تو اس میں کوئی سنسیشن نہ ہوتا۔ U کہنے میں سنسیشن ہو گیا۔</w:t>
      </w:r>
    </w:p>
    <w:p>
      <w:r>
        <w:rPr>
          <w:b/>
        </w:rPr>
        <w:t xml:space="preserve">[31:14] </w:t>
      </w:r>
      <w:r>
        <w:t>isi ki wajah se dekhiye. confusion rehta hai aaj ki duniya mein. keh jo credit jata hai technology ko woh de diya aap ne U ko. jis waqie se aap ko shukr ka jazba aana chahiye.</w:t>
      </w:r>
    </w:p>
    <w:p>
      <w:pPr>
        <w:jc w:val="right"/>
      </w:pPr>
      <w:r>
        <w:t>اسی کی وجہ سے دیکھیے۔ کنفیوژن رہتا ہے آج کی دنیا میں۔ کہ جو کریڈٹ جاتا ہے ٹیکنالوجی کو وہ دے دیا آپ نے U کو۔ جس واقعے سے آپ کو شکر کا جذبہ آنا چاہیے۔</w:t>
      </w:r>
    </w:p>
    <w:p>
      <w:r>
        <w:rPr>
          <w:b/>
        </w:rPr>
        <w:t xml:space="preserve">[31:25] </w:t>
      </w:r>
      <w:r>
        <w:t>ise aap ne fakhr ka khurak liya. fakhr. keh main. yeh isi ka naam hai confusion. to jab aap tajziya nah kar sakein.</w:t>
      </w:r>
    </w:p>
    <w:p>
      <w:pPr>
        <w:jc w:val="right"/>
      </w:pPr>
      <w:r>
        <w:t>اسے آپ نے فخر کا خوراک لیا۔ فخر۔ کہ میں۔ یہ اسی کا نام ہے کنفیوژن۔ تو جب آپ تجزیہ نہ کر سکیں۔</w:t>
      </w:r>
    </w:p>
    <w:p>
      <w:r>
        <w:rPr>
          <w:b/>
        </w:rPr>
        <w:t xml:space="preserve">[31:39] </w:t>
      </w:r>
      <w:r>
        <w:t>to phir yahi sab hota hai.</w:t>
      </w:r>
    </w:p>
    <w:p>
      <w:pPr>
        <w:jc w:val="right"/>
      </w:pPr>
      <w:r>
        <w:t>تو پھر یہی سب ہوتا ہے۔</w:t>
      </w:r>
    </w:p>
    <w:p>
      <w:r>
        <w:rPr>
          <w:b/>
        </w:rPr>
        <w:t xml:space="preserve">[31:41] </w:t>
      </w:r>
      <w:r>
        <w:t>ab isi tarah dekhiye aik misaal. keh hamare jo sadar sahab hain. bohat josh o kharosh se kehte hain woh. keh siyasi parties ko taraqqiyati parties ke taur par kaam karna chahiye.</w:t>
      </w:r>
    </w:p>
    <w:p>
      <w:pPr>
        <w:jc w:val="right"/>
      </w:pPr>
      <w:r>
        <w:t>اب اسی طرح دیکھیے ایک مثال۔ کہ ہمارے جو صدر صاحب ہیں۔ بڑے جوش و خروش سے کہتے ہیں وہ۔ کہ سیاسی پارٹیز کو ترقیاتی پارٹیز کے طور پر کام کرنا چاہیے۔</w:t>
      </w:r>
    </w:p>
    <w:p>
      <w:r>
        <w:rPr>
          <w:b/>
        </w:rPr>
        <w:t xml:space="preserve">[31:55] </w:t>
      </w:r>
      <w:r>
        <w:t>ab bohat acha lagta hai yeh. bohat khoobsurat alfaaz lagte hain aap ko sun kar ke. keh hamari siyasi parties ko taraqqiyati parties ke taur par kaam karna chahiye.</w:t>
      </w:r>
    </w:p>
    <w:p>
      <w:pPr>
        <w:jc w:val="right"/>
      </w:pPr>
      <w:r>
        <w:t>اب بڑا اچھا لگتا ہے یہ۔ بڑے خوبصورت الفاظ لگتے ہیں آپ کو سن کر کے۔ کہ ہماری سیاسی پارٹیز کو ترقیاتی پارٹیز کے طور پر کام کرنا چاہیے۔</w:t>
      </w:r>
    </w:p>
    <w:p>
      <w:r>
        <w:rPr>
          <w:b/>
        </w:rPr>
        <w:t xml:space="preserve">[32:05] </w:t>
      </w:r>
      <w:r>
        <w:t>lekin</w:t>
      </w:r>
    </w:p>
    <w:p>
      <w:pPr>
        <w:jc w:val="right"/>
      </w:pPr>
      <w:r>
        <w:t>لیکن</w:t>
      </w:r>
    </w:p>
    <w:p>
      <w:r>
        <w:rPr>
          <w:b/>
        </w:rPr>
        <w:t xml:space="preserve">[32:06] </w:t>
      </w:r>
      <w:r>
        <w:t>is ka tajziya kijiye aap. keh yeh baat is se pehle bar bar log kehte rahe hain. is tarah ki baat.</w:t>
      </w:r>
    </w:p>
    <w:p>
      <w:pPr>
        <w:jc w:val="right"/>
      </w:pPr>
      <w:r>
        <w:t>اس کا تجزیہ کیجیے آپ۔ کہ یہ بات اس سے پہلے بار بار لوگ کہتے رہے ہیں۔ اس طرح کی بات۔</w:t>
      </w:r>
    </w:p>
    <w:p>
      <w:r>
        <w:rPr>
          <w:b/>
        </w:rPr>
        <w:t xml:space="preserve">[32:14] </w:t>
      </w:r>
      <w:r>
        <w:t>jaise Mahatma Gandhi ne kaha tha 1947. jab azaad hua India. keh ab siyasi Congress ko.</w:t>
      </w:r>
    </w:p>
    <w:p>
      <w:pPr>
        <w:jc w:val="right"/>
      </w:pPr>
      <w:r>
        <w:t>جیسے مہاتما گاندھی نے کہا تھا 1947۔ جب آزاد ہوا انڈیا۔ کہ اب سیاسی کانگریس کو۔</w:t>
      </w:r>
    </w:p>
    <w:p>
      <w:r>
        <w:rPr>
          <w:b/>
        </w:rPr>
        <w:t xml:space="preserve">[32:23] </w:t>
      </w:r>
      <w:r>
        <w:t>Seva Congress ke taur par kaam karna chahiye. lekin kuch nahin hua. to yahan par jo hai. yani aisa nahin keh yeh baat kahi nahin gayi thi.</w:t>
      </w:r>
    </w:p>
    <w:p>
      <w:pPr>
        <w:jc w:val="right"/>
      </w:pPr>
      <w:r>
        <w:t>سیوا کانگریس کے طور پر کام کرنا چاہیے۔ لیکن کچھ نہیں ہوا۔ تو یہاں پر جو ہے۔ یعنی ایسا نہیں کہ یہ بات کہی نہیں گئی تھی۔</w:t>
      </w:r>
    </w:p>
    <w:p>
      <w:r>
        <w:rPr>
          <w:b/>
        </w:rPr>
        <w:t xml:space="preserve">[32:33] </w:t>
      </w:r>
      <w:r>
        <w:t>kehne ka nateeja nahin mila.</w:t>
      </w:r>
    </w:p>
    <w:p>
      <w:pPr>
        <w:jc w:val="right"/>
      </w:pPr>
      <w:r>
        <w:t>کہنے کا نتیجہ نہیں ملا۔</w:t>
      </w:r>
    </w:p>
    <w:p>
      <w:r>
        <w:rPr>
          <w:b/>
        </w:rPr>
        <w:t xml:space="preserve">[32:36] </w:t>
      </w:r>
      <w:r>
        <w:t>yeh hai. Yani kami nateejay ka masla hai. Na ke kami kehne ka masla hai. To ab hamein ya hamare sadar sahab ko sochna chahiye ke.</w:t>
      </w:r>
    </w:p>
    <w:p>
      <w:pPr>
        <w:jc w:val="right"/>
      </w:pPr>
      <w:r>
        <w:t>یہ ہے۔ یعنی کمی نتیجے کا مسئلہ ہے۔ نہ کہ کمی کہنے کا مسئلہ ہے۔ تو اب ہمیں یا ہمارے صدر صاحب کو سوچنا چاہیے کہ۔</w:t>
      </w:r>
    </w:p>
    <w:p>
      <w:r>
        <w:rPr>
          <w:b/>
        </w:rPr>
        <w:t xml:space="preserve">[32:46] </w:t>
      </w:r>
      <w:r>
        <w:t>Is se pehle bohat se log kehte rahe. Aur nateejah nahi nikla to. We have to reassess. Phir se sochen ke aakhir hum ab kaun sa tareeqa chahiye.</w:t>
      </w:r>
    </w:p>
    <w:p>
      <w:pPr>
        <w:jc w:val="right"/>
      </w:pPr>
      <w:r>
        <w:t>اس سے پہلے بہت سے لوگ کہتے رہے۔ اور نتیجہ نہیں نکلا تو۔ We have to reassess ۔ پھر سے سوچیں کہ آخر ہم اب کون سا طریقہ چاہیے۔</w:t>
      </w:r>
    </w:p>
    <w:p>
      <w:r>
        <w:rPr>
          <w:b/>
        </w:rPr>
        <w:t xml:space="preserve">[32:55] </w:t>
      </w:r>
      <w:r>
        <w:t>Jis ko hum karein. To nateejah nikle.</w:t>
      </w:r>
    </w:p>
    <w:p>
      <w:pPr>
        <w:jc w:val="right"/>
      </w:pPr>
      <w:r>
        <w:t>جس کو ہم کریں۔ تو نتیجہ نکلے۔</w:t>
      </w:r>
    </w:p>
    <w:p>
      <w:r>
        <w:rPr>
          <w:b/>
        </w:rPr>
        <w:t xml:space="preserve">[32:58] </w:t>
      </w:r>
      <w:r>
        <w:t>Yeh sab jo khoobsurat alfaaz hain. Ke siyasi parties ko taraqqiyati parties ke taur par kaam karna chahiye. To aaj se nahi bohat pehle se bola ja raha hai yeh alfaaz.</w:t>
      </w:r>
    </w:p>
    <w:p>
      <w:pPr>
        <w:jc w:val="right"/>
      </w:pPr>
      <w:r>
        <w:t>یہ سب جو خوبصورت الفاظ ہیں۔ کہ سیاسی پارٹیز کو ترقیاتی پارٹیز کے طور پر کام کرنا چاہیے۔ تو آج سے نہیں بہت پہلے سے بولا جا رہا ہے یہ الفاظ۔</w:t>
      </w:r>
    </w:p>
    <w:p>
      <w:r>
        <w:rPr>
          <w:b/>
        </w:rPr>
        <w:t xml:space="preserve">[33:07] </w:t>
      </w:r>
      <w:r>
        <w:t>Aise alfaaz. Marx ne bhi is tarah ka bola tha. Aur Plato ne bhi aise hi alfaaz bola tha. Aur Bertrand Russell bhi aise hi baat bole the.</w:t>
      </w:r>
    </w:p>
    <w:p>
      <w:pPr>
        <w:jc w:val="right"/>
      </w:pPr>
      <w:r>
        <w:t>ایسے الفاظ۔ مارکس نے بھی اس طرح کا بولا تھا۔ اور پلیٹو نے بھی ایسے ہی الفاظ بولا تھا۔ اور برٹن رسل بھی ایسے ہی بات بولے تھے۔</w:t>
      </w:r>
    </w:p>
    <w:p>
      <w:r>
        <w:rPr>
          <w:b/>
        </w:rPr>
        <w:t xml:space="preserve">[33:18] </w:t>
      </w:r>
      <w:r>
        <w:t>Mahatma Gandhi ne aisi baat kahi</w:t>
      </w:r>
    </w:p>
    <w:p>
      <w:pPr>
        <w:jc w:val="right"/>
      </w:pPr>
      <w:r>
        <w:t>مہاتما گاندھی نے ایسی بات کہ</w:t>
      </w:r>
    </w:p>
    <w:p>
      <w:r>
        <w:rPr>
          <w:b/>
        </w:rPr>
        <w:t xml:space="preserve">[33:20] </w:t>
      </w:r>
      <w:r>
        <w:t>ye. To agar aap is tarah sochen to aap ko dobara jaanchne ka aap ke andar mein aayega khayal. Ke phir se socho.</w:t>
      </w:r>
    </w:p>
    <w:p>
      <w:pPr>
        <w:jc w:val="right"/>
      </w:pPr>
      <w:r>
        <w:t>ی۔ تو اگر آپ اس طرح سوچیں تو آپ کو دوبارہ جانچنے کا آپ کے اندر میں آئے گا خیال۔ کہ پھر سے سوچو۔</w:t>
      </w:r>
    </w:p>
    <w:p>
      <w:r>
        <w:rPr>
          <w:b/>
        </w:rPr>
        <w:t xml:space="preserve">[33:28] </w:t>
      </w:r>
      <w:r>
        <w:t>Ke What is lacking. Ke hum hum se pehle bohat se log yahi baat karte rahe. Aur nateejah kuch nahi nikla.</w:t>
      </w:r>
    </w:p>
    <w:p>
      <w:pPr>
        <w:jc w:val="right"/>
      </w:pPr>
      <w:r>
        <w:t>کہ What is lacking ۔ کہ ہم ہم سے پہلے بہت سے لوگ یہی بات کرتے رہے۔ اور نتیجہ کچھ نہیں نکلا۔</w:t>
      </w:r>
    </w:p>
    <w:p>
      <w:r>
        <w:rPr>
          <w:b/>
        </w:rPr>
        <w:t xml:space="preserve">[33:39] </w:t>
      </w:r>
      <w:r>
        <w:t>To aap yahan par pahunchenge. Ke awami taqreer se. Ya stage par baith kar ke bolne se kuch bhi nahi hota. Un</w:t>
      </w:r>
    </w:p>
    <w:p>
      <w:pPr>
        <w:jc w:val="right"/>
      </w:pPr>
      <w:r>
        <w:t>تو آپ یہاں پر پہنچیں گے۔ کہ عوامی تقریر سے۔ یا اسٹیج پر بیٹھ کر کے بولنے سے کچھ بھی نہیں ہوتا۔ ان</w:t>
      </w:r>
    </w:p>
    <w:p>
      <w:r>
        <w:rPr>
          <w:b/>
        </w:rPr>
        <w:t xml:space="preserve">[33:47] </w:t>
      </w:r>
      <w:r>
        <w:t>fardi zehan ko mukhatib karna parta hai. Infradi zehan ko.</w:t>
      </w:r>
    </w:p>
    <w:p>
      <w:pPr>
        <w:jc w:val="right"/>
      </w:pPr>
      <w:r>
        <w:t>فرادی ذہن کو مخاطب کرنا پڑتا ہے۔ انفرادی ذہن کو۔</w:t>
      </w:r>
    </w:p>
    <w:p>
      <w:r>
        <w:rPr>
          <w:b/>
        </w:rPr>
        <w:t xml:space="preserve">[33:55] </w:t>
      </w:r>
      <w:r>
        <w:t>Infradi zehan ko mukhatib</w:t>
      </w:r>
    </w:p>
    <w:p>
      <w:pPr>
        <w:jc w:val="right"/>
      </w:pPr>
      <w:r>
        <w:t>انفرادی ذہن کو مخاطب</w:t>
      </w:r>
    </w:p>
    <w:p>
      <w:r>
        <w:rPr>
          <w:b/>
        </w:rPr>
        <w:t xml:space="preserve">[33:57] </w:t>
      </w:r>
      <w:r>
        <w:t>karna parta hai. To yeh jo tareeqa mein bata raha hoon aap ko ke aap sochen. Sochen. Yani ek hai leadership ka tareeqa.</w:t>
      </w:r>
    </w:p>
    <w:p>
      <w:pPr>
        <w:jc w:val="right"/>
      </w:pPr>
      <w:r>
        <w:t>کرنا پڑتا ہے۔ تو یہ جو طریقہ میں بتا رہا ہوں آپ کو کہ آپ سوچیں۔ سوچیں۔ یعنی ایک ہے لیڈری کا طریقہ۔</w:t>
      </w:r>
    </w:p>
    <w:p>
      <w:r>
        <w:rPr>
          <w:b/>
        </w:rPr>
        <w:t xml:space="preserve">[34:05] </w:t>
      </w:r>
      <w:r>
        <w:t>Stage par khare ho kar leadership kar rahe hain aap. Aur ek hai yeh ka tareeqa jo mein bata raha hoon aap ko. Ke apne zehan ki dobara engineering kijiye. Apne bare mein phir se sochiye.</w:t>
      </w:r>
    </w:p>
    <w:p>
      <w:pPr>
        <w:jc w:val="right"/>
      </w:pPr>
      <w:r>
        <w:t>اسٹیج پر کھڑے ہو کر لیڈری کر رہے ہیں آپ۔ اور ایک ہے یہ کا طریقہ جو میں بتا رہا ہوں آپ کو۔ کہ اپنے ذہن کی دوبارہ انجینئرنگ کیجیے۔ اپنے بارے میں پھر سے سوچیے۔</w:t>
      </w:r>
    </w:p>
    <w:p>
      <w:r>
        <w:rPr>
          <w:b/>
        </w:rPr>
        <w:t xml:space="preserve">[34:15] </w:t>
      </w:r>
      <w:r>
        <w:t>Aur. Yeh ek yani. To yeh ek bohat hi mushkil kaam hai.</w:t>
      </w:r>
    </w:p>
    <w:p>
      <w:pPr>
        <w:jc w:val="right"/>
      </w:pPr>
      <w:r>
        <w:t>اور۔ یہ ایک یعنی۔ تو یہ ایک بہت ہی مشکل کام ہے۔</w:t>
      </w:r>
    </w:p>
    <w:p>
      <w:r>
        <w:rPr>
          <w:b/>
        </w:rPr>
        <w:t xml:space="preserve">[34:24] </w:t>
      </w:r>
      <w:r>
        <w:t>Is ki sab se bari jo qeemat deni parti hai. Woh yeh hai ke aap ko koi credit nahi milta. Koi credit nahi milta.</w:t>
      </w:r>
    </w:p>
    <w:p>
      <w:pPr>
        <w:jc w:val="right"/>
      </w:pPr>
      <w:r>
        <w:t>اس کی سب سے بڑی جو قیمت دینی پڑتی ہے۔ وہ یہ ہے کہ آپ کو کوئی کریڈٹ نہیں ملتا۔ کوئی کریڈٹ نہیں ملتا۔</w:t>
      </w:r>
    </w:p>
    <w:p>
      <w:r>
        <w:rPr>
          <w:b/>
        </w:rPr>
        <w:t xml:space="preserve">[34:33] </w:t>
      </w:r>
      <w:r>
        <w:t>Mein yeh kaam aaj se nahi saath baras se kar raha hoon. Pata nahi kab se kar raha hoon. Jab chota tha tab se kar raha hoon isi tarah ka. Mera mizaj tha.</w:t>
      </w:r>
    </w:p>
    <w:p>
      <w:pPr>
        <w:jc w:val="right"/>
      </w:pPr>
      <w:r>
        <w:t>میں یہ کام آج سے نہیں ساٹھ برس سے کر رہا ہوں۔ پتہ نہیں کب سے کر رہا ہوں۔ جب چھوٹا تھا تب سے کر رہا ہوں اسی طرح کا۔ میرا مزاج تھا۔</w:t>
      </w:r>
    </w:p>
    <w:p>
      <w:r>
        <w:rPr>
          <w:b/>
        </w:rPr>
        <w:t xml:space="preserve">[34:40] </w:t>
      </w:r>
      <w:r>
        <w:t>To mein. Kal mein soch raha tha ke poori meri poori zindagi mein sirf do aadmi the jin se mujhe hausla afzai mili. Kabhi kisi ne mujhe hausla afzai nahi kiya.</w:t>
      </w:r>
    </w:p>
    <w:p>
      <w:pPr>
        <w:jc w:val="right"/>
      </w:pPr>
      <w:r>
        <w:t>تو میں۔ کل میں سوچ رہا تھا کہ پوری میری پوری زندگی میں صرف دو آدمی تھے جن سے مجھے حوصلہ افزائی ملی۔ کبھی کسی نے مجھے حوصلہ افزائی نہیں کیا۔</w:t>
      </w:r>
    </w:p>
    <w:p>
      <w:r>
        <w:rPr>
          <w:b/>
        </w:rPr>
        <w:t xml:space="preserve">[34:50] </w:t>
      </w:r>
      <w:r>
        <w:t>Mere ghar walon ne bhi nahi kiya hausla afzai. Aap sochiye ke jab mein ziyada umar ho chuki thi. Maine arabi madrasay mein parha tha. Angrezi parhna shuru ki angrezi.</w:t>
      </w:r>
    </w:p>
    <w:p>
      <w:pPr>
        <w:jc w:val="right"/>
      </w:pPr>
      <w:r>
        <w:t>میرے گھر والوں نے بھی نہیں کیا حوصلہ افزائی۔ آپ سوچیے کہ جب میں زیادہ عمر ہو چکی تھی۔ میں نے عربی مدرسے میں پڑھا تھا۔ انگریزی پڑھنا شروع کی انگریزی۔</w:t>
      </w:r>
    </w:p>
    <w:p>
      <w:r>
        <w:rPr>
          <w:b/>
        </w:rPr>
        <w:t xml:space="preserve">[35:02] </w:t>
      </w:r>
      <w:r>
        <w:t>To khud mere bhai ne kaha ke boodha tota kya parhega. Boodha tota kya parhega. Yani matlab hausla afzai ki unho ne mujhe. Ek aur mere bare bhai the woh mujh ko Mirza Fuya kaha karte the.</w:t>
      </w:r>
    </w:p>
    <w:p>
      <w:pPr>
        <w:jc w:val="right"/>
      </w:pPr>
      <w:r>
        <w:t>تو خود میرے بھائی نے کہا کہ بڈھا طوطا کیا پڑھے گا۔ بڈھا طوطا کیا پڑھے گا۔ یعنی مطلب حوصلہ افزائی کی انہوں نے مجھے۔ ایک اور میرے بڑے بھائی تھے وہ مجھ کو مرزا فویا کہا کرتے تھے۔</w:t>
      </w:r>
    </w:p>
    <w:p>
      <w:r>
        <w:rPr>
          <w:b/>
        </w:rPr>
        <w:t xml:space="preserve">[35:14] </w:t>
      </w:r>
      <w:r>
        <w:t>Matlab unhe to kuch nahi aata. Mirza Fuya means Mr. Stupid. To poori yahan se wahan tak meri zindagi jo hai us ki kisi ne mujhe hausla</w:t>
      </w:r>
    </w:p>
    <w:p>
      <w:pPr>
        <w:jc w:val="right"/>
      </w:pPr>
      <w:r>
        <w:t>مطلب انہیں تو کچھ نہیں آتا۔ مرزا فویا means Mr. Stupid۔ تو پوری یہاں سے وہاں تک میری زندگی جو ہے اس کی کسی نے مجھے حوصلہ</w:t>
      </w:r>
    </w:p>
    <w:p>
      <w:r>
        <w:rPr>
          <w:b/>
        </w:rPr>
        <w:t xml:space="preserve">[35:23] </w:t>
      </w:r>
      <w:r>
        <w:t>afzai nahi kiya. Khud se apne faisle ke tehat mein kaam karta raha. Sirf do aadmi is mein istasna hain. Mere apne tajrube mein.</w:t>
      </w:r>
    </w:p>
    <w:p>
      <w:pPr>
        <w:jc w:val="right"/>
      </w:pPr>
      <w:r>
        <w:t>افزائی نہیں کیا۔ خود سے اپنے فیصلے کے تحت میں کام کرتا رہا۔ صرف دو آدمی اس میں استثنا ہیں۔ میرے اپنے تجربے میں۔</w:t>
      </w:r>
    </w:p>
    <w:p>
      <w:r>
        <w:rPr>
          <w:b/>
        </w:rPr>
        <w:t xml:space="preserve">[35:32] </w:t>
      </w:r>
      <w:r>
        <w:t>Ek sahab the Adampur mein. Un ka naam tha Abdul Hakim Ansari. Woh MA MA M.Ed the woh. MA M.Ed.</w:t>
      </w:r>
    </w:p>
    <w:p>
      <w:pPr>
        <w:jc w:val="right"/>
      </w:pPr>
      <w:r>
        <w:t>ایک صاحب تھے آدم گڑھ میں۔ ان کا نام تھا عبدالحکیم انصاری۔ وہ ایم اے ایم اے ایم ایڈ تھے وہ۔ ایم اے ایم ایڈ۔</w:t>
      </w:r>
    </w:p>
    <w:p>
      <w:r>
        <w:rPr>
          <w:b/>
        </w:rPr>
        <w:t xml:space="preserve">[35:43] </w:t>
      </w:r>
      <w:r>
        <w:t>Woh Shibli College mein parhate the woh.</w:t>
      </w:r>
    </w:p>
    <w:p>
      <w:pPr>
        <w:jc w:val="right"/>
      </w:pPr>
      <w:r>
        <w:t>وہ شبلی کالج میں پڑھاتے تھے وہ۔</w:t>
      </w:r>
    </w:p>
    <w:p>
      <w:r>
        <w:rPr>
          <w:b/>
        </w:rPr>
        <w:t xml:space="preserve">[35:46] </w:t>
      </w:r>
      <w:r>
        <w:t>To unho ne mere bare mein kaha tha. Kisi se. Kisi aur aadmi se. Ke yeh woh shakhs hain. Mere bare mein kaha tha ke yeh woh shakhs hain ke agar woh ek baar faisla kar lein.</w:t>
      </w:r>
    </w:p>
    <w:p>
      <w:pPr>
        <w:jc w:val="right"/>
      </w:pPr>
      <w:r>
        <w:t>تو انہوں نے میرے بارے میں کہا تھا۔ کسی سے۔ کسی اور آدمی سے۔ کہ یہ وہ شخص ہیں۔ میرے بارے میں کہا تھا کہ یہ وہ شخص ہیں کہ اگر وہ ایک بار فیصلہ کر لیں۔</w:t>
      </w:r>
    </w:p>
    <w:p>
      <w:r>
        <w:rPr>
          <w:b/>
        </w:rPr>
        <w:t xml:space="preserve">[35:59] </w:t>
      </w:r>
      <w:r>
        <w:t>To hamare ab pahad ko bhi apni jagah se khiska denge. Bohat pehle ki baat hai. Jabke mein Delhi nahi aaya tha.</w:t>
      </w:r>
    </w:p>
    <w:p>
      <w:pPr>
        <w:jc w:val="right"/>
      </w:pPr>
      <w:r>
        <w:t>تو ہمارے اب پہاڑ کو بھی اپنی جگہ سے کھسکا دیں گے۔ بہت پہلے کی بات ہے۔ جبکہ میں دہلی نہیں آیا تھا۔</w:t>
      </w:r>
    </w:p>
    <w:p>
      <w:r>
        <w:rPr>
          <w:b/>
        </w:rPr>
        <w:t xml:space="preserve">[36:09] </w:t>
      </w:r>
      <w:r>
        <w:t>adam garh mein rehta tha. bohat kam log mujh ko jantay thay.</w:t>
      </w:r>
    </w:p>
    <w:p>
      <w:pPr>
        <w:jc w:val="right"/>
      </w:pPr>
      <w:r>
        <w:t>آدم گڑھ میں رہتا تھا۔ بہت کم لوگ مجھ کو جانتے تھے۔</w:t>
      </w:r>
    </w:p>
    <w:p>
      <w:r>
        <w:rPr>
          <w:b/>
        </w:rPr>
        <w:t xml:space="preserve">[36:13] </w:t>
      </w:r>
      <w:r>
        <w:t>is waqt unhon ne kaha tha ke yeh woh shakhs hain. ke agar yeh aik baar tay kar lain. to hamaray ab pahar ko apni jagah se khiska dain. is se mujhe aik hosla afzai mili.</w:t>
      </w:r>
    </w:p>
    <w:p>
      <w:pPr>
        <w:jc w:val="right"/>
      </w:pPr>
      <w:r>
        <w:t>اس وقت انہوں نے کہا تھا کہ یہ وہ شخص ہیں۔ کہ اگر یہ ایک بار طے کر لیں۔ تو ہمارے اب پہاڑ کو اپنی جگہ سے کھسکا دیں۔ اس سے مجھے ایک حوصلہ افزائی ملی۔</w:t>
      </w:r>
    </w:p>
    <w:p>
      <w:r>
        <w:rPr>
          <w:b/>
        </w:rPr>
        <w:t xml:space="preserve">[36:22] </w:t>
      </w:r>
      <w:r>
        <w:t>ke mein bhi kuch hoon. aur doosra aadmi jis ko mujhe yaad aata hai jinhon ne mujhe hosla afzai kiya tha. woh thay Maulana Abdul Baahir Nadvi. Maulana Abdul Baahir Nadvi.</w:t>
      </w:r>
    </w:p>
    <w:p>
      <w:pPr>
        <w:jc w:val="right"/>
      </w:pPr>
      <w:r>
        <w:t>کہ میں بھی کچھ ہوں۔ اور دوسرا آدمی جس کو مجھے یاد آتا ہے جنہوں نے مجھے حوصلہ افزائی کیا تھا۔ وہ تھے مولانا عبدالباہر ندوی۔ مولانا عبدالباہر ندوی۔</w:t>
      </w:r>
    </w:p>
    <w:p>
      <w:r>
        <w:rPr>
          <w:b/>
        </w:rPr>
        <w:t xml:space="preserve">[36:35] </w:t>
      </w:r>
      <w:r>
        <w:t>woh Lucknow mein rehtay thay. aur ab to un ka intiqal ho chuka hai. dono ka intiqal ho chuka hai dono bhi.</w:t>
      </w:r>
    </w:p>
    <w:p>
      <w:pPr>
        <w:jc w:val="right"/>
      </w:pPr>
      <w:r>
        <w:t>وہ لکھنو میں رہتے تھے۔ اور اب تو ان کا انتقال ہو چکا ہے۔ دونوں کا انتقال ہو چکا ہے دونوں بھی۔</w:t>
      </w:r>
    </w:p>
    <w:p>
      <w:r>
        <w:rPr>
          <w:b/>
        </w:rPr>
        <w:t xml:space="preserve">[36:42] </w:t>
      </w:r>
      <w:r>
        <w:t>woh adam garh mein thay woh. yeh rehtay thay Lucknow mein. unhon ne mujhe aik khat likha tha. is mein unhon ne un ke.</w:t>
      </w:r>
    </w:p>
    <w:p>
      <w:pPr>
        <w:jc w:val="right"/>
      </w:pPr>
      <w:r>
        <w:t>وہ آدم گڑھ میں تھے وہ۔ یہ رہتے تھے لکھنو میں۔ انہوں نے مجھے ایک خط لکھا تھا۔ اس میں انہوں نے ان کے۔</w:t>
      </w:r>
    </w:p>
    <w:p>
      <w:r>
        <w:rPr>
          <w:b/>
        </w:rPr>
        <w:t xml:space="preserve">[36:51] </w:t>
      </w:r>
      <w:r>
        <w:t>woh har aik qalam se likha karte thay. aik khaas zaban un ki thi. to ab tak mujhe yaad hai un ki alfaaz jo thay. ke unhon ne likha tha ke baqi aap to mujhe yaqeen hai ke jadeed nasal ki taraf mab_oos hain.</w:t>
      </w:r>
    </w:p>
    <w:p>
      <w:pPr>
        <w:jc w:val="right"/>
      </w:pPr>
      <w:r>
        <w:t>وہ ہر ایک قلم سے لکھا کرتے تھے۔ ایک خاص زبان ان کی تھی۔ تو اب تک مجھے یاد ہے ان کی الفاظ جو تھے۔ کہ انہوں نے لکھا تھا کہ باقی آپ تو مجھے یقین ہے کہ جدید نسل کی طرف مبعوث ہیں۔</w:t>
      </w:r>
    </w:p>
    <w:p>
      <w:r>
        <w:rPr>
          <w:b/>
        </w:rPr>
        <w:t xml:space="preserve">[37:06] </w:t>
      </w:r>
      <w:r>
        <w:t>baqi aap to mujhe yaqeen hai ke jadeed nasal ki taraf m</w:t>
      </w:r>
    </w:p>
    <w:p>
      <w:pPr>
        <w:jc w:val="right"/>
      </w:pPr>
      <w:r>
        <w:t>باقی آپ تو مجھے یقین ہے کہ جدید نسل کی طرف م</w:t>
      </w:r>
    </w:p>
    <w:p>
      <w:r>
        <w:rPr>
          <w:b/>
        </w:rPr>
        <w:t xml:space="preserve">[37:10] </w:t>
      </w:r>
      <w:r>
        <w:t>ab_oos hain. ya yani aaj ke logon ko jadeed zaban mein Khuda ka paigham pohnchanay ke liye Khuda ne aap ko muqarrar kiya hai.</w:t>
      </w:r>
    </w:p>
    <w:p>
      <w:pPr>
        <w:jc w:val="right"/>
      </w:pPr>
      <w:r>
        <w:t>بعوث ہیں۔ یا یعنی آج کے لوگوں کو جدید زبان میں خدا کا پیغام پہنچانے کے لیے خدا نے آپ کو مقرر کیا ہے۔</w:t>
      </w:r>
    </w:p>
    <w:p>
      <w:r>
        <w:rPr>
          <w:b/>
        </w:rPr>
        <w:t xml:space="preserve">[37:19] </w:t>
      </w:r>
      <w:r>
        <w:t>yeh matlab tha is ka. to do zindagi mein do aisay huay mere waqay. ke mujhe hosla afzai karnay wala koi mila. aik to us ne kaha tha ke hamaray ab pahar ko bhi khiska saktay hain yeh apni jagah se.</w:t>
      </w:r>
    </w:p>
    <w:p>
      <w:pPr>
        <w:jc w:val="right"/>
      </w:pPr>
      <w:r>
        <w:t>یہ مطلب تھا اس کا۔ تو دو زندگی میں دو ایسے ہوئے میرے واقعے کہ مجھے حوصلہ افزائی کرنے والا کوئی ملا۔ ایک تو اس نے کہا تھا کہ ہمارے اب پہاڑ کو بھی کھسکا سکتے ہیں یہ اپنی جگہ سے۔</w:t>
      </w:r>
    </w:p>
    <w:p>
      <w:r>
        <w:rPr>
          <w:b/>
        </w:rPr>
        <w:t xml:space="preserve">[37:31] </w:t>
      </w:r>
      <w:r>
        <w:t>doosray aadmi ne kaha ke aap ko Khuda ne muqarrar kiya hai. ke aap aaj ke zehn ko jadeed zaban mein mukhatib kar sakain.</w:t>
      </w:r>
    </w:p>
    <w:p>
      <w:pPr>
        <w:jc w:val="right"/>
      </w:pPr>
      <w:r>
        <w:t>دوسرے آدمی نے کہا کہ آپ کو خدا نے مقرر کیا ہے۔ کہ آپ آج کے ذہن کو جدید زبان میں مخاطب کر سکیں۔</w:t>
      </w:r>
    </w:p>
    <w:p>
      <w:r>
        <w:rPr>
          <w:b/>
        </w:rPr>
        <w:t xml:space="preserve">[37:40] </w:t>
      </w:r>
      <w:r>
        <w:t>Maulana Abdul Baahir Nadvi ne aisa likha tha khat mein. to bahar hal.</w:t>
      </w:r>
    </w:p>
    <w:p>
      <w:pPr>
        <w:jc w:val="right"/>
      </w:pPr>
      <w:r>
        <w:t>مولانا عبدالباہر ندوی نے ایسا لکھا تھا خط میں۔ تو بہرحال۔</w:t>
      </w:r>
    </w:p>
    <w:p>
      <w:r>
        <w:rPr>
          <w:b/>
        </w:rPr>
        <w:t xml:space="preserve">[37:48] </w:t>
      </w:r>
      <w:r>
        <w:t>mein aap se aakhir mein yahi kehna chahoon ga. ke jis rastay ki taraf mein aap ko bulata hoon. is mein na to koi credit mile ga aap ko.</w:t>
      </w:r>
    </w:p>
    <w:p>
      <w:pPr>
        <w:jc w:val="right"/>
      </w:pPr>
      <w:r>
        <w:t>میں آپ سے آخر میں یہی کہنا چاہوں گا۔ کہ جس راستے کی طرف میں آپ کو بلاتا ہوں۔ اس میں نہ تو کوئی کریڈٹ ملے گا آپ کو۔</w:t>
      </w:r>
    </w:p>
    <w:p>
      <w:r>
        <w:rPr>
          <w:b/>
        </w:rPr>
        <w:t xml:space="preserve">[37:58] </w:t>
      </w:r>
      <w:r>
        <w:t>na koi shabashi de ga aap ko. na koi hosla afzai kare ga aap ko. lekin aap khud apnay andar mehsoos karein ge ke mein sach par hoon.</w:t>
      </w:r>
    </w:p>
    <w:p>
      <w:pPr>
        <w:jc w:val="right"/>
      </w:pPr>
      <w:r>
        <w:t>نہ کوئی شاباشی دے گا آپ کو۔ نہ کوئی حوصلہ افزائی کرے گا آپ کو۔ لیکن آپ خود اپنے اندر محسوس کریں گے کہ میں سچ پر ہوں۔</w:t>
      </w:r>
    </w:p>
    <w:p>
      <w:r>
        <w:rPr>
          <w:b/>
        </w:rPr>
        <w:t xml:space="preserve">[38:08] </w:t>
      </w:r>
      <w:r>
        <w:t>sachai par hoon. sachai par hoon. Khuda ki barkat mujhe mile gi agar usay mein</w:t>
      </w:r>
    </w:p>
    <w:p>
      <w:pPr>
        <w:jc w:val="right"/>
      </w:pPr>
      <w:r>
        <w:t>سچائی پر ہوں۔ سچائی پر ہوں۔ خدا کی برکت مجھے ملے گی اگر اسے میں</w:t>
      </w:r>
    </w:p>
    <w:p>
      <w:r>
        <w:rPr>
          <w:b/>
        </w:rPr>
        <w:t xml:space="preserve">[38:13] </w:t>
      </w:r>
      <w:r>
        <w:t>chalta rahoon to. to aap ka andar ka jo yaqeen hai wohi aap ke yani aap ki woh hai. aap ka inaam hai. dunya se agar aap umeed rakhein ge inaam ki.</w:t>
      </w:r>
    </w:p>
    <w:p>
      <w:pPr>
        <w:jc w:val="right"/>
      </w:pPr>
      <w:r>
        <w:t>چلتا رہوں تو۔ تو آپ کا اندر کا جو یقین ہے وہی آپ کے یعنی آپ کی وہ ہے۔ آپ کا انعام ہے۔ دنیا سے اگر آپ امید رکھیں گے انعام کی۔</w:t>
      </w:r>
    </w:p>
    <w:p>
      <w:r>
        <w:rPr>
          <w:b/>
        </w:rPr>
        <w:t xml:space="preserve">[38:23] </w:t>
      </w:r>
      <w:r>
        <w:t>to dunya aap ko inaam dainay wali nahi hai. lekin aap ka andar ka jo yaqeen hai. usi ko aap inaam samjhiye. usi ko samjhiye ke yeh Khuda ka.</w:t>
      </w:r>
    </w:p>
    <w:p>
      <w:pPr>
        <w:jc w:val="right"/>
      </w:pPr>
      <w:r>
        <w:t>تو دنیا آپ کو انعام دینے والی نہیں ہے۔ لیکن آپ کا اندر کا جو یقین ہے۔ اسی کو آپ انعام سمجھیے۔ اسی کو سمجھیے کہ یہ خدا کا۔</w:t>
      </w:r>
    </w:p>
    <w:p>
      <w:r>
        <w:rPr>
          <w:b/>
        </w:rPr>
        <w:t xml:space="preserve">[38:33] </w:t>
      </w:r>
      <w:r>
        <w:t>yani Khuda ki barkat hai ke mein andar yaqeen aaya. aur mujhe yaqeen hai ke yeh yaqeen jo hai Khuda ke haan. mujhe inaam ki shakal mein badal jaye ga.</w:t>
      </w:r>
    </w:p>
    <w:p>
      <w:pPr>
        <w:jc w:val="right"/>
      </w:pPr>
      <w:r>
        <w:t>یعنی خدا کی برکت ہے کہ میں اندر یقین آیا۔ اور مجھے یقین ہے کہ یہ یقین جو ہے خدا کے ہاں۔ مجھے انعام کی شکل میں بدل جائے گا۔</w:t>
      </w:r>
    </w:p>
    <w:p>
      <w:r>
        <w:rPr>
          <w:b/>
        </w:rPr>
        <w:t xml:space="preserve">[38:43] </w:t>
      </w:r>
      <w:r>
        <w:t>is is bharose par aap chaliye dunya mein. tab hi aap chal paayein ge. aur Khuda se dua karte rahiye. dua karte rahiye. dua karte rahiye. yeh hai mera paigham aap ko.</w:t>
      </w:r>
    </w:p>
    <w:p>
      <w:pPr>
        <w:jc w:val="right"/>
      </w:pPr>
      <w:r>
        <w:t>اس اس بھروسے پر آپ چلیے دنیا میں۔ تب ہی آپ چل پائیں گے۔ اور خدا سے دعا کرتے رہیے۔ دعا کرتے رہیے۔ دعا کرتے رہیے۔ یہ ہے میرا پیغام آپ کو۔</w:t>
      </w:r>
    </w:p>
    <w:p>
      <w:r>
        <w:rPr>
          <w:b/>
        </w:rPr>
        <w:t xml:space="preserve">[38:56] </w:t>
      </w:r>
      <w:r>
        <w:t>aqool qawli hadha wa astaghfirullah li wa lakum ajmaeen</w:t>
      </w:r>
    </w:p>
    <w:p>
      <w:pPr>
        <w:jc w:val="right"/>
      </w:pPr>
      <w:r>
        <w:t>أقول قولي هذا وأستغفر الله لي ولكم أجمعين</w:t>
      </w:r>
    </w:p>
    <w:p>
      <w:r>
        <w:rPr>
          <w:b/>
        </w:rPr>
        <w:t xml:space="preserve">[39:12] </w:t>
      </w:r>
      <w:r>
        <w:t>baaton ka ghalat ta'abeer diya jata hai. is ke baray mein mein batata hoon aap ko.</w:t>
      </w:r>
    </w:p>
    <w:p>
      <w:pPr>
        <w:jc w:val="right"/>
      </w:pPr>
      <w:r>
        <w:t>باتوں کا غلط تعبیر دیا جاتا ہے۔ اس کے بارے میں میں بتاتا ہوں آپ کو۔</w:t>
      </w:r>
    </w:p>
    <w:p>
      <w:r>
        <w:rPr>
          <w:b/>
        </w:rPr>
        <w:t xml:space="preserve">[39:21] </w:t>
      </w:r>
      <w:r>
        <w:t>ke ghalat ta'abeer to Quran ka, hadith ka, Rasool Allah ka sab ko diya gaya. aik bohat hi aap ko aik dilchasp misaal deta hoon mein.</w:t>
      </w:r>
    </w:p>
    <w:p>
      <w:pPr>
        <w:jc w:val="right"/>
      </w:pPr>
      <w:r>
        <w:t>کہ غلط تعبیر تو قرآن کا، حدیث کا، رسول اللہ کا سب کو دیا گیا۔ ایک بہت ہی آپ کو ایک دلچسپ مثال دیتا ہوں میں۔</w:t>
      </w:r>
    </w:p>
    <w:p>
      <w:r>
        <w:rPr>
          <w:b/>
        </w:rPr>
        <w:t xml:space="preserve">[39:31] </w:t>
      </w:r>
      <w:r>
        <w:t>ghalat ta'abeer ka. Hazrat Musa jo thay woh aap jantay hain ke Nabi thay. aur Quran mein sab se ziyada zikr Hazrat Musa hi ka hai.</w:t>
      </w:r>
    </w:p>
    <w:p>
      <w:pPr>
        <w:jc w:val="right"/>
      </w:pPr>
      <w:r>
        <w:t>غلط تعبیر کا۔ حضرت موسیٰ جو تھے وہ آپ جانتے ہیں کہ نبی تھے۔ اور قرآن میں سب سے زیادہ ذکر حضرت موسیٰ ہی کا ہے۔</w:t>
      </w:r>
    </w:p>
    <w:p>
      <w:r>
        <w:rPr>
          <w:b/>
        </w:rPr>
        <w:t xml:space="preserve">[39:40] </w:t>
      </w:r>
      <w:r>
        <w:t>sab se ziyada.</w:t>
      </w:r>
    </w:p>
    <w:p>
      <w:pPr>
        <w:jc w:val="right"/>
      </w:pPr>
      <w:r>
        <w:t>سب سے زیادہ۔</w:t>
      </w:r>
    </w:p>
    <w:p>
      <w:r>
        <w:rPr>
          <w:b/>
        </w:rPr>
        <w:t xml:space="preserve">[39:43] </w:t>
      </w:r>
      <w:r>
        <w:t>to Hazrat Musa ka darja itna bara hai. ke aik martaba Madina mein. koi log. yeh.</w:t>
      </w:r>
    </w:p>
    <w:p>
      <w:pPr>
        <w:jc w:val="right"/>
      </w:pPr>
      <w:r>
        <w:t>تو حضرت موسیٰ کا درجہ اتنا بڑا ہے۔ کہ ایک مرتبہ مدینہ میں۔ کوئی لوگ۔ یہ۔</w:t>
      </w:r>
    </w:p>
    <w:p>
      <w:r>
        <w:rPr>
          <w:b/>
        </w:rPr>
        <w:t xml:space="preserve">[39:52] </w:t>
      </w:r>
      <w:r>
        <w:t>yeh aik Yahudi se behas ki. Yahudi ne kaha ke Musa sab se baray paighambar thay. aur Musalman ne kaha ke Rasool Allah sab se baray paighambar thay. to yeh.</w:t>
      </w:r>
    </w:p>
    <w:p>
      <w:pPr>
        <w:jc w:val="right"/>
      </w:pPr>
      <w:r>
        <w:t>یہ ایک یہودی سے بحث کی۔ یہودی نے کہا کہ موسیٰ سب سے بڑے پیغمبر تھے۔ اور مسلمان نے کہا کہ رسول اللہ سب سے بڑے پیغمبر تھے۔ تو یہ۔</w:t>
      </w:r>
    </w:p>
    <w:p>
      <w:r>
        <w:rPr>
          <w:b/>
        </w:rPr>
        <w:t xml:space="preserve">[40:02] </w:t>
      </w:r>
      <w:r>
        <w:t>yeh. yeh jo masla hai rasool Allah ke paas aaya.</w:t>
      </w:r>
    </w:p>
    <w:p>
      <w:pPr>
        <w:jc w:val="right"/>
      </w:pPr>
      <w:r>
        <w:t>یہ۔ یہ جو مسئلہ ہے رسول اللہ کے پاس آیا۔</w:t>
      </w:r>
    </w:p>
    <w:p>
      <w:r>
        <w:rPr>
          <w:b/>
        </w:rPr>
        <w:t xml:space="preserve">[40:08] </w:t>
      </w:r>
      <w:r>
        <w:t>to aap ne kaha ke mujh ko.</w:t>
      </w:r>
    </w:p>
    <w:p>
      <w:pPr>
        <w:jc w:val="right"/>
      </w:pPr>
      <w:r>
        <w:t>تو آپ نے کہا کہ مجھ کو۔</w:t>
      </w:r>
    </w:p>
    <w:p>
      <w:r>
        <w:rPr>
          <w:b/>
        </w:rPr>
        <w:t xml:space="preserve">[40:15] </w:t>
      </w:r>
      <w:r>
        <w:t>kisi par. yani bara bad batao. is par ek cheez batai aap ne is ko suniye aap log.</w:t>
      </w:r>
    </w:p>
    <w:p>
      <w:pPr>
        <w:jc w:val="right"/>
      </w:pPr>
      <w:r>
        <w:t>کسی پر۔ یعنی بڑا بد بتاؤ۔ اس پر ایک چیز بتائی آپ نے اس کو سنیے آپ لوگ۔</w:t>
      </w:r>
    </w:p>
    <w:p>
      <w:r>
        <w:rPr>
          <w:b/>
        </w:rPr>
        <w:t xml:space="preserve">[40:24] </w:t>
      </w:r>
      <w:r>
        <w:t>phir is moosa ke baray mein kya hua bataoonga aap ko.</w:t>
      </w:r>
    </w:p>
    <w:p>
      <w:pPr>
        <w:jc w:val="right"/>
      </w:pPr>
      <w:r>
        <w:t>پھر اس موسیٰ کے بارے میں کیا ہوا بتاؤں گا آپ کو۔</w:t>
      </w:r>
    </w:p>
    <w:p>
      <w:r>
        <w:rPr>
          <w:b/>
        </w:rPr>
        <w:t xml:space="preserve">[40:28] </w:t>
      </w:r>
      <w:r>
        <w:t>aap ne bataya ke. mujh ko moosa par fazeelat mat do. kyunke jab. qayamat aaye gi.</w:t>
      </w:r>
    </w:p>
    <w:p>
      <w:pPr>
        <w:jc w:val="right"/>
      </w:pPr>
      <w:r>
        <w:t>آپ نے بتایا کہ۔ مجھ کو موسیٰ پر فضیلت مت دو۔ کیونکہ جب۔ قیامت آئے گی۔</w:t>
      </w:r>
    </w:p>
    <w:p>
      <w:r>
        <w:rPr>
          <w:b/>
        </w:rPr>
        <w:t xml:space="preserve">[40:38] </w:t>
      </w:r>
      <w:r>
        <w:t>aur sur phoonka jaye ga. to saare log be hosh ho jayen ge. yani saari insaniyat jo hai woh ikatha ki jaye gi wahan par. hashar ke.</w:t>
      </w:r>
    </w:p>
    <w:p>
      <w:pPr>
        <w:jc w:val="right"/>
      </w:pPr>
      <w:r>
        <w:t>اور سور پھونکا جائے گا۔ تو سارے لوگ بے ہوش ہو جائیں گے۔ یعنی ساری انسانیت جو ہے وہ اکٹھا کی جائے گی وہاں پر۔ حشر کے۔</w:t>
      </w:r>
    </w:p>
    <w:p>
      <w:r>
        <w:rPr>
          <w:b/>
        </w:rPr>
        <w:t xml:space="preserve">[40:48] </w:t>
      </w:r>
      <w:r>
        <w:t>maidan mein. saare insan jo paida hue thay. to woh. hadees mein hai ke jab sur phoonka jaye ga. to sab ke sab be hosh ho jayen ge gir paden ge.</w:t>
      </w:r>
    </w:p>
    <w:p>
      <w:pPr>
        <w:jc w:val="right"/>
      </w:pPr>
      <w:r>
        <w:t>میدان میں۔ سارے انسان جو پیدا ہوئے تھے۔ تو وہ۔ حدیث میں ہے کہ جب سور پھونکا جائے گا۔ تو سب کے سب بے ہوش ہو جائیں گے گر پڑیں گے۔</w:t>
      </w:r>
    </w:p>
    <w:p>
      <w:r>
        <w:rPr>
          <w:b/>
        </w:rPr>
        <w:t xml:space="preserve">[41:04] </w:t>
      </w:r>
      <w:r>
        <w:t>to rasool Allah ne kaha ke. phir mein hosh mein aaon ga. uthoon ga. uth kar mein chaloon ga. arsh ilahi ki taraf yani.</w:t>
      </w:r>
    </w:p>
    <w:p>
      <w:pPr>
        <w:jc w:val="right"/>
      </w:pPr>
      <w:r>
        <w:t>تو رسول اللہ نے کہا کہ۔ پھر میں ہوش میں آؤں گا۔ اٹھوں گا۔ اٹھ کر میں چلوں گا۔ عرش الہی کی طرف یعنی۔</w:t>
      </w:r>
    </w:p>
    <w:p>
      <w:r>
        <w:rPr>
          <w:b/>
        </w:rPr>
        <w:t xml:space="preserve">[41:16] </w:t>
      </w:r>
      <w:r>
        <w:t>khuda ka jo takht hoga yeh ilamati zaban hai matlab yeh nahi ke yeh takht jis tarah aap baithe hain. to khuda ka takht hoga aur mein us ki taraf chaloon ga.</w:t>
      </w:r>
    </w:p>
    <w:p>
      <w:pPr>
        <w:jc w:val="right"/>
      </w:pPr>
      <w:r>
        <w:t>خدا کا جو تخت ہوگا۔ یہ علامتی زبان ہے مطلب یہ نہیں کہ یہ تخت جس طرح آپ بیٹھے ہیں۔ تو خدا کا تخت ہوگا اور میں اس کی طرف چلوں گا۔</w:t>
      </w:r>
    </w:p>
    <w:p>
      <w:r>
        <w:rPr>
          <w:b/>
        </w:rPr>
        <w:t xml:space="preserve">[41:25] </w:t>
      </w:r>
      <w:r>
        <w:t>aur mein samajh raha hoon ga ke shayad mein pehla utha hoon. be hoshi se aur ja raha hoon idhar.</w:t>
      </w:r>
    </w:p>
    <w:p>
      <w:pPr>
        <w:jc w:val="right"/>
      </w:pPr>
      <w:r>
        <w:t>اور میں سمجھ رہا ہوں گا کہ شاید میں پہلا اٹھا ہوں۔ بے ہوشی سے اور جا رہا ہوں ادھر۔</w:t>
      </w:r>
    </w:p>
    <w:p>
      <w:r>
        <w:rPr>
          <w:b/>
        </w:rPr>
        <w:t xml:space="preserve">[41:37] </w:t>
      </w:r>
      <w:r>
        <w:t>to jab mein wahan pohnchun ga. to mein dekhoon ga moosa ab is se pehle pohanch kar ke. takht ka paya pakray hue hain. is ko kehte hain paya yeh jo hai.</w:t>
      </w:r>
    </w:p>
    <w:p>
      <w:pPr>
        <w:jc w:val="right"/>
      </w:pPr>
      <w:r>
        <w:t>تو جب میں وہاں پہنچوں گا۔ تو میں دیکھوں گا موسیٰ اب اس سے پہلے پہنچ کر کے۔ تخت کا پایا پکڑے ہوئے ہیں۔ اس کو کہتے ہیں پایا یہ جو ہے۔</w:t>
      </w:r>
    </w:p>
    <w:p>
      <w:r>
        <w:rPr>
          <w:b/>
        </w:rPr>
        <w:t xml:space="preserve">[41:47] </w:t>
      </w:r>
      <w:r>
        <w:t>tang. to rasool Allah ne farmaya ke jab mein pohnchun ga arsh ilahi ke paas. to mein dekhoon ga moosa ab is se pehle pohanch chuke hain wahan par. aur arsh ka takht ka paya pakray hue hain.</w:t>
      </w:r>
    </w:p>
    <w:p>
      <w:pPr>
        <w:jc w:val="right"/>
      </w:pPr>
      <w:r>
        <w:t>ٹانگ۔ تو رسول اللہ نے فرمایا کہ جب میں پہنچوں گا عرش الہی کے پاس۔ تو میں دیکھوں گا موسیٰ اب اس سے پہلے پہنچ چکے ہیں وہاں پر۔ اور عرش کا تخت کا پایا پکڑے ہوئے ہیں۔</w:t>
      </w:r>
    </w:p>
    <w:p>
      <w:r>
        <w:rPr>
          <w:b/>
        </w:rPr>
        <w:t xml:space="preserve">[42:01] </w:t>
      </w:r>
      <w:r>
        <w:t>itna bara peghambar. aap jante hain is ke baray mein kya hua.</w:t>
      </w:r>
    </w:p>
    <w:p>
      <w:pPr>
        <w:jc w:val="right"/>
      </w:pPr>
      <w:r>
        <w:t>اتنا بڑا پیغمبر۔ آپ جانتے ہیں اس کے بارے میں کیا ہوا۔</w:t>
      </w:r>
    </w:p>
    <w:p>
      <w:r>
        <w:rPr>
          <w:b/>
        </w:rPr>
        <w:t xml:space="preserve">[42:06] </w:t>
      </w:r>
      <w:r>
        <w:t>is par yeh ilzam lagaya gaya ke unhon ne apne bhai ko qatal kar diya. apne bhai ko qatal kar diya. woh kaise hazrat moosa ke bhai thay haroon.</w:t>
      </w:r>
    </w:p>
    <w:p>
      <w:pPr>
        <w:jc w:val="right"/>
      </w:pPr>
      <w:r>
        <w:t>اس پر یہ الزام لگایا گیا کہ انہوں نے اپنے بھائی کو قتل کر دیا۔ اپنے بھائی کو قتل کر دیا۔ وہ کیسے حضرت موسیٰ کے بھائی تھے ہارون۔</w:t>
      </w:r>
    </w:p>
    <w:p>
      <w:r>
        <w:rPr>
          <w:b/>
        </w:rPr>
        <w:t xml:space="preserve">[42:20] </w:t>
      </w:r>
      <w:r>
        <w:t>woh bhi peghambar thay. yani shareek nabi thay woh. haroon jo thay woh shareek nabi thay.</w:t>
      </w:r>
    </w:p>
    <w:p>
      <w:pPr>
        <w:jc w:val="right"/>
      </w:pPr>
      <w:r>
        <w:t>وہ بھی پیغمبر تھے۔ یعنی شریک نبی تھے وہ۔ ہارون جو تھے وہ شریک نبی تھے۔</w:t>
      </w:r>
    </w:p>
    <w:p>
      <w:r>
        <w:rPr>
          <w:b/>
        </w:rPr>
        <w:t xml:space="preserve">[42:27] </w:t>
      </w:r>
      <w:r>
        <w:t>to aisa hua ke haroon ko le kar ke aap pahaar par gaye. toor pahaar par. aur jo aap ke pehrokar thay yahoodi log woh neeche thay.</w:t>
      </w:r>
    </w:p>
    <w:p>
      <w:pPr>
        <w:jc w:val="right"/>
      </w:pPr>
      <w:r>
        <w:t>تو ایسا ہوا کہ ہارون کو لے کر کے آپ پہاڑ پر گئے۔ طور پہاڑ پر۔ اور جو آپ کے پیروکار تھے یہودی لوگ وہ نیچے تھے۔</w:t>
      </w:r>
    </w:p>
    <w:p>
      <w:r>
        <w:rPr>
          <w:b/>
        </w:rPr>
        <w:t xml:space="preserve">[42:38] </w:t>
      </w:r>
      <w:r>
        <w:t>wapas jab aaye to hazrat moosa akeley aaye. woh haroon nahi thay un ke sath. to unhon ne kya kiya.</w:t>
      </w:r>
    </w:p>
    <w:p>
      <w:pPr>
        <w:jc w:val="right"/>
      </w:pPr>
      <w:r>
        <w:t>واپس جب آئے تو حضرت موسیٰ اکیلے آئے۔ وہ ہارون نہیں تھے ان کے ساتھ۔ تو انہوں نے کیا کیا۔</w:t>
      </w:r>
    </w:p>
    <w:p>
      <w:r>
        <w:rPr>
          <w:b/>
        </w:rPr>
        <w:t xml:space="preserve">[42:48] </w:t>
      </w:r>
      <w:r>
        <w:t>logon ne keh diya ke jalsi thi un ko apne bhai se aur un ko maar dala wahan ooper ja kar ke. aur qatal kar diya unhon ne.</w:t>
      </w:r>
    </w:p>
    <w:p>
      <w:pPr>
        <w:jc w:val="right"/>
      </w:pPr>
      <w:r>
        <w:t>لوگوں نے کہہ دیا کہ جلسی تھی ان کو اپنے بھائی سے اور ان کو مار ڈالا وہاں اوپر جا کر کے۔ اور قتل کر دیا انہوں نے۔</w:t>
      </w:r>
    </w:p>
    <w:p>
      <w:r>
        <w:rPr>
          <w:b/>
        </w:rPr>
        <w:t xml:space="preserve">[42:56] </w:t>
      </w:r>
      <w:r>
        <w:t>halankeh yeh choti baat thi zahir hai. choti baat thi. to. kisi baat ka yani gaye sath sath lotay akeley.</w:t>
      </w:r>
    </w:p>
    <w:p>
      <w:pPr>
        <w:jc w:val="right"/>
      </w:pPr>
      <w:r>
        <w:t>حالانکہ یہ چھوٹی بات تھی ظاہر ہے۔ چھوٹی بات تھی۔ تو۔ کسی بات کا یعنی گئے ساتھ ساتھ لوٹے اکیلے۔</w:t>
      </w:r>
    </w:p>
    <w:p>
      <w:r>
        <w:rPr>
          <w:b/>
        </w:rPr>
        <w:t xml:space="preserve">[43:06] </w:t>
      </w:r>
      <w:r>
        <w:t>is ko le kar ke unhon ne yeh keh diya. to ghalat ta'abeer ya ghalat ta'abeer to itna aam hai poori tareekh mein phaila raha hai.</w:t>
      </w:r>
    </w:p>
    <w:p>
      <w:pPr>
        <w:jc w:val="right"/>
      </w:pPr>
      <w:r>
        <w:t>اس کو لے کر کے انہوں نے یہ کہہ دیا۔ تو غلط تعبیر یا غلط تعبیر تو اتنا عام ہے پوری تاریخ میں پھیلا رہا ہے۔</w:t>
      </w:r>
    </w:p>
    <w:p>
      <w:r>
        <w:rPr>
          <w:b/>
        </w:rPr>
        <w:t xml:space="preserve">[43:17] </w:t>
      </w:r>
      <w:r>
        <w:t>to yaad rakhiye jab bhi koi baat kahe to aap poochen ke hawala lao. hawala lao.</w:t>
      </w:r>
    </w:p>
    <w:p>
      <w:pPr>
        <w:jc w:val="right"/>
      </w:pPr>
      <w:r>
        <w:t>تو یاد رکھیے جب بھی کوئی بات کہے تو آپ پوچھیں کہ حوالہ لاؤ۔ حوالہ لاؤ۔</w:t>
      </w:r>
    </w:p>
    <w:p>
      <w:r>
        <w:rPr>
          <w:b/>
        </w:rPr>
        <w:t xml:space="preserve">[43:24] </w:t>
      </w:r>
      <w:r>
        <w:t>to mujhe yaqeen hai ke aaj tak koi hawala nahi de saka. yaad rakhiye mere baray mein dunya bhar ki baaten kahi jati hain. har jagah. koi bhi kisi hawala se koi baat nahi keh pata.</w:t>
      </w:r>
    </w:p>
    <w:p>
      <w:pPr>
        <w:jc w:val="right"/>
      </w:pPr>
      <w:r>
        <w:t>تو مجھے یقین ہے کہ آج تک کوئی حوالہ نہیں دے سکا۔ یاد رکھیے میرے بارے میں دنیا بھر کی باتیں کہی جاتی ہیں۔ ہر جگہ۔ کوئی بھی کسی حوالہ سے کوئی بات نہیں کہہ پاتا۔</w:t>
      </w:r>
    </w:p>
    <w:p>
      <w:r>
        <w:rPr>
          <w:b/>
        </w:rPr>
        <w:t xml:space="preserve">[43:36] </w:t>
      </w:r>
      <w:r>
        <w:t>bas khud hi khud kehte hain. jaise ke yahoodiyon ne keh diya ke unhon ne maar dala apne bhai ko. un ke paas koi saboot nahi tha koi saboot nahi tha. koi hawala nahi tha.</w:t>
      </w:r>
    </w:p>
    <w:p>
      <w:pPr>
        <w:jc w:val="right"/>
      </w:pPr>
      <w:r>
        <w:t>بس خود ہی خود کہتے ہیں۔ جیسے کہ یہودیوں نے کہہ دیا کہ انہوں نے مار ڈالا اپنے بھائی کو۔ ان کے پاس کوئی ثبوت نہیں تھا کوئی ثبوت نہیں تھا۔ کوئی حوالہ نہیں تھا۔</w:t>
      </w:r>
    </w:p>
    <w:p>
      <w:r>
        <w:rPr>
          <w:b/>
        </w:rPr>
        <w:t xml:space="preserve">[43:45] </w:t>
      </w:r>
      <w:r>
        <w:t>bas ek ilzam laga diya. isi tarah mere khilaf ilzam lagate rehte hain log. aaj tak koi ek bhi shakhs nahi hai zameen par.</w:t>
      </w:r>
    </w:p>
    <w:p>
      <w:pPr>
        <w:jc w:val="right"/>
      </w:pPr>
      <w:r>
        <w:t>بس ایک الزام لگا دیا۔ اسی طرح میرے خلاف الزام لگاتے رہتے ہیں لوگ۔ آج تک کوئی ایک بھی شخص نہیں ہے زمین پر۔</w:t>
      </w:r>
    </w:p>
    <w:p>
      <w:r>
        <w:rPr>
          <w:b/>
        </w:rPr>
        <w:t xml:space="preserve">[43:54] </w:t>
      </w:r>
      <w:r>
        <w:t>jabke hazaron mere khilaf likhte bolte rehte hain. jo koi hawala ke sath mere khilaf kuch bol sake. is wajah se aap log yaad rakhiye.</w:t>
      </w:r>
    </w:p>
    <w:p>
      <w:pPr>
        <w:jc w:val="right"/>
      </w:pPr>
      <w:r>
        <w:t>جبکہ ہزاروں میرے خلاف لکھتے بولتے رہتے ہیں۔ جو کوئی حوالہ کے ساتھ میرے خلاف کچھ بول سکے۔ اس وجہ سے آپ لوگ یاد رکھیے۔</w:t>
      </w:r>
    </w:p>
    <w:p>
      <w:r>
        <w:rPr>
          <w:b/>
        </w:rPr>
        <w:t xml:space="preserve">[44:08] </w:t>
      </w:r>
      <w:r>
        <w:t>keh ghalat ta'beer ya ilzaam yeh to hota hi rehta hai. hota hi rehta hai. kisi ko bhi.</w:t>
      </w:r>
    </w:p>
    <w:p>
      <w:pPr>
        <w:jc w:val="right"/>
      </w:pPr>
      <w:r>
        <w:t>کہ غلط تعبیر یا الزام یہ تو ہوتا ہی رہتا ہے۔ ہوتا ہی رہتا ہے۔ کسی کو بھی۔</w:t>
      </w:r>
    </w:p>
    <w:p>
      <w:r>
        <w:rPr>
          <w:b/>
        </w:rPr>
        <w:t xml:space="preserve">[44:17] </w:t>
      </w:r>
      <w:r>
        <w:t>ya phir Khuda ko bhi. ek martaba mein Faizabad mein tha.</w:t>
      </w:r>
    </w:p>
    <w:p>
      <w:pPr>
        <w:jc w:val="right"/>
      </w:pPr>
      <w:r>
        <w:t>یا پھر خدا کو بھی۔ ایک مرتبہ میں فیض آباد میں تھا۔</w:t>
      </w:r>
    </w:p>
    <w:p>
      <w:r>
        <w:rPr>
          <w:b/>
        </w:rPr>
        <w:t xml:space="preserve">[44:21] </w:t>
      </w:r>
      <w:r>
        <w:t>mere dost. dost ka matlab hamare madrasay ke saathi thay woh. un ka naam tha Mahmood Rasheed. un ke ghar mein mein gaya tha mein.</w:t>
      </w:r>
    </w:p>
    <w:p>
      <w:pPr>
        <w:jc w:val="right"/>
      </w:pPr>
      <w:r>
        <w:t>میرے دوست۔ دوست کا مطلب ہمارے مدرسے کے ساتھی تھے وہ۔ ان کا نام تھا محمود رشید۔ ان کے گھر میں میں گیا تھا میں۔</w:t>
      </w:r>
    </w:p>
    <w:p>
      <w:r>
        <w:rPr>
          <w:b/>
        </w:rPr>
        <w:t xml:space="preserve">[44:31] </w:t>
      </w:r>
      <w:r>
        <w:t>to woh mausam is ka. yaani barsaat ka mausam nahi tha. to achaanak aisi baarish hone lagi. kabhi kabhi hota hai ke achaanak aisi be mausam ki baarish ho jati hai.</w:t>
      </w:r>
    </w:p>
    <w:p>
      <w:pPr>
        <w:jc w:val="right"/>
      </w:pPr>
      <w:r>
        <w:t>تو وہ موسم اس کا۔ یعنی برسات کا موسم نہیں تھا۔ تو اچانک ایسی بارش ہونے لگی۔ کبھی کبھی ہوتا ہے کہ اچانک ایسی بے موسم کی بارش ہو جاتی ہے۔</w:t>
      </w:r>
    </w:p>
    <w:p>
      <w:r>
        <w:rPr>
          <w:b/>
        </w:rPr>
        <w:t xml:space="preserve">[44:44] </w:t>
      </w:r>
      <w:r>
        <w:t>to aisi</w:t>
      </w:r>
    </w:p>
    <w:p>
      <w:pPr>
        <w:jc w:val="right"/>
      </w:pPr>
      <w:r>
        <w:t>تو ایسی</w:t>
      </w:r>
    </w:p>
    <w:p>
      <w:r>
        <w:rPr>
          <w:b/>
        </w:rPr>
        <w:t xml:space="preserve">[44:45] </w:t>
      </w:r>
      <w:r>
        <w:t>hone lagi to un ke bhai baray bhai un ke thay. kehte hain. Allah miyan. barastay barastay boorhay ho gaye. aur abhi tak barsna nahi aaya.</w:t>
      </w:r>
    </w:p>
    <w:p>
      <w:pPr>
        <w:jc w:val="right"/>
      </w:pPr>
      <w:r>
        <w:t>ہونے لگی تو ان کے بھائی بڑے بھائی ان کے تھے۔ کہتے ہیں۔ اللہ میاں۔ برستے برستے بوڑھے ہو گئے۔ اور ابھی تک برسنا نہیں آیا۔</w:t>
      </w:r>
    </w:p>
    <w:p>
      <w:r>
        <w:rPr>
          <w:b/>
        </w:rPr>
        <w:t xml:space="preserve">[44:56] </w:t>
      </w:r>
      <w:r>
        <w:t>to aap poochiye ke kis ko kis ko kya keh sakta hai insaan. to mein aap ko bataunga ke jo bhi mere khilaaf kuch bolay. hawala mangen us se hawala.</w:t>
      </w:r>
    </w:p>
    <w:p>
      <w:pPr>
        <w:jc w:val="right"/>
      </w:pPr>
      <w:r>
        <w:t>تو آپ پوچھیے کہ کس کو کس کو کیا کہہ سکتا ہے انسان۔ تو میں آپ کو بتاؤں گا کہ جو بھی میرے خلاف کچھ بولے۔ حوالہ مانگیں اس سے حوالہ۔</w:t>
      </w:r>
    </w:p>
    <w:p>
      <w:r>
        <w:rPr>
          <w:b/>
        </w:rPr>
        <w:t xml:space="preserve">[45:07] </w:t>
      </w:r>
      <w:r>
        <w:t>kis kitaab mein. kis safhay mein. hai woh baat woh batao.</w:t>
      </w:r>
    </w:p>
    <w:p>
      <w:pPr>
        <w:jc w:val="right"/>
      </w:pPr>
      <w:r>
        <w:t>کس کتاب میں۔ کس صفحے میں۔ ہے وہ بات وہ بتاؤ۔</w:t>
      </w:r>
    </w:p>
    <w:p>
      <w:r>
        <w:rPr>
          <w:b/>
        </w:rPr>
        <w:t xml:space="preserve">[45:13] </w:t>
      </w:r>
      <w:r>
        <w:t>aur mujhe yaqeen hai ke na aaj tak koi bata paya hai na koi bata sake ga. aur bataiye. Maulana yeh sawal hai Hameed Hussain sahib.</w:t>
      </w:r>
    </w:p>
    <w:p>
      <w:pPr>
        <w:jc w:val="right"/>
      </w:pPr>
      <w:r>
        <w:t>اور مجھے یقین ہے کہ نہ آج تک کوئی بتا پایا ہے نہ کوئی بتا سکے گا۔ اور بتائیے۔ مولانا یہ سوال ہے حامد حسین صاحب۔</w:t>
      </w:r>
    </w:p>
    <w:p>
      <w:r>
        <w:rPr>
          <w:b/>
        </w:rPr>
        <w:t xml:space="preserve">[45:25] </w:t>
      </w:r>
      <w:r>
        <w:t>is is toning zaroori farz hai Hajj. Can we escape it during Hajj?</w:t>
      </w:r>
    </w:p>
    <w:p>
      <w:pPr>
        <w:jc w:val="right"/>
      </w:pPr>
      <w:r>
        <w:t>اس اس ٹوننگ ضروری فرض ہے حج۔ Can we escape it during Hajj?</w:t>
      </w:r>
    </w:p>
    <w:p>
      <w:r>
        <w:rPr>
          <w:b/>
        </w:rPr>
        <w:t xml:space="preserve">[45:35] </w:t>
      </w:r>
      <w:r>
        <w:t>yaani is toning to karni hai. aisa nahi ke aap is toning na karen.</w:t>
      </w:r>
    </w:p>
    <w:p>
      <w:pPr>
        <w:jc w:val="right"/>
      </w:pPr>
      <w:r>
        <w:t>یعنی اس ٹوننگ تو کرنی ہے۔ ایسا نہیں کہ آپ اس ٹوننگ نہ کریں۔</w:t>
      </w:r>
    </w:p>
    <w:p>
      <w:r>
        <w:rPr>
          <w:b/>
        </w:rPr>
        <w:t xml:space="preserve">[45:40] </w:t>
      </w:r>
      <w:r>
        <w:t>sirf yeh hai. ke chunkay woh alamati toning hai. haqeeqi toning nahi hai to kai option aap ke liye hain. kai option hain.</w:t>
      </w:r>
    </w:p>
    <w:p>
      <w:pPr>
        <w:jc w:val="right"/>
      </w:pPr>
      <w:r>
        <w:t>صرف یہ ہے۔ کہ چونکہ وہ علامتی ٹوننگ ہے۔ حقیقی ٹوننگ نہیں ہے تو کئی آپشن آپ کے لیے ہیں۔ کئی آپشن ہیں۔</w:t>
      </w:r>
    </w:p>
    <w:p>
      <w:r>
        <w:rPr>
          <w:b/>
        </w:rPr>
        <w:t xml:space="preserve">[45:50] </w:t>
      </w:r>
      <w:r>
        <w:t>aap khud ja kar ke wahan kankri maaren. ek option yeh hai. doosra yeh hai ke aap door se aise phenk den. aur woh wahan na pohanchay.</w:t>
      </w:r>
    </w:p>
    <w:p>
      <w:pPr>
        <w:jc w:val="right"/>
      </w:pPr>
      <w:r>
        <w:t>آپ خود جا کر کے وہاں کنکری ماریں۔ ایک آپشن یہ ہے۔ دوسرا یہ ہے کہ آپ دور سے ایسے پھینک دیں۔ اور وہ وہاں نہ پہنچے۔</w:t>
      </w:r>
    </w:p>
    <w:p>
      <w:r>
        <w:rPr>
          <w:b/>
        </w:rPr>
        <w:t xml:space="preserve">[45:59] </w:t>
      </w:r>
      <w:r>
        <w:t>beech mein gir jaye woh bhi ek option hai. teesra option yeh hai ke aap boorhay kamzor hain. to kisi aadmi ko de den. kankri. aur kahein ke meri taraf se phenk dena.</w:t>
      </w:r>
    </w:p>
    <w:p>
      <w:pPr>
        <w:jc w:val="right"/>
      </w:pPr>
      <w:r>
        <w:t>بیچ میں گر جائے وہ بھی ایک آپشن ہے۔ تیسرا آپشن یہ ہے کہ آپ بوڑھے کمزور ہیں۔ تو کسی آدمی کو دے دیں۔ کنکری۔ اور کہیں کہ میری طرف سے پھینک دینا۔</w:t>
      </w:r>
    </w:p>
    <w:p>
      <w:r>
        <w:rPr>
          <w:b/>
        </w:rPr>
        <w:t xml:space="preserve">[46:09] </w:t>
      </w:r>
      <w:r>
        <w:t>yeh bhi ek option hai. to phenkna to zaroori hai. lekin is ke kai option hain. agar kankri na phenken agar koi nahi kare to kya woh matlab qabool hoga nahi hoga Hajj mein?</w:t>
      </w:r>
    </w:p>
    <w:p>
      <w:pPr>
        <w:jc w:val="right"/>
      </w:pPr>
      <w:r>
        <w:t>یہ بھی ایک آپشن ہے۔ تو پھینکنا تو ضروری ہے۔ لیکن اس کے کئی آپشن ہیں۔ اگر کنکری نہ پھینکیں اگر کوئی نہیں کرے تو کیا وہ مطلب قبول ہوگا نہیں ہوگا حج میں؟</w:t>
      </w:r>
    </w:p>
    <w:p>
      <w:r>
        <w:rPr>
          <w:b/>
        </w:rPr>
        <w:t xml:space="preserve">[46:21] </w:t>
      </w:r>
      <w:r>
        <w:t>Hajj is ka naaqis ho jaye ga. Hajj naaqis ho jaye ga is ka.</w:t>
      </w:r>
    </w:p>
    <w:p>
      <w:pPr>
        <w:jc w:val="right"/>
      </w:pPr>
      <w:r>
        <w:t>حج اس کا ناقص ہو جائے گا۔ حج ناقص ہو جائے گا اس کا۔</w:t>
      </w:r>
    </w:p>
    <w:p>
      <w:r>
        <w:rPr>
          <w:b/>
        </w:rPr>
        <w:t xml:space="preserve">[46:29] </w:t>
      </w:r>
      <w:r>
        <w:t>woh zaroori hai. kankri bhejna bohat zaroori hai kyunkay kankri phenkna mamooli baat nahi hai. ab kankri nahi phenki aap ne to aap Hajj kiya kiya aap ne?</w:t>
      </w:r>
    </w:p>
    <w:p>
      <w:pPr>
        <w:jc w:val="right"/>
      </w:pPr>
      <w:r>
        <w:t>وہ ضروری ہے۔ کنکری بھیجنا بہت ضروری ہے کیونکہ کنکری پھینکنا معمولی بات نہیں ہے۔ اب کنکری نہیں پھینکی آپ نے تو آپ حج کیا کیا آپ نے؟</w:t>
      </w:r>
    </w:p>
    <w:p>
      <w:r>
        <w:rPr>
          <w:b/>
        </w:rPr>
        <w:t xml:space="preserve">[46:39] </w:t>
      </w:r>
      <w:r>
        <w:t>Hajj kiya kiya aap ne? Hajj to yeh hai ke aap yeh le kar wahan se loten yeh. ke mujhe shaitan se larna hai. mujhe shaitan ko marna hai. shaitan ko apne oopar control nahi dena hai.</w:t>
      </w:r>
    </w:p>
    <w:p>
      <w:pPr>
        <w:jc w:val="right"/>
      </w:pPr>
      <w:r>
        <w:t>حج کیا کیا آپ نے؟ حج تو یہ ہے کہ آپ یہ لے کر وہاں سے لوٹیں یہ۔ کہ مجھے شیطان سے لڑنا ہے۔ مجھے شیطان کو مارنا ہے۔ شیطان کو اپنے اوپر کنٹرول نہیں دینا ہے۔</w:t>
      </w:r>
    </w:p>
    <w:p>
      <w:r>
        <w:rPr>
          <w:b/>
        </w:rPr>
        <w:t xml:space="preserve">[46:50] </w:t>
      </w:r>
      <w:r>
        <w:t>yeh le kar nahi lotay aap to lotay kya Hajj se? qurbani kar ke chalay aaye khaali. to woh to Hajj bhi nahi hua. to saari cheezon ko karna hai.</w:t>
      </w:r>
    </w:p>
    <w:p>
      <w:pPr>
        <w:jc w:val="right"/>
      </w:pPr>
      <w:r>
        <w:t>یہ لے کے نہیں لوٹے آپ تو لوٹے کیا حج سے؟ قربانی کر کے چلے آئے خالی۔ تو وہ تو حج بھی نہیں ہوا۔ تو ساری چیزوں کو کرنا ہے۔</w:t>
      </w:r>
    </w:p>
    <w:p>
      <w:r>
        <w:rPr>
          <w:b/>
        </w:rPr>
        <w:t xml:space="preserve">[46:59] </w:t>
      </w:r>
      <w:r>
        <w:t>aur yeh bohat ahem hissa hai is ka. kyunkay hua yeh tha wahan par Hazrat Ibrahim jab apne bete ko le kar chalay thay jo chotay thay us waqt. to un shaitan ne behkana shuru kiya.</w:t>
      </w:r>
    </w:p>
    <w:p>
      <w:pPr>
        <w:jc w:val="right"/>
      </w:pPr>
      <w:r>
        <w:t>اور یہ بہت اہم حصہ ہے اس کا۔ کیونکہ ہوا یہ تھا وہاں پر حضرت ابراہیم جب اپنے بیٹے کو لے کر چلے تھے جو چھوٹے تھے اس وقت۔ تو ان شیطان نے بہکانا شروع کیا۔</w:t>
      </w:r>
    </w:p>
    <w:p>
      <w:r>
        <w:rPr>
          <w:b/>
        </w:rPr>
        <w:t xml:space="preserve">[47:10] </w:t>
      </w:r>
      <w:r>
        <w:t>to wahan par kya hai ke unhon ne kankri phenki shaitan ki taraf. bhag yahan se.</w:t>
      </w:r>
    </w:p>
    <w:p>
      <w:pPr>
        <w:jc w:val="right"/>
      </w:pPr>
      <w:r>
        <w:t>تو وہاں پر کیا ہے کہ انہوں نے کنکری پھینکی شیطان کی طرف۔ بھاگ یہاں سے۔</w:t>
      </w:r>
    </w:p>
    <w:p>
      <w:r>
        <w:rPr>
          <w:b/>
        </w:rPr>
        <w:t xml:space="preserve">[47:18] </w:t>
      </w:r>
      <w:r>
        <w:t>to is ka maani yeh hai ke shaitan jab aap ko behkaye to aap shaitan ko bhagayen. shaitan to har waqt. aap jantay hain ke har waqt shaitan hum ko behkata rehta hai.</w:t>
      </w:r>
    </w:p>
    <w:p>
      <w:pPr>
        <w:jc w:val="right"/>
      </w:pPr>
      <w:r>
        <w:t>تو اس کا معنی یہ ہے کہ شیطان جب آپ کو بہکاوے تو آپ شیطان کو بھگائیں۔ شیطان تو ہر وقت۔ آپ جانتے ہیں کہ ہر وقت شیطان ہم کو بہکاتا رہتا ہے۔</w:t>
      </w:r>
    </w:p>
    <w:p>
      <w:r>
        <w:rPr>
          <w:b/>
        </w:rPr>
        <w:t xml:space="preserve">[47:30] </w:t>
      </w:r>
      <w:r>
        <w:t>subah shaam raat din behkata hai humein. jis waqt aap ko lagay ke yeh behka raha hai mujhe usi waqt us ko dhakka de ga. door karen us ko. maar kar bhagayen.</w:t>
      </w:r>
    </w:p>
    <w:p>
      <w:pPr>
        <w:jc w:val="right"/>
      </w:pPr>
      <w:r>
        <w:t>صبح شام رات دن بہکاتا ہے ہمیں۔ جس وقت آپ کو لگے کہ یہ بہکا رہا ہے مجھے اسی وقت اس کو دھکا دے گا۔ دور کریں اس کو۔ مار کر بھگائیں۔</w:t>
      </w:r>
    </w:p>
    <w:p>
      <w:r>
        <w:rPr>
          <w:b/>
        </w:rPr>
        <w:t xml:space="preserve">[47:38] </w:t>
      </w:r>
      <w:r>
        <w:t>yeh rooh le kar lotna hai wahan se. ab aap ne is toning nahi ki to yeh rooh nahi le ke lotay. kyunkay to Hajj kiya hua woh to kuch bhi nahi hua. woh to ek</w:t>
      </w:r>
    </w:p>
    <w:p>
      <w:pPr>
        <w:jc w:val="right"/>
      </w:pPr>
      <w:r>
        <w:t>یہ روح لے کر لوٹنا ہے وہاں سے۔ اب آپ نے اس ٹوننگ نہیں کی تو یہ روح نہیں لے کے لوٹے۔ کیونکہ تو حج کیا ہوا وہ تو کچھ بھی نہیں ہوا۔ وہ تو ایک</w:t>
      </w:r>
    </w:p>
    <w:p>
      <w:r>
        <w:rPr>
          <w:b/>
        </w:rPr>
        <w:t xml:space="preserve">[47:47] </w:t>
      </w:r>
      <w:r>
        <w:t>. ek woh. ek outing ho gaya bas. Maulana abhi aap ne is shuru mein yeh bataya hua tha. What he was saying in the beginning before this question.</w:t>
      </w:r>
    </w:p>
    <w:p>
      <w:pPr>
        <w:jc w:val="right"/>
      </w:pPr>
      <w:r>
        <w:t>۔ ایک وہ۔ ایک آؤٹنگ ہو گیا بس۔ مولانا ابھی آپ نے اس شروع میں یہ بتایا ہوا تھا۔ What he was saying in the beginning before this question.</w:t>
      </w:r>
    </w:p>
    <w:p>
      <w:r>
        <w:rPr>
          <w:b/>
        </w:rPr>
        <w:t xml:space="preserve">[47:58] </w:t>
      </w:r>
      <w:r>
        <w:t>molana agar jaise hum ab kisi ko bhi batate hain c p s ke bare mein ya aap ke bare mein kahe ke jo molana follow kar rahe hain woh islam nahi hai, aisi aisi baatein hoti hain.</w:t>
      </w:r>
    </w:p>
    <w:p>
      <w:pPr>
        <w:jc w:val="right"/>
      </w:pPr>
      <w:r>
        <w:t>مولانا اگر جیسے ہم اب کسی کو بھی بتاتے ہیں سی پی ایس کے بارے میں یا آپ کے بارے میں کہے کہ جو مولانا فالو کر رہے ہیں وہ اسلام نہیں ہے، ایسی ایسی باتیں ہوتی ہیں۔</w:t>
      </w:r>
    </w:p>
    <w:p>
      <w:r>
        <w:rPr>
          <w:b/>
        </w:rPr>
        <w:t xml:space="preserve">[48:07] </w:t>
      </w:r>
      <w:r>
        <w:t>And there have been instances where books have been written against you in Pakistan and everywhere, and there's a life threat on you.</w:t>
      </w:r>
    </w:p>
    <w:p>
      <w:pPr>
        <w:jc w:val="right"/>
      </w:pPr>
      <w:r>
        <w:t>And there have been instances where books have been written against you in Pakistan and everywhere, and there's a life threat on you.</w:t>
      </w:r>
    </w:p>
    <w:p>
      <w:r>
        <w:rPr>
          <w:b/>
        </w:rPr>
        <w:t xml:space="preserve">[48:16] </w:t>
      </w:r>
      <w:r>
        <w:t>Okay, because they feel that this is an incorrect interpretation of Islam, what you are teaching everyone. My question is that when it comes to Sufism also, most scholars believe that it is an incorrect interpretation.</w:t>
      </w:r>
    </w:p>
    <w:p>
      <w:pPr>
        <w:jc w:val="right"/>
      </w:pPr>
      <w:r>
        <w:t>Okay, because they feel that this is an incorrect interpretation of Islam, what you are teaching everyone. My question is that when it comes to Sufism also, most scholars believe that it is an incorrect interpretation.</w:t>
      </w:r>
    </w:p>
    <w:p>
      <w:r>
        <w:rPr>
          <w:b/>
        </w:rPr>
        <w:t xml:space="preserve">[48:30] </w:t>
      </w:r>
      <w:r>
        <w:t>So why did they take a softer start with Sufism against you? dekhen, main yeh nahi manta ke Sufism jo hai woh islam ka sahi izhaar tha.</w:t>
      </w:r>
    </w:p>
    <w:p>
      <w:pPr>
        <w:jc w:val="right"/>
      </w:pPr>
      <w:r>
        <w:t>So why did they take a softer start with Sufism against you? دیکھیں، میں یہ نہیں مانتا کہ Sufism جو ہے وہ اسلام کا صحیح اظہار تھا۔</w:t>
      </w:r>
    </w:p>
    <w:p>
      <w:r>
        <w:rPr>
          <w:b/>
        </w:rPr>
        <w:t xml:space="preserve">[48:43] </w:t>
      </w:r>
      <w:r>
        <w:t>main yeh nahi manta.</w:t>
      </w:r>
    </w:p>
    <w:p>
      <w:pPr>
        <w:jc w:val="right"/>
      </w:pPr>
      <w:r>
        <w:t>میں یہ نہیں مانتا۔</w:t>
      </w:r>
    </w:p>
    <w:p>
      <w:r>
        <w:rPr>
          <w:b/>
        </w:rPr>
        <w:t xml:space="preserve">[48:44] </w:t>
      </w:r>
      <w:r>
        <w:t>Sufism was a kind of escapism. is zamane mein aisa hua ke</w:t>
      </w:r>
    </w:p>
    <w:p>
      <w:pPr>
        <w:jc w:val="right"/>
      </w:pPr>
      <w:r>
        <w:t>Sufism was a kind of escapism. اس زمانے میں ایسا ہوا کہ</w:t>
      </w:r>
    </w:p>
    <w:p>
      <w:r>
        <w:rPr>
          <w:b/>
        </w:rPr>
        <w:t xml:space="preserve">[48:55] </w:t>
      </w:r>
      <w:r>
        <w:t>Sufism ka ikhlaaf mein nahi hoon sirf ek wajah se ke unhon ne koi samajh mein koi shar paida nahi kiya. koi masla nahi paida kiya unhon ne.</w:t>
      </w:r>
    </w:p>
    <w:p>
      <w:pPr>
        <w:jc w:val="right"/>
      </w:pPr>
      <w:r>
        <w:t>Sufism کا اخلاف میں نہیں ہوں صرف ایک وجہ سے کہ انہوں نے کوئی سماج میں کوئی شر پیدا نہیں کیا۔ کوئی مسئلہ نہیں پیدا کیا انہوں نے۔</w:t>
      </w:r>
    </w:p>
    <w:p>
      <w:r>
        <w:rPr>
          <w:b/>
        </w:rPr>
        <w:t xml:space="preserve">[49:05] </w:t>
      </w:r>
      <w:r>
        <w:t>No problem ban kar rahe. Sufism ka mere nazdeek jo paida hua hai ke unhon ne apne aap ko No problem person</w:t>
      </w:r>
    </w:p>
    <w:p>
      <w:pPr>
        <w:jc w:val="right"/>
      </w:pPr>
      <w:r>
        <w:t>No problem بن کر رہے۔ Sufism کا میرے نزدیک جو پیدا ہوا ہے کہ انہوں نے اپنے آپ کو No problem person</w:t>
      </w:r>
    </w:p>
    <w:p>
      <w:r>
        <w:rPr>
          <w:b/>
        </w:rPr>
        <w:t xml:space="preserve">[49:12] </w:t>
      </w:r>
      <w:r>
        <w:t>bana kar rakha. bas. aur jahan tak islam ki jo sachi taleem hai, main nahi manta ke unhon ne us ko pesh kiya. main us ko nahi manta.</w:t>
      </w:r>
    </w:p>
    <w:p>
      <w:pPr>
        <w:jc w:val="right"/>
      </w:pPr>
      <w:r>
        <w:t>بنا کر رکھا۔ بس۔ اور جہاں تک اسلام کی جو سچی تعلیم ہے، میں نہیں مانتا کہ انہوں نے اس کو پیش کیا۔ میں اس کو نہیں مانتا۔</w:t>
      </w:r>
    </w:p>
    <w:p>
      <w:r>
        <w:rPr>
          <w:b/>
        </w:rPr>
        <w:t xml:space="preserve">[49:21] </w:t>
      </w:r>
      <w:r>
        <w:t>to is wajah se woh to balkay ek bohat bara ghalat kaam bhi unhon ne kiya ke islam ko unhon ne hindu kar diya. aaj jo hindu jate hain bohat zyada wahan dargahon mein aur bohat un ke mo'taqad rehte hain is liye ke woh dekhte hain ke yahan par islam aur hindu ek ho gaya hai.</w:t>
      </w:r>
    </w:p>
    <w:p>
      <w:pPr>
        <w:jc w:val="right"/>
      </w:pPr>
      <w:r>
        <w:t>تو اس وجہ سے وہ تو بلکہ ایک بہت بڑا غلط کام بھی انہوں نے کیا کہ اسلام کو انہوں نے ہندو کر دیا۔ آج جو ہندو جاتے ہیں بہت زیادہ وہاں درگاہوں میں اور بہت ان کے معتقد رہتے ہیں اس لیے کہ وہ دیکھتے ہیں کہ یہاں پر اسلام اور ہندو ایک ہو گیا ہے۔</w:t>
      </w:r>
    </w:p>
    <w:p>
      <w:r>
        <w:rPr>
          <w:b/>
        </w:rPr>
        <w:t xml:space="preserve">[49:40] </w:t>
      </w:r>
      <w:r>
        <w:t>jo hum nahi karte.</w:t>
      </w:r>
    </w:p>
    <w:p>
      <w:pPr>
        <w:jc w:val="right"/>
      </w:pPr>
      <w:r>
        <w:t>جو ہم نہیں کرتے۔</w:t>
      </w:r>
    </w:p>
    <w:p>
      <w:r>
        <w:rPr>
          <w:b/>
        </w:rPr>
        <w:t xml:space="preserve">[49:43] </w:t>
      </w:r>
      <w:r>
        <w:t>yeh to bohat hi khuli hui baat hai. aap koi bhi un ki kitab parhen. un ke koi bhi jo kahaniyan hain woh parhen. aap un ki jo qisse kahaniyan parhen. to unhon ne hindu aur islam ko mila kar ek edition banaya tha.</w:t>
      </w:r>
    </w:p>
    <w:p>
      <w:pPr>
        <w:jc w:val="right"/>
      </w:pPr>
      <w:r>
        <w:t>یہ تو بہت ہی کھلی ہوئی بات ہے۔ آپ کوئی بھی ان کی کتاب پڑھیں۔ ان کے کوئی بھی جو کہانیاں ہیں وہ پڑھیں۔ آپ ان کی جو قصے کہانیاں پڑھیں۔ تو انہوں نے ہندو اور اسلام کو ملا کر ایک ایڈیشن بنایا تھا۔</w:t>
      </w:r>
    </w:p>
    <w:p>
      <w:r>
        <w:rPr>
          <w:b/>
        </w:rPr>
        <w:t xml:space="preserve">[49:56] </w:t>
      </w:r>
      <w:r>
        <w:t>ji haan. to woh zahir hai ke hindu khush rahe ga un se. woh maray gaye kyun? doosre log bhi khush rahen ge.</w:t>
      </w:r>
    </w:p>
    <w:p>
      <w:pPr>
        <w:jc w:val="right"/>
      </w:pPr>
      <w:r>
        <w:t>جی ہاں۔ تو وہ ظاہر ہے کہ ہندو خوش رہے گا ان سے۔ وہ مارے گئے کیوں؟ دوسرے لوگ بھی خوش رہیں گے۔</w:t>
      </w:r>
    </w:p>
    <w:p>
      <w:r>
        <w:rPr>
          <w:b/>
        </w:rPr>
        <w:t xml:space="preserve">[50:05] </w:t>
      </w:r>
      <w:r>
        <w:t>jaise misaal ke tor par sare log jo hain hain Sufi, Modernism ko qabool kar liya unhon ne.</w:t>
      </w:r>
    </w:p>
    <w:p>
      <w:pPr>
        <w:jc w:val="right"/>
      </w:pPr>
      <w:r>
        <w:t>جیسے مثال کے طور پر سارے لوگ جو ہیں ہیں Sufi، Modernism کو قبول کر لیا انہوں نے۔</w:t>
      </w:r>
    </w:p>
    <w:p>
      <w:r>
        <w:rPr>
          <w:b/>
        </w:rPr>
        <w:t xml:space="preserve">[50:12] </w:t>
      </w:r>
      <w:r>
        <w:t>Modernism ko. jo ke khalis hindu tasawwur hai woh. aur hum Monotheism ko batate hain. to hindu jo hai hamari baat ko samajhta hai ke yeh to alag baat bata rahe hain.</w:t>
      </w:r>
    </w:p>
    <w:p>
      <w:pPr>
        <w:jc w:val="right"/>
      </w:pPr>
      <w:r>
        <w:t>Modernism کو۔ جو کہ خالص ہندو تصور ہے وہ۔ اور ہم Monotheism کو بتاتے ہیں۔ تو ہندو جو ہے ہماری بات کو سمجھتا ہے کہ یہ تو الگ بات بتا رہے ہیں۔</w:t>
      </w:r>
    </w:p>
    <w:p>
      <w:r>
        <w:rPr>
          <w:b/>
        </w:rPr>
        <w:t xml:space="preserve">[50:23] </w:t>
      </w:r>
      <w:r>
        <w:t>un ko samajh aaye ke hamari baat bata rahe hain. yani Modernism jo hai woh hai bilkul woh kya kehte hain? advaitvad. advaitvad ko dakhil kar diya unhon ne islam mein yeh keh kar ke yeh wahdat ul wajood keh kar ke.</w:t>
      </w:r>
    </w:p>
    <w:p>
      <w:pPr>
        <w:jc w:val="right"/>
      </w:pPr>
      <w:r>
        <w:t>ان کو سمجھ آئے کہ ہماری بات بتا رہے ہیں۔ یعنی Modernism جو ہے وہ ہے بالکل وہ کیا کہتے ہیں؟ ادویتवाद۔ ادویتवाद کو داخل کر دیا انہوں نے اسلام میں یہ کہہ کر کہ یہ وحدت وجود کہہ کر کے۔</w:t>
      </w:r>
    </w:p>
    <w:p>
      <w:r>
        <w:rPr>
          <w:b/>
        </w:rPr>
        <w:t xml:space="preserve">[50:37] </w:t>
      </w:r>
      <w:r>
        <w:t>to unhon ne shuru kiya islam ko.</w:t>
      </w:r>
    </w:p>
    <w:p>
      <w:pPr>
        <w:jc w:val="right"/>
      </w:pPr>
      <w:r>
        <w:t>تو انہوں نے شروع کیا اسلام کو۔</w:t>
      </w:r>
    </w:p>
    <w:p>
      <w:r>
        <w:rPr>
          <w:b/>
        </w:rPr>
        <w:t xml:space="preserve">[50:39] </w:t>
      </w:r>
      <w:r>
        <w:t>hum ek hi wajah se un ke woh karte hain ke woh No problem person ban kar rahe woh. doosre log jo hain jaise Muslim League thi ya aur jitni bhi musalmanon ki partiyan thin unhon ne masla paida kiya.</w:t>
      </w:r>
    </w:p>
    <w:p>
      <w:pPr>
        <w:jc w:val="right"/>
      </w:pPr>
      <w:r>
        <w:t>ہم ایک ہی وجہ سے ان کے وہ کرتے ہیں کہ وہ No problem person بن کر رہے وہ۔ دوسرے لوگ جو ہیں جیسے مسلم لیگ تھی یا اور جتنی بھی مسلمانوں کی پارٹیاں تھیں انہوں نے مسئلہ پیدا کیا۔</w:t>
      </w:r>
    </w:p>
    <w:p>
      <w:r>
        <w:rPr>
          <w:b/>
        </w:rPr>
        <w:t xml:space="preserve">[50:52] </w:t>
      </w:r>
      <w:r>
        <w:t>masla paida kiya. bas. aur kuch nahi. This question is from Mariya.</w:t>
      </w:r>
    </w:p>
    <w:p>
      <w:pPr>
        <w:jc w:val="right"/>
      </w:pPr>
      <w:r>
        <w:t>مسئلہ پیدا کیا۔ بس۔ اور کچھ نہیں۔ This question is from Mariya.</w:t>
      </w:r>
    </w:p>
    <w:p>
      <w:r>
        <w:rPr>
          <w:b/>
        </w:rPr>
        <w:t xml:space="preserve">[51:00] </w:t>
      </w:r>
      <w:r>
        <w:t>Why is it that Jews could avail of the third option and turn the desert green by introducing drip irrigation, unlike the Arabs who could not?</w:t>
      </w:r>
    </w:p>
    <w:p>
      <w:pPr>
        <w:jc w:val="right"/>
      </w:pPr>
      <w:r>
        <w:t>Why is it that Jews could avail of the third option and turn the desert green by introducing drip irrigation, unlike the Arabs who could not?</w:t>
      </w:r>
    </w:p>
    <w:p>
      <w:r>
        <w:rPr>
          <w:b/>
        </w:rPr>
        <w:t xml:space="preserve">[51:12] </w:t>
      </w:r>
      <w:r>
        <w:t>dekhen, yahan par maine bhi is ko bohat socha hai. jahan tak maine samajh paya hoon woh yeh hai ke European Jews jo hain un ki wajah se aisa hua.</w:t>
      </w:r>
    </w:p>
    <w:p>
      <w:pPr>
        <w:jc w:val="right"/>
      </w:pPr>
      <w:r>
        <w:t>دیکھیں، یہاں پر میں نے بھی اس کو بہت سوچا ہے۔ جہاں تک میں نے سمجھ پایا ہوں وہ یہ ہے کہ European Jews جو ہیں ان کی وجہ سے ایسا ہوا۔</w:t>
      </w:r>
    </w:p>
    <w:p>
      <w:r>
        <w:rPr>
          <w:b/>
        </w:rPr>
        <w:t xml:space="preserve">[51:25] </w:t>
      </w:r>
      <w:r>
        <w:t>yani aap dekhen, Jewish log kuch to Asia mein hain aur bohat se Europe mein hain. to European Jews jo thay un ki scientific education thi. scientific education</w:t>
      </w:r>
    </w:p>
    <w:p>
      <w:pPr>
        <w:jc w:val="right"/>
      </w:pPr>
      <w:r>
        <w:t>یعنی آپ دیکھیں، Jewish لوگ کچھ تو ایشیا میں ہیں اور بہت سے یورپ میں ہیں۔ تو European Jews جو تھے ان کی سائنٹیفک ایجوکیشن تھی۔ سائنٹیفک ایجوکیشن</w:t>
      </w:r>
    </w:p>
    <w:p>
      <w:r>
        <w:rPr>
          <w:b/>
        </w:rPr>
        <w:t xml:space="preserve">[51:36] </w:t>
      </w:r>
      <w:r>
        <w:t>. to yeh scientific education ki wajah se aisa hua un ka mamla. aur Arabon ko scientific education nahi hui.</w:t>
      </w:r>
    </w:p>
    <w:p>
      <w:pPr>
        <w:jc w:val="right"/>
      </w:pPr>
      <w:r>
        <w:t>۔ تو یہ سائنٹیفک ایجوکیشن کی وجہ سے ایسا ہوا ان کا معاملہ۔ اور عربوں کو سائنٹیفک ایجوکیشن نہیں ہوئی۔</w:t>
      </w:r>
    </w:p>
    <w:p>
      <w:r>
        <w:rPr>
          <w:b/>
        </w:rPr>
        <w:t xml:space="preserve">[51:46] </w:t>
      </w:r>
      <w:r>
        <w:t>to woh jaan bhi nahi sakay ke drip irrigation abhi bhi aap poochen agar Arabon se to unhe nahi pata nahi. main to khud gaya wahan par ja kar dekha to unhon ne samjha ke What is drip irrigation?</w:t>
      </w:r>
    </w:p>
    <w:p>
      <w:pPr>
        <w:jc w:val="right"/>
      </w:pPr>
      <w:r>
        <w:t>تو وہ جان بھی نہیں سکے کہ drip irrigation ابھی بھی آپ پوچھیں اگر عربوں سے تو انہیں نہیں پتا نہیں۔ میں تو خود گیا وہاں پر جا کر دیکھا تو انہوں نے سمجھا کہ What is drip irrigation?</w:t>
      </w:r>
    </w:p>
    <w:p>
      <w:r>
        <w:rPr>
          <w:b/>
        </w:rPr>
        <w:t xml:space="preserve">[51:57] </w:t>
      </w:r>
      <w:r>
        <w:t>aur bohat sari cheezen.</w:t>
      </w:r>
    </w:p>
    <w:p>
      <w:pPr>
        <w:jc w:val="right"/>
      </w:pPr>
      <w:r>
        <w:t>اور بہت ساری چیزیں۔</w:t>
      </w:r>
    </w:p>
    <w:p>
      <w:r>
        <w:rPr>
          <w:b/>
        </w:rPr>
        <w:t xml:space="preserve">[52:00] </w:t>
      </w:r>
      <w:r>
        <w:t>to mein samajhta hoon ke Jewish community jo hai us ke apne jo religion hai, distorted version of religion jo un ke haan hai, us us us ka is mein hissa nahi hai kuch hai.</w:t>
      </w:r>
    </w:p>
    <w:p>
      <w:pPr>
        <w:jc w:val="right"/>
      </w:pPr>
      <w:r>
        <w:t>تو میں سمجھتا ہوں کہ Jewish community جو ہے اس کے اپنے جو religion ہے، distorted version of religion جو ان کے ہاں ہے، اس اس اس کا اس میں حصہ نہیں ہے کچھ ہے۔</w:t>
      </w:r>
    </w:p>
    <w:p>
      <w:r>
        <w:rPr>
          <w:b/>
        </w:rPr>
        <w:t xml:space="preserve">[52:13] </w:t>
      </w:r>
      <w:r>
        <w:t>yeh un ki training jo hui Europe mein scientific environment mein, scientific education mein, us ki wajah se un ke andar yeh baat aayi hai. aisa mein ne samjha hai.</w:t>
      </w:r>
    </w:p>
    <w:p>
      <w:pPr>
        <w:jc w:val="right"/>
      </w:pPr>
      <w:r>
        <w:t>یہ ان کی ٹریننگ جو ہوئی یورپ میں سائنٹیفک environment میں، سائنٹیفک ایجوکیشن میں، اس کی وجہ سے ان کے اندر یہ بات آئی ہے۔ ایسا میں نے سمجھا ہے۔</w:t>
      </w:r>
    </w:p>
    <w:p>
      <w:r>
        <w:rPr>
          <w:b/>
        </w:rPr>
        <w:t xml:space="preserve">[52:25] </w:t>
      </w:r>
      <w:r>
        <w:t>Also to do with the good leader also maybe.</w:t>
      </w:r>
    </w:p>
    <w:p>
      <w:pPr>
        <w:jc w:val="right"/>
      </w:pPr>
      <w:r>
        <w:t>Also to do with the good leader also maybe.</w:t>
      </w:r>
    </w:p>
    <w:p>
      <w:r>
        <w:rPr>
          <w:b/>
        </w:rPr>
        <w:t xml:space="preserve">[52:30] </w:t>
      </w:r>
      <w:r>
        <w:t>The leader that they got in 1948 was a person who put them to that stand. to leader bhai ka jo leader woh is Asian thori thay, woh sab wahin Europe ke thay.</w:t>
      </w:r>
    </w:p>
    <w:p>
      <w:pPr>
        <w:jc w:val="right"/>
      </w:pPr>
      <w:r>
        <w:t>The leader that they got in 1948 was a person who put them to that stand. تو leader بھئی کا جو leader وہ اس ایشین تھوڑی تھے، وہ سب وہیں یورپ کے تھے۔</w:t>
      </w:r>
    </w:p>
    <w:p>
      <w:r>
        <w:rPr>
          <w:b/>
        </w:rPr>
        <w:t xml:space="preserve">[52:41] </w:t>
      </w:r>
      <w:r>
        <w:t>woh Europe mein train hui thi, training hui thi un ki. to wahi to mein keh raha hoon ke un ko aise leader mile jin ki training scientific mahol mein hui thi.</w:t>
      </w:r>
    </w:p>
    <w:p>
      <w:pPr>
        <w:jc w:val="right"/>
      </w:pPr>
      <w:r>
        <w:t>وہ یورپ میں ٹرین ہوئی تھی، ٹریننگ ہوئی تھی ان کی۔ تو وہی تو میں کہہ رہا ہوں کہ ان کو ایسے leader ملے جن کی ٹریننگ سائنٹیفک ماحول میں ہوئی تھی۔</w:t>
      </w:r>
    </w:p>
    <w:p>
      <w:r>
        <w:rPr>
          <w:b/>
        </w:rPr>
        <w:t xml:space="preserve">[52:50] </w:t>
      </w:r>
      <w:r>
        <w:t>yahan un ko training aisi mili jahan ke yani doosra mahol tha, jazbati mahol, aur jante hi nahi thay ke scientific thinking kya cheez hai.</w:t>
      </w:r>
    </w:p>
    <w:p>
      <w:pPr>
        <w:jc w:val="right"/>
      </w:pPr>
      <w:r>
        <w:t>یہاں ان کو ٹریننگ ایسی ملی جہاں کہ یعنی دوسرا ماحول تھا، جذباتی ماحول، اور جانتے ہی نہیں تھے کہ سائنٹیفک تھنکنگ کیا چیز ہے۔</w:t>
      </w:r>
    </w:p>
    <w:p>
      <w:r>
        <w:rPr>
          <w:b/>
        </w:rPr>
        <w:t xml:space="preserve">[53:01] </w:t>
      </w:r>
      <w:r>
        <w:t>un ke leader hi masses thori koi kaam karte hain. hamesha leader hi karta hai. to wahan jo leader woh bhare, un ke haan woh sab woh leader thay jo scientific education jin ko mili hui thi.</w:t>
      </w:r>
    </w:p>
    <w:p>
      <w:pPr>
        <w:jc w:val="right"/>
      </w:pPr>
      <w:r>
        <w:t>ان کے leader ہی masses تھوڑی کوئی کام کرتے ہیں۔ ہمیشہ leader ہی کرتا ہے۔ تو وہاں جو leader وہ بھرے، ان کے ہاں وہ سب وہ leader تھے جو سائنٹیفک ایجوکیشن جن کو ملی ہوئی تھی۔</w:t>
      </w:r>
    </w:p>
    <w:p>
      <w:r>
        <w:rPr>
          <w:b/>
        </w:rPr>
        <w:t xml:space="preserve">[53:13] </w:t>
      </w:r>
      <w:r>
        <w:t>ab dekhen, mein aik misaal deta hoon jo kahin bhi nahi milaye gi Muslim world mein. ke Yahudion ne aik scheme banai ke Israel mein sab se bara synagogue banaya jaye.</w:t>
      </w:r>
    </w:p>
    <w:p>
      <w:pPr>
        <w:jc w:val="right"/>
      </w:pPr>
      <w:r>
        <w:t>اب دیکھیں، میں ایک مثال دیتا ہوں جو کہیں بھی نہیں ملائے گی مسلم world میں۔ کہ یہودیوں نے ایک اسکیم بنائی کہ اسرائیل میں سب سے بڑا سینگاگ بنایا جائے۔</w:t>
      </w:r>
    </w:p>
    <w:p>
      <w:r>
        <w:rPr>
          <w:b/>
        </w:rPr>
        <w:t xml:space="preserve">[53:27] </w:t>
      </w:r>
      <w:r>
        <w:t>synagogue kehte hain Yahudion ka place of worship.</w:t>
      </w:r>
    </w:p>
    <w:p>
      <w:pPr>
        <w:jc w:val="right"/>
      </w:pPr>
      <w:r>
        <w:t>سینگاگ کہتے ہیں یہودیوں کا place of worship۔</w:t>
      </w:r>
    </w:p>
    <w:p>
      <w:r>
        <w:rPr>
          <w:b/>
        </w:rPr>
        <w:t xml:space="preserve">[53:31] </w:t>
      </w:r>
      <w:r>
        <w:t>to dunya ka sab se bara synagogue. to is ke liye unhon ne aik campaign chalai, donation ki, aur aik billion dollar ikatha kiya unhon ne.</w:t>
      </w:r>
    </w:p>
    <w:p>
      <w:pPr>
        <w:jc w:val="right"/>
      </w:pPr>
      <w:r>
        <w:t>تو دنیا کا سب سے بڑا سینگاگ۔ تو اس کے لیے انہوں نے ایک campaign چلائی، donation کی، اور ایک بلین ڈالر اکٹھا کیا انہوں نے۔</w:t>
      </w:r>
    </w:p>
    <w:p>
      <w:r>
        <w:rPr>
          <w:b/>
        </w:rPr>
        <w:t xml:space="preserve">[53:43] </w:t>
      </w:r>
      <w:r>
        <w:t>ke Jerusalem mein sab se bara synagogue banaya jaye. to woh le kar aaye aur un ka jo woh tha Rabbi jis ko kehte hain, Chief Rabbi.</w:t>
      </w:r>
    </w:p>
    <w:p>
      <w:pPr>
        <w:jc w:val="right"/>
      </w:pPr>
      <w:r>
        <w:t>کہ یروشلم میں سب سے بڑا سینگاگ بنایا جائے۔ تو وہ لے کر آئے اور ان کا جو وہ تھا رباعی جس کو کہتے ہیں، چیف رباعی۔</w:t>
      </w:r>
    </w:p>
    <w:p>
      <w:r>
        <w:rPr>
          <w:b/>
        </w:rPr>
        <w:t xml:space="preserve">[53:53] </w:t>
      </w:r>
      <w:r>
        <w:t>Chief Rabbi ko unhon ne kaha ke dekhen hum aik billion dollar laayein aap ko aur Jerusalem mein aap sab se ooncha woh banaiye.</w:t>
      </w:r>
    </w:p>
    <w:p>
      <w:pPr>
        <w:jc w:val="right"/>
      </w:pPr>
      <w:r>
        <w:t>چیف رباعی کو انہوں نے کہا کہ دیکھیں ہم ایک بلین ڈالر لائیں آپ کو اور یروشلم میں آپ سب سے اونچا وہ بنائیے۔</w:t>
      </w:r>
    </w:p>
    <w:p>
      <w:r>
        <w:rPr>
          <w:b/>
        </w:rPr>
        <w:t xml:space="preserve">[54:00] </w:t>
      </w:r>
      <w:r>
        <w:t>synagogue. to ab Chief Rabbi jo tha woh bhi Europe mein us ki education hui thi. to us ne kaha ke Khuda ko tumhare sab se bare synagogue ki zaroorat nahi hai.</w:t>
      </w:r>
    </w:p>
    <w:p>
      <w:pPr>
        <w:jc w:val="right"/>
      </w:pPr>
      <w:r>
        <w:t>سینگاگ۔ تو اب چیف رباعی جو تھا وہ بھی یورپ میں اس کی education ہوئی تھی۔ تو اس نے کہا کہ خدا کو تمہارے سب سے بڑے سینگاگ کی ضرورت نہیں ہے۔</w:t>
      </w:r>
    </w:p>
    <w:p>
      <w:r>
        <w:rPr>
          <w:b/>
        </w:rPr>
        <w:t xml:space="preserve">[54:11] </w:t>
      </w:r>
      <w:r>
        <w:t>tum aisa karo ke us ko aik aik education fund banao. Education fund. aur sare jo children hain, jo sari hamari jo generation hai un ko yani itna zyada facility do parhne likhne ki ke koi jahil na rahe.</w:t>
      </w:r>
    </w:p>
    <w:p>
      <w:pPr>
        <w:jc w:val="right"/>
      </w:pPr>
      <w:r>
        <w:t>تم ایسا کرو کہ اس کو ایک ایک education fund بناؤ۔ Education fund۔ اور سارے جو children ہیں، جو ساری ہماری جو generation ہے ان کو یعنی اتنا زیادہ facility دو پڑھنے لکھنے کی کہ کوئی جاہل نہ رہے۔</w:t>
      </w:r>
    </w:p>
    <w:p>
      <w:r>
        <w:rPr>
          <w:b/>
        </w:rPr>
        <w:t xml:space="preserve">[54:28] </w:t>
      </w:r>
      <w:r>
        <w:t>chunanche Israel mein is waqt jo bana tha sab se bara education fund tha woh. itna bara fund America mein bhi nahi tha. aik billion dollar se jo shuru kiya gaya.</w:t>
      </w:r>
    </w:p>
    <w:p>
      <w:pPr>
        <w:jc w:val="right"/>
      </w:pPr>
      <w:r>
        <w:t>چنانچہ اسرائیل میں اس وقت جو بنا تھا سب سے بڑا education fund تھا وہ۔ اتنا بڑا fund امریکہ میں بھی نہیں تھا۔ ایک بلین ڈالر سے جو شروع کیا گیا۔</w:t>
      </w:r>
    </w:p>
    <w:p>
      <w:r>
        <w:rPr>
          <w:b/>
        </w:rPr>
        <w:t xml:space="preserve">[54:38] </w:t>
      </w:r>
      <w:r>
        <w:t>aaj ke mujhe pata nahi hai is waqt jab mein gaya tab ki baat kar raha hoon mein. to sahib wahan bana. aur aik aik Yahudi bachcha jo hai us ko har qism ki facility di gayi.</w:t>
      </w:r>
    </w:p>
    <w:p>
      <w:pPr>
        <w:jc w:val="right"/>
      </w:pPr>
      <w:r>
        <w:t>آج کے مجھے پتا نہیں ہے اس وقت جب میں گیا تب کی بات کر رہا ہوں میں۔ تو صاحب وہاں بنا۔ اور ایک ایک یہودی بچہ جو ہے اس کو ہر قسم کی facility دی گئی۔</w:t>
      </w:r>
    </w:p>
    <w:p>
      <w:r>
        <w:rPr>
          <w:b/>
        </w:rPr>
        <w:t xml:space="preserve">[54:48] </w:t>
      </w:r>
      <w:r>
        <w:t>mein wahan jab gaya to mujhe pata chala ke wahan BA, MA ko shumar nahi karte parhne mein. ke tab doctorate jab tak na kare.</w:t>
      </w:r>
    </w:p>
    <w:p>
      <w:pPr>
        <w:jc w:val="right"/>
      </w:pPr>
      <w:r>
        <w:t>میں وہاں جب گیا تو مجھے پتا چلا کہ وہاں بی اے، ایم اے کو شمار نہیں کرتے پڑھنے میں۔ کہ تب ڈاکٹریٹ جب تک نہ کرے۔</w:t>
      </w:r>
    </w:p>
    <w:p>
      <w:r>
        <w:rPr>
          <w:b/>
        </w:rPr>
        <w:t xml:space="preserve">[54:56] </w:t>
      </w:r>
      <w:r>
        <w:t>jab doctorate kar li leta hai tab woh educated mante hain us ko. itna bara un ka woh hai. aur aap ko mein bataoon ke Yahudi culture jo hai mein aik sahib America mein aik sahib se poocha mein ne aik aik aik Musalman jo parhte hain aik Jewish college mein.</w:t>
      </w:r>
    </w:p>
    <w:p>
      <w:pPr>
        <w:jc w:val="right"/>
      </w:pPr>
      <w:r>
        <w:t>جب ڈاکٹریٹ کر لیتا ہے تب وہ educated مانتے ہیں اس کو۔ اتنا بڑا ان کا وہ ہے۔ اور آپ کو میں بتاؤں کہ یہودی کلچر جو ہے میں ایک صاحب امریکہ میں ایک صاحب سے پوچھا میں نے ایک ایک ایک مسلمان جو پڑھتے ہیں ایک Jewish کالج میں۔</w:t>
      </w:r>
    </w:p>
    <w:p>
      <w:r>
        <w:rPr>
          <w:b/>
        </w:rPr>
        <w:t xml:space="preserve">[55:15] </w:t>
      </w:r>
      <w:r>
        <w:t>to un se mein ne poocha ke aap ne Yahudion ko kaisa paya ho? to unhon ne kaha ke un ka aik hi target hota hai excellence. Excellence.</w:t>
      </w:r>
    </w:p>
    <w:p>
      <w:pPr>
        <w:jc w:val="right"/>
      </w:pPr>
      <w:r>
        <w:t>تو ان سے میں نے پوچھا کہ آپ نے یہودیوں کو کیسا پایا ہو؟ تو انہوں نے کہا کہ ان کا ایک ہی target ہوتا ہے excellence۔ Excellence۔</w:t>
      </w:r>
    </w:p>
    <w:p>
      <w:r>
        <w:rPr>
          <w:b/>
        </w:rPr>
        <w:t xml:space="preserve">[55:24] </w:t>
      </w:r>
      <w:r>
        <w:t>is sare Yahudi bachche ke dimagh bhartay hain woh bachpan se ke excellence. is se kam par woh razi nahi hotay. jaise aik bachcha aaye ga apne baap se kahe ga ke mein ne eighty percent mark laya hoon mein.</w:t>
      </w:r>
    </w:p>
    <w:p>
      <w:pPr>
        <w:jc w:val="right"/>
      </w:pPr>
      <w:r>
        <w:t>اس سارے یہودی بچے کے دماغ بھرتے ہیں وہ بچپن سے کہ excellence۔ اس سے کم پر وہ راضی نہیں ہوتے۔ جیسے ایک بچہ آئے گا اپنے باپ سے کہے گا کہ میں نے آہ eighty percent mark لایا ہوں میں۔</w:t>
      </w:r>
    </w:p>
    <w:p>
      <w:r>
        <w:rPr>
          <w:b/>
        </w:rPr>
        <w:t xml:space="preserve">[55:38] </w:t>
      </w:r>
      <w:r>
        <w:t>to woh nahi kahe ga ke shabash. Why not eighty five percent? agar woh aa kar kahe ga ke eighty five percent laya hoon mark tab bhi woh shabash hi nahi de ga.</w:t>
      </w:r>
    </w:p>
    <w:p>
      <w:pPr>
        <w:jc w:val="right"/>
      </w:pPr>
      <w:r>
        <w:t>تو وہ نہیں کہے گا کہ شاباش۔ Why not eighty five percent? اگر وہ آ کر کہے گا کہ eighty five percent لایا ہوں mark تب بھی وہ شاباش ہی نہیں دے گا۔</w:t>
      </w:r>
    </w:p>
    <w:p>
      <w:r>
        <w:rPr>
          <w:b/>
        </w:rPr>
        <w:t xml:space="preserve">[55:47] </w:t>
      </w:r>
      <w:r>
        <w:t>Why not ninety percent? aur woh kahe bechara ke mein ninety percent laya hoon tab bhi shabash hi nahi de ga.</w:t>
      </w:r>
    </w:p>
    <w:p>
      <w:pPr>
        <w:jc w:val="right"/>
      </w:pPr>
      <w:r>
        <w:t>Why not ninety percent? اور وہ کہے بیچارہ کہ میں ninety percent لایا ہوں تب بھی شاباش ہی نہیں دے گا۔</w:t>
      </w:r>
    </w:p>
    <w:p>
      <w:r>
        <w:rPr>
          <w:b/>
        </w:rPr>
        <w:t xml:space="preserve">[55:54] </w:t>
      </w:r>
      <w:r>
        <w:t>kahe ga Why not ninety five percent? is tarah se woh un ke haan education ki importance jante hain woh. Muslim world mein aaj bhi koi aadmi mujhe nahi maloom jo education ke important samajhta ho us ko chhod kar ke.</w:t>
      </w:r>
    </w:p>
    <w:p>
      <w:pPr>
        <w:jc w:val="right"/>
      </w:pPr>
      <w:r>
        <w:t>کہے گا Why not ninety five percent? اس طرح سے وہ ان کے ہاں education کی importance جانتے ہیں وہ۔ مسلم world میں آج بھی کوئی آدمی مجھے نہیں معلوم جو education کے important سمجھتا ہو اس کو چھوڑ کر کے۔</w:t>
      </w:r>
    </w:p>
    <w:p>
      <w:r>
        <w:rPr>
          <w:b/>
        </w:rPr>
        <w:t xml:space="preserve">[56:06] </w:t>
      </w:r>
      <w:r>
        <w:t>aaj bhi. aaj bhi koi nahi janta. yeh aap mein yeh mein us ko poore yaqeen se baat kar raha hoon mein logon se milta hoon jo ABA, BA, MA, doctorate kiye hue hain jante nahi ke education kya cheez hai.</w:t>
      </w:r>
    </w:p>
    <w:p>
      <w:pPr>
        <w:jc w:val="right"/>
      </w:pPr>
      <w:r>
        <w:t>آج بھی۔ آج بھی کوئی نہیں جانتا۔ یہ آپ میں یہ میں اس کو پورے یقین سے بات کر رہا ہوں میں لوگوں سے ملتا ہوں جو اے بی اے، بی اے، ایم اے، ڈاکٹریٹ کیے ہوئے ہیں جانتے نہیں کہ education کیا چیز ہے۔</w:t>
      </w:r>
    </w:p>
    <w:p>
      <w:r>
        <w:rPr>
          <w:b/>
        </w:rPr>
        <w:t xml:space="preserve">[56:20] </w:t>
      </w:r>
      <w:r>
        <w:t>is ke baad education ka matlab samajhte hain service.</w:t>
      </w:r>
    </w:p>
    <w:p>
      <w:pPr>
        <w:jc w:val="right"/>
      </w:pPr>
      <w:r>
        <w:t>اس کے بعد education کا مطلب سمجھتے ہیں سروس۔</w:t>
      </w:r>
    </w:p>
    <w:p>
      <w:r>
        <w:rPr>
          <w:b/>
        </w:rPr>
        <w:t xml:space="preserve">[56:23] </w:t>
      </w:r>
      <w:r>
        <w:t>yani Sir Syed education ka matlab service samajhte the. Service samajhte the. Aaj bhi poora Muslim world jo hai jaanta nahi ke education. What is education?</w:t>
      </w:r>
    </w:p>
    <w:p>
      <w:pPr>
        <w:jc w:val="right"/>
      </w:pPr>
      <w:r>
        <w:t>یعنی سر سید education کا مطلب سروس سمجھتے تھے۔ سروس سمجھتے تھے۔ آج بھی پورا مسلم world جو ہے جانتا نہیں کہ education۔ What is education?</w:t>
      </w:r>
    </w:p>
    <w:p>
      <w:r>
        <w:rPr>
          <w:b/>
        </w:rPr>
        <w:t xml:space="preserve">[56:33] </w:t>
      </w:r>
      <w:r>
        <w:t>Main akela hoon Muslim world mein jo jaanta hai ke What is education? To aise log. Aise log yeh wahi hoga jo ho raha hai is waqt.</w:t>
      </w:r>
    </w:p>
    <w:p>
      <w:pPr>
        <w:jc w:val="right"/>
      </w:pPr>
      <w:r>
        <w:t>میں اکیلا ہوں مسلم world میں جو جانتا ہے کہ What is education? تو ایسے لوگ۔ ایسے لوگ یہ وہی ہوگا جو ہو رہا ہے اس وقت۔</w:t>
      </w:r>
    </w:p>
    <w:p>
      <w:r>
        <w:rPr>
          <w:b/>
        </w:rPr>
        <w:t xml:space="preserve">[56:43] </w:t>
      </w:r>
      <w:r>
        <w:t>Can I raise a point about this? Uh, I want to raise one point on</w:t>
      </w:r>
    </w:p>
    <w:p>
      <w:pPr>
        <w:jc w:val="right"/>
      </w:pPr>
      <w:r>
        <w:t>Can I raise a point about this? Uh, I want to raise one point on</w:t>
      </w:r>
    </w:p>
    <w:p>
      <w:r>
        <w:rPr>
          <w:b/>
        </w:rPr>
        <w:t xml:space="preserve">[56:49] </w:t>
      </w:r>
      <w:r>
        <w:t>this. As it is always said, people often say in Muslim world that Allah ne jitna diya hai us mein khush raho. Allah ne kaha hai sabr karne ke liye.</w:t>
      </w:r>
    </w:p>
    <w:p>
      <w:pPr>
        <w:jc w:val="right"/>
      </w:pPr>
      <w:r>
        <w:t>this. As it is always said, people often say in Muslim world that اللہ نے جتنا دیا ہے اس میں خوش رہو۔ اللہ نے کہا ہے صبر کرنے کے لیے۔</w:t>
      </w:r>
    </w:p>
    <w:p>
      <w:r>
        <w:rPr>
          <w:b/>
        </w:rPr>
        <w:t xml:space="preserve">[56:58] </w:t>
      </w:r>
      <w:r>
        <w:t>Is tarah ki jo baatein hain don't they also stop once you know basically they become an excuse for the people who do not want to break their limits and achieve excellence nahi nahi yeh say that Allah ne jitna diya hai us</w:t>
      </w:r>
    </w:p>
    <w:p>
      <w:pPr>
        <w:jc w:val="right"/>
      </w:pPr>
      <w:r>
        <w:t>اس طرح کی جو باتیں ہیں don't they also stop once you know basically they become an excuse for the people who do not want to break their limits and achieve excellence نہیں نہیں یہ say that اللہ نے جتنا دیا ہے اس</w:t>
      </w:r>
    </w:p>
    <w:p>
      <w:r>
        <w:rPr>
          <w:b/>
        </w:rPr>
        <w:t xml:space="preserve">[57:15] </w:t>
      </w:r>
      <w:r>
        <w:t>mein sabr karna. Yeh dekhiye in logon ki misalein, in logon ki misal de rahe hain aap jo is waqt degeneration ka degeneration ho chuka hai.</w:t>
      </w:r>
    </w:p>
    <w:p>
      <w:pPr>
        <w:jc w:val="right"/>
      </w:pPr>
      <w:r>
        <w:t>میں صبر کرنا۔ یہ دیکھیے ان لوگوں کی مثالیں، ان لوگوں کی مثال دے رہے ہیں آپ جو اس وقت ڈی جنریشن کا ڈی جنریشن ہو چکا ہے۔</w:t>
      </w:r>
    </w:p>
    <w:p>
      <w:r>
        <w:rPr>
          <w:b/>
        </w:rPr>
        <w:t xml:space="preserve">[57:25] </w:t>
      </w:r>
      <w:r>
        <w:t>Aap Sahaba ko dekhein, Sahaba ka top par pahunch gaye. Top par. Is ne</w:t>
      </w:r>
    </w:p>
    <w:p>
      <w:pPr>
        <w:jc w:val="right"/>
      </w:pPr>
      <w:r>
        <w:t>آپ صحابہ کو دیکھیں، صحابہ کا ٹاپ پر پہنچ گئے۔ ٹاپ پر۔ اس نے</w:t>
      </w:r>
    </w:p>
    <w:p>
      <w:r>
        <w:rPr>
          <w:b/>
        </w:rPr>
        <w:t xml:space="preserve">[57:33] </w:t>
      </w:r>
      <w:r>
        <w:t>H.G. Wells ne likha tha, likha hai ke Sahaba ke bare mein ke un ko kaha hai ke woh nation of heroes. Yani Arab mein is waqt koi un ki value nahi hua karti thi.</w:t>
      </w:r>
    </w:p>
    <w:p>
      <w:pPr>
        <w:jc w:val="right"/>
      </w:pPr>
      <w:r>
        <w:t>ایج جی ویلز نے لکھا تھا، لکھا ہے کہ صحابہ کے بارے میں کہ ان کو کہا ہے کہ وہ نیشن آف ہیروز۔ یعنی عرب میں اس وقت کوئی ان کی ویلیو نہیں ہوا کرتی تھی۔</w:t>
      </w:r>
    </w:p>
    <w:p>
      <w:r>
        <w:rPr>
          <w:b/>
        </w:rPr>
        <w:t xml:space="preserve">[57:45] </w:t>
      </w:r>
      <w:r>
        <w:t>Pehle Islam mein jab aaye to woh nation of heroes ban gaye. Ek ek aadmi jo hai hero ban gaya. To is ko misal woh li thi aap. Aaj ka Musalman jo hai us ko mat misal lijiye aap.</w:t>
      </w:r>
    </w:p>
    <w:p>
      <w:pPr>
        <w:jc w:val="right"/>
      </w:pPr>
      <w:r>
        <w:t>پہلے اسلام میں جب آئے تو وہ نیشن آف ہیروز بن گئے۔ ایک ایک آدمی جو ہے ہیرو بن گیا۔ تو اس کو مثال وہ لی تھی آپ۔ آج کا مسلمان جو ہے اس کو مت مثال لیجیے آپ۔</w:t>
      </w:r>
    </w:p>
    <w:p>
      <w:r>
        <w:rPr>
          <w:b/>
        </w:rPr>
        <w:t xml:space="preserve">[57:54] </w:t>
      </w:r>
      <w:r>
        <w:t>Aaj ka Musalman to us ko yani decline par hai, zawal par hai. Degeneration ho chuka hai is ka. Yeh yeh koi le kar aap rai na ban</w:t>
      </w:r>
    </w:p>
    <w:p>
      <w:pPr>
        <w:jc w:val="right"/>
      </w:pPr>
      <w:r>
        <w:t>آج کا مسلمان تو اس کو یعنی ڈیکلائن پر ہے، زوال پر ہے۔ ڈی جنریشن ہو چکا ہے اس کا۔ یہ یہ کوئی لے کر آپ رائے نہ بن</w:t>
      </w:r>
    </w:p>
    <w:p>
      <w:r>
        <w:rPr>
          <w:b/>
        </w:rPr>
        <w:t xml:space="preserve">[58:03] </w:t>
      </w:r>
      <w:r>
        <w:t>aiye. Rai banaiye in ko dekh kar ke. Jaise maine kal aap ko bataya tha aap ko ek aadmi chalta hai Madine se. Uqba ibn Nafi ghoda daudata hua chala jata hai woh Atlantic ke kinare.</w:t>
      </w:r>
    </w:p>
    <w:p>
      <w:pPr>
        <w:jc w:val="right"/>
      </w:pPr>
      <w:r>
        <w:t>ائیے۔ رائے بنائیے ان کو دیکھ کر کے۔ جیسے میں نے کل آپ کو بتایا تھا آپ کو ایک آدمی چلتا ہے مدینے سے۔ عقبہ ابن نافع گھوڑا دوڑاتا ہوا چلا جاتا ہے وہ اٹلانٹک کے کنارے۔</w:t>
      </w:r>
    </w:p>
    <w:p>
      <w:r>
        <w:rPr>
          <w:b/>
        </w:rPr>
        <w:t xml:space="preserve">[58:14] </w:t>
      </w:r>
      <w:r>
        <w:t>Yani Asia part karta hai, Africa part karta hai. Wahan ja kar kehta hai ke agar mujhe pata hota ke is ke is paar bhi kuch log hain to main wahan jata. Wahan Khuda ka paigham pahunchata.</w:t>
      </w:r>
    </w:p>
    <w:p>
      <w:pPr>
        <w:jc w:val="right"/>
      </w:pPr>
      <w:r>
        <w:t>یعنی ایشیا پار کرتا ہے، افریقہ پار کرتا ہے۔ وہاں جا کر کہتا ہے کہ اگر مجھے پتا ہوتا کہ اس کے اس پار بھی کچھ لوگ ہیں تو میں وہاں جاتا۔ وہاں خدا کا پیغام پہنچاتا۔</w:t>
      </w:r>
    </w:p>
    <w:p>
      <w:r>
        <w:rPr>
          <w:b/>
        </w:rPr>
        <w:t xml:space="preserve">[58:24] </w:t>
      </w:r>
      <w:r>
        <w:t>Kitna zabardast josh tha in logon ke andar. Kitna zabardast josh tha in logon ke andar. Aaj ke log</w:t>
      </w:r>
    </w:p>
    <w:p>
      <w:pPr>
        <w:jc w:val="right"/>
      </w:pPr>
      <w:r>
        <w:t>کتنا زبردست جوش تھا ان لوگوں کے اندر۔ کتنا زبردست جوش تھا ان لوگوں کے اندر۔ آج کے لوگ</w:t>
      </w:r>
    </w:p>
    <w:p>
      <w:r>
        <w:rPr>
          <w:b/>
        </w:rPr>
        <w:t xml:space="preserve">[58:31] </w:t>
      </w:r>
      <w:r>
        <w:t>on ko kya hai? Un ki misal dete hain aap. Un ki koi misal nahi hai.</w:t>
      </w:r>
    </w:p>
    <w:p>
      <w:pPr>
        <w:jc w:val="right"/>
      </w:pPr>
      <w:r>
        <w:t>وں کو کیا ہے؟ ان کی مثال دیتے ہیں آپ۔ ان کی کوئی مثال نہیں ہے۔</w:t>
      </w:r>
    </w:p>
    <w:p>
      <w:r>
        <w:rPr>
          <w:b/>
        </w:rPr>
        <w:t xml:space="preserve">[58:37] </w:t>
      </w:r>
      <w:r>
        <w:t>Dekhein yeh degeneration ek law of nature hai. Woh har qaum ka hota hai aur Musalmanon ka bhi ho chuka hai. Is liye in ko example nahi bana sakte aap.</w:t>
      </w:r>
    </w:p>
    <w:p>
      <w:pPr>
        <w:jc w:val="right"/>
      </w:pPr>
      <w:r>
        <w:t>دیکھیں یہ ڈی جنریشن ایک لاء آف نیچر ہے۔ وہ ہر قوم کا ہوتا ہے اور مسلمانوں کا بھی ہو چکا ہے۔ اس لیے ان کو ایگزامپل نہیں بنا سکتے آپ۔</w:t>
      </w:r>
    </w:p>
    <w:p>
      <w:r>
        <w:rPr>
          <w:b/>
        </w:rPr>
        <w:t xml:space="preserve">[58:46] </w:t>
      </w:r>
      <w:r>
        <w:t>Example banaiye Prophet ke zamane mein jo log the un ko. You mentioned that at the very first instance of a bad action you should make your conscious mind alert and check it before it forms into a hab</w:t>
      </w:r>
    </w:p>
    <w:p>
      <w:pPr>
        <w:jc w:val="right"/>
      </w:pPr>
      <w:r>
        <w:t>ایگزامپل بنائیے پرافٹ کے زمانے میں جو لوگ تھے ان کو۔ You mentioned that at the very first instance of a bad action you should make your conscious mind alert and check it before it forms into a hab</w:t>
      </w:r>
    </w:p>
    <w:p>
      <w:r>
        <w:rPr>
          <w:b/>
        </w:rPr>
        <w:t xml:space="preserve">[59:00] </w:t>
      </w:r>
      <w:r>
        <w:t>it. So that could be one way of, you know, forming a bad habit. How about those habits which we, uh, which we are not conscious about jo hamare unconscious mind mein chali gayi hai us ko kaise nikal ke khatam karein?</w:t>
      </w:r>
    </w:p>
    <w:p>
      <w:pPr>
        <w:jc w:val="right"/>
      </w:pPr>
      <w:r>
        <w:t>it. So that could be one way of, you know, forming a bad habit. How about those habits which we, uh, which we are not conscious about جو ہمارے انکانسشس مائنڈ میں چلی گئی ہے اس کو کیسے نکال کے ختم کریں؟</w:t>
      </w:r>
    </w:p>
    <w:p>
      <w:r>
        <w:rPr>
          <w:b/>
        </w:rPr>
        <w:t xml:space="preserve">[59:15] </w:t>
      </w:r>
      <w:r>
        <w:t>Jugali kijiye jaise hum ne jugali kiya. Bachpan mein hamare andar aate pad gayi thi. Jugali aap jante hain.</w:t>
      </w:r>
    </w:p>
    <w:p>
      <w:pPr>
        <w:jc w:val="right"/>
      </w:pPr>
      <w:r>
        <w:t>جگالی کیجیے جیسے ہم نے جگالی کیا۔ بچپن میں ہمارے اندر آتے پڑ گئی تھی۔ جگالی آپ جانتے ہیں۔</w:t>
      </w:r>
    </w:p>
    <w:p>
      <w:r>
        <w:rPr>
          <w:b/>
        </w:rPr>
        <w:t xml:space="preserve">[59:24] </w:t>
      </w:r>
      <w:r>
        <w:t>Maine kai baar yeh baat batai aap ko ke Khuda ne material world mein har cheez ke liye model bana diya hai. Model.</w:t>
      </w:r>
    </w:p>
    <w:p>
      <w:pPr>
        <w:jc w:val="right"/>
      </w:pPr>
      <w:r>
        <w:t>میں نے کئی بار یہ بات بتائی آپ کو کہ خدا نے مٹیریل ورلڈ میں ہر چیز کے لیے ماڈل بنا دیا ہے۔ ماڈل۔</w:t>
      </w:r>
    </w:p>
    <w:p>
      <w:r>
        <w:rPr>
          <w:b/>
        </w:rPr>
        <w:t xml:space="preserve">[59:33] </w:t>
      </w:r>
      <w:r>
        <w:t>Model. Har cheez ka model hai. To is ka bhi ek model hai. Ke kuch jo jin ko sath quadruped kehte hain un ko.</w:t>
      </w:r>
    </w:p>
    <w:p>
      <w:pPr>
        <w:jc w:val="right"/>
      </w:pPr>
      <w:r>
        <w:t>ماڈل۔ ہر چیز کا ماڈل ہے۔ تو اس کا بھی ایک ماڈل ہے۔ کہ کچھ جو جن کو ساتھ کوڈرپل کہتے ہیں ان کو۔</w:t>
      </w:r>
    </w:p>
    <w:p>
      <w:r>
        <w:rPr>
          <w:b/>
        </w:rPr>
        <w:t xml:space="preserve">[59:43] </w:t>
      </w:r>
      <w:r>
        <w:t>Un maweshiyon ko. Ji. Ke woh khate hain to kha kar ke pait bhar liya unhone. Phir woh baith kar jugali karte hain. To woh khaya hue ko nikalte hain aur khoob chaba</w:t>
      </w:r>
    </w:p>
    <w:p>
      <w:pPr>
        <w:jc w:val="right"/>
      </w:pPr>
      <w:r>
        <w:t>ان مویشیوں کو۔ جی۔ کہ وہ کھاتے ہیں تو کھا کر کے پیٹیں بھر لیا انہوں نے۔ پھر وہ بیٹھ کر جگالی کرتے ہیں۔ تو وہ کھایا ہوئے کو نکالتے ہیں اور خوب چبات</w:t>
      </w:r>
    </w:p>
    <w:p>
      <w:r>
        <w:rPr>
          <w:b/>
        </w:rPr>
        <w:t xml:space="preserve">[59:53] </w:t>
      </w:r>
      <w:r>
        <w:t>te hain. Chaba chaba kar ke phir us ko digest karte hain us ko. To aap jo kuch kha chuke the pehle us ko nikaliye. Mind ki capacity bohat zyada hai.</w:t>
      </w:r>
    </w:p>
    <w:p>
      <w:pPr>
        <w:jc w:val="right"/>
      </w:pPr>
      <w:r>
        <w:t>ے ہیں۔ چبا چبا کر کے پھر اس کو ڈائجسٹ کرتے ہیں اس کو۔ تو آپ جو کچھ کھا چکے تھے پہلے اس کو نکالیے۔ مائنڈ کی کپیسٹی بہت زیادہ ہے۔</w:t>
      </w:r>
    </w:p>
    <w:p>
      <w:r>
        <w:rPr>
          <w:b/>
        </w:rPr>
        <w:t xml:space="preserve">[1:00:03] </w:t>
      </w:r>
      <w:r>
        <w:t>Jaise ke maine kiya. Dhoond dhoond ke nikala. Baaz baaton ko nikalne mein pachas saal beet gaye. Maine bataya ek qissa pata hai aap ko. Ke jo kha chuka tha main.</w:t>
      </w:r>
    </w:p>
    <w:p>
      <w:pPr>
        <w:jc w:val="right"/>
      </w:pPr>
      <w:r>
        <w:t>جیسے کہ میں نے کیا۔ ڈھونڈ ڈھونڈ کے نکالا۔ بعض باتوں کو نکالنے میں پچاس سال بیت گئے۔ میں نے بتایا ایک قصہ پتا ہے آپ کو۔ کہ جو کھا چکا تھا میں۔</w:t>
      </w:r>
    </w:p>
    <w:p>
      <w:r>
        <w:rPr>
          <w:b/>
        </w:rPr>
        <w:t xml:space="preserve">[1:00:14] </w:t>
      </w:r>
      <w:r>
        <w:t>Jo mere mind kaash in kaash mein ne baith chuka tha us ko nikala maine bahar. Jugali kar ke. Ek ek item ek ek item ek ek item nikal nikal kar ke theek kiya maine</w:t>
      </w:r>
    </w:p>
    <w:p>
      <w:pPr>
        <w:jc w:val="right"/>
      </w:pPr>
      <w:r>
        <w:t>جو میرے مائنڈ کاش ان کاش میں نے بیٹھ چکا تھا اس کو نکالا میں نے باہر۔ جگالی کر کے۔ ایک ایک آئٹم ایک ایک آئٹم ایک آئٹم نکال نکال کر کے ٹھیک کیا میں نے</w:t>
      </w:r>
    </w:p>
    <w:p>
      <w:r>
        <w:rPr>
          <w:b/>
        </w:rPr>
        <w:t xml:space="preserve">[1:00:24] </w:t>
      </w:r>
      <w:r>
        <w:t>۔ To agar main kar sakta hoon to aap bhi kijiye. Kya mushkil hai is mein? This question is from Abru.</w:t>
      </w:r>
    </w:p>
    <w:p>
      <w:pPr>
        <w:jc w:val="right"/>
      </w:pPr>
      <w:r>
        <w:t>۔ تو اگر میں کر سکتا ہوں تو آپ بھی کیجیے۔ کیا مشکل ہے اس میں؟ This question is from Abru.</w:t>
      </w:r>
    </w:p>
    <w:p>
      <w:r>
        <w:rPr>
          <w:b/>
        </w:rPr>
        <w:t xml:space="preserve">[1:00:33] </w:t>
      </w:r>
      <w:r>
        <w:t>Muhammad was a prophet, then why did he consult others in making crucial decisions? dekhiye prophet thay aur sath ساتھ woh hamare liye example thay.</w:t>
      </w:r>
    </w:p>
    <w:p>
      <w:pPr>
        <w:jc w:val="right"/>
      </w:pPr>
      <w:r>
        <w:t>Muhammad was a prophet, then why did he consult others in making crucial decisions? دیکھیے پرافٹ تھے اور ساتھ ساتھ وہ ہمارے لیے ایگزامپل تھے۔</w:t>
      </w:r>
    </w:p>
    <w:p>
      <w:r>
        <w:rPr>
          <w:b/>
        </w:rPr>
        <w:t xml:space="preserve">[1:00:48] </w:t>
      </w:r>
      <w:r>
        <w:t>laqad kana lakum fi rasool Allah uswa hasna</w:t>
      </w:r>
    </w:p>
    <w:p>
      <w:pPr>
        <w:jc w:val="right"/>
      </w:pPr>
      <w:r>
        <w:t>لقد کان لکم فی رسول اللہ اسوۃ حسنہ</w:t>
      </w:r>
    </w:p>
    <w:p>
      <w:r>
        <w:rPr>
          <w:b/>
        </w:rPr>
        <w:t xml:space="preserve">[1:00:53] </w:t>
      </w:r>
      <w:r>
        <w:t>quran majeed mein hai ke prophet tumhare liye behtareen namuna hai. to har cheez ka namuna dikhaya unhon ne. ke hum aap kaise karein.</w:t>
      </w:r>
    </w:p>
    <w:p>
      <w:pPr>
        <w:jc w:val="right"/>
      </w:pPr>
      <w:r>
        <w:t>قرآن مجید میں ہے کہ پرافٹ تمہارے لیے بہترین نمونہ ہے۔ تو ہر چیز کا نمونہ دکھایا انہوں نے۔ کہ ہم آپ کیسے کریں۔</w:t>
      </w:r>
    </w:p>
    <w:p>
      <w:r>
        <w:rPr>
          <w:b/>
        </w:rPr>
        <w:t xml:space="preserve">[1:01:02] </w:t>
      </w:r>
      <w:r>
        <w:t>ji haan. aur yeh bhi aap samajh lijiye ke prophet ka matlab yeh nahi hai ke har har cheez mein Khuda ke farishta aata tha un ke paas. quran le kar aata tha quran.</w:t>
      </w:r>
    </w:p>
    <w:p>
      <w:pPr>
        <w:jc w:val="right"/>
      </w:pPr>
      <w:r>
        <w:t>جی ہاں۔ اور یہ بھی آپ سمجھ لیجیے کہ پرافٹ کا مطلب یہ نہیں ہے کہ ہر ہر چیز میں خدا کے فرشتہ آتا تھا ان کے پاس۔ قرآن لے کر آتا تھا قرآن۔</w:t>
      </w:r>
    </w:p>
    <w:p>
      <w:r>
        <w:rPr>
          <w:b/>
        </w:rPr>
        <w:t xml:space="preserve">[1:01:11] </w:t>
      </w:r>
      <w:r>
        <w:t>to quran Khuda ne de diya un ko. baqi jo daily life hai is mein aap ko khud bhi sochna parta tha. yeh mat samjhiye ke poori poori zindagi mein har waqt angel baitha rehta hai un ke sath.</w:t>
      </w:r>
    </w:p>
    <w:p>
      <w:pPr>
        <w:jc w:val="right"/>
      </w:pPr>
      <w:r>
        <w:t>تو قرآن خدا نے دے دیا ان کو۔ باقی جو ڈیلی لائف ہے اس میں آپ کو خود بھی سوچنا پڑتا تھا۔ یہ مت سمجھیے کہ پوری پوری زندگی میں ہر وقت اینجل بیٹھا رہتا ہے ان کے ساتھ۔</w:t>
      </w:r>
    </w:p>
    <w:p>
      <w:r>
        <w:rPr>
          <w:b/>
        </w:rPr>
        <w:t xml:space="preserve">[1:01:23] </w:t>
      </w:r>
      <w:r>
        <w:t>agar koi yeh baat samajhta hai to galat samajhta hai woh. ek quran mein saaf saaf hai. khalaqtuk illa basharan rasoola yani Khuda ne aap ko ek ek bashar thay aap.</w:t>
      </w:r>
    </w:p>
    <w:p>
      <w:pPr>
        <w:jc w:val="right"/>
      </w:pPr>
      <w:r>
        <w:t>اگر کوئی یہ بات سمجھتا ہے تو غلط سمجھتا ہے وہ۔ ایک قرآن میں صاف صاف ہے۔ خَلْقُنْتُ إِلَّا بَشَرًا رَسُولًا یعنی خدا نے آپ کو ایک ایک بشر تھے آپ۔</w:t>
      </w:r>
    </w:p>
    <w:p>
      <w:r>
        <w:rPr>
          <w:b/>
        </w:rPr>
        <w:t xml:space="preserve">[1:01:36] </w:t>
      </w:r>
      <w:r>
        <w:t>Khuda ne aap ko bashar hote hue prophet appoint kiya. bashar hote hue. aur aaj kal jo naat khwani hoti hai is mein Rasool Allah ko bashar kiya hua pata nahi kya kya dikhate hain.</w:t>
      </w:r>
    </w:p>
    <w:p>
      <w:pPr>
        <w:jc w:val="right"/>
      </w:pPr>
      <w:r>
        <w:t>خدا نے آپ کو بشر ہوتے ہوئے پرافٹ اپائنٹ کیا۔ بشر ہوتے ہوئے۔ اور آج کل جو نعت خوانی ہوتی ہے اس میں رسول اللہ کو بشر کیا ہوا پتہ نہیں کیا کیا دکھاتے ہیں۔</w:t>
      </w:r>
    </w:p>
    <w:p>
      <w:r>
        <w:rPr>
          <w:b/>
        </w:rPr>
        <w:t xml:space="preserve">[1:01:49] </w:t>
      </w:r>
      <w:r>
        <w:t>sarwar kainat aur pata nahi kya kya woh sab gh</w:t>
      </w:r>
    </w:p>
    <w:p>
      <w:pPr>
        <w:jc w:val="right"/>
      </w:pPr>
      <w:r>
        <w:t>سرور کائنات اور پتہ نہیں کیا کیا وہ سب غ</w:t>
      </w:r>
    </w:p>
    <w:p>
      <w:r>
        <w:rPr>
          <w:b/>
        </w:rPr>
        <w:t xml:space="preserve">[1:01:52] </w:t>
      </w:r>
      <w:r>
        <w:t>lati sab baatein hain bilkul. bilkul nahi. baseless hain. Rasool Allah bashar thay. bashar ki wajah se aap ko chot bhi lagti thi. aap ko garmi se takleef bhi hoti thi.</w:t>
      </w:r>
    </w:p>
    <w:p>
      <w:pPr>
        <w:jc w:val="right"/>
      </w:pPr>
      <w:r>
        <w:t>لط ہی سب باتیں ہیں بالکل۔ بالکل نہیں۔ بیسلیس ہیں۔ رسول اللہ بشر تھے۔ بشر کی وجہ سے آپ کو چوٹ بھی لگتی تھی۔ آپ کو گرمی سے تکلیف بھی ہوتی تھی۔</w:t>
      </w:r>
    </w:p>
    <w:p>
      <w:r>
        <w:rPr>
          <w:b/>
        </w:rPr>
        <w:t xml:space="preserve">[1:02:04] </w:t>
      </w:r>
      <w:r>
        <w:t>aap ghore par charhe to ghore par se gir pare. yeh bhi hua. to Rasool Allah ko Khuda ne is liye liya tha ke aap par Khuda ka kalam utre.</w:t>
      </w:r>
    </w:p>
    <w:p>
      <w:pPr>
        <w:jc w:val="right"/>
      </w:pPr>
      <w:r>
        <w:t>آپ گھوڑے پر چڑھے تو گھوڑے پر سے گر پڑے۔ یہ بھی ہوا۔ تو رسول اللہ کو خدا نے اس لیے لیا تھا کہ آپ پر خدا کا کلام اترے۔</w:t>
      </w:r>
    </w:p>
    <w:p>
      <w:r>
        <w:rPr>
          <w:b/>
        </w:rPr>
        <w:t xml:space="preserve">[1:02:14] </w:t>
      </w:r>
      <w:r>
        <w:t>woh kalam utra. baqi daily life mein aap ko bhi sochna parta tha. advice lena parta tha.</w:t>
      </w:r>
    </w:p>
    <w:p>
      <w:pPr>
        <w:jc w:val="right"/>
      </w:pPr>
      <w:r>
        <w:t>وہ کلام اترا۔ باقی ڈیلی لائف میں آپ کو بھی سوچنا پڑتا تھا۔ ایڈوائس لینا پڑتا تھا۔</w:t>
      </w:r>
    </w:p>
    <w:p>
      <w:r>
        <w:rPr>
          <w:b/>
        </w:rPr>
        <w:t xml:space="preserve">[1:02:20] </w:t>
      </w:r>
      <w:r>
        <w:t>kayi baar aap se ghaltiyan bhi huin. yani jis ko kehte hain hum ijtihad kehte hain. ijtihadi khata hui. quran mein yeh bhi likha hua hai baqayda.</w:t>
      </w:r>
    </w:p>
    <w:p>
      <w:pPr>
        <w:jc w:val="right"/>
      </w:pPr>
      <w:r>
        <w:t>کئی بار آپ سے غلطیاں بھی ہوئیں۔ یعنی جس کو کہتے ہیں ہم اجتہاد کہتے ہیں۔ اجتہادی خطا ہوئی۔ قرآن میں یہ بھی لکھا ہوا ہے باقاعدہ۔</w:t>
      </w:r>
    </w:p>
    <w:p>
      <w:r>
        <w:rPr>
          <w:b/>
        </w:rPr>
        <w:t xml:space="preserve">[1:02:30] </w:t>
      </w:r>
      <w:r>
        <w:t>lola kitab mein Allah sabq lamastakum fi azab nadeem yeh saaf sabit hua ke Rasool Allah se bhi ijtihadi khata hui. khula hua saboot is ke andar hai.</w:t>
      </w:r>
    </w:p>
    <w:p>
      <w:pPr>
        <w:jc w:val="right"/>
      </w:pPr>
      <w:r>
        <w:t>لولا کتاب میں اللہ سبق لمستکم فی عذاب ندیم یہ صاف ثابت ہوا کہ رسول اللہ سے بھی اجتہادی خطا ہوئی۔ کھلا ہوا ثبوت اس کے اندر ہے۔</w:t>
      </w:r>
    </w:p>
    <w:p>
      <w:r>
        <w:rPr>
          <w:b/>
        </w:rPr>
        <w:t xml:space="preserve">[1:02:41] </w:t>
      </w:r>
      <w:r>
        <w:t>to chounke bashar thay aap aur aap par sab kuch guzra. woh saare event guzre jo insan hum hamare aap par guzarte hain. nahi to namuna kaise bante?</w:t>
      </w:r>
    </w:p>
    <w:p>
      <w:pPr>
        <w:jc w:val="right"/>
      </w:pPr>
      <w:r>
        <w:t>تو چونکہ بشر تھے آپ اور آپ پر سب کچھ گزرا۔ وہ سارے ایونٹ گزرے جو انسان ہم ہمارے آپ پر گزرتے ہیں۔ نہیں تو نمونہ کیسے بنتے؟</w:t>
      </w:r>
    </w:p>
    <w:p>
      <w:r>
        <w:rPr>
          <w:b/>
        </w:rPr>
        <w:t xml:space="preserve">[1:02:50] </w:t>
      </w:r>
      <w:r>
        <w:t>Rasool Allah agar angel hotay to hamare namuna nahi ho saktay.</w:t>
      </w:r>
    </w:p>
    <w:p>
      <w:pPr>
        <w:jc w:val="right"/>
      </w:pPr>
      <w:r>
        <w:t>رسول اللہ اگر اینجل ہوتے تو ہمارے نمونہ نہیں ہو سکتے۔</w:t>
      </w:r>
    </w:p>
    <w:p>
      <w:r>
        <w:rPr>
          <w:b/>
        </w:rPr>
        <w:t xml:space="preserve">[1:02:54] </w:t>
      </w:r>
      <w:r>
        <w:t>hamari example nahi ho saktay thay aap. woh sab kuch jo hum par guzra woh un par guzra. tabhi to hamare liye namuna hai woh. yeh jo aaj kal naatein parhi jati hain idhar udhar sab bilkul baseless hoti hain.</w:t>
      </w:r>
    </w:p>
    <w:p>
      <w:pPr>
        <w:jc w:val="right"/>
      </w:pPr>
      <w:r>
        <w:t>ہماری ایگزامپل نہیں ہو سکتے تھے آپ۔ وہ سب کچھ جو ہم پر گزرا وہ ان پر گزرا۔ تبھی تو ہمارے لیے نمونہ ہے وہ۔ یہ جو آج کل نعتیں پڑھی جاتی ہیں ادھر ادھر سب بالکل بیسلیس ہوتی ہیں۔</w:t>
      </w:r>
    </w:p>
    <w:p>
      <w:r>
        <w:rPr>
          <w:b/>
        </w:rPr>
        <w:t xml:space="preserve">[1:03:06] </w:t>
      </w:r>
      <w:r>
        <w:t>ghalat hoti hain. is mein aisa dikhate hain jaise ke Rasool Allah jo hai angel thay aur pata nahi kya kya dikhate hain is ko. arsh par aap ke sath Rasool Allah ke arsh par Rasool Allah Khuda ke sath baithe hue hain.</w:t>
      </w:r>
    </w:p>
    <w:p>
      <w:pPr>
        <w:jc w:val="right"/>
      </w:pPr>
      <w:r>
        <w:t>غلط ہوتی ہیں۔ اس میں ایسا دکھاتے ہیں جیسے کہ رسول اللہ جو ہے اینجل تھے اور پتہ نہیں کیا کیا دکھاتے ہیں اس کو۔ عرش پر آپ کے ساتھ رسول اللہ کے عرش پر رسول اللہ خدا کے ساتھ بیٹھے ہوئے ہیں۔</w:t>
      </w:r>
    </w:p>
    <w:p>
      <w:r>
        <w:rPr>
          <w:b/>
        </w:rPr>
        <w:t xml:space="preserve">[1:03:16] </w:t>
      </w:r>
      <w:r>
        <w:t>sab bilkul baseless baatein hain. lagho baatein hain yeh sab. absurd baatein hain.</w:t>
      </w:r>
    </w:p>
    <w:p>
      <w:pPr>
        <w:jc w:val="right"/>
      </w:pPr>
      <w:r>
        <w:t>سب بالکل بیسلیس باتیں ہیں۔ لغو باتیں ہیں یہ سب۔ ایبسرٹ باتیں ہیں۔</w:t>
      </w:r>
    </w:p>
    <w:p>
      <w:r>
        <w:rPr>
          <w:b/>
        </w:rPr>
        <w:t xml:space="preserve">[1:03:21] </w:t>
      </w:r>
      <w:r>
        <w:t>is ka koi taluq na quran se hai na hadith se hai. This question is from Sadia Halima. Sacrificing on Eid al-Zuhra is also symbolic, but the true feeling of it is long gone.</w:t>
      </w:r>
    </w:p>
    <w:p>
      <w:pPr>
        <w:jc w:val="right"/>
      </w:pPr>
      <w:r>
        <w:t>اس کا کوئی تعلق نہ قرآن سے ہے نہ حدیث سے ہے۔ This question is from Sadia Halima. Sacrificing on Eid al-Zuhra is also symbolic, but the true feeling of it is long gone.</w:t>
      </w:r>
    </w:p>
    <w:p>
      <w:r>
        <w:rPr>
          <w:b/>
        </w:rPr>
        <w:t xml:space="preserve">[1:03:36] </w:t>
      </w:r>
      <w:r>
        <w:t>It has become a mere practice which is done mechanically. How acceptable is it, and should it be continued like this only</w:t>
      </w:r>
    </w:p>
    <w:p>
      <w:pPr>
        <w:jc w:val="right"/>
      </w:pPr>
      <w:r>
        <w:t>It has become a mere practice which is done mechanically. How acceptable is it, and should it be continued like this only</w:t>
      </w:r>
    </w:p>
    <w:p>
      <w:r>
        <w:rPr>
          <w:b/>
        </w:rPr>
        <w:t xml:space="preserve">[1:03:46] </w:t>
      </w:r>
      <w:r>
        <w:t>? nahi dekhiye aap ne sahi kaha ke aaj jo hai woh sirf form is ka zinda hai. spirit khatam ho gayi hai.</w:t>
      </w:r>
    </w:p>
    <w:p>
      <w:pPr>
        <w:jc w:val="right"/>
      </w:pPr>
      <w:r>
        <w:t>? نہیں دیکھیے آپ نے صحیح کہا کہ آج جو ہے وہ صرف فارم اس کا زندہ ہے۔ اسپرٹ ختم ہو گئی ہے۔</w:t>
      </w:r>
    </w:p>
    <w:p>
      <w:r>
        <w:rPr>
          <w:b/>
        </w:rPr>
        <w:t xml:space="preserve">[1:03:56] </w:t>
      </w:r>
      <w:r>
        <w:t>aur quran mein bohat saaf saaf likha hua hai ke lan yanal Allah lumooma wala duma'uha walakin yanaloho taqwa minkum saaf saaf hai bilkul.</w:t>
      </w:r>
    </w:p>
    <w:p>
      <w:pPr>
        <w:jc w:val="right"/>
      </w:pPr>
      <w:r>
        <w:t>اور قرآن میں بہت صاف صاف لکھا ہوا ہے کہ لن ينال الله لحومہ ولا دماؤها ولكن يناله تقوى منکم صاف صاف ہے بالکل۔</w:t>
      </w:r>
    </w:p>
    <w:p>
      <w:r>
        <w:rPr>
          <w:b/>
        </w:rPr>
        <w:t xml:space="preserve">[1:04:08] </w:t>
      </w:r>
      <w:r>
        <w:t>ke Khuda ko tumhara gosht aur khoon nahi pohanchta. tumhare dil ka taqwa pohanchta hai. is matlab hai ke agar spirit ke baghair qurbani di gayi to woh qurbani acceptable nahi hogi Khuda ke haan.</w:t>
      </w:r>
    </w:p>
    <w:p>
      <w:pPr>
        <w:jc w:val="right"/>
      </w:pPr>
      <w:r>
        <w:t>کہ خدا کو تمہارا گوشت اور خون نہیں پہنچتا۔ تمہارے دل کا تقویٰ پہنچتا ہے۔ اس معنی ہے کہ اگر اسپرٹ کے بغیر قربانی دی گئی تو وہ قربانی ایکسیپٹیبل نہیں ہوگی خدا کے ہاں۔</w:t>
      </w:r>
    </w:p>
    <w:p>
      <w:r>
        <w:rPr>
          <w:b/>
        </w:rPr>
        <w:t xml:space="preserve">[1:04:20] </w:t>
      </w:r>
      <w:r>
        <w:t>quran ki ayat yeh hai. saaf saaf lan yanal Allah lumooma wala duma'uha walakin yanaloho taqwa mink</w:t>
      </w:r>
    </w:p>
    <w:p>
      <w:pPr>
        <w:jc w:val="right"/>
      </w:pPr>
      <w:r>
        <w:t>قرآن کی آیت یہ ہے۔ صاف صاف لن ينال الله لحومہ ولا دماؤها ولكن يناله تقوى منک</w:t>
      </w:r>
    </w:p>
    <w:p>
      <w:r>
        <w:rPr>
          <w:b/>
        </w:rPr>
        <w:t xml:space="preserve">[1:04:28] </w:t>
      </w:r>
      <w:r>
        <w:t>m Khuda ko tumhara gosht aur khoon nahi pohanchta. tumhare dil ki spirit pohanchti hai. ab bataiye ke spirit ke baghair jo qurbani di jaye woh to bilkul kuch bhi nahi hai.</w:t>
      </w:r>
    </w:p>
    <w:p>
      <w:pPr>
        <w:jc w:val="right"/>
      </w:pPr>
      <w:r>
        <w:t>م خدا کو تمہارا گوشت اور خون نہیں پہنچتا۔ تمہارے دل کی اسپرٹ پہنچتی ہے۔ اب بتائیے کہ اسپرٹ کے بغیر جو قربانی دی جائے وہ تو بالکل کچھ بھی نہیں ہے۔</w:t>
      </w:r>
    </w:p>
    <w:p>
      <w:r>
        <w:rPr>
          <w:b/>
        </w:rPr>
        <w:t xml:space="preserve">[1:04:38] </w:t>
      </w:r>
      <w:r>
        <w:t>nothing hai woh. to hamein hum is ka abaadash nahi kar sakte. is is tareeqay ko hum kya kareinge? hum koi revive kareinge is spirit ko.</w:t>
      </w:r>
    </w:p>
    <w:p>
      <w:pPr>
        <w:jc w:val="right"/>
      </w:pPr>
      <w:r>
        <w:t>نتھنگ ہے وہ۔ تو ہمیں ہم اس کا ابادش نہیں کر سکتے۔ اس اس طریقے کو ہم کیا کریں گے؟ ہم کوئی ریوائیو کریں گے اسپرٹ کو۔</w:t>
      </w:r>
    </w:p>
    <w:p>
      <w:r>
        <w:rPr>
          <w:b/>
        </w:rPr>
        <w:t xml:space="preserve">[1:04:48] </w:t>
      </w:r>
      <w:r>
        <w:t>hamara job yeh hai ke hum is is spirit ko revive karein. nahi ke kahin ke sahib qurbani band kar do. woh hamara kaam nahi hai.</w:t>
      </w:r>
    </w:p>
    <w:p>
      <w:pPr>
        <w:jc w:val="right"/>
      </w:pPr>
      <w:r>
        <w:t>ہمارا جاب یہ ہے کہ ہم اس اسپرٹ کو ریوائیو کریں۔ نہیں کہ کہیں کہ صاحب قربانی بند کر دو۔ وہ ہمارا کام نہیں ہے۔</w:t>
      </w:r>
    </w:p>
    <w:p>
      <w:r>
        <w:rPr>
          <w:b/>
        </w:rPr>
        <w:t xml:space="preserve">[1:04:59] </w:t>
      </w:r>
      <w:r>
        <w:t>This question is from Razia. The companions were prompt and strong decision makers. How can we learn the art of such decision making?</w:t>
      </w:r>
    </w:p>
    <w:p>
      <w:pPr>
        <w:jc w:val="right"/>
      </w:pPr>
      <w:r>
        <w:t>This question is from Razia. The companions were prompt and strong decision makers. How can we learn the art of such decision making?</w:t>
      </w:r>
    </w:p>
    <w:p>
      <w:r>
        <w:rPr>
          <w:b/>
        </w:rPr>
        <w:t xml:space="preserve">[1:05:10] </w:t>
      </w:r>
      <w:r>
        <w:t>bhai mein to yeh samajhta hoon ke asal baat yeh hai ke Khuda aap ke saath ho jaye. usi baat ki ke hamare ko hum ko sochna bhi nahi aata.</w:t>
      </w:r>
    </w:p>
    <w:p>
      <w:pPr>
        <w:jc w:val="right"/>
      </w:pPr>
      <w:r>
        <w:t>بھائی میں تو یہ سمجھتا ہوں کہ اصل بات یہ ہے کہ خدا آپ کے ساتھ ہو جائے۔ اسی بات کی کہ ہمارے کو ہم کو سوچنا بھی نہیں آتا۔</w:t>
      </w:r>
    </w:p>
    <w:p>
      <w:r>
        <w:rPr>
          <w:b/>
        </w:rPr>
        <w:t xml:space="preserve">[1:05:19] </w:t>
      </w:r>
      <w:r>
        <w:t>hum ko bolna bhi nahi aata.</w:t>
      </w:r>
    </w:p>
    <w:p>
      <w:pPr>
        <w:jc w:val="right"/>
      </w:pPr>
      <w:r>
        <w:t>ہم کو بولنا بھی نہیں آتا۔</w:t>
      </w:r>
    </w:p>
    <w:p>
      <w:r>
        <w:rPr>
          <w:b/>
        </w:rPr>
        <w:t xml:space="preserve">[1:05:23] </w:t>
      </w:r>
      <w:r>
        <w:t>insaan kuch bhi nahi jaanta.</w:t>
      </w:r>
    </w:p>
    <w:p>
      <w:pPr>
        <w:jc w:val="right"/>
      </w:pPr>
      <w:r>
        <w:t>انسان کچھ بھی نہیں جانتا۔</w:t>
      </w:r>
    </w:p>
    <w:p>
      <w:r>
        <w:rPr>
          <w:b/>
        </w:rPr>
        <w:t xml:space="preserve">[1:05:27] </w:t>
      </w:r>
      <w:r>
        <w:t>insaan kuch bhi nahi jaanta. to billon ka advantage yeh tha ke unhone Khuda ko apna saathi bana liya tha.</w:t>
      </w:r>
    </w:p>
    <w:p>
      <w:pPr>
        <w:jc w:val="right"/>
      </w:pPr>
      <w:r>
        <w:t>انسان کچھ بھی نہیں جانتا۔ تو بلوں کا ایڈوانٹیج یہ تھا کہ انہوں نے خدا کو اپنا ساتھی بنا لیا تھا۔</w:t>
      </w:r>
    </w:p>
    <w:p>
      <w:r>
        <w:rPr>
          <w:b/>
        </w:rPr>
        <w:t xml:space="preserve">[1:05:38] </w:t>
      </w:r>
      <w:r>
        <w:t>to Khuda ki un ko help milti thi. blessing milti thi. Quran majeed woh hadith mein aata hai dekhiye ke insaan jab Khuda ki ibadat karta hai.</w:t>
      </w:r>
    </w:p>
    <w:p>
      <w:pPr>
        <w:jc w:val="right"/>
      </w:pPr>
      <w:r>
        <w:t>تو خدا کی ان کو ہیلپ ملتی تھی۔ بلیسنگ ملتی تھی۔ قرآن مجید وہ حدیث میں آتا ہے دیکھیے کہ انسان جب خدا کی عبادت کرتا ہے۔</w:t>
      </w:r>
    </w:p>
    <w:p>
      <w:r>
        <w:rPr>
          <w:b/>
        </w:rPr>
        <w:t xml:space="preserve">[1:05:48] </w:t>
      </w:r>
      <w:r>
        <w:t>sachi ibadat. sachi ibadat. to waqt aata hai ke Khuda is ki aankh ban jata hai. is se woh dekhe. is ka haath ban jata hai. is se woh pakre.</w:t>
      </w:r>
    </w:p>
    <w:p>
      <w:pPr>
        <w:jc w:val="right"/>
      </w:pPr>
      <w:r>
        <w:t>سچی عبادت۔ سچی عبادت۔ تو وقت آتا ہے کہ خدا اس کی آنکھ بن جاتا ہے۔ اس سے وہ دیکھے۔ اس کا ہاتھ بن جاتا ہے۔ اس سے وہ پکڑے۔</w:t>
      </w:r>
    </w:p>
    <w:p>
      <w:r>
        <w:rPr>
          <w:b/>
        </w:rPr>
        <w:t xml:space="preserve">[1:05:57] </w:t>
      </w:r>
      <w:r>
        <w:t>Khuda is ka paon ban jata hai. is se woh chale. Khuda is ka mind ban jata hai. is se woh soche. to in logon ka advantage yeh tha ke woh insaan ban gaye the woh.</w:t>
      </w:r>
    </w:p>
    <w:p>
      <w:pPr>
        <w:jc w:val="right"/>
      </w:pPr>
      <w:r>
        <w:t>خدا اس کا پاؤں بن جاتا ہے۔ اس سے وہ چلے۔ خدا اس کا مائنڈ بن جاتا ہے۔ اس سے وہ سوچے۔ تو ان لوگوں کا ایڈوانٹیج یہ تھا کہ وہ انسان بن گئے تھے وہ۔</w:t>
      </w:r>
    </w:p>
    <w:p>
      <w:r>
        <w:rPr>
          <w:b/>
        </w:rPr>
        <w:t xml:space="preserve">[1:06:09] </w:t>
      </w:r>
      <w:r>
        <w:t>woh raasta hamare liye bhi khula hua hai. yaani hum agar Khuda ke saath apne aap ko bharpoor taur par involve karein to Khuda bhi apne aap ko hamare saath involve kar leta hai.</w:t>
      </w:r>
    </w:p>
    <w:p>
      <w:pPr>
        <w:jc w:val="right"/>
      </w:pPr>
      <w:r>
        <w:t>وہ راستہ ہمارے لیے بھی کھلا ہوا ہے۔ یعنی ہم اگر خدا کے ساتھ اپنے آپ کو بھرپور طور پر انوالو کریں تو خدا بھی اپنے آپ کو ہمارے ساتھ انوالو کر لیتا ہے۔</w:t>
      </w:r>
    </w:p>
    <w:p>
      <w:r>
        <w:rPr>
          <w:b/>
        </w:rPr>
        <w:t xml:space="preserve">[1:06:20] </w:t>
      </w:r>
      <w:r>
        <w:t>yeh bilateral mamla hai. bilateral. bilateral mamla</w:t>
      </w:r>
    </w:p>
    <w:p>
      <w:pPr>
        <w:jc w:val="right"/>
      </w:pPr>
      <w:r>
        <w:t>یہ بائی لیٹرل معاملہ ہے۔ بائی لیٹرل۔ بائی لیٹرل معامل</w:t>
      </w:r>
    </w:p>
    <w:p>
      <w:r>
        <w:rPr>
          <w:b/>
        </w:rPr>
        <w:t xml:space="preserve">[1:06:26] </w:t>
      </w:r>
      <w:r>
        <w:t>hai. hum Khuda ke saath apne ko involve jitna zyada kareinge utna hi Khuda hamare saath apne aap ko involve karega. isi liye hadith mein aata hai ke ataqoo firasa al momin fa innahu yanzuru binurillah momin ki wisdom se bachho.</w:t>
      </w:r>
    </w:p>
    <w:p>
      <w:pPr>
        <w:jc w:val="right"/>
      </w:pPr>
      <w:r>
        <w:t>ہ ہے۔ ہم خدا کے ساتھ اپنے کو انوالو جتنا زیادہ کریں گے اتنا ہی خدا ہمارے ساتھ اپنے آپ کو انوالو کرے گا۔ اسی لیے حدیث میں آتا ہے کہ اتقوا فراس المومن فإنه ينظر بنور الله مومن کی وزڈم سے بچو۔</w:t>
      </w:r>
    </w:p>
    <w:p>
      <w:r>
        <w:rPr>
          <w:b/>
        </w:rPr>
        <w:t xml:space="preserve">[1:06:43] </w:t>
      </w:r>
      <w:r>
        <w:t>kyun ke momin Khuda ke noor se dekhta hai. to mein samajhta hoon ke un ki jo soch thi us soch mein Khuda shamil ho gaya tha un ke.</w:t>
      </w:r>
    </w:p>
    <w:p>
      <w:pPr>
        <w:jc w:val="right"/>
      </w:pPr>
      <w:r>
        <w:t>کیونکہ مومن خدا کے نور سے دیکھتا ہے۔ تو میں سمجھتا ہوں کہ ان کی جو سوچ تھی اس سوچ میں خدا شامل ہو گیا تھا ان کے۔</w:t>
      </w:r>
    </w:p>
    <w:p>
      <w:r>
        <w:rPr>
          <w:b/>
        </w:rPr>
        <w:t xml:space="preserve">[1:06:57] </w:t>
      </w:r>
      <w:r>
        <w:t>hamari soch jo hai hum hum ne apne aap ko Khuda ke saath involve nahi kiya to Khuda bhi hum hamare saath apne ko involve nahi karta. hamein chhoday rahega.</w:t>
      </w:r>
    </w:p>
    <w:p>
      <w:pPr>
        <w:jc w:val="right"/>
      </w:pPr>
      <w:r>
        <w:t>ہماری سوچ جو ہے ہم ہم نے اپنے آپ کو خدا کے ساتھ انوالو نہیں کیا تو خدا بھی ہم ہمارے ساتھ اپنے کو انوالو نہیں کرتا۔ ہمیں چھوڑے رہے گا۔</w:t>
      </w:r>
    </w:p>
    <w:p>
      <w:r>
        <w:rPr>
          <w:b/>
        </w:rPr>
        <w:t xml:space="preserve">[1:07:07] </w:t>
      </w:r>
      <w:r>
        <w:t>to asal raaz hai is yeh jo difference hai hamara un ke beech mein is ka raaz yeh hai.</w:t>
      </w:r>
    </w:p>
    <w:p>
      <w:pPr>
        <w:jc w:val="right"/>
      </w:pPr>
      <w:r>
        <w:t>تو اصل راز ہے اس یہ جو ڈیفرنس ہے ہمارا ان کے بیچ میں اس کا راز یہ ہے۔</w:t>
      </w:r>
    </w:p>
    <w:p>
      <w:r>
        <w:rPr>
          <w:b/>
        </w:rPr>
        <w:t xml:space="preserve">[1:07:18] </w:t>
      </w:r>
      <w:r>
        <w:t>This question is from Sadia. You said that people are dichotomous thinkers and are blind to the third option.</w:t>
      </w:r>
    </w:p>
    <w:p>
      <w:pPr>
        <w:jc w:val="right"/>
      </w:pPr>
      <w:r>
        <w:t>This question is from Sadia. You said that people are dichotomous thinkers and are blind to the third option.</w:t>
      </w:r>
    </w:p>
    <w:p>
      <w:r>
        <w:rPr>
          <w:b/>
        </w:rPr>
        <w:t xml:space="preserve">[1:07:26] </w:t>
      </w:r>
      <w:r>
        <w:t>Why is it that they are blind to the third option?</w:t>
      </w:r>
    </w:p>
    <w:p>
      <w:pPr>
        <w:jc w:val="right"/>
      </w:pPr>
      <w:r>
        <w:t>Why is it that they are blind to the third option?</w:t>
      </w:r>
    </w:p>
    <w:p>
      <w:r>
        <w:rPr>
          <w:b/>
        </w:rPr>
        <w:t xml:space="preserve">[1:07:34] </w:t>
      </w:r>
      <w:r>
        <w:t>dekhiye mein yahan tak samajh paya hoon woh yeh hai ke log aam taur par sentimental ho jate hain. jazbaat ki tarah sochne lagte hain.</w:t>
      </w:r>
    </w:p>
    <w:p>
      <w:pPr>
        <w:jc w:val="right"/>
      </w:pPr>
      <w:r>
        <w:t>دیکھیے میں یہاں تک سمجھ پایا ہوں وہ یہ ہے کہ لوگ عام طور پر سینٹیمنٹل ہو جاتے ہیں۔ جذبات کی طرح سوچنے لگتے ہیں۔</w:t>
      </w:r>
    </w:p>
    <w:p>
      <w:r>
        <w:rPr>
          <w:b/>
        </w:rPr>
        <w:t xml:space="preserve">[1:07:46] </w:t>
      </w:r>
      <w:r>
        <w:t>matlab jazba aa gaya khwahish ka, revenge ka, lust ka, inteqaam ka. is se to is ko kehte hain biased thinking.</w:t>
      </w:r>
    </w:p>
    <w:p>
      <w:pPr>
        <w:jc w:val="right"/>
      </w:pPr>
      <w:r>
        <w:t>مطلب جذبہ آ گیا خواہش کا، ریولج کا، لسٹ کا، انتقام کا۔ اس سے تو اس کو کہتے ہیں بائسڈ تھنکنگ۔</w:t>
      </w:r>
    </w:p>
    <w:p>
      <w:r>
        <w:rPr>
          <w:b/>
        </w:rPr>
        <w:t xml:space="preserve">[1:07:55] </w:t>
      </w:r>
      <w:r>
        <w:t>biased.</w:t>
      </w:r>
    </w:p>
    <w:p>
      <w:pPr>
        <w:jc w:val="right"/>
      </w:pPr>
      <w:r>
        <w:t>بائسڈ۔</w:t>
      </w:r>
    </w:p>
    <w:p>
      <w:r>
        <w:rPr>
          <w:b/>
        </w:rPr>
        <w:t xml:space="preserve">[1:07:56] </w:t>
      </w:r>
      <w:r>
        <w:t>agar aap in jazbaat se apne yaani jo in jazbaat ko mauqa na dein ke woh aap ko control karne lagein to har aadmi ke andar wohi baat aa jayegi.</w:t>
      </w:r>
    </w:p>
    <w:p>
      <w:pPr>
        <w:jc w:val="right"/>
      </w:pPr>
      <w:r>
        <w:t>اگر آپ ان جذبات سے اپنے یعنی جو ان جذبات کو موقع نہ دیں کہ وہ آپ کو کنٹرول کرنے لگیں تو ہر آدمی کے اندر وہی بات آ جائے گی۔</w:t>
      </w:r>
    </w:p>
    <w:p>
      <w:r>
        <w:rPr>
          <w:b/>
        </w:rPr>
        <w:t xml:space="preserve">[1:08:07] </w:t>
      </w:r>
      <w:r>
        <w:t>woh jaan lega sachai ko. dekh lega. to raaz yeh hai ke insaan do ke beech mein hai. biased thinking aur unbiased thinking.</w:t>
      </w:r>
    </w:p>
    <w:p>
      <w:pPr>
        <w:jc w:val="right"/>
      </w:pPr>
      <w:r>
        <w:t>وہ جان لے گا سچائی کو۔ دیکھ لے گا۔ تو راز یہ ہے کہ انسان دو کے بیچ میں ہے۔ بائسڈ تھنکنگ اور ان بائسڈ تھنکنگ۔</w:t>
      </w:r>
    </w:p>
    <w:p>
      <w:r>
        <w:rPr>
          <w:b/>
        </w:rPr>
        <w:t xml:space="preserve">[1:08:16] </w:t>
      </w:r>
      <w:r>
        <w:t>yaani jazbaat ke asar mein aa kar sochna aur jazbaat ke asar mein aaye baghair sochna.</w:t>
      </w:r>
    </w:p>
    <w:p>
      <w:pPr>
        <w:jc w:val="right"/>
      </w:pPr>
      <w:r>
        <w:t>یعنی جذبات کے اثر میں آ کر سوچنا اور جذبات کے اثر میں آئے بغیر سوچنا۔</w:t>
      </w:r>
    </w:p>
    <w:p>
      <w:r>
        <w:rPr>
          <w:b/>
        </w:rPr>
        <w:t xml:space="preserve">[1:08:22] </w:t>
      </w:r>
      <w:r>
        <w:t>to generally kya hota hai yaani more than 99 percent log jazbaat baghair sochte hain ke hamein to abhi hum to listen un ko we have to teach hum listen hum hamein sabak dena hai hamein inteqaam lena hai hamein yeh karna hai hamein woh karna hai mein Afghanistan gaya Afghanistan mein ek naujawan se maine baat ki</w:t>
      </w:r>
    </w:p>
    <w:p>
      <w:pPr>
        <w:jc w:val="right"/>
      </w:pPr>
      <w:r>
        <w:t>تو جنرلی کیا ہوتا ہے یعنی مور دین 99 پرسنٹ لوگ جذبات بغیر سوچتے ہیں کہ ہمیں تو ابھی ہم تو لسن ان کو ویو ٹو ٹیچ ہم لسن ہم ہمیں سبق دینا ہے ہمیں انتقام لینا ہے ہمیں یہ کرنا ہے ہمیں وہ کرنا ہے میں افغانستان گیا افغانستان میں ایک نوجوان سے میں نے بات کی</w:t>
      </w:r>
    </w:p>
    <w:p>
      <w:r>
        <w:rPr>
          <w:b/>
        </w:rPr>
        <w:t xml:space="preserve">[1:08:48] </w:t>
      </w:r>
      <w:r>
        <w:t>to us ne sari baat jo jo tribal traditions hain us ko batai us ne ek baat yeh batai us ne ke meri maan mujh ko khwah makhwah parha rahi hai mujhe to revenge lena hai apne dada ka to ladka kehta hai us ke dada ko kisi ne murder kar diya tha dada ka</w:t>
      </w:r>
    </w:p>
    <w:p>
      <w:pPr>
        <w:jc w:val="right"/>
      </w:pPr>
      <w:r>
        <w:t>تو اس نے ساری بات جو جو ٹرائیبل ٹریڈیشنز ہیں اس کو بتائی اس نے ایک بات یہ بتائی اس نے کہ میری ماں مجھ کو خوامخواہ پڑھا رہی ہے مجھے تو ریونج لینا ہے اپنے دادا کا تو لڑکا کہتا ہے اس کے دادا کو کسی نے مرڈر کر دیا تھا دادا کا</w:t>
      </w:r>
    </w:p>
    <w:p>
      <w:r>
        <w:rPr>
          <w:b/>
        </w:rPr>
        <w:t xml:space="preserve">[1:09:12] </w:t>
      </w:r>
      <w:r>
        <w:t>to us ne bataya ke hamare haan yeh hai ke yeh yani dada baap se kahega baap bete se kahega beta pote se kahega jab tak hum revenge na le len tab tak hum chain se nahi baith sakte to us ne kaha meri meri maan chahti hai parhwana mujh ko main parh ke kya karunga mujhe to apne dada dada ka revenge lena hai yeh hai culture</w:t>
      </w:r>
    </w:p>
    <w:p>
      <w:pPr>
        <w:jc w:val="right"/>
      </w:pPr>
      <w:r>
        <w:t>تو اس نے بتایا کہ ہمارے ہاں یہ ہے کہ یہ یعنی دادا باپ سے کہے گا باپ بیٹے سے کہے گا بیٹا پوتے سے کہے گا جب تک ہم ریونج نہ لے لیں تب تک ہم چین سے نہیں بیٹھ سکتے تو اس نے کہا میری میری ماں چاہتی ہے پڑھوانا مجھ کو میں پڑھ کے کیا کروں گا مجھے تو اپنے دادا دادا کا ریونج لینا ہے یہ ہے کلچر</w:t>
      </w:r>
    </w:p>
    <w:p>
      <w:r>
        <w:rPr>
          <w:b/>
        </w:rPr>
        <w:t xml:space="preserve">[1:09:37] </w:t>
      </w:r>
      <w:r>
        <w:t>اب جب اس اس سے اس سے دب کر سوچے گا وہ کہ revenge ke jazbe se dab</w:t>
      </w:r>
    </w:p>
    <w:p>
      <w:pPr>
        <w:jc w:val="right"/>
      </w:pPr>
      <w:r>
        <w:t>اب جب اس اس سے اس سے دب کر سوچے گا وہ کہ ریونج کے جذبے سے دب</w:t>
      </w:r>
    </w:p>
    <w:p>
      <w:r>
        <w:rPr>
          <w:b/>
        </w:rPr>
        <w:t xml:space="preserve">[1:09:42] </w:t>
      </w:r>
      <w:r>
        <w:t>کر سوچے گا تو یہ سمجھے گا لڑکا مر جاؤں education کی اپارٹمنٹ کیسے سمجھ آئے گی اس</w:t>
      </w:r>
    </w:p>
    <w:p>
      <w:pPr>
        <w:jc w:val="right"/>
      </w:pPr>
      <w:r>
        <w:t>کر سوچے گا تو یہ سمجھے گا لڑکا مر جاؤں ایجوکیشن کی اپارٹمنٹ کیسے سمجھ آئے گی اس</w:t>
      </w:r>
    </w:p>
    <w:p>
      <w:r>
        <w:rPr>
          <w:b/>
        </w:rPr>
        <w:t xml:space="preserve">[1:09:48] </w:t>
      </w:r>
      <w:r>
        <w:t>کی تو basic راز یہ ہے کہ آپ ہر قسم کے sentiment سے اوپر اٹھ کر سوچیں desire</w:t>
      </w:r>
    </w:p>
    <w:p>
      <w:pPr>
        <w:jc w:val="right"/>
      </w:pPr>
      <w:r>
        <w:t>کی تو بیسک راز یہ ہے کہ آپ ہر قسم کے سینٹیمنٹ سے اوپر اٹھ کر سوچیں ڈیزائر</w:t>
      </w:r>
    </w:p>
    <w:p>
      <w:r>
        <w:rPr>
          <w:b/>
        </w:rPr>
        <w:t xml:space="preserve">[1:09:53] </w:t>
      </w:r>
      <w:r>
        <w:t>سے اوپر اٹھ کر سوچیں ego سے اور arrogance سے اوپر اٹھ کر سوچیں تو بس اس کے</w:t>
      </w:r>
    </w:p>
    <w:p>
      <w:pPr>
        <w:jc w:val="right"/>
      </w:pPr>
      <w:r>
        <w:t>سے اوپر اٹھ کر سوچیں ایگو سے اور ارگن سے اوپر اٹھ کر سوچیں تو بس اس کے</w:t>
      </w:r>
    </w:p>
    <w:p>
      <w:r>
        <w:rPr>
          <w:b/>
        </w:rPr>
        <w:t xml:space="preserve">[1:10:00] </w:t>
      </w:r>
      <w:r>
        <w:t>baad nature prevail kare gi</w:t>
      </w:r>
    </w:p>
    <w:p>
      <w:pPr>
        <w:jc w:val="right"/>
      </w:pPr>
      <w:r>
        <w:t>بعد نیچر پریویل کرے گی</w:t>
      </w:r>
    </w:p>
    <w:p>
      <w:r>
        <w:rPr>
          <w:b/>
        </w:rPr>
        <w:t xml:space="preserve">[1:10:04] </w:t>
      </w:r>
      <w:r>
        <w:t>aur nature jo hai aap ko theek theek baat batati hai</w:t>
      </w:r>
    </w:p>
    <w:p>
      <w:pPr>
        <w:jc w:val="right"/>
      </w:pPr>
      <w:r>
        <w:t>اور نیچر جو ہے آپ کو ٹھیک ٹھیک بات بتاتی ہے</w:t>
      </w:r>
    </w:p>
    <w:p>
      <w:r>
        <w:rPr>
          <w:b/>
        </w:rPr>
        <w:t xml:space="preserve">[1:10:07] </w:t>
      </w:r>
      <w:r>
        <w:t>asal cheez hai ke natural thinking dab jati hai unnatural thinking aap ke oopar chha jati hai unnatural thinking ko aap apne oopar chhaen na dijiye to nature to theek hi theek baat kahegi aap ko</w:t>
      </w:r>
    </w:p>
    <w:p>
      <w:pPr>
        <w:jc w:val="right"/>
      </w:pPr>
      <w:r>
        <w:t>اصل چیز ہے کہ نیچرل تھنکنگ دب جاتی ہے ان نیچرل تھنکنگ آپ کے اوپر چھا جاتی ہے ان نیچرل تھنکنگ کو آپ اپنے اوپر چھائیں نہ دیجئے تو نیچر تو ٹھیک ہی ٹھیک بات کہے گی آپ کو</w:t>
      </w:r>
    </w:p>
    <w:p>
      <w:r>
        <w:rPr>
          <w:b/>
        </w:rPr>
        <w:t xml:space="preserve">[1:10:22] </w:t>
      </w:r>
      <w:r>
        <w:t>meri samajh mein yahi raaz hai is baat ka This question is from Tariq sahib What made you achieve self-actualization?</w:t>
      </w:r>
    </w:p>
    <w:p>
      <w:pPr>
        <w:jc w:val="right"/>
      </w:pPr>
      <w:r>
        <w:t>میری سمجھ میں یہی راز ہے اس بات کا This question is from طارق صاحب What made you achieve self-actualization?</w:t>
      </w:r>
    </w:p>
    <w:p>
      <w:r>
        <w:rPr>
          <w:b/>
        </w:rPr>
        <w:t xml:space="preserve">[1:10:34] </w:t>
      </w:r>
      <w:r>
        <w:t>How did you overcome odds and adversities of life?</w:t>
      </w:r>
    </w:p>
    <w:p>
      <w:pPr>
        <w:jc w:val="right"/>
      </w:pPr>
      <w:r>
        <w:t>How did you overcome odds and adversities of life?</w:t>
      </w:r>
    </w:p>
    <w:p>
      <w:r>
        <w:rPr>
          <w:b/>
        </w:rPr>
        <w:t xml:space="preserve">[1:10:44] </w:t>
      </w:r>
      <w:r>
        <w:t>yeh Allah taala ne mera tere bazat baat rakhi thi compromise na karna main kabhi compromise nahi karta tha chahe kitni zyada mujhe is ki price deni pari bohat hi bari bari price bohat bari bari price</w:t>
      </w:r>
    </w:p>
    <w:p>
      <w:pPr>
        <w:jc w:val="right"/>
      </w:pPr>
      <w:r>
        <w:t>یہ اللہ تعالی نے میرا تیرے بذات بات رکھی تھی کمپرومائز نہ کرنا میں کبھی کمپرومائز نہیں کرتا تھا چاہے کتنی زیادہ مجھے اس کی پرائز دینی پڑی بہت ہی بڑی بڑی پرائز بہت بڑی بڑی پرائز</w:t>
      </w:r>
    </w:p>
    <w:p>
      <w:r>
        <w:rPr>
          <w:b/>
        </w:rPr>
        <w:t xml:space="preserve">[1:10:58] </w:t>
      </w:r>
      <w:r>
        <w:t>jaise hi Delhi mein mein aap ko yaqeen nahin aayega ke 1970</w:t>
      </w:r>
    </w:p>
    <w:p>
      <w:pPr>
        <w:jc w:val="right"/>
      </w:pPr>
      <w:r>
        <w:t>جیسے ہی دلی میں میں آپ کو یقین نہیں آئے گا کہ 1970</w:t>
      </w:r>
    </w:p>
    <w:p>
      <w:r>
        <w:rPr>
          <w:b/>
        </w:rPr>
        <w:t xml:space="preserve">[1:11:04] </w:t>
      </w:r>
      <w:r>
        <w:t>1975 mein literally mein panelist tha homeless tha isi Delhi mein</w:t>
      </w:r>
    </w:p>
    <w:p>
      <w:pPr>
        <w:jc w:val="right"/>
      </w:pPr>
      <w:r>
        <w:t>1975 میں لٹرلی میں پینلسٹ تھا ہوم لیس تھا اسی دلی میں</w:t>
      </w:r>
    </w:p>
    <w:p>
      <w:r>
        <w:rPr>
          <w:b/>
        </w:rPr>
        <w:t xml:space="preserve">[1:11:12] </w:t>
      </w:r>
      <w:r>
        <w:t>koi ek jagah bhi nahin thi mere paas ek koi kothri bhi nahin thi jahan mein rahoon isi</w:t>
      </w:r>
    </w:p>
    <w:p>
      <w:pPr>
        <w:jc w:val="right"/>
      </w:pPr>
      <w:r>
        <w:t>کوئی ایک جگہ بھی نہیں تھی میرے پاس ایک کوئی کوٹھری بھی نہیں تھی جہاں میں رہوں اسی</w:t>
      </w:r>
    </w:p>
    <w:p>
      <w:r>
        <w:rPr>
          <w:b/>
        </w:rPr>
        <w:t xml:space="preserve">[1:11:15] </w:t>
      </w:r>
      <w:r>
        <w:t>Delhi mein 1975</w:t>
      </w:r>
    </w:p>
    <w:p>
      <w:pPr>
        <w:jc w:val="right"/>
      </w:pPr>
      <w:r>
        <w:t>دلی میں 1975</w:t>
      </w:r>
    </w:p>
    <w:p>
      <w:r>
        <w:rPr>
          <w:b/>
        </w:rPr>
        <w:t xml:space="preserve">[1:11:18] </w:t>
      </w:r>
      <w:r>
        <w:t>mein kyun mein compromise nahin kiya</w:t>
      </w:r>
    </w:p>
    <w:p>
      <w:pPr>
        <w:jc w:val="right"/>
      </w:pPr>
      <w:r>
        <w:t>میں کیوں میں کمپرومائز نہیں کیا</w:t>
      </w:r>
    </w:p>
    <w:p>
      <w:r>
        <w:rPr>
          <w:b/>
        </w:rPr>
        <w:t xml:space="preserve">[1:11:21] </w:t>
      </w:r>
      <w:r>
        <w:t>poori zindagi mein mein ne yahi kiya hai compromise nahin kiya jab aap compromise nahin karte to Khuda</w:t>
      </w:r>
    </w:p>
    <w:p>
      <w:pPr>
        <w:jc w:val="right"/>
      </w:pPr>
      <w:r>
        <w:t>پوری زندگی میں میں نے یہی کیا ہے کمپرومائز نہیں کیا جب آپ کمپرومائز نہیں کرتے تو خدا</w:t>
      </w:r>
    </w:p>
    <w:p>
      <w:r>
        <w:rPr>
          <w:b/>
        </w:rPr>
        <w:t xml:space="preserve">[1:11:26] </w:t>
      </w:r>
      <w:r>
        <w:t>aap ka guide ban jata hai</w:t>
      </w:r>
    </w:p>
    <w:p>
      <w:pPr>
        <w:jc w:val="right"/>
      </w:pPr>
      <w:r>
        <w:t>آپ کا گائیڈ بن جاتا ہے</w:t>
      </w:r>
    </w:p>
    <w:p>
      <w:r>
        <w:rPr>
          <w:b/>
        </w:rPr>
        <w:t xml:space="preserve">[1:11:28] </w:t>
      </w:r>
      <w:r>
        <w:t>compromise karenge to certain guide banega aap ka ek hadith hai ke Rasool Allah ne ek ek line khenchi aur idhar udhar linein bana dein to aap ne kaha ke yeh line jo hai yeh Khuda ki taraf ja rahi hai aur idhar udhar jo hai woh certain ki taraf ja rahi hai to jab aap compromise karte hain to kahin na kahin deviate kar ke idhar udhar murr jaate hain aap aur deviate nahi karte to chalte rehte hain Khuda ki taraf se yahan tak Khuda tak pahunch jaate hain</w:t>
      </w:r>
    </w:p>
    <w:p>
      <w:pPr>
        <w:jc w:val="right"/>
      </w:pPr>
      <w:r>
        <w:t>کمپرومائز کریں گے تو سرٹن گائیڈ بنے گا آپ کا ایک حدیث ہے کہ رسول اللہ نے ایک ایک لائن کھینچی اور ادھر ادھر لائنیں بنا دیں تو آپ نے کہا کہ یہ لائن جو ہے یہ خدا کی طرف جا رہی ہے اور ادھر ادھر جو ہے وہ سرٹن کی طرف جا رہی ہے تو جب آپ کمپرومائز کرتے ہیں تو کہیں نہ کہیں ڈیویٹ کر کے ادھر ادھر مڑ جاتے ہیں آپ اور ڈیویٹ نہیں کرتے تو چلتے رہتے ہیں خدا کی طرف سے یہاں تک خدا تک پہنچ جاتے ہیں</w:t>
      </w:r>
    </w:p>
    <w:p>
      <w:r>
        <w:rPr>
          <w:b/>
        </w:rPr>
        <w:t xml:space="preserve">[1:11:57] </w:t>
      </w:r>
      <w:r>
        <w:t>to sab se bari cheez jo hai jo aap ko hatati hai sachai se woh hai compromise karna to mere andar by nature aisa tha ke maine kabhi compromise kiya nahi chahe kuch bhi beeta hai mere oopar koi bhi museebat pade main panelist ho jaon main homeless ho jaon log mujhe kuch bhi samjhen meri family mein log mujh ko mad kehte the mad meri apni family mein mad hamari biwi jo theen un ki ek saathi theen Razia un ka naam tha</w:t>
      </w:r>
    </w:p>
    <w:p>
      <w:pPr>
        <w:jc w:val="right"/>
      </w:pPr>
      <w:r>
        <w:t>تو سب سے بڑی چیز جو ہے جو آپ کو ہٹاتی ہے سچائی سے وہ ہے کمپرومائز کرنا تو میرے اندر بائی نیچر ایسا تھا کہ میں نے کبھی کمپرومائز کیا نہیں چاہے کچھ بھی بیتا ہے میرے اوپر کوئی بھی مصیبت پڑے میں پینلسٹ ہو جاؤں میں ہوم لیس ہو جاؤں لوگ مجھے کچھ بھی سمجھیں میری فیملی میں لوگ مجھ کو میڈ کہتے تھے میڈ میری اپنی فیملی میں میڈ ہماری بیوی جو تھیں ان کی ایک ساتھی تھیں رضیہ ان کا نام تھا</w:t>
      </w:r>
    </w:p>
    <w:p>
      <w:r>
        <w:rPr>
          <w:b/>
        </w:rPr>
        <w:t xml:space="preserve">[1:12:27] </w:t>
      </w:r>
      <w:r>
        <w:t>Adampur mein hum thay to Razia bechari mar gayi woh to ek din mein ghar mein aaya</w:t>
      </w:r>
    </w:p>
    <w:p>
      <w:pPr>
        <w:jc w:val="right"/>
      </w:pPr>
      <w:r>
        <w:t>ادم گڑھ میں ہم تھے تو رضیہ بیچاری مر گئی وہ تو ایک دن میں گھر میں آیا</w:t>
      </w:r>
    </w:p>
    <w:p>
      <w:r>
        <w:rPr>
          <w:b/>
        </w:rPr>
        <w:t xml:space="preserve">[1:12:32] </w:t>
      </w:r>
      <w:r>
        <w:t>to biwi biwi ne kaha ke Razia aisa kehti hain ke un ke bachchon ka kya hoga tab</w:t>
      </w:r>
    </w:p>
    <w:p>
      <w:pPr>
        <w:jc w:val="right"/>
      </w:pPr>
      <w:r>
        <w:t>تو بیوی بیوی نے کہا کہ رضیہ ایسا کہتی ہیں کہ ان کے بچوں کا کیا ہوگا تب</w:t>
      </w:r>
    </w:p>
    <w:p>
      <w:r>
        <w:rPr>
          <w:b/>
        </w:rPr>
        <w:t xml:space="preserve">[1:12:37] </w:t>
      </w:r>
      <w:r>
        <w:t>tak bachche paida ho chuke thay hamare bade bhai jo thay woh hum ko yaani hamara jo shelter</w:t>
      </w:r>
    </w:p>
    <w:p>
      <w:pPr>
        <w:jc w:val="right"/>
      </w:pPr>
      <w:r>
        <w:t>تک بچے پیدا ہو چکے تھے ہمارے بڑے بھائی جو تھے وہ ہم کو یعنی ہمارا جو شیلٹر</w:t>
      </w:r>
    </w:p>
    <w:p>
      <w:r>
        <w:rPr>
          <w:b/>
        </w:rPr>
        <w:t xml:space="preserve">[1:12:43] </w:t>
      </w:r>
      <w:r>
        <w:t>bane hue thay us waqt ab wahi wahi bechare mar gaye to unhon ne kaha ke un ke</w:t>
      </w:r>
    </w:p>
    <w:p>
      <w:pPr>
        <w:jc w:val="right"/>
      </w:pPr>
      <w:r>
        <w:t>بنے ہوئے تھے اس وقت اب وہی وہی بیچارے مر گئے تو انہوں نے کہا کہ ان کے</w:t>
      </w:r>
    </w:p>
    <w:p>
      <w:r>
        <w:rPr>
          <w:b/>
        </w:rPr>
        <w:t xml:space="preserve">[1:12:46] </w:t>
      </w:r>
      <w:r>
        <w:t>bade bhai to un ka karte hain kuch lekin kab tak chalega yeh kya hoga un ke</w:t>
      </w:r>
    </w:p>
    <w:p>
      <w:pPr>
        <w:jc w:val="right"/>
      </w:pPr>
      <w:r>
        <w:t>بڑے بھائی تو ان کا کرتے ہیں کچھ لیکن کب تک چلے گا یہ کیا ہوگا ان کے</w:t>
      </w:r>
    </w:p>
    <w:p>
      <w:r>
        <w:rPr>
          <w:b/>
        </w:rPr>
        <w:t xml:space="preserve">[1:12:52] </w:t>
      </w:r>
      <w:r>
        <w:t>bachchon ka to mein mujhe ab tak yaad hai woh woh woh woh moment yaad hai</w:t>
      </w:r>
    </w:p>
    <w:p>
      <w:pPr>
        <w:jc w:val="right"/>
      </w:pPr>
      <w:r>
        <w:t>بچوں کا تو میں مجھے اب تک یاد ہے وہ وہ وہ وہ وہ مومنٹ یاد ہے</w:t>
      </w:r>
    </w:p>
    <w:p>
      <w:r>
        <w:rPr>
          <w:b/>
        </w:rPr>
        <w:t xml:space="preserve">[1:12:59] </w:t>
      </w:r>
      <w:r>
        <w:t>main ne khade khade main ne kaha tha ke Razia se keh do ke yeh kashti kashti means boat Razia se keh do ke yeh boat apne tamam sawaron samet bas Allah ke hawale hai baqi manzil wahan par hai muhalla badraqa baqi manzil ke ek kamre mein rehta tha wahan meri biwi thi abhi bhi zinda hain woh aap pooch sakte hain to jaise main andar kamre mein aaya ek chhota sa kamra tha woh</w:t>
      </w:r>
    </w:p>
    <w:p>
      <w:pPr>
        <w:jc w:val="right"/>
      </w:pPr>
      <w:r>
        <w:t>میں نے کھڑے کھڑے میں نے کہا تھا کہ رضیہ سے کہہ دو کہ یہ کشتی کشتی مینز بوٹ رضیہ سے کہہ دو کہ یہ بوٹ اپنے تمام سواروں سمیت بس اللہ کے حوالے ہے باقی منزل وہاں پر ہے محلہ بدرقہ باقی منزل کے ایک کمرے میں رہتا تھا وہاں میری بیوی تھی ابھی بھی زندہ ہیں وہ آپ پوچھ سکتے ہیں تو جیسے میں اندر کمرے میں آیا ایک چھوٹا سا کمرہ تھا وہ</w:t>
      </w:r>
    </w:p>
    <w:p>
      <w:r>
        <w:rPr>
          <w:b/>
        </w:rPr>
        <w:t xml:space="preserve">[1:13:29] </w:t>
      </w:r>
      <w:r>
        <w:t>to unhone kaha Razia aisa kehti hai ke un ke bachon ka kya hoga to main ne khade khade main ne kaha tha ke Razia se keh do ke yeh boat apne tamam sawaron samet bas Allah ke hawale hai yeh spirit mere andar thi aur yahi spirit mujhe guide karti rahi</w:t>
      </w:r>
    </w:p>
    <w:p>
      <w:pPr>
        <w:jc w:val="right"/>
      </w:pPr>
      <w:r>
        <w:t>تو انہوں نے کہا رضیہ ایسا کہتی ہے کہ ان کے بچوں کا کیا ہوگا تو میں نے کھڑے کھڑے میں نے کہا تھا کہ رضیہ سے کہہ دو کہ یہ بوٹ اپنے تمام سواروں سمیت بس اللہ کے حوالے ہے یہ اسپرٹ میرے اندر تھی اور یہی اسپرٹ مجھے گائیڈ کرتی رہی</w:t>
      </w:r>
    </w:p>
    <w:p>
      <w:r>
        <w:rPr>
          <w:b/>
        </w:rPr>
        <w:t xml:space="preserve">[1:13:55] </w:t>
      </w:r>
      <w:r>
        <w:t>ah there is another question</w:t>
      </w:r>
    </w:p>
    <w:p>
      <w:pPr>
        <w:jc w:val="right"/>
      </w:pPr>
      <w:r>
        <w:t>اہ دیر از انادر کوئسچن</w:t>
      </w:r>
    </w:p>
    <w:p>
      <w:r>
        <w:rPr>
          <w:b/>
        </w:rPr>
        <w:t xml:space="preserve">[1:13:58] </w:t>
      </w:r>
      <w:r>
        <w:t>please tell us the hadith of Hazrat Umar about taqwa acha dekhen Hazrat Umar jo the woh bohat top ke companion the</w:t>
      </w:r>
    </w:p>
    <w:p>
      <w:pPr>
        <w:jc w:val="right"/>
      </w:pPr>
      <w:r>
        <w:t>پلیز ٹیل اس دی حدیث اف حضرت عمر اباؤٹ تقوی اچھا دیکھیں حضرت عمر جو تھے وہ بہت ٹاپ کے کمپینین تھے</w:t>
      </w:r>
    </w:p>
    <w:p>
      <w:r>
        <w:rPr>
          <w:b/>
        </w:rPr>
        <w:t xml:space="preserve">[1:14:13] </w:t>
      </w:r>
      <w:r>
        <w:t>Rasool Allah ke baad doosra number mana jata hai Hazrat Abu Bakr ka teesra mana jata hai Umar ka to un ka learning ka un ke andar bohat zyada spirit thi learning</w:t>
      </w:r>
    </w:p>
    <w:p>
      <w:pPr>
        <w:jc w:val="right"/>
      </w:pPr>
      <w:r>
        <w:t>رسول اللہ کے بعد دوسرا نمبر مانا جاتا ہے حضرت ابوبکر کا تیسرا مانا جاتا ہے عمر کا تو ان کا لرننگ کا ان کے اندر بہت زیادہ اسپرٹ تھی لرننگ</w:t>
      </w:r>
    </w:p>
    <w:p>
      <w:r>
        <w:rPr>
          <w:b/>
        </w:rPr>
        <w:t xml:space="preserve">[1:14:24] </w:t>
      </w:r>
      <w:r>
        <w:t>kisi se bhi baat kar ke poochte the ke chahe woh jante hon tab bhi jaise maine arz kiya ke habit ke mani mujhe pata the ke kai district mein dekhe habit ko janne ke liye habit ka matlab kya hai yeh hai learning spirit to unhone ek sahabi the un se kaha ke taqwa kya hai</w:t>
      </w:r>
    </w:p>
    <w:p>
      <w:pPr>
        <w:jc w:val="right"/>
      </w:pPr>
      <w:r>
        <w:t>کسی سے بھی بات کر کے پوچھتے تھے کہ چاہے وہ جانتے ہوں تب بھی جیسے میں نے عرض کیا کہ ہیبٹ کے معنی مجھے پتہ تھے کہ کئی ڈسٹری میں دیکھے ہیبٹ کو جاننے کے لیے ہیبٹ کا مطلب کیا ہے یہ ہے لرننگ اسپرٹ تو انہوں نے ایک صحابی تھے ان سے کہا کہ تقوی کیا ہے</w:t>
      </w:r>
    </w:p>
    <w:p>
      <w:r>
        <w:rPr>
          <w:b/>
        </w:rPr>
        <w:t xml:space="preserve">[1:14:48] </w:t>
      </w:r>
      <w:r>
        <w:t>aisa nahi ke woh jante na hon lekin isi ka naam hai learning process exchange intellectual exchange to unhone kaha ke taqwa kya hai to woh kehte hain ke kya aap har sadak tak tareeqa zaat shauq zaat shauq kya aise rastay guzre hain jahan kaante daar jhariyan hon thoray bushes hon ke ek rasta idhar hai lekin idhar bhi jhaari idhar bhi j</w:t>
      </w:r>
    </w:p>
    <w:p>
      <w:pPr>
        <w:jc w:val="right"/>
      </w:pPr>
      <w:r>
        <w:t>ایسا نہیں کہ وہ جانتے نہ ہوں لیکن اسی کا نام ہے لرننگ پروسیس ایکسچینج انٹلیکچول ایکسچینج تو انہوں نے کہا کہ تقوی کیا ہے تو وہ کہتے ہیں کہ کیا آپ ہر سڑک تک طریقہ ذات شوق ذات شوق کیا ایسے راستے گزرے ہیں جہاں کانٹے دار جھاڑیاں ہوں تھوڑے بوشز ہوں کہ ایک راستہ ادھر ہے لیکن ادھر بھی جھاڑی ادھر بھی ج</w:t>
      </w:r>
    </w:p>
    <w:p>
      <w:r>
        <w:rPr>
          <w:b/>
        </w:rPr>
        <w:t xml:space="preserve">[1:15:17] </w:t>
      </w:r>
      <w:r>
        <w:t>haadi thoray thoray bushes aap kabhi aise usay jana pada hai aap ko to Hazrat Umar ne kaha ke haan to unhone kaha ke phir aap ne kya kiya to unhone kaha ke shamar to bishta to ne kapde samet liye aur bachta bachta nikal gaya to unhone kaha ke zalik al taqwa yahi taqwa hai Khuda ne duniya ko banaya is tareeqe se ke test ke liye test</w:t>
      </w:r>
    </w:p>
    <w:p>
      <w:pPr>
        <w:jc w:val="right"/>
      </w:pPr>
      <w:r>
        <w:t>ھاڑی تھوڑے تھوڑے بوشز آپ کبھی ایسے اسے جانا پڑا ہے آپ کو تو حضرت عمر نے کہا کہ ہاں تو انہوں نے کہا کہ پھر آپ نے کیا کیا تو انہوں نے کہا کہ شمر تو بشتہت تو نے کپڑے سمیٹ لیے اور بچتا بچتا نکل گیا تو انہوں نے کہا کہ ذالک التقوی یہی تقوی ہے خدا نے دنیا کو بنایا اس طریقے سے کہ ٹیسٹ کے لیے ٹیسٹ</w:t>
      </w:r>
    </w:p>
    <w:p>
      <w:r>
        <w:rPr>
          <w:b/>
        </w:rPr>
        <w:t xml:space="preserve">[1:15:45] </w:t>
      </w:r>
      <w:r>
        <w:t>ke liye har waqt aap ko koi na koi cheez khench rahi hai kahin na kahin aap ka lust jaagta hai aap ke self self interest jaagta hai kahin na kahin aap ka yani bohat sari desires hain woh jaagti hain to woh aap ko idhar le jana chahti hain idhar le jana chahti hain matlab un un un jhariyon mein phansati hain aap ko is kaanton mein is se bachte hue chale jayen chale jayen chale jayen yahan tak ke Khuda tak pahunch jayen to</w:t>
      </w:r>
    </w:p>
    <w:p>
      <w:pPr>
        <w:jc w:val="right"/>
      </w:pPr>
      <w:r>
        <w:t>کے لیے ہر وقت آپ کو کوئی نہ کوئی چیز کھینچ رہی ہے کہیں نہ کہیں آپ کا لسٹ جاگتا ہے آپ کے سیلف سیلف انٹرسٹ جاگتا ہے کہیں نہ کہیں آپ کا یعنی بہت ساری ڈیزائر ہیں وہ جاگتی ہیں تو وہ آپ کو ادھر لے جانا چاہتی ہیں ادھر لے جانا چاہتی ہیں مطلب ان ان ان جھاڑیوں میں پھنساتی ہیں آپ کو اس کانٹوں میں اس سے بچتے ہوئے چلے جائیں چلے جائیں چلے جائیں یہاں تک کہ خدا تک پہنچ جائیں تو</w:t>
      </w:r>
    </w:p>
    <w:p>
      <w:r>
        <w:rPr>
          <w:b/>
        </w:rPr>
        <w:t xml:space="preserve">[1:16:14] </w:t>
      </w:r>
      <w:r>
        <w:t>unhon ne kaha ke zalk al-taqwa ke jis tarah se aap thodi bushes se bachte hue guzre aise</w:t>
      </w:r>
    </w:p>
    <w:p>
      <w:pPr>
        <w:jc w:val="right"/>
      </w:pPr>
      <w:r>
        <w:t>انہوں نے کہا کہ ذالک التقوی کہ جس طرح سے آپ تھوڑی بوشز سے بچتے ہوئے گزرے ایسے</w:t>
      </w:r>
    </w:p>
    <w:p>
      <w:r>
        <w:rPr>
          <w:b/>
        </w:rPr>
        <w:t xml:space="preserve">[1:16:21] </w:t>
      </w:r>
      <w:r>
        <w:t>hi duniya mein momin ko</w:t>
      </w:r>
    </w:p>
    <w:p>
      <w:pPr>
        <w:jc w:val="right"/>
      </w:pPr>
      <w:r>
        <w:t>ہی دنیا میں مومن کو</w:t>
      </w:r>
    </w:p>
    <w:p>
      <w:r>
        <w:rPr>
          <w:b/>
        </w:rPr>
        <w:t xml:space="preserve">[1:16:24] </w:t>
      </w:r>
      <w:r>
        <w:t>muttaqi ko bachte hue bachte hue guzarna hai kyun ke bushes to har jagah hain kaante to har jagah</w:t>
      </w:r>
    </w:p>
    <w:p>
      <w:pPr>
        <w:jc w:val="right"/>
      </w:pPr>
      <w:r>
        <w:t>متقی کو بچتے ہوئے بچتے ہوئے گزرنا ہے کیونکہ بوشز تو ہر جگہ ہیں کانٹے تو ہر جگہ</w:t>
      </w:r>
    </w:p>
    <w:p>
      <w:r>
        <w:rPr>
          <w:b/>
        </w:rPr>
        <w:t xml:space="preserve">[1:16:30] </w:t>
      </w:r>
      <w:r>
        <w:t>hain woh aap ko uljhaayenge jaise kaante ka matlab kya hai kisi ne aap ko prick kar</w:t>
      </w:r>
    </w:p>
    <w:p>
      <w:pPr>
        <w:jc w:val="right"/>
      </w:pPr>
      <w:r>
        <w:t>ہیں وہ آپ کو الجھائیں گے جیسے کانٹے کا مطلب کیا ہے کسی نے آپ کو پروک کر</w:t>
      </w:r>
    </w:p>
    <w:p>
      <w:r>
        <w:rPr>
          <w:b/>
        </w:rPr>
        <w:t xml:space="preserve">[1:16:34] </w:t>
      </w:r>
      <w:r>
        <w:t>diya aap ghussa ho gaye kisi ko dekha aap ne ke thodi badi gaadi hai woh aap ko</w:t>
      </w:r>
    </w:p>
    <w:p>
      <w:pPr>
        <w:jc w:val="right"/>
      </w:pPr>
      <w:r>
        <w:t>دیا آپ غصہ ہو گئے کسی کو دیکھا آپ نے کہ تھوڑی بڑی گاڑی ہے وہ آپ کو</w:t>
      </w:r>
    </w:p>
    <w:p>
      <w:r>
        <w:rPr>
          <w:b/>
        </w:rPr>
        <w:t xml:space="preserve">[1:16:40] </w:t>
      </w:r>
      <w:r>
        <w:t>aagaya ke mujhe bhi badi badi gaadi ho</w:t>
      </w:r>
    </w:p>
    <w:p>
      <w:pPr>
        <w:jc w:val="right"/>
      </w:pPr>
      <w:r>
        <w:t>اگیا کہ مجھے بھی بڑی بڑی گاڑی ہو</w:t>
      </w:r>
    </w:p>
    <w:p>
      <w:r>
        <w:rPr>
          <w:b/>
        </w:rPr>
        <w:t xml:space="preserve">[1:16:43] </w:t>
      </w:r>
      <w:r>
        <w:t>bohat sari baaten aisi hoti hain jo aap ko khenchti hain apni taraf</w:t>
      </w:r>
    </w:p>
    <w:p>
      <w:pPr>
        <w:jc w:val="right"/>
      </w:pPr>
      <w:r>
        <w:t>بہت ساری باتیں ایسی ہوتی ہیں جو آپ کو کھینچتی ہیں اپنی طرف</w:t>
      </w:r>
    </w:p>
    <w:p>
      <w:r>
        <w:rPr>
          <w:b/>
        </w:rPr>
        <w:t xml:space="preserve">[1:16:46] </w:t>
      </w:r>
      <w:r>
        <w:t>wohi kaanta hai to in kaanton se bachte hue bachte hue bachte hue guzar jana yeh taqwa hai</w:t>
      </w:r>
    </w:p>
    <w:p>
      <w:pPr>
        <w:jc w:val="right"/>
      </w:pPr>
      <w:r>
        <w:t>وہی کانٹا ہے تو ان کانٹوں سے بچتے ہوئے بچتے ہوئے بچتے ہوئے گزر جانا یہ تقوی ہے</w:t>
      </w:r>
    </w:p>
    <w:p>
      <w:r>
        <w:rPr>
          <w:b/>
        </w:rPr>
        <w:t xml:space="preserve">[1:16:57] </w:t>
      </w:r>
      <w:r>
        <w:t>ek question to nahi just main aap se ah thorha zyada information lena chahta hoon ah jaise aap ne kaha hai ke knowledge analysis leading to wisdom and wisdom later on leads to innovations and best practices can be you know found and adopted</w:t>
      </w:r>
    </w:p>
    <w:p>
      <w:pPr>
        <w:jc w:val="right"/>
      </w:pPr>
      <w:r>
        <w:t>ایک کوئسچن تو نہیں جسٹ میں آپ سے اہ تھوڑا زیادہ انفارمیشن لینا چاہتا ہوں اہ جیسے آپ نے کہا ہے کہ نالج انالیسز لیڈنگ ٹو وزڈم اینڈ وزڈم لیٹر ان لیڈز ٹو انویشنز اینڈ بیسٹ پریکٹسز کین بی یو نو فاؤنڈ اینڈ اڈاپٹڈ</w:t>
      </w:r>
    </w:p>
    <w:p>
      <w:r>
        <w:rPr>
          <w:b/>
        </w:rPr>
        <w:t xml:space="preserve">[1:17:15] </w:t>
      </w:r>
      <w:r>
        <w:t>so i i want you to explain ah in terms of Islamic perspective something about knowledge management</w:t>
      </w:r>
    </w:p>
    <w:p>
      <w:pPr>
        <w:jc w:val="right"/>
      </w:pPr>
      <w:r>
        <w:t>سو ائی ائی وانٹ یو ٹو ایکسپلین اہ ان ٹرمز اف اسلامک پرسپیکٹیو سمتھنگ اباؤٹ نالج مینجمنٹ</w:t>
      </w:r>
    </w:p>
    <w:p>
      <w:r>
        <w:rPr>
          <w:b/>
        </w:rPr>
        <w:t xml:space="preserve">[1:17:32] </w:t>
      </w:r>
      <w:r>
        <w:t>yeh knowledge management ke bare mein unhone question kiya hai</w:t>
      </w:r>
    </w:p>
    <w:p>
      <w:pPr>
        <w:jc w:val="right"/>
      </w:pPr>
      <w:r>
        <w:t>یہ نالج مینجمنٹ کے بارے میں انہوں نے کوئسچن کیا ہے</w:t>
      </w:r>
    </w:p>
    <w:p>
      <w:r>
        <w:rPr>
          <w:b/>
        </w:rPr>
        <w:t xml:space="preserve">[1:17:41] </w:t>
      </w:r>
      <w:r>
        <w:t>daikhen knowledge management ka jaisa ke main samajhta hoon koi technical formula nahin hai yani objective formula nahin hai yeh bohat ziyada base karta hai intuition par bohat ziyada agar aap motor car banana hai aap ko railway engine banana hai aap ko to wahan par to management yeh hoga ke aap technology ko janen is technology ko follow karen lekin</w:t>
      </w:r>
    </w:p>
    <w:p>
      <w:pPr>
        <w:jc w:val="right"/>
      </w:pPr>
      <w:r>
        <w:t>دیکھیں نالج مینجمنٹ کا جیسا کہ میں سمجھتا ہوں کوئی ٹیکنیکل فارمولا نہیں ہے یعنی ابجیکٹو فارمولا نہیں ہے یہ بہت زیادہ بیس کرتا ہے انٹیوشن پر بہت زیادہ اگر آپ موٹر کار بنانا ہے آپ کو ریلوے انجن بنانا ہے آپ کو تو وہاں پر تو مینجمنٹ یہ ہوگا کہ آپ ٹیکنالوجی کو جانیں اس ٹیکنالوجی کو فالو کریں لیکن</w:t>
      </w:r>
    </w:p>
    <w:p>
      <w:r>
        <w:rPr>
          <w:b/>
        </w:rPr>
        <w:t xml:space="preserve">[1:18:11] </w:t>
      </w:r>
      <w:r>
        <w:t>jab insan se aap ko deal karna hai insanon ke beech mein rehna hai to koi technical formula nahin ho sakta hai</w:t>
      </w:r>
    </w:p>
    <w:p>
      <w:pPr>
        <w:jc w:val="right"/>
      </w:pPr>
      <w:r>
        <w:t>جب انسان سے آپ کو ڈیل کرنا ہے انسانوں کے بیچ میں رہنا ہے تو کوئی ٹیکنیکل فارمولا نہیں ہو سکتا ہے</w:t>
      </w:r>
    </w:p>
    <w:p>
      <w:r>
        <w:rPr>
          <w:b/>
        </w:rPr>
        <w:t xml:space="preserve">[1:18:21] </w:t>
      </w:r>
      <w:r>
        <w:t>wahan to yeh hai ke aap ke andar bohat ziyada Khuda se dar ho aap ke andar bohat ziyada sincerity ho aap ke andar bohat ziyada unbiased thinking ho aap ka intuition bohat ziyada jaga hua ho aap ke andar bohat ziyada modesty ho is se mil kar ek test develop hota hai ek test woh test aap ko guide karta hai wahi batata hai aap ko how to manage your knowledge</w:t>
      </w:r>
    </w:p>
    <w:p>
      <w:pPr>
        <w:jc w:val="right"/>
      </w:pPr>
      <w:r>
        <w:t>وہاں تو یہ ہے کہ آپ کے اندر بہت زیادہ خدا سے ڈر ہو آپ کے اندر بہت زیادہ سنسیرٹی ہو آپ کے اندر بہت زیادہ ان بائسڈ تھنکنگ ہو آپ کا انٹیوشن بہت زیادہ جاگا ہوا ہو آپ کے اندر بہت زیادہ ماڈیسٹی ہو اس سے مل کر ایک ٹیسٹ ڈیولپ ہوتا ہے ایک ٹیسٹ وہ ٹیسٹ آپ کو گائیڈ کرتا ہے وہی بتاتا ہے آپ کو ہاؤ ٹو مینج یور نالج</w:t>
      </w:r>
    </w:p>
    <w:p>
      <w:r>
        <w:rPr>
          <w:b/>
        </w:rPr>
        <w:t xml:space="preserve">[1:18:51] </w:t>
      </w:r>
      <w:r>
        <w:t>to knowledge management ka koi technical formula mujhe nahin maloom hai sirf yeh hai ke apne aap ko train kijiye apne mind ko decondition kijiye aur yeh sari sifatें paida kijiye jo main ne arz kiya to apne aap ek test develop karega wahi test jo hai aap ke liye source ban jayega yani wahi dikha batayega aap ko is art ko ke knowledge ko kaise manage karen yeh main ne samjhaya.</w:t>
      </w:r>
    </w:p>
    <w:p>
      <w:pPr>
        <w:jc w:val="right"/>
      </w:pPr>
      <w:r>
        <w:t>تو نالج مینجمنٹ کا کوئی ٹیکنیکل فارمولا مجھے نہیں معلوم ہے صرف یہ ہے کہ اپنے آپ کو ٹرین کیجئے اپنے مائنڈ کو ڈی کنڈیشن کیجئے اور یہ ساری صفتیں پیدا کیجئے جو میں نے عرض کیا تو اپنے آپ ایک ٹیسٹ ڈیولپ کرے گا وہی ٹیسٹ جو ہے آپ کے لیے سورس بن جائے گا یعنی وہی دکھا بتائے گا آپ کو اس ارٹ کو کہ نالج کو کیسے مینج کریں یہ میں نے سمجھایا.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