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Lessons from The Story of Prophet Moses Part 3, September 11, 2022</w:t>
      </w:r>
    </w:p>
    <w:p>
      <w:r>
        <w:t>https://youtu.be/juoMfCaCJyA</w:t>
      </w:r>
    </w:p>
    <w:p>
      <w:r>
        <w:rPr>
          <w:b/>
        </w:rPr>
        <w:t xml:space="preserve">[00:11] </w:t>
      </w:r>
      <w:r>
        <w:t>assalamualikumwrhmtullah. ah, quran mein jin nabiyon ka qissa bayan kiya gaya hai, un mein sab say ziyada jis nabi ka zikr aaya hai aur jo ulu al-azm mein say hain, woh Moosa (AS) hain.</w:t>
      </w:r>
    </w:p>
    <w:p>
      <w:pPr>
        <w:jc w:val="right"/>
      </w:pPr>
      <w:r>
        <w:t>السلامعلیکمورحمۃاللہ۔ اہ ،قرآنمیں جننبیوںکاقص ہبیانکیاگیاہے،انمیںسبسےزیادہ جسنبیکا ذکر آیاہے اور جو اول العزممیںسےہیں،وہ موسیٰعلیہالسلامہیں۔</w:t>
      </w:r>
    </w:p>
    <w:p>
      <w:r>
        <w:rPr>
          <w:b/>
        </w:rPr>
        <w:t xml:space="preserve">[00:29] </w:t>
      </w:r>
      <w:r>
        <w:t>abhi mein check kar raha tha keh quran mein kitni jagah Moosa (AS) ka naam aaya hai to 131 jagah hai, 131. aur sab say ziyada zikr jo aaya jinka qissa bayan hua hai, Moosa (AS) aur Bani Israel ka hai.</w:t>
      </w:r>
    </w:p>
    <w:p>
      <w:pPr>
        <w:jc w:val="right"/>
      </w:pPr>
      <w:r>
        <w:t>ابھیمیں چیککررہاتھاکہقرآنمیںکتنیجگہموسیٰ علیہالسلام کانامآیاہےتو 1 31جگہہے، 1 3 1 ۔ اور سبسےزیادہ ذکر جوآیاجنکاقصہبیانہواہے، موسی ٰاور بنی اسرائیلکاہے۔</w:t>
      </w:r>
    </w:p>
    <w:p>
      <w:r>
        <w:rPr>
          <w:b/>
        </w:rPr>
        <w:t xml:space="preserve">[00:43] </w:t>
      </w:r>
      <w:r>
        <w:t>kis qissay? goya is kay zariye Allah ta'ala batana chahta hai ummat-e-Muhammad ko keh aap ko sab say ziyada jis nabi kay zikr aur jis nabi kay qom kay zariye sabak mil sakta hai, rehnumai mil sakti hai, woh Moosa (AS) aur unki qom hain.</w:t>
      </w:r>
    </w:p>
    <w:p>
      <w:pPr>
        <w:jc w:val="right"/>
      </w:pPr>
      <w:r>
        <w:t>کسقصہ ؟ گویااسکےذریعےاللہتعالیٰبتاناچاہتاہے امت محمد یکو کہآپکو سبسےزیادہ جس نبی کے ذکر اور جس نبیکے کیقومکےذریعےسبقملسکتاہے،رہنمائیملسکتیہے، وہ موسیٰعلیہالسلام اور انکیقومہیں۔</w:t>
      </w:r>
    </w:p>
    <w:p>
      <w:r>
        <w:rPr>
          <w:b/>
        </w:rPr>
        <w:t xml:space="preserve">[00:59] </w:t>
      </w:r>
      <w:r>
        <w:t>to humein is ko behta ziyada ghaur say parhna chahiye aur is say sabak hasil karne ki koshish karni chahiye. is silsilay mein aaj doctor Sani Hasnain Khan sahib Moosa (AS) kay qissay,</w:t>
      </w:r>
    </w:p>
    <w:p>
      <w:pPr>
        <w:jc w:val="right"/>
      </w:pPr>
      <w:r>
        <w:t>توہمیںاسکوبہتزیادہ غورسےپڑھناچاہیے اور اسسے سبقحاصل کرنے کیکوششکرنیچاہیے۔ اسسلسلےمیں آج ڈاکٹرثانیحسنینخانصاحب موسیٰعلیہالسلامکےقصے،</w:t>
      </w:r>
    </w:p>
    <w:p>
      <w:r>
        <w:rPr>
          <w:b/>
        </w:rPr>
        <w:t xml:space="preserve">[01:13] </w:t>
      </w:r>
      <w:r>
        <w:t>ah, ka zikr karein gay. yeh teesra hissa hai, teesra part hai.</w:t>
      </w:r>
    </w:p>
    <w:p>
      <w:pPr>
        <w:jc w:val="right"/>
      </w:pPr>
      <w:r>
        <w:t>اہ، کاذکرکریںگے۔ یہ تیسرا حصہہے، تیسرا پارٹہے۔</w:t>
      </w:r>
    </w:p>
    <w:p>
      <w:r>
        <w:rPr>
          <w:b/>
        </w:rPr>
        <w:t xml:space="preserve">[01:20] </w:t>
      </w:r>
      <w:r>
        <w:t>ah, is silsilay mein hum doctor sahib say kuch guftagu karein gay aur jananay ki koshish karein gay keh Moosa (AS) ki zindagi say jo sawal hain, ah, is mein kuch sawal kay zariye kiya sabak milta hai hum ko.</w:t>
      </w:r>
    </w:p>
    <w:p>
      <w:pPr>
        <w:jc w:val="right"/>
      </w:pPr>
      <w:r>
        <w:t>اہ،اسسلسلےمیںہمڈاکٹرصاحبسےکچھ گفتگوکریںگےاور جان نےکیکوششکریںگے کہ موسیٰعلیہالسلامکیزندگی سےجو سوالہیں، اہ،اسمیں کچھسوالکےذریعےکیا سبقملتاہےہمکو۔</w:t>
      </w:r>
    </w:p>
    <w:p>
      <w:r>
        <w:rPr>
          <w:b/>
        </w:rPr>
        <w:t xml:space="preserve">[01:31] </w:t>
      </w:r>
      <w:r>
        <w:t>assalamualikum doctor sahib. wa alaikum assalam. ah, doctor sahib, aap nay jo peechay zikr kiya tha, us kay baad jo sawal atay hain samnay, is mein say pehla sawal yeh hai keh Allah ta'ala nay Moosa (AS) ko nabi banaya aur us kay baad yeh hukum diya tha keh Firon ko Khuda ka paigham pohanchayein kyunkay woh Allah ki baat nahi janta hai aur behta ziyada sarkashi kar raha hai.</w:t>
      </w:r>
    </w:p>
    <w:p>
      <w:pPr>
        <w:jc w:val="right"/>
      </w:pPr>
      <w:r>
        <w:t>السلامعلیکمڈاکٹرصاحب۔وعلیکمالسلام۔ اہ،ڈاکٹرصاحب،آپنےجو پیچھے ذکر کیاتھا،اسکےبعدجو سوال آتےہیںسامنے،اسمیںسےپہلاسوال یہہے کہ اللہ تعالیٰنے موسیٰعلیہالسلامکونبیبنایااوراسکےبعد یہحکمدیاتھا کہ فرعون کو خداکاپیغامپہنچائیںکیونکہوہ اللہ کیباتنہیں جانتاہے اور بہت زیادہ سرکشیکررہاہے۔</w:t>
      </w:r>
    </w:p>
    <w:p>
      <w:r>
        <w:rPr>
          <w:b/>
        </w:rPr>
        <w:t xml:space="preserve">[01:54] </w:t>
      </w:r>
      <w:r>
        <w:t>to is silsilay say bataiye humein aap. ji, bismillah al-rahman al-rahim. rabishrahli sadri wayassirli amri wahlul uqdatam min lisani yafqahu qawli.</w:t>
      </w:r>
    </w:p>
    <w:p>
      <w:pPr>
        <w:jc w:val="right"/>
      </w:pPr>
      <w:r>
        <w:t>تواستعلقسےبتائیےہمیںآپ ۔جی، بسماللہالرحمنالرحیم۔ رباشرحلیصدری و یسرلیامری ویل العقدۃ منلسانی یفقہ قولی۔</w:t>
      </w:r>
    </w:p>
    <w:p>
      <w:r>
        <w:rPr>
          <w:b/>
        </w:rPr>
        <w:t xml:space="preserve">[02:07] </w:t>
      </w:r>
      <w:r>
        <w:t>aap nay behta achhi baat kahi keh Moosa (AS) ka jo qissa hai, woh</w:t>
      </w:r>
    </w:p>
    <w:p>
      <w:pPr>
        <w:jc w:val="right"/>
      </w:pPr>
      <w:r>
        <w:t>آپنےبہت اچھیبات کہیکہ موسیٰعلیہالسلام کاجو قصہہے،وہ</w:t>
      </w:r>
    </w:p>
    <w:p>
      <w:r>
        <w:rPr>
          <w:b/>
        </w:rPr>
        <w:t xml:space="preserve">[02:12] </w:t>
      </w:r>
      <w:r>
        <w:t>quran mein sab say ziyada hai aur jaisay aap nay kaha keh 130 say bhi ziyada bar sirf naam aaya hai Moosa (AS) ka. chunkay Moosa (AS) ka jo qissa hai, woh aik namoona hai hum sab kay liye keh dawat kaise ki jati hai.</w:t>
      </w:r>
    </w:p>
    <w:p>
      <w:pPr>
        <w:jc w:val="right"/>
      </w:pPr>
      <w:r>
        <w:t>قرآنمیںسبسےزیادہ ہے اور جیسےآپنےکہاکہ1 30سےبھیزیادہ بار صرف نام آیاہےموسیٰعلیہالسلامکا ۔ چونکہموسیٰعلیہالسلامکاجوقصہہے، وہ ایک نمونہہے ہمسب کےلیے کہ دعوت کیسےکیجاتیہے۔</w:t>
      </w:r>
    </w:p>
    <w:p>
      <w:r>
        <w:rPr>
          <w:b/>
        </w:rPr>
        <w:t xml:space="preserve">[02:28] </w:t>
      </w:r>
      <w:r>
        <w:t>to jab hum nay zikr kiya tha keh Allah ta'ala nay Koh-e-Toor pe baat cheet ki aur Moosa (AS) say kaha keh tum jao, ah, Firon kay paas aur mera paigham do, chunkay woh behta hi sarkash ho gaya hai,</w:t>
      </w:r>
    </w:p>
    <w:p>
      <w:pPr>
        <w:jc w:val="right"/>
      </w:pPr>
      <w:r>
        <w:t>تو جب ہمنے ذکرکیا تھا کہ اللہ تعالیٰ نے کوہطور پہباتچیتکی اور موسیٰعلیہالسلامسےکہا کہ تم جاؤ، اہ،فرعونکےپاس اورمیراپیغام دو ، چونکہوہبہتہی سرکشہوگیا ہے،</w:t>
      </w:r>
    </w:p>
    <w:p>
      <w:r>
        <w:rPr>
          <w:b/>
        </w:rPr>
        <w:t xml:space="preserve">[02:46] </w:t>
      </w:r>
      <w:r>
        <w:t>to Moosa (AS) dawat kay ehsas mein doob gaye.</w:t>
      </w:r>
    </w:p>
    <w:p>
      <w:pPr>
        <w:jc w:val="right"/>
      </w:pPr>
      <w:r>
        <w:t>تو موسیٰعلیہالسلام دعوت کے احساسمیںڈوبگئے۔</w:t>
      </w:r>
    </w:p>
    <w:p>
      <w:r>
        <w:rPr>
          <w:b/>
        </w:rPr>
        <w:t xml:space="preserve">[02:51] </w:t>
      </w:r>
      <w:r>
        <w:t>pehlay say bhi woh chahtay thay keh, ah, jo Bani Israel hai, jo unki qom thi, us ko hidayat ki, guidance ki rah dikhayein aur Firon jo behta hi sarkash ho gaya hai, us ko bhi sachai ki baat batayein.</w:t>
      </w:r>
    </w:p>
    <w:p>
      <w:pPr>
        <w:jc w:val="right"/>
      </w:pPr>
      <w:r>
        <w:t>پہلے سےبھیوہچاہتےتھےکہ، اہ،جو بنیاسرائیلہے، جو انکیقوم تھی، اسکو ہدایت کی ،گائیڈنس کیراہدکھائیں اور فرعون جوبہتہی سرکشہوگیاہے،اسکوبھی سچائی کیبات بت ائیں۔</w:t>
      </w:r>
    </w:p>
    <w:p>
      <w:r>
        <w:rPr>
          <w:b/>
        </w:rPr>
        <w:t xml:space="preserve">[03:11] </w:t>
      </w:r>
      <w:r>
        <w:t>lekin, ah, Moosa (AS), ah, kaafi ghabra</w:t>
      </w:r>
    </w:p>
    <w:p>
      <w:pPr>
        <w:jc w:val="right"/>
      </w:pPr>
      <w:r>
        <w:t>لیکن، اہ ،موسیٰعلیہالسلام، اہ،کافیگھبرارہ</w:t>
      </w:r>
    </w:p>
    <w:p>
      <w:r>
        <w:rPr>
          <w:b/>
        </w:rPr>
        <w:t xml:space="preserve">[03:15] </w:t>
      </w:r>
      <w:r>
        <w:t>they were. Woh bolay, "yadi qadraiy la yantaliq lisani" keh mera seenah tang ho raha hai aur meri zuban chal nahi rahi hai.</w:t>
      </w:r>
    </w:p>
    <w:p>
      <w:pPr>
        <w:jc w:val="right"/>
      </w:pPr>
      <w:r>
        <w:t>ےتھے۔ وہبول ے،"یدی قصدریولا ینتلق لسانی" کہ میراسین ہتنگہورہاہے اور میریزبان چلنہیںرہیہے۔</w:t>
      </w:r>
    </w:p>
    <w:p>
      <w:r>
        <w:rPr>
          <w:b/>
        </w:rPr>
        <w:t xml:space="preserve">[03:28] </w:t>
      </w:r>
      <w:r>
        <w:t>chunkay woh dertay thay keh Firon kahin un ko jhutla na de, kahin un ko qatal na kar de. chunkay aik qatal bhi un say ho gaya tha ghalti say kisi Qibti ka, Firon ki qom ka.</w:t>
      </w:r>
    </w:p>
    <w:p>
      <w:pPr>
        <w:jc w:val="right"/>
      </w:pPr>
      <w:r>
        <w:t>چونکہ وہ ڈرتےتھےکہ فرعون کہیںانکوجھٹلانہدے، کہیںانکو قتلنہکردے۔ چونکہ ایک قتلبھیانسےہوگیاتھاغلطیسے کسی قبطیکا،فرعونکیقومکا ۔</w:t>
      </w:r>
    </w:p>
    <w:p>
      <w:r>
        <w:rPr>
          <w:b/>
        </w:rPr>
        <w:t xml:space="preserve">[03:44] </w:t>
      </w:r>
      <w:r>
        <w:t>to woh is liye behta darr rahay thay. to Allah ta'ala nay himmat di un ko aur kaha keh, ah, "qala la" bilkul tum har giz mat daro.</w:t>
      </w:r>
    </w:p>
    <w:p>
      <w:pPr>
        <w:jc w:val="right"/>
      </w:pPr>
      <w:r>
        <w:t>تووہاسلیےبہت ڈررہےتھے۔ تواللہ تعالیٰنےہمت دیانکو اور کہاکہ، اہ، "قال ک لا" بالکل تم ہرگزمتڈرو ۔</w:t>
      </w:r>
    </w:p>
    <w:p>
      <w:r>
        <w:rPr>
          <w:b/>
        </w:rPr>
        <w:t xml:space="preserve">[03:58] </w:t>
      </w:r>
      <w:r>
        <w:t>fadhaba bi ayatina innakum ma'akum mustam'un keh jo nishaniyan mein nay di hain, jo do, ah, miracles diye hain, woh lay kay jao aur mein tumhein, tumhari, tumhari baatein sun raha</w:t>
      </w:r>
    </w:p>
    <w:p>
      <w:pPr>
        <w:jc w:val="right"/>
      </w:pPr>
      <w:r>
        <w:t>فذہبا بایات نا ان امعکممست معون کہ جو نش انیاںمیںنےدیہیں،جو دو ،اہ،می ریکلزدیےہیں،وہلےکےجاؤ اور میںتمہیں، تمہیںدیکھرہاہوں،تمہیں تمہاریباتیں سن رہاہ</w:t>
      </w:r>
    </w:p>
    <w:p>
      <w:r>
        <w:rPr>
          <w:b/>
        </w:rPr>
        <w:t xml:space="preserve">[04:12] </w:t>
      </w:r>
      <w:r>
        <w:t>hoon. to is tareeqay say Moosa (AS) kay andar kuch himmat paida hui aur woh phir niklay aur pahar say neechay aaye, apni family ko bataya.</w:t>
      </w:r>
    </w:p>
    <w:p>
      <w:pPr>
        <w:jc w:val="right"/>
      </w:pPr>
      <w:r>
        <w:t>وں۔ تو اسطریقےسے موسیٰعلیہالسلام کے اندرکچھ ہمتپیدا ہوئی اور وہ پھر نکلے اور پہاڑیسےنیچےآئے،اپنیفیملیکوبت ایا۔</w:t>
      </w:r>
    </w:p>
    <w:p>
      <w:r>
        <w:rPr>
          <w:b/>
        </w:rPr>
        <w:t xml:space="preserve">[04:25] </w:t>
      </w:r>
      <w:r>
        <w:t>unki wife theen jinka naam kitabon mein Safura aata hai ya Bible mein Zipporah naam aaya hai. aur do betay thay,</w:t>
      </w:r>
    </w:p>
    <w:p>
      <w:pPr>
        <w:jc w:val="right"/>
      </w:pPr>
      <w:r>
        <w:t>انکیوائفتھیںجنکانام کتاب وںمیں صف ورہآتاہےیا بائبلمیں زپورہ نام آیاہے۔ اور دوبیٹےتھے،</w:t>
      </w:r>
    </w:p>
    <w:p>
      <w:r>
        <w:rPr>
          <w:b/>
        </w:rPr>
        <w:t xml:space="preserve">[04:33] </w:t>
      </w:r>
      <w:r>
        <w:t>to un, ah, chhotay betay thay, dono ko liya, ah, aur wife ko liya saath mein aur phir Misr ki taraf chal paray woh.</w:t>
      </w:r>
    </w:p>
    <w:p>
      <w:pPr>
        <w:jc w:val="right"/>
      </w:pPr>
      <w:r>
        <w:t>تو ان، اہ، چھوٹے بیٹےتھے، دونوںکولیا، اہ،اور وائفکولیاساتھمیں اور پھر مصر کیطرف چلپڑےوہ۔</w:t>
      </w:r>
    </w:p>
    <w:p>
      <w:r>
        <w:rPr>
          <w:b/>
        </w:rPr>
        <w:t xml:space="preserve">[04:43] </w:t>
      </w:r>
      <w:r>
        <w:t>doctor sahib, us kay baad yeh batayein keh Firon aur Firon jab Moosa (AS) kay darbar mein gaye thay aur un kay darmiyan jo guftagu hui, jo hum parhtay hain to us say behta sari, ah, baatein maloom hoti hain.</w:t>
      </w:r>
    </w:p>
    <w:p>
      <w:pPr>
        <w:jc w:val="right"/>
      </w:pPr>
      <w:r>
        <w:t>ڈاکٹرصاحب،اسکےبعدیہبت ائیں کہ فر عوناور فرعونجب موسی ٰعلیہالسلامکےدربارمیں گئےتھے اور انکےدرمیانجو گفتگو ہوئی، جوہمپڑھتےہیںتواسسےبہتساری، اہ، باتیںمعلومہوتیہیں۔</w:t>
      </w:r>
    </w:p>
    <w:p>
      <w:r>
        <w:rPr>
          <w:b/>
        </w:rPr>
        <w:t xml:space="preserve">[04:57] </w:t>
      </w:r>
      <w:r>
        <w:t>ji. ah, isse kya sabak milta hai?</w:t>
      </w:r>
    </w:p>
    <w:p>
      <w:pPr>
        <w:jc w:val="right"/>
      </w:pPr>
      <w:r>
        <w:t>جی۔ اہ،اسسےکیا سبقملتاہے؟</w:t>
      </w:r>
    </w:p>
    <w:p>
      <w:r>
        <w:rPr>
          <w:b/>
        </w:rPr>
        <w:t xml:space="preserve">[05:01] </w:t>
      </w:r>
      <w:r>
        <w:t>to, ah, musa alaihissalam pahunche misr bahut lambe safar ke baad, taqreeban saat din, aath din ya das din ka safar raha hoga, mushkil safar, sardi ka zaman</w:t>
      </w:r>
    </w:p>
    <w:p>
      <w:pPr>
        <w:jc w:val="right"/>
      </w:pPr>
      <w:r>
        <w:t>تو، اہ،موسیٰعلیہالسلامپہنچے مصر بہت لمبےسفرکےبعد ،تقریباً ساتدن،آٹھدن یا دسدنکاسفررہاہوگا، مشکل سفر،سردیکازمان</w:t>
      </w:r>
    </w:p>
    <w:p>
      <w:r>
        <w:rPr>
          <w:b/>
        </w:rPr>
        <w:t xml:space="preserve">[05:11] </w:t>
      </w:r>
      <w:r>
        <w:t>hatha. to seedhe ghar pahunche, apne ghar, aur bhai haroon, jo ke unse bade the, haroon alaihissalam, was elder to moosa.</w:t>
      </w:r>
    </w:p>
    <w:p>
      <w:pPr>
        <w:jc w:val="right"/>
      </w:pPr>
      <w:r>
        <w:t>ہتھا۔ تو سیدھےگھر پہنچے،اپنےگھر ، اور بھائی ہارون، جوکہانسےبڑےتھے، ہارون علیہالسلام،وازایلڈر ٹو موزز۔</w:t>
      </w:r>
    </w:p>
    <w:p>
      <w:r>
        <w:rPr>
          <w:b/>
        </w:rPr>
        <w:t xml:space="preserve">[05:22] </w:t>
      </w:r>
      <w:r>
        <w:t>aur jab yeh hukum hua tha, ah, firoun ka ke bachchon ko qatl kar diya jaye, bani israel, to woh usse pehle unki paidaish hui thi, to woh bach gaye the.</w:t>
      </w:r>
    </w:p>
    <w:p>
      <w:pPr>
        <w:jc w:val="right"/>
      </w:pPr>
      <w:r>
        <w:t>اور جب یہ حکمہوا تھا، اہ، فرعونکا کہبچوںکو قتلکردیا جائے، بنی اسرائیل ،تووہ اسسےپہلے انکی پیدائش ہوئیتھی،تووہبچگئےتھے۔</w:t>
      </w:r>
    </w:p>
    <w:p>
      <w:r>
        <w:rPr>
          <w:b/>
        </w:rPr>
        <w:t xml:space="preserve">[05:34] </w:t>
      </w:r>
      <w:r>
        <w:t>to Allah taala ne in ko bhi paighambar bana diya, Musa alaihissalam ki darkhwast pe.</w:t>
      </w:r>
    </w:p>
    <w:p>
      <w:pPr>
        <w:jc w:val="right"/>
      </w:pPr>
      <w:r>
        <w:t>تواللہتعالیٰنےانکوبھیپیغمبر بنادیا ،موسیٰعلیہالسلام کی درخواستپہ ۔</w:t>
      </w:r>
    </w:p>
    <w:p>
      <w:r>
        <w:rPr>
          <w:b/>
        </w:rPr>
        <w:t xml:space="preserve">[05:39] </w:t>
      </w:r>
      <w:r>
        <w:t>to jaa ke Haroon alaihissalam ko bhej aai saari baat</w:t>
      </w:r>
    </w:p>
    <w:p>
      <w:pPr>
        <w:jc w:val="right"/>
      </w:pPr>
      <w:r>
        <w:t>تو جاکے ہارونعلیہالسلامکوبت ایا ساریبات</w:t>
      </w:r>
    </w:p>
    <w:p>
      <w:r>
        <w:rPr>
          <w:b/>
        </w:rPr>
        <w:t xml:space="preserve">[05:44] </w:t>
      </w:r>
      <w:r>
        <w:t>aur woh dono, aah, phir Firon ke mahal ki taraf gaye aur Firon jahan jo is ka darbar tha, is mein jaa ke Firon se</w:t>
      </w:r>
    </w:p>
    <w:p>
      <w:pPr>
        <w:jc w:val="right"/>
      </w:pPr>
      <w:r>
        <w:t>اور وہ دون وں، اہ،پھر فر عون کے محلکیطرف گئے اور فرعون جہاں جو اسکا دربار تھا،اسمیںجاکے فرعونسے</w:t>
      </w:r>
    </w:p>
    <w:p>
      <w:r>
        <w:rPr>
          <w:b/>
        </w:rPr>
        <w:t xml:space="preserve">[05:57] </w:t>
      </w:r>
      <w:r>
        <w:t>baat cheet ki aur kaha ke</w:t>
      </w:r>
    </w:p>
    <w:p>
      <w:pPr>
        <w:jc w:val="right"/>
      </w:pPr>
      <w:r>
        <w:t>باتچیتکی اور کہاکہ</w:t>
      </w:r>
    </w:p>
    <w:p>
      <w:r>
        <w:rPr>
          <w:b/>
        </w:rPr>
        <w:t xml:space="preserve">[06:00] </w:t>
      </w:r>
      <w:r>
        <w:t>in ar-rasool-e-rabb-ul-alameen ke hum,</w:t>
      </w:r>
    </w:p>
    <w:p>
      <w:pPr>
        <w:jc w:val="right"/>
      </w:pPr>
      <w:r>
        <w:t>ان ارسول ربالعالم ین کہہم،</w:t>
      </w:r>
    </w:p>
    <w:p>
      <w:r>
        <w:rPr>
          <w:b/>
        </w:rPr>
        <w:t xml:space="preserve">[06:05] </w:t>
      </w:r>
      <w:r>
        <w:t>ah, rab alameen ke bheje hue rasool hain, peghambar hain. to</w:t>
      </w:r>
    </w:p>
    <w:p>
      <w:pPr>
        <w:jc w:val="right"/>
      </w:pPr>
      <w:r>
        <w:t>اہ،رب العالم ینکےبھیجےہوئے رسول ہیں ،پیغمبرہیں۔ تو</w:t>
      </w:r>
    </w:p>
    <w:p>
      <w:r>
        <w:rPr>
          <w:b/>
        </w:rPr>
        <w:t xml:space="preserve">[06:11] </w:t>
      </w:r>
      <w:r>
        <w:t>firoun jo tha, ah, woh jo firoun pehle tha, firoun chuki kisi ka naam nahi tha, yeh ek woh hai dynasty ka naam.</w:t>
      </w:r>
    </w:p>
    <w:p>
      <w:pPr>
        <w:jc w:val="right"/>
      </w:pPr>
      <w:r>
        <w:t>فرعونجوتھا، اہ، وہ جو فرعون پہلے تھا، فرعونچونکہکسیکانامنہیںتھا،یہایک وہہے ڈائنسٹیکانام ۔</w:t>
      </w:r>
    </w:p>
    <w:p>
      <w:r>
        <w:rPr>
          <w:b/>
        </w:rPr>
        <w:t xml:space="preserve">[06:23] </w:t>
      </w:r>
      <w:r>
        <w:t>to jo firoun pehle tha, uski to death ho gayi thi. historically yeh prove hota hai, archaeologically bhi, bible mein bhi yeh baat aa</w:t>
      </w:r>
    </w:p>
    <w:p>
      <w:pPr>
        <w:jc w:val="right"/>
      </w:pPr>
      <w:r>
        <w:t>تو جو فرعونپہلے تھا، اسکیتوڈیتھہوگئیتھی۔ ہسٹوریکلییہ پروفہوتاہے، آرکیالوجیکلیبھی ، بائبلمیںبھییہباتآ</w:t>
      </w:r>
    </w:p>
    <w:p>
      <w:r>
        <w:rPr>
          <w:b/>
        </w:rPr>
        <w:t xml:space="preserve">[06:33] </w:t>
      </w:r>
      <w:r>
        <w:t>ti hai. kuch ulma kehte hain ke nahi, woh wahi firoun tha, lekin bahut se ulma yeh bhi kehte hain ke woh firoun doosra tha, uska beta tha us waqt jab musa alaihissalam pahunche.</w:t>
      </w:r>
    </w:p>
    <w:p>
      <w:pPr>
        <w:jc w:val="right"/>
      </w:pPr>
      <w:r>
        <w:t>تیہے۔ کچھعلماءکہتےہیںکہنہیں،وہ وہیفرعونتھا،لیکن بہتسےعلماءیہبھیکہتےہیںکہوہفرعون دوسراتھا ، اسکابیٹاتھااس وقت جب موسیٰعلیہالسلام پہنچے۔</w:t>
      </w:r>
    </w:p>
    <w:p>
      <w:r>
        <w:rPr>
          <w:b/>
        </w:rPr>
        <w:t xml:space="preserve">[06:43] </w:t>
      </w:r>
      <w:r>
        <w:t>to woh bhi bahut shatir tha aur musa alaihissalam ke ham umr tha, taqreeban same age thi.</w:t>
      </w:r>
    </w:p>
    <w:p>
      <w:pPr>
        <w:jc w:val="right"/>
      </w:pPr>
      <w:r>
        <w:t>تو وہبھیبہت شاطرتھا اور موسیٰعلیہالسلام کےہمعمر تھا، تقریباًسیمایجتھی۔</w:t>
      </w:r>
    </w:p>
    <w:p>
      <w:r>
        <w:rPr>
          <w:b/>
        </w:rPr>
        <w:t xml:space="preserve">[06:50] </w:t>
      </w:r>
      <w:r>
        <w:t>woh bhi mahal mein rehte the, musa alaihissalam aur firoun ka beta. yeh jo, yeh jo beta tha, iska naam tha munafteh ya munaftha, aur jo uska baap tha jisne musa alaihissalam ko pala tha mahal mein,</w:t>
      </w:r>
    </w:p>
    <w:p>
      <w:pPr>
        <w:jc w:val="right"/>
      </w:pPr>
      <w:r>
        <w:t>وہبھیمحلمیں رہتےتھے،موسیٰعلیہالسلاماورفرعونکابیٹا۔یہجو ،یہجوبیٹاتھا، اسکانام تھا من فتح یا من بتھا، اور جواسکاباپتھا جسنےموسیٰعلیہالسلامکو پالاتھا محلمیں،</w:t>
      </w:r>
    </w:p>
    <w:p>
      <w:r>
        <w:rPr>
          <w:b/>
        </w:rPr>
        <w:t xml:space="preserve">[07:04] </w:t>
      </w:r>
      <w:r>
        <w:t>uska naam tha ramesis, ramesis do. to, ah, munafteh bhi bahut hi shatir tha apne baap ki tarah</w:t>
      </w:r>
    </w:p>
    <w:p>
      <w:pPr>
        <w:jc w:val="right"/>
      </w:pPr>
      <w:r>
        <w:t>اسکانام تھا رمسیس، رمسیسدوم ۔ تو، اہ، منفتحبھیبہت ہی شاطرتھااپنےباپکیطرح</w:t>
      </w:r>
    </w:p>
    <w:p>
      <w:r>
        <w:rPr>
          <w:b/>
        </w:rPr>
        <w:t xml:space="preserve">[07:15] </w:t>
      </w:r>
      <w:r>
        <w:t>se. to jab dekha usne musa alaihissalam ko to foran pehchan liya aur bola ke tum woh ho jisko humne darya mein se nikala tha aur tum ho mahal mein bahut achhi tarah se pala,</w:t>
      </w:r>
    </w:p>
    <w:p>
      <w:pPr>
        <w:jc w:val="right"/>
      </w:pPr>
      <w:r>
        <w:t>سے ۔توجب دیکھا اسنے موسیٰعلیہالسلامکو تو فوراًپہچانگیا اور بولاکہ تم وہیہونا جسکوہمنےدریا میںسے نکالاتھا اور تم ہیںمحلمیں بہت اچھیطرحسے پالا،</w:t>
      </w:r>
    </w:p>
    <w:p>
      <w:r>
        <w:rPr>
          <w:b/>
        </w:rPr>
        <w:t xml:space="preserve">[07:29] </w:t>
      </w:r>
      <w:r>
        <w:t>tumhara bade bade khatir ki aur tumhare upar hamare bade ehsan hain aur bade ikram hain.</w:t>
      </w:r>
    </w:p>
    <w:p>
      <w:pPr>
        <w:jc w:val="right"/>
      </w:pPr>
      <w:r>
        <w:t>تمہارا بڑے بڑے خاطرکی اور تمہارےاوپرہمارےبڑے احسان ہیں اور بڑے اکرامہیں۔</w:t>
      </w:r>
    </w:p>
    <w:p>
      <w:r>
        <w:rPr>
          <w:b/>
        </w:rPr>
        <w:t xml:space="preserve">[07:38] </w:t>
      </w:r>
      <w:r>
        <w:t>humne tumhein badi izzat di, bahut achhi parwarish ki, bade inaamat nawaze, aur tum ne woh kaam kiya jo tumne kaam kiya, yani woh qatl kar diya tha ek qibti ka firoun ke logon mein se.</w:t>
      </w:r>
    </w:p>
    <w:p>
      <w:pPr>
        <w:jc w:val="right"/>
      </w:pPr>
      <w:r>
        <w:t>ہمنےتم ہیںبڑی عزتدی،بہتاچھی پرورشکی،بڑے انعامات نوازے، اور تم نےوہکام کیا جوتمنےکامکیا ، یعنیوہ قتلکردیاتھا ایک قبطیکا فرعونکےلوگوںمیںسے ۔</w:t>
      </w:r>
    </w:p>
    <w:p>
      <w:r>
        <w:rPr>
          <w:b/>
        </w:rPr>
        <w:t xml:space="preserve">[07:54] </w:t>
      </w:r>
      <w:r>
        <w:t>to is baat ka musa alaihissalam ne bada achha jawab diya, ke kaha ke woh mujhse ghalti ho gayi thi, main ne jaan boojh ke nahi kiya.</w:t>
      </w:r>
    </w:p>
    <w:p>
      <w:pPr>
        <w:jc w:val="right"/>
      </w:pPr>
      <w:r>
        <w:t>تواسبات کا موسیٰعلیہالسلامنےبڑااچھاجوابدیا ، کہاکہ وہمجھسےغلطیہوگئیتھی، میںنےجان بوجھکےنہیںکیا۔</w:t>
      </w:r>
    </w:p>
    <w:p>
      <w:r>
        <w:rPr>
          <w:b/>
        </w:rPr>
        <w:t xml:space="preserve">[08:03] </w:t>
      </w:r>
      <w:r>
        <w:t>woh jo qatl ho gaya tha, jo woh qibti ki death ho gayi thi, woh maine irada nahi tha, mera woh to main bachane giya tha. woh do log lad rahe the to usmein woh kisi tarike se woh hathapai ho gayi to usko lag gaya aur woh mar gaya.</w:t>
      </w:r>
    </w:p>
    <w:p>
      <w:pPr>
        <w:jc w:val="right"/>
      </w:pPr>
      <w:r>
        <w:t>وہجوقتلہوگیا تھا، جووہ قبطیکیڈیتھہوگئیتھی،وہمیںنے ارادہنہیںتھا،میرا وہتومیںبچانےگیاتھا۔وہدولوگ لڑرہےتھے تواسمیں وہکسی طریقےسےوہ ہاتھ اپائیہوئیتو اسکولگگئیاوروہ مرگیا۔</w:t>
      </w:r>
    </w:p>
    <w:p>
      <w:r>
        <w:rPr>
          <w:b/>
        </w:rPr>
        <w:t xml:space="preserve">[08:17] </w:t>
      </w:r>
      <w:r>
        <w:t>mera, mera, mera irada nahi tha kisi ko marne ka. ah, aur phir uske baad main dar gaya, kahin tum mujhe saza na do, mujhe jail mein na daal do ya koi aur sakht saza do. to main bhag gaya</w:t>
      </w:r>
    </w:p>
    <w:p>
      <w:pPr>
        <w:jc w:val="right"/>
      </w:pPr>
      <w:r>
        <w:t>میرا، میرا ،میرا ارادہنہیںتھا کسی کومارنےکا ۔ اہ،اور پھراسکےبعد میں ڈرگیا ،کہیںتم مجھے سزانہدو،مجھےجیلمیںنہڈالدویاکوئیاورسختسزادو۔تومیں بھاگگیا</w:t>
      </w:r>
    </w:p>
    <w:p>
      <w:r>
        <w:rPr>
          <w:b/>
        </w:rPr>
        <w:t xml:space="preserve">[08:32] </w:t>
      </w:r>
      <w:r>
        <w:t>wahan se chhod ke, main madayan ki taraf bhag gaya aur allah ta'ala ne phir mujhe hidayat di. he gave me wisdom and made me one, made me one of the messengers</w:t>
      </w:r>
    </w:p>
    <w:p>
      <w:pPr>
        <w:jc w:val="right"/>
      </w:pPr>
      <w:r>
        <w:t>وہاںسےچھوڑکے، میں مد ینکیطرف بھاگگیا اور اللہ تعالیٰنےپھرمجھے ہدایت دی ۔ ہیگیومیوز ڈم اینڈ میڈمی ون،میڈمی وناف دا میسنجرز</w:t>
      </w:r>
    </w:p>
    <w:p>
      <w:r>
        <w:rPr>
          <w:b/>
        </w:rPr>
        <w:t xml:space="preserve">[08:46] </w:t>
      </w:r>
      <w:r>
        <w:t>. to is tarike se yeh initial baat cheet hui, ah, pehle ki, aur phir kaha musa alaihissalam ne ke jo tum favors bayan kar rahe ho ke tumne bade ehsan kiye, meri parwarish ki, mera bahut khayal kiya, bade inaamat aur ikram ka zikr kar rahe ho, yeh kyun hua?</w:t>
      </w:r>
    </w:p>
    <w:p>
      <w:pPr>
        <w:jc w:val="right"/>
      </w:pPr>
      <w:r>
        <w:t>۔ تواسطریقےسے یہجوانیشلباتچیتہوئی، اہ، پیروںکی، اور پھر کہا موسیٰعلیہالسلامنے کہجوتم فیورز بیانکررہےہو کہتمنےبڑےاحسان کیے،میریپرورشکی،میرابہت خیالکیا،بڑےانعاماتاوراکرامکاذکرکررہےہو ، یہکیوںہوا ؟</w:t>
      </w:r>
    </w:p>
    <w:p>
      <w:r>
        <w:rPr>
          <w:b/>
        </w:rPr>
        <w:t xml:space="preserve">[09:06] </w:t>
      </w:r>
      <w:r>
        <w:t>yeh is liye hua ke yani is ki bhi wajah tumhara zulm hai ke tumne bani israel ko ghulam bana liya tha aur mazdoor bana liya tha, aur tum ne ek hukum de diya tha bahut hi zalimana ke bani israel ke jo new born baby boys honge, unko qatl kar diya jayega.</w:t>
      </w:r>
    </w:p>
    <w:p>
      <w:pPr>
        <w:jc w:val="right"/>
      </w:pPr>
      <w:r>
        <w:t>یہاسلیےہوا کہیعنی اس کی بھیوجہ تمہاراظلمہے کہتم نے بنی اسرائیلکو غلامبنالیاتھا اور مزدور بنالیاتھا، اور تم نےایکحکمدےدیاتھابہت ہی ظالمانہ کہ بنی اسرائیلکےجونیوبورن بیبیبوائزہوںگے، ان کو قتلکردیاجائےگا۔</w:t>
      </w:r>
    </w:p>
    <w:p>
      <w:r>
        <w:rPr>
          <w:b/>
        </w:rPr>
        <w:t xml:space="preserve">[09:31] </w:t>
      </w:r>
      <w:r>
        <w:t>to</w:t>
      </w:r>
    </w:p>
    <w:p>
      <w:pPr>
        <w:jc w:val="right"/>
      </w:pPr>
      <w:r>
        <w:t>تو</w:t>
      </w:r>
    </w:p>
    <w:p>
      <w:r>
        <w:rPr>
          <w:b/>
        </w:rPr>
        <w:t xml:space="preserve">[09:32] </w:t>
      </w:r>
      <w:r>
        <w:t>in sab cheezon ki wajah se meri maa ne is dar se kaha ke kahin koi mujhe hurt na kare, unhon ne ek box mein rakha aur darya mein daal diya ke shayad bachcha isi tarike se bach jaye.</w:t>
      </w:r>
    </w:p>
    <w:p>
      <w:pPr>
        <w:jc w:val="right"/>
      </w:pPr>
      <w:r>
        <w:t>انسب چیزوںکیوجہ سےمیریماںنے اسڈرسےکہکہیں کوئیمج ھے ہرٹنہکرے، انہوں نےایک باکسمیںرکھااور دریا میںڈالدیاکہشاید بچہاسیطریقےسےبچجائے۔</w:t>
      </w:r>
    </w:p>
    <w:p>
      <w:r>
        <w:rPr>
          <w:b/>
        </w:rPr>
        <w:t xml:space="preserve">[09:46] </w:t>
      </w:r>
      <w:r>
        <w:t>to agar tum ne yeh na kiya hota, yeh zulm na kiya hota, aur yeh jo hukum diya tha bachchon ke qatl ka na kiya hota, to main kyun aata tumhare mahal mein?</w:t>
      </w:r>
    </w:p>
    <w:p>
      <w:pPr>
        <w:jc w:val="right"/>
      </w:pPr>
      <w:r>
        <w:t>تو اگرتم نےیہنہکیاہوتا، یہ ظلمنہکیا ہوتا، اور یہ جو حکمدیا تھا بچوںکےقتلکانہکیاہوتا،تومیںکیوںآتاتمہارےمحلمیں ؟</w:t>
      </w:r>
    </w:p>
    <w:p>
      <w:r>
        <w:rPr>
          <w:b/>
        </w:rPr>
        <w:t xml:space="preserve">[09:57] </w:t>
      </w:r>
      <w:r>
        <w:t>to is tarike se musa alaihissalam ne kuch baatein bataein aur yeh sun ke firoun bilkul speechless ho gaya, koi jawab nahi usse ban pada.</w:t>
      </w:r>
    </w:p>
    <w:p>
      <w:pPr>
        <w:jc w:val="right"/>
      </w:pPr>
      <w:r>
        <w:t>تواسطریقےسے موسیٰعلیہالسلامنےکچھ باتیںبتائیں اور یہسن کے فرعونبالکل اسپیچلیسہوگیا ،کوئیجوابنہیںاسسےبنپڑا۔</w:t>
      </w:r>
    </w:p>
    <w:p>
      <w:r>
        <w:rPr>
          <w:b/>
        </w:rPr>
        <w:t xml:space="preserve">[10:09] </w:t>
      </w:r>
      <w:r>
        <w:t>doctorsahib, aapne jo moosa alehissalam ke bare mein bataya ke unhone koi jo bhi ghalti hui, uska excuse talash nahi kiya, balke kaha ke haan, mujhse yeh ghalti ho gayi aur reason bayan kiya, uska matlab iqrar kiya, iqrar kiya.</w:t>
      </w:r>
    </w:p>
    <w:p>
      <w:pPr>
        <w:jc w:val="right"/>
      </w:pPr>
      <w:r>
        <w:t>ڈاکٹرصاحب،آپنےجوموسیٰعلیہالسلام کےبارےمیںبتایاکہانہوںنےکوئی جو بھی غلطیہوئی،اسکا ایکسکیوزتلاشنہیں کیا،بلکہ کہاکہہاں،مجھسےیہغلطیہوگئی اور ریزنبیانکیا،اسکا مطلباعترافکیا،اعترافکیا۔</w:t>
      </w:r>
    </w:p>
    <w:p>
      <w:r>
        <w:rPr>
          <w:b/>
        </w:rPr>
        <w:t xml:space="preserve">[10:21] </w:t>
      </w:r>
      <w:r>
        <w:t>ji. to isse mere khayal se daaiyon ko yeh sabaq milta hai. ji. ke agar unse agar koi ghalti ho rahi hai to uske bare mein koi excuse jaisay koi cheez talash na karein aur argument na karein taake woh bila wajah ek masla</w:t>
      </w:r>
    </w:p>
    <w:p>
      <w:pPr>
        <w:jc w:val="right"/>
      </w:pPr>
      <w:r>
        <w:t>جی۔تو اسسے میرےخیالسےداعیوںکویہسبقملتاہے۔ جی۔کہانسےاگرکوئیغلطیہورہیہےتواسکےبارےمیں کوئی ایکسکیوزجیسیکوئیچیز ت لاشنہکریںاورآرگیومنٹنہکریں تاکہوہبلاوجہایک مسئلہ</w:t>
      </w:r>
    </w:p>
    <w:p>
      <w:r>
        <w:rPr>
          <w:b/>
        </w:rPr>
        <w:t xml:space="preserve">[10:35] </w:t>
      </w:r>
      <w:r>
        <w:t>bane. achha hai ke jo baat sahi hai, usko iqrar karke aur jo main maqsad hai, us pe yaani dawat hai.</w:t>
      </w:r>
    </w:p>
    <w:p>
      <w:pPr>
        <w:jc w:val="right"/>
      </w:pPr>
      <w:r>
        <w:t>بنے۔ اچھاہےکہ جو بات صحیحہے،اسکو اعترافکرکےاورجو مینمقصدہے، اسپہ یعنیدعوتہے۔</w:t>
      </w:r>
    </w:p>
    <w:p>
      <w:r>
        <w:rPr>
          <w:b/>
        </w:rPr>
        <w:t xml:space="preserve">[10:42] </w:t>
      </w:r>
      <w:r>
        <w:t>phir woh dawat agar woh ladai jhagde ki baat shuru ho jaye gi to woh dawat jis kaam se aaye hain, woh yahi kaam nahi ho payega.</w:t>
      </w:r>
    </w:p>
    <w:p>
      <w:pPr>
        <w:jc w:val="right"/>
      </w:pPr>
      <w:r>
        <w:t>پھروہدعوتاگر وہ لڑائیجھگڑےکیباتشروعہوجائےگی تو وہدعوت جس مینکامسے آئےہیں،وہ یوہیکام نہیںہوپائےگا۔</w:t>
      </w:r>
    </w:p>
    <w:p>
      <w:r>
        <w:rPr>
          <w:b/>
        </w:rPr>
        <w:t xml:space="preserve">[10:50] </w:t>
      </w:r>
      <w:r>
        <w:t>hmm. achha, firoun ke darbar mein jo gaye the, yeh to ibtedai baat thi, uske baad bhi kafi baat cheet hui thi. ji. to mazeed baat cheet kya thi? khaas taur se Allah rab-ul-alameen ke bare mein poochte hain aur firoun kehta hai ke main sab se bada rab hoon, to is par kuch bataiye.</w:t>
      </w:r>
    </w:p>
    <w:p>
      <w:pPr>
        <w:jc w:val="right"/>
      </w:pPr>
      <w:r>
        <w:t>ہمم۔ اچھا، فرعونکےدربارمیںجوگئےتھے،یہتوابتدائیباتتھی،اسکےبعدبھیکافیباتچیتہوئیتھی۔ جی۔تو مزید باتچیتکیاتھی؟خاص طورسےاللہ ربالعالم ینکےبارےمیںپوچھتےہیں اور فرعونکہتاہےکہمیں سبسےبڑاربہوں،توانسپرکچھبتائیے۔</w:t>
      </w:r>
    </w:p>
    <w:p>
      <w:r>
        <w:rPr>
          <w:b/>
        </w:rPr>
        <w:t xml:space="preserve">[11:06] </w:t>
      </w:r>
      <w:r>
        <w:t>aap phir firoun bola ke abhi jo tum rab-ul-alameen ka zikr kar rahe the, yeh kya hai? wa ma rab-ul-alameen yani mazak ke andaaz mein poocha ke yeh rab-ul-alameen kya cheez hai?</w:t>
      </w:r>
    </w:p>
    <w:p>
      <w:pPr>
        <w:jc w:val="right"/>
      </w:pPr>
      <w:r>
        <w:t>آپ پھرفرعون بولا کہ ابھیجوتم رب العالم ین کاذکرکررہےتھے،یہکیا ہے؟ وماربالعالم ین یعنی مذاقکےاندازمیںپوچھاکہیہربالعالم ینکیاچیزہے؟</w:t>
      </w:r>
    </w:p>
    <w:p>
      <w:r>
        <w:rPr>
          <w:b/>
        </w:rPr>
        <w:t xml:space="preserve">[11:18] </w:t>
      </w:r>
      <w:r>
        <w:t>to moosa alehissalam react nahi hue</w:t>
      </w:r>
    </w:p>
    <w:p>
      <w:pPr>
        <w:jc w:val="right"/>
      </w:pPr>
      <w:r>
        <w:t>تو موسیٰعلیہالسلام ریایکٹنہیںہوئے</w:t>
      </w:r>
    </w:p>
    <w:p>
      <w:r>
        <w:rPr>
          <w:b/>
        </w:rPr>
        <w:t xml:space="preserve">[11:22] </w:t>
      </w:r>
      <w:r>
        <w:t>aur bohat hi sanjeedgi se unhone jawab diya qala rabb-us-samawati wal ardi wa ma baynahuma ke rab-ul-alameen woh hai jo zameen o aasman ka rab hai aur jo bhi iske darmiyan mein hai.</w:t>
      </w:r>
    </w:p>
    <w:p>
      <w:pPr>
        <w:jc w:val="right"/>
      </w:pPr>
      <w:r>
        <w:t>اوربہتہی سنجیدگیسےانہوںنےجوابدیا قالرب السماوات والارض وما بین ہما کہ رب العالم ینوہہے جو زمین وآسمان کاربہے اور جوبھیاسکے درمیانمیںہے۔</w:t>
      </w:r>
    </w:p>
    <w:p>
      <w:r>
        <w:rPr>
          <w:b/>
        </w:rPr>
        <w:t xml:space="preserve">[11:37] </w:t>
      </w:r>
      <w:r>
        <w:t>to yeh sun kar firoun hans pada, woh to apne ko rab samajhta tha ke main hi rab hoon aur hans ke bola durbariyon se, jo sab log baithe hue the, nobles waghera, ke aare sunte ho ke yeh kya keh raha hai</w:t>
      </w:r>
    </w:p>
    <w:p>
      <w:pPr>
        <w:jc w:val="right"/>
      </w:pPr>
      <w:r>
        <w:t>تویہسن کر فرعونہنسپڑا، وہتواپنےکوربسمجھتاتھا کہمیںہیربہوںاور ہنسکےبولا درباریوںسے ،جوسبلوگبیٹھےہوئےتھے،نوبلزوغیرہ ،کہارےسنتےہوکہیہکیا کہہرہاہے</w:t>
      </w:r>
    </w:p>
    <w:p>
      <w:r>
        <w:rPr>
          <w:b/>
        </w:rPr>
        <w:t xml:space="preserve">[11:52] </w:t>
      </w:r>
      <w:r>
        <w:t>? yani kaisi fazool baat keh raha hai yeh shakhs qala hal tasm'oon ke aare sunte ho tum ke kya yeh bekaar si baatein hain yeh insaan keh raha hai?</w:t>
      </w:r>
    </w:p>
    <w:p>
      <w:pPr>
        <w:jc w:val="right"/>
      </w:pPr>
      <w:r>
        <w:t>؟ یعنیکیسیفضولبات کہہرہاہےیہشخص قال الا تسمعون کہارےسنتےہوتم کہکیا یہبیکارسیباتیںہیں یہ انسان کہہرہاہے؟</w:t>
      </w:r>
    </w:p>
    <w:p>
      <w:r>
        <w:rPr>
          <w:b/>
        </w:rPr>
        <w:t xml:space="preserve">[12:02] </w:t>
      </w:r>
      <w:r>
        <w:t>to moosa alehissalam ne bilkul ignor</w:t>
      </w:r>
    </w:p>
    <w:p>
      <w:pPr>
        <w:jc w:val="right"/>
      </w:pPr>
      <w:r>
        <w:t>تو موسی ٰعلیہالسلامنےبالکل اگن</w:t>
      </w:r>
    </w:p>
    <w:p>
      <w:r>
        <w:rPr>
          <w:b/>
        </w:rPr>
        <w:t xml:space="preserve">[12:05] </w:t>
      </w:r>
      <w:r>
        <w:t>kiya, koi bhi baat nahi ki, balke kaha aage apni baat ko continue kiya ke tumhare agle buzurgon ka bhi rab aur tumhara rab. to jab is moosa alehissalam ne agle buzurgon ka naam liya, yani forefathers aur ancestors, chuki woh log forefathers aur ancestors ki bhi worship karte</w:t>
      </w:r>
    </w:p>
    <w:p>
      <w:pPr>
        <w:jc w:val="right"/>
      </w:pPr>
      <w:r>
        <w:t>ورکیا ، کوئیبھی باتنہیں کی ، بلکہکہاآگے اپنیباتکو کنٹینیوکیا کہ اگلے تمہارےاگلےبزرگ وںکابھیرب اور تمہارابھیرب ۔توجب اس موسیٰعلیہالسلامنے اگلے بزرگ وںکاناملیا، یعنی فورفادرزاورانسسٹرز، چونکہوہلوگ فورفادرزاورانسسٹرزکیبھیورشپکرتے</w:t>
      </w:r>
    </w:p>
    <w:p>
      <w:r>
        <w:rPr>
          <w:b/>
        </w:rPr>
        <w:t xml:space="preserve">[12:28] </w:t>
      </w:r>
      <w:r>
        <w:t>the, to use thoda ghussa aa gaya aur ghusse mein bola durbariyon se ke inna rasool-u-kum-ul-lazi ursila ilaikum la majnoon ke yeh jo peghamabar tumhare paas bheja gaya hai, yeh to pagal hai, diwana hai, majnoon hai.</w:t>
      </w:r>
    </w:p>
    <w:p>
      <w:pPr>
        <w:jc w:val="right"/>
      </w:pPr>
      <w:r>
        <w:t>تھے، تو اسےتھوڑاغصہآگیا اور غصےمیںبولا درباریوںسے کہان ارسول کم الذیا رسل الیکمالمج نون کہیہجوپیغمبرتمہارےپاسبھیجاگیاہے،یہتوپاگلہے، دیوانہہے، مجنونہے۔</w:t>
      </w:r>
    </w:p>
    <w:p>
      <w:r>
        <w:rPr>
          <w:b/>
        </w:rPr>
        <w:t xml:space="preserve">[12:45] </w:t>
      </w:r>
      <w:r>
        <w:t>yani mazak uraya moosa alehissalam ka. to moosa alehissalam ne bilkul ignor kiya, completely ignor kiya.</w:t>
      </w:r>
    </w:p>
    <w:p>
      <w:pPr>
        <w:jc w:val="right"/>
      </w:pPr>
      <w:r>
        <w:t>یعنی مذاقاڑایا موسیٰعلیہالسلامکا ۔ تو موسیٰعلیہالسلامنےبالکل اگنورکیا، کمپلیٹلی اگنورکیا۔</w:t>
      </w:r>
    </w:p>
    <w:p>
      <w:r>
        <w:rPr>
          <w:b/>
        </w:rPr>
        <w:t xml:space="preserve">[12:55] </w:t>
      </w:r>
      <w:r>
        <w:t>aapko yaad ho ga ke taqreeban das saal pehle cartoons chhappe the Denmark mein, jiska bada shor macha tha, jo prophet Muhammad sallallahu alaihi wasallam ke bare mein kuch besharmi ki baatein thi.</w:t>
      </w:r>
    </w:p>
    <w:p>
      <w:pPr>
        <w:jc w:val="right"/>
      </w:pPr>
      <w:r>
        <w:t>آپکویادہوگاکہ تقریباًدسسال پہلے کارٹونزچھپےتھے ڈنمارکمیں، جسکابڑا شور مچاتھا،جوپرافٹمحمد صلیاللہعلیہوسلمکےبارےمیںکچھ بیسلیسباتیںتھیں۔</w:t>
      </w:r>
    </w:p>
    <w:p>
      <w:r>
        <w:rPr>
          <w:b/>
        </w:rPr>
        <w:t xml:space="preserve">[13:08] </w:t>
      </w:r>
      <w:r>
        <w:t>woh cartoons to Maulana ne ek article likha tha, jo ke pioneer mein chapa tha, English mein tha article, aur uska unwaan tha, uski heading thi "ignore cartoons".</w:t>
      </w:r>
    </w:p>
    <w:p>
      <w:pPr>
        <w:jc w:val="right"/>
      </w:pPr>
      <w:r>
        <w:t>وہکار ٹونز تو مول انانے ایک آرٹیکللکھاتھا، جوکہ پائنیرمیںچھ پاتھا، انگلشمیںتھاآرٹیکل،اوراسکا عنوان تھا، اسکیہیڈنگتھی "اگنورکارٹونز"۔</w:t>
      </w:r>
    </w:p>
    <w:p>
      <w:r>
        <w:rPr>
          <w:b/>
        </w:rPr>
        <w:t xml:space="preserve">[13:21] </w:t>
      </w:r>
      <w:r>
        <w:t>yani koi bhi baat aisi ho to ismein jo ravaiyya hona chahiye, woh ignore karne ka hona chahiye, na ke ismein ulajhein.</w:t>
      </w:r>
    </w:p>
    <w:p>
      <w:pPr>
        <w:jc w:val="right"/>
      </w:pPr>
      <w:r>
        <w:t>یعنیکوئیبھیباتایسی ہو تو اسمیں جو روی ہہوناچاہیے، وہ اگنورکرنےکا ہوناچاہیے،نہکہاسمیںالجھجائیں۔</w:t>
      </w:r>
    </w:p>
    <w:p>
      <w:r>
        <w:rPr>
          <w:b/>
        </w:rPr>
        <w:t xml:space="preserve">[13:30] </w:t>
      </w:r>
      <w:r>
        <w:t>agar ismein ulajh gaye to phir woh jo main maqsad hai, us se hat jayenge. to hamesha rasoolon ka mazak uraya gaya, jo bhi rasool Quran mein aata hai, jo bhi rasool aaya, uska logon ne mazak uraya.</w:t>
      </w:r>
    </w:p>
    <w:p>
      <w:pPr>
        <w:jc w:val="right"/>
      </w:pPr>
      <w:r>
        <w:t>اگر اسمیںالجھگئے تو پھروہجو مینمقصد ہے، اسسےہٹجائیںگے۔ توہمیشہرسولوںکا مذ اقاڑایاگیا،جوبھیرسول قرآنمیںآتاہے،جوبھیرسول آیا، اسکا لوگوںنے مذاقاڑایا۔</w:t>
      </w:r>
    </w:p>
    <w:p>
      <w:r>
        <w:rPr>
          <w:b/>
        </w:rPr>
        <w:t xml:space="preserve">[13:48] </w:t>
      </w:r>
      <w:r>
        <w:t>ah</w:t>
      </w:r>
    </w:p>
    <w:p>
      <w:pPr>
        <w:jc w:val="right"/>
      </w:pPr>
      <w:r>
        <w:t>اہ</w:t>
      </w:r>
    </w:p>
    <w:p>
      <w:r>
        <w:rPr>
          <w:b/>
        </w:rPr>
        <w:t xml:space="preserve">[13:49] </w:t>
      </w:r>
      <w:r>
        <w:t>, aapne jo ignore karne ki baat kahi, to is par Maulana ek hadith bayan kiya karte the, aur isi sense mein Hazrat Umar Khattab Razi Allahu Anhu, Umar bin Khattab Razi Allahu Anhu ka ek qaul bhi hai innalaha abadan yab'idun al-batila bi hajrihi wa yuhyoon al-haqqa bi dhikrihi ke Allah ke kuch bande hain jo batil ko khatam karte hain, usko tark karke,</w:t>
      </w:r>
    </w:p>
    <w:p>
      <w:pPr>
        <w:jc w:val="right"/>
      </w:pPr>
      <w:r>
        <w:t>،آپنےجواگنورکرنے کیباتکہی، تواسپر مول انا ایکحدیثبیانکیاکرتے تھے،اور اسی سینسمیں حضرت عمر خط اب رضیاللہعن ہ،عمر عمربنخطابرضیاللہعنہکاایکقولبھیہے ان اللہ عبادا یبعیدون الحق بح جرہ وی حیون الحق بذکرہ کہاللہ کےکچھبندےہیں جو باطلکو ختم کرتے ہیں،اسکو ترک کرکے،</w:t>
      </w:r>
    </w:p>
    <w:p>
      <w:r>
        <w:rPr>
          <w:b/>
        </w:rPr>
        <w:t xml:space="preserve">[14:12] </w:t>
      </w:r>
      <w:r>
        <w:t>aur haq ko zinda karte hain, usko zikr karke. to bohat aham naseehat hai. bohat</w:t>
      </w:r>
    </w:p>
    <w:p>
      <w:pPr>
        <w:jc w:val="right"/>
      </w:pPr>
      <w:r>
        <w:t>اور حق کو زندہکرتےہیں،اسکوذکرکرکے۔ تو بہت اہم نصیحتہے۔ بہت</w:t>
      </w:r>
    </w:p>
    <w:p>
      <w:r>
        <w:rPr>
          <w:b/>
        </w:rPr>
        <w:t xml:space="preserve">[14:19] </w:t>
      </w:r>
      <w:r>
        <w:t>aham baat hai. mujhe kuch is tarah ki hadith ya qaul yaad aa raha hai, jismein Hazrat Umar ka hi qaul hai ke tum, ah, jo shar hai, usko uske bare mein chup rahe usko maro. amitu al-batil kuch is tarah ka amitu al-batil bisamtih.</w:t>
      </w:r>
    </w:p>
    <w:p>
      <w:pPr>
        <w:jc w:val="right"/>
      </w:pPr>
      <w:r>
        <w:t>اہمباتہے۔ مجھےکچھاسطرحکیحدیث یا قول یادآرہاہے، جسمیں حضرت عمر کاہیقولہے کہ تم، اہ، جو شر ہے، اسکو اسکےبارےمیں چپرہکےاسکومارو۔ام یت الباطل کچھاسطرح کا امیت الباطل بالسمتعنہ۔</w:t>
      </w:r>
    </w:p>
    <w:p>
      <w:r>
        <w:rPr>
          <w:b/>
        </w:rPr>
        <w:t xml:space="preserve">[14:36] </w:t>
      </w:r>
      <w:r>
        <w:t>to wohi baat hai ke agar hum usko ignore nahi karenge aur chup nahi rahenge, shor machayenge to jo fazail e dawat ki, woh woh baqi nahi rahegi. hmm.</w:t>
      </w:r>
    </w:p>
    <w:p>
      <w:pPr>
        <w:jc w:val="right"/>
      </w:pPr>
      <w:r>
        <w:t>تووہیبات ہے کہ اگرہماسکواگنورنہیںکریںگےاور چپنہیںرہیںگے،شور مچائیںگےتو جو فض اہے دعوتکی،وہ وہ باقینہیںرہےگی۔ہمم۔</w:t>
      </w:r>
    </w:p>
    <w:p>
      <w:r>
        <w:rPr>
          <w:b/>
        </w:rPr>
        <w:t xml:space="preserve">[14:47] </w:t>
      </w:r>
      <w:r>
        <w:t>jab yeh baat cheet ho rahi thi, firoun ko jo ghussa aaya, chuki woh badshah tha, woh kuch bhi kar sakta tha, to usne wahan par moosa alehissalam ko qaid ki dhamki di thi.</w:t>
      </w:r>
    </w:p>
    <w:p>
      <w:pPr>
        <w:jc w:val="right"/>
      </w:pPr>
      <w:r>
        <w:t>جب یہباتچیتہورہیتھی، فرعونکوجو غصہآیا،چونکہوہبادشاہتھا،وہکچھبھیکرسکتاتھا، تواسنےوہاںپر موسی ٰعلیہالسلامکو قیدکیدھمکیدیتھی۔</w:t>
      </w:r>
    </w:p>
    <w:p>
      <w:r>
        <w:rPr>
          <w:b/>
        </w:rPr>
        <w:t xml:space="preserve">[14:58] </w:t>
      </w:r>
      <w:r>
        <w:t>is par kuch bataiye aap. haan, moosa alehissalam se jab baat cheet ho rahi thi to thoda aur bhi baat cheet hui thi. ismein, ah, chuki moosa alehissalam ne completely ignor kiya jo usne kaha ke yeh pagal hain aur yeh majnoon</w:t>
      </w:r>
    </w:p>
    <w:p>
      <w:pPr>
        <w:jc w:val="right"/>
      </w:pPr>
      <w:r>
        <w:t>اسپر کچھ بتائیں آپ ۔ ہاں،موسیٰعلیہالسلامسےجبباتچیتہورہیتھیتو تھوڑیاوربھیباتچیتہوئیہے۔ اسمیں، اہ ،چونکہ موسیٰعلیہالسلامنے کمپلیٹلیاگنورکیا جو اسنے کہاکہیہ پاگلہیںاوریہ مج نون</w:t>
      </w:r>
    </w:p>
    <w:p>
      <w:r>
        <w:rPr>
          <w:b/>
        </w:rPr>
        <w:t xml:space="preserve">[15:15] </w:t>
      </w:r>
      <w:r>
        <w:t>hain, apni baat ko continue kiya. Yani bohat hi achi misaal hai dawat ki ke jo aap ka mad'u hai, jis ko aap dawat de rahe hain, woh kuch bhi boltarahe, aap us ko bilkul insnaikardain.</w:t>
      </w:r>
    </w:p>
    <w:p>
      <w:pPr>
        <w:jc w:val="right"/>
      </w:pPr>
      <w:r>
        <w:t>ہیں، اپنیباتکو کنٹینیوکیا۔یعنیبہتہی اچھی مثالہے دعوتکی کہجو آپ کا مدعوہے،جسکوآپ دعوتدےرہےہیں،وہکچھبھیبولتارہے،آپ اسکو بالکل انسنیکردیں۔</w:t>
      </w:r>
    </w:p>
    <w:p>
      <w:r>
        <w:rPr>
          <w:b/>
        </w:rPr>
        <w:t xml:space="preserve">[15:28] </w:t>
      </w:r>
      <w:r>
        <w:t>To Musa (AS) ne kaha 'Rab al mashriq wal maghrib wa ma bainahuma' ke mera Rabb to woh hai jo east aur west ka Rabb hai,</w:t>
      </w:r>
    </w:p>
    <w:p>
      <w:pPr>
        <w:jc w:val="right"/>
      </w:pPr>
      <w:r>
        <w:t>تو موسیٰعلیہالسلامنےکہا قالرب المشرق والم غرب ومابین ہما کہ میراربتووہہےجو ایسٹاورویسٹکاربہے،</w:t>
      </w:r>
    </w:p>
    <w:p>
      <w:r>
        <w:rPr>
          <w:b/>
        </w:rPr>
        <w:t xml:space="preserve">[15:40] </w:t>
      </w:r>
      <w:r>
        <w:t>Lord of the east and Lord of the west and whatever lies in between. To is tarike se aur explain kiya, aur ah, Firon ne kaha ke agli qomon ka kya haal hai,</w:t>
      </w:r>
    </w:p>
    <w:p>
      <w:pPr>
        <w:jc w:val="right"/>
      </w:pPr>
      <w:r>
        <w:t>لارڈآفداایسٹاینڈلارڈآفدا ویسٹ اینڈ واٹایورلائزان انبٹوین۔ تواسطریقےسے اور ایکسپلینکیا، اور ا ہ، فرعوننےکہاکہ اگلیقوموںکاکیاحال ہے،</w:t>
      </w:r>
    </w:p>
    <w:p>
      <w:r>
        <w:rPr>
          <w:b/>
        </w:rPr>
        <w:t xml:space="preserve">[15:55] </w:t>
      </w:r>
      <w:r>
        <w:t>Agli qomon ke bare mein batao kuch. Yani jo peechay log guzar chuke hain, un ke bare mein batao. To Firon chahta tha ke peechay uksane ki koshish kar raha tha ke peechay ki jo qomein hain, jo guzar chuki hain,</w:t>
      </w:r>
    </w:p>
    <w:p>
      <w:pPr>
        <w:jc w:val="right"/>
      </w:pPr>
      <w:r>
        <w:t>اگلیقوموںکےبارےمیںبتاؤکچھ۔یعنیجو پیچھےلوگ گزرچکےہیں، انکےبارےمیں بتاؤ۔ تو فرعونچاہتاتھاکہ پیچھے اکسانےکیکوششکررہاتھاکہ پیچھےکیجو قومیںہیں،جو گزرچکیہیں،</w:t>
      </w:r>
    </w:p>
    <w:p>
      <w:r>
        <w:rPr>
          <w:b/>
        </w:rPr>
        <w:t xml:space="preserve">[16:10] </w:t>
      </w:r>
      <w:r>
        <w:t>Un ke bare mein koi baat agar aisi Musa (AS) bolen to jo, ah, baithe hue hain nobles aur darbari, woh sab against ho jayenge Musa ke.</w:t>
      </w:r>
    </w:p>
    <w:p>
      <w:pPr>
        <w:jc w:val="right"/>
      </w:pPr>
      <w:r>
        <w:t>انکےبارےمیں کوئیباتاگر ایسی موسیٰعلیہالسلام بول یں تو جو، اہ،بیٹھےہوئےہیںنوبلز اور درباری،وہسب اگینسٹہوجائیںگےموسیٰکے۔</w:t>
      </w:r>
    </w:p>
    <w:p>
      <w:r>
        <w:rPr>
          <w:b/>
        </w:rPr>
        <w:t xml:space="preserve">[16:22] </w:t>
      </w:r>
      <w:r>
        <w:t>To woh bar bar is tarah ke sawal kar raha tha.</w:t>
      </w:r>
    </w:p>
    <w:p>
      <w:pPr>
        <w:jc w:val="right"/>
      </w:pPr>
      <w:r>
        <w:t>تو وہبارباراسطرح کے سوالکررہاتھا۔</w:t>
      </w:r>
    </w:p>
    <w:p>
      <w:r>
        <w:rPr>
          <w:b/>
        </w:rPr>
        <w:t xml:space="preserve">[16:25] </w:t>
      </w:r>
      <w:r>
        <w:t>To Musa (AS) ne bohat hi achha jawab diya ke uska ilm mere Rabb ke paas ek register mein hai, aur mera Rabb na kabhi ghalti karta hai, na na kabhi bhoolta hai.</w:t>
      </w:r>
    </w:p>
    <w:p>
      <w:pPr>
        <w:jc w:val="right"/>
      </w:pPr>
      <w:r>
        <w:t>تو موسیٰعلیہالسلامنےبہتہیاچھاجوابدیا کہاسکا علم میرےربکےپاسایک رج سٹرمیںہے، اور میرا رب نہکبھیغلطیکرتاہے،نہ نہکبھیبھولتاہے۔</w:t>
      </w:r>
    </w:p>
    <w:p>
      <w:r>
        <w:rPr>
          <w:b/>
        </w:rPr>
        <w:t xml:space="preserve">[16:36] </w:t>
      </w:r>
      <w:r>
        <w:t>To yani ek khair khwahi ka andaaz, well-wishing ka andaaz. Aur phir Allah, phir Musa (AS) ne bare achhe, ah, alfaaz bayan kiye, Allah Ta'ala ki glory bayan ki, ah, azmat bayan ki ke, ah, Allah Ta'ala har cheez par qadir hai, har cheez ko paida karne par qadir hai.</w:t>
      </w:r>
    </w:p>
    <w:p>
      <w:pPr>
        <w:jc w:val="right"/>
      </w:pPr>
      <w:r>
        <w:t>تویعنیایک خیر خواہیکا انداز ، ویلوشنگکاانداز۔ اور پھر اللہ ،پھر موسیٰعلیہالسلامنےبڑےاچھے، اہ، الفاظ بیان کیے،اللہتعالیٰکیگل وری بیانکی ، اہ،عظمتبیانکی کہ، اہ، اللہ تعالیٰہرچیزپر قادر ہے،ہرچیز کوپیدا کرنے پر قادر ہے۔</w:t>
      </w:r>
    </w:p>
    <w:p>
      <w:r>
        <w:rPr>
          <w:b/>
        </w:rPr>
        <w:t xml:space="preserve">[16:56] </w:t>
      </w:r>
      <w:r>
        <w:t>Wohi hai jis ne zameen ko farsh banaya aur aasman se pani utara aur zameen mein tumhare liye raahein nikali.</w:t>
      </w:r>
    </w:p>
    <w:p>
      <w:pPr>
        <w:jc w:val="right"/>
      </w:pPr>
      <w:r>
        <w:t>وہیہے جسنے زمین کوفرشبنایا اور آسمان سے پانی اتارااور زمین میںتمہارےلیے راہیںنکالی۔</w:t>
      </w:r>
    </w:p>
    <w:p>
      <w:r>
        <w:rPr>
          <w:b/>
        </w:rPr>
        <w:t xml:space="preserve">[17:05] </w:t>
      </w:r>
      <w:r>
        <w:t>Abhi maine recently kisi ki baat suni thi, kisi ne kaha tha ke Quran mein yeh hai ke zameen flat hai, yani round nahi hai balkeh flat hai.</w:t>
      </w:r>
    </w:p>
    <w:p>
      <w:pPr>
        <w:jc w:val="right"/>
      </w:pPr>
      <w:r>
        <w:t>ابھیمیںنے ریسنٹلی کسی کیباتسنیتھی، کسی نےکہاتھاکہ قرآنمیں یہہےکہ زمین فلیٹہے، یعنیراؤنڈنہیںہےبلکہ فلیٹہے۔</w:t>
      </w:r>
    </w:p>
    <w:p>
      <w:r>
        <w:rPr>
          <w:b/>
        </w:rPr>
        <w:t xml:space="preserve">[17:16] </w:t>
      </w:r>
      <w:r>
        <w:t>To farsh banana, us ko chuki Quran ki poor knowledge hone ki wajah se unhon ne yeh baat kahi, darasal yahan jo baat kahi ja rahi hai, yeh nahi ke zameen flat hai, yahan yeh baat kahi ja rahi hai ke zameen qabil-e-istemal hai. Hamare</w:t>
      </w:r>
    </w:p>
    <w:p>
      <w:pPr>
        <w:jc w:val="right"/>
      </w:pPr>
      <w:r>
        <w:t>تو فر ش بنانا، اسکو چونکہ قرآنکی پورینالجنہہونےکیوجہ سےانہوںنےیہباتکہی، دراصل یہاںجوبات کہی کہیجارہیہے،یہنہیںکہزمین فلیٹہے،یہاںیہباتکہیجارہیہےکہزمین قابل استعمال ہے۔ہمارے</w:t>
      </w:r>
    </w:p>
    <w:p>
      <w:r>
        <w:rPr>
          <w:b/>
        </w:rPr>
        <w:t xml:space="preserve">[17:31] </w:t>
      </w:r>
      <w:r>
        <w:t>Hum yahan road bana sakte hain, ghar bana sakte hain, factories bana sakte hain, airports bana sakte hain, jahaz uda sakte hain. Chand pe aur Mars pe aap nahi kar sakte, na woh, na na wahan oxygen hai, na wahan, na wahan pani hai, na wahan koi aur aisi cheez hai, aur ubhar khar hai, sirf pahadiyan hi pahadiyan hain.</w:t>
      </w:r>
    </w:p>
    <w:p>
      <w:pPr>
        <w:jc w:val="right"/>
      </w:pPr>
      <w:r>
        <w:t>ہمیہاں روڈبناسکتےہیں،گھربناسکتےہیں،فیکٹریزبناسکتےہیں، ایئرپورٹسبناسکتےہیں،جہازاڑاسکتےہیں۔ چاند پہاور مارس پہآپنہیںکرسکتے ، نہوہ، نہنہ وہاں اکسیجنہے،نہ وہاں، نہوہاںپانیہے، نہ وہاں کوئیاورایسیچیزہے،اورابھڑکھاڑہے،صرف پہاڑیاںہیپہاڑیاںہیں۔</w:t>
      </w:r>
    </w:p>
    <w:p>
      <w:r>
        <w:rPr>
          <w:b/>
        </w:rPr>
        <w:t xml:space="preserve">[17:50] </w:t>
      </w:r>
      <w:r>
        <w:t>To is sense mein us ko kaha gaya hai ke zameen ko farsh banao aur tumhare liye raahein nikali, raste nikale, aur aasman se pani utara, aur us se phir phool aur sabziyan uge, tum bhi khao aur apne maweshiyon ko bhi khilao. Aur is mein bari nishaniyan hain, ah, ah, aqal walon ke liye.</w:t>
      </w:r>
    </w:p>
    <w:p>
      <w:pPr>
        <w:jc w:val="right"/>
      </w:pPr>
      <w:r>
        <w:t>تواس سینسمیںاسکوکہاگیاہےکہزمین کو فرشبن ایااورتمہارےلیے راہیںنک الی،راستےنکالے،اور آسمانسے پانی اتارا، اور اسسے پھلاور سبزیاں اگے،تم بھیکھاؤاور اپنے مویشیوںکوبھی کھلا ؤ۔اوراسمیںبڑی نش انیاںہیں، اہ، اہ، عقلوالوںکےلیے۔</w:t>
      </w:r>
    </w:p>
    <w:p>
      <w:r>
        <w:rPr>
          <w:b/>
        </w:rPr>
        <w:t xml:space="preserve">[18:10] </w:t>
      </w:r>
      <w:r>
        <w:t>To is tarike se yani marifat ko jagane ki koshish ki ke, ah, ghaur ghaur karen, ah, Firon aur us ke log is cheez pe ke kis ne yeh kainat banai hai, aasman kis ne banaya, kaun khaliq hai, kaun malik hai. Yeh jo laws chal rahe hain, jo zameen ghoom rahi hai, jo gravity ke laws hain, jo jo sare sayyare aur sitare ghoom rahe hain, yeh laws kis ne banaye?</w:t>
      </w:r>
    </w:p>
    <w:p>
      <w:pPr>
        <w:jc w:val="right"/>
      </w:pPr>
      <w:r>
        <w:t>تو اسطریقےسے یعنی معرفت کوجگانےکیکوششکی کہ، اہ، غور غورکریں، اہ،فرعوناوراسکےلوگ اس چیزپہ کہ کسنے یہ کائنات بنائیہے، آسمان کسنےبنایا، کون خالقہے، کون مالکہے۔یہجو لاز چلرہےہیں،جو زمین گھومرہیہے،جوگریویٹی کےلازہیں،جو جو سارے سیارےاور ستارے گھومرہےہیں، یہ لازکسنےبنائے؟</w:t>
      </w:r>
    </w:p>
    <w:p>
      <w:r>
        <w:rPr>
          <w:b/>
        </w:rPr>
        <w:t xml:space="preserve">[18:37] </w:t>
      </w:r>
      <w:r>
        <w:t>Yani un ke andar marifat ka, ah, ka jazba bedaar karne ki koshish ki. Aur phir woh ayat aati hai jo bohat hi ahem ayat hai 'Min hakhalaqnakum wa fihi nu'eedukum wa minhu nukhrijukum taaratan ukhra' phir Prophet Muhammad (SAW) yeh ayat padhte the jab kisi ki death ho jati thi to jab us ko qabr mein breakiya jata hai to log mitti dalte hain,</w:t>
      </w:r>
    </w:p>
    <w:p>
      <w:pPr>
        <w:jc w:val="right"/>
      </w:pPr>
      <w:r>
        <w:t>یعنی انکے اندر معرفت کا، اہ،کاجذبہ بیدارکرنے کی کوششکی۔اورپھر وہ آیت آتیہے جو بہت ہیاہمآیتہے من ہاخلقناکموفیہنعید کم ومن ہانخرجکم طارۃ اخرى پرافٹمحمد صلیاللہعلیہوسلمیہآیتپڑھتےتھے جب کسی کی ڈیتھہوجاتیتھی تو جب اسکو قبرمیں بریکیاجاتاہے تو لوگ مٹیڈالتےہیں،</w:t>
      </w:r>
    </w:p>
    <w:p>
      <w:r>
        <w:rPr>
          <w:b/>
        </w:rPr>
        <w:t xml:space="preserve">[19:04] </w:t>
      </w:r>
      <w:r>
        <w:t>Ah, samb</w:t>
      </w:r>
    </w:p>
    <w:p>
      <w:pPr>
        <w:jc w:val="right"/>
      </w:pPr>
      <w:r>
        <w:t>اہ،سمب</w:t>
      </w:r>
    </w:p>
    <w:p>
      <w:r>
        <w:rPr>
          <w:b/>
        </w:rPr>
        <w:t xml:space="preserve">[19:05] </w:t>
      </w:r>
      <w:r>
        <w:t>Walikali. To us waqt yeh ayat padhte hain 'Min hakhalaqnakum wa fihi nu'eedukum wa minhu nukhrijukum taaratan ukhra'</w:t>
      </w:r>
    </w:p>
    <w:p>
      <w:pPr>
        <w:jc w:val="right"/>
      </w:pPr>
      <w:r>
        <w:t>ولیکلی۔ تواسوقت یہآیتپڑھتےہیں منہاخلقناکم وفیہنعید کمومن ہانخرجکم طارۃ اخرى</w:t>
      </w:r>
    </w:p>
    <w:p>
      <w:r>
        <w:rPr>
          <w:b/>
        </w:rPr>
        <w:t xml:space="preserve">[19:15] </w:t>
      </w:r>
      <w:r>
        <w:t>Ke isi mitti se hum ne tumhein paida kiya aur isi mein tumhein dobara jaana hai aur isi mitti se tum ko hum dobara nikaleinge.</w:t>
      </w:r>
    </w:p>
    <w:p>
      <w:pPr>
        <w:jc w:val="right"/>
      </w:pPr>
      <w:r>
        <w:t>کہ اسی مٹیسےہمنےتمہیںپیدا کیا اور اسیمیںتمہیںدوبارہجاناہے اور اسی مٹیسے تم کوہم دوبارہنکالیںگے۔</w:t>
      </w:r>
    </w:p>
    <w:p>
      <w:r>
        <w:rPr>
          <w:b/>
        </w:rPr>
        <w:t xml:space="preserve">[19:30] </w:t>
      </w:r>
      <w:r>
        <w:t>To yeh ek bohat choti si surah hai lekin jo insani zindagi ki poori tasweer is mein pesh ho jati hai.</w:t>
      </w:r>
    </w:p>
    <w:p>
      <w:pPr>
        <w:jc w:val="right"/>
      </w:pPr>
      <w:r>
        <w:t>تو یہایکبہت چھوٹیسی ورثہے لیکن جو انسانیزندگی کی پوریتصویراسمیںپیشہوجاتیہے۔</w:t>
      </w:r>
    </w:p>
    <w:p>
      <w:r>
        <w:rPr>
          <w:b/>
        </w:rPr>
        <w:t xml:space="preserve">[19:40] </w:t>
      </w:r>
      <w:r>
        <w:t>Aur is tarah se Musa (AS) ne zindagi se maut tak sari baatein Firon ko bohat hi achhe andaaz mein kardi dein.</w:t>
      </w:r>
    </w:p>
    <w:p>
      <w:pPr>
        <w:jc w:val="right"/>
      </w:pPr>
      <w:r>
        <w:t>اور اسطرحسے موسیٰعلیہالسلامنے زندگی سے موتتک ساریباتیں فرعونکو بہت ہیاچھےاندازمیں کردیں۔</w:t>
      </w:r>
    </w:p>
    <w:p>
      <w:r>
        <w:rPr>
          <w:b/>
        </w:rPr>
        <w:t xml:space="preserve">[19:53] </w:t>
      </w:r>
      <w:r>
        <w:t>Doctor sahib, aap ne jo aakhri ayat bayan ki 'Min hakhalaqnakum' normally to Musalman us ko padhte hain lekin us se relate nahi karte ke Musa (AS) ne Firon ko jo dawat deti thi, ji, woh goya ke us waqt bhi yaad dilaya ja raha hai, maut ke waqt bhi yaad dilaya ja raha hai, ji, ke aap ko dawat ka kaam karna hai, us ka ek hissa hai. Yeh yaqeenan bilkul sahi.</w:t>
      </w:r>
    </w:p>
    <w:p>
      <w:pPr>
        <w:jc w:val="right"/>
      </w:pPr>
      <w:r>
        <w:t>ڈاکٹرصاحب،آپنےجوآخری آیتبیانکیمنہاخلقناکم نارملیتو مسلمان اسکو پڑھتےہیںلیکن اسسےریلیٹنہیںکرتے کہموسیٰعلیہالسلامنےفرعونکوجودعوتدیتھی، جی، وہ گویاکہ اسوقت بھی یاددلایاجارہاہے،موتکےوقت بھییاددلایاجارہاہے، جی،کہآپکو دعوتکاکامکرناہے،اسکاایکحصہہے۔یہ یقینا بالکل صحیح۔</w:t>
      </w:r>
    </w:p>
    <w:p>
      <w:r>
        <w:rPr>
          <w:b/>
        </w:rPr>
        <w:t xml:space="preserve">[20:13] </w:t>
      </w:r>
      <w:r>
        <w:t>To yahan par bohat sare, ah, ah, comments aaye hain, ah,</w:t>
      </w:r>
    </w:p>
    <w:p>
      <w:pPr>
        <w:jc w:val="right"/>
      </w:pPr>
      <w:r>
        <w:t>تو یہاںپربہتسارے، اہ، اہ، کمنٹسآئےہیں، اہ،</w:t>
      </w:r>
    </w:p>
    <w:p>
      <w:r>
        <w:rPr>
          <w:b/>
        </w:rPr>
        <w:t xml:space="preserve">[20:20] </w:t>
      </w:r>
      <w:r>
        <w:t>Dilli se Doctor Naghma Siddiqui sahibah ne likha hai 'Very meaningful talk. Gives very important lessons from the life of Prophet Moses.'</w:t>
      </w:r>
    </w:p>
    <w:p>
      <w:pPr>
        <w:jc w:val="right"/>
      </w:pPr>
      <w:r>
        <w:t>دہلیسےڈاکٹرنغمہصدی قی صاحبہنےلکھاہے "Verymeaningful talk. Givesvery important lessons from thelife of ProphetMos es."</w:t>
      </w:r>
    </w:p>
    <w:p>
      <w:r>
        <w:rPr>
          <w:b/>
        </w:rPr>
        <w:t xml:space="preserve">[20:32] </w:t>
      </w:r>
      <w:r>
        <w:t>Waisa Khaptaan se, ah, Miss Ayesha Yasir likhti hain 'Ignore the problem and avail the opportunities.' Jo hum ne yeh baat kahi thi ke Musa (AS) ne un ki jo doosre aitraz uthaye, us ko unhon ne ignore kiya</w:t>
      </w:r>
    </w:p>
    <w:p>
      <w:pPr>
        <w:jc w:val="right"/>
      </w:pPr>
      <w:r>
        <w:t>ویساکھاپٹنمسے، اہ، مس عائشہ یسرالکھتیہیں "Ignoretheproblem and availtheopportun ities ."جو ہمنےیہباتکہیتھیکہموسیٰعلیہالسلامنےانکی جو دوسرےاعتراضاٹھائے،اسکوانہوںنے اگنورکیا</w:t>
      </w:r>
    </w:p>
    <w:p>
      <w:r>
        <w:rPr>
          <w:b/>
        </w:rPr>
        <w:t xml:space="preserve">[20:46] </w:t>
      </w:r>
      <w:r>
        <w:t>Tha, ji, to the pointer hai Musa (AS), us par unhon ne likha hai. Yeh Doctor Farida Khanam, aap ne likha hai Dilli se 'The story of Prophet Musa also tells us that the way of prophets is to ignore the abuses of the madhoo.' Yeh bohat ahem baat hai.</w:t>
      </w:r>
    </w:p>
    <w:p>
      <w:pPr>
        <w:jc w:val="right"/>
      </w:pPr>
      <w:r>
        <w:t>تھا،جی، ٹودیپوائنٹرہےموسیٰعلیہالسلام ،اسپرانہوںنےلکھاہے۔یہ ڈاکٹرفریدہخانم ،آپنےلکھاہے دہلیسے "Thestoryof ProphetMusaalso tellsus that the wayof prophets istoignore the ab uses ofthemadhoo." یہبہت اہمباتہے۔</w:t>
      </w:r>
    </w:p>
    <w:p>
      <w:r>
        <w:rPr>
          <w:b/>
        </w:rPr>
        <w:t xml:space="preserve">[21:08] </w:t>
      </w:r>
      <w:r>
        <w:t>doctor sahib, aage hum sawal lete hain.</w:t>
      </w:r>
    </w:p>
    <w:p>
      <w:pPr>
        <w:jc w:val="right"/>
      </w:pPr>
      <w:r>
        <w:t>ڈاکٹرصاحب،آگےہمسواللیتےہیں۔</w:t>
      </w:r>
    </w:p>
    <w:p>
      <w:r>
        <w:rPr>
          <w:b/>
        </w:rPr>
        <w:t xml:space="preserve">[21:10] </w:t>
      </w:r>
      <w:r>
        <w:t>dhamki dene ke baad Firon ne Khuda ke paigham ko man'ne se inkar kar diya tha aur is par mukhtalif baatein hui theen. is ko aap thoda tafseel ke sath bataiye.</w:t>
      </w:r>
    </w:p>
    <w:p>
      <w:pPr>
        <w:jc w:val="right"/>
      </w:pPr>
      <w:r>
        <w:t>دھمکیدینےکےبعدفرعوننےخداکےپیغامکوماننےسےانکارکردیا تھا اوراسپرمختلف باتیںہوئیتھیں۔اسکو آپ تھوڑاتفصیلکےساتھبت ائیے۔</w:t>
      </w:r>
    </w:p>
    <w:p>
      <w:r>
        <w:rPr>
          <w:b/>
        </w:rPr>
        <w:t xml:space="preserve">[21:19] </w:t>
      </w:r>
      <w:r>
        <w:t>ji, to Musa (AS) ne jo baatein kahin, woh bari powerful aur bari logical arguments pesh keen. to Musa (AS) ki jo baatein theen, Firon is ka koi jawab nahi de saka, koi is ke paas, yani he was speechless.</w:t>
      </w:r>
    </w:p>
    <w:p>
      <w:pPr>
        <w:jc w:val="right"/>
      </w:pPr>
      <w:r>
        <w:t>جی، تو موسیٰعلیہالسلامنےجوباتیںکہیں،وہبڑی پاورفل اوربڑی لوجیکل ارگیومنٹسپیش کیے۔ تو موسی ٰ علیہالسلامکیجویہباتیںتھیں، فرعوناسکاکوئیجوابنہیںدےسکا، کوئی اسکےپاس ،یعنی ہیوازسپیچلیس۔</w:t>
      </w:r>
    </w:p>
    <w:p>
      <w:r>
        <w:rPr>
          <w:b/>
        </w:rPr>
        <w:t xml:space="preserve">[21:36] </w:t>
      </w:r>
      <w:r>
        <w:t>to phir us ne kaha ke agar tum koi aur Khuda ko ma'bood banao ge to main tumhein jail mein daal doon ga. yani purane zamaney mein jo badshah hota tha,</w:t>
      </w:r>
    </w:p>
    <w:p>
      <w:pPr>
        <w:jc w:val="right"/>
      </w:pPr>
      <w:r>
        <w:t>توپھر اسنےکہا کہ اگر تم کوئیاور خداکومعبودبناؤگے تومیںتمہیںجیلمیںڈالدوںگا۔ یعنیپرانےزمان ےمیں جو بادشاہہوتاتھا،</w:t>
      </w:r>
    </w:p>
    <w:p>
      <w:r>
        <w:rPr>
          <w:b/>
        </w:rPr>
        <w:t xml:space="preserve">[21:50] </w:t>
      </w:r>
      <w:r>
        <w:t>jo is ka mazhab hota tha, woh sab ka mazhab wohi hota tha. koi bhi shakhs agar koi naya mazhab ikhtiyar karta tha to woh state se bagawat samjhi jati thi aur is ke oopar sakht karwai hoti thi.</w:t>
      </w:r>
    </w:p>
    <w:p>
      <w:pPr>
        <w:jc w:val="right"/>
      </w:pPr>
      <w:r>
        <w:t>جو اسکا مذہبہوتاتھا،وہ سبکامذہب وہیہوتاتھا۔ کوئیبھیشخص اگر کوئینیامذہب اختیارکرتاتھا تو وہ اسٹیٹسےبغاوتسمجھیجاتیتھی اور اسکےاوپر سخت کارروائیہوتیتھی۔</w:t>
      </w:r>
    </w:p>
    <w:p>
      <w:r>
        <w:rPr>
          <w:b/>
        </w:rPr>
        <w:t xml:space="preserve">[22:04] </w:t>
      </w:r>
      <w:r>
        <w:t>chunki woh zamanah tha religious persecution ka, intolerance ka, aur us waqt Misr ka jo aqeedah tha, woh yeh tha ke in ka sab se bara God suraj hai aur jo Firon hai, woh isi God ka zameen par mazhar hai.</w:t>
      </w:r>
    </w:p>
    <w:p>
      <w:pPr>
        <w:jc w:val="right"/>
      </w:pPr>
      <w:r>
        <w:t>چونکہوہ زمان ہتھا ریلیجس پرسیکیوشنکا ، انٹولرنسکا، اور اس وقت مصر کاجوعقیدہتھا، وہیہتھاکہ انکا سبسےبڑا گاڈ سورجہے اور جو فرعونہے، وہ اسی گ اڈکا زمین یمظہرہے۔</w:t>
      </w:r>
    </w:p>
    <w:p>
      <w:r>
        <w:rPr>
          <w:b/>
        </w:rPr>
        <w:t xml:space="preserve">[22:25] </w:t>
      </w:r>
      <w:r>
        <w:t>yani Firon was the worldy manifestation of their greatest God the sun</w:t>
      </w:r>
    </w:p>
    <w:p>
      <w:pPr>
        <w:jc w:val="right"/>
      </w:pPr>
      <w:r>
        <w:t>یعنی فیرواز دا ورلڈلی مینیفیسٹی شن اف دیرگریٹسٹگاڈدا سن</w:t>
      </w:r>
    </w:p>
    <w:p>
      <w:r>
        <w:rPr>
          <w:b/>
        </w:rPr>
        <w:t xml:space="preserve">[22:33] </w:t>
      </w:r>
      <w:r>
        <w:t>to usi wajah se jo Firon the ya purane zamaney ke badshah the, woh hukoomat kiya karte the, apne ko Khuda kahlate the aur bade bade statue un ke lagaye jate the aur bade bade statue lagaye jate the.</w:t>
      </w:r>
    </w:p>
    <w:p>
      <w:pPr>
        <w:jc w:val="right"/>
      </w:pPr>
      <w:r>
        <w:t>۔ تواسیوجہ سےجو فرعونتھےیاپرانےزمان ےکےبادشاہتھے، وہ حکومت کیا کرتے تھے، اپنےکو خ دا کہلواتےتھے اور بڑےبڑےسٹیچوانکےلگائےجاتےتھے اوربڑےبڑے سٹیچولگائےجاتےتھے۔</w:t>
      </w:r>
    </w:p>
    <w:p>
      <w:r>
        <w:rPr>
          <w:b/>
        </w:rPr>
        <w:t xml:space="preserve">[22:51] </w:t>
      </w:r>
      <w:r>
        <w:t>aur phir is ko log worship karte the. to usi tarike se woh apni apni hukoomat ko qaim rakhte the.</w:t>
      </w:r>
    </w:p>
    <w:p>
      <w:pPr>
        <w:jc w:val="right"/>
      </w:pPr>
      <w:r>
        <w:t>اور پھر اس کو لوگ ورشپکرتے تھے۔ تواسیطریقےسےوہ اپنی اپنی حکومت کو قائمرکھتےتھے۔</w:t>
      </w:r>
    </w:p>
    <w:p>
      <w:r>
        <w:rPr>
          <w:b/>
        </w:rPr>
        <w:t xml:space="preserve">[23:01] </w:t>
      </w:r>
      <w:r>
        <w:t>to dalail ke aitbar se, jaisa aap ne sawal kiya, Firon to bilkul haar gaya aur ab us ne kya kiya ke madi taur par Musa (AS) ko neecha karke dikhane ki koshish ki.</w:t>
      </w:r>
    </w:p>
    <w:p>
      <w:pPr>
        <w:jc w:val="right"/>
      </w:pPr>
      <w:r>
        <w:t>تو دلائل کے اعتبارسے،جیساآپنے سوال کیا ، فرعونتوبالکل ہارگیا اور اباسنے کیا کیا کہ مادیطور پر موسیٰعلیہالسلامکونیچا کرکےدکھانےکیکوششکی۔</w:t>
      </w:r>
    </w:p>
    <w:p>
      <w:r>
        <w:rPr>
          <w:b/>
        </w:rPr>
        <w:t xml:space="preserve">[23:16] </w:t>
      </w:r>
      <w:r>
        <w:t>bola ke kya main is mulk ka badshah nahi hoon aur kya yeh jo nehren behti hain, mere neeche yeh meri nahi hain?</w:t>
      </w:r>
    </w:p>
    <w:p>
      <w:pPr>
        <w:jc w:val="right"/>
      </w:pPr>
      <w:r>
        <w:t>بولاکہ کیا میںاس ملککابادشاہنہیںہوں اور کیا یہجونہریںبہتیہیں، میرےنیچےیہمیرینہیں ہیں؟</w:t>
      </w:r>
    </w:p>
    <w:p>
      <w:r>
        <w:rPr>
          <w:b/>
        </w:rPr>
        <w:t xml:space="preserve">[23:27] </w:t>
      </w:r>
      <w:r>
        <w:t>aur Musa (AS) ke liye kaha ke yeh to bohat hi mamooli insan hai, bol nahi sakta, poori tarike se baat nahi, apne aap ko express nahi kar pata.</w:t>
      </w:r>
    </w:p>
    <w:p>
      <w:pPr>
        <w:jc w:val="right"/>
      </w:pPr>
      <w:r>
        <w:t>اور موسی ٰعلیہالسلام کےلیے کہاکہیہتوبہت ہی معمولیانسان ہے، بول بھینہیںسکتا، پوریطریقےسےباتبھینہیں ،اپنے اپنے کو ایکسپریسبھینہیںکرپاتا۔</w:t>
      </w:r>
    </w:p>
    <w:p>
      <w:r>
        <w:rPr>
          <w:b/>
        </w:rPr>
        <w:t xml:space="preserve">[23:38] </w:t>
      </w:r>
      <w:r>
        <w:t>chunki Musa (AS) thoda stammer karte the, to us ko us ki taraf kiya. to yani yeh madi jo cheezein hain, woh woh to test ke liye hoti hain.</w:t>
      </w:r>
    </w:p>
    <w:p>
      <w:pPr>
        <w:jc w:val="right"/>
      </w:pPr>
      <w:r>
        <w:t>چونکہ موسیٰعلیہالسلامتھوڑااسٹیممرنگکرتےتھے، تو اسکو اسکیطرف کیا۔ تو یعنی یہ مادیجوچیزیںہیں، وہ وہتوٹیسٹ کےلیےہوتیہیں۔</w:t>
      </w:r>
    </w:p>
    <w:p>
      <w:r>
        <w:rPr>
          <w:b/>
        </w:rPr>
        <w:t xml:space="preserve">[23:55] </w:t>
      </w:r>
      <w:r>
        <w:t>jo asal criteria hai pehchan'ne ka, woh to yeh madi cheezein nahi hain balkeh merit hai. yani woh is ka character kaisa hai, woh honesty aur trustworthiness hai.</w:t>
      </w:r>
    </w:p>
    <w:p>
      <w:pPr>
        <w:jc w:val="right"/>
      </w:pPr>
      <w:r>
        <w:t>جو اصل کرائٹیریاہے پہچاننےکا ،وہ تو یہمادیچیزیںنہیںہیںبلکہمیرٹہے۔ یعنی وہ اسکا کریکٹرکیساہے، وہ اونیسٹی اور ٹرسٹوردیہے۔</w:t>
      </w:r>
    </w:p>
    <w:p>
      <w:r>
        <w:rPr>
          <w:b/>
        </w:rPr>
        <w:t xml:space="preserve">[24:09] </w:t>
      </w:r>
      <w:r>
        <w:t>jaise Hazrat Muhammad (SAW) ke liye Al-Sadiq Al-Amin kaha jata tha, Al-Amin kaha jata tha. to yeh criteria nahi hai ke peghambar ke paas bohat ziyada</w:t>
      </w:r>
    </w:p>
    <w:p>
      <w:pPr>
        <w:jc w:val="right"/>
      </w:pPr>
      <w:r>
        <w:t>جیسے حضرت محمد صلیاللہعلیہوسلمکےلیے الصادق الامینکہاجاتا تھا ، الامینکہاجاتا تھا۔ تو یہ کرائٹیریانہیںہےکہ پیغمبرکےپاس بہتزیادہ</w:t>
      </w:r>
    </w:p>
    <w:p>
      <w:r>
        <w:rPr>
          <w:b/>
        </w:rPr>
        <w:t xml:space="preserve">[24:23] </w:t>
      </w:r>
      <w:r>
        <w:t>ab us ne kaha Firon ne ke agar yeh peghambar hain to kyun nahi in ke paas sone ke dher hain ya farishton ki bheed hai?</w:t>
      </w:r>
    </w:p>
    <w:p>
      <w:pPr>
        <w:jc w:val="right"/>
      </w:pPr>
      <w:r>
        <w:t>۔اباسنےکہا فرعوننے کہ اگر یہپیغمبرہیںتوکیوںنہیںانکےپاس سونےکےڈھیرہیں یا فرشتوںکیبھیڑہے</w:t>
      </w:r>
    </w:p>
    <w:p>
      <w:r>
        <w:rPr>
          <w:b/>
        </w:rPr>
        <w:t xml:space="preserve">[24:31] </w:t>
      </w:r>
      <w:r>
        <w:t>to is tarah ki baatein keh kar Musa (AS) ko neecha karke dikhane ki koshish ki. Quran mein aata hai ke jab Firon ne dhamki di thi Musa (AS) ko ke main tum ko jail mein daal doon ga, to Musa (AS) ne kaha tha ke kya us waqt bhi daalo ge jabke main tum ko koi nishani laoon? to is par jo Musa (AS) ne kaha tha ke main tum ko nishani dikhana chahta hoon, to is par bataiye kuch.</w:t>
      </w:r>
    </w:p>
    <w:p>
      <w:pPr>
        <w:jc w:val="right"/>
      </w:pPr>
      <w:r>
        <w:t>؟ تو اسطرح کیباتیں کہہکر موسیٰعلیہالسلامکو نیچاکرکے دکھانےکیکوششکی۔ قرآنمیںآتاہےکہجب فرعوننےدھمکیدیتھیموسیٰعلیہالسلامکو کہمیں تم کو جیلمیںڈالدوںگا،توموسیٰعلیہالسلامنےکہاتھاکہکیا اسوقتبھیڈالوگےجبکہمیںتمکو کوئینش انیلاؤں؟تواسپر جو موسیٰعلیہالسلامنےکہاتھاکہمیںتمکوکوئینشانیدکھاناچاہتاہوں، تواسپربتائیےکچھ ۔</w:t>
      </w:r>
    </w:p>
    <w:p>
      <w:r>
        <w:rPr>
          <w:b/>
        </w:rPr>
        <w:t xml:space="preserve">[24:59] </w:t>
      </w:r>
      <w:r>
        <w:t>aaj jab Firon ne dhamki di Musa (AS) ko kaha agar kisi aur Khuda ko tum ma'bood banao ge to main tumhein jail mein daal doon</w:t>
      </w:r>
    </w:p>
    <w:p>
      <w:pPr>
        <w:jc w:val="right"/>
      </w:pPr>
      <w:r>
        <w:t>آججب فرعوننےدھمکیدی موسی ٰعلیہالسلامکو کہاگر کسی اور خداکوتم معبودبناؤگے تو میںتم ہیںجیلمیںڈالدوں</w:t>
      </w:r>
    </w:p>
    <w:p>
      <w:r>
        <w:rPr>
          <w:b/>
        </w:rPr>
        <w:t xml:space="preserve">[25:09] </w:t>
      </w:r>
      <w:r>
        <w:t>ga, chunki is ke paas koi baat nahi thi kehne ke liye, saare jo arguments pesh kiye the, dalail bohat hi thos the, to kuch keh nahi saka. woh bas yeh keh ke ke agar tum kisi aur Khuda ko ma'bood banao ge to main tumhein jail mein daal</w:t>
      </w:r>
    </w:p>
    <w:p>
      <w:pPr>
        <w:jc w:val="right"/>
      </w:pPr>
      <w:r>
        <w:t>گا، چونکہاسکےپاسکوئی باتنہیں تھی کہنےکےلیے، سارےجو ارگیومنٹسپیشکیےتھے، دلائل بہتہی ٹھوستھے، تو کچھکہہنہیںسکا۔وہبسیہیکہاکہاگر تم کسی اور خداکومعبود بناؤگےتومیںتمہیںجیلمیںڈال</w:t>
      </w:r>
    </w:p>
    <w:p>
      <w:r>
        <w:rPr>
          <w:b/>
        </w:rPr>
        <w:t xml:space="preserve">[25:26] </w:t>
      </w:r>
      <w:r>
        <w:t>doon ga. to Musa (AS) ne kaha ke qala awj'i'ta bi shay'in mubeen ke kya agar main koi bohat hi wazeh nishani dikhaoon, yani koi miracle dikhaoon?</w:t>
      </w:r>
    </w:p>
    <w:p>
      <w:pPr>
        <w:jc w:val="right"/>
      </w:pPr>
      <w:r>
        <w:t>دوںگا۔ تو موسیٰعلیہالسلامنے کہا کہ قال اول ج ئتکبش ي ءمبین کہکیا اگرمیں کوئی بہتہی واضح نش انی دکھاؤں،یعنیکوئی میریکلدکھاؤں؟</w:t>
      </w:r>
    </w:p>
    <w:p>
      <w:r>
        <w:rPr>
          <w:b/>
        </w:rPr>
        <w:t xml:space="preserve">[25:43] </w:t>
      </w:r>
      <w:r>
        <w:t>to Firon ne kaha theek hai, dikhao agar tum sachche ho to.</w:t>
      </w:r>
    </w:p>
    <w:p>
      <w:pPr>
        <w:jc w:val="right"/>
      </w:pPr>
      <w:r>
        <w:t>توفرعوننےکہاٹھیکہے،دکھاؤاگر تم سچےہوتو۔</w:t>
      </w:r>
    </w:p>
    <w:p>
      <w:r>
        <w:rPr>
          <w:b/>
        </w:rPr>
        <w:t xml:space="preserve">[25:46] </w:t>
      </w:r>
      <w:r>
        <w:t>to Musa (AS) ke jo hath mein asaa tha, woh stick jo thi, laathi, woh daal di zameen pe to woh bohat bara azdahah ban gaya, very huge serpent, aur woh chalne laga.</w:t>
      </w:r>
    </w:p>
    <w:p>
      <w:pPr>
        <w:jc w:val="right"/>
      </w:pPr>
      <w:r>
        <w:t>تو موسی ٰعلیہالسلام کےجوہاتھمیں عصاتھا،وہ سٹکجوتھی، لاٹھی،وہڈالدیزمین پہتووہبہتبڑا ازدہابنگیا، ویریہیوج سرپنٹ، اور وہچلنےلگا۔</w:t>
      </w:r>
    </w:p>
    <w:p>
      <w:r>
        <w:rPr>
          <w:b/>
        </w:rPr>
        <w:t xml:space="preserve">[25:58] </w:t>
      </w:r>
      <w:r>
        <w:t>aur phir unhon ne apna jo hath tha, woh yahan daala armpit mein aur dikhaya aise to woh chamka hath tha, just like a polished silver.</w:t>
      </w:r>
    </w:p>
    <w:p>
      <w:pPr>
        <w:jc w:val="right"/>
      </w:pPr>
      <w:r>
        <w:t>اور پھرانہوں نے اپناجوہاتھتھا،وہ یہاں ڈالا اہمپٹمیںاوردکھایاایسے تو وہچمکرہاتھا، جسٹلائکاےپولشڈسلور۔</w:t>
      </w:r>
    </w:p>
    <w:p>
      <w:r>
        <w:rPr>
          <w:b/>
        </w:rPr>
        <w:t xml:space="preserve">[26:10] </w:t>
      </w:r>
      <w:r>
        <w:t>to saare jo log baithe hue the wahan darbari, woh un mein baatcheet hone lagi aur Firon ne kaha ke yeh to bohat bara jadoo'gar hai.</w:t>
      </w:r>
    </w:p>
    <w:p>
      <w:pPr>
        <w:jc w:val="right"/>
      </w:pPr>
      <w:r>
        <w:t>تو سارےجو لوگ بیٹھےہوئےتھےوہاں درباری،وہ انمیں باتچیتہونے لگی اورفرعوننےکہاکہیہتوبہتبڑاجادوگرہے۔</w:t>
      </w:r>
    </w:p>
    <w:p>
      <w:r>
        <w:rPr>
          <w:b/>
        </w:rPr>
        <w:t xml:space="preserve">[26:20] </w:t>
      </w:r>
      <w:r>
        <w:t>to saare darbariyon ne kaha haan bilkul, yani ittefaq kiya ke yeh to bohat bara jadoo'gar hai. to Firon ne kaha ke phir kya karein?</w:t>
      </w:r>
    </w:p>
    <w:p>
      <w:pPr>
        <w:jc w:val="right"/>
      </w:pPr>
      <w:r>
        <w:t>تو سارےدرباریوںنےکہاہاںبالکل ،یعنی اتفاقکیا کہیہتوبہتبڑاجادوگرہے۔ تو فرعوننےکہاکہپھرکیا کریں؟</w:t>
      </w:r>
    </w:p>
    <w:p>
      <w:r>
        <w:rPr>
          <w:b/>
        </w:rPr>
        <w:t xml:space="preserve">[26:30] </w:t>
      </w:r>
      <w:r>
        <w:t>to saare jo durbari thay, unhon ne kaha ke hum misr ke jo bare hi mahir jadoogar hain, un ko bulatay hain aur in se muqabla krtay hain moosa ka.</w:t>
      </w:r>
    </w:p>
    <w:p>
      <w:pPr>
        <w:jc w:val="right"/>
      </w:pPr>
      <w:r>
        <w:t>تو سارےجودرباریتھے، انہوںنےکہاکہ ہم مصر کےجوبڑےہی ماہرجادوگرہیں،انکوبلاتےہیں اور انسے مقابلہکراتےہیں موسیٰکا۔</w:t>
      </w:r>
    </w:p>
    <w:p>
      <w:r>
        <w:rPr>
          <w:b/>
        </w:rPr>
        <w:t xml:space="preserve">[26:46] </w:t>
      </w:r>
      <w:r>
        <w:t>to yeh baat fir'on ko pasand aai, us ne kaha theek hai, hum saare jo misr ke bare bare jadoogar hain, un ko bulatay hain aur muqab</w:t>
      </w:r>
    </w:p>
    <w:p>
      <w:pPr>
        <w:jc w:val="right"/>
      </w:pPr>
      <w:r>
        <w:t>تویہ بات فرعونکوپسندآئی، اسنےکہاٹھیکہے،ہمسارے جو مصر کے بڑےبڑےجادوگرہیں،انکوبلاتےہیں اور مق</w:t>
      </w:r>
    </w:p>
    <w:p>
      <w:r>
        <w:rPr>
          <w:b/>
        </w:rPr>
        <w:t xml:space="preserve">[26:58] </w:t>
      </w:r>
      <w:r>
        <w:t>la krtay hain. to saare misr mein khabar phail gai, ghundora pait diya aur saare bare bare jo jadoogar hain, woh aanay lagay muhallay mein aur bare khush thay woh ke hamara jo jadoo hai, woh badshah dekhe ga aur bare bare inaamaat de ga.</w:t>
      </w:r>
    </w:p>
    <w:p>
      <w:pPr>
        <w:jc w:val="right"/>
      </w:pPr>
      <w:r>
        <w:t>ابلہکراتےہیں۔توسارےمصر میںخبر پھیلگئی ، گھنڈورا پیٹدیا اور سارےبڑےبڑےجوجادوگرہیں،وہ آنےلگے محلمیں اور بڑے خوشتھےوہکہ ہماراجو جادوہے،وہبادشاہ دیکھےگا اور بڑےبڑےانعاماتدےگا۔</w:t>
      </w:r>
    </w:p>
    <w:p>
      <w:r>
        <w:rPr>
          <w:b/>
        </w:rPr>
        <w:t xml:space="preserve">[27:15] </w:t>
      </w:r>
      <w:r>
        <w:t>to yeh silsila shuru hua. doctor sahib, yeh baat ke fir'on ne dhamki di aur moosa alehالسلام ne kaha</w:t>
      </w:r>
    </w:p>
    <w:p>
      <w:pPr>
        <w:jc w:val="right"/>
      </w:pPr>
      <w:r>
        <w:t>تو یہ سلسلہشروع ہوا ۔ ڈاکٹرصاحب،یہجوبات کہ فرعوننےدھمکیدیاورموسیٰعلیہالسلامنےکہا</w:t>
      </w:r>
    </w:p>
    <w:p>
      <w:r>
        <w:rPr>
          <w:b/>
        </w:rPr>
        <w:t xml:space="preserve">[27:23] </w:t>
      </w:r>
      <w:r>
        <w:t>ke main koi nishani dikhana chahta hoon, tab bhi kar do ge to main samajhta hoon ke is zamanay mein jo tha ke badshah ke aik baat ka hukum hi hota tha. ji, goya ke us ne keh diya ke main tum ko jail mein daal diya tum ne.</w:t>
      </w:r>
    </w:p>
    <w:p>
      <w:pPr>
        <w:jc w:val="right"/>
      </w:pPr>
      <w:r>
        <w:t>کہ میںکوئینشانیدکھاناچاہ تاہوں،تببھی کردوگےتومیںسمجھتاہوںکہاسزمانےمیںجوتھاکہبادشاہکےایکباتکا حکمہیہوتاتھا۔ جی، گویاکہاسنےکہہدیا کہمیںتمکوجیلمیںڈالدیا تمنے۔</w:t>
      </w:r>
    </w:p>
    <w:p>
      <w:r>
        <w:rPr>
          <w:b/>
        </w:rPr>
        <w:t xml:space="preserve">[27:34] </w:t>
      </w:r>
      <w:r>
        <w:t>to us waqt yeh jawab dena ke main kuch nishani dikhana chahta hoon, bari hikmat ki baat maloom hoti hai. yaqeenan ke aadmi is tareeqay se bilkul koi jo museebat ka mauqa aaye to aadmi aam tor se pareshan ho jata hai, ab kya ho ga, ab kya ho ga?</w:t>
      </w:r>
    </w:p>
    <w:p>
      <w:pPr>
        <w:jc w:val="right"/>
      </w:pPr>
      <w:r>
        <w:t>تواسوقت یہجوابدیناکہمیںکچھنش انیدکھاناچاہتاہوں،بڑیحکمتکیباتمعلومہوتیہے۔ یقینا کہ آدمی اسطریقےسےبالکل کوئی جو مصیبت کاموقعآئےتوآدمیعامطورسےپریشانہوجاتاہے،ابکیاہوگا،ابکیاہوگا؟</w:t>
      </w:r>
    </w:p>
    <w:p>
      <w:r>
        <w:rPr>
          <w:b/>
        </w:rPr>
        <w:t xml:space="preserve">[27:47] </w:t>
      </w:r>
      <w:r>
        <w:t>lekin moosa alehالسلام ne bilkul Allah par bharosa kiya aur kaha ke main dikhana chahta hoon. to daai ko bhi aise hi kiya, bay sabri nahi dikhana chah</w:t>
      </w:r>
    </w:p>
    <w:p>
      <w:pPr>
        <w:jc w:val="right"/>
      </w:pPr>
      <w:r>
        <w:t>لیکن موسیٰعلیہالسلامنےبالکل اللہ پربھروسہکیااورکہاکہمیںدکھاناچاہتاہوں۔ تو داعیکوبھی ایسےہیکیا،بےصبرینہیںدکھاناچاہ</w:t>
      </w:r>
    </w:p>
    <w:p>
      <w:r>
        <w:rPr>
          <w:b/>
        </w:rPr>
        <w:t xml:space="preserve">[27:56] </w:t>
      </w:r>
      <w:r>
        <w:t>iye, sabr ka mauqa tha. yeh bohat zabardast.</w:t>
      </w:r>
    </w:p>
    <w:p>
      <w:pPr>
        <w:jc w:val="right"/>
      </w:pPr>
      <w:r>
        <w:t>یے،صبرکاموقعتھا۔یہ بہتزبردست ۔</w:t>
      </w:r>
    </w:p>
    <w:p>
      <w:r>
        <w:rPr>
          <w:b/>
        </w:rPr>
        <w:t xml:space="preserve">[28:04] </w:t>
      </w:r>
      <w:r>
        <w:t>acha, is ke baad yeh hua tha ke tay ho gaya to fir'on, ah, ke ke durbbar mein tay ho gaya aur is ke baad muqablay ka din muqarrar hua ke is din, ah, jadoogar aayen ge aur moosa alehالسلام bhi aayen ge, ah, aur us din muqabla ho ga.</w:t>
      </w:r>
    </w:p>
    <w:p>
      <w:pPr>
        <w:jc w:val="right"/>
      </w:pPr>
      <w:r>
        <w:t>اچھا،اسکےبعد یہہوا تھا کہ طےہوگیا تو فرعون، اہ، کے کےدربارمیںطےہوگیااوراسکےبعد مقابلےکادنمتعینہوا کہ اسدن، اہ،جادوگر آئیںگےاور موسیٰعلیہالسلام بھیآئیںگے، اہ،اوراسدن مقابلہہوگا۔</w:t>
      </w:r>
    </w:p>
    <w:p>
      <w:r>
        <w:rPr>
          <w:b/>
        </w:rPr>
        <w:t xml:space="preserve">[28:20] </w:t>
      </w:r>
      <w:r>
        <w:t>to yeh muqablay ka din jo tha, us din kya waqe hua, ah, us par k</w:t>
      </w:r>
    </w:p>
    <w:p>
      <w:pPr>
        <w:jc w:val="right"/>
      </w:pPr>
      <w:r>
        <w:t>تو یہ مقابلےکادنجوتھا،اسدنکیا واقع ہہوا ، اہ،اسپرک</w:t>
      </w:r>
    </w:p>
    <w:p>
      <w:r>
        <w:rPr>
          <w:b/>
        </w:rPr>
        <w:t xml:space="preserve">[28:25] </w:t>
      </w:r>
      <w:r>
        <w:t>uch baatain. ji, ah, to moosa alehالسلام ne yeh tajweez ki ke wahan koi festival hota tha, jaise mela waghera hota hai, ah, saare log jama hotay thay aur jashan manatay thay, khushiyan manatay thay.</w:t>
      </w:r>
    </w:p>
    <w:p>
      <w:pPr>
        <w:jc w:val="right"/>
      </w:pPr>
      <w:r>
        <w:t>چھبتائیں۔جی، اہ،تو موسیٰعلیہالسلام نےیہ تجویز کی کہ وہاںکوئی فیسٹیولہوتاتھا، جیسےمیلہوغیرہہوتاہے، اہ،سارےلوگ جمع ہوتےتھے اور جشنمناتےتھے،خوشیاںمناتےتھے۔</w:t>
      </w:r>
    </w:p>
    <w:p>
      <w:r>
        <w:rPr>
          <w:b/>
        </w:rPr>
        <w:t xml:space="preserve">[28:43] </w:t>
      </w:r>
      <w:r>
        <w:t>us ko yom-uz-zeenah quran mein kaha gaya, ghhalban decoration ke meaning hain. to, ah, fir'on ne woh baat maan</w:t>
      </w:r>
    </w:p>
    <w:p>
      <w:pPr>
        <w:jc w:val="right"/>
      </w:pPr>
      <w:r>
        <w:t>اسکو یوم الزینہ قرآنمیںکہاگیا ، غالباً ڈیکوریشن کےمیننگمیں۔ تو، اہ، فر عون نےوہباتمان</w:t>
      </w:r>
    </w:p>
    <w:p>
      <w:r>
        <w:rPr>
          <w:b/>
        </w:rPr>
        <w:t xml:space="preserve">[28:53] </w:t>
      </w:r>
      <w:r>
        <w:t>li. moosa alehالسلام ne kaha ke jo yeh festival ka din hai, us din hona chahiye yeh muqabla. to fir'on ne us ko maan liya.</w:t>
      </w:r>
    </w:p>
    <w:p>
      <w:pPr>
        <w:jc w:val="right"/>
      </w:pPr>
      <w:r>
        <w:t>لی ۔ موسیٰعلیہالسلامنےکہاکہ جو یہ فیسٹیولکادن ہے، اسدنہوناچاہیے یہ مقابلہ۔ توفرعوننے اسکو مانلیا۔</w:t>
      </w:r>
    </w:p>
    <w:p>
      <w:r>
        <w:rPr>
          <w:b/>
        </w:rPr>
        <w:t xml:space="preserve">[29:03] </w:t>
      </w:r>
      <w:r>
        <w:t>aur aik aur baat moosa alehالسلام ne kahi ke jo waqt hona chahiye, woh bilkul aisa ho ke dopahar ka waqt ho aur suraj poori tarah se nikal chuka ho.</w:t>
      </w:r>
    </w:p>
    <w:p>
      <w:pPr>
        <w:jc w:val="right"/>
      </w:pPr>
      <w:r>
        <w:t>اور ایکاوربات موسیٰعلیہالسلامنے کہی کہ جو وقت ہوناچاہیے،وہ بالکل ایساہوکہ دوپہر کاوقت ہو اور سورج پوریطرحسےنکلچکاہو ۔</w:t>
      </w:r>
    </w:p>
    <w:p>
      <w:r>
        <w:rPr>
          <w:b/>
        </w:rPr>
        <w:t xml:space="preserve">[29:14] </w:t>
      </w:r>
      <w:r>
        <w:t>chunke moosa alehالسلام yeh chahtay thay ke log dekh len, chunke bohat bara moajza pesh honay honay wala tha, to woh chahtay thay aik to bohat ziyada majma ho, misr ke bohat log aayen, woh dekhen aur aur bilkul wazeh tor par jo haq hai, woh samnay aa jaye.</w:t>
      </w:r>
    </w:p>
    <w:p>
      <w:pPr>
        <w:jc w:val="right"/>
      </w:pPr>
      <w:r>
        <w:t>چونکہموسیٰعلیہالسلامیہچاہتےتھے کہ لوگ دیکھلیں، چونکہبہتبڑامعجزہ پیش ہونے ہونےوالاتھا، تو وہچاہتےتھےایکتوبہتزیادہ مجم عہو ، مصر کےبہت لوگ آئیں،وہدیکھیں اور اور بالکل واضحطور پر جو حق ہے،وہسامنےآجائے۔</w:t>
      </w:r>
    </w:p>
    <w:p>
      <w:r>
        <w:rPr>
          <w:b/>
        </w:rPr>
        <w:t xml:space="preserve">[29:35] </w:t>
      </w:r>
      <w:r>
        <w:t>aisa na ho ke raat ko ho aur shaam ko ho ke log dekh na payen. to yeh baatain dono fir'on ne maan</w:t>
      </w:r>
    </w:p>
    <w:p>
      <w:pPr>
        <w:jc w:val="right"/>
      </w:pPr>
      <w:r>
        <w:t>ایسانہہوکہراتکو ہواورشامکوہو کہلوگدیکھنہپائیں۔ تویہباتیںدونوںفرعوننےمانی</w:t>
      </w:r>
    </w:p>
    <w:p>
      <w:r>
        <w:rPr>
          <w:b/>
        </w:rPr>
        <w:t xml:space="preserve">[29:42] </w:t>
      </w:r>
      <w:r>
        <w:t>li ke theek hai, yom-uz-zeenah jo festival hai, un ka jo jab jama hotay hain, us din ho ga aur giarah barah bajay jab bilkul suraj nikal jata hai, khoob ujala ho jata hai, us waqt ho ga.</w:t>
      </w:r>
    </w:p>
    <w:p>
      <w:pPr>
        <w:jc w:val="right"/>
      </w:pPr>
      <w:r>
        <w:t>کہٹھیکہے، یوم الزینہ جو فیسٹیولہے،انکا جو جب جمع ہوتےہیں، اسدن ہوگا اور گیارہبارہ بجےجببالکل سورجنکلجاتا ہے،خوباجالاہوجاتاہے،اسوقتہوگا۔</w:t>
      </w:r>
    </w:p>
    <w:p>
      <w:r>
        <w:rPr>
          <w:b/>
        </w:rPr>
        <w:t xml:space="preserve">[29:58] </w:t>
      </w:r>
      <w:r>
        <w:t>to saare Egypt se, poore Egypt se bare bare jadoogar, mahir jadoogar jo thay, woh aaye aur tarah tarah ke unhon ne alag alag qism ke kapray pehan rakhe thay</w:t>
      </w:r>
    </w:p>
    <w:p>
      <w:pPr>
        <w:jc w:val="right"/>
      </w:pPr>
      <w:r>
        <w:t>تو سارے ایجپٹسے، پورےایجپٹسے بڑےبڑےجادوگر،ماہرجادوگرجوتھے، وہ آئے اور طرح طرح کےانہوںنےالگالگقسم کےکپڑےپہنرکھےتھے</w:t>
      </w:r>
    </w:p>
    <w:p>
      <w:r>
        <w:rPr>
          <w:b/>
        </w:rPr>
        <w:t xml:space="preserve">[30:11] </w:t>
      </w:r>
      <w:r>
        <w:t>aur bare khush thay woh ke badshah ne bulaya hai humein aur bare bare inaamaat de ga, bare ikraam se nawazay ga. to woh bolay fir'on se aa kar ke kya koi humein reward mile ga,</w:t>
      </w:r>
    </w:p>
    <w:p>
      <w:pPr>
        <w:jc w:val="right"/>
      </w:pPr>
      <w:r>
        <w:t>اوربڑےخوشتھےوہ کہ بادشاہنےبلایاہمیںاوربڑےبڑےانعاماتدےگا، بڑےاکرامسےنوازےگا۔ تووہبولے فرعونسےآکر کہ کیا کوئیہمیں ریوارڈملےگا،</w:t>
      </w:r>
    </w:p>
    <w:p>
      <w:r>
        <w:rPr>
          <w:b/>
        </w:rPr>
        <w:t xml:space="preserve">[30:28] </w:t>
      </w:r>
      <w:r>
        <w:t>kya koi humein inaam mile ga agar hum jeet jayen? yaani woh confident thay ke hum jeeten ge to kya koi, ah, fir'on ki taraf se, badshah ki taraf se koi inaam mile ga humein?</w:t>
      </w:r>
    </w:p>
    <w:p>
      <w:pPr>
        <w:jc w:val="right"/>
      </w:pPr>
      <w:r>
        <w:t>کیا کوئیہمیںانعامملےگا اگر ہمجیتجائیں؟یعنیوہکانفیڈنٹتھے کہہمجیتیںگے توکیا کوئی، اہ ،فرعونکیطرفسے ،بادشاہکیطرفسےکوئیانعامملےگاہمیں؟</w:t>
      </w:r>
    </w:p>
    <w:p>
      <w:r>
        <w:rPr>
          <w:b/>
        </w:rPr>
        <w:t xml:space="preserve">[30:41] </w:t>
      </w:r>
      <w:r>
        <w:t>to fir'on ne kaha qala nam wa in kum min al-muqarrabeen ke bilkul mile ga aur tum hamare muqarrab logon mein se ho jao ge, yaani close logon mein se ho jao ge, jaise hamare yahan mughlon ke durbbar hotay thay,</w:t>
      </w:r>
    </w:p>
    <w:p>
      <w:pPr>
        <w:jc w:val="right"/>
      </w:pPr>
      <w:r>
        <w:t>تو فرعوننےکہا قال نام و ان کممن المقربین کہبالکلملےگا اور تم ہمارے مق ربینلوگوںمیںسےہوجاؤگے، یعنی کلوز لوگوںمیںسےہوجاؤگے، جیسےہمارےہاں مغلوںکے دربارہوتاتھا،</w:t>
      </w:r>
    </w:p>
    <w:p>
      <w:r>
        <w:rPr>
          <w:b/>
        </w:rPr>
        <w:t xml:space="preserve">[30:58] </w:t>
      </w:r>
      <w:r>
        <w:t>diwan-e-aam aur diwan-e-khas.</w:t>
      </w:r>
    </w:p>
    <w:p>
      <w:pPr>
        <w:jc w:val="right"/>
      </w:pPr>
      <w:r>
        <w:t>دیوان خاص اوردیوان عام</w:t>
      </w:r>
    </w:p>
    <w:p>
      <w:r>
        <w:rPr>
          <w:b/>
        </w:rPr>
        <w:t xml:space="preserve">[31:00] </w:t>
      </w:r>
      <w:r>
        <w:t>jo diwan-e-aam tha, us mein badshah aam logon se milta tha, ah, aur jo khas hota tha, bohat hi khas logon se milta tha, jo nobles hotay thay.</w:t>
      </w:r>
    </w:p>
    <w:p>
      <w:pPr>
        <w:jc w:val="right"/>
      </w:pPr>
      <w:r>
        <w:t>۔جودیوان عام تھا،اسمیں بادشاہ عاملوگوںسےملتاتھا، اہ ،اور جو خاص ہوتاتھا،بہتہیخاص لوگوںسےملتاتھا،جو نوبلزہوتےتھے۔</w:t>
      </w:r>
    </w:p>
    <w:p>
      <w:r>
        <w:rPr>
          <w:b/>
        </w:rPr>
        <w:t xml:space="preserve">[31:12] </w:t>
      </w:r>
      <w:r>
        <w:t>to aisa hi kuch mamla ho ga ke koi court ho gi jis mein jo bohat hi khas log wahan ja sakte hon ge, to us ki membership bohat bari cheez maani jati ho</w:t>
      </w:r>
    </w:p>
    <w:p>
      <w:pPr>
        <w:jc w:val="right"/>
      </w:pPr>
      <w:r>
        <w:t>تو ایساہیکچھ معاملہہوگا کہ کوئیکورٹہوگی جسمیں جو بہت ہیخاص لوگ وہاں جاسکتےہوںگے،تواسکیممبرشپبہتبڑیچیز مانیجاتیہو</w:t>
      </w:r>
    </w:p>
    <w:p>
      <w:r>
        <w:rPr>
          <w:b/>
        </w:rPr>
        <w:t xml:space="preserve">[31:24] </w:t>
      </w:r>
      <w:r>
        <w:t>gi. to woh pesh ki, ah, ah, fir'on ne jadoogaron ko kaha ke agar tum jeet jao ge to tum hamare muqarrab saafiyon mein se ho jao ge.</w:t>
      </w:r>
    </w:p>
    <w:p>
      <w:pPr>
        <w:jc w:val="right"/>
      </w:pPr>
      <w:r>
        <w:t>گی۔ تو وہ پیش کی، اہ، اہ،فرعوننے جادوگروںکوکہاگرتم جیتجاؤگےتوتم ہمارےمق رب ساتھیوںمیںسےہوجاؤگے۔</w:t>
      </w:r>
    </w:p>
    <w:p>
      <w:r>
        <w:rPr>
          <w:b/>
        </w:rPr>
        <w:t xml:space="preserve">[31:35] </w:t>
      </w:r>
      <w:r>
        <w:t>to yeh sab jab baatein ho rahi theen to Moosa (AS) ne taqreer ki, wahan ek bohat choti taqreer, mukhtasar Quran mein jo aayi hai ke, ah, jadoogaron ko aur Firon ko address kiya, mukhatib hote hue yeh kaha ke jo peghambar sachai laya hai, us ko tum jhutlana chahte</w:t>
      </w:r>
    </w:p>
    <w:p>
      <w:pPr>
        <w:jc w:val="right"/>
      </w:pPr>
      <w:r>
        <w:t>تو یہسب جبباتیںہورہیتھیںتوموسیٰعلیہالسلامنےتقریرکی،وہاں ایکبہت چھوٹیتقریر،مخت صر قرآنمیںجو آئیہے کہ، اہ،جادوگروںکواورفرعونکو ایڈریسکیا، مخاطب ہوتےہوئے یہکہا کہ جو پیغمبر سچائیلایاہے، اسکوتم جھٹلاناچاہتے</w:t>
      </w:r>
    </w:p>
    <w:p>
      <w:r>
        <w:rPr>
          <w:b/>
        </w:rPr>
        <w:t xml:space="preserve">[31:53] </w:t>
      </w:r>
      <w:r>
        <w:t>ho, yeh insaan ka mamla nahi hai, yeh Khuda ka mamla hai. Aur, ah, jo tum, ah, jhoot sabit karna chahte ho, tum kabhi kaamyaab nahi ho sakte, aur ho sakta hai koi aafat aa jaye tumhare upar.</w:t>
      </w:r>
    </w:p>
    <w:p>
      <w:pPr>
        <w:jc w:val="right"/>
      </w:pPr>
      <w:r>
        <w:t>ہو ، یہ انسان کامعاملہنہیںہے،یہخداکامعاملہہے۔ اور، اہ،جوتم، اہ، جھوٹ ثابتکرناچاہتےہو،تمکبھیکامیابنہیںہوسکتے،اورہوسکتاہےکوئیافتآجائے تمہارےاوپر ۔</w:t>
      </w:r>
    </w:p>
    <w:p>
      <w:r>
        <w:rPr>
          <w:b/>
        </w:rPr>
        <w:t xml:space="preserve">[32:07] </w:t>
      </w:r>
      <w:r>
        <w:t>To yeh sab baatein jab Moosa (AS) ne kahin to jo jadoogar the, unke andar ikhtilaf paida ho gaya, unke andar himmat toot gayi, unki. Woh kehne lage ke ek mamla kuch aur hai, humein muqabla nahi karna chahiye.</w:t>
      </w:r>
    </w:p>
    <w:p>
      <w:pPr>
        <w:jc w:val="right"/>
      </w:pPr>
      <w:r>
        <w:t>تویہسبباتیںجب موسیٰعلیہالسلامنےکہیںتوجو جادوگر تھے،انکےاندر اخت لافپیدا ہوگیا ، انکےاندرہمت ٹوٹگئی،انکی۔ وہکہنےلگےکہ ایک معاملہکچھاورہے،ہمکومقابلہنہیںکرناچاہیے۔</w:t>
      </w:r>
    </w:p>
    <w:p>
      <w:r>
        <w:rPr>
          <w:b/>
        </w:rPr>
        <w:t xml:space="preserve">[32:20] </w:t>
      </w:r>
      <w:r>
        <w:t>Yeh baat bhi Quran mein aayi hai,</w:t>
      </w:r>
    </w:p>
    <w:p>
      <w:pPr>
        <w:jc w:val="right"/>
      </w:pPr>
      <w:r>
        <w:t>یہبات بھیقرآنمیںآئیہے،</w:t>
      </w:r>
    </w:p>
    <w:p>
      <w:r>
        <w:rPr>
          <w:b/>
        </w:rPr>
        <w:t xml:space="preserve">[32:22] </w:t>
      </w:r>
      <w:r>
        <w:t>lekin jo Firon tha aur uske jo aur saathi the, un sab ne khoob uksaya, khoob, ah, unko badhaya charhaya, aur phir woh bade mushkil se tayyar hue muqable ke liye.</w:t>
      </w:r>
    </w:p>
    <w:p>
      <w:pPr>
        <w:jc w:val="right"/>
      </w:pPr>
      <w:r>
        <w:t>لیکن جو فرعونتھااور اسکےجو اور ساتھیتھے، انسب نےخوب اکسایا، خوب ،اہ،انکو بڑھایاچڑھایا، اور پھروہبڑےمشکلسےتیار ہوئے مقابلےکےلیے۔</w:t>
      </w:r>
    </w:p>
    <w:p>
      <w:r>
        <w:rPr>
          <w:b/>
        </w:rPr>
        <w:t xml:space="preserve">[32:39] </w:t>
      </w:r>
      <w:r>
        <w:t>Goya Moosa (AS) koi bhi mauqa jo aap ne bataya ke jis waqt muqabla ho raha tha, muqabla karne se pehle bhi unhone baat cheet ki thi, Moosa (AS) ne.</w:t>
      </w:r>
    </w:p>
    <w:p>
      <w:pPr>
        <w:jc w:val="right"/>
      </w:pPr>
      <w:r>
        <w:t>گویاموسیٰعلیہالسلامکوئیبھی موقعجوآپنےبتایا کہ جسوقت مقابلہہورہاتھا،مقابلہکرنے سےپہلےبھی انہوںنےباتچیتکیتھی،موسیٰعلیہالسلامنے ۔</w:t>
      </w:r>
    </w:p>
    <w:p>
      <w:r>
        <w:rPr>
          <w:b/>
        </w:rPr>
        <w:t xml:space="preserve">[32:48] </w:t>
      </w:r>
      <w:r>
        <w:t>To goya is se yeh milta hai ke daaiyon ko har waqt baat cheet ka darwaza khula rakhna chahiye. Bilkul sahi, har waqt naseehat karni chahiye, khwah saamne wala kitna hi jarah ho, kitna hi dushmani karne wala ho, kitna hi zyada aap ka opponent ho, lekin guftagu ka darwaza kabhi bhi band nahi karna chahiye aur kabhi react nahi karna chahiye.</w:t>
      </w:r>
    </w:p>
    <w:p>
      <w:pPr>
        <w:jc w:val="right"/>
      </w:pPr>
      <w:r>
        <w:t>تو گویا اسسےیہملتاہے کہ داعیوںکوہروقت باتچیتکا دروازہکھلا رکھناچاہیے۔ بالکلصحیح،ہروقتنصیحتکرنیچاہیے،خواہ سامنےوالاکتناہیجارحہو ، کتناہیدشمنیکرنے والاہو،کتناہیزیادہ آپکااپونینٹہو،لیکن گفتگوکادروازہکبھیبھیبندنہیںکرناچاہیے اور کبھی ریایکٹنہیںکرناچاہیے۔</w:t>
      </w:r>
    </w:p>
    <w:p>
      <w:r>
        <w:rPr>
          <w:b/>
        </w:rPr>
        <w:t xml:space="preserve">[33:07] </w:t>
      </w:r>
      <w:r>
        <w:t>Hmm, chunaanche agar react karenge, jaise aajkal Musalman koi bhi zara si baat ho jati hai to poori duniya mein react karte hain. To jo woh darwaza, jaise aap keh rahe hain, dawat ka darwaza band ho jata hai.</w:t>
      </w:r>
    </w:p>
    <w:p>
      <w:pPr>
        <w:jc w:val="right"/>
      </w:pPr>
      <w:r>
        <w:t>ہمم،چونکہاگر ریایکٹکریںگے،جیسےآجکل مس لمانکوئیبھیذراسیباتہوجاتیہےتو پوری دنیا میں ریایکٹکرتے ہیں۔ تو جو وہ دروازہ،جیسےآپکہہرہےہیں،دعوتکادروازہبندہوجاتاہے۔</w:t>
      </w:r>
    </w:p>
    <w:p>
      <w:r>
        <w:rPr>
          <w:b/>
        </w:rPr>
        <w:t xml:space="preserve">[33:16] </w:t>
      </w:r>
      <w:r>
        <w:t>Hmm</w:t>
      </w:r>
    </w:p>
    <w:p>
      <w:pPr>
        <w:jc w:val="right"/>
      </w:pPr>
      <w:r>
        <w:t>ہمم</w:t>
      </w:r>
    </w:p>
    <w:p>
      <w:r>
        <w:rPr>
          <w:b/>
        </w:rPr>
        <w:t xml:space="preserve">[33:17] </w:t>
      </w:r>
      <w:r>
        <w:t>Hmm, koi reaction nahi, koi, ah, ah, aisi baat nahi, bas apni jo baat hai, woh bohat hi simple andaaz mein pesh karni chahiye.</w:t>
      </w:r>
    </w:p>
    <w:p>
      <w:pPr>
        <w:jc w:val="right"/>
      </w:pPr>
      <w:r>
        <w:t>،ہمم،کو ئیریایکشننہیں ،کوئی، اہ، اہ، ایسیباتنہیں ،بس اپنی جوباتہے، وہ بہت ہیسمپلاندازمیںپیشکردینیہے۔</w:t>
      </w:r>
    </w:p>
    <w:p>
      <w:r>
        <w:rPr>
          <w:b/>
        </w:rPr>
        <w:t xml:space="preserve">[33:27] </w:t>
      </w:r>
      <w:r>
        <w:t>Yahi ek mizaj hai dawat ka.</w:t>
      </w:r>
    </w:p>
    <w:p>
      <w:pPr>
        <w:jc w:val="right"/>
      </w:pPr>
      <w:r>
        <w:t>یہیایکمزاجہےدعوتکا ۔</w:t>
      </w:r>
    </w:p>
    <w:p>
      <w:r>
        <w:rPr>
          <w:b/>
        </w:rPr>
        <w:t xml:space="preserve">[33:30] </w:t>
      </w:r>
      <w:r>
        <w:t>ek sawal aaya jiska barah-e-raast ta'alluq to Musa alaihissalam ke waqe' se nahi hai, lekin</w:t>
      </w:r>
    </w:p>
    <w:p>
      <w:pPr>
        <w:jc w:val="right"/>
      </w:pPr>
      <w:r>
        <w:t>ایک سوال آیاجسکا براہراستتعلق تو موسیٰعلیہالسلامکےواقعہسےنہیںہے،لیکن</w:t>
      </w:r>
    </w:p>
    <w:p>
      <w:r>
        <w:rPr>
          <w:b/>
        </w:rPr>
        <w:t xml:space="preserve">[33:35] </w:t>
      </w:r>
      <w:r>
        <w:t>Musa alaihissalam ne jis hisaab se, aah, aah, Firon ke saath darbar mein jaa ke hikmat se guftagu</w:t>
      </w:r>
    </w:p>
    <w:p>
      <w:pPr>
        <w:jc w:val="right"/>
      </w:pPr>
      <w:r>
        <w:t>موسیٰعلیہالسلام نےجس حسابسے، اہ، اہ، فرعونکےساتھ دربارمیںجاکرحکمتسےگفتگو</w:t>
      </w:r>
    </w:p>
    <w:p>
      <w:r>
        <w:rPr>
          <w:b/>
        </w:rPr>
        <w:t xml:space="preserve">[33:42] </w:t>
      </w:r>
      <w:r>
        <w:t>ki, aah, is hadees ko hum is se samajh sakte hain jo mashhoor hadees hai ke Musalman is ko pesh karte hain</w:t>
      </w:r>
    </w:p>
    <w:p>
      <w:pPr>
        <w:jc w:val="right"/>
      </w:pPr>
      <w:r>
        <w:t>کی، اہ،اسحدیثکوہماسسےسمجھسکتےہیںجو مشہورحدیثہےکہ مسلماناسکوپیشکرتےہیں</w:t>
      </w:r>
    </w:p>
    <w:p>
      <w:r>
        <w:rPr>
          <w:b/>
        </w:rPr>
        <w:t xml:space="preserve">[33:48] </w:t>
      </w:r>
      <w:r>
        <w:t>man ra'a minkum munkaran fal-yughayyirhu bi yadihi fa'in lam yastadi' bi lisaanihi wa lam yastadi' bi</w:t>
      </w:r>
    </w:p>
    <w:p>
      <w:pPr>
        <w:jc w:val="right"/>
      </w:pPr>
      <w:r>
        <w:t>من رام منکممنکرنفلیغیر بیدہ فانلمیستدفع بلسانیولمیستدفعبق</w:t>
      </w:r>
    </w:p>
    <w:p>
      <w:r>
        <w:rPr>
          <w:b/>
        </w:rPr>
        <w:t xml:space="preserve">[33:53] </w:t>
      </w:r>
      <w:r>
        <w:t>qalbihi ke agar tum istita'at rakhte ho to haath se roko, nahi istita'at rakhte ho to zabaan</w:t>
      </w:r>
    </w:p>
    <w:p>
      <w:pPr>
        <w:jc w:val="right"/>
      </w:pPr>
      <w:r>
        <w:t>لبہ کہ اگر تم استطاعترکھتےہوتوہاتھسےروکو،نہیںاستطاعترکھتےہوتوزبان</w:t>
      </w:r>
    </w:p>
    <w:p>
      <w:r>
        <w:rPr>
          <w:b/>
        </w:rPr>
        <w:t xml:space="preserve">[33:57] </w:t>
      </w:r>
      <w:r>
        <w:t>se nahi, to dil mein bura jaano. Hmm, to is ka matlab kya hai? Musa alaihissalam ke is mein agar samajhne ki koshish</w:t>
      </w:r>
    </w:p>
    <w:p>
      <w:pPr>
        <w:jc w:val="right"/>
      </w:pPr>
      <w:r>
        <w:t>سےنہیں،تودلمیںبراجانو۔ہمم، تو اسکامطلب کیا ہے؟موسیٰعلیہالسلام کےاسمیںاگر سم جھنےکیکوششکری</w:t>
      </w:r>
    </w:p>
    <w:p>
      <w:r>
        <w:rPr>
          <w:b/>
        </w:rPr>
        <w:t xml:space="preserve">[34:04] </w:t>
      </w:r>
      <w:r>
        <w:t>to yeh hadees jo hai, yeh main think this is the most misunderstood hadees. Hmm, isi hadees ko le ke log violence kar rahe hain. Hmm, hmm, is mein yeh baat kahin nahi gayi hai. Maulana ne is ko explain kiya hai.</w:t>
      </w:r>
    </w:p>
    <w:p>
      <w:pPr>
        <w:jc w:val="right"/>
      </w:pPr>
      <w:r>
        <w:t>ںتو یہ حدیثجوہے، یہ میںتھنکدساز داموسٹ مس انڈرسٹڈحدیث۔ہمم، اسیحدیثکولےکےلوگ آجوائیلنسکررہےہیں۔ہمم، ہمم،اسمیںیہبات کہینہیںگئیہے۔مول انانےاسکوایکسپلینکیاہے۔</w:t>
      </w:r>
    </w:p>
    <w:p>
      <w:r>
        <w:rPr>
          <w:b/>
        </w:rPr>
        <w:t xml:space="preserve">[34:16] </w:t>
      </w:r>
      <w:r>
        <w:t>Hmm, ke zulm log kehte hain, zulm ho raha hai, is liye hum ladenge. Hmm, hadees mein aata hai ke haath se roko. Hmm, ya agar haath se nahi rok sakte to munh se bolo, agar munh se nahi rok bol sakte to dil mein</w:t>
      </w:r>
    </w:p>
    <w:p>
      <w:pPr>
        <w:jc w:val="right"/>
      </w:pPr>
      <w:r>
        <w:t>ہمم،کہ ظلم لوگکہتےہیں،ظلمہورہاہے،اسلیےہملڑیںگے۔ ہمم،حدیثمیںآتاہےکہہاتھسےرو کو۔ ہمم، یا اگر ہاتھسےنہیںروکسکتے تو منہسےبولو، اگر منہسےنہیںروک بولسکتےتودلمیں</w:t>
      </w:r>
    </w:p>
    <w:p>
      <w:r>
        <w:rPr>
          <w:b/>
        </w:rPr>
        <w:t xml:space="preserve">[34:30] </w:t>
      </w:r>
      <w:r>
        <w:t>bura samjho. Lekin yeh to bohat hi misunderstood, misunderstood hadees hai. Jaise munkar, aap ne lafz istemaal kiya, munkar. Hmm, to munkar jo hai, woh to, ah, yani koi shariat ka koi ek pehlu hai,</w:t>
      </w:r>
    </w:p>
    <w:p>
      <w:pPr>
        <w:jc w:val="right"/>
      </w:pPr>
      <w:r>
        <w:t>براسمجھو۔ لیکنیہتوبہت ہی مسانڈرسٹڈ،مس انڈرسٹڈحدیثہے۔جیسےمنکر،آپنےلفظاستعمالکیا،منکر ۔ ہمم،تو منکرجوہے، وہ تو، اہ، یعنیکوئیشریعت کاکوئیایک پہلوہے،</w:t>
      </w:r>
    </w:p>
    <w:p>
      <w:r>
        <w:rPr>
          <w:b/>
        </w:rPr>
        <w:t xml:space="preserve">[34:44] </w:t>
      </w:r>
      <w:r>
        <w:t>agar us ko badle insaan, yani misaal ke taur par ke namaz hai Maghrib ki teen rakat, koi do rakat parhne lage to yeh munkar kaha jayega.</w:t>
      </w:r>
    </w:p>
    <w:p>
      <w:pPr>
        <w:jc w:val="right"/>
      </w:pPr>
      <w:r>
        <w:t>اگر اسکو بدلے انسان ،یعنی مثالکےطورپر کہنمازہے مغرب کیتینرکعت،کوئیدورکعتپڑھنےلگے تو یہ منکر کہاجائےگا۔</w:t>
      </w:r>
    </w:p>
    <w:p>
      <w:r>
        <w:rPr>
          <w:b/>
        </w:rPr>
        <w:t xml:space="preserve">[34:54] </w:t>
      </w:r>
      <w:r>
        <w:t>Hmm, lekin is mein zulm ka to koi koi zikr nahi aaya. Hmm, ha</w:t>
      </w:r>
    </w:p>
    <w:p>
      <w:pPr>
        <w:jc w:val="right"/>
      </w:pPr>
      <w:r>
        <w:t>ہمم،لیکناسمیں ظلمکاتوکوئیکوئینامہینہیںآیا۔ہمم،ہ</w:t>
      </w:r>
    </w:p>
    <w:p>
      <w:r>
        <w:rPr>
          <w:b/>
        </w:rPr>
        <w:t xml:space="preserve">[34:58] </w:t>
      </w:r>
      <w:r>
        <w:t>mm, to yeh to hadees bohat hi, yani galat hai is sense mein. Ah, to Moosa (AS) ke mamle mein to bohat hi seedhi, seedhi, seedhi dawat hai.</w:t>
      </w:r>
    </w:p>
    <w:p>
      <w:pPr>
        <w:jc w:val="right"/>
      </w:pPr>
      <w:r>
        <w:t>مم، تویہتو حدیثبہت ہی،یعنی غلطہے اس سینسمیں ۔ اہ،تو موسیٰعلیہالسلام کےمعاملےمیں تو بہت ہی سیدھی، سیدھی،سیدھی دعوتہے۔</w:t>
      </w:r>
    </w:p>
    <w:p>
      <w:r>
        <w:rPr>
          <w:b/>
        </w:rPr>
        <w:t xml:space="preserve">[35:09] </w:t>
      </w:r>
      <w:r>
        <w:t>Hmm, aur yahi Allah Ta'ala ne un se kaha tha ke tum jao aur, ah, Firon ko dawat do. Hmm, to woh kaam kiya unhone. Hmm, ke gaye aur Firon ko dawat diya.</w:t>
      </w:r>
    </w:p>
    <w:p>
      <w:pPr>
        <w:jc w:val="right"/>
      </w:pPr>
      <w:r>
        <w:t>ہمم، اوریہیاللہ تعالینے انسے کہاتھاکہتم جاؤ اور، اہ،فرعونکودعوتدو ۔ہمم،تو وہیکامکیا انہوںنے ۔ہمم، کہگئےاورفرعونکودعوتدیا۔</w:t>
      </w:r>
    </w:p>
    <w:p>
      <w:r>
        <w:rPr>
          <w:b/>
        </w:rPr>
        <w:t xml:space="preserve">[35:22] </w:t>
      </w:r>
      <w:r>
        <w:t>Bohat hi plain dawat ka kaam hai. Hmm, to is hadees se is ko mere khayal se kaise jod sakte hain hum? Ah, jahan tak ho sake bachne ki koshish karni chahiye.</w:t>
      </w:r>
    </w:p>
    <w:p>
      <w:pPr>
        <w:jc w:val="right"/>
      </w:pPr>
      <w:r>
        <w:t>بہتہی پلین دعوتکاکام ہے۔ ہمم،تواس حدیثسے اسکو میرےخیالسےکیسےجوڑسکتےہیںہم؟ اہ،جہاںتکہوسکےبچنےکیکوششکرنیچاہیے۔</w:t>
      </w:r>
    </w:p>
    <w:p>
      <w:r>
        <w:rPr>
          <w:b/>
        </w:rPr>
        <w:t xml:space="preserve">[35:31] </w:t>
      </w:r>
      <w:r>
        <w:t>Haan, bilkul, muqable se bachne ki koshish karni chahiye. Bilkul sahi. Hmm,</w:t>
      </w:r>
    </w:p>
    <w:p>
      <w:pPr>
        <w:jc w:val="right"/>
      </w:pPr>
      <w:r>
        <w:t>ہاں،بالکل،مقابلےسےبچنےکیکوششکرنیچاہیے۔ بالکلصحیح۔ ہمم،</w:t>
      </w:r>
    </w:p>
    <w:p>
      <w:r>
        <w:rPr>
          <w:b/>
        </w:rPr>
        <w:t xml:space="preserve">[35:37] </w:t>
      </w:r>
      <w:r>
        <w:t>Ah, Doctor sahib, aage ek, ah, ah, yeh hai, mujhe yeh poochna hai ke muqabla hua tha jadoogar ke saath, Moosa (AS) jeet gaye to us par kuch baat aayi.</w:t>
      </w:r>
    </w:p>
    <w:p>
      <w:pPr>
        <w:jc w:val="right"/>
      </w:pPr>
      <w:r>
        <w:t>اہ،ڈاکٹرصاحب،آگےایک ،اہ، اہ،یہہے، مجھےیہپوچھناہے کہ مق ابلہہواتھا جادوگرکےساتھ،موسیٰعلیہالسلام جیتگئے تو اس پرکچھبت ائیے۔</w:t>
      </w:r>
    </w:p>
    <w:p>
      <w:r>
        <w:rPr>
          <w:b/>
        </w:rPr>
        <w:t xml:space="preserve">[35:52] </w:t>
      </w:r>
      <w:r>
        <w:t>Haan, to us din jo, ah, din tay tha yom al-zeenah to saare Misr se log aane lage, bohat badi ta'daad jama ho gayi. Waise hi aate the, woh koi festival ka din tha</w:t>
      </w:r>
    </w:p>
    <w:p>
      <w:pPr>
        <w:jc w:val="right"/>
      </w:pPr>
      <w:r>
        <w:t>ہاں،تواسدن جو، اہ،دن طےہواتھا یومالزینہ تو سارے مصر سےلوگ آنےلگے، بہت بڑی تعداد جمعہوگئی ۔ویسےہیآتےتھے، وہکوئیفیسٹیولکادنتھا</w:t>
      </w:r>
    </w:p>
    <w:p>
      <w:r>
        <w:rPr>
          <w:b/>
        </w:rPr>
        <w:t xml:space="preserve">[36:05] </w:t>
      </w:r>
      <w:r>
        <w:t>to bohat bada bada ground tha, bohat badi, ah, log har taraf jama ho gaye, hazaron ki ta'daad mein. Aur ek taraf 70 jadoogar the, woh log 70 the aur bade mahir jadoogar the, jo bohat hi,</w:t>
      </w:r>
    </w:p>
    <w:p>
      <w:pPr>
        <w:jc w:val="right"/>
      </w:pPr>
      <w:r>
        <w:t>تو بہت بڑا بڑا گراؤنڈتھا ،بہت بڑی، اہ، لوگ ہرطرف جمع ہوگئے، ہزاروںکیتعداد میں۔ اور ایکطرف 70 جادوگرتھے، وہلوگ 70تھے اوربڑے ماہرجادوگرتھے،جوبہت ہی،</w:t>
      </w:r>
    </w:p>
    <w:p>
      <w:r>
        <w:rPr>
          <w:b/>
        </w:rPr>
        <w:t xml:space="preserve">[36:21] </w:t>
      </w:r>
      <w:r>
        <w:t>ah, mahir jadoogar the, woh Misr ke sab se top magicians Egypt ke. To ek taraf woh the aur ek taraf Hazrat Moosa (AS) aur Haroon (AS) the.</w:t>
      </w:r>
    </w:p>
    <w:p>
      <w:pPr>
        <w:jc w:val="right"/>
      </w:pPr>
      <w:r>
        <w:t>اہ، ماہرجادوگرتھے،وہ مصر کے سبسے ٹاپ میجیسنز ایجپٹکے۔ توایکطرف وہتھے اور ایکطرف حضرت موسیٰعلیہالسلاماور ہارونعلیہالسلام تھے۔</w:t>
      </w:r>
    </w:p>
    <w:p>
      <w:r>
        <w:rPr>
          <w:b/>
        </w:rPr>
        <w:t xml:space="preserve">[36:33] </w:t>
      </w:r>
      <w:r>
        <w:t>to unhon ne kaha, jadoogaron ne Moosa (AS) se ke pehle aap shuru kareinge, yaani aap daaleinge ya hum daaleinge?</w:t>
      </w:r>
    </w:p>
    <w:p>
      <w:pPr>
        <w:jc w:val="right"/>
      </w:pPr>
      <w:r>
        <w:t>تو انہوں نے کہا، جادوگروںنے موسیٰعلیہالسلامسے کہ پہلے آپ شروع کریںگے،یعنیآپڈالیںگےیاہمڈالیں؟</w:t>
      </w:r>
    </w:p>
    <w:p>
      <w:r>
        <w:rPr>
          <w:b/>
        </w:rPr>
        <w:t xml:space="preserve">[36:44] </w:t>
      </w:r>
      <w:r>
        <w:t>to Moosa (AS) ne kaha ke bil qaw, ke tum daalo pehle. to jadoogar, jadoogaron ne shuru kiya aur aur ke kaha ke be-izati, Firon, innal nahnu ghaaliboon ke baaydiyaunafafiru wa yulshur liwun,</w:t>
      </w:r>
    </w:p>
    <w:p>
      <w:pPr>
        <w:jc w:val="right"/>
      </w:pPr>
      <w:r>
        <w:t>تو موسیٰعلیہالسلام نےکہاکہ بل قو، کہتمڈالو پہلے۔ تو جادوگر ،جادوگروںنےشروع کیا اور اور کہاکہ بےعزت فرعون ان النحنالغالب ون کہ بائیدیاونراففیرو ویولشور لیون ،</w:t>
      </w:r>
    </w:p>
    <w:p>
      <w:r>
        <w:rPr>
          <w:b/>
        </w:rPr>
        <w:t xml:space="preserve">[37:03] </w:t>
      </w:r>
      <w:r>
        <w:t>yaani bada confidence tha unke andar ke hum, ah, Firon ki izzat ki qasam, hum zaroor jeeteinge. to unhon ne phir apni jo rassiyan unke haath mein theen, lakdiyan theen unke haath mein, jo bhi cheezein theen, stick waghera, woh daalne shuru keen aur woh saari rengne lagi,</w:t>
      </w:r>
    </w:p>
    <w:p>
      <w:pPr>
        <w:jc w:val="right"/>
      </w:pPr>
      <w:r>
        <w:t>یعنیبڑا کانفیڈنستھاانکےاندر کہہم، اہ، فرعونکیعزتکیقسم ،ہمضرور جیتیںگے۔ تو انہوںنےپھر اپنیجو رس یاںانکےہاتھمیںتھیں، لکڑیاںتھیںانکےہاتھمیں، جوبھیچیزیںتھیں، اسٹکوغیرہ، وہ ڈالنیشروع کیں اور وہساری رینگنےلگی،</w:t>
      </w:r>
    </w:p>
    <w:p>
      <w:r>
        <w:rPr>
          <w:b/>
        </w:rPr>
        <w:t xml:space="preserve">[37:23] </w:t>
      </w:r>
      <w:r>
        <w:t>saanp ban gayi. aur jo majma tha, ismein ek shor mach gaya,</w:t>
      </w:r>
    </w:p>
    <w:p>
      <w:pPr>
        <w:jc w:val="right"/>
      </w:pPr>
      <w:r>
        <w:t>سانپبنگئی ۔ اور جو مجم عتھا، اسمیں ایک شور مچگیا،</w:t>
      </w:r>
    </w:p>
    <w:p>
      <w:r>
        <w:rPr>
          <w:b/>
        </w:rPr>
        <w:t xml:space="preserve">[37:29] </w:t>
      </w:r>
      <w:r>
        <w:t>dar gaye log, bhaagne lage, shor macha diya. aur Quran mein aata hai ke wa jaoo'u bisihrin 'azeem, bahut hi, ah, magic dikhaya unhon ne.</w:t>
      </w:r>
    </w:p>
    <w:p>
      <w:pPr>
        <w:jc w:val="right"/>
      </w:pPr>
      <w:r>
        <w:t>ڈرگئےلوگ ،بھاگنےلگے،شور مچادیا۔ اور قرآنمیںآتاہےکہ وج اؤوا بسحرعظیم بہت ہی میسو، اہ،میجکدکھایاانہوںنے۔</w:t>
      </w:r>
    </w:p>
    <w:p>
      <w:r>
        <w:rPr>
          <w:b/>
        </w:rPr>
        <w:t xml:space="preserve">[37:41] </w:t>
      </w:r>
      <w:r>
        <w:t>khud Quran ne kaha ke wa jaoo'u bisihrin 'azeem ke bahut hi 'azeem jaadu unhon ne pesh kiya. to saare log hairaan ho gaye aur khud Moosa (AS) darne lage.</w:t>
      </w:r>
    </w:p>
    <w:p>
      <w:pPr>
        <w:jc w:val="right"/>
      </w:pPr>
      <w:r>
        <w:t>خود قرآننےکہاکہوجاؤوابسحرعظیمکہبہتہیعظیم جادوانہوںنے پیشکیا۔ تو سارےلوگ حیرانہوگئے اور خود موسیٰعلیہالسلام ڈرنےلگے۔</w:t>
      </w:r>
    </w:p>
    <w:p>
      <w:r>
        <w:rPr>
          <w:b/>
        </w:rPr>
        <w:t xml:space="preserve">[37:52] </w:t>
      </w:r>
      <w:r>
        <w:t>Quran mein aata hai ke unke dil mein khauf taari hone laga</w:t>
      </w:r>
    </w:p>
    <w:p>
      <w:pPr>
        <w:jc w:val="right"/>
      </w:pPr>
      <w:r>
        <w:t>قرآنمیںآتاہے کہانکےدل میں خوف طاریہونےلگا</w:t>
      </w:r>
    </w:p>
    <w:p>
      <w:r>
        <w:rPr>
          <w:b/>
        </w:rPr>
        <w:t xml:space="preserve">[37:56] </w:t>
      </w:r>
      <w:r>
        <w:t>jab unhon ne yeh manzar dekha. to Allah Ta'ala ne uss waqt unse baat kiya aur mazboot kiya unka dil</w:t>
      </w:r>
    </w:p>
    <w:p>
      <w:pPr>
        <w:jc w:val="right"/>
      </w:pPr>
      <w:r>
        <w:t>جب انہوںنےیہمنظردیکھا۔ تو اللہ تعالینےاسوقت انسےبات کیاور مضبوطکیا انکادل</w:t>
      </w:r>
    </w:p>
    <w:p>
      <w:r>
        <w:rPr>
          <w:b/>
        </w:rPr>
        <w:t xml:space="preserve">[38:04] </w:t>
      </w:r>
      <w:r>
        <w:t>. yeh Allah ka tareeqa hai ke aam logon ke liye bhi ke kabhi aisa mauqa hota hai ghabraahat ka to insaan dua karta hai, to Allah dil mein mazbooti paida karta hai.</w:t>
      </w:r>
    </w:p>
    <w:p>
      <w:pPr>
        <w:jc w:val="right"/>
      </w:pPr>
      <w:r>
        <w:t>۔یہاللہ کاطریقہہے کہ عاملوگوںکےلیےبھی کہکبھیایسا موقعہوتاہے گھبراہٹکا توانسان دعاکرتاہے،تواللہ دلمیںمضبوطی پیدا کرتاہے۔</w:t>
      </w:r>
    </w:p>
    <w:p>
      <w:r>
        <w:rPr>
          <w:b/>
        </w:rPr>
        <w:t xml:space="preserve">[38:16] </w:t>
      </w:r>
      <w:r>
        <w:t>balkeh Moosa (AS) ke qisse mein hi milta hai humein ke jab unki maa unko leke gayeen darya-e-Neel mein daalne ek box mein to Quran mein aata hai ke ghabraane lage. woh aisa lagta tha ke woh shor macha dein.</w:t>
      </w:r>
    </w:p>
    <w:p>
      <w:pPr>
        <w:jc w:val="right"/>
      </w:pPr>
      <w:r>
        <w:t>بلکہموسیٰعلیہالسلامکےقصےمیںہی ملتاہےہمیں کہ جب انکیماں انکو لےکے گئیں دریائےنیلمیںڈالنےایکباکسمیں تو قرآنمیں آتاہےکہ گھبرانےلگیں۔وہ ایسالگتاتھا کہ وہشورمچادیں۔</w:t>
      </w:r>
    </w:p>
    <w:p>
      <w:r>
        <w:rPr>
          <w:b/>
        </w:rPr>
        <w:t xml:space="preserve">[38:34] </w:t>
      </w:r>
      <w:r>
        <w:t>box daala to darya-e-Neel mein aur woh lehrein jab leke jaane lageen, woh box to unka dil ghabraane laga. to aisa lagta tha woh shor macha dein ge, haaye mera bachcha doob doob doob raha hai, bachao.</w:t>
      </w:r>
    </w:p>
    <w:p>
      <w:pPr>
        <w:jc w:val="right"/>
      </w:pPr>
      <w:r>
        <w:t>باکسڈالتودیادریائےنیلمیں اور وہ لہریںجب لےکےجانےلگیں،وہباکس تو انکادل گھبرانےلگا۔ توایسالگتاتھاوہشورمچادیںگے،ہائے میرابچہ ڈوب ڈوب ڈوبرہاہے،بچاؤ۔</w:t>
      </w:r>
    </w:p>
    <w:p>
      <w:r>
        <w:rPr>
          <w:b/>
        </w:rPr>
        <w:t xml:space="preserve">[38:48] </w:t>
      </w:r>
      <w:r>
        <w:t>to uss waqt Allah Ta'ala ne unke dil mein mazbooti paida ki, wa ratnab qalbaha, to unke andar itminaan paida hua.</w:t>
      </w:r>
    </w:p>
    <w:p>
      <w:pPr>
        <w:jc w:val="right"/>
      </w:pPr>
      <w:r>
        <w:t>تو اس وقت اللہتعالینےانکےدلمیںمضبوطی پیدا کیوربتناعلی قلبہ تو انکےاندر اطمینانپیدا ہوا۔</w:t>
      </w:r>
    </w:p>
    <w:p>
      <w:r>
        <w:rPr>
          <w:b/>
        </w:rPr>
        <w:t xml:space="preserve">[38:57] </w:t>
      </w:r>
      <w:r>
        <w:t>issi tareeqe se Moosa (AS) ke liye bhi Allah Ta'ala ne kaha ke la takhaf innaka antal a'la, ke tum daro mat, tum hi kaamyaab ho ge.</w:t>
      </w:r>
    </w:p>
    <w:p>
      <w:pPr>
        <w:jc w:val="right"/>
      </w:pPr>
      <w:r>
        <w:t>اسیطریقےسے موسیٰعلیہالسلامکےلیےبھی اللہ تعالینےکہاکہ لا تخ ف ان ک انت الاعلی کہتمڈرومت،تم ہیکامیابہوگئے۔</w:t>
      </w:r>
    </w:p>
    <w:p>
      <w:r>
        <w:rPr>
          <w:b/>
        </w:rPr>
        <w:t xml:space="preserve">[39:08] </w:t>
      </w:r>
      <w:r>
        <w:t>bahut hi achhi tareeqe se Allah Ta'ala ne unko unki himmat badhayi aur kaha ke tum daal do jo tumhare right hand mein hai, yeh sab jo hai, isko kha jaayega. woh to Moosa (AS) ne jaise daala to woh ek bahut bada azdaha ban gaya, meesu azdaha.</w:t>
      </w:r>
    </w:p>
    <w:p>
      <w:pPr>
        <w:jc w:val="right"/>
      </w:pPr>
      <w:r>
        <w:t>بہت ہی اچھیطریقےسےاللہتعالینےانکو انکیہمت بڑھائی اور کہاکہتم ڈالدوجوتمہارےرائٹہینڈمیںہے، یہسب جو ہے، اسکو کھاجائےگا۔وہ تو موسیٰعلیہالسلامنےجیسےڈالا تو وہایکبہتبڑاازدہابنگیا ،میسو ازدہا۔</w:t>
      </w:r>
    </w:p>
    <w:p>
      <w:r>
        <w:rPr>
          <w:b/>
        </w:rPr>
        <w:t xml:space="preserve">[39:25] </w:t>
      </w:r>
      <w:r>
        <w:t>kitabon mein aata hai ke woh bahut hi bada tha aur uska jo sir tha, woh laal rang ka, bahut hi bada tha aur uske pair bhi the. to woh atwa la'ikae dragon, bahut hi meesu azdaha, bahut hi meesu azdaha. to usne sab jo cheezein ghoom phir rahi theen, woh sab ko khaana shuru kar diya, woh sab khatm kar diya.</w:t>
      </w:r>
    </w:p>
    <w:p>
      <w:pPr>
        <w:jc w:val="right"/>
      </w:pPr>
      <w:r>
        <w:t>کتاب وںمیںآتاہےکہوہبہتہیبڑاتھااوراسکاجو سرتھا،وہلالرنگکا،بہتبڑاساتھا اور اسکےپیربھیتھے۔ تو وہ اٹوازلائکا ےڈریگن، بہتہی میسو ازدہا، بہتہی میسو ازدہا۔تووہاسنے سب جوچیزیں گھوم پھررہیتھیں،وہسبکوکھاناشروعکردیا،وہسبختمکردیا۔</w:t>
      </w:r>
    </w:p>
    <w:p>
      <w:r>
        <w:rPr>
          <w:b/>
        </w:rPr>
        <w:t xml:space="preserve">[39:46] </w:t>
      </w:r>
      <w:r>
        <w:t>ab jadoogar ne jab dekha to woh hairaan ho gaye, chunke woh toh jaadu ke fun ko jaante the aur pehle bhi Moosa (AS) se mutaasir the.</w:t>
      </w:r>
    </w:p>
    <w:p>
      <w:pPr>
        <w:jc w:val="right"/>
      </w:pPr>
      <w:r>
        <w:t>ابجادوگرنےجبدیکھا تو وہحیرانہوگئے،چونکہوہتوجادو کےفنکوجانتےتھے اور پہلے بھی موسیٰعلیہالسلامسے متاثرتھے۔</w:t>
      </w:r>
    </w:p>
    <w:p>
      <w:r>
        <w:rPr>
          <w:b/>
        </w:rPr>
        <w:t xml:space="preserve">[39:58] </w:t>
      </w:r>
      <w:r>
        <w:t>ah, ab unhon ne practical demonstration bhi dekh liya to woh woh woh samajh gaye ke yeh maamla kuch aur hai, yeh jaadu nahi hai, yeh toh kuch Allah Ta'ala ka mo'jiza hai.</w:t>
      </w:r>
    </w:p>
    <w:p>
      <w:pPr>
        <w:jc w:val="right"/>
      </w:pPr>
      <w:r>
        <w:t>اہ، ابانہوں نےپریکٹیکلڈیمونسٹریشنبھیدیکھلیا تو وہ وہ وہسمجھگئےکہیہمعاملہکچھاورہے، یہجادونہیںہے،یہتوکچھ اللہ تعالی کامعجزہہے۔</w:t>
      </w:r>
    </w:p>
    <w:p>
      <w:r>
        <w:rPr>
          <w:b/>
        </w:rPr>
        <w:t xml:space="preserve">[40:11] </w:t>
      </w:r>
      <w:r>
        <w:t>chunke jaadu ki baat hui to ek hadees mere khayal se yahan par pata nahi</w:t>
      </w:r>
    </w:p>
    <w:p>
      <w:pPr>
        <w:jc w:val="right"/>
      </w:pPr>
      <w:r>
        <w:t>چونکہجادوکیباتہوئیتوایکحدیث میرےخیالسےیہاںپرپتہنہیں</w:t>
      </w:r>
    </w:p>
    <w:p>
      <w:r>
        <w:rPr>
          <w:b/>
        </w:rPr>
        <w:t xml:space="preserve">[40:15] </w:t>
      </w:r>
      <w:r>
        <w:t>munasib hogi. Rasool Allah (SAW) ne yeh kaha tha, ah, ke jitne bhi ambiya aaye, unko unke zamane ke aitbaar se nishaniyan deen gayeen, jis par uske zamane ke log, unke zamane ke log iman laayein.</w:t>
      </w:r>
    </w:p>
    <w:p>
      <w:pPr>
        <w:jc w:val="right"/>
      </w:pPr>
      <w:r>
        <w:t>مناسبہوگی۔رسولاللہصلیاللہعلیہوسلمنے یہکہاتھا، اہ، کہ جتنےبھینبیآئے،انکو انکے زمان ےکےاعتبارسے نشانیاںدیگئیں،جسپر اسکےزمان ےکےلوگ ،انکےزمان ےکےلوگایمانلائیں۔</w:t>
      </w:r>
    </w:p>
    <w:p>
      <w:r>
        <w:rPr>
          <w:b/>
        </w:rPr>
        <w:t xml:space="preserve">[40:31] </w:t>
      </w:r>
      <w:r>
        <w:t>aur mujhe wahyi de gayi hai, Allah ne meri taraf wahyi ki hai, aur main umeed karta hoon ke qayamat ke din sab se zyada mere manne wale hon ge. to Moosa (AS) ko jo mo'jiza diya gaya, woh tha.</w:t>
      </w:r>
    </w:p>
    <w:p>
      <w:pPr>
        <w:jc w:val="right"/>
      </w:pPr>
      <w:r>
        <w:t>اور مجھے وحیدیگئیہے، اللہ نےمیریطرفوحیکیہے،اورمیں امیدکرتاہوںکہ قیامتکےدنسبسےزیادہ میرےماننےوالےہوںگے۔ توموسیٰعلیہالسلامکو جو معجزہدیا گیا، وہ تھا۔</w:t>
      </w:r>
    </w:p>
    <w:p>
      <w:r>
        <w:rPr>
          <w:b/>
        </w:rPr>
        <w:t xml:space="preserve">[40:43] </w:t>
      </w:r>
      <w:r>
        <w:t>aaj ke zamane mein hamare paas jo mo'jiza hai, woh Quran hai. goya Quran ko le kar hum ko saari duniya mein pahunchna hai aur usko batana hai logon</w:t>
      </w:r>
    </w:p>
    <w:p>
      <w:pPr>
        <w:jc w:val="right"/>
      </w:pPr>
      <w:r>
        <w:t>آجکےزمان ےمیںہمارےپاسجومعجزہہے،وہقرآنہے۔ گویاقرآنکولےکرہمکوساریدنیا میں پہنچناہےاور اسکو بت اناہےلوگوں</w:t>
      </w:r>
    </w:p>
    <w:p>
      <w:r>
        <w:rPr>
          <w:b/>
        </w:rPr>
        <w:t xml:space="preserve">[40:51] </w:t>
      </w:r>
      <w:r>
        <w:t>ko. ji haan, Molaana ne is baat mo'jize ke baare mein kahi thi, shayad maine zikr kiya tha pichli baar ke woh prescientific era tha, tab mo'jize dikhaye jaate the.</w:t>
      </w:r>
    </w:p>
    <w:p>
      <w:pPr>
        <w:jc w:val="right"/>
      </w:pPr>
      <w:r>
        <w:t>کو ۔ جی ہاں،مول انانےاسبات معجزےکےبارےمیں کہیتھی،شایدمیںنےذکرکیاتھا پچھلیبار کہ وہ پریسائنٹیفکایراتھا، تبمعجزےدکھائےجاتےتھے۔</w:t>
      </w:r>
    </w:p>
    <w:p>
      <w:r>
        <w:rPr>
          <w:b/>
        </w:rPr>
        <w:t xml:space="preserve">[41:05] </w:t>
      </w:r>
      <w:r>
        <w:t>ab toh scientific era hai, ismein har cheez mo'jiza hai. ek drop paani ka hai, ji, woh bhi mo'jiza hai. chunke insaan ne micro level par aur macro level par saari daryaft kar li hai, to har cheez usko ek miracle dikhta hai. agar woh is tarah soche, agar woh zehan se soche to har cheez Khuda ka bahut hi azeem miracle lagta hai. khud uska wajood itna hairan kun hai, insaan ka wajood jo existence hai, woh itna hairan kun hai ke insaan tasawwur nahi kar sakta.</w:t>
      </w:r>
    </w:p>
    <w:p>
      <w:pPr>
        <w:jc w:val="right"/>
      </w:pPr>
      <w:r>
        <w:t>ابتو سائنٹیفکایراہے، اسمیں ہرچیز معجزہہے۔ ایک ڈراپ پانیکاہے،جی،وہبھیمعجزہہے۔ چونکہ انسان نے مائیکرولیولپہاورمیکرولیولپہ ساری دریا فتکرلیہے، تو ہرچیزاسکوایک میریکلدکھتاہے۔اگروہاسطرحسوچے، اگر وہ ذہن سےسوچےتوہرچیز خداکابہتہیعظیم میریکللگتاہے۔خوداسکاوجود اتناحیرتانگیزہے،انسانکاوجود جوایگزسٹنسہے، وہاتناحیرتانگیزہےکہ انسان تص ورنہیںکرسکتا۔</w:t>
      </w:r>
    </w:p>
    <w:p>
      <w:r>
        <w:rPr>
          <w:b/>
        </w:rPr>
        <w:t xml:space="preserve">[41:34] </w:t>
      </w:r>
      <w:r>
        <w:t>to iss daur mein yeh sab cheezein nahi</w:t>
      </w:r>
    </w:p>
    <w:p>
      <w:pPr>
        <w:jc w:val="right"/>
      </w:pPr>
      <w:r>
        <w:t>تو اس دورمیں یہسبچیزیںنہیں</w:t>
      </w:r>
    </w:p>
    <w:p>
      <w:r>
        <w:rPr>
          <w:b/>
        </w:rPr>
        <w:t xml:space="preserve">[41:36] </w:t>
      </w:r>
      <w:r>
        <w:t>theen, to Allah Ta'ala ne is tarah ke hassi mo'jize dikhaye. lekin ab toh har cheez mo'jiza hai. aap zara sa deep mein jaein, thoda study karein to lagega yeh kaise nizaam chal raha hai, yeh kaise sab cheezein ho rahi hain.</w:t>
      </w:r>
    </w:p>
    <w:p>
      <w:pPr>
        <w:jc w:val="right"/>
      </w:pPr>
      <w:r>
        <w:t>تھیں،تواللہ تعالینےاسطرح کےحسی معجزےدکھائے۔ لیکن اب تو ہرچیز معجزہہے۔ آپ ذراسا ڈیپمیںجائیں، تھوڑیسٹڈیکریں تو لگےگایہکیسے نظامچلرہاہے، یہکیسے سبچیزیںہورہیہیں۔</w:t>
      </w:r>
    </w:p>
    <w:p>
      <w:r>
        <w:rPr>
          <w:b/>
        </w:rPr>
        <w:t xml:space="preserve">[41:50] </w:t>
      </w:r>
      <w:r>
        <w:t>to yeh to yani aisa daur hai ke marifat ke liye bohat hi bara darwaza khola Allah ta'ala ne. Achha, jab Musa (AS) ne moajza dikhaya aur Firon ne haqeeqat ko daryaft kiya to woh imaan le aaye</w:t>
      </w:r>
    </w:p>
    <w:p>
      <w:pPr>
        <w:jc w:val="right"/>
      </w:pPr>
      <w:r>
        <w:t>تو یہتو یعنیایسا دور ہےکہ معرفت کےلیے بہت ہی بڑا دروازہکھولدیااللہتعالینے ۔ اچھا،جب موسی ٰعلیہالسلامنےمعجزہدکھایا اور فرعوننےحقیقتکودریا فتکیا تووہ ایمانلےآئے</w:t>
      </w:r>
    </w:p>
    <w:p>
      <w:r>
        <w:rPr>
          <w:b/>
        </w:rPr>
        <w:t xml:space="preserve">[42:05] </w:t>
      </w:r>
      <w:r>
        <w:t>the. Ji, us waqt kya waqe hua tha, woh bataiye. To jo jadoogar the, woh yeh samajh gaye ke yeh jadu to nahi tha, chunke woh jadu ke fun ko to jaante the.</w:t>
      </w:r>
    </w:p>
    <w:p>
      <w:pPr>
        <w:jc w:val="right"/>
      </w:pPr>
      <w:r>
        <w:t>تھے۔ جی، اسوقت کیا واقع ہہواتھا ،وہ بتائیے۔ تو جو جادوگر تھے، وہ یہسمجھگئےکہیہ جادوتونہیںتھا ، چونکہوہجادوکےفنکوتوجانتےتھے۔</w:t>
      </w:r>
    </w:p>
    <w:p>
      <w:r>
        <w:rPr>
          <w:b/>
        </w:rPr>
        <w:t xml:space="preserve">[42:20] </w:t>
      </w:r>
      <w:r>
        <w:t>Woh foran agar jadu hota to foran pata chal jata unhein ke yeh jadu hai, chunke woh real tha. Jo Musa (AS) ka woh azdah tha, woh real tha aur woh to ek illusion tha.</w:t>
      </w:r>
    </w:p>
    <w:p>
      <w:pPr>
        <w:jc w:val="right"/>
      </w:pPr>
      <w:r>
        <w:t>وہ فوراًاگر جادوہوتاتوفوراًپتہچلجاتا انہیںکہیہجادوہے، چونکہوہ ریئلتھا۔ جو موسیٰعلیہالسلام کا وہ ازدہاتھا،وہریئلتھا اور وہ توایک الیوژنتھا۔</w:t>
      </w:r>
    </w:p>
    <w:p>
      <w:r>
        <w:rPr>
          <w:b/>
        </w:rPr>
        <w:t xml:space="preserve">[42:34] </w:t>
      </w:r>
      <w:r>
        <w:t>To jadoogar foran sajde mein gir gaye. Wal qis sahir sajdien. Saare jadoogar sajde mein gir gaye aur bole. Qaloo am nabir rubb al-alameen. Rabb Musa wa Haroon. Aur bole ke hum imaan laate hain Rabb al-alameen par, Musa aur Haroon ke Rabb par.</w:t>
      </w:r>
    </w:p>
    <w:p>
      <w:pPr>
        <w:jc w:val="right"/>
      </w:pPr>
      <w:r>
        <w:t>تو جادوگرفوراًسجدےمیںگر گئے۔ وال قی السحر ساجدین سارےجادوگرسجدےمیںگر گئے اور بولے قالواام نابر ب العالم ین رب موسی وہارون اور بول ےکہہم ایمانلاتےہیں ربالعالم ینپر ،موسی اورہارونکےربپر ۔</w:t>
      </w:r>
    </w:p>
    <w:p>
      <w:r>
        <w:rPr>
          <w:b/>
        </w:rPr>
        <w:t xml:space="preserve">[42:57] </w:t>
      </w:r>
      <w:r>
        <w:t>to yeh</w:t>
      </w:r>
    </w:p>
    <w:p>
      <w:pPr>
        <w:jc w:val="right"/>
      </w:pPr>
      <w:r>
        <w:t>تو یہ</w:t>
      </w:r>
    </w:p>
    <w:p>
      <w:r>
        <w:rPr>
          <w:b/>
        </w:rPr>
        <w:t xml:space="preserve">[43:01] </w:t>
      </w:r>
      <w:r>
        <w:t>jadoogaron ne isko ek jadu nahi samjha balke Khudai moajza samjha aur yeh samjhe ke yeh koi insani mamla nahi hai, Khudai mamla</w:t>
      </w:r>
    </w:p>
    <w:p>
      <w:pPr>
        <w:jc w:val="right"/>
      </w:pPr>
      <w:r>
        <w:t>جادوگروںنے اسکو ایک جادونہیںسمجھابلکہخدائیمعجزہسمجھا اور یہسمجھےکہیہکوئی انسانیمعاملہنہیںہے،خدائیمعامل</w:t>
      </w:r>
    </w:p>
    <w:p>
      <w:r>
        <w:rPr>
          <w:b/>
        </w:rPr>
        <w:t xml:space="preserve">[43:12] </w:t>
      </w:r>
      <w:r>
        <w:t>hai. To foran unke upar yeh sachai khul gayi aur unhone, chunke woh pehle se bhi mujhe lagta hai ke Musa (AS) ke paigham se waqif the, aur ab jab unhone dekha bilkul ek practical demonstration to unki jo seekhne ki spirit thi, woh jaag gayi aur woh imaan le aaye.</w:t>
      </w:r>
    </w:p>
    <w:p>
      <w:pPr>
        <w:jc w:val="right"/>
      </w:pPr>
      <w:r>
        <w:t>ہہے۔ تو فوراًانکےاوپر یہسچائیکھلگئی اور انہوںنے ،چونکہوہ پہلے سےبھیمجھےلگتاہےکہ موسیٰعلیہالسلام کے پیغامسےواق فتھے، اور ابجبانہوںنےدیکھا بالکل ایک پریکٹیکل ڈیمونسٹریشن تو انکیجو سیکھنےکیسپرٹتھی،وہجاگگئی اور وہ ایمانلےآئے۔</w:t>
      </w:r>
    </w:p>
    <w:p>
      <w:r>
        <w:rPr>
          <w:b/>
        </w:rPr>
        <w:t xml:space="preserve">[43:33] </w:t>
      </w:r>
      <w:r>
        <w:t>Aur har insaan ke andar seekhne ki spirit hoti hai, aur agar woh gehrai se soche to jo kainat mein nishaniyan hain, us par agar ghaur kare, Quran mein bar bar aaya hai yeh baat,</w:t>
      </w:r>
    </w:p>
    <w:p>
      <w:pPr>
        <w:jc w:val="right"/>
      </w:pPr>
      <w:r>
        <w:t>اور ہ رانسان کےاندر سیکھنےکیسپرٹہوتیہے، اور اگر وہ گہرائیسےسوچے تو جو کائناتمیں نش انیاںہیں، اسپہاگر غورکرے، قرآنمیںباربارآیاہےیہبات ،</w:t>
      </w:r>
    </w:p>
    <w:p>
      <w:r>
        <w:rPr>
          <w:b/>
        </w:rPr>
        <w:t xml:space="preserve">[43:50] </w:t>
      </w:r>
      <w:r>
        <w:t>baat aayi hai. Inna fi khalqis samawati wal ardh. Ke zameen o aasman mein nishaniyan hain. Yeh isi liye hain ke hum un par ghaur karein aur ghaur karke Khuda ko daryaft karein.</w:t>
      </w:r>
    </w:p>
    <w:p>
      <w:pPr>
        <w:jc w:val="right"/>
      </w:pPr>
      <w:r>
        <w:t>باتآئیہے ان فیخلق السماوات والارض کہزمین وآسمانمیں نش انیاںہیں۔یہاسیلیےہیںکہہم ان پہغورکریں اور غور کرکے خداکودریا فتکریں۔</w:t>
      </w:r>
    </w:p>
    <w:p>
      <w:r>
        <w:rPr>
          <w:b/>
        </w:rPr>
        <w:t xml:space="preserve">[44:02] </w:t>
      </w:r>
      <w:r>
        <w:t>Chunke is duniya mein insaan Khuda ko daryaft nahi dekh nahi sakta, sirf woh discover kar sakta hai through signs. To jo bhi cheezein hain, ah, duniya mein pure universe mein, woh Khuda ki nishaniyan hain.</w:t>
      </w:r>
    </w:p>
    <w:p>
      <w:pPr>
        <w:jc w:val="right"/>
      </w:pPr>
      <w:r>
        <w:t>چونکہاس دنیا میں انسان خداکودریا فت نہیں دیکھنہیںسکتا، صرف وہڈسکورکرسکتاہے تھروداسائنز۔ توجوبھیچیزیںہیں، اہ، دنیا میں پورےیونیورس میں،وہخدا کینش انیاںہیں۔</w:t>
      </w:r>
    </w:p>
    <w:p>
      <w:r>
        <w:rPr>
          <w:b/>
        </w:rPr>
        <w:t xml:space="preserve">[44:17] </w:t>
      </w:r>
      <w:r>
        <w:t>is</w:t>
      </w:r>
    </w:p>
    <w:p>
      <w:pPr>
        <w:jc w:val="right"/>
      </w:pPr>
      <w:r>
        <w:t>اس</w:t>
      </w:r>
    </w:p>
    <w:p>
      <w:r>
        <w:rPr>
          <w:b/>
        </w:rPr>
        <w:t xml:space="preserve">[44:18] </w:t>
      </w:r>
      <w:r>
        <w:t>par agar ghaur kare insaan, jisko Quran mein tadabbur kaha gaya hai, tafakkur kaha gaya hai, contemplation, depth thinking, to yahi darasal Khuda ko discover karne ka aur, ah, Khuda ki marifat,</w:t>
      </w:r>
    </w:p>
    <w:p>
      <w:pPr>
        <w:jc w:val="right"/>
      </w:pPr>
      <w:r>
        <w:t>پہاگر غورکرےانسان ، جسکو قرآنمیںتد بر کہاگیاہے، تب سم کہاگیاہے، کانٹمپلیشن، ڈیپتھنکنگ،تو یہی دراصل خدا کو ڈسکورکرنے کااور ،اہ،خدا کی معرفت،</w:t>
      </w:r>
    </w:p>
    <w:p>
      <w:r>
        <w:rPr>
          <w:b/>
        </w:rPr>
        <w:t xml:space="preserve">[44:32] </w:t>
      </w:r>
      <w:r>
        <w:t>ah, ka tareeqa hai. To jadoogaron ki jo inner spirit thi, woh jaag gayi aur unhone, ah, bilkul khulam khulla etraaf kar diya, etraaf kiya.</w:t>
      </w:r>
    </w:p>
    <w:p>
      <w:pPr>
        <w:jc w:val="right"/>
      </w:pPr>
      <w:r>
        <w:t>اہ، کاطریقہہے۔تو جادوگروںکیجوانرسپرٹتھی،وہ جاگگئیاور انہوںنے، اہ،بالکل کھ لمکھلا اعترافکردیا ، اعترافکیا۔</w:t>
      </w:r>
    </w:p>
    <w:p>
      <w:r>
        <w:rPr>
          <w:b/>
        </w:rPr>
        <w:t xml:space="preserve">[44:43] </w:t>
      </w:r>
      <w:r>
        <w:t>Halanke woh keh sakte the ke chalo Musa, ab tum jeet gaye, is baar agli baar, ah, dekh lenge tumse. Lekin unhone foran elaan kar diya aur woh bhi Firon ke saamne.</w:t>
      </w:r>
    </w:p>
    <w:p>
      <w:pPr>
        <w:jc w:val="right"/>
      </w:pPr>
      <w:r>
        <w:t>حالانکہوہ کہہسکتےتھےکہ چلو موسی،ابتمجیتگئے،اسباراگلیبار، اہ،دیکھلیںگےتمسے۔لیکن انہوں نے فوراً اعلانکردیا اوروہبھیفرعونکےسامنے ۔</w:t>
      </w:r>
    </w:p>
    <w:p>
      <w:r>
        <w:rPr>
          <w:b/>
        </w:rPr>
        <w:t xml:space="preserve">[44:53] </w:t>
      </w:r>
      <w:r>
        <w:t>Bohat hi badi jurrat aur himmat ki baat hai yeh.</w:t>
      </w:r>
    </w:p>
    <w:p>
      <w:pPr>
        <w:jc w:val="right"/>
      </w:pPr>
      <w:r>
        <w:t>بہت ہیبڑیجراتاور بڑیہمتکی باتہےیہ۔</w:t>
      </w:r>
    </w:p>
    <w:p>
      <w:r>
        <w:rPr>
          <w:b/>
        </w:rPr>
        <w:t xml:space="preserve">[45:00] </w:t>
      </w:r>
      <w:r>
        <w:t>Agar dekha jaaye, ah, Doctor sahib, to yeh jadoogaron ke liye jo imaan laaye, shikast khane ke bawajood, yeh blessing in disguise keh sakte hain isko. Bilkul</w:t>
      </w:r>
    </w:p>
    <w:p>
      <w:pPr>
        <w:jc w:val="right"/>
      </w:pPr>
      <w:r>
        <w:t>اگر دیکھاجائے، اہ، ڈاکٹرصاحب،تویہ جادوگروںکےلیےجوایمانلائے،شکستکھانےکےباوجود ، یہبلیسنگاینڈڈسگائزکہہسکتےہیںاسکو۔بالکل</w:t>
      </w:r>
    </w:p>
    <w:p>
      <w:r>
        <w:rPr>
          <w:b/>
        </w:rPr>
        <w:t xml:space="preserve">[45:10] </w:t>
      </w:r>
      <w:r>
        <w:t>ke ek aadmi shikast kha raha hai bhare majme mein aur us waqt woh elaan kar raha hai ke hum sab baat ko maan lete hain ke aap sahi ho. Sahi hai.</w:t>
      </w:r>
    </w:p>
    <w:p>
      <w:pPr>
        <w:jc w:val="right"/>
      </w:pPr>
      <w:r>
        <w:t>کہ ایکآدمیشکستکھارہاہے بھرےمجمعمیںاور اسوقت وہاعلانکررہاہےکہہماسباتکو مانلیتےہیںکہآپصحیحہو۔ صحیحہے۔</w:t>
      </w:r>
    </w:p>
    <w:p>
      <w:r>
        <w:rPr>
          <w:b/>
        </w:rPr>
        <w:t xml:space="preserve">[45:20] </w:t>
      </w:r>
      <w:r>
        <w:t>Achha, jab jadoogar imaan le aaye to Firon ne sakht saza ki dhamki di. Us waqt jadoogar aur Firon ke darmiyan kuch baat cheet hui thi.</w:t>
      </w:r>
    </w:p>
    <w:p>
      <w:pPr>
        <w:jc w:val="right"/>
      </w:pPr>
      <w:r>
        <w:t>اچھا،جب جادوگر ایمانلےآئےتو فرعوننےسختسزاکیدھمکیدی۔ اسوقت جادوگراورفرعونکےدرمیانکچھباتچیتہوئیتھی۔</w:t>
      </w:r>
    </w:p>
    <w:p>
      <w:r>
        <w:rPr>
          <w:b/>
        </w:rPr>
        <w:t xml:space="preserve">[45:29] </w:t>
      </w:r>
      <w:r>
        <w:t>Ji, woh thoda haan bataein.</w:t>
      </w:r>
    </w:p>
    <w:p>
      <w:pPr>
        <w:jc w:val="right"/>
      </w:pPr>
      <w:r>
        <w:t>جی، وہتھوڑا ہاںبت ائیں۔</w:t>
      </w:r>
    </w:p>
    <w:p>
      <w:r>
        <w:rPr>
          <w:b/>
        </w:rPr>
        <w:t xml:space="preserve">[45:33] </w:t>
      </w:r>
      <w:r>
        <w:t>Chunke Firon ki to bohat hi beizzati ho gayi pure bhare majme mein, ah, haar gaya. Woh iske jadoogar haar gaye to woh bilkul pagal ho gaya.</w:t>
      </w:r>
    </w:p>
    <w:p>
      <w:pPr>
        <w:jc w:val="right"/>
      </w:pPr>
      <w:r>
        <w:t>چونکہ فرعونکیتوبہتہیبےعزتیہوگئی پورےبھرے مجم عےمیں، اہ،ہارگیا۔وہ اسکےجادوگرہارگئے تو وہبالکل پاگلہوگیا۔</w:t>
      </w:r>
    </w:p>
    <w:p>
      <w:r>
        <w:rPr>
          <w:b/>
        </w:rPr>
        <w:t xml:space="preserve">[45:44] </w:t>
      </w:r>
      <w:r>
        <w:t>To usne kaha ke Qala amanttum lahu min qabla an azana lakum. Ke tum imaan le aaye uske upar us se pehle ke main tumhein ijazat deta.</w:t>
      </w:r>
    </w:p>
    <w:p>
      <w:pPr>
        <w:jc w:val="right"/>
      </w:pPr>
      <w:r>
        <w:t>تواسنےکہاکہ قال امنتم له قبل ان اذنلکم کہتم ایمانلےآئےاسکےاوپر اسسےپہلے کہمیںتمہیںاجازتدیتا۔</w:t>
      </w:r>
    </w:p>
    <w:p>
      <w:r>
        <w:rPr>
          <w:b/>
        </w:rPr>
        <w:t xml:space="preserve">[45:54] </w:t>
      </w:r>
      <w:r>
        <w:t>Yani woh daur tha ke jab badshah ki ijazat se insaan imaan laata tha. Ab hum is daur mein nahi hain.</w:t>
      </w:r>
    </w:p>
    <w:p>
      <w:pPr>
        <w:jc w:val="right"/>
      </w:pPr>
      <w:r>
        <w:t>یعنیوہ دور تھاکہجب بادشاہکیاجازتسے انسان ایمانلاتاتھا۔ ابہم اس دورمیںنہیں ہیں۔</w:t>
      </w:r>
    </w:p>
    <w:p>
      <w:r>
        <w:rPr>
          <w:b/>
        </w:rPr>
        <w:t xml:space="preserve">[46:02] </w:t>
      </w:r>
      <w:r>
        <w:t>Aaj to freedom hai, aap jo chahein believe karein, aap na believe karein, aap kuch bhi believe karein. Lekin woh ek religious persecution ka daur tha.</w:t>
      </w:r>
    </w:p>
    <w:p>
      <w:pPr>
        <w:jc w:val="right"/>
      </w:pPr>
      <w:r>
        <w:t>آجتوفریڈمہے، آپ جوچاہیںبیلیوکریں،آپنہبیلیوکریں، آپ کچھبھیبیلیوکریں۔ لیکن وہ ایک ریلیجسپرسیکیوشنکادور تھا۔</w:t>
      </w:r>
    </w:p>
    <w:p>
      <w:r>
        <w:rPr>
          <w:b/>
        </w:rPr>
        <w:t xml:space="preserve">[46:12] </w:t>
      </w:r>
      <w:r>
        <w:t>To Firon ne ek bohat hi badi dhamki di. Usne kaha ke main tumhare haath aur paon mukhtalif directions mein kaatunga aur tumhein is par lat</w:t>
      </w:r>
    </w:p>
    <w:p>
      <w:pPr>
        <w:jc w:val="right"/>
      </w:pPr>
      <w:r>
        <w:t>تو فرعوننے ایکبہتہیبڑیدھمکیدی ۔ اسنےکہاکہمیںتمہارےہاتھاور پیر مختلف ڈائریکشنزمیں کاٹوںگا اور تم ہیں اسپہ لٹ</w:t>
      </w:r>
    </w:p>
    <w:p>
      <w:r>
        <w:rPr>
          <w:b/>
        </w:rPr>
        <w:t xml:space="preserve">[46:24] </w:t>
      </w:r>
      <w:r>
        <w:t>ka doonga. I will cut your hands and feet on opposite directions and I will crucify you on the palm trees, on the trunk of palm trees.</w:t>
      </w:r>
    </w:p>
    <w:p>
      <w:pPr>
        <w:jc w:val="right"/>
      </w:pPr>
      <w:r>
        <w:t>کادوںگا۔Iwillcutyourhandsandfeeton oppositedire ctions and Iwill crucifyyou on thepalmtrees, onthetrunkofpalmtrees.</w:t>
      </w:r>
    </w:p>
    <w:p>
      <w:r>
        <w:rPr>
          <w:b/>
        </w:rPr>
        <w:t xml:space="preserve">[46:32] </w:t>
      </w:r>
      <w:r>
        <w:t>yani yatnisakht, ah, saza isne elaan ki. to jadoogar jo the, chunaanche unke andar gehri, ah, woh jaag uthi thi, unhone kaha tha ke hum tujhko tarjeeh nahi denge</w:t>
      </w:r>
    </w:p>
    <w:p>
      <w:pPr>
        <w:jc w:val="right"/>
      </w:pPr>
      <w:r>
        <w:t>یعنیاتنیسخت، اہ، سزااسنے اعلانکی۔ تو جادوگرجوتھے، چونکہانکےاندرگہری، اہ، وہ جاگاٹھیتھی، انہوںنےکہاکہہم تجھکو ترجیحنہیںدیںگے</w:t>
      </w:r>
    </w:p>
    <w:p>
      <w:r>
        <w:rPr>
          <w:b/>
        </w:rPr>
        <w:t xml:space="preserve">[46:49] </w:t>
      </w:r>
      <w:r>
        <w:t>in haqaa'iq par, in science par, in dalail par jo Allah ki taraf se hamare paas aaye hain. yaani bohat hi jurrat ki kaam ki baat hai ke itni badi saza, ah, Firon elaan kar raha hai aur jadoogar keh rahe hain ke hum we will not prefer you on the science that we have received from</w:t>
      </w:r>
    </w:p>
    <w:p>
      <w:pPr>
        <w:jc w:val="right"/>
      </w:pPr>
      <w:r>
        <w:t>ان حق ائقپر ،ان سائنسپر ،ان دلائلپر جو اللہ کیطرف سےہمارےپاسآئےہیں۔ یعنیبہت ہی جراتکیکام کیباتہےکہاتنیبڑی سزا، اہ، فرعون اعلانکررہاہےاور جادوگر کہہرہےہیںکہ ہم wewillnotpreferyou onthesciencethat wehavereceived from</w:t>
      </w:r>
    </w:p>
    <w:p>
      <w:r>
        <w:rPr>
          <w:b/>
        </w:rPr>
        <w:t xml:space="preserve">[47:12] </w:t>
      </w:r>
      <w:r>
        <w:t>God . to bohat hi jurrat ki baat hai aur unhone kaha tha ke fa qzi ma taqzi jo dil chahe tum kar lo, jo tum se ho sake woh kar lo.</w:t>
      </w:r>
    </w:p>
    <w:p>
      <w:pPr>
        <w:jc w:val="right"/>
      </w:pPr>
      <w:r>
        <w:t>God .توبہت ہی جراتکیباتہےاورانہوںنےکہاکہفقضی ما انتقاض جو دل چاہےتم کرلو ، جوتم سےہوسکےوہکرلو۔</w:t>
      </w:r>
    </w:p>
    <w:p>
      <w:r>
        <w:rPr>
          <w:b/>
        </w:rPr>
        <w:t xml:space="preserve">[47:22] </w:t>
      </w:r>
      <w:r>
        <w:t>in ma taqzi al-hayat al-dunya tum is dunya mein to kar sakte ho, yaani tumhari pahunch akhirat tak thodi hai. to tum jo chahe kar lo.</w:t>
      </w:r>
    </w:p>
    <w:p>
      <w:pPr>
        <w:jc w:val="right"/>
      </w:pPr>
      <w:r>
        <w:t>ان ماتقضی الحیات الدنیا تم اسیدنیا میں توکرسکتےہو ، یعنیتمہاریپہنچآخرتتکتھوڑیہے۔ توتم جوچاہےکرلو۔</w:t>
      </w:r>
    </w:p>
    <w:p>
      <w:r>
        <w:rPr>
          <w:b/>
        </w:rPr>
        <w:t xml:space="preserve">[47:31] </w:t>
      </w:r>
      <w:r>
        <w:t>aur bohat hi, yaani, ah, humtaur jurrat aur bada hi exemplary, ah, muamla jadoogaron ne kiya.</w:t>
      </w:r>
    </w:p>
    <w:p>
      <w:pPr>
        <w:jc w:val="right"/>
      </w:pPr>
      <w:r>
        <w:t>اوربہتہی، یعنی، اہ، ہمتاور جراتاوربڑاہی ایگزیمپلری، اہ،معاملہ جادوگروںنےکیا۔</w:t>
      </w:r>
    </w:p>
    <w:p>
      <w:r>
        <w:rPr>
          <w:b/>
        </w:rPr>
        <w:t xml:space="preserve">[47:40] </w:t>
      </w:r>
      <w:r>
        <w:t>bohat hi, yaani, ek, ah, aisi misaal nahi shayad tareekh mein koi milti ho. doctor sahib, isko keh sakte hain ke yeh eureka movement tha unke liye ?</w:t>
      </w:r>
    </w:p>
    <w:p>
      <w:pPr>
        <w:jc w:val="right"/>
      </w:pPr>
      <w:r>
        <w:t>بہت ہی،یعنی، ایک،اہ ، ایسیمثال نہیںشاید تاریخ میںکوئیملتیہو۔ ڈاکٹرصاحب،اسکوکہہسکتےہیںکہیہعریقہموومنٹتھاانکےلیے ؟</w:t>
      </w:r>
    </w:p>
    <w:p>
      <w:r>
        <w:rPr>
          <w:b/>
        </w:rPr>
        <w:t xml:space="preserve">[47:50] </w:t>
      </w:r>
      <w:r>
        <w:t>yakeenan. ah, Rasool Allah sallallahu alaihi wasallam ne jab, ah, dawat-i-khatوط bheje the to usmein se ek khat Qaisar ke paas bheja tha.</w:t>
      </w:r>
    </w:p>
    <w:p>
      <w:pPr>
        <w:jc w:val="right"/>
      </w:pPr>
      <w:r>
        <w:t>یقینا۔ اہ، رسولاللہصلیاللہعلیہوسلمنےجب، اہ،دعوتیخط وطبھیجےتھےتواسمیںسے ایکخط قیصرکےپاسبھیجاتھا۔</w:t>
      </w:r>
    </w:p>
    <w:p>
      <w:r>
        <w:rPr>
          <w:b/>
        </w:rPr>
        <w:t xml:space="preserve">[48:00] </w:t>
      </w:r>
      <w:r>
        <w:t>ji, to phir Abu Sufyan ko bula kar usne poochha tha. to usmein se ek sawal yeh tha ke koi aisi bhi insaan hai jo imaan laane ke baad us se phir gaya ho ?</w:t>
      </w:r>
    </w:p>
    <w:p>
      <w:pPr>
        <w:jc w:val="right"/>
      </w:pPr>
      <w:r>
        <w:t>جی، تو پھر ابوسفیانکوبلاکراسنےپوچھاتھا۔تواسمیںسےایکسوالیہتھا کہ کوئی ایسابھی انسانہےجو ایمانلانےکےبعداسسےپھرگیاہو ؟</w:t>
      </w:r>
    </w:p>
    <w:p>
      <w:r>
        <w:rPr>
          <w:b/>
        </w:rPr>
        <w:t xml:space="preserve">[48:09] </w:t>
      </w:r>
      <w:r>
        <w:t>to</w:t>
      </w:r>
    </w:p>
    <w:p>
      <w:pPr>
        <w:jc w:val="right"/>
      </w:pPr>
      <w:r>
        <w:t>تو</w:t>
      </w:r>
    </w:p>
    <w:p>
      <w:r>
        <w:rPr>
          <w:b/>
        </w:rPr>
        <w:t xml:space="preserve">[48:10] </w:t>
      </w:r>
      <w:r>
        <w:t>usne kaha nahi. to uska reason usne bataya tha ke yahi imaan hota hai. jab dil mein bas jaye to usko koi us se hata nahi sakta hai. sahi, sahi. is namaz ke mauqe par jab ke dhamki di ja rahi thi, uski zindagi ka koi yeh nahi tha. is mauqe par jo jawab diya jadoogar ne, ji, woh kya tha? usko aap batayein.</w:t>
      </w:r>
    </w:p>
    <w:p>
      <w:pPr>
        <w:jc w:val="right"/>
      </w:pPr>
      <w:r>
        <w:t>اسنے کہانہیں۔ تواسکا ریزناسنےبتایاتھاکہ یہیایمانہوتاہے۔جبدلمیںبسجائےتواسکوکوئی اسسےہٹانہیںسکتاہے۔ صحیح،صحیح۔اس نازکموقعپرجبکہدھمکیدیجارہیتھی،اسکیزندگی کاکوئییہنہیںتھا۔اسموقعپرجو جواب دیا جادوگرنے،جی، وہ کیا تھا؟اسکو آپ بتائیں۔</w:t>
      </w:r>
    </w:p>
    <w:p>
      <w:r>
        <w:rPr>
          <w:b/>
        </w:rPr>
        <w:t xml:space="preserve">[48:27] </w:t>
      </w:r>
      <w:r>
        <w:t>haan, jadoogaron ne, jadoogar, jadoogaron ko koi represent kar raha hoga, ghaleban koi senior jadoogar unka leader hoga, woh yeh baatein kar raha hoga</w:t>
      </w:r>
    </w:p>
    <w:p>
      <w:pPr>
        <w:jc w:val="right"/>
      </w:pPr>
      <w:r>
        <w:t>ہاں، جادوگروں نے، جادوگر، جادوگروںکوکوئیریپریزنٹکررہاہوگا، غالباًکوئیسینئرجادوگران کا لیڈرہوگا،وہ یہباتیں کررہاہو</w:t>
      </w:r>
    </w:p>
    <w:p>
      <w:r>
        <w:rPr>
          <w:b/>
        </w:rPr>
        <w:t xml:space="preserve">[48:38] </w:t>
      </w:r>
      <w:r>
        <w:t>ga. to usne ek bada achhi taqreer ki Firon ko aur Firon ke logon ko address kiya. kaha ke, ah, hum Allah se dua karte hain ke Allah hamare gunahon ko maaf kare aur jo jadoo tum ne hamein, jis jadoo ko karne pe tum ne hamein majboor kiya, usko maaf kare.</w:t>
      </w:r>
    </w:p>
    <w:p>
      <w:pPr>
        <w:jc w:val="right"/>
      </w:pPr>
      <w:r>
        <w:t>گا۔ تو اسنے ایک بڑیاچھی تقریرکی فرعونکواورفرعونکے لوگوںکو ایڈریسکیا۔ کہاکہ، اہ، ہم اللہ سے دعاکرتےہیںکہاللہہمارےگناہوںکومعافکرے اور جو جادو تم نے ہمیں، جسجادوکو کرنے پہتمنےہمیںمجبورکیا ، اسکو معافکرے۔</w:t>
      </w:r>
    </w:p>
    <w:p>
      <w:r>
        <w:rPr>
          <w:b/>
        </w:rPr>
        <w:t xml:space="preserve">[49:01] </w:t>
      </w:r>
      <w:r>
        <w:t>aur phir kaha ke Allah hi behtar hai aur baqi rehne wala hai. wallahu khairun wa abqa aur kaha ke beshak jo shakhs mujrim bankar aaya aur,</w:t>
      </w:r>
    </w:p>
    <w:p>
      <w:pPr>
        <w:jc w:val="right"/>
      </w:pPr>
      <w:r>
        <w:t>اور پھر کہاکہ اللہ ہیبہترہے اور باقیرہنےوالاہے۔ واللہ خیر وابقا اور کہاکہبےشک جو شخص مج رمبنکرآیا اور،</w:t>
      </w:r>
    </w:p>
    <w:p>
      <w:r>
        <w:rPr>
          <w:b/>
        </w:rPr>
        <w:t xml:space="preserve">[49:14] </w:t>
      </w:r>
      <w:r>
        <w:t>ah, to uske liye jahannum hai, woh na ismein marega na woh ismein jiye ga. aur jo shakhs apne Rab ke paas momin bankar aayega aur usne naik amal kiya, uske liye jannat ke aala, oonche darje hain, ismein hamesha rahega.</w:t>
      </w:r>
    </w:p>
    <w:p>
      <w:pPr>
        <w:jc w:val="right"/>
      </w:pPr>
      <w:r>
        <w:t>اہ،تواسکےلیے جہنمہے، وہنہاسمیں مرےگانہوہاسمیں جیےگا۔ اور جو شخص اپنےربکےپاس مومنبنکرآئےگا اور اسنےنیکعمل کیا،اسیکےلیے جن تکے اعلیٰ، اون چے درجےہیں،اسمیںہمیشہرہےگا۔</w:t>
      </w:r>
    </w:p>
    <w:p>
      <w:r>
        <w:rPr>
          <w:b/>
        </w:rPr>
        <w:t xml:space="preserve">[49:28] </w:t>
      </w:r>
      <w:r>
        <w:t>to is tareeqe se bada achhi baat kahiaur baad mein kaha ke wa zalika jaza'u man tazakka ah, ke Molaana isko aksar, ah, is aayat ko padhte the ke isi, yaani, jannat ki jo price hai, wohi yeh hai ke insaan apne apne ko purify kare, apne, apne, apna inner purification kare aur tazkiya kare.</w:t>
      </w:r>
    </w:p>
    <w:p>
      <w:pPr>
        <w:jc w:val="right"/>
      </w:pPr>
      <w:r>
        <w:t>تواسطریقےسےبڑیاچھیبات کہیاور بعدمیں کہا کہ وذالک جزاء منت زکا اہ ،کہ مول انااسکواکثر، اہ، اسآیتکوپڑھتےتھے کہ اسی، یعنی،جنت کیجو پرائسہے،وہیہیہےکہ انسان اپنے اپنے کوپیوریفائیکرے، اپنے ،اپنے ،اپنا انرپیوریفیکیشنکرے اورتزکیہکرے۔</w:t>
      </w:r>
    </w:p>
    <w:p>
      <w:r>
        <w:rPr>
          <w:b/>
        </w:rPr>
        <w:t xml:space="preserve">[49:53] </w:t>
      </w:r>
      <w:r>
        <w:t>to bohat hi achhe andaaz mein, ah, Firon ko dawat</w:t>
      </w:r>
    </w:p>
    <w:p>
      <w:pPr>
        <w:jc w:val="right"/>
      </w:pPr>
      <w:r>
        <w:t>تو بہتہیاچھےاندازمیں، اہ،فرعونکو دعوت</w:t>
      </w:r>
    </w:p>
    <w:p>
      <w:r>
        <w:rPr>
          <w:b/>
        </w:rPr>
        <w:t xml:space="preserve">[49:58] </w:t>
      </w:r>
      <w:r>
        <w:t>di. darasal yeh discovery ka muamla hai. ab jo jo imaan ko ba taur discovery, ah, jisko milti hai, to uska yeh haal hota hai.</w:t>
      </w:r>
    </w:p>
    <w:p>
      <w:pPr>
        <w:jc w:val="right"/>
      </w:pPr>
      <w:r>
        <w:t>دی ۔ دراصل یہ ڈسکوریکامعاملہہے۔ اب جو جو ایمانکو بطور ڈسکوری، اہ، جسکوملتیہے، تو اسکایہحال ہوتاہے۔</w:t>
      </w:r>
    </w:p>
    <w:p>
      <w:r>
        <w:rPr>
          <w:b/>
        </w:rPr>
        <w:t xml:space="preserve">[50:12] </w:t>
      </w:r>
      <w:r>
        <w:t>aur jiska imaan ek-rasi imaan hai, ah, reach-wistic, to uske andar dawat ka jazba bedaar nahi hota.</w:t>
      </w:r>
    </w:p>
    <w:p>
      <w:pPr>
        <w:jc w:val="right"/>
      </w:pPr>
      <w:r>
        <w:t>اور جسکا ایمانایکرسمیایمانہے، اہ،ریچ ولسٹک، تو اسکےاندردعوتیجذبہبیدارنہیںہوتا۔</w:t>
      </w:r>
    </w:p>
    <w:p>
      <w:r>
        <w:rPr>
          <w:b/>
        </w:rPr>
        <w:t xml:space="preserve">[50:21] </w:t>
      </w:r>
      <w:r>
        <w:t>yaani imaan agar aayega haqeeqi to dawat ka jazba bedaar hoga. yeh ek ek tareeqe se sign hai.</w:t>
      </w:r>
    </w:p>
    <w:p>
      <w:pPr>
        <w:jc w:val="right"/>
      </w:pPr>
      <w:r>
        <w:t>یعنی ایماناگر آئےگاحقیقی تو دعوتیجذبہ بیدارہوگا۔ یہ ایک ایک طریقےسےسائنہے۔</w:t>
      </w:r>
    </w:p>
    <w:p>
      <w:r>
        <w:rPr>
          <w:b/>
        </w:rPr>
        <w:t xml:space="preserve">[50:28] </w:t>
      </w:r>
      <w:r>
        <w:t>agar koi shakhs, ah, imaan ki baatein karta hai lekin uske andar dawat ka jazba nahi hai, to uska matlab hai ke bohat hi low imaan hai uska aur bohat hi, ah, sirf rituals ke</w:t>
      </w:r>
    </w:p>
    <w:p>
      <w:pPr>
        <w:jc w:val="right"/>
      </w:pPr>
      <w:r>
        <w:t>اگر کوئیشخص ، ا ہ،ایم ان کیباتیںکرتاہےلیکن اسکےاندردعوتیجذبہنہیںہے،تواسکامطلبہےکہبہت ہی لو ایمانہےاسکا اوربہتہی، اہ،صرف ریچولزکے</w:t>
      </w:r>
    </w:p>
    <w:p>
      <w:r>
        <w:rPr>
          <w:b/>
        </w:rPr>
        <w:t xml:space="preserve">[50:42] </w:t>
      </w:r>
      <w:r>
        <w:t>hadd tak. to jadoogaron ka jo yeh qissa hai, ismein yeh samajh mein aata hai ke jab discovery hoti hai, jisko Molaana marifat kaha karte the, ke marifat ki satah par jab woh imaan ko haasil karta hai, tab uske andar, jaise aapne kaha, eureka movement, yaani woh eureka movement hota hai, jaise woh scientist dauda, jaise usko pata chala, foran usne chaha ke saare insaanon ko bata de.</w:t>
      </w:r>
    </w:p>
    <w:p>
      <w:pPr>
        <w:jc w:val="right"/>
      </w:pPr>
      <w:r>
        <w:t>حدتک ۔تو جادوگروںکاجو یہ قصہہے،اسمیںیہسمجھمیںآتاہےکہجب ڈسکوریہوتیہے، جسکو مول انامعرفت کہاکرتے تھے، کہ معرفت کی سطح پرجب وہ ایمانکوحاصل کرتاہے،تب اسکےاندر ،جیسےآپنےکہا،یوریکاموومنٹ،یعنیوہیوریکا موومنٹہوتاہے، جیسےوہ سائنٹسٹ دوڑا، جیسےاسکوپتہچلا،فوراً اسنے چاہاکہسارےانسانوںکوبتادے۔</w:t>
      </w:r>
    </w:p>
    <w:p>
      <w:r>
        <w:rPr>
          <w:b/>
        </w:rPr>
        <w:t xml:space="preserve">[51:06] </w:t>
      </w:r>
      <w:r>
        <w:t>to jiske paas jo jo shakhs is tarah se discover kare, ah, Khuda ko, uski azmat ko, to woh chahega ke saare insaanon ko woh bata de.</w:t>
      </w:r>
    </w:p>
    <w:p>
      <w:pPr>
        <w:jc w:val="right"/>
      </w:pPr>
      <w:r>
        <w:t>تو جسکے پاس جو جو شخص اسطرحسے ڈسکورکرے، اہ،خداکو ،اسکیعظمتکو ،تووہچاہےگاکہسارےانسانوںکووہبتادے۔</w:t>
      </w:r>
    </w:p>
    <w:p>
      <w:r>
        <w:rPr>
          <w:b/>
        </w:rPr>
        <w:t xml:space="preserve">[51:18] </w:t>
      </w:r>
      <w:r>
        <w:t>bilkul, bilkul hi baat hai jo aapne kahi ke yeh eureka movement raha hoga unke liye. to is tareeqe se jo jo seekhne ki spirit, ah, thi, woh woh jaag uthi, ah, aur aur bohat hi,</w:t>
      </w:r>
    </w:p>
    <w:p>
      <w:pPr>
        <w:jc w:val="right"/>
      </w:pPr>
      <w:r>
        <w:t>بالکل ،بالکلیہیباتہےجوآپنےکہی کہ یہ یوریکاموومنٹرہاہوگاانکےلیے۔ تو اسطریقےسےجو جو سیکھنےکیسپرٹ، اہ، تھی،وہ وہ جاگاٹھی، اہ،اور اور بہت ہی،</w:t>
      </w:r>
    </w:p>
    <w:p>
      <w:r>
        <w:rPr>
          <w:b/>
        </w:rPr>
        <w:t xml:space="preserve">[51:33] </w:t>
      </w:r>
      <w:r>
        <w:t>ah, ah, bohat hi, yaani, forceful andaaz mein, ah, jadoogaron ne bohat hi logical andaaz mein bade achhe arguments ke saath, ah, yaani be-khauf hokar Firon ko dawat diya aur Firon ke logon ko dawat di</w:t>
      </w:r>
    </w:p>
    <w:p>
      <w:pPr>
        <w:jc w:val="right"/>
      </w:pPr>
      <w:r>
        <w:t>اہ، اہ، بہت ہی، یعنی ،فورسفل اندازمیں، اہ،جادوگروںنے بہت ہی لوجیکلاندازمیں بڑےاچھےارگیومنٹسکےساتھ ،اہ ،یعنی بےخوفہوکے فرعونکو دعوت دیاور فرعونکےلوگوںکودعوتدی</w:t>
      </w:r>
    </w:p>
    <w:p>
      <w:r>
        <w:rPr>
          <w:b/>
        </w:rPr>
        <w:t xml:space="preserve">[51:50] </w:t>
      </w:r>
      <w:r>
        <w:t>۔ yaani woh jo ultimate ek tareeqa ho sakta hai dawat ka, woh unhone uska uska namoona pesh kiya. yaani Moosa alaihi salam ke qisse mein hamein yeh milta hai ke dawat kaise ki jaye, yeh bhi bohat hi, bohat hi aham hissa hai Moosa alaihi salam ka. jaise aapne shuru mein kaha tha ke bohat lamba qissa hai aur balkeh poore Quran mein phaila hua hai.</w:t>
      </w:r>
    </w:p>
    <w:p>
      <w:pPr>
        <w:jc w:val="right"/>
      </w:pPr>
      <w:r>
        <w:t>۔ یعنی وہجو الٹیمیٹ ایک طریقہہوسکتاہے دعوتکا،وہانہوںنےاسکا اسکا نمونہپیشکیا۔ یعنیموسی ٰعلیہالسلام کےقص ےمیںہمیںیہملتاہےکہدعوتکیسےکیجائے ، یہبھیبہت ہی،بہت ہی اہم حصہہے موسیٰعلیہالسلامکا۔جیسےآپنےشروع میںکہاتھا کہ بہت لمباقصہہے اوربلکہپورےقرآنمیںپھیلاہواہے۔</w:t>
      </w:r>
    </w:p>
    <w:p>
      <w:r>
        <w:rPr>
          <w:b/>
        </w:rPr>
        <w:t xml:space="preserve">[52:11] </w:t>
      </w:r>
      <w:r>
        <w:t>jaise humne pichla qissa liatha yusuf alehissalam ka, to woh to silsile war tha. ek hi, ah, surat hai, ismein sari baat shuru se aakhir tak aa rahi hai.</w:t>
      </w:r>
    </w:p>
    <w:p>
      <w:pPr>
        <w:jc w:val="right"/>
      </w:pPr>
      <w:r>
        <w:t>جیسےہمنے پچھلا قصہلیاتھایوسفعلیہالسلامکا ،تووہتو سلسلےوارتھا۔ ایک ہی، اہ، سورتہے،اسمیں ساریبات شروع سےآخرتکآرہیہے۔</w:t>
      </w:r>
    </w:p>
    <w:p>
      <w:r>
        <w:rPr>
          <w:b/>
        </w:rPr>
        <w:t xml:space="preserve">[52:21] </w:t>
      </w:r>
      <w:r>
        <w:t>lekin is yeh to pure quran mein phaila hua hai. bahut sari, ah, aisi suratein hain jismein yeh musa alehissalam ka qissa hai. yaani iska maqsad yeh hai ke allah ta'ala chahta hai ke koi quran padhe shuru se aakhir tak, to yeh bar bar, bar bar yeh qissa samne aata rahe.</w:t>
      </w:r>
    </w:p>
    <w:p>
      <w:pPr>
        <w:jc w:val="right"/>
      </w:pPr>
      <w:r>
        <w:t>لیکن اس یہتوپورےقرآنمیںپھیلاہواہے۔ بہت ساری، اہ، ایسی سورتیںہیںجسمیں یہ موسیٰعلیہالسلامکاقصہہے۔یعنیاسکامقصدیہہےکہاللہتعالیٰچاہتاہےکہ کوئیقرآنپڑھےشروع سےآخرتک ،تو یہ باربار،بار بار یہقصہسامنےآتارہے۔</w:t>
      </w:r>
    </w:p>
    <w:p>
      <w:r>
        <w:rPr>
          <w:b/>
        </w:rPr>
        <w:t xml:space="preserve">[52:36] </w:t>
      </w:r>
      <w:r>
        <w:t>bar bar, bar bar musa alehissalam ki jo teachings thin, woh hum samajh saken. to is lihaz se yeh bahut hi, ah, bahut hi,</w:t>
      </w:r>
    </w:p>
    <w:p>
      <w:pPr>
        <w:jc w:val="right"/>
      </w:pPr>
      <w:r>
        <w:t>باربار،بار بار موسیٰعلیہالسلامکیجو ٹیچنگزتھیں،وہہمسمجھسکیں۔ تواس لحاظسےیہبہتہی، اہ ،بہت ہی،</w:t>
      </w:r>
    </w:p>
    <w:p>
      <w:r>
        <w:rPr>
          <w:b/>
        </w:rPr>
        <w:t xml:space="preserve">[52:44] </w:t>
      </w:r>
      <w:r>
        <w:t>yaani meaningful aur bahut hi, ah, aisa qissa hai ke jisse hum sabq le saken.</w:t>
      </w:r>
    </w:p>
    <w:p>
      <w:pPr>
        <w:jc w:val="right"/>
      </w:pPr>
      <w:r>
        <w:t>یعنی میننگفل اور بہت ہی، اہ، ایسا قصہہےکہجسسےہمسبقلےسکتےہیں۔</w:t>
      </w:r>
    </w:p>
    <w:p>
      <w:r>
        <w:rPr>
          <w:b/>
        </w:rPr>
        <w:t xml:space="preserve">[52:52] </w:t>
      </w:r>
      <w:r>
        <w:t>aaj ka yeh last sawal hai aur yeh, ah, jiske zariye se hum is session ko khatam karenge ke jadoogar ne allah ta'ala se dua ki thi.</w:t>
      </w:r>
    </w:p>
    <w:p>
      <w:pPr>
        <w:jc w:val="right"/>
      </w:pPr>
      <w:r>
        <w:t>آجکا یہلاسٹ سوال ہے اور یہ، اہ، جسکےذریعےسےہم اس سیشنکوختمکریںگے کہ جادوگر نے اللہتعالیٰسےدعاکیاتھا۔</w:t>
      </w:r>
    </w:p>
    <w:p>
      <w:r>
        <w:rPr>
          <w:b/>
        </w:rPr>
        <w:t xml:space="preserve">[53:02] </w:t>
      </w:r>
      <w:r>
        <w:t>ji, woh dua kiya thi, isse kiya sabak milta hai?</w:t>
      </w:r>
    </w:p>
    <w:p>
      <w:pPr>
        <w:jc w:val="right"/>
      </w:pPr>
      <w:r>
        <w:t>جی، وہ دعاکیا تھی،اسسےکیا سبقملتاہے؟</w:t>
      </w:r>
    </w:p>
    <w:p>
      <w:r>
        <w:rPr>
          <w:b/>
        </w:rPr>
        <w:t xml:space="preserve">[53:08] </w:t>
      </w:r>
      <w:r>
        <w:t>ah, jab woh firoun ne dhamki di ke hum tumhare peh aur haath katwayenge aur khajoor ke darakht pe latkayenge, tumhein hang karenge</w:t>
      </w:r>
    </w:p>
    <w:p>
      <w:pPr>
        <w:jc w:val="right"/>
      </w:pPr>
      <w:r>
        <w:t>اہ، جب وہ فرعوننے دھمکیدیکہہم تمہارے پیراور ہاتھکٹوائیںگے اور کھجورکےدرخت پہ لٹکائیںگے،تمہیں ہینگکریں</w:t>
      </w:r>
    </w:p>
    <w:p>
      <w:r>
        <w:rPr>
          <w:b/>
        </w:rPr>
        <w:t xml:space="preserve">[53:24] </w:t>
      </w:r>
      <w:r>
        <w:t>ge, to phir bari gehri dua unhone ki. aur phir firoun ne kaha ke phir tum jaan loge ke kiska azab zyada, ah, ah, sakht hai aur zyada der tak rehne wala hai.</w:t>
      </w:r>
    </w:p>
    <w:p>
      <w:pPr>
        <w:jc w:val="right"/>
      </w:pPr>
      <w:r>
        <w:t>گے، توپھربڑی گہریدعاانہوںنےکی۔ اور پھرفرعوننےکہاکہپھرتم جانلوگے کہ کسکا عذابزیادہ ، اہ، اہ، سخت ہےاور زیادہ دیرتک رہنےوالاہے۔</w:t>
      </w:r>
    </w:p>
    <w:p>
      <w:r>
        <w:rPr>
          <w:b/>
        </w:rPr>
        <w:t xml:space="preserve">[53:40] </w:t>
      </w:r>
      <w:r>
        <w:t>to us waqt jadoogaron ne kaha ke qala inna lirabbi munqaliboon ke hum apne rabb ki taraf wapas ja rahe hain.</w:t>
      </w:r>
    </w:p>
    <w:p>
      <w:pPr>
        <w:jc w:val="right"/>
      </w:pPr>
      <w:r>
        <w:t>تواسوقت جادوگروںنے کہاکہ قال اناالیربنامنقلبون کہہم اپنےربکیطرف واپسجارہےہیں۔</w:t>
      </w:r>
    </w:p>
    <w:p>
      <w:r>
        <w:rPr>
          <w:b/>
        </w:rPr>
        <w:t xml:space="preserve">[53:59] </w:t>
      </w:r>
      <w:r>
        <w:t>aur bari gehri dua nikli rabbana afrigh alaina sabran wa tawaffana muslimeen aye hamare rabb, hamare upar sabr andel de aur hamein is haal mein, hamein maut de ke hum hum sab mission mein hon.</w:t>
      </w:r>
    </w:p>
    <w:p>
      <w:pPr>
        <w:jc w:val="right"/>
      </w:pPr>
      <w:r>
        <w:t>اور بڑیگہریدعانکلی رب نا افرغعلیناصبرا وت وفنامسلمین اےہمارےرب ،ہمارےاوپر صبر انڈ یلدے اور ہمیںاس حال میں ،ہمیںموت دے کہہم ہم سب میشنمیںہوں۔</w:t>
      </w:r>
    </w:p>
    <w:p>
      <w:r>
        <w:rPr>
          <w:b/>
        </w:rPr>
        <w:t xml:space="preserve">[54:20] </w:t>
      </w:r>
      <w:r>
        <w:t>tere aage hum ne apne aap ko submit kar rakha ho. rabbana afrigh alaina sabran wa tawaffana muslimeen</w:t>
      </w:r>
    </w:p>
    <w:p>
      <w:pPr>
        <w:jc w:val="right"/>
      </w:pPr>
      <w:r>
        <w:t>تیرےآگےہم نےاپنےآپکوسبمٹکررکھاہو ۔ ربنا افرغعلیناصبرا وت وفنامسلمین</w:t>
      </w:r>
    </w:p>
    <w:p>
      <w:r>
        <w:rPr>
          <w:b/>
        </w:rPr>
        <w:t xml:space="preserve">[54:29] </w:t>
      </w:r>
      <w:r>
        <w:t>bahut hi gehri dua hai ke aye allah, hamare upar sabr andel de aur is haalat mein hamein maut de ke hum tere farmanbardar hon, tere farmanbardar bande hon.</w:t>
      </w:r>
    </w:p>
    <w:p>
      <w:pPr>
        <w:jc w:val="right"/>
      </w:pPr>
      <w:r>
        <w:t>بہتہیگہریدعاہے کہ اےاللہ ،ہمارےاوپر صبر انڈ یلدے اور اس حالتمیںہمیںموتدےکہہم تیرے فرمانبرد ارہوں، تیرےفرمانبرداربندےہوں۔</w:t>
      </w:r>
    </w:p>
    <w:p>
      <w:r>
        <w:rPr>
          <w:b/>
        </w:rPr>
        <w:t xml:space="preserve">[54:41] </w:t>
      </w:r>
      <w:r>
        <w:t>maulana ne is ayat ke zail mein ek bahut achha note likha hai tazkir al quran mein jo main padhna chahunga.</w:t>
      </w:r>
    </w:p>
    <w:p>
      <w:pPr>
        <w:jc w:val="right"/>
      </w:pPr>
      <w:r>
        <w:t>مول انانے اس آیتکےذیلمیں ایکبہت اچھانوٹلکھاہے تذکرالقرآنمیں جومیںپڑھناچاہوںگا۔</w:t>
      </w:r>
    </w:p>
    <w:p>
      <w:r>
        <w:rPr>
          <w:b/>
        </w:rPr>
        <w:t xml:space="preserve">[54:53] </w:t>
      </w:r>
      <w:r>
        <w:t>is</w:t>
      </w:r>
    </w:p>
    <w:p>
      <w:pPr>
        <w:jc w:val="right"/>
      </w:pPr>
      <w:r>
        <w:t>اس</w:t>
      </w:r>
    </w:p>
    <w:p>
      <w:r>
        <w:rPr>
          <w:b/>
        </w:rPr>
        <w:t xml:space="preserve">[54:54] </w:t>
      </w:r>
      <w:r>
        <w:t>nazuk tareen mauqe par, yaani bahut hi critical mauqe par, jadoogaron ne jo kamil istiqamat, yaani strength ka saboot diya, woh sarasar khuda ki madad se thi.</w:t>
      </w:r>
    </w:p>
    <w:p>
      <w:pPr>
        <w:jc w:val="right"/>
      </w:pPr>
      <w:r>
        <w:t>نازکترینموقعپر ،یعنیبہتہی کریٹیکل موقعپر، جادوگروںنےجو کامل استقامت،یعنی سٹرینتھ کاثبوتدیا ،وہ سراسر خداکیمد دسےتھی۔</w:t>
      </w:r>
    </w:p>
    <w:p>
      <w:r>
        <w:rPr>
          <w:b/>
        </w:rPr>
        <w:t xml:space="preserve">[55:06] </w:t>
      </w:r>
      <w:r>
        <w:t>aur unki zuban se jo dua nikli, woh bhi tamam tar ilhami dua thi. yaani it was inspired prayer</w:t>
      </w:r>
    </w:p>
    <w:p>
      <w:pPr>
        <w:jc w:val="right"/>
      </w:pPr>
      <w:r>
        <w:t>اور انکیزبان سے جو دعانکلی ، وہبھی تمام تر الہامیدعاتھی۔ یعنی itwas inspiredpra yer</w:t>
      </w:r>
    </w:p>
    <w:p>
      <w:r>
        <w:rPr>
          <w:b/>
        </w:rPr>
        <w:t xml:space="preserve">[55:14] </w:t>
      </w:r>
      <w:r>
        <w:t>jab koi banda apne ko humta khuda ke hawale kar deta hai to us waqt woh khuda ke itna qareeb ho jata hai ke usko khuda ka khasi faizan pahunchne lagta hai.</w:t>
      </w:r>
    </w:p>
    <w:p>
      <w:pPr>
        <w:jc w:val="right"/>
      </w:pPr>
      <w:r>
        <w:t>جب کوئی بندہاپنے کو ہمتا خداکےحوالے کردیتاہے تو اس وقت وہ خدا کےاتناقریب ہوجاتا ہے کہ اسکو خداکا خصوصیفیضان پہنچنےلگتاہے۔</w:t>
      </w:r>
    </w:p>
    <w:p>
      <w:r>
        <w:rPr>
          <w:b/>
        </w:rPr>
        <w:t xml:space="preserve">[55:27] </w:t>
      </w:r>
      <w:r>
        <w:t>yaani he starts receiving special blessings from god to us waqt uski zuban se aise kalmat nikalte hain.</w:t>
      </w:r>
    </w:p>
    <w:p>
      <w:pPr>
        <w:jc w:val="right"/>
      </w:pPr>
      <w:r>
        <w:t>یعنی he start s rece iving special blessings from God تو اسوقت اسکیزبان سے ایسے کلمات نکلتےہیں۔</w:t>
      </w:r>
    </w:p>
    <w:p>
      <w:r>
        <w:rPr>
          <w:b/>
        </w:rPr>
        <w:t xml:space="preserve">[55:37] </w:t>
      </w:r>
      <w:r>
        <w:t>yaani yeh baat maulana ne kahi hai ke jab banda bahut hi khuda se qareeb ho jata hai to jo dua karta hai, woh woh ilqa allah ta'ala karta hai.</w:t>
      </w:r>
    </w:p>
    <w:p>
      <w:pPr>
        <w:jc w:val="right"/>
      </w:pPr>
      <w:r>
        <w:t>یعنی یہ بات مول انانےکہیہے کہجب بندہبہت ہی خداسے قریبہوجاتا ہے تو جو دعاکرتاہے،وہ وہ القاء اللہ تعالیٰ کرتاہے۔</w:t>
      </w:r>
    </w:p>
    <w:p>
      <w:r>
        <w:rPr>
          <w:b/>
        </w:rPr>
        <w:t xml:space="preserve">[55:51] </w:t>
      </w:r>
      <w:r>
        <w:t>alfaaz ilqa ka matlab hai ke dil mein dalta hai bande ke ke yeh alfaaz se dua karo. yaani bazahir ek insan dua kar raha hai lekin woh inspired prayer hai,</w:t>
      </w:r>
    </w:p>
    <w:p>
      <w:pPr>
        <w:jc w:val="right"/>
      </w:pPr>
      <w:r>
        <w:t>الفاظ القاءکامطلبہےکہ دل میں ڈالتاہے بندےکے کہیہ الفاظسےدعاکرو۔ یعنی بظاہر ایکانسان دعاکررہاہےلیکن وہ انسپائرڈپریئرہے،</w:t>
      </w:r>
    </w:p>
    <w:p>
      <w:r>
        <w:rPr>
          <w:b/>
        </w:rPr>
        <w:t xml:space="preserve">[56:01] </w:t>
      </w:r>
      <w:r>
        <w:t>allah ta'ala ki taraf se di hui prayer hai ke jab banda bahut hi qareeb hota hai, ah, khuda se to allah ta'ala ki taraf se inspirations aate hain, faizan jise kaha jata hai.</w:t>
      </w:r>
    </w:p>
    <w:p>
      <w:pPr>
        <w:jc w:val="right"/>
      </w:pPr>
      <w:r>
        <w:t>اللہ تعالیٰکی طرف سے دیہوئی پریئرہے کہجب بندہبہت ہی قریبہوتاہے، اہ،خداسے تو اللہ تعالیٰکیطرف سے انسپیریشنزآتےہیں، فیضاناتجسےکہاجاتاہے۔</w:t>
      </w:r>
    </w:p>
    <w:p>
      <w:r>
        <w:rPr>
          <w:b/>
        </w:rPr>
        <w:t xml:space="preserve">[56:11] </w:t>
      </w:r>
      <w:r>
        <w:t>phir woh allah ta'ala hi alfaaz deta hai, ah, ke in alfaaz se tum dua</w:t>
      </w:r>
    </w:p>
    <w:p>
      <w:pPr>
        <w:jc w:val="right"/>
      </w:pPr>
      <w:r>
        <w:t>پھر وہ اللہ تعالیٰہی الفاظ دیتاہے، اہ،کہ ان الفاظسےتم د</w:t>
      </w:r>
    </w:p>
    <w:p>
      <w:r>
        <w:rPr>
          <w:b/>
        </w:rPr>
        <w:t xml:space="preserve">[56:18] </w:t>
      </w:r>
      <w:r>
        <w:t>karo. To yeh qissa jo hai, aah, bohat hi, aah, yaani is ke andar, aah, bohat hi hamare liye hidayat hai, bohat hi namoona hai. Khaas</w:t>
      </w:r>
    </w:p>
    <w:p>
      <w:pPr>
        <w:jc w:val="right"/>
      </w:pPr>
      <w:r>
        <w:t>عاکرو۔تویہ قصہجوہے، اہ ،بہتہی، اہ،یعنی اسکےاندر، اہ ،بہت ہیہمارےلیے ہدایت ہے، بہت ہی نمونہہے۔خاص</w:t>
      </w:r>
    </w:p>
    <w:p>
      <w:r>
        <w:rPr>
          <w:b/>
        </w:rPr>
        <w:t xml:space="preserve">[56:27] </w:t>
      </w:r>
      <w:r>
        <w:t>taur se jaadugaron ne jis tareeqe se, aah, itne, aah, mushkil haalaat mein, aah, jis tarah ki dhamki di, Firon ne is ke bawajood jo istiqamat ka saboot diya,</w:t>
      </w:r>
    </w:p>
    <w:p>
      <w:pPr>
        <w:jc w:val="right"/>
      </w:pPr>
      <w:r>
        <w:t>طورسے جادوگروںنےجسطریقےسے، اہ، ات نے، اہ، مشکل حالات میں، اہ،جسطرح کیدھمکیدی ، فرعوننےاسکےباوجود جو استقامت کا ثبوتدیا ،</w:t>
      </w:r>
    </w:p>
    <w:p>
      <w:r>
        <w:rPr>
          <w:b/>
        </w:rPr>
        <w:t xml:space="preserve">[56:40] </w:t>
      </w:r>
      <w:r>
        <w:t>jo un ki courage thi, jo himmat thi, woh bohat hi qabil-e-zikr hai aur is mein hamare liye bohat hi bada namoona hai.</w:t>
      </w:r>
    </w:p>
    <w:p>
      <w:pPr>
        <w:jc w:val="right"/>
      </w:pPr>
      <w:r>
        <w:t>جو انکی کریج تھی، جو ہمت تھی،وہ بہت ہی قابل ذکر ہے اور اسمیںہمارےلیےبہتہیبڑا نمونہہے۔</w:t>
      </w:r>
    </w:p>
    <w:p>
      <w:r>
        <w:rPr>
          <w:b/>
        </w:rPr>
        <w:t xml:space="preserve">[56:49] </w:t>
      </w:r>
      <w:r>
        <w:t>ah, is dua par aaj hum apna yeh majlis ko khatam karte hain. inshallah next week milenge, ah, kisi doosre topic ke sath. inshallah.</w:t>
      </w:r>
    </w:p>
    <w:p>
      <w:pPr>
        <w:jc w:val="right"/>
      </w:pPr>
      <w:r>
        <w:t>اہ،اسیدعاپرآجہماپنیاسمجلس کوختمکرتے ہیں۔ انشاءاللہنیکسٹویکملیںگے، اہ،کسی دوسرے ٹاپککےساتھ ۔انشاءاللہ۔</w:t>
      </w:r>
    </w:p>
    <w:p>
      <w:r>
        <w:rPr>
          <w:b/>
        </w:rPr>
        <w:t xml:space="preserve">[56:58] </w:t>
      </w:r>
      <w:r>
        <w:t>assalam o alaikum wa rehmatullah wa alaikum assalam.</w:t>
      </w:r>
    </w:p>
    <w:p>
      <w:pPr>
        <w:jc w:val="right"/>
      </w:pPr>
      <w:r>
        <w:t>السلامعلیکمورحمۃاللہ وعلیکمالسلام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