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Quran The Book of Guidance July 21, 2013</w:t>
      </w:r>
    </w:p>
    <w:p>
      <w:r>
        <w:t>https://youtu.be/DGDHIAde7eU</w:t>
      </w:r>
    </w:p>
    <w:p>
      <w:r>
        <w:rPr>
          <w:b/>
        </w:rPr>
        <w:t xml:space="preserve">[00:26] </w:t>
      </w:r>
      <w:r>
        <w:t>, waisar li amri, wahal al-uqdata min lisani, yafqahu qawli.</w:t>
      </w:r>
    </w:p>
    <w:p>
      <w:pPr>
        <w:jc w:val="right"/>
      </w:pPr>
      <w:r>
        <w:t>، ویسر لی امری، واحل العقدۃ من لسانی، یفقہ قولی۔</w:t>
      </w:r>
    </w:p>
    <w:p>
      <w:r>
        <w:rPr>
          <w:b/>
        </w:rPr>
        <w:t xml:space="preserve">[00:39] </w:t>
      </w:r>
      <w:r>
        <w:t>aaj July 2013 ki 21 tareekh hai.</w:t>
      </w:r>
    </w:p>
    <w:p>
      <w:pPr>
        <w:jc w:val="right"/>
      </w:pPr>
      <w:r>
        <w:t>آج جولائی 2013 کی 21 تاریخ ہے۔</w:t>
      </w:r>
    </w:p>
    <w:p>
      <w:r>
        <w:rPr>
          <w:b/>
        </w:rPr>
        <w:t xml:space="preserve">[00:51] </w:t>
      </w:r>
      <w:r>
        <w:t>aaj ka topic hai: Quran, da book of guidance. Quran ek rehnuma kitaab.</w:t>
      </w:r>
    </w:p>
    <w:p>
      <w:pPr>
        <w:jc w:val="right"/>
      </w:pPr>
      <w:r>
        <w:t>آج کا ٹاپک ہے: قرآن، دا بک آف گائیڈنس۔ قرآن ایک رہنما کتاب۔</w:t>
      </w:r>
    </w:p>
    <w:p>
      <w:r>
        <w:rPr>
          <w:b/>
        </w:rPr>
        <w:t xml:space="preserve">[01:05] </w:t>
      </w:r>
      <w:r>
        <w:t>aaj ki baat ka main ko shuru karta hoon ek apne aaj ke tajrube se, aaj subah ke ek tajrube se.</w:t>
      </w:r>
    </w:p>
    <w:p>
      <w:pPr>
        <w:jc w:val="right"/>
      </w:pPr>
      <w:r>
        <w:t>آج کی بات کا میں کو شروع کرتا ہوں ایک اپنے آج کے تجربے سے، آج صبح کے ایک تجربے سے۔</w:t>
      </w:r>
    </w:p>
    <w:p>
      <w:r>
        <w:rPr>
          <w:b/>
        </w:rPr>
        <w:t xml:space="preserve">[01:18] </w:t>
      </w:r>
      <w:r>
        <w:t>daikhen, ek hadith hai jo sahih al-Bukhari mein aur doosri kitabon mein aayi hai.</w:t>
      </w:r>
    </w:p>
    <w:p>
      <w:pPr>
        <w:jc w:val="right"/>
      </w:pPr>
      <w:r>
        <w:t>دیکھیں، ایک حدیث ہے جو صحیح البخاری میں اور دوسری کتابوں میں آئی ہے۔</w:t>
      </w:r>
    </w:p>
    <w:p>
      <w:r>
        <w:rPr>
          <w:b/>
        </w:rPr>
        <w:t xml:space="preserve">[01:30] </w:t>
      </w:r>
      <w:r>
        <w:t>is ke alfaaz yeh hain:</w:t>
      </w:r>
    </w:p>
    <w:p>
      <w:pPr>
        <w:jc w:val="right"/>
      </w:pPr>
      <w:r>
        <w:t>اس کے الفاظ یہ ہیں:</w:t>
      </w:r>
    </w:p>
    <w:p>
      <w:r>
        <w:rPr>
          <w:b/>
        </w:rPr>
        <w:t xml:space="preserve">[01:35] </w:t>
      </w:r>
      <w:r>
        <w:t>"ta'ahhadu al-Qur'an, fawalladhi nafsi biyadhi, lahu ashadd tafsin min rabil fi 'aqliha" .</w:t>
      </w:r>
    </w:p>
    <w:p>
      <w:pPr>
        <w:jc w:val="right"/>
      </w:pPr>
      <w:r>
        <w:t>"تعهدوا القرآن، فوالذی نفسی بيده، لهو أشد تفصی من رب فی عقلها" ۔</w:t>
      </w:r>
    </w:p>
    <w:p>
      <w:r>
        <w:rPr>
          <w:b/>
        </w:rPr>
        <w:t xml:space="preserve">[01:50] </w:t>
      </w:r>
      <w:r>
        <w:t>is ka matlab yeh hai ke Quran ki bohat ziyada hifazat karo. Hifazat matlab is ki</w:t>
      </w:r>
    </w:p>
    <w:p>
      <w:pPr>
        <w:jc w:val="right"/>
      </w:pPr>
      <w:r>
        <w:t>اس کا مطلب یہ ہے کہ قرآن کی بہت زیادہ حفاظت کرو۔ حفاظت مطلب اس کی</w:t>
      </w:r>
    </w:p>
    <w:p>
      <w:r>
        <w:rPr>
          <w:b/>
        </w:rPr>
        <w:t xml:space="preserve">[02:01] </w:t>
      </w:r>
      <w:r>
        <w:t>yani taaq par rakho, al-ward band karo, yeh matlab nahin. Is ka jo text hai, is ka matan hai, is ke baray mein hai. Quran ki bohat ziyada hifazat karo, bohat ziyada is ka dhyan rakho.</w:t>
      </w:r>
    </w:p>
    <w:p>
      <w:pPr>
        <w:jc w:val="right"/>
      </w:pPr>
      <w:r>
        <w:t>یعنی طاق پر رکھو، الوارد بند کرو، یہ مطلب نہیں۔ اس کا جو ٹیکسٹ ہے، اس کا متن ہے، اس کے بارے میں ہے۔ قرآن کی بہت زیادہ حفاظت کرو، بہت زیادہ اس کا دھیان رکھو۔</w:t>
      </w:r>
    </w:p>
    <w:p>
      <w:r>
        <w:rPr>
          <w:b/>
        </w:rPr>
        <w:t xml:space="preserve">[02:15] </w:t>
      </w:r>
      <w:r>
        <w:t>kyun ke is zaat ki qasam jis ke qabze mein meri jaan hai,</w:t>
      </w:r>
    </w:p>
    <w:p>
      <w:pPr>
        <w:jc w:val="right"/>
      </w:pPr>
      <w:r>
        <w:t>کیونکہ اس ذات کی قسم جس کے قابضے میں میری جان ہے،</w:t>
      </w:r>
    </w:p>
    <w:p>
      <w:r>
        <w:rPr>
          <w:b/>
        </w:rPr>
        <w:t xml:space="preserve">[02:26] </w:t>
      </w:r>
      <w:r>
        <w:t>Quran is se bhi ziyada tezi se bhagta hai jis tarah oont is waqt bhagta hai jab ke woh apni rassi se chhoot gaya ho.</w:t>
      </w:r>
    </w:p>
    <w:p>
      <w:pPr>
        <w:jc w:val="right"/>
      </w:pPr>
      <w:r>
        <w:t>قرآن اس سے بھی زیادہ تیزی سے بھاگتا ہے جس طرح اونٹ اس وقت بھاگتا ہے جب کہ وہ اپنی رسی سے چھوٹ گیا ہو۔</w:t>
      </w:r>
    </w:p>
    <w:p>
      <w:r>
        <w:rPr>
          <w:b/>
        </w:rPr>
        <w:t xml:space="preserve">[02:44] </w:t>
      </w:r>
      <w:r>
        <w:t>yani you have to commit</w:t>
      </w:r>
    </w:p>
    <w:p>
      <w:pPr>
        <w:jc w:val="right"/>
      </w:pPr>
      <w:r>
        <w:t>یعنی you have to commit</w:t>
      </w:r>
    </w:p>
    <w:p>
      <w:r>
        <w:rPr>
          <w:b/>
        </w:rPr>
        <w:t xml:space="preserve">[02:49] </w:t>
      </w:r>
      <w:r>
        <w:t>to the Quran. You have to commit yourself to the Quran. You have to commit yourself to the Quran. Warna kya hoga?</w:t>
      </w:r>
    </w:p>
    <w:p>
      <w:pPr>
        <w:jc w:val="right"/>
      </w:pPr>
      <w:r>
        <w:t>to the Quran. You have to commit yourself to the Quran. You have to commit yourself to the Quran. ورنہ کیا ہوگا؟</w:t>
      </w:r>
    </w:p>
    <w:p>
      <w:r>
        <w:rPr>
          <w:b/>
        </w:rPr>
        <w:t xml:space="preserve">[02:59] </w:t>
      </w:r>
      <w:r>
        <w:t>Quran tumhare andar se nikal jayega.</w:t>
      </w:r>
    </w:p>
    <w:p>
      <w:pPr>
        <w:jc w:val="right"/>
      </w:pPr>
      <w:r>
        <w:t>قرآن تمہارے اندر سے نکل جائے گا۔</w:t>
      </w:r>
    </w:p>
    <w:p>
      <w:r>
        <w:rPr>
          <w:b/>
        </w:rPr>
        <w:t xml:space="preserve">[03:03] </w:t>
      </w:r>
      <w:r>
        <w:t>is hadith ko agar aap tasweer saron mein daikhen to aam taur par is ko yani jo jo hifz karte hain Quran, un se is ko joda gaya hai.</w:t>
      </w:r>
    </w:p>
    <w:p>
      <w:pPr>
        <w:jc w:val="right"/>
      </w:pPr>
      <w:r>
        <w:t>اس حدیث کو اگر آپ تصویر سروں میں دیکھیں تو عام طور پر اس کو یعنی جو جو حفظ کرتے ہیں قرآن، ان سے اس کو جوڑا گیا ہے۔</w:t>
      </w:r>
    </w:p>
    <w:p>
      <w:r>
        <w:rPr>
          <w:b/>
        </w:rPr>
        <w:t xml:space="preserve">[03:18] </w:t>
      </w:r>
      <w:r>
        <w:t>yani Quran jab ka hafiza karo to barabar parho, barabar is ko yaad rakho, barabar is ka dohrao. Nahin to woh tumhara tumhare dimagh se nikal jayega.</w:t>
      </w:r>
    </w:p>
    <w:p>
      <w:pPr>
        <w:jc w:val="right"/>
      </w:pPr>
      <w:r>
        <w:t>یعنی قرآن جب کا حافظہ کرو تو برابر پڑھو، برابر اس کو یاد رکھو، برابر اس کا دہراؤ۔ نہیں تو وہ تمہارا تمہارے دماغ سے نکل جائے گا۔</w:t>
      </w:r>
    </w:p>
    <w:p>
      <w:r>
        <w:rPr>
          <w:b/>
        </w:rPr>
        <w:t xml:space="preserve">[03:31] </w:t>
      </w:r>
      <w:r>
        <w:t>daikhen, yeh jo sharah hai, yeh bilkul hi baseless hai. Is ka is hadith se koi ta'alluq nahin hai.</w:t>
      </w:r>
    </w:p>
    <w:p>
      <w:pPr>
        <w:jc w:val="right"/>
      </w:pPr>
      <w:r>
        <w:t>دیکھیں، یہ جو شرح ہے، یہ بالکل ہی بیسلیس ہے۔ اس کا اس حدیث سے کوئی تعلق نہیں ہے۔</w:t>
      </w:r>
    </w:p>
    <w:p>
      <w:r>
        <w:rPr>
          <w:b/>
        </w:rPr>
        <w:t xml:space="preserve">[03:41] </w:t>
      </w:r>
      <w:r>
        <w:t>is hadith ka jo ta'alluq hai, woh Quran ke meaning se hai, na ke is ke alfaaz se.</w:t>
      </w:r>
    </w:p>
    <w:p>
      <w:pPr>
        <w:jc w:val="right"/>
      </w:pPr>
      <w:r>
        <w:t>اس حدیث کا جو تعلق ہے، وہ قرآن کے میننگ سے ہے، نہ کہ اس کے الفاظ سے۔</w:t>
      </w:r>
    </w:p>
    <w:p>
      <w:r>
        <w:rPr>
          <w:b/>
        </w:rPr>
        <w:t xml:space="preserve">[03:51] </w:t>
      </w:r>
      <w:r>
        <w:t>hafiz kya karta hai? Alfaaz ko yaad karta hai to is se is ka ta'alluq nahin. Woh ek alag masla hai.</w:t>
      </w:r>
    </w:p>
    <w:p>
      <w:pPr>
        <w:jc w:val="right"/>
      </w:pPr>
      <w:r>
        <w:t>حافظ کیا کرتا ہے؟ الفاظ کو یاد کرتا ہے تو اس سے اس کا تعلق نہیں۔ وہ ایک الگ مسئلہ ہے۔</w:t>
      </w:r>
    </w:p>
    <w:p>
      <w:r>
        <w:rPr>
          <w:b/>
        </w:rPr>
        <w:t xml:space="preserve">[03:59] </w:t>
      </w:r>
      <w:r>
        <w:t>yani Quran ki jo meaning hai, woh tumhare dimagh se nikal jayegi. Aur meaning bhi is matlab mein nahin ke ek baar jo parh liya, is ka tarjuma woh nahin.</w:t>
      </w:r>
    </w:p>
    <w:p>
      <w:pPr>
        <w:jc w:val="right"/>
      </w:pPr>
      <w:r>
        <w:t>یعنی قرآن کی جو میننگ ہے، وہ تمہارے دماغ سے نکل جائے گی۔ اور میننگ بھی اس مطلب میں نہیں کہ ایک بار جو پڑھ لیا، اس کا ترجمہ وہ نہیں۔</w:t>
      </w:r>
    </w:p>
    <w:p>
      <w:r>
        <w:rPr>
          <w:b/>
        </w:rPr>
        <w:t xml:space="preserve">[04:11] </w:t>
      </w:r>
      <w:r>
        <w:t>is ka jo bar bar jo is ke naye maani khulte hain, jo is ke is ki jo gehraiyon mein jo jo chhipi hui cheezen hain, woh zahir hoti hain tumhare dimagh par, woh sab nahin hongi</w:t>
      </w:r>
    </w:p>
    <w:p>
      <w:pPr>
        <w:jc w:val="right"/>
      </w:pPr>
      <w:r>
        <w:t>اس کا جو بار بار جو اس کے نئے معنی کھلتے ہیں، جو اس کے اس کی جو گہرائیوں میں جو جو چھپی ہوئی چیزیں ہیں، وہ ظاہر ہوتی ہیں تمہارے دماغ پر، وہ سب نہیں ہوں گ</w:t>
      </w:r>
    </w:p>
    <w:p>
      <w:r>
        <w:rPr>
          <w:b/>
        </w:rPr>
        <w:t xml:space="preserve">[04:28] </w:t>
      </w:r>
      <w:r>
        <w:t>ye agar tum is se bohat ziyada tumhara commitment nahi hoga.</w:t>
      </w:r>
    </w:p>
    <w:p>
      <w:pPr>
        <w:jc w:val="right"/>
      </w:pPr>
      <w:r>
        <w:t>ی اگر تم اس سے بہت زیادہ تمہارا کمٹمنٹ نہیں ہوگا۔</w:t>
      </w:r>
    </w:p>
    <w:p>
      <w:r>
        <w:rPr>
          <w:b/>
        </w:rPr>
        <w:t xml:space="preserve">[04:37] </w:t>
      </w:r>
      <w:r>
        <w:t>to is hadith ko aaj mein apne ek tajrube se samjhaunga. dekhen, is se pehle mein bata chuka hoon ke mere ghar ke samne ek ek darakht hai jis ko mein kehta hoon "spiritual tree".</w:t>
      </w:r>
    </w:p>
    <w:p>
      <w:pPr>
        <w:jc w:val="right"/>
      </w:pPr>
      <w:r>
        <w:t>تو اس حدیث کو آج میں اپنے ایک تجربے سے سمجھاؤں۔ دیکھیں، اس سے پہلے میں بتا چکا ہوں کہ میرے گھر کے سامنے ایک ایک درخت ہے جس کو میں کہتا ہوں "اسپیریچول ٹری"۔</w:t>
      </w:r>
    </w:p>
    <w:p>
      <w:r>
        <w:rPr>
          <w:b/>
        </w:rPr>
        <w:t xml:space="preserve">[04:53] </w:t>
      </w:r>
      <w:r>
        <w:t>pehle kai bar mein "from the spiritual tree" ke title se yahan par bolta tha. idhar ek budhat se, yani ghaliban ek saal se ya is se ziyada muddat se,</w:t>
      </w:r>
    </w:p>
    <w:p>
      <w:pPr>
        <w:jc w:val="right"/>
      </w:pPr>
      <w:r>
        <w:t>پہلے کئی بار میں "فرام دا اسپیریچول ٹری" کے ٹائٹل سے یہاں پر بولتا تھا۔ ادھر ایک بدھت سے، یعنی غالباً ایک سال سے یا اس سے زیادہ مدت سے،</w:t>
      </w:r>
    </w:p>
    <w:p>
      <w:r>
        <w:rPr>
          <w:b/>
        </w:rPr>
        <w:t xml:space="preserve">[05:14] </w:t>
      </w:r>
      <w:r>
        <w:t>mein is ke neeche baith baithta nahi tha. is se taalluq nahi baki raha tha me</w:t>
      </w:r>
    </w:p>
    <w:p>
      <w:pPr>
        <w:jc w:val="right"/>
      </w:pPr>
      <w:r>
        <w:t>میں اس کے نیچے بیٹھ بیٹھتا نہیں تھا۔ اس سے تعلق نہیں باقی رہا تھا می</w:t>
      </w:r>
    </w:p>
    <w:p>
      <w:r>
        <w:rPr>
          <w:b/>
        </w:rPr>
        <w:t xml:space="preserve">[05:21] </w:t>
      </w:r>
      <w:r>
        <w:t>ra. to mere dimagh se nikal gaya tha.</w:t>
      </w:r>
    </w:p>
    <w:p>
      <w:pPr>
        <w:jc w:val="right"/>
      </w:pPr>
      <w:r>
        <w:t>را۔ تو میرے دماغ سے نکل گیا تھا۔</w:t>
      </w:r>
    </w:p>
    <w:p>
      <w:r>
        <w:rPr>
          <w:b/>
        </w:rPr>
        <w:t xml:space="preserve">[05:26] </w:t>
      </w:r>
      <w:r>
        <w:t>aaj subah ko walk karte hue achaanak wahan pahuncha. is ke neeche to wahan baitha, wahan khara hua, is ke patton ko dekha.</w:t>
      </w:r>
    </w:p>
    <w:p>
      <w:pPr>
        <w:jc w:val="right"/>
      </w:pPr>
      <w:r>
        <w:t>آج صبح کو واک کرتے ہوئے اچانک وہاں پہنچا۔ اس کے نیچے تو وہاں بیٹھا، وہاں کھڑا ہوا، اس کے پتوں کو دیکھا۔</w:t>
      </w:r>
    </w:p>
    <w:p>
      <w:r>
        <w:rPr>
          <w:b/>
        </w:rPr>
        <w:t xml:space="preserve">[05:35] </w:t>
      </w:r>
      <w:r>
        <w:t>khoob hara bhara tha wo. to aaj goya maine spiritual tree ko rediscover kiya.</w:t>
      </w:r>
    </w:p>
    <w:p>
      <w:pPr>
        <w:jc w:val="right"/>
      </w:pPr>
      <w:r>
        <w:t>خوب ہرا بھرا تھا وہ۔ تو آج گویا میں نے اسپیریچول ٹری کو ری ڈسکور کیا۔</w:t>
      </w:r>
    </w:p>
    <w:p>
      <w:r>
        <w:rPr>
          <w:b/>
        </w:rPr>
        <w:t xml:space="preserve">[05:47] </w:t>
      </w:r>
      <w:r>
        <w:t>ek bhooli hui cheez ko maine recall kiya.</w:t>
      </w:r>
    </w:p>
    <w:p>
      <w:pPr>
        <w:jc w:val="right"/>
      </w:pPr>
      <w:r>
        <w:t>ایک بھولی ہوئی چیز کو میں نے ریکال کیا۔</w:t>
      </w:r>
    </w:p>
    <w:p>
      <w:r>
        <w:rPr>
          <w:b/>
        </w:rPr>
        <w:t xml:space="preserve">[05:53] </w:t>
      </w:r>
      <w:r>
        <w:t>is se maine samjha ke kya matlab hai is hadith ka. is hadith ka matlab hai: quran ki study barabar karo. quran ka mutala barabar karo.</w:t>
      </w:r>
    </w:p>
    <w:p>
      <w:pPr>
        <w:jc w:val="right"/>
      </w:pPr>
      <w:r>
        <w:t>اس سے میں نے سمجھا کہ کیا مطلب ہے اس حدیث کا۔ اس حدیث کا مطلب ہے: قرآن کی اسٹڈی برابر کرو۔ قرآن کا مطالعہ برابر کرو۔</w:t>
      </w:r>
    </w:p>
    <w:p>
      <w:r>
        <w:rPr>
          <w:b/>
        </w:rPr>
        <w:t xml:space="preserve">[06:07] </w:t>
      </w:r>
      <w:r>
        <w:t>tab is ke mani tumhare dimagh mein baki rahenge. aur sirf mani be-aitbar tarjuma nahi.</w:t>
      </w:r>
    </w:p>
    <w:p>
      <w:pPr>
        <w:jc w:val="right"/>
      </w:pPr>
      <w:r>
        <w:t>تب اس کے معنی تمہارے دماغ میں باقی رہیں گے۔ اور صرف معنی بے اعتبار ترجمہ نہیں۔</w:t>
      </w:r>
    </w:p>
    <w:p>
      <w:r>
        <w:rPr>
          <w:b/>
        </w:rPr>
        <w:t xml:space="preserve">[06:18] </w:t>
      </w:r>
      <w:r>
        <w:t>kyun ke quran ke bare mein aaya hai ke "la tanqadi ajaibuhu". is mein naye naye pehlu pehlu khulte rahenge barabar.</w:t>
      </w:r>
    </w:p>
    <w:p>
      <w:pPr>
        <w:jc w:val="right"/>
      </w:pPr>
      <w:r>
        <w:t>کیونکہ قرآن کے بارے میں آیا ہے کہ "لا تنقضی عجائبہ"۔ اس میں نئے نئے پہلو پہلو کھلتے رہیں گے برابر۔</w:t>
      </w:r>
    </w:p>
    <w:p>
      <w:r>
        <w:rPr>
          <w:b/>
        </w:rPr>
        <w:t xml:space="preserve">[06:25] </w:t>
      </w:r>
      <w:r>
        <w:t>wo sab hota rahega. warna kya hoga? quran jo hai, tumhari living memory se nikal jayega.</w:t>
      </w:r>
    </w:p>
    <w:p>
      <w:pPr>
        <w:jc w:val="right"/>
      </w:pPr>
      <w:r>
        <w:t>وہ سب ہوتا رہے گا۔ ورنہ کیا ہوگا؟ قرآن جو ہے، تمہاری لیونگ میموری سے نکل جائے گا۔</w:t>
      </w:r>
    </w:p>
    <w:p>
      <w:r>
        <w:rPr>
          <w:b/>
        </w:rPr>
        <w:t xml:space="preserve">[06:36] </w:t>
      </w:r>
      <w:r>
        <w:t>yani quran ke mani. ye matlab hai is hadith ka.</w:t>
      </w:r>
    </w:p>
    <w:p>
      <w:pPr>
        <w:jc w:val="right"/>
      </w:pPr>
      <w:r>
        <w:t>یعنی قرآن کے معنی۔ یہ مطلب ہے اس حدیث کا۔</w:t>
      </w:r>
    </w:p>
    <w:p>
      <w:r>
        <w:rPr>
          <w:b/>
        </w:rPr>
        <w:t xml:space="preserve">[06:49] </w:t>
      </w:r>
      <w:r>
        <w:t>to islam mein is ki ahmiyat itni ziyada hai ke poori ummat ke liye Allah taala ne aur rasool Allah salallaho alaihi wasallam ne ye muqarrar kar diya ke saal bhar wo quran se taahud jari rakhen un ka.</w:t>
      </w:r>
    </w:p>
    <w:p>
      <w:pPr>
        <w:jc w:val="right"/>
      </w:pPr>
      <w:r>
        <w:t>تو اسلام میں اس کی اہمیت اتنی زیادہ ہے کہ پوری امت کے لیے اللہ تعالی نے اور رسول اللہ صلی اللہ علیہ وسلم نے یہ مقرر کر دیا کہ سال بھر وہ قرآن سے تعہد جاری رکھیں ان کا۔</w:t>
      </w:r>
    </w:p>
    <w:p>
      <w:r>
        <w:rPr>
          <w:b/>
        </w:rPr>
        <w:t xml:space="preserve">[07:07] </w:t>
      </w:r>
      <w:r>
        <w:t>yani quran ko sochen, quran ke bare mein ghor karen, quran ko apne zehen mein taza karte rahen barabar.</w:t>
      </w:r>
    </w:p>
    <w:p>
      <w:pPr>
        <w:jc w:val="right"/>
      </w:pPr>
      <w:r>
        <w:t>یعنی قرآن کو سوچیں، قرآن کے بارے میں غور کریں، قرآن کو اپنے ذہن میں تازہ کرتے رہیں برابر۔</w:t>
      </w:r>
    </w:p>
    <w:p>
      <w:r>
        <w:rPr>
          <w:b/>
        </w:rPr>
        <w:t xml:space="preserve">[07:17] </w:t>
      </w:r>
      <w:r>
        <w:t>ki</w:t>
      </w:r>
    </w:p>
    <w:p>
      <w:pPr>
        <w:jc w:val="right"/>
      </w:pPr>
      <w:r>
        <w:t>کی</w:t>
      </w:r>
    </w:p>
    <w:p>
      <w:r>
        <w:rPr>
          <w:b/>
        </w:rPr>
        <w:t xml:space="preserve">[07:18] </w:t>
      </w:r>
      <w:r>
        <w:t>yunke quran jo hai, kya hai? wo book of guidance hai. ye dunya mein hum ate hain to hamein pata nahi ke hamein kya karna hai.</w:t>
      </w:r>
    </w:p>
    <w:p>
      <w:pPr>
        <w:jc w:val="right"/>
      </w:pPr>
      <w:r>
        <w:t>ونکہ قرآن جو ہے، کیا ہے؟ وہ بک آف گائیڈنس ہے۔ یہ دنیا میں ہم آتے ہیں تو ہمیں پتہ نہیں کہ ہمیں کیا کرنا ہے۔</w:t>
      </w:r>
    </w:p>
    <w:p>
      <w:r>
        <w:rPr>
          <w:b/>
        </w:rPr>
        <w:t xml:space="preserve">[07:28] </w:t>
      </w:r>
      <w:r>
        <w:t>hamare sath koi guide book ati nahi. to quran hi ek aisi mehfooz aur mustanad kitab hai. yahi zariya hum jaan sakte hain ke dunya mein hum kis tarah rahen ke hum</w:t>
      </w:r>
    </w:p>
    <w:p>
      <w:pPr>
        <w:jc w:val="right"/>
      </w:pPr>
      <w:r>
        <w:t>ہمارے ساتھ کوئی گائیڈ بک آتی نہیں۔ تو قرآن ہی ایک ایسی محفوظ اور مستند کتاب ہے۔ یہی ذریعہ ہم جان سکتے ہیں کہ دنیا میں ہم کس طرح رہیں کہ ہم</w:t>
      </w:r>
    </w:p>
    <w:p>
      <w:r>
        <w:rPr>
          <w:b/>
        </w:rPr>
        <w:t xml:space="preserve">[07:46] </w:t>
      </w:r>
      <w:r>
        <w:t>kamyabi tak pahunchen.</w:t>
      </w:r>
    </w:p>
    <w:p>
      <w:pPr>
        <w:jc w:val="right"/>
      </w:pPr>
      <w:r>
        <w:t>کامیابی تک پہنچیں۔</w:t>
      </w:r>
    </w:p>
    <w:p>
      <w:r>
        <w:rPr>
          <w:b/>
        </w:rPr>
        <w:t xml:space="preserve">[07:49] </w:t>
      </w:r>
      <w:r>
        <w:t>to kya is ke liye ye intazam kiya gaya hai ke musalsal poori zindagi mein aap quran se apna commitment jari rakhen?</w:t>
      </w:r>
    </w:p>
    <w:p>
      <w:pPr>
        <w:jc w:val="right"/>
      </w:pPr>
      <w:r>
        <w:t>تو کیا اس کے لیے یہ انتظام کیا گیا ہے کہ مسلسل پوری زندگی میں آپ قرآن سے اپنا کمٹمنٹ جاری رکھیں؟</w:t>
      </w:r>
    </w:p>
    <w:p>
      <w:r>
        <w:rPr>
          <w:b/>
        </w:rPr>
        <w:t xml:space="preserve">[08:01] </w:t>
      </w:r>
      <w:r>
        <w:t>wo is tarah ke dekhen, namaz mein quran padhaya jata hai.</w:t>
      </w:r>
    </w:p>
    <w:p>
      <w:pPr>
        <w:jc w:val="right"/>
      </w:pPr>
      <w:r>
        <w:t>وہ اس طرح کہ دیکھیں، نماز میں قرآن پڑھایا جاتا ہے۔</w:t>
      </w:r>
    </w:p>
    <w:p>
      <w:r>
        <w:rPr>
          <w:b/>
        </w:rPr>
        <w:t xml:space="preserve">[08:10] </w:t>
      </w:r>
      <w:r>
        <w:t>barabar har din aap jante hain,</w:t>
      </w:r>
    </w:p>
    <w:p>
      <w:pPr>
        <w:jc w:val="right"/>
      </w:pPr>
      <w:r>
        <w:t>برابر ہر دن آپ جانتے ہیں،</w:t>
      </w:r>
    </w:p>
    <w:p>
      <w:r>
        <w:rPr>
          <w:b/>
        </w:rPr>
        <w:t xml:space="preserve">[08:15] </w:t>
      </w:r>
      <w:r>
        <w:t>jume mein padhaya jata hai.</w:t>
      </w:r>
    </w:p>
    <w:p>
      <w:pPr>
        <w:jc w:val="right"/>
      </w:pPr>
      <w:r>
        <w:t>جمعہ میں پڑھایا جاتا ہے۔</w:t>
      </w:r>
    </w:p>
    <w:p>
      <w:r>
        <w:rPr>
          <w:b/>
        </w:rPr>
        <w:t xml:space="preserve">[08:19] </w:t>
      </w:r>
      <w:r>
        <w:t>is ke ilawa rozana quran ki tilawat ki jati hai. tilawat ke mani ye bhi yahi hain: tadabbur. tilawat ba-maani tadabbur.</w:t>
      </w:r>
    </w:p>
    <w:p>
      <w:pPr>
        <w:jc w:val="right"/>
      </w:pPr>
      <w:r>
        <w:t>اس کے علاوہ روزانہ قرآن کی تلاوت کی جاتی ہے۔ تلاوت کے معنی یہ بھی یہی ہیں: تدبر۔ تلاوت بمعنی تدبر۔</w:t>
      </w:r>
    </w:p>
    <w:p>
      <w:r>
        <w:rPr>
          <w:b/>
        </w:rPr>
        <w:t xml:space="preserve">[08:31] </w:t>
      </w:r>
      <w:r>
        <w:t>achha, is ke ilawa dekhen, jo surah al-muzammil jo hai ya al-muzammil qoom al-qaleela</w:t>
      </w:r>
    </w:p>
    <w:p>
      <w:pPr>
        <w:jc w:val="right"/>
      </w:pPr>
      <w:r>
        <w:t>اچھا، اس کے علاوہ دیکھیں، جو سورہ المزمل جو ہے یا المزمل قم الا قلیلا</w:t>
      </w:r>
    </w:p>
    <w:p>
      <w:r>
        <w:rPr>
          <w:b/>
        </w:rPr>
        <w:t xml:space="preserve">[08:42] </w:t>
      </w:r>
      <w:r>
        <w:t>to is surah ko aam taur par logon ne le liya hai bas tahajjud ki namaz parhne ke maani mein. Aur saari bahas is par hoti hai ke tahajjud 20 rak'at hai ke aath rak'at hai.</w:t>
      </w:r>
    </w:p>
    <w:p>
      <w:pPr>
        <w:jc w:val="right"/>
      </w:pPr>
      <w:r>
        <w:t>تو اس سورہ کو عام طور پر لوگوں نے لے لیا ہے بس تہجد کی نماز پڑھنے کے معنی میں۔ اور ساری بحث اس پر ہوتی ہے کہ تہجد 20 رکعت ہے کہ اٹھ رکعت ہے۔</w:t>
      </w:r>
    </w:p>
    <w:p>
      <w:r>
        <w:rPr>
          <w:b/>
        </w:rPr>
        <w:t xml:space="preserve">[08:55] </w:t>
      </w:r>
      <w:r>
        <w:t>Halankeh aap dekhen, surah al-Muzzammil mein lafz salat nahin, ruku sajda ka lafz nahin, 20 rak'at aur aath rak'at ki baaten nahin, kuch yeh sab kuch bhi nahin.</w:t>
      </w:r>
    </w:p>
    <w:p>
      <w:pPr>
        <w:jc w:val="right"/>
      </w:pPr>
      <w:r>
        <w:t>حالانکہ آپ دیکھیں، سورہ المزمل میں لفظ صلاۃ نہیں، رکوع سجدہ کا لفظ نہیں، 20 رکعت اور اٹھ رکعت کی باتیں نہیں، کچھ یہ سب کچھ بھی نہیں۔</w:t>
      </w:r>
    </w:p>
    <w:p>
      <w:r>
        <w:rPr>
          <w:b/>
        </w:rPr>
        <w:t xml:space="preserve">[09:07] </w:t>
      </w:r>
      <w:r>
        <w:t>Is mein kya hai? Rattil al-Qur'an tartila rattil al-Qur'an tartila hai. Yani Qur'an ko thehar thehar kar parho.</w:t>
      </w:r>
    </w:p>
    <w:p>
      <w:pPr>
        <w:jc w:val="right"/>
      </w:pPr>
      <w:r>
        <w:t>اس میں کیا ہے؟ رتل القرآن ترتیلا رتل القرآن ترتیلا ہے۔ یعنی قرآن کو ٹھہر ٹھہر کر پڑھو۔</w:t>
      </w:r>
    </w:p>
    <w:p>
      <w:r>
        <w:rPr>
          <w:b/>
        </w:rPr>
        <w:t xml:space="preserve">[09:20] </w:t>
      </w:r>
      <w:r>
        <w:t>کا مطلب ہے: Recite the Quran slowly and thoughtfully. Recite the Quran slowly and thoughtfully.</w:t>
      </w:r>
    </w:p>
    <w:p>
      <w:pPr>
        <w:jc w:val="right"/>
      </w:pPr>
      <w:r>
        <w:t>کا مطلب ہے: ریسائیڈ دا قرآن سلولی اینڈ تھاٹ فلی۔ ریسائیڈ دا قرآن سلولی اینڈ تھاٹ فلی۔</w:t>
      </w:r>
    </w:p>
    <w:p>
      <w:r>
        <w:rPr>
          <w:b/>
        </w:rPr>
        <w:t xml:space="preserve">[09:33] </w:t>
      </w:r>
      <w:r>
        <w:t>Kyun? Yeh tadabbur ka tareeqa hai.</w:t>
      </w:r>
    </w:p>
    <w:p>
      <w:pPr>
        <w:jc w:val="right"/>
      </w:pPr>
      <w:r>
        <w:t>کیوں؟ یہ تدبر کا طریقہ ہے۔</w:t>
      </w:r>
    </w:p>
    <w:p>
      <w:r>
        <w:rPr>
          <w:b/>
        </w:rPr>
        <w:t xml:space="preserve">[09:37] </w:t>
      </w:r>
      <w:r>
        <w:t>Jab Qur'an ko is tarah parhen ke is ke maani par aap ka dhyan laga hua ho, jis ko tadabbur kaha jata hai, tab yahi hoga ke aap dheere dheere parhenge, thehar thehar kar parhenge, soch soch kar parhenge.</w:t>
      </w:r>
    </w:p>
    <w:p>
      <w:pPr>
        <w:jc w:val="right"/>
      </w:pPr>
      <w:r>
        <w:t>جب قرآن کو اس طرح پڑھیں کہ اس کے معنی پر آپ کا دھیان لگا ہوا ہو، جس کو تدبر کہا جاتا ہے، تب یہی ہوگا کہ آپ دھیرے دھیرے پڑھیں گے، ٹھہر ٹھہر کر پڑھیں گے، سوچ سوچ کر پڑھیں گے۔</w:t>
      </w:r>
    </w:p>
    <w:p>
      <w:r>
        <w:rPr>
          <w:b/>
        </w:rPr>
        <w:t xml:space="preserve">[09:53] </w:t>
      </w:r>
      <w:r>
        <w:t>To tartil ka matlab yeh jo hai Qur'an mein ke rattil al-Qur'an tartila</w:t>
      </w:r>
    </w:p>
    <w:p>
      <w:pPr>
        <w:jc w:val="right"/>
      </w:pPr>
      <w:r>
        <w:t>تو ترتیل کا مطلب یہ جو ہے قرآن میں کہ رتل القرآن ترتیلا</w:t>
      </w:r>
    </w:p>
    <w:p>
      <w:r>
        <w:rPr>
          <w:b/>
        </w:rPr>
        <w:t xml:space="preserve">[09:59] </w:t>
      </w:r>
      <w:r>
        <w:t>yani subah raat ko, raat ke pichhle pehar, yani second half jo hota hai raat ka, us waqt utho.</w:t>
      </w:r>
    </w:p>
    <w:p>
      <w:pPr>
        <w:jc w:val="right"/>
      </w:pPr>
      <w:r>
        <w:t>یعنی صبح رات کو، رات کے پچھلے پہر، یعنی سیکنڈ ہاف جو ہوتا ہے رات کا، اس وقت اٹھو۔</w:t>
      </w:r>
    </w:p>
    <w:p>
      <w:r>
        <w:rPr>
          <w:b/>
        </w:rPr>
        <w:t xml:space="preserve">[10:10] </w:t>
      </w:r>
      <w:r>
        <w:t>اور کہا گیا کہ رتل القرآن ترتیلا قرآن کو پڑھو ٹھہر ٹھہر کر۔ اس کا مطلب یہ ہے کہ recite the Quran slowly and thoughtfully,</w:t>
      </w:r>
    </w:p>
    <w:p>
      <w:pPr>
        <w:jc w:val="right"/>
      </w:pPr>
      <w:r>
        <w:t>اور کہا گیا کہ رتل القرآن ترتیلا قرآن کو پڑھو ٹھہر ٹھہر کر۔ اس کا مطلب یہ ہے کہ ریسائیڈ دا قرآن سلولی اینڈ تھاٹ فلی،</w:t>
      </w:r>
    </w:p>
    <w:p>
      <w:r>
        <w:rPr>
          <w:b/>
        </w:rPr>
        <w:t xml:space="preserve">[10:24] </w:t>
      </w:r>
      <w:r>
        <w:t>Yani tadabbur ke sath.</w:t>
      </w:r>
    </w:p>
    <w:p>
      <w:pPr>
        <w:jc w:val="right"/>
      </w:pPr>
      <w:r>
        <w:t>یعنی تدبر کے ساتھ۔</w:t>
      </w:r>
    </w:p>
    <w:p>
      <w:r>
        <w:rPr>
          <w:b/>
        </w:rPr>
        <w:t xml:space="preserve">[10:27] </w:t>
      </w:r>
      <w:r>
        <w:t>Dekhen, is surah ko aap parhiye. Yahan se jaane ke baad dobara is surah mein koi bhi zikr nahin hai, na namaz ka, na ruku ka, na sajde ka.</w:t>
      </w:r>
    </w:p>
    <w:p>
      <w:pPr>
        <w:jc w:val="right"/>
      </w:pPr>
      <w:r>
        <w:t>دیکھیں، اس سورہ کو آپ پڑھیے۔ یہاں سے جانے کے بعد دوبارہ اس سورہ میں کوئی بھی ذکر نہیں ہے، نہ نماز کا، نہ رکوع کا، نہ سجدے کا۔</w:t>
      </w:r>
    </w:p>
    <w:p>
      <w:r>
        <w:rPr>
          <w:b/>
        </w:rPr>
        <w:t xml:space="preserve">[10:38] </w:t>
      </w:r>
      <w:r>
        <w:t>Ruku hai Qur'an ko parhne ka, aur teen baar hai. Is se maloom hua ke asal jo maqsad hai subah ko uthne ka, woh hai Qur'an ka tadabbur.</w:t>
      </w:r>
    </w:p>
    <w:p>
      <w:pPr>
        <w:jc w:val="right"/>
      </w:pPr>
      <w:r>
        <w:t>رکوع ہے قرآن کو پڑھنے کا، اور تین بار ہے۔ اس سے معلوم ہوا کہ اصل جو مقصد ہے صبح کو اٹھنے کا، وہ ہے قرآن کا تدبر۔</w:t>
      </w:r>
    </w:p>
    <w:p>
      <w:r>
        <w:rPr>
          <w:b/>
        </w:rPr>
        <w:t xml:space="preserve">[10:55] </w:t>
      </w:r>
      <w:r>
        <w:t>Dekhen, ek momin jab uthega raat ko, uth raat ke pichhle pehar, to zahir hai ke woh wuzu karega. Woh kuch rak'aten namaz ki padhega.</w:t>
      </w:r>
    </w:p>
    <w:p>
      <w:pPr>
        <w:jc w:val="right"/>
      </w:pPr>
      <w:r>
        <w:t>دیکھیں، ایک مومن جب اٹھے گا رات کو، اٹھ رات کے پچھلے پہر، تو ظاہر ہے کہ وہ وضو کرے گا۔ وہ کچھ رکعتیں نماز کی پڑھے گا۔</w:t>
      </w:r>
    </w:p>
    <w:p>
      <w:r>
        <w:rPr>
          <w:b/>
        </w:rPr>
        <w:t xml:space="preserve">[11:07] </w:t>
      </w:r>
      <w:r>
        <w:t>Aisa nahin ho sakta ke uthe aur aur yun hi lage kitab utha ke parh len. Jo momin ka tareeqa hai, woh yahi karega</w:t>
      </w:r>
    </w:p>
    <w:p>
      <w:pPr>
        <w:jc w:val="right"/>
      </w:pPr>
      <w:r>
        <w:t>ایسا نہیں ہو سکتا کہ اٹھے اور اور یوں ہی لگے کتاب اٹھا کے پڑھ لیں۔ جو مومن کا طریقہ ہے، وہ یہی کرے گا</w:t>
      </w:r>
    </w:p>
    <w:p>
      <w:r>
        <w:rPr>
          <w:b/>
        </w:rPr>
        <w:t xml:space="preserve">[11:17] </w:t>
      </w:r>
      <w:r>
        <w:t>ke uth kar woh wuzu karega. Ya agar woh aadi hai nahane ka to subah ko nahayega. Woh us waqt nahayega to wuzu karega, kuch rak'aten namaz ki padhega, aur phir Qur'an ki tilawat karega, baith kar ke der tak,</w:t>
      </w:r>
    </w:p>
    <w:p>
      <w:pPr>
        <w:jc w:val="right"/>
      </w:pPr>
      <w:r>
        <w:t>کہ اٹھ کر وہ وضو کرے گا۔ یا اگر وہ عادی ہے نہانے کا تو صبح کو نہائے گا۔ وہ اس وقت نہائے گا تو وضو کرے گا، کچھ رکعتیں نماز کی پڑھے گا، اور پھر قرآن کی تلاوت کرے گا، بیٹھ کر کے دیر تک،</w:t>
      </w:r>
    </w:p>
    <w:p>
      <w:r>
        <w:rPr>
          <w:b/>
        </w:rPr>
        <w:t xml:space="preserve">[11:36] </w:t>
      </w:r>
      <w:r>
        <w:t>bohat dair tak. tilawat yani tadabbur karega.</w:t>
      </w:r>
    </w:p>
    <w:p>
      <w:pPr>
        <w:jc w:val="right"/>
      </w:pPr>
      <w:r>
        <w:t>بہت دیر تک۔ تلاوت یعنی تدبر کرے گا۔</w:t>
      </w:r>
    </w:p>
    <w:p>
      <w:r>
        <w:rPr>
          <w:b/>
        </w:rPr>
        <w:t xml:space="preserve">[11:41] </w:t>
      </w:r>
      <w:r>
        <w:t>to jahan tak mein samajh paya hoon, Surah Muzammil mein jis shab bedari ka zikr hai, woh asal mein aath rak'at aur 20 rak'at namaz ke liye nahi hai.</w:t>
      </w:r>
    </w:p>
    <w:p>
      <w:pPr>
        <w:jc w:val="right"/>
      </w:pPr>
      <w:r>
        <w:t>تو جہاں تک میں سمجھ پایا ہوں، سورہ المزمل میں جس شب بیداری کا ذکر ہے، وہ اصلاً اٹھ رکعت اور 20 رکعت نماز کے لیے نہیں ہے۔</w:t>
      </w:r>
    </w:p>
    <w:p>
      <w:r>
        <w:rPr>
          <w:b/>
        </w:rPr>
        <w:t xml:space="preserve">[11:52] </w:t>
      </w:r>
      <w:r>
        <w:t>woh asal mein Quran ko tartil ke sath parhne ke liye hai. Yani dheere dheere parhna, theher kar parhna, soch kar parhna, is ke alfaaz mein dhyan dena, yeh hai.</w:t>
      </w:r>
    </w:p>
    <w:p>
      <w:pPr>
        <w:jc w:val="right"/>
      </w:pPr>
      <w:r>
        <w:t>وہ اصلاً قرآن کو ترتیل کے ساتھ پڑھنے کے لیے ہے۔ یعنی دھیرے دھیرے پڑھنا، ٹھہر کر پڑھنا، سوچ کر پڑھنا، اس کے الفاظ میں دھیان دینا، یہ ہے۔</w:t>
      </w:r>
    </w:p>
    <w:p>
      <w:r>
        <w:rPr>
          <w:b/>
        </w:rPr>
        <w:t xml:space="preserve">[12:07] </w:t>
      </w:r>
      <w:r>
        <w:t>yeh rozana ka mamool hai</w:t>
      </w:r>
    </w:p>
    <w:p>
      <w:pPr>
        <w:jc w:val="right"/>
      </w:pPr>
      <w:r>
        <w:t>یہ روزانہ کا معمول ہے</w:t>
      </w:r>
    </w:p>
    <w:p>
      <w:r>
        <w:rPr>
          <w:b/>
        </w:rPr>
        <w:t xml:space="preserve">[12:10] </w:t>
      </w:r>
      <w:r>
        <w:t>ke har din aap revive karein Quran mein. Har har din aap revive karein Quran ko apne mind mein. Nahi to woh nikal jayega aap ki zindagi se, aap ke mind se, aap ke hafze se.</w:t>
      </w:r>
    </w:p>
    <w:p>
      <w:pPr>
        <w:jc w:val="right"/>
      </w:pPr>
      <w:r>
        <w:t>کہ ہر دن آپ ریوائیو کریں قرآن میں۔ ہر ہر دن آپ ریوائیو کریں قرآن کو اپنے مائنڈ میں۔ نہیں تو وہ نکل جائے گا آپ کی زندگی سے، آپ کے مائنڈ سے، آپ کے حافظے سے۔</w:t>
      </w:r>
    </w:p>
    <w:p>
      <w:r>
        <w:rPr>
          <w:b/>
        </w:rPr>
        <w:t xml:space="preserve">[12:22] </w:t>
      </w:r>
      <w:r>
        <w:t>yeh matlab hai is ka.</w:t>
      </w:r>
    </w:p>
    <w:p>
      <w:pPr>
        <w:jc w:val="right"/>
      </w:pPr>
      <w:r>
        <w:t>یہ مطلب ہے اس کا۔</w:t>
      </w:r>
    </w:p>
    <w:p>
      <w:r>
        <w:rPr>
          <w:b/>
        </w:rPr>
        <w:t xml:space="preserve">[12:26] </w:t>
      </w:r>
      <w:r>
        <w:t>aur dekhein, Quran ka parhne ka matlab, Quran parhne ka matlab yeh nahi ke bas tarjuma parh liya aap ne. Jab aap ka zehn isi pe chalega to naye naye maani khulenge.</w:t>
      </w:r>
    </w:p>
    <w:p>
      <w:pPr>
        <w:jc w:val="right"/>
      </w:pPr>
      <w:r>
        <w:t>اور دیکھیں، قرآن کا پڑھنے کا مطلب، قرآن پڑھنے کا مطلب یہ نہیں کہ بس ترجمہ پڑھ لیا آپ نے۔ جب آپ کا ذہن اسی پہ چلے گا تو نئے نئے معنی کھلیں گے۔</w:t>
      </w:r>
    </w:p>
    <w:p>
      <w:r>
        <w:rPr>
          <w:b/>
        </w:rPr>
        <w:t xml:space="preserve">[12:40] </w:t>
      </w:r>
      <w:r>
        <w:t>aaj ka mein ek tajruba batata hoon aap ko. Aaj subah, aaj subah ek khatoon se mulaqat hui. Aaj subah ki baat hai.</w:t>
      </w:r>
    </w:p>
    <w:p>
      <w:pPr>
        <w:jc w:val="right"/>
      </w:pPr>
      <w:r>
        <w:t>آج کا میں ایک تجربہ بتاتا ہوں آپ کو۔ آج صبح، آج صبح ایک خاتون سے ملاقات ہوئی۔ آج صبح کی بات ہے۔</w:t>
      </w:r>
    </w:p>
    <w:p>
      <w:r>
        <w:rPr>
          <w:b/>
        </w:rPr>
        <w:t xml:space="preserve">[12:51] </w:t>
      </w:r>
      <w:r>
        <w:t>aaj to aap jante hain ke sari dunya mein ek ek bohat bara karname samjha jata hai western thought ka ke jis ko kehte hain gender equality.</w:t>
      </w:r>
    </w:p>
    <w:p>
      <w:pPr>
        <w:jc w:val="right"/>
      </w:pPr>
      <w:r>
        <w:t>آج تو آپ جانتے ہیں کہ ساری دنیا میں ایک ایک بہت بڑا کارنامہ سمجھا جاتا ہے ویسٹرن تھاٹ کا کہ جس کو کہتے ہیں جینڈر ایکولٹی۔</w:t>
      </w:r>
    </w:p>
    <w:p>
      <w:r>
        <w:rPr>
          <w:b/>
        </w:rPr>
        <w:t xml:space="preserve">[13:05] </w:t>
      </w:r>
      <w:r>
        <w:t>yani sanfi masawat</w:t>
      </w:r>
    </w:p>
    <w:p>
      <w:pPr>
        <w:jc w:val="right"/>
      </w:pPr>
      <w:r>
        <w:t>یعنی صنفی مساوات</w:t>
      </w:r>
    </w:p>
    <w:p>
      <w:r>
        <w:rPr>
          <w:b/>
        </w:rPr>
        <w:t xml:space="preserve">[13:09] </w:t>
      </w:r>
      <w:r>
        <w:t>bohat bara samjha jata hai ke bohat bara karnameh yeh hai. to maine kaha ke yeh karnameh nahi hai. gender equality koi sahi formula nahi hai.</w:t>
      </w:r>
    </w:p>
    <w:p>
      <w:pPr>
        <w:jc w:val="right"/>
      </w:pPr>
      <w:r>
        <w:t>۔ بہت بڑا سمجھا جاتا ہے کہ بہت بڑا کارنامہ یہ ہے۔ تو میں نے کہا کہ یہ کارنامہ نہیں ہے۔ جینڈر ایکولٹی کوئی صحیح فارمولا نہیں ہے۔</w:t>
      </w:r>
    </w:p>
    <w:p>
      <w:r>
        <w:rPr>
          <w:b/>
        </w:rPr>
        <w:t xml:space="preserve">[13:22] </w:t>
      </w:r>
      <w:r>
        <w:t>kyunke is dunya mein equality hai hi nahi creation mein. sari dunya ki jo takhleeq hai, woh difference par base karti hai.</w:t>
      </w:r>
    </w:p>
    <w:p>
      <w:pPr>
        <w:jc w:val="right"/>
      </w:pPr>
      <w:r>
        <w:t>کیونکہ اس دنیا میں ایکولٹی ہے ہی نہیں کریشن میں۔ ساری دنیا کی جو تخلیق ہے، وہ ڈفرنس پر بیس کرتی ہے۔</w:t>
      </w:r>
    </w:p>
    <w:p>
      <w:r>
        <w:rPr>
          <w:b/>
        </w:rPr>
        <w:t xml:space="preserve">[13:34] </w:t>
      </w:r>
      <w:r>
        <w:t>har cheez ek doosre se different hai.</w:t>
      </w:r>
    </w:p>
    <w:p>
      <w:pPr>
        <w:jc w:val="right"/>
      </w:pPr>
      <w:r>
        <w:t>ہر چیز ایک دوسرے سے ڈفرنٹ ہے۔</w:t>
      </w:r>
    </w:p>
    <w:p>
      <w:r>
        <w:rPr>
          <w:b/>
        </w:rPr>
        <w:t xml:space="preserve">[13:39] </w:t>
      </w:r>
      <w:r>
        <w:t>to maine maine kaha ke yeh cheez Quran mein, jo Quran ka formula hai, us waqt achaanak, yani aaj hi mujhe ek baat zehan mein aayi.</w:t>
      </w:r>
    </w:p>
    <w:p>
      <w:pPr>
        <w:jc w:val="right"/>
      </w:pPr>
      <w:r>
        <w:t>تو میں نے میں نے کہا کہ یہ چیز قرآن میں، جو قرآن کا فارمولا ہے، اس وقت اچانک، یعنی آج ہی مجھے ایک بات ذہن میں آئی۔</w:t>
      </w:r>
    </w:p>
    <w:p>
      <w:r>
        <w:rPr>
          <w:b/>
        </w:rPr>
        <w:t xml:space="preserve">[13:49] </w:t>
      </w:r>
      <w:r>
        <w:t>kyunke jab aap rozana Quran par sochein, rozana Quran ko padhein, rozana Quran par tadabbur karein to aap ka mind is tarah bana rahega ke bar bar aap ko naye naye thought aayenge.</w:t>
      </w:r>
    </w:p>
    <w:p>
      <w:pPr>
        <w:jc w:val="right"/>
      </w:pPr>
      <w:r>
        <w:t>کیونکہ جب آپ روزانہ قرآن پر سوچیں، روزانہ قرآن کو پڑھیں، روزانہ قرآن پر تدبر کریں تو آپ کا مائنڈ اس طرح بنا رہے گا کہ بار بار آپ کو نئے نئے تھاٹ آئیں گے۔</w:t>
      </w:r>
    </w:p>
    <w:p>
      <w:r>
        <w:rPr>
          <w:b/>
        </w:rPr>
        <w:t xml:space="preserve">[14:01] </w:t>
      </w:r>
      <w:r>
        <w:t>to maine kaha ke Quran mein jo jo formula diya gaya hai, woh formula yeh hai ke equal in status and different in creation.</w:t>
      </w:r>
    </w:p>
    <w:p>
      <w:pPr>
        <w:jc w:val="right"/>
      </w:pPr>
      <w:r>
        <w:t>تو میں نے کہا کہ قرآن میں جو جو فارمولا دیا گیا ہے، وہ فارمولا یہ ہے کہ ایکول ان سٹیٹس اینڈ ڈفرنٹ ان کریشن۔</w:t>
      </w:r>
    </w:p>
    <w:p>
      <w:r>
        <w:rPr>
          <w:b/>
        </w:rPr>
        <w:t xml:space="preserve">[14:21] </w:t>
      </w:r>
      <w:r>
        <w:t>aur yeh dono do aayaton se mere zehan mein aayi yeh baat.</w:t>
      </w:r>
    </w:p>
    <w:p>
      <w:pPr>
        <w:jc w:val="right"/>
      </w:pPr>
      <w:r>
        <w:t>اور یہ دونوں دو آیتوں سے میرے ذہن میں آئی یہ بات۔</w:t>
      </w:r>
    </w:p>
    <w:p>
      <w:r>
        <w:rPr>
          <w:b/>
        </w:rPr>
        <w:t xml:space="preserve">[14:26] </w:t>
      </w:r>
      <w:r>
        <w:t>do aayaton se. ek aisi ayat jis mein ke barabari ki baat hai, doosri ayat jis mein difference ki baat hai. to halanke tafseeron mein likha hua nahi hai is tareeqe se.</w:t>
      </w:r>
    </w:p>
    <w:p>
      <w:pPr>
        <w:jc w:val="right"/>
      </w:pPr>
      <w:r>
        <w:t>دو آیتوں سے۔ ایک ایسی آیت جس میں کہ برابری کی بات ہے، دوسری آیت جس میں ڈفرنس کی بات ہے۔ تو حالانکہ تفسیروں میں لکھا ہوا نہیں ہے اس طریقے سے۔</w:t>
      </w:r>
    </w:p>
    <w:p>
      <w:r>
        <w:rPr>
          <w:b/>
        </w:rPr>
        <w:t xml:space="preserve">[14:39] </w:t>
      </w:r>
      <w:r>
        <w:t>to maine kaha gender equality ke muqable mein zyada realistic formula, zyada fitri formula yeh hai jo Quran mein hai ke</w:t>
      </w:r>
    </w:p>
    <w:p>
      <w:pPr>
        <w:jc w:val="right"/>
      </w:pPr>
      <w:r>
        <w:t>تو میں نے کہا جینڈر ایکولٹی کے مقابلے میں زیادہ ریئلسٹک فارمولا، زیادہ فطری فارمولا یہ ہے جو قرآن میں ہے کہ</w:t>
      </w:r>
    </w:p>
    <w:p>
      <w:r>
        <w:rPr>
          <w:b/>
        </w:rPr>
        <w:t xml:space="preserve">[14:52] </w:t>
      </w:r>
      <w:r>
        <w:t>equal in status and different in creation.</w:t>
      </w:r>
    </w:p>
    <w:p>
      <w:pPr>
        <w:jc w:val="right"/>
      </w:pPr>
      <w:r>
        <w:t>ایکول ان سٹیٹس اینڈ ڈفرنٹ ان کریشن۔</w:t>
      </w:r>
    </w:p>
    <w:p>
      <w:r>
        <w:rPr>
          <w:b/>
        </w:rPr>
        <w:t xml:space="preserve">[15:00] </w:t>
      </w:r>
      <w:r>
        <w:t>to</w:t>
      </w:r>
    </w:p>
    <w:p>
      <w:pPr>
        <w:jc w:val="right"/>
      </w:pPr>
      <w:r>
        <w:t>تو</w:t>
      </w:r>
    </w:p>
    <w:p>
      <w:r>
        <w:rPr>
          <w:b/>
        </w:rPr>
        <w:t xml:space="preserve">[15:01] </w:t>
      </w:r>
      <w:r>
        <w:t>Quran ko jo kaha gaya hai ke ise tahed karo, aur yeh nizam bataya gaya ke rozana namazon padho, rozana raat ko padho.</w:t>
      </w:r>
    </w:p>
    <w:p>
      <w:pPr>
        <w:jc w:val="right"/>
      </w:pPr>
      <w:r>
        <w:t>قرآن کو جو کہا گیا ہے کہ اسے تعہد کرو، اور یہ نظام بتایا گیا کہ روزانہ نمازوں پڑھو، روزانہ رات کو پڑھو۔</w:t>
      </w:r>
    </w:p>
    <w:p>
      <w:r>
        <w:rPr>
          <w:b/>
        </w:rPr>
        <w:t xml:space="preserve">[15:14] </w:t>
      </w:r>
      <w:r>
        <w:t>iske ilawa dekhein, yeh Ramzan kis liye hai? jahan tak mein samajh paya hoon, Ramzan aslan bhook ke liye nahi hai.</w:t>
      </w:r>
    </w:p>
    <w:p>
      <w:pPr>
        <w:jc w:val="right"/>
      </w:pPr>
      <w:r>
        <w:t>اس کے علاوہ دیکھیں، یہ رمضان کس لیے ہے؟ جہاں تک میں سمجھ پایا ہوں، رمضان اصلاً بھوک کے لیے نہیں ہے۔</w:t>
      </w:r>
    </w:p>
    <w:p>
      <w:r>
        <w:rPr>
          <w:b/>
        </w:rPr>
        <w:t xml:space="preserve">[15:25] </w:t>
      </w:r>
      <w:r>
        <w:t>Quran ko discover karne ke liye hai.</w:t>
      </w:r>
    </w:p>
    <w:p>
      <w:pPr>
        <w:jc w:val="right"/>
      </w:pPr>
      <w:r>
        <w:t>قرآن کو ڈسکور کرنے کے لیے ہے۔</w:t>
      </w:r>
    </w:p>
    <w:p>
      <w:r>
        <w:rPr>
          <w:b/>
        </w:rPr>
        <w:t xml:space="preserve">[15:31] </w:t>
      </w:r>
      <w:r>
        <w:t>yani you have to discover Quran, and rediscover Quran, and rediscover Quran. iske liye hai Ramzan. Ramzan mein jo bhook, yani bhook pyas ki baat hai ke din ke auqat mein,</w:t>
      </w:r>
    </w:p>
    <w:p>
      <w:pPr>
        <w:jc w:val="right"/>
      </w:pPr>
      <w:r>
        <w:t>یعنی یو ہیو ٹو ڈسکور قرآن، اینڈ ری ڈسکور قرآن، اینڈ ری ڈسکور قرآن۔ اس کے لیے ہے رمضان۔ رمضان میں جو بھوک، یعنی بھوک پیاس کی بات ہے کہ دن کے اوقات میں،</w:t>
      </w:r>
    </w:p>
    <w:p>
      <w:r>
        <w:rPr>
          <w:b/>
        </w:rPr>
        <w:t xml:space="preserve">[15:47] </w:t>
      </w:r>
      <w:r>
        <w:t>woh pichle hafte maine arz kiya tha. iska matlab hai har qism ki distraction se bachana,</w:t>
      </w:r>
    </w:p>
    <w:p>
      <w:pPr>
        <w:jc w:val="right"/>
      </w:pPr>
      <w:r>
        <w:t>وہ پچھلے ہفتے میں نے عرض کیا تھا۔ اس کا مطلب ہے ہر قسم کی ڈسٹریکشن سے بچانا،</w:t>
      </w:r>
    </w:p>
    <w:p>
      <w:r>
        <w:rPr>
          <w:b/>
        </w:rPr>
        <w:t xml:space="preserve">[15:57] </w:t>
      </w:r>
      <w:r>
        <w:t>including</w:t>
      </w:r>
    </w:p>
    <w:p>
      <w:pPr>
        <w:jc w:val="right"/>
      </w:pPr>
      <w:r>
        <w:t>انکلوڈنگ</w:t>
      </w:r>
    </w:p>
    <w:p>
      <w:r>
        <w:rPr>
          <w:b/>
        </w:rPr>
        <w:t xml:space="preserve">[16:01] </w:t>
      </w:r>
      <w:r>
        <w:t>food for the temporary period. to yeh jo Ramzan mein khane aur pani se rukne ki baat hai, yeh alamati taur par hai.</w:t>
      </w:r>
    </w:p>
    <w:p>
      <w:pPr>
        <w:jc w:val="right"/>
      </w:pPr>
      <w:r>
        <w:t>فوڈ فار دا ٹیمپریری پیریڈ۔ تو یہ جو رمضان میں کھانے اور پانی سے رکنے کی بات ہے، یہ علامتی طور پر ہے۔</w:t>
      </w:r>
    </w:p>
    <w:p>
      <w:r>
        <w:rPr>
          <w:b/>
        </w:rPr>
        <w:t xml:space="preserve">[16:14] </w:t>
      </w:r>
      <w:r>
        <w:t>iska matlab hai ke momin ko chahiye ke saal mein ek mahina aisa guzare ke har qism ke distraction se bacha kar ke zyada se zyada waqt apna lagaye Quran ke tadabbur mein.</w:t>
      </w:r>
    </w:p>
    <w:p>
      <w:pPr>
        <w:jc w:val="right"/>
      </w:pPr>
      <w:r>
        <w:t>اس کا مطلب ہے کہ مومن کو چاہیے کہ سال میں ایک مہینہ ایسا گزارے کہ ہر قسم کے ڈسٹریکشن سے بچا کر کے زیادہ سے زیادہ وقت اپنا لگائے قرآن کے تدبر میں۔</w:t>
      </w:r>
    </w:p>
    <w:p>
      <w:r>
        <w:rPr>
          <w:b/>
        </w:rPr>
        <w:t xml:space="preserve">[16:30] </w:t>
      </w:r>
      <w:r>
        <w:t>is liye mein samajh paya hoon ke Ramzan ka jo Ramzan ki jo asal haqeeqat hai, woh hai itikaf.</w:t>
      </w:r>
    </w:p>
    <w:p>
      <w:pPr>
        <w:jc w:val="right"/>
      </w:pPr>
      <w:r>
        <w:t>اس لیے میں سمجھ پایا ہوں کہ رمضان کا جو رمضان کی جو اصل حقیقت ہے، وہ ہے اعتکاف۔</w:t>
      </w:r>
    </w:p>
    <w:p>
      <w:r>
        <w:rPr>
          <w:b/>
        </w:rPr>
        <w:t xml:space="preserve">[16:40] </w:t>
      </w:r>
      <w:r>
        <w:t>yeh das din ka itikaf to formal itikaf hai, aur baqi jo 20 din hain, woh informal itikaf hain. itikaf kis liye?</w:t>
      </w:r>
    </w:p>
    <w:p>
      <w:pPr>
        <w:jc w:val="right"/>
      </w:pPr>
      <w:r>
        <w:t>یہ دس دن کا اعتکاف تو فارمل اعتکاف ہے، اور بقیہ جو 20 دن ہیں، وہ ان فارمل اعتکاف ہیں۔ اعتکاف کس لیے؟</w:t>
      </w:r>
    </w:p>
    <w:p>
      <w:r>
        <w:rPr>
          <w:b/>
        </w:rPr>
        <w:t xml:space="preserve">[16:50] </w:t>
      </w:r>
      <w:r>
        <w:t>itikaf bhi bator be aitbar form nahi hai. wahi hai distraction se apne ko bacha kar aap</w:t>
      </w:r>
    </w:p>
    <w:p>
      <w:pPr>
        <w:jc w:val="right"/>
      </w:pPr>
      <w:r>
        <w:t>اعتکاف بھی بطور بے اعتبار فارم نہیں ہے۔ وہی ہے ڈسٹریکشن سے اپنے کو بچا کر آپ</w:t>
      </w:r>
    </w:p>
    <w:p>
      <w:r>
        <w:rPr>
          <w:b/>
        </w:rPr>
        <w:t xml:space="preserve">[17:01] </w:t>
      </w:r>
      <w:r>
        <w:t>devotion ke sath aap Quran ka</w:t>
      </w:r>
    </w:p>
    <w:p>
      <w:pPr>
        <w:jc w:val="right"/>
      </w:pPr>
      <w:r>
        <w:t>ڈیوشن کے ساتھ آپ قرآن کا</w:t>
      </w:r>
    </w:p>
    <w:p>
      <w:r>
        <w:rPr>
          <w:b/>
        </w:rPr>
        <w:t xml:space="preserve">[17:05] </w:t>
      </w:r>
      <w:r>
        <w:t>mutala karein, Quran ke mani mein ghark ho jayein, iske</w:t>
      </w:r>
    </w:p>
    <w:p>
      <w:pPr>
        <w:jc w:val="right"/>
      </w:pPr>
      <w:r>
        <w:t>مطالعہ کریں، قرآن کے معنی میں غرق ہو جائیں، اس کے</w:t>
      </w:r>
    </w:p>
    <w:p>
      <w:r>
        <w:rPr>
          <w:b/>
        </w:rPr>
        <w:t xml:space="preserve">[17:13] </w:t>
      </w:r>
      <w:r>
        <w:t>is se apna guidance daryaft karein. yeh matlab hai. to isi liye Quran mein hai ke shahr Ramzan allazi unzil fi al-Quran.</w:t>
      </w:r>
    </w:p>
    <w:p>
      <w:pPr>
        <w:jc w:val="right"/>
      </w:pPr>
      <w:r>
        <w:t>اس سے اپنا گائیڈنس دریافت کریں۔ یہ مطلب ہے۔ تو اسی لیے قرآن میں ہے کہ شر رمضان الذی انزل فی القرآن۔</w:t>
      </w:r>
    </w:p>
    <w:p>
      <w:r>
        <w:rPr>
          <w:b/>
        </w:rPr>
        <w:t xml:space="preserve">[17:26] </w:t>
      </w:r>
      <w:r>
        <w:t>yeh jis mahine mein quran utara gaya tha, is mahine mein kaha gaya ke roze rakho</w:t>
      </w:r>
    </w:p>
    <w:p>
      <w:pPr>
        <w:jc w:val="right"/>
      </w:pPr>
      <w:r>
        <w:t>یہ جس مہینے میں قرآن اتارا گیا تھا، اس مہینے میں کہا گیا کہ روزے رکھو</w:t>
      </w:r>
    </w:p>
    <w:p>
      <w:r>
        <w:rPr>
          <w:b/>
        </w:rPr>
        <w:t xml:space="preserve">[17:32] </w:t>
      </w:r>
      <w:r>
        <w:t>is se maloom hota hai ke quran aur ramzan mein bohat gehra taluq hai. woh taluq kya hai? yahi hai. yahi hai ke woh aadmi ekso ho kar apne ko distraction se bacha kar quran ka mutala kare.</w:t>
      </w:r>
    </w:p>
    <w:p>
      <w:pPr>
        <w:jc w:val="right"/>
      </w:pPr>
      <w:r>
        <w:t>۔ اس سے معلوم ہوتا ہے کہ قرآن اور رمضان میں بہت گہرا تعلق ہے۔ وہ تعلق کیا ہے؟ یہی ہے۔ یہی ہے کہ وہ آدمی ایکسو ہو کر اپنے کو ڈسٹریکشن سے بچا کر قرآن کا مطالعہ کرے۔</w:t>
      </w:r>
    </w:p>
    <w:p>
      <w:r>
        <w:rPr>
          <w:b/>
        </w:rPr>
        <w:t xml:space="preserve">[17:51] </w:t>
      </w:r>
      <w:r>
        <w:t>dekhen, mutala karne ka matlab kya hai?</w:t>
      </w:r>
    </w:p>
    <w:p>
      <w:pPr>
        <w:jc w:val="right"/>
      </w:pPr>
      <w:r>
        <w:t>دیکھیں، مطالعہ کرنے کا مطلب کیا ہے؟</w:t>
      </w:r>
    </w:p>
    <w:p>
      <w:r>
        <w:rPr>
          <w:b/>
        </w:rPr>
        <w:t xml:space="preserve">[17:55] </w:t>
      </w:r>
      <w:r>
        <w:t>mutala karne ka matlab yeh hai ke aadmi yeh duniya mein aata hai to pet se woh koi guide book nahi lata, kisi pahad par likha hua nahi hai ke what is the purpose of creation.</w:t>
      </w:r>
    </w:p>
    <w:p>
      <w:pPr>
        <w:jc w:val="right"/>
      </w:pPr>
      <w:r>
        <w:t>مطالعہ کرنے کا مطلب یہ ہے کہ آدمی یہ دنیا میں آتا ہے تو پیٹ سے وہ کوئی گائیڈ بک نہیں لاتا، کسی پہاڑ پر لکھا ہوا نہیں ہے کہ واٹ از دا پرپس آف کریشن۔</w:t>
      </w:r>
    </w:p>
    <w:p>
      <w:r>
        <w:rPr>
          <w:b/>
        </w:rPr>
        <w:t xml:space="preserve">[18:15] </w:t>
      </w:r>
      <w:r>
        <w:t>to aadmi aata hai ek aisi duniya mein jis ki mein, jis ke bare mein peshi taur par use kuch nahi maloom hai.</w:t>
      </w:r>
    </w:p>
    <w:p>
      <w:pPr>
        <w:jc w:val="right"/>
      </w:pPr>
      <w:r>
        <w:t>تو آدمی آتا ہے ایک ایسی دنیا میں جس کی میں، جس کے بارے میں پیشی طور پر اسے کچھ نہیں معلوم ہے۔</w:t>
      </w:r>
    </w:p>
    <w:p>
      <w:r>
        <w:rPr>
          <w:b/>
        </w:rPr>
        <w:t xml:space="preserve">[18:22] </w:t>
      </w:r>
      <w:r>
        <w:t>ab sawal yeh hai ke woh</w:t>
      </w:r>
    </w:p>
    <w:p>
      <w:pPr>
        <w:jc w:val="right"/>
      </w:pPr>
      <w:r>
        <w:t>اب سوال یہ ہے کہ وہ</w:t>
      </w:r>
    </w:p>
    <w:p>
      <w:r>
        <w:rPr>
          <w:b/>
        </w:rPr>
        <w:t xml:space="preserve">[18:26] </w:t>
      </w:r>
      <w:r>
        <w:t>kaise jaane ga?</w:t>
      </w:r>
    </w:p>
    <w:p>
      <w:pPr>
        <w:jc w:val="right"/>
      </w:pPr>
      <w:r>
        <w:t>کیسے جانے گا؟</w:t>
      </w:r>
    </w:p>
    <w:p>
      <w:r>
        <w:rPr>
          <w:b/>
        </w:rPr>
        <w:t xml:space="preserve">[18:30] </w:t>
      </w:r>
      <w:r>
        <w:t>woh in sawalat ka jawab, jo buniyadi sawalat hain, kaise un ka jawab maloom kare? woh yani who am i what is the purpose of creation?</w:t>
      </w:r>
    </w:p>
    <w:p>
      <w:pPr>
        <w:jc w:val="right"/>
      </w:pPr>
      <w:r>
        <w:t>وہ ان سوالات کا جواب، جو بنیادی سوالات ہیں، کیسے ان کا جواب معلوم کرے؟ وہ یعنی ہو ایم ائی واٹ از دا پرپس آف کریشن؟</w:t>
      </w:r>
    </w:p>
    <w:p>
      <w:r>
        <w:rPr>
          <w:b/>
        </w:rPr>
        <w:t xml:space="preserve">[18:42] </w:t>
      </w:r>
      <w:r>
        <w:t>what is the meaning of life? what is the meaning of death? what is pre death period? what is post death period?</w:t>
      </w:r>
    </w:p>
    <w:p>
      <w:pPr>
        <w:jc w:val="right"/>
      </w:pPr>
      <w:r>
        <w:t>واٹ از دا میننگ آف لائف؟ واٹ از دا میننگ آف ڈیتھ؟ واٹ از پری ڈیتھ پیریڈ؟ واٹ از پوسٹ ڈیتھ پیریڈ؟</w:t>
      </w:r>
    </w:p>
    <w:p>
      <w:r>
        <w:rPr>
          <w:b/>
        </w:rPr>
        <w:t xml:space="preserve">[18:53] </w:t>
      </w:r>
      <w:r>
        <w:t>what is the formula of success? yani yeh sari cheezein jo hain, hamein janna hai. to kahan maloom karein? is ko maloom karne ki ek hi source hai, woh hai quran.</w:t>
      </w:r>
    </w:p>
    <w:p>
      <w:pPr>
        <w:jc w:val="right"/>
      </w:pPr>
      <w:r>
        <w:t>واٹ از دا فارمولا آف سکسیس؟ یعنی یہ ساری چیزیں جو ہیں، ہمیں جاننا ہے۔ تو کہاں معلوم کریں؟ اس کو معلوم کرنے کی ایک ہی سورس ہے، وہ ہے قرآن۔</w:t>
      </w:r>
    </w:p>
    <w:p>
      <w:r>
        <w:rPr>
          <w:b/>
        </w:rPr>
        <w:t xml:space="preserve">[19:08] </w:t>
      </w:r>
      <w:r>
        <w:t>quran is sense mein ke peghambaron ke zariye jo kalam ilahi utra bar bar, to is ka preserved edition aur authentic edition sirf quran hai.</w:t>
      </w:r>
    </w:p>
    <w:p>
      <w:pPr>
        <w:jc w:val="right"/>
      </w:pPr>
      <w:r>
        <w:t>قرآن اس سینس میں کہ پیغمبروں کے ذریعے جو کلام الہی اترا بار بار، تو اس کا پریزروڈ ایڈیشن اور اتھنٹک ایڈیشن صرف قرآن ہے۔</w:t>
      </w:r>
    </w:p>
    <w:p>
      <w:r>
        <w:rPr>
          <w:b/>
        </w:rPr>
        <w:t xml:space="preserve">[19:21] </w:t>
      </w:r>
      <w:r>
        <w:t>hum yeh nahi kehte ke quran afzal kitab hai, quran koi different book hai. hum yeh nahi kehte. hum yeh mante hain ke sare peghambaron ne allah ki taraf se jo guidance di thi, jo mehfooz nahi rahi pichle zamane mein,</w:t>
      </w:r>
    </w:p>
    <w:p>
      <w:pPr>
        <w:jc w:val="right"/>
      </w:pPr>
      <w:r>
        <w:t>ہم یہ نہیں کہتے کہ قرآن افضل کتاب ہے، قرآن کوئی ڈفرنٹ بک ہے۔ ہم یہ نہیں کہتے۔ ہم یہ مانتے ہیں کہ سارے پیغمبروں نے اللہ کی طرف سے جو گائیڈنس دی تھی، جو محفوظ نہیں رہی پچھلے زمانے میں،</w:t>
      </w:r>
    </w:p>
    <w:p>
      <w:r>
        <w:rPr>
          <w:b/>
        </w:rPr>
        <w:t xml:space="preserve">[19:42] </w:t>
      </w:r>
      <w:r>
        <w:t>to aakhri zamane mein aanay wali jo kitab hai, quran, is ko allah taala ne khaas intezam kiya, is ke ihtimam kiya, is ko mehfooz kar diya.</w:t>
      </w:r>
    </w:p>
    <w:p>
      <w:pPr>
        <w:jc w:val="right"/>
      </w:pPr>
      <w:r>
        <w:t>تو آخری زمانے میں آنے والی جو کتاب ہے، قرآن، اس کو اللہ تعالی نے خاص انتظام کیا، اس کے اہتمام کیا، اس کو محفوظ کر دیا۔</w:t>
      </w:r>
    </w:p>
    <w:p>
      <w:r>
        <w:rPr>
          <w:b/>
        </w:rPr>
        <w:t xml:space="preserve">[19:50] </w:t>
      </w:r>
      <w:r>
        <w:t>yahan tak ke printing press ka daur aaya to woh aakhri had tak mehfooz ho gayi. is liye quran ki ahmiyat hai. ab jab quran ko aap parhte hain is nazar se to bohat ajeeb o ghareeb tor par ek nayi cheez discover hoti hai.</w:t>
      </w:r>
    </w:p>
    <w:p>
      <w:pPr>
        <w:jc w:val="right"/>
      </w:pPr>
      <w:r>
        <w:t>یہاں تک کہ پرنٹنگ پریس کا دور آیا تو وہ آخری حد تک محفوظ ہو گئی۔ اس لیے قرآن کی اہمیت ہے۔ اب جب قرآن کو آپ پڑھتے ہیں اس نظر سے تو بہت عجیب و غریب طور پر ایک نئی چیز ڈسکور ہوتی ہے۔</w:t>
      </w:r>
    </w:p>
    <w:p>
      <w:r>
        <w:rPr>
          <w:b/>
        </w:rPr>
        <w:t xml:space="preserve">[20:12] </w:t>
      </w:r>
      <w:r>
        <w:t>misalan dekhen, aap kisi road ke kinare khare ho jayen, jahan log daud rahe hain, aa rahe hain, ja rahe hain, aa rahe hain, ja rahe hain, subah se sham tak.</w:t>
      </w:r>
    </w:p>
    <w:p>
      <w:pPr>
        <w:jc w:val="right"/>
      </w:pPr>
      <w:r>
        <w:t>مثلاً دیکھیں، آپ کسی روڈ کے کنارے کھڑے ہو جائیں، جہاں لوگ دوڑ رہے ہیں، آ رہے ہیں، جا رہے ہیں، آ رہے ہیں، جا رہے ہیں، صبح سے شام تک۔</w:t>
      </w:r>
    </w:p>
    <w:p>
      <w:r>
        <w:rPr>
          <w:b/>
        </w:rPr>
        <w:t xml:space="preserve">[20:24] </w:t>
      </w:r>
      <w:r>
        <w:t>aap sochen ke kahan aa rahe hain, kahan ja rahe hain? sirf ek maqsad ke liye, aur woh hai jis ko kehte hain kamai, paisa kamana.</w:t>
      </w:r>
    </w:p>
    <w:p>
      <w:pPr>
        <w:jc w:val="right"/>
      </w:pPr>
      <w:r>
        <w:t>آپ سوچیں کہ کہاں آ رہے ہیں، کہاں جا رہے ہیں؟ صرف ایک مقصد کے لیے، اور وہ ہے جس کو کہتے ہیں کمائی، پیسہ کمانا۔</w:t>
      </w:r>
    </w:p>
    <w:p>
      <w:r>
        <w:rPr>
          <w:b/>
        </w:rPr>
        <w:t xml:space="preserve">[20:34] </w:t>
      </w:r>
      <w:r>
        <w:t>chahe koi job kar raha hai, chahe koi business kar raha hai, koi politics mein daud laga raha hai, sab ka aakhri maqsad kya hai?</w:t>
      </w:r>
    </w:p>
    <w:p>
      <w:pPr>
        <w:jc w:val="right"/>
      </w:pPr>
      <w:r>
        <w:t>چاہے کوئی جاب کر رہا ہے، چاہے کوئی بزنس کر رہا ہے، کوئی پولیٹکس میں دوڑ لگا رہا ہے، سب کا آخری مقصد کیا ہے؟</w:t>
      </w:r>
    </w:p>
    <w:p>
      <w:r>
        <w:rPr>
          <w:b/>
        </w:rPr>
        <w:t xml:space="preserve">[20:42] </w:t>
      </w:r>
      <w:r>
        <w:t>paisa kamana. paisa kis liye? taake meri zindagi zyada achi ho, mere paas acha ghar ho, mere paas achi sawari ho, mere bachon ka mustaqbil acha ho, achi taleem un ko ho.</w:t>
      </w:r>
    </w:p>
    <w:p>
      <w:pPr>
        <w:jc w:val="right"/>
      </w:pPr>
      <w:r>
        <w:t>پیسہ کمانا۔ پیسہ کس لیے؟ تاکہ میری زندگی زیادہ اچھی ہو، میرے پاس اچھا گھر ہو، میرے پاس اچھی سواری ہو، میرے بچوں کا مستقبل اچھا ہو، اچھی تعلیم ان کو ہو۔</w:t>
      </w:r>
    </w:p>
    <w:p>
      <w:r>
        <w:rPr>
          <w:b/>
        </w:rPr>
        <w:t xml:space="preserve">[20:55] </w:t>
      </w:r>
      <w:r>
        <w:t>yani sara jo maqsad hai,</w:t>
      </w:r>
    </w:p>
    <w:p>
      <w:pPr>
        <w:jc w:val="right"/>
      </w:pPr>
      <w:r>
        <w:t>یعنی سارا جو مقصد ہے،</w:t>
      </w:r>
    </w:p>
    <w:p>
      <w:r>
        <w:rPr>
          <w:b/>
        </w:rPr>
        <w:t xml:space="preserve">[20:57] </w:t>
      </w:r>
      <w:r>
        <w:t>woh yeh hai ke is duniya ka betterment. aur chunke is duniya ke betterment ki price dene ke liye mujhe paisa chahiye, is liye paisa center mein ho jata hai.</w:t>
      </w:r>
    </w:p>
    <w:p>
      <w:pPr>
        <w:jc w:val="right"/>
      </w:pPr>
      <w:r>
        <w:t>وہ یہ ہے کہ اس دنیا کا بیٹرمنٹ۔ اور چونکہ اس دنیا کے بیٹرمنٹ کی پرائس دینے کے لیے مجھے پیسہ چاہیے، اس لیے پیسہ سینٹر میں ہو جاتا ہے۔</w:t>
      </w:r>
    </w:p>
    <w:p>
      <w:r>
        <w:rPr>
          <w:b/>
        </w:rPr>
        <w:t xml:space="preserve">[21:11] </w:t>
      </w:r>
      <w:r>
        <w:t>is is zehan, is ab ab yeh ek tajurba aap ne kiya road ke kinare logon ko dekh kar ke. ab quran ko parhiye aap to quran mein aap dekhen ke aisa kahin bhi nahi hai.</w:t>
      </w:r>
    </w:p>
    <w:p>
      <w:pPr>
        <w:jc w:val="right"/>
      </w:pPr>
      <w:r>
        <w:t>اس اس ذہن، اس اب اب یہ ایک تجربہ آپ نے کیا روڈ کے کنارے لوگوں کو دیکھ کر کے۔ اب قرآن کو پڑھیے آپ تو قرآن میں آپ دیکھیں کہ ایسا کہیں بھی نہیں ہے۔</w:t>
      </w:r>
    </w:p>
    <w:p>
      <w:r>
        <w:rPr>
          <w:b/>
        </w:rPr>
        <w:t xml:space="preserve">[21:23] </w:t>
      </w:r>
      <w:r>
        <w:t>sara quran bohat hi zyada shiddat se bata raha hai akhirat ki ahmiyat ko, akhirat ki ahmiyat ko, jannat aur jahannum ka tazkira.</w:t>
      </w:r>
    </w:p>
    <w:p>
      <w:pPr>
        <w:jc w:val="right"/>
      </w:pPr>
      <w:r>
        <w:t>سارا قرآن بہت ہی زیادہ شدت سے بتا رہا ہے آخرت کی اہمیت کو، آخرت کی اہمیت کو، جنت اور جہنم کا تذکرہ۔</w:t>
      </w:r>
    </w:p>
    <w:p>
      <w:r>
        <w:rPr>
          <w:b/>
        </w:rPr>
        <w:t xml:space="preserve">[21:35] </w:t>
      </w:r>
      <w:r>
        <w:t>apne log tayyari karo agli duniya ke liye, maut se pehle ki duniya, maut se pehle ki zindagi, maut ke baad ki zindagi ki tayyari karo.</w:t>
      </w:r>
    </w:p>
    <w:p>
      <w:pPr>
        <w:jc w:val="right"/>
      </w:pPr>
      <w:r>
        <w:t>اپنے لوگ تیاری کرو اگلی دنیا کے لیے، موت سے پہلے کی دنیا، موت سے پہلے کی زندگی، موت کے بعد کی زندگی کی تیاری کرو۔</w:t>
      </w:r>
    </w:p>
    <w:p>
      <w:r>
        <w:rPr>
          <w:b/>
        </w:rPr>
        <w:t xml:space="preserve">[21:46] </w:t>
      </w:r>
      <w:r>
        <w:t>aur aise log jo ke jin ko aap ne dekha ke woh duniya ki taameer mein mashgool hain, un ke bare mein quran mein yeh ayat hai ke اولئک یحبون العذر ویدرون برا یوم ثقیل yani immediate ke liye log itna dhoom machaye hue hain, itni daud dhop laga rahe hain immediate ke liye.</w:t>
      </w:r>
    </w:p>
    <w:p>
      <w:pPr>
        <w:jc w:val="right"/>
      </w:pPr>
      <w:r>
        <w:t>اور ایسے لوگ جو کہ جن کو آپ نے دیکھا کہ وہ دنیا کی تعمیر میں مشغول ہیں، ان کے بارے میں قرآن میں یہ آیت ہے کہ اولئک یحبون العذر ویدرون برا یوم ثقیل یعنی امیڈیٹ کے لیے لوگ اتنا دھوم مچائے ہوئے ہیں، اتنی دوڑ دھوپ لگا رہے ہیں امیڈیٹ کے لیے۔</w:t>
      </w:r>
    </w:p>
    <w:p>
      <w:r>
        <w:rPr>
          <w:b/>
        </w:rPr>
        <w:t xml:space="preserve">[22:08] </w:t>
      </w:r>
      <w:r>
        <w:t>aur jo asal hai, jo eternity ka mamla hai, wahan ke liye bekhabar hain.</w:t>
      </w:r>
    </w:p>
    <w:p>
      <w:pPr>
        <w:jc w:val="right"/>
      </w:pPr>
      <w:r>
        <w:t>اور جو اصل ہے، جو ایٹرنیٹی کا معاملہ ہے، وہاں کے لیے بے خبر ہیں۔</w:t>
      </w:r>
    </w:p>
    <w:p>
      <w:r>
        <w:rPr>
          <w:b/>
        </w:rPr>
        <w:t xml:space="preserve">[22:16] </w:t>
      </w:r>
      <w:r>
        <w:t>kisi ajeeb baat! kitna mukhtalif milega aap ko sochne ke liye ke masla yeh nahi hai, masla to woh hai.</w:t>
      </w:r>
    </w:p>
    <w:p>
      <w:pPr>
        <w:jc w:val="right"/>
      </w:pPr>
      <w:r>
        <w:t>کیسی عجیب بات! کتنا مختلف ملے گا آپ کو سوچنے کے لیے کہ مسئلہ یہ نہیں ہے، مسئلہ تو وہ ہے۔</w:t>
      </w:r>
    </w:p>
    <w:p>
      <w:r>
        <w:rPr>
          <w:b/>
        </w:rPr>
        <w:t xml:space="preserve">[22:30] </w:t>
      </w:r>
      <w:r>
        <w:t>abhi mujhe haal mein aik cheez bohat ajeeb daryaft hui. mein chounke mein quran hi par har waqt sochta rehta hoon, mera mind har waqt quran, hadith, quran, hadith isi par sochta rehta hai.</w:t>
      </w:r>
    </w:p>
    <w:p>
      <w:pPr>
        <w:jc w:val="right"/>
      </w:pPr>
      <w:r>
        <w:t>ابھی مجھے حال میں ایک چیز بہت عجیب دریافت ہوئی۔ میں چونکہ میں قرآن ہی پر ہر وقت سوچتا رہتا ہوں، میرا مائنڈ ہر وقت قرآن، حدیث، قرآن، حدیث اسی پر سوچتا رہتا ہے۔</w:t>
      </w:r>
    </w:p>
    <w:p>
      <w:r>
        <w:rPr>
          <w:b/>
        </w:rPr>
        <w:t xml:space="preserve">[22:43] </w:t>
      </w:r>
      <w:r>
        <w:t>dekhein, quran mein aik surah hai wattina wazzaitooni watoorissineena wa ahdal baradil ameen laqad khalaqnal insana fi yahsinittaqweemi thumma radadnahu asfalasafileen illa allazeena aamanoo wa amilusssalihati falahum ajrun ghairum mamnoon</w:t>
      </w:r>
    </w:p>
    <w:p>
      <w:pPr>
        <w:jc w:val="right"/>
      </w:pPr>
      <w:r>
        <w:t>دیکھیں، قرآن میں ایک سورہ ہے وَتِّنَ وَالزَّيْتُونِ وَتُورِ السِّينِينَ وَعَهْدَ الْبَرَدِ الْأَمِينَ لَقَدْ خَلَقْتَ الْإِنْسَانَ فِي يَحْسِنِ التَّقْوِيمِ ثُمَّ رَدْنَاهُ عَسْلَى الْسَافِرِينَ اِلَّا الَّذِينَ آمَنُوا وَعَمْلُوا الصَّالَاةَ فَلَهُمْ أَجْرٌ غَيْرُ مَمْنُونِ</w:t>
      </w:r>
    </w:p>
    <w:p>
      <w:r>
        <w:rPr>
          <w:b/>
        </w:rPr>
        <w:t xml:space="preserve">[23:04] </w:t>
      </w:r>
      <w:r>
        <w:t>iska matlab hai ke insaan ko paida kiya behtareen mold ke sath, yaani hamari saakht, hamari banawat, hamara jo mold hai, woh tamam doosri cheezon se behtar hai.</w:t>
      </w:r>
    </w:p>
    <w:p>
      <w:pPr>
        <w:jc w:val="right"/>
      </w:pPr>
      <w:r>
        <w:t>اس کا مطلب ہے کہ انسان کو پیدا کیا بہترین مولڈ کے ساتھ، یعنی ہماری ساخت، ہماری بناوٹ، ہمارا جو مولڈ ہے، وہ تمام دوسری چیزوں سے بہتر ہے۔</w:t>
      </w:r>
    </w:p>
    <w:p>
      <w:r>
        <w:rPr>
          <w:b/>
        </w:rPr>
        <w:t xml:space="preserve">[23:19] </w:t>
      </w:r>
      <w:r>
        <w:t>iske baad farmaya ke lekin isko phenk diya hum ne asal safreen mein, bohat hi neeche ke darje mein.</w:t>
      </w:r>
    </w:p>
    <w:p>
      <w:pPr>
        <w:jc w:val="right"/>
      </w:pPr>
      <w:r>
        <w:t>اس کے بعد فرمایا کہ لیکن اس کو پھینک دیا ہم نے اصل سافرین میں، بہت ہی نیچے کے درجے میں۔</w:t>
      </w:r>
    </w:p>
    <w:p>
      <w:r>
        <w:rPr>
          <w:b/>
        </w:rPr>
        <w:t xml:space="preserve">[23:26] </w:t>
      </w:r>
      <w:r>
        <w:t>yaani we have created man in a best of mold then we cast him down in the lowest of the low yeh kya matlab iska hai?</w:t>
      </w:r>
    </w:p>
    <w:p>
      <w:pPr>
        <w:jc w:val="right"/>
      </w:pPr>
      <w:r>
        <w:t>یعنی we have created man in a best of bold then we cast him down in the lowest of the low یہ کیا مطلب اس کا ہے؟</w:t>
      </w:r>
    </w:p>
    <w:p>
      <w:r>
        <w:rPr>
          <w:b/>
        </w:rPr>
        <w:t xml:space="preserve">[23:39] </w:t>
      </w:r>
      <w:r>
        <w:t>tafseeron mein bilkul wazeh nahi hai ke kya matlab hai ke insaan ko behtareen banawat ke sath paida kiya aur daal diya isko bilkul neeche, is mein bure haal mein.</w:t>
      </w:r>
    </w:p>
    <w:p>
      <w:pPr>
        <w:jc w:val="right"/>
      </w:pPr>
      <w:r>
        <w:t>تفسیروں میں بالکل واضح نہیں ہے کہ کیا مطلب ہے کہ انسان کو بہترین بناوٹ کے ساتھ پیدا کیا اور ڈال دیا اس کو بالکل نیچے، اس میں برے حال میں۔</w:t>
      </w:r>
    </w:p>
    <w:p>
      <w:r>
        <w:rPr>
          <w:b/>
        </w:rPr>
        <w:t xml:space="preserve">[23:55] </w:t>
      </w:r>
      <w:r>
        <w:t>to abhi is par mein sochta rehta hoon, mera dimagh sochta rehta hai ke kya matlab iska? to kaise, jaise maine abhi arz kiya ke spiritual tree se mujhe aik aik baat samajh aayi jis se woh hadith ka masla hal hua.</w:t>
      </w:r>
    </w:p>
    <w:p>
      <w:pPr>
        <w:jc w:val="right"/>
      </w:pPr>
      <w:r>
        <w:t>تو ابھی اس پر میں سوچتا رہتا ہوں، میرا دماغ سوچتا رہتا ہے کہ کیا مطلب اس کا؟ تو کیسے، جیسے میں نے ابھی عرض کیا کہ اسپیریچول ٹری سے مجھے ایک ایک بات سمجھ آئی جس سے وہ حدیث کا مسئلہ حل ہوا۔</w:t>
      </w:r>
    </w:p>
    <w:p>
      <w:r>
        <w:rPr>
          <w:b/>
        </w:rPr>
        <w:t xml:space="preserve">[24:13] </w:t>
      </w:r>
      <w:r>
        <w:t>to mujhe aik manzar yaad aaya, aik manzar.</w:t>
      </w:r>
    </w:p>
    <w:p>
      <w:pPr>
        <w:jc w:val="right"/>
      </w:pPr>
      <w:r>
        <w:t>تو مجھے ایک منظر یاد آیا، ایک منظر۔</w:t>
      </w:r>
    </w:p>
    <w:p>
      <w:r>
        <w:rPr>
          <w:b/>
        </w:rPr>
        <w:t xml:space="preserve">[24:17] </w:t>
      </w:r>
      <w:r>
        <w:t>aik baar mein apne gaon mein tha to wahan par aik manzar mere aik aankhon ke samne bilkul jaise abhi bhi hai ke aik wahan par log machhli pakad pakadte thay to aik jaal ke zariye se.</w:t>
      </w:r>
    </w:p>
    <w:p>
      <w:pPr>
        <w:jc w:val="right"/>
      </w:pPr>
      <w:r>
        <w:t>ایک بار میں اپنے گاؤں میں تھا تو وہاں پر ایک منظر میرے ایک آنکھوں کے سامنے بالکل جیسے ابھی بھی ہے کہ ایک وہاں پر لوگ مچھلی پکڑ پکڑتے تھے تو ایک جال کے ذریعے سے۔</w:t>
      </w:r>
    </w:p>
    <w:p>
      <w:r>
        <w:rPr>
          <w:b/>
        </w:rPr>
        <w:t xml:space="preserve">[24:34] </w:t>
      </w:r>
      <w:r>
        <w:t>to aik aadmi ne machhli pakri jo bari machhli thi, woh usko daal diya usne pani ke bahar. ab woh tadap rahi thi, tadap rahi thi, tadap</w:t>
      </w:r>
    </w:p>
    <w:p>
      <w:pPr>
        <w:jc w:val="right"/>
      </w:pPr>
      <w:r>
        <w:t>تو ایک آدمی نے مچھلی پکڑی جو بڑی مچھلی تھی، وہ اس کو ڈال دیا اس نے پانی کے باہر۔ اب وہ تڑپ رہی تھی، تڑپ رہی تھی، تڑپ</w:t>
      </w:r>
    </w:p>
    <w:p>
      <w:r>
        <w:rPr>
          <w:b/>
        </w:rPr>
        <w:t xml:space="preserve">[24:45] </w:t>
      </w:r>
      <w:r>
        <w:t>rahi thi. yeh mere yeh manzar maine dekha ke woh machhli bahar aa kar bilkul tadap rahi hai. to kyun tadap rahi hai?</w:t>
      </w:r>
    </w:p>
    <w:p>
      <w:pPr>
        <w:jc w:val="right"/>
      </w:pPr>
      <w:r>
        <w:t>رہی تھی۔ یہ میرے یہ منظر میں نے دیکھا کہ وہ مچھلی باہر آ کر بالکل تڑپ رہی ہے۔ تو کیوں تڑپ رہی ہے؟</w:t>
      </w:r>
    </w:p>
    <w:p>
      <w:r>
        <w:rPr>
          <w:b/>
        </w:rPr>
        <w:t xml:space="preserve">[24:57] </w:t>
      </w:r>
      <w:r>
        <w:t>is liye ke iska jo habitat hai, iska natural habitat, is se bahar padi hui hai. woh aap jante hain ke machhli pani hi mein zinda rehti hai aur khushki mein zinda nahi reh sakti, woh kyunke woh oxygen leti hai pani se</w:t>
      </w:r>
    </w:p>
    <w:p>
      <w:pPr>
        <w:jc w:val="right"/>
      </w:pPr>
      <w:r>
        <w:t>اس لیے کہ اس کا جو ہیبیٹیٹ ہے، اس کا نیچرل ہیبیٹیٹ، اس سے باہر پڑی ہوئی ہے۔ وہ آپ جانتے ہیں کہ مچھلی پانی ہی میں زندہ رہتی ہے اور خشکی میں زندہ نہیں رہ سکتی، وہ کیونکہ وہ اکسیجن لیتی ہے پانی سے</w:t>
      </w:r>
    </w:p>
    <w:p>
      <w:r>
        <w:rPr>
          <w:b/>
        </w:rPr>
        <w:t xml:space="preserve">[25:13] </w:t>
      </w:r>
      <w:r>
        <w:t>hum aap oxygen lete hain hawa se to bahar jahan woh hai, wahan bhi hawa hai, wahan bhi oxygen hai. lekin machhli ne apni banawat ke lehaz se machhli hawa se oxygen nahi le sakti hai, woh pani se legi oxygen.</w:t>
      </w:r>
    </w:p>
    <w:p>
      <w:pPr>
        <w:jc w:val="right"/>
      </w:pPr>
      <w:r>
        <w:t>۔ ہم آپ اکسیجن لیتے ہیں ہوا سے تو باہر جہاں وہ ہے، وہاں بھی ہوا ہے، وہاں بھی اکسیجن ہے۔ لیکن مچھلی نے اپنی بناوٹ کے لحاظ سے مچھلی ہوا سے اکسیجن نہیں لے سکتی ہے، وہ پانی سے لے گی اکسیجن۔</w:t>
      </w:r>
    </w:p>
    <w:p>
      <w:r>
        <w:rPr>
          <w:b/>
        </w:rPr>
        <w:t xml:space="preserve">[25:27] </w:t>
      </w:r>
      <w:r>
        <w:t>to yeh yeh manzar maine dekha ke pani jo ke habitat hai machhli ka, is se bahar jab hai to tadap rahi hai, tadap rahi hai, tadap rahi hai.</w:t>
      </w:r>
    </w:p>
    <w:p>
      <w:pPr>
        <w:jc w:val="right"/>
      </w:pPr>
      <w:r>
        <w:t>تو یہ یہ منظر میں نے دیکھا کہ پانی جو کہ ہیبیٹیٹ ہے مچھلی کا، اس سے باہر جب ہے تو تڑپ رہی ہے، تڑپ رہی ہے، تڑپ رہی ہے۔</w:t>
      </w:r>
    </w:p>
    <w:p>
      <w:r>
        <w:rPr>
          <w:b/>
        </w:rPr>
        <w:t xml:space="preserve">[25:39] </w:t>
      </w:r>
      <w:r>
        <w:t>is se maine samjha is is is surah ka matlab kya hai.</w:t>
      </w:r>
    </w:p>
    <w:p>
      <w:pPr>
        <w:jc w:val="right"/>
      </w:pPr>
      <w:r>
        <w:t>اس سے میں نے سمجھا اس اس اس سورہ کا مطلب کیا ہے۔</w:t>
      </w:r>
    </w:p>
    <w:p>
      <w:r>
        <w:rPr>
          <w:b/>
        </w:rPr>
        <w:t xml:space="preserve">[25:45] </w:t>
      </w:r>
      <w:r>
        <w:t>insaan ka jo habitat hai, woh hai jannat. yeh duniya mein hum jo daal diye gaye hain, yeh hum jannat se bahar ki duniya hai.</w:t>
      </w:r>
    </w:p>
    <w:p>
      <w:pPr>
        <w:jc w:val="right"/>
      </w:pPr>
      <w:r>
        <w:t>ان انسان کا جو ہیبیٹیٹ ہے، وہ ہے جنت۔ یہ دنیا میں ہم جو ڈال دیے گئے ہیں، یہ ہم جنت سے باہر کی دنیا ہے۔</w:t>
      </w:r>
    </w:p>
    <w:p>
      <w:r>
        <w:rPr>
          <w:b/>
        </w:rPr>
        <w:t xml:space="preserve">[25:56] </w:t>
      </w:r>
      <w:r>
        <w:t>isi liye dekhein, aadmi kuch bhi kamaye, taraqqi kare, lekin andar se side rehta hai, woh koi khush nahi hota.</w:t>
      </w:r>
    </w:p>
    <w:p>
      <w:pPr>
        <w:jc w:val="right"/>
      </w:pPr>
      <w:r>
        <w:t>اسی لیے دیکھیں، آدمی کچھ بھی کمائے، ترقی کرے، لیکن اندر سے سائیڈ رہتا ہے، وہ کوئی خوش نہیں ہوتا۔</w:t>
      </w:r>
    </w:p>
    <w:p>
      <w:r>
        <w:rPr>
          <w:b/>
        </w:rPr>
        <w:t xml:space="preserve">[26:08] </w:t>
      </w:r>
      <w:r>
        <w:t>yeh aik haqeeqat hai ke duniya mein koi khush nahi,</w:t>
      </w:r>
    </w:p>
    <w:p>
      <w:pPr>
        <w:jc w:val="right"/>
      </w:pPr>
      <w:r>
        <w:t>یہ ایک حقیقت ہے کہ دنیا میں کوئی خوش نہیں،</w:t>
      </w:r>
    </w:p>
    <w:p>
      <w:r>
        <w:rPr>
          <w:b/>
        </w:rPr>
        <w:t xml:space="preserve">[26:13] </w:t>
      </w:r>
      <w:r>
        <w:t>chahye kitni bari taraqqi kar le, woh koi khush nahi. kyun? koi koi khush kyun nahi hai? ab isko apna habitat nahi mila, yeh duniya iska habitat nahi hai.</w:t>
      </w:r>
    </w:p>
    <w:p>
      <w:pPr>
        <w:jc w:val="right"/>
      </w:pPr>
      <w:r>
        <w:t>چاہے کتنی بڑی ترقی کر لے، وہ کوئی خوش نہیں۔ کیوں؟ کوئی کوئی خوش کیوں نہیں ہے؟ اب اس کو اپنا ہیبیٹیٹ نہیں ملا، یہ دنیا اس کا ہیبیٹیٹ نہیں ہے۔</w:t>
      </w:r>
    </w:p>
    <w:p>
      <w:r>
        <w:rPr>
          <w:b/>
        </w:rPr>
        <w:t xml:space="preserve">[26:29] </w:t>
      </w:r>
      <w:r>
        <w:t>to is surah ka matlab yeh hai ke Allah taala ne paida kiya insaan ko is tarah ke behtareen iski banawat hai, iski behtareen quality is ke andar hai, is ke andar sense of enjoy hai, is ke andar thinking ka power hai waghera waghera.</w:t>
      </w:r>
    </w:p>
    <w:p>
      <w:pPr>
        <w:jc w:val="right"/>
      </w:pPr>
      <w:r>
        <w:t>تو اس سورہ کا مطلب یہ ہے کہ اللہ تعالی نے پیدا کیا انسان کو اس طرح کہ بہترین اس کی بناوٹ ہے، اس کی بہترین کوالٹی اس کے اندر ہے، اس کے اندر سینس آف انجوائے ہے، اس کے اندر تھنکنگ کا پاور ہے وغیرہ وغیرہ۔</w:t>
      </w:r>
    </w:p>
    <w:p>
      <w:r>
        <w:rPr>
          <w:b/>
        </w:rPr>
        <w:t xml:space="preserve">[26:47] </w:t>
      </w:r>
      <w:r>
        <w:t>lekin in sab ke liye jo jo habitat chahiye, woh is duniya mein nahi hai.</w:t>
      </w:r>
    </w:p>
    <w:p>
      <w:pPr>
        <w:jc w:val="right"/>
      </w:pPr>
      <w:r>
        <w:t>لیکن ان سب کے لیے جو جو ہیبیٹیٹ چاہیے، وہ اس دنیا میں نہیں ہے۔</w:t>
      </w:r>
    </w:p>
    <w:p>
      <w:r>
        <w:rPr>
          <w:b/>
        </w:rPr>
        <w:t xml:space="preserve">[26:54] </w:t>
      </w:r>
      <w:r>
        <w:t>matlab yeh ke meri aankh mein jis scene ko dekhne ki,</w:t>
      </w:r>
    </w:p>
    <w:p>
      <w:pPr>
        <w:jc w:val="right"/>
      </w:pPr>
      <w:r>
        <w:t>مطلب یہ کہ میری آنکھ میں جس سین کو دیکھنے کی،</w:t>
      </w:r>
    </w:p>
    <w:p>
      <w:r>
        <w:rPr>
          <w:b/>
        </w:rPr>
        <w:t xml:space="preserve">[27:01] </w:t>
      </w:r>
      <w:r>
        <w:t>yaani meri aankh jo scene dekhna chahti hai, woh scene is duniya mein maujood nahi hai. mere kaan jo naghmay sunna chahte hain, woh naghmay is duniya mein maujood nahi hain.</w:t>
      </w:r>
    </w:p>
    <w:p>
      <w:pPr>
        <w:jc w:val="right"/>
      </w:pPr>
      <w:r>
        <w:t>یعنی میری آنکھ جو سین دیکھنا چاہتی ہے، وہ سین اس دنیا میں موجود نہیں ہے۔ میرے کان جو نغمے سننا چاہتے ہیں، وہ نغمے اس دنیا میں موجود نہیں ہیں۔</w:t>
      </w:r>
    </w:p>
    <w:p>
      <w:r>
        <w:rPr>
          <w:b/>
        </w:rPr>
        <w:t xml:space="preserve">[27:11] </w:t>
      </w:r>
      <w:r>
        <w:t>meri zuban jis cheez ko ka jo taste words hai, woh jo cheez khana chahta hai, woh is duniya mein nahi.</w:t>
      </w:r>
    </w:p>
    <w:p>
      <w:pPr>
        <w:jc w:val="right"/>
      </w:pPr>
      <w:r>
        <w:t>میری زبان جس چیز کو کا جو ٹیسٹ ورڈز ہے، وہ جو چیز کھانا چاہتا ہے، وہ اس دنیا میں نہیں۔</w:t>
      </w:r>
    </w:p>
    <w:p>
      <w:r>
        <w:rPr>
          <w:b/>
        </w:rPr>
        <w:t xml:space="preserve">[27:19] </w:t>
      </w:r>
      <w:r>
        <w:t>jo jo jis tarah ke logon ke beech mein mein zindagi guzarna chahta hoon, jahan mujhe khushi mile, woh is duniya mein, woh society nahi milti.</w:t>
      </w:r>
    </w:p>
    <w:p>
      <w:pPr>
        <w:jc w:val="right"/>
      </w:pPr>
      <w:r>
        <w:t>جو جو جس طرح کے لوگوں کے بیچ میں میں زندگی گزارنا چاہتا ہوں، جہاں مجھے خوشی ملے، وہ اس دنیا میں، وہ سوسائٹی نہیں ملتی۔</w:t>
      </w:r>
    </w:p>
    <w:p>
      <w:r>
        <w:rPr>
          <w:b/>
        </w:rPr>
        <w:t xml:space="preserve">[27:31] </w:t>
      </w:r>
      <w:r>
        <w:t>to is ka matlab yahi hai ke chahe tum isi liye doosri jo quran majeed mein hai ke ala bi zikrillah tatmain al quloob sirf allah ke zikr se dilon ko itminan hasil hota hai.</w:t>
      </w:r>
    </w:p>
    <w:p>
      <w:pPr>
        <w:jc w:val="right"/>
      </w:pPr>
      <w:r>
        <w:t>تو اس کا مطلب یہی ہے کہ چاہے تم اسی لیے دوسری جو قرآن مجید میں ہے کہ الا بذکر اللہ تطمئن القلوب صرف اللہ کے ذکر سے دلوں کو اطمینان حاصل ہوتا ہے۔</w:t>
      </w:r>
    </w:p>
    <w:p>
      <w:r>
        <w:rPr>
          <w:b/>
        </w:rPr>
        <w:t xml:space="preserve">[27:45] </w:t>
      </w:r>
      <w:r>
        <w:t>rasool allah ne farmaya ke la aish illa aish al akhirah zindagi to akhirat ki zindagi hai. is ka matlab kya hai?</w:t>
      </w:r>
    </w:p>
    <w:p>
      <w:pPr>
        <w:jc w:val="right"/>
      </w:pPr>
      <w:r>
        <w:t>رسول اللہ نے فرمایا کہ اللہ لا عیش الا عیش الاخرہ زندگی تو آخرت کی زندگی ہے۔ اس کا مطلب کیا ہے؟</w:t>
      </w:r>
    </w:p>
    <w:p>
      <w:r>
        <w:rPr>
          <w:b/>
        </w:rPr>
        <w:t xml:space="preserve">[27:55] </w:t>
      </w:r>
      <w:r>
        <w:t>insan ko paida kiya gaya hai jin salahiyaton ke sath, is ke aitbar se is ka habitat duniya mein hai hi nahi,</w:t>
      </w:r>
    </w:p>
    <w:p>
      <w:pPr>
        <w:jc w:val="right"/>
      </w:pPr>
      <w:r>
        <w:t>انسان کو پیدا کیا گیا ہے جن صلاحیتوں کے ساتھ، اس کے اعتبار سے اس کا ہیبیٹیٹ دنیا میں ہے ہی نہیں،</w:t>
      </w:r>
    </w:p>
    <w:p>
      <w:r>
        <w:rPr>
          <w:b/>
        </w:rPr>
        <w:t xml:space="preserve">[28:01] </w:t>
      </w:r>
      <w:r>
        <w:t>woh to akhirat mein hai, woh to jannat mein hai. to farmaya ke ala alladhina amanu wa amilus salihat falahum ajrun mamnun yani jo log is haqiqat ko discover karein, is ke mutabiq apni zindagi banayein,</w:t>
      </w:r>
    </w:p>
    <w:p>
      <w:pPr>
        <w:jc w:val="right"/>
      </w:pPr>
      <w:r>
        <w:t>وہ تو آخرت میں ہے، وہ تو جنت میں ہے۔ تو فرمایا کہ الا الذین آمنوا وعملوا الصالات فلهم أجر ممنون یعنی جو لوگ اس حقیقت کو ڈسکور کریں، اس کے مطابق اپنی زندگی بنائیں،</w:t>
      </w:r>
    </w:p>
    <w:p>
      <w:r>
        <w:rPr>
          <w:b/>
        </w:rPr>
        <w:t xml:space="preserve">[28:16] </w:t>
      </w:r>
      <w:r>
        <w:t>is ke mutabiq apne aap ko tayyar karein, is ke mutabiq apna personality development karein,</w:t>
      </w:r>
    </w:p>
    <w:p>
      <w:pPr>
        <w:jc w:val="right"/>
      </w:pPr>
      <w:r>
        <w:t>اس کے مطابق اپنے آپ کو تیار کریں، اس کے مطابق اپنا پرسنیلٹی ڈیویلپمنٹ کریں،</w:t>
      </w:r>
    </w:p>
    <w:p>
      <w:r>
        <w:rPr>
          <w:b/>
        </w:rPr>
        <w:t xml:space="preserve">[28:25] </w:t>
      </w:r>
      <w:r>
        <w:t>to woh apne ko ek deserving candidate banayein jannat ke liye. to woh akhirat ki duniya mein jannat mein dakhil kiya jayega, un ko to woh apna habitat mil jayega.</w:t>
      </w:r>
    </w:p>
    <w:p>
      <w:pPr>
        <w:jc w:val="right"/>
      </w:pPr>
      <w:r>
        <w:t>تو وہ اپنے کو ایک ڈیزرونگ کینڈیڈیٹ بنائیں جنت کے لیے۔ تو وہ آخرت کی دنیا میں جنت میں داخل کیا جائے گا، ان کو تو وہ اپنا ہیبیٹیٹ مل جائے گا۔</w:t>
      </w:r>
    </w:p>
    <w:p>
      <w:r>
        <w:rPr>
          <w:b/>
        </w:rPr>
        <w:t xml:space="preserve">[28:34] </w:t>
      </w:r>
      <w:r>
        <w:t>un ko wahan, un ko woh jo khushi chahte hain, woh khushi milegi. jo enjoy chahte hain, woh enjoy milega.</w:t>
      </w:r>
    </w:p>
    <w:p>
      <w:pPr>
        <w:jc w:val="right"/>
      </w:pPr>
      <w:r>
        <w:t>ان کو وہاں، ان کو وہ جو خوشی چاہتے ہیں، وہ خوشی ملے گی۔ جو انجوائے چاہتے ہیں، وہ انجوائے ملے گا۔</w:t>
      </w:r>
    </w:p>
    <w:p>
      <w:r>
        <w:rPr>
          <w:b/>
        </w:rPr>
        <w:t xml:space="preserve">[28:43] </w:t>
      </w:r>
      <w:r>
        <w:t>jo sohbat chahte hain, woh sohbat milegi. jo mahol chahte hain, woh mahol milega. kyunke bhai, un ka habitat to wahi hai, yeh to habitat tha hi nahi.</w:t>
      </w:r>
    </w:p>
    <w:p>
      <w:pPr>
        <w:jc w:val="right"/>
      </w:pPr>
      <w:r>
        <w:t>جو صحبت چاہتے ہیں، وہ صحبت ملے گی۔ جو ماحول چاہتے ہیں، وہ ماحول ملے گا۔ کیونکہ بھئی، ان کا ہیبیٹیٹ تو وہی ہے، یہ تو ہیبیٹیٹ تھا ہی نہیں۔</w:t>
      </w:r>
    </w:p>
    <w:p>
      <w:r>
        <w:rPr>
          <w:b/>
        </w:rPr>
        <w:t xml:space="preserve">[28:57] </w:t>
      </w:r>
      <w:r>
        <w:t>ab bataiye ke yeh baat jab aadmi discover karega to poori zindagi mein ek revolution aa jayega ke mujhe kya karna chahiye aur kya kar raha hoon mein.</w:t>
      </w:r>
    </w:p>
    <w:p>
      <w:pPr>
        <w:jc w:val="right"/>
      </w:pPr>
      <w:r>
        <w:t>اب بتائیے کہ یہ بات جب آدمی ڈسکور کرے گا تو پوری زندگی میں ایک ریولیوشن آ جائے گا کہ مجھے کیا کرنا چاہیے اور کیا کر رہا ہوں میں۔</w:t>
      </w:r>
    </w:p>
    <w:p>
      <w:r>
        <w:rPr>
          <w:b/>
        </w:rPr>
        <w:t xml:space="preserve">[29:11] </w:t>
      </w:r>
      <w:r>
        <w:t>yani apne habitat ke liye to mein safar hi nahi kar raha hoon, habitat idhar hai aur mein idhar daud raha hoon.</w:t>
      </w:r>
    </w:p>
    <w:p>
      <w:pPr>
        <w:jc w:val="right"/>
      </w:pPr>
      <w:r>
        <w:t>یعنی اپنے ہیبیٹیٹ کے لیے تو میں سفر ہی نہیں کر رہا ہوں، ہیبیٹیٹ ادھر ہے اور میں ادھر دوڑ رہا ہوں۔</w:t>
      </w:r>
    </w:p>
    <w:p>
      <w:r>
        <w:rPr>
          <w:b/>
        </w:rPr>
        <w:t xml:space="preserve">[29:20] </w:t>
      </w:r>
      <w:r>
        <w:t>to yeh maqsad hai quran ke ke mat</w:t>
      </w:r>
    </w:p>
    <w:p>
      <w:pPr>
        <w:jc w:val="right"/>
      </w:pPr>
      <w:r>
        <w:t>تو یہ مقصد ہے قرآن کے کے مط</w:t>
      </w:r>
    </w:p>
    <w:p>
      <w:r>
        <w:rPr>
          <w:b/>
        </w:rPr>
        <w:t xml:space="preserve">[29:24] </w:t>
      </w:r>
      <w:r>
        <w:t>aleh ka. quran ka mutala kar ke is ke andar se apne liye sabaq nikalna, apne liye laal nishat daryaft karna, apne mamlat ka hal maloom karna, yeh yeh maqsad hai is ka.</w:t>
      </w:r>
    </w:p>
    <w:p>
      <w:pPr>
        <w:jc w:val="right"/>
      </w:pPr>
      <w:r>
        <w:t>العے کا۔ قرآن کا مطالعہ کر کے اس کے اندر سے اپنے لیے سبق نکالنا، اپنے لیے لعل نبشت دریافت کرنا، اپنے معاملات کا حل معلوم کرنا، یہ یہ مقصد ہے اس کا۔</w:t>
      </w:r>
    </w:p>
    <w:p>
      <w:r>
        <w:rPr>
          <w:b/>
        </w:rPr>
        <w:t xml:space="preserve">[29:40] </w:t>
      </w:r>
      <w:r>
        <w:t>jaise misaal ke taur par dekhiye, aap</w:t>
      </w:r>
    </w:p>
    <w:p>
      <w:pPr>
        <w:jc w:val="right"/>
      </w:pPr>
      <w:r>
        <w:t>جیسے مثال کے طور پر دیکھیے، آپ</w:t>
      </w:r>
    </w:p>
    <w:p>
      <w:r>
        <w:rPr>
          <w:b/>
        </w:rPr>
        <w:t xml:space="preserve">[29:45] </w:t>
      </w:r>
      <w:r>
        <w:t>sari duniya ke musalman jo hain, ek hi nafsiyat mein mashgool hain, woh hai shikayat, complaint, grievances.</w:t>
      </w:r>
    </w:p>
    <w:p>
      <w:pPr>
        <w:jc w:val="right"/>
      </w:pPr>
      <w:r>
        <w:t>ساری دنیا کے مسلمان جو ہیں، ایک ہی نفسیات میں مشغول ہیں، وہ ہے شکایت، کمپلینٹ، گریونسز۔</w:t>
      </w:r>
    </w:p>
    <w:p>
      <w:r>
        <w:rPr>
          <w:b/>
        </w:rPr>
        <w:t xml:space="preserve">[29:55] </w:t>
      </w:r>
      <w:r>
        <w:t>isi mein mashgool hain. har aadmi ko, har har mulk ke mein jo musalman jahan bhi hain, un ko kisi na kisi shikayat hai, political shikayat hai aur tarah tarah ki shikayatein hain.</w:t>
      </w:r>
    </w:p>
    <w:p>
      <w:pPr>
        <w:jc w:val="right"/>
      </w:pPr>
      <w:r>
        <w:t>اسی میں مشغول ہیں۔ ہر آدمی کو، ہر ہر ملک کے میں جو مسلمان جہاں بھی ہیں، ان کو کسی نہ کسی شکایت ہے، پولیٹیکل شکایت ہے اور طرح طرح کی شکایتیں ہیں۔</w:t>
      </w:r>
    </w:p>
    <w:p>
      <w:r>
        <w:rPr>
          <w:b/>
        </w:rPr>
        <w:t xml:space="preserve">[30:09] </w:t>
      </w:r>
      <w:r>
        <w:t>musalmanon ke akhbar padhiye, musalmanon ke magazine padhiye, musalmanon ke jalson mein jaiye to har jagah shikayat wali baatein ho rahi hain. har jagah complaint, protest, har jagah.</w:t>
      </w:r>
    </w:p>
    <w:p>
      <w:pPr>
        <w:jc w:val="right"/>
      </w:pPr>
      <w:r>
        <w:t>مسلمانوں کے اخبار پڑھیے، مسلمانوں کے میگزین پڑھیے، مسلمانوں کے جلسے میں جائیے تو ہر جگہ شکایت والی باتیں ہو رہی ہیں۔ ہر جگہ کمپلینٹ، پروٹیسٹ، ہر جگہ۔</w:t>
      </w:r>
    </w:p>
    <w:p>
      <w:r>
        <w:rPr>
          <w:b/>
        </w:rPr>
        <w:t xml:space="preserve">[30:20] </w:t>
      </w:r>
      <w:r>
        <w:t>isi liye bahut jald musalman bhadak uthte hain, bahut jald tashaddud pe utar aate hain, aur jab tashaddud se kaam nahi chalta to suicide bombing karte hain.</w:t>
      </w:r>
    </w:p>
    <w:p>
      <w:pPr>
        <w:jc w:val="right"/>
      </w:pPr>
      <w:r>
        <w:t>اسی لیے بہت جلد مسلمان بھڑک اٹھتے ہیں، بہت جلد تشدد پہ اتر آتے ہیں، اور جب تشدد سے کام نہیں چلتا تو سوسائیڈ بمبنگ کرتے ہیں۔</w:t>
      </w:r>
    </w:p>
    <w:p>
      <w:r>
        <w:rPr>
          <w:b/>
        </w:rPr>
        <w:t xml:space="preserve">[30:31] </w:t>
      </w:r>
      <w:r>
        <w:t>ab is zehan ko le kar aap quran ko padhiye,</w:t>
      </w:r>
    </w:p>
    <w:p>
      <w:pPr>
        <w:jc w:val="right"/>
      </w:pPr>
      <w:r>
        <w:t>اب اس ذہن کو لے کر آپ قرآن کو پڑھیے،</w:t>
      </w:r>
    </w:p>
    <w:p>
      <w:r>
        <w:rPr>
          <w:b/>
        </w:rPr>
        <w:t xml:space="preserve">[30:36] </w:t>
      </w:r>
      <w:r>
        <w:t>is zehan ko le kar ke mein under siege hoon, duniya meri dushman ho gayi hai, mere khilaf conspiracy ki ja rahi hai.</w:t>
      </w:r>
    </w:p>
    <w:p>
      <w:pPr>
        <w:jc w:val="right"/>
      </w:pPr>
      <w:r>
        <w:t>اس ذہن کو لے کر کہ میں انڈر سیز ہوں، دنیا میری دشمن ہو گئی ہے، میرے خلاف کانسپریسی کی جا رہی ہے۔</w:t>
      </w:r>
    </w:p>
    <w:p>
      <w:r>
        <w:rPr>
          <w:b/>
        </w:rPr>
        <w:t xml:space="preserve">[30:45] </w:t>
      </w:r>
      <w:r>
        <w:t>is zehan ko le kar padhiye to baaz logon ke quran mein to ek kuch aur hi baat likhi hui hai, woh yeh hai ke wa ma asabakum min musibatin fama kasabat aydikum jo musibat tumhare par aati hai,</w:t>
      </w:r>
    </w:p>
    <w:p>
      <w:pPr>
        <w:jc w:val="right"/>
      </w:pPr>
      <w:r>
        <w:t>اس ذہن کو لے کر پڑھیے تو بعض لوگوں کے قرآن میں تو ایک کچھ اور ہی بات لکھی ہوئی ہے، وہ یہ ہے کہ وما اصابکم من مصیبت فما قسمت ایدیکم جو مصیبت تمہارے پر آتی ہے،</w:t>
      </w:r>
    </w:p>
    <w:p>
      <w:r>
        <w:rPr>
          <w:b/>
        </w:rPr>
        <w:t xml:space="preserve">[31:02] </w:t>
      </w:r>
      <w:r>
        <w:t>woh tumhare apne hi ki ek nateeja hoti hai. ya</w:t>
      </w:r>
    </w:p>
    <w:p>
      <w:pPr>
        <w:jc w:val="right"/>
      </w:pPr>
      <w:r>
        <w:t>وہ تمہارے اپنے ہی کی ایک نتیجہ ہوتی ہے۔ یع</w:t>
      </w:r>
    </w:p>
    <w:p>
      <w:r>
        <w:rPr>
          <w:b/>
        </w:rPr>
        <w:t xml:space="preserve">[31:07] </w:t>
      </w:r>
      <w:r>
        <w:t>ani wahi baat hai ke hum ilzam un ko dete the, qusoor apna nikal aaya.</w:t>
      </w:r>
    </w:p>
    <w:p>
      <w:pPr>
        <w:jc w:val="right"/>
      </w:pPr>
      <w:r>
        <w:t>نی وہی بات ہے کہ ہم الزام ان کو دیتے تھے، قصور اپنا نکل آیا۔</w:t>
      </w:r>
    </w:p>
    <w:p>
      <w:r>
        <w:rPr>
          <w:b/>
        </w:rPr>
        <w:t xml:space="preserve">[31:15] </w:t>
      </w:r>
      <w:r>
        <w:t>kisi ne likha hai ke hum ilzam un ko dete the, qusoor apna nikal aaya. to bilkul aap ke zehan mein ek nayi baat aa jayegi, aur phir aap ek ek ek naya, aap ke zehan mein ek ek ek nayi soch jaag padegi.</w:t>
      </w:r>
    </w:p>
    <w:p>
      <w:pPr>
        <w:jc w:val="right"/>
      </w:pPr>
      <w:r>
        <w:t>کسی نے لکھا ہے کہ ہم الزام ان کو دیتے تھے، قصور اپنا نکل آیا۔ تو بالکل آپ کے ذہن میں ایک نئی بات آ جائے گی، اور پھر آپ ایک ایک ایک نیا، آپ کے ذہن میں ایک ایک ایک نئی سوچ جاگ پڑے گی۔</w:t>
      </w:r>
    </w:p>
    <w:p>
      <w:r>
        <w:rPr>
          <w:b/>
        </w:rPr>
        <w:t xml:space="preserve">[31:39] </w:t>
      </w:r>
      <w:r>
        <w:t>to yeh maqsad hai quran ka, yeh maqsad hai quran ka.</w:t>
      </w:r>
    </w:p>
    <w:p>
      <w:pPr>
        <w:jc w:val="right"/>
      </w:pPr>
      <w:r>
        <w:t>تو یہ مقصد ہے قرآن کا، یہ مقصد ہے قرآن کا۔</w:t>
      </w:r>
    </w:p>
    <w:p>
      <w:r>
        <w:rPr>
          <w:b/>
        </w:rPr>
        <w:t xml:space="preserve">[31:49] </w:t>
      </w:r>
      <w:r>
        <w:t>aur phir aap parhein ge quran mein yeh ayat inna allaha la yughayyiru ma bi qawmin hatta yughayyiru ma bi anfusihim is se aap ka andhera door ho jaye ga ke quran yeh keh raha hai ke apne ko badlo, tab dunya badal pao ge.</w:t>
      </w:r>
    </w:p>
    <w:p>
      <w:pPr>
        <w:jc w:val="right"/>
      </w:pPr>
      <w:r>
        <w:t>اور پھر آپ پڑھیں گے قرآن میں یہ آیت إن الله لا يغير ما بقوم حتى يغير ما بأنفسهم اس سے آپ کا اندھیرا دور ہو جائے گا کہ قرآن یہ کہہ رہا ہے کہ اپنے کو بدلو، تب دنیا بدل پاؤ گے۔</w:t>
      </w:r>
    </w:p>
    <w:p>
      <w:r>
        <w:rPr>
          <w:b/>
        </w:rPr>
        <w:t xml:space="preserve">[32:04] </w:t>
      </w:r>
      <w:r>
        <w:t>tum apni islaah karo, tab dunya mein tum ko jagah mile gi.</w:t>
      </w:r>
    </w:p>
    <w:p>
      <w:pPr>
        <w:jc w:val="right"/>
      </w:pPr>
      <w:r>
        <w:t>تم اپنی اصلاح کرو، تب دنیا میں تم کو جگہ ملے گی۔</w:t>
      </w:r>
    </w:p>
    <w:p>
      <w:r>
        <w:rPr>
          <w:b/>
        </w:rPr>
        <w:t xml:space="preserve">[32:10] </w:t>
      </w:r>
      <w:r>
        <w:t>apne aap ko competent banao, tab dunya tum ko qabool kare gi. to is ke mani yeh hain ke aap is ko daryaft karo ke hum dor rahe the kisi taraf, aur yahan manzil kisi aur taraf hai.</w:t>
      </w:r>
    </w:p>
    <w:p>
      <w:pPr>
        <w:jc w:val="right"/>
      </w:pPr>
      <w:r>
        <w:t>اپنے آپ کو کمپیٹنٹ بناؤ، تب دنیا تم کو قبول کرے گی۔ تو اس کے معنی یہ ہیں کہ آپ اس کو دریافت کریں کہ ہم دوڑ رہے تھے کسی طرف، اور یہاں منزل کسی اور طرف ہے۔</w:t>
      </w:r>
    </w:p>
    <w:p>
      <w:r>
        <w:rPr>
          <w:b/>
        </w:rPr>
        <w:t xml:space="preserve">[32:27] </w:t>
      </w:r>
      <w:r>
        <w:t>hum ne kisi aur cheez ko bana rakha tha, apna aur line bakhsha doosri hai.</w:t>
      </w:r>
    </w:p>
    <w:p>
      <w:pPr>
        <w:jc w:val="right"/>
      </w:pPr>
      <w:r>
        <w:t>ہم نے کسی اور چیز کو بنا رکھا تھا، اپنا اور لائن بخشا دوسری ہے۔</w:t>
      </w:r>
    </w:p>
    <w:p>
      <w:r>
        <w:rPr>
          <w:b/>
        </w:rPr>
        <w:t xml:space="preserve">[32:40] </w:t>
      </w:r>
      <w:r>
        <w:t>to yeh allah taala ki nazar mein yeh itna aam hai ke har insan apne aap ko bar bar quran parh kar ke apna correction karta rahe, apne mind ko sahi karta rahe, aur aik process, yani aik process ke roop mein aap quran ka se jurre hue ho.</w:t>
      </w:r>
    </w:p>
    <w:p>
      <w:pPr>
        <w:jc w:val="right"/>
      </w:pPr>
      <w:r>
        <w:t>تو یہ اللہ تعالی کی نظر میں یہ اتنا عام ہے کہ ہر انسان اپنے آپ کو بار بار قرآن پڑھ کر کے اپنا کریکشن کرتا رہے، اپنے مائنڈ کو صحیح کرتا رہے، اور ایک پروسیس، یعنی ایک پروسیس کے روپ میں آپ قرآن کا سے جڑے ہوئے ہوں۔</w:t>
      </w:r>
    </w:p>
    <w:p>
      <w:r>
        <w:rPr>
          <w:b/>
        </w:rPr>
        <w:t xml:space="preserve">[33:03] </w:t>
      </w:r>
      <w:r>
        <w:t>aap ka commitment aik process ke roop mein ho.</w:t>
      </w:r>
    </w:p>
    <w:p>
      <w:pPr>
        <w:jc w:val="right"/>
      </w:pPr>
      <w:r>
        <w:t>آپ کا کمٹمنٹ ایک پروسیس کے روپ میں ہو۔</w:t>
      </w:r>
    </w:p>
    <w:p>
      <w:r>
        <w:rPr>
          <w:b/>
        </w:rPr>
        <w:t xml:space="preserve">[33:06] </w:t>
      </w:r>
      <w:r>
        <w:t>yeh matlab is hadith ka jis ko mein ne abhi parha ke quran se jurre raho, is ka ta'ahud karo. kyunke agar aisa nahi karoge to quran tum se nikal bhage ga.</w:t>
      </w:r>
    </w:p>
    <w:p>
      <w:pPr>
        <w:jc w:val="right"/>
      </w:pPr>
      <w:r>
        <w:t>یہ مطلب اس حدیث کا جس کو میں نے ابھی پڑھا کہ قرآن سے جڑے رہو، اس کا تعہد کرو۔ کیونکہ اگر ایسا نہیں کرو گے تو قرآن تم سے نکل بھاگے گا۔</w:t>
      </w:r>
    </w:p>
    <w:p>
      <w:r>
        <w:rPr>
          <w:b/>
        </w:rPr>
        <w:t xml:space="preserve">[33:19] </w:t>
      </w:r>
      <w:r>
        <w:t>nikal bhage ga mani hain wohi jo mein ne arz kiya ke spiritual tree jis ko mein kehta tha, woh mere mind se nikal bhaga tha. taqreeban aik saal ke baad, goya mein ne rediscover kiya is ko.</w:t>
      </w:r>
    </w:p>
    <w:p>
      <w:pPr>
        <w:jc w:val="right"/>
      </w:pPr>
      <w:r>
        <w:t>نکل بھاگے گا معنی ہیں وہی جو میں نے عرض کیا کہ اسپیریچول ٹری جس کو میں کہتا تھا، وہ میرے مائنڈ سے نکل بھاگا تھا۔ تقریباً ایک سال کے بعد، گویا میں نے ری ڈسکور کیا اس کو۔</w:t>
      </w:r>
    </w:p>
    <w:p>
      <w:r>
        <w:rPr>
          <w:b/>
        </w:rPr>
        <w:t xml:space="preserve">[33:39] </w:t>
      </w:r>
      <w:r>
        <w:t>to allah taala ki nazar mein is ki ahmiyat itni zyada hai ke yeh hukum hua ke namazon mein parho, rozana raat ko pichle pehar mein uth kar ke quran ki tilawat karo.</w:t>
      </w:r>
    </w:p>
    <w:p>
      <w:pPr>
        <w:jc w:val="right"/>
      </w:pPr>
      <w:r>
        <w:t>تو اللہ تعالی کی نظر میں اس کی اہمیت اتنی زیادہ ہے کہ یہ حکم ہوا کہ نمازوں میں پڑھو، روزانہ رات کو پچھلے پہر میں اٹھ کر کے قرآن کی تلاوت کرو۔</w:t>
      </w:r>
    </w:p>
    <w:p>
      <w:r>
        <w:rPr>
          <w:b/>
        </w:rPr>
        <w:t xml:space="preserve">[33:55] </w:t>
      </w:r>
      <w:r>
        <w:t>logon ne tahajjud ki namaz, jis ko kaha jata hai, yani raat ke uthne ko, sara madar is par ho gaya ke 20 rakat parhna hai ke 8 rakat parhna hai.</w:t>
      </w:r>
    </w:p>
    <w:p>
      <w:pPr>
        <w:jc w:val="right"/>
      </w:pPr>
      <w:r>
        <w:t>لوگوں نے تہجد کی نماز، جس کو کہا جاتا ہے، یعنی رات کے اٹھنے کو، سارا مدار اس پر ہو گیا کہ 20 رکعت پڑھنا ہے کہ اٹھ رکعت پڑھنا ہے۔</w:t>
      </w:r>
    </w:p>
    <w:p>
      <w:r>
        <w:rPr>
          <w:b/>
        </w:rPr>
        <w:t xml:space="preserve">[34:07] </w:t>
      </w:r>
      <w:r>
        <w:t>sari bahasein aisi pe hoti hain ke raat ko uth kar ke 20 rakat parhein ke 8 rakat parhein, halanke yeh bilkul irrelevant baat hai. raat ko uthne ka is se koi ta'alluq nahi.</w:t>
      </w:r>
    </w:p>
    <w:p>
      <w:pPr>
        <w:jc w:val="right"/>
      </w:pPr>
      <w:r>
        <w:t>ساری بحثیں ایسی پہ ہوتی ہیں کہ رات کو اٹھ کر کے 20 رکعت پڑھیں کہ اٹھ رکعت پڑھیں، حالانکہ یہ بالکل اریلیونٹ بات ہے۔ رات کو اٹھنے کا اس سے کوئی تعلق نہیں۔</w:t>
      </w:r>
    </w:p>
    <w:p>
      <w:r>
        <w:rPr>
          <w:b/>
        </w:rPr>
        <w:t xml:space="preserve">[34:19] </w:t>
      </w:r>
      <w:r>
        <w:t>aap 2 rakat parhein tab bhi theek hai, 4 rakat parhein tab bhi theek hai.</w:t>
      </w:r>
    </w:p>
    <w:p>
      <w:pPr>
        <w:jc w:val="right"/>
      </w:pPr>
      <w:r>
        <w:t>آپ دو رکعت پڑھیں تب بھی ٹھیک ہے، چار رکعت پڑھیں تب بھی ٹھیک ہے۔</w:t>
      </w:r>
    </w:p>
    <w:p>
      <w:r>
        <w:rPr>
          <w:b/>
        </w:rPr>
        <w:t xml:space="preserve">[34:23] </w:t>
      </w:r>
      <w:r>
        <w:t>asal maqsad kya hai ke subah ko uthe, aap aap ne wuzu kiya, kuch rakatein parhein, aur is ke baad bohat hi rujoo allah ke zehan ke sath aap quran le ke baith gaye aur is mein parh rahe hain,</w:t>
      </w:r>
    </w:p>
    <w:p>
      <w:pPr>
        <w:jc w:val="right"/>
      </w:pPr>
      <w:r>
        <w:t>اصل مقصد کیا ہے کہ صبح کو اٹھے، آپ آپ نے وضو کیا، کچھ رکعتیں پڑھیں، اور اس کے بعد بہت ہی رجوع اللہ کے ذہن کے ساتھ آپ قرآن لے کے بیٹھ گئے اور اس میں پڑھ رہے ہیں،</w:t>
      </w:r>
    </w:p>
    <w:p>
      <w:r>
        <w:rPr>
          <w:b/>
        </w:rPr>
        <w:t xml:space="preserve">[34:39] </w:t>
      </w:r>
      <w:r>
        <w:t>tadabbur kar rahe hain, ghaur kar rahe hain is ke mani par. khatm matlab nahi hai ke khatm kar dalen,</w:t>
      </w:r>
    </w:p>
    <w:p>
      <w:pPr>
        <w:jc w:val="right"/>
      </w:pPr>
      <w:r>
        <w:t>تدبر کر رہے ہیں، غور کر رہے ہیں اس کے معنی پر۔ ختم مطلب نہیں ہے کہ ختم کر ڈالیں،</w:t>
      </w:r>
    </w:p>
    <w:p>
      <w:r>
        <w:rPr>
          <w:b/>
        </w:rPr>
        <w:t xml:space="preserve">[34:45] </w:t>
      </w:r>
      <w:r>
        <w:t>yeh bhi aik bohat hi purasrar lafz hai ke khatm quran, halanke sare quran mein, sari hadith mein khatm quran ka lafz maujood hi nahi.</w:t>
      </w:r>
    </w:p>
    <w:p>
      <w:pPr>
        <w:jc w:val="right"/>
      </w:pPr>
      <w:r>
        <w:t>یہ بھی ایک بہت ہی پراسرار لفظ ہے کہ ختم قرآن، حالانکہ سارے قرآن میں، ساری حدیث میں ختم قرآن کا لفظ موجود ہی نہیں۔</w:t>
      </w:r>
    </w:p>
    <w:p>
      <w:r>
        <w:rPr>
          <w:b/>
        </w:rPr>
        <w:t xml:space="preserve">[34:56] </w:t>
      </w:r>
      <w:r>
        <w:t>jis ko aaj kal kehte hain na khatm quran, woh kahin hai hi nahi. yeh to innovation hai. jo cheez hai, woh tadabbur hai, tafakkur hai.</w:t>
      </w:r>
    </w:p>
    <w:p>
      <w:pPr>
        <w:jc w:val="right"/>
      </w:pPr>
      <w:r>
        <w:t>جس کو آج کل کہتے ہیں نا ختم قرآن، وہ کہیں ہے ہی نہیں۔ یہ تو انویشن ہے۔ جو چیز ہے، وہ تدبر ہے، تفکر ہے۔</w:t>
      </w:r>
    </w:p>
    <w:p>
      <w:r>
        <w:rPr>
          <w:b/>
        </w:rPr>
        <w:t xml:space="preserve">[35:09] </w:t>
      </w:r>
      <w:r>
        <w:t>quran mein hai ke dekhiye ke quran utara gaya tadabbur ke liye, la tadabbaru ayatihi ulul albab ke is par tadabbur karna, is ki study karna,</w:t>
      </w:r>
    </w:p>
    <w:p>
      <w:pPr>
        <w:jc w:val="right"/>
      </w:pPr>
      <w:r>
        <w:t>قرآن میں ہے کہ دیکھیے کہ قرآن اتارا گیا تدبر کے لیدبرو آیاتہ الباب کہ اس پر تدبر کرنا، اس کی اسٹڈی کرنا،</w:t>
      </w:r>
    </w:p>
    <w:p>
      <w:r>
        <w:rPr>
          <w:b/>
        </w:rPr>
        <w:t xml:space="preserve">[35:24] </w:t>
      </w:r>
      <w:r>
        <w:t>is se hidayat daryaft karna, is se apne liye line of action maloom karna, apni zindagi ka plan kaise banaye hain, yeh sab janna is ke liye hai yeh quran.</w:t>
      </w:r>
    </w:p>
    <w:p>
      <w:pPr>
        <w:jc w:val="right"/>
      </w:pPr>
      <w:r>
        <w:t>اس سے ہدایت دریافت کرنا، اس سے اپنے لیے لائن آف ایکشن معلوم کرنا، اپنی زندگی کا پلان کیسے بنائے ہیں، یہ سب جاننا اس کے لیے ہے یہ قرآن۔</w:t>
      </w:r>
    </w:p>
    <w:p>
      <w:r>
        <w:rPr>
          <w:b/>
        </w:rPr>
        <w:t xml:space="preserve">[35:39] </w:t>
      </w:r>
      <w:r>
        <w:t>to rozana namazon mein aur namaz raat ke pichle pehar, aur phir ramzan mein aik mahina ekso ho kar ke isi mein, yani namaz, woh quran ke sath,</w:t>
      </w:r>
    </w:p>
    <w:p>
      <w:pPr>
        <w:jc w:val="right"/>
      </w:pPr>
      <w:r>
        <w:t>تو روزانہ نمازوں میں اور نماز رات کے پچھلے پہر، اور پھر رمضان میں ایک مہینہ ایکسو ہو کر کے اسی میں، یعنی نماز، وہ قرآن کے ساتھ،</w:t>
      </w:r>
    </w:p>
    <w:p>
      <w:r>
        <w:rPr>
          <w:b/>
        </w:rPr>
        <w:t xml:space="preserve">[36:02] </w:t>
      </w:r>
      <w:r>
        <w:t>quran ke sath, yani apne aap ko ta'ahud kar ke aur daryaft karna hai ke mazi mein mein ne kiya ghalti ki, mustaqbil mein meri planning kya honi chahiye,</w:t>
      </w:r>
    </w:p>
    <w:p>
      <w:pPr>
        <w:jc w:val="right"/>
      </w:pPr>
      <w:r>
        <w:t>قرآن کے ساتھ، یعنی اپنے آپ کو تعہد کر کے اور دریافت کرنا ہے کہ ماضی میں میں نے کیا غلطی کی، مستقبل میں میری پلاننگ کیا ہونی چاہیے،</w:t>
      </w:r>
    </w:p>
    <w:p>
      <w:r>
        <w:rPr>
          <w:b/>
        </w:rPr>
        <w:t xml:space="preserve">[36:14] </w:t>
      </w:r>
      <w:r>
        <w:t>allah ka ki mansha kya hai, yeh sab cheez daryaft karna.</w:t>
      </w:r>
    </w:p>
    <w:p>
      <w:pPr>
        <w:jc w:val="right"/>
      </w:pPr>
      <w:r>
        <w:t>اللہ کا کی منشا کیا ہے، یہ سب چیز دریافت کرنا۔</w:t>
      </w:r>
    </w:p>
    <w:p>
      <w:r>
        <w:rPr>
          <w:b/>
        </w:rPr>
        <w:t xml:space="preserve">[36:23] </w:t>
      </w:r>
      <w:r>
        <w:t>mein allah ke fazl se har waqt quran o hadith hi sochta rehta hoon to nai nai baatein samajh mein aati hain, bilkul nai nai baatein</w:t>
      </w:r>
    </w:p>
    <w:p>
      <w:pPr>
        <w:jc w:val="right"/>
      </w:pPr>
      <w:r>
        <w:t>میں اللہ کے فضل سے ہر وقت قرآن و حدیث ہی سوچتا رہتا ہوں تو نئی نئی باتیں سمجھ میں آتی ہیں، بالکل نئی نئی باتیں</w:t>
      </w:r>
    </w:p>
    <w:p>
      <w:r>
        <w:rPr>
          <w:b/>
        </w:rPr>
        <w:t xml:space="preserve">[36:31] </w:t>
      </w:r>
      <w:r>
        <w:t>jo ke kisi kitab mein likhi hui nahi, kisi kitab mein likhi hui nahi. aur yeh koi mere liye nahi hai ke har aadmi, jo aadmi bhi ta'ahud kare ga aur woh is mein ghaur o fikr karta rahe ga, barabar to is par mani khulte rahen ge.</w:t>
      </w:r>
    </w:p>
    <w:p>
      <w:pPr>
        <w:jc w:val="right"/>
      </w:pPr>
      <w:r>
        <w:t>جو کہ کسی کتاب میں لکھی ہوئی نہیں، کسی کتاب میں لکھی ہوئی نہیں۔ اور یہ کوئی میرے لیے نہیں ہے کہ ہر آدمی، جو آدمی بھی تعہد کرے گا اور وہ اس میں غور و فکر کرتا رہے گا، برابر تو اس پر معنی کھلتے رہیں گے۔</w:t>
      </w:r>
    </w:p>
    <w:p>
      <w:r>
        <w:rPr>
          <w:b/>
        </w:rPr>
        <w:t xml:space="preserve">[36:52] </w:t>
      </w:r>
      <w:r>
        <w:t>har aik par mani khulen ge, lekin is ki shart hai ta'ahud, commitment.</w:t>
      </w:r>
    </w:p>
    <w:p>
      <w:pPr>
        <w:jc w:val="right"/>
      </w:pPr>
      <w:r>
        <w:t>ہر ایک پر معنی کھلیں گے، لیکن اس کی شرط ہے تعہد، کمٹمنٹ۔</w:t>
      </w:r>
    </w:p>
    <w:p>
      <w:r>
        <w:rPr>
          <w:b/>
        </w:rPr>
        <w:t xml:space="preserve">[36:58] </w:t>
      </w:r>
      <w:r>
        <w:t>jab tak aap ka commitment nahi hoga, koi baat aap par khule gi nahi.</w:t>
      </w:r>
    </w:p>
    <w:p>
      <w:pPr>
        <w:jc w:val="right"/>
      </w:pPr>
      <w:r>
        <w:t>جب تک آپ کا کمٹمنٹ نہیں ہوگا، کوئی بات آپ پر کھلے گی نہیں۔</w:t>
      </w:r>
    </w:p>
    <w:p>
      <w:r>
        <w:rPr>
          <w:b/>
        </w:rPr>
        <w:t xml:space="preserve">[37:09] </w:t>
      </w:r>
      <w:r>
        <w:t>raat mere paas ek sahib ka telephone aaya, unhon ne kaha ke ek islami jamaat hai to us ke log kehte hain ke tasawwur deen quran se arz karo.</w:t>
      </w:r>
    </w:p>
    <w:p>
      <w:pPr>
        <w:jc w:val="right"/>
      </w:pPr>
      <w:r>
        <w:t>رات میرے پاس ایک صاحب کا ٹیلی فون آیا، انہوں نے کہا کہ ایک اسلامی جماعت ہے تو اس کے لوگ کہتے ہیں کہ تصور دین قرآن سے عرض کرو۔</w:t>
      </w:r>
    </w:p>
    <w:p>
      <w:r>
        <w:rPr>
          <w:b/>
        </w:rPr>
        <w:t xml:space="preserve">[37:25] </w:t>
      </w:r>
      <w:r>
        <w:t>yeh raat ki baat hai ke tasawwur deen quran se arz karo. maine kaha ke quran se arz karo kehna kaafi nahi hai, kyunke khawari ne kaha tha ke quran se faisla lo jin ko.</w:t>
      </w:r>
    </w:p>
    <w:p>
      <w:pPr>
        <w:jc w:val="right"/>
      </w:pPr>
      <w:r>
        <w:t>یہ رات کی بات ہے کہ تصور دین قرآن سے عرض کرو۔ میں نے کہا کہ قرآن سے عرض کرو کہنا کافی نہیں ہے، کیونکہ خاوری نے کہا تھا کہ قرآن سے فیصلہ لو جن کو۔</w:t>
      </w:r>
    </w:p>
    <w:p>
      <w:r>
        <w:rPr>
          <w:b/>
        </w:rPr>
        <w:t xml:space="preserve">[37:45] </w:t>
      </w:r>
      <w:r>
        <w:t>ummat mein kaafir qaraar de diya, lekin woh quran ka hawala de dete hain. woh munshireen hadees jo hai, woh quran ka hawala dete hain,</w:t>
      </w:r>
    </w:p>
    <w:p>
      <w:pPr>
        <w:jc w:val="right"/>
      </w:pPr>
      <w:r>
        <w:t>امت میں کافر قرار دے دیا، لیکن وہ قرآن کا حوالہ دے دیتے ہیں۔ وہ منکرین حدیث جو ہے، وہ قرآن کا حوالہ دیتے ہیں،</w:t>
      </w:r>
    </w:p>
    <w:p>
      <w:r>
        <w:rPr>
          <w:b/>
        </w:rPr>
        <w:t xml:space="preserve">[37:55] </w:t>
      </w:r>
      <w:r>
        <w:t>qadiyani quran ka hawala dete hain, hatta ke bahai bhi quran ka hawala dete hain. to sirf quran ka, yaani lafz aap bolein, yeh matloob nahi hai.</w:t>
      </w:r>
    </w:p>
    <w:p>
      <w:pPr>
        <w:jc w:val="right"/>
      </w:pPr>
      <w:r>
        <w:t>قادیانی قرآن کا حوالہ دیتے ہیں، حتیٰ کہ بہائی بھی قرآن کا حوالہ دیتے ہیں۔ تو صرف قرآن کا، یعنی لفظ آپ بولیں، یہ مطلوب نہیں ہے۔</w:t>
      </w:r>
    </w:p>
    <w:p>
      <w:r>
        <w:rPr>
          <w:b/>
        </w:rPr>
        <w:t xml:space="preserve">[38:14] </w:t>
      </w:r>
      <w:r>
        <w:t>maut mein ek riwayat hai, ek ek ek tabai kehte hain sahaba ke bare mein, ek tabai jinhon ne 70 sahabi ko dekha tha, to woh kehte hain ke ra'ait aqwaman wa hum la yajaboon bil qaul ke maine aise log dekhe hain jo baat ko ya alfaaz ko koi ahmiyat nahi dete, is par khush nahi hote thay.</w:t>
      </w:r>
    </w:p>
    <w:p>
      <w:pPr>
        <w:jc w:val="right"/>
      </w:pPr>
      <w:r>
        <w:t>موت میں ایک روایت ہے، ایک ایک ایک تابعی کہتے ہیں صحابہ کے بارے میں، ایک تابعی جنہوں نے 70 صحابی کو دیکھا تھا، تو وہ کہتے ہیں کہ رأيت اقواما وهم لا یعجبون بالقول کہ میں نے ایسے لوگ دیکھے ہیں جو بات کو یا الفاظ کو کوئی اہمیت نہیں دیتے، اس پر خوش نہیں ہوتے تھے۔</w:t>
      </w:r>
    </w:p>
    <w:p>
      <w:r>
        <w:rPr>
          <w:b/>
        </w:rPr>
        <w:t xml:space="preserve">[38:40] </w:t>
      </w:r>
      <w:r>
        <w:t>phir kehte hain ke innama yanzur ilal amal wa la yanzur ilal qaul aadmi ka amal dekha jayega, na ke uska qaul, na ke uske alfaaz.</w:t>
      </w:r>
    </w:p>
    <w:p>
      <w:pPr>
        <w:jc w:val="right"/>
      </w:pPr>
      <w:r>
        <w:t>پھر کہتے ہیں کہ انماینظر الی عمل ولاینظر الی قول آدمی کا عمل دیکھا جائے گا، نہ کہ اس کا قول، نہ کہ اس کے الفاظ۔</w:t>
      </w:r>
    </w:p>
    <w:p>
      <w:r>
        <w:rPr>
          <w:b/>
        </w:rPr>
        <w:t xml:space="preserve">[38:51] </w:t>
      </w:r>
      <w:r>
        <w:t>to dekhiye, main yahan ek baat arz karna chahta hoon ke quran mein tadabbur karke</w:t>
      </w:r>
    </w:p>
    <w:p>
      <w:pPr>
        <w:jc w:val="right"/>
      </w:pPr>
      <w:r>
        <w:t>تو دیکھیے، میں یہاں ایک بات عرض کرنا چاہتا ہوں کہ قرآن میں تدبر کر کے</w:t>
      </w:r>
    </w:p>
    <w:p>
      <w:r>
        <w:rPr>
          <w:b/>
        </w:rPr>
        <w:t xml:space="preserve">[38:56] </w:t>
      </w:r>
      <w:r>
        <w:t>sachai ko maloom karna sirf is insaan ke liye mumkin hai jo waqatan talib ho, talib ho.</w:t>
      </w:r>
    </w:p>
    <w:p>
      <w:pPr>
        <w:jc w:val="right"/>
      </w:pPr>
      <w:r>
        <w:t>سچائی کو معلوم کرنا صرف اس انسان کے لیے ممکن ہے جو واقعتاً طالب ہو، طالب ہو۔</w:t>
      </w:r>
    </w:p>
    <w:p>
      <w:r>
        <w:rPr>
          <w:b/>
        </w:rPr>
        <w:t xml:space="preserve">[39:10] </w:t>
      </w:r>
      <w:r>
        <w:t>warna quran ka hawala sab log dete hain, sab quran ki baatein karte hain, lekin chuki woh quran ke talib nahi hote, woh apna, unka apna jo hai, unke mind mein basa hua, uske talib hain.</w:t>
      </w:r>
    </w:p>
    <w:p>
      <w:pPr>
        <w:jc w:val="right"/>
      </w:pPr>
      <w:r>
        <w:t>ورنہ قرآن کا حوالہ سب لوگ دیتے ہیں، سب قرآن کی باتیں کرتے ہیں، لیکن چونکہ وہ قرآن کے طالب نہیں ہوتے، وہ اپنا، ان کا اپنا جو ہے، ان کے مائنڈ میں بسا ہوا، اس کے طالب ہیں۔</w:t>
      </w:r>
    </w:p>
    <w:p>
      <w:r>
        <w:rPr>
          <w:b/>
        </w:rPr>
        <w:t xml:space="preserve">[39:25] </w:t>
      </w:r>
      <w:r>
        <w:t>woh</w:t>
      </w:r>
    </w:p>
    <w:p>
      <w:pPr>
        <w:jc w:val="right"/>
      </w:pPr>
      <w:r>
        <w:t>وہ</w:t>
      </w:r>
    </w:p>
    <w:p>
      <w:r>
        <w:rPr>
          <w:b/>
        </w:rPr>
        <w:t xml:space="preserve">[39:27] </w:t>
      </w:r>
      <w:r>
        <w:t>woh quran ko refer karte hain sirf apne zehni mafrooze ko justify karne ke liye. aise logon ko quran se kuch faida nahi hoga.</w:t>
      </w:r>
    </w:p>
    <w:p>
      <w:pPr>
        <w:jc w:val="right"/>
      </w:pPr>
      <w:r>
        <w:t>وہ قرآن کو ریفر کرتے ہیں صرف اپنے ذہنی مفروضے کو جسٹیفائی کرنے کے لیے۔ ایسے لوگوں کو قرآن سے کچھ فائدہ نہیں ہوگا۔</w:t>
      </w:r>
    </w:p>
    <w:p>
      <w:r>
        <w:rPr>
          <w:b/>
        </w:rPr>
        <w:t xml:space="preserve">[39:38] </w:t>
      </w:r>
      <w:r>
        <w:t>to main samajhta hoon ke quran ke tadabbur se pehle ek pre tadabbur darkaar hai. pre tadabbur, yaani iska matlab hai apni conditioning ko todna.</w:t>
      </w:r>
    </w:p>
    <w:p>
      <w:pPr>
        <w:jc w:val="right"/>
      </w:pPr>
      <w:r>
        <w:t>تو میں سمجھتا ہوں کہ قرآن کے تدبر سے پہلے ایک پری تدبر درکار ہے۔ پری تدبر، یعنی اس کا مطلب ہے اپنی کنڈیشننگ کو توڑنا۔</w:t>
      </w:r>
    </w:p>
    <w:p>
      <w:r>
        <w:rPr>
          <w:b/>
        </w:rPr>
        <w:t xml:space="preserve">[39:53] </w:t>
      </w:r>
      <w:r>
        <w:t>apni conditioning ko todna.</w:t>
      </w:r>
    </w:p>
    <w:p>
      <w:pPr>
        <w:jc w:val="right"/>
      </w:pPr>
      <w:r>
        <w:t>اپنی کنڈیشننگ کو توڑنا۔</w:t>
      </w:r>
    </w:p>
    <w:p>
      <w:r>
        <w:rPr>
          <w:b/>
        </w:rPr>
        <w:t xml:space="preserve">[39:57] </w:t>
      </w:r>
      <w:r>
        <w:t>agar aap conditioned mind ke sath quran ko padhenge to jo aapke mind mein bhara hua hai, jo obsession, wahi aap quran mein nazar aayega.</w:t>
      </w:r>
    </w:p>
    <w:p>
      <w:pPr>
        <w:jc w:val="right"/>
      </w:pPr>
      <w:r>
        <w:t>اگر آپ کنڈیشنڈ مائنڈ کے ساتھ قرآن کو پڑھیں گے تو جو آپ کے مائنڈ میں بھرا ہوا ہے، جو ابسیشن، وہی آپ قرآن میں نظر آئے گا۔</w:t>
      </w:r>
    </w:p>
    <w:p>
      <w:r>
        <w:rPr>
          <w:b/>
        </w:rPr>
        <w:t xml:space="preserve">[40:06] </w:t>
      </w:r>
      <w:r>
        <w:t>isko wahi aapko quraani bhi nazar aayega. to tadabbur se pehle ek pre tadabbur, pre tadabbur hai, woh hai apni conditioning ko todna.</w:t>
      </w:r>
    </w:p>
    <w:p>
      <w:pPr>
        <w:jc w:val="right"/>
      </w:pPr>
      <w:r>
        <w:t>اس کو وہی آپ کو قرآنی بھی نظر آئے گا۔ تو تدبر سے پہلے ایک پری تدبر، پری تدبر ہے، وہ ہے اپنی کنڈیشننگ کو توڑنا۔</w:t>
      </w:r>
    </w:p>
    <w:p>
      <w:r>
        <w:rPr>
          <w:b/>
        </w:rPr>
        <w:t xml:space="preserve">[40:23] </w:t>
      </w:r>
      <w:r>
        <w:t>ek bahut hi mushkil kaam hai conditioning ko todna,</w:t>
      </w:r>
    </w:p>
    <w:p>
      <w:pPr>
        <w:jc w:val="right"/>
      </w:pPr>
      <w:r>
        <w:t>ایک بہت ہی مشکل کام ہے کنڈیشننگ کو توڑنا،</w:t>
      </w:r>
    </w:p>
    <w:p>
      <w:r>
        <w:rPr>
          <w:b/>
        </w:rPr>
        <w:t xml:space="preserve">[40:27] </w:t>
      </w:r>
      <w:r>
        <w:t>is mein koi shaq nahi. lekin jo aadmi chahta ho ke usko jannat mein dakhila mile, to usko yeh kaam karna padega, apni condition ko todna padega.</w:t>
      </w:r>
    </w:p>
    <w:p>
      <w:pPr>
        <w:jc w:val="right"/>
      </w:pPr>
      <w:r>
        <w:t>اس میں کوئی شک نہیں۔ لیکن جو آدمی چاہتا ہو کہ اس کو جنت میں داخلہ ملے، تو اس کو یہ کام کرنا پڑے گا، اپنی کنڈیشن کو توڑنا پڑے گا۔</w:t>
      </w:r>
    </w:p>
    <w:p>
      <w:r>
        <w:rPr>
          <w:b/>
        </w:rPr>
        <w:t xml:space="preserve">[40:41] </w:t>
      </w:r>
      <w:r>
        <w:t>usko</w:t>
      </w:r>
    </w:p>
    <w:p>
      <w:pPr>
        <w:jc w:val="right"/>
      </w:pPr>
      <w:r>
        <w:t>اس کو</w:t>
      </w:r>
    </w:p>
    <w:p>
      <w:r>
        <w:rPr>
          <w:b/>
        </w:rPr>
        <w:t xml:space="preserve">[40:48] </w:t>
      </w:r>
      <w:r>
        <w:t>jannat ke bare mein hadees mein aaya hai ke</w:t>
      </w:r>
    </w:p>
    <w:p>
      <w:pPr>
        <w:jc w:val="right"/>
      </w:pPr>
      <w:r>
        <w:t>جنت کے بارے میں حدیث میں آیا ہے کہ</w:t>
      </w:r>
    </w:p>
    <w:p>
      <w:r>
        <w:rPr>
          <w:b/>
        </w:rPr>
        <w:t xml:space="preserve">[40:55] </w:t>
      </w:r>
      <w:r>
        <w:t>illa inna salatullah salatullah ghaliya yaani bahut hi mehngi hai jannat, bahut hi, bahut hi qeemti hai jannat.</w:t>
      </w:r>
    </w:p>
    <w:p>
      <w:pPr>
        <w:jc w:val="right"/>
      </w:pPr>
      <w:r>
        <w:t>الا ان صلة اللہ صلة اللہ غالیہ یعنی بہت ہی مہنگی ہے جنت، بہت ہی، بہت ہی قیمتی ہے جنت۔</w:t>
      </w:r>
    </w:p>
    <w:p>
      <w:r>
        <w:rPr>
          <w:b/>
        </w:rPr>
        <w:t xml:space="preserve">[41:06] </w:t>
      </w:r>
      <w:r>
        <w:t>to itni qeemti cheez ko paane ke liye hamein kuch karna padega.</w:t>
      </w:r>
    </w:p>
    <w:p>
      <w:pPr>
        <w:jc w:val="right"/>
      </w:pPr>
      <w:r>
        <w:t>تو اتنی قیمتی چیز کو پانے کے لیے ہمیں کچھ کرنا پڑے گا۔</w:t>
      </w:r>
    </w:p>
    <w:p>
      <w:r>
        <w:rPr>
          <w:b/>
        </w:rPr>
        <w:t xml:space="preserve">[41:12] </w:t>
      </w:r>
      <w:r>
        <w:t>aur main samajhta hoon ke har amal se sab se pehle jo cheez matloob hai, woh hai apni conditioning ko todna.</w:t>
      </w:r>
    </w:p>
    <w:p>
      <w:pPr>
        <w:jc w:val="right"/>
      </w:pPr>
      <w:r>
        <w:t>اور میں سمجھتا ہوں کہ ہر عمل سے سب سے سے پہلے جو چیز مطلوب ہے، وہ ہے اپنی کنڈیشننگ کو توڑنا۔</w:t>
      </w:r>
    </w:p>
    <w:p>
      <w:r>
        <w:rPr>
          <w:b/>
        </w:rPr>
        <w:t xml:space="preserve">[41:22] </w:t>
      </w:r>
      <w:r>
        <w:t>apni conditioning ko todna.</w:t>
      </w:r>
    </w:p>
    <w:p>
      <w:pPr>
        <w:jc w:val="right"/>
      </w:pPr>
      <w:r>
        <w:t>اپنی کنڈیشننگ کو توڑنا۔</w:t>
      </w:r>
    </w:p>
    <w:p>
      <w:r>
        <w:rPr>
          <w:b/>
        </w:rPr>
        <w:t xml:space="preserve">[41:27] </w:t>
      </w:r>
      <w:r>
        <w:t>misal ke taur par quran ke bare mein jo conditioning chali aa rahi hai, woh kya hai? tilawat ko samajhte hain ke bas tilawat kar liya, uska sawab mil jayega.</w:t>
      </w:r>
    </w:p>
    <w:p>
      <w:pPr>
        <w:jc w:val="right"/>
      </w:pPr>
      <w:r>
        <w:t>مثال کے طور پر قرآن کے بارے میں جو کنڈیشننگ چلی آ رہی ہے، وہ کیا ہے؟ تلاوت کو سمجھتے ہیں کہ بس تلاوت کر لیا، اس کا ثواب مل جائے گا۔</w:t>
      </w:r>
    </w:p>
    <w:p>
      <w:r>
        <w:rPr>
          <w:b/>
        </w:rPr>
        <w:t xml:space="preserve">[41:36] </w:t>
      </w:r>
      <w:r>
        <w:t>sab se badi conditioning jo quran ko samajhne mein rukawat hai, woh yeh hai ke tilawat mahaz ko samajhte hain ke bas isi mein sawab mil jayega.</w:t>
      </w:r>
    </w:p>
    <w:p>
      <w:pPr>
        <w:jc w:val="right"/>
      </w:pPr>
      <w:r>
        <w:t>سب سے بڑی کنڈیشننگ جو قرآن کو سمجھنے میں رکاوٹ ہے، وہ یہ ہے کہ تلاوت محض کو سمجھتے ہیں کہ بس اسی میں ثواب مل جائے گا۔</w:t>
      </w:r>
    </w:p>
    <w:p>
      <w:r>
        <w:rPr>
          <w:b/>
        </w:rPr>
        <w:t xml:space="preserve">[41:46] </w:t>
      </w:r>
      <w:r>
        <w:t>yani alfaaz ko dohra lo to sawab mil jaye ga. is conditioning ko torna pare ga.</w:t>
      </w:r>
    </w:p>
    <w:p>
      <w:pPr>
        <w:jc w:val="right"/>
      </w:pPr>
      <w:r>
        <w:t>یعنی الفاظ کو دہرا لو تو ثواب مل جائے گا۔ اس کنڈیشننگ کو توڑنا پڑے گا۔</w:t>
      </w:r>
    </w:p>
    <w:p>
      <w:r>
        <w:rPr>
          <w:b/>
        </w:rPr>
        <w:t xml:space="preserve">[41:57] </w:t>
      </w:r>
      <w:r>
        <w:t>main ne ek apne qissay yaad aata hai, mujhe</w:t>
      </w:r>
    </w:p>
    <w:p>
      <w:pPr>
        <w:jc w:val="right"/>
      </w:pPr>
      <w:r>
        <w:t>میں نے ایک اپنے قصہ یاد آتا ہے، مجھے</w:t>
      </w:r>
    </w:p>
    <w:p>
      <w:r>
        <w:rPr>
          <w:b/>
        </w:rPr>
        <w:t xml:space="preserve">[42:02] </w:t>
      </w:r>
      <w:r>
        <w:t>ek sahib jo parhay likhay thay, ek musalman, to woh</w:t>
      </w:r>
    </w:p>
    <w:p>
      <w:pPr>
        <w:jc w:val="right"/>
      </w:pPr>
      <w:r>
        <w:t>ایک صاحب جو پڑھے لکھے تھے، ایک مسلمان، تو وہ</w:t>
      </w:r>
    </w:p>
    <w:p>
      <w:r>
        <w:rPr>
          <w:b/>
        </w:rPr>
        <w:t xml:space="preserve">[42:10] </w:t>
      </w:r>
      <w:r>
        <w:t>arabi jo bhi jantay thay, angrezi jantay thay, aur dindar samjhay jatay thay, woh dindar thay. to main aur woh ek baar chand din safar mein thay,</w:t>
      </w:r>
    </w:p>
    <w:p>
      <w:pPr>
        <w:jc w:val="right"/>
      </w:pPr>
      <w:r>
        <w:t>عربی جو بھی جانتے تھے، انگریزی جانتے تھے، اور دیندار سمجھے جاتے تھے، وہ دیندار تھے۔ تو میں اور وہ ایک بار چند دن سفر میں تھے،</w:t>
      </w:r>
    </w:p>
    <w:p>
      <w:r>
        <w:rPr>
          <w:b/>
        </w:rPr>
        <w:t xml:space="preserve">[42:25] </w:t>
      </w:r>
      <w:r>
        <w:t>to main ne dekha ke woh woh sherwani pehantay thay. to woh sherwani mein yahan jeeb hota tha, andar wahan ek chotay sa quran rakhtay thay.</w:t>
      </w:r>
    </w:p>
    <w:p>
      <w:pPr>
        <w:jc w:val="right"/>
      </w:pPr>
      <w:r>
        <w:t>تو میں نے دیکھا کہ وہ وہ شیروانی پہنتے تھے۔ تو وہ شیروانی میں یہاں جیب ہوتا تھا، اندر وہاں ایک چھوٹا سا قرآن رکھتے تھے۔</w:t>
      </w:r>
    </w:p>
    <w:p>
      <w:r>
        <w:rPr>
          <w:b/>
        </w:rPr>
        <w:t xml:space="preserve">[42:34] </w:t>
      </w:r>
      <w:r>
        <w:t>woh yeh kehtay hain jeebi quran. to jahan mauqa milta tha, likh parhtay rehtay thay, parhtay rehtay thay.</w:t>
      </w:r>
    </w:p>
    <w:p>
      <w:pPr>
        <w:jc w:val="right"/>
      </w:pPr>
      <w:r>
        <w:t>وہ یہ کہتے ہیں جیبی قرآن۔ تو جہاں موقع ملتا تھا، لکھ پڑھتے رہتے تھے، پڑھتے رہتے تھے۔</w:t>
      </w:r>
    </w:p>
    <w:p>
      <w:r>
        <w:rPr>
          <w:b/>
        </w:rPr>
        <w:t xml:space="preserve">[42:44] </w:t>
      </w:r>
      <w:r>
        <w:t>to yeh un ka mamool tha. to main ne un se poocha ke aap itna zabardast tareeqay se quran parhtay hain rozana</w:t>
      </w:r>
    </w:p>
    <w:p>
      <w:pPr>
        <w:jc w:val="right"/>
      </w:pPr>
      <w:r>
        <w:t>تو یہ ان کا معمول تھا۔ تو میں نے ان سے پوچھا کہ آپ اتنا زبردست طریقے سے قرآن پڑھتے ہیں روزانہ</w:t>
      </w:r>
    </w:p>
    <w:p>
      <w:r>
        <w:rPr>
          <w:b/>
        </w:rPr>
        <w:t xml:space="preserve">[42:54] </w:t>
      </w:r>
      <w:r>
        <w:t>, yeh bataein ke quran ka khulasa kya hai? yani what is the gist of the quran? to bohat hi mujhe ajeeb maloom hua.</w:t>
      </w:r>
    </w:p>
    <w:p>
      <w:pPr>
        <w:jc w:val="right"/>
      </w:pPr>
      <w:r>
        <w:t>، یہ بتائیں کہ قرآن کا خلاصہ کیا ہے؟ یعنی واٹ از دا جسٹ اف دا قرآن؟ تو بہت ہی مجھے عجیب معلوم ہوا۔</w:t>
      </w:r>
    </w:p>
    <w:p>
      <w:r>
        <w:rPr>
          <w:b/>
        </w:rPr>
        <w:t xml:space="preserve">[43:04] </w:t>
      </w:r>
      <w:r>
        <w:t>unhon ne jawab diya ke hum is hesiyat se parhtay hi nahi quran, hum to quran parhtay hain sawab ke liye. is liye hum ne kabhi ghor hi nahi kiya ke quran ka khulasa kya hai.</w:t>
      </w:r>
    </w:p>
    <w:p>
      <w:pPr>
        <w:jc w:val="right"/>
      </w:pPr>
      <w:r>
        <w:t>انہوں نے جواب دیا کہ ہم اس حیثیت سے پڑھتے ہی نہیں قرآن، ہم تو قرآن پڑھتے ہیں ثواب کے لیے۔ اس لیے ہم نے کبھی غور ہی نہیں کیا کہ قرآن کا خلاصہ کیا ہے۔</w:t>
      </w:r>
    </w:p>
    <w:p>
      <w:r>
        <w:rPr>
          <w:b/>
        </w:rPr>
        <w:t xml:space="preserve">[43:18] </w:t>
      </w:r>
      <w:r>
        <w:t>yeh hai conditioning.</w:t>
      </w:r>
    </w:p>
    <w:p>
      <w:pPr>
        <w:jc w:val="right"/>
      </w:pPr>
      <w:r>
        <w:t>یہ ہے کنڈیشننگ۔</w:t>
      </w:r>
    </w:p>
    <w:p>
      <w:r>
        <w:rPr>
          <w:b/>
        </w:rPr>
        <w:t xml:space="preserve">[43:22] </w:t>
      </w:r>
      <w:r>
        <w:t>saaray log is conditioning mein jee rahay hain ke quran ko bas bila samjhay samjhay parh lo, tilawat kar lo to bas sawab mile ga. bas yeh bilashuba bay bes bes les baat hai, bay buniyad baat hai.</w:t>
      </w:r>
    </w:p>
    <w:p>
      <w:pPr>
        <w:jc w:val="right"/>
      </w:pPr>
      <w:r>
        <w:t>سارے لوگ اس کنڈیشننگ میں جی رہے ہیں کہ قرآن کو بس بلا سمجھے سمجھے پڑھ لو، تلاوت کر لو تو بس ثواب ملے گا۔ بس یہ بلاشبہ بے بیس بیس لیس بات ہے، بے بنیاد بات ہے۔</w:t>
      </w:r>
    </w:p>
    <w:p>
      <w:r>
        <w:rPr>
          <w:b/>
        </w:rPr>
        <w:t xml:space="preserve">[43:36] </w:t>
      </w:r>
      <w:r>
        <w:t>quran is liye utara hi nahi gaya ke is ko aap bay samjhay mujhe parhtay rahen. quran khud kehta hai ke liyadabro ayati. quran is liye utara gaya ke is ki ayaton par log ghor karen.</w:t>
      </w:r>
    </w:p>
    <w:p>
      <w:pPr>
        <w:jc w:val="right"/>
      </w:pPr>
      <w:r>
        <w:t>قرآن اس لیے اتارا ہی نہیں گیا کہ اس کو آپ بے سمجھے مجھے پڑھتے رہیں۔ قرآن خود کہتا ہے کہ لیدبرو آیاتی۔ قرآن اس لیے اتارا گیا کہ اس کی آیتوں پر لوگ غور کریں۔</w:t>
      </w:r>
    </w:p>
    <w:p>
      <w:r>
        <w:rPr>
          <w:b/>
        </w:rPr>
        <w:t xml:space="preserve">[43:50] </w:t>
      </w:r>
      <w:r>
        <w:t>aur ghor karnay ka mani yeh nahi ke ek baar is ke matlab ko jaan len. nahi, woh zehn mein woh charchay is ka ab jari rahay, is par isi par sochen aap to naye naye mani khulen ge, naye naye pehlu aap ke samnay aayen ge.</w:t>
      </w:r>
    </w:p>
    <w:p>
      <w:pPr>
        <w:jc w:val="right"/>
      </w:pPr>
      <w:r>
        <w:t>اور غور کرنے کا معنی یہ نہیں کہ ایک بار اس کے مطلب کو جان لیں۔ نہیں، وہ ذہن میں وہ چرچہ اس کا اب جاری رہے، اس پر اسی پر سوچیں آپ تو نئے نئے معنی کھلیں گے، نئے نئے پہلو آپ کے سامنے آئیں گے۔</w:t>
      </w:r>
    </w:p>
    <w:p>
      <w:r>
        <w:rPr>
          <w:b/>
        </w:rPr>
        <w:t xml:space="preserve">[44:05] </w:t>
      </w:r>
      <w:r>
        <w:t>jaisay abhi main ne arz kiya</w:t>
      </w:r>
    </w:p>
    <w:p>
      <w:pPr>
        <w:jc w:val="right"/>
      </w:pPr>
      <w:r>
        <w:t>جیسے ابھی میں نے عرض کیا</w:t>
      </w:r>
    </w:p>
    <w:p>
      <w:r>
        <w:rPr>
          <w:b/>
        </w:rPr>
        <w:t xml:space="preserve">[44:08] </w:t>
      </w:r>
      <w:r>
        <w:t>to meri dua hai ke Allah taala mujh ko aur aap ko yeh tofeeq de ke hum quran ko waqai sahi tareeqay se aur tadabbur ke andaaz mein parhen aur is ka hamein jo Allah taala ne jo is mein hamein rehmaten rakhi hain, woh rehmaten hamein hasil hon.</w:t>
      </w:r>
    </w:p>
    <w:p>
      <w:pPr>
        <w:jc w:val="right"/>
      </w:pPr>
      <w:r>
        <w:t>تو میری دعا ہے کہ اللہ تعالی مجھ کو اور آپ کو یہ توفیق دے کہ ہم قرآن کو واقعی صحیح طریقے سے اور تدبر کے انداز میں پڑھیں اور اس کا ہمیں جو اللہ تعالی نے جو اس میں ہمیں رحمتیں رکھی ہیں، وہ رحمتیں ہمیں حاصل ہوں۔</w:t>
      </w:r>
    </w:p>
    <w:p>
      <w:r>
        <w:rPr>
          <w:b/>
        </w:rPr>
        <w:t xml:space="preserve">[44:32] </w:t>
      </w:r>
      <w:r>
        <w:t>aqool qawli haza wastaghfirullaha li walakum ajmaeen.</w:t>
      </w:r>
    </w:p>
    <w:p>
      <w:pPr>
        <w:jc w:val="right"/>
      </w:pPr>
      <w:r>
        <w:t>اقول قولیھذا 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