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Deeper Meaning of The Quran May 17, 2015</w:t>
      </w:r>
    </w:p>
    <w:p>
      <w:r>
        <w:t>https://youtu.be/CoTUNYxSRiI</w:t>
      </w:r>
    </w:p>
    <w:p>
      <w:r>
        <w:rPr>
          <w:b/>
        </w:rPr>
        <w:t xml:space="preserve">[00:13] </w:t>
      </w:r>
      <w:r>
        <w:t>bismillah rahman rahim, wasallallahu ala nabiyil kareem.</w:t>
      </w:r>
    </w:p>
    <w:p>
      <w:pPr>
        <w:jc w:val="right"/>
      </w:pPr>
      <w:r>
        <w:t>بسم اللہ الرحمن الرحیم، وصلی اللہ علی نبی الکریم۔</w:t>
      </w:r>
    </w:p>
    <w:p>
      <w:r>
        <w:rPr>
          <w:b/>
        </w:rPr>
        <w:t xml:space="preserve">[00:22] </w:t>
      </w:r>
      <w:r>
        <w:t>rab ishrah li sadri, wayassir li amri, wahalul uqdatan min lisani, yafqahu qawli.</w:t>
      </w:r>
    </w:p>
    <w:p>
      <w:pPr>
        <w:jc w:val="right"/>
      </w:pPr>
      <w:r>
        <w:t>رب اشرح لی صدری، ویسر لی امری، واحل العقدۃ من لسانی، یکہ قولی۔</w:t>
      </w:r>
    </w:p>
    <w:p>
      <w:r>
        <w:rPr>
          <w:b/>
        </w:rPr>
        <w:t xml:space="preserve">[00:34] </w:t>
      </w:r>
      <w:r>
        <w:t>17 may 2015.</w:t>
      </w:r>
    </w:p>
    <w:p>
      <w:pPr>
        <w:jc w:val="right"/>
      </w:pPr>
      <w:r>
        <w:t>17 مئی 2015۔</w:t>
      </w:r>
    </w:p>
    <w:p>
      <w:r>
        <w:rPr>
          <w:b/>
        </w:rPr>
        <w:t xml:space="preserve">[00:44] </w:t>
      </w:r>
      <w:r>
        <w:t>aap jantay hain ke hadith ki 6 kitabon ko sihah kaha jata hai. in mein se ek hai al tirmidhi.</w:t>
      </w:r>
    </w:p>
    <w:p>
      <w:pPr>
        <w:jc w:val="right"/>
      </w:pPr>
      <w:r>
        <w:t>آپ جانتے ہیں کہ حدیث کی 6 کتابوں کو سیاہ کہا جاتا ہے۔ ان میں سے ایک ہے الترمذی۔</w:t>
      </w:r>
    </w:p>
    <w:p>
      <w:r>
        <w:rPr>
          <w:b/>
        </w:rPr>
        <w:t xml:space="preserve">[00:56] </w:t>
      </w:r>
      <w:r>
        <w:t>to tirmidhi mein ek hadith aayi hai jo is ke fazail al quran ke bab mein hai. yeh hadith lambi hai.</w:t>
      </w:r>
    </w:p>
    <w:p>
      <w:pPr>
        <w:jc w:val="right"/>
      </w:pPr>
      <w:r>
        <w:t>تو ترمذی میں ایک حدیث آئی ہے جو اس کے فاضل القرآن کے باب میں ہے۔ یہ حدیث لمبی ہے۔</w:t>
      </w:r>
    </w:p>
    <w:p>
      <w:r>
        <w:rPr>
          <w:b/>
        </w:rPr>
        <w:t xml:space="preserve">[01:08] </w:t>
      </w:r>
      <w:r>
        <w:t>is mein ek lafz yeh hai quran ke baray mein</w:t>
      </w:r>
    </w:p>
    <w:p>
      <w:pPr>
        <w:jc w:val="right"/>
      </w:pPr>
      <w:r>
        <w:t>اس میں ایک لفظ یہ ہے قرآن کے بارے میں</w:t>
      </w:r>
    </w:p>
    <w:p>
      <w:r>
        <w:rPr>
          <w:b/>
        </w:rPr>
        <w:t xml:space="preserve">[01:13] </w:t>
      </w:r>
      <w:r>
        <w:t>: "la tanqadi ajaibuhu". yani quran ke ajaib kabhi khatam na hon ge.</w:t>
      </w:r>
    </w:p>
    <w:p>
      <w:pPr>
        <w:jc w:val="right"/>
      </w:pPr>
      <w:r>
        <w:t>: "لا تنقضی عجائبہ"۔ یعنی قرآن کے عجائب کبھی ختم نہ ہوں گے۔</w:t>
      </w:r>
    </w:p>
    <w:p>
      <w:r>
        <w:rPr>
          <w:b/>
        </w:rPr>
        <w:t xml:space="preserve">[01:25] </w:t>
      </w:r>
      <w:r>
        <w:t>to choonke is mein ajaib ka lafz hai aur is ko gharaib mani mein le letay hain log, sharon mein ziyada tar ajaib mani gharaib, to bas samajhtay hain koi nawadir, koi karishmay ki baatain.</w:t>
      </w:r>
    </w:p>
    <w:p>
      <w:pPr>
        <w:jc w:val="right"/>
      </w:pPr>
      <w:r>
        <w:t>تو چونکہ اس میں عجائب کا لفظ ہے اور اس کو غرائب معنی میں لے لیتے ہیں لوگ، شرحوں میں زیادہ تر عجائب معنی غرائب، تو بس سمجھتے ہیں کوئی نوادر، کوئی کرشمے کی باتیں۔</w:t>
      </w:r>
    </w:p>
    <w:p>
      <w:r>
        <w:rPr>
          <w:b/>
        </w:rPr>
        <w:t xml:space="preserve">[01:40] </w:t>
      </w:r>
      <w:r>
        <w:t>aisa nahi hai.</w:t>
      </w:r>
    </w:p>
    <w:p>
      <w:pPr>
        <w:jc w:val="right"/>
      </w:pPr>
      <w:r>
        <w:t>ایسا نہیں ہے۔</w:t>
      </w:r>
    </w:p>
    <w:p>
      <w:r>
        <w:rPr>
          <w:b/>
        </w:rPr>
        <w:t xml:space="preserve">[01:42] </w:t>
      </w:r>
      <w:r>
        <w:t>matlab hi wisdom ki baatein, nai nai creative baatein, naye naye aspect deen ke, yeh murad hai is ko.</w:t>
      </w:r>
    </w:p>
    <w:p>
      <w:pPr>
        <w:jc w:val="right"/>
      </w:pPr>
      <w:r>
        <w:t>مطلب ہی وزڈم کی باتیں، نئی نئی کریٹیو باتیں، نئے نئے اسپیکٹ دین کے، یہ مراد ہے اس کو۔</w:t>
      </w:r>
    </w:p>
    <w:p>
      <w:r>
        <w:rPr>
          <w:b/>
        </w:rPr>
        <w:t xml:space="preserve">[01:54] </w:t>
      </w:r>
      <w:r>
        <w:t>to mein aksar is hadith ko le kar sochta rehta hoon kyunke is se quran ke naye naye pehlu maloom hote hain.</w:t>
      </w:r>
    </w:p>
    <w:p>
      <w:pPr>
        <w:jc w:val="right"/>
      </w:pPr>
      <w:r>
        <w:t>تو میں اکثر اس حدیث کو لے کر سوچتا رہتا ہوں کیونکہ اس سے قرآن کے نئے نئے پہلو معلوم ہوتے ہیں۔</w:t>
      </w:r>
    </w:p>
    <w:p>
      <w:r>
        <w:rPr>
          <w:b/>
        </w:rPr>
        <w:t xml:space="preserve">[02:03] </w:t>
      </w:r>
      <w:r>
        <w:t>aur jab aap quran ke naye pehlu daryaft karein to quran par aap ka yaqeen bohat barh jata hai.</w:t>
      </w:r>
    </w:p>
    <w:p>
      <w:pPr>
        <w:jc w:val="right"/>
      </w:pPr>
      <w:r>
        <w:t>اور جب آپ قرآن کے نئے پہلو دریافت کریں تو قرآن پر آپ کا یقین بہت بڑھ جاتا ہے۔</w:t>
      </w:r>
    </w:p>
    <w:p>
      <w:r>
        <w:rPr>
          <w:b/>
        </w:rPr>
        <w:t xml:space="preserve">[02:13] </w:t>
      </w:r>
      <w:r>
        <w:t>aur jab yaqeen barhega quran se to zahir hai ke quran se talluq barhega, allah se talluq barhega, peghambar se talluq barhega, yeh sab hoga.</w:t>
      </w:r>
    </w:p>
    <w:p>
      <w:pPr>
        <w:jc w:val="right"/>
      </w:pPr>
      <w:r>
        <w:t>اور جب یقین بڑھے گا قرآن سے تو ظاہر ہے کہ قرآن سے تعلق بڑھے گا، اللہ سے تعلق بڑھے گا، پیغمبر سے تعلق بڑھے گا، یہ سب ہوگا۔</w:t>
      </w:r>
    </w:p>
    <w:p>
      <w:r>
        <w:rPr>
          <w:b/>
        </w:rPr>
        <w:t xml:space="preserve">[02:25] </w:t>
      </w:r>
      <w:r>
        <w:t>to mein samajhta hoon ke yeh jo hadith hai is ko bohat mehdood mani mein liya gaya hai, halanke is ke mani bohat wasee hain.</w:t>
      </w:r>
    </w:p>
    <w:p>
      <w:pPr>
        <w:jc w:val="right"/>
      </w:pPr>
      <w:r>
        <w:t>تو میں سمجھتا ہوں کہ یہ جو حدیث ہے اس کو بہت محدود معنی میں لیا گیا ہے، حالانکہ اس کے معنی بہت وسیع ہیں۔</w:t>
      </w:r>
    </w:p>
    <w:p>
      <w:r>
        <w:rPr>
          <w:b/>
        </w:rPr>
        <w:t xml:space="preserve">[02:37] </w:t>
      </w:r>
      <w:r>
        <w:t>misalan aaj mein soch raha tha to mere zehen mein yeh baat aayi ke is hadith mein agarche baat kahi hai quran ke bare mein lekin khud hadith ke bare mein yeh sahi hai.</w:t>
      </w:r>
    </w:p>
    <w:p>
      <w:pPr>
        <w:jc w:val="right"/>
      </w:pPr>
      <w:r>
        <w:t>مثلاً آج میں سوچ رہا تھا تو میرے ذہن میں یہ بات آئی کہ اس حدیث میں اگرچہ بات کہی ہے قرآن کے بارے میں لیکن خود حدیث کے بارے میں یہ صحیح ہے۔</w:t>
      </w:r>
    </w:p>
    <w:p>
      <w:r>
        <w:rPr>
          <w:b/>
        </w:rPr>
        <w:t xml:space="preserve">[02:51] </w:t>
      </w:r>
      <w:r>
        <w:t>kyunke saare ulama mante hain ke quran</w:t>
      </w:r>
    </w:p>
    <w:p>
      <w:pPr>
        <w:jc w:val="right"/>
      </w:pPr>
      <w:r>
        <w:t>کیونکہ سارے علماء مانتے ہیں کہ قرآن</w:t>
      </w:r>
    </w:p>
    <w:p>
      <w:r>
        <w:rPr>
          <w:b/>
        </w:rPr>
        <w:t xml:space="preserve">[02:57] </w:t>
      </w:r>
      <w:r>
        <w:t>aur hadith mein sirf itna hi farq hai ke quran wahi matloob hai aur hadith wahi ghair matloob hai.</w:t>
      </w:r>
    </w:p>
    <w:p>
      <w:pPr>
        <w:jc w:val="right"/>
      </w:pPr>
      <w:r>
        <w:t>اور حدیث میں صرف اتنا ہی فرق ہے کہ قرآن وہی مطلوب ہے اور حدیث وہی غیر مطلوب ہے۔</w:t>
      </w:r>
    </w:p>
    <w:p>
      <w:r>
        <w:rPr>
          <w:b/>
        </w:rPr>
        <w:t xml:space="preserve">[03:07] </w:t>
      </w:r>
      <w:r>
        <w:t>itna hi farq hai. to mein samajhta hoon ke yeh manna bilkul sahi hoga ke agarche yeh baat quran ke bare mein hai lekin woh hadith ke bare mein bhi sahi hai ke quran ki tarah hadith ke ajayeb bhi kabhi khatam na honge.</w:t>
      </w:r>
    </w:p>
    <w:p>
      <w:pPr>
        <w:jc w:val="right"/>
      </w:pPr>
      <w:r>
        <w:t>اتنا ہی فرق ہے۔ تو میں سمجھتا ہوں کہ یہ ماننا بالکل صحیح ہوگا کہ اگرچہ یہ بات قرآن کے بارے میں ہے لیکن وہ حدیث کے بارے میں بھی صحیح ہے کہ قرآن کی طرح حدیث کے عجائب بھی کبھی ختم نہ ہوں گے۔</w:t>
      </w:r>
    </w:p>
    <w:p>
      <w:r>
        <w:rPr>
          <w:b/>
        </w:rPr>
        <w:t xml:space="preserve">[03:24] </w:t>
      </w:r>
      <w:r>
        <w:t>ajayeb ka matlab wahi hai ke is ka wisdom, is ki baseerat ki baatein, is ke rehnuma usool daryaft hote rahenge.</w:t>
      </w:r>
    </w:p>
    <w:p>
      <w:pPr>
        <w:jc w:val="right"/>
      </w:pPr>
      <w:r>
        <w:t>عجائب کا مطلب وہی ہے کہ اس کا وزڈم، اس کی بصیرت کی باتیں، اس کے رہنما اصول دریافت ہوتے رہیں گے۔</w:t>
      </w:r>
    </w:p>
    <w:p>
      <w:r>
        <w:rPr>
          <w:b/>
        </w:rPr>
        <w:t xml:space="preserve">[03:36] </w:t>
      </w:r>
      <w:r>
        <w:t>misalan dekhein aaj mein soch raha tha ek hadith ko le kar. ek hadith hai: "ma labishk al-nas labishk Allah".</w:t>
      </w:r>
    </w:p>
    <w:p>
      <w:pPr>
        <w:jc w:val="right"/>
      </w:pPr>
      <w:r>
        <w:t>مثلاً دیکھیں آج میں سوچ رہا تھا ایک حدیث کو لے کر۔ ایک حدیث ہے: "ما لبشک الناس لبشک اللہ"۔</w:t>
      </w:r>
    </w:p>
    <w:p>
      <w:r>
        <w:rPr>
          <w:b/>
        </w:rPr>
        <w:t xml:space="preserve">[03:51] </w:t>
      </w:r>
      <w:r>
        <w:t>jo aadmi insaan ka shukr nahi karega woh allah ka shukr bhi nahi karega.</w:t>
      </w:r>
    </w:p>
    <w:p>
      <w:pPr>
        <w:jc w:val="right"/>
      </w:pPr>
      <w:r>
        <w:t>جو آدمی انسان کا شکر نہیں کرے گا وہ اللہ کا شکر بھی نہیں کرے گا۔</w:t>
      </w:r>
    </w:p>
    <w:p>
      <w:r>
        <w:rPr>
          <w:b/>
        </w:rPr>
        <w:t xml:space="preserve">[04:00] </w:t>
      </w:r>
      <w:r>
        <w:t>to mein bohat din se is hadith ko le kar sochta raha hoon ke kya matlab hai is ka? kya matlab hai is ka?</w:t>
      </w:r>
    </w:p>
    <w:p>
      <w:pPr>
        <w:jc w:val="right"/>
      </w:pPr>
      <w:r>
        <w:t>تو میں بہت دن سے اس حدیث کو لے کر سوچتا رہا ہوں کہ کیا مطلب ہے اس کا؟ کیا مطلب ہے اس کا؟</w:t>
      </w:r>
    </w:p>
    <w:p>
      <w:r>
        <w:rPr>
          <w:b/>
        </w:rPr>
        <w:t xml:space="preserve">[04:10] </w:t>
      </w:r>
      <w:r>
        <w:t>shukr ka kya matlab hai? dekhein shukr ke mani hain itraaf karna, acknowledge karna. jab woh allah ka shukr karte hain to woh bhi itraaf hota hai,</w:t>
      </w:r>
    </w:p>
    <w:p>
      <w:pPr>
        <w:jc w:val="right"/>
      </w:pPr>
      <w:r>
        <w:t>شکر کا کیا مطلب ہے؟ دیکھیں شکر کے معنی ہیں اعتراف کرنا، اکنالج کرنا۔ جب وہ اللہ کا شکر کرتے ہیں تو وہ بھی اعتراف ہوتا ہے،</w:t>
      </w:r>
    </w:p>
    <w:p>
      <w:r>
        <w:rPr>
          <w:b/>
        </w:rPr>
        <w:t xml:space="preserve">[04:24] </w:t>
      </w:r>
      <w:r>
        <w:t>acknowledgement hota hai.</w:t>
      </w:r>
    </w:p>
    <w:p>
      <w:pPr>
        <w:jc w:val="right"/>
      </w:pPr>
      <w:r>
        <w:t>اکنالجمنٹ ہوتا ہے۔</w:t>
      </w:r>
    </w:p>
    <w:p>
      <w:r>
        <w:rPr>
          <w:b/>
        </w:rPr>
        <w:t xml:space="preserve">[04:26] </w:t>
      </w:r>
      <w:r>
        <w:t>yeh mamla insaan ka hai. ke insaan ka jab hum shukr karte hain to woh goya insaan ki khidmat ka itraaf karte hain ke insaan se hum ko yeh mila.</w:t>
      </w:r>
    </w:p>
    <w:p>
      <w:pPr>
        <w:jc w:val="right"/>
      </w:pPr>
      <w:r>
        <w:t>یہ معاملہ انسان کا ہے۔ کہ انسان کا جب ہم شکر کرتے ہیں تو وہ گویا انسان کی خدمات کا اعتراف کرتے ہیں کہ انسان سے ہم کو یہ ملا۔</w:t>
      </w:r>
    </w:p>
    <w:p>
      <w:r>
        <w:rPr>
          <w:b/>
        </w:rPr>
        <w:t xml:space="preserve">[04:39] </w:t>
      </w:r>
      <w:r>
        <w:t>to yeh sirf yeh nahi ke quran ko mehfooz kiya unhon ne, quran ko yaad kiya, quran ki tilawat ki, phir hote hote hote hum ko pohncha diya.</w:t>
      </w:r>
    </w:p>
    <w:p>
      <w:pPr>
        <w:jc w:val="right"/>
      </w:pPr>
      <w:r>
        <w:t>تو یہ صرف یہ نہیں کہ قرآن کو محفوظ کیا انہوں نے، قرآن کو یاد کیا، قرآن کی تلاوت کی، پھر ہوتے ہوتے ہوتے ہم کو پہنچا دیا۔</w:t>
      </w:r>
    </w:p>
    <w:p>
      <w:r>
        <w:rPr>
          <w:b/>
        </w:rPr>
        <w:t xml:space="preserve">[04:49] </w:t>
      </w:r>
      <w:r>
        <w:t>yeh insaan ka itraaf.</w:t>
      </w:r>
    </w:p>
    <w:p>
      <w:pPr>
        <w:jc w:val="right"/>
      </w:pPr>
      <w:r>
        <w:t>یہ انسان کا اعتراف۔</w:t>
      </w:r>
    </w:p>
    <w:p>
      <w:r>
        <w:rPr>
          <w:b/>
        </w:rPr>
        <w:t xml:space="preserve">[04:52] </w:t>
      </w:r>
      <w:r>
        <w:t>is ke siwa bhi jo doosre mamlaat hain wahan bhi insaan ka itraaf hai. misalan aaj mein soch raha tha ke aaj</w:t>
      </w:r>
    </w:p>
    <w:p>
      <w:pPr>
        <w:jc w:val="right"/>
      </w:pPr>
      <w:r>
        <w:t>اس کے سوا بھی جو دوسرے معاملات ہیں وہاں بھی انسان کا اعتراف ہے۔ مثلاً آج میں سوچ رہا تھا کہ آج</w:t>
      </w:r>
    </w:p>
    <w:p>
      <w:r>
        <w:rPr>
          <w:b/>
        </w:rPr>
        <w:t xml:space="preserve">[05:06] </w:t>
      </w:r>
      <w:r>
        <w:t>ek sahab the jo hawa jahaz se aaye hain dilli to un ka kuch zikr tha.</w:t>
      </w:r>
    </w:p>
    <w:p>
      <w:pPr>
        <w:jc w:val="right"/>
      </w:pPr>
      <w:r>
        <w:t>ایک صاحب تھے جو ہوا جہاز سے آئے ہیں دلی تو ان کا کچھ ذکر تھا۔</w:t>
      </w:r>
    </w:p>
    <w:p>
      <w:r>
        <w:rPr>
          <w:b/>
        </w:rPr>
        <w:t xml:space="preserve">[05:15] </w:t>
      </w:r>
      <w:r>
        <w:t>to mein ne socha ke yeh ek bohat bara shukr ka item hai, insaan ke shukr ka.</w:t>
      </w:r>
    </w:p>
    <w:p>
      <w:pPr>
        <w:jc w:val="right"/>
      </w:pPr>
      <w:r>
        <w:t>تو میں نے سوچا کہ یہ ایک بہت بڑا شکر کا آئٹم ہے، انسان کے شکر کا۔</w:t>
      </w:r>
    </w:p>
    <w:p>
      <w:r>
        <w:rPr>
          <w:b/>
        </w:rPr>
        <w:t xml:space="preserve">[05:24] </w:t>
      </w:r>
      <w:r>
        <w:t>woh kaise? hawa jahaz jo hai hazaron saal ki tareekh ke nateejay mein bana hai. hazaron saal ki tareekh.</w:t>
      </w:r>
    </w:p>
    <w:p>
      <w:pPr>
        <w:jc w:val="right"/>
      </w:pPr>
      <w:r>
        <w:t>وہ کیسے؟ ہوا جہاز جو ہے ہزاروں سال کی تاریخ کے نتیجے میں بنا ہے۔ ہزاروں سال کی تاریخ۔</w:t>
      </w:r>
    </w:p>
    <w:p>
      <w:r>
        <w:rPr>
          <w:b/>
        </w:rPr>
        <w:t xml:space="preserve">[05:35] </w:t>
      </w:r>
      <w:r>
        <w:t>insaan jo hai hazaron saal ek mehnat karta hai, mehnat karta raha. yahan tak ke is ne aap ko hawa jahaz de diya.</w:t>
      </w:r>
    </w:p>
    <w:p>
      <w:pPr>
        <w:jc w:val="right"/>
      </w:pPr>
      <w:r>
        <w:t>انسان جو ہے ہزاروں سال ایک محنت کرتا ہے، محنت کرتا رہا۔ یہاں تک کہ اس نے آپ کو ہوا جہاز دے دیا۔</w:t>
      </w:r>
    </w:p>
    <w:p>
      <w:r>
        <w:rPr>
          <w:b/>
        </w:rPr>
        <w:t xml:space="preserve">[05:44] </w:t>
      </w:r>
      <w:r>
        <w:t>sab se pehle kahan se shuru hua? to kaha jata hai ke primitive age mein ya stone age mein insaan ne dekha ke jangall mein ghoda hai.</w:t>
      </w:r>
    </w:p>
    <w:p>
      <w:pPr>
        <w:jc w:val="right"/>
      </w:pPr>
      <w:r>
        <w:t>سب سے پہلے کہاں سے شروع ہوا؟ تو کہا جاتا ہے کہ پریمیٹیو ایج میں یا اسٹون ایج میں انسان نے دیکھا کہ جنگل میں گھوڑا ہے۔</w:t>
      </w:r>
    </w:p>
    <w:p>
      <w:r>
        <w:rPr>
          <w:b/>
        </w:rPr>
        <w:t xml:space="preserve">[06:00] </w:t>
      </w:r>
      <w:r>
        <w:t>ab ghoda bohat ajeeb laga is ko dekhne mein. to sirf ek janwar ke taur par dekha is ne. phir dheere dheere is ne discover kiya ke ghoda to hamare saare kaam aa sakta hai.</w:t>
      </w:r>
    </w:p>
    <w:p>
      <w:pPr>
        <w:jc w:val="right"/>
      </w:pPr>
      <w:r>
        <w:t>اب گھوڑا بہت عجیب لگا اس کو دیکھنے میں۔ تو صرف ایک جانور کے طور پر دیکھا اس نے۔ پھر دھیرے دھیرے اس نے ڈسکور کیا کہ گھوڑا تو ہمارے سارے کام آ سکتا ہے۔</w:t>
      </w:r>
    </w:p>
    <w:p>
      <w:r>
        <w:rPr>
          <w:b/>
        </w:rPr>
        <w:t xml:space="preserve">[06:13] </w:t>
      </w:r>
      <w:r>
        <w:t>yani ek din nahi pata chal gaya. is ko pata karne mein bohat din guzar gaye. to is ne ghoṛe ko jangal se pakaṛa, is ko sadaya, is ki zain banai, lagam banai,</w:t>
      </w:r>
    </w:p>
    <w:p>
      <w:pPr>
        <w:jc w:val="right"/>
      </w:pPr>
      <w:r>
        <w:t>یعنی ایک دن نہیں پتہ چل گیا۔ اس کو پتہ کرنے میں بہت دن گزر گئے۔ تو اس نے گھوڑے کو جنگل سے پکڑا، اس کو سدایا، اس کی زین بنائی، لگام بنائی،</w:t>
      </w:r>
    </w:p>
    <w:p>
      <w:r>
        <w:rPr>
          <w:b/>
        </w:rPr>
        <w:t xml:space="preserve">[06:27] </w:t>
      </w:r>
      <w:r>
        <w:t>is ko khilaya pilaya. is tarah ghoṛe ko sawari ka zariya banaya. to kuch dinon tak insan ghoṛe par sawari karta raha.</w:t>
      </w:r>
    </w:p>
    <w:p>
      <w:pPr>
        <w:jc w:val="right"/>
      </w:pPr>
      <w:r>
        <w:t>اس کو کھلایا پلایا۔ اس طرح گھوڑے کو سواری کا ذریعہ بنایا۔ تو کچھ دنوں تک انسان گھوڑے پر سواری کرتا رہا۔</w:t>
      </w:r>
    </w:p>
    <w:p>
      <w:r>
        <w:rPr>
          <w:b/>
        </w:rPr>
        <w:t xml:space="preserve">[06:39] </w:t>
      </w:r>
      <w:r>
        <w:t>phir dhire dhire aisa hua ke is ne pahiya daryaft kiya.</w:t>
      </w:r>
    </w:p>
    <w:p>
      <w:pPr>
        <w:jc w:val="right"/>
      </w:pPr>
      <w:r>
        <w:t>پھر دھیرے دھیرے ایسا ہوا کہ اس نے پہیہ دریافت کیا۔</w:t>
      </w:r>
    </w:p>
    <w:p>
      <w:r>
        <w:rPr>
          <w:b/>
        </w:rPr>
        <w:t xml:space="preserve">[06:43] </w:t>
      </w:r>
      <w:r>
        <w:t>pahiya. kaha jata hai ke sab se pehli discovery pahiya hai. yani wheel. wheel ko sab se pehli discovery bataya jata hai.</w:t>
      </w:r>
    </w:p>
    <w:p>
      <w:pPr>
        <w:jc w:val="right"/>
      </w:pPr>
      <w:r>
        <w:t>پہیہ۔ کہا جاتا ہے کہ سب سے پہلی ڈسکوری پہیہ ہے۔ یعنی ویل۔ ویل کو سب سے پہلی ڈسکوری بتایا جاتا ہے۔</w:t>
      </w:r>
    </w:p>
    <w:p>
      <w:r>
        <w:rPr>
          <w:b/>
        </w:rPr>
        <w:t xml:space="preserve">[06:57] </w:t>
      </w:r>
      <w:r>
        <w:t>to wheel jab bani to kya hua? phir ghaṛi banna mumkin ho gaya. jab wheel ban gayi to ghaṛi banna mumkin ho gaya. to ab ghaṛi bana kar is mein ghoṛe ko lagaya gaya.</w:t>
      </w:r>
    </w:p>
    <w:p>
      <w:pPr>
        <w:jc w:val="right"/>
      </w:pPr>
      <w:r>
        <w:t>تو ویل جب بنی تو کیا ہوا؟ پھر گاڑی بننا ممکن ہو گیا۔ جب ویل بن گئی تو گاڑی بننا ممکن ہو گیا۔ تو اب گاڑی بنا کر اس میں گھوڑے کو لگایا گیا۔</w:t>
      </w:r>
    </w:p>
    <w:p>
      <w:r>
        <w:rPr>
          <w:b/>
        </w:rPr>
        <w:t xml:space="preserve">[07:11] </w:t>
      </w:r>
      <w:r>
        <w:t>ab ghoṛe par to ek admi baithta tha lekin ghaṛi mein kai admi baithne lagay. is tarah ghoṛe ke zariye ye mumkin ho gaya ke kai admi safar karen ghaṛi mein baith kar.</w:t>
      </w:r>
    </w:p>
    <w:p>
      <w:pPr>
        <w:jc w:val="right"/>
      </w:pPr>
      <w:r>
        <w:t>اب گھوڑے پر تو ایک آدمی بیٹھتا تھا لیکن گاڑی میں کئی آدمی بیٹھنے لگے۔ اس طرح گھوڑے کے ذریعے یہ ممکن ہو گیا کہ کئی آدمی سفر کریں گاڑی میں بیٹھ کر۔</w:t>
      </w:r>
    </w:p>
    <w:p>
      <w:r>
        <w:rPr>
          <w:b/>
        </w:rPr>
        <w:t xml:space="preserve">[07:27] </w:t>
      </w:r>
      <w:r>
        <w:t>is tarah phir tareekh aage baṛhi. aur aage baṛhi to insan ne bicycle daryaft kiya. to bicycle ek aur hi anokhi cheez thi.</w:t>
      </w:r>
    </w:p>
    <w:p>
      <w:pPr>
        <w:jc w:val="right"/>
      </w:pPr>
      <w:r>
        <w:t>اس طرح پھر تاریخ آگے بڑھی۔ اور آگے بڑھی تو انسان نے بائیسکل دریافت کیا۔ تو بائیسکل ایک اور ہی انوکھی چیز تھی۔</w:t>
      </w:r>
    </w:p>
    <w:p>
      <w:r>
        <w:rPr>
          <w:b/>
        </w:rPr>
        <w:t xml:space="preserve">[07:40] </w:t>
      </w:r>
      <w:r>
        <w:t>mein ek bar to paṛha ek article mein ke kashmir mein ek angrez pehli bar bicycle laya. to kashmiri is ko dekh kar kehne lagay ke ye lohay ka ghoṛa hai.</w:t>
      </w:r>
    </w:p>
    <w:p>
      <w:pPr>
        <w:jc w:val="right"/>
      </w:pPr>
      <w:r>
        <w:t>میں ایک بار تو پڑھا ایک آرٹیکل میں کہ کشمیر میں ایک انگریز پہلی بار بائیسکل لایا۔ تو کشمیری اس کو دیکھ کر کہنے لگے کہ یہ لوہے کا گھوڑا ہے۔</w:t>
      </w:r>
    </w:p>
    <w:p>
      <w:r>
        <w:rPr>
          <w:b/>
        </w:rPr>
        <w:t xml:space="preserve">[07:52] </w:t>
      </w:r>
      <w:r>
        <w:t>kyun ke is se pehle unhon ne dekha nahi tha bicycle ko. to is ke baad bicycle banai insan ne. kuch din tak bicycle se chalta raha.</w:t>
      </w:r>
    </w:p>
    <w:p>
      <w:pPr>
        <w:jc w:val="right"/>
      </w:pPr>
      <w:r>
        <w:t>کیونکہ اس سے پہلے انہوں نے دیکھا نہیں تھا بائیسکل کو۔ تو اس کے بعد بائیسکل بنائی انسان نے۔ کچھ دن تک بائیسکل سے چلتا رہا۔</w:t>
      </w:r>
    </w:p>
    <w:p>
      <w:r>
        <w:rPr>
          <w:b/>
        </w:rPr>
        <w:t xml:space="preserve">[08:05] </w:t>
      </w:r>
      <w:r>
        <w:t>phir dhire dhire mechanization hua. engine banna laga.</w:t>
      </w:r>
    </w:p>
    <w:p>
      <w:pPr>
        <w:jc w:val="right"/>
      </w:pPr>
      <w:r>
        <w:t>پھر دھیرے دھیرے مکینائزیشن ہوا۔ انجن بننے لگا۔</w:t>
      </w:r>
    </w:p>
    <w:p>
      <w:r>
        <w:rPr>
          <w:b/>
        </w:rPr>
        <w:t xml:space="preserve">[08:10] </w:t>
      </w:r>
      <w:r>
        <w:t>to phir motorcycle bani, phir car bani, tarah tarah ki carain banin. phir hote hote hawa jahaz ka daur aya.</w:t>
      </w:r>
    </w:p>
    <w:p>
      <w:pPr>
        <w:jc w:val="right"/>
      </w:pPr>
      <w:r>
        <w:t>تو پھر موٹر سائیکل بنی، پھر کار بنی، طرح طرح کی کاریں بنیں۔ پھر ہوتے ہوتے ہوا جہاز کا دور آیا۔</w:t>
      </w:r>
    </w:p>
    <w:p>
      <w:r>
        <w:rPr>
          <w:b/>
        </w:rPr>
        <w:t xml:space="preserve">[08:19] </w:t>
      </w:r>
      <w:r>
        <w:t>hawa jahaz ke daur mein bohat se logon ne qurbaniyan keen. kab hawa jahaz bana hai? ke log mar gaye isi mein.</w:t>
      </w:r>
    </w:p>
    <w:p>
      <w:pPr>
        <w:jc w:val="right"/>
      </w:pPr>
      <w:r>
        <w:t>ہوا جہاز کے دور میں بہت سے لوگوں نے قربانیاں کیں۔ کب ہوا جہاز بنا ہے؟ کہ لوگ مر گئے اسی میں۔</w:t>
      </w:r>
    </w:p>
    <w:p>
      <w:r>
        <w:rPr>
          <w:b/>
        </w:rPr>
        <w:t xml:space="preserve">[08:29] </w:t>
      </w:r>
      <w:r>
        <w:t>kyun ke pehle jo jahaz banay thay us mein itna arrangement nahi hota tha. mislan aaj jo jahaz uṛta hai to us mein GPS hota hai.</w:t>
      </w:r>
    </w:p>
    <w:p>
      <w:pPr>
        <w:jc w:val="right"/>
      </w:pPr>
      <w:r>
        <w:t>کیونکہ پہلے جو جہاز بنے تھے اس میں اتنا ارینجمنٹ نہیں ہوتا تھا۔ مثلاً آج جو جہاز اڑتا ہے تو اس میں جی پی ایس ہوتا ہے۔</w:t>
      </w:r>
    </w:p>
    <w:p>
      <w:r>
        <w:rPr>
          <w:b/>
        </w:rPr>
        <w:t xml:space="preserve">[08:40] </w:t>
      </w:r>
      <w:r>
        <w:t>GPS computer ke ishtirak se theek theek locate karta hai kahan jahaz utre ga. to pilot baitha rehta hai aur GPS is ko guide karta rehta hai.</w:t>
      </w:r>
    </w:p>
    <w:p>
      <w:pPr>
        <w:jc w:val="right"/>
      </w:pPr>
      <w:r>
        <w:t>جی پی ایس کمپیوٹر کے اشتراک سے ٹھیک ٹھیک لوکیٹ کرتا ہے کہاں جہاز اترے گا۔ تو پائلٹ بیٹھا رہتا ہے اور جی پی ایس اس کو گائیڈ کرتا رہتا ہے۔</w:t>
      </w:r>
    </w:p>
    <w:p>
      <w:r>
        <w:rPr>
          <w:b/>
        </w:rPr>
        <w:t xml:space="preserve">[08:54] </w:t>
      </w:r>
      <w:r>
        <w:t>lekin jo shuru mein jahaz banay thay to wo to aise hi thay. to kai gir gaye, kai kuch ho gaya. to gharaẓ ye ke ek lambi muddat hai cyclists ne sacrifice ki, research ki, discoveries ki.</w:t>
      </w:r>
    </w:p>
    <w:p>
      <w:pPr>
        <w:jc w:val="right"/>
      </w:pPr>
      <w:r>
        <w:t>لیکن جو شروع میں جہاز بنے تھے تو وہ تو ایسے ہی تھے۔ تو کئی گر گئے، کئی کچھ ہو گیا۔ تو غرض یہ کہ ایک لمبی مدت ہے سائیکلسٹس نے سیکریفائس کی، ریسرچ کی، ڈسکوریز کی۔</w:t>
      </w:r>
    </w:p>
    <w:p>
      <w:r>
        <w:rPr>
          <w:b/>
        </w:rPr>
        <w:t xml:space="preserve">[09:09] </w:t>
      </w:r>
      <w:r>
        <w:t>jis ke nateejay mein hamein aaj hawa jahaz mila hai. yani pehle insan chalta tha paidal, paon se chalta tha.</w:t>
      </w:r>
    </w:p>
    <w:p>
      <w:pPr>
        <w:jc w:val="right"/>
      </w:pPr>
      <w:r>
        <w:t>جس کے نتیجے میں ہمیں آج ہوا جہاز ملا ہے۔ یعنی پہلے انسان چلتا تھا پیدل، پاؤں سے چلتا تھا۔</w:t>
      </w:r>
    </w:p>
    <w:p>
      <w:r>
        <w:rPr>
          <w:b/>
        </w:rPr>
        <w:t xml:space="preserve">[09:19] </w:t>
      </w:r>
      <w:r>
        <w:t>phir joota use daryaft kiya. yani pehle nangay paon chalta tha, phir joota daryaft kiya. phir is ne ghoṛa daryaft kiya.</w:t>
      </w:r>
    </w:p>
    <w:p>
      <w:pPr>
        <w:jc w:val="right"/>
      </w:pPr>
      <w:r>
        <w:t>پھر جوتا اسے دریافت کیا۔ یعنی پہلے ننگے پاؤں چلتا تھا، پھر جوتا دریافت کیا۔ پھر اس نے گھوڑا دریافت کیا۔</w:t>
      </w:r>
    </w:p>
    <w:p>
      <w:r>
        <w:rPr>
          <w:b/>
        </w:rPr>
        <w:t xml:space="preserve">[09:30] </w:t>
      </w:r>
      <w:r>
        <w:t>phir pahiya daryaft kiya. phir ghaṛi banai. phir bicycle daryaft kiya.</w:t>
      </w:r>
    </w:p>
    <w:p>
      <w:pPr>
        <w:jc w:val="right"/>
      </w:pPr>
      <w:r>
        <w:t>پھر پہیہ دریافت کیا۔ پھر گاڑی بنائی۔ پھر بائیسکل دریافت کیا۔</w:t>
      </w:r>
    </w:p>
    <w:p>
      <w:r>
        <w:rPr>
          <w:b/>
        </w:rPr>
        <w:t xml:space="preserve">[09:36] </w:t>
      </w:r>
      <w:r>
        <w:t>phir motorcycle banai, phir car banai. car ke baad phir hawa jahaz ka daur aya. hawa jahaz banaye.</w:t>
      </w:r>
    </w:p>
    <w:p>
      <w:pPr>
        <w:jc w:val="right"/>
      </w:pPr>
      <w:r>
        <w:t>پھر موٹر سائیکل بنائی، پھر کار بنائی۔ کار کے بعد پھر ہوا جہاز کا دور آیا۔ ہوا جہاز بنائے۔</w:t>
      </w:r>
    </w:p>
    <w:p>
      <w:r>
        <w:rPr>
          <w:b/>
        </w:rPr>
        <w:t xml:space="preserve">[09:46] </w:t>
      </w:r>
      <w:r>
        <w:t>to ye hazaron saal mein aisa hua hai. ye hai insan ka shukr karna. aaj jab aap kisi sawari par baithain, chahe hawa jahaz par baithain, chahe bicycle par baithain, chahe bus par baithain, to aap sochen ke is daur ko lane mein insan ne ek lambi qurbani di hai.</w:t>
      </w:r>
    </w:p>
    <w:p>
      <w:pPr>
        <w:jc w:val="right"/>
      </w:pPr>
      <w:r>
        <w:t>تو یہ ہزاروں سال میں ایسا ہوا ہے۔ یہ ہے انسان کا شکر کرنا۔ آج جب آپ کسی سواری پر بیٹھیں، چاہے ہوا جہاز پر بیٹھیں، چاہے بائیسکل پر بیٹھیں، چاہے بس پر بیٹھیں، تو آپ سوچیں کہ اس دور کو لانے میں انسان نے ایک لمبی قربانی دی ہے۔</w:t>
      </w:r>
    </w:p>
    <w:p>
      <w:r>
        <w:rPr>
          <w:b/>
        </w:rPr>
        <w:t xml:space="preserve">[10:05] </w:t>
      </w:r>
      <w:r>
        <w:t>hazaron saal tak insan koshish karta raha, koshish karta raha. tab hum is sawari ko paya hum ne.</w:t>
      </w:r>
    </w:p>
    <w:p>
      <w:pPr>
        <w:jc w:val="right"/>
      </w:pPr>
      <w:r>
        <w:t>ہزاروں سال تک انسان کوشش کرتا رہا، کوشش کرتا رہا۔ تب ہم اس سواری کو پایا ہم نے۔</w:t>
      </w:r>
    </w:p>
    <w:p>
      <w:r>
        <w:rPr>
          <w:b/>
        </w:rPr>
        <w:t xml:space="preserve">[10:15] </w:t>
      </w:r>
      <w:r>
        <w:t>to jab is tarah dekhen sochen gay aap to kya hoga? insan ko acknowledge karen gay, insan ka etiraf karen gay.</w:t>
      </w:r>
    </w:p>
    <w:p>
      <w:pPr>
        <w:jc w:val="right"/>
      </w:pPr>
      <w:r>
        <w:t>تو جب اس طرح دیکھیں سوچیں گے آپ تو کیا ہوگا؟ انسان کو اکنالج کریں گے، انسان کا اعتراف کریں گے۔</w:t>
      </w:r>
    </w:p>
    <w:p>
      <w:r>
        <w:rPr>
          <w:b/>
        </w:rPr>
        <w:t xml:space="preserve">[10:24] </w:t>
      </w:r>
      <w:r>
        <w:t>jis ko kaha gaya shukr karna. jab is tarah aap sochen gay to kya hoga?</w:t>
      </w:r>
    </w:p>
    <w:p>
      <w:pPr>
        <w:jc w:val="right"/>
      </w:pPr>
      <w:r>
        <w:t>جس کو کہا گیا شکر کرنا۔ جب اس طرح آپ سوچیں گے تو کیا ہوگا؟</w:t>
      </w:r>
    </w:p>
    <w:p>
      <w:r>
        <w:rPr>
          <w:b/>
        </w:rPr>
        <w:t xml:space="preserve">[10:33] </w:t>
      </w:r>
      <w:r>
        <w:t>to wahi hoga jo Hazrat Masih ne kaha tha: "Love your enemy". dushman se bhi mohabbat karo. yani is ka matlab kya hai?</w:t>
      </w:r>
    </w:p>
    <w:p>
      <w:pPr>
        <w:jc w:val="right"/>
      </w:pPr>
      <w:r>
        <w:t>تو وہی ہوگا جو حضرت مسیح نے کہا تھا: "Love your enemy"۔ دشمن سے بھی محبت کرو۔ یعنی اس کا مطلب کیا ہے؟</w:t>
      </w:r>
    </w:p>
    <w:p>
      <w:r>
        <w:rPr>
          <w:b/>
        </w:rPr>
        <w:t xml:space="preserve">[10:43] </w:t>
      </w:r>
      <w:r>
        <w:t>dushman koi nahi hota. is ka matlab ye ke agar koi shakhs bazahir tum ko dushman dikhai de tab bhi us se mohabbat karo.</w:t>
      </w:r>
    </w:p>
    <w:p>
      <w:pPr>
        <w:jc w:val="right"/>
      </w:pPr>
      <w:r>
        <w:t>دشمن کوئی نہیں ہوتا۔ اس کا مطلب یہ کہ اگر کوئی شخص بظاہر تم کو دشمن دکھائی دے تب بھی اس سے محبت کرو۔</w:t>
      </w:r>
    </w:p>
    <w:p>
      <w:r>
        <w:rPr>
          <w:b/>
        </w:rPr>
        <w:t xml:space="preserve">[10:53] </w:t>
      </w:r>
      <w:r>
        <w:t>kyun? tum ko is ko dushman dikhai parta hua hai ek choti si wajah se.</w:t>
      </w:r>
    </w:p>
    <w:p>
      <w:pPr>
        <w:jc w:val="right"/>
      </w:pPr>
      <w:r>
        <w:t>کیوں؟ تم کو اس کو دشمن دکھائی پڑتا ہوا ہے ایک چھوٹی سی وجہ سے۔</w:t>
      </w:r>
    </w:p>
    <w:p>
      <w:r>
        <w:rPr>
          <w:b/>
        </w:rPr>
        <w:t xml:space="preserve">[11:02] </w:t>
      </w:r>
      <w:r>
        <w:t>ek choti si personal wajah se. personal. ke is ne farz kiya aap ko ek kankar maar diya, ek aap ko gaali de di, aap ko dhakel diya.</w:t>
      </w:r>
    </w:p>
    <w:p>
      <w:pPr>
        <w:jc w:val="right"/>
      </w:pPr>
      <w:r>
        <w:t>ایک چھوٹی سی پرسنل وجہ سے۔ پرسنل۔ کہ اس نے فرض کیا آپ کو ایک کنکر مار دیا، ایک آپ کو گالی دے دی، آپ کو دھکیل دیا۔</w:t>
      </w:r>
    </w:p>
    <w:p>
      <w:r>
        <w:rPr>
          <w:b/>
        </w:rPr>
        <w:t xml:space="preserve">[11:15] </w:t>
      </w:r>
      <w:r>
        <w:t>aise chota sa koi kaam. lekin jo hazaron saal insan ne jo qurbaniyan di hain us ke muqable mein yeh shikayat bohat kam hai.</w:t>
      </w:r>
    </w:p>
    <w:p>
      <w:pPr>
        <w:jc w:val="right"/>
      </w:pPr>
      <w:r>
        <w:t>ایسے چھوٹا سا کوئی کام۔ لیکن جو ہزاروں سال انسان نے جو قربانیاں دی ہیں اس کے مقابلے میں یہ شکایت بہت کم ہے۔</w:t>
      </w:r>
    </w:p>
    <w:p>
      <w:r>
        <w:rPr>
          <w:b/>
        </w:rPr>
        <w:t xml:space="preserve">[11:26] </w:t>
      </w:r>
      <w:r>
        <w:t>to is ek insan ko jis ne aap ko takleef pohanchai hai choti si us ko poori insaniyat se joriye. poori mankind ka hissa samjhiye.</w:t>
      </w:r>
    </w:p>
    <w:p>
      <w:pPr>
        <w:jc w:val="right"/>
      </w:pPr>
      <w:r>
        <w:t>تو اس ایک انسان کو جس نے آپ کو تکلیف پہنچائی ہے چھوٹی سی اس کو پوری انسانیت سے جوڑیے۔ پوری مین کائنڈ کا حصہ سمجھیے۔</w:t>
      </w:r>
    </w:p>
    <w:p>
      <w:r>
        <w:rPr>
          <w:b/>
        </w:rPr>
        <w:t xml:space="preserve">[11:37] </w:t>
      </w:r>
      <w:r>
        <w:t>us ko ek fard na janiye. poori mankind. tab aap ko lage ga ke mujhe right nahi hai ke main shikayat karoon. mujhe right nahi hai ke main dushman kahoon.</w:t>
      </w:r>
    </w:p>
    <w:p>
      <w:pPr>
        <w:jc w:val="right"/>
      </w:pPr>
      <w:r>
        <w:t>اس کو ایک فرد نہ جانئیے۔ پوری مین کائنڈ۔ تب آپ کو لگے گا کہ مجھے رائٹ نہیں ہے کہ میں شکایت کروں۔ مجھے رائٹ نہیں ہے کہ میں دشمن کہوں۔</w:t>
      </w:r>
    </w:p>
    <w:p>
      <w:r>
        <w:rPr>
          <w:b/>
        </w:rPr>
        <w:t xml:space="preserve">[11:49] </w:t>
      </w:r>
      <w:r>
        <w:t>to "Love your enemy" ke peeche ek ek wisdom hai, ek hikmat hai. jo soch ke zariye, tadabbur ke zariye maloom hoti hai.</w:t>
      </w:r>
    </w:p>
    <w:p>
      <w:pPr>
        <w:jc w:val="right"/>
      </w:pPr>
      <w:r>
        <w:t>تو "Love your enemy" کے پیچھے ایک ایک وزڈم ہے، ایک حکمت ہے۔ جو سوچ کے ذریعے، تدبر کے ذریعے معلوم ہوتی ہے۔</w:t>
      </w:r>
    </w:p>
    <w:p>
      <w:r>
        <w:rPr>
          <w:b/>
        </w:rPr>
        <w:t xml:space="preserve">[12:01] </w:t>
      </w:r>
      <w:r>
        <w:t>yeh hai matlab: la tanqazi ajayebuh. yahan tak aap sochenge, jitna tadabbur karenge utni hikmaten milti jayengi.</w:t>
      </w:r>
    </w:p>
    <w:p>
      <w:pPr>
        <w:jc w:val="right"/>
      </w:pPr>
      <w:r>
        <w:t>یہ ہے مطلب: لا تنقضی عجائبہ۔ یہاں تک آپ سوچیں گے، جتنا تدبر کریں گے اتنی حکمتیں ملتی جائیں گی۔</w:t>
      </w:r>
    </w:p>
    <w:p>
      <w:r>
        <w:rPr>
          <w:b/>
        </w:rPr>
        <w:t xml:space="preserve">[12:10] </w:t>
      </w:r>
      <w:r>
        <w:t>aur phir aap ka iftekhar hoga.</w:t>
      </w:r>
    </w:p>
    <w:p>
      <w:pPr>
        <w:jc w:val="right"/>
      </w:pPr>
      <w:r>
        <w:t>اور پھر آپ کا افتخار ہوگا۔</w:t>
      </w:r>
    </w:p>
    <w:p>
      <w:r>
        <w:rPr>
          <w:b/>
        </w:rPr>
        <w:t xml:space="preserve">[12:15] </w:t>
      </w:r>
      <w:r>
        <w:t>jab maine yeh socha yeh baat ke insan ne hazaron saal tak mehnat ki hai tab mujhe aaj ki sawariyan mili hain. to laga ke insan mein to kuch bhi insan ko nahi diya.</w:t>
      </w:r>
    </w:p>
    <w:p>
      <w:pPr>
        <w:jc w:val="right"/>
      </w:pPr>
      <w:r>
        <w:t>جب میں نے یہ سوچا یہ بات کہ انسان نے ہزاروں سال تک محنت کی ہے تب مجھے آج کی سواریاں ملی ہیں۔ تو لگا کہ انسان میں تو کچھ بھی انسان کو نہیں دیا۔</w:t>
      </w:r>
    </w:p>
    <w:p>
      <w:r>
        <w:rPr>
          <w:b/>
        </w:rPr>
        <w:t xml:space="preserve">[12:29] </w:t>
      </w:r>
      <w:r>
        <w:t>insan ne mujhe bohat kuch de rakha hai. main bachpan mein dekhta tha hamare gaon mein mitti ke ghar hua karte the.</w:t>
      </w:r>
    </w:p>
    <w:p>
      <w:pPr>
        <w:jc w:val="right"/>
      </w:pPr>
      <w:r>
        <w:t>انسان نے مجھے بہت کچھ دے رکھا ہے۔ میں بچپن میں دیکھتا تھا ہمارے گاؤں میں مٹی کے گھر ہوا کرتے تھے۔</w:t>
      </w:r>
    </w:p>
    <w:p>
      <w:r>
        <w:rPr>
          <w:b/>
        </w:rPr>
        <w:t xml:space="preserve">[12:40] </w:t>
      </w:r>
      <w:r>
        <w:t>mitti ke ghar. mitti ke ghar kya hai? barish hui</w:t>
      </w:r>
    </w:p>
    <w:p>
      <w:pPr>
        <w:jc w:val="right"/>
      </w:pPr>
      <w:r>
        <w:t>مٹی کے گھر۔ مٹی کے گھر کیا ہے؟ بارش ہوئی</w:t>
      </w:r>
    </w:p>
    <w:p>
      <w:r>
        <w:rPr>
          <w:b/>
        </w:rPr>
        <w:t xml:space="preserve">[12:45] </w:t>
      </w:r>
      <w:r>
        <w:t>to kai deewar gir gayi, kai tapre lag gaye, kai kechar ho gaya. phir bohat dinon ke baad pakke ghar bane.</w:t>
      </w:r>
    </w:p>
    <w:p>
      <w:pPr>
        <w:jc w:val="right"/>
      </w:pPr>
      <w:r>
        <w:t>تو کئی دیوار گر گئی، کئی ٹاپرے لگ گئے، کئی کیچڑ ہو گیا۔ پھر بہت دنوں کے بعد پکے گھر بنے۔</w:t>
      </w:r>
    </w:p>
    <w:p>
      <w:r>
        <w:rPr>
          <w:b/>
        </w:rPr>
        <w:t xml:space="preserve">[12:55] </w:t>
      </w:r>
      <w:r>
        <w:t>sadkein bani, sadkein bani. pani ka nikas banaya gaya. is ke liye bhi insan ne bohat mehnatain ki hain. bohat mehnatain.</w:t>
      </w:r>
    </w:p>
    <w:p>
      <w:pPr>
        <w:jc w:val="right"/>
      </w:pPr>
      <w:r>
        <w:t>سڑکیں بنیں، سڑکیں بنیں۔ پانی کا نکاس بنایا گیا۔ اس کے لیے بھی انسان نے بہت محنتیں کی ہیں۔ بہت محنتیں۔</w:t>
      </w:r>
    </w:p>
    <w:p>
      <w:r>
        <w:rPr>
          <w:b/>
        </w:rPr>
        <w:t xml:space="preserve">[13:06] </w:t>
      </w:r>
      <w:r>
        <w:t>to aaj jab apne ghar mein dakhil hon apne pakke flat mein aap sochen ke yeh ghar ya yeh flat banane mein insan ne kitna socha hai, kitna tajrube kiye hain,</w:t>
      </w:r>
    </w:p>
    <w:p>
      <w:pPr>
        <w:jc w:val="right"/>
      </w:pPr>
      <w:r>
        <w:t>تو آج جب اپنے گھر میں داخل ہوں اپنے پکے فلیٹ میں آپ سوچیں کہ یہ گھر یا یہ فلیٹ بنانے میں انسان نے کتنا سوچا ہے، کتنا تجربے کیے ہیں،</w:t>
      </w:r>
    </w:p>
    <w:p>
      <w:r>
        <w:rPr>
          <w:b/>
        </w:rPr>
        <w:t xml:space="preserve">[13:20] </w:t>
      </w:r>
      <w:r>
        <w:t>kitna discoveries kiye hain. mislan hamare bachpan mein jo chhat banti thi woh banti thi choone ki.</w:t>
      </w:r>
    </w:p>
    <w:p>
      <w:pPr>
        <w:jc w:val="right"/>
      </w:pPr>
      <w:r>
        <w:t>کتنا ڈسکوریز کیے ہیں۔ مثلاً ہمارے بچپن میں جو چھت بنتی تھی وہ بنتی تھی چونے کی۔</w:t>
      </w:r>
    </w:p>
    <w:p>
      <w:r>
        <w:rPr>
          <w:b/>
        </w:rPr>
        <w:t xml:space="preserve">[13:32] </w:t>
      </w:r>
      <w:r>
        <w:t>zahir hai ke choone ki chhat bohat aaj ke lehaz se bohat mamooli hoti thi. phir slab lagne laga. phir meri zindagi mein lohe is mein daal jaane laga.</w:t>
      </w:r>
    </w:p>
    <w:p>
      <w:pPr>
        <w:jc w:val="right"/>
      </w:pPr>
      <w:r>
        <w:t>ظاہر ہے کہ چونے کی چھت بہت آج کے لحاظ سے بہت معمولی ہوتی تھی۔ پھر سلیب لگنے لگا۔ پھر میری زندگی میں لوہے اس میں ڈال جانے لگا۔</w:t>
      </w:r>
    </w:p>
    <w:p>
      <w:r>
        <w:rPr>
          <w:b/>
        </w:rPr>
        <w:t xml:space="preserve">[13:46] </w:t>
      </w:r>
      <w:r>
        <w:t>jis ko sariya kehte hain. to aaj jo building banti hai woh lohe par khadi ki jati hai. chahe chhat ho, chahe deewar yahan.</w:t>
      </w:r>
    </w:p>
    <w:p>
      <w:pPr>
        <w:jc w:val="right"/>
      </w:pPr>
      <w:r>
        <w:t>جس کو سریا کہتے ہیں۔ تو آج جو بلڈنگ بنتی ہے وہ لوہے پر کھڑی کی جاتی ہے۔ چاہے چھت ہو، چاہے دیوار یہاں۔</w:t>
      </w:r>
    </w:p>
    <w:p>
      <w:r>
        <w:rPr>
          <w:b/>
        </w:rPr>
        <w:t xml:space="preserve">[13:55] </w:t>
      </w:r>
      <w:r>
        <w:t>to aap sochen ke insan ne aghaz kiya zindagi ka jhonpre se, ghar se, mitti ke ghar se.</w:t>
      </w:r>
    </w:p>
    <w:p>
      <w:pPr>
        <w:jc w:val="right"/>
      </w:pPr>
      <w:r>
        <w:t>تو آپ سوچیے کہ انسان نے آغاز کیا زندگی کا جھونپڑے سے، غار سے، مٹی کے گھر سے۔</w:t>
      </w:r>
    </w:p>
    <w:p>
      <w:r>
        <w:rPr>
          <w:b/>
        </w:rPr>
        <w:t xml:space="preserve">[14:04] </w:t>
      </w:r>
      <w:r>
        <w:t>phir hote hote hote hote is se aaj ke aaj ke makanat bane. jo so manzil unche, is se bhi zyada unche.</w:t>
      </w:r>
    </w:p>
    <w:p>
      <w:pPr>
        <w:jc w:val="right"/>
      </w:pPr>
      <w:r>
        <w:t>پھر ہوتے ہوتے ہوتے ہوتے اس سے آج کے آج کے مکانات بنے۔ جو سو منزل اونچے، اس سے بھی زیادہ اونچے۔</w:t>
      </w:r>
    </w:p>
    <w:p>
      <w:r>
        <w:rPr>
          <w:b/>
        </w:rPr>
        <w:t xml:space="preserve">[14:15] </w:t>
      </w:r>
      <w:r>
        <w:t>to aap ko insan ka bohat zyada etaraf aayega.</w:t>
      </w:r>
    </w:p>
    <w:p>
      <w:pPr>
        <w:jc w:val="right"/>
      </w:pPr>
      <w:r>
        <w:t>تو آپ کو انسان کا بہت زیادہ اعتراف آئے گا۔</w:t>
      </w:r>
    </w:p>
    <w:p>
      <w:r>
        <w:rPr>
          <w:b/>
        </w:rPr>
        <w:t xml:space="preserve">[14:20] </w:t>
      </w:r>
      <w:r>
        <w:t>ab phir aap generalize karen ke ek insan se bazahir mil raha hai aap ko lekin sara ek poori mankind is mein shareek hai. yahan se wahan tak.</w:t>
      </w:r>
    </w:p>
    <w:p>
      <w:pPr>
        <w:jc w:val="right"/>
      </w:pPr>
      <w:r>
        <w:t>اب پھر آپ جنرلائز کریں کہ ایک انسان سے بظاہر مل رہا ہے آپ کو لیکن سارا ایک پوری مین کائنڈ اس میں شریک ہے۔ یہاں سے وہاں تک۔</w:t>
      </w:r>
    </w:p>
    <w:p>
      <w:r>
        <w:rPr>
          <w:b/>
        </w:rPr>
        <w:t xml:space="preserve">[14:32] </w:t>
      </w:r>
      <w:r>
        <w:t>to phir maine socha ke jo log mashhoor hain military instant mein, insan ko marte hain. aap jante hain rozana khabrein aati hain.</w:t>
      </w:r>
    </w:p>
    <w:p>
      <w:pPr>
        <w:jc w:val="right"/>
      </w:pPr>
      <w:r>
        <w:t>تو پھر میں نے سوچا کہ جو لوگ مشہور ہیں ملٹری انسٹینٹ میں، انسان کو مارتے ہیں۔ آپ جانتے ہیں روزانہ خبریں آتی ہیں۔</w:t>
      </w:r>
    </w:p>
    <w:p>
      <w:r>
        <w:rPr>
          <w:b/>
        </w:rPr>
        <w:t xml:space="preserve">[14:41] </w:t>
      </w:r>
      <w:r>
        <w:t>yahan bomb mara, wahan gun chala di. roz khabrein aati hain. insan ne insan ko mara.</w:t>
      </w:r>
    </w:p>
    <w:p>
      <w:pPr>
        <w:jc w:val="right"/>
      </w:pPr>
      <w:r>
        <w:t>یہاں بم مارا، وہاں گن چلا دیا۔ روز خبریں آتی ہیں۔ انسان نے انسان کو مارا۔</w:t>
      </w:r>
    </w:p>
    <w:p>
      <w:r>
        <w:rPr>
          <w:b/>
        </w:rPr>
        <w:t xml:space="preserve">[14:51] </w:t>
      </w:r>
      <w:r>
        <w:t>to main sochta hoon ke yeh log adhe pan mein jee rahe hain. phir maine socha ke Quran mein yeh ayat kyun hai?</w:t>
      </w:r>
    </w:p>
    <w:p>
      <w:pPr>
        <w:jc w:val="right"/>
      </w:pPr>
      <w:r>
        <w:t>تو میں سوچتا ہوں کہ یہ لوگ ادھے پن میں جی رہے ہیں۔ پھر میں نے سوچا کہ قرآن میں یہ آیت کیوں ہے؟</w:t>
      </w:r>
    </w:p>
    <w:p>
      <w:r>
        <w:rPr>
          <w:b/>
        </w:rPr>
        <w:t xml:space="preserve">[15:00] </w:t>
      </w:r>
      <w:r>
        <w:t>ke jis ne ek shakhs ko mara us ne sare hi insano ko mar dala.</w:t>
      </w:r>
    </w:p>
    <w:p>
      <w:pPr>
        <w:jc w:val="right"/>
      </w:pPr>
      <w:r>
        <w:t>کہ جس نے ایک شخص کو مارا اس نے سارے ہی انسانوں کو مار ڈالا۔</w:t>
      </w:r>
    </w:p>
    <w:p>
      <w:r>
        <w:rPr>
          <w:b/>
        </w:rPr>
        <w:t xml:space="preserve">[15:07] </w:t>
      </w:r>
      <w:r>
        <w:t>jis ne ek shakhs ko mara us ne sare hi insanon ko mar dala.</w:t>
      </w:r>
    </w:p>
    <w:p>
      <w:pPr>
        <w:jc w:val="right"/>
      </w:pPr>
      <w:r>
        <w:t>جس نے ایک شخص کو مارا اس نے سارے ہی انسانوں کو مار ڈالا۔</w:t>
      </w:r>
    </w:p>
    <w:p>
      <w:r>
        <w:rPr>
          <w:b/>
        </w:rPr>
        <w:t xml:space="preserve">[15:12] </w:t>
      </w:r>
      <w:r>
        <w:t>kyunke dekhiye jab aap ek insan ke ek insan ke role ko nahi mante, ek insan ka jo aap ki zindagi mein har hissa hai us ko nahi mante to aap poori insaniyat ko nahi mante.</w:t>
      </w:r>
    </w:p>
    <w:p>
      <w:pPr>
        <w:jc w:val="right"/>
      </w:pPr>
      <w:r>
        <w:t>کیونکہ دیکھیے جب آپ ایک انسان کے ایک انسان کے رول کو نہیں مانتے، ایک انسان کا جو آپ کی زندگی میں ہر حصہ ہے اس کو نہیں مانتے تو آپ پوری انسانیت کو نہیں مانتے۔</w:t>
      </w:r>
    </w:p>
    <w:p>
      <w:r>
        <w:rPr>
          <w:b/>
        </w:rPr>
        <w:t xml:space="preserve">[15:29] </w:t>
      </w:r>
      <w:r>
        <w:t>kyunke wo insan culmination hai is tareekh ka jo shuru hui thi Adam se. ek insan represent kar raha hai poori poori insani tareekh ka.</w:t>
      </w:r>
    </w:p>
    <w:p>
      <w:pPr>
        <w:jc w:val="right"/>
      </w:pPr>
      <w:r>
        <w:t>کیونکہ وہ انسان کلمنیشن ہے اس تاریخ کا جو شروع ہوئی تھی آدم سے۔ ایک انسان ریپریزنٹ کر رہا ہے پوری پوری انسانی تاریخ کا۔</w:t>
      </w:r>
    </w:p>
    <w:p>
      <w:r>
        <w:rPr>
          <w:b/>
        </w:rPr>
        <w:t xml:space="preserve">[15:43] </w:t>
      </w:r>
      <w:r>
        <w:t>to ek insan ko mara aap ne to kya is ka matlab kya hua? ke sare insan ko mar dala. yani sare insanon ke bare mein aap ke andar shukr ka jazba nahi, mohabbat ka jazba nahi, khair khwahi ka jazba nahi.</w:t>
      </w:r>
    </w:p>
    <w:p>
      <w:pPr>
        <w:jc w:val="right"/>
      </w:pPr>
      <w:r>
        <w:t>تو ایک انسان کو مارا آپ نے تو کیا اس کا مطلب کیا ہوا؟ کہ سارے انسان کو مار ڈالا۔ یعنی سارے انسانوں کے بارے میں آپ کے اندر شکر کا جذبہ نہیں، محبت کا جذبہ نہیں، خیر خواہی کا جذبہ نہیں۔</w:t>
      </w:r>
    </w:p>
    <w:p>
      <w:r>
        <w:rPr>
          <w:b/>
        </w:rPr>
        <w:t xml:space="preserve">[15:59] </w:t>
      </w:r>
      <w:r>
        <w:t>sab insanon ko aap ne daal rakha hai dushmani ke khane mein. ye kitna bada crime hai ye.</w:t>
      </w:r>
    </w:p>
    <w:p>
      <w:pPr>
        <w:jc w:val="right"/>
      </w:pPr>
      <w:r>
        <w:t>سب انسانوں کو آپ نے ڈال رکھا ہے دشمنی کے خانے میں۔ یہ کتنا بڑا کرائم ہے یہ۔</w:t>
      </w:r>
    </w:p>
    <w:p>
      <w:r>
        <w:rPr>
          <w:b/>
        </w:rPr>
        <w:t xml:space="preserve">[16:08] </w:t>
      </w:r>
      <w:r>
        <w:t>is tarah se main jab sochta raha to bohat si baatein samne aayin.</w:t>
      </w:r>
    </w:p>
    <w:p>
      <w:pPr>
        <w:jc w:val="right"/>
      </w:pPr>
      <w:r>
        <w:t>اس طرح سے میں جب سوچتا رہا تو بہت سی باتیں سامنے آئیں۔</w:t>
      </w:r>
    </w:p>
    <w:p>
      <w:r>
        <w:rPr>
          <w:b/>
        </w:rPr>
        <w:t xml:space="preserve">[16:14] </w:t>
      </w:r>
      <w:r>
        <w:t>misalan dekhiye</w:t>
      </w:r>
    </w:p>
    <w:p>
      <w:pPr>
        <w:jc w:val="right"/>
      </w:pPr>
      <w:r>
        <w:t>مثلاً دیکھیے</w:t>
      </w:r>
    </w:p>
    <w:p>
      <w:r>
        <w:rPr>
          <w:b/>
        </w:rPr>
        <w:t xml:space="preserve">[16:19] </w:t>
      </w:r>
      <w:r>
        <w:t>quran mein ek ayat hai: "ma lihada al-rasool yaklu al-ta'am wa yamshee fi al-aswaq" ke pehle zamane mein peghambar aaye to un ke jo mad'u the, jo un ke jo mukhatib the unhone dekha ke ye to khana khate hain hamari tareeqa se aur bazaron mein chalte hain hamari taraf se.</w:t>
      </w:r>
    </w:p>
    <w:p>
      <w:pPr>
        <w:jc w:val="right"/>
      </w:pPr>
      <w:r>
        <w:t>قرآن میں ایک آیت ہے: "ما لہذا الرسول یکل الطعام ويمشي فی الاسواق" کہ پہلے زمانے میں پیغمبر آئے تو ان کے جو مدعو تھے، جو ان کے جو مخاطب تھے انہوں نے دیکھا کہ یہ تو کھانا کھاتے ہیں ہماری طریقہ سے اور بازاروں میں چلتے ہیں ہماری طرف سے۔</w:t>
      </w:r>
    </w:p>
    <w:p>
      <w:r>
        <w:rPr>
          <w:b/>
        </w:rPr>
        <w:t xml:space="preserve">[16:45] </w:t>
      </w:r>
      <w:r>
        <w:t>halanke ye to peghambar hain to unhein farishton ki tarah rehna chahiye. to kaha unhone ke: "ma lihada al-rasool yaklu al-ta'am wa yamshee fi al-aswaq" ke ye kaisa rasool hai?</w:t>
      </w:r>
    </w:p>
    <w:p>
      <w:pPr>
        <w:jc w:val="right"/>
      </w:pPr>
      <w:r>
        <w:t>حالانکہ یہ تو پیغمبر ہیں تو انہیں فرشتوں کی طرح رہنا چاہیے۔ تو کہا انہوں نے کہ: "ما لہذا الرسول یکل الطعام ويمشي فی الاسواق" کہ یہ کیسا رسول ہے؟</w:t>
      </w:r>
    </w:p>
    <w:p>
      <w:r>
        <w:rPr>
          <w:b/>
        </w:rPr>
        <w:t xml:space="preserve">[16:57] </w:t>
      </w:r>
      <w:r>
        <w:t>ye to khana khata hai aur bazaron mein chalta hai. to main is mein jo ye lafz hai "yamshi fi al-aswaq" us par sochne laga.</w:t>
      </w:r>
    </w:p>
    <w:p>
      <w:pPr>
        <w:jc w:val="right"/>
      </w:pPr>
      <w:r>
        <w:t>یہ تو کھانا کھاتا ہے اور بازاروں میں چلتا ہے۔ تو میں اس میں جو یہ لفظ ہے "یمشي فی الاسواق" اس پر سوچنے لگا۔</w:t>
      </w:r>
    </w:p>
    <w:p>
      <w:r>
        <w:rPr>
          <w:b/>
        </w:rPr>
        <w:t xml:space="preserve">[17:09] </w:t>
      </w:r>
      <w:r>
        <w:t>to dekhiye ye ayat aayi hai mukhalifeen ke kalme ke taur par. yani negative mafhoom mein.</w:t>
      </w:r>
    </w:p>
    <w:p>
      <w:pPr>
        <w:jc w:val="right"/>
      </w:pPr>
      <w:r>
        <w:t>تو دیکھیے یہ آیت آئی ہے مخالفین کے کلمے کے طور پر۔ یعنی نیگیٹیو مفہوم میں۔</w:t>
      </w:r>
    </w:p>
    <w:p>
      <w:r>
        <w:rPr>
          <w:b/>
        </w:rPr>
        <w:t xml:space="preserve">[17:19] </w:t>
      </w:r>
      <w:r>
        <w:t>ke unhone ek negative remark diya. is is aitbar se aayi hai. lekin is mein dekhiye aap aur mani chhupe hue hain. aur ajayib chhupe hue hain is ke andar.</w:t>
      </w:r>
    </w:p>
    <w:p>
      <w:pPr>
        <w:jc w:val="right"/>
      </w:pPr>
      <w:r>
        <w:t>کہ انہوں نے ایک نیگیٹیو ریمارک دیا۔ اس اس اعتبار سے آئی ہے۔ لیکن اس میں دیکھیے آپ اور معنی چھپے ہوئے ہیں۔ اور عجائب چھپے ہوئے ہیں اس کے اندر۔</w:t>
      </w:r>
    </w:p>
    <w:p>
      <w:r>
        <w:rPr>
          <w:b/>
        </w:rPr>
        <w:t xml:space="preserve">[17:31] </w:t>
      </w:r>
      <w:r>
        <w:t>kyun?</w:t>
      </w:r>
    </w:p>
    <w:p>
      <w:pPr>
        <w:jc w:val="right"/>
      </w:pPr>
      <w:r>
        <w:t>کیوں؟</w:t>
      </w:r>
    </w:p>
    <w:p>
      <w:r>
        <w:rPr>
          <w:b/>
        </w:rPr>
        <w:t xml:space="preserve">[17:33] </w:t>
      </w:r>
      <w:r>
        <w:t>ab aap ab aap is ko sochiye. peghambar ki nisbat se sochiye. ke peghambar bazar mein kyun jata tha?</w:t>
      </w:r>
    </w:p>
    <w:p>
      <w:pPr>
        <w:jc w:val="right"/>
      </w:pPr>
      <w:r>
        <w:t>اب آپ اب آپ اس کو سوچیے۔ پیغمبر کی نسبت سے سوچیے۔ کہ پیغمبر بازار میں کیوں جاتا تھا؟</w:t>
      </w:r>
    </w:p>
    <w:p>
      <w:r>
        <w:rPr>
          <w:b/>
        </w:rPr>
        <w:t xml:space="preserve">[17:43] </w:t>
      </w:r>
      <w:r>
        <w:t>is liye ke un ko dawat di Allah ke paigham pohanchaye. kyunke is ne dekha ke bazar mein insan hote hain. har jagah insan to milenge nahi.</w:t>
      </w:r>
    </w:p>
    <w:p>
      <w:pPr>
        <w:jc w:val="right"/>
      </w:pPr>
      <w:r>
        <w:t>اس لیے کہ ان کو دعوت دی اللہ کے پیغام پہنچائے۔ کیونکہ اس نے دیکھا کہ بازار میں انسان ہوتے ہیں۔ ہر جگہ انسان تو ملیں گے نہیں۔</w:t>
      </w:r>
    </w:p>
    <w:p>
      <w:r>
        <w:rPr>
          <w:b/>
        </w:rPr>
        <w:t xml:space="preserve">[17:53] </w:t>
      </w:r>
      <w:r>
        <w:t>wahan insan ka majma hota hai. to wahan ja kar mujhe baatein kehna hain.</w:t>
      </w:r>
    </w:p>
    <w:p>
      <w:pPr>
        <w:jc w:val="right"/>
      </w:pPr>
      <w:r>
        <w:t>وہاں انسان کا مجمع ہوتا ہے۔ تو وہاں جا کر مجھے باتیں کہنا ہیں۔</w:t>
      </w:r>
    </w:p>
    <w:p>
      <w:r>
        <w:rPr>
          <w:b/>
        </w:rPr>
        <w:t xml:space="preserve">[17:59] </w:t>
      </w:r>
      <w:r>
        <w:t>to is ka matlab ye hai ke wo ayat hai manfi aitbar se lekin is mein musbat matlab chupa hua hai. ayat jo aayi hai wo mukhalifeen ke qaul ke taur par aayi hai.</w:t>
      </w:r>
    </w:p>
    <w:p>
      <w:pPr>
        <w:jc w:val="right"/>
      </w:pPr>
      <w:r>
        <w:t>تو اس کا معنی یہ ہے کہ وہ آیت ہے منفی اعتبار سے لیکن اس میں مثبت معنی چھپا ہوا ہے۔ آیت جو آئی ہے وہ مخالفین کے قول کے طور پر آئی ہے۔</w:t>
      </w:r>
    </w:p>
    <w:p>
      <w:r>
        <w:rPr>
          <w:b/>
        </w:rPr>
        <w:t xml:space="preserve">[18:14] </w:t>
      </w:r>
      <w:r>
        <w:t>ke mukhalifeen aisa kehte the. to goya ke is mein aayi hai ayat ek manfi waqe ke taur par. lekin aap tadabbur ki jiye, ghor kijiye.</w:t>
      </w:r>
    </w:p>
    <w:p>
      <w:pPr>
        <w:jc w:val="right"/>
      </w:pPr>
      <w:r>
        <w:t>کہ مخالفین ایسا کہتے تھے۔ تو گویا کہ اس میں آئی ہے آیت ایک منفی واقعے کے طور پر۔ لیکن آپ تدبر کیجیے، غور کیجیے۔</w:t>
      </w:r>
    </w:p>
    <w:p>
      <w:r>
        <w:rPr>
          <w:b/>
        </w:rPr>
        <w:t xml:space="preserve">[18:25] </w:t>
      </w:r>
      <w:r>
        <w:t>to ek aur anokhi baat daryaft karenge aap.</w:t>
      </w:r>
    </w:p>
    <w:p>
      <w:pPr>
        <w:jc w:val="right"/>
      </w:pPr>
      <w:r>
        <w:t>تو ایک اور انوکھی بات دریافت کریں گے آپ۔</w:t>
      </w:r>
    </w:p>
    <w:p>
      <w:r>
        <w:rPr>
          <w:b/>
        </w:rPr>
        <w:t xml:space="preserve">[18:30] </w:t>
      </w:r>
      <w:r>
        <w:t>ke wo to ek dawat ka nuqta hai wo. jahan insan hai wahan meri dawat ka kaam hai. wo to ek bohat hi positive nuqta hai is ke andar hai.</w:t>
      </w:r>
    </w:p>
    <w:p>
      <w:pPr>
        <w:jc w:val="right"/>
      </w:pPr>
      <w:r>
        <w:t>کہ وہ تو ایک دعوت کا نقطہ ہے وہ۔ جہاں انسان ہے وہاں میری دعوت کا کام ہے۔ وہ تو ایک بہت ہی پازیٹیو نقطہ ہے اس کے اندر ہے۔</w:t>
      </w:r>
    </w:p>
    <w:p>
      <w:r>
        <w:rPr>
          <w:b/>
        </w:rPr>
        <w:t xml:space="preserve">[18:47] </w:t>
      </w:r>
      <w:r>
        <w:t>ye tadabbur se mutalliq hota hai. ghor o fikr karne se mutalliq hota hai.</w:t>
      </w:r>
    </w:p>
    <w:p>
      <w:pPr>
        <w:jc w:val="right"/>
      </w:pPr>
      <w:r>
        <w:t>یہ تدبر سے متعلق ہوتا ہے۔ غور و فکر کرنے سے متعلق ہوتا ہے۔</w:t>
      </w:r>
    </w:p>
    <w:p>
      <w:r>
        <w:rPr>
          <w:b/>
        </w:rPr>
        <w:t xml:space="preserve">[18:51] </w:t>
      </w:r>
      <w:r>
        <w:t>phir mazeed maine socha. maine socha ke ye ye jo insan hai insan ne ye nahi kiya hai.</w:t>
      </w:r>
    </w:p>
    <w:p>
      <w:pPr>
        <w:jc w:val="right"/>
      </w:pPr>
      <w:r>
        <w:t>پھر مزید میں نے سوچا۔ میں نے سوچا کہ یہ یہ جو انسان ہے انسان نے یہ نہیں کیا ہے۔</w:t>
      </w:r>
    </w:p>
    <w:p>
      <w:r>
        <w:rPr>
          <w:b/>
        </w:rPr>
        <w:t xml:space="preserve">[19:00] </w:t>
      </w:r>
      <w:r>
        <w:t>aur tamaddun ko aage badhaya hai.</w:t>
      </w:r>
    </w:p>
    <w:p>
      <w:pPr>
        <w:jc w:val="right"/>
      </w:pPr>
      <w:r>
        <w:t>اور تمدن کو آگے بڑھایا ہے۔</w:t>
      </w:r>
    </w:p>
    <w:p>
      <w:r>
        <w:rPr>
          <w:b/>
        </w:rPr>
        <w:t xml:space="preserve">[19:05] </w:t>
      </w:r>
      <w:r>
        <w:t>yani purane zamane mein sirf mamooli qism ke bazar hote the. wo maine dekhe hain bachpan mein. bilkul mamooli qism ke bazar. to wahan insan kuch kuch insan ekattha hote the.</w:t>
      </w:r>
    </w:p>
    <w:p>
      <w:pPr>
        <w:jc w:val="right"/>
      </w:pPr>
      <w:r>
        <w:t>یعنی پرانے زمانے میں صرف معمولی قسم کے بازار ہوتے تھے۔ وہ میں نے دیکھے ہیں بچپن میں۔ بالکل معمولی قسم کے بازار۔ تو وہاں انسان کچھ کچھ انسان اکٹھا ہوتے تھے۔</w:t>
      </w:r>
    </w:p>
    <w:p>
      <w:r>
        <w:rPr>
          <w:b/>
        </w:rPr>
        <w:t xml:space="preserve">[19:20] </w:t>
      </w:r>
      <w:r>
        <w:t>aap dekhiye zyada bare bare maqamat hain. ab kya hai seminar hai, conference hai, dialogue hai, railway station hai, bus petrol hai, hawai jahaz, airport par,</w:t>
      </w:r>
    </w:p>
    <w:p>
      <w:pPr>
        <w:jc w:val="right"/>
      </w:pPr>
      <w:r>
        <w:t>آپ دیکھیے زیادہ بڑے بڑے مقامات ہیں۔ اب کیا ہے سیمینار ہے، کانفرنس ہے، ڈائیلاگ ہے، ریلوے اسٹیشن ہے، بس پٹرول ہے، ہوائی جہاز، ایئرپورٹ پر،</w:t>
      </w:r>
    </w:p>
    <w:p>
      <w:r>
        <w:rPr>
          <w:b/>
        </w:rPr>
        <w:t xml:space="preserve">[19:38] </w:t>
      </w:r>
      <w:r>
        <w:t>universities hain, colleges hain, library hai. aaj ke jo aswaaq hain woh bohat hi zyada barh chuke hain.</w:t>
      </w:r>
    </w:p>
    <w:p>
      <w:pPr>
        <w:jc w:val="right"/>
      </w:pPr>
      <w:r>
        <w:t>یونیورسٹیاں ہیں، کالج ہیں، لائبریری ہے۔ آج کے جو اسواق ہیں وہ بہت ہی زیادہ بڑھ چکے ہیں۔</w:t>
      </w:r>
    </w:p>
    <w:p>
      <w:r>
        <w:rPr>
          <w:b/>
        </w:rPr>
        <w:t xml:space="preserve">[19:47] </w:t>
      </w:r>
      <w:r>
        <w:t>pehlay ke aswaaq toh bohat kam thay.</w:t>
      </w:r>
    </w:p>
    <w:p>
      <w:pPr>
        <w:jc w:val="right"/>
      </w:pPr>
      <w:r>
        <w:t>پہلے کے اسواق تو بہت کم تھے۔</w:t>
      </w:r>
    </w:p>
    <w:p>
      <w:r>
        <w:rPr>
          <w:b/>
        </w:rPr>
        <w:t xml:space="preserve">[19:50] </w:t>
      </w:r>
      <w:r>
        <w:t>chand spots thay mamooli qism ke. aaj ke aswaaq toh bohat hi zyada baray baray darjay mein hotay hain.</w:t>
      </w:r>
    </w:p>
    <w:p>
      <w:pPr>
        <w:jc w:val="right"/>
      </w:pPr>
      <w:r>
        <w:t>چند اسپاٹس تھے معمولی قسم کے۔ آج کے اسواق تو بہت ہی زیادہ بڑے بڑے درجے میں ہوتے ہیں۔</w:t>
      </w:r>
    </w:p>
    <w:p>
      <w:r>
        <w:rPr>
          <w:b/>
        </w:rPr>
        <w:t xml:space="preserve">[20:01] </w:t>
      </w:r>
      <w:r>
        <w:t>har university aik sooq hai, har library aik sooq hai, har conference aik sooq hai, har seminar aik sooq hai. sooq ma'ni bazaar.</w:t>
      </w:r>
    </w:p>
    <w:p>
      <w:pPr>
        <w:jc w:val="right"/>
      </w:pPr>
      <w:r>
        <w:t>ہر یونیورسٹی ایک سوق ہے، ہر لائبریری ایک سوق ہے، ہر کانفرنس ایک سوق ہے، ہر سیمینار ایک سوق ہے۔ سوق معنی بازار۔</w:t>
      </w:r>
    </w:p>
    <w:p>
      <w:r>
        <w:rPr>
          <w:b/>
        </w:rPr>
        <w:t xml:space="preserve">[20:15] </w:t>
      </w:r>
      <w:r>
        <w:t>toh kaha Quran ki is ayat mein aik ma'ni ka khazana hai. ke sooq daryaft karo.</w:t>
      </w:r>
    </w:p>
    <w:p>
      <w:pPr>
        <w:jc w:val="right"/>
      </w:pPr>
      <w:r>
        <w:t>تو کہا قرآن کی اس آیت میں ایک معنی کا خزانہ ہے۔ کہ سوق دریافت کرو۔</w:t>
      </w:r>
    </w:p>
    <w:p>
      <w:r>
        <w:rPr>
          <w:b/>
        </w:rPr>
        <w:t xml:space="preserve">[20:26] </w:t>
      </w:r>
      <w:r>
        <w:t>mein wahan Turkey gaya toh wahan aik tareekhi masjid hai. wahan bheer lagi hui thi siyahon ki. ya'ni wahan ke ticket le ke ruknay hain humein lambi line mein khara hona para.</w:t>
      </w:r>
    </w:p>
    <w:p>
      <w:pPr>
        <w:jc w:val="right"/>
      </w:pPr>
      <w:r>
        <w:t>میں وہاں ترکی گیا تو وہاں ایک تاریخی مسجد ہے۔ وہاں بھیڑ لگی ہوئی تھی سیاحوں کی۔ یعنی وہاں کے ٹکٹ لے کے رکنے ہیں ہمیں لمبی لائن میں کھڑا ہونا پڑا۔</w:t>
      </w:r>
    </w:p>
    <w:p>
      <w:r>
        <w:rPr>
          <w:b/>
        </w:rPr>
        <w:t xml:space="preserve">[20:41] </w:t>
      </w:r>
      <w:r>
        <w:t>toh mein ne socha ke bhi aik sooq hai.</w:t>
      </w:r>
    </w:p>
    <w:p>
      <w:pPr>
        <w:jc w:val="right"/>
      </w:pPr>
      <w:r>
        <w:t>تو میں نے سوچا کہ بھی ایک سوق ہے۔</w:t>
      </w:r>
    </w:p>
    <w:p>
      <w:r>
        <w:rPr>
          <w:b/>
        </w:rPr>
        <w:t xml:space="preserve">[20:45] </w:t>
      </w:r>
      <w:r>
        <w:t>woh woh masjid jis ki hesiyat tareekhi ho chuki hai. historical monument keh sakte hain. toh wahan par tourist jo kharcho kha rahay hain har mulk ke woh bhi hamari dawat ka aik spot hai.</w:t>
      </w:r>
    </w:p>
    <w:p>
      <w:pPr>
        <w:jc w:val="right"/>
      </w:pPr>
      <w:r>
        <w:t>وہ وہ مسجد جس کی حیثیت تاریخی ہو چکی ہے۔ ہسٹوریکل مونومنٹ کہہ سکتے ہیں۔ تو وہاں پر ٹورسٹ جو کھرچو کھا رہے ہیں ہر ملک کے وہ بھی ہماری دعوت کا ایک اسپاٹ ہے۔</w:t>
      </w:r>
    </w:p>
    <w:p>
      <w:r>
        <w:rPr>
          <w:b/>
        </w:rPr>
        <w:t xml:space="preserve">[21:01] </w:t>
      </w:r>
      <w:r>
        <w:t>toh Quran mein aik ayat aayi hai jo bazahir negative ma'ni mein hai. lekin is mein aap agar sochen toh aap is ke positive ma'ni nikalen ge aap ke phir is ko aur multiply karen ge.</w:t>
      </w:r>
    </w:p>
    <w:p>
      <w:pPr>
        <w:jc w:val="right"/>
      </w:pPr>
      <w:r>
        <w:t>تو قرآن میں ایک آیت آئی ہے جو بظاہر نیگیٹیو معنی میں ہے۔ لیکن اس میں آپ اگر سوچیں تو آپ اس کے پازیٹیو معنی نکالیں گے آپ کے پھر اس کو اور ملٹی پلائی کریں گے۔</w:t>
      </w:r>
    </w:p>
    <w:p>
      <w:r>
        <w:rPr>
          <w:b/>
        </w:rPr>
        <w:t xml:space="preserve">[21:17] </w:t>
      </w:r>
      <w:r>
        <w:t>aur sooq ki hazaron shakalain samajh mein aayen gi aap ko. aur lage ga aap ke dawat ka itna moqa khul gaya hai is zamanay mein.</w:t>
      </w:r>
    </w:p>
    <w:p>
      <w:pPr>
        <w:jc w:val="right"/>
      </w:pPr>
      <w:r>
        <w:t>اور سوق کی ہزاروں شکلیں سمجھ میں آئیں گی آپ کو۔ اور لگے گا آپ کے دعوت کا اتنا موقع کھل گیا ہے اس زمانے میں۔</w:t>
      </w:r>
    </w:p>
    <w:p>
      <w:r>
        <w:rPr>
          <w:b/>
        </w:rPr>
        <w:t xml:space="preserve">[21:26] </w:t>
      </w:r>
      <w:r>
        <w:t>ab zahir hai ke jab aap yeh daryaft karen ge toh aap ke andar kya insanon se nafrat aaye gi? insanon ke liye gun chalayen ge aap?</w:t>
      </w:r>
    </w:p>
    <w:p>
      <w:pPr>
        <w:jc w:val="right"/>
      </w:pPr>
      <w:r>
        <w:t>اب ظاہر ہے کہ جب آپ یہ دریافت کریں گے تو آپ کے اندر کیا انسانوں سے نفرت آئے گی؟ انسانوں کے لیے گن چلائیں گے آپ؟</w:t>
      </w:r>
    </w:p>
    <w:p>
      <w:r>
        <w:rPr>
          <w:b/>
        </w:rPr>
        <w:t xml:space="preserve">[21:34] </w:t>
      </w:r>
      <w:r>
        <w:t>insanon ke liye aap society bombing karen ge aap? toh sari military instincts jo hain yeh dunya bhar mein kyun aa rahi hain? andhay pan ki wajah se, bekhabari ki wajah se.</w:t>
      </w:r>
    </w:p>
    <w:p>
      <w:pPr>
        <w:jc w:val="right"/>
      </w:pPr>
      <w:r>
        <w:t>انسانوں کے لیے آپ سوسائٹی بمبنگ کریں گے آپ؟ تو ساری ملٹری انسٹینٹس جو ہیں یہ دنیا بھر میں کیوں آ رہی ہیں؟ اندھے پن کی وجہ سے، بے خبری کی وجہ سے۔</w:t>
      </w:r>
    </w:p>
    <w:p>
      <w:r>
        <w:rPr>
          <w:b/>
        </w:rPr>
        <w:t xml:space="preserve">[21:45] </w:t>
      </w:r>
      <w:r>
        <w:t>woh jo mashhoor maqoolah hai arabi ka: "kya log is cheez ke dushman ban jatay hain jis ko woh na jantay hon?"</w:t>
      </w:r>
    </w:p>
    <w:p>
      <w:pPr>
        <w:jc w:val="right"/>
      </w:pPr>
      <w:r>
        <w:t>وہ جو مشہور مقولہ ہے عربی کا: "کیا لوگ اس چیز کے دشمن بن جاتے ہیں جس کو وہ نہ جانتے ہوں؟"</w:t>
      </w:r>
    </w:p>
    <w:p>
      <w:r>
        <w:rPr>
          <w:b/>
        </w:rPr>
        <w:t xml:space="preserve">[21:55] </w:t>
      </w:r>
      <w:r>
        <w:t>yeh sari military instincts bekhabari ki wajah se hain. sara war culture aur gun culture, society bombing, jitnay bhi tashaddud ke waqiyat hain sab kya hain?</w:t>
      </w:r>
    </w:p>
    <w:p>
      <w:pPr>
        <w:jc w:val="right"/>
      </w:pPr>
      <w:r>
        <w:t>یہ ساری ملٹری انسٹینٹس بے خبری کی وجہ سے ہیں۔ سارا وار کلچر اور گن کلچر، سوسائٹی بمبنگ، جتنے بھی تشدد کے واقعات ہیں سب کیا ہیں؟</w:t>
      </w:r>
    </w:p>
    <w:p>
      <w:r>
        <w:rPr>
          <w:b/>
        </w:rPr>
        <w:t xml:space="preserve">[22:08] </w:t>
      </w:r>
      <w:r>
        <w:t>bekhabari. kis ko maar rahay ho tum? jo tumharay benefactor hain, tumharay mohsin hain. jis gun se maar rahay ho woh gun bhi inhi ne banai hai.</w:t>
      </w:r>
    </w:p>
    <w:p>
      <w:pPr>
        <w:jc w:val="right"/>
      </w:pPr>
      <w:r>
        <w:t>بے خبری۔ کس کو مار رہے ہو تم؟ جو تمہارے بینیفیکٹر ہیں، تمہارے محسن ہیں۔ جس گن سے مار رہے ہو وہ گن بھی انہی نے بنائی ہے۔</w:t>
      </w:r>
    </w:p>
    <w:p>
      <w:r>
        <w:rPr>
          <w:b/>
        </w:rPr>
        <w:t xml:space="preserve">[22:21] </w:t>
      </w:r>
      <w:r>
        <w:t>toh jin ko yeh martay hain yeh log woh un ke benefactor hotay hain. unhon ne aap ko hawai jahaz diya, unhon ne aap ko car di, unhon ne aap ko sari facilities dein.</w:t>
      </w:r>
    </w:p>
    <w:p>
      <w:pPr>
        <w:jc w:val="right"/>
      </w:pPr>
      <w:r>
        <w:t>تو جن کو یہ مارتے ہیں یہ لوگ وہ ان کے بینیفیکٹر ہوتے ہیں۔ انہوں نے آپ کو ہوائی جہاز دیا، انہوں نے آپ کو کار دی، انہوں نے آپ کو ساری فیسلیٹیز دیں۔</w:t>
      </w:r>
    </w:p>
    <w:p>
      <w:r>
        <w:rPr>
          <w:b/>
        </w:rPr>
        <w:t xml:space="preserve">[22:38] </w:t>
      </w:r>
      <w:r>
        <w:t>bohat dinon ki tehqeeq aur research ke baad. toh yeh sab jaane agar aadmi toh gun phenk de ga woh.</w:t>
      </w:r>
    </w:p>
    <w:p>
      <w:pPr>
        <w:jc w:val="right"/>
      </w:pPr>
      <w:r>
        <w:t>بہت دنوں کی تحقیق اور ریسرچ کے بعد۔ تو یہ سب جانے اگر آدمی تو گن پھینک دے گا وہ۔</w:t>
      </w:r>
    </w:p>
    <w:p>
      <w:r>
        <w:rPr>
          <w:b/>
        </w:rPr>
        <w:t xml:space="preserve">[22:49] </w:t>
      </w:r>
      <w:r>
        <w:t>gun phenk de ga</w:t>
      </w:r>
    </w:p>
    <w:p>
      <w:pPr>
        <w:jc w:val="right"/>
      </w:pPr>
      <w:r>
        <w:t>گن پھینک دے گ</w:t>
      </w:r>
    </w:p>
    <w:p>
      <w:r>
        <w:rPr>
          <w:b/>
        </w:rPr>
        <w:t xml:space="preserve">[22:50] </w:t>
      </w:r>
      <w:r>
        <w:t>a woh. jaise mera aik waqia mein ne aap ko bataya tha shayad. hamare bhai rehtay thay wahan Allahabad mein un ki factory thi.</w:t>
      </w:r>
    </w:p>
    <w:p>
      <w:pPr>
        <w:jc w:val="right"/>
      </w:pPr>
      <w:r>
        <w:t>ا وہ۔ جیسے میرا ایک واقعہ میں نے آپ کو بتایا تھا شاید۔ ہمارے بھائی رہتے تھے وہاں الہ آباد میں ان کی فیکٹری تھی۔</w:t>
      </w:r>
    </w:p>
    <w:p>
      <w:r>
        <w:rPr>
          <w:b/>
        </w:rPr>
        <w:t xml:space="preserve">[23:00] </w:t>
      </w:r>
      <w:r>
        <w:t>hamare baray bhai. toh un ko shikar ka shauq tha. hunting ka. un ke paas do gun hua karti theen. toh aik martaba mein Allahabad gaya toh unhon ne kaha ke mein hum log hum log ja rahay hain hunting ke liye tum bhi chalo.</w:t>
      </w:r>
    </w:p>
    <w:p>
      <w:pPr>
        <w:jc w:val="right"/>
      </w:pPr>
      <w:r>
        <w:t>ہمارے بڑے بھائی۔ تو ان کو شکار کا شوق تھا۔ ہنٹنگ کا۔ ان کے پاس دو گن ہوا کرتی تھیں۔ تو ایک مرتبہ میں الہ آباد گیا تو انہوں نے کہا کہ میں ہم لوگ ہم لوگ جا رہے ہیں ہنٹنگ کے لیے تم بھی چلو۔</w:t>
      </w:r>
    </w:p>
    <w:p>
      <w:r>
        <w:rPr>
          <w:b/>
        </w:rPr>
        <w:t xml:space="preserve">[23:18] </w:t>
      </w:r>
      <w:r>
        <w:t>toh do gaariyon mein baith kar woh chalay. toh shehar se bahar door chalay gaye jahan jangla tha, peR tha.</w:t>
      </w:r>
    </w:p>
    <w:p>
      <w:pPr>
        <w:jc w:val="right"/>
      </w:pPr>
      <w:r>
        <w:t>تو دو گاڑیوں میں بیٹھ کر وہ چلے۔ تو شہر سے باہر دور چلے گئے جہاں جنگل تھا، پیڑ تھا۔</w:t>
      </w:r>
    </w:p>
    <w:p>
      <w:r>
        <w:rPr>
          <w:b/>
        </w:rPr>
        <w:t xml:space="preserve">[23:28] </w:t>
      </w:r>
      <w:r>
        <w:t>wahan par unhon ne dekha ke wahan par chiriyaan hain. in logon ko chiriyaan khaas tor par aik kehtay hain is ko qahlaq martay thay woh log. qahlaq jo hai woh fakhta se kuch bara hota hai.</w:t>
      </w:r>
    </w:p>
    <w:p>
      <w:pPr>
        <w:jc w:val="right"/>
      </w:pPr>
      <w:r>
        <w:t>وہاں پر انہوں نے دیکھا کہ وہاں پر چڑیاں ہیں۔ ان لوگوں کو چڑیاں خاص طور پر ایک کہتے ہیں اس کو قہلک مارتے تھے وہ لوگ۔ قہلک جو ہے وہ فاختہ سے کچھ بڑا ہوتا ہے۔</w:t>
      </w:r>
    </w:p>
    <w:p>
      <w:r>
        <w:rPr>
          <w:b/>
        </w:rPr>
        <w:t xml:space="preserve">[23:40] </w:t>
      </w:r>
      <w:r>
        <w:t>toh unhon ne kai maaray. un ke saath aik jeep hua karti thi us mein maar maar ke dalte thay.</w:t>
      </w:r>
    </w:p>
    <w:p>
      <w:pPr>
        <w:jc w:val="right"/>
      </w:pPr>
      <w:r>
        <w:t>تو انہوں نے کئی مارے۔ ان کے ساتھ ایک جیپ ہوا کرتی تھی اس میں مار مار کے ڈالتے تھے۔</w:t>
      </w:r>
    </w:p>
    <w:p>
      <w:r>
        <w:rPr>
          <w:b/>
        </w:rPr>
        <w:t xml:space="preserve">[23:49] </w:t>
      </w:r>
      <w:r>
        <w:t>toh aik peR ke oopar qahlaq mizaj hai ke sab se oopar baithta hai woh. woh oonchi shaakh par.</w:t>
      </w:r>
    </w:p>
    <w:p>
      <w:pPr>
        <w:jc w:val="right"/>
      </w:pPr>
      <w:r>
        <w:t>تو ایک پیڑ کے اوپر قہلک مزاج ہے کہ سب سے اوپر بیٹھتا ہے وہ۔ وہ اونچی شاخ پر۔</w:t>
      </w:r>
    </w:p>
    <w:p>
      <w:r>
        <w:rPr>
          <w:b/>
        </w:rPr>
        <w:t xml:space="preserve">[23:59] </w:t>
      </w:r>
      <w:r>
        <w:t>toh unhon ne kaha ke dekho yeh qahlaq hai is ko tum maaro. toh mujhe gun diya unhon ne load kar ke. ab hamaray nishanay aisay hi nishana saada kar.</w:t>
      </w:r>
    </w:p>
    <w:p>
      <w:pPr>
        <w:jc w:val="right"/>
      </w:pPr>
      <w:r>
        <w:t>تو انہوں نے کہا کہ دیکھو یہ قہلک ہے اس کو تم مارو۔ تو مجھے گن دیا انہوں نے لوڈ کر کے۔ اب ہمارے نشانے ایسے ہی نشانہ سادہ کر۔</w:t>
      </w:r>
    </w:p>
    <w:p>
      <w:r>
        <w:rPr>
          <w:b/>
        </w:rPr>
        <w:t xml:space="preserve">[24:09] </w:t>
      </w:r>
      <w:r>
        <w:t>to in waqt par jab ke mere nishane mein aa chuki thi wo mere range mein wo chirya</w:t>
      </w:r>
    </w:p>
    <w:p>
      <w:pPr>
        <w:jc w:val="right"/>
      </w:pPr>
      <w:r>
        <w:t>تو اینج وقت پر جب کہ میرے نشانے میں آ چکی تھی وہ میرے رینج میں وہ چڑیا</w:t>
      </w:r>
    </w:p>
    <w:p>
      <w:r>
        <w:rPr>
          <w:b/>
        </w:rPr>
        <w:t xml:space="preserve">[24:17] </w:t>
      </w:r>
      <w:r>
        <w:t>to mujhe yaad aa gaya ke ye chirya jis tarah Allah ne mujhe paida kiya us ko hi paida kiya. main bhi ek jaan hoon chirya bhi ek jaan hai.</w:t>
      </w:r>
    </w:p>
    <w:p>
      <w:pPr>
        <w:jc w:val="right"/>
      </w:pPr>
      <w:r>
        <w:t>تو مجھے یاد آگیا کہ یہ چڑیا جس طرح اللہ نے مجھے پیدا کیا اس کو ہی پیدا کیا۔ میں بھی ایک جان ہوں چڑیا بھی ایک جان ہے۔</w:t>
      </w:r>
    </w:p>
    <w:p>
      <w:r>
        <w:rPr>
          <w:b/>
        </w:rPr>
        <w:t xml:space="preserve">[24:28] </w:t>
      </w:r>
      <w:r>
        <w:t>kya matlab chirya mujh se behtar ho? kyunke mera to pakad hone wali hai aakhirat mein. is ki kya pakad hai? ye sab soch kar ke mera hath jo hai yani wo trigger dabane nahi nahi daba saka.</w:t>
      </w:r>
    </w:p>
    <w:p>
      <w:pPr>
        <w:jc w:val="right"/>
      </w:pPr>
      <w:r>
        <w:t>کیا مطلب چڑیا مجھ سے بہتر ہو؟ کیونکہ میرا تو پکڑ ہونے والی ہے آخرت میں۔ اس کی کیا پکڑ ہے؟ یہ سب سوچ کر کے میرا ہاتھ جو ہے یعنی وہ ٹریگر دبانے نہیں نہیں دبا سکا۔</w:t>
      </w:r>
    </w:p>
    <w:p>
      <w:r>
        <w:rPr>
          <w:b/>
        </w:rPr>
        <w:t xml:space="preserve">[24:45] </w:t>
      </w:r>
      <w:r>
        <w:t>main banduq liya tha lekin mera hath trigger nahi daba pa raha tha. kyunke maine socha ek chirya to Allah ki makhlooq hai.</w:t>
      </w:r>
    </w:p>
    <w:p>
      <w:pPr>
        <w:jc w:val="right"/>
      </w:pPr>
      <w:r>
        <w:t>میں بندوق لیا تھا لیکن میرا ہاتھ ٹریگر نہیں دبا پا رہا تھا۔ کیونکہ میں نے سوچا ایک چڑیا تو اللہ کی مخلوق ہے۔</w:t>
      </w:r>
    </w:p>
    <w:p>
      <w:r>
        <w:rPr>
          <w:b/>
        </w:rPr>
        <w:t xml:space="preserve">[24:55] </w:t>
      </w:r>
      <w:r>
        <w:t>kaise maroon is ko main? to kya hua main ne banduq ab mere bhai the un ke sathi the un ko de ke main bhaga wahan se.</w:t>
      </w:r>
    </w:p>
    <w:p>
      <w:pPr>
        <w:jc w:val="right"/>
      </w:pPr>
      <w:r>
        <w:t>کیسے ماروں اس کو میں؟ تو کیا ہوا میں نے بندوق اب میرے بھائی تھے ان کے ساتھی تھے ان کو دے کے میں بھاگا وہاں سے۔</w:t>
      </w:r>
    </w:p>
    <w:p>
      <w:r>
        <w:rPr>
          <w:b/>
        </w:rPr>
        <w:t xml:space="preserve">[25:07] </w:t>
      </w:r>
      <w:r>
        <w:t>paidal nahi bhaga.</w:t>
      </w:r>
    </w:p>
    <w:p>
      <w:pPr>
        <w:jc w:val="right"/>
      </w:pPr>
      <w:r>
        <w:t>پیدل نہیں بھاگا۔</w:t>
      </w:r>
    </w:p>
    <w:p>
      <w:r>
        <w:rPr>
          <w:b/>
        </w:rPr>
        <w:t xml:space="preserve">[25:10] </w:t>
      </w:r>
      <w:r>
        <w:t>halanke ye log gaye le gaye the car isi car par gaya tha isi car par wapas aata. lekin us waqt banduq le ke main bhaga.</w:t>
      </w:r>
    </w:p>
    <w:p>
      <w:pPr>
        <w:jc w:val="right"/>
      </w:pPr>
      <w:r>
        <w:t>حالانکہ یہ لوگ گئے لے گئے تھے کار اسی کار پر گیا تھا اسی کار پر واپس آتا۔ لیکن اس وقت بندوق لے کے میں بھاگا۔</w:t>
      </w:r>
    </w:p>
    <w:p>
      <w:r>
        <w:rPr>
          <w:b/>
        </w:rPr>
        <w:t xml:space="preserve">[25:21] </w:t>
      </w:r>
      <w:r>
        <w:t>to jo jo ye log bomb culture aur gun culture chala rahe hain insano ko maar rahe hain society bombing kar ke bachchon ko auraton ko halak kar rahe hain.</w:t>
      </w:r>
    </w:p>
    <w:p>
      <w:pPr>
        <w:jc w:val="right"/>
      </w:pPr>
      <w:r>
        <w:t>تو جو جو یہ لوگ بم کلچر اور گن کلچر چلا رہے ہیں انسانوں کو مار رہے ہیں سوسائٹی بمبنگ کر کے بچوں کو عورتوں کو ہلاک کر رہے ہیں۔</w:t>
      </w:r>
    </w:p>
    <w:p>
      <w:r>
        <w:rPr>
          <w:b/>
        </w:rPr>
        <w:t xml:space="preserve">[25:33] </w:t>
      </w:r>
      <w:r>
        <w:t>abhi wo sochen jis tarah main ne socha is chirya ke liye ke yaqeenan ye sab log apni banduqon ko samandar mein phenk den.</w:t>
      </w:r>
    </w:p>
    <w:p>
      <w:pPr>
        <w:jc w:val="right"/>
      </w:pPr>
      <w:r>
        <w:t>ابھی وہ سوچیں جس طرح میں نے سوچا اس چڑیا کے لیے کہ یقیناً یہ سب لوگ اپنی بندوقوں کو سمندر میں پھینک دیں۔</w:t>
      </w:r>
    </w:p>
    <w:p>
      <w:r>
        <w:rPr>
          <w:b/>
        </w:rPr>
        <w:t xml:space="preserve">[25:45] </w:t>
      </w:r>
      <w:r>
        <w:t>kisi ka kisi ki trigger na kisi ko ungli trigger ko na daba paye.</w:t>
      </w:r>
    </w:p>
    <w:p>
      <w:pPr>
        <w:jc w:val="right"/>
      </w:pPr>
      <w:r>
        <w:t>کسی کا کسی کی ٹریگر نہ کسی کو انگلی ٹریگر کو نہ دبا پائے۔</w:t>
      </w:r>
    </w:p>
    <w:p>
      <w:r>
        <w:rPr>
          <w:b/>
        </w:rPr>
        <w:t xml:space="preserve">[25:56] </w:t>
      </w:r>
      <w:r>
        <w:t>to ye ye jo ayat hadith hai ke "la tanqadi ajaiibuhu" ke Quran ke ajaiib kabhi khatam na honge wo samandar ke mani is ke andar hain.</w:t>
      </w:r>
    </w:p>
    <w:p>
      <w:pPr>
        <w:jc w:val="right"/>
      </w:pPr>
      <w:r>
        <w:t>تو یہ یہ جو آیت حدیث ہے کہ "لا تنقضی عجائبہ" کہ قرآن کے عجائب کبھی ختم نہ ہوں گے وہ سمندر کے معنی اس کے اندر ہیں۔</w:t>
      </w:r>
    </w:p>
    <w:p>
      <w:r>
        <w:rPr>
          <w:b/>
        </w:rPr>
        <w:t xml:space="preserve">[26:05] </w:t>
      </w:r>
      <w:r>
        <w:t>samandar. yani us waqt sochen aap jis mein marifat hai is mein hikmat hai is mein wisdom hai is mein Khuda saza deta hai is mein jannat ka rasta hai.</w:t>
      </w:r>
    </w:p>
    <w:p>
      <w:pPr>
        <w:jc w:val="right"/>
      </w:pPr>
      <w:r>
        <w:t>سمندر۔ یعنی اس وقت سوچیں آپ جس میں معرفت ہے اس میں حکمت ہے اس میں Wisdom ہے اس میں خدا سزا دیتا ہے اس میں جنت کا راستہ ہے۔</w:t>
      </w:r>
    </w:p>
    <w:p>
      <w:r>
        <w:rPr>
          <w:b/>
        </w:rPr>
        <w:t xml:space="preserve">[26:21] </w:t>
      </w:r>
      <w:r>
        <w:t>lekin koi sochta nahi.</w:t>
      </w:r>
    </w:p>
    <w:p>
      <w:pPr>
        <w:jc w:val="right"/>
      </w:pPr>
      <w:r>
        <w:t>لیکن کوئی سوچتا نہیں۔</w:t>
      </w:r>
    </w:p>
    <w:p>
      <w:r>
        <w:rPr>
          <w:b/>
        </w:rPr>
        <w:t xml:space="preserve">[26:28] </w:t>
      </w:r>
      <w:r>
        <w:t>aise hi dekhiye kal ek ek journalist lady aai thi main interview lene ke liye mera hamare kuch sathi bhi maujood the wahan par.</w:t>
      </w:r>
    </w:p>
    <w:p>
      <w:pPr>
        <w:jc w:val="right"/>
      </w:pPr>
      <w:r>
        <w:t>ایسے ہی دیکھیے کل ایک ایک جرنلسٹ لیڈی آئی تھی میں انٹرویو لینے کے لیے میرا ہمارے کچھ ساتھی بھی موجود تھے وہاں پر۔</w:t>
      </w:r>
    </w:p>
    <w:p>
      <w:r>
        <w:rPr>
          <w:b/>
        </w:rPr>
        <w:t xml:space="preserve">[26:42] </w:t>
      </w:r>
      <w:r>
        <w:t>to unhon ne kaha ke aap ye kehte hain ke Re-engineering of Mind ka lafz istemal karte hain aap. kya matlab hai is ka? insani zehn ki Re-engineering</w:t>
      </w:r>
    </w:p>
    <w:p>
      <w:pPr>
        <w:jc w:val="right"/>
      </w:pPr>
      <w:r>
        <w:t>تو انہوں نے کہا کہ آپ یہ کہتے ہیں کہ Re-engineering of Mind کا لفظ استعمال کرتے ہیں آپ۔ کیا مطلب ہے اس کا؟ انسانی ذہن کی Re-engineering</w:t>
      </w:r>
    </w:p>
    <w:p>
      <w:r>
        <w:rPr>
          <w:b/>
        </w:rPr>
        <w:t xml:space="preserve">[26:54] </w:t>
      </w:r>
      <w:r>
        <w:t>khair un ko wo shukr andaaz mein wo jawab pooch rahe hain ke wo baat ko main ne socha is ko ke What is Re-engineering of Mind?</w:t>
      </w:r>
    </w:p>
    <w:p>
      <w:pPr>
        <w:jc w:val="right"/>
      </w:pPr>
      <w:r>
        <w:t>۔ تو خیر ان کو وہ شکر انداز میں وہ جواب پوچھ رہے ہیں کہ وہ بات کو میں نے سوچا اس کو کہ What is Re-engineering of Mind؟</w:t>
      </w:r>
    </w:p>
    <w:p>
      <w:r>
        <w:rPr>
          <w:b/>
        </w:rPr>
        <w:t xml:space="preserve">[27:07] </w:t>
      </w:r>
      <w:r>
        <w:t>to main ne kaha ye to wahi hai jis ko Quran mein tazkiya kaha gaya hai. tazkiya yahi to hai. yahan pe dekhiye tazkiya ke lafz mein mani ka khazana tha jo kal mujhe daryaft hua.</w:t>
      </w:r>
    </w:p>
    <w:p>
      <w:pPr>
        <w:jc w:val="right"/>
      </w:pPr>
      <w:r>
        <w:t>تو میں نے کہا یہ تو وہی ہے جس کو قرآن میں تزکیہ کہا گیا ہے۔ تزکیہ یہی تو ہے۔ یہاں پہ دیکھیے تزکیہ کے لفظ میں معنی کا خزانہ تھا جو کل مجھے دریافت ہوا۔</w:t>
      </w:r>
    </w:p>
    <w:p>
      <w:r>
        <w:rPr>
          <w:b/>
        </w:rPr>
        <w:t xml:space="preserve">[27:21] </w:t>
      </w:r>
      <w:r>
        <w:t>isi guftagu ke douran.</w:t>
      </w:r>
    </w:p>
    <w:p>
      <w:pPr>
        <w:jc w:val="right"/>
      </w:pPr>
      <w:r>
        <w:t>اسی گفتگو کے دوران۔</w:t>
      </w:r>
    </w:p>
    <w:p>
      <w:r>
        <w:rPr>
          <w:b/>
        </w:rPr>
        <w:t xml:space="preserve">[27:24] </w:t>
      </w:r>
      <w:r>
        <w:t>dekhiye tazkiya Quran mein tazkiya ka jo mada hai saath bar istemal hua. Six zero saath bar.</w:t>
      </w:r>
    </w:p>
    <w:p>
      <w:pPr>
        <w:jc w:val="right"/>
      </w:pPr>
      <w:r>
        <w:t>دیکھیے تزکیہ قرآن میں تزکیہ کا جو مادہ ہے ساٹھ بار استعمال ہوا۔ Six zero ساٹھ بار۔</w:t>
      </w:r>
    </w:p>
    <w:p>
      <w:r>
        <w:rPr>
          <w:b/>
        </w:rPr>
        <w:t xml:space="preserve">[27:34] </w:t>
      </w:r>
      <w:r>
        <w:t>aur ye Quran mein bataya gaya hai ke jannat mein wo log jayenge jo jo muzakkar shakhsiyat de kar wahan pahuche. yani tazkiya kar ke pahuche wahan.</w:t>
      </w:r>
    </w:p>
    <w:p>
      <w:pPr>
        <w:jc w:val="right"/>
      </w:pPr>
      <w:r>
        <w:t>اور یہ قرآن میں بتایا گیا ہے کہ جنت میں وہ لوگ جائیں گے جو جو مذکر شخصیت دے کر وہاں پہنچے۔ یعنی تزکیہ کر کے پہنچے وہاں۔</w:t>
      </w:r>
    </w:p>
    <w:p>
      <w:r>
        <w:rPr>
          <w:b/>
        </w:rPr>
        <w:t xml:space="preserve">[27:46] </w:t>
      </w:r>
      <w:r>
        <w:t>to hamare literature mein bohat kitaben likhi gayi hain sab lekin sab ka kya hai? tazkiya-e-qalb, tazkiya-e-nafs is tarah ke alfaaz hote hain.</w:t>
      </w:r>
    </w:p>
    <w:p>
      <w:pPr>
        <w:jc w:val="right"/>
      </w:pPr>
      <w:r>
        <w:t>تو ہمارے لٹریچر میں بہت کتابیں لکھی گئی ہیں سب لیکن سب کا کیا ہے؟ تزکیہ قلب، تزکیہ نفس اس طرح کے الفاظ ہوتے ہیں۔</w:t>
      </w:r>
    </w:p>
    <w:p>
      <w:r>
        <w:rPr>
          <w:b/>
        </w:rPr>
        <w:t xml:space="preserve">[27:56] </w:t>
      </w:r>
      <w:r>
        <w:t>tazkiya-e-qalb aur tazkiya-e-nafs. aur kuch is se milta nahi. kam az kam mujhe to nahi mila. kyunke qalb ka mauzu bana den aap.</w:t>
      </w:r>
    </w:p>
    <w:p>
      <w:pPr>
        <w:jc w:val="right"/>
      </w:pPr>
      <w:r>
        <w:t>تزکیہ قلب اور تزکیہ نفس۔ اور کچھ اس سے ملتا نہیں۔ کم از کم مجھے تو نہیں ملا۔ کیونکہ قلب کا موضوع آپ بنا دیں آپ۔</w:t>
      </w:r>
    </w:p>
    <w:p>
      <w:r>
        <w:rPr>
          <w:b/>
        </w:rPr>
        <w:t xml:space="preserve">[28:07] </w:t>
      </w:r>
      <w:r>
        <w:t>yani tazkiya ko aap qalb ka mauzu bana den to aap ko kuch nahi milega. kyunke qalb mein to kuch hai nahi. qalb to circulation of blood ka zariya hai.</w:t>
      </w:r>
    </w:p>
    <w:p>
      <w:pPr>
        <w:jc w:val="right"/>
      </w:pPr>
      <w:r>
        <w:t>یعنی تزکیہ کو آپ قلب کا موضوع بنا دیں تو آپ کو کچھ نہیں ملے گا۔ کیونکہ قلب میں تو کچھ ہے نہیں۔ قلب تو سرکولیشن آف بلڈ کا ذریعہ ہے۔</w:t>
      </w:r>
    </w:p>
    <w:p>
      <w:r>
        <w:rPr>
          <w:b/>
        </w:rPr>
        <w:t xml:space="preserve">[28:20] </w:t>
      </w:r>
      <w:r>
        <w:t>is mein koi aqal nahi hai, soch nahi hai. qalb mein tadabbur ka mada nahi hai.</w:t>
      </w:r>
    </w:p>
    <w:p>
      <w:pPr>
        <w:jc w:val="right"/>
      </w:pPr>
      <w:r>
        <w:t>اس میں کوئی عقل نہیں ہے، سوچ نہیں ہے۔ قلب میں تدبر کا مادہ نہیں ہے۔</w:t>
      </w:r>
    </w:p>
    <w:p>
      <w:r>
        <w:rPr>
          <w:b/>
        </w:rPr>
        <w:t xml:space="preserve">[28:26] </w:t>
      </w:r>
      <w:r>
        <w:t>to tazkiya ko logon ne qalb ka mauzu bana diya. tazkiya-e-nafs, tazkiya-e-qalb ki taraf kitaben likhi jaane lagin.</w:t>
      </w:r>
    </w:p>
    <w:p>
      <w:pPr>
        <w:jc w:val="right"/>
      </w:pPr>
      <w:r>
        <w:t>تو تزکیہ کو لوگوں نے قلب کا موضوع بنا دیا۔ تزکیہ نفس، تزکیہ قلب کی طرف کتابیں لکھی جانے لگیں۔</w:t>
      </w:r>
    </w:p>
    <w:p>
      <w:r>
        <w:rPr>
          <w:b/>
        </w:rPr>
        <w:t xml:space="preserve">[28:37] </w:t>
      </w:r>
      <w:r>
        <w:t>aur yeh kitabon mein meri maloomat ke mutabiq kuch bhi nahi hai. siwaye Confusion aur kuch bhi nahi. to maine socha ke dekhiye tazkiya-e-qalb ka matlab hai Re-engineering of Mind.</w:t>
      </w:r>
    </w:p>
    <w:p>
      <w:pPr>
        <w:jc w:val="right"/>
      </w:pPr>
      <w:r>
        <w:t>اور یہ کتابوں میں میری معلومات کے مطابق کچھ بھی نہیں ہے۔ سوائے Confusion اور کچھ بھی نہیں۔ تو میں نے سوچا کہ دیکھیے تزکیہ قلب کا مطلب ہے Re-engineering of Mind۔</w:t>
      </w:r>
    </w:p>
    <w:p>
      <w:r>
        <w:rPr>
          <w:b/>
        </w:rPr>
        <w:t xml:space="preserve">[28:54] </w:t>
      </w:r>
      <w:r>
        <w:t>ab dekhiye yeh wahi baat hai ke Quran ki ayat mein. naye naye azaab nikalna.</w:t>
      </w:r>
    </w:p>
    <w:p>
      <w:pPr>
        <w:jc w:val="right"/>
      </w:pPr>
      <w:r>
        <w:t>اب دیکھیے یہ وہی بات ہے کہ قرآن کی آیت میں۔ نئے نئے عذاب نکلنا۔</w:t>
      </w:r>
    </w:p>
    <w:p>
      <w:r>
        <w:rPr>
          <w:b/>
        </w:rPr>
        <w:t xml:space="preserve">[29:03] </w:t>
      </w:r>
      <w:r>
        <w:t>ab maine socha Re-engineering kiya cheez hai? dekhiye insan paida hota hai. paida hote hi iski Conditioning shuru ho jati hai.</w:t>
      </w:r>
    </w:p>
    <w:p>
      <w:pPr>
        <w:jc w:val="right"/>
      </w:pPr>
      <w:r>
        <w:t>اب میں نے سوچا Re-engineering کیا چیز ہے؟ دیکھیے انسان پیدا ہوتا ہے۔ پیدا ہوتے ہی اس کی Conditioning شروع ہو جاتی ہے۔</w:t>
      </w:r>
    </w:p>
    <w:p>
      <w:r>
        <w:rPr>
          <w:b/>
        </w:rPr>
        <w:t xml:space="preserve">[29:14] </w:t>
      </w:r>
      <w:r>
        <w:t>Conditioning. iski aadatein badalne, iski aadatein banti hain, iska mizaj banta hai, iski soch banti hai.</w:t>
      </w:r>
    </w:p>
    <w:p>
      <w:pPr>
        <w:jc w:val="right"/>
      </w:pPr>
      <w:r>
        <w:t>Conditioning۔ اس کی عادتیں بدلنے، اس کی عادتیں بنتی ہیں، اس کا مزاج بنتا ہے، اس کی سوچ بنتی ہے۔</w:t>
      </w:r>
    </w:p>
    <w:p>
      <w:r>
        <w:rPr>
          <w:b/>
        </w:rPr>
        <w:t xml:space="preserve">[29:23] </w:t>
      </w:r>
      <w:r>
        <w:t>kuch cheezon ka woh Hybrids Develop hoti hain. to dheere dheere isi par pakka ho jata hai woh. yani paida hota hai jo hadith mein hai ke "kal mauloodi yulad al fitra" paida hota hai fitrat par.</w:t>
      </w:r>
    </w:p>
    <w:p>
      <w:pPr>
        <w:jc w:val="right"/>
      </w:pPr>
      <w:r>
        <w:t>کچھ چیزوں کا وہ Hybrids Develop ہوتی ہیں۔ تو دھیرے دھیرے اسی پر پختہ ہو جاتا ہے وہ۔ یعنی پیدا ہوتا ہے جو حدیث میں ہے کہ "کل مولودی یولد الفطرہ" پیدا ہوتا ہے فطرت پر۔</w:t>
      </w:r>
    </w:p>
    <w:p>
      <w:r>
        <w:rPr>
          <w:b/>
        </w:rPr>
        <w:t xml:space="preserve">[29:39] </w:t>
      </w:r>
      <w:r>
        <w:t>insan jab paida hota hai woh fitrat par paida hota hai. lekin dheere dheere kya hota hai? woh Mister Conditioned ban jata hai. Mister Nature, Mister Conditioned ban jata hai.</w:t>
      </w:r>
    </w:p>
    <w:p>
      <w:pPr>
        <w:jc w:val="right"/>
      </w:pPr>
      <w:r>
        <w:t>انسان جب پیدا ہوتا ہے وہ فطرت پر پیدا ہوتا ہے۔ لیکن دھیرے دھیرے کیا ہوتا ہے؟ وہ Mister Conditioned بن جاتا ہے۔ Mister Nature، Mister Conditioned بن جاتا ہے۔</w:t>
      </w:r>
    </w:p>
    <w:p>
      <w:r>
        <w:rPr>
          <w:b/>
        </w:rPr>
        <w:t xml:space="preserve">[29:51] </w:t>
      </w:r>
      <w:r>
        <w:t>har har insan ka mamla yahi hai. ke paida hua to woh Mister Nature tha. baad ko dheere dheere dheere woh Mister Conditioned ban gaya.</w:t>
      </w:r>
    </w:p>
    <w:p>
      <w:pPr>
        <w:jc w:val="right"/>
      </w:pPr>
      <w:r>
        <w:t>ہر ہر انسان کا معاملہ یہی ہے۔ کہ پیدا ہوا تو وہ Mister Nature تھا۔ بعد کو دھیرے دھیرے دھیرے وہ Mister Conditioned بن گیا۔</w:t>
      </w:r>
    </w:p>
    <w:p>
      <w:r>
        <w:rPr>
          <w:b/>
        </w:rPr>
        <w:t xml:space="preserve">[30:02] </w:t>
      </w:r>
      <w:r>
        <w:t>to ab kya kiya jaye? ab hai isko Deconditioning karna. is Condition ko todna. iske andar dobara fitrat ki taraf lotana isko.</w:t>
      </w:r>
    </w:p>
    <w:p>
      <w:pPr>
        <w:jc w:val="right"/>
      </w:pPr>
      <w:r>
        <w:t>تو اب کیا کیا جائے؟ اب ہے اس کو Deconditioning کرنا۔ اس Condition کو توڑنا۔ اس کے اندر دوبارہ فطرت کی طرف لوٹانا اس کو۔</w:t>
      </w:r>
    </w:p>
    <w:p>
      <w:r>
        <w:rPr>
          <w:b/>
        </w:rPr>
        <w:t xml:space="preserve">[30:14] </w:t>
      </w:r>
      <w:r>
        <w:t>iske andar iski iski soch ko jagana. Mister Deconditioned banana.</w:t>
      </w:r>
    </w:p>
    <w:p>
      <w:pPr>
        <w:jc w:val="right"/>
      </w:pPr>
      <w:r>
        <w:t>اس کے اندر اس کی اس کی سوچ کو جگانا۔ Mister Deconditioned بنانا۔</w:t>
      </w:r>
    </w:p>
    <w:p>
      <w:r>
        <w:rPr>
          <w:b/>
        </w:rPr>
        <w:t xml:space="preserve">[30:21] </w:t>
      </w:r>
      <w:r>
        <w:t>Mister Conditioned ko Mister Deconditioned banana. yeh hai Re-engineering. aur yahi hai tazkiya. tazkiya ke lafzi maani hain To Purify, pak karna.</w:t>
      </w:r>
    </w:p>
    <w:p>
      <w:pPr>
        <w:jc w:val="right"/>
      </w:pPr>
      <w:r>
        <w:t>Mister Conditioned کو Mister Deconditioned بنانا۔ یہ ہے Re-engineering۔ اور یہی ہے تزکیہ۔ تزکیہ کے لفظی معنی ہیں To Purify، پاک کرنا۔</w:t>
      </w:r>
    </w:p>
    <w:p>
      <w:r>
        <w:rPr>
          <w:b/>
        </w:rPr>
        <w:t xml:space="preserve">[30:37] </w:t>
      </w:r>
      <w:r>
        <w:t>To Purify. to Purify kiya? yahi to hai yeh? iski Conditioning ko todna, iski aadaton ko badalna, iski soch ko sahi karna.</w:t>
      </w:r>
    </w:p>
    <w:p>
      <w:pPr>
        <w:jc w:val="right"/>
      </w:pPr>
      <w:r>
        <w:t>To Purify۔ تو Purify کیا؟ یہی تو ہے یہ؟ اس کی Conditioning کو توڑنا، اس کی عادتوں کو بدلنا، اس کی سوچ کو صحیح کرنا۔</w:t>
      </w:r>
    </w:p>
    <w:p>
      <w:r>
        <w:rPr>
          <w:b/>
        </w:rPr>
        <w:t xml:space="preserve">[30:48] </w:t>
      </w:r>
      <w:r>
        <w:t>yahi to hai?</w:t>
      </w:r>
    </w:p>
    <w:p>
      <w:pPr>
        <w:jc w:val="right"/>
      </w:pPr>
      <w:r>
        <w:t>یہی تو ہے؟</w:t>
      </w:r>
    </w:p>
    <w:p>
      <w:r>
        <w:rPr>
          <w:b/>
        </w:rPr>
        <w:t xml:space="preserve">[30:51] </w:t>
      </w:r>
      <w:r>
        <w:t>to aap dekhiye ke Quran mein lafz tazkiya tha. lekin jab isko socha maine to ismein maani ka ek ek ek khazana maujood tha.</w:t>
      </w:r>
    </w:p>
    <w:p>
      <w:pPr>
        <w:jc w:val="right"/>
      </w:pPr>
      <w:r>
        <w:t>تو آپ دیکھیے کہ قرآن میں لفظ تزکیہ تھا۔ لیکن جب اس کو سوچا میں نے تو اس میں معنی کا ایک ایک ایک خزانہ موجود تھا۔</w:t>
      </w:r>
    </w:p>
    <w:p>
      <w:r>
        <w:rPr>
          <w:b/>
        </w:rPr>
        <w:t xml:space="preserve">[31:02] </w:t>
      </w:r>
      <w:r>
        <w:t>khazana.</w:t>
      </w:r>
    </w:p>
    <w:p>
      <w:pPr>
        <w:jc w:val="right"/>
      </w:pPr>
      <w:r>
        <w:t>خزانہ۔</w:t>
      </w:r>
    </w:p>
    <w:p>
      <w:r>
        <w:rPr>
          <w:b/>
        </w:rPr>
        <w:t xml:space="preserve">[31:07] </w:t>
      </w:r>
      <w:r>
        <w:t>yeh hai "la tanqadi ajaibuhu". is tarike se kisi kitab mein nahi likha hua hai. tazkiya ka is tarike se kisi kitab mein nahi likha hua.</w:t>
      </w:r>
    </w:p>
    <w:p>
      <w:pPr>
        <w:jc w:val="right"/>
      </w:pPr>
      <w:r>
        <w:t>یہ ہے "لا تنقضی عجائبہ"۔ اس طریقے سے کسی کتاب میں نہیں لکھا ہوا ہے۔ تزکیہ کا اس طریقے سے کسی کتاب میں نہیں لکھا ہوا۔</w:t>
      </w:r>
    </w:p>
    <w:p>
      <w:r>
        <w:rPr>
          <w:b/>
        </w:rPr>
        <w:t xml:space="preserve">[31:19] </w:t>
      </w:r>
      <w:r>
        <w:t>maine bahut si kitabein padhi lekin is tarah mujhe nahi mila kisi mein. lekin ismein woh khazana maujood tha. woh sochte sochte wahan tak pahuncha. wahan wahan tak wahan pahunch saka.</w:t>
      </w:r>
    </w:p>
    <w:p>
      <w:pPr>
        <w:jc w:val="right"/>
      </w:pPr>
      <w:r>
        <w:t>میں نے بہت سی کتابیں پڑھیں لیکن اس طرح مجھے نہیں ملا کسی میں۔ لیکن اس میں وہ خزانہ موجود تھا۔ وہ سوچتے سوچتے وہاں تک پہنچا۔ وہاں وہاں تک وہاں پہنچ سکا۔</w:t>
      </w:r>
    </w:p>
    <w:p>
      <w:r>
        <w:rPr>
          <w:b/>
        </w:rPr>
        <w:t xml:space="preserve">[31:35] </w:t>
      </w:r>
      <w:r>
        <w:t>to Quran ki ayaton ko jab aap gaur karenge to har ayat mein isi tarike se aap ko milti hain. jaise kal parson ek telephone aaya tha ek sahab ka.</w:t>
      </w:r>
    </w:p>
    <w:p>
      <w:pPr>
        <w:jc w:val="right"/>
      </w:pPr>
      <w:r>
        <w:t>تو قرآن کی آیتوں کو جب آپ غور کریں گے تو ہر آیت میں اسی طریقے سے آپ کو ملتی ہے۔ جیسے کل پرسوں ایک ٹیلی فون آیا تھا ایک صاحب کا۔</w:t>
      </w:r>
    </w:p>
    <w:p>
      <w:r>
        <w:rPr>
          <w:b/>
        </w:rPr>
        <w:t xml:space="preserve">[31:48] </w:t>
      </w:r>
      <w:r>
        <w:t>to aaya tha ke Allah se mohabbat hona chahiye. "alladhina amanu ashadd hubban lillah" iman wale Allah se bahut mohabbat karte hain.</w:t>
      </w:r>
    </w:p>
    <w:p>
      <w:pPr>
        <w:jc w:val="right"/>
      </w:pPr>
      <w:r>
        <w:t>تو آیا تھا کہ اللہ سے محبت ہونا چاہیے۔ "الذین آمنوا أشد حباً لله" ایمان والے اللہ سے بہت محبت کرتے ہیں۔</w:t>
      </w:r>
    </w:p>
    <w:p>
      <w:r>
        <w:rPr>
          <w:b/>
        </w:rPr>
        <w:t xml:space="preserve">[32:01] </w:t>
      </w:r>
      <w:r>
        <w:t>yani Strong Affection unko hota hai Allah se. to phir poocha iska kya matlab hai aur kaise isko kiya jaye? kaise kiya jaye?</w:t>
      </w:r>
    </w:p>
    <w:p>
      <w:pPr>
        <w:jc w:val="right"/>
      </w:pPr>
      <w:r>
        <w:t>یعنی Strong Affection ان کو ہوتا ہے اللہ سے۔ تو پھر پوچھا اس کا کیا مطلب ہے اور کیسے اس کو کیا جائے؟ کیسے کیا جائے؟</w:t>
      </w:r>
    </w:p>
    <w:p>
      <w:r>
        <w:rPr>
          <w:b/>
        </w:rPr>
        <w:t xml:space="preserve">[32:15] </w:t>
      </w:r>
      <w:r>
        <w:t>to maine socha kya yeh koi lafz naoozubillah koi lafz lafz lafz lafz lafz lafz lafz lafz ko aati hai? yeh maloom nahi hai. Allah se aap lafz lafz lafz nahi kar sakte.</w:t>
      </w:r>
    </w:p>
    <w:p>
      <w:pPr>
        <w:jc w:val="right"/>
      </w:pPr>
      <w:r>
        <w:t>تو میں نے سوچا کیا یہ کوئی لفظ نعوذ باللہ کوئی لفظ لفظ لفظ لفظ لفظ لفظ لفظ لفظ کو آتی ہے؟ یہ معلوم نہیں ہے۔ اللہ سے آپ لفظ لفظ لفظ نہیں کر سکتے۔</w:t>
      </w:r>
    </w:p>
    <w:p>
      <w:r>
        <w:rPr>
          <w:b/>
        </w:rPr>
        <w:t xml:space="preserve">[32:24] </w:t>
      </w:r>
      <w:r>
        <w:t>woh to aap ka khaliq hai. woh aap ka malik hai. woh Rabbul Alameen hai. to</w:t>
      </w:r>
    </w:p>
    <w:p>
      <w:pPr>
        <w:jc w:val="right"/>
      </w:pPr>
      <w:r>
        <w:t>وہ تو آپ کا خالق ہے۔ وہ آپ کا مالک ہے۔ وہ رب العالمین ہے۔ تو</w:t>
      </w:r>
    </w:p>
    <w:p>
      <w:r>
        <w:rPr>
          <w:b/>
        </w:rPr>
        <w:t xml:space="preserve">[32:31] </w:t>
      </w:r>
      <w:r>
        <w:t>phir mujhe ek ayat yaad aayi. "qul in kuntum tuhibbunallaha fattabi'uni yuhbibkumullah" kaho ke agar tum</w:t>
      </w:r>
    </w:p>
    <w:p>
      <w:pPr>
        <w:jc w:val="right"/>
      </w:pPr>
      <w:r>
        <w:t>پھر مجھے ایک آیت یاد آئی۔ "قل ان کنت تحبون اللہ فتبعون وحب اللہ" کہو کہ اگر تم</w:t>
      </w:r>
    </w:p>
    <w:p>
      <w:r>
        <w:rPr>
          <w:b/>
        </w:rPr>
        <w:t xml:space="preserve">[32:42] </w:t>
      </w:r>
      <w:r>
        <w:t>Allah se mohabbat karte ho to mera ittaba karo. is se tumhare andar Allah ki mohabbat aayegi.</w:t>
      </w:r>
    </w:p>
    <w:p>
      <w:pPr>
        <w:jc w:val="right"/>
      </w:pPr>
      <w:r>
        <w:t>اللہ سے محبت کرتے ہو تو میرا اتباع کرو۔ اس سے تمہارے اندر اللہ کی محبت آئے گی۔</w:t>
      </w:r>
    </w:p>
    <w:p>
      <w:r>
        <w:rPr>
          <w:b/>
        </w:rPr>
        <w:t xml:space="preserve">[32:51] </w:t>
      </w:r>
      <w:r>
        <w:t>kaha ittaba-e-rasool jo hai woh hai mohabbat-e-ilahi.</w:t>
      </w:r>
    </w:p>
    <w:p>
      <w:pPr>
        <w:jc w:val="right"/>
      </w:pPr>
      <w:r>
        <w:t>کہا اتباع رسول جو ہے وہ ہے محبت الہی۔</w:t>
      </w:r>
    </w:p>
    <w:p>
      <w:r>
        <w:rPr>
          <w:b/>
        </w:rPr>
        <w:t xml:space="preserve">[32:57] </w:t>
      </w:r>
      <w:r>
        <w:t>"qul in kuntum tuhibbunallaha fattabi'uni yuhbibkumullah" phir maine socha ke ittaba-e-rasool kiya hai?</w:t>
      </w:r>
    </w:p>
    <w:p>
      <w:pPr>
        <w:jc w:val="right"/>
      </w:pPr>
      <w:r>
        <w:t>"قل ان کنت تحبون اللہ فتبعون وحب اللہ" پھر میں نے سوچا کہ اتباع رسول کیا ہے؟</w:t>
      </w:r>
    </w:p>
    <w:p>
      <w:r>
        <w:rPr>
          <w:b/>
        </w:rPr>
        <w:t xml:space="preserve">[33:10] </w:t>
      </w:r>
      <w:r>
        <w:t>atba'e rasool ka bhi bohat mehdood mafhoom logon ke zehn mein hota hai. atba'e rasool ka ma'na hai ke woh jo model rasool Allah ka hai woh model aap ko bohat mehboob model ban jaye aap ke liye.</w:t>
      </w:r>
    </w:p>
    <w:p>
      <w:pPr>
        <w:jc w:val="right"/>
      </w:pPr>
      <w:r>
        <w:t>اتباع رسول کا بھی بہت محدود مفہوم لوگوں کے ذہن میں ہوتا ہے۔ اتباع رسول کا معنی ہے کہ وہ جو ماڈل رسول اللہ کا ہے وہ ماڈل آپ کو بہت محبوب ماڈل بن جائے آپ کے لیے۔</w:t>
      </w:r>
    </w:p>
    <w:p>
      <w:r>
        <w:rPr>
          <w:b/>
        </w:rPr>
        <w:t xml:space="preserve">[33:27] </w:t>
      </w:r>
      <w:r>
        <w:t>matlab ek model sirf yeh nahi ke aap rasool Allah miswak karte thay. nahi yeh model sab se bara yeh hai ke aap dawat ka kaam kar dete hain. dawat ka model aap ne chhod aaya.</w:t>
      </w:r>
    </w:p>
    <w:p>
      <w:pPr>
        <w:jc w:val="right"/>
      </w:pPr>
      <w:r>
        <w:t>مطلب ایک ماڈل صرف یہ نہیں کہ آپ رسول اللہ مسواک کرتے تھے۔ نہیں یہ ماڈل سب سے بڑا یہ ہے کہ آپ دعوت کا کام کر دیتے ہیں۔ دعوت کا ماڈل آپ نے چھوڑ آیا۔</w:t>
      </w:r>
    </w:p>
    <w:p>
      <w:r>
        <w:rPr>
          <w:b/>
        </w:rPr>
        <w:t xml:space="preserve">[33:39] </w:t>
      </w:r>
      <w:r>
        <w:t>to dawat ke kaam mein aap ko itna attachment ho jaye itna ke woh aap ke mehboob mashghala ban jaye.</w:t>
      </w:r>
    </w:p>
    <w:p>
      <w:pPr>
        <w:jc w:val="right"/>
      </w:pPr>
      <w:r>
        <w:t>تو دعوت کے کام میں آپ کو اتنا Attachment ہو جائے اتنا کہ وہ آپ کے محبوب مشغلہ بن جائے۔</w:t>
      </w:r>
    </w:p>
    <w:p>
      <w:r>
        <w:rPr>
          <w:b/>
        </w:rPr>
        <w:t xml:space="preserve">[33:50] </w:t>
      </w:r>
      <w:r>
        <w:t>dawat Allah ka kaam jab aap karenge to woh aap ke liye khush kamyab reh</w:t>
      </w:r>
    </w:p>
    <w:p>
      <w:pPr>
        <w:jc w:val="right"/>
      </w:pPr>
      <w:r>
        <w:t>دعوت اللہ کا کام جب آپ کریں گے تو وہ آپ کے لیے خوش کامیاب رہ</w:t>
      </w:r>
    </w:p>
    <w:p>
      <w:r>
        <w:rPr>
          <w:b/>
        </w:rPr>
        <w:t xml:space="preserve">[33:56] </w:t>
      </w:r>
      <w:r>
        <w:t>e. woh announcement ka kamyab rahe. balkeh woh mehboob mashghala ban jaye aap ke.</w:t>
      </w:r>
    </w:p>
    <w:p>
      <w:pPr>
        <w:jc w:val="right"/>
      </w:pPr>
      <w:r>
        <w:t>ے۔ وہ Announcement کا کامیاب رہے۔ بلکہ وہ محبوب مشغلہ بن جائے آپ کے۔</w:t>
      </w:r>
    </w:p>
    <w:p>
      <w:r>
        <w:rPr>
          <w:b/>
        </w:rPr>
        <w:t xml:space="preserve">[34:05] </w:t>
      </w:r>
      <w:r>
        <w:t>jaise ek martaba mein ek waqea mera hai ke mein ek shehar mein gaya wahan par ek karkhana tha.</w:t>
      </w:r>
    </w:p>
    <w:p>
      <w:pPr>
        <w:jc w:val="right"/>
      </w:pPr>
      <w:r>
        <w:t>جیسے ایک مرتبہ میں ایک واقعہ میرا ہے کہ میں ایک شہر میں گیا وہاں پر ایک کارخانہ تھا۔</w:t>
      </w:r>
    </w:p>
    <w:p>
      <w:r>
        <w:rPr>
          <w:b/>
        </w:rPr>
        <w:t xml:space="preserve">[34:21] </w:t>
      </w:r>
      <w:r>
        <w:t>wahan par kachay chamre se nikalte thay</w:t>
      </w:r>
    </w:p>
    <w:p>
      <w:pPr>
        <w:jc w:val="right"/>
      </w:pPr>
      <w:r>
        <w:t>وہاں پر کچے چمڑے سے نکالتے تھے</w:t>
      </w:r>
    </w:p>
    <w:p>
      <w:r>
        <w:rPr>
          <w:b/>
        </w:rPr>
        <w:t xml:space="preserve">[34:25] </w:t>
      </w:r>
      <w:r>
        <w:t>woh is ka koi sabun aur is se thread bana dete thay. surgical thread. to mein is mein dakhil hua to bari badbu thi is ke andar.</w:t>
      </w:r>
    </w:p>
    <w:p>
      <w:pPr>
        <w:jc w:val="right"/>
      </w:pPr>
      <w:r>
        <w:t>وہ اس کا کوئی صابن اور اس سے Thread بنا دیتے تھے۔ Surgical Thread۔ تو میں اس میں داخل ہوا تو بڑی بدبو تھی اس کے اندر۔</w:t>
      </w:r>
    </w:p>
    <w:p>
      <w:r>
        <w:rPr>
          <w:b/>
        </w:rPr>
        <w:t xml:space="preserve">[34:35] </w:t>
      </w:r>
      <w:r>
        <w:t>kyun ke kacha kaam chamre ka kaam hota tha wahan par. to jo is ke malik thay us par baithe hue thay. mein ne poocha kaise rehte hain aap yahan par?</w:t>
      </w:r>
    </w:p>
    <w:p>
      <w:pPr>
        <w:jc w:val="right"/>
      </w:pPr>
      <w:r>
        <w:t>کیونکہ کچا کام چمڑے کا کام ہوتا تھا وہاں پر۔ تو جو اس کے مالک تھے اس پر بیٹھے ہوئے تھے۔ میں نے پوچھا کیسے رہتے ہیں آپ یہاں پر؟</w:t>
      </w:r>
    </w:p>
    <w:p>
      <w:r>
        <w:rPr>
          <w:b/>
        </w:rPr>
        <w:t xml:space="preserve">[34:47] </w:t>
      </w:r>
      <w:r>
        <w:t>matlab yeh to bilkul badbu ka mahol tha woh.</w:t>
      </w:r>
    </w:p>
    <w:p>
      <w:pPr>
        <w:jc w:val="right"/>
      </w:pPr>
      <w:r>
        <w:t>مطلب یہ تو بالکل بدبو کا ماحول تھا وہ۔</w:t>
      </w:r>
    </w:p>
    <w:p>
      <w:r>
        <w:rPr>
          <w:b/>
        </w:rPr>
        <w:t xml:space="preserve">[34:52] </w:t>
      </w:r>
      <w:r>
        <w:t>bare itminan se unhon ne jawab diya ke jab paisa milta hai to sab bhool jata hai. to aap dekhiye ke un ko woh woh mashghala mehboob mashghala ban gaya.</w:t>
      </w:r>
    </w:p>
    <w:p>
      <w:pPr>
        <w:jc w:val="right"/>
      </w:pPr>
      <w:r>
        <w:t>بڑے اطمینان سے انہوں نے جواب دیا کہ جب پیسہ ملتا ہے تو سب بھول جاتا ہے۔ تو آپ دیکھیے کہ ان کو وہ وہ مشغلہ محبوب مشغلہ بن گیا۔</w:t>
      </w:r>
    </w:p>
    <w:p>
      <w:r>
        <w:rPr>
          <w:b/>
        </w:rPr>
        <w:t xml:space="preserve">[35:07] </w:t>
      </w:r>
      <w:r>
        <w:t>jo mere liye ghair mehboob tha un ke liye mehboob mashghala bana hua tha. to yeh matlab hai Allah se mohabbat.</w:t>
      </w:r>
    </w:p>
    <w:p>
      <w:pPr>
        <w:jc w:val="right"/>
      </w:pPr>
      <w:r>
        <w:t>جو میرے لیے غیر محبوب تھا ان کے لیے محبوب مشغلہ بنا ہوا تھا۔ تو یہ مطلب ہے اللہ سے محبت۔</w:t>
      </w:r>
    </w:p>
    <w:p>
      <w:r>
        <w:rPr>
          <w:b/>
        </w:rPr>
        <w:t xml:space="preserve">[35:16] </w:t>
      </w:r>
      <w:r>
        <w:t>Allah se mohabbat ka matlab yeh hai ke Allah ka jo mission hai Allah ka jo paigham pohanchana hai Allah ko jo matloob hai ke meri baat insan tak pohanch jaye.</w:t>
      </w:r>
    </w:p>
    <w:p>
      <w:pPr>
        <w:jc w:val="right"/>
      </w:pPr>
      <w:r>
        <w:t>اللہ سے محبت کا مطلب یہ ہے کہ اللہ کا جو Mission ہے اللہ کا جو پیغام پہنچانا ہے اللہ کو جو مطلوب ہے کہ میری بات انسان تک پہنچ جائے۔</w:t>
      </w:r>
    </w:p>
    <w:p>
      <w:r>
        <w:rPr>
          <w:b/>
        </w:rPr>
        <w:t xml:space="preserve">[35:29] </w:t>
      </w:r>
      <w:r>
        <w:t>yeh jo mission hai yeh aap ke liye mehboob ban jaye mehboob. koi gaali de tab bhi aap bura na manen. koi patthar mar de tab bhi aap ko ghussa na aaye.</w:t>
      </w:r>
    </w:p>
    <w:p>
      <w:pPr>
        <w:jc w:val="right"/>
      </w:pPr>
      <w:r>
        <w:t>یہ جو Mission ہے یہ آپ کے لیے محبوب بن جائے محبوب۔ کوئی گالی دے تب بھی آپ برا نہ مانیں۔ کوئی پتھر مار دے تب بھی آپ کو غصہ نہ آئے۔</w:t>
      </w:r>
    </w:p>
    <w:p>
      <w:r>
        <w:rPr>
          <w:b/>
        </w:rPr>
        <w:t xml:space="preserve">[35:40] </w:t>
      </w:r>
      <w:r>
        <w:t>koi mushkil pesh aaye tab bhi aap bura rukh na hon.</w:t>
      </w:r>
    </w:p>
    <w:p>
      <w:pPr>
        <w:jc w:val="right"/>
      </w:pPr>
      <w:r>
        <w:t>کوئی مشکل پیش آئے تب بھی آپ برا رخ نہ ہوں۔</w:t>
      </w:r>
    </w:p>
    <w:p>
      <w:r>
        <w:rPr>
          <w:b/>
        </w:rPr>
        <w:t xml:space="preserve">[35:46] </w:t>
      </w:r>
      <w:r>
        <w:t>kyun ke jab aap ko woh mashghala mehboob mashghala ban jayega to kuch bhi aap bura nahi lagega. aap sochen ke kuch bhi ho Allah ke hathon is ka inaam bohat bara milne wala hai hum is ko.</w:t>
      </w:r>
    </w:p>
    <w:p>
      <w:pPr>
        <w:jc w:val="right"/>
      </w:pPr>
      <w:r>
        <w:t>کیونکہ جب آپ کو وہ مشغلہ محبوب مشغلہ بن جائے گا تو کچھ بھی آپ برا نہیں لگے گا۔ آپ سوچیں کہ کچھ بھی ہو اللہ کے ہاتھوں اس کا انعام بہت بڑا ملنے والا ہے ہم اس کو۔</w:t>
      </w:r>
    </w:p>
    <w:p>
      <w:r>
        <w:rPr>
          <w:b/>
        </w:rPr>
        <w:t xml:space="preserve">[36:01] </w:t>
      </w:r>
      <w:r>
        <w:t>is tarah jab aap sochenge jitna zyada sochenge utna hi Quran ke ma'ni aap par khulte chale jayenge. yeh matlab hai is ka.</w:t>
      </w:r>
    </w:p>
    <w:p>
      <w:pPr>
        <w:jc w:val="right"/>
      </w:pPr>
      <w:r>
        <w:t>اس طرح جب آپ سوچیں گے جتنا زیادہ سوچیں گے اتنا ہی قرآن کے معنی آپ پر کھلتے چلے جائیں گے۔ یہ مطلب ہے اس کا۔</w:t>
      </w:r>
    </w:p>
    <w:p>
      <w:r>
        <w:rPr>
          <w:b/>
        </w:rPr>
        <w:t xml:space="preserve">[36:16] </w:t>
      </w:r>
      <w:r>
        <w:t>aam taur par log chunke Quran ki tilawat karte hain bas aur tafsirien jo hain tafsiron mein sari tafsiren fanniyat ki wazahat hoti hain un mein.</w:t>
      </w:r>
    </w:p>
    <w:p>
      <w:pPr>
        <w:jc w:val="right"/>
      </w:pPr>
      <w:r>
        <w:t>عام طور پر لوگ چونکہ قرآن کی تلاوت کرتے ہیں بس اور تفسیریں جو ہیں تفسیروں میں ساری تفسیریں فنیات کی وضاحت ہوتی ہیں ان میں۔</w:t>
      </w:r>
    </w:p>
    <w:p>
      <w:r>
        <w:rPr>
          <w:b/>
        </w:rPr>
        <w:t xml:space="preserve">[36:26] </w:t>
      </w:r>
      <w:r>
        <w:t>fanniyat. sari tafsiren ya'ni fanni tafsiren hain. is mein bhi khushk basen hoti hain.</w:t>
      </w:r>
    </w:p>
    <w:p>
      <w:pPr>
        <w:jc w:val="right"/>
      </w:pPr>
      <w:r>
        <w:t>فنیات۔ ساری تفسیریں یعنی فنی تفسیریں ہیں۔ اس میں بھی خشک بسیں ہوتی ہیں۔</w:t>
      </w:r>
    </w:p>
    <w:p>
      <w:r>
        <w:rPr>
          <w:b/>
        </w:rPr>
        <w:t xml:space="preserve">[36:36] </w:t>
      </w:r>
      <w:r>
        <w:t>khushk basen. is mein koi rohani ghiza nahi hoti. is mein koi ma'refat ka saman nahi hota.</w:t>
      </w:r>
    </w:p>
    <w:p>
      <w:pPr>
        <w:jc w:val="right"/>
      </w:pPr>
      <w:r>
        <w:t>خشک بسیں۔ اس میں کوئی روحانی غذا نہیں ہوتی۔ اس میں کوئی معرفت کا سامان نہیں ہوتا۔</w:t>
      </w:r>
    </w:p>
    <w:p>
      <w:r>
        <w:rPr>
          <w:b/>
        </w:rPr>
        <w:t xml:space="preserve">[36:48] </w:t>
      </w:r>
      <w:r>
        <w:t>misalan dekhiye yeh ayat maine padhi ke "wa idha saboo ma'oonatan ila al-rasool tara 'aynahum taflihim min al-dam mimma 'arafoo min al-haqq" yahan par aal-e-umeir ke giroh ka haal bataya gaya hai ke woh rasool Allah ke pas aaye aur Quran suna to un ko iman mil gaya.</w:t>
      </w:r>
    </w:p>
    <w:p>
      <w:pPr>
        <w:jc w:val="right"/>
      </w:pPr>
      <w:r>
        <w:t>مثلاً دیکھیے یہ آیت میں نے پڑھی کہ "وَإِذَا سَبُوْا مَعُونُةً إِلَى الرَّسُولِ تَرَىٰ عَيَنُهُمْ تَفْلِيْهُمْ مِنْ الْدَّمِ مِمَّا عَرَفُوا مِنَ الْحَقِّ" یہاں پر آلِ عمیر کے گروہ کا حال بتایا گیا ہے کہ وہ رسول اللہ کے پاس آئے اور قرآن سنا تو ان کو ایمان مل گیا۔</w:t>
      </w:r>
    </w:p>
    <w:p>
      <w:r>
        <w:rPr>
          <w:b/>
        </w:rPr>
        <w:t xml:space="preserve">[37:13] </w:t>
      </w:r>
      <w:r>
        <w:t>aur woh iman laye aur un ki aankhon mein aansu behne lage. kyun ke jo ma'refat un ko hui thi "mimma 'arafoo min al-haqq" to us ko sochte sochte mein ne samjha ke iman jo hai ek kalma dohrane ka naam nahi hai.</w:t>
      </w:r>
    </w:p>
    <w:p>
      <w:pPr>
        <w:jc w:val="right"/>
      </w:pPr>
      <w:r>
        <w:t>اور وہ ایمان لائے اور ان کی آنکھوں میں آنسو بہنے لگے۔ کیونکہ جو معرفت ان کو ہوئی تھی "مِمَّا عَرَفُوا مِنَ الْحَقِّ" تو اس کو سوچتے سوچتے میں نے سمجھا کہ ایمان جو ہے ایک کلمہ دہرانے کا نام نہیں ہے۔</w:t>
      </w:r>
    </w:p>
    <w:p>
      <w:r>
        <w:rPr>
          <w:b/>
        </w:rPr>
        <w:t xml:space="preserve">[37:32] </w:t>
      </w:r>
      <w:r>
        <w:t>la ilaha illallah muhammadur rasool Allah keh diya to bas iman ho gaya. nahi iman jo hai woh discovery hai. ma'refat ka matlab discovery hai.</w:t>
      </w:r>
    </w:p>
    <w:p>
      <w:pPr>
        <w:jc w:val="right"/>
      </w:pPr>
      <w:r>
        <w:t>لا الہ الا اللہ محمد رسول اللہ کہہ دیا تو بس ایمان ہو گیا۔ نہیں ایمان جو ہے وہ Discovery ہے۔ معرفت کا مطلب Discovery ہے۔</w:t>
      </w:r>
    </w:p>
    <w:p>
      <w:r>
        <w:rPr>
          <w:b/>
        </w:rPr>
        <w:t xml:space="preserve">[37:43] </w:t>
      </w:r>
      <w:r>
        <w:t>itna gehra aap ko realization ho itna gehra aap ko kuch aisi gehri baat mil jaye aap ko ke aap ka dil tarap uthe.</w:t>
      </w:r>
    </w:p>
    <w:p>
      <w:pPr>
        <w:jc w:val="right"/>
      </w:pPr>
      <w:r>
        <w:t>اتنا گہرا آپ کو Realization ہو اتنا گہرا آپ کو کچھ ایسی گہری بات مل جائے آپ کو کہ آپ کا دل تڑپ اٹھے۔</w:t>
      </w:r>
    </w:p>
    <w:p>
      <w:r>
        <w:rPr>
          <w:b/>
        </w:rPr>
        <w:t xml:space="preserve">[37:53] </w:t>
      </w:r>
      <w:r>
        <w:t>aap ke dimagh mein halchal paida ho jaye. aankhon se aansu jari ho jayen.</w:t>
      </w:r>
    </w:p>
    <w:p>
      <w:pPr>
        <w:jc w:val="right"/>
      </w:pPr>
      <w:r>
        <w:t>آپ کے دماغ میں ہلچل پیدا ہو جائے۔ آنکھوں سے آنسو جاری ہو جائیں۔</w:t>
      </w:r>
    </w:p>
    <w:p>
      <w:r>
        <w:rPr>
          <w:b/>
        </w:rPr>
        <w:t xml:space="preserve">[38:01] </w:t>
      </w:r>
      <w:r>
        <w:t>to yeh hai marifat. aur marifat ka matlab hai discovery. lekin yeh kab maloom hota hai? jab socha jae.</w:t>
      </w:r>
    </w:p>
    <w:p>
      <w:pPr>
        <w:jc w:val="right"/>
      </w:pPr>
      <w:r>
        <w:t>تو یہ ہے معرفت۔ اور معرفت کا مطلب ہے Discovery۔ لیکن یہ کب معلوم ہوتا ہے؟ جب سوچا جائے۔</w:t>
      </w:r>
    </w:p>
    <w:p>
      <w:r>
        <w:rPr>
          <w:b/>
        </w:rPr>
        <w:t xml:space="preserve">[38:10] </w:t>
      </w:r>
      <w:r>
        <w:t>na socha jae to kuch bhi nahin.</w:t>
      </w:r>
    </w:p>
    <w:p>
      <w:pPr>
        <w:jc w:val="right"/>
      </w:pPr>
      <w:r>
        <w:t>نہ سوچا جائے تو کچھ بھی نہیں۔</w:t>
      </w:r>
    </w:p>
    <w:p>
      <w:r>
        <w:rPr>
          <w:b/>
        </w:rPr>
        <w:t xml:space="preserve">[38:14] </w:t>
      </w:r>
      <w:r>
        <w:t>socha jae to hota hai.</w:t>
      </w:r>
    </w:p>
    <w:p>
      <w:pPr>
        <w:jc w:val="right"/>
      </w:pPr>
      <w:r>
        <w:t>سوچا جائے تو ہوتا ہے۔</w:t>
      </w:r>
    </w:p>
    <w:p>
      <w:r>
        <w:rPr>
          <w:b/>
        </w:rPr>
        <w:t xml:space="preserve">[38:22] </w:t>
      </w:r>
      <w:r>
        <w:t>to beharhal yeh jo hadith un ke yeh alfaaz hain quran ke bare mein ke "la tanqadi ajaa'ibuhu"</w:t>
      </w:r>
    </w:p>
    <w:p>
      <w:pPr>
        <w:jc w:val="right"/>
      </w:pPr>
      <w:r>
        <w:t>تو بہرحال یہ جو حدیث ان کے یہ الفاظ ہیں قرآن کے بارے میں کہ "لا تنقضی عجائبہ"</w:t>
      </w:r>
    </w:p>
    <w:p>
      <w:r>
        <w:rPr>
          <w:b/>
        </w:rPr>
        <w:t xml:space="preserve">[38:35] </w:t>
      </w:r>
      <w:r>
        <w:t>to is se maine samjha ke quran chunchke Allah ka kalam hai. Allah woh hai jis ne samundaron ko paida kiya.</w:t>
      </w:r>
    </w:p>
    <w:p>
      <w:pPr>
        <w:jc w:val="right"/>
      </w:pPr>
      <w:r>
        <w:t>تو اس سے میں نے سمجھا کہ قرآن چونکہ اللہ کا کلام ہے۔ اللہ وہ ہے جس نے سمندروں کو پیدا کیا۔</w:t>
      </w:r>
    </w:p>
    <w:p>
      <w:r>
        <w:rPr>
          <w:b/>
        </w:rPr>
        <w:t xml:space="preserve">[38:46] </w:t>
      </w:r>
      <w:r>
        <w:t>to zahir hai ke jis tarah quran ko jis jis ne samundaron ko paida kiya wahi quran ko bheja hai apne paighambar ke paas.</w:t>
      </w:r>
    </w:p>
    <w:p>
      <w:pPr>
        <w:jc w:val="right"/>
      </w:pPr>
      <w:r>
        <w:t>تو ظاہر ہے کہ جس طرح قرآن کو جس جس نے سمندروں کو پیدا کیا وہی قرآن کو بھیجا ہے اپنے پیغمبر کے پاس۔</w:t>
      </w:r>
    </w:p>
    <w:p>
      <w:r>
        <w:rPr>
          <w:b/>
        </w:rPr>
        <w:t xml:space="preserve">[38:57] </w:t>
      </w:r>
      <w:r>
        <w:t>is mein wahi samundar wali sifaten hongi. quran mein bhi samundar wali sifaten hain. yani ma'ani ka khazana, hikmat ka khazana.</w:t>
      </w:r>
    </w:p>
    <w:p>
      <w:pPr>
        <w:jc w:val="right"/>
      </w:pPr>
      <w:r>
        <w:t>اس میں وہی سمندر والی صفات ہوں گی۔ قرآن میں بھی سمندر والی صفات ہیں۔ یعنی معنی کا خزانہ، حکمت کا خزانہ۔</w:t>
      </w:r>
    </w:p>
    <w:p>
      <w:r>
        <w:rPr>
          <w:b/>
        </w:rPr>
        <w:t xml:space="preserve">[39:08] </w:t>
      </w:r>
      <w:r>
        <w:t>lekin mile kaise? tadabbur karne se. tadabbur aur dua. aap quran par tadabbur karen.</w:t>
      </w:r>
    </w:p>
    <w:p>
      <w:pPr>
        <w:jc w:val="right"/>
      </w:pPr>
      <w:r>
        <w:t>لیکن ملے کیسے؟ تدبر کرنے سے۔ تدبر اور دعا۔ آپ قرآن پر تدبر کریں۔</w:t>
      </w:r>
    </w:p>
    <w:p>
      <w:r>
        <w:rPr>
          <w:b/>
        </w:rPr>
        <w:t xml:space="preserve">[39:18] </w:t>
      </w:r>
      <w:r>
        <w:t>aur sath sath dua karte rahen.</w:t>
      </w:r>
    </w:p>
    <w:p>
      <w:pPr>
        <w:jc w:val="right"/>
      </w:pPr>
      <w:r>
        <w:t>اور ساتھ ساتھ دعا کرتے رہیں۔</w:t>
      </w:r>
    </w:p>
    <w:p>
      <w:r>
        <w:rPr>
          <w:b/>
        </w:rPr>
        <w:t xml:space="preserve">[39:21] </w:t>
      </w:r>
      <w:r>
        <w:t>lekin tadabbur ka kaam hona chahiye khule zehn ke sath. band zehn ke sath nahin. khule zehn ke sath.</w:t>
      </w:r>
    </w:p>
    <w:p>
      <w:pPr>
        <w:jc w:val="right"/>
      </w:pPr>
      <w:r>
        <w:t>لیکن تدبر کا کام ہونا چاہیے کھلے ذہن کے ساتھ۔ بند ذہن کے ساتھ نہیں۔ کھلے ذہن کے ساتھ۔</w:t>
      </w:r>
    </w:p>
    <w:p>
      <w:r>
        <w:rPr>
          <w:b/>
        </w:rPr>
        <w:t xml:space="preserve">[39:35] </w:t>
      </w:r>
      <w:r>
        <w:t>aur is se pehle aap ne apne zehn ko tayyar kiya ho. yani prepared mind hi tadabbur kar sakta hai yeh bhi samajh lijie. ek prepared mind hi tadabbur kar sakta hai.</w:t>
      </w:r>
    </w:p>
    <w:p>
      <w:pPr>
        <w:jc w:val="right"/>
      </w:pPr>
      <w:r>
        <w:t>اور اس سے پہلے آپ نے اپنے ذہن کو تیار کیا ہو۔ یعنی Prepared Mind ہی تدبر کر سکتا ہے یہ بھی سمجھ لیجیے۔ ایک Prepared Mind ہی تدبر کر سکتا ہے۔</w:t>
      </w:r>
    </w:p>
    <w:p>
      <w:r>
        <w:rPr>
          <w:b/>
        </w:rPr>
        <w:t xml:space="preserve">[39:47] </w:t>
      </w:r>
      <w:r>
        <w:t>isi par baali khulenge.</w:t>
      </w:r>
    </w:p>
    <w:p>
      <w:pPr>
        <w:jc w:val="right"/>
      </w:pPr>
      <w:r>
        <w:t>اسی پر بالی کھلیں گے۔</w:t>
      </w:r>
    </w:p>
    <w:p>
      <w:r>
        <w:rPr>
          <w:b/>
        </w:rPr>
        <w:t xml:space="preserve">[39:51] </w:t>
      </w:r>
      <w:r>
        <w:t>isi ke andar creative ideas aayenge. to ek lamba process hai yeh.</w:t>
      </w:r>
    </w:p>
    <w:p>
      <w:pPr>
        <w:jc w:val="right"/>
      </w:pPr>
      <w:r>
        <w:t>اسی کے اندر Creative Ideas آئیں گے۔ تو ایک لمبا Process ہے یہ۔</w:t>
      </w:r>
    </w:p>
    <w:p>
      <w:r>
        <w:rPr>
          <w:b/>
        </w:rPr>
        <w:t xml:space="preserve">[40:02] </w:t>
      </w:r>
      <w:r>
        <w:t>ek sahab se baat hui isi silsile mein. to unhon ne kaha ke yeh yeh darja kaisa hai huzoor? to maine kaha ke har cheez ki qeemat hai.</w:t>
      </w:r>
    </w:p>
    <w:p>
      <w:pPr>
        <w:jc w:val="right"/>
      </w:pPr>
      <w:r>
        <w:t>ایک صاحب سے بات ہوئی اسی سلسلے میں۔ تو انہوں نے کہا کہ یہ یہ درجہ کیسا ہے حضور؟ تو میں نے کہا کہ ہر چیز کی قیمت ہے۔</w:t>
      </w:r>
    </w:p>
    <w:p>
      <w:r>
        <w:rPr>
          <w:b/>
        </w:rPr>
        <w:t xml:space="preserve">[40:14] </w:t>
      </w:r>
      <w:r>
        <w:t>aap ek gaadi kharidte hain to us ki qeemat dete hain tab gaadi milti hai aap ko.</w:t>
      </w:r>
    </w:p>
    <w:p>
      <w:pPr>
        <w:jc w:val="right"/>
      </w:pPr>
      <w:r>
        <w:t>آپ ایک گاڑی خریدتے ہیں تو اس کی قیمت دیتے ہیں تب گاڑی ملتی ہے آپ کو۔</w:t>
      </w:r>
    </w:p>
    <w:p>
      <w:r>
        <w:rPr>
          <w:b/>
        </w:rPr>
        <w:t xml:space="preserve">[40:21] </w:t>
      </w:r>
      <w:r>
        <w:t>to yeh marifat ka yeh darja is ki bhi qeemat hai. woh qeemat ada kijie aap to aap ko hasil ho jayegi woh.</w:t>
      </w:r>
    </w:p>
    <w:p>
      <w:pPr>
        <w:jc w:val="right"/>
      </w:pPr>
      <w:r>
        <w:t>تو یہ معرفت کا یہ درجہ اس کی بھی قیمت ہے۔ وہ قیمت ادا کیجیے آپ تو آپ کو حاصل ہو جائے گی وہ۔</w:t>
      </w:r>
    </w:p>
    <w:p>
      <w:r>
        <w:rPr>
          <w:b/>
        </w:rPr>
        <w:t xml:space="preserve">[40:34] </w:t>
      </w:r>
      <w:r>
        <w:t>aam taur par log keh len ke dunya ki cheezon ko to jante hain ke woh ek glass bhi lena hai to us ki qeemat deni padegi.</w:t>
      </w:r>
    </w:p>
    <w:p>
      <w:pPr>
        <w:jc w:val="right"/>
      </w:pPr>
      <w:r>
        <w:t>عام طور پر لوگ کہہ لیں کہ دنیا کی چیزوں کو تو جانتے ہیں کہ وہ ایک گلاس بھی لینا ہے تو اس کی قیمت دینی پڑے گی۔</w:t>
      </w:r>
    </w:p>
    <w:p>
      <w:r>
        <w:rPr>
          <w:b/>
        </w:rPr>
        <w:t xml:space="preserve">[40:44] </w:t>
      </w:r>
      <w:r>
        <w:t>baghair qeemat ke free mein glass nahin milega. lekin deen ke bare mein kya hai?</w:t>
      </w:r>
    </w:p>
    <w:p>
      <w:pPr>
        <w:jc w:val="right"/>
      </w:pPr>
      <w:r>
        <w:t>بغیر قیمت کے Free میں گلاس نہیں ملے گا۔ لیکن دین کے بارے میں کیا ہے؟</w:t>
      </w:r>
    </w:p>
    <w:p>
      <w:r>
        <w:rPr>
          <w:b/>
        </w:rPr>
        <w:t xml:space="preserve">[40:50] </w:t>
      </w:r>
      <w:r>
        <w:t>bas hazrat ka kisi hazrat ki ziyarat kar liya kisi hazrat ka daman tham liya kisi hazrat se duaen karwa liya to bas ho gaya.</w:t>
      </w:r>
    </w:p>
    <w:p>
      <w:pPr>
        <w:jc w:val="right"/>
      </w:pPr>
      <w:r>
        <w:t>بس حضرت کا کسی حضرت کی زیارت کر لیا کسی حضرت کا دامن تھام لیا کسی حضرت سے دعائیں کروا لیا تو بس ہو گیا۔</w:t>
      </w:r>
    </w:p>
    <w:p>
      <w:r>
        <w:rPr>
          <w:b/>
        </w:rPr>
        <w:t xml:space="preserve">[41:03] </w:t>
      </w:r>
      <w:r>
        <w:t>yani dunya ki cheezon ko to qeemat de kar pana chahte hain. jante hain ke qeemat ke baghair nahin milegi. lekin akhirat ke bare mein samajhte hain ke is mein qeemat dene ki zaroorat nahin hai.</w:t>
      </w:r>
    </w:p>
    <w:p>
      <w:pPr>
        <w:jc w:val="right"/>
      </w:pPr>
      <w:r>
        <w:t>یعنی دنیا کی چیزوں کو تو قیمت دے کر پانا چاہتے ہیں۔ جانتے ہیں کہ قیمت کے بغیر نہیں ملے گی۔ لیکن آخرت کے بارے میں سمجھتے ہیں کہ اس میں قیمت دینے کی ضرورت نہیں ہے۔</w:t>
      </w:r>
    </w:p>
    <w:p>
      <w:r>
        <w:rPr>
          <w:b/>
        </w:rPr>
        <w:t xml:space="preserve">[41:15] </w:t>
      </w:r>
      <w:r>
        <w:t>yeh to free mein mil sakti hai hum ko.</w:t>
      </w:r>
    </w:p>
    <w:p>
      <w:pPr>
        <w:jc w:val="right"/>
      </w:pPr>
      <w:r>
        <w:t>یہ تو Free میں مل سکتی ہے ہم کو۔</w:t>
      </w:r>
    </w:p>
    <w:p>
      <w:r>
        <w:rPr>
          <w:b/>
        </w:rPr>
        <w:t xml:space="preserve">[41:22] </w:t>
      </w:r>
      <w:r>
        <w:t>to beharhal main kahunga ke agar aap chahte hain ke aap ko quran aur hadith ke gehre ma'ani tak pahunch aap ki ho.</w:t>
      </w:r>
    </w:p>
    <w:p>
      <w:pPr>
        <w:jc w:val="right"/>
      </w:pPr>
      <w:r>
        <w:t>تو بہرحال میں کہوں گا کہ اگر آپ چاہتے ہیں کہ آپ کو قرآن اور حدیث کے گہرے معنی تک پہنچ آپ کی ہو۔</w:t>
      </w:r>
    </w:p>
    <w:p>
      <w:r>
        <w:rPr>
          <w:b/>
        </w:rPr>
        <w:t xml:space="preserve">[41:34] </w:t>
      </w:r>
      <w:r>
        <w:t>aur gehre ma'ani se aap ko andar jo jo rohani rizq milta hai woh mile aap ko. to aap ko is ki qeemat deni padegi.</w:t>
      </w:r>
    </w:p>
    <w:p>
      <w:pPr>
        <w:jc w:val="right"/>
      </w:pPr>
      <w:r>
        <w:t>اور گہرے معنی سے آپ کو اندر جو جو روحانی رزق ملتا ہے وہ ملے آپ کو۔ تو آپ کو اس کی قیمت دینی پڑے گی۔</w:t>
      </w:r>
    </w:p>
    <w:p>
      <w:r>
        <w:rPr>
          <w:b/>
        </w:rPr>
        <w:t xml:space="preserve">[41:46] </w:t>
      </w:r>
      <w:r>
        <w:t>ek apne ko ek shukr karna padega.</w:t>
      </w:r>
    </w:p>
    <w:p>
      <w:pPr>
        <w:jc w:val="right"/>
      </w:pPr>
      <w:r>
        <w:t>ایک اپنے کو ایک شکر کرنا پڑے گا۔</w:t>
      </w:r>
    </w:p>
    <w:p>
      <w:r>
        <w:rPr>
          <w:b/>
        </w:rPr>
        <w:t xml:space="preserve">[41:50] </w:t>
      </w:r>
      <w:r>
        <w:t>apne ko jawan culture par lana padega. apne mind mein thinking develop karna padega.</w:t>
      </w:r>
    </w:p>
    <w:p>
      <w:pPr>
        <w:jc w:val="right"/>
      </w:pPr>
      <w:r>
        <w:t>اپنے کو جوان کلچر پر لانا پڑے گا۔ اپنے Mind میں Thinking Develop کرنا پڑے گا۔</w:t>
      </w:r>
    </w:p>
    <w:p>
      <w:r>
        <w:rPr>
          <w:b/>
        </w:rPr>
        <w:t xml:space="preserve">[42:02] </w:t>
      </w:r>
      <w:r>
        <w:t>sochne wale apne ko sochne wala banana pare ga.</w:t>
      </w:r>
    </w:p>
    <w:p>
      <w:pPr>
        <w:jc w:val="right"/>
      </w:pPr>
      <w:r>
        <w:t>سوچنے والے اپنے کو سوچنے والا بنانا پڑے گا۔</w:t>
      </w:r>
    </w:p>
    <w:p>
      <w:r>
        <w:rPr>
          <w:b/>
        </w:rPr>
        <w:t xml:space="preserve">[42:09] </w:t>
      </w:r>
      <w:r>
        <w:t>is tarah ke jo is ke taqaze hain woh pure karne parein ge.</w:t>
      </w:r>
    </w:p>
    <w:p>
      <w:pPr>
        <w:jc w:val="right"/>
      </w:pPr>
      <w:r>
        <w:t>اس طرح کے جو اس کے تقاضے ہیں وہ پورے کرنے پڑیں گے۔</w:t>
      </w:r>
    </w:p>
    <w:p>
      <w:r>
        <w:rPr>
          <w:b/>
        </w:rPr>
        <w:t xml:space="preserve">[42:23] </w:t>
      </w:r>
      <w:r>
        <w:t>phir jis tarah se woh karkhane wale ne kaha tha ke jab paisa milta hai to sab bhool jata hai. yahan bhi wahi apply hota hai wahi principle.</w:t>
      </w:r>
    </w:p>
    <w:p>
      <w:pPr>
        <w:jc w:val="right"/>
      </w:pPr>
      <w:r>
        <w:t>پھر جس طرح سے وہ کارخانے والے نے کہا تھا کہ جب پیسہ ملتا ہے تو سب بھول جاتا ہے۔ یہاں بھی وہی Apply ہوتا ہے وہی Principle۔</w:t>
      </w:r>
    </w:p>
    <w:p>
      <w:r>
        <w:rPr>
          <w:b/>
        </w:rPr>
        <w:t xml:space="preserve">[42:39] </w:t>
      </w:r>
      <w:r>
        <w:t>is ne kaha tha ke jab paisa milta hai tab sab bhool jata hai yeh. yahan bhi kia</w:t>
      </w:r>
    </w:p>
    <w:p>
      <w:pPr>
        <w:jc w:val="right"/>
      </w:pPr>
      <w:r>
        <w:t>اس نے کہا تھا کہ جب پیسہ ملتا ہے تب سب بھول جاتا ہے یہ۔ یہاں بھی کیا</w:t>
      </w:r>
    </w:p>
    <w:p>
      <w:r>
        <w:rPr>
          <w:b/>
        </w:rPr>
        <w:t xml:space="preserve">[42:46] </w:t>
      </w:r>
      <w:r>
        <w:t>hoga? jab aap quran par ghore karein ge hadith ka mutalia karein ge rasool Allah ke model ko samajhne ki koshish karein ge to bohat kuch aap ko beete ga.</w:t>
      </w:r>
    </w:p>
    <w:p>
      <w:pPr>
        <w:jc w:val="right"/>
      </w:pPr>
      <w:r>
        <w:t>ہوگا؟ جب آپ قرآن پر غور کریں گے حدیث کا مطالعہ کریں گے رسول اللہ کے ماڈل کو سمجھنے کی کوشش کریں گے تو بہت کچھ آپ کو بیتے گا۔</w:t>
      </w:r>
    </w:p>
    <w:p>
      <w:r>
        <w:rPr>
          <w:b/>
        </w:rPr>
        <w:t xml:space="preserve">[42:57] </w:t>
      </w:r>
      <w:r>
        <w:t>bohat kuch aap par experience guzrein ge. negative bhi positive bhi. bohat si pareshaniyan hi samne ayein gi.</w:t>
      </w:r>
    </w:p>
    <w:p>
      <w:pPr>
        <w:jc w:val="right"/>
      </w:pPr>
      <w:r>
        <w:t>بہت کچھ آپ پر Experience گزریں گے۔ Negative بھی Positive بھی۔ بہت سی پریشانیاں ہی سامنے آئیں گی۔</w:t>
      </w:r>
    </w:p>
    <w:p>
      <w:r>
        <w:rPr>
          <w:b/>
        </w:rPr>
        <w:t xml:space="preserve">[43:07] </w:t>
      </w:r>
      <w:r>
        <w:t>lekin jab aap yeh sochen ge ke yeh to jannat ka rasta hai. yeh to road to paradise yeh to mein road to paradise par chal raha hoon.</w:t>
      </w:r>
    </w:p>
    <w:p>
      <w:pPr>
        <w:jc w:val="right"/>
      </w:pPr>
      <w:r>
        <w:t>لیکن جب آپ یہ سوچیں گے کہ یہ تو جنت کا راستہ ہے۔ یہ تو Road to Paradise یہ تو میں Road to Paradise پر چل رہا ہوں۔</w:t>
      </w:r>
    </w:p>
    <w:p>
      <w:r>
        <w:rPr>
          <w:b/>
        </w:rPr>
        <w:t xml:space="preserve">[43:17] </w:t>
      </w:r>
      <w:r>
        <w:t>to bhool jayein ge aap.</w:t>
      </w:r>
    </w:p>
    <w:p>
      <w:pPr>
        <w:jc w:val="right"/>
      </w:pPr>
      <w:r>
        <w:t>تو بھول جائیں گے آپ۔</w:t>
      </w:r>
    </w:p>
    <w:p>
      <w:r>
        <w:rPr>
          <w:b/>
        </w:rPr>
        <w:t xml:space="preserve">[43:21] </w:t>
      </w:r>
      <w:r>
        <w:t>yeh soch ke yeh to jannat ka rasta hai.</w:t>
      </w:r>
    </w:p>
    <w:p>
      <w:pPr>
        <w:jc w:val="right"/>
      </w:pPr>
      <w:r>
        <w:t>یہ سوچ کہ یہ تو جنت کا راستہ ہے۔</w:t>
      </w:r>
    </w:p>
    <w:p>
      <w:r>
        <w:rPr>
          <w:b/>
        </w:rPr>
        <w:t xml:space="preserve">[43:29] </w:t>
      </w:r>
      <w:r>
        <w:t>aur hadith mein aata hai ke ek hadith hai</w:t>
      </w:r>
    </w:p>
    <w:p>
      <w:pPr>
        <w:jc w:val="right"/>
      </w:pPr>
      <w:r>
        <w:t>اور حدیث میں آتا ہے کہ ایک حدیث ہے</w:t>
      </w:r>
    </w:p>
    <w:p>
      <w:r>
        <w:rPr>
          <w:b/>
        </w:rPr>
        <w:t xml:space="preserve">[43:35] </w:t>
      </w:r>
      <w:r>
        <w:t>ke "hujjubat al jannat bil baqar"</w:t>
      </w:r>
    </w:p>
    <w:p>
      <w:pPr>
        <w:jc w:val="right"/>
      </w:pPr>
      <w:r>
        <w:t>کہ "حُجُبَتِ الجَنَّةِ بِالْبَقَارِ"</w:t>
      </w:r>
    </w:p>
    <w:p>
      <w:r>
        <w:rPr>
          <w:b/>
        </w:rPr>
        <w:t xml:space="preserve">[43:43] </w:t>
      </w:r>
      <w:r>
        <w:t>ke jannat makroohaat se dhank di gayi hai. yani unwanted cheezon se dhak gayi hai.</w:t>
      </w:r>
    </w:p>
    <w:p>
      <w:pPr>
        <w:jc w:val="right"/>
      </w:pPr>
      <w:r>
        <w:t>کہ جنت مکروہات سے ڈھانک دی گئی ہے۔ یعنی Unwanted چیزوں سے ڈھک گئی ہے۔</w:t>
      </w:r>
    </w:p>
    <w:p>
      <w:r>
        <w:rPr>
          <w:b/>
        </w:rPr>
        <w:t xml:space="preserve">[43:50] </w:t>
      </w:r>
      <w:r>
        <w:t>jannat ke raste mein unwanted tajrube hain. to is ka matlab kia hai? is ka matlab yahi hai ke apne zaeq ke khilaf aisa nahi ke koi pathar mare ga aap ko.</w:t>
      </w:r>
    </w:p>
    <w:p>
      <w:pPr>
        <w:jc w:val="right"/>
      </w:pPr>
      <w:r>
        <w:t>جنت کے راستے میں Unwanted تجربے ہیں۔ تو اس کا مطلب کیا ہے؟ اس کا مطلب یہی ہے کہ اپنے ذوق کے خلاف ایسا نہیں کہ کوئی پتھر مارے گا آپ کو۔</w:t>
      </w:r>
    </w:p>
    <w:p>
      <w:r>
        <w:rPr>
          <w:b/>
        </w:rPr>
        <w:t xml:space="preserve">[44:05] </w:t>
      </w:r>
      <w:r>
        <w:t>apne zaeq ke khilaf apni pasand ke khilaf tajrube guzrein ge.</w:t>
      </w:r>
    </w:p>
    <w:p>
      <w:pPr>
        <w:jc w:val="right"/>
      </w:pPr>
      <w:r>
        <w:t>اپنے ذوق کے خلاف اپنی پسند کے خلاف تجربات گزریں گے۔</w:t>
      </w:r>
    </w:p>
    <w:p>
      <w:r>
        <w:rPr>
          <w:b/>
        </w:rPr>
        <w:t xml:space="preserve">[44:14] </w:t>
      </w:r>
      <w:r>
        <w:t>kahin nafrat ke asbab hon ge aap ko mohabbat karni pare gi.</w:t>
      </w:r>
    </w:p>
    <w:p>
      <w:pPr>
        <w:jc w:val="right"/>
      </w:pPr>
      <w:r>
        <w:t>کہیں نفرت کے اسباب ہوں گے آپ کو محبت کرنی پڑے گ</w:t>
      </w:r>
    </w:p>
    <w:p>
      <w:r>
        <w:rPr>
          <w:b/>
        </w:rPr>
        <w:t xml:space="preserve">[44:18] </w:t>
      </w:r>
      <w:r>
        <w:t>kahin aap negative tajruba hoga lekin is ko aap ko positive mein dhalna hoga.</w:t>
      </w:r>
    </w:p>
    <w:p>
      <w:pPr>
        <w:jc w:val="right"/>
      </w:pPr>
      <w:r>
        <w:t>ی۔ کہیں آپ Negative تجربہ ہوگا لیکن اس کو آپ کو Positive میں ڈھالنا ہوگا۔</w:t>
      </w:r>
    </w:p>
    <w:p>
      <w:r>
        <w:rPr>
          <w:b/>
        </w:rPr>
        <w:t xml:space="preserve">[44:28] </w:t>
      </w:r>
      <w:r>
        <w:t>kahin kahin se katne ka waqt aye ga lekin aap use jorein ge is se.</w:t>
      </w:r>
    </w:p>
    <w:p>
      <w:pPr>
        <w:jc w:val="right"/>
      </w:pPr>
      <w:r>
        <w:t>کہیں کہیں سے کٹنے کا وقت آئے گا لیکن آپ اسے جوڑیں گے اس سے۔</w:t>
      </w:r>
    </w:p>
    <w:p>
      <w:r>
        <w:rPr>
          <w:b/>
        </w:rPr>
        <w:t xml:space="preserve">[44:36] </w:t>
      </w:r>
      <w:r>
        <w:t>to jannat makroohaat se dhank di gayi hai is ka matlab yahi hai. khud jannat ne dhaki hui hai.</w:t>
      </w:r>
    </w:p>
    <w:p>
      <w:pPr>
        <w:jc w:val="right"/>
      </w:pPr>
      <w:r>
        <w:t>تو جنت مکروہات سے ڈھانک دی گئی ہے اس کا مطلب یہی ہے۔ خود جنت نے ڈھکی ہوئی ہے۔</w:t>
      </w:r>
    </w:p>
    <w:p>
      <w:r>
        <w:rPr>
          <w:b/>
        </w:rPr>
        <w:t xml:space="preserve">[44:45] </w:t>
      </w:r>
      <w:r>
        <w:t>insan dhaka hua hai. jannat ka musafir.</w:t>
      </w:r>
    </w:p>
    <w:p>
      <w:pPr>
        <w:jc w:val="right"/>
      </w:pPr>
      <w:r>
        <w:t>انسان ڈھکا ہوا ہے۔ جنت کا مسافر۔</w:t>
      </w:r>
    </w:p>
    <w:p>
      <w:r>
        <w:rPr>
          <w:b/>
        </w:rPr>
        <w:t xml:space="preserve">[44:53] </w:t>
      </w:r>
      <w:r>
        <w:t>to behal mein dua karta hoon ke Allah taala mujh ko aur aap ko tofeeq de ke hum sahi o galat mein farq samjhein.</w:t>
      </w:r>
    </w:p>
    <w:p>
      <w:pPr>
        <w:jc w:val="right"/>
      </w:pPr>
      <w:r>
        <w:t>تو بہرحال میں دعا کرتا ہوں کہ اللہ تعالیٰ مجھ کو اور آپ کو توفیق دے کہ ہم صحیح و غلط میں فرق سمجھیں۔</w:t>
      </w:r>
    </w:p>
    <w:p>
      <w:r>
        <w:rPr>
          <w:b/>
        </w:rPr>
        <w:t xml:space="preserve">[45:10] </w:t>
      </w:r>
      <w:r>
        <w:t>hum ko tofeeq de ke hum distraction se apne ko bachayein.</w:t>
      </w:r>
    </w:p>
    <w:p>
      <w:pPr>
        <w:jc w:val="right"/>
      </w:pPr>
      <w:r>
        <w:t>ہم کو توفیق دے کہ ہم Distraction سے اپنے کو بچائیں۔</w:t>
      </w:r>
    </w:p>
    <w:p>
      <w:r>
        <w:rPr>
          <w:b/>
        </w:rPr>
        <w:t xml:space="preserve">[45:17] </w:t>
      </w:r>
      <w:r>
        <w:t>hum ko tofeeq de ke hum</w:t>
      </w:r>
    </w:p>
    <w:p>
      <w:pPr>
        <w:jc w:val="right"/>
      </w:pPr>
      <w:r>
        <w:t>ہم کو توفیق دے کہ ہم</w:t>
      </w:r>
    </w:p>
    <w:p>
      <w:r>
        <w:rPr>
          <w:b/>
        </w:rPr>
        <w:t xml:space="preserve">[45:22] </w:t>
      </w:r>
      <w:r>
        <w:t>Allah ke raste par bohat mazbooti ke sath chalte rahein. hum ko tofeeq de ke hum sachi duaen karein is rah mein.</w:t>
      </w:r>
    </w:p>
    <w:p>
      <w:pPr>
        <w:jc w:val="right"/>
      </w:pPr>
      <w:r>
        <w:t>اللہ کے راستے پر بہت مضبوطی کے ساتھ چلتے رہیں۔ ہم کو توفیق دے کہ ہم سچی دعائیں کریں اس راہ میں۔</w:t>
      </w:r>
    </w:p>
    <w:p>
      <w:r>
        <w:rPr>
          <w:b/>
        </w:rPr>
        <w:t xml:space="preserve">[45:36] </w:t>
      </w:r>
      <w:r>
        <w:t>hum ko tofeeq de ke hum rasool Allah ke model ko samajhne ki koshish karein aur is ko ikhtiyar karein.</w:t>
      </w:r>
    </w:p>
    <w:p>
      <w:pPr>
        <w:jc w:val="right"/>
      </w:pPr>
      <w:r>
        <w:t>ہم کو توفیق دے کہ ہم رسول اللہ کے ماڈل کو سمجھنے کی کوشش کریں اور اس کو اختیار کریں۔</w:t>
      </w:r>
    </w:p>
    <w:p>
      <w:r>
        <w:rPr>
          <w:b/>
        </w:rPr>
        <w:t xml:space="preserve">[45:46] </w:t>
      </w:r>
      <w:r>
        <w:t>hum ko tofeeq de ke hum yeh darja aaye ke hamein is mein lazzat milne lage. yeh soch kar ke yeh Allah ka rasta hai yeh jannat ka rasta hai.</w:t>
      </w:r>
    </w:p>
    <w:p>
      <w:pPr>
        <w:jc w:val="right"/>
      </w:pPr>
      <w:r>
        <w:t>ہم کو توفیق دے کہ ہم یہ درجہ آئے کہ ہمیں اس میں لذت ملنے لگے۔ یہ سوچ کر کہ یہ اللہ کا راستہ ہے یہ جنت کا راستہ ہے۔</w:t>
      </w:r>
    </w:p>
    <w:p>
      <w:r>
        <w:rPr>
          <w:b/>
        </w:rPr>
        <w:t xml:space="preserve">[45:59] </w:t>
      </w:r>
      <w:r>
        <w:t>yeh soch kar hamein is mein lazzat milne lagi. to mein yahi dua karta hoon apne liye aur aap ke liye aur sab ke liye.</w:t>
      </w:r>
    </w:p>
    <w:p>
      <w:pPr>
        <w:jc w:val="right"/>
      </w:pPr>
      <w:r>
        <w:t>یہ سوچ کر ہمیں اس میں لذت ملنے لگے۔ تو میں یہی دعا کرتا ہوں اپنے لیے اور آپ کے لیے اور سب کے لیے۔</w:t>
      </w:r>
    </w:p>
    <w:p>
      <w:r>
        <w:rPr>
          <w:b/>
        </w:rPr>
        <w:t xml:space="preserve">[46:15] </w:t>
      </w:r>
      <w:r>
        <w:t>yahi yeh dunya mein kisi insan ke liye kamyabi ka rasta hai. yeh dunya mein kamyab woh hai jo sirat-e-mustaqeem par chale.</w:t>
      </w:r>
    </w:p>
    <w:p>
      <w:pPr>
        <w:jc w:val="right"/>
      </w:pPr>
      <w:r>
        <w:t>یہی یہ دنیا میں کسی انسان کے لیے کامیابی کا راستہ ہے۔ یہ دنیا میں کامیاب وہ ہے جو صراط مستقیم پر چلے۔</w:t>
      </w:r>
    </w:p>
    <w:p>
      <w:r>
        <w:rPr>
          <w:b/>
        </w:rPr>
        <w:t xml:space="preserve">[46:31] </w:t>
      </w:r>
      <w:r>
        <w:t>jo jannat ke raste par chale. jo bhatak gaya woh gaya nakam ho gaya.</w:t>
      </w:r>
    </w:p>
    <w:p>
      <w:pPr>
        <w:jc w:val="right"/>
      </w:pPr>
      <w:r>
        <w:t>جو جنت کے راستے پر چلے۔ جو بھٹک گیا وہ گیا ناکام ہو گیا۔</w:t>
      </w:r>
    </w:p>
    <w:p>
      <w:r>
        <w:rPr>
          <w:b/>
        </w:rPr>
        <w:t xml:space="preserve">[46:40] </w:t>
      </w:r>
      <w:r>
        <w:t>to mein apne liye aap sab logon ke liye yahi dua karta hoon ke Allah taala mujh ko aur aap ko sirat-e-mustaqeem par chalne ki tofeeq de.</w:t>
      </w:r>
    </w:p>
    <w:p>
      <w:pPr>
        <w:jc w:val="right"/>
      </w:pPr>
      <w:r>
        <w:t>تو میں اپنے لیے آپ سب لوگوں کے لیے یہی دعا کرتا ہوں کہ اللہ تعالیٰ مجھ کو اور آپ کو صراط مستقیم پر چلنے کی توفیق دے۔</w:t>
      </w:r>
    </w:p>
    <w:p>
      <w:r>
        <w:rPr>
          <w:b/>
        </w:rPr>
        <w:t xml:space="preserve">[46:53] </w:t>
      </w:r>
      <w:r>
        <w:t>hum ko bhatakne se bachaye.</w:t>
      </w:r>
    </w:p>
    <w:p>
      <w:pPr>
        <w:jc w:val="right"/>
      </w:pPr>
      <w:r>
        <w:t>ہم کو بھٹکنے سے بچائے۔</w:t>
      </w:r>
    </w:p>
    <w:p>
      <w:r>
        <w:rPr>
          <w:b/>
        </w:rPr>
        <w:t xml:space="preserve">[47:01] </w:t>
      </w:r>
      <w:r>
        <w:t>Allah taala is dua ko mere haq mein qabool farmaye aur aap ke haq mein qabool farmaye. aur qabooliyat ka dekhiye pehchan yeh hai ke aap ke andar dawat ka jazba ubharta hai.</w:t>
      </w:r>
    </w:p>
    <w:p>
      <w:pPr>
        <w:jc w:val="right"/>
      </w:pPr>
      <w:r>
        <w:t>اللہ تعالیٰ اس دعا کو میرے حق میں قبول فرمائے اور آپ کے حق میں قبول فرمائے۔ اور قبولیت کا دیکھیے پہچان یہ ہے کہ آپ کے اندر دعوت کا جذبہ ابھرتا ہے۔</w:t>
      </w:r>
    </w:p>
    <w:p>
      <w:r>
        <w:rPr>
          <w:b/>
        </w:rPr>
        <w:t xml:space="preserve">[47:21] </w:t>
      </w:r>
      <w:r>
        <w:t>dawat ka agar koi Allah taala ka aap ki baat qabool ho jaye to us ki pehchan yahi hai ke aap ke andar dawat ka jazba ubhrega.</w:t>
      </w:r>
    </w:p>
    <w:p>
      <w:pPr>
        <w:jc w:val="right"/>
      </w:pPr>
      <w:r>
        <w:t>دعوت کا اگر کوئی اللہ تعالیٰ کا آپ کی بات قبول ہو جائے تو اس کی پہچان یہی ہے کہ آپ کے اندر دعوت کا جذبہ ابھرے گا۔</w:t>
      </w:r>
    </w:p>
    <w:p>
      <w:r>
        <w:rPr>
          <w:b/>
        </w:rPr>
        <w:t xml:space="preserve">[47:35] </w:t>
      </w:r>
      <w:r>
        <w:t>us ki yahi pehchan hai.</w:t>
      </w:r>
    </w:p>
    <w:p>
      <w:pPr>
        <w:jc w:val="right"/>
      </w:pPr>
      <w:r>
        <w:t>اس کی یہی پہچان ہے۔</w:t>
      </w:r>
    </w:p>
    <w:p>
      <w:r>
        <w:rPr>
          <w:b/>
        </w:rPr>
        <w:t xml:space="preserve">[47:41] </w:t>
      </w:r>
      <w:r>
        <w:t>to Allah taala meri aur aap ki madad farmaye. Assalam o alaikum wa rehmatullahi.</w:t>
      </w:r>
    </w:p>
    <w:p>
      <w:pPr>
        <w:jc w:val="right"/>
      </w:pPr>
      <w:r>
        <w:t>تو اللہ تعالیٰ میری اور آپ کی مدد فرمائے۔ السلام علیکم ورحمۃ اللہ۔</w:t>
      </w:r>
    </w:p>
    <w:p>
      <w:r>
        <w:rPr>
          <w:b/>
        </w:rPr>
        <w:t xml:space="preserve">[48:04] </w:t>
      </w:r>
      <w:r>
        <w:t>okay we are starting with the question answer session. all the online viewers are requested to send their questions on info at cpsglobal.org.</w:t>
      </w:r>
    </w:p>
    <w:p>
      <w:pPr>
        <w:jc w:val="right"/>
      </w:pPr>
      <w:r>
        <w:t>اوکے وی آر سٹارٹنگ ود دی کوئسچن انسر سیشن۔ آل دی آن لائن ویورز آر ریکویسٹڈ ٹو سینڈ دے کوئسچنز آن انفو ایٹ سی پی ایس گلوبل ڈاٹ او آر جی۔</w:t>
      </w:r>
    </w:p>
    <w:p>
      <w:r>
        <w:rPr>
          <w:b/>
        </w:rPr>
        <w:t xml:space="preserve">[48:16] </w:t>
      </w:r>
      <w:r>
        <w:t>Maulana, yeh sawal Dubai se aaya hai.</w:t>
      </w:r>
    </w:p>
    <w:p>
      <w:pPr>
        <w:jc w:val="right"/>
      </w:pPr>
      <w:r>
        <w:t>مولانا، یہ سوال دبئی سے آیا ہے۔</w:t>
      </w:r>
    </w:p>
    <w:p>
      <w:r>
        <w:rPr>
          <w:b/>
        </w:rPr>
        <w:t xml:space="preserve">[48:19] </w:t>
      </w:r>
      <w:r>
        <w:t>Doctor Khwaja Anisuddin Ahmed sahib ne kiya hai. aur unhon ne likha hai: "Maulana, while I was going through your Quran translation, it was mentioned in the introduction that one of the themes of Quran is learning of lessons through reflection.</w:t>
      </w:r>
    </w:p>
    <w:p>
      <w:pPr>
        <w:jc w:val="right"/>
      </w:pPr>
      <w:r>
        <w:t>ڈاکٹر خواجہ انیس الدین احمد صاحب نے کیا ہے۔ اور انہوں نے لکھا ہے: "مولانا، وائل آئی واز گوئنگ تھرو یور قرآن ٹرانسلیشن، اٹ واز مینشنڈ ان دی انٹروڈکشن دیٹ ون آف دا تھیم آف قرآن از لرننگ آف لیسنز تھرو ریفلیکشن۔</w:t>
      </w:r>
    </w:p>
    <w:p>
      <w:r>
        <w:rPr>
          <w:b/>
        </w:rPr>
        <w:t xml:space="preserve">[48:40] </w:t>
      </w:r>
      <w:r>
        <w:t>I want to know what did you mean by this learning of lessons through reflection? Please explain this."</w:t>
      </w:r>
    </w:p>
    <w:p>
      <w:pPr>
        <w:jc w:val="right"/>
      </w:pPr>
      <w:r>
        <w:t>آئی وانٹ ٹو نو واٹ ڈیڈ یو مین بائے دس لرننگ آف لیسنز تھرو ریفلیکشن؟ پلیز ایکسپلین دس۔"</w:t>
      </w:r>
    </w:p>
    <w:p>
      <w:r>
        <w:rPr>
          <w:b/>
        </w:rPr>
        <w:t xml:space="preserve">[48:51] </w:t>
      </w:r>
      <w:r>
        <w:t>mein aaj to bas samajhta hoon ke isi par meri poori baat thi.</w:t>
      </w:r>
    </w:p>
    <w:p>
      <w:pPr>
        <w:jc w:val="right"/>
      </w:pPr>
      <w:r>
        <w:t>میں آج تو بس سمجھتا ہوں کہ اسی پر میری پوری بات تھی۔</w:t>
      </w:r>
    </w:p>
    <w:p>
      <w:r>
        <w:rPr>
          <w:b/>
        </w:rPr>
        <w:t xml:space="preserve">[48:58] </w:t>
      </w:r>
      <w:r>
        <w:t>iska matlab refresher ka matlab hota hai ghor o fikr, sochna. to jitne bhi lesson hain woh hidden way mein hote hain.</w:t>
      </w:r>
    </w:p>
    <w:p>
      <w:pPr>
        <w:jc w:val="right"/>
      </w:pPr>
      <w:r>
        <w:t>اس کا مطلب ریفریشر کا مطلب ہوتا ہے غور و فکر، سوچنا۔ تو جتنے بھی لیسن ہیں وہ ہڈن وے میں ہوتے ہیں۔</w:t>
      </w:r>
    </w:p>
    <w:p>
      <w:r>
        <w:rPr>
          <w:b/>
        </w:rPr>
        <w:t xml:space="preserve">[49:12] </w:t>
      </w:r>
      <w:r>
        <w:t>yani cheezon mein chhpe hue hote hain. jaise kai misalein aaj bhi dein mein ne.</w:t>
      </w:r>
    </w:p>
    <w:p>
      <w:pPr>
        <w:jc w:val="right"/>
      </w:pPr>
      <w:r>
        <w:t>یعنی چیزوں میں چھپے ہوئے ہوتے ہیں۔ جیسے کئی مثالیں آج بھی دیں میں نے۔</w:t>
      </w:r>
    </w:p>
    <w:p>
      <w:r>
        <w:rPr>
          <w:b/>
        </w:rPr>
        <w:t xml:space="preserve">[49:22] </w:t>
      </w:r>
      <w:r>
        <w:t>to jab aap ghor karte hain to woh chhpe hue mafhoom aap par khulne lagte hain. ghor nahi karenge to chhpe hue mafhoom khulenge nahi.</w:t>
      </w:r>
    </w:p>
    <w:p>
      <w:pPr>
        <w:jc w:val="right"/>
      </w:pPr>
      <w:r>
        <w:t>تو جب آپ غور کرتے ہیں تو وہ چھپے ہوئے مفہوم آپ پر کھلنے لگتے ہیں۔ غور نہیں کریں گے تو چھپے ہوئے مفہوم کھلیں گے نہیں۔</w:t>
      </w:r>
    </w:p>
    <w:p>
      <w:r>
        <w:rPr>
          <w:b/>
        </w:rPr>
        <w:t xml:space="preserve">[49:39] </w:t>
      </w:r>
      <w:r>
        <w:t>jaise misal ke taur par mujhe aap ne dekha ke bolne ke dauran mera gala kuch phans gaya to phir mein ne pani piya.</w:t>
      </w:r>
    </w:p>
    <w:p>
      <w:pPr>
        <w:jc w:val="right"/>
      </w:pPr>
      <w:r>
        <w:t>جیسے مثال کے طور پر مجھے آپ نے دیکھا کہ بولنے کے دوران میرا گلا کچھ پھنس گیا تو پھر میں نے پانی پیا۔</w:t>
      </w:r>
    </w:p>
    <w:p>
      <w:r>
        <w:rPr>
          <w:b/>
        </w:rPr>
        <w:t xml:space="preserve">[49:50] </w:t>
      </w:r>
      <w:r>
        <w:t>is mein ek cheez chhupi hui thi. woh thi "khalaqal insanu daeefa". insan kamzor paida kiya gaya hai.</w:t>
      </w:r>
    </w:p>
    <w:p>
      <w:pPr>
        <w:jc w:val="right"/>
      </w:pPr>
      <w:r>
        <w:t>اس میں ایک چیز چھپی ہوئی تھی۔ وہ تھی "خلق الانسان ضعیفہ"۔ انسان کمزور پیدا کیا گیا ہے۔</w:t>
      </w:r>
    </w:p>
    <w:p>
      <w:r>
        <w:rPr>
          <w:b/>
        </w:rPr>
        <w:t xml:space="preserve">[50:02] </w:t>
      </w:r>
      <w:r>
        <w:t>yani is is pani peene mein ek lesson chupa hua tha. ke hamara jo khaliq hai Rabbul Alameen hai</w:t>
      </w:r>
    </w:p>
    <w:p>
      <w:pPr>
        <w:jc w:val="right"/>
      </w:pPr>
      <w:r>
        <w:t>یعنی اس اس پانی پینے میں ایک لیسن چھپا ہوا تھا۔ کہ ہمارا جو خالق ہے رب العالمین ہے</w:t>
      </w:r>
    </w:p>
    <w:p>
      <w:r>
        <w:rPr>
          <w:b/>
        </w:rPr>
        <w:t xml:space="preserve">[50:13] </w:t>
      </w:r>
      <w:r>
        <w:t>to woh bhi bolta hai. farishton ko hukum deta hai. paighambaron ko hukum deta hai. hum ko bhi khwab aur zuban mein hukum deta hai.</w:t>
      </w:r>
    </w:p>
    <w:p>
      <w:pPr>
        <w:jc w:val="right"/>
      </w:pPr>
      <w:r>
        <w:t>تو وہ بھی بولتا ہے۔ فرشتوں کو حکم دیتا ہے۔ پیغمبروں کو حکم دیتا ہے۔ ہم کو بھی خواب اور زبان میں حکم دیتا ہے۔</w:t>
      </w:r>
    </w:p>
    <w:p>
      <w:r>
        <w:rPr>
          <w:b/>
        </w:rPr>
        <w:t xml:space="preserve">[50:24] </w:t>
      </w:r>
      <w:r>
        <w:t>to is ka naoozubillah is ka kabhi gala aisa nahi hota. kyunke hamari tarah woh kamzor nahi hai. woh taqatwar hai.</w:t>
      </w:r>
    </w:p>
    <w:p>
      <w:pPr>
        <w:jc w:val="right"/>
      </w:pPr>
      <w:r>
        <w:t>تو اس کا نعوذ باللہ اس کا کبھی گلا ایسا نہیں ہوتا۔ کیونکہ ہماری طرح وہ کمزور نہیں ہے۔ وہ طاقتور ہے۔</w:t>
      </w:r>
    </w:p>
    <w:p>
      <w:r>
        <w:rPr>
          <w:b/>
        </w:rPr>
        <w:t xml:space="preserve">[50:35] </w:t>
      </w:r>
      <w:r>
        <w:t>to itni ek chhoti si baat yeh thi lekin is mein mere liye ek lesson tha ke insan kamzor hai.</w:t>
      </w:r>
    </w:p>
    <w:p>
      <w:pPr>
        <w:jc w:val="right"/>
      </w:pPr>
      <w:r>
        <w:t>تو اتنی ایک چھوٹی سی بات یہ تھی لیکن اس میں میرے لیے ایک لیسن تھا کہ انسان کمزور ہے۔</w:t>
      </w:r>
    </w:p>
    <w:p>
      <w:r>
        <w:rPr>
          <w:b/>
        </w:rPr>
        <w:t xml:space="preserve">[50:40] </w:t>
      </w:r>
      <w:r>
        <w:t>to kamzor hai to is ko Allah ki taraf daudna chahiye. Allah se dua karna chahiye. to har cheez mein koi bhi cheez ho is mein kuch chhpe mani hote hain.</w:t>
      </w:r>
    </w:p>
    <w:p>
      <w:pPr>
        <w:jc w:val="right"/>
      </w:pPr>
      <w:r>
        <w:t>تو کمزور ہے تو اس کو اللہ کی طرف دوڑنا چاہیے۔ اللہ سے دعا کرنا چاہیے۔ تو ہر چیز میں کوئی بھی چیز ہو اس میں کچھ چھپے معنی ہوتے ہیں۔</w:t>
      </w:r>
    </w:p>
    <w:p>
      <w:r>
        <w:rPr>
          <w:b/>
        </w:rPr>
        <w:t xml:space="preserve">[50:52] </w:t>
      </w:r>
      <w:r>
        <w:t>woh chhpe hue mani wahi hikmat hai wahi Wisdom hai. lekin yeh Wisdom is waqt aap ke samajh paate hain jab aap sochen, ghor karen.</w:t>
      </w:r>
    </w:p>
    <w:p>
      <w:pPr>
        <w:jc w:val="right"/>
      </w:pPr>
      <w:r>
        <w:t>وہ چھپے ہوئے معنی وہی حکمت ہے وہی Wisdom ہے۔ لیکن یہ Wisdom اس وقت آپ کے سمجھ پاتے ہیں جب آپ سوچیں، غور کریں۔</w:t>
      </w:r>
    </w:p>
    <w:p>
      <w:r>
        <w:rPr>
          <w:b/>
        </w:rPr>
        <w:t xml:space="preserve">[51:11] </w:t>
      </w:r>
      <w:r>
        <w:t>maulana, agla sawal doctor safina tabassum ne kiya hai ajmair se. aur unhon ne likha hai: "maulana sahib, na umidi ko quran mein kyun condemn kiya gaya hai?</w:t>
      </w:r>
    </w:p>
    <w:p>
      <w:pPr>
        <w:jc w:val="right"/>
      </w:pPr>
      <w:r>
        <w:t>مولانا، اگلا سوال ڈاکٹر صفینہ تبسم نے کیا ہے اجمیر سے۔ اور انہوں نے لکھا ہے: "مولانا صاحب، نا امیدی کو قرآن میں کیوں Condemn کیا گیا ہے؟</w:t>
      </w:r>
    </w:p>
    <w:p>
      <w:r>
        <w:rPr>
          <w:b/>
        </w:rPr>
        <w:t xml:space="preserve">[51:23] </w:t>
      </w:r>
      <w:r>
        <w:t>is ko wazeh karen."</w:t>
      </w:r>
    </w:p>
    <w:p>
      <w:pPr>
        <w:jc w:val="right"/>
      </w:pPr>
      <w:r>
        <w:t>اس کو واضح کریں۔"</w:t>
      </w:r>
    </w:p>
    <w:p>
      <w:r>
        <w:rPr>
          <w:b/>
        </w:rPr>
        <w:t xml:space="preserve">[51:33] </w:t>
      </w:r>
      <w:r>
        <w:t>dekhiye jo aadmi mayoos hota hai woh khuda ke bare mein mistrust ka, be-etemadi ka izhar karta hai.</w:t>
      </w:r>
    </w:p>
    <w:p>
      <w:pPr>
        <w:jc w:val="right"/>
      </w:pPr>
      <w:r>
        <w:t>دیکھیے جو آدمی مایوس ہوتا ہے وہ خدا کے بارے میں Mistrust کا، بے اعتمادی کا اظہار کرتا ہے۔</w:t>
      </w:r>
    </w:p>
    <w:p>
      <w:r>
        <w:rPr>
          <w:b/>
        </w:rPr>
        <w:t xml:space="preserve">[51:50] </w:t>
      </w:r>
      <w:r>
        <w:t>kyun ke khuda ka jab aelan hai ke kainat is ki rehmaton se bhari hui hai.</w:t>
      </w:r>
    </w:p>
    <w:p>
      <w:pPr>
        <w:jc w:val="right"/>
      </w:pPr>
      <w:r>
        <w:t>کیونکہ خدا کا جب اعلان ہے کہ کائنات اس کی رحمتوں سے بھری ہوئی ہے۔</w:t>
      </w:r>
    </w:p>
    <w:p>
      <w:r>
        <w:rPr>
          <w:b/>
        </w:rPr>
        <w:t xml:space="preserve">[51:59] </w:t>
      </w:r>
      <w:r>
        <w:t>is ki rehmaton se bhari hui hai.</w:t>
      </w:r>
    </w:p>
    <w:p>
      <w:pPr>
        <w:jc w:val="right"/>
      </w:pPr>
      <w:r>
        <w:t>اس کی رحمتوں سے بھری ہوئی ہے۔</w:t>
      </w:r>
    </w:p>
    <w:p>
      <w:r>
        <w:rPr>
          <w:b/>
        </w:rPr>
        <w:t xml:space="preserve">[52:01] </w:t>
      </w:r>
      <w:r>
        <w:t>pure insaan ke liye allah ne apni rehmaten udal rakhi hain. to aap bataiye ke aap mayoos ho to is mani ke aap ne khuda par mistrust kiya?</w:t>
      </w:r>
    </w:p>
    <w:p>
      <w:pPr>
        <w:jc w:val="right"/>
      </w:pPr>
      <w:r>
        <w:t>پورے انسان کے لیے اللہ نے اپنی رحمتیں اڈل رکھی ہیں۔ تو آپ بتائیے کہ آپ مایوس ہو تو اس معنی کہ آپ نے خدا پر Mistrust کیا؟</w:t>
      </w:r>
    </w:p>
    <w:p>
      <w:r>
        <w:rPr>
          <w:b/>
        </w:rPr>
        <w:t xml:space="preserve">[52:13] </w:t>
      </w:r>
      <w:r>
        <w:t>aetemad nahi kiya khuda par? doosri baat yeh hai ke khuda ki jo rehmaten bhari hui hain to woh aisa nahi jaise ke kankar pathar bharay woh dikhai den.</w:t>
      </w:r>
    </w:p>
    <w:p>
      <w:pPr>
        <w:jc w:val="right"/>
      </w:pPr>
      <w:r>
        <w:t>اعتماد نہیں کیا خدا پر؟ دوسری بات یہ ہے کہ خدا کی جو رحمتیں بھری ہوئی ہیں تو وہ ایسا نہیں جیسے کہ کنکر پتھر بھرے وہ دکھائی دیں۔</w:t>
      </w:r>
    </w:p>
    <w:p>
      <w:r>
        <w:rPr>
          <w:b/>
        </w:rPr>
        <w:t xml:space="preserve">[52:31] </w:t>
      </w:r>
      <w:r>
        <w:t>kabhi aisa hota hai ke aap khuda ki rehmat milne wale hote hain kal chahte hain aaj aap to aap ko mayoos ho jati hai.</w:t>
      </w:r>
    </w:p>
    <w:p>
      <w:pPr>
        <w:jc w:val="right"/>
      </w:pPr>
      <w:r>
        <w:t>کبھی ایسا ہوتا ہے کہ آپ خدا کی رحمت ملنے والے ہوتے ہیں کل چاہتے ہیں آج آپ تو آپ کو مایوس ہو جاتی ہے۔</w:t>
      </w:r>
    </w:p>
    <w:p>
      <w:r>
        <w:rPr>
          <w:b/>
        </w:rPr>
        <w:t xml:space="preserve">[52:44] </w:t>
      </w:r>
      <w:r>
        <w:t>to yaad rakhiye khuda ki rehmaten jo hain kabhi foran ayengi kabhi der mein ayengi. kabhi to aisa hoga ke dunya mein ayengi nahi akhirat mein milengi.</w:t>
      </w:r>
    </w:p>
    <w:p>
      <w:pPr>
        <w:jc w:val="right"/>
      </w:pPr>
      <w:r>
        <w:t>تو یاد رکھیے خدا کی رحمتیں جو ہیں کبھی فوراً آئیں گی کبھی دیر میں آئیں گی۔ کبھی تو ایسا ہوگا کہ دنیا میں آئیں گے نہیں آخرت میں ملیں گے۔</w:t>
      </w:r>
    </w:p>
    <w:p>
      <w:r>
        <w:rPr>
          <w:b/>
        </w:rPr>
        <w:t xml:space="preserve">[52:56] </w:t>
      </w:r>
      <w:r>
        <w:t>to in sab baton ko jo na soche to woh mayoos ho jayega.</w:t>
      </w:r>
    </w:p>
    <w:p>
      <w:pPr>
        <w:jc w:val="right"/>
      </w:pPr>
      <w:r>
        <w:t>تو ان سب باتوں کو جو نہ سوچے تو وہ مایوس ہو جائے گا۔</w:t>
      </w:r>
    </w:p>
    <w:p>
      <w:r>
        <w:rPr>
          <w:b/>
        </w:rPr>
        <w:t xml:space="preserve">[53:01] </w:t>
      </w:r>
      <w:r>
        <w:t>to is ka mani hai ke jo aadmi mayoos hota hai woh allah ki rehmat par shak karta hai. allah ki qudrat par shak karta hai. zahir hai ke woh jaiz nahi ho sakta.</w:t>
      </w:r>
    </w:p>
    <w:p>
      <w:pPr>
        <w:jc w:val="right"/>
      </w:pPr>
      <w:r>
        <w:t>تو اس کا معنی ہے کہ جو آدمی مایوس ہوتا ہے وہ اللہ کی رحمت پر شک کرتا ہے۔ اللہ کی قدرت پر شک کرتا ہے۔ ظاہر ہے کہ وہ جائز نہیں ہو سکتا۔</w:t>
      </w:r>
    </w:p>
    <w:p>
      <w:r>
        <w:rPr>
          <w:b/>
        </w:rPr>
        <w:t xml:space="preserve">[53:16] </w:t>
      </w:r>
      <w:r>
        <w:t>aisa phir jaiz nahi ho sakta.</w:t>
      </w:r>
    </w:p>
    <w:p>
      <w:pPr>
        <w:jc w:val="right"/>
      </w:pPr>
      <w:r>
        <w:t>ایسا پھر جائز نہیں ہو سکتا۔</w:t>
      </w:r>
    </w:p>
    <w:p>
      <w:r>
        <w:rPr>
          <w:b/>
        </w:rPr>
        <w:t xml:space="preserve">[53:24] </w:t>
      </w:r>
      <w:r>
        <w:t>maulana, agla sawal dilli se kiya hai maulana farhad ahmed sahib ne. aur unhon ne likha hai: "maulana, what is fitna that the prophet used to say to keep away from it?" dekhiye fitna ke lafzi mani hain azmaish, test.</w:t>
      </w:r>
    </w:p>
    <w:p>
      <w:pPr>
        <w:jc w:val="right"/>
      </w:pPr>
      <w:r>
        <w:t>مولانا، اگلا سوال دلی سے کیا ہے مولانا فرہاد احمد صاحب نے۔ اور انہوں نے لکھا ہے: "مولانا، What is فتنہ that the Prophet used to say to keep away from it؟" دیکھیے فتنہ کے لفظی معنی ہیں آزمائش، ٹیسٹ۔</w:t>
      </w:r>
    </w:p>
    <w:p>
      <w:r>
        <w:rPr>
          <w:b/>
        </w:rPr>
        <w:t xml:space="preserve">[53:45] </w:t>
      </w:r>
      <w:r>
        <w:t>to har cheez dunya mein jo paida ki gayi hai is mein fitne ka aspect hota hai.</w:t>
      </w:r>
    </w:p>
    <w:p>
      <w:pPr>
        <w:jc w:val="right"/>
      </w:pPr>
      <w:r>
        <w:t>تو ہر چیز دنیا میں جو پیدا کی گئی ہے اس میں فتنے کا Aspect ہوتا ہے۔</w:t>
      </w:r>
    </w:p>
    <w:p>
      <w:r>
        <w:rPr>
          <w:b/>
        </w:rPr>
        <w:t xml:space="preserve">[53:58] </w:t>
      </w:r>
      <w:r>
        <w:t>har cheez misal ke taur par aap ko kamyabi mile aap ko paisa mile aap ko building mile woh bhi fitna hai. kyun ke woh pa kar ke aap ke andar agar pride aa jaye fakhar aa jaye gharoor aa jaye ke tumhare fitne mein fail ho gaye.</w:t>
      </w:r>
    </w:p>
    <w:p>
      <w:pPr>
        <w:jc w:val="right"/>
      </w:pPr>
      <w:r>
        <w:t>ہر چیز مثال کے طور پر آپ کو کامیابی ملے آپ کو پیسہ ملے آپ کو بلڈنگ ملے وہ بھی فتنہ ہے۔ کیونکہ وہ پا کر کے آپ کے اندر اگر Pride آ جائے فخر آ جائے غرور آ جائے کہ تمہارے فتنے میں Fail ہو گئے۔</w:t>
      </w:r>
    </w:p>
    <w:p>
      <w:r>
        <w:rPr>
          <w:b/>
        </w:rPr>
        <w:t xml:space="preserve">[54:17] </w:t>
      </w:r>
      <w:r>
        <w:t>aise hi agar koi museebat par jaye aap lagen aao bhala karne</w:t>
      </w:r>
    </w:p>
    <w:p>
      <w:pPr>
        <w:jc w:val="right"/>
      </w:pPr>
      <w:r>
        <w:t>ایسے ہی اگر کوئی مصیبت پڑ جائے آپ لگیں آؤ بھلا کرنے</w:t>
      </w:r>
    </w:p>
    <w:p>
      <w:r>
        <w:rPr>
          <w:b/>
        </w:rPr>
        <w:t xml:space="preserve">[54:24] </w:t>
      </w:r>
      <w:r>
        <w:t>mayoos ho jayen to woh aap bhi fail ho gaye. kyun ke aap ko dua karna chahiye tha allah se umeed rakhna chahiye thi ke aaj nahi to kal allah meri madad farmayega.</w:t>
      </w:r>
    </w:p>
    <w:p>
      <w:pPr>
        <w:jc w:val="right"/>
      </w:pPr>
      <w:r>
        <w:t>مایوس ہو جائیں تو وہ آپ بھی Fail ہو گئے۔ کیونکہ آپ کو دعا کرنا چاہیے تھا اللہ سے امید رکھنا چاہیے تھی کہ آج نہیں تو کل اللہ میری مدد فرمائے گا۔</w:t>
      </w:r>
    </w:p>
    <w:p>
      <w:r>
        <w:rPr>
          <w:b/>
        </w:rPr>
        <w:t xml:space="preserve">[54:37] </w:t>
      </w:r>
      <w:r>
        <w:t>to har cheez fitna hai chahe aap kamyab bhi hon ya nakam bhi.</w:t>
      </w:r>
    </w:p>
    <w:p>
      <w:pPr>
        <w:jc w:val="right"/>
      </w:pPr>
      <w:r>
        <w:t>تو ہر چیز فتنہ ہے چاہے آپ کامیاب بھی ہوں یا ناکام بھی۔</w:t>
      </w:r>
    </w:p>
    <w:p>
      <w:r>
        <w:rPr>
          <w:b/>
        </w:rPr>
        <w:t xml:space="preserve">[54:41] </w:t>
      </w:r>
      <w:r>
        <w:t>milna ho ya khona. kyun ke is mein jo response hai wohi response batata hai ke aap ne fitne par aap thehray ke nahi thehray.</w:t>
      </w:r>
    </w:p>
    <w:p>
      <w:pPr>
        <w:jc w:val="right"/>
      </w:pPr>
      <w:r>
        <w:t>ملنا ہو یا کھونا۔ کیونکہ اس میں جو Response ہے وہی Response بتاتا ہے کہ آپ نے فتنے پر آپ ٹھہرے کہ نہیں ٹھہرے۔</w:t>
      </w:r>
    </w:p>
    <w:p>
      <w:r>
        <w:rPr>
          <w:b/>
        </w:rPr>
        <w:t xml:space="preserve">[54:54] </w:t>
      </w:r>
      <w:r>
        <w:t>jab bhi koi waqea ho to us waqt aap ka response kya ho us par depend karta hai. response agar positive ho to aap fitne mein pure utar</w:t>
      </w:r>
    </w:p>
    <w:p>
      <w:pPr>
        <w:jc w:val="right"/>
      </w:pPr>
      <w:r>
        <w:t>جب بھی کوئی واقعہ ہو تو اس وقت آپ کا Response کیا ہو اس پر Depend کرتا ہے۔ Response اگر Positive ہو تو آپ فتنے میں پورے اتر</w:t>
      </w:r>
    </w:p>
    <w:p>
      <w:r>
        <w:rPr>
          <w:b/>
        </w:rPr>
        <w:t xml:space="preserve">[55:06] </w:t>
      </w:r>
      <w:r>
        <w:t>e. response agar negative hai to aap fitne mein pure nahi azmaish mein pure nahi utre. to everything depends upon response.</w:t>
      </w:r>
    </w:p>
    <w:p>
      <w:pPr>
        <w:jc w:val="right"/>
      </w:pPr>
      <w:r>
        <w:t>ے۔ Response اگر Negative ہے تو آپ فتنے میں پورے نہیں آزمائش میں پورے نہیں اترے۔ تو Everything Depends upon Response۔</w:t>
      </w:r>
    </w:p>
    <w:p>
      <w:r>
        <w:rPr>
          <w:b/>
        </w:rPr>
        <w:t xml:space="preserve">[55:23] </w:t>
      </w:r>
      <w:r>
        <w:t>maulana, agla sawal dilli se hai miss naghma siddiqui ka. aur unhon ne likha hai: "contemplation requires a focused mind</w:t>
      </w:r>
    </w:p>
    <w:p>
      <w:pPr>
        <w:jc w:val="right"/>
      </w:pPr>
      <w:r>
        <w:t>مولانا، اگلا سوال دلی سے ہے مس نغمہ صدیقی کا۔ اور انہوں نے لکھا ہے: "Contemplation requires a focused mind</w:t>
      </w:r>
    </w:p>
    <w:p>
      <w:r>
        <w:rPr>
          <w:b/>
        </w:rPr>
        <w:t xml:space="preserve">[55:34] </w:t>
      </w:r>
      <w:r>
        <w:t>. how can we stay away from distraction to get a focused mind?"</w:t>
      </w:r>
    </w:p>
    <w:p>
      <w:pPr>
        <w:jc w:val="right"/>
      </w:pPr>
      <w:r>
        <w:t>. How can we stay away from distraction to get a focused mind?"</w:t>
      </w:r>
    </w:p>
    <w:p>
      <w:r>
        <w:rPr>
          <w:b/>
        </w:rPr>
        <w:t xml:space="preserve">[55:44] </w:t>
      </w:r>
      <w:r>
        <w:t>dekhiye main samajhta hoon ke har aadmi kisi ek cheez par focus kiya rehta hai. baghair focus ke koi jeeta nahi.</w:t>
      </w:r>
    </w:p>
    <w:p>
      <w:pPr>
        <w:jc w:val="right"/>
      </w:pPr>
      <w:r>
        <w:t>دیکھیے میں سمجھتا ہوں کہ ہر آدمی کسی ایک چیز پر Focus کیا رہتا ہے۔ بغیر Focus کے کوئی جیتا نہیں۔</w:t>
      </w:r>
    </w:p>
    <w:p>
      <w:r>
        <w:rPr>
          <w:b/>
        </w:rPr>
        <w:t xml:space="preserve">[56:00] </w:t>
      </w:r>
      <w:r>
        <w:t>sirf yeh hai ke aap focus kisi ka hota hai akhirat par kisi ka aur dunya par.</w:t>
      </w:r>
    </w:p>
    <w:p>
      <w:pPr>
        <w:jc w:val="right"/>
      </w:pPr>
      <w:r>
        <w:t>صرف یہ ہے کہ آپ Focus کسی کا ہوتا ہے آخرت پر کسی کا اور دنیا پر۔</w:t>
      </w:r>
    </w:p>
    <w:p>
      <w:r>
        <w:rPr>
          <w:b/>
        </w:rPr>
        <w:t xml:space="preserve">[56:06] </w:t>
      </w:r>
      <w:r>
        <w:t>misalan ek shakhs ne mujhe bataya ke mere mulk ke bhai rehte hain bahar europe ke kisi mulk mein ya america mein kahein.</w:t>
      </w:r>
    </w:p>
    <w:p>
      <w:pPr>
        <w:jc w:val="right"/>
      </w:pPr>
      <w:r>
        <w:t>مثلاً ایک شخص نے مجھے بتایا کہ میرے ملک کے بھائی رہتے ہیں باہر یورپ کے کسی ملک میں یا امریکہ میں کہیں۔</w:t>
      </w:r>
    </w:p>
    <w:p>
      <w:r>
        <w:rPr>
          <w:b/>
        </w:rPr>
        <w:t xml:space="preserve">[56:16] </w:t>
      </w:r>
      <w:r>
        <w:t>to unhon ne kaha un ki ek bachi paida hui beti. to bas isi ko le ke khelte rehte hain. to unhon ne kaha ke woh office mein kaam karte hain.</w:t>
      </w:r>
    </w:p>
    <w:p>
      <w:pPr>
        <w:jc w:val="right"/>
      </w:pPr>
      <w:r>
        <w:t>تو انہوں نے کہا ان کی ایک بچی پیدا ہوئی بیٹی۔ تو بس اسی کو لے کے کھیلتے رہتے ہیں۔ تو انہوں نے کہا کہ وہ آفس میں کام کرتے ہیں۔</w:t>
      </w:r>
    </w:p>
    <w:p>
      <w:r>
        <w:rPr>
          <w:b/>
        </w:rPr>
        <w:t xml:space="preserve">[56:27] </w:t>
      </w:r>
      <w:r>
        <w:t>to office mein jab aate hain to sab se pehle is bachi ko utha lete hain. use pyar karte hain us ki god mein lete hain.</w:t>
      </w:r>
    </w:p>
    <w:p>
      <w:pPr>
        <w:jc w:val="right"/>
      </w:pPr>
      <w:r>
        <w:t>تو آفس میں جب آتے ہیں تو سب سے پہلے اس بچی کو اٹھا لیتے ہیں۔ اسے پیار کرتے ہیں اس کی گود میں لیتے ہیں۔</w:t>
      </w:r>
    </w:p>
    <w:p>
      <w:r>
        <w:rPr>
          <w:b/>
        </w:rPr>
        <w:t xml:space="preserve">[56:35] </w:t>
      </w:r>
      <w:r>
        <w:t>to kaha office mein tab bhi focus bachchi bachchi par hai. isi ko yaad kiye hue hain.</w:t>
      </w:r>
    </w:p>
    <w:p>
      <w:pPr>
        <w:jc w:val="right"/>
      </w:pPr>
      <w:r>
        <w:t>تو کہا آفس میں تب بھی Focus بچی بچی پر ہے۔ اسی کو یاد کیے ہوئے ہیں۔</w:t>
      </w:r>
    </w:p>
    <w:p>
      <w:r>
        <w:rPr>
          <w:b/>
        </w:rPr>
        <w:t xml:space="preserve">[56:44] </w:t>
      </w:r>
      <w:r>
        <w:t>to har aadmi ka focus hota hai kisi na kisi cheez par. baghair focus ke koi jeeta nahi hai dunya mein.</w:t>
      </w:r>
    </w:p>
    <w:p>
      <w:pPr>
        <w:jc w:val="right"/>
      </w:pPr>
      <w:r>
        <w:t>تو ہر آدمی کا Focus ہوتا ہے کسی نہ کسی چیز پر۔ بغیر Focus کے کوئی جیتا نہیں ہے دنیا میں۔</w:t>
      </w:r>
    </w:p>
    <w:p>
      <w:r>
        <w:rPr>
          <w:b/>
        </w:rPr>
        <w:t xml:space="preserve">[56:54] </w:t>
      </w:r>
      <w:r>
        <w:t>hata ke jo galat log hain unhon ne kaha focus koi hai? koi galat cheez un ka focus bani hui hai? to focus to rehta hi rehta hai.</w:t>
      </w:r>
    </w:p>
    <w:p>
      <w:pPr>
        <w:jc w:val="right"/>
      </w:pPr>
      <w:r>
        <w:t>حتیٰ کہ جو غلط لوگ ہیں انہوں نے کہا Focus کوئی ہے؟ کوئی غلط چیز ان کا Focus بنی ہوئی ہے؟ تو Focus تو رہتا ہی رہتا ہے۔</w:t>
      </w:r>
    </w:p>
    <w:p>
      <w:r>
        <w:rPr>
          <w:b/>
        </w:rPr>
        <w:t xml:space="preserve">[57:05] </w:t>
      </w:r>
      <w:r>
        <w:t>ab cheez yeh hai ke focus sahi ho. Allah par ho jannat par ho akhirat par ho. to yeh cheez aayegi soch se.</w:t>
      </w:r>
    </w:p>
    <w:p>
      <w:pPr>
        <w:jc w:val="right"/>
      </w:pPr>
      <w:r>
        <w:t>اب چیز یہ ہے کہ Focus صحیح ہو۔ اللہ پر ہو جنت پر ہو آخرت پر ہو۔ تو یہ چیز آئے گی سوچ سے۔</w:t>
      </w:r>
    </w:p>
    <w:p>
      <w:r>
        <w:rPr>
          <w:b/>
        </w:rPr>
        <w:t xml:space="preserve">[57:15] </w:t>
      </w:r>
      <w:r>
        <w:t>jab tak sochenge itni focus ka correction hoga. to focused mind to by nature har ek ka hota hi hota hai.</w:t>
      </w:r>
    </w:p>
    <w:p>
      <w:pPr>
        <w:jc w:val="right"/>
      </w:pPr>
      <w:r>
        <w:t>جب تک سوچیں گے اتنی Focus کا Correction ہوگا۔ تو Focused Mind تو by nature ہر ایک کا ہوتا ہی ہوتا ہے۔</w:t>
      </w:r>
    </w:p>
    <w:p>
      <w:r>
        <w:rPr>
          <w:b/>
        </w:rPr>
        <w:t xml:space="preserve">[57:24] </w:t>
      </w:r>
      <w:r>
        <w:t>sirf masla hai correction ka. apne focus ko aap sahi karein.</w:t>
      </w:r>
    </w:p>
    <w:p>
      <w:pPr>
        <w:jc w:val="right"/>
      </w:pPr>
      <w:r>
        <w:t>صرف مسئلہ ہے Correction کا۔ اپنے Focus کو آپ صحیح کریں۔</w:t>
      </w:r>
    </w:p>
    <w:p>
      <w:r>
        <w:rPr>
          <w:b/>
        </w:rPr>
        <w:t xml:space="preserve">[57:30] </w:t>
      </w:r>
      <w:r>
        <w:t>to main samajhta hoon ke study karna ghor o fikar karna duaein mangna yahi is ka zariya hai.</w:t>
      </w:r>
    </w:p>
    <w:p>
      <w:pPr>
        <w:jc w:val="right"/>
      </w:pPr>
      <w:r>
        <w:t>تو میں سمجھتا ہوں کہ Study کرنا غور و فکر کرنا دعائیں مانگنا یہی اس کا ذریعہ ہے۔</w:t>
      </w:r>
    </w:p>
    <w:p>
      <w:r>
        <w:rPr>
          <w:b/>
        </w:rPr>
        <w:t xml:space="preserve">[57:41] </w:t>
      </w:r>
      <w:r>
        <w:t>jisko jo chahta ho ke mera focus sahi ho to yahi rasta hai is ke liye aur koi rasta to hai nahi.</w:t>
      </w:r>
    </w:p>
    <w:p>
      <w:pPr>
        <w:jc w:val="right"/>
      </w:pPr>
      <w:r>
        <w:t>جس کو جو چاہتا ہو کہ میرا Focus صحیح ہو تو یہی راستہ ہے اس کے لیے اور کوئی راستہ تو ہے نہیں۔</w:t>
      </w:r>
    </w:p>
    <w:p>
      <w:r>
        <w:rPr>
          <w:b/>
        </w:rPr>
        <w:t xml:space="preserve">[57:52] </w:t>
      </w:r>
      <w:r>
        <w:t>maulana, agla sawal mehtab sahib ne poocha hai aap se dhampur se.</w:t>
      </w:r>
    </w:p>
    <w:p>
      <w:pPr>
        <w:jc w:val="right"/>
      </w:pPr>
      <w:r>
        <w:t>مولانا، اگلا سوال مہتاب صاحب نے پوچھا ہے آپ سے دھامپور سے۔</w:t>
      </w:r>
    </w:p>
    <w:p>
      <w:r>
        <w:rPr>
          <w:b/>
        </w:rPr>
        <w:t xml:space="preserve">[57:57] </w:t>
      </w:r>
      <w:r>
        <w:t>unhon ne likha hai ke: "maulana sahib, kya ek aam aadmi bhi quran se wahi guidance pa sakta hai jaisa ke ek aalim hai?" is ke bare mein batayein.</w:t>
      </w:r>
    </w:p>
    <w:p>
      <w:pPr>
        <w:jc w:val="right"/>
      </w:pPr>
      <w:r>
        <w:t>انہوں نے لکھا ہے کہ: "مولانا صاحب، کیا ایک عام آدمی بھی قرآن سے وہی Guidance پا سکتا ہے جیسا کہ ایک عالم ہے؟" اس کے بارے میں بتائیں۔</w:t>
      </w:r>
    </w:p>
    <w:p>
      <w:r>
        <w:rPr>
          <w:b/>
        </w:rPr>
        <w:t xml:space="preserve">[58:11] </w:t>
      </w:r>
      <w:r>
        <w:t>main to samajhta hoon ke yaqeenan. kyunke sahaba jo the woh aaj ke ikhtiyar se koi baligh nahi tha. koi kisi madrasay ki sanad kisi ke paas nahi thi.</w:t>
      </w:r>
    </w:p>
    <w:p>
      <w:pPr>
        <w:jc w:val="right"/>
      </w:pPr>
      <w:r>
        <w:t>میں تو سمجھتا ہوں کہ یقیناً۔ کیونکہ صحابہ جو تھے وہ آج کے اختیار سے کوئی بالغ نہیں تھا۔ کوئی کسی مدرسے کی سند کسی کے پاس نہیں تھی۔</w:t>
      </w:r>
    </w:p>
    <w:p>
      <w:r>
        <w:rPr>
          <w:b/>
        </w:rPr>
        <w:t xml:space="preserve">[58:21] </w:t>
      </w:r>
      <w:r>
        <w:t>hata ke duaein reading ka riwaj bhi nahi tha. kitabein nahi hua karti thi is zamane mein.</w:t>
      </w:r>
    </w:p>
    <w:p>
      <w:pPr>
        <w:jc w:val="right"/>
      </w:pPr>
      <w:r>
        <w:t>حتیٰ کہ دعائیں Reading کا رواج بھی نہیں تھا۔ کتابیں نہیں ہوا کرتی تھیں اس زمانے میں۔</w:t>
      </w:r>
    </w:p>
    <w:p>
      <w:r>
        <w:rPr>
          <w:b/>
        </w:rPr>
        <w:t xml:space="preserve">[58:26] </w:t>
      </w:r>
      <w:r>
        <w:t>printing press to bohat baad ko aaya hai. aur tab kitabein chhapi hain. to sahaba to sar phir se sar phir se to un ke zamane mein aaj kal ke tareeqay se koi bhi sahib aalim nahi tha.</w:t>
      </w:r>
    </w:p>
    <w:p>
      <w:pPr>
        <w:jc w:val="right"/>
      </w:pPr>
      <w:r>
        <w:t>پرنٹنگ پریس تو بہت بعد کو آیا ہے۔ اور تب کتابیں چھپی ہیں۔ تو صحابہ تو سر پھر سے سر پھر سے تو ان کے زمانے میں آج کل کے طریقے سے کوئی بھی صاحب عالم نہیں تھا۔</w:t>
      </w:r>
    </w:p>
    <w:p>
      <w:r>
        <w:rPr>
          <w:b/>
        </w:rPr>
        <w:t xml:space="preserve">[58:45] </w:t>
      </w:r>
      <w:r>
        <w:t>lekin un ko mani quran ke mani woh samajhte the kyunke ghor karte the.</w:t>
      </w:r>
    </w:p>
    <w:p>
      <w:pPr>
        <w:jc w:val="right"/>
      </w:pPr>
      <w:r>
        <w:t>لیکن ان کو معنی قرآن کے معنی وہ سمجھتے تھے کیونکہ غور کرتے تھے۔</w:t>
      </w:r>
    </w:p>
    <w:p>
      <w:r>
        <w:rPr>
          <w:b/>
        </w:rPr>
        <w:t xml:space="preserve">[58:52] </w:t>
      </w:r>
      <w:r>
        <w:t>to dekhiye quran ke gehre mani ko janne ke liye yeh nahi ke woh aadmi sar yafta ho. hargiz nahi. is ke andar soch ka mada ho.</w:t>
      </w:r>
    </w:p>
    <w:p>
      <w:pPr>
        <w:jc w:val="right"/>
      </w:pPr>
      <w:r>
        <w:t>تو دیکھیے قرآن کے گہرے معنی کو جاننے کے لیے یہ نہیں کہ وہ آدمی سر یافتہ ہو۔ ہرگز نہیں۔ اس کے اندر سوچ کا مادہ ہو۔</w:t>
      </w:r>
    </w:p>
    <w:p>
      <w:r>
        <w:rPr>
          <w:b/>
        </w:rPr>
        <w:t xml:space="preserve">[59:03] </w:t>
      </w:r>
      <w:r>
        <w:t>contemplation ka mada ho. tadabbur ka mada ho. jiske andar tadabbur hoga woh zaroor quran ke gehre mani tak pahunch jayega.</w:t>
      </w:r>
    </w:p>
    <w:p>
      <w:pPr>
        <w:jc w:val="right"/>
      </w:pPr>
      <w:r>
        <w:t>Contemplation کا مادہ ہو۔ تدبر کا مادہ ہو۔ جس کے اندر تدبر ہوگا وہ ضرور قرآن کے گہرے معنی تک پہنچ جائے گا۔</w:t>
      </w:r>
    </w:p>
    <w:p>
      <w:r>
        <w:rPr>
          <w:b/>
        </w:rPr>
        <w:t xml:space="preserve">[59:19] </w:t>
      </w:r>
      <w:r>
        <w:t>maulana, agla sawal lene se pehle hum teen comments padhna chahenge. jo barah saal ki jo bachiyan hain unhon ne bheja hai maulana.</w:t>
      </w:r>
    </w:p>
    <w:p>
      <w:pPr>
        <w:jc w:val="right"/>
      </w:pPr>
      <w:r>
        <w:t>مولانا، اگلا سوال لینے سے پہلے ہم تین Comments پڑھنا چاہیں گے۔ جو بارہ سال کی جو بچیاں ہیں انہوں نے بھیجا ہے مولانا۔</w:t>
      </w:r>
    </w:p>
    <w:p>
      <w:r>
        <w:rPr>
          <w:b/>
        </w:rPr>
        <w:t xml:space="preserve">[59:29] </w:t>
      </w:r>
      <w:r>
        <w:t>maryland usa se. aur un ko miss gulziba ahmed jo hain woh class karti hain un ki. to in teenon ladkiyon ne spirit of islam ke upar apne comments bheje hain jo hum padhna chahenge.</w:t>
      </w:r>
    </w:p>
    <w:p>
      <w:pPr>
        <w:jc w:val="right"/>
      </w:pPr>
      <w:r>
        <w:t>میری لینڈ یو ایس اے سے۔ اور ان کو مس گلزیبہ احمد جو ہیں وہ کلاس کرتی ہیں ان کی۔ تو ان تینوں لڑکیوں نے Spirit of Islam کے اوپر اپنے Comments بھیجے ہیں جو ہم پڑھنا چاہیں گے۔</w:t>
      </w:r>
    </w:p>
    <w:p>
      <w:r>
        <w:rPr>
          <w:b/>
        </w:rPr>
        <w:t xml:space="preserve">[59:44] </w:t>
      </w:r>
      <w:r>
        <w:t>the first comment is by miss wania khan and she has written: "there are many lessons in the spirit of islam that have benefited me.</w:t>
      </w:r>
    </w:p>
    <w:p>
      <w:pPr>
        <w:jc w:val="right"/>
      </w:pPr>
      <w:r>
        <w:t>The first comment is by Miss Wania Khan and she has written: "There are many lessons in the Spirit of Islam that have benefited me.</w:t>
      </w:r>
    </w:p>
    <w:p>
      <w:r>
        <w:rPr>
          <w:b/>
        </w:rPr>
        <w:t xml:space="preserve">[59:54] </w:t>
      </w:r>
      <w:r>
        <w:t>i have learned to be honest, not to deny the truth, respect elders and treat others equally. i know to be honest because if i am not honest it will affect me on the day of judgment and in the hereafter.</w:t>
      </w:r>
    </w:p>
    <w:p>
      <w:pPr>
        <w:jc w:val="right"/>
      </w:pPr>
      <w:r>
        <w:t>I have learned to be honest, not to deny the truth, respect elders and treat others equally. I know to be honest because if I am not honest it will affect me on the day of judgment and in the hereafter.</w:t>
      </w:r>
    </w:p>
    <w:p>
      <w:r>
        <w:rPr>
          <w:b/>
        </w:rPr>
        <w:t xml:space="preserve">[1:00:12] </w:t>
      </w:r>
      <w:r>
        <w:t>also honesty makes me a more truthful person. not denying the truth is very important. if i deny the truth i am basically denying the word of god.</w:t>
      </w:r>
    </w:p>
    <w:p>
      <w:pPr>
        <w:jc w:val="right"/>
      </w:pPr>
      <w:r>
        <w:t>Also honesty makes me a more truthful person. Not denying the truth is very important. If I deny the truth I am basically denying the word of God.</w:t>
      </w:r>
    </w:p>
    <w:p>
      <w:r>
        <w:rPr>
          <w:b/>
        </w:rPr>
        <w:t xml:space="preserve">[1:00:25] </w:t>
      </w:r>
      <w:r>
        <w:t>denying the truth will make me feel like a bad muslim. respecting elders is an important lesson too. respecting elders means listening to them and doing as they say.</w:t>
      </w:r>
    </w:p>
    <w:p>
      <w:pPr>
        <w:jc w:val="right"/>
      </w:pPr>
      <w:r>
        <w:t>Denying the truth will make me feel like a bad Muslim. Respecting elders is an important lesson too. Respecting elders means listening to them and doing as they say.</w:t>
      </w:r>
    </w:p>
    <w:p>
      <w:r>
        <w:rPr>
          <w:b/>
        </w:rPr>
        <w:t xml:space="preserve">[1:00:38] </w:t>
      </w:r>
      <w:r>
        <w:t>Disrespecting others is being ignorant and rude to people who are more intelligent than you. To treat others equally is the most important lesson I have learned.</w:t>
      </w:r>
    </w:p>
    <w:p>
      <w:pPr>
        <w:jc w:val="right"/>
      </w:pPr>
      <w:r>
        <w:t>Disrespecting others is being ignorant and rude to people who are more intelligent than you. To treat others equally is the most important lesson I have learned.</w:t>
      </w:r>
    </w:p>
    <w:p>
      <w:r>
        <w:rPr>
          <w:b/>
        </w:rPr>
        <w:t xml:space="preserve">[1:00:50] </w:t>
      </w:r>
      <w:r>
        <w:t>Allah made everyone equal and to Allah everyone is equal and treating everyone equally would make Allah proud of me for following as He had said.</w:t>
      </w:r>
    </w:p>
    <w:p>
      <w:pPr>
        <w:jc w:val="right"/>
      </w:pPr>
      <w:r>
        <w:t>Allah made everyone equal and to Allah everyone is equal and treating everyone equally would make Allah proud of me for following as He had said.</w:t>
      </w:r>
    </w:p>
    <w:p>
      <w:r>
        <w:rPr>
          <w:b/>
        </w:rPr>
        <w:t xml:space="preserve">[1:01:01] </w:t>
      </w:r>
      <w:r>
        <w:t>To conclude the Spirit of Islam has benefited me in many ways such as to be honest, not denying the truth, respecting others and to treat others equally."</w:t>
      </w:r>
    </w:p>
    <w:p>
      <w:pPr>
        <w:jc w:val="right"/>
      </w:pPr>
      <w:r>
        <w:t>To conclude the Spirit of Islam has benefited me in many ways such as to be honest, not denying the truth, respecting others and to treat others equally."</w:t>
      </w:r>
    </w:p>
    <w:p>
      <w:r>
        <w:rPr>
          <w:b/>
        </w:rPr>
        <w:t xml:space="preserve">[1:01:16] </w:t>
      </w:r>
      <w:r>
        <w:t>Maulana, doosra jo aaya hai Comment on Spirit of Islam is by Maira Usman. She is a sixth grade student in USA.</w:t>
      </w:r>
    </w:p>
    <w:p>
      <w:pPr>
        <w:jc w:val="right"/>
      </w:pPr>
      <w:r>
        <w:t>مولانا، دوسرا جو آیا ہے Comment on Spirit of Islam is by Maira Usman۔ She is a sixth grade student in USA۔</w:t>
      </w:r>
    </w:p>
    <w:p>
      <w:r>
        <w:rPr>
          <w:b/>
        </w:rPr>
        <w:t xml:space="preserve">[1:01:26] </w:t>
      </w:r>
      <w:r>
        <w:t>Unhon ne likha hai: "After reading this book my life has changed drastically. I love how this book explains the meaning of the Quran in scientific and current ways.</w:t>
      </w:r>
    </w:p>
    <w:p>
      <w:pPr>
        <w:jc w:val="right"/>
      </w:pPr>
      <w:r>
        <w:t>انہوں نے لکھا ہے: "After reading this book my life has changed drastically. I love how this book explains the meaning of the Quran in scientific and current ways.</w:t>
      </w:r>
    </w:p>
    <w:p>
      <w:r>
        <w:rPr>
          <w:b/>
        </w:rPr>
        <w:t xml:space="preserve">[1:01:39] </w:t>
      </w:r>
      <w:r>
        <w:t>This book is so short and easy to read but it has a lot of lessons. I have learned the importance of prayer, peace and patience.</w:t>
      </w:r>
    </w:p>
    <w:p>
      <w:pPr>
        <w:jc w:val="right"/>
      </w:pPr>
      <w:r>
        <w:t>This book is so short and easy to read but it has a lot of lessons. I have learned the importance of prayer, peace and patience.</w:t>
      </w:r>
    </w:p>
    <w:p>
      <w:r>
        <w:rPr>
          <w:b/>
        </w:rPr>
        <w:t xml:space="preserve">[1:01:50] </w:t>
      </w:r>
      <w:r>
        <w:t>After reading I have realized why Islam is peaceful.</w:t>
      </w:r>
    </w:p>
    <w:p>
      <w:pPr>
        <w:jc w:val="right"/>
      </w:pPr>
      <w:r>
        <w:t>After reading I have realized why Islam is peaceful.</w:t>
      </w:r>
    </w:p>
    <w:p>
      <w:r>
        <w:rPr>
          <w:b/>
        </w:rPr>
        <w:t xml:space="preserve">[1:01:55] </w:t>
      </w:r>
      <w:r>
        <w:t>As I am in middle school a lot of things occur like gossip. Gossip is totally wrong. Just because other people do it I don't have to do it.</w:t>
      </w:r>
    </w:p>
    <w:p>
      <w:pPr>
        <w:jc w:val="right"/>
      </w:pPr>
      <w:r>
        <w:t>As I am in middle school a lot of things occur like gossip. Gossip is totally wrong. Just because other people do it I don't have to do it.</w:t>
      </w:r>
    </w:p>
    <w:p>
      <w:r>
        <w:rPr>
          <w:b/>
        </w:rPr>
        <w:t xml:space="preserve">[1:02:06] </w:t>
      </w:r>
      <w:r>
        <w:t>On the day of judgment we have to give the response to our own bad deeds. I have become more mature and have learned the meaning ofright and wrong.</w:t>
      </w:r>
    </w:p>
    <w:p>
      <w:pPr>
        <w:jc w:val="right"/>
      </w:pPr>
      <w:r>
        <w:t>On the day of judgment we have to give the response to our own bad deeds. I have become more mature and have learned the meaning ofright and wrong.</w:t>
      </w:r>
    </w:p>
    <w:p>
      <w:r>
        <w:rPr>
          <w:b/>
        </w:rPr>
        <w:t xml:space="preserve">[1:02:17] </w:t>
      </w:r>
      <w:r>
        <w:t>Recently there was a vote going on where children had to vo</w:t>
      </w:r>
    </w:p>
    <w:p>
      <w:pPr>
        <w:jc w:val="right"/>
      </w:pPr>
      <w:r>
        <w:t>Recently there was a vote going on where children had to vo</w:t>
      </w:r>
    </w:p>
    <w:p>
      <w:r>
        <w:rPr>
          <w:b/>
        </w:rPr>
        <w:t xml:space="preserve">[1:02:21] </w:t>
      </w:r>
      <w:r>
        <w:t>te. I voted for this man who was humble and down to earth. I have learned how much God loves us and how much He wants us to be on theright path.</w:t>
      </w:r>
    </w:p>
    <w:p>
      <w:pPr>
        <w:jc w:val="right"/>
      </w:pPr>
      <w:r>
        <w:t>te. I voted for this man who was humble and down to earth. I have learned how much God loves us and how much He wants us to be on theright path.</w:t>
      </w:r>
    </w:p>
    <w:p>
      <w:r>
        <w:rPr>
          <w:b/>
        </w:rPr>
        <w:t xml:space="preserve">[1:02:33] </w:t>
      </w:r>
      <w:r>
        <w:t>Now I love to pray because I know I am talking to God. I feel that if other kids read this book their life will change as well.</w:t>
      </w:r>
    </w:p>
    <w:p>
      <w:pPr>
        <w:jc w:val="right"/>
      </w:pPr>
      <w:r>
        <w:t>Now I love to pray because I know I am talking to God. I feel that if other kids read this book their life will change as well.</w:t>
      </w:r>
    </w:p>
    <w:p>
      <w:r>
        <w:rPr>
          <w:b/>
        </w:rPr>
        <w:t xml:space="preserve">[1:02:43] </w:t>
      </w:r>
      <w:r>
        <w:t>Firstly thanks to God then thanks to Maulana Wahiduddin Khan.</w:t>
      </w:r>
    </w:p>
    <w:p>
      <w:pPr>
        <w:jc w:val="right"/>
      </w:pPr>
      <w:r>
        <w:t>Firstly thanks to God then thanks to مولانا وحید الدین خان۔"</w:t>
      </w:r>
    </w:p>
    <w:p>
      <w:r>
        <w:rPr>
          <w:b/>
        </w:rPr>
        <w:t xml:space="preserve">[1:02:50] </w:t>
      </w:r>
      <w:r>
        <w:t>Aur Maulana, yeh Last, Miss Sarah Amin ne likha hai: "Spirit of Islam benefited me by learning about honesty, not to deny the truth, respect others and treat everyone equally.</w:t>
      </w:r>
    </w:p>
    <w:p>
      <w:pPr>
        <w:jc w:val="right"/>
      </w:pPr>
      <w:r>
        <w:t>اور مولانا، یہ Last، مس سارہ امین نے لکھا ہے: "Spirit of Islam benefited me by learning about honesty, not to deny the truth, respect others and treat everyone equally.</w:t>
      </w:r>
    </w:p>
    <w:p>
      <w:r>
        <w:rPr>
          <w:b/>
        </w:rPr>
        <w:t xml:space="preserve">[1:03:04] </w:t>
      </w:r>
      <w:r>
        <w:t>Honesty benefited me because if I am not being honest then I have a guilty feeling inside and I feel bad for not being honest.</w:t>
      </w:r>
    </w:p>
    <w:p>
      <w:pPr>
        <w:jc w:val="right"/>
      </w:pPr>
      <w:r>
        <w:t>Honesty benefited me because if I am not being honest then I have a guilty feeling inside and I feel bad for not being honest.</w:t>
      </w:r>
    </w:p>
    <w:p>
      <w:r>
        <w:rPr>
          <w:b/>
        </w:rPr>
        <w:t xml:space="preserve">[1:03:14] </w:t>
      </w:r>
      <w:r>
        <w:t>Not to deny the truth benefited me because if you deny the truth then you are not saying the truth and you are going against God.</w:t>
      </w:r>
    </w:p>
    <w:p>
      <w:pPr>
        <w:jc w:val="right"/>
      </w:pPr>
      <w:r>
        <w:t>Not to deny the truth benefited me because if you deny the truth then you are not saying the truth and you are going against God.</w:t>
      </w:r>
    </w:p>
    <w:p>
      <w:r>
        <w:rPr>
          <w:b/>
        </w:rPr>
        <w:t xml:space="preserve">[1:03:25] </w:t>
      </w:r>
      <w:r>
        <w:t>To conclude Spirit of Islam has benefited me in many ways such as honesty, not to deny the truth, respect others and treat everyone equally."</w:t>
      </w:r>
    </w:p>
    <w:p>
      <w:pPr>
        <w:jc w:val="right"/>
      </w:pPr>
      <w:r>
        <w:t>To conclude Spirit of Islam has benefited me in many ways such as honesty, not to deny the truth, respect others and treat everyone equally."</w:t>
      </w:r>
    </w:p>
    <w:p>
      <w:r>
        <w:rPr>
          <w:b/>
        </w:rPr>
        <w:t xml:space="preserve">[1:03:39] </w:t>
      </w:r>
      <w:r>
        <w:t>Masha Allah.</w:t>
      </w:r>
    </w:p>
    <w:p>
      <w:pPr>
        <w:jc w:val="right"/>
      </w:pPr>
      <w:r>
        <w:t>ماشاءاللہ۔</w:t>
      </w:r>
    </w:p>
    <w:p>
      <w:r>
        <w:rPr>
          <w:b/>
        </w:rPr>
        <w:t xml:space="preserve">[1:03:43] </w:t>
      </w:r>
      <w:r>
        <w:t>Masha Allah. Maulana, agla sawal Bhopal se aaya hai Fawad Sahab ne kiya hai. Aur unhon ne aap se poocha hai ki: "What is the starting point of breaking one's conditioning so that the person can re-engineer his or her mind?"</w:t>
      </w:r>
    </w:p>
    <w:p>
      <w:pPr>
        <w:jc w:val="right"/>
      </w:pPr>
      <w:r>
        <w:t>ماشاءاللہ۔ مولانا، اگلا سوال بھوپال سے آیا ہے فواد صاحب نے کیا ہے۔ اور انہوں نے آپ سے پوچھا ہے کہ: "What is the starting point of breaking one's conditioning so that the person can re-engineer his or her mind?"</w:t>
      </w:r>
    </w:p>
    <w:p>
      <w:r>
        <w:rPr>
          <w:b/>
        </w:rPr>
        <w:t xml:space="preserve">[1:04:02] </w:t>
      </w:r>
      <w:r>
        <w:t>Bhai, main to yahi samajhta hoon ki Starting Point muhasba hai yaani Introspection.</w:t>
      </w:r>
    </w:p>
    <w:p>
      <w:pPr>
        <w:jc w:val="right"/>
      </w:pPr>
      <w:r>
        <w:t>بھائی، میں تو یہی سمجھتا ہوں کہ Starting Point محاسبہ ہے یعنی Introspection۔</w:t>
      </w:r>
    </w:p>
    <w:p>
      <w:r>
        <w:rPr>
          <w:b/>
        </w:rPr>
        <w:t xml:space="preserve">[1:04:10] </w:t>
      </w:r>
      <w:r>
        <w:t>Apne aap apni Scrutiny karna. Apne ko Critical Way mein dekhna. Apna Analysis karna.</w:t>
      </w:r>
    </w:p>
    <w:p>
      <w:pPr>
        <w:jc w:val="right"/>
      </w:pPr>
      <w:r>
        <w:t>اپنے آپ اپنی Scrutiny کرنا۔ اپنے کو Critical Way میں دیکھنا۔ اپنا Analysis کرنا۔</w:t>
      </w:r>
    </w:p>
    <w:p>
      <w:r>
        <w:rPr>
          <w:b/>
        </w:rPr>
        <w:t xml:space="preserve">[1:04:21] </w:t>
      </w:r>
      <w:r>
        <w:t>Jisko kehte hain Arabi mein muhasba kehte hain English mein jisko kehte hain Introspection. Yahi mere dekh to yahi Starting Point hai.</w:t>
      </w:r>
    </w:p>
    <w:p>
      <w:pPr>
        <w:jc w:val="right"/>
      </w:pPr>
      <w:r>
        <w:t>جس کو کہتے ہیں عربی میں محاسبہ کہتے ہیں انگلش میں جس کو کہتے ہیں Introspection۔ یہی میرے دیکھ تو یہی Starting Point ہے۔</w:t>
      </w:r>
    </w:p>
    <w:p>
      <w:r>
        <w:rPr>
          <w:b/>
        </w:rPr>
        <w:t xml:space="preserve">[1:04:39] </w:t>
      </w:r>
      <w:r>
        <w:t>Jaise kal jo ek khatoon aayi thi jo Journalist. Un se main ne kaha ki: "Main aaj aadat hai ki jab bhi koi bahar se phone karta hoon I was wrong."</w:t>
      </w:r>
    </w:p>
    <w:p>
      <w:pPr>
        <w:jc w:val="right"/>
      </w:pPr>
      <w:r>
        <w:t>جیسے کل جو ایک خاتون آئی تھی جو Journalist۔ ان سے میں نے کہا کہ: "میں آج عادت ہے کہ جب بھی کوئی باہر سے فون کرتا ہوں I was wrong۔"</w:t>
      </w:r>
    </w:p>
    <w:p>
      <w:r>
        <w:rPr>
          <w:b/>
        </w:rPr>
        <w:t xml:space="preserve">[1:04:54] </w:t>
      </w:r>
      <w:r>
        <w:t>To unhon ne kaha ki: "Aap kyun kehte hain aap I was wrong kehte hain? Hum to pata hai log aisa nahi karte." To main ne kaha: "Dekhiye jab ek shakhs kehta hai I was wrong to uska faida usko khud bhi milta hai doosre ko nahi.</w:t>
      </w:r>
    </w:p>
    <w:p>
      <w:pPr>
        <w:jc w:val="right"/>
      </w:pPr>
      <w:r>
        <w:t>تو انہوں نے کہا کہ: "آپ کیوں کہتے ہیں آپ I was wrong کہتے ہیں؟ ہم تو پتہ ہے لوگ ایسا نہیں کرتے۔" تو میں نے کہا: "دیکھیے جب ایک شخص کہتا ہے I was wrong تو اس کا فائدہ اس کو خود بھی ملتا ہے دوسرے کو نہیں۔</w:t>
      </w:r>
    </w:p>
    <w:p>
      <w:r>
        <w:rPr>
          <w:b/>
        </w:rPr>
        <w:t xml:space="preserve">[1:05:12] </w:t>
      </w:r>
      <w:r>
        <w:t>Doosre ko nahi apne ko. I was wrong keh kar woh apne ko Realist banata hai. Apni galtiyon ko pakad pata hai.</w:t>
      </w:r>
    </w:p>
    <w:p>
      <w:pPr>
        <w:jc w:val="right"/>
      </w:pPr>
      <w:r>
        <w:t>دوسرے کو نہیں اپنے کو۔ I was wrong کہہ کر وہ اپنے کو Realist بناتا ہے۔ اپنی غلطیوں کو پکڑ پاتا ہے۔</w:t>
      </w:r>
    </w:p>
    <w:p>
      <w:r>
        <w:rPr>
          <w:b/>
        </w:rPr>
        <w:t xml:space="preserve">[1:05:24] </w:t>
      </w:r>
      <w:r>
        <w:t>nah kahin to jhagda karen ge doosre se ke tum galat ho tum galat ho woh kahe ga tum galat ho. to time waste karta hai.</w:t>
      </w:r>
    </w:p>
    <w:p>
      <w:pPr>
        <w:jc w:val="right"/>
      </w:pPr>
      <w:r>
        <w:t>I was wrong نہ کہیں تو جھگڑا کریں گے دوسرے سے کہ تم غلط ہو تم غلط ہو وہ کہے گا تم غلط ہو۔ تو ٹائم Waste کرتا ہے۔</w:t>
      </w:r>
    </w:p>
    <w:p>
      <w:r>
        <w:rPr>
          <w:b/>
        </w:rPr>
        <w:t xml:space="preserve">[1:05:33] </w:t>
      </w:r>
      <w:r>
        <w:t>to hum time bachate hain. is se modesty aati hai. to sara faida apne ko milta hai doosre ko nahin.</w:t>
      </w:r>
    </w:p>
    <w:p>
      <w:pPr>
        <w:jc w:val="right"/>
      </w:pPr>
      <w:r>
        <w:t>تو ہم ٹائم بچاتے ہیں۔ اس سے Modesty آتی ہے۔ تو سارا فائدہ اپنے کو ملتا ہے دوسرے کو نہیں۔</w:t>
      </w:r>
    </w:p>
    <w:p>
      <w:r>
        <w:rPr>
          <w:b/>
        </w:rPr>
        <w:t xml:space="preserve">[1:05:44] </w:t>
      </w:r>
      <w:r>
        <w:t>yahi sab isi se yahi sab sochta hai aadmi isi ka naam hai muhasba ya introspection.</w:t>
      </w:r>
    </w:p>
    <w:p>
      <w:pPr>
        <w:jc w:val="right"/>
      </w:pPr>
      <w:r>
        <w:t>یہی سب اسی سے یہی سب سوچتا ہے آدمی اسی کا نام ہے محاسبہ یا Introspection۔</w:t>
      </w:r>
    </w:p>
    <w:p>
      <w:r>
        <w:rPr>
          <w:b/>
        </w:rPr>
        <w:t xml:space="preserve">[1:05:54] </w:t>
      </w:r>
      <w:r>
        <w:t>maulana, agla sawal punay se zahid khan sahab ne kiya hai. aur unhon ne likha hai: "maulana, aap ne kaha ke tazkiya ka talluq qalb se nahin hai.</w:t>
      </w:r>
    </w:p>
    <w:p>
      <w:pPr>
        <w:jc w:val="right"/>
      </w:pPr>
      <w:r>
        <w:t>مولانا، اگلا سوال پونے سے زاہد خان صاحب نے کیا ہے۔ اور انہوں نے لکھا ہے: "مولانا، آپ نے کہا کہ تزکیہ کا تعلق قلب سے نہیں ہے۔</w:t>
      </w:r>
    </w:p>
    <w:p>
      <w:r>
        <w:rPr>
          <w:b/>
        </w:rPr>
        <w:t xml:space="preserve">[1:06:06] </w:t>
      </w:r>
      <w:r>
        <w:t>halankay hadees hai: 'jism mein ek tukra hai yani dil. jab woh theek ho to sab durust hai. jab kharab ho to sab kharab hai.' is ko wazeh karen."</w:t>
      </w:r>
    </w:p>
    <w:p>
      <w:pPr>
        <w:jc w:val="right"/>
      </w:pPr>
      <w:r>
        <w:t>حالانکہ حدیث ہے: 'جسم میں ایک ٹکڑا ہے یعنی دل۔ جب وہ ٹھیک ہو تو سب درست ہے۔ جب خراب ہو تو سب خراب ہے۔' اس کو واضح کریں۔"</w:t>
      </w:r>
    </w:p>
    <w:p>
      <w:r>
        <w:rPr>
          <w:b/>
        </w:rPr>
        <w:t xml:space="preserve">[1:06:21] </w:t>
      </w:r>
      <w:r>
        <w:t>dekhiye tamseel ki zaban mein. tamseel ki zaban mein. insani bolta hai quran mein bhi tamseel ki zaban hai.</w:t>
      </w:r>
    </w:p>
    <w:p>
      <w:pPr>
        <w:jc w:val="right"/>
      </w:pPr>
      <w:r>
        <w:t>دیکھیے تمثیل کی زبان میں۔ تمثیل کی زبان میں۔ انسانی بولتا ہے قرآن میں بھی تمثیل کی زبان ہے۔</w:t>
      </w:r>
    </w:p>
    <w:p>
      <w:r>
        <w:rPr>
          <w:b/>
        </w:rPr>
        <w:t xml:space="preserve">[1:06:33] </w:t>
      </w:r>
      <w:r>
        <w:t>jaise kaboot ankaboot. koi ghar kisi ka koi bakri ghar ki tarah hota nahin jaale se bana hua.</w:t>
      </w:r>
    </w:p>
    <w:p>
      <w:pPr>
        <w:jc w:val="right"/>
      </w:pPr>
      <w:r>
        <w:t>جیسے کبیت العنکبوت۔ کوئی گھر کسی کا کوئی بکری گھر کی طرح ہوتا نہیں جالے سے بنا ہوا۔</w:t>
      </w:r>
    </w:p>
    <w:p>
      <w:r>
        <w:rPr>
          <w:b/>
        </w:rPr>
        <w:t xml:space="preserve">[1:06:45] </w:t>
      </w:r>
      <w:r>
        <w:t>to bakri ke jaale ka bakri jala tan kar jab ghar banati hai us ki misaal di gayi hai. kaboot ankaboot.</w:t>
      </w:r>
    </w:p>
    <w:p>
      <w:pPr>
        <w:jc w:val="right"/>
      </w:pPr>
      <w:r>
        <w:t>تو بکری کے جالے کا بکری جالا تن کر جب گھر بناتی ہے اس کی مثال دی گئی ہے۔ کبیت العنکبوت۔</w:t>
      </w:r>
    </w:p>
    <w:p>
      <w:r>
        <w:rPr>
          <w:b/>
        </w:rPr>
        <w:t xml:space="preserve">[1:06:55] </w:t>
      </w:r>
      <w:r>
        <w:t>to is ka matlab yeh nahin ke woh jaale ka ghar. to yeh tamseel ko kehte hain hum tamseel yani symbolic language.</w:t>
      </w:r>
    </w:p>
    <w:p>
      <w:pPr>
        <w:jc w:val="right"/>
      </w:pPr>
      <w:r>
        <w:t>تو اس کا مطلب یہ نہیں کہ وہ جالے کا گھر۔ تو یہ تمثیل کو کہتے ہیں ہم تمثیل یعنی Symbolic Language۔</w:t>
      </w:r>
    </w:p>
    <w:p>
      <w:r>
        <w:rPr>
          <w:b/>
        </w:rPr>
        <w:t xml:space="preserve">[1:07:08] </w:t>
      </w:r>
      <w:r>
        <w:t>aur doosri baat yeh hai ke aap arabi zaban ki dictionaries dekhen to aap paen ke arabi zaban mein qalb ke matlab heart ke nahin hote.</w:t>
      </w:r>
    </w:p>
    <w:p>
      <w:pPr>
        <w:jc w:val="right"/>
      </w:pPr>
      <w:r>
        <w:t>اور دوسری بات یہ ہے کہ آپ عربی زبان کی ڈکشنریاں دیکھیں تو آپ پائیں کہ عربی زبان میں قلب کے معنی Heart کے نہیں ہوتے۔</w:t>
      </w:r>
    </w:p>
    <w:p>
      <w:r>
        <w:rPr>
          <w:b/>
        </w:rPr>
        <w:t xml:space="preserve">[1:07:20] </w:t>
      </w:r>
      <w:r>
        <w:t>dil dil ke matlab samajhte hain log. qalb ke matlab wahi hain jo aql ke hain. aap risala al-rab mein parhiye jo arabi zaban ka mashhoor lughat hai.</w:t>
      </w:r>
    </w:p>
    <w:p>
      <w:pPr>
        <w:jc w:val="right"/>
      </w:pPr>
      <w:r>
        <w:t>دل دل کے معنی سمجھتے ہیں لوگ۔ قلب کے معنی وہی ہیں جو عقل کے ہیں۔ آپ رسالہ الرب میں پڑھیے جو عربی زبان کا مشہور لغت ہے۔</w:t>
      </w:r>
    </w:p>
    <w:p>
      <w:r>
        <w:rPr>
          <w:b/>
        </w:rPr>
        <w:t xml:space="preserve">[1:07:30] </w:t>
      </w:r>
      <w:r>
        <w:t>qalb ke matlab wahi hain jo aql ke matlab hote hain. aur quran mein char chah alfaz istemal hue hain:</w:t>
      </w:r>
    </w:p>
    <w:p>
      <w:pPr>
        <w:jc w:val="right"/>
      </w:pPr>
      <w:r>
        <w:t>قلب کے معنی وہی ہیں جو عقل کے معنی ہوتے ہیں۔ اور قرآن میں چار چھ الفاظ استعمال ہوئے ہیں:</w:t>
      </w:r>
    </w:p>
    <w:p>
      <w:r>
        <w:rPr>
          <w:b/>
        </w:rPr>
        <w:t xml:space="preserve">[1:07:38] </w:t>
      </w:r>
      <w:r>
        <w:t>qalb, aql, fuad, nuha, hijr waghera. yeh sab aql ke matlab mein hain. is par maine likha hai bohat aap parh lijie meri kitabon mein.</w:t>
      </w:r>
    </w:p>
    <w:p>
      <w:pPr>
        <w:jc w:val="right"/>
      </w:pPr>
      <w:r>
        <w:t>قلب، عقل، فواد، نوحہ، ہجر وغیرہ۔ یہ سب عقل کے معنی میں ہیں۔ اس پر میں نے لکھا ہے بہت آپ پڑھ لیجیے میری کتابوں میں۔</w:t>
      </w:r>
    </w:p>
    <w:p>
      <w:r>
        <w:rPr>
          <w:b/>
        </w:rPr>
        <w:t xml:space="preserve">[1:07:52] </w:t>
      </w:r>
      <w:r>
        <w:t>maulana, in ka ek aur sawal hai. unhon ne aap se poocha hai ke: "maujooda scientific discoveries ko quran aur hadees se jorna kahan tak durust hai jabke quran kitab-e-hidayaat hai?"</w:t>
      </w:r>
    </w:p>
    <w:p>
      <w:pPr>
        <w:jc w:val="right"/>
      </w:pPr>
      <w:r>
        <w:t>مولانا، ان کا ایک اور سوال ہے۔ انہوں نے آپ سے پوچھا ہے کہ: "موجودہ Scientific Discoveries کو قرآن اور حدیث سے جوڑنا کہاں تک درست ہے جبکہ قرآن کتاب ہدایت ہے؟"</w:t>
      </w:r>
    </w:p>
    <w:p>
      <w:r>
        <w:rPr>
          <w:b/>
        </w:rPr>
        <w:t xml:space="preserve">[1:08:06] </w:t>
      </w:r>
      <w:r>
        <w:t>dekhiye bohat bari galatfehmi hai. scientific discovery to hota hai ke. maghrib ki discovery hai. scientific discovery kya hai?</w:t>
      </w:r>
    </w:p>
    <w:p>
      <w:pPr>
        <w:jc w:val="right"/>
      </w:pPr>
      <w:r>
        <w:t>دیکھیے بہت بڑی غلط فہمی ہے۔ Scientific Discovery تو ہوتا ہے کہ۔ مغرب کی Discovery ہے۔ Scientific Discovery کیا ہے؟</w:t>
      </w:r>
    </w:p>
    <w:p>
      <w:r>
        <w:rPr>
          <w:b/>
        </w:rPr>
        <w:t xml:space="preserve">[1:08:15] </w:t>
      </w:r>
      <w:r>
        <w:t>love jaise ko daryaft karna. jo khuda ka jo qanoon hai usi ko daryaft karne ka naam hai scientific discovery.</w:t>
      </w:r>
    </w:p>
    <w:p>
      <w:pPr>
        <w:jc w:val="right"/>
      </w:pPr>
      <w:r>
        <w:t>Love جیسے کو دریافت کرنا۔ جو خدا کا جو قانون ہے اسی کو دریافت کرنے کا نام ہے Scientific Discovery۔</w:t>
      </w:r>
    </w:p>
    <w:p>
      <w:r>
        <w:rPr>
          <w:b/>
        </w:rPr>
        <w:t xml:space="preserve">[1:08:24] </w:t>
      </w:r>
      <w:r>
        <w:t>misalan dekhiye pehle zamanay mein insan yeh samajhta tha ke zameen</w:t>
      </w:r>
    </w:p>
    <w:p>
      <w:pPr>
        <w:jc w:val="right"/>
      </w:pPr>
      <w:r>
        <w:t>مثلاً دیکھیے پہلے زمانے میں انسان یہ سمجھتا تھا کہ زمین</w:t>
      </w:r>
    </w:p>
    <w:p>
      <w:r>
        <w:rPr>
          <w:b/>
        </w:rPr>
        <w:t xml:space="preserve">[1:08:35] </w:t>
      </w:r>
      <w:r>
        <w:t>beech mein hai suraj ke gird ghoom raha hai. ab science ne daryaft kiya ke aisa nahin hai balkay suraj beech mein hai zameen ghoom rahi hai. to yeh scientific discovery khuda ke qanoon ko daryaft karna hai.</w:t>
      </w:r>
    </w:p>
    <w:p>
      <w:pPr>
        <w:jc w:val="right"/>
      </w:pPr>
      <w:r>
        <w:t>بیچ میں ہے سورج کے گرد گھوم رہا ہے۔ اب سائنس نے دریافت کیا کہ ایسا نہیں ہے بلکہ سورج بیچ میں ہے زمین گھوم رہی ہے۔ تو یہ Scientific Discovery خدا کے قانون کو دریافت کرنا ہے۔</w:t>
      </w:r>
    </w:p>
    <w:p>
      <w:r>
        <w:rPr>
          <w:b/>
        </w:rPr>
        <w:t xml:space="preserve">[1:08:47] </w:t>
      </w:r>
      <w:r>
        <w:t>scientific discovery kisi aur cheez ka naam nahin hai. khudai qanoon ko daryaft karne ka naam hai.</w:t>
      </w:r>
    </w:p>
    <w:p>
      <w:pPr>
        <w:jc w:val="right"/>
      </w:pPr>
      <w:r>
        <w:t>Scientific Discovery کسی اور چیز کا نام نہیں ہے۔ خدائی قانون کو دریافت کرنے کا نام ہے۔</w:t>
      </w:r>
    </w:p>
    <w:p>
      <w:r>
        <w:rPr>
          <w:b/>
        </w:rPr>
        <w:t xml:space="preserve">[1:08:55] </w:t>
      </w:r>
      <w:r>
        <w:t>yeh bohat bari galatfehmi hai log samajhte hain ke scientific discovery koi aur cheez hai. misalan main jab chota tha to mujhe samajhta tha ke khane ka matlab pet bharna.</w:t>
      </w:r>
    </w:p>
    <w:p>
      <w:pPr>
        <w:jc w:val="right"/>
      </w:pPr>
      <w:r>
        <w:t>یہ بہت بڑی غلط فہمی ہے لوگ سمجھتے ہیں کہ Scientific Discovery کوئی اور چیز ہے۔ مثلاً میں جب چھوٹا تھا تو مجھے سمجھتا تھا کہ کھانے کا مطلب پیٹ بھرنا۔</w:t>
      </w:r>
    </w:p>
    <w:p>
      <w:r>
        <w:rPr>
          <w:b/>
        </w:rPr>
        <w:t xml:space="preserve">[1:09:06] </w:t>
      </w:r>
      <w:r>
        <w:t>mere bachpan mein do khane ka matlab do hi hua karta tha.</w:t>
      </w:r>
    </w:p>
    <w:p>
      <w:pPr>
        <w:jc w:val="right"/>
      </w:pPr>
      <w:r>
        <w:t>میرے بچپن میں دو کھانے کا مطلب دو ہی ہوا کرتا تھا۔</w:t>
      </w:r>
    </w:p>
    <w:p>
      <w:r>
        <w:rPr>
          <w:b/>
        </w:rPr>
        <w:t xml:space="preserve">[1:09:10] </w:t>
      </w:r>
      <w:r>
        <w:t>pet bharna aur taste. bas. baad ko jab maine mutala kiya to maloom hua ke science ne jo daryaft kiya hai woh teesri cheez jo choti hui thi woh sab se bari cheez hai.</w:t>
      </w:r>
    </w:p>
    <w:p>
      <w:pPr>
        <w:jc w:val="right"/>
      </w:pPr>
      <w:r>
        <w:t>پیٹ بھرنا اور Taste۔ بس۔ بعد کو جب میں نے مطالعہ کیا تو معلوم ہوا کہ سائنس نے جو دریافت کیا ہے وہ تیسری چیز جو چھوٹی ہوئی تھی وہ سب سے بڑی چیز ہے۔</w:t>
      </w:r>
    </w:p>
    <w:p>
      <w:r>
        <w:rPr>
          <w:b/>
        </w:rPr>
        <w:t xml:space="preserve">[1:09:27] </w:t>
      </w:r>
      <w:r>
        <w:t>woh hai nutrition. nutritive value jo hai us ki woh sab se bari cheez hai. yeh to Allah ka qanoon hai.</w:t>
      </w:r>
    </w:p>
    <w:p>
      <w:pPr>
        <w:jc w:val="right"/>
      </w:pPr>
      <w:r>
        <w:t>وہ ہے Nutrition۔ Nutritive Value جو ہے اس کی وہ سب سے بڑی چیز ہے۔ یہ تو اللہ کا قانون ہے۔</w:t>
      </w:r>
    </w:p>
    <w:p>
      <w:r>
        <w:rPr>
          <w:b/>
        </w:rPr>
        <w:t xml:space="preserve">[1:09:34] </w:t>
      </w:r>
      <w:r>
        <w:t>yeh koi aisa nahin ke kisi mister kisi europe ne daryaft kar liya hai. har woh cheez jo science mein science se murad hai exact sciences mein.</w:t>
      </w:r>
    </w:p>
    <w:p>
      <w:pPr>
        <w:jc w:val="right"/>
      </w:pPr>
      <w:r>
        <w:t>یہ کوئی ایسا نہیں کہ کسی مسٹر کسی یورپ نے دریافت کر لیا ہے۔ ہر وہ چیز جو سائنس میں سائنس سے مراد ہے Exact Sciences میں۔</w:t>
      </w:r>
    </w:p>
    <w:p>
      <w:r>
        <w:rPr>
          <w:b/>
        </w:rPr>
        <w:t xml:space="preserve">[1:09:48] </w:t>
      </w:r>
      <w:r>
        <w:t>waise to log social science ko bhi science kehte hain woh main is ko science nahin manta. political science ko bhi science kehte hain woh main science nahin manta.</w:t>
      </w:r>
    </w:p>
    <w:p>
      <w:pPr>
        <w:jc w:val="right"/>
      </w:pPr>
      <w:r>
        <w:t>ویسے تو لوگ Social Science کو بھی سائنس کہتے ہیں وہ میں اس کو سائنس نہیں مانتا۔ Political Science کو بھی سائنس کہتے ہیں وہ میں سائنس نہیں مانتا۔</w:t>
      </w:r>
    </w:p>
    <w:p>
      <w:r>
        <w:rPr>
          <w:b/>
        </w:rPr>
        <w:t xml:space="preserve">[1:09:57] </w:t>
      </w:r>
      <w:r>
        <w:t>mein sirf Physical Science ki baat karta hoon. to Physical Science Khuda ke qanoon ki daryaft ka naam</w:t>
      </w:r>
    </w:p>
    <w:p>
      <w:pPr>
        <w:jc w:val="right"/>
      </w:pPr>
      <w:r>
        <w:t>میں صرف Physical Science کی بات کرتا ہوں۔ تو Physical Science خدا کے قانون کی دریافت کا نام</w:t>
      </w:r>
    </w:p>
    <w:p>
      <w:r>
        <w:rPr>
          <w:b/>
        </w:rPr>
        <w:t xml:space="preserve">[1:10:03] </w:t>
      </w:r>
      <w:r>
        <w:t>hai. kisi aur cheez ka naam nahi hai woh. to is mein koi koi nahi koi takrao ki baat hi nahi hai. wahi wahi jo Quran mein hai wahi is mein hai.</w:t>
      </w:r>
    </w:p>
    <w:p>
      <w:pPr>
        <w:jc w:val="right"/>
      </w:pPr>
      <w:r>
        <w:t>ہے۔ کسی اور چیز کا نام نہیں ہے وہ۔ تو اس میں کوئی کوئی نہیں کوئی ٹکراؤ کی بات ہی نہیں ہے۔ وہی وہی جو قرآن میں ہے وہی اس میں ہے۔</w:t>
      </w:r>
    </w:p>
    <w:p>
      <w:r>
        <w:rPr>
          <w:b/>
        </w:rPr>
        <w:t xml:space="preserve">[1:10:14] </w:t>
      </w:r>
      <w:r>
        <w:t>jis ko aap is par kaafi likha hai aap parhiye meri kitabon ko.</w:t>
      </w:r>
    </w:p>
    <w:p>
      <w:pPr>
        <w:jc w:val="right"/>
      </w:pPr>
      <w:r>
        <w:t>جس کو آپ اس پر کافی لکھا ہے آپ پڑھیے میری کتابوں کو۔</w:t>
      </w:r>
    </w:p>
    <w:p>
      <w:r>
        <w:rPr>
          <w:b/>
        </w:rPr>
        <w:t xml:space="preserve">[1:10:23] </w:t>
      </w:r>
      <w:r>
        <w:t>Maulana, unhon ne</w:t>
      </w:r>
    </w:p>
    <w:p>
      <w:pPr>
        <w:jc w:val="right"/>
      </w:pPr>
      <w:r>
        <w:t>مولانا، انہوں نے</w:t>
      </w:r>
    </w:p>
    <w:p>
      <w:r>
        <w:rPr>
          <w:b/>
        </w:rPr>
        <w:t xml:space="preserve">[1:10:24] </w:t>
      </w:r>
      <w:r>
        <w:t>yeh bhi likha hai aap se janna chahte hain ke: "Haroon Yahya ki kitabein aap ke khayal se kis had tak Quran aur Sunnat ko samajhane mein Support kar sakti hain?" Dekhiye mein kisi ki kitab par koi tabsarah nahi karunga.</w:t>
      </w:r>
    </w:p>
    <w:p>
      <w:pPr>
        <w:jc w:val="right"/>
      </w:pPr>
      <w:r>
        <w:t>یہ بھی لکھا ہے آپ سے جاننا چاہتے ہیں کہ: "ہارون یحییٰ کی کتابیں آپ کے خیال سے کس حد تک قرآن اور سنت کو سمجھانے میں Support کر سکتی ہیں؟" دیکھیے میں کسی کی کتاب پر کوئی تبصرہ نہیں کروں گا۔</w:t>
      </w:r>
    </w:p>
    <w:p>
      <w:r>
        <w:rPr>
          <w:b/>
        </w:rPr>
        <w:t xml:space="preserve">[1:10:38] </w:t>
      </w:r>
      <w:r>
        <w:t>aap parhiye aur parh kar khud rai banaiye.</w:t>
      </w:r>
    </w:p>
    <w:p>
      <w:pPr>
        <w:jc w:val="right"/>
      </w:pPr>
      <w:r>
        <w:t>آپ پڑھیے اور پڑھ کر خود رائے بنائیے۔</w:t>
      </w:r>
    </w:p>
    <w:p>
      <w:r>
        <w:rPr>
          <w:b/>
        </w:rPr>
        <w:t xml:space="preserve">[1:10:45] </w:t>
      </w:r>
      <w:r>
        <w:t>khud parhiye khud ko rai banaiye. mein is par koi Remark nahi dunga. okay So we will end this session now. Thank you.</w:t>
      </w:r>
    </w:p>
    <w:p>
      <w:pPr>
        <w:jc w:val="right"/>
      </w:pPr>
      <w:r>
        <w:t>خود پڑھیے خود کو رائے بنائیے۔ میں اس پر کوئی Remark نہیں دوں گا۔ اوکے So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