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Paradise August 18, 2013</w:t>
      </w:r>
    </w:p>
    <w:p>
      <w:r>
        <w:t>https://youtu.be/v7eX25YAjDU</w:t>
      </w:r>
    </w:p>
    <w:p>
      <w:r>
        <w:rPr>
          <w:b/>
        </w:rPr>
        <w:t xml:space="preserve">[00:14] </w:t>
      </w:r>
      <w:r>
        <w:t>Bismillah hir rahman nir rahim. wa sallallahu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wahlul uqdatan min lisani, yafqahu qawli.</w:t>
      </w:r>
    </w:p>
    <w:p>
      <w:pPr>
        <w:jc w:val="right"/>
      </w:pPr>
      <w:r>
        <w:t>واحل العقدۃ من لسانی، یفقہ قولی۔</w:t>
      </w:r>
    </w:p>
    <w:p>
      <w:r>
        <w:rPr>
          <w:b/>
        </w:rPr>
        <w:t xml:space="preserve">[00:39] </w:t>
      </w:r>
      <w:r>
        <w:t>aaj ka topic hai: insaan aur jannat. Man and Paradise.</w:t>
      </w:r>
    </w:p>
    <w:p>
      <w:pPr>
        <w:jc w:val="right"/>
      </w:pPr>
      <w:r>
        <w:t>آج کا ٹاپک ہے: انسان اور جنت۔ Man and Paradise۔</w:t>
      </w:r>
    </w:p>
    <w:p>
      <w:r>
        <w:rPr>
          <w:b/>
        </w:rPr>
        <w:t xml:space="preserve">[00:54] </w:t>
      </w:r>
      <w:r>
        <w:t>sab se pehle ek baat mein kehna chahta hoon, woh yeh hai ke sachai ki jo discovery hai,</w:t>
      </w:r>
    </w:p>
    <w:p>
      <w:pPr>
        <w:jc w:val="right"/>
      </w:pPr>
      <w:r>
        <w:t>سب سے پہلے ایک بات میں کہنا چاہتا ہوں، وہ یہ ہے کہ سچائی کی جو ڈسکوری ہے،</w:t>
      </w:r>
    </w:p>
    <w:p>
      <w:r>
        <w:rPr>
          <w:b/>
        </w:rPr>
        <w:t xml:space="preserve">[01:06] </w:t>
      </w:r>
      <w:r>
        <w:t>is ka raaz kya hai?</w:t>
      </w:r>
    </w:p>
    <w:p>
      <w:pPr>
        <w:jc w:val="right"/>
      </w:pPr>
      <w:r>
        <w:t>اس کا راز کیا ہے؟</w:t>
      </w:r>
    </w:p>
    <w:p>
      <w:r>
        <w:rPr>
          <w:b/>
        </w:rPr>
        <w:t xml:space="preserve">[01:09] </w:t>
      </w:r>
      <w:r>
        <w:t>sachai kisi ko milti hai to kaise milti hai?</w:t>
      </w:r>
    </w:p>
    <w:p>
      <w:pPr>
        <w:jc w:val="right"/>
      </w:pPr>
      <w:r>
        <w:t>سچائی کسی کو ملتی ہے تو کیسے ملتی ہے؟</w:t>
      </w:r>
    </w:p>
    <w:p>
      <w:r>
        <w:rPr>
          <w:b/>
        </w:rPr>
        <w:t xml:space="preserve">[01:18] </w:t>
      </w:r>
      <w:r>
        <w:t>yani yeh bohat hi bara sawal hai kyunke beshumar log aaye aur duniya mein jiye aur mar gaye, aur sachai un ko nahi mili.</w:t>
      </w:r>
    </w:p>
    <w:p>
      <w:pPr>
        <w:jc w:val="right"/>
      </w:pPr>
      <w:r>
        <w:t>یعنی یہ بہت ہی بڑا سوال ہے کیونکہ بے شمار لوگ آئے اور دنیا میں جیے اور مر گئے، اور سچائی ان کو نہیں ملی۔</w:t>
      </w:r>
    </w:p>
    <w:p>
      <w:r>
        <w:rPr>
          <w:b/>
        </w:rPr>
        <w:t xml:space="preserve">[01:33] </w:t>
      </w:r>
      <w:r>
        <w:t>sachai ka matlab hai zindagi ki aisi ideology jis ko aap ki zindagi ko mani khez bana sakay.</w:t>
      </w:r>
    </w:p>
    <w:p>
      <w:pPr>
        <w:jc w:val="right"/>
      </w:pPr>
      <w:r>
        <w:t>سچائی کا مطلب ہے زندگی کی ایسی آئیڈیالوجی جس کو آپ کی زندگی کو معنی خیز بنا سکے۔</w:t>
      </w:r>
    </w:p>
    <w:p>
      <w:r>
        <w:rPr>
          <w:b/>
        </w:rPr>
        <w:t xml:space="preserve">[01:43] </w:t>
      </w:r>
      <w:r>
        <w:t>wohi sachai hai.</w:t>
      </w:r>
    </w:p>
    <w:p>
      <w:pPr>
        <w:jc w:val="right"/>
      </w:pPr>
      <w:r>
        <w:t>وہی سچائی ہے۔</w:t>
      </w:r>
    </w:p>
    <w:p>
      <w:r>
        <w:rPr>
          <w:b/>
        </w:rPr>
        <w:t xml:space="preserve">[01:47] </w:t>
      </w:r>
      <w:r>
        <w:t>yani woh sachai, woh haqeeqat jo aap ki zindagi ko abadi tor par khoobsurat bana sakay, wohi sachai hai.</w:t>
      </w:r>
    </w:p>
    <w:p>
      <w:pPr>
        <w:jc w:val="right"/>
      </w:pPr>
      <w:r>
        <w:t>یعنی وہ سچائی، وہ حقیقت جو آپ کی زندگی کو ابدی طور پر خوبصورت بنا سکے، وہی سچائی ہے۔</w:t>
      </w:r>
    </w:p>
    <w:p>
      <w:r>
        <w:rPr>
          <w:b/>
        </w:rPr>
        <w:t xml:space="preserve">[02:00] </w:t>
      </w:r>
      <w:r>
        <w:t>to log, beshumar log aaye duniya mein aur chalay gaye, aur unhon ne ideology of life ko nahi jaan paya. is ka is ka sabab kya hai?</w:t>
      </w:r>
    </w:p>
    <w:p>
      <w:pPr>
        <w:jc w:val="right"/>
      </w:pPr>
      <w:r>
        <w:t>تو لوگ، بے شمار لوگ آئے دنیا میں اور چلے گئے، اور انہوں نے آئیڈیالوجی آف لائف کو نہیں جان پایا۔ اس کا اس کا سبب کیا ہے؟</w:t>
      </w:r>
    </w:p>
    <w:p>
      <w:r>
        <w:rPr>
          <w:b/>
        </w:rPr>
        <w:t xml:space="preserve">[02:14] </w:t>
      </w:r>
      <w:r>
        <w:t>is ka sabab mere nazdeek yeh hai</w:t>
      </w:r>
    </w:p>
    <w:p>
      <w:pPr>
        <w:jc w:val="right"/>
      </w:pPr>
      <w:r>
        <w:t>اس کا سبب میرے نزدیک یہ ہے</w:t>
      </w:r>
    </w:p>
    <w:p>
      <w:r>
        <w:rPr>
          <w:b/>
        </w:rPr>
        <w:t xml:space="preserve">[02:21] </w:t>
      </w:r>
      <w:r>
        <w:t>ke logon ko aaghaz ka nuqta hi nahi mila.</w:t>
      </w:r>
    </w:p>
    <w:p>
      <w:pPr>
        <w:jc w:val="right"/>
      </w:pPr>
      <w:r>
        <w:t>کہ لوگوں کو آغاز کا نقطہ ہی نہیں ملا۔</w:t>
      </w:r>
    </w:p>
    <w:p>
      <w:r>
        <w:rPr>
          <w:b/>
        </w:rPr>
        <w:t xml:space="preserve">[02:27] </w:t>
      </w:r>
      <w:r>
        <w:t>aaghaz ka nuqta jo hai, woh hai ajz, be basi.</w:t>
      </w:r>
    </w:p>
    <w:p>
      <w:pPr>
        <w:jc w:val="right"/>
      </w:pPr>
      <w:r>
        <w:t>آغاز کا نقطہ جو ہے، وہ ہے عجز، بے بسی۔</w:t>
      </w:r>
    </w:p>
    <w:p>
      <w:r>
        <w:rPr>
          <w:b/>
        </w:rPr>
        <w:t xml:space="preserve">[02:35] </w:t>
      </w:r>
      <w:r>
        <w:t>agar aap apne ajz ko daryaft kar sakain, tab aap sachai ko daryaft kar sakain ge, warna nahi.</w:t>
      </w:r>
    </w:p>
    <w:p>
      <w:pPr>
        <w:jc w:val="right"/>
      </w:pPr>
      <w:r>
        <w:t>اگر آپ اپنے عجز کو دریافت کر سکیں، تب آپ سچائی کو دریافت کر سکیں گے، ورنہ نہیں۔</w:t>
      </w:r>
    </w:p>
    <w:p>
      <w:r>
        <w:rPr>
          <w:b/>
        </w:rPr>
        <w:t xml:space="preserve">[02:46] </w:t>
      </w:r>
      <w:r>
        <w:t>yehi baat thi jo quran ki jo pehli surah utri thi, us mein batai gayi:</w:t>
      </w:r>
    </w:p>
    <w:p>
      <w:pPr>
        <w:jc w:val="right"/>
      </w:pPr>
      <w:r>
        <w:t>یہی بات تھی جو قرآن کی جو پہلی سورہ اتری تھی، اس میں بتائی گئی:</w:t>
      </w:r>
    </w:p>
    <w:p>
      <w:r>
        <w:rPr>
          <w:b/>
        </w:rPr>
        <w:t xml:space="preserve">[02:54] </w:t>
      </w:r>
      <w:r>
        <w:t>iqra bismi rabbika allazi khalaq, khalaqa al-insana min alaq, iqra wa rabbuka al-akram, allazi allama bil qalam, allama al-insana ma lam ya'lam dekhen, yeh jo hai ayat: allama al-insana ma lam ya'lam is mein bohat bari baat batai gayi hai.</w:t>
      </w:r>
    </w:p>
    <w:p>
      <w:pPr>
        <w:jc w:val="right"/>
      </w:pPr>
      <w:r>
        <w:t>اقرأ باسم ربك الذي خلق، خلق الإنسان من علق، اقرأ وربك الأكرم، الذي علم بالقلم، علم الإنسان ما لم يعلم دیکھیں، یہ جو ہے آیت: علم الإنسان ما لم يعلم اس میں بہت بڑی بات بتائی گئی ہے۔</w:t>
      </w:r>
    </w:p>
    <w:p>
      <w:r>
        <w:rPr>
          <w:b/>
        </w:rPr>
        <w:t xml:space="preserve">[03:18] </w:t>
      </w:r>
      <w:r>
        <w:t>aap ko jab apni la-ilmi ka idrak ho jaye, tab aap ko ilm hasil hota hai.</w:t>
      </w:r>
    </w:p>
    <w:p>
      <w:pPr>
        <w:jc w:val="right"/>
      </w:pPr>
      <w:r>
        <w:t>آپ کو جب اپنی لاعلمی کا ادراک ہو جائے، تب آپ کو علم حاصل ہوتا ہے۔</w:t>
      </w:r>
    </w:p>
    <w:p>
      <w:r>
        <w:rPr>
          <w:b/>
        </w:rPr>
        <w:t xml:space="preserve">[03:28] </w:t>
      </w:r>
      <w:r>
        <w:t>jab tak aap ko apni la-ilmi ka idrak na ho, us waqt aap ko ilm hasil nahi hoga. allama al-insana ma lam ya'lam ka tarjuma to yeh hai ke insan ko batai woh baat jis ko woh nahi janta tha.</w:t>
      </w:r>
    </w:p>
    <w:p>
      <w:pPr>
        <w:jc w:val="right"/>
      </w:pPr>
      <w:r>
        <w:t>جب تک آپ کو اپنی لاعلمی کا ادراک نہ ہو، اس وقت آپ کو علم حاصل نہیں ہوگا۔ علم الإنسان ما لم يعلم کا ترجمہ تو یہ ہے کہ انسان کو بتائی وہ بات جس کو وہ نہیں جانتا تھا۔</w:t>
      </w:r>
    </w:p>
    <w:p>
      <w:r>
        <w:rPr>
          <w:b/>
        </w:rPr>
        <w:t xml:space="preserve">[03:45] </w:t>
      </w:r>
      <w:r>
        <w:t>to is ayat mein mujhe ek bohat bari baat milti hai. woh yeh hai ke jab tak aap ke andar ehsas-e-la-ilmi na ho, jab tak aap "I don't know" ka idrak na kar sakain, tab tak "I know" tak aap nahi pohanchte.</w:t>
      </w:r>
    </w:p>
    <w:p>
      <w:pPr>
        <w:jc w:val="right"/>
      </w:pPr>
      <w:r>
        <w:t>تو اس آیت میں مجھے ایک بہت بڑی بات ملتی ہے۔ وہ یہ ہے کہ جب تک آپ کے اندر احساس لاعلمی نہ ہو، جب تک آپ "I don't know" کا ادراک نہ کر سکیں، تب تک "I know" تک آپ نہیں پہنچتے۔</w:t>
      </w:r>
    </w:p>
    <w:p>
      <w:r>
        <w:rPr>
          <w:b/>
        </w:rPr>
        <w:t xml:space="preserve">[04:10] </w:t>
      </w:r>
      <w:r>
        <w:t>aur Allah taala ka yeh ajeeb muamla hai ke is tarah Allah taala ne banaya hai insan ke muamle ko, har lamha us ko apne ajz ka ehsas hota hai,</w:t>
      </w:r>
    </w:p>
    <w:p>
      <w:pPr>
        <w:jc w:val="right"/>
      </w:pPr>
      <w:r>
        <w:t>اور اللہ تعالیٰ کا یہ عجیب معاملہ ہے کہ اس طرح اللہ تعالیٰ نے بنایا ہے انسان کے معاملے کو، ہر لمحہ اس کو اپنے عجز کا احساس ہوتا ہے،</w:t>
      </w:r>
    </w:p>
    <w:p>
      <w:r>
        <w:rPr>
          <w:b/>
        </w:rPr>
        <w:t xml:space="preserve">[04:21] </w:t>
      </w:r>
      <w:r>
        <w:t>agarche insan be khabar rehta hai.</w:t>
      </w:r>
    </w:p>
    <w:p>
      <w:pPr>
        <w:jc w:val="right"/>
      </w:pPr>
      <w:r>
        <w:t>اگرچہ انسان بے خبر رہتا ہے۔</w:t>
      </w:r>
    </w:p>
    <w:p>
      <w:r>
        <w:rPr>
          <w:b/>
        </w:rPr>
        <w:t xml:space="preserve">[04:27] </w:t>
      </w:r>
      <w:r>
        <w:t>jaise kal aisa hua</w:t>
      </w:r>
    </w:p>
    <w:p>
      <w:pPr>
        <w:jc w:val="right"/>
      </w:pPr>
      <w:r>
        <w:t>جیسے کل ایسا ہوا</w:t>
      </w:r>
    </w:p>
    <w:p>
      <w:r>
        <w:rPr>
          <w:b/>
        </w:rPr>
        <w:t xml:space="preserve">[04:32] </w:t>
      </w:r>
      <w:r>
        <w:t>ke khana khate hue meri zuban daant ke neeche aa gayi. kabhi aisa hota hai aur zuban mein takleef mehsoos hone lagi.</w:t>
      </w:r>
    </w:p>
    <w:p>
      <w:pPr>
        <w:jc w:val="right"/>
      </w:pPr>
      <w:r>
        <w:t>کہ کھانا کھاتے ہوئے میری زبان دانت کے نیچے آ گئی۔ کبھی ایسا ہوتا ہے اور زبان میں تکلیف محسوس ہونے لگی۔</w:t>
      </w:r>
    </w:p>
    <w:p>
      <w:r>
        <w:rPr>
          <w:b/>
        </w:rPr>
        <w:t xml:space="preserve">[04:48] </w:t>
      </w:r>
      <w:r>
        <w:t>to maine socha ke kaisa ajeeb hai insan ka muamla. aadmi khud apni zuban ko apne daant se bacha nahi sakta.</w:t>
      </w:r>
    </w:p>
    <w:p>
      <w:pPr>
        <w:jc w:val="right"/>
      </w:pPr>
      <w:r>
        <w:t>تو میں نے سوچا کہ کیسا عجیب ہے انسان کا معاملہ۔ آدمی خود اپنی زبان کو اپنے دانت سے بچا نہیں سکتا۔</w:t>
      </w:r>
    </w:p>
    <w:p>
      <w:r>
        <w:rPr>
          <w:b/>
        </w:rPr>
        <w:t xml:space="preserve">[05:00] </w:t>
      </w:r>
      <w:r>
        <w:t>zuban bhi meri hai, daant bhi mera hai, lekin main apni zuban ko khud apne daant se nahi bacha bacha sakta.</w:t>
      </w:r>
    </w:p>
    <w:p>
      <w:pPr>
        <w:jc w:val="right"/>
      </w:pPr>
      <w:r>
        <w:t>زبان بھی میری ہے، دانت بھی میرا ہے، لیکن میں اپنی زبان کو خود اپنے دانت سے نہیں بچا بچا سکتا۔</w:t>
      </w:r>
    </w:p>
    <w:p>
      <w:r>
        <w:rPr>
          <w:b/>
        </w:rPr>
        <w:t xml:space="preserve">[05:10] </w:t>
      </w:r>
      <w:r>
        <w:t>yeh hai ajz ka muamla.</w:t>
      </w:r>
    </w:p>
    <w:p>
      <w:pPr>
        <w:jc w:val="right"/>
      </w:pPr>
      <w:r>
        <w:t>یہ ہے عجز کا معاملہ۔</w:t>
      </w:r>
    </w:p>
    <w:p>
      <w:r>
        <w:rPr>
          <w:b/>
        </w:rPr>
        <w:t xml:space="preserve">[05:16] </w:t>
      </w:r>
      <w:r>
        <w:t>to ajz ko jab aap daryaft karte hain, tab aap ka aaghaz hota hai sachai ke rastay mein safar ki.</w:t>
      </w:r>
    </w:p>
    <w:p>
      <w:pPr>
        <w:jc w:val="right"/>
      </w:pPr>
      <w:r>
        <w:t>تو عجز کو جب آپ دریافت کرتے ہیں، تب آپ کا آغاز ہوتا ہے سچائی کے راستے میں سفر کی۔</w:t>
      </w:r>
    </w:p>
    <w:p>
      <w:r>
        <w:rPr>
          <w:b/>
        </w:rPr>
        <w:t xml:space="preserve">[05:27] </w:t>
      </w:r>
      <w:r>
        <w:t>warna safar shuru nahi hota. yeh baat mujhe aik hawale mein zyada wazeh hui. aaj ke mauzu ko le kar mein soch raha tha quran ki surat ut teen ke baray mein, jis ka bab number 95 hai.</w:t>
      </w:r>
    </w:p>
    <w:p>
      <w:pPr>
        <w:jc w:val="right"/>
      </w:pPr>
      <w:r>
        <w:t>ورنہ سفر شروع نہیں ہوتا۔ یہ بات مجھے ایک حوالہ میں زیادہ واضح ہوئی۔ آج کے موضوع کو لے کر میں سوچ رہا تھا قرآن کی سورۃ التین کے بارے میں، جس کا باب نمبر 95 ہے۔</w:t>
      </w:r>
    </w:p>
    <w:p>
      <w:r>
        <w:rPr>
          <w:b/>
        </w:rPr>
        <w:t xml:space="preserve">[05:48] </w:t>
      </w:r>
      <w:r>
        <w:t>is mein aap jante hain ke yeh alfaaz hain: ke wa zaitoon wa toor-e-seeneen wa hadha-l-balad-il-ameen. laqad khalaqna-l-insana fi ahsani taqweem. thumma radadna-hu asfala safileen. yani is mein teen aur zaitoon ki aur بلد امین ki qasam khai gayi hai.</w:t>
      </w:r>
    </w:p>
    <w:p>
      <w:pPr>
        <w:jc w:val="right"/>
      </w:pPr>
      <w:r>
        <w:t>اس میں آپ جانتے ہیں کہ یہ الفاظ ہیں: کہ وَتِّينَ وَالزَّيْتُونِ وَتُورِ السَّيْنِينِ وَهَذَا الْبَلَدِ الْأَمِينِ لَقَدْ خَلَقَ الْإِنْسَانَ فِيْهَا سِنَةَ التَّقْوِيمِ ثُمَّ رَدَّ اللَّهُ عَلَى الصَّافِرِينَ یعنی اس میں تین اور زیتون کی اور بلد امین کی قسم کھائی گئی ہے۔</w:t>
      </w:r>
    </w:p>
    <w:p>
      <w:r>
        <w:rPr>
          <w:b/>
        </w:rPr>
        <w:t xml:space="preserve">[06:13] </w:t>
      </w:r>
      <w:r>
        <w:t>qasam ke mani hain gawah thahraya gaya hai.</w:t>
      </w:r>
    </w:p>
    <w:p>
      <w:pPr>
        <w:jc w:val="right"/>
      </w:pPr>
      <w:r>
        <w:t>قسم کے معنی ہیں گواہ ٹھہرایا گیا ہے۔</w:t>
      </w:r>
    </w:p>
    <w:p>
      <w:r>
        <w:rPr>
          <w:b/>
        </w:rPr>
        <w:t xml:space="preserve">[06:17] </w:t>
      </w:r>
      <w:r>
        <w:t>yani is ka tarjuma yeh hoga</w:t>
      </w:r>
    </w:p>
    <w:p>
      <w:pPr>
        <w:jc w:val="right"/>
      </w:pPr>
      <w:r>
        <w:t>یعنی اس کا ترجمہ یہ ہوگا</w:t>
      </w:r>
    </w:p>
    <w:p>
      <w:r>
        <w:rPr>
          <w:b/>
        </w:rPr>
        <w:t xml:space="preserve">[06:24] </w:t>
      </w:r>
      <w:r>
        <w:t>ke teen gawah hai, zaitoon gawah hai, aur yeh shehar gawah hai</w:t>
      </w:r>
    </w:p>
    <w:p>
      <w:pPr>
        <w:jc w:val="right"/>
      </w:pPr>
      <w:r>
        <w:t>کہ انجیل گواہ ہے، زیتون گواہ ہے، اور یہ شہر گواہ ہے</w:t>
      </w:r>
    </w:p>
    <w:p>
      <w:r>
        <w:rPr>
          <w:b/>
        </w:rPr>
        <w:t xml:space="preserve">[06:35] </w:t>
      </w:r>
      <w:r>
        <w:t>ke Allah ne paida kiya insan ko behtareen saakht ke sath, phir is ko daal diya bohat hi nichlay tabqay mein.</w:t>
      </w:r>
    </w:p>
    <w:p>
      <w:pPr>
        <w:jc w:val="right"/>
      </w:pPr>
      <w:r>
        <w:t>کہ اللہ نے پیدا کیا انسان کو بہترین ساخت کے ساتھ، پھر اس کو ڈال دیا بہت ہی نچلے طبقے میں۔</w:t>
      </w:r>
    </w:p>
    <w:p>
      <w:r>
        <w:rPr>
          <w:b/>
        </w:rPr>
        <w:t xml:space="preserve">[06:52] </w:t>
      </w:r>
      <w:r>
        <w:t>We have created man in the best of bold, then we cast him down at the lowest of the low.</w:t>
      </w:r>
    </w:p>
    <w:p>
      <w:pPr>
        <w:jc w:val="right"/>
      </w:pPr>
      <w:r>
        <w:t>We have created man in the best of bold, then we cast him down at the lowest of the low.</w:t>
      </w:r>
    </w:p>
    <w:p>
      <w:r>
        <w:rPr>
          <w:b/>
        </w:rPr>
        <w:t xml:space="preserve">[07:08] </w:t>
      </w:r>
      <w:r>
        <w:t>to is ke baray mein mein kuch arz karunga. pehle mein aik aap ko aik qissa batata hoon.</w:t>
      </w:r>
    </w:p>
    <w:p>
      <w:pPr>
        <w:jc w:val="right"/>
      </w:pPr>
      <w:r>
        <w:t>تو اس کے بارے میں میں کچھ عرض کروں گا۔ پہلے میں ایک آپ کو ایک قصہ بتاتا ہوں۔</w:t>
      </w:r>
    </w:p>
    <w:p>
      <w:r>
        <w:rPr>
          <w:b/>
        </w:rPr>
        <w:t xml:space="preserve">[07:17] </w:t>
      </w:r>
      <w:r>
        <w:t>kamal ataturk, jo turkey ke mashhoor leader thay, unhon ne quran ko parha to is ayat ko le kar ke un ka zehn atak gaya.</w:t>
      </w:r>
    </w:p>
    <w:p>
      <w:pPr>
        <w:jc w:val="right"/>
      </w:pPr>
      <w:r>
        <w:t>کمال تاتر، جو ترکی کے مشہور لیڈر تھے، انہوں نے قرآن کو پڑھا تو اس آیت کو لے کر کے ان کا ذہن اٹک گیا۔</w:t>
      </w:r>
    </w:p>
    <w:p>
      <w:r>
        <w:rPr>
          <w:b/>
        </w:rPr>
        <w:t xml:space="preserve">[07:30] </w:t>
      </w:r>
      <w:r>
        <w:t>unhon ne is ko ridicule kiya ke aisa quran kya guide karega mujh ko jis mein teen aur zaitoon ka zikr ho, teen aur zaitoon ka charcha ho.</w:t>
      </w:r>
    </w:p>
    <w:p>
      <w:pPr>
        <w:jc w:val="right"/>
      </w:pPr>
      <w:r>
        <w:t>انہوں نے اس کو ریڈیکول کیا کہ ایسا قرآن کیا گائیڈ کرے گا مجھ کو جس میں تین اور زیتون کا ذکر ہو، تین اور زیتون کے کا چرچا ہو۔</w:t>
      </w:r>
    </w:p>
    <w:p>
      <w:r>
        <w:rPr>
          <w:b/>
        </w:rPr>
        <w:t xml:space="preserve">[07:43] </w:t>
      </w:r>
      <w:r>
        <w:t>is mein kya guidance milegi mujh ko?</w:t>
      </w:r>
    </w:p>
    <w:p>
      <w:pPr>
        <w:jc w:val="right"/>
      </w:pPr>
      <w:r>
        <w:t>اس میں کیا گائیڈنس ملے گی مجھ کو؟</w:t>
      </w:r>
    </w:p>
    <w:p>
      <w:r>
        <w:rPr>
          <w:b/>
        </w:rPr>
        <w:t xml:space="preserve">[07:47] </w:t>
      </w:r>
      <w:r>
        <w:t>dekhen, unhon ne woh jee rahe thay is ehsas mein ke "I know", is liye is mein daryaft nahi kar sake ke is mein kya baat hai.</w:t>
      </w:r>
    </w:p>
    <w:p>
      <w:pPr>
        <w:jc w:val="right"/>
      </w:pPr>
      <w:r>
        <w:t>دیکھیں، انہوں نے وہ جی رہے تھے اس احساس میں کہ "I know"، اس لیے اس میں دریافت نہیں کر سکے کہ اس میں کیا بات ہے۔</w:t>
      </w:r>
    </w:p>
    <w:p>
      <w:r>
        <w:rPr>
          <w:b/>
        </w:rPr>
        <w:t xml:space="preserve">[07:59] </w:t>
      </w:r>
      <w:r>
        <w:t>daryaft nahi kar sake.</w:t>
      </w:r>
    </w:p>
    <w:p>
      <w:pPr>
        <w:jc w:val="right"/>
      </w:pPr>
      <w:r>
        <w:t>دریافت نہیں کر سکے۔</w:t>
      </w:r>
    </w:p>
    <w:p>
      <w:r>
        <w:rPr>
          <w:b/>
        </w:rPr>
        <w:t xml:space="preserve">[08:03] </w:t>
      </w:r>
      <w:r>
        <w:t>mein abhi arz karunga ke teen aur zaitoon se kya murad hai, lekin mein aik aur baat arz karna chahta</w:t>
      </w:r>
    </w:p>
    <w:p>
      <w:pPr>
        <w:jc w:val="right"/>
      </w:pPr>
      <w:r>
        <w:t>میں ابھی عرض کروں گا کہ تین اور زیتون سے کیا مراد ہے، لیکن میں ایک اور بات عرض کرنا چاہتا</w:t>
      </w:r>
    </w:p>
    <w:p>
      <w:r>
        <w:rPr>
          <w:b/>
        </w:rPr>
        <w:t xml:space="preserve">[08:10] </w:t>
      </w:r>
      <w:r>
        <w:t>hoon is waqt. agar woh sahi maano mein sincere hotay, agar woh apne ajz ko jante, agar woh jante ke mein banda hoon aur quran Allah ka kalam hai,</w:t>
      </w:r>
    </w:p>
    <w:p>
      <w:pPr>
        <w:jc w:val="right"/>
      </w:pPr>
      <w:r>
        <w:t>ہوں اس وقت۔ اگر وہ صحیح معنوں میں سنسیر ہوتے، اگر وہ اپنے عجز کو جانتے، اگر وہ جانتے کہ میں بندہ ہوں اور قرآن اللہ کا کلام ہے،</w:t>
      </w:r>
    </w:p>
    <w:p>
      <w:r>
        <w:rPr>
          <w:b/>
        </w:rPr>
        <w:t xml:space="preserve">[08:25] </w:t>
      </w:r>
      <w:r>
        <w:t>to is ke parhte parhte parhte is mein aik bohat bari baat woh daryaft kar letay khud apne baray mein.</w:t>
      </w:r>
    </w:p>
    <w:p>
      <w:pPr>
        <w:jc w:val="right"/>
      </w:pPr>
      <w:r>
        <w:t>تو اس کے پڑھتے پڑھتے پڑھتے اس میں ایک بہت بڑی بات وہ دریافت کر لیتے خود اپنے بارے میں۔</w:t>
      </w:r>
    </w:p>
    <w:p>
      <w:r>
        <w:rPr>
          <w:b/>
        </w:rPr>
        <w:t xml:space="preserve">[08:34] </w:t>
      </w:r>
      <w:r>
        <w:t>dekhen, kamal ataturk bohat hi top ke leader thay turkey ke.</w:t>
      </w:r>
    </w:p>
    <w:p>
      <w:pPr>
        <w:jc w:val="right"/>
      </w:pPr>
      <w:r>
        <w:t>دیکھیں، کمال تاتر بہت ہی ٹاپ کے لیڈر تھے ترکی کے۔</w:t>
      </w:r>
    </w:p>
    <w:p>
      <w:r>
        <w:rPr>
          <w:b/>
        </w:rPr>
        <w:t xml:space="preserve">[08:43] </w:t>
      </w:r>
      <w:r>
        <w:t>unhon ne wahan bohat inqilabi kaam kiya, lekin aap jante hain ke woh sirf 57 ki umar mein mar gaye, 57 saal, 1938 mein.</w:t>
      </w:r>
    </w:p>
    <w:p>
      <w:pPr>
        <w:jc w:val="right"/>
      </w:pPr>
      <w:r>
        <w:t>انہوں نے وہاں بہت انقلابی کام کیا، لیکن آپ جانتے ہیں کہ وہ صرف 57 کی عمر میں مر گئے، 57 سال، 1938 میں۔</w:t>
      </w:r>
    </w:p>
    <w:p>
      <w:r>
        <w:rPr>
          <w:b/>
        </w:rPr>
        <w:t xml:space="preserve">[09:02] </w:t>
      </w:r>
      <w:r>
        <w:t>1938 mein woh 57 saal ki umar mein, 57 ki umar mein mar gaye. yani itni kam umri mein, abhi un ka mission adhoora tha.</w:t>
      </w:r>
    </w:p>
    <w:p>
      <w:pPr>
        <w:jc w:val="right"/>
      </w:pPr>
      <w:r>
        <w:t>1938 میں وہ 57 سال کی عمر میں، 57 کی عمر میں مر گئے۔ یعنی اتنی کم عمری میں، ابھی ان کا مشن ادھورا تھا۔</w:t>
      </w:r>
    </w:p>
    <w:p>
      <w:r>
        <w:rPr>
          <w:b/>
        </w:rPr>
        <w:t xml:space="preserve">[09:13] </w:t>
      </w:r>
      <w:r>
        <w:t>woh jo kuch chahte thay, woh turkey ko westernize karna chahte thay, abhi woh kar nahi paye thay aur 57 saal ki umar mein mar gaye.</w:t>
      </w:r>
    </w:p>
    <w:p>
      <w:pPr>
        <w:jc w:val="right"/>
      </w:pPr>
      <w:r>
        <w:t>وہ جو کچھ چاہتے تھے، وہ ترکی کو ویسٹرنائز کرنا چاہتے تھے، ابھی وہ کر نہیں پائے تھے اور 57 سال کی عمر میں مر گئے۔</w:t>
      </w:r>
    </w:p>
    <w:p>
      <w:r>
        <w:rPr>
          <w:b/>
        </w:rPr>
        <w:t xml:space="preserve">[09:24] </w:t>
      </w:r>
      <w:r>
        <w:t>aap un ki biography ko parhiye, aakhri paanch saalon mein woh bohat hi zyada beemar ho gaye thay.</w:t>
      </w:r>
    </w:p>
    <w:p>
      <w:pPr>
        <w:jc w:val="right"/>
      </w:pPr>
      <w:r>
        <w:t>آپ ان کی بائیوگرافی کو پڑھیے، آخری پانچ سالوں میں وہ بہت ہی زیادہ بیمار ہو گئے تھے۔</w:t>
      </w:r>
    </w:p>
    <w:p>
      <w:r>
        <w:rPr>
          <w:b/>
        </w:rPr>
        <w:t xml:space="preserve">[09:32] </w:t>
      </w:r>
      <w:r>
        <w:t>is mein alfaaz hain: "serious illness". serious illness, bohat zyada bimari mein mubtala rahay aakhri paanch saalon mein aur sirf 57 saal mein mar gaye.</w:t>
      </w:r>
    </w:p>
    <w:p>
      <w:pPr>
        <w:jc w:val="right"/>
      </w:pPr>
      <w:r>
        <w:t>اس میں الفاظ ہیں: "سیریس النس"۔ سیریس النس، بہت زیادہ بیماری میں مبتلا رہے آخری پانچ سالوں میں اور صرف 57 سال میں مر گئے۔</w:t>
      </w:r>
    </w:p>
    <w:p>
      <w:r>
        <w:rPr>
          <w:b/>
        </w:rPr>
        <w:t xml:space="preserve">[09:45] </w:t>
      </w:r>
      <w:r>
        <w:t>kyun aisa hua?</w:t>
      </w:r>
    </w:p>
    <w:p>
      <w:pPr>
        <w:jc w:val="right"/>
      </w:pPr>
      <w:r>
        <w:t>کیوں ایسا ہوا؟</w:t>
      </w:r>
    </w:p>
    <w:p>
      <w:r>
        <w:rPr>
          <w:b/>
        </w:rPr>
        <w:t xml:space="preserve">[09:51] </w:t>
      </w:r>
      <w:r>
        <w:t>woh sharab peenay lagay thay aur bohat stress mein rehtay thay kyunke unhon ne aik aisa kaam apne zimme le liya tha jo that was beyond his capacity poore turkey ko modernize karna, us ki history ko badalna, us ke culture ko badalna.</w:t>
      </w:r>
    </w:p>
    <w:p>
      <w:pPr>
        <w:jc w:val="right"/>
      </w:pPr>
      <w:r>
        <w:t>وہ شراب پینے لگے تھے اور بہت اسٹریس میں رہتے تھے کیونکہ انہوں نے ایک ایسا کام اپنے ذمے لے لیا تھا جو that was beyond his capacity پورے ترکی کو ماڈرنائز کرنا، اس کی ہسٹری کو بدلنا، اس کے کلچر کو بدلنا۔</w:t>
      </w:r>
    </w:p>
    <w:p>
      <w:r>
        <w:rPr>
          <w:b/>
        </w:rPr>
        <w:t xml:space="preserve">[10:14] </w:t>
      </w:r>
      <w:r>
        <w:t>to unhon ne sharab peena shuru kar diya aur bohat zyada sharab peetay</w:t>
      </w:r>
    </w:p>
    <w:p>
      <w:pPr>
        <w:jc w:val="right"/>
      </w:pPr>
      <w:r>
        <w:t>تو انہوں نے شراب پینا شروع کر دیا اور بہت زیادہ شراب پیتے</w:t>
      </w:r>
    </w:p>
    <w:p>
      <w:r>
        <w:rPr>
          <w:b/>
        </w:rPr>
        <w:t xml:space="preserve">[10:18] </w:t>
      </w:r>
      <w:r>
        <w:t>the. to temporary tor par, aarzi tor par, woh samajhte hain ke mujhe aik relief mil gaya, mera tension jo hai khatam ho gaya waqti tor par. lekin aap jante hain ke sharab jo hai aadmi ke liver ko bohat damage kar deti hai aur liver ka function zindagi mein itna zyada hai ke aik so function hain liver ke aap ki body mein.</w:t>
      </w:r>
    </w:p>
    <w:p>
      <w:pPr>
        <w:jc w:val="right"/>
      </w:pPr>
      <w:r>
        <w:t>تھے۔ تو ٹیمپریری طور پر، عارضی طور پر، وہ سمجھتے ہیں کہ مجھے ایک ریلیف مل گیا، میرا ٹینشن جو ہے ختم ہو گیا وقتی طور پر۔ لیکن آپ جانتے ہیں کہ شراب جو ہے آدمی کے لیور کو بہت ڈیمج کر دیتی ہے اور لیور کا فنکشن زندگی میں اتنا زیادہ ہے کہ ایک سو فنکشن ہیں لیور کے آپ کی باڈی میں۔</w:t>
      </w:r>
    </w:p>
    <w:p>
      <w:r>
        <w:rPr>
          <w:b/>
        </w:rPr>
        <w:t xml:space="preserve">[10:44] </w:t>
      </w:r>
      <w:r>
        <w:t>bohat bara function hai liver ka. to un ki health bilkul tabah ho gayi aur is mein lafz maine parha to excessive drinking, excessive drinking reason tha un ke liver ke kharab hone ka.</w:t>
      </w:r>
    </w:p>
    <w:p>
      <w:pPr>
        <w:jc w:val="right"/>
      </w:pPr>
      <w:r>
        <w:t>بہت بڑا فنکشن ہے لیور کا۔ تو ان کی ہیلتھ بالکل تباہ ہو گئی اور اس میں لفظ میں نے پڑھا تو ایکسیسو ڈرنکنگ، ایکسیسو ڈرنکنگ ریزن تھا ان کے لیور کے خراب ہونے کا۔</w:t>
      </w:r>
    </w:p>
    <w:p>
      <w:r>
        <w:rPr>
          <w:b/>
        </w:rPr>
        <w:t xml:space="preserve">[11:01] </w:t>
      </w:r>
      <w:r>
        <w:t>bohat peete the sharab.</w:t>
      </w:r>
    </w:p>
    <w:p>
      <w:pPr>
        <w:jc w:val="right"/>
      </w:pPr>
      <w:r>
        <w:t>بہت پیتے تھے شراب۔</w:t>
      </w:r>
    </w:p>
    <w:p>
      <w:r>
        <w:rPr>
          <w:b/>
        </w:rPr>
        <w:t xml:space="preserve">[11:03] </w:t>
      </w:r>
      <w:r>
        <w:t>to agar woh Quran ko parhte to Quran ki jo Surah number do hai, Al-Baqarah, us ki ayat number 219 mein zikr hai sharab ka.</w:t>
      </w:r>
    </w:p>
    <w:p>
      <w:pPr>
        <w:jc w:val="right"/>
      </w:pPr>
      <w:r>
        <w:t>تو اگر وہ قرآن کو پڑھتے تو قرآن کی جو سورہ نمبر دو ہے، البقرہ، اس کی آیت نمبر 219 میں ذکر ہے شراب کا۔</w:t>
      </w:r>
    </w:p>
    <w:p>
      <w:r>
        <w:rPr>
          <w:b/>
        </w:rPr>
        <w:t xml:space="preserve">[11:19] </w:t>
      </w:r>
      <w:r>
        <w:t>is mein yeh alfaaz hain ke ismuhu akbaru min nafehima ismuhu akbaru min nafehima</w:t>
      </w:r>
    </w:p>
    <w:p>
      <w:pPr>
        <w:jc w:val="right"/>
      </w:pPr>
      <w:r>
        <w:t>اس میں یہ الفاظ ہیں کہ اسمہ اکبر من نفعما اسمہ اکبر من نفعما</w:t>
      </w:r>
    </w:p>
    <w:p>
      <w:r>
        <w:rPr>
          <w:b/>
        </w:rPr>
        <w:t xml:space="preserve">[11:30] </w:t>
      </w:r>
      <w:r>
        <w:t>yani sharab ka nuqsan is se zyada hai jitna ke tum is mein faida samajhte ho. bazahir jo faida hai, is se bohat zyada is ka nuqsan hai.</w:t>
      </w:r>
    </w:p>
    <w:p>
      <w:pPr>
        <w:jc w:val="right"/>
      </w:pPr>
      <w:r>
        <w:t>یعنی شراب کا نقصان اس سے زیادہ ہے جتنا کہ تم اس میں فائدہ سمجھتے ہو۔ بظاہر جو فائدہ ہے، اس سے بہت زیادہ اس کا نقصان ہے۔</w:t>
      </w:r>
    </w:p>
    <w:p>
      <w:r>
        <w:rPr>
          <w:b/>
        </w:rPr>
        <w:t xml:space="preserve">[11:44] </w:t>
      </w:r>
      <w:r>
        <w:t>is aik ayat mein woh apne masle ka hal pa lete hain ke temporary tor par mujhe jo thora sa zaroor zaroor milta hai, woh to mere mere aik aik body ke aik bohat bare organ ko damage kar raha hai.</w:t>
      </w:r>
    </w:p>
    <w:p>
      <w:pPr>
        <w:jc w:val="right"/>
      </w:pPr>
      <w:r>
        <w:t>اس ایک آیت میں وہ اپنے مسئلے کا حل پا لیتے ہیں کہ ٹیمپریری طور پر مجھے جو تھوڑا سا ضرور ضرور ملتا ہے، وہ تو میرے میرے ایک ایک باڈی کے ایک بہت بڑے ارگن کو ڈیمج کر رہا ہے۔</w:t>
      </w:r>
    </w:p>
    <w:p>
      <w:r>
        <w:rPr>
          <w:b/>
        </w:rPr>
        <w:t xml:space="preserve">[12:01] </w:t>
      </w:r>
      <w:r>
        <w:t>mere body ka aik aik organ jo meri body ke liye bohat hi important hai, us ko damage kar raha hai aur main bohat kam umri mein mar jaunga. to woh jante hain is baat ko.</w:t>
      </w:r>
    </w:p>
    <w:p>
      <w:pPr>
        <w:jc w:val="right"/>
      </w:pPr>
      <w:r>
        <w:t>میرے باڈی کا ایک ایک ارگن جو میری باڈی کے لیے بہت ہی امپورٹنٹ ہے، اس کو ڈیمج کر رہا ہے اور میں بہت کم عمری میں مر جاؤں گا۔ تو وہ جانتے ہیں اس بات کو۔</w:t>
      </w:r>
    </w:p>
    <w:p>
      <w:r>
        <w:rPr>
          <w:b/>
        </w:rPr>
        <w:t xml:space="preserve">[12:14] </w:t>
      </w:r>
      <w:r>
        <w:t>agar Quran ko woh parhte sincerely, Quran ko guide book ke tor par parhte, Quran se woh learning hasil karne ki niyat se parhte to un ko yeh raaz milta hai, raaz-e-hayat</w:t>
      </w:r>
    </w:p>
    <w:p>
      <w:pPr>
        <w:jc w:val="right"/>
      </w:pPr>
      <w:r>
        <w:t>اگر قرآن کو وہ پڑھتے سنسیرلی، قرآن کو گائیڈ بک کے طور پر پڑھتے، قرآن سے وہ لرننگ حاصل کرنے کی نیت سے پڑھتے تو ان کو یہ راز ملتا ہے، راز حیات</w:t>
      </w:r>
    </w:p>
    <w:p>
      <w:r>
        <w:rPr>
          <w:b/>
        </w:rPr>
        <w:t xml:space="preserve">[12:33] </w:t>
      </w:r>
      <w:r>
        <w:t>ke tum ko jo tension hai, is ka doosra tareeqa tha, koi healthy tareeqa nikalo,</w:t>
      </w:r>
    </w:p>
    <w:p>
      <w:pPr>
        <w:jc w:val="right"/>
      </w:pPr>
      <w:r>
        <w:t>کہ تم کو جو ٹینشن ہے، اس کا دوسرا طریقہ تھا، کوئی ہیلدی طریقہ نکالو،</w:t>
      </w:r>
    </w:p>
    <w:p>
      <w:r>
        <w:rPr>
          <w:b/>
        </w:rPr>
        <w:t xml:space="preserve">[12:38] </w:t>
      </w:r>
      <w:r>
        <w:t>sharab nahi. kyunke sharab mein tum ko bazahir jo faida nazar aata hai, is se bohat zyada is ke andar nuqsan hai.</w:t>
      </w:r>
    </w:p>
    <w:p>
      <w:pPr>
        <w:jc w:val="right"/>
      </w:pPr>
      <w:r>
        <w:t>شراب نہیں۔ کیونکہ شراب میں تم کو بظاہر جو فائدہ نظر آتا ہے، اس سے بہت زیادہ اس کے اندر نقصان ہے۔</w:t>
      </w:r>
    </w:p>
    <w:p>
      <w:r>
        <w:rPr>
          <w:b/>
        </w:rPr>
        <w:t xml:space="preserve">[12:49] </w:t>
      </w:r>
      <w:r>
        <w:t>isi ko main keh raha hoon ke jab tak aap apne ajz ko daryaft na karein, apni helplessness, helplessness, helplessness ko, tab tak aap ko sachai ka asar nahi milta.</w:t>
      </w:r>
    </w:p>
    <w:p>
      <w:pPr>
        <w:jc w:val="right"/>
      </w:pPr>
      <w:r>
        <w:t>اسی کو میں کہہ رہا ہوں کہ جب تک آپ اپنے عجز کو دریافت نہ کریں، اپنی ہیلپلیس، ہیلپلیس، ہیلپلیسنس کو، تب تک آپ کو سچائی کا اثر نہیں ملتا۔</w:t>
      </w:r>
    </w:p>
    <w:p>
      <w:r>
        <w:rPr>
          <w:b/>
        </w:rPr>
        <w:t xml:space="preserve">[13:02] </w:t>
      </w:r>
      <w:r>
        <w:t>alamal insanu ma lam yalam</w:t>
      </w:r>
    </w:p>
    <w:p>
      <w:pPr>
        <w:jc w:val="right"/>
      </w:pPr>
      <w:r>
        <w:t>علم الإنسان ما لم يعلم</w:t>
      </w:r>
    </w:p>
    <w:p>
      <w:r>
        <w:rPr>
          <w:b/>
        </w:rPr>
        <w:t xml:space="preserve">[13:06] </w:t>
      </w:r>
      <w:r>
        <w:t>pehlay yeh daryaft kijiye ke main be-ilm hoon, ilm wala to sirf Allah hai. tab aap ka safar shuru hoga, tab aap ko sachai milegi, tab aap haqeeqat ko discover kar paenge.</w:t>
      </w:r>
    </w:p>
    <w:p>
      <w:pPr>
        <w:jc w:val="right"/>
      </w:pPr>
      <w:r>
        <w:t>پہلے یہ دریافت کیجئے کہ میں بے علم ہوں، علم والا تو صرف اللہ ہے۔ تب آپ کا سفر شروع ہوگا، تب آپ کو سچائی ملے گی، تب آپ حقیقت کا کو ڈسکور کر پائیں گے۔</w:t>
      </w:r>
    </w:p>
    <w:p>
      <w:r>
        <w:rPr>
          <w:b/>
        </w:rPr>
        <w:t xml:space="preserve">[13:27] </w:t>
      </w:r>
      <w:r>
        <w:t>ab lijiye is ayat ko, Surah At-Teen ko</w:t>
      </w:r>
    </w:p>
    <w:p>
      <w:pPr>
        <w:jc w:val="right"/>
      </w:pPr>
      <w:r>
        <w:t>اب لیجئے اس آیت کو، سورہ التین کو</w:t>
      </w:r>
    </w:p>
    <w:p>
      <w:r>
        <w:rPr>
          <w:b/>
        </w:rPr>
        <w:t xml:space="preserve">[13:34] </w:t>
      </w:r>
      <w:r>
        <w:t>. is ayat mein jo yeh baat hai ke gawah hai teen aur zaitoon aur toor-e-seeneen ke insaan ko hum ne bohat neeche paida kiya, insaan ko behtareen saakht par, us ko bohat nichle tabqe mein daal diya.</w:t>
      </w:r>
    </w:p>
    <w:p>
      <w:pPr>
        <w:jc w:val="right"/>
      </w:pPr>
      <w:r>
        <w:t>۔ اس آیت میں جو یہ بات ہے کہ گواہ ہے تین اور زیتون اور طور سینین کہ انسان کو ہم نے بہت نیچے پیدا کیا، انسان کو بہترین ساخت پر، اس کو بہت نچلے طبقے میں ڈال دیا۔</w:t>
      </w:r>
    </w:p>
    <w:p>
      <w:r>
        <w:rPr>
          <w:b/>
        </w:rPr>
        <w:t xml:space="preserve">[13:49] </w:t>
      </w:r>
      <w:r>
        <w:t>yeh baat abhi tak tafseer wazeh nahi ke kya matlab hai is ka.</w:t>
      </w:r>
    </w:p>
    <w:p>
      <w:pPr>
        <w:jc w:val="right"/>
      </w:pPr>
      <w:r>
        <w:t>یہ بات ابھی تک تفسیر واضح نہیں کہ کیا مطلب ہے اس کا۔</w:t>
      </w:r>
    </w:p>
    <w:p>
      <w:r>
        <w:rPr>
          <w:b/>
        </w:rPr>
        <w:t xml:space="preserve">[13:56] </w:t>
      </w:r>
      <w:r>
        <w:t>lekin jaisa ke maine aap ko is se pehle aik hadith sunai thi ke la turqadi azabahu ke Quran ke maani khatam nahi honge, unfold hote rahenge.</w:t>
      </w:r>
    </w:p>
    <w:p>
      <w:pPr>
        <w:jc w:val="right"/>
      </w:pPr>
      <w:r>
        <w:t>لیکن جیسا کہ میں نے آپ کو اس سے پہلے ایک حدیث سنائی تھی کہ لا ترقدی عذابہ کہ قرآن کے معنی ختم نہیں ہوں گے، ان فولڈ ہوتے رہیں گے۔</w:t>
      </w:r>
    </w:p>
    <w:p>
      <w:r>
        <w:rPr>
          <w:b/>
        </w:rPr>
        <w:t xml:space="preserve">[14:09] </w:t>
      </w:r>
      <w:r>
        <w:t>dekhein, yeh hadith jo hai saada baat nahi hai.</w:t>
      </w:r>
    </w:p>
    <w:p>
      <w:pPr>
        <w:jc w:val="right"/>
      </w:pPr>
      <w:r>
        <w:t>دیکھیں، یہ حدیث جو ہے سادہ بات نہیں ہے۔</w:t>
      </w:r>
    </w:p>
    <w:p>
      <w:r>
        <w:rPr>
          <w:b/>
        </w:rPr>
        <w:t xml:space="preserve">[14:14] </w:t>
      </w:r>
      <w:r>
        <w:t>kyunke aap apne framework mein is Quran ko parh paate hain. framework mein is ayat ka, is hadith ka matlab yeh hai ke framework barhta rahega insaan ka.</w:t>
      </w:r>
    </w:p>
    <w:p>
      <w:pPr>
        <w:jc w:val="right"/>
      </w:pPr>
      <w:r>
        <w:t>کیونکہ آپ اپنے فریم ورک میں اس قرآن کو پڑھ پاتے ہیں۔ فریم ورک میں اس آیت کا، اس حدیث کا مطلب یہ ہے کہ فریم ورک بڑھتا رہے گا انسان کا۔</w:t>
      </w:r>
    </w:p>
    <w:p>
      <w:r>
        <w:rPr>
          <w:b/>
        </w:rPr>
        <w:t xml:space="preserve">[14:28] </w:t>
      </w:r>
      <w:r>
        <w:t>insaan ka framework barhta raha gaya, is ka knowledge barhti rahegi.</w:t>
      </w:r>
    </w:p>
    <w:p>
      <w:pPr>
        <w:jc w:val="right"/>
      </w:pPr>
      <w:r>
        <w:t>انسان کا فریم ورک بڑھتا رہا گیا، اس کا نالج بڑھتی رہے گی۔</w:t>
      </w:r>
    </w:p>
    <w:p>
      <w:r>
        <w:rPr>
          <w:b/>
        </w:rPr>
        <w:t xml:space="preserve">[14:35] </w:t>
      </w:r>
      <w:r>
        <w:t>is bana par woh Quran ke maani mein jo jo pehle nahi samajh paaya tha insaan, woh khulta rahega aadmi ke upar.</w:t>
      </w:r>
    </w:p>
    <w:p>
      <w:pPr>
        <w:jc w:val="right"/>
      </w:pPr>
      <w:r>
        <w:t>اس بنا پر وہ قرآن کے معنی میں جو جو پہلے نہیں سمجھ پایا تھا انسان، وہ کھلتا رہے گا آدمی کے اوپر۔</w:t>
      </w:r>
    </w:p>
    <w:p>
      <w:r>
        <w:rPr>
          <w:b/>
        </w:rPr>
        <w:t xml:space="preserve">[14:47] </w:t>
      </w:r>
      <w:r>
        <w:t>naye framework, nayi maloomat, naya data, yeh sab samne aate rahenge to naye naye maani is ke khulte rahenge.</w:t>
      </w:r>
    </w:p>
    <w:p>
      <w:pPr>
        <w:jc w:val="right"/>
      </w:pPr>
      <w:r>
        <w:t>نئے فریم ورک، نئی معلومات، نیا ڈیٹا، یہ سب سامنے آتے رہیں گے تو نئے نئے معنی اس کے کھلتے رہیں گے۔</w:t>
      </w:r>
    </w:p>
    <w:p>
      <w:r>
        <w:rPr>
          <w:b/>
        </w:rPr>
        <w:t xml:space="preserve">[14:58] </w:t>
      </w:r>
      <w:r>
        <w:t>kyunke Quran aise hasti ka kalam hai jo ghaib tak ko janta hai, woh mustaqbil ko janta hai.</w:t>
      </w:r>
    </w:p>
    <w:p>
      <w:pPr>
        <w:jc w:val="right"/>
      </w:pPr>
      <w:r>
        <w:t>کیونکہ قرآن ایسے ہستی کا کلام ہے جو غیب تک کو جانتا ہے، وہ مستقبل کو جانتا ہے۔</w:t>
      </w:r>
    </w:p>
    <w:p>
      <w:r>
        <w:rPr>
          <w:b/>
        </w:rPr>
        <w:t xml:space="preserve">[15:05] </w:t>
      </w:r>
      <w:r>
        <w:t>woh saatvi sadi isi mein utra, lekin is ka is ka ilm agli tamam sadiyon tak phaila hua hai. to us ko cover kar raha hai.</w:t>
      </w:r>
    </w:p>
    <w:p>
      <w:pPr>
        <w:jc w:val="right"/>
      </w:pPr>
      <w:r>
        <w:t>وہ ساتویں صدی اسی میں اترا، لیکن اس کا اس کا علم اگلی تمام صدیوں تک پھیلا ہوا ہے۔ تو اس کو کور کر رہا ہے۔</w:t>
      </w:r>
    </w:p>
    <w:p>
      <w:r>
        <w:rPr>
          <w:b/>
        </w:rPr>
        <w:t xml:space="preserve">[15:14] </w:t>
      </w:r>
      <w:r>
        <w:t>woh jab ab mustaqbil ki baaton ko cover kar raha hai to us ko is waqt aap samajh payenge poori tarike se jab mustaqbil ka framework aap ko haasil ho jayega.</w:t>
      </w:r>
    </w:p>
    <w:p>
      <w:pPr>
        <w:jc w:val="right"/>
      </w:pPr>
      <w:r>
        <w:t>وہ جب اب مستقبل کی باتوں کو کور کر رہا ہے تو اس کو اس وقت آپ سمجھ پائیں گے پوری طریقے سے جب مستقبل کا فریم ورک آپ کو حاصل ہو جائے گا۔</w:t>
      </w:r>
    </w:p>
    <w:p>
      <w:r>
        <w:rPr>
          <w:b/>
        </w:rPr>
        <w:t xml:space="preserve">[15:26] </w:t>
      </w:r>
      <w:r>
        <w:t>tab samajh payenge. yeh matlab hai la turqadi azabahu</w:t>
      </w:r>
    </w:p>
    <w:p>
      <w:pPr>
        <w:jc w:val="right"/>
      </w:pPr>
      <w:r>
        <w:t>تب سمجھ پائیں گے۔ یہ مطلب ہے لا ترقدی عذابہ</w:t>
      </w:r>
    </w:p>
    <w:p>
      <w:r>
        <w:rPr>
          <w:b/>
        </w:rPr>
        <w:t xml:space="preserve">[15:33] </w:t>
      </w:r>
      <w:r>
        <w:t>ke is par ghor karte hue mere samne aaya ke yeh jo alfaaz hain, yeh haqeeqat mein hum symbolic sense mein is se murad hai hamara planet Earth, yeh zameen jo hamein di gayi hai,</w:t>
      </w:r>
    </w:p>
    <w:p>
      <w:pPr>
        <w:jc w:val="right"/>
      </w:pPr>
      <w:r>
        <w:t>کہ اس پر غور کرتے ہوئے میرے سامنے آیا کہ یہ جو الفاظ ہیں، یہ حقیقت میں ہم سمبولک سینس میں اس سے مراد ہے ہمارا پلینٹ ارتھ، یہ زمین جو ہمیں دی گئی ہے،</w:t>
      </w:r>
    </w:p>
    <w:p>
      <w:r>
        <w:rPr>
          <w:b/>
        </w:rPr>
        <w:t xml:space="preserve">[15:49] </w:t>
      </w:r>
      <w:r>
        <w:t>jahan phal hain, meway hain, ghalla hai, jahan sarsabz pahad hain, jahan daryayein hain, aur jahan shehar aabad hain,</w:t>
      </w:r>
    </w:p>
    <w:p>
      <w:pPr>
        <w:jc w:val="right"/>
      </w:pPr>
      <w:r>
        <w:t>جہاں پھل ہیں، میوے ہیں، غلہ ہے، جہاں سرسبز پہاڑ ہیں، جہاں دریائیں ہیں، اور جہاں شہر آباد ہیں،</w:t>
      </w:r>
    </w:p>
    <w:p>
      <w:r>
        <w:rPr>
          <w:b/>
        </w:rPr>
        <w:t xml:space="preserve">[16:04] </w:t>
      </w:r>
      <w:r>
        <w:t>jahan insaan socialist ki taameer karta hai. to yeh sab symbolic tor par is soorat e haal ko bata rahe hain ke aisi duniya mein insaan ko paida kiya Allah taala ne.</w:t>
      </w:r>
    </w:p>
    <w:p>
      <w:pPr>
        <w:jc w:val="right"/>
      </w:pPr>
      <w:r>
        <w:t>جہاں انسان سولائسٹ کی تعمیر کرتا ہے۔ تو یہ سب سمبولک طور پر اس صورتحال کو بتا رہے ہیں کہ ایسی دنیا میں انسان کو پیدا کیا اللہ تعالی نے۔</w:t>
      </w:r>
    </w:p>
    <w:p>
      <w:r>
        <w:rPr>
          <w:b/>
        </w:rPr>
        <w:t xml:space="preserve">[16:17] </w:t>
      </w:r>
      <w:r>
        <w:t>is ke bawajood is ko daal diya bohat hi nichle tabqe mein. ab yeh sawal hai ke nichle tabqe se murad kya hai? jab is ko paida kiya Allah taala ne, ek bohat hi unique qism ka planet diya.</w:t>
      </w:r>
    </w:p>
    <w:p>
      <w:pPr>
        <w:jc w:val="right"/>
      </w:pPr>
      <w:r>
        <w:t>اس کے باوجود اس کو ڈال دیا بہت ہی نچلے طبقے میں۔ اب یہ سوال ہے کہ نچلے طبقے سے مراد کیا ہے؟ جب اس کو پیدا کیا اللہ تعالی نے، ایک بہت ہی یونیک قسم کا پلینٹ دیا۔</w:t>
      </w:r>
    </w:p>
    <w:p>
      <w:r>
        <w:rPr>
          <w:b/>
        </w:rPr>
        <w:t xml:space="preserve">[16:32] </w:t>
      </w:r>
      <w:r>
        <w:t>zameen aap jante hain ke poori universe mein unique hai, exception hai. yahan par pani hai, yahan par sabza hai, yahan par life support system hai.</w:t>
      </w:r>
    </w:p>
    <w:p>
      <w:pPr>
        <w:jc w:val="right"/>
      </w:pPr>
      <w:r>
        <w:t>زمین آپ جانتے ہیں کہ پوری یونیورس میں یونیک ہے، ایکسیپشن ہے۔ یہاں پر پانی ہے، یہاں پر سبزہ ہے، یہاں پر لائف سپورٹ سسٹم ہے۔</w:t>
      </w:r>
    </w:p>
    <w:p>
      <w:r>
        <w:rPr>
          <w:b/>
        </w:rPr>
        <w:t xml:space="preserve">[16:43] </w:t>
      </w:r>
      <w:r>
        <w:t>phir bhi kyun aisa hai ke is ko nichle tabqe mein keh diya Allah taala ne?</w:t>
      </w:r>
    </w:p>
    <w:p>
      <w:pPr>
        <w:jc w:val="right"/>
      </w:pPr>
      <w:r>
        <w:t>پھر بھی کیوں ایسا ہے کہ اس کو نچلے طبقے میں کہہ دیا اللہ تعالی نے؟</w:t>
      </w:r>
    </w:p>
    <w:p>
      <w:r>
        <w:rPr>
          <w:b/>
        </w:rPr>
        <w:t xml:space="preserve">[16:51] </w:t>
      </w:r>
      <w:r>
        <w:t>yeh abhi qadeem zamane mein insaan is ko samajh nahi paya tha. aaj hamein, ab hamein yeh cheez khul chuki hai. woh yeh ke maujooda zamane mein bohat taraqqi hui, bohat taraqqi hui.</w:t>
      </w:r>
    </w:p>
    <w:p>
      <w:pPr>
        <w:jc w:val="right"/>
      </w:pPr>
      <w:r>
        <w:t>یہ ابھی قدیم زمانے میں انسان اس کو سمجھ نہیں پایا تھا۔ آج ہمیں، اب ہمیں یہ چیز کھل چکی ہے۔ وہ یہ کہ موجودہ زمانے میں بہت ترقی ہوئی، بہت ترقی ہوئی۔</w:t>
      </w:r>
    </w:p>
    <w:p>
      <w:r>
        <w:rPr>
          <w:b/>
        </w:rPr>
        <w:t xml:space="preserve">[17:06] </w:t>
      </w:r>
      <w:r>
        <w:t>pehlay zamane mein sirf kisi khandan ka ek ek aadmi badshah ban sakta tha. ab to har aadmi badshahi ka khwab dekhta hai kyunke democracy hai.</w:t>
      </w:r>
    </w:p>
    <w:p>
      <w:pPr>
        <w:jc w:val="right"/>
      </w:pPr>
      <w:r>
        <w:t>پہلے زمانے میں صرف کسی خاندان کا ایک ایک آدمی بادشاہ بن سکتا تھا۔ اب تو ہر آدمی بادشاہی کا خواب دیکھتا ہے کیونکہ ڈیموکریسی ہے۔</w:t>
      </w:r>
    </w:p>
    <w:p>
      <w:r>
        <w:rPr>
          <w:b/>
        </w:rPr>
        <w:t xml:space="preserve">[17:17] </w:t>
      </w:r>
      <w:r>
        <w:t>ab har aadmi ke paas paisa hai, har aadmi ke paas bare bare shandar makaan hain, har aadmi ke paas car hai, har aadmi hawa jahaz mein sawari karta hai.</w:t>
      </w:r>
    </w:p>
    <w:p>
      <w:pPr>
        <w:jc w:val="right"/>
      </w:pPr>
      <w:r>
        <w:t>اب ہر آدمی کے پاس پیسہ ہے، ہر آدمی کے پاس بڑے بڑے شاندار مکان ہیں، ہر آدمی کے پاس کار ہے، ہر آدمی ہوا جہاز میں سواری کرتا ہے۔</w:t>
      </w:r>
    </w:p>
    <w:p>
      <w:r>
        <w:rPr>
          <w:b/>
        </w:rPr>
        <w:t xml:space="preserve">[17:28] </w:t>
      </w:r>
      <w:r>
        <w:t>to itna zyada samaan e hayat mila insaan ko maujooda zamane mein. lekin is ke bawajood kya hai? khushi nahi mili is ko.</w:t>
      </w:r>
    </w:p>
    <w:p>
      <w:pPr>
        <w:jc w:val="right"/>
      </w:pPr>
      <w:r>
        <w:t>تو اتنا زیادہ سامان حیات ملا انسان کو موجودہ زمانے میں۔ لیکن اس کے باوجود کیا ہے؟ خوشی نہیں ملی اس کو۔</w:t>
      </w:r>
    </w:p>
    <w:p>
      <w:r>
        <w:rPr>
          <w:b/>
        </w:rPr>
        <w:t xml:space="preserve">[17:40] </w:t>
      </w:r>
      <w:r>
        <w:t>Bertrand Russell ki ek kitaab hai, is ka naam "Happiness". is mein batata hai ke happiness is duniya mein unachievable hai.</w:t>
      </w:r>
    </w:p>
    <w:p>
      <w:pPr>
        <w:jc w:val="right"/>
      </w:pPr>
      <w:r>
        <w:t>بارٹن رسل کی ایک کتاب ہے، اس کا نام "ہیپینس"۔ اس میں بتاتا ہے کہ ہیپینس اس دنیا میں ان اچیویبل ہے۔</w:t>
      </w:r>
    </w:p>
    <w:p>
      <w:r>
        <w:rPr>
          <w:b/>
        </w:rPr>
        <w:t xml:space="preserve">[17:50] </w:t>
      </w:r>
      <w:r>
        <w:t>jabke woh khud Nobel Prize winner tha, woh is ke paas kisi cheez ki kami nahi thi. lekin woh kehta hai ke happiness is duniya mein achievable hai nahi.</w:t>
      </w:r>
    </w:p>
    <w:p>
      <w:pPr>
        <w:jc w:val="right"/>
      </w:pPr>
      <w:r>
        <w:t>جبکہ وہ خود نوبل پرائز ونر تھا، وہ اس کے پاس کسی چیز کی کمی نہیں تھی۔ لیکن وہ کہتا ہے کہ ہیپینس اس دنیا میں اچیویبل ہے نہیں۔</w:t>
      </w:r>
    </w:p>
    <w:p>
      <w:r>
        <w:rPr>
          <w:b/>
        </w:rPr>
        <w:t xml:space="preserve">[18:05] </w:t>
      </w:r>
      <w:r>
        <w:t>to is is surah mein, yani surah number 95 mein, ek bohat badi baat kahi gayi hai ke insaan ko yeh sochna chahiye ke tujh ko behtareen body diya gaya, tujh ko behtareen planet diya gaya,</w:t>
      </w:r>
    </w:p>
    <w:p>
      <w:pPr>
        <w:jc w:val="right"/>
      </w:pPr>
      <w:r>
        <w:t>تو اس اس سورہ میں، یعنی سورہ نمبر 95 میں، ایک بہت بڑی بات کہی گئی ہے کہ انسان کو یہ سوچنا چاہیے کہ تجھ کو بہترین باڈی دیا گیا، تجھ کو بہترین پلینٹ دیا گیا،</w:t>
      </w:r>
    </w:p>
    <w:p>
      <w:r>
        <w:rPr>
          <w:b/>
        </w:rPr>
        <w:t xml:space="preserve">[18:21] </w:t>
      </w:r>
      <w:r>
        <w:t>tujh ko behtareen life support system diya gaya. yeh sara samaan e hayat tum ko diya gaya. phir bhi kya wajah hai ke tum sad rehte ho?</w:t>
      </w:r>
    </w:p>
    <w:p>
      <w:pPr>
        <w:jc w:val="right"/>
      </w:pPr>
      <w:r>
        <w:t>تجھ کو بہترین لائف سپورٹ سسٹم دیا گیا۔ یہ سارا سامان حیات تم کو دیا گیا۔ پھر بھی کیا وجہ ہے کہ تم سیڈ رہتے ہو؟</w:t>
      </w:r>
    </w:p>
    <w:p>
      <w:r>
        <w:rPr>
          <w:b/>
        </w:rPr>
        <w:t xml:space="preserve">[18:31] </w:t>
      </w:r>
      <w:r>
        <w:t>aap kisi bhi duniya ke kisi bhi insaan ko life ko padhiye,</w:t>
      </w:r>
    </w:p>
    <w:p>
      <w:pPr>
        <w:jc w:val="right"/>
      </w:pPr>
      <w:r>
        <w:t>آپ کسی بھی دنیا کے کسی بھی انسان کو لائف کو پڑھیے،</w:t>
      </w:r>
    </w:p>
    <w:p>
      <w:r>
        <w:rPr>
          <w:b/>
        </w:rPr>
        <w:t xml:space="preserve">[18:37] </w:t>
      </w:r>
      <w:r>
        <w:t>political leader ko, kisi millati aadmi ko, kisi jo yani fame ke world of fame mein jis ko bara darja mila hua ho, yani kisi bhi aitbaar se jo bare bare darje paye hue hain, un ki life ko padhiye.</w:t>
      </w:r>
    </w:p>
    <w:p>
      <w:pPr>
        <w:jc w:val="right"/>
      </w:pPr>
      <w:r>
        <w:t>پولیٹیکل لیڈر کو، کسی ملتی آدمی کو، کسی جو یعنی فیم کے ورلڈ آف فیم میں جس کو بڑا درجہ ملا ہوا ہو، یعنی کسی بھی اعتبار سے جو بڑے بڑے درجے پائے ہوئے ہیں، ان کی لائف کو پڑھیے۔</w:t>
      </w:r>
    </w:p>
    <w:p>
      <w:r>
        <w:rPr>
          <w:b/>
        </w:rPr>
        <w:t xml:space="preserve">[18:51] </w:t>
      </w:r>
      <w:r>
        <w:t>sab ki life chupi hui hai. har ek ke bare mein aap payenge ke sab aakhir mein frustration mein mare, un koi khushiyon mein nahi mara.</w:t>
      </w:r>
    </w:p>
    <w:p>
      <w:pPr>
        <w:jc w:val="right"/>
      </w:pPr>
      <w:r>
        <w:t>سب کی لائف چھپی ہوئی ہے۔ ہر ایک کے بارے میں آپ پائیں گے کہ سب آخر میں فرسٹریشن میں مرے، ان کوئی خوشیوں میں نہیں مرا۔</w:t>
      </w:r>
    </w:p>
    <w:p>
      <w:r>
        <w:rPr>
          <w:b/>
        </w:rPr>
        <w:t xml:space="preserve">[19:07] </w:t>
      </w:r>
      <w:r>
        <w:t>koi bhi bara aadmi aisa nahi hai duniya mein jis ki khatma khushiyon par hua ho.</w:t>
      </w:r>
    </w:p>
    <w:p>
      <w:pPr>
        <w:jc w:val="right"/>
      </w:pPr>
      <w:r>
        <w:t>کوئی بھی بڑا آدمی ایسا نہیں ہے دنیا میں جس کی خاتمہ خوشیوں پر ہوا ہو۔</w:t>
      </w:r>
    </w:p>
    <w:p>
      <w:r>
        <w:rPr>
          <w:b/>
        </w:rPr>
        <w:t xml:space="preserve">[19:16] </w:t>
      </w:r>
      <w:r>
        <w:t>kyun aisa hai? yeh is ayat mein bataya hai, is surah mein bataya gaya hai</w:t>
      </w:r>
    </w:p>
    <w:p>
      <w:pPr>
        <w:jc w:val="right"/>
      </w:pPr>
      <w:r>
        <w:t>کیوں ایسا ہے؟ یہ اس آیت میں بتایا ہے، اس سورہ میں بتایا گیا ہے</w:t>
      </w:r>
    </w:p>
    <w:p>
      <w:r>
        <w:rPr>
          <w:b/>
        </w:rPr>
        <w:t xml:space="preserve">[19:24] </w:t>
      </w:r>
      <w:r>
        <w:t>ke aadmi soche, aadmi soche ke tum ko jo body diya gaya hai, unique body hai. sari kainaat mein kisi ke paas aisi</w:t>
      </w:r>
    </w:p>
    <w:p>
      <w:pPr>
        <w:jc w:val="right"/>
      </w:pPr>
      <w:r>
        <w:t>کہ آدمی سوچے، آدمی سوچے کہ تم کو جو باڈی دیا گیا ہے، یونیک باڈی ہے۔ ساری کائنات میں کسی کے پاس ایسی</w:t>
      </w:r>
    </w:p>
    <w:p>
      <w:r>
        <w:rPr>
          <w:b/>
        </w:rPr>
        <w:t xml:space="preserve">[19:34] </w:t>
      </w:r>
      <w:r>
        <w:t>body nahi hai. jaise mein bol raha hoon, aap sun rahe hain to duniya mein koi doosra nahi jo is tarah bole aur is tarah suna jaye. koi planet, koi star, koi hathi, koi sher, koi pahad, koi samandar.</w:t>
      </w:r>
    </w:p>
    <w:p>
      <w:pPr>
        <w:jc w:val="right"/>
      </w:pPr>
      <w:r>
        <w:t>باڈی نہیں ہے۔ جیسے میں بول رہا ہوں، آپ سن رہے ہیں تو دنیا میں کوئی دوسرا نہیں جو اس طرح بولے اور اس طرح سنا جائے۔ کوئی پلینٹ، کوئی اسٹار، کوئی ہاتھی، کوئی شیر، کوئی پہاڑ، کوئی سمندر۔</w:t>
      </w:r>
    </w:p>
    <w:p>
      <w:r>
        <w:rPr>
          <w:b/>
        </w:rPr>
        <w:t xml:space="preserve">[19:52] </w:t>
      </w:r>
      <w:r>
        <w:t>yani itni badi duniya mein itne saare item hain, itni saari cheezein hain, magar koi bhi do aise nahi hain jo aapas mein exchange kar saken</w:t>
      </w:r>
    </w:p>
    <w:p>
      <w:pPr>
        <w:jc w:val="right"/>
      </w:pPr>
      <w:r>
        <w:t>یعنی اتنی بڑی دنیا میں اتنے سارے آئٹم ہیں، اتنی ساری چیزیں ہیں، مگر کوئی بھی دو ایسے نہیں ہیں جو آپس میں ایکسچینج کر سکیں</w:t>
      </w:r>
    </w:p>
    <w:p>
      <w:r>
        <w:rPr>
          <w:b/>
        </w:rPr>
        <w:t xml:space="preserve">[20:04] </w:t>
      </w:r>
      <w:r>
        <w:t>ke woh bolen aur doosra sune. to kaisi ajeeb cheez hai! aisi beshumar salahiyatein insaan ko di gayi hain. to insaan ko aisa ajeeb ghareeb, unique qism ka wajood diya gaya aur bilkul unique qism ka planet Earth diya gaya, jo sari kainaat mein aisa planet koi nahi hai.</w:t>
      </w:r>
    </w:p>
    <w:p>
      <w:pPr>
        <w:jc w:val="right"/>
      </w:pPr>
      <w:r>
        <w:t>کہ وہ بولیں اور دوسرا سنے۔ تو کیسی عجیب چیز ہے! ایسی بے شمار صلاحیتیں انسان کو دی گئی ہیں۔ تو انسان کو ایسا عجیب غریب، یونیک قسم کا وجود دیا گیا اور بالکل یونیک قسم کا پلینٹ ارتھ دیا گیا، جو ساری کائنات میں ایسا پلینٹ کوئی نہیں ہے۔</w:t>
      </w:r>
    </w:p>
    <w:p>
      <w:r>
        <w:rPr>
          <w:b/>
        </w:rPr>
        <w:t xml:space="preserve">[20:28] </w:t>
      </w:r>
      <w:r>
        <w:t>hamari zameen par jo saman hai, waisa planet sari kainaat mein kahin nahin.</w:t>
      </w:r>
    </w:p>
    <w:p>
      <w:pPr>
        <w:jc w:val="right"/>
      </w:pPr>
      <w:r>
        <w:t>ہماری زمین پر جو سامان ہے، ویسا پلینٹ ساری کائنات میں کہیں نہیں۔</w:t>
      </w:r>
    </w:p>
    <w:p>
      <w:r>
        <w:rPr>
          <w:b/>
        </w:rPr>
        <w:t xml:space="preserve">[20:42] </w:t>
      </w:r>
      <w:r>
        <w:t>to isi ki taraf ishara hai is surah mein. teen aur zaitoon alamati tor par bata rahe hain ke zameen mein phal hai, ghalla hai, khane peene ki cheezein hain.</w:t>
      </w:r>
    </w:p>
    <w:p>
      <w:pPr>
        <w:jc w:val="right"/>
      </w:pPr>
      <w:r>
        <w:t>تو اسی کی طرف اشارہ ہے اس سورہ میں۔ تین اور زیتون علامتی طور پر بتا رہے ہیں کہ زمین میں پھل ہے، غلہ ہے، کھانے پینے کی چیزیں ہیں۔</w:t>
      </w:r>
    </w:p>
    <w:p>
      <w:r>
        <w:rPr>
          <w:b/>
        </w:rPr>
        <w:t xml:space="preserve">[20:56] </w:t>
      </w:r>
      <w:r>
        <w:t>toor seenain mein ishara hai ke zameen par sabz sabz pahad hain, darakht hain.</w:t>
      </w:r>
    </w:p>
    <w:p>
      <w:pPr>
        <w:jc w:val="right"/>
      </w:pPr>
      <w:r>
        <w:t>طور سینین میں اشارہ ہے کہ زمین پر سبز سبز پہاڑ ہیں، درخت ہیں۔</w:t>
      </w:r>
    </w:p>
    <w:p>
      <w:r>
        <w:rPr>
          <w:b/>
        </w:rPr>
        <w:t xml:space="preserve">[21:05] </w:t>
      </w:r>
      <w:r>
        <w:t>balad ameer mein ishara is baat ka hai ke zameen par insan civilization banata hai, yahan shehar basata hai, development karta hai</w:t>
      </w:r>
    </w:p>
    <w:p>
      <w:pPr>
        <w:jc w:val="right"/>
      </w:pPr>
      <w:r>
        <w:t>بلد امیر میں اشارہ اس بات کا ہے کہ زمین پر انسان سولائزیشن بناتا ہے، یہاں شہر بساتا ہے، ڈیولپمنٹ کرتا ہے</w:t>
      </w:r>
    </w:p>
    <w:p>
      <w:r>
        <w:rPr>
          <w:b/>
        </w:rPr>
        <w:t xml:space="preserve">[21:19] </w:t>
      </w:r>
      <w:r>
        <w:t>aur insan ko farmaya ke behtareen takhleeq ke sath paida kiya.</w:t>
      </w:r>
    </w:p>
    <w:p>
      <w:pPr>
        <w:jc w:val="right"/>
      </w:pPr>
      <w:r>
        <w:t>اور انسان کو فرمایا کہ بہترین تخلیق کے ساتھ پیدا کیا۔</w:t>
      </w:r>
    </w:p>
    <w:p>
      <w:r>
        <w:rPr>
          <w:b/>
        </w:rPr>
        <w:t xml:space="preserve">[21:25] </w:t>
      </w:r>
      <w:r>
        <w:t>phir is ke baad aisa hai ke is ko daal diya asal asal safarin mein. to kyun aisa hai? yeh insan soche ke sab kuch mere paas hai, phir bhi aisa kyun hai ke main sad hoon?</w:t>
      </w:r>
    </w:p>
    <w:p>
      <w:pPr>
        <w:jc w:val="right"/>
      </w:pPr>
      <w:r>
        <w:t>پھر اس کے بعد ایسا ہے کہ اس کو ڈال دیا اصل اصل سافرین میں۔ تو کیوں ایسا ہے؟ یہ انسان سوچے کہ سب کچھ میرے پاس ہے، پھر بھی ایسا کیوں ہے کہ میں سیڈ ہوں؟</w:t>
      </w:r>
    </w:p>
    <w:p>
      <w:r>
        <w:rPr>
          <w:b/>
        </w:rPr>
        <w:t xml:space="preserve">[21:39] </w:t>
      </w:r>
      <w:r>
        <w:t>kyun tension mein mein hoon? kyun stress mein mein hoon? kyun mein marta hoon? to frustration mein marta hoon.</w:t>
      </w:r>
    </w:p>
    <w:p>
      <w:pPr>
        <w:jc w:val="right"/>
      </w:pPr>
      <w:r>
        <w:t>کیوں ٹینشن میں میں ہوں؟ کیوں اسٹریس میں میں ہوں؟ کیوں میں مرتا ہوں؟ تو فرسٹریشن میں مرتا ہوں۔</w:t>
      </w:r>
    </w:p>
    <w:p>
      <w:r>
        <w:rPr>
          <w:b/>
        </w:rPr>
        <w:t xml:space="preserve">[21:48] </w:t>
      </w:r>
      <w:r>
        <w:t>puri puri tareekh isi ki hai. aap jante hain ke jo beshumar novelain hain, lekin sab se kamil novel woh hai jo tragedy hai.</w:t>
      </w:r>
    </w:p>
    <w:p>
      <w:pPr>
        <w:jc w:val="right"/>
      </w:pPr>
      <w:r>
        <w:t>پوری پوری تاریخ اسی کی ہے۔ آپ جانتے ہیں کہ جو بے شمار ناولیں ہیں، لیکن سب سے کامل ناول وہ ہے جو ٹریجڈی ہے۔</w:t>
      </w:r>
    </w:p>
    <w:p>
      <w:r>
        <w:rPr>
          <w:b/>
        </w:rPr>
        <w:t xml:space="preserve">[21:57] </w:t>
      </w:r>
      <w:r>
        <w:t>tragedy koi comedy dunya mein popular nahin hua jitna ke tragedy maqbool hoti hai. kyun? tragedy logon ko apne dil ki awaz lagti hai, comedy awaz nahin lagti.</w:t>
      </w:r>
    </w:p>
    <w:p>
      <w:pPr>
        <w:jc w:val="right"/>
      </w:pPr>
      <w:r>
        <w:t>ٹریجڈی کوئی کامیڈی دنیا میں پاپولر نہیں ہوا جتنا کہ ٹریجڈی مقبول ہوتی ہے۔ کیوں؟ ٹریجڈی لوگوں کو اپنے دل کی آواز لگتی ہے، کامیڈی آواز نہیں لگتی۔</w:t>
      </w:r>
    </w:p>
    <w:p>
      <w:r>
        <w:rPr>
          <w:b/>
        </w:rPr>
        <w:t xml:space="preserve">[22:12] </w:t>
      </w:r>
      <w:r>
        <w:t>ek tragic life jo guzar raha hai insan, to lagta hai ke yeh meri kahani hai. yeh</w:t>
      </w:r>
    </w:p>
    <w:p>
      <w:pPr>
        <w:jc w:val="right"/>
      </w:pPr>
      <w:r>
        <w:t>ایک ٹریجک لائف جو گزار رہا ہے انسان، تو لگتا ہے کہ یہ میری کہانی ہے۔ یہ</w:t>
      </w:r>
    </w:p>
    <w:p>
      <w:r>
        <w:rPr>
          <w:b/>
        </w:rPr>
        <w:t xml:space="preserve">[22:18] </w:t>
      </w:r>
      <w:r>
        <w:t>is liye tragedy zyada maqbool hoti hai.</w:t>
      </w:r>
    </w:p>
    <w:p>
      <w:pPr>
        <w:jc w:val="right"/>
      </w:pPr>
      <w:r>
        <w:t>اس لیے ٹریجڈی زیادہ مقبول ہوتی ہے۔</w:t>
      </w:r>
    </w:p>
    <w:p>
      <w:r>
        <w:rPr>
          <w:b/>
        </w:rPr>
        <w:t xml:space="preserve">[22:24] </w:t>
      </w:r>
      <w:r>
        <w:t>to yeh surah bata rahi hai ke aye insan, to soch soch kar daryaft kar is mamle ko, jis is contradiction ko samajh.</w:t>
      </w:r>
    </w:p>
    <w:p>
      <w:pPr>
        <w:jc w:val="right"/>
      </w:pPr>
      <w:r>
        <w:t>تو یہ سورہ بتا رہی ہے کہ اے انسان، تو سوچ سوچ کر دریافت کر اس معاملے کو، جس اس کنٹراڈکشن کو سمجھ۔</w:t>
      </w:r>
    </w:p>
    <w:p>
      <w:r>
        <w:rPr>
          <w:b/>
        </w:rPr>
        <w:t xml:space="preserve">[22:36] </w:t>
      </w:r>
      <w:r>
        <w:t>to woh farmaya ke illa allazeena aamano wa aamano al-saalihaat falajru min mannoon</w:t>
      </w:r>
    </w:p>
    <w:p>
      <w:pPr>
        <w:jc w:val="right"/>
      </w:pPr>
      <w:r>
        <w:t>تو وہ فرمایا کہ الا الذین آمنوا وآمنوا الصالحات فلو بجروا ممنون</w:t>
      </w:r>
    </w:p>
    <w:p>
      <w:r>
        <w:rPr>
          <w:b/>
        </w:rPr>
        <w:t xml:space="preserve">[22:45] </w:t>
      </w:r>
      <w:r>
        <w:t>yahan aamano ke maani hain marifat, discovery, yani siwa is in logon ke jo sachai ko ya haqeeqat ko discover karein aur us ke mutabiq apni zindagi ki taabeer karein.</w:t>
      </w:r>
    </w:p>
    <w:p>
      <w:pPr>
        <w:jc w:val="right"/>
      </w:pPr>
      <w:r>
        <w:t>یہاں آمنوا کے معنی ہیں معرفت، ڈسکوری، یعنی سوا اس ان لوگوں کے جو سچائی کو یا حقیقت کو ڈسکور کریں اور اس کے مطابق اپنی زندگی کی تعبیر کریں۔</w:t>
      </w:r>
    </w:p>
    <w:p>
      <w:r>
        <w:rPr>
          <w:b/>
        </w:rPr>
        <w:t xml:space="preserve">[23:01] </w:t>
      </w:r>
      <w:r>
        <w:t>to un ko milega ajr,</w:t>
      </w:r>
    </w:p>
    <w:p>
      <w:pPr>
        <w:jc w:val="right"/>
      </w:pPr>
      <w:r>
        <w:t>تو ان کو ملے گا اجر،</w:t>
      </w:r>
    </w:p>
    <w:p>
      <w:r>
        <w:rPr>
          <w:b/>
        </w:rPr>
        <w:t xml:space="preserve">[23:06] </w:t>
      </w:r>
      <w:r>
        <w:t>endless blessing milegi un ko.</w:t>
      </w:r>
    </w:p>
    <w:p>
      <w:pPr>
        <w:jc w:val="right"/>
      </w:pPr>
      <w:r>
        <w:t>اینڈ لیس بلیسنگ ملے گی ان کو۔</w:t>
      </w:r>
    </w:p>
    <w:p>
      <w:r>
        <w:rPr>
          <w:b/>
        </w:rPr>
        <w:t xml:space="preserve">[23:11] </w:t>
      </w:r>
      <w:r>
        <w:t>ab yeh sawal hai ke insan kyun sad hota hai? kyun is ko tension hota hai? kyun marta hai frustration mein?</w:t>
      </w:r>
    </w:p>
    <w:p>
      <w:pPr>
        <w:jc w:val="right"/>
      </w:pPr>
      <w:r>
        <w:t>اب یہ سوال ہے کہ انسان کیوں سیڈ ہوتا ہے؟ کیوں اس کو ٹینشن ہوتا ہے؟ کیوں مرتا ہے فرسٹریشن میں؟</w:t>
      </w:r>
    </w:p>
    <w:p>
      <w:r>
        <w:rPr>
          <w:b/>
        </w:rPr>
        <w:t xml:space="preserve">[23:23] </w:t>
      </w:r>
      <w:r>
        <w:t>is ka sabab yeh hai</w:t>
      </w:r>
    </w:p>
    <w:p>
      <w:pPr>
        <w:jc w:val="right"/>
      </w:pPr>
      <w:r>
        <w:t>اس کا سبب یہ ہے</w:t>
      </w:r>
    </w:p>
    <w:p>
      <w:r>
        <w:rPr>
          <w:b/>
        </w:rPr>
        <w:t xml:space="preserve">[23:28] </w:t>
      </w:r>
      <w:r>
        <w:t>ke jo kuch dunya mein hai, woh is se kam hai jo insan chahta hai.</w:t>
      </w:r>
    </w:p>
    <w:p>
      <w:pPr>
        <w:jc w:val="right"/>
      </w:pPr>
      <w:r>
        <w:t>کہ جو کچھ دنیا میں ہے، وہ اس سے کم ہے جو انسان چاہتا ہے۔</w:t>
      </w:r>
    </w:p>
    <w:p>
      <w:r>
        <w:rPr>
          <w:b/>
        </w:rPr>
        <w:t xml:space="preserve">[23:38] </w:t>
      </w:r>
      <w:r>
        <w:t>jo kuch dunya mein hai, woh is se kam hai bohat zyada jo insan chahta hai.</w:t>
      </w:r>
    </w:p>
    <w:p>
      <w:pPr>
        <w:jc w:val="right"/>
      </w:pPr>
      <w:r>
        <w:t>جو کچھ دنیا میں ہے، وہ اس سے کم ہے بہت زیادہ جو انسان چاہتا ہے۔</w:t>
      </w:r>
    </w:p>
    <w:p>
      <w:r>
        <w:rPr>
          <w:b/>
        </w:rPr>
        <w:t xml:space="preserve">[23:45] </w:t>
      </w:r>
      <w:r>
        <w:t>insan ke jo salahiyatein hain, mislan meri aankh jo scene dekhna chahti hai, woh is dunya mein mujhe nahin milta.</w:t>
      </w:r>
    </w:p>
    <w:p>
      <w:pPr>
        <w:jc w:val="right"/>
      </w:pPr>
      <w:r>
        <w:t>انسان کے جو صلاحیتیں ہیں، مثلاً میری آنکھ جو سین دیکھنا چاہتی ہے، وہ اس دنیا میں مجھے نہیں ملتا۔</w:t>
      </w:r>
    </w:p>
    <w:p>
      <w:r>
        <w:rPr>
          <w:b/>
        </w:rPr>
        <w:t xml:space="preserve">[23:58] </w:t>
      </w:r>
      <w:r>
        <w:t>har scene is se kam hai jo mera aankh ko dekhna chahti hai.</w:t>
      </w:r>
    </w:p>
    <w:p>
      <w:pPr>
        <w:jc w:val="right"/>
      </w:pPr>
      <w:r>
        <w:t>ہر سین اس سے کم ہے جو میرا آنکھ کو دیکھنا چاہتی ہے۔</w:t>
      </w:r>
    </w:p>
    <w:p>
      <w:r>
        <w:rPr>
          <w:b/>
        </w:rPr>
        <w:t xml:space="preserve">[24:03] </w:t>
      </w:r>
      <w:r>
        <w:t>mera aankh yeh isi tarah se hai, mera kaan. mera matlab har insan ke jin naghmon ko sunna chahta hai, woh naghmey dunya mein woh available nahin.</w:t>
      </w:r>
    </w:p>
    <w:p>
      <w:pPr>
        <w:jc w:val="right"/>
      </w:pPr>
      <w:r>
        <w:t>میرا آنکھ یہ اسی طرح سے ہے، میرا کان۔ میرا مطلب ہر انسان کا جن نغموں کو سننا چاہتا ہے، وہ نغمے دنیا میں وہ اویلیبل نہیں۔</w:t>
      </w:r>
    </w:p>
    <w:p>
      <w:r>
        <w:rPr>
          <w:b/>
        </w:rPr>
        <w:t xml:space="preserve">[24:15] </w:t>
      </w:r>
      <w:r>
        <w:t>jo naghmey hain, woh is se bohat kam hain jin ko ke mera kaan sunna chahta hai. jo mere taste buds hain, jis zaiqon ko woh chahte hain, is ko mile, woh nahin dunya mein milta.</w:t>
      </w:r>
    </w:p>
    <w:p>
      <w:pPr>
        <w:jc w:val="right"/>
      </w:pPr>
      <w:r>
        <w:t>جو نغمے ہیں، وہ اس سے بہت کم ہیں جن کو کہ میرا کان سننا چاہتا ہے۔ جو میرے ٹیسٹ برڈز ہیں، جس ذائقوں کو وہ چاہتے ہیں، اس کو ملے، وہ نہیں دنیا میں ملتا۔</w:t>
      </w:r>
    </w:p>
    <w:p>
      <w:r>
        <w:rPr>
          <w:b/>
        </w:rPr>
        <w:t xml:space="preserve">[24:27] </w:t>
      </w:r>
      <w:r>
        <w:t>koi jo zaiqey milte hain, woh is se bohat kam hote hain.</w:t>
      </w:r>
    </w:p>
    <w:p>
      <w:pPr>
        <w:jc w:val="right"/>
      </w:pPr>
      <w:r>
        <w:t>کوئی جو ذائقے ملتے ہیں، وہ اس سے بہت کم ہوتے ہیں۔</w:t>
      </w:r>
    </w:p>
    <w:p>
      <w:r>
        <w:rPr>
          <w:b/>
        </w:rPr>
        <w:t xml:space="preserve">[24:31] </w:t>
      </w:r>
      <w:r>
        <w:t>isi ke sath dekhiye, insan bimar hota hai, accident hota hai is ko, aur phir woh mar jata hai.</w:t>
      </w:r>
    </w:p>
    <w:p>
      <w:pPr>
        <w:jc w:val="right"/>
      </w:pPr>
      <w:r>
        <w:t>اسی کے ساتھ دیکھیے، انسان بیمار ہوتا ہے، ایکسیڈنٹ ہوتا ہے اس کو، اور پھر وہ مر جاتا ہے۔</w:t>
      </w:r>
    </w:p>
    <w:p>
      <w:r>
        <w:rPr>
          <w:b/>
        </w:rPr>
        <w:t xml:space="preserve">[24:41] </w:t>
      </w:r>
      <w:r>
        <w:t>to kaisa ajib hai ke admi ata 57 sal mein mar gaye, koi 67, koi 77, koi 87 mar jata hai.</w:t>
      </w:r>
    </w:p>
    <w:p>
      <w:pPr>
        <w:jc w:val="right"/>
      </w:pPr>
      <w:r>
        <w:t>تو کیسا عجیب ہے کہ آدمی عطا 57 سال میں مر گئے، کوئی 67، کوئی 77، کوئی 87 مر جاتا ہے۔</w:t>
      </w:r>
    </w:p>
    <w:p>
      <w:r>
        <w:rPr>
          <w:b/>
        </w:rPr>
        <w:t xml:space="preserve">[24:49] </w:t>
      </w:r>
      <w:r>
        <w:t>bas yahi zindagi insan ki hai. to kaise koi khush ho sakta hai? kyunke admi chahta hai attendance life.</w:t>
      </w:r>
    </w:p>
    <w:p>
      <w:pPr>
        <w:jc w:val="right"/>
      </w:pPr>
      <w:r>
        <w:t>بس یہی زندگی انسان کی ہے۔ تو کیسے کوئی خوش ہو سکتا ہے؟ کیونکہ آدمی چاہتا ہے اٹینڈل لائف۔</w:t>
      </w:r>
    </w:p>
    <w:p>
      <w:r>
        <w:rPr>
          <w:b/>
        </w:rPr>
        <w:t xml:space="preserve">[24:59] </w:t>
      </w:r>
      <w:r>
        <w:t>har admi eternity chahta hai,</w:t>
      </w:r>
    </w:p>
    <w:p>
      <w:pPr>
        <w:jc w:val="right"/>
      </w:pPr>
      <w:r>
        <w:t>ہر آدمی ایٹرنیٹی چاہتا ہے،</w:t>
      </w:r>
    </w:p>
    <w:p>
      <w:r>
        <w:rPr>
          <w:b/>
        </w:rPr>
        <w:t xml:space="preserve">[25:01] </w:t>
      </w:r>
      <w:r>
        <w:t>abadi tor par mujhe khushi mile, abadi tor par main kamyabi mile mujhe. to aap ka body jo hai, degenerate hota hai, aap ko fulfillment nahi milta.</w:t>
      </w:r>
    </w:p>
    <w:p>
      <w:pPr>
        <w:jc w:val="right"/>
      </w:pPr>
      <w:r>
        <w:t>ابدی طور پر مجھے خوشی ملے، ابدی طور پر میں کامیابی ملے مجھے۔ تو آپ کا باڈی جو ہے، ڈی جنریٹ ہوتا ہے، آپ کو فلفلمنٹ نہیں ملتا۔</w:t>
      </w:r>
    </w:p>
    <w:p>
      <w:r>
        <w:rPr>
          <w:b/>
        </w:rPr>
        <w:t xml:space="preserve">[25:14] </w:t>
      </w:r>
      <w:r>
        <w:t>yeh matlab hai is ka.</w:t>
      </w:r>
    </w:p>
    <w:p>
      <w:pPr>
        <w:jc w:val="right"/>
      </w:pPr>
      <w:r>
        <w:t>یہ مطلب ہے اس کا۔</w:t>
      </w:r>
    </w:p>
    <w:p>
      <w:r>
        <w:rPr>
          <w:b/>
        </w:rPr>
        <w:t xml:space="preserve">[25:20] </w:t>
      </w:r>
      <w:r>
        <w:t>isi liye quran mein dekhiye, aya hai ala bi dhikrillah tatmain al quloob Allah ki yaad hi se qalb ka itminan milta hai insan ko.</w:t>
      </w:r>
    </w:p>
    <w:p>
      <w:pPr>
        <w:jc w:val="right"/>
      </w:pPr>
      <w:r>
        <w:t>اسی لیے قرآن میں دیکھیے، آیا ہے الا بذکر اللہ تطمئن القلوب اللہ کی یاد ہی سے قلب کا اطمینان ملتا ہے انسان کو۔</w:t>
      </w:r>
    </w:p>
    <w:p>
      <w:r>
        <w:rPr>
          <w:b/>
        </w:rPr>
        <w:t xml:space="preserve">[25:32] </w:t>
      </w:r>
      <w:r>
        <w:t>yahan yaad ka mani yeh nahi ke ab Allah Allah Allah na karna, balke Allah ka jo takhliqi naqsha hai,</w:t>
      </w:r>
    </w:p>
    <w:p>
      <w:pPr>
        <w:jc w:val="right"/>
      </w:pPr>
      <w:r>
        <w:t>یہاں یاد کا معنی یہ نہیں کہ اب اللہ اللہ اللہ نہ کرنا، بلکہ اللہ کا جو تخلیقی نقشہ ہے،</w:t>
      </w:r>
    </w:p>
    <w:p>
      <w:r>
        <w:rPr>
          <w:b/>
        </w:rPr>
        <w:t xml:space="preserve">[25:41] </w:t>
      </w:r>
      <w:r>
        <w:t>Allah ka jo plan hai, us ke mutabiq jab aap daryaft karte hain, tab aap ko milta hai itminan e qalb.</w:t>
      </w:r>
    </w:p>
    <w:p>
      <w:pPr>
        <w:jc w:val="right"/>
      </w:pPr>
      <w:r>
        <w:t>اللہ کا جو پلان ہے، اس کے مطابق جب آپ دریافت کرتے ہیں، تب آپ کو ملتا ہے اطمینان قلب۔</w:t>
      </w:r>
    </w:p>
    <w:p>
      <w:r>
        <w:rPr>
          <w:b/>
        </w:rPr>
        <w:t xml:space="preserve">[25:55] </w:t>
      </w:r>
      <w:r>
        <w:t>aur us ke baghair agar aap sochein, aap zindagi guzarna chahein to aap andhere mein rahenge. aap ko itminan e qalb kahan se milega? aise hi rasool Allah salallahu alaihi wasallam ne farmaya ke Allahumma la asha illa asha al akhirah</w:t>
      </w:r>
    </w:p>
    <w:p>
      <w:pPr>
        <w:jc w:val="right"/>
      </w:pPr>
      <w:r>
        <w:t>اور اس کے بغیر اگر آپ سوچیں، آپ زندگی گزارنا چاہیں تو آپ اندھیرے میں رہیں گے۔ آپ کو اطمینان قلب کہاں سے ملے گا؟ ایسے ہی رسول اللہ صلی اللہ علیہ وسلم نے فرمایا کہ اللہم لا عشاء الا عشاء الاخرہ</w:t>
      </w:r>
    </w:p>
    <w:p>
      <w:r>
        <w:rPr>
          <w:b/>
        </w:rPr>
        <w:t xml:space="preserve">[26:13] </w:t>
      </w:r>
      <w:r>
        <w:t>yani akhirat ko le kar ke jo ideology banegi, akhirat ko le kar ke jo aap apni zindagi ka naqsha banayenge, tab aap ko sukoon milega. kyunke yahan to, yahan to woh saman hai hi nahi.</w:t>
      </w:r>
    </w:p>
    <w:p>
      <w:pPr>
        <w:jc w:val="right"/>
      </w:pPr>
      <w:r>
        <w:t>یعنی آخرت کو لے کر کے جو آئیڈیالوجی بنے گی، آخرت کو لے کر کے جو آپ اپنی زندگی کا نقشہ بنائیں گے، تب آپ کو سکون ملے گا۔ کیونکہ یہاں تو، یہاں تو وہ سامان ہے ہی نہیں۔</w:t>
      </w:r>
    </w:p>
    <w:p>
      <w:r>
        <w:rPr>
          <w:b/>
        </w:rPr>
        <w:t xml:space="preserve">[26:26] </w:t>
      </w:r>
      <w:r>
        <w:t>to ek ek yeh muamla ek contradiction ka muamla hai. insan apni takhleeq ke aitbar se takhleeq asal par paida hua hai, lekin</w:t>
      </w:r>
    </w:p>
    <w:p>
      <w:pPr>
        <w:jc w:val="right"/>
      </w:pPr>
      <w:r>
        <w:t>تو ایک ایک یہ معاملہ ایک کنٹراڈکشن کا معاملہ ہے۔ انسان اپنی تخلیق کے اعتبار سے تخلیق اصل پر پیدا ہوا ہے، لیکن</w:t>
      </w:r>
    </w:p>
    <w:p>
      <w:r>
        <w:rPr>
          <w:b/>
        </w:rPr>
        <w:t xml:space="preserve">[26:38] </w:t>
      </w:r>
      <w:r>
        <w:t>jahan rakha gaya hai, us ko ya asal safarin se murad yeh duniya hai, koi aur cheez nahi hai. yani insan ko paida kiya gaya ek ek perfection seeking animal ke taur par,</w:t>
      </w:r>
    </w:p>
    <w:p>
      <w:pPr>
        <w:jc w:val="right"/>
      </w:pPr>
      <w:r>
        <w:t>جہاں رکھا گیا ہے، اس کو یا اصل سافرین سے مراد یہ دنیا ہے، کوئی اور چیز نہیں ہے۔ یعنی انسان کو پیدا کیا گیا ایک ایک پرفیکشن سیکھنگ اینیمل کے طور پر،</w:t>
      </w:r>
    </w:p>
    <w:p>
      <w:r>
        <w:rPr>
          <w:b/>
        </w:rPr>
        <w:t xml:space="preserve">[26:52] </w:t>
      </w:r>
      <w:r>
        <w:t>aur dal diya is duniya mein jo ke imperfect world hai. yahi jo planet hai, yahi jo zameen hai, yahi sayara arz hai, isi ke isi yahi hai asal safarin.</w:t>
      </w:r>
    </w:p>
    <w:p>
      <w:pPr>
        <w:jc w:val="right"/>
      </w:pPr>
      <w:r>
        <w:t>اور ڈال دیا اس دنیا میں جو کہ امپرفیکٹ ورلڈ ہے۔ یہی جو پلینٹ ہے، یہی جو زمین ہے، یہی سیارہ ارض ہے، اسی کے اسی یہی ہے اصل سافرین۔</w:t>
      </w:r>
    </w:p>
    <w:p>
      <w:r>
        <w:rPr>
          <w:b/>
        </w:rPr>
        <w:t xml:space="preserve">[27:09] </w:t>
      </w:r>
      <w:r>
        <w:t>aur asal safar is sense mein hai ke aap jo chahte hain, woh yahan milta nahi hai. aap ko aap chahte hain eternity, yahan aap ko sirf aarzai muddat mein kuch cheezein saman mil jata hai.</w:t>
      </w:r>
    </w:p>
    <w:p>
      <w:pPr>
        <w:jc w:val="right"/>
      </w:pPr>
      <w:r>
        <w:t>اور اصل سافر اس سینس میں ہے کہ آپ جو چاہتے ہیں، وہ یہاں ملتا نہیں ہے۔ آپ کو آپ چاہتے ہیں ایٹرنیٹی، یہاں آپ کو صرف عارضی مدت میں کچھ چیزیں سامان مل جاتا ہے۔</w:t>
      </w:r>
    </w:p>
    <w:p>
      <w:r>
        <w:rPr>
          <w:b/>
        </w:rPr>
        <w:t xml:space="preserve">[27:23] </w:t>
      </w:r>
      <w:r>
        <w:t>aap ko chahte hain ke main hamesha healthy rahoon, lekin aap ko hamesha ki health nahi milti. aap chahte hain ke mujhe kabhi accident na ho, lekin yahan par aap ko accident se dochar hona parta hai.</w:t>
      </w:r>
    </w:p>
    <w:p>
      <w:pPr>
        <w:jc w:val="right"/>
      </w:pPr>
      <w:r>
        <w:t>آپ کو چاہتے ہیں کہ میں ہمیشہ ہیلدی رہوں، لیکن آپ کو ہمیشہ کی ہیلتھ نہیں ملتی۔ آپ چاہتے ہیں کہ مجھے کبھی ایکسیڈنٹ نہ ہو، لیکن یہاں پر آپ کو ایکسیڈنٹ سے دوچار ہونا پڑتا ہے۔</w:t>
      </w:r>
    </w:p>
    <w:p>
      <w:r>
        <w:rPr>
          <w:b/>
        </w:rPr>
        <w:t xml:space="preserve">[27:37] </w:t>
      </w:r>
      <w:r>
        <w:t>aap chahte hain ke main kabhi kabhi mujhe burden na ho, lekin aap ko bore hona parta hai. aap chahte hain ke hamesha mujhe mera intellectual development hamesha jari rahe, lekin yahan par aap ko end aa jata hai.</w:t>
      </w:r>
    </w:p>
    <w:p>
      <w:pPr>
        <w:jc w:val="right"/>
      </w:pPr>
      <w:r>
        <w:t>آپ چاہتے ہیں کہ میں کبھی کبھی مجھے بورڈن نہ ہو، لیکن آپ کو بور ہونا پڑتا ہے۔ آپ چاہتے ہیں کہ ہمیشہ مجھے میرا انٹلیکچول ڈیولپمنٹ ہمیشہ جاری رہے، لیکن یہاں پر آپ کو اینڈ آ جاتا ہے۔</w:t>
      </w:r>
    </w:p>
    <w:p>
      <w:r>
        <w:rPr>
          <w:b/>
        </w:rPr>
        <w:t xml:space="preserve">[27:53] </w:t>
      </w:r>
      <w:r>
        <w:t>jin lazzaton ko aap chahte hain, un lazzaton ko hasil kar ke bhi aap enjoy nahi kar paate, kyunke enjoy karne ka mauqa nahi hai aap ki duniya mein.</w:t>
      </w:r>
    </w:p>
    <w:p>
      <w:pPr>
        <w:jc w:val="right"/>
      </w:pPr>
      <w:r>
        <w:t>جن لذتوں کو آپ چاہتے ہیں، ان لذتوں کو حاصل کر کے بھی آپ انجوائے نہیں کر پاتے، کیونکہ انجوائے کرنے کا موقع نہیں ہے آپ کی دنیا میں۔</w:t>
      </w:r>
    </w:p>
    <w:p>
      <w:r>
        <w:rPr>
          <w:b/>
        </w:rPr>
        <w:t xml:space="preserve">[28:04] </w:t>
      </w:r>
      <w:r>
        <w:t>aap ke liye</w:t>
      </w:r>
    </w:p>
    <w:p>
      <w:pPr>
        <w:jc w:val="right"/>
      </w:pPr>
      <w:r>
        <w:t>آپ کے لیے</w:t>
      </w:r>
    </w:p>
    <w:p>
      <w:r>
        <w:rPr>
          <w:b/>
        </w:rPr>
        <w:t xml:space="preserve">[28:06] </w:t>
      </w:r>
      <w:r>
        <w:t>to har jagah admi yeh tajruba karta hai ke ke jo main chahta hoon, mujhe nahi mil raha hai. yani fulfillment nahi mil raha hai. aap jante hain ke insan jo hai, full fulfillment se kam cheez par kabhi razi nahi ho sakta.</w:t>
      </w:r>
    </w:p>
    <w:p>
      <w:pPr>
        <w:jc w:val="right"/>
      </w:pPr>
      <w:r>
        <w:t>تو ہر جگہ آدمی یہ تجربہ کرتا ہے کہ کہ جو میں چاہتا ہوں، مجھے نہیں مل رہا ہے۔ یعنی فلفلمنٹ نہیں مل رہا ہے۔ آپ جانتے ہیں کہ انسان جو ہے، فل فلفلمنٹ سے کم چیز پر کبھی راضی نہیں ہو سکتا۔</w:t>
      </w:r>
    </w:p>
    <w:p>
      <w:r>
        <w:rPr>
          <w:b/>
        </w:rPr>
        <w:t xml:space="preserve">[28:21] </w:t>
      </w:r>
      <w:r>
        <w:t>tension isi liye hota hai.</w:t>
      </w:r>
    </w:p>
    <w:p>
      <w:pPr>
        <w:jc w:val="right"/>
      </w:pPr>
      <w:r>
        <w:t>ٹینشن اسی لیے ہوتا ہے۔</w:t>
      </w:r>
    </w:p>
    <w:p>
      <w:r>
        <w:rPr>
          <w:b/>
        </w:rPr>
        <w:t xml:space="preserve">[28:25] </w:t>
      </w:r>
      <w:r>
        <w:t>to asal safarin ka matlab yeh hai ke insan ko paida kiya Allah taala ne perfection seeking animal ke taur par, lekin is ko dal diya wahan jahan ke jo ke imperfect world hai.</w:t>
      </w:r>
    </w:p>
    <w:p>
      <w:pPr>
        <w:jc w:val="right"/>
      </w:pPr>
      <w:r>
        <w:t>تو اصل سافرین کا مطلب یہ ہے کہ انسان کو پیدا کیا اللہ تعالی نے پرفیکشن سیکھنگ اینیمل کے طور پر، لیکن اس کو ڈال دیا وہاں جہاں کہ جو کہ امپرفیکٹ ورلڈ ہے۔</w:t>
      </w:r>
    </w:p>
    <w:p>
      <w:r>
        <w:rPr>
          <w:b/>
        </w:rPr>
        <w:t xml:space="preserve">[28:41] </w:t>
      </w:r>
      <w:r>
        <w:t>yani duniya maujooda duniya imperfect world hai, aur hum perfection seeking animal hain. to yeh yeh hai contradiction. isi ko is ayat mein bataya gaya hai.</w:t>
      </w:r>
    </w:p>
    <w:p>
      <w:pPr>
        <w:jc w:val="right"/>
      </w:pPr>
      <w:r>
        <w:t>یعنی دنیا موجودہ دنیا امپرفیکٹ ورلڈ ہے، اور ہم پرفیکشن سیکھنگ اینیمل ہیں۔ تو یہ یہ ہے کنٹراڈکشن۔ اسی کو اس آیت میں بتایا گیا ہے۔</w:t>
      </w:r>
    </w:p>
    <w:p>
      <w:r>
        <w:rPr>
          <w:b/>
        </w:rPr>
        <w:t xml:space="preserve">[28:55] </w:t>
      </w:r>
      <w:r>
        <w:t>to ab is ka hal kya hai? yeh hal aap jab quran ka mutala karenge to milega aap ko ke jo duniya perfect world jo main chahta hoon, jo ideal world mein chahta hoon, jo eternity mein chahta hoon, woh yahan achievable nahi hai.</w:t>
      </w:r>
    </w:p>
    <w:p>
      <w:pPr>
        <w:jc w:val="right"/>
      </w:pPr>
      <w:r>
        <w:t>تو اب اس کا حل کیا ہے؟ یہ حل آپ جب قرآن کا مطالعہ کریں گے تو ملے گا آپ کو کہ جو دنیا پرفیکٹ ورلڈ جو میں چاہتا ہوں، جو آئیڈیل ورلڈ میں چاہتا ہوں، جو ایٹرنیٹی میں چاہتا ہوں، وہ یہاں اچیویبل نہیں ہے۔</w:t>
      </w:r>
    </w:p>
    <w:p>
      <w:r>
        <w:rPr>
          <w:b/>
        </w:rPr>
        <w:t xml:space="preserve">[29:11] </w:t>
      </w:r>
      <w:r>
        <w:t>woh sirf akhirat mein achievable hai. yahan mujhe tayyari karna hai, yahan mujhe apni zindagi ko is tarah guzarna hai ke is ke reward ke taur par mujhe woh attendance world mil jaye.</w:t>
      </w:r>
    </w:p>
    <w:p>
      <w:pPr>
        <w:jc w:val="right"/>
      </w:pPr>
      <w:r>
        <w:t>وہ صرف آخرت میں اچیویبل ہے۔ یہاں مجھے تیاری کرنا ہے، یہاں مجھے اپنی زندگی کو اس طرح گزارنا ہے کہ اس کے ریوارڈ کے طور پر مجھے وہ اٹینڈ ورلڈ مل جائے۔</w:t>
      </w:r>
    </w:p>
    <w:p>
      <w:r>
        <w:rPr>
          <w:b/>
        </w:rPr>
        <w:t xml:space="preserve">[29:26] </w:t>
      </w:r>
      <w:r>
        <w:t>to is dunya tayari ki dunya hai, yeh achieve karne ki dunya nahi hai.</w:t>
      </w:r>
    </w:p>
    <w:p>
      <w:pPr>
        <w:jc w:val="right"/>
      </w:pPr>
      <w:r>
        <w:t>تو اس دنیا تیاری کی دنیا ہے، یہ اچیو کرنے کی دنیا نہیں ہے۔</w:t>
      </w:r>
    </w:p>
    <w:p>
      <w:r>
        <w:rPr>
          <w:b/>
        </w:rPr>
        <w:t xml:space="preserve">[29:34] </w:t>
      </w:r>
      <w:r>
        <w:t>yani yeh world world of achievement nahi hai, yeh world yeh world of preparation hai.</w:t>
      </w:r>
    </w:p>
    <w:p>
      <w:pPr>
        <w:jc w:val="right"/>
      </w:pPr>
      <w:r>
        <w:t>یعنی یہ ورلڈ ورلڈ آف اچیومنٹ نہیں ہے، یہ ورلڈ یہ ورلڈ آف پریپریشن ہے۔</w:t>
      </w:r>
    </w:p>
    <w:p>
      <w:r>
        <w:rPr>
          <w:b/>
        </w:rPr>
        <w:t xml:space="preserve">[29:43] </w:t>
      </w:r>
      <w:r>
        <w:t>to is yeh yeh hai woh cheez jo aadmi ko ghaur kar ke daryaft karna chahiye.</w:t>
      </w:r>
    </w:p>
    <w:p>
      <w:pPr>
        <w:jc w:val="right"/>
      </w:pPr>
      <w:r>
        <w:t>تو اس یہ یہ ہے وہ چیز جو آدمی کو غور کر کے دریافت کرنا چاہیے۔</w:t>
      </w:r>
    </w:p>
    <w:p>
      <w:r>
        <w:rPr>
          <w:b/>
        </w:rPr>
        <w:t xml:space="preserve">[29:54] </w:t>
      </w:r>
      <w:r>
        <w:t>phir surah kahf ka mutala karte hue</w:t>
      </w:r>
    </w:p>
    <w:p>
      <w:pPr>
        <w:jc w:val="right"/>
      </w:pPr>
      <w:r>
        <w:t>پھر سورہ کہف کا مطالعہ کرتے ہوئے</w:t>
      </w:r>
    </w:p>
    <w:p>
      <w:r>
        <w:rPr>
          <w:b/>
        </w:rPr>
        <w:t xml:space="preserve">[29:56] </w:t>
      </w:r>
      <w:r>
        <w:t>ek bohat bari baat daryaft hoti hai. surah kahf mein hai jannat ke bare mein na'am al-thawab wa hasrat al-muttafaqah surah al-kahf mein jannat ka zikr hai to wahan par bataya ke jannat ke bare mein ke na'am al-thawab wa hasrat al-muttafaqah kitna acha reward hai jannat aur kitni achi jagah hai jannat.</w:t>
      </w:r>
    </w:p>
    <w:p>
      <w:pPr>
        <w:jc w:val="right"/>
      </w:pPr>
      <w:r>
        <w:t>ایک بہت بڑی بات دریافت ہوتی ہے۔ سورہ کہف میں ہے جنت کے بارے میں نعم الثواب وحسرت مرتفقہ سورہ الکہف میں جنت کا ذکر ہے تو وہاں پر بتایا کہ جنت کے بارے میں کہ نعم الثواب وحسرت مرتفقہ کتنا اچھا ریوارڈ ہے جنت اور کتنی اچھی جگہ ہے جنت۔</w:t>
      </w:r>
    </w:p>
    <w:p>
      <w:r>
        <w:rPr>
          <w:b/>
        </w:rPr>
        <w:t xml:space="preserve">[30:26] </w:t>
      </w:r>
      <w:r>
        <w:t>al-muttafaqah ka tarjuma hum par kya aata hai? thikana, resting, resting place. to kitna acha thikana hai, kitna acha resting place hai, kitni achi jagah hai rehne ki.</w:t>
      </w:r>
    </w:p>
    <w:p>
      <w:pPr>
        <w:jc w:val="right"/>
      </w:pPr>
      <w:r>
        <w:t>مرتفقہ کا ترجمہ ہم پر کیا آتا ہے؟ ٹھکانہ، ریسٹنگ، ریسٹنگ پلیس۔ تو کتنا اچھا ٹھکانہ ہے، کتنا اچھا ریسٹنگ پلیس ہے، کتنی اچھی جگہ ہے رہنے کی۔</w:t>
      </w:r>
    </w:p>
    <w:p>
      <w:r>
        <w:rPr>
          <w:b/>
        </w:rPr>
        <w:t xml:space="preserve">[30:41] </w:t>
      </w:r>
      <w:r>
        <w:t>yeh matlab hai al-muttafaqah, mahsarat al-muttafaqah. is par ghaur karte hue mere samne aaya ke yahan ka agar hum ek lafz badal kar sochein to foran baat clear ho jati hai.</w:t>
      </w:r>
    </w:p>
    <w:p>
      <w:pPr>
        <w:jc w:val="right"/>
      </w:pPr>
      <w:r>
        <w:t>یہ مطلب ہے مرتفقہ، محسرت مرتفقہ۔ اس پر غور کرتے ہوئے میرے سامنے آیا کہ یہاں کا اگر ہم ایک لفظ بدل کر سوچیں تو فوراً بات کلیئر ہو جاتی ہے۔</w:t>
      </w:r>
    </w:p>
    <w:p>
      <w:r>
        <w:rPr>
          <w:b/>
        </w:rPr>
        <w:t xml:space="preserve">[30:55] </w:t>
      </w:r>
      <w:r>
        <w:t>quran ko samajhne ke liye dekhiye, aap ko mein aksar kaha karta hoon ke lafz badalna parta hai. yani apne aap ko understand, understandable banane ke liye hamein lafz badalna parta hai.</w:t>
      </w:r>
    </w:p>
    <w:p>
      <w:pPr>
        <w:jc w:val="right"/>
      </w:pPr>
      <w:r>
        <w:t>قرآن کو سمجھنے کے لیے دیکھیے، آپ کو میں اکثر کہا کرتا ہوں کہ لفظ بدلنا پڑتا ہے۔ یعنی اپنے آپ کو انڈرسٹینڈ، انڈرسٹینڈیبل بنانے کے لیے ہمیں لفظ بدلنا پڑتا ہے۔</w:t>
      </w:r>
    </w:p>
    <w:p>
      <w:r>
        <w:rPr>
          <w:b/>
        </w:rPr>
        <w:t xml:space="preserve">[31:10] </w:t>
      </w:r>
      <w:r>
        <w:t>to al-muttafaqah ka matlab hai, yani hasrat al-muttafaqah ka matlab hai inhabited, inhabited, best inhabited.</w:t>
      </w:r>
    </w:p>
    <w:p>
      <w:pPr>
        <w:jc w:val="right"/>
      </w:pPr>
      <w:r>
        <w:t>تو مرتفقہ کا مطلب ہے، یعنی حسرت مرتفقہ کا مطلب ہے ہیبیٹڈ، ہیبیٹڈ، بیسٹ ہیبیٹڈ۔</w:t>
      </w:r>
    </w:p>
    <w:p>
      <w:r>
        <w:rPr>
          <w:b/>
        </w:rPr>
        <w:t xml:space="preserve">[31:23] </w:t>
      </w:r>
      <w:r>
        <w:t>to surah teen mein insan ke bare mein kaha hai ke woh taqwim ahsan par paida hua hai. taqwim ahsan yahan par, yahan par jo farmaya ke muttafaq ahsan,</w:t>
      </w:r>
    </w:p>
    <w:p>
      <w:pPr>
        <w:jc w:val="right"/>
      </w:pPr>
      <w:r>
        <w:t>تو سورہ تین میں انسان کے بارے میں کہا ہے کہ وہ تقویم احسن پر پیدا ہوا ہے۔ تقویم احسن یہاں پر، یہاں پر جو فرمایا کہ مرتفق احسن،</w:t>
      </w:r>
    </w:p>
    <w:p>
      <w:r>
        <w:rPr>
          <w:b/>
        </w:rPr>
        <w:t xml:space="preserve">[31:36] </w:t>
      </w:r>
      <w:r>
        <w:t>wahan muttafaq ahsan ka lafz hai, yahan taqwim ahsan ka lafz hai. yani insan ko jo apne apne taqaze ke mutabiq jo jagah chahiye rehne ke liye, woh jagah hai woh jannat.</w:t>
      </w:r>
    </w:p>
    <w:p>
      <w:pPr>
        <w:jc w:val="right"/>
      </w:pPr>
      <w:r>
        <w:t>وہاں مرتفق احسن کا لفظ ہے، یہاں تقویم احسن کا لفظ ہے۔ یعنی انسان کو جو اپنے اپنے تقاضے کے مطابق جو جگہ چاہیے رہنے کے لیے، وہ جگہ ہے وہ جنت۔</w:t>
      </w:r>
    </w:p>
    <w:p>
      <w:r>
        <w:rPr>
          <w:b/>
        </w:rPr>
        <w:t xml:space="preserve">[31:53] </w:t>
      </w:r>
      <w:r>
        <w:t>isi ko kehte hain inhabited. jis tarah machhli hai, machhli ka inhabited kya hai? pani hai.</w:t>
      </w:r>
    </w:p>
    <w:p>
      <w:pPr>
        <w:jc w:val="right"/>
      </w:pPr>
      <w:r>
        <w:t>اسی کو کہتے ہیں ہیبیٹڈ۔ جس طرح مچھلی ہے، مچھلی کا ہیبیٹڈ کیا ہے؟ پانی ہے۔</w:t>
      </w:r>
    </w:p>
    <w:p>
      <w:r>
        <w:rPr>
          <w:b/>
        </w:rPr>
        <w:t xml:space="preserve">[32:02] </w:t>
      </w:r>
      <w:r>
        <w:t>pani mein woh khoob tairti hai, khoob chalti, kujti hai. lekin agar use nikal kar ke aap bahar daal dijiye, khushki pe daal dijiye to tarpay gi woh.</w:t>
      </w:r>
    </w:p>
    <w:p>
      <w:pPr>
        <w:jc w:val="right"/>
      </w:pPr>
      <w:r>
        <w:t>پانی میں وہ خوب تیرتی ہے، خوب چلتی، کوجتی ہے۔ لیکن اگر اسے نکال کر کے آپ باہر ڈال دیجیے، خشکی پہ ڈال دیجیے تو تڑپے گی وہ۔</w:t>
      </w:r>
    </w:p>
    <w:p>
      <w:r>
        <w:rPr>
          <w:b/>
        </w:rPr>
        <w:t xml:space="preserve">[32:15] </w:t>
      </w:r>
      <w:r>
        <w:t>woh tarpay gi woh</w:t>
      </w:r>
    </w:p>
    <w:p>
      <w:pPr>
        <w:jc w:val="right"/>
      </w:pPr>
      <w:r>
        <w:t>وہ تڑپے گی وہ</w:t>
      </w:r>
    </w:p>
    <w:p>
      <w:r>
        <w:rPr>
          <w:b/>
        </w:rPr>
        <w:t xml:space="preserve">[32:16] </w:t>
      </w:r>
      <w:r>
        <w:t>. is ka inhabited pani hai. ab pani ke bahar us ko sukoon nahi ho sakta kabhi bhi. to insan ka jo inhabited hai, woh sirf woh hai jahan perfection ho, jahan har cheez ideal ho, jahan eternity ho,</w:t>
      </w:r>
    </w:p>
    <w:p>
      <w:pPr>
        <w:jc w:val="right"/>
      </w:pPr>
      <w:r>
        <w:t>۔ اس کا ہیبیٹڈ پانی ہے۔ اب پانی کے باہر اس کو سکون نہیں ہو سکتا کبھی بھی۔ تو انسان کا جو ہیبیٹڈ ہے، وہ صرف وہ ہے جہاں پرفیکشن ہو، جہاں ہر چیز آئیڈیل ہو، جہاں ایٹرنیٹی ہو،</w:t>
      </w:r>
    </w:p>
    <w:p>
      <w:r>
        <w:rPr>
          <w:b/>
        </w:rPr>
        <w:t xml:space="preserve">[32:33] </w:t>
      </w:r>
      <w:r>
        <w:t>jahan hamesha aadmi healthy healthy rahe, kabhi is ki yani accident na ho, kabhi maut na ho.</w:t>
      </w:r>
    </w:p>
    <w:p>
      <w:pPr>
        <w:jc w:val="right"/>
      </w:pPr>
      <w:r>
        <w:t>جہاں ہمیشہ آدمی ہیلتھی ہیلدی رہے، کبھی اس کی یعنی ایکسیڈنٹ نہ ہو، کبھی موت نہ ہو۔</w:t>
      </w:r>
    </w:p>
    <w:p>
      <w:r>
        <w:rPr>
          <w:b/>
        </w:rPr>
        <w:t xml:space="preserve">[32:43] </w:t>
      </w:r>
      <w:r>
        <w:t>wohi is ka sahi hi</w:t>
      </w:r>
    </w:p>
    <w:p>
      <w:pPr>
        <w:jc w:val="right"/>
      </w:pPr>
      <w:r>
        <w:t>وہی اس کا صحیح ہی</w:t>
      </w:r>
    </w:p>
    <w:p>
      <w:r>
        <w:rPr>
          <w:b/>
        </w:rPr>
        <w:t xml:space="preserve">[32:45] </w:t>
      </w:r>
      <w:r>
        <w:t>bited hai. yeh yeh is ka inhabited nahi hai. yani jo chahta hai insan, jo kuch is ke mutabiq jo jagah ho, wohi is ka inhabited hai.</w:t>
      </w:r>
    </w:p>
    <w:p>
      <w:pPr>
        <w:jc w:val="right"/>
      </w:pPr>
      <w:r>
        <w:t>بیٹڈ ہے۔ یہ یہ اس کا ہیبیٹڈ نہیں ہے۔ یعنی جو چاہتا ہے انسان، جو کچھ اس کے مطابق جو جگہ ہو، وہی اس کا ہیبیٹڈ ہے۔</w:t>
      </w:r>
    </w:p>
    <w:p>
      <w:r>
        <w:rPr>
          <w:b/>
        </w:rPr>
        <w:t xml:space="preserve">[32:57] </w:t>
      </w:r>
      <w:r>
        <w:t>to hum chahte hain eternity. is dunya mein eternity nahi hai. hum chahte hain hamesha healthy rehna. is dunya mein hum ko hamesha healthy health nahi milti.</w:t>
      </w:r>
    </w:p>
    <w:p>
      <w:pPr>
        <w:jc w:val="right"/>
      </w:pPr>
      <w:r>
        <w:t>تو ہم چاہتے ہیں ایٹرنیٹی۔ اس دنیا میں ایٹرنیٹی نہیں ہے۔ ہم چاہتے ہیں ہمیشہ ہیلدی رہنا۔ اس دنیا میں ہم کو ہمیشہ ہیلدی ہیلتھ نہیں ملتی۔</w:t>
      </w:r>
    </w:p>
    <w:p>
      <w:r>
        <w:rPr>
          <w:b/>
        </w:rPr>
        <w:t xml:space="preserve">[33:08] </w:t>
      </w:r>
      <w:r>
        <w:t>hum hum chahte hain ke hamesha jeena. yahan maut aa jati hai.</w:t>
      </w:r>
    </w:p>
    <w:p>
      <w:pPr>
        <w:jc w:val="right"/>
      </w:pPr>
      <w:r>
        <w:t>ہم ہم چاہتے ہیں کہ ہمیشہ جینا۔ یہاں موت آ جاتی ہے۔</w:t>
      </w:r>
    </w:p>
    <w:p>
      <w:r>
        <w:rPr>
          <w:b/>
        </w:rPr>
        <w:t xml:space="preserve">[33:12] </w:t>
      </w:r>
      <w:r>
        <w:t>hum chahte hain ke hum bore na hon. yahan boredom aa jata hai. hum chahte hain ke stress na ho. yahan stress aa jata hai.</w:t>
      </w:r>
    </w:p>
    <w:p>
      <w:pPr>
        <w:jc w:val="right"/>
      </w:pPr>
      <w:r>
        <w:t>ہم چاہتے ہیں کہ ہم بور نہ ہوں۔ یہاں بورڈم آ جاتا ہے۔ ہم چاہتے ہیں کہ اسٹریس نہ ہو۔ یہاں اسٹریس آ جاتا ہے۔</w:t>
      </w:r>
    </w:p>
    <w:p>
      <w:r>
        <w:rPr>
          <w:b/>
        </w:rPr>
        <w:t xml:space="preserve">[33:23] </w:t>
      </w:r>
      <w:r>
        <w:t>to khulasa yeh hai ke hum chahte hain perfect world. yahan rehna parta hai imperfect world. to yeh hamara inhabited nahi hai.</w:t>
      </w:r>
    </w:p>
    <w:p>
      <w:pPr>
        <w:jc w:val="right"/>
      </w:pPr>
      <w:r>
        <w:t>تو خلاصہ یہ ہے کہ ہم چاہتے ہیں پرفیکٹ ورلڈ۔ یہاں رہنا پڑتا ہے امپرفیکٹ ورلڈ۔ تو یہ ہمارا ہیبیٹڈ نہیں ہے۔</w:t>
      </w:r>
    </w:p>
    <w:p>
      <w:r>
        <w:rPr>
          <w:b/>
        </w:rPr>
        <w:t xml:space="preserve">[33:33] </w:t>
      </w:r>
      <w:r>
        <w:t>yeh dunya hamara inhabited nahi hai. to jannat ko Allah taala ne banaya hai insan ke inhabited ke taur par.</w:t>
      </w:r>
    </w:p>
    <w:p>
      <w:pPr>
        <w:jc w:val="right"/>
      </w:pPr>
      <w:r>
        <w:t>یہ دنیا ہمارا ہیبیٹڈ نہیں ہے۔ تو جنت کو اللہ تعالی نے بنایا ہے انسان کے ہیبیٹڈ کے طور پر۔</w:t>
      </w:r>
    </w:p>
    <w:p>
      <w:r>
        <w:rPr>
          <w:b/>
        </w:rPr>
        <w:t xml:space="preserve">[33:41] </w:t>
      </w:r>
      <w:r>
        <w:t>jis tarah pani ko banaya hai Allah ne machhli ke inhabited ke taur par. machhli jaise hi pani mein dakhil hoti hai, bilkul is is pura is ko yani is ka wajood poori tarah mutma'in ho jata hai.</w:t>
      </w:r>
    </w:p>
    <w:p>
      <w:pPr>
        <w:jc w:val="right"/>
      </w:pPr>
      <w:r>
        <w:t>جس طرح پانی کو بنایا ہے اللہ نے مچھلی کے ہیبیٹڈ کے طور پر۔ مچھلی جیسے ہی پانی میں داخل ہوتی ہے، بالکل اس اس پورا اس کو یعنی اس کا وجود پوری طرح مطمئن ہو جاتا ہے۔</w:t>
      </w:r>
    </w:p>
    <w:p>
      <w:r>
        <w:rPr>
          <w:b/>
        </w:rPr>
        <w:t xml:space="preserve">[33:57] </w:t>
      </w:r>
      <w:r>
        <w:t>aise hi insan ki jo talash hai, insan ki jo talab hai, insan jo dunya chahta hai apne liye, jahan us ko fulfillment mile, to woh hai jannat.</w:t>
      </w:r>
    </w:p>
    <w:p>
      <w:pPr>
        <w:jc w:val="right"/>
      </w:pPr>
      <w:r>
        <w:t>ایسے ہی انسان کی جو تلاش ہے، انسان کی جو طلب ہے، انسان جو دنیا چاہتا ہے اپنے لیے، جہاں اس کو فلفلمنٹ ملے، تو وہ ہے جنت۔</w:t>
      </w:r>
    </w:p>
    <w:p>
      <w:r>
        <w:rPr>
          <w:b/>
        </w:rPr>
        <w:t xml:space="preserve">[34:09] </w:t>
      </w:r>
      <w:r>
        <w:t>to insan ka jo hebiṭed hai, woh jannat hai.</w:t>
      </w:r>
    </w:p>
    <w:p>
      <w:pPr>
        <w:jc w:val="right"/>
      </w:pPr>
      <w:r>
        <w:t>تو انسان کا جو ہیبیٹڈ ہے، وہ جنت ہے۔</w:t>
      </w:r>
    </w:p>
    <w:p>
      <w:r>
        <w:rPr>
          <w:b/>
        </w:rPr>
        <w:t xml:space="preserve">[34:12] </w:t>
      </w:r>
      <w:r>
        <w:t>to jis tarah farmaya ke hasrat-e-muttafiqah ke behtareen muttafiq hai, to matlab hai behtareen hebiṭed hai.</w:t>
      </w:r>
    </w:p>
    <w:p>
      <w:pPr>
        <w:jc w:val="right"/>
      </w:pPr>
      <w:r>
        <w:t>تو جس طرح فرمایا کہ حسرت مرتفقہ کہ بہترین مرتفق ہے، تو مطلب ہے بہترین ہیبیٹڈ ہے۔</w:t>
      </w:r>
    </w:p>
    <w:p>
      <w:r>
        <w:rPr>
          <w:b/>
        </w:rPr>
        <w:t xml:space="preserve">[34:23] </w:t>
      </w:r>
      <w:r>
        <w:t>behtareen ke mani hain ke is ko poora fulfillment, fulfillment milay. Is ke saaray taqazay poore hon.</w:t>
      </w:r>
    </w:p>
    <w:p>
      <w:pPr>
        <w:jc w:val="right"/>
      </w:pPr>
      <w:r>
        <w:t>بہترین کے معنی ہیں کہ اس کو پورا فلفلمنٹ، فلفلمنٹ ملے۔ اس کے سارے تقاضے پورے ہوں۔</w:t>
      </w:r>
    </w:p>
    <w:p>
      <w:r>
        <w:rPr>
          <w:b/>
        </w:rPr>
        <w:t xml:space="preserve">[34:32] </w:t>
      </w:r>
      <w:r>
        <w:t>is ki jitni khwahish ho, usay poori ho. Isi liye quran majeed mein jannat ke baray mein aata hai ke</w:t>
      </w:r>
    </w:p>
    <w:p>
      <w:pPr>
        <w:jc w:val="right"/>
      </w:pPr>
      <w:r>
        <w:t>اس کی جتنی خواہش ہو، اسے پوری ہو۔ اسی لیے قرآن مجید میں جنت کے بارے میں آتا ہے کہ</w:t>
      </w:r>
    </w:p>
    <w:p>
      <w:r>
        <w:rPr>
          <w:b/>
        </w:rPr>
        <w:t xml:space="preserve">[34:41] </w:t>
      </w:r>
      <w:r>
        <w:t>wa lakum fiha ma tashtahi anfusukum wa lakum fiha ma tashtahi anfusukum jannat mein tumharay liye woh sab kuch hai jo tum chaho,</w:t>
      </w:r>
    </w:p>
    <w:p>
      <w:pPr>
        <w:jc w:val="right"/>
      </w:pPr>
      <w:r>
        <w:t>وَلَكُمْ فِيهَا مَا تَشْتَهِيُّ أَنْفُسُكُمْ وَلَكُمْ فِيهَا مَا تَشْتَهِيُّ أَنْفُسُكُمْ جنت میں تمہارے لیے وہ سب کچھ ہے جو تم چاہو،</w:t>
      </w:r>
    </w:p>
    <w:p>
      <w:r>
        <w:rPr>
          <w:b/>
        </w:rPr>
        <w:t xml:space="preserve">[34:56] </w:t>
      </w:r>
      <w:r>
        <w:t>jo tum chahte ho.</w:t>
      </w:r>
    </w:p>
    <w:p>
      <w:pPr>
        <w:jc w:val="right"/>
      </w:pPr>
      <w:r>
        <w:t>جو تم چاہتے ہو۔</w:t>
      </w:r>
    </w:p>
    <w:p>
      <w:r>
        <w:rPr>
          <w:b/>
        </w:rPr>
        <w:t xml:space="preserve">[34:59] </w:t>
      </w:r>
      <w:r>
        <w:t>matlab in in paradise you will find all that you desire.</w:t>
      </w:r>
    </w:p>
    <w:p>
      <w:pPr>
        <w:jc w:val="right"/>
      </w:pPr>
      <w:r>
        <w:t>مطلب ان ان پاراڈائز یو ویل فائنڈ ال دیٹ یو ڈیزائر۔</w:t>
      </w:r>
    </w:p>
    <w:p>
      <w:r>
        <w:rPr>
          <w:b/>
        </w:rPr>
        <w:t xml:space="preserve">[35:10] </w:t>
      </w:r>
      <w:r>
        <w:t>kaha poora poora fulfillment milay ga aap ko paradise mein. To yahi to hai hebiṭed insan ka hebiṭed. Yeh yeh sara yeh arz nahi hai, yeh asal safreen hain.</w:t>
      </w:r>
    </w:p>
    <w:p>
      <w:pPr>
        <w:jc w:val="right"/>
      </w:pPr>
      <w:r>
        <w:t>کہا پورا پورا فلفلمنٹ ملے گا آپ کو پاراڈائز میں۔ تو یہی تو ہے ہیبیٹڈ انسان کا ہیبیٹڈ۔ یہ یہ سارا یہ ارض نہیں ہے، یہ اصل سافرین ہیں۔</w:t>
      </w:r>
    </w:p>
    <w:p>
      <w:r>
        <w:rPr>
          <w:b/>
        </w:rPr>
        <w:t xml:space="preserve">[35:22] </w:t>
      </w:r>
      <w:r>
        <w:t>insan ke jo taqazay hain, us ke lihaaz se yeh sayyarah arz jo hai, yeh asal safreen hai. Aur insan ka jo jahan sara us ko fulfillment milay, woh sirf jannat hai.</w:t>
      </w:r>
    </w:p>
    <w:p>
      <w:pPr>
        <w:jc w:val="right"/>
      </w:pPr>
      <w:r>
        <w:t>انسان کے جو تقاضے ہیں، اس کے لحاظ سے یہ سیارہ ارض جو ہے، یہ اصل سافرین ہے۔ اور انسان کا جو جہاں سارا اس کو فلفلمنٹ ملے، وہ صرف جنت ہے۔</w:t>
      </w:r>
    </w:p>
    <w:p>
      <w:r>
        <w:rPr>
          <w:b/>
        </w:rPr>
        <w:t xml:space="preserve">[35:38] </w:t>
      </w:r>
      <w:r>
        <w:t>to jannat hi is ka hebiṭed hai. Yeh matlab hai hasrat-e-muttafiqah, ni'am al-thawab wa hasrat-e-muttafiqah</w:t>
      </w:r>
    </w:p>
    <w:p>
      <w:pPr>
        <w:jc w:val="right"/>
      </w:pPr>
      <w:r>
        <w:t>تو جنت ہی اس کا ہیبیٹڈ ہے۔ یہ مطلب ہے حسرت مرتفقہ، نعم الثواب وحسرت مرتف</w:t>
      </w:r>
    </w:p>
    <w:p>
      <w:r>
        <w:rPr>
          <w:b/>
        </w:rPr>
        <w:t xml:space="preserve">[35:46] </w:t>
      </w:r>
      <w:r>
        <w:t>ke jannat ki shakal mein jo inaam milay ga, woh ab behtareen muttafiq hoga us ke liye. Woh muttafiq ahsan hoga us ke liye.</w:t>
      </w:r>
    </w:p>
    <w:p>
      <w:pPr>
        <w:jc w:val="right"/>
      </w:pPr>
      <w:r>
        <w:t>قہ کہ جنت کی شکل میں جو انعام ملے گا، وہ اب بہترین مرتفق ہوگا اس کے لیے۔ وہ مرتفق احسن ہوگا اس کے لیے۔</w:t>
      </w:r>
    </w:p>
    <w:p>
      <w:r>
        <w:rPr>
          <w:b/>
        </w:rPr>
        <w:t xml:space="preserve">[35:57] </w:t>
      </w:r>
      <w:r>
        <w:t>yani taqweem ahsan ko muttafiq ahsan de diya jaye ga. Behtareen hebiṭed to machhli ke liye behtareen hebiṭed pani hai.</w:t>
      </w:r>
    </w:p>
    <w:p>
      <w:pPr>
        <w:jc w:val="right"/>
      </w:pPr>
      <w:r>
        <w:t>یعنی تقویم احسن کو مرتفق احسن دے دیا جائے گا۔ بہترین ہیبیٹڈ تو مچھلی کے لیے بہترین ہیبیٹڈ پانی ہے۔</w:t>
      </w:r>
    </w:p>
    <w:p>
      <w:r>
        <w:rPr>
          <w:b/>
        </w:rPr>
        <w:t xml:space="preserve">[36:08] </w:t>
      </w:r>
      <w:r>
        <w:t>machhli ko aap kahein aur rakhiye, mahal mein rakhiye, bagh mein rakhiye, us ko fancy bed mein sula dijiye, us ko kisi hawa jahaz pe sawaar kar dijiye.</w:t>
      </w:r>
    </w:p>
    <w:p>
      <w:pPr>
        <w:jc w:val="right"/>
      </w:pPr>
      <w:r>
        <w:t>مچھلی کو آپ کہیں اور رکھیے، محل میں رکھیے، باغ میں رکھیے، اس کو فینسی بیڈ میں سلا دیجیے، اس کو کسی ہوا جہاز پہ سوار کر دیجیے۔</w:t>
      </w:r>
    </w:p>
    <w:p>
      <w:r>
        <w:rPr>
          <w:b/>
        </w:rPr>
        <w:t xml:space="preserve">[36:23] </w:t>
      </w:r>
      <w:r>
        <w:t>kahin kahin pe is ka behtareen hebiṭed nahi hai, is ka woh hai. Is ka behtareen hebiṭed jo hai, woh pani hai.</w:t>
      </w:r>
    </w:p>
    <w:p>
      <w:pPr>
        <w:jc w:val="right"/>
      </w:pPr>
      <w:r>
        <w:t>کہیں کہیں پہ اس کا بہترین ہیبیٹڈ نہیں ہے، اس کا وہ ہے۔ اس کا بہترین ہیبیٹڈ جو ہے، وہ پانی ہے۔</w:t>
      </w:r>
    </w:p>
    <w:p>
      <w:r>
        <w:rPr>
          <w:b/>
        </w:rPr>
        <w:t xml:space="preserve">[36:31] </w:t>
      </w:r>
      <w:r>
        <w:t>to insan ko bhi aap kahein aur rakhiye, us ko to us ka us sukoon nahi milay ga us ko, kyunke is ke saaray taqazay poore nahi ho rahay hain.</w:t>
      </w:r>
    </w:p>
    <w:p>
      <w:pPr>
        <w:jc w:val="right"/>
      </w:pPr>
      <w:r>
        <w:t>تو انسان کو بھی آپ کہیں اور رکھیے، اس کو تو اس کا اس سکون نہیں ملے گا اس کو، کیونکہ اس کے سارے تقاضے پورے نہیں ہو رہے ہیں۔</w:t>
      </w:r>
    </w:p>
    <w:p>
      <w:r>
        <w:rPr>
          <w:b/>
        </w:rPr>
        <w:t xml:space="preserve">[36:45] </w:t>
      </w:r>
      <w:r>
        <w:t>jab jannat mein pohanchay ga to achaanak mehsoos karega ke mein to apnay hebiṭed pohanch gaya, yahan mere saaray taqazay poore ho rahay hain.</w:t>
      </w:r>
    </w:p>
    <w:p>
      <w:pPr>
        <w:jc w:val="right"/>
      </w:pPr>
      <w:r>
        <w:t>جب جنت میں پہنچے گا تو اچانک محسوس کرے گا کہ میں تو اپنے ہیبیٹڈ پہنچ گیا، یہاں میرے سارے تقاضے پورے ہو رہے ہیں۔</w:t>
      </w:r>
    </w:p>
    <w:p>
      <w:r>
        <w:rPr>
          <w:b/>
        </w:rPr>
        <w:t xml:space="preserve">[36:56] </w:t>
      </w:r>
      <w:r>
        <w:t>isi liye jo jannat mein janay walay kahein ge, quran mein bataya gaya hai ke alhamdulillah alladhi azhaba annal huzn</w:t>
      </w:r>
    </w:p>
    <w:p>
      <w:pPr>
        <w:jc w:val="right"/>
      </w:pPr>
      <w:r>
        <w:t>اسی لیے جو جنت میں جانے والے کہیں گے، قرآن میں بتایا گیا ہے کہ الحمدللہ الذی اذہب انڈر الحزن</w:t>
      </w:r>
    </w:p>
    <w:p>
      <w:r>
        <w:rPr>
          <w:b/>
        </w:rPr>
        <w:t xml:space="preserve">[37:08] </w:t>
      </w:r>
      <w:r>
        <w:t>alhamdulillah alladhi azhaba annal huzn. Allah ka shukar hai jis ne hum se huzn ko khatam kar diya.</w:t>
      </w:r>
    </w:p>
    <w:p>
      <w:pPr>
        <w:jc w:val="right"/>
      </w:pPr>
      <w:r>
        <w:t>الحمدللہ الذی اذہب انڈر الحزن۔ اللہ کا شکر ہے جس نے ہم سے حزن کو ختم کر دیا۔</w:t>
      </w:r>
    </w:p>
    <w:p>
      <w:r>
        <w:rPr>
          <w:b/>
        </w:rPr>
        <w:t xml:space="preserve">[37:21] </w:t>
      </w:r>
      <w:r>
        <w:t>to jis tarah se machhli ke liye har doosri jagah maqam-e-huzn hai, mahal hai, bagh hai, makhmal ka farsh hai, car hai, hawa jahaz hai, koi bhi doosri jagah rakhein,</w:t>
      </w:r>
    </w:p>
    <w:p>
      <w:pPr>
        <w:jc w:val="right"/>
      </w:pPr>
      <w:r>
        <w:t>تو جس طرح سے مچھلی کے لیے ہر دوسری جگہ مقام حزن ہے، محل ہے، باغ ہے، مخمل کا فرش ہے، کار ہے، ہوا جہاز ہے، کوئی بھی دوسری جگہ رکھیں،</w:t>
      </w:r>
    </w:p>
    <w:p>
      <w:r>
        <w:rPr>
          <w:b/>
        </w:rPr>
        <w:t xml:space="preserve">[37:37] </w:t>
      </w:r>
      <w:r>
        <w:t>machhli koi to woh us ke liye maqam-e-huzn hoga. Lekin us ko pani mein daal diya to woh bilkul khush ho jaye gi, kyunke is ka hebiṭed hai.</w:t>
      </w:r>
    </w:p>
    <w:p>
      <w:pPr>
        <w:jc w:val="right"/>
      </w:pPr>
      <w:r>
        <w:t>مچھلی کوئی تو وہ اس کے لیے مقام حزن ہوگا۔ لیکن اس کو پانی میں ڈال دیا تو وہ بالکل خوش ہو جائے گی، کیونکہ اس کا ہیبیٹڈ ہے۔</w:t>
      </w:r>
    </w:p>
    <w:p>
      <w:r>
        <w:rPr>
          <w:b/>
        </w:rPr>
        <w:t xml:space="preserve">[37:47] </w:t>
      </w:r>
      <w:r>
        <w:t>to insan ko jin taqazay ke saath paida kiya gaya hai, jo is ka sense of enjoy hai, jo is ka perfection seeking nature hai, jo is ka yani har cheez ko ideal roop mein chahta hai hasil karna, woh jo mizaj hai us ka,</w:t>
      </w:r>
    </w:p>
    <w:p>
      <w:pPr>
        <w:jc w:val="right"/>
      </w:pPr>
      <w:r>
        <w:t>تو انسان کو جن تقاضوں کے ساتھ پیدا کیا گیا ہے، جو اس کا سینس آف انجوائے ہے، جو اس کا پرفیکشن سیکھنگ نیچر ہے، جو اس کا یعنی ہر چیز کو آئیڈیل روپ میں چاہتا ہے حاصل کرنا، وہ جو مزاج ہے اس کا،</w:t>
      </w:r>
    </w:p>
    <w:p>
      <w:r>
        <w:rPr>
          <w:b/>
        </w:rPr>
        <w:t xml:space="preserve">[38:09] </w:t>
      </w:r>
      <w:r>
        <w:t>aur jo chahta hai ke mein hamesha zinda rahoon, hamesha tandrust rahoon,</w:t>
      </w:r>
    </w:p>
    <w:p>
      <w:pPr>
        <w:jc w:val="right"/>
      </w:pPr>
      <w:r>
        <w:t>اور جو چاہتا ہے کہ میں ہمیشہ زندہ رہوں، ہمیشہ تندرست رہوں،</w:t>
      </w:r>
    </w:p>
    <w:p>
      <w:r>
        <w:rPr>
          <w:b/>
        </w:rPr>
        <w:t xml:space="preserve">[38:15] </w:t>
      </w:r>
      <w:r>
        <w:t>hamesha mein kabhi mein bore na hoon, yeh saari cheezein jo hain insan ke jo taqazay, woh is dunya mein poore nahi hotay, kyunke yeh dunya insan ka hebiṭed nahi hai.</w:t>
      </w:r>
    </w:p>
    <w:p>
      <w:pPr>
        <w:jc w:val="right"/>
      </w:pPr>
      <w:r>
        <w:t>ہمیشہ میں کبھی میں بور نہ ہوں، یہ ساری چیزیں جو ہیں انسان کے جو تقاضے، وہ اس دنیا میں پورے نہیں ہوتے، کیونکہ یہ دنیا انسان کا ہیبیٹڈ نہیں ہے۔</w:t>
      </w:r>
    </w:p>
    <w:p>
      <w:r>
        <w:rPr>
          <w:b/>
        </w:rPr>
        <w:t xml:space="preserve">[38:30] </w:t>
      </w:r>
      <w:r>
        <w:t>is dunya mein aap kahein aur rakhein to woh wahin se hoga jis ko machhli ko aap ne kahein aur rakh diya.</w:t>
      </w:r>
    </w:p>
    <w:p>
      <w:pPr>
        <w:jc w:val="right"/>
      </w:pPr>
      <w:r>
        <w:t>اس دنیا میں آپ کہیں اور رکھیں تو وہ وہی سے ہوگا جس کو مچھلی کو آپ نے کہیں اور رکھ دیا۔</w:t>
      </w:r>
    </w:p>
    <w:p>
      <w:r>
        <w:rPr>
          <w:b/>
        </w:rPr>
        <w:t xml:space="preserve">[38:37] </w:t>
      </w:r>
      <w:r>
        <w:t>aur jaise hi insan pohanchay ga jannat mein to utha, kahan uthay ga? Kaha alhamdulillah alladhi azhaba annal huzn</w:t>
      </w:r>
    </w:p>
    <w:p>
      <w:pPr>
        <w:jc w:val="right"/>
      </w:pPr>
      <w:r>
        <w:t>اور جیسے ہی انسان پہنچے گا جنت میں تو اٹھا، کہاں اٹھے گا؟ کہا الحمدللہ الذی اذہب انڈر الحزن</w:t>
      </w:r>
    </w:p>
    <w:p>
      <w:r>
        <w:rPr>
          <w:b/>
        </w:rPr>
        <w:t xml:space="preserve">[38:48] </w:t>
      </w:r>
      <w:r>
        <w:t>is allah ka shukar hai jis ne hum ko hamare apne hi habited pouncha diya, jahan hazan nahi hai, jahan koi pareshani nahi hai, jahan koi takleef nahi hai, jahan koi cheez hamari chahat se kam nahi, har cheez hamari chahat ke mutabiq hai,</w:t>
      </w:r>
    </w:p>
    <w:p>
      <w:pPr>
        <w:jc w:val="right"/>
      </w:pPr>
      <w:r>
        <w:t>اس اللہ کا شکر ہے جس نے ہم کو ہمارے اپنے ہیبیٹڈ پہنچا دیا، جہاں حزن نہیں ہے، جہاں کوئی پریشانی نہیں ہے، جہاں کوئی تکلیف نہیں ہے، جہاں کوئی چیز ہماری چاہت سے کم نہیں، ہر چیز ہماری چاہت کے مطابق ہے،</w:t>
      </w:r>
    </w:p>
    <w:p>
      <w:r>
        <w:rPr>
          <w:b/>
        </w:rPr>
        <w:t xml:space="preserve">[39:04] </w:t>
      </w:r>
      <w:r>
        <w:t>jahan poora fulfillment hai.</w:t>
      </w:r>
    </w:p>
    <w:p>
      <w:pPr>
        <w:jc w:val="right"/>
      </w:pPr>
      <w:r>
        <w:t>جہاں پورا فلفلمنٹ ہے۔</w:t>
      </w:r>
    </w:p>
    <w:p>
      <w:r>
        <w:rPr>
          <w:b/>
        </w:rPr>
        <w:t xml:space="preserve">[39:11] </w:t>
      </w:r>
      <w:r>
        <w:t>to yeh sari baatein samajhne ke liye zaroori hai ke aap aap sab se pehle idraak karein apne izzat ka.</w:t>
      </w:r>
    </w:p>
    <w:p>
      <w:pPr>
        <w:jc w:val="right"/>
      </w:pPr>
      <w:r>
        <w:t>تو یہ ساری باتیں سمجھنے کے لیے ضروری ہے کہ آپ آپ سب سے پہلے ادراک کریں اپنے عزت کا۔</w:t>
      </w:r>
    </w:p>
    <w:p>
      <w:r>
        <w:rPr>
          <w:b/>
        </w:rPr>
        <w:t xml:space="preserve">[39:21] </w:t>
      </w:r>
      <w:r>
        <w:t>ilm insan maalam alam aap is baat ko daryaft karein ke main nahi jaanta, allah jaanta hai.</w:t>
      </w:r>
    </w:p>
    <w:p>
      <w:pPr>
        <w:jc w:val="right"/>
      </w:pPr>
      <w:r>
        <w:t>علم الانسان معالم عالم آپ اس بات کو دریافت کریں کہ میں نہیں جانتا، اللہ جانتا ہے۔</w:t>
      </w:r>
    </w:p>
    <w:p>
      <w:r>
        <w:rPr>
          <w:b/>
        </w:rPr>
        <w:t xml:space="preserve">[39:31] </w:t>
      </w:r>
      <w:r>
        <w:t>agar yeh na ho to jis tarah ke maine kama tatar ka misaal di ke unhone ridicule kiya quran ko, to aap ridicule karein ge, kyunke aap bekhabar hain apne la-ilmi se.</w:t>
      </w:r>
    </w:p>
    <w:p>
      <w:pPr>
        <w:jc w:val="right"/>
      </w:pPr>
      <w:r>
        <w:t>اگر یہ نہ ہو تو جس طرح کہ میں نے کما تتر کا مثال دی کہ انہوں نے ریڈیکول کیا قرآن کو، تو آپ ریڈیکول کریں گے، کیونکہ آپ بے خبر ہیں اپنے لاعلمی سے۔</w:t>
      </w:r>
    </w:p>
    <w:p>
      <w:r>
        <w:rPr>
          <w:b/>
        </w:rPr>
        <w:t xml:space="preserve">[39:46] </w:t>
      </w:r>
      <w:r>
        <w:t>to ataturk ne quran ko ridicule kiya ke yeh kaisi kitaab hai jis mein teen ayat al-qasas hain, yeh kya hamari rehnumai kare gi? to sab se pehle apne izzat ko daryaft ki</w:t>
      </w:r>
    </w:p>
    <w:p>
      <w:pPr>
        <w:jc w:val="right"/>
      </w:pPr>
      <w:r>
        <w:t>تو اتاترک نے قرآن کو ریڈیکول کیا کہ یہ کیسی کتاب ہے جس میں تین ایات القصے ہیں، یہ کیا ہماری رہنمائی کرے گی؟ تو سب سے پہلے اپنے عزت کو دریافت کی</w:t>
      </w:r>
    </w:p>
    <w:p>
      <w:r>
        <w:rPr>
          <w:b/>
        </w:rPr>
        <w:t xml:space="preserve">[40:00] </w:t>
      </w:r>
      <w:r>
        <w:t>jiye, apni la-ilmi ko daryaft kijiye, apne an awareness ko daryaft kijiye.</w:t>
      </w:r>
    </w:p>
    <w:p>
      <w:pPr>
        <w:jc w:val="right"/>
      </w:pPr>
      <w:r>
        <w:t>جئے، اپنی لاعلمی کو دریافت کیجئے، اپنے ان اویرنس کو دریافت کیجئے۔</w:t>
      </w:r>
    </w:p>
    <w:p>
      <w:r>
        <w:rPr>
          <w:b/>
        </w:rPr>
        <w:t xml:space="preserve">[40:07] </w:t>
      </w:r>
      <w:r>
        <w:t>tab aap ko starting point mile ga, tab aap ko sachai ke safar ka rasta mile ga, tab aap manzil tak pounch paein ge.</w:t>
      </w:r>
    </w:p>
    <w:p>
      <w:pPr>
        <w:jc w:val="right"/>
      </w:pPr>
      <w:r>
        <w:t>تب آپ کو سٹارٹنگ پوائنٹ ملے گا، تب آپ کو سچائی کے سفر کا راستہ ملے گا، تب آپ منزل تک پہنچ پائیں گے۔</w:t>
      </w:r>
    </w:p>
    <w:p>
      <w:r>
        <w:rPr>
          <w:b/>
        </w:rPr>
        <w:t xml:space="preserve">[40:31] </w:t>
      </w:r>
      <w:r>
        <w:t>to quran ko samajhne ke liye tadabbur ko is ke liye laazim qarar diya gaya hai. tadabbur yani sochna, ghore karna.</w:t>
      </w:r>
    </w:p>
    <w:p>
      <w:pPr>
        <w:jc w:val="right"/>
      </w:pPr>
      <w:r>
        <w:t>تو قرآن کو سمجھنے کے لیے تدبر کو اس کے لیے لازم قرار دیا گیا ہے۔ تدبر یعنی سوچنا، غور کرنا۔</w:t>
      </w:r>
    </w:p>
    <w:p>
      <w:r>
        <w:rPr>
          <w:b/>
        </w:rPr>
        <w:t xml:space="preserve">[40:46] </w:t>
      </w:r>
      <w:r>
        <w:t>jitna aap sochen ge, utne is ke mani khulte chale jaein ge. jaise ke maine aap ko quran ki kuch kuch ayatein bataein, yeh sochne se daryaft hoti hain.</w:t>
      </w:r>
    </w:p>
    <w:p>
      <w:pPr>
        <w:jc w:val="right"/>
      </w:pPr>
      <w:r>
        <w:t>جتنا آپ سوچیں گے، اتنے اس کے معنی کھلتے چلے جائیں گے۔ جیسے کہ میں نے آپ کو قرآن کی کچھ کچھ آیتیں بتائیں، یہ سوچنے سے دریافت ہوتی ہیں۔</w:t>
      </w:r>
    </w:p>
    <w:p>
      <w:r>
        <w:rPr>
          <w:b/>
        </w:rPr>
        <w:t xml:space="preserve">[41:02] </w:t>
      </w:r>
      <w:r>
        <w:t>main khud chounke ibtidai tor par seeker tha, paanch saal meri zindagi aise guzre hain jabke seeker tha main. yani mazhab ko us waqt mein kisi mazhab ko nahi manta tha,</w:t>
      </w:r>
    </w:p>
    <w:p>
      <w:pPr>
        <w:jc w:val="right"/>
      </w:pPr>
      <w:r>
        <w:t>میں خود چونکہ ابتدائی طور پر سیکھر تھا، پانچ سال میری زندگی ایسے گزرے ہیں جبکہ سیکھر تھا میں۔ یعنی مذہب کو اس وقت میں کسی مذہب کو نہیں مانتا تھا،</w:t>
      </w:r>
    </w:p>
    <w:p>
      <w:r>
        <w:rPr>
          <w:b/>
        </w:rPr>
        <w:t xml:space="preserve">[41:21] </w:t>
      </w:r>
      <w:r>
        <w:t>sirf talash talash kar raha tha ke sachai kya hai.</w:t>
      </w:r>
    </w:p>
    <w:p>
      <w:pPr>
        <w:jc w:val="right"/>
      </w:pPr>
      <w:r>
        <w:t>صرف تلاش تلاش کر رہا تھا کہ سچائی کیا ہے۔</w:t>
      </w:r>
    </w:p>
    <w:p>
      <w:r>
        <w:rPr>
          <w:b/>
        </w:rPr>
        <w:t xml:space="preserve">[41:28] </w:t>
      </w:r>
      <w:r>
        <w:t>to us waqt mein isi yani isi cheez se dochar tha jis ko ab main zyada surely tor par samajh paaya hoon ke ab main sochta hoon ke mera masla kya tha.</w:t>
      </w:r>
    </w:p>
    <w:p>
      <w:pPr>
        <w:jc w:val="right"/>
      </w:pPr>
      <w:r>
        <w:t>تو اس وقت میں اسی یعنی اسی چیز سے دوچار تھا جس کو اب میں زیادہ سوری طور پر سمجھ پایا ہوں کہ اب میں سوچتا ہوں کہ میرا مسئلہ کیا تھا۔</w:t>
      </w:r>
    </w:p>
    <w:p>
      <w:r>
        <w:rPr>
          <w:b/>
        </w:rPr>
        <w:t xml:space="preserve">[41:41] </w:t>
      </w:r>
      <w:r>
        <w:t>mera masla yeh tha ke main dekhta tha ke mere aur dunya ke darmiyan ek contradiction hai. us waqt naujawani ki umar thi, tab main itna samajh nahi paaya tha.</w:t>
      </w:r>
    </w:p>
    <w:p>
      <w:pPr>
        <w:jc w:val="right"/>
      </w:pPr>
      <w:r>
        <w:t>میرا مسئلہ یہ تھا کہ میں دیکھتا تھا کہ میرے اور دنیا کے درمیان ایک کنٹراڈکشن ہے۔ اس وقت نوجوانی کی عمر تھی، تب میں اتنا سمجھ نہیں پایا تھا۔</w:t>
      </w:r>
    </w:p>
    <w:p>
      <w:r>
        <w:rPr>
          <w:b/>
        </w:rPr>
        <w:t xml:space="preserve">[41:52] </w:t>
      </w:r>
      <w:r>
        <w:t>ab main samajh paata hoon ke kyun main pareshan reh</w:t>
      </w:r>
    </w:p>
    <w:p>
      <w:pPr>
        <w:jc w:val="right"/>
      </w:pPr>
      <w:r>
        <w:t>اب میں سمجھ پاتا ہوں کہ کیوں میں پریشان رہ</w:t>
      </w:r>
    </w:p>
    <w:p>
      <w:r>
        <w:rPr>
          <w:b/>
        </w:rPr>
        <w:t xml:space="preserve">[41:55] </w:t>
      </w:r>
      <w:r>
        <w:t>ta tha, kyun main mutmaeen nahi rehta tha, is ki wajah kya thi. to main samajhta tha ke mere aur dunya ke darmiyan ek contradiction hai.</w:t>
      </w:r>
    </w:p>
    <w:p>
      <w:pPr>
        <w:jc w:val="right"/>
      </w:pPr>
      <w:r>
        <w:t>تا تھا، کیوں میں مطمئن نہیں رہتا تھا، اس کی وجہ کیا تھی۔ تو میں سمجھتا تھا کہ میرے اور دنیا کے درمیان ایک کنٹراڈکشن ہے۔</w:t>
      </w:r>
    </w:p>
    <w:p>
      <w:r>
        <w:rPr>
          <w:b/>
        </w:rPr>
        <w:t xml:space="preserve">[42:06] </w:t>
      </w:r>
      <w:r>
        <w:t>main jo chahta hoon, us se kam hai yeh dunya.</w:t>
      </w:r>
    </w:p>
    <w:p>
      <w:pPr>
        <w:jc w:val="right"/>
      </w:pPr>
      <w:r>
        <w:t>میں جو چاہتا ہوں، اس سے کم ہے یہ دنیا۔</w:t>
      </w:r>
    </w:p>
    <w:p>
      <w:r>
        <w:rPr>
          <w:b/>
        </w:rPr>
        <w:t xml:space="preserve">[42:11] </w:t>
      </w:r>
      <w:r>
        <w:t>main bohat hi zyada idealist tha, lekin dunya less than ideal thi. main bohat zyada perfectionist tha, magar dunya imperfect thi.</w:t>
      </w:r>
    </w:p>
    <w:p>
      <w:pPr>
        <w:jc w:val="right"/>
      </w:pPr>
      <w:r>
        <w:t>میں بہت ہی زیادہ آئیڈیلسٹ تھا، لیکن دنیا لیس دین آئیڈیل تھی۔ میں بہت زیادہ پرفیکشنسٹ تھا، مگر دنیا امپرفیکٹ تھی۔</w:t>
      </w:r>
    </w:p>
    <w:p>
      <w:r>
        <w:rPr>
          <w:b/>
        </w:rPr>
        <w:t xml:space="preserve">[42:22] </w:t>
      </w:r>
      <w:r>
        <w:t>main bohat zyada high mayar har cheez</w:t>
      </w:r>
    </w:p>
    <w:p>
      <w:pPr>
        <w:jc w:val="right"/>
      </w:pPr>
      <w:r>
        <w:t>میں بہت زیادہ ہائی معیار ہر چیز</w:t>
      </w:r>
    </w:p>
    <w:p>
      <w:r>
        <w:rPr>
          <w:b/>
        </w:rPr>
        <w:t xml:space="preserve">[42:24] </w:t>
      </w:r>
      <w:r>
        <w:t>ka chahta tha, magar har cheez kamtar mayar ki thi. mere taste buds jo the, woh bohat hi high qism ke the, lekin kisi cheez mein mujhe taste buds ke mutabiq mujhe taskeen nahi milti thi.</w:t>
      </w:r>
    </w:p>
    <w:p>
      <w:pPr>
        <w:jc w:val="right"/>
      </w:pPr>
      <w:r>
        <w:t>کا چاہتا تھا، مگر ہر چیز کمتر معیار کی تھی۔ میرے ٹیسٹ برڈز جو تھے، وہ بہت ہی ہائی قسم کے تھے، لیکن کسی چیز میں مجھے ٹیسٹ برڈز کے مطابق مجھے تسکین نہیں ملتی تھی۔</w:t>
      </w:r>
    </w:p>
    <w:p>
      <w:r>
        <w:rPr>
          <w:b/>
        </w:rPr>
        <w:t xml:space="preserve">[42:39] </w:t>
      </w:r>
      <w:r>
        <w:t>to har aitbaar se main sochta tha ke main jo maine parha, is ka Sir James Jeans ka, to us ne likha tha ke it appears that man is straight in a world that was not made for him</w:t>
      </w:r>
    </w:p>
    <w:p>
      <w:pPr>
        <w:jc w:val="right"/>
      </w:pPr>
      <w:r>
        <w:t>تو ہر اعتبار سے میں سوچتا تھا کہ میں جو میں نے پڑھا، اس کا سر جیمز جینز کا، تو اس نے لکھا تھا کہ it appears that man is straight in a world that was not made for him</w:t>
      </w:r>
    </w:p>
    <w:p>
      <w:r>
        <w:rPr>
          <w:b/>
        </w:rPr>
        <w:t xml:space="preserve">[42:53] </w:t>
      </w:r>
      <w:r>
        <w:t>to main samajhta tha ke yahi mera case hai. aisi dunya mein aa gaya hoon jo mere liye banai nahi gayi hai.</w:t>
      </w:r>
    </w:p>
    <w:p>
      <w:pPr>
        <w:jc w:val="right"/>
      </w:pPr>
      <w:r>
        <w:t>تو میں سمجھتا تھا کہ یہی میرا کیس ہے۔ ایسی دنیا میں آ گیا ہوں جو میرے لیے بنائی نہیں گئی ہے۔</w:t>
      </w:r>
    </w:p>
    <w:p>
      <w:r>
        <w:rPr>
          <w:b/>
        </w:rPr>
        <w:t xml:space="preserve">[43:01] </w:t>
      </w:r>
      <w:r>
        <w:t>jab yeh daryaft hui jannat ki haqeeqat, tab pata chala ke ke yeh to mera habited hi nahi hai, habited to jannat hai.</w:t>
      </w:r>
    </w:p>
    <w:p>
      <w:pPr>
        <w:jc w:val="right"/>
      </w:pPr>
      <w:r>
        <w:t>جب یہ دریافت ہوئی جنت کی حقیقت، تب پتہ چلا کہ کہ یہ تو میرا ہیبیٹڈ ہی نہیں ہے، ہیبیٹڈ تو جنت ہے۔</w:t>
      </w:r>
    </w:p>
    <w:p>
      <w:r>
        <w:rPr>
          <w:b/>
        </w:rPr>
        <w:t xml:space="preserve">[43:13] </w:t>
      </w:r>
      <w:r>
        <w:t>tab meri samajh mein aaya ke zindagi ka sab se behtar tareeqa kya hai? akhirat oriented life. akhirat oriented life.</w:t>
      </w:r>
    </w:p>
    <w:p>
      <w:pPr>
        <w:jc w:val="right"/>
      </w:pPr>
      <w:r>
        <w:t>تب میری سمجھ میں آیا کہ زندگی کا سب سے بہتر طریقہ کیا ہے؟ آخرت اورینٹڈ لائف۔ آخرت اورینٹڈ لائف۔</w:t>
      </w:r>
    </w:p>
    <w:p>
      <w:r>
        <w:rPr>
          <w:b/>
        </w:rPr>
        <w:t xml:space="preserve">[43:24] </w:t>
      </w:r>
      <w:r>
        <w:t>to main dua karta hoon ke allah taala mujh ko aur aap ko akhirat oriented life ki tofeeq de aur hum ko jannat mein dakhil kare.</w:t>
      </w:r>
    </w:p>
    <w:p>
      <w:pPr>
        <w:jc w:val="right"/>
      </w:pPr>
      <w:r>
        <w:t>تو میں دعا کرتا ہوں کہ اللہ تعالی مجھ کو اور آپ کو آخرت اورینٹڈ لائف کی توفیق دے اور ہم کو جنت میں داخل کرے۔</w:t>
      </w:r>
    </w:p>
    <w:p>
      <w:r>
        <w:rPr>
          <w:b/>
        </w:rPr>
        <w:t xml:space="preserve">[43:42] </w:t>
      </w:r>
      <w:r>
        <w:t>aqool qooli haza wastaghfirullaha li walakum ajmaeen</w:t>
      </w:r>
    </w:p>
    <w:p>
      <w:pPr>
        <w:jc w:val="right"/>
      </w:pPr>
      <w:r>
        <w:t>أقول قولي هذا واستغفر الله لي ولكم اجمعین</w:t>
      </w:r>
    </w:p>
    <w:p>
      <w:r>
        <w:rPr>
          <w:b/>
        </w:rPr>
        <w:t xml:space="preserve">[43:58] </w:t>
      </w:r>
      <w:r>
        <w:t>molana, agla sawal dilli se hai, doctor fareeda khanoom ka. unhon ne likha hai: "Yesterday I was watching TV channel Al Jazeera, one Egyptian lady who was with the protesters was being asked by the reporter as to why she was with the protesters.</w:t>
      </w:r>
    </w:p>
    <w:p>
      <w:pPr>
        <w:jc w:val="right"/>
      </w:pPr>
      <w:r>
        <w:t>مولانا، اگلا سوال دلی سے ہے، ڈاکٹر فریدہ خانم کا۔ انہوں نے لکھا ہے: "Yesterday I was watching TV channel Al Jazeera, one Egyptian lady who was with the protesters was being asked by the reporter as to why she was with the protesters.</w:t>
      </w:r>
    </w:p>
    <w:p>
      <w:r>
        <w:rPr>
          <w:b/>
        </w:rPr>
        <w:t xml:space="preserve">[44:17] </w:t>
      </w:r>
      <w:r>
        <w:t>She replied, 'I have a fancy home, I have a fancy car, but I don't enjoy freedom.</w:t>
      </w:r>
    </w:p>
    <w:p>
      <w:pPr>
        <w:jc w:val="right"/>
      </w:pPr>
      <w:r>
        <w:t>She replied, 'I have a fancy home, I have a fancy car, but I don't enjoy freedom.</w:t>
      </w:r>
    </w:p>
    <w:p>
      <w:r>
        <w:rPr>
          <w:b/>
        </w:rPr>
        <w:t xml:space="preserve">[44:26] </w:t>
      </w:r>
      <w:r>
        <w:t>My question is, does Islam allow to become a rebel to demand for freedom?' bilkul, yeh mere nazdeek to haram hai.</w:t>
      </w:r>
    </w:p>
    <w:p>
      <w:pPr>
        <w:jc w:val="right"/>
      </w:pPr>
      <w:r>
        <w:t>My question is, does Islam allow to become a rebel to demand for freedom?' بالکل، یہ میرے نزدیک تو حرام ہے۔</w:t>
      </w:r>
    </w:p>
    <w:p>
      <w:r>
        <w:rPr>
          <w:b/>
        </w:rPr>
        <w:t xml:space="preserve">[44:35] </w:t>
      </w:r>
      <w:r>
        <w:t>haram kaun se freedom? kis cheez ko aap freedom kehte hain? kis cheez ko? yeh yeh jo bol rahi hai, woh woh bhi to freedom hai. yani ek hukoomat qaim hai, is mein aap bol rahe hain, yeh yeh bhi to freedom hai.</w:t>
      </w:r>
    </w:p>
    <w:p>
      <w:pPr>
        <w:jc w:val="right"/>
      </w:pPr>
      <w:r>
        <w:t>حرام کون سے فریڈم؟ کس چیز کو آپ فریڈم کہتے ہیں؟ کس چیز کو؟ یہ یہ جو بول رہی ہے، وہ وہ بھی تو فریڈم ہے۔ یعنی ایک حکومت قائم ہے، اس میں آپ بول رہے ہیں، یہ یہ بھی تو فریڈم ہے۔</w:t>
      </w:r>
    </w:p>
    <w:p>
      <w:r>
        <w:rPr>
          <w:b/>
        </w:rPr>
        <w:t xml:space="preserve">[44:51] </w:t>
      </w:r>
      <w:r>
        <w:t>mein is ko galat samajhta hoon ke un ko freedom nahi thi. pehle bhi thi aur ab bhi hai.</w:t>
      </w:r>
    </w:p>
    <w:p>
      <w:pPr>
        <w:jc w:val="right"/>
      </w:pPr>
      <w:r>
        <w:t>میں اس کو غلط سمجھتا ہوں کہ ان کو فریڈم نہیں تھی۔ پہلے بھی تھی اور اب بھی ہے۔</w:t>
      </w:r>
    </w:p>
    <w:p>
      <w:r>
        <w:rPr>
          <w:b/>
        </w:rPr>
        <w:t xml:space="preserve">[44:59] </w:t>
      </w:r>
      <w:r>
        <w:t>jis cheez ki freedom, yani Islam ka tasawwur jo yeh hai ke aap aap Islam mein jo samm bonam hai, freedom nahi hai, woh hai peace.</w:t>
      </w:r>
    </w:p>
    <w:p>
      <w:pPr>
        <w:jc w:val="right"/>
      </w:pPr>
      <w:r>
        <w:t>جس چیز کی فریڈم، یعنی اسلام کا تصور جو یہ ہے کہ آپ آپ اسلام میں جو سمم بونم ہے، فریڈم نہیں ہے، وہ ہے پیس۔</w:t>
      </w:r>
    </w:p>
    <w:p>
      <w:r>
        <w:rPr>
          <w:b/>
        </w:rPr>
        <w:t xml:space="preserve">[45:14] </w:t>
      </w:r>
      <w:r>
        <w:t>yeh western concept hai ke woh freedom ko samm bonam mante hain. unlimited freedom Islam ka tasawwur yeh nahi</w:t>
      </w:r>
    </w:p>
    <w:p>
      <w:pPr>
        <w:jc w:val="right"/>
      </w:pPr>
      <w:r>
        <w:t>یہ ویسٹرن کانسیپٹ ہے کہ وہ فریڈم کو سمم بونم مانتے ہیں۔ ان لمیٹڈ فریڈم اسلام کا تصور یہ نہیں</w:t>
      </w:r>
    </w:p>
    <w:p>
      <w:r>
        <w:rPr>
          <w:b/>
        </w:rPr>
        <w:t xml:space="preserve">[45:23] </w:t>
      </w:r>
      <w:r>
        <w:t>hai. Islam ki tasdeeq agar aap ko mawaqe ko avail karne ki opportunity khuli hui hai, is mein aap ko koi rukawat nahi hai, to wohi freedom Islam ke nazdeek kaafi hai.</w:t>
      </w:r>
    </w:p>
    <w:p>
      <w:pPr>
        <w:jc w:val="right"/>
      </w:pPr>
      <w:r>
        <w:t>ہے۔ اسلام کی تصدیق اگر آپ کو مواقع کو اویل کرنے کی اپرچونیٹی کھلی ہوئی ہے، اس میں آپ کو کوئی رکاوٹ نہیں ہے، تو وہی فریڈم اسلام کے نزدیک کافی ہے۔</w:t>
      </w:r>
    </w:p>
    <w:p>
      <w:r>
        <w:rPr>
          <w:b/>
        </w:rPr>
        <w:t xml:space="preserve">[45:37] </w:t>
      </w:r>
      <w:r>
        <w:t>to kaun sa freedom woh chahti hai? jo freedom woh chahti hai, woh Islam mein matloob hi nahi hai. to mein dekh, yeh ek bilkul galat baat hai, baseless baat hai ke un ko freedom nahi mili hui.</w:t>
      </w:r>
    </w:p>
    <w:p>
      <w:pPr>
        <w:jc w:val="right"/>
      </w:pPr>
      <w:r>
        <w:t>تو کون سا فریڈم وہ چاہتی ہے؟ جو فریڈم وہ چاہتی ہے، وہ اسلام میں مطلوب ہی نہیں ہے۔ تو میں دیکھ، یہ ایک بالکل غلط بات ہے، بیسلیس بات ہے کہ ان کو فریڈم نہیں ملی ہوئی۔</w:t>
      </w:r>
    </w:p>
    <w:p>
      <w:r>
        <w:rPr>
          <w:b/>
        </w:rPr>
        <w:t xml:space="preserve">[45:52] </w:t>
      </w:r>
      <w:r>
        <w:t>freedom na hoti to un ke paas car bhi na hoti, un ke paas ghar bhi na hota, bol bhi nahi sakti thi. woh</w:t>
      </w:r>
    </w:p>
    <w:p>
      <w:pPr>
        <w:jc w:val="right"/>
      </w:pPr>
      <w:r>
        <w:t>فریڈم نہ ہوتی تو ان کے پاس کار بھی نہ ہوتی، ان کے پاس گھر بھی نہ ہوتا، بول بھی نہیں سکتی تھی۔ وہ</w:t>
      </w:r>
    </w:p>
    <w:p>
      <w:r>
        <w:rPr>
          <w:b/>
        </w:rPr>
        <w:t xml:space="preserve">[45:59] </w:t>
      </w:r>
      <w:r>
        <w:t>mein to samajhta hoon ke yeh is tarah ki jo baatein yeh log bol rahe hain, yani ke woh jante nahi ke freedom kya hai aur ghulami kya hai.</w:t>
      </w:r>
    </w:p>
    <w:p>
      <w:pPr>
        <w:jc w:val="right"/>
      </w:pPr>
      <w:r>
        <w:t>میں تو سمجھتا ہوں کہ یہ اس طرح کی جو باتیں یہ لوگ بول رہے ہیں، یعنی کہ وہ جانتے نہیں کہ فریڈم کیا ہے اور غلامی کیا ہے۔</w:t>
      </w:r>
    </w:p>
    <w:p>
      <w:r>
        <w:rPr>
          <w:b/>
        </w:rPr>
        <w:t xml:space="preserve">[46:09] </w:t>
      </w:r>
      <w:r>
        <w:t>bas ek ek josh mein bol rahe hain, bas kuch bekhabari, bekhabar hain har cheez se. woh</w:t>
      </w:r>
    </w:p>
    <w:p>
      <w:pPr>
        <w:jc w:val="right"/>
      </w:pPr>
      <w:r>
        <w:t>بس ایک ایک جوش میں بول رہے ہیں، بس کچھ بے خبری، بے خبر ہیں ہر چیز سے۔ وہ</w:t>
      </w:r>
    </w:p>
    <w:p>
      <w:r>
        <w:rPr>
          <w:b/>
        </w:rPr>
        <w:t xml:space="preserve">[46:18] </w:t>
      </w:r>
      <w:r>
        <w:t>molana, agla sawal hai shahnawaz zafar sahib ka dilli se. unhon ne aap se poocha hai: "Please guide about nationalism in the light of Islamic teachings.</w:t>
      </w:r>
    </w:p>
    <w:p>
      <w:pPr>
        <w:jc w:val="right"/>
      </w:pPr>
      <w:r>
        <w:t>مولانا، اگلا سوال ہے شاہنواز ظفر صاحب کا دلی سے۔ انہوں نے آپ سے پوچھا ہے: "پلیز گائیڈ اباؤٹ نیشنلزم ان دا لائٹ آف اسلامک ٹیچنگز۔</w:t>
      </w:r>
    </w:p>
    <w:p>
      <w:r>
        <w:rPr>
          <w:b/>
        </w:rPr>
        <w:t xml:space="preserve">[46:30] </w:t>
      </w:r>
      <w:r>
        <w:t>Is nationalism shirk in Islam?" hargiz nahi, yeh sab jhooti baatein hain. jin logon ne aisi kitabein likhi hain jis mein nationalism ko shirk bataya hai, un ko farz tha ke woh na bolen.</w:t>
      </w:r>
    </w:p>
    <w:p>
      <w:pPr>
        <w:jc w:val="right"/>
      </w:pPr>
      <w:r>
        <w:t>از نیشنلزم شرک ان اسلام؟" ہرگز نہیں، یہ سب جھوٹی باتیں ہیں۔ جن لوگوں نے ایسی کتابیں لکھی ہیں جس میں نیشنلزم کو شرک بتایا ہے، ان کو فرض تھا کہ وہ نہ بولیں۔</w:t>
      </w:r>
    </w:p>
    <w:p>
      <w:r>
        <w:rPr>
          <w:b/>
        </w:rPr>
        <w:t xml:space="preserve">[46:43] </w:t>
      </w:r>
      <w:r>
        <w:t>woh</w:t>
      </w:r>
    </w:p>
    <w:p>
      <w:pPr>
        <w:jc w:val="right"/>
      </w:pPr>
      <w:r>
        <w:t>وہ</w:t>
      </w:r>
    </w:p>
    <w:p>
      <w:r>
        <w:rPr>
          <w:b/>
        </w:rPr>
        <w:t xml:space="preserve">[46:45] </w:t>
      </w:r>
      <w:r>
        <w:t>yeh woh log hain, mein janta hoon kaun log hain. yeh nationalism ko shirk bataya, democracy ko qanoon Islamic bataya, secularism ko qanoon Islamic bataya. inhi logon ne yeh sab kiya hai ke har aadmi ko nafrat mein mubtala kar diya hai.</w:t>
      </w:r>
    </w:p>
    <w:p>
      <w:pPr>
        <w:jc w:val="right"/>
      </w:pPr>
      <w:r>
        <w:t>یہ وہ لوگ ہیں، میں جانتا ہوں کون لوگ ہیں۔ یہ نیشنلزم کو شرک بتایا، ڈیموکریسی کو قانون اسلامک بتایا، سیکولرزم کو قانون اسلامک بتایا۔ انہی لوگوں نے یہ سب کیا ہے کہ ہر آدمی کو نفرت میں مبتلا کر دیا ہے۔</w:t>
      </w:r>
    </w:p>
    <w:p>
      <w:r>
        <w:rPr>
          <w:b/>
        </w:rPr>
        <w:t xml:space="preserve">[46:58] </w:t>
      </w:r>
      <w:r>
        <w:t>aaj kal saare musalman jo hain, nafrat karte hain western world se, doosri qomon se, kyunke woh samajhte hain ke yeh to taghoot hai, yeh to secular log hain, yeh to falan log hain.</w:t>
      </w:r>
    </w:p>
    <w:p>
      <w:pPr>
        <w:jc w:val="right"/>
      </w:pPr>
      <w:r>
        <w:t>آج کل سارے مسلمان جو ہیں، نفرت کرتے ہیں ویسٹرن ورلڈ سے، دوسری قوموں سے، کیونکہ وہ سمجھتے ہیں کہ یہ تو طاغوت ہے، یہ تو سیکولر لوگ ہیں، یہ تو فلاں لوگ ہیں۔</w:t>
      </w:r>
    </w:p>
    <w:p>
      <w:r>
        <w:rPr>
          <w:b/>
        </w:rPr>
        <w:t xml:space="preserve">[47:11] </w:t>
      </w:r>
      <w:r>
        <w:t>to</w:t>
      </w:r>
    </w:p>
    <w:p>
      <w:pPr>
        <w:jc w:val="right"/>
      </w:pPr>
      <w:r>
        <w:t>تو</w:t>
      </w:r>
    </w:p>
    <w:p>
      <w:r>
        <w:rPr>
          <w:b/>
        </w:rPr>
        <w:t xml:space="preserve">[47:12] </w:t>
      </w:r>
      <w:r>
        <w:t>yeh is tarah ki jo kitabein jinhon ne likhi hain, mein to samajhta hoon ke unhon ne unhon ne ek aisa kaam kiya jis ke unhein right nahi tha ke baghair jaane yeh bol rahe hain, baghair jaane kitabein likh rahe hain.</w:t>
      </w:r>
    </w:p>
    <w:p>
      <w:pPr>
        <w:jc w:val="right"/>
      </w:pPr>
      <w:r>
        <w:t>یہ اس طرح کی جو کتابیں جنہوں نے لکھی ہیں، میں تو سمجھتا ہوں کہ انہوں نے انہوں نے ایک ایسا کام کیا جس کے انہیں رائٹ نہیں تھا کہ بغیر جانے یہ بول رہے ہیں، بغیر جانے کتابیں لکھ رہے ہیں۔</w:t>
      </w:r>
    </w:p>
    <w:p>
      <w:r>
        <w:rPr>
          <w:b/>
        </w:rPr>
        <w:t xml:space="preserve">[47:24] </w:t>
      </w:r>
      <w:r>
        <w:t>to nationalism ghair Islami nahi hai, secularism ghair Islami nahi hai, democracy ghair Islami nahi hai. yeh sab baatein jo log kehte hain, woh woh na to Islam ko jante hain, na nationalism aur secularism ko jante hain.</w:t>
      </w:r>
    </w:p>
    <w:p>
      <w:pPr>
        <w:jc w:val="right"/>
      </w:pPr>
      <w:r>
        <w:t>تو نیشنلزم غیر اسلامی نہیں ہے، سیکولرزم غیر اسلامی نہیں ہے، ڈیموکریسی غیر اسلامی نہیں ہے۔ یہ سب باتیں جو لوگ کہتے ہیں، وہ وہ نہ تو اسلام کو جانتے ہیں، نہ نیشنلزم اور سیکولرزم کو جانتے ہیں۔</w:t>
      </w:r>
    </w:p>
    <w:p>
      <w:r>
        <w:rPr>
          <w:b/>
        </w:rPr>
        <w:t xml:space="preserve">[47:37] </w:t>
      </w:r>
      <w:r>
        <w:t>woh dono se bekhabar hain. woh</w:t>
      </w:r>
    </w:p>
    <w:p>
      <w:pPr>
        <w:jc w:val="right"/>
      </w:pPr>
      <w:r>
        <w:t>وہ دونوں سے بے خبر ہیں۔ وہ</w:t>
      </w:r>
    </w:p>
    <w:p>
      <w:r>
        <w:rPr>
          <w:b/>
        </w:rPr>
        <w:t xml:space="preserve">[47:40] </w:t>
      </w:r>
      <w:r>
        <w:t>agar aap ko tafseel janna hai in baaton ki to hum, hamari meri kitabon mein tafseel maujood hai, aap us ko padh lijie.</w:t>
      </w:r>
    </w:p>
    <w:p>
      <w:pPr>
        <w:jc w:val="right"/>
      </w:pPr>
      <w:r>
        <w:t>اگر آپ کو تفصیل جاننا ہے ان باتوں کی تو ہم، ہماری میری کتابوں میں تفصیل موجود ہے، آپ اس کو پڑھ لیجئے۔</w:t>
      </w:r>
    </w:p>
    <w:p>
      <w:r>
        <w:rPr>
          <w:b/>
        </w:rPr>
        <w:t xml:space="preserve">[47:49] </w:t>
      </w:r>
      <w:r>
        <w:t>molana, agla sawal dilli se hai miss naghma siddiqui ka. unhon ne likha hai: "Maulana, in this world we are helpless, but still we often live in our own glory.</w:t>
      </w:r>
    </w:p>
    <w:p>
      <w:pPr>
        <w:jc w:val="right"/>
      </w:pPr>
      <w:r>
        <w:t>مولانا، اگلا سوال دلی سے ہے مس نغمہ صدیقی کا۔ انہوں نے لکھا ہے: "مولانا، ان دس ورلڈ وی آر ہیلپ لیس، بٹ سٹل وی افن لیو ان اور اون گلوری۔</w:t>
      </w:r>
    </w:p>
    <w:p>
      <w:r>
        <w:rPr>
          <w:b/>
        </w:rPr>
        <w:t xml:space="preserve">[48:04] </w:t>
      </w:r>
      <w:r>
        <w:t>My question is, how can we live in the glory of God?"</w:t>
      </w:r>
    </w:p>
    <w:p>
      <w:pPr>
        <w:jc w:val="right"/>
      </w:pPr>
      <w:r>
        <w:t>مائی کوئسچن از، ہاؤ کین وی لیو ان دا گلوری آف گاڈ؟"</w:t>
      </w:r>
    </w:p>
    <w:p>
      <w:r>
        <w:rPr>
          <w:b/>
        </w:rPr>
        <w:t xml:space="preserve">[48:09] </w:t>
      </w:r>
      <w:r>
        <w:t>daikhen, jo log apni glory mein jeete hain, is ka naam glory nahin hai, is ka naam hai arrogance.</w:t>
      </w:r>
    </w:p>
    <w:p>
      <w:pPr>
        <w:jc w:val="right"/>
      </w:pPr>
      <w:r>
        <w:t>دیکھیں، جو لوگ اپنی گلوری میں جیتے ہیں، اس کا نام گلوری نہیں ہے، اس کا نام ہے اروگنس۔</w:t>
      </w:r>
    </w:p>
    <w:p>
      <w:r>
        <w:rPr>
          <w:b/>
        </w:rPr>
        <w:t xml:space="preserve">[48:19] </w:t>
      </w:r>
      <w:r>
        <w:t>yeh arrogance ka beautiful word hai. yeh jo log apni glory mein jeete hon, woh haqeeqat mein arrogance mein jeete hain, aur arrogance jo hai, woh bilashuba jaiz nahin hai.</w:t>
      </w:r>
    </w:p>
    <w:p>
      <w:pPr>
        <w:jc w:val="right"/>
      </w:pPr>
      <w:r>
        <w:t>یہ اروگنس کا بیوٹی فل ورڈ ہے۔ یہ جو لوگ اپنی گلوری میں جیتے ہوں، وہ حقیقت میں اروگنس میں جیتے ہیں، اور اروگنس جو ہے، وہ بلاشبہ جائز نہیں ہے۔</w:t>
      </w:r>
    </w:p>
    <w:p>
      <w:r>
        <w:rPr>
          <w:b/>
        </w:rPr>
        <w:t xml:space="preserve">[48:34] </w:t>
      </w:r>
      <w:r>
        <w:t>aik hadith hai ke aisa shakhs jannat mein nahin jaega jis ke andar aik rai ke barabar bhi arrogance ho.</w:t>
      </w:r>
    </w:p>
    <w:p>
      <w:pPr>
        <w:jc w:val="right"/>
      </w:pPr>
      <w:r>
        <w:t>ایک حدیث ہے کہ ایسا شخص جنت میں نہیں جائے گا جس کے اندر ایک رائی کے برابر بھی اروگنس ہو۔</w:t>
      </w:r>
    </w:p>
    <w:p>
      <w:r>
        <w:rPr>
          <w:b/>
        </w:rPr>
        <w:t xml:space="preserve">[48:45] </w:t>
      </w:r>
      <w:r>
        <w:t>man la yutahhir jannat min kan fi qalbihi mithqal habbat khard min kibr</w:t>
      </w:r>
    </w:p>
    <w:p>
      <w:pPr>
        <w:jc w:val="right"/>
      </w:pPr>
      <w:r>
        <w:t>من لا یطہر جنت من کان فی قلبہ مثقال حبت خرد من کبر</w:t>
      </w:r>
    </w:p>
    <w:p>
      <w:r>
        <w:rPr>
          <w:b/>
        </w:rPr>
        <w:t xml:space="preserve">[48:54] </w:t>
      </w:r>
      <w:r>
        <w:t>la yutahhir jannat min kan fi qalbihi mithqal habbat khard min kibr</w:t>
      </w:r>
    </w:p>
    <w:p>
      <w:pPr>
        <w:jc w:val="right"/>
      </w:pPr>
      <w:r>
        <w:t>لا یطہر جنت من کان فی قلبہ مثقال حبت خرد من کبر</w:t>
      </w:r>
    </w:p>
    <w:p>
      <w:r>
        <w:rPr>
          <w:b/>
        </w:rPr>
        <w:t xml:space="preserve">[48:59] </w:t>
      </w:r>
      <w:r>
        <w:t>woh aadmi jannat mein nahin jae, nahin jaega jis ke andar rai ke daane ke barabar bhi kibr ho. to main daikh, glory jo log self glory mein jeete hain, woh arrogance mein jeete hain, aur agar arrogance mein jeena to yeh to bohat hi risky baat hai.</w:t>
      </w:r>
    </w:p>
    <w:p>
      <w:pPr>
        <w:jc w:val="right"/>
      </w:pPr>
      <w:r>
        <w:t>وہ آدمی جنت میں نہیں جائے، نہیں جائے گا جس کے اندر رائی کے دانے کے برابر بھی کبر ہو۔ تو میں دیکھ، گلوری جو لوگ سیلف گلوری میں جیتے ہیں، وہ اروگنس میں جیتے ہیں، اور اگر اروگنس میں جینا تو یہ تو بہت ہی رسکی بات ہے۔</w:t>
      </w:r>
    </w:p>
    <w:p>
      <w:r>
        <w:rPr>
          <w:b/>
        </w:rPr>
        <w:t xml:space="preserve">[49:19] </w:t>
      </w:r>
      <w:r>
        <w:t>bohat bara risk le rahe hain aise log akhirat ke aitbar se.</w:t>
      </w:r>
    </w:p>
    <w:p>
      <w:pPr>
        <w:jc w:val="right"/>
      </w:pPr>
      <w:r>
        <w:t>بہت بڑا رسک لے رہے ہیں ایسے لوگ آخرت کے اعتبار سے۔</w:t>
      </w:r>
    </w:p>
    <w:p>
      <w:r>
        <w:rPr>
          <w:b/>
        </w:rPr>
        <w:t xml:space="preserve">[49:28] </w:t>
      </w:r>
      <w:r>
        <w:t>maulana, agla sawal dilli se hai ans sahib ka. unhon ne likha hai: "tajurba batata hai ke har har aadmi cultural conditioning mein jeeta hai.</w:t>
      </w:r>
    </w:p>
    <w:p>
      <w:pPr>
        <w:jc w:val="right"/>
      </w:pPr>
      <w:r>
        <w:t>مولانا، اگلا سوال دلی سے ہے انس صاحب کا۔ انہوں نے لکھا ہے: "تجربہ بتاتا ہے کہ ہر ہر آدمی کلچرل کنڈیشننگ میں جیتا ہے۔</w:t>
      </w:r>
    </w:p>
    <w:p>
      <w:r>
        <w:rPr>
          <w:b/>
        </w:rPr>
        <w:t xml:space="preserve">[49:40] </w:t>
      </w:r>
      <w:r>
        <w:t>is cultural conditioning ka nuqsan kya hai, aur is cultural conditioning se aadmi apne aap ko kaise nikale?"</w:t>
      </w:r>
    </w:p>
    <w:p>
      <w:pPr>
        <w:jc w:val="right"/>
      </w:pPr>
      <w:r>
        <w:t>اس کلچرل کنڈیشننگ کا نقصان کیا ہے، اور اس کلچرل کنڈیشننگ سے آدمی اپنے آپ کو کیسے نکالے؟"</w:t>
      </w:r>
    </w:p>
    <w:p>
      <w:r>
        <w:rPr>
          <w:b/>
        </w:rPr>
        <w:t xml:space="preserve">[49:51] </w:t>
      </w:r>
      <w:r>
        <w:t>yeh baat sahi hai ke har aadmi cultural conditioning mein jeeta hai, kyunke jab paida hua to aik culture mein paida hua.</w:t>
      </w:r>
    </w:p>
    <w:p>
      <w:pPr>
        <w:jc w:val="right"/>
      </w:pPr>
      <w:r>
        <w:t>یہ بات صحیح ہے کہ ہر آدمی کلچرل کنڈیشننگ میں جیتا ہے، کیونکہ جب پیدا ہوا تو ایک کلچر میں پیدا ہوا۔</w:t>
      </w:r>
    </w:p>
    <w:p>
      <w:r>
        <w:rPr>
          <w:b/>
        </w:rPr>
        <w:t xml:space="preserve">[49:59] </w:t>
      </w:r>
      <w:r>
        <w:t>paida hote hi us ko aik culture mil jata hai. paida hote hi us ko aik culture mil jata hai. samajhta hoon ke har insan, har insan, har insan ka pehla kaam yeh hai ke woh daryaft kare ke jis culture ko maine unhen inherit kiya hai,</w:t>
      </w:r>
    </w:p>
    <w:p>
      <w:pPr>
        <w:jc w:val="right"/>
      </w:pPr>
      <w:r>
        <w:t>پیدا ہوتے ہی اس کو ایک کلچر مل جاتا ہے۔ پیدا ہوتے ہی اس کو ایک کلچر مل جاتا ہے۔ سمجھتا ہوں کہ ہر انسان، ہر انسان، ہر انسان کا پہلا کام یہ ہے کہ وہ دریافت کرے کہ جس کلچر کو میں نے انہیں انہیریٹ کیا ہے،</w:t>
      </w:r>
    </w:p>
    <w:p>
      <w:r>
        <w:rPr>
          <w:b/>
        </w:rPr>
        <w:t xml:space="preserve">[50:17] </w:t>
      </w:r>
      <w:r>
        <w:t>woh sacha culture hai ya jhoota culture hai. sahi culture hai, ghalat culture hai.</w:t>
      </w:r>
    </w:p>
    <w:p>
      <w:pPr>
        <w:jc w:val="right"/>
      </w:pPr>
      <w:r>
        <w:t>وہ سچا کلچر ہے یا جھوٹا کلچر ہے۔ صحیح کلچر ہے، غلط کلچر ہے۔</w:t>
      </w:r>
    </w:p>
    <w:p>
      <w:r>
        <w:rPr>
          <w:b/>
        </w:rPr>
        <w:t xml:space="preserve">[50:23] </w:t>
      </w:r>
      <w:r>
        <w:t>pehla kaam, kyunke daikhen, jab jo culture aap ko paida hote hi mile, us mein aap ki conditioning ho jati hai.</w:t>
      </w:r>
    </w:p>
    <w:p>
      <w:pPr>
        <w:jc w:val="right"/>
      </w:pPr>
      <w:r>
        <w:t>پہلا کام، کیونکہ دیکھیں، جب جو کلچر آپ کو پیدا ہوتے ہی ملے، اس میں آپ کی کنڈیشننگ ہو جاتی ہے۔</w:t>
      </w:r>
    </w:p>
    <w:p>
      <w:r>
        <w:rPr>
          <w:b/>
        </w:rPr>
        <w:t xml:space="preserve">[50:35] </w:t>
      </w:r>
      <w:r>
        <w:t>to bila soche samjhe us us ke aadi ban jaate hain aap.</w:t>
      </w:r>
    </w:p>
    <w:p>
      <w:pPr>
        <w:jc w:val="right"/>
      </w:pPr>
      <w:r>
        <w:t>تو بلا سوچے سمجھے اس اس کے عادی بن جاتے ہیں آپ۔</w:t>
      </w:r>
    </w:p>
    <w:p>
      <w:r>
        <w:rPr>
          <w:b/>
        </w:rPr>
        <w:t xml:space="preserve">[50:42] </w:t>
      </w:r>
      <w:r>
        <w:t>to main samajhta hoon ke har insan ka pehla kaam yeh hai ke woh is baat ko daryaft kare ke jis culture mein parha barha, jis culture mein us ki conditioning ho gayi, jo culture us ki aadat ban gayi, us ka mizaj ban gaya,</w:t>
      </w:r>
    </w:p>
    <w:p>
      <w:pPr>
        <w:jc w:val="right"/>
      </w:pPr>
      <w:r>
        <w:t>تو میں سمجھتا ہوں کہ ہر انسان کا پہلا کام یہ ہے کہ وہ اس بات کو دریافت کرے کہ جس کلچر میں پڑھا بڑھا، جس کلچر میں اس کی کنڈیشننگ ہو گئی، جو کلچر اس کی عادت بن گئی، اس کا مزاج بن گیا،</w:t>
      </w:r>
    </w:p>
    <w:p>
      <w:r>
        <w:rPr>
          <w:b/>
        </w:rPr>
        <w:t xml:space="preserve">[50:57] </w:t>
      </w:r>
      <w:r>
        <w:t>woh sahi tha ya ghalat. aur apni is aitbar se apni deconditioning kare. jo aadmi aisa nahin karega, to phir us ko kabhi bhi sachai nahin milegi.</w:t>
      </w:r>
    </w:p>
    <w:p>
      <w:pPr>
        <w:jc w:val="right"/>
      </w:pPr>
      <w:r>
        <w:t>وہ صحیح تھا یا غلط۔ اور اپنی اس اعتبار سے اپنی ڈی کنڈیشننگ کرے۔ جو آدمی ایسا نہیں کرے گا، تو پھر اس کو کبھی بھی سچائی نہیں ملے گی۔</w:t>
      </w:r>
    </w:p>
    <w:p>
      <w:r>
        <w:rPr>
          <w:b/>
        </w:rPr>
        <w:t xml:space="preserve">[51:13] </w:t>
      </w:r>
      <w:r>
        <w:t>woh hamesha haqeeqaton se bekhabar rahega.</w:t>
      </w:r>
    </w:p>
    <w:p>
      <w:pPr>
        <w:jc w:val="right"/>
      </w:pPr>
      <w:r>
        <w:t>وہ ہمیشہ حقیقتوں سے بے خبر رہے گا۔</w:t>
      </w:r>
    </w:p>
    <w:p>
      <w:r>
        <w:rPr>
          <w:b/>
        </w:rPr>
        <w:t xml:space="preserve">[51:20] </w:t>
      </w:r>
      <w:r>
        <w:t>maulana, un ka aik aur sawal hai, woh aap se janna chahte hain ke quran mein parents ki farmanbardari ka hukum diya gaya hai ya husn sulook ka?</w:t>
      </w:r>
    </w:p>
    <w:p>
      <w:pPr>
        <w:jc w:val="right"/>
      </w:pPr>
      <w:r>
        <w:t>مولانا، ان کا ایک اور سوال ہے، وہ آپ سے جاننا چاہتے ہیں کہ قرآن میں پیرنٹس کی فرمانبرداری کا حکم دیا گیا ہے یا حسن سلوک کا؟</w:t>
      </w:r>
    </w:p>
    <w:p>
      <w:r>
        <w:rPr>
          <w:b/>
        </w:rPr>
        <w:t xml:space="preserve">[51:30] </w:t>
      </w:r>
      <w:r>
        <w:t>is ke baray mein bataen. sirf sulook ka, farmanbardari ka nahin. quran mein fal tat'i'u</w:t>
      </w:r>
    </w:p>
    <w:p>
      <w:pPr>
        <w:jc w:val="right"/>
      </w:pPr>
      <w:r>
        <w:t>اس کے بارے میں بتائیں۔ صرف سلوک کا، فرمانبرداری کا نہیں۔ قرآن میں فلا تطيعوا</w:t>
      </w:r>
    </w:p>
    <w:p>
      <w:r>
        <w:rPr>
          <w:b/>
        </w:rPr>
        <w:t xml:space="preserve">[51:40] </w:t>
      </w:r>
      <w:r>
        <w:t>sulook, yani sulook ka matlab kya hai?</w:t>
      </w:r>
    </w:p>
    <w:p>
      <w:pPr>
        <w:jc w:val="right"/>
      </w:pPr>
      <w:r>
        <w:t>سلوک، یعنی سلوک کا معنی کیا ہے؟</w:t>
      </w:r>
    </w:p>
    <w:p>
      <w:r>
        <w:rPr>
          <w:b/>
        </w:rPr>
        <w:t xml:space="preserve">[51:43] </w:t>
      </w:r>
      <w:r>
        <w:t>sulook ka matlab yeh bhi yeh nahin hai ke aap, yani aaj kal jo sulook ke matlab liye jaate hain, woh baray nahin hain. sulook ke real need ko pura karna, haqeeqi zaroorat ko pura karna, bas yeh hai sulook.</w:t>
      </w:r>
    </w:p>
    <w:p>
      <w:pPr>
        <w:jc w:val="right"/>
      </w:pPr>
      <w:r>
        <w:t>سلوک کا معنی یہ بھی یہ نہیں ہے کہ آپ، یعنی آج کل جو سلوک کے معنی لیے جاتے ہیں، وہ بڑے نہیں ہیں۔ سلوک کے ریئل نیڈ کو پورا کرنا، حقیقی ضرورت کو پورا کرنا، بس یہ ہے سلوک۔</w:t>
      </w:r>
    </w:p>
    <w:p>
      <w:r>
        <w:rPr>
          <w:b/>
        </w:rPr>
        <w:t xml:space="preserve">[52:02] </w:t>
      </w:r>
      <w:r>
        <w:t>aaj kal is logon par yeh baat wazeh nahin hai ke ke apne waldein ke baray mein, woh un ki sirf yeh zimmedari hai ke woh un ki real need ko poori karen.</w:t>
      </w:r>
    </w:p>
    <w:p>
      <w:pPr>
        <w:jc w:val="right"/>
      </w:pPr>
      <w:r>
        <w:t>آج کل اس لوگوں پر یہ بات واضح نہیں ہے کہ کہ اپنے والدین کے بارے میں، وہ ان کی صرف یہ ذمہ داری ہے کہ وہ ان کی ریئل نیڈ کو پوری کریں۔</w:t>
      </w:r>
    </w:p>
    <w:p>
      <w:r>
        <w:rPr>
          <w:b/>
        </w:rPr>
        <w:t xml:space="preserve">[52:13] </w:t>
      </w:r>
      <w:r>
        <w:t>bas is se ziyada nahin hai.</w:t>
      </w:r>
    </w:p>
    <w:p>
      <w:pPr>
        <w:jc w:val="right"/>
      </w:pPr>
      <w:r>
        <w:t>بس اس سے زیادہ نہیں ہے۔</w:t>
      </w:r>
    </w:p>
    <w:p>
      <w:r>
        <w:rPr>
          <w:b/>
        </w:rPr>
        <w:t xml:space="preserve">[52:18] </w:t>
      </w:r>
      <w:r>
        <w:t>aam taur par main dekhta hoon, main koi real need se siwa log is ko samajhte hain sulook. woh har giz har giz aisa nahin hai.</w:t>
      </w:r>
    </w:p>
    <w:p>
      <w:pPr>
        <w:jc w:val="right"/>
      </w:pPr>
      <w:r>
        <w:t>عام طور پر میں دیکھتا ہوں، میں کوئی ریئل نیڈ سے سوا لوگ اس کو سمجھتے ہیں سلوک۔ وہ ہرگز ہرگز ایسا نہیں ہے۔</w:t>
      </w:r>
    </w:p>
    <w:p>
      <w:r>
        <w:rPr>
          <w:b/>
        </w:rPr>
        <w:t xml:space="preserve">[52:29] </w:t>
      </w:r>
      <w:r>
        <w:t>jo real need hai, real need, haqeeqi zaroorat,</w:t>
      </w:r>
    </w:p>
    <w:p>
      <w:pPr>
        <w:jc w:val="right"/>
      </w:pPr>
      <w:r>
        <w:t>جو ریئل نیڈ ہے، ریئل نیڈ، حقیقی ضرورت،</w:t>
      </w:r>
    </w:p>
    <w:p>
      <w:r>
        <w:rPr>
          <w:b/>
        </w:rPr>
        <w:t xml:space="preserve">[52:32] </w:t>
      </w:r>
      <w:r>
        <w:t>woh aap pura karen to yeh aap, yeh aap ki zimmedari hai. lekin is ke siwa agar maa baap se aap se mutalba karte hain to aap hargiz aap ki zimmedari nahi ke is ko aap pura karen.</w:t>
      </w:r>
    </w:p>
    <w:p>
      <w:pPr>
        <w:jc w:val="right"/>
      </w:pPr>
      <w:r>
        <w:t>وہ آپ پورا کریں تو یہ آپ، یہ آپ کی ذمہ داری ہے۔ لیکن اس کے سوا اگر ماں باپ سے آپ سے مطالبہ کرتے ہیں تو آپ ہرگز آپ کی ذمہ داری نہیں کہ اس کو آپ پورا کریں۔</w:t>
      </w:r>
    </w:p>
    <w:p>
      <w:r>
        <w:rPr>
          <w:b/>
        </w:rPr>
        <w:t xml:space="preserve">[52:45] </w:t>
      </w:r>
      <w:r>
        <w:t>aur balkeh main yahi kahunga ke agar aap real need se zyada aap maa baap ke fikrmand hain to woh aap ke liye kya hoga ke aap apni apni dawat ka kaam nahi kar sakenge, aakhirat ki tayari nahi kar sakenge, apne deen mein kami karenge</w:t>
      </w:r>
    </w:p>
    <w:p>
      <w:pPr>
        <w:jc w:val="right"/>
      </w:pPr>
      <w:r>
        <w:t>اور بلکہ میں یہی کہوں گا کہ اگر آپ ریئل نیڈ سے زیادہ آپ ماں باپ کے فکرمند ہیں تو وہ آپ کے لیے کیا ہوگا کہ آپ اپنی اپنی دعوت کا کام نہیں کر سکیں گے، آخرت کی تیاری نہیں کر سکیں گے، اپنے دین میں کمی کریں گے</w:t>
      </w:r>
    </w:p>
    <w:p>
      <w:r>
        <w:rPr>
          <w:b/>
        </w:rPr>
        <w:t xml:space="preserve">[53:03] </w:t>
      </w:r>
      <w:r>
        <w:t>to apna nuqsan karenge woh. aur is ka misdaq ban jayenge. jo ek hadith hai ke sab se zyada ghaate par woh hai mun adhr akhirtahu bidunya ghair jo doosre ki duniya ki khatir apni aakhirat ka nuqsan kar le,</w:t>
      </w:r>
    </w:p>
    <w:p>
      <w:pPr>
        <w:jc w:val="right"/>
      </w:pPr>
      <w:r>
        <w:t>تو اپنا نقصان کریں گے وہ۔ اور اس کا مصداق بن جائیں گے۔ جو ایک حدیث ہے کہ سب سے زیادہ گھاٹے پر وہ ہے من اضر آخرتہ بدنیا غیر جو دوسرے کی دنیا کی خاطر اپنی آخرت کا نقصان کر لے،</w:t>
      </w:r>
    </w:p>
    <w:p>
      <w:r>
        <w:rPr>
          <w:b/>
        </w:rPr>
        <w:t xml:space="preserve">[53:24] </w:t>
      </w:r>
      <w:r>
        <w:t>is ka case ban jayenge aap. to behal aap sirf real need ke baghair zimmedar hain, is se zyada ke zimmedar aap nahi hain.</w:t>
      </w:r>
    </w:p>
    <w:p>
      <w:pPr>
        <w:jc w:val="right"/>
      </w:pPr>
      <w:r>
        <w:t>اس کا کیس بن جائیں گے آپ۔ تو بہرحال آپ صرف ریئل نیڈ کے بغیر ذمہ دار ہیں، اس سے زیادہ کے ذمہ دار آپ نہیں ہیں۔</w:t>
      </w:r>
    </w:p>
    <w:p>
      <w:r>
        <w:rPr>
          <w:b/>
        </w:rPr>
        <w:t xml:space="preserve">[53:37] </w:t>
      </w:r>
      <w:r>
        <w:t>maulana, agla sawal hai dilli se doctor tahir mustafa sahib ka. unhon ne likha hai: "maulana sahib, I am a surgeon and I don't lie to insurance companies about the patient illness because I believe as a Muslim I should not lie to anyone.</w:t>
      </w:r>
    </w:p>
    <w:p>
      <w:pPr>
        <w:jc w:val="right"/>
      </w:pPr>
      <w:r>
        <w:t>مولانا، اگلا سوال ہے دلی سے ڈاکٹر طاہ مصطفی صاحب کا۔ انہوں نے لکھا ہے: "مولانا صاحب، I am a surgeon and I don't lie to insurance companies about the patient illness because I believe as a Muslim I should not lie to anyone.</w:t>
      </w:r>
    </w:p>
    <w:p>
      <w:r>
        <w:rPr>
          <w:b/>
        </w:rPr>
        <w:t xml:space="preserve">[53:56] </w:t>
      </w:r>
      <w:r>
        <w:t>As a result, some patients leave me and find someone else who can lie and operate them.</w:t>
      </w:r>
    </w:p>
    <w:p>
      <w:pPr>
        <w:jc w:val="right"/>
      </w:pPr>
      <w:r>
        <w:t>As a result, some patients leave me and find someone else who can lie and operate them.</w:t>
      </w:r>
    </w:p>
    <w:p>
      <w:r>
        <w:rPr>
          <w:b/>
        </w:rPr>
        <w:t xml:space="preserve">[54:04] </w:t>
      </w:r>
      <w:r>
        <w:t>" Maulana sahib, how far is my approach correct? dekhen, jhoot ke bare mein jo fuqaha ka nazariya hai, woh yeh hai: main usooli baat karta hoon, is ko aap apply kar lijiye ke agar aap ko apna jaiz haq lene ke liye jhoot bolna pade to woh woh haq, woh jhoot bol sakte hain aap.</w:t>
      </w:r>
    </w:p>
    <w:p>
      <w:pPr>
        <w:jc w:val="right"/>
      </w:pPr>
      <w:r>
        <w:t>" مولانا صاحب، how far is my approach correct? دیکھیں، جھوٹ کے بارے میں جو فقہاء کا نظریہ ہے، وہ یہ ہے: میں اصولی بات کرتا ہوں، اس کو آپ اپلائی کر لیجئے کہ اگر آپ کو اپنا جائز حق لینے کے لیے جھوٹ بولنا پڑے تو وہ وہ حق، وہ جھوٹ بول سکتے ہیں آپ۔</w:t>
      </w:r>
    </w:p>
    <w:p>
      <w:r>
        <w:rPr>
          <w:b/>
        </w:rPr>
        <w:t xml:space="preserve">[54:26] </w:t>
      </w:r>
      <w:r>
        <w:t>yani waqeatan aap ka haq hai lekin woh de nahi rahe, aur kuch aap ko jhoot bolna pade tab woh mil jayega haq.</w:t>
      </w:r>
    </w:p>
    <w:p>
      <w:pPr>
        <w:jc w:val="right"/>
      </w:pPr>
      <w:r>
        <w:t>یعنی واقعتا آپ کا حق ہے لیکن وہ دے نہیں رہے، اور کچھ آپ کو جھوٹ بولنا پڑے تب وہ مل جائے گا حق۔</w:t>
      </w:r>
    </w:p>
    <w:p>
      <w:r>
        <w:rPr>
          <w:b/>
        </w:rPr>
        <w:t xml:space="preserve">[54:35] </w:t>
      </w:r>
      <w:r>
        <w:t>to apne waqai haq ko lene ke liye jhoot bolna fuqaha ke nazdeek jaiz hai, lekin apne waqai haq ke ilawa agar kuch aap lena chahte hain jhoot bol kar to woh jaiz nahi hai.</w:t>
      </w:r>
    </w:p>
    <w:p>
      <w:pPr>
        <w:jc w:val="right"/>
      </w:pPr>
      <w:r>
        <w:t>تو اپنے واقعی حق کو لینے کے لیے جھوٹ بولنا فقہاء کے نزدیک جائز ہے، لیکن اپنے واقعی حق کے علاوہ اگر کچھ آپ لینا چاہتے ہیں جھوٹ بول کر تو وہ جائز نہیں ہے۔</w:t>
      </w:r>
    </w:p>
    <w:p>
      <w:r>
        <w:rPr>
          <w:b/>
        </w:rPr>
        <w:t xml:space="preserve">[54:48] </w:t>
      </w:r>
      <w:r>
        <w:t>ab is mein aap samajh lijiye ke woh aap kitna apply hota hai, kitna apply nahi hota, yeh usool hai. Maulana, agla sa</w:t>
      </w:r>
    </w:p>
    <w:p>
      <w:pPr>
        <w:jc w:val="right"/>
      </w:pPr>
      <w:r>
        <w:t>اب اس میں آپ سمجھ لیجئے کہ وہ آپ کتنا اپلائی ہوتا ہے، کتنا اپلائی نہیں ہوتا، یہ اصول ہے۔ مولانا، اگلا س</w:t>
      </w:r>
    </w:p>
    <w:p>
      <w:r>
        <w:rPr>
          <w:b/>
        </w:rPr>
        <w:t xml:space="preserve">[54:55] </w:t>
      </w:r>
      <w:r>
        <w:t>wal lete hain. is mein ek comment bhi hai, aur yeh sawal aur comment aaya hai dilli se kanhaiya lal sharma ji ka.</w:t>
      </w:r>
    </w:p>
    <w:p>
      <w:pPr>
        <w:jc w:val="right"/>
      </w:pPr>
      <w:r>
        <w:t>وال لیتے ہیں۔ اس میں ایک کمنٹ بھی ہے، اور یہ سوال اور کمنٹ آیا ہے دلی سے کنہیا لال شرما جی کا۔</w:t>
      </w:r>
    </w:p>
    <w:p>
      <w:r>
        <w:rPr>
          <w:b/>
        </w:rPr>
        <w:t xml:space="preserve">[55:03] </w:t>
      </w:r>
      <w:r>
        <w:t>unhon ne likha hai: "I read your article on occasion of recent eid. I wish you a happy and long life.</w:t>
      </w:r>
    </w:p>
    <w:p>
      <w:pPr>
        <w:jc w:val="right"/>
      </w:pPr>
      <w:r>
        <w:t>انہوں نے لکھا ہے: "I read your article on occasion of recent عید. I wish you a happy and long life.</w:t>
      </w:r>
    </w:p>
    <w:p>
      <w:r>
        <w:rPr>
          <w:b/>
        </w:rPr>
        <w:t xml:space="preserve">[55:13] </w:t>
      </w:r>
      <w:r>
        <w:t>You are a unique Islamic living author. You are an honorable and widely revered person on this globe. I want to ask you a question.</w:t>
      </w:r>
    </w:p>
    <w:p>
      <w:pPr>
        <w:jc w:val="right"/>
      </w:pPr>
      <w:r>
        <w:t>You are a unique Islamic living author. You are an honorable and widely revered person on this globe. I want to ask you a question.</w:t>
      </w:r>
    </w:p>
    <w:p>
      <w:r>
        <w:rPr>
          <w:b/>
        </w:rPr>
        <w:t xml:space="preserve">[55:24] </w:t>
      </w:r>
      <w:r>
        <w:t>My question is: what is the necessity of issuing fatwas? If anybody doesn't follow them, then what action will be taken against the person who refuses to yield to fatwas?</w:t>
      </w:r>
    </w:p>
    <w:p>
      <w:pPr>
        <w:jc w:val="right"/>
      </w:pPr>
      <w:r>
        <w:t>My question is: what is the necessity of issuing fatwas? If anybody doesn't follow them, then what action will be taken against the person who refuses to yield to fatwas?</w:t>
      </w:r>
    </w:p>
    <w:p>
      <w:r>
        <w:rPr>
          <w:b/>
        </w:rPr>
        <w:t xml:space="preserve">[55:39] </w:t>
      </w:r>
      <w:r>
        <w:t>Are fatwas above the law of the land? In case there is a conflict between the law of the land and fatwas, what should prevail and why?"</w:t>
      </w:r>
    </w:p>
    <w:p>
      <w:pPr>
        <w:jc w:val="right"/>
      </w:pPr>
      <w:r>
        <w:t>Are fatwas above the law of the land? In case there is a conflict between the law of the land and fatwas, what should prevail and why?"</w:t>
      </w:r>
    </w:p>
    <w:p>
      <w:r>
        <w:rPr>
          <w:b/>
        </w:rPr>
        <w:t xml:space="preserve">[55:51] </w:t>
      </w:r>
      <w:r>
        <w:t>dekhen, yeh sab jo aaj kal fatwa issue kiya jata hai, yeh sab Islam ke khilaf hai. is ka Islam se koi talluq nahi. fatwa issue karna yeh Islam mein hai hi nahi.</w:t>
      </w:r>
    </w:p>
    <w:p>
      <w:pPr>
        <w:jc w:val="right"/>
      </w:pPr>
      <w:r>
        <w:t>دیکھیں، یہ سب جو آج کل فتویٰ ایشو کیا جاتا ہے، یہ سب اسلام کے خلاف ہے۔ اس کا اسلام سے کوئی تعلق نہیں۔ فتویٰ ایشو کرنا یہ اسلام میں ہے ہی نہیں۔</w:t>
      </w:r>
    </w:p>
    <w:p>
      <w:r>
        <w:rPr>
          <w:b/>
        </w:rPr>
        <w:t xml:space="preserve">[56:01] </w:t>
      </w:r>
      <w:r>
        <w:t>main aap ko batata hoon ke fatwa ka matlab kya hai. fatwa ka literal meaning hai opinion, rai.</w:t>
      </w:r>
    </w:p>
    <w:p>
      <w:pPr>
        <w:jc w:val="right"/>
      </w:pPr>
      <w:r>
        <w:t>میں آپ کو بتاتا ہوں کہ فتویٰ کا مطلب کیا ہے۔ فتویٰ کا لٹرل میننگ ہے اوپینین، رائے۔</w:t>
      </w:r>
    </w:p>
    <w:p>
      <w:r>
        <w:rPr>
          <w:b/>
        </w:rPr>
        <w:t xml:space="preserve">[56:12] </w:t>
      </w:r>
      <w:r>
        <w:t>rai, rai kis ko di jati hai?</w:t>
      </w:r>
    </w:p>
    <w:p>
      <w:pPr>
        <w:jc w:val="right"/>
      </w:pPr>
      <w:r>
        <w:t>رائے، رائے کس کو دی جاتی ہے؟</w:t>
      </w:r>
    </w:p>
    <w:p>
      <w:r>
        <w:rPr>
          <w:b/>
        </w:rPr>
        <w:t xml:space="preserve">[56:16] </w:t>
      </w:r>
      <w:r>
        <w:t>ek shakhs jo aap se rai pooche. to fatwa ka matlab sirf itna hai ke ek shakhs mufti ke paas jata hai, apna zaati masla bayan karta hai.</w:t>
      </w:r>
    </w:p>
    <w:p>
      <w:pPr>
        <w:jc w:val="right"/>
      </w:pPr>
      <w:r>
        <w:t>ایک شخص جو آپ سے رائے پوچھے۔ تو فتویٰ کا مطلب صرف اتنا ہے کہ ایک شخص مفتی کے پاس جاتا ہے، اپنا ذاتی مسئلہ بیان کرتا ہے۔</w:t>
      </w:r>
    </w:p>
    <w:p>
      <w:r>
        <w:rPr>
          <w:b/>
        </w:rPr>
        <w:t xml:space="preserve">[56:26] </w:t>
      </w:r>
      <w:r>
        <w:t>to mufti batayega apni rai ke mere mere nazdeek is mamle mein sahi rai yeh hai. to fatwa means opinion, aur opinion us ko di jati hai jo aap se opinion pochi jaye.</w:t>
      </w:r>
    </w:p>
    <w:p>
      <w:pPr>
        <w:jc w:val="right"/>
      </w:pPr>
      <w:r>
        <w:t>تو مفتی بتائے گا اپنی رائے کہ میرے میرے نزدیک اس معاملے میں صحیح رائے یہ ہے۔ تو فتویٰ مینز اوپینین، اور اوپینین اس کو دی جاتی ہے جو آپ سے اوپینین پوچھی جائے۔</w:t>
      </w:r>
    </w:p>
    <w:p>
      <w:r>
        <w:rPr>
          <w:b/>
        </w:rPr>
        <w:t xml:space="preserve">[56:41] </w:t>
      </w:r>
      <w:r>
        <w:t>lekin yeh fatwa issue karna yeh bilashuba Islam mein nahi hai.</w:t>
      </w:r>
    </w:p>
    <w:p>
      <w:pPr>
        <w:jc w:val="right"/>
      </w:pPr>
      <w:r>
        <w:t>لیکن یہ فتویٰ ایشو کرنا یہ بلاشبہ اسلام میں نہیں ہے۔</w:t>
      </w:r>
    </w:p>
    <w:p>
      <w:r>
        <w:rPr>
          <w:b/>
        </w:rPr>
        <w:t xml:space="preserve">[56:45] </w:t>
      </w:r>
      <w:r>
        <w:t>yeh misal deta hoon main aap ko. jaise sania mirza jo hai. to is ka jo address hota hai, is ke khilaf ek fatwa shaya hua ke is ka address un Islamic hai.</w:t>
      </w:r>
    </w:p>
    <w:p>
      <w:pPr>
        <w:jc w:val="right"/>
      </w:pPr>
      <w:r>
        <w:t>یہ مثال دیتا ہوں میں آپ کو۔ جیسے ثانیہ مرزا جو ہے۔ تو اس کا جو ایڈریس ہوتا ہے، اس کے خلاف ایک فتویٰ شائع ہوا کہ اس کا ایڈریس ان اسلامک ہے۔</w:t>
      </w:r>
    </w:p>
    <w:p>
      <w:r>
        <w:rPr>
          <w:b/>
        </w:rPr>
        <w:t xml:space="preserve">[56:58] </w:t>
      </w:r>
      <w:r>
        <w:t>is ko apna address badalna chahiye. to is ko jab bataya gaya to use ridicule kiya ke mufti ke haq mein mere bare mein fatwa dene ka.</w:t>
      </w:r>
    </w:p>
    <w:p>
      <w:pPr>
        <w:jc w:val="right"/>
      </w:pPr>
      <w:r>
        <w:t>اس کو اپنا ایڈریس بدلنا چاہیے۔ تو اس کو جب بتایا گیا تو اسے ریڈیکول کیا کہ مفتی کے حق میں میرے بارے میں فتویٰ دینے کا۔</w:t>
      </w:r>
    </w:p>
    <w:p>
      <w:r>
        <w:rPr>
          <w:b/>
        </w:rPr>
        <w:t xml:space="preserve">[57:08] </w:t>
      </w:r>
      <w:r>
        <w:t>to use sahi ridicule kiya.</w:t>
      </w:r>
    </w:p>
    <w:p>
      <w:pPr>
        <w:jc w:val="right"/>
      </w:pPr>
      <w:r>
        <w:t>تو اسے صحیح ریڈیکول کیا۔</w:t>
      </w:r>
    </w:p>
    <w:p>
      <w:r>
        <w:rPr>
          <w:b/>
        </w:rPr>
        <w:t xml:space="preserve">[57:10] </w:t>
      </w:r>
      <w:r>
        <w:t>yeh fatwa bilashuba galat tha. kyunke sania mirza ne poocha nahi tha is mufti se ke mera address Islami hai ke nahi hai.</w:t>
      </w:r>
    </w:p>
    <w:p>
      <w:pPr>
        <w:jc w:val="right"/>
      </w:pPr>
      <w:r>
        <w:t>یہ فتویٰ بلاشبہ غلط تھا۔ کیونکہ ثانیہ مرزا نے پوچھا نہیں تھا اس مفتی سے کہ میرا ایڈریس اسلامی ہے کہ نہیں ہے۔</w:t>
      </w:r>
    </w:p>
    <w:p>
      <w:r>
        <w:rPr>
          <w:b/>
        </w:rPr>
        <w:t xml:space="preserve">[57:19] </w:t>
      </w:r>
      <w:r>
        <w:t>to mufti ko fatwa dene ka haq bhi nahi hai. dekhen, aap achhe se samajh lijiye ke is maamle mein, yaani jis tarah se adalat ka maamla hai, adalat, adalat government nahi hai.</w:t>
      </w:r>
    </w:p>
    <w:p>
      <w:pPr>
        <w:jc w:val="right"/>
      </w:pPr>
      <w:r>
        <w:t>تو مفتی کو فتویٰ دینے کا حق بھی نہیں ہے۔ دیکھیں، آپ اچھے سے سمجھ لیجئے کہ اس معاملے میں، یعنی جس طرح سے عدالت کا معاملہ ہے، عدالت، عدالت گورنمنٹ نہیں ہے۔</w:t>
      </w:r>
    </w:p>
    <w:p>
      <w:r>
        <w:rPr>
          <w:b/>
        </w:rPr>
        <w:t xml:space="preserve">[57:35] </w:t>
      </w:r>
      <w:r>
        <w:t>khud se adalat koi farman jaari nahi kar sakti.</w:t>
      </w:r>
    </w:p>
    <w:p>
      <w:pPr>
        <w:jc w:val="right"/>
      </w:pPr>
      <w:r>
        <w:t>خود سے عدالت کوئی فرمان جاری نہیں کر سکتی۔</w:t>
      </w:r>
    </w:p>
    <w:p>
      <w:r>
        <w:rPr>
          <w:b/>
        </w:rPr>
        <w:t xml:space="preserve">[57:38] </w:t>
      </w:r>
      <w:r>
        <w:t>adalat mein jab koi shakhs jaata hai ek case lekar ke, adalat ko refer karta hai ke tab adalat jo hai ek faisla deti hai.</w:t>
      </w:r>
    </w:p>
    <w:p>
      <w:pPr>
        <w:jc w:val="right"/>
      </w:pPr>
      <w:r>
        <w:t>عدالت میں جب کوئی شخص جاتا ہے ایک کیس لے کر کے، عدالت کو ریفر کرتا ہے کہ تب عدالت جو ہے ایک فیصلہ دیتی ہے۔</w:t>
      </w:r>
    </w:p>
    <w:p>
      <w:r>
        <w:rPr>
          <w:b/>
        </w:rPr>
        <w:t xml:space="preserve">[57:50] </w:t>
      </w:r>
      <w:r>
        <w:t>baghair marrafe ke, baghair refer kiye hue adalat kabhi farman nahi jaari kare gi</w:t>
      </w:r>
    </w:p>
    <w:p>
      <w:pPr>
        <w:jc w:val="right"/>
      </w:pPr>
      <w:r>
        <w:t>بغیر مرافعے کے، بغیر ریفر کیے ہوئے عدالت کبھی فرمان نہیں جاری کرے گ</w:t>
      </w:r>
    </w:p>
    <w:p>
      <w:r>
        <w:rPr>
          <w:b/>
        </w:rPr>
        <w:t xml:space="preserve">[57:56] </w:t>
      </w:r>
      <w:r>
        <w:t>ye. ye maamla fatwa mufti ka hai. fatwa mufti ko ye haq nahi ke fatwa issue kare ke falan aadmi ka address galat hai aur falan imam ki imamat najayaz hai.</w:t>
      </w:r>
    </w:p>
    <w:p>
      <w:pPr>
        <w:jc w:val="right"/>
      </w:pPr>
      <w:r>
        <w:t>ی۔ یہ معاملہ فتویٰ مفتی کا ہے۔ فتویٰ مفتی کو یہ حق نہیں کہ فتویٰ ایشو کرے کہ فلاں آدمی کا ایڈریس غلط ہے اور فلاں امام کی امامت ناجائز ہے۔</w:t>
      </w:r>
    </w:p>
    <w:p>
      <w:r>
        <w:rPr>
          <w:b/>
        </w:rPr>
        <w:t xml:space="preserve">[58:11] </w:t>
      </w:r>
      <w:r>
        <w:t>is ke liye fatwe bilashuba ghair islami hain. jo aadmi pooche, us ko aap fatwa de sakte hain. aap hakim nahi hain. aap adalat, aap hakim nahi hain.</w:t>
      </w:r>
    </w:p>
    <w:p>
      <w:pPr>
        <w:jc w:val="right"/>
      </w:pPr>
      <w:r>
        <w:t>اس کے لیے فتوے بلاشبہ غیر اسلامی ہیں۔ جو آدمی پوچھے، اس کو آپ فتویٰ دے سکتے ہیں۔ آپ حاکم نہیں ہیں۔ آپ عدالت، آپ حاکم نہیں ہیں۔</w:t>
      </w:r>
    </w:p>
    <w:p>
      <w:r>
        <w:rPr>
          <w:b/>
        </w:rPr>
        <w:t xml:space="preserve">[58:21] </w:t>
      </w:r>
      <w:r>
        <w:t>aap, aap, aap ko haq nahi hai fatwa issue karne ka.</w:t>
      </w:r>
    </w:p>
    <w:p>
      <w:pPr>
        <w:jc w:val="right"/>
      </w:pPr>
      <w:r>
        <w:t>آپ، آپ، آپ کو حق نہیں ہے فتویٰ ایشو کرنے کا۔</w:t>
      </w:r>
    </w:p>
    <w:p>
      <w:r>
        <w:rPr>
          <w:b/>
        </w:rPr>
        <w:t xml:space="preserve">[58:25] </w:t>
      </w:r>
      <w:r>
        <w:t>doosri baat ye hai ke ye mufti log ye bhi nahi jaante ke India mein misaal ke taur par ek law of land hai. wo in maamlon mein bhi fatwa dene lagte hain jis ka taluq law of land se hota hai.</w:t>
      </w:r>
    </w:p>
    <w:p>
      <w:pPr>
        <w:jc w:val="right"/>
      </w:pPr>
      <w:r>
        <w:t>دوسری بات یہ ہے کہ یہ مفتی لوگ یہ بھی نہیں جانتے کہ انڈیا میں مثال کے طور پر ایک لا آف لینڈ ہے۔ وہ ان معاملوں میں بھی فتویٰ دینے لگتے ہیں جس کا تعلق لا آف لینڈ سے ہوتا ہے۔</w:t>
      </w:r>
    </w:p>
    <w:p>
      <w:r>
        <w:rPr>
          <w:b/>
        </w:rPr>
        <w:t xml:space="preserve">[58:36] </w:t>
      </w:r>
      <w:r>
        <w:t>ye to bilkul hi galat hai. bilkul galat hai. bilkul galat hai. jin cheezon ka taluq law of land se hai, yaani qawaneen mulki se, us ka taluq kuch bhi mufti se nahi hota.</w:t>
      </w:r>
    </w:p>
    <w:p>
      <w:pPr>
        <w:jc w:val="right"/>
      </w:pPr>
      <w:r>
        <w:t>یہ تو بالکل ہی غلط ہے۔ بالکل غلط ہے۔ بالکل غلط ہے۔ جن چیزوں کا تعلق لا آف لینڈ سے ہے، یعنی قوانین ملکی سے، اس کا تعلق کچھ بھی مفتی سے نہیں ہوتا۔</w:t>
      </w:r>
    </w:p>
    <w:p>
      <w:r>
        <w:rPr>
          <w:b/>
        </w:rPr>
        <w:t xml:space="preserve">[58:49] </w:t>
      </w:r>
      <w:r>
        <w:t>mufti ko is pe fatwa hi nahi dena chahiye. agar koi jaata hai to us ko kahe ke jaao tum adalat</w:t>
      </w:r>
    </w:p>
    <w:p>
      <w:pPr>
        <w:jc w:val="right"/>
      </w:pPr>
      <w:r>
        <w:t>مفتی کو اس پہ فتویٰ ہی نہیں دینا چاہیے۔ اگر کوئی جاتا ہے تو اس کو کہے کہ جاؤ تم عدالت</w:t>
      </w:r>
    </w:p>
    <w:p>
      <w:r>
        <w:rPr>
          <w:b/>
        </w:rPr>
        <w:t xml:space="preserve">[58:54] </w:t>
      </w:r>
      <w:r>
        <w:t>mein jaao. ye hamara domain nahi hai. to abhi jo maine ek mazmoon likha tha, fatwa activism, ek chhaapa hai mera ke Islam mein fatwa hai lekin fatwa activism nahi hai.</w:t>
      </w:r>
    </w:p>
    <w:p>
      <w:pPr>
        <w:jc w:val="right"/>
      </w:pPr>
      <w:r>
        <w:t>میں جاؤ۔ یہ ہمارا ڈومین نہیں ہے۔ تو ابھی جو میں نے ایک مضمون لکھا تھا، فتویٰ ایکٹیوزم، ایک چھپا ہے میرا کہ اسلام میں فتویٰ ہے لیکن فتویٰ ایکٹیوزم نہیں ہے۔</w:t>
      </w:r>
    </w:p>
    <w:p>
      <w:r>
        <w:rPr>
          <w:b/>
        </w:rPr>
        <w:t xml:space="preserve">[59:08] </w:t>
      </w:r>
      <w:r>
        <w:t>ye log fatwa activism chala rahe hain jo Islam mein hai hi nahi.</w:t>
      </w:r>
    </w:p>
    <w:p>
      <w:pPr>
        <w:jc w:val="right"/>
      </w:pPr>
      <w:r>
        <w:t>یہ لوگ فتویٰ ایکٹیوزم چلا رہے ہیں جو اسلام میں ہے ہی نہیں۔</w:t>
      </w:r>
    </w:p>
    <w:p>
      <w:r>
        <w:rPr>
          <w:b/>
        </w:rPr>
        <w:t xml:space="preserve">[59:16] </w:t>
      </w:r>
      <w:r>
        <w:t>maujooda jo shakal hai fatwa baazi ki aur fatwa activism ki, wo bilashuba Islam se koi taluq is ka nahi hai.</w:t>
      </w:r>
    </w:p>
    <w:p>
      <w:pPr>
        <w:jc w:val="right"/>
      </w:pPr>
      <w:r>
        <w:t>موجودہ جو شکل ہے فتویٰ بازی کی اور فتویٰ ایکٹیوزم کی، وہ بلاشبہ اسلام سے کوئی تعلق اس کا نہیں ہے۔</w:t>
      </w:r>
    </w:p>
    <w:p>
      <w:r>
        <w:rPr>
          <w:b/>
        </w:rPr>
        <w:t xml:space="preserve">[59:28] </w:t>
      </w:r>
      <w:r>
        <w:t>maulana, agla sawal Delhi se hai, Miss Razia ka, Jamiya Millia Islamia se. unhone likha hai: "Maulana sahib, Kashmir ki sanpradayik hinsa aur Hindustan mein alag rajyon ki maang ko le kar bhadki hinsa,</w:t>
      </w:r>
    </w:p>
    <w:p>
      <w:pPr>
        <w:jc w:val="right"/>
      </w:pPr>
      <w:r>
        <w:t>مولانا، اگلا سوال دلی سے ہے، مس رضیہ کا، جامعہ ملیہ اسلامیہ سے۔ انہوں نے لکھا ہے: "مولانا صاحب، کشمیر کی سانپردائیک ہنسا اور ہندوستان میں الگ राज्यوں کی مانگ کو لے کر بھڑکی ہنسا،</w:t>
      </w:r>
    </w:p>
    <w:p>
      <w:r>
        <w:rPr>
          <w:b/>
        </w:rPr>
        <w:t xml:space="preserve">[59:45] </w:t>
      </w:r>
      <w:r>
        <w:t>aur vishwa ke doosre deshon ki rajnitik hinsa ke karan jo vaishvik ashanti ka mahaul hai, uska Islam mein kya hal hai</w:t>
      </w:r>
    </w:p>
    <w:p>
      <w:pPr>
        <w:jc w:val="right"/>
      </w:pPr>
      <w:r>
        <w:t>اور विश्व के दूसरे देशों की राजनीतिक ہنسا के कारण जो वैश्विक अशांति का माहौल है, उसका इस्लाम में क्या हल है</w:t>
      </w:r>
    </w:p>
    <w:p>
      <w:r>
        <w:rPr>
          <w:b/>
        </w:rPr>
        <w:t xml:space="preserve">[59:55] </w:t>
      </w:r>
      <w:r>
        <w:t>taaki vishwa shanti ki sarzameen ban jaye?" is par to main bahut likh chuka hoon, bahut zyada likh chuka hoon ke Islam mein political maamle mein status quo mein ye hai hi nahi jo kar rahe hain ye log.</w:t>
      </w:r>
    </w:p>
    <w:p>
      <w:pPr>
        <w:jc w:val="right"/>
      </w:pPr>
      <w:r>
        <w:t>ताकि विश्व शांति की सरजमीन बन जाए؟" اس پر تو میں بہت لکھ چکا ہوں، بہت زیادہ لکھ چکا ہوں کہ اسلام میں پولیٹیکل معاملے میں اسٹیٹس کوئز میں یہ ہے ہی نہیں جو کر رہے ہیں یہ لوگ۔</w:t>
      </w:r>
    </w:p>
    <w:p>
      <w:r>
        <w:rPr>
          <w:b/>
        </w:rPr>
        <w:t xml:space="preserve">[1:00:13] </w:t>
      </w:r>
      <w:r>
        <w:t>ye hai hi nahi. political maamle mein ye hai Islam ka tareeqa ke jo existing rule hai, us ko maan lijiye bas.</w:t>
      </w:r>
    </w:p>
    <w:p>
      <w:pPr>
        <w:jc w:val="right"/>
      </w:pPr>
      <w:r>
        <w:t>یہ ہے ہی نہیں۔ پولیٹیکل معاملے میں یہ ہے اسلام کا طریقہ کہ جو ایگزسٹنگ رول ہے، اس کو مان لیجئے بس۔</w:t>
      </w:r>
    </w:p>
    <w:p>
      <w:r>
        <w:rPr>
          <w:b/>
        </w:rPr>
        <w:t xml:space="preserve">[1:00:24] </w:t>
      </w:r>
      <w:r>
        <w:t>yaani daawa activism aur political status quo mein dawat is peaceful tareeqe se dawat kijiye, us ka aap ko haq hai.</w:t>
      </w:r>
    </w:p>
    <w:p>
      <w:pPr>
        <w:jc w:val="right"/>
      </w:pPr>
      <w:r>
        <w:t>یعنی دعویٰ ایکٹیوزم اور پولیٹیکل اسٹیٹس کوئز میں دعوت اس پیس فل طریقے سے دعوت کیجئے، اس کا آپ کو حق ہے۔</w:t>
      </w:r>
    </w:p>
    <w:p>
      <w:r>
        <w:rPr>
          <w:b/>
        </w:rPr>
        <w:t xml:space="preserve">[1:00:35] </w:t>
      </w:r>
      <w:r>
        <w:t>lekin ye opposition ki party chalana aur phir tashaddud tak maamla pahunchana, phir band aur aur takraao karna, ye sab Islam mein nahi hai.</w:t>
      </w:r>
    </w:p>
    <w:p>
      <w:pPr>
        <w:jc w:val="right"/>
      </w:pPr>
      <w:r>
        <w:t>لیکن یہ اپوزیشن کی پارٹی چلانا اور پھر تشدد تک معاملہ پہنچانا، پھر بند اور اور ٹکراؤ کرنا، یہ سب اسلام میں نہیں ہے۔</w:t>
      </w:r>
    </w:p>
    <w:p>
      <w:r>
        <w:rPr>
          <w:b/>
        </w:rPr>
        <w:t xml:space="preserve">[1:00:48] </w:t>
      </w:r>
      <w:r>
        <w:t>Islam mein bilkul nahi hai.</w:t>
      </w:r>
    </w:p>
    <w:p>
      <w:pPr>
        <w:jc w:val="right"/>
      </w:pPr>
      <w:r>
        <w:t>اسلام میں بالکل نہیں ہے۔</w:t>
      </w:r>
    </w:p>
    <w:p>
      <w:r>
        <w:rPr>
          <w:b/>
        </w:rPr>
        <w:t xml:space="preserve">[1:00:51] </w:t>
      </w:r>
      <w:r>
        <w:t>to Islam mein sirf peaceful tareeqe se apni baat karne ka aap ko haq hai. bas jahan tak hukumat ka maamla hai, hukumat se takrane ka parties of opposition ye Islam mein hai hi nahi.</w:t>
      </w:r>
    </w:p>
    <w:p>
      <w:pPr>
        <w:jc w:val="right"/>
      </w:pPr>
      <w:r>
        <w:t>تو اسلام میں صرف پیس فل طریقے سے اپنی بات کرنے کا آپ کو حق ہے۔ بس جہاں تک حکومت کا معاملہ ہے، حکومت سے ٹکرانے کا پارٹیز آف اپوزیشن یہ اسلام میں ہے ہی نہیں۔</w:t>
      </w:r>
    </w:p>
    <w:p>
      <w:r>
        <w:rPr>
          <w:b/>
        </w:rPr>
        <w:t xml:space="preserve">[1:01:06] </w:t>
      </w:r>
      <w:r>
        <w:t>yaani jod hi kat jaati hai.</w:t>
      </w:r>
    </w:p>
    <w:p>
      <w:pPr>
        <w:jc w:val="right"/>
      </w:pPr>
      <w:r>
        <w:t>یعنی جوڑ ہی کٹ جاتی ہے۔</w:t>
      </w:r>
    </w:p>
    <w:p>
      <w:r>
        <w:rPr>
          <w:b/>
        </w:rPr>
        <w:t xml:space="preserve">[1:01:08] </w:t>
      </w:r>
      <w:r>
        <w:t>yaani Islam mein jadd kat jaati hai aisi parties ki jo aakhir mein tashaddud jism mein hota hai aur gun aur bomb ka nabat aati hai. kyunke political activism jo hai ya opposition parties of opposition Islam mein nahi hai, bilkul nahi hai.</w:t>
      </w:r>
    </w:p>
    <w:p>
      <w:pPr>
        <w:jc w:val="right"/>
      </w:pPr>
      <w:r>
        <w:t>یعنی اسلام میں جڑ کٹ جاتی ہے ایسی پارٹیز کی جو آخر میں تشدد جسم میں ہوتا ہے اور گن اور بم کا نوبت آتی ہے۔ کیونکہ پولیٹیکل ایکٹیوزم جو ہے یا اپوزیشن پارٹیز آف اپوزیشن اسلام میں نہیں ہے، بالکل نہیں ہے۔</w:t>
      </w:r>
    </w:p>
    <w:p>
      <w:r>
        <w:rPr>
          <w:b/>
        </w:rPr>
        <w:t xml:space="preserve">[1:01:25] </w:t>
      </w:r>
      <w:r>
        <w:t>main ne is par bahut likha hai, aap meri kitabon mein ye maujood hai, aap padh lijiye. is ko kehte hain un islami fuqaha ke istilaah mein is ko kehte hain ke khurooj Islam mein haram hai.</w:t>
      </w:r>
    </w:p>
    <w:p>
      <w:pPr>
        <w:jc w:val="right"/>
      </w:pPr>
      <w:r>
        <w:t>میں نے اس پر بہت لکھا ہے، آپ میری کتابوں میں یہ موجود ہے، آپ پڑھ لیجئے۔ اس کو کہتے ہیں ان اسلامی فقہاء کے اصطلاح میں اس کو کہتے ہیں کہ خروج اسلام میں حرام ہے۔</w:t>
      </w:r>
    </w:p>
    <w:p>
      <w:r>
        <w:rPr>
          <w:b/>
        </w:rPr>
        <w:t xml:space="preserve">[1:01:34] </w:t>
      </w:r>
      <w:r>
        <w:t>khurooj ka matlab hota hai parties of opposition.</w:t>
      </w:r>
    </w:p>
    <w:p>
      <w:pPr>
        <w:jc w:val="right"/>
      </w:pPr>
      <w:r>
        <w:t>خروج کا مطلب ہوتا ہے پارٹیز آف اپوزیشن۔</w:t>
      </w:r>
    </w:p>
    <w:p>
      <w:r>
        <w:rPr>
          <w:b/>
        </w:rPr>
        <w:t xml:space="preserve">[1:01:40] </w:t>
      </w:r>
      <w:r>
        <w:t>is par to hum ne bohat likh chuka hoon, aap is ko parhiye. Maulana, agla sawal lene se pehle aik comment parhna chahenge jo abhi abhi Mahtab sahib ne bheja hai Dhampur se.</w:t>
      </w:r>
    </w:p>
    <w:p>
      <w:pPr>
        <w:jc w:val="right"/>
      </w:pPr>
      <w:r>
        <w:t>اس پر تو ہم نے بہت لکھ چکا ہوں، آپ اس کو پڑھیے۔ مولانا، اگلا سوال لینے سے پہلے ایک کمنٹ پڑھنا چاہیں گے جو ابھی ابھی مہتاب صاحب نے بھیجا ہے دھامپور سے۔</w:t>
      </w:r>
    </w:p>
    <w:p>
      <w:r>
        <w:rPr>
          <w:b/>
        </w:rPr>
        <w:t xml:space="preserve">[1:01:50] </w:t>
      </w:r>
      <w:r>
        <w:t>unhon ne likha hai: "in das month of Al-Risala magazine, Maulana sahib, you have written a very good article, Tehzeeb ki do dhare.</w:t>
      </w:r>
    </w:p>
    <w:p>
      <w:pPr>
        <w:jc w:val="right"/>
      </w:pPr>
      <w:r>
        <w:t>انہوں نے لکھا ہے: "ان دس منتھ آف الرسالہ میگزین، مولانا صاحب، یو ہیو رٹن ا ویری گڈ آرٹیکل، تہذیب کی دو دھارے۔</w:t>
      </w:r>
    </w:p>
    <w:p>
      <w:r>
        <w:rPr>
          <w:b/>
        </w:rPr>
        <w:t xml:space="preserve">[1:02:00] </w:t>
      </w:r>
      <w:r>
        <w:t>I really liked it." haan, Tehzeeb ki do dhare? ji. achha</w:t>
      </w:r>
    </w:p>
    <w:p>
      <w:pPr>
        <w:jc w:val="right"/>
      </w:pPr>
      <w:r>
        <w:t>آئی ریلی لائکڈ اٹ۔" ہاں، تہذیب کی دو دھارے؟ جی۔ اچھ</w:t>
      </w:r>
    </w:p>
    <w:p>
      <w:r>
        <w:rPr>
          <w:b/>
        </w:rPr>
        <w:t xml:space="preserve">[1:02:06] </w:t>
      </w:r>
      <w:r>
        <w:t>a. Maulana, yeh sawal hai Sajid Anwar sahib ka Roorkee se. unhon ne likha hai: "Maulana, even after discovering the truth, moments of frustration come in our life, and we go through a sense of helplessness.</w:t>
      </w:r>
    </w:p>
    <w:p>
      <w:pPr>
        <w:jc w:val="right"/>
      </w:pPr>
      <w:r>
        <w:t>ا۔ مولانا، یہ سوال ہے ساجد انور صاحب کا روڑکی سے۔ انہوں نے لکھا ہے: "مولانا، ایون آفٹر ڈسکورنگ دا ٹروتھ، مومنٹس آف فرسٹریشن کم ان اور لائف، اینڈ وی گو تھرو ا سینس آف ہیلپ لیسنس۔</w:t>
      </w:r>
    </w:p>
    <w:p>
      <w:r>
        <w:rPr>
          <w:b/>
        </w:rPr>
        <w:t xml:space="preserve">[1:02:23] </w:t>
      </w:r>
      <w:r>
        <w:t>Does this indicate that our discovery of truth is less than the desired level? Please advise."</w:t>
      </w:r>
    </w:p>
    <w:p>
      <w:pPr>
        <w:jc w:val="right"/>
      </w:pPr>
      <w:r>
        <w:t>ڈز دس انڈیکیٹ دیٹ اور ڈسکوری آف ٹروتھ از لیس دین دا ڈیزائرڈ لیول؟ پلیز ایڈوائس۔"</w:t>
      </w:r>
    </w:p>
    <w:p>
      <w:r>
        <w:rPr>
          <w:b/>
        </w:rPr>
        <w:t xml:space="preserve">[1:02:33] </w:t>
      </w:r>
      <w:r>
        <w:t>nahi, dekhen, sachai ki discovery hone ke baad bhi yeh baat baqi rahegi. kyunke Quran mein hai ke aik ayat hai وَلَا لَبَسْنَا عَلَيْهِمْ مَا عَلِمْسُونَ jis mein aik qanoon bataya gaya hai.</w:t>
      </w:r>
    </w:p>
    <w:p>
      <w:pPr>
        <w:jc w:val="right"/>
      </w:pPr>
      <w:r>
        <w:t>نہیں، دیکھیں، سچائی کی ڈسکوری ہونے کے بعد بھی یہ بات باقی رہے گی۔ کیونکہ قرآن میں ہے کہ ایک آیت ہے وَلَا لَبَسْنَا عَلَيْهِمْ مَا عَلِمْسُونَ جس میں ایک قانون بتایا گیا ہے۔</w:t>
      </w:r>
    </w:p>
    <w:p>
      <w:r>
        <w:rPr>
          <w:b/>
        </w:rPr>
        <w:t xml:space="preserve">[1:02:50] </w:t>
      </w:r>
      <w:r>
        <w:t>yeh sirf aik masla nahi hai ke is dunya mein hamesha iltibas rahega. iltibas ka matlab hai element of doubt.</w:t>
      </w:r>
    </w:p>
    <w:p>
      <w:pPr>
        <w:jc w:val="right"/>
      </w:pPr>
      <w:r>
        <w:t>یہ صرف ایک مسئلہ نہیں ہے کہ اس دنیا میں ہمیشہ التباس رہے گا۔ التباس کا مطلب ہے ایلیمنٹ آف ڈاؤٹ۔</w:t>
      </w:r>
    </w:p>
    <w:p>
      <w:r>
        <w:rPr>
          <w:b/>
        </w:rPr>
        <w:t xml:space="preserve">[1:03:00] </w:t>
      </w:r>
      <w:r>
        <w:t>kabhi khatam nahi hoga maut se pehle. to element of doubt aap ka aik aik intellectual struggle ka mahol paida karta hai.</w:t>
      </w:r>
    </w:p>
    <w:p>
      <w:pPr>
        <w:jc w:val="right"/>
      </w:pPr>
      <w:r>
        <w:t>کبھی ختم نہیں ہوگا موت سے پہلے۔ تو ایلیمنٹ آف ڈاؤٹ آپ کا ایک ایک انٹلیکچول سٹرگل کا ماحول پیدا کرتا ہے۔</w:t>
      </w:r>
    </w:p>
    <w:p>
      <w:r>
        <w:rPr>
          <w:b/>
        </w:rPr>
        <w:t xml:space="preserve">[1:03:10] </w:t>
      </w:r>
      <w:r>
        <w:t>agar element of doubt na ho to intellectual struggle khatam ho jaye. apne intellectual development bhi khatam ho jaye. yeh koi yani achhi baat nahi hai ke aap ko doubt na ho, question na ho, sawalat aap ke mind mein na aayen.</w:t>
      </w:r>
    </w:p>
    <w:p>
      <w:pPr>
        <w:jc w:val="right"/>
      </w:pPr>
      <w:r>
        <w:t>اگر ایلیمنٹ آف ڈاؤٹ نہ ہو تو انٹلیکچول سٹرگل ختم ہو جائے۔ اپنے انٹلیکچول ڈیولپمنٹ بھی ختم ہو جائے۔ یہ کوئی یعنی اچھی بات نہیں ہے کہ آپ کو ڈاؤٹ نہ ہو، کوئسچن نہ ہو، سوالات آپ کے مائنڈ میں نہ آئیں۔</w:t>
      </w:r>
    </w:p>
    <w:p>
      <w:r>
        <w:rPr>
          <w:b/>
        </w:rPr>
        <w:t xml:space="preserve">[1:03:26] </w:t>
      </w:r>
      <w:r>
        <w:t>yeh koi achhi baat nahi hai.</w:t>
      </w:r>
    </w:p>
    <w:p>
      <w:pPr>
        <w:jc w:val="right"/>
      </w:pPr>
      <w:r>
        <w:t>یہ کوئی اچھی بات نہیں ہے۔</w:t>
      </w:r>
    </w:p>
    <w:p>
      <w:r>
        <w:rPr>
          <w:b/>
        </w:rPr>
        <w:t xml:space="preserve">[1:03:29] </w:t>
      </w:r>
      <w:r>
        <w:t>dekhen, intellectual development Islam mein bohat zyada ahmiyat is ki hai. lekin intellectual development ho nahi sakta agar intellectual struggle aap ke mind mein jari na rahe musalsal tor par.</w:t>
      </w:r>
    </w:p>
    <w:p>
      <w:pPr>
        <w:jc w:val="right"/>
      </w:pPr>
      <w:r>
        <w:t>دیکھیں، انٹلیکچول ڈیولپمنٹ اسلام میں بہت زیادہ اہمیت اس کی ہے۔ لیکن انٹلیکچول ڈیولپمنٹ ہو نہیں سکتا اگر انٹلیکچول سٹرگل آپ کے مائنڈ میں جاری نہ رہے مسلسل طور پر۔</w:t>
      </w:r>
    </w:p>
    <w:p>
      <w:r>
        <w:rPr>
          <w:b/>
        </w:rPr>
        <w:t xml:space="preserve">[1:03:45] </w:t>
      </w:r>
      <w:r>
        <w:t>yani it requires continuous intellectual struggle, otherwise there is no intellectual development</w:t>
      </w:r>
    </w:p>
    <w:p>
      <w:pPr>
        <w:jc w:val="right"/>
      </w:pPr>
      <w:r>
        <w:t>یعنی it requires continuous intellectual struggle, otherwise there is no intellectual development</w:t>
      </w:r>
    </w:p>
    <w:p>
      <w:r>
        <w:rPr>
          <w:b/>
        </w:rPr>
        <w:t xml:space="preserve">[1:03:56] </w:t>
      </w:r>
      <w:r>
        <w:t>to yeh koi is ko aap na aisa aap ke mind mein agar aata hai to is ko aap galat yani is ko aap kuch bura na samjhiye, is ko unwanted mat samjhiye.</w:t>
      </w:r>
    </w:p>
    <w:p>
      <w:pPr>
        <w:jc w:val="right"/>
      </w:pPr>
      <w:r>
        <w:t>تو یہ کوئی اس کو آپ نہ ایسا آپ کے مائنڈ میں اگر آتا ہے تو اس کو آپ غلط یعنی اس کو آپ کچھ برا نہ سمجھیے، اس کو ان وانٹڈ مت سمجھیے۔</w:t>
      </w:r>
    </w:p>
    <w:p>
      <w:r>
        <w:rPr>
          <w:b/>
        </w:rPr>
        <w:t xml:space="preserve">[1:04:08] </w:t>
      </w:r>
      <w:r>
        <w:t>wohi to hai jis se aap ka intellectual development jari rahega musalsal tor par. aap sochenge, sochenge, sochenge, aap fikri jahad karenge aur phir aap ka zehni irtqa hota rahega.</w:t>
      </w:r>
    </w:p>
    <w:p>
      <w:pPr>
        <w:jc w:val="right"/>
      </w:pPr>
      <w:r>
        <w:t>وہی تو ہے جس سے آپ کا انٹلیکچول ڈیولپمنٹ جاری رہے گا مسلسل طور پر۔ آپ سوچیں گے، سوچیں گے، سوچیں گے، آپ فکری جدوجہد کریں گے اور پھر آپ کا ذہنی ارتقاء ہوتا رہے گا۔</w:t>
      </w:r>
    </w:p>
    <w:p>
      <w:r>
        <w:rPr>
          <w:b/>
        </w:rPr>
        <w:t xml:space="preserve">[1:04:26] </w:t>
      </w:r>
      <w:r>
        <w:t>Maulana, agla sawal hai Shah Imran Hasan sahib ka New Delhi se. unhon ne likha hai: "aap hamesha spirit wali ibadat par focus karte hain.</w:t>
      </w:r>
    </w:p>
    <w:p>
      <w:pPr>
        <w:jc w:val="right"/>
      </w:pPr>
      <w:r>
        <w:t>مولانا، اگلا سوال ہے شاہ عمران حسن صاحب کا نئی دلی سے۔ انہوں نے لکھا ہے: "آپ ہمیشہ سپرٹ والی عبادت پر فوکس کرتے ہیں۔</w:t>
      </w:r>
    </w:p>
    <w:p>
      <w:r>
        <w:rPr>
          <w:b/>
        </w:rPr>
        <w:t xml:space="preserve">[1:04:36] </w:t>
      </w:r>
      <w:r>
        <w:t>spirit wali ibadat se kya murad hai aur yeh spirit hum kaise hasil karen, is ke bare mein bataen." bhai, is par to bohat kitaben hamari aap ne parhi hain is ko.</w:t>
      </w:r>
    </w:p>
    <w:p>
      <w:pPr>
        <w:jc w:val="right"/>
      </w:pPr>
      <w:r>
        <w:t>سپرٹ والی عبادت سے کیا مراد ہے اور یہ سپرٹ ہم کیسے حاصل کریں، اس کے بارے میں بتائیں۔" بھائی، اس پر تو بہت کتابیں ہماری آپ نے پڑھی ہیں اس کو۔</w:t>
      </w:r>
    </w:p>
    <w:p>
      <w:r>
        <w:rPr>
          <w:b/>
        </w:rPr>
        <w:t xml:space="preserve">[1:04:47] </w:t>
      </w:r>
      <w:r>
        <w:t>yani dekhen, mera tareeqa yeh hai ke jin baton ko hum likh chuke hain tafseel ke sath, is mein aadmi in kitabon ko parhe aur phir is ke baad bhi jo gosha reh gaya hai,</w:t>
      </w:r>
    </w:p>
    <w:p>
      <w:pPr>
        <w:jc w:val="right"/>
      </w:pPr>
      <w:r>
        <w:t>یعنی دیکھیں، میرا طریقہ یہ ہے کہ جن باتوں کو ہم لکھ چکے ہیں تفصیل کے ساتھ، اس میں آدمی ان کتابوں کو پڑھے اور پھر اس کے بعد بھی جو گوشہ رہ گیا ہے،</w:t>
      </w:r>
    </w:p>
    <w:p>
      <w:r>
        <w:rPr>
          <w:b/>
        </w:rPr>
        <w:t xml:space="preserve">[1:05:01] </w:t>
      </w:r>
      <w:r>
        <w:t>us us goshe ko le kar sawal kare. aam sawal is is aise mamle mein theek nahi hota.</w:t>
      </w:r>
    </w:p>
    <w:p>
      <w:pPr>
        <w:jc w:val="right"/>
      </w:pPr>
      <w:r>
        <w:t>اس اس گوشے کو لے کر سوال کرے۔ عمومی سوال اس اس ایسے معاملے میں ٹھیک نہیں ہوتا۔</w:t>
      </w:r>
    </w:p>
    <w:p>
      <w:r>
        <w:rPr>
          <w:b/>
        </w:rPr>
        <w:t xml:space="preserve">[1:05:12] </w:t>
      </w:r>
      <w:r>
        <w:t>yani jo hum ne kitaben likhi hain namaz par, roze par aur deeni taqazon par, un sab mein yeh baat aap dekhenge ke spirit ki ahmiyat hai.</w:t>
      </w:r>
    </w:p>
    <w:p>
      <w:pPr>
        <w:jc w:val="right"/>
      </w:pPr>
      <w:r>
        <w:t>یعنی جو ہم نے کتابیں لکھی ہیں نماز پر، روزہ پر اور دینی تقاضوں پر، ان سب میں یہ بات آپ دیکھیں گے کہ سپرٹ کی اہمیت ہے۔</w:t>
      </w:r>
    </w:p>
    <w:p>
      <w:r>
        <w:rPr>
          <w:b/>
        </w:rPr>
        <w:t xml:space="preserve">[1:05:26] </w:t>
      </w:r>
      <w:r>
        <w:t>to main mashwara doonga ke aap in kitabon ko parhiye aur is ke bawajood jo gosha yani wazeh na hua ho, us par sawal kijiye.</w:t>
      </w:r>
    </w:p>
    <w:p>
      <w:pPr>
        <w:jc w:val="right"/>
      </w:pPr>
      <w:r>
        <w:t>تو میں مشورہ دوں گا کہ آپ ان کتابوں کو پڑھیے اور اس کے باوجود جو گوشہ یعنی واضح نہ ہوا ہو، اس پر سوال کیجئے۔</w:t>
      </w:r>
    </w:p>
    <w:p>
      <w:r>
        <w:rPr>
          <w:b/>
        </w:rPr>
        <w:t xml:space="preserve">[1:05:42] </w:t>
      </w:r>
      <w:r>
        <w:t>Maulana, agla sawal Delhi se hai Anas sahib ka. unhon ne likha hai: "Quran mein kahin par yeh yeh samajh aata hai ke hidayat Allah ki taraf se aati hai aur kahin lagta hai ke insan khud se hi hidayat hasil karta hai.</w:t>
      </w:r>
    </w:p>
    <w:p>
      <w:pPr>
        <w:jc w:val="right"/>
      </w:pPr>
      <w:r>
        <w:t>مولانا، اگلا سوال دلی سے ہے انس صاحب کا۔ انہوں نے لکھا ہے: "قرآن میں کہیں پر یہ یہ سمجھ آتا ہے کہ ہدایت اللہ کی طرف سے آتی ہے اور کہیں لگتا ہے کہ انسان خود سے ہی ہدایت حاصل کرتا ہے۔</w:t>
      </w:r>
    </w:p>
    <w:p>
      <w:r>
        <w:rPr>
          <w:b/>
        </w:rPr>
        <w:t xml:space="preserve">[1:05:58] </w:t>
      </w:r>
      <w:r>
        <w:t>is ke bare mein aap kya kahenge?" dekhen, yeh is isloob ki baat hai. isloob ki</w:t>
      </w:r>
    </w:p>
    <w:p>
      <w:pPr>
        <w:jc w:val="right"/>
      </w:pPr>
      <w:r>
        <w:t>اس کے بارے میں آپ کیا کہیں گے؟" دیکھیں، یہ اس اسلوب کی بات ہے۔ اسلوب کی</w:t>
      </w:r>
    </w:p>
    <w:p>
      <w:r>
        <w:rPr>
          <w:b/>
        </w:rPr>
        <w:t xml:space="preserve">[1:06:07] </w:t>
      </w:r>
      <w:r>
        <w:t>insan khud hi insan ko dekhen, freedom of choice mila hua hai. to apne freedom of choice ko istemal kar ke woh sachai ko pata hai, hidayat hidayat ko pata hai.</w:t>
      </w:r>
    </w:p>
    <w:p>
      <w:pPr>
        <w:jc w:val="right"/>
      </w:pPr>
      <w:r>
        <w:t>انسان خود ہی انسان کو دیکھیں، فریڈم آف چوائس ملا ہوا ہے۔ تو اپنے فریڈم آف چوائس کو استعمال کر کے وہ سچائی کو پاتا ہے، ہدایت ہدایت کو پاتا ہے۔</w:t>
      </w:r>
    </w:p>
    <w:p>
      <w:r>
        <w:rPr>
          <w:b/>
        </w:rPr>
        <w:t xml:space="preserve">[1:06:22] </w:t>
      </w:r>
      <w:r>
        <w:t>aisa nahi ke upar se hidayat us ko yani install kar di jaye. to phir test kis baat ka rahega?</w:t>
      </w:r>
    </w:p>
    <w:p>
      <w:pPr>
        <w:jc w:val="right"/>
      </w:pPr>
      <w:r>
        <w:t>ایسا نہیں کہ اوپر سے ہدایت اس کو یعنی انسٹل کر دی جائے۔ تو پھر ٹیسٹ کس بات کا رہے گا؟</w:t>
      </w:r>
    </w:p>
    <w:p>
      <w:r>
        <w:rPr>
          <w:b/>
        </w:rPr>
        <w:t xml:space="preserve">[1:06:31] </w:t>
      </w:r>
      <w:r>
        <w:t>aazmaish kis baat ki rahegi?</w:t>
      </w:r>
    </w:p>
    <w:p>
      <w:pPr>
        <w:jc w:val="right"/>
      </w:pPr>
      <w:r>
        <w:t>آزمائش کس بات کی رہے گی؟</w:t>
      </w:r>
    </w:p>
    <w:p>
      <w:r>
        <w:rPr>
          <w:b/>
        </w:rPr>
        <w:t xml:space="preserve">[1:06:34] </w:t>
      </w:r>
      <w:r>
        <w:t>to yehi to azmaish hai ke aadmi ne apne freedom of choice ko sahi istemal kiya ya galat istemal kiya. isi pe hidayat ka inhisaar hai.</w:t>
      </w:r>
    </w:p>
    <w:p>
      <w:pPr>
        <w:jc w:val="right"/>
      </w:pPr>
      <w:r>
        <w:t>تو یہی تو آزمائش ہے کہ آدمی نے اپنے فریڈم آف چوائس کو صحیح استعمال کیا یا غلط استعمال کیا۔ اسی پہ ہدایت کا انحصار ہے۔</w:t>
      </w:r>
    </w:p>
    <w:p>
      <w:r>
        <w:rPr>
          <w:b/>
        </w:rPr>
        <w:t xml:space="preserve">[1:06:46] </w:t>
      </w:r>
      <w:r>
        <w:t>hidayat Allah taala se ki taraf se jabran nahi aati, wo aap hi ke yani azadi ke ke sahi istemal se aap ko milti hai.</w:t>
      </w:r>
    </w:p>
    <w:p>
      <w:pPr>
        <w:jc w:val="right"/>
      </w:pPr>
      <w:r>
        <w:t>ہدایت اللہ تعالیٰ سے کی طرف سے جبراً نہیں آتی، وہ آپ ہی کے یعنی آزادی کے کے صحیح استعمال سے آپ کو ملتی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