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How To Realise God August 29, 2008</w:t>
      </w:r>
    </w:p>
    <w:p>
      <w:r>
        <w:t>https://youtu.be/cbjyJhhS1vI</w:t>
      </w:r>
    </w:p>
    <w:p>
      <w:r>
        <w:rPr>
          <w:b/>
        </w:rPr>
        <w:t xml:space="preserve">[00:28] </w:t>
      </w:r>
      <w:r>
        <w:t>wahal al-uqdata min lisani, yafqahu qawli.</w:t>
      </w:r>
    </w:p>
    <w:p>
      <w:pPr>
        <w:jc w:val="right"/>
      </w:pPr>
      <w:r>
        <w:t>واحل العقدۃ من لسانی، یفقہ قولی۔</w:t>
      </w:r>
    </w:p>
    <w:p>
      <w:r>
        <w:rPr>
          <w:b/>
        </w:rPr>
        <w:t xml:space="preserve">[00:40] </w:t>
      </w:r>
      <w:r>
        <w:t>aaj ka topic hai:</w:t>
      </w:r>
    </w:p>
    <w:p>
      <w:pPr>
        <w:jc w:val="right"/>
      </w:pPr>
      <w:r>
        <w:t>آج کا ٹاپک ہے:</w:t>
      </w:r>
    </w:p>
    <w:p>
      <w:r>
        <w:rPr>
          <w:b/>
        </w:rPr>
        <w:t xml:space="preserve">[00:44] </w:t>
      </w:r>
      <w:r>
        <w:t>haoo to realize god.</w:t>
      </w:r>
    </w:p>
    <w:p>
      <w:pPr>
        <w:jc w:val="right"/>
      </w:pPr>
      <w:r>
        <w:t>ہاؤ ٹو ریلائز گاڈ۔</w:t>
      </w:r>
    </w:p>
    <w:p>
      <w:r>
        <w:rPr>
          <w:b/>
        </w:rPr>
        <w:t xml:space="preserve">[00:50] </w:t>
      </w:r>
      <w:r>
        <w:t>khuda ki marifat kaise hasil karein?</w:t>
      </w:r>
    </w:p>
    <w:p>
      <w:pPr>
        <w:jc w:val="right"/>
      </w:pPr>
      <w:r>
        <w:t>خدا کی معرفت کیسے حاصل کریں؟</w:t>
      </w:r>
    </w:p>
    <w:p>
      <w:r>
        <w:rPr>
          <w:b/>
        </w:rPr>
        <w:t xml:space="preserve">[00:58] </w:t>
      </w:r>
      <w:r>
        <w:t>yeh hai aaj ka subject.</w:t>
      </w:r>
    </w:p>
    <w:p>
      <w:pPr>
        <w:jc w:val="right"/>
      </w:pPr>
      <w:r>
        <w:t>یہ ہے آج کا سبجیکٹ۔</w:t>
      </w:r>
    </w:p>
    <w:p>
      <w:r>
        <w:rPr>
          <w:b/>
        </w:rPr>
        <w:t xml:space="preserve">[01:02] </w:t>
      </w:r>
      <w:r>
        <w:t>aap jante hain ke yeh bohat hi important subject hai, aur hazaron saal se insaan is par sochta raha hai. to kal jab mein ne socha ke aaj ka topic yeh ho,</w:t>
      </w:r>
    </w:p>
    <w:p>
      <w:pPr>
        <w:jc w:val="right"/>
      </w:pPr>
      <w:r>
        <w:t>آپ جانتے ہیں کہ یہ بہت ہی امپورٹنٹ سبجیکٹ ہے، اور ہزاروں سال سے انسان اس پر سوچتا رہا ہے۔ تو کل جب میں نے سوچا کہ آج کا ٹاپک یہ ہو،</w:t>
      </w:r>
    </w:p>
    <w:p>
      <w:r>
        <w:rPr>
          <w:b/>
        </w:rPr>
        <w:t xml:space="preserve">[01:19] </w:t>
      </w:r>
      <w:r>
        <w:t>to raat mein isi par sochta raha, sochta raha, aur so gaya.</w:t>
      </w:r>
    </w:p>
    <w:p>
      <w:pPr>
        <w:jc w:val="right"/>
      </w:pPr>
      <w:r>
        <w:t>تو رات میں اسی پر سوچتا رہا، سوچتا رہا، اور سو گیا۔</w:t>
      </w:r>
    </w:p>
    <w:p>
      <w:r>
        <w:rPr>
          <w:b/>
        </w:rPr>
        <w:t xml:space="preserve">[01:25] </w:t>
      </w:r>
      <w:r>
        <w:t>subah 4 baje se kuch pehle mein utha to</w:t>
      </w:r>
    </w:p>
    <w:p>
      <w:pPr>
        <w:jc w:val="right"/>
      </w:pPr>
      <w:r>
        <w:t>صبح 4 بجے سے کچھ پہلے میں اٹھا تو</w:t>
      </w:r>
    </w:p>
    <w:p>
      <w:r>
        <w:rPr>
          <w:b/>
        </w:rPr>
        <w:t xml:space="preserve">[01:35] </w:t>
      </w:r>
      <w:r>
        <w:t>awwal waqt mein fajar ki namaz, yani morning pillar jo hoti hai, woh parha, aur phir mein let gaya.</w:t>
      </w:r>
    </w:p>
    <w:p>
      <w:pPr>
        <w:jc w:val="right"/>
      </w:pPr>
      <w:r>
        <w:t>اول وقت میں فجر کی نماز، یعنی مارننگ پلر جو ہوتی ہے، وہ پڑھا، اور پھر میں لیٹ گیا۔</w:t>
      </w:r>
    </w:p>
    <w:p>
      <w:r>
        <w:rPr>
          <w:b/>
        </w:rPr>
        <w:t xml:space="preserve">[01:47] </w:t>
      </w:r>
      <w:r>
        <w:t>phir let gaya to meri neend khuli us waqt jab ke suraj nikal chuka tha.</w:t>
      </w:r>
    </w:p>
    <w:p>
      <w:pPr>
        <w:jc w:val="right"/>
      </w:pPr>
      <w:r>
        <w:t>پھر لیٹ گیا تو میری نیند کھلی اس وقت جب کہ سورج نکل چکا تھا۔</w:t>
      </w:r>
    </w:p>
    <w:p>
      <w:r>
        <w:rPr>
          <w:b/>
        </w:rPr>
        <w:t xml:space="preserve">[01:53] </w:t>
      </w:r>
      <w:r>
        <w:t>mere kamre mein suraj ki light aa rahi thi. to mein utha aur bahar ja kar ke mere ghar ke samne jo balcony hai,</w:t>
      </w:r>
    </w:p>
    <w:p>
      <w:pPr>
        <w:jc w:val="right"/>
      </w:pPr>
      <w:r>
        <w:t>میرے کمرے میں سورج کی لائٹ آ رہی تھی۔ تو میں اٹھا اور باہر جا کر کے میرے گھر کے سامنے جو بالکنی ہے،</w:t>
      </w:r>
    </w:p>
    <w:p>
      <w:r>
        <w:rPr>
          <w:b/>
        </w:rPr>
        <w:t xml:space="preserve">[02:08] </w:t>
      </w:r>
      <w:r>
        <w:t>wahan baith gaya.</w:t>
      </w:r>
    </w:p>
    <w:p>
      <w:pPr>
        <w:jc w:val="right"/>
      </w:pPr>
      <w:r>
        <w:t>وہاں بیٹھ گیا۔</w:t>
      </w:r>
    </w:p>
    <w:p>
      <w:r>
        <w:rPr>
          <w:b/>
        </w:rPr>
        <w:t xml:space="preserve">[02:12] </w:t>
      </w:r>
      <w:r>
        <w:t>achanak aisa laga jaise ke raat jo mein soch raha tha, how to realize God,</w:t>
      </w:r>
    </w:p>
    <w:p>
      <w:pPr>
        <w:jc w:val="right"/>
      </w:pPr>
      <w:r>
        <w:t>اچانک ایسا لگا جیسے کہ رات جو میں سوچ رہا تھا، ہاؤ ٹو ریلائز گاڈ،</w:t>
      </w:r>
    </w:p>
    <w:p>
      <w:r>
        <w:rPr>
          <w:b/>
        </w:rPr>
        <w:t xml:space="preserve">[02:22] </w:t>
      </w:r>
      <w:r>
        <w:t>is ka answer mujhe diya ja raha hai. mere samne suraj tha jo nikal chuka tha, us ki light aa rahi thi.</w:t>
      </w:r>
    </w:p>
    <w:p>
      <w:pPr>
        <w:jc w:val="right"/>
      </w:pPr>
      <w:r>
        <w:t>اس کا انسر مجھے دیا جا رہا ہے۔ میرے سامنے سورج تھا جو نکل چکا تھا، اس کی لائٹ آ رہی تھی۔</w:t>
      </w:r>
    </w:p>
    <w:p>
      <w:r>
        <w:rPr>
          <w:b/>
        </w:rPr>
        <w:t xml:space="preserve">[02:34] </w:t>
      </w:r>
      <w:r>
        <w:t>phir charon taraf hare bhare darakht the, haryali thi.</w:t>
      </w:r>
    </w:p>
    <w:p>
      <w:pPr>
        <w:jc w:val="right"/>
      </w:pPr>
      <w:r>
        <w:t>پھر چاروں طرف ہرے بھرے درخت تھے، ہریالی تھی۔</w:t>
      </w:r>
    </w:p>
    <w:p>
      <w:r>
        <w:rPr>
          <w:b/>
        </w:rPr>
        <w:t xml:space="preserve">[02:41] </w:t>
      </w:r>
      <w:r>
        <w:t>phir aasman tha upar, yani har taraf nature ka mahol tha.</w:t>
      </w:r>
    </w:p>
    <w:p>
      <w:pPr>
        <w:jc w:val="right"/>
      </w:pPr>
      <w:r>
        <w:t>پھر آسمان تھا اوپر، یعنی ہر طرف نیچر کا ماحول تھا۔</w:t>
      </w:r>
    </w:p>
    <w:p>
      <w:r>
        <w:rPr>
          <w:b/>
        </w:rPr>
        <w:t xml:space="preserve">[02:50] </w:t>
      </w:r>
      <w:r>
        <w:t>mujhe aisa laga jaise ke universe jo hai, woh encyclopedia of god ban gayi hai mere liye.</w:t>
      </w:r>
    </w:p>
    <w:p>
      <w:pPr>
        <w:jc w:val="right"/>
      </w:pPr>
      <w:r>
        <w:t>مجھے ایسا لگا جیسے کہ یونیورس جو ہے، وہ انسائیکلوپیڈیا آف گاڈ بن گئی ہے میرے لیے۔</w:t>
      </w:r>
    </w:p>
    <w:p>
      <w:r>
        <w:rPr>
          <w:b/>
        </w:rPr>
        <w:t xml:space="preserve">[03:04] </w:t>
      </w:r>
      <w:r>
        <w:t>suraj ki light, suraj ki chamak, khuda ko introduce kar rahi hai ke khuda hi light hai.</w:t>
      </w:r>
    </w:p>
    <w:p>
      <w:pPr>
        <w:jc w:val="right"/>
      </w:pPr>
      <w:r>
        <w:t>سورج کی لائٹ، سورج کی چمک، خدا کو انٹروڈیوس کر رہی ہے کہ خدا ہی لائٹ ہے۔</w:t>
      </w:r>
    </w:p>
    <w:p>
      <w:r>
        <w:rPr>
          <w:b/>
        </w:rPr>
        <w:t xml:space="preserve">[03:15] </w:t>
      </w:r>
      <w:r>
        <w:t>khuda ke siwa light ka koi aur source nahi hai insan ke liye.</w:t>
      </w:r>
    </w:p>
    <w:p>
      <w:pPr>
        <w:jc w:val="right"/>
      </w:pPr>
      <w:r>
        <w:t>خدا کے سوا لائٹ کا کوئی اور سورس نہیں ہے انسان کے لیے۔</w:t>
      </w:r>
    </w:p>
    <w:p>
      <w:r>
        <w:rPr>
          <w:b/>
        </w:rPr>
        <w:t xml:space="preserve">[03:23] </w:t>
      </w:r>
      <w:r>
        <w:t>chiriayan ud rahi theen. aisa laga ke chiriayan jo hain, woh divine song ga rahi hain, khudai geet.</w:t>
      </w:r>
    </w:p>
    <w:p>
      <w:pPr>
        <w:jc w:val="right"/>
      </w:pPr>
      <w:r>
        <w:t>چڑیاں اڑ رہی تھیں۔ ایسا لگا کہ چڑیاں جو ہیں، وہ ڈیوائن سونگ گا رہی ہیں، خدائی گیت۔</w:t>
      </w:r>
    </w:p>
    <w:p>
      <w:r>
        <w:rPr>
          <w:b/>
        </w:rPr>
        <w:t xml:space="preserve">[03:36] </w:t>
      </w:r>
      <w:r>
        <w:t>phir jo charon taraf jo haryali thi, woh goya ke khuda ki rehmat ka pehcha de rahi thi.</w:t>
      </w:r>
    </w:p>
    <w:p>
      <w:pPr>
        <w:jc w:val="right"/>
      </w:pPr>
      <w:r>
        <w:t>پھر جو چاروں طرف جو ہریالی تھی، وہ گویا کہ خدا کی رحمت کا پریشہ دے رہی تھی۔</w:t>
      </w:r>
    </w:p>
    <w:p>
      <w:r>
        <w:rPr>
          <w:b/>
        </w:rPr>
        <w:t xml:space="preserve">[03:47] </w:t>
      </w:r>
      <w:r>
        <w:t>to sari universe jo hai, aasman jo hai, khuda ki greatness ko bata raha tha.</w:t>
      </w:r>
    </w:p>
    <w:p>
      <w:pPr>
        <w:jc w:val="right"/>
      </w:pPr>
      <w:r>
        <w:t>تو ساری یونیورس جو ہے، آسمان جو ہے، خدا کی گریٹنس کو بتا رہا تھا۔</w:t>
      </w:r>
    </w:p>
    <w:p>
      <w:r>
        <w:rPr>
          <w:b/>
        </w:rPr>
        <w:t xml:space="preserve">[03:54] </w:t>
      </w:r>
      <w:r>
        <w:t>to main ajeeb, mera haal hua.</w:t>
      </w:r>
    </w:p>
    <w:p>
      <w:pPr>
        <w:jc w:val="right"/>
      </w:pPr>
      <w:r>
        <w:t>تو میں عجیب، میرا حال ہوا۔</w:t>
      </w:r>
    </w:p>
    <w:p>
      <w:r>
        <w:rPr>
          <w:b/>
        </w:rPr>
        <w:t xml:space="preserve">[03:59] </w:t>
      </w:r>
      <w:r>
        <w:t>main ne kaha ke jo speech aaj main dena chahta hoon, woh</w:t>
      </w:r>
    </w:p>
    <w:p>
      <w:pPr>
        <w:jc w:val="right"/>
      </w:pPr>
      <w:r>
        <w:t>میں نے کہا کہ جو اسپیچ آج میں دینا چاہتا ہوں، وہ</w:t>
      </w:r>
    </w:p>
    <w:p>
      <w:r>
        <w:rPr>
          <w:b/>
        </w:rPr>
        <w:t xml:space="preserve">[04:08] </w:t>
      </w:r>
      <w:r>
        <w:t>billion trillion time better way mein 24 ghante universe mein diya ja raha hai.</w:t>
      </w:r>
    </w:p>
    <w:p>
      <w:pPr>
        <w:jc w:val="right"/>
      </w:pPr>
      <w:r>
        <w:t>بلین ٹریلین ٹائم بٹر وے میں 24 گھنٹے یونیورس میں دیا جا رہا ہے۔</w:t>
      </w:r>
    </w:p>
    <w:p>
      <w:r>
        <w:rPr>
          <w:b/>
        </w:rPr>
        <w:t xml:space="preserve">[04:20] </w:t>
      </w:r>
      <w:r>
        <w:t>ek ajeeb kaifiyat hui.</w:t>
      </w:r>
    </w:p>
    <w:p>
      <w:pPr>
        <w:jc w:val="right"/>
      </w:pPr>
      <w:r>
        <w:t>ایک عجیب کیفیت ہوئی۔</w:t>
      </w:r>
    </w:p>
    <w:p>
      <w:r>
        <w:rPr>
          <w:b/>
        </w:rPr>
        <w:t xml:space="preserve">[04:25] </w:t>
      </w:r>
      <w:r>
        <w:t>bada inspiration mil raha tha mujhe. phir main ne socha ke kya yahi woh cheez hai jis ko realization of god kaha jata hai?</w:t>
      </w:r>
    </w:p>
    <w:p>
      <w:pPr>
        <w:jc w:val="right"/>
      </w:pPr>
      <w:r>
        <w:t>بڑا انسپیریشن مل رہا تھا مجھے۔ پھر میں نے سوچا کہ کیا یہی وہ چیز ہے جس کو ریلائزیشن آف گاڈ کہا جاتا ہے؟</w:t>
      </w:r>
    </w:p>
    <w:p>
      <w:r>
        <w:rPr>
          <w:b/>
        </w:rPr>
        <w:t xml:space="preserve">[04:40] </w:t>
      </w:r>
      <w:r>
        <w:t>ke is sense mein jitne scientist the, un ko to hua. to kya scientist log sab ke sab jayenge paradise mein? phir ek discovery mujhe hui.</w:t>
      </w:r>
    </w:p>
    <w:p>
      <w:pPr>
        <w:jc w:val="right"/>
      </w:pPr>
      <w:r>
        <w:t>کہ اس سینس میں جتنے سائنٹسٹ تھے، ان کو تو ہوا۔ تو کیا سائنٹسٹ لوگ سب کے سب جائیں گے پیراڈائز میں؟ پھر ایک ڈسکوری مجھے ہوئی۔</w:t>
      </w:r>
    </w:p>
    <w:p>
      <w:r>
        <w:rPr>
          <w:b/>
        </w:rPr>
        <w:t xml:space="preserve">[04:55] </w:t>
      </w:r>
      <w:r>
        <w:t>scientist logon ki life maine padhi hai. kai logon ne yeh kaha nature ko dekh kar: "wonder, wonder!" kisi ne kaha ke "great, great!"</w:t>
      </w:r>
    </w:p>
    <w:p>
      <w:pPr>
        <w:jc w:val="right"/>
      </w:pPr>
      <w:r>
        <w:t>سائنٹسٹ لوگوں کی لائف میں نے پڑھی ہے۔ کئی لوگوں نے یہ کہا نیچر کو دیکھ کر: "ونڈر، ونڈر!" کسی نے کہا کہ "گریٹ، گریٹ!"</w:t>
      </w:r>
    </w:p>
    <w:p>
      <w:r>
        <w:rPr>
          <w:b/>
        </w:rPr>
        <w:t xml:space="preserve">[05:13] </w:t>
      </w:r>
      <w:r>
        <w:t>to nature mein ya universe mein unho ne khuda ki greatness ko paya. greatness ko</w:t>
      </w:r>
    </w:p>
    <w:p>
      <w:pPr>
        <w:jc w:val="right"/>
      </w:pPr>
      <w:r>
        <w:t>تو نیچر میں یا یونیورس میں انہوں نے خدا کی گریٹنس کو پایا۔ گریٹنس کو</w:t>
      </w:r>
    </w:p>
    <w:p>
      <w:r>
        <w:rPr>
          <w:b/>
        </w:rPr>
        <w:t xml:space="preserve">[05:21] </w:t>
      </w:r>
      <w:r>
        <w:t>. lekin khuda ki greatness ko pana yahi paradise mein jane ke liye kafi nahi hai.</w:t>
      </w:r>
    </w:p>
    <w:p>
      <w:pPr>
        <w:jc w:val="right"/>
      </w:pPr>
      <w:r>
        <w:t>۔ لیکن خدا کی گریٹنس کو پانا یہی پیراڈائز میں جانے کے لیے کافی نہیں ہے۔</w:t>
      </w:r>
    </w:p>
    <w:p>
      <w:r>
        <w:rPr>
          <w:b/>
        </w:rPr>
        <w:t xml:space="preserve">[05:31] </w:t>
      </w:r>
      <w:r>
        <w:t>is liye ke wonder of nature agar aap discover kar lein to woh kafi nahi hai ke aap paradise mein chale jayen.</w:t>
      </w:r>
    </w:p>
    <w:p>
      <w:pPr>
        <w:jc w:val="right"/>
      </w:pPr>
      <w:r>
        <w:t>یعنی ونڈر آف نیچر اگر آپ ڈسکور کر لیں تو وہ کافی نہیں ہے کہ آپ پیراڈائز میں چلے جائیں۔</w:t>
      </w:r>
    </w:p>
    <w:p>
      <w:r>
        <w:rPr>
          <w:b/>
        </w:rPr>
        <w:t xml:space="preserve">[05:41] </w:t>
      </w:r>
      <w:r>
        <w:t>is liye ke quran mein char hazar saal pehle iraq mein ek king tha, nimrod.</w:t>
      </w:r>
    </w:p>
    <w:p>
      <w:pPr>
        <w:jc w:val="right"/>
      </w:pPr>
      <w:r>
        <w:t>اس لیے کہ قرآن میں چار ہزار سال پہلے عراق میں ایک کنگ تھا، نمرود۔</w:t>
      </w:r>
    </w:p>
    <w:p>
      <w:r>
        <w:rPr>
          <w:b/>
        </w:rPr>
        <w:t xml:space="preserve">[05:53] </w:t>
      </w:r>
      <w:r>
        <w:t>us ke samne us zamane ke prophet ibrahim gaye. unho ne dawat pesh ki. woh samajhta tha ke khuda to main hi hoon, mere siwa kon hai?</w:t>
      </w:r>
    </w:p>
    <w:p>
      <w:pPr>
        <w:jc w:val="right"/>
      </w:pPr>
      <w:r>
        <w:t>اس کے سامنے اس زمانے کے پرافٹ ابراہیم گئے۔ انہوں نے دعوت پیش کی۔ وہ سمجھتا تھا کہ خدا تو میں ہی ہوں، میرے سوا کون ہے؟</w:t>
      </w:r>
    </w:p>
    <w:p>
      <w:r>
        <w:rPr>
          <w:b/>
        </w:rPr>
        <w:t xml:space="preserve">[06:09] </w:t>
      </w:r>
      <w:r>
        <w:t>to prophet ne kaha ke khuda suraj ko nikalta hai east se, tum west se nikal kar dikhao.</w:t>
      </w:r>
    </w:p>
    <w:p>
      <w:pPr>
        <w:jc w:val="right"/>
      </w:pPr>
      <w:r>
        <w:t>تو پرافٹ نے کہا کہ خدا سورج کو نکالتا ہے ایسٹ سے، تم ویسٹ سے نکال کر دکھاؤ۔</w:t>
      </w:r>
    </w:p>
    <w:p>
      <w:r>
        <w:rPr>
          <w:b/>
        </w:rPr>
        <w:t xml:space="preserve">[06:20] </w:t>
      </w:r>
      <w:r>
        <w:t>matlab is yeh jo</w:t>
      </w:r>
    </w:p>
    <w:p>
      <w:pPr>
        <w:jc w:val="right"/>
      </w:pPr>
      <w:r>
        <w:t>مطلب اس یہ جو</w:t>
      </w:r>
    </w:p>
    <w:p>
      <w:r>
        <w:rPr>
          <w:b/>
        </w:rPr>
        <w:t xml:space="preserve">[06:25] </w:t>
      </w:r>
      <w:r>
        <w:t>nizam hai, is ko badal do tum. raat aur din ka jo nizam hai, jo system hai. to is quran mein aata hai ke "fa baht alladhi kafar</w:t>
      </w:r>
    </w:p>
    <w:p>
      <w:pPr>
        <w:jc w:val="right"/>
      </w:pPr>
      <w:r>
        <w:t>نظام ہے، اس کو بدل دو تم۔ رات اور دن کا جو نظام ہے، جو سسٹم ہے۔ تو اس قرآن میں آتا ہے کہ "فبہت الذی کفر</w:t>
      </w:r>
    </w:p>
    <w:p>
      <w:r>
        <w:rPr>
          <w:b/>
        </w:rPr>
        <w:t xml:space="preserve">[06:37] </w:t>
      </w:r>
      <w:r>
        <w:t>" . the unbeliever was confounded.</w:t>
      </w:r>
    </w:p>
    <w:p>
      <w:pPr>
        <w:jc w:val="right"/>
      </w:pPr>
      <w:r>
        <w:t>"۔ دا ان بیلیور واز کنفاؤنڈڈ۔</w:t>
      </w:r>
    </w:p>
    <w:p>
      <w:r>
        <w:rPr>
          <w:b/>
        </w:rPr>
        <w:t xml:space="preserve">[06:44] </w:t>
      </w:r>
      <w:r>
        <w:t>yani woh mabhut reh gaya. Woh jis ko kehte hain shashdar reh gaya. To woh jannat mein to nahin jayega.</w:t>
      </w:r>
    </w:p>
    <w:p>
      <w:pPr>
        <w:jc w:val="right"/>
      </w:pPr>
      <w:r>
        <w:t>یعنی وہ مبہوت رہ گیا۔ وہ جس کو کہتے ہیں ششدر رہ گیا۔ تو وہ جنت میں تو نہیں جائے گا۔</w:t>
      </w:r>
    </w:p>
    <w:p>
      <w:r>
        <w:rPr>
          <w:b/>
        </w:rPr>
        <w:t xml:space="preserve">[06:54] </w:t>
      </w:r>
      <w:r>
        <w:t>Woh</w:t>
      </w:r>
    </w:p>
    <w:p>
      <w:pPr>
        <w:jc w:val="right"/>
      </w:pPr>
      <w:r>
        <w:t>وہ</w:t>
      </w:r>
    </w:p>
    <w:p>
      <w:r>
        <w:rPr>
          <w:b/>
        </w:rPr>
        <w:t xml:space="preserve">[06:58] </w:t>
      </w:r>
      <w:r>
        <w:t>jannat par nahin jayega. Woh</w:t>
      </w:r>
    </w:p>
    <w:p>
      <w:pPr>
        <w:jc w:val="right"/>
      </w:pPr>
      <w:r>
        <w:t>جنت پر نہیں جائے گا۔ وہ</w:t>
      </w:r>
    </w:p>
    <w:p>
      <w:r>
        <w:rPr>
          <w:b/>
        </w:rPr>
        <w:t xml:space="preserve">[07:00] </w:t>
      </w:r>
      <w:r>
        <w:t>to yaad rakhiye,</w:t>
      </w:r>
    </w:p>
    <w:p>
      <w:pPr>
        <w:jc w:val="right"/>
      </w:pPr>
      <w:r>
        <w:t>تو یاد رکھیے،</w:t>
      </w:r>
    </w:p>
    <w:p>
      <w:r>
        <w:rPr>
          <w:b/>
        </w:rPr>
        <w:t xml:space="preserve">[07:04] </w:t>
      </w:r>
      <w:r>
        <w:t>creation mein jo greatness hai, us ko paana yeh kafi nahin hai ke aap jannat mein jayen.</w:t>
      </w:r>
    </w:p>
    <w:p>
      <w:pPr>
        <w:jc w:val="right"/>
      </w:pPr>
      <w:r>
        <w:t>کریشن میں جو گریٹنس ہے، اس کو پانا یہ کافی نہیں ہے کہ آپ جنت میں جائیں۔</w:t>
      </w:r>
    </w:p>
    <w:p>
      <w:r>
        <w:rPr>
          <w:b/>
        </w:rPr>
        <w:t xml:space="preserve">[07:14] </w:t>
      </w:r>
      <w:r>
        <w:t>Phir main ne socha ke phir kya cheez hai jo aadmi ko jannat mein le jayegi? Woh hai, woh mujhe ek aur hadith mein mila.</w:t>
      </w:r>
    </w:p>
    <w:p>
      <w:pPr>
        <w:jc w:val="right"/>
      </w:pPr>
      <w:r>
        <w:t>پھر میں نے سوچا کہ پھر کیا چیز ہے جو آدمی کو جنت میں لے جائے گی؟ وہ ہے، وہ مجھے ایک اور حدیث میں ملا۔</w:t>
      </w:r>
    </w:p>
    <w:p>
      <w:r>
        <w:rPr>
          <w:b/>
        </w:rPr>
        <w:t xml:space="preserve">[07:29] </w:t>
      </w:r>
      <w:r>
        <w:t>Rasool Allah se pehle ek aadmi tha Arab mein, uska naam tha Abdullah bin Jaddan. To woh bohat generous aadmi tha, bohat social work karta tha,</w:t>
      </w:r>
    </w:p>
    <w:p>
      <w:pPr>
        <w:jc w:val="right"/>
      </w:pPr>
      <w:r>
        <w:t>رسول اللہ سے پہلے ایک آدمی تھا عرب میں، اس کا نام تھا عبداللہ بن جدان۔ تو وہ بہت جنرس آدمی تھا، بہت سوشل ورک کرتا تھا،</w:t>
      </w:r>
    </w:p>
    <w:p>
      <w:r>
        <w:rPr>
          <w:b/>
        </w:rPr>
        <w:t xml:space="preserve">[07:42] </w:t>
      </w:r>
      <w:r>
        <w:t>bohat khilata pilata tha logon ko. To Hazrat Aisha jo theen, aap ki ahliya, unhon ne poocha ke Abdullah bin Jaddan to bara acha aadmi tha, kya woh jannat mein jayega?</w:t>
      </w:r>
    </w:p>
    <w:p>
      <w:pPr>
        <w:jc w:val="right"/>
      </w:pPr>
      <w:r>
        <w:t>بہت کھلاتا پلاتا تھا لوگوں کو۔ تو حضرت عائشہ جو تھیں، آپ کی اہلیہ، انہوں نے پوچھا کہ عبداللہ بن جدان تو بڑا اچھا آدمی تھا، کیا وہ جنت میں جائے گا؟</w:t>
      </w:r>
    </w:p>
    <w:p>
      <w:r>
        <w:rPr>
          <w:b/>
        </w:rPr>
        <w:t xml:space="preserve">[08:00] </w:t>
      </w:r>
      <w:r>
        <w:t>To aap ne kaha ke nahin. Aap ne kaha ke nahin. Phir aap ne farmaya ke us ne kabhi yeh nahin kaha</w:t>
      </w:r>
    </w:p>
    <w:p>
      <w:pPr>
        <w:jc w:val="right"/>
      </w:pPr>
      <w:r>
        <w:t>تو آپ نے کہا کہ نہیں۔ آپ نے کہا کہ نہیں۔ پھر آپ نے فرمایا کہ اس نے کبھی یہ نہیں کہا</w:t>
      </w:r>
    </w:p>
    <w:p>
      <w:r>
        <w:rPr>
          <w:b/>
        </w:rPr>
        <w:t xml:space="preserve">[08:15] </w:t>
      </w:r>
      <w:r>
        <w:t>ke "Rabghfirli khateeyati yawm ad-deen".</w:t>
      </w:r>
    </w:p>
    <w:p>
      <w:pPr>
        <w:jc w:val="right"/>
      </w:pPr>
      <w:r>
        <w:t>کہ "ربغفرلی خطیت یوم الدین"۔</w:t>
      </w:r>
    </w:p>
    <w:p>
      <w:r>
        <w:rPr>
          <w:b/>
        </w:rPr>
        <w:t xml:space="preserve">[08:21] </w:t>
      </w:r>
      <w:r>
        <w:t>O God, forgive me! Yeh kabhi us ke munh se nahin nikla.</w:t>
      </w:r>
    </w:p>
    <w:p>
      <w:pPr>
        <w:jc w:val="right"/>
      </w:pPr>
      <w:r>
        <w:t>او گاڈ، فارگیو می! یہ کبھی اس کے منہ سے نہیں نکلا۔</w:t>
      </w:r>
    </w:p>
    <w:p>
      <w:r>
        <w:rPr>
          <w:b/>
        </w:rPr>
        <w:t xml:space="preserve">[08:29] </w:t>
      </w:r>
      <w:r>
        <w:t>Is se main ne samjha ke insaan ki jo asal position hai, woh helplessness ki hai.</w:t>
      </w:r>
    </w:p>
    <w:p>
      <w:pPr>
        <w:jc w:val="right"/>
      </w:pPr>
      <w:r>
        <w:t>اس سے میں نے سمجھا کہ انسان کی جو اصل پوزیشن ہے، وہ ہیلپ لیسنس کی ہے۔</w:t>
      </w:r>
    </w:p>
    <w:p>
      <w:r>
        <w:rPr>
          <w:b/>
        </w:rPr>
        <w:t xml:space="preserve">[08:38] </w:t>
      </w:r>
      <w:r>
        <w:t>Apni helplessness ko discover karen aap aur us ko acknowledge karen. To yeh hai paradise ka ticket.</w:t>
      </w:r>
    </w:p>
    <w:p>
      <w:pPr>
        <w:jc w:val="right"/>
      </w:pPr>
      <w:r>
        <w:t>اپنی ہیلپ لیسنس کو ڈسکور کریں آپ اور اس کو اکنالج کریں۔ تو یہ ہے پیراڈائز کا ٹکٹ۔</w:t>
      </w:r>
    </w:p>
    <w:p>
      <w:r>
        <w:rPr>
          <w:b/>
        </w:rPr>
        <w:t xml:space="preserve">[08:50] </w:t>
      </w:r>
      <w:r>
        <w:t>Wonder of nature ko aap discover karen to woh paradise ka ticket nahin hai.</w:t>
      </w:r>
    </w:p>
    <w:p>
      <w:pPr>
        <w:jc w:val="right"/>
      </w:pPr>
      <w:r>
        <w:t>ونڈر آف نیچر کو آپ ڈسکور کریں تو وہ پیراڈائز کا ٹکٹ نہیں ہے۔</w:t>
      </w:r>
    </w:p>
    <w:p>
      <w:r>
        <w:rPr>
          <w:b/>
        </w:rPr>
        <w:t xml:space="preserve">[09:01] </w:t>
      </w:r>
      <w:r>
        <w:t>Jo paradise ka ticket hai, woh yeh hai ke aap apne Khuda ke muqable mein aap ka jo position hai, us ko discover karen.</w:t>
      </w:r>
    </w:p>
    <w:p>
      <w:pPr>
        <w:jc w:val="right"/>
      </w:pPr>
      <w:r>
        <w:t>جو پیراڈائز کا ٹکٹ ہے، وہ یہ ہے کہ آپ اپنے خدا کے مقابلے میں آپ کا جو پوزیشن ہے، اس کو ڈسکور کریں۔</w:t>
      </w:r>
    </w:p>
    <w:p>
      <w:r>
        <w:rPr>
          <w:b/>
        </w:rPr>
        <w:t xml:space="preserve">[09:11] </w:t>
      </w:r>
      <w:r>
        <w:t>Woh to aap ne agar wonder of nature ko discover kiya to aap ne external world mein jo hai ek cheez, us ko aap ne discover kiya.</w:t>
      </w:r>
    </w:p>
    <w:p>
      <w:pPr>
        <w:jc w:val="right"/>
      </w:pPr>
      <w:r>
        <w:t>وہ تو آپ نے اگر ونڈر آف نیچر کو ڈسکور کیا تو آپ نے ایکسٹرنل ورلڈ میں جو ہے ایک چیز، اس کو آپ نے ڈسکور کیا۔</w:t>
      </w:r>
    </w:p>
    <w:p>
      <w:r>
        <w:rPr>
          <w:b/>
        </w:rPr>
        <w:t xml:space="preserve">[09:23] </w:t>
      </w:r>
      <w:r>
        <w:t>Yani God man as compared to God ka jo mamla hai, us ko nahin discover kiya aap ne. To Abdullah bin Jaddan ne yeh nahin kaha ke "O God, forgive me!"</w:t>
      </w:r>
    </w:p>
    <w:p>
      <w:pPr>
        <w:jc w:val="right"/>
      </w:pPr>
      <w:r>
        <w:t>یعنی گاڈ مین ایز کمپیر ٹو گاڈ کا جو معاملہ ہے، اس کو نہیں ڈسکور کیا آپ نے۔ تو عبداللہ عبدالجداد نے یہ نہیں کہا کہ "او گاڈ، فارگیو می!"</w:t>
      </w:r>
    </w:p>
    <w:p>
      <w:r>
        <w:rPr>
          <w:b/>
        </w:rPr>
        <w:t xml:space="preserve">[09:43] </w:t>
      </w:r>
      <w:r>
        <w:t>Yani apni helplessness ka us ne acknowledge nahin kiya.</w:t>
      </w:r>
    </w:p>
    <w:p>
      <w:pPr>
        <w:jc w:val="right"/>
      </w:pPr>
      <w:r>
        <w:t>یعنی اپنی ہیلپ لیسنس کا اس نے کو اکنالج نہیں کیا۔</w:t>
      </w:r>
    </w:p>
    <w:p>
      <w:r>
        <w:rPr>
          <w:b/>
        </w:rPr>
        <w:t xml:space="preserve">[09:51] </w:t>
      </w:r>
      <w:r>
        <w:t>To is se main ne nateeja nikala ke</w:t>
      </w:r>
    </w:p>
    <w:p>
      <w:pPr>
        <w:jc w:val="right"/>
      </w:pPr>
      <w:r>
        <w:t>تو اس سے میں نے نتیجہ نکالا کہ</w:t>
      </w:r>
    </w:p>
    <w:p>
      <w:r>
        <w:rPr>
          <w:b/>
        </w:rPr>
        <w:t xml:space="preserve">[10:01] </w:t>
      </w:r>
      <w:r>
        <w:t>yeh kehna, yeh yeh jo Quran mein hai ke "the unbeliever was confounded", woh hairan shashdar reh gaya.</w:t>
      </w:r>
    </w:p>
    <w:p>
      <w:pPr>
        <w:jc w:val="right"/>
      </w:pPr>
      <w:r>
        <w:t>یہ کہنا، یہ یہ جو قرآن میں ہے کہ "دا ان بیلیور واز کنفاؤنڈڈ"، وہ حیران ششدر رہ گیا۔</w:t>
      </w:r>
    </w:p>
    <w:p>
      <w:r>
        <w:rPr>
          <w:b/>
        </w:rPr>
        <w:t xml:space="preserve">[10:10] </w:t>
      </w:r>
      <w:r>
        <w:t>Yeh kafi nahin hai.</w:t>
      </w:r>
    </w:p>
    <w:p>
      <w:pPr>
        <w:jc w:val="right"/>
      </w:pPr>
      <w:r>
        <w:t>یہ کافی نہیں ہے۔</w:t>
      </w:r>
    </w:p>
    <w:p>
      <w:r>
        <w:rPr>
          <w:b/>
        </w:rPr>
        <w:t xml:space="preserve">[10:15] </w:t>
      </w:r>
      <w:r>
        <w:t>Aap Khuda ke muqable mein apne ajz ko, helplessness ko discover karen aur us ko acknowledge karen.</w:t>
      </w:r>
    </w:p>
    <w:p>
      <w:pPr>
        <w:jc w:val="right"/>
      </w:pPr>
      <w:r>
        <w:t>آپ خدا کے مقابلے میں اپنے عجز کو، ہیلپ لیسنس کو ڈسکور کریں اور اس کو اکنالج کریں۔</w:t>
      </w:r>
    </w:p>
    <w:p>
      <w:r>
        <w:rPr>
          <w:b/>
        </w:rPr>
        <w:t xml:space="preserve">[10:26] </w:t>
      </w:r>
      <w:r>
        <w:t>Isi ko, isi ko yani isi ka institution hai namaz mein jab aap kehte hain "Allahu Akbar, Allahu Akbar" keh kar sajde mein gir padte hain.</w:t>
      </w:r>
    </w:p>
    <w:p>
      <w:pPr>
        <w:jc w:val="right"/>
      </w:pPr>
      <w:r>
        <w:t>اسی کو، اسی کو یعنی اسی کا انسٹیٹیوشن ہے نماز میں جب آپ کہتے ہیں "اللہ اکبر، اللہ اکبر" کہہ کر سجدے میں گر پڑتے ہیں۔</w:t>
      </w:r>
    </w:p>
    <w:p>
      <w:r>
        <w:rPr>
          <w:b/>
        </w:rPr>
        <w:t xml:space="preserve">[10:41] </w:t>
      </w:r>
      <w:r>
        <w:t>Allah bara hai,</w:t>
      </w:r>
    </w:p>
    <w:p>
      <w:pPr>
        <w:jc w:val="right"/>
      </w:pPr>
      <w:r>
        <w:t>اللہ بڑا ہے،</w:t>
      </w:r>
    </w:p>
    <w:p>
      <w:r>
        <w:rPr>
          <w:b/>
        </w:rPr>
        <w:t xml:space="preserve">[10:42] </w:t>
      </w:r>
      <w:r>
        <w:t>yeh kehte hain, yeh keh kar us ko is tarah se yani us ko translate karte hain apne amal mein aur sajde mein gir padte hain.</w:t>
      </w:r>
    </w:p>
    <w:p>
      <w:pPr>
        <w:jc w:val="right"/>
      </w:pPr>
      <w:r>
        <w:t>یہ کہتے ہیں، یہ کہہ کر اس کو اس طرح سے یعنی اس کو ٹرانسلیٹ کرتے ہیں اپنے عمل میں اور سجدے میں گر پڑتے ہیں۔</w:t>
      </w:r>
    </w:p>
    <w:p>
      <w:r>
        <w:rPr>
          <w:b/>
        </w:rPr>
        <w:t xml:space="preserve">[10:53] </w:t>
      </w:r>
      <w:r>
        <w:t>woh hai helplessnes.</w:t>
      </w:r>
    </w:p>
    <w:p>
      <w:pPr>
        <w:jc w:val="right"/>
      </w:pPr>
      <w:r>
        <w:t>وہ ہے ہیلپ لیسنس۔</w:t>
      </w:r>
    </w:p>
    <w:p>
      <w:r>
        <w:rPr>
          <w:b/>
        </w:rPr>
        <w:t xml:space="preserve">[11:00] </w:t>
      </w:r>
      <w:r>
        <w:t>mein khuda ke fazl se mere halaat aise rahe ke poori zindagi meri search, search for god ka ek lambi kahani ban gayi</w:t>
      </w:r>
    </w:p>
    <w:p>
      <w:pPr>
        <w:jc w:val="right"/>
      </w:pPr>
      <w:r>
        <w:t>میں خدا کے فضل سے میرے حالات ایسے رہے کہ پوری زندگی میری سرچ، سرچ فار گاڈ کا ایک لمبی کہانی بن گئی</w:t>
      </w:r>
    </w:p>
    <w:p>
      <w:r>
        <w:rPr>
          <w:b/>
        </w:rPr>
        <w:t xml:space="preserve">[11:12] </w:t>
      </w:r>
      <w:r>
        <w:t>. mein adham bird up mein paida hua aur ab se 80 saal pehle mere walid ka inteqal ho gaya. 80 years pehle jab ke mein chota tha.</w:t>
      </w:r>
    </w:p>
    <w:p>
      <w:pPr>
        <w:jc w:val="right"/>
      </w:pPr>
      <w:r>
        <w:t>۔ میں آدم برڈ یو پی میں پیدا ہوا اور اب سے 80 سال پہلے میرے والد کا انتقال ہو گیا۔ 80 ایئرز پہلے جب کہ میں چھوٹا تھا۔</w:t>
      </w:r>
    </w:p>
    <w:p>
      <w:r>
        <w:rPr>
          <w:b/>
        </w:rPr>
        <w:t xml:space="preserve">[11:27] </w:t>
      </w:r>
      <w:r>
        <w:t>meri maan batati theen ke father ke marne se pehle mein bohat bolta tha aur baap ke god mein rehta tha aur har waqt yaani woh karta tha, sharartein karta tha.</w:t>
      </w:r>
    </w:p>
    <w:p>
      <w:pPr>
        <w:jc w:val="right"/>
      </w:pPr>
      <w:r>
        <w:t>میری ماں بتاتی تھیں کہ فادر کے مرنے سے پہلے میں بہت بولتا تھا اور باپ کے گود میں رہتا تھا اور ہر وقت یعنی وہ کرتا تھا، شرارتیں کرتا تھا۔</w:t>
      </w:r>
    </w:p>
    <w:p>
      <w:r>
        <w:rPr>
          <w:b/>
        </w:rPr>
        <w:t xml:space="preserve">[11:45] </w:t>
      </w:r>
      <w:r>
        <w:t>baap ke marne ke baad mein achaanak chup ho gaya. achaanak mera bolna band</w:t>
      </w:r>
    </w:p>
    <w:p>
      <w:pPr>
        <w:jc w:val="right"/>
      </w:pPr>
      <w:r>
        <w:t>باپ کے مرنے کے بعد میں اچانک چپ ہو گیا۔ اچانک میرا بولنا بند</w:t>
      </w:r>
    </w:p>
    <w:p>
      <w:r>
        <w:rPr>
          <w:b/>
        </w:rPr>
        <w:t xml:space="preserve">[11:54] </w:t>
      </w:r>
      <w:r>
        <w:t>ho gaya. na kapde ka shauq, na khane ka shauq, kuch bhi nahin. to that was a beginning for the search for god unconsciously.</w:t>
      </w:r>
    </w:p>
    <w:p>
      <w:pPr>
        <w:jc w:val="right"/>
      </w:pPr>
      <w:r>
        <w:t>ہو گیا۔ نہ کپڑے کا شوق، نہ کھانے کا شوق، کچھ بھی نہیں۔ تو دیٹ واز اے بگننگ فار دا سرچ فار گاڈ انکانشیسلی۔</w:t>
      </w:r>
    </w:p>
    <w:p>
      <w:r>
        <w:rPr>
          <w:b/>
        </w:rPr>
        <w:t xml:space="preserve">[12:08] </w:t>
      </w:r>
      <w:r>
        <w:t>ab mein sochta hoon to woh unconscious period of search tha mere liye, ghair shaoori tor par ke is se pehle mein samajhta tha ke mera baap jo hai, wohi bara hai mere liye.</w:t>
      </w:r>
    </w:p>
    <w:p>
      <w:pPr>
        <w:jc w:val="right"/>
      </w:pPr>
      <w:r>
        <w:t>اب میں سوچتا ہوں تو وہ انکانشیس پیریڈ آف سرچ تھا میرے لیے، غیر شعوری طور پر کہ اس سے پہلے میں سمجھتا تھا کہ میرا باپ جو ہے، وہی بڑا ہے میرے لیے۔</w:t>
      </w:r>
    </w:p>
    <w:p>
      <w:r>
        <w:rPr>
          <w:b/>
        </w:rPr>
        <w:t xml:space="preserve">[12:21] </w:t>
      </w:r>
      <w:r>
        <w:t>baap was everything for me at the time.</w:t>
      </w:r>
    </w:p>
    <w:p>
      <w:pPr>
        <w:jc w:val="right"/>
      </w:pPr>
      <w:r>
        <w:t>باپ واز ایوری تھنگ فار می ایٹ دا ٹائم۔</w:t>
      </w:r>
    </w:p>
    <w:p>
      <w:r>
        <w:rPr>
          <w:b/>
        </w:rPr>
        <w:t xml:space="preserve">[12:27] </w:t>
      </w:r>
      <w:r>
        <w:t>my father is everything. chote se bache ke liye baap hi sab kuch hota hai. lekin jab baap chhal gaya to mujhe laga ke everything koi aur hai, baap nahin hai.</w:t>
      </w:r>
    </w:p>
    <w:p>
      <w:pPr>
        <w:jc w:val="right"/>
      </w:pPr>
      <w:r>
        <w:t>مائی فادر از ایوری تھنگ۔ چھوٹے سے بچے کے لیے باپ ہی سب کچھ ہوتا ہے۔ لیکن جب باپ چھل گیا تو مجھے لگا کہ ایوری تھنگ کوئی اور ہے، باپ نہیں ہے۔</w:t>
      </w:r>
    </w:p>
    <w:p>
      <w:r>
        <w:rPr>
          <w:b/>
        </w:rPr>
        <w:t xml:space="preserve">[12:42] </w:t>
      </w:r>
      <w:r>
        <w:t>yeh unconsciously hua. ab mein is ko consciously sochta hoon. 80 saal pehle unconsciously mere mind mein aaya ke baap to everything nahin hai, phir koi aur hai, everything.</w:t>
      </w:r>
    </w:p>
    <w:p>
      <w:pPr>
        <w:jc w:val="right"/>
      </w:pPr>
      <w:r>
        <w:t>یہ انکانشیسلی ہوا۔ اب میں اس کو کانشیسلی سوچتا ہوں۔ 80 سال پہلے انکانشیسلی میرے مائنڈ میں آیا کہ باپ تو ایوری تھنگ نہیں ہے، پھر کوئی اور ہے، ایوری تھنگ۔</w:t>
      </w:r>
    </w:p>
    <w:p>
      <w:r>
        <w:rPr>
          <w:b/>
        </w:rPr>
        <w:t xml:space="preserve">[12:58] </w:t>
      </w:r>
      <w:r>
        <w:t>ab is ki talash mein pad gaya. mein</w:t>
      </w:r>
    </w:p>
    <w:p>
      <w:pPr>
        <w:jc w:val="right"/>
      </w:pPr>
      <w:r>
        <w:t>اب اس کی تلاش میں پڑ گیا۔ میں</w:t>
      </w:r>
    </w:p>
    <w:p>
      <w:r>
        <w:rPr>
          <w:b/>
        </w:rPr>
        <w:t xml:space="preserve">[13:04] </w:t>
      </w:r>
      <w:r>
        <w:t>poori zindagi meri isi talash mein beeti. meri maan batati thi ke mujhe bache jaate thay mele mein, is ka koi shauq nahin. bache naye naye kapde pehante thay, mujhe is ka koi shauq nahin.</w:t>
      </w:r>
    </w:p>
    <w:p>
      <w:pPr>
        <w:jc w:val="right"/>
      </w:pPr>
      <w:r>
        <w:t>پوری زندگی میری اسی تلاش میں بیتی۔ میری ماں بتاتی تھی کہ مجھے بچے جاتے تھے میلے میں، اس کا کوئی شوق نہیں۔ بچے نئے نئے کپڑے پہنتے تھے، مجھے اس کا کوئی شوق نہیں۔</w:t>
      </w:r>
    </w:p>
    <w:p>
      <w:r>
        <w:rPr>
          <w:b/>
        </w:rPr>
        <w:t xml:space="preserve">[13:16] </w:t>
      </w:r>
      <w:r>
        <w:t>meri maan poochti thi ke aaj kya pakayein khane ke liye? mein ne kaha kuch bhi jo hai, wohi kha leinge. meri maan kehti thi kabhi ek din bhi mein ne yeh nahin kaha ke falan cheez pakaiye, woh mujhe khana hai.</w:t>
      </w:r>
    </w:p>
    <w:p>
      <w:pPr>
        <w:jc w:val="right"/>
      </w:pPr>
      <w:r>
        <w:t>میری ماں پوچھتی تھی کہ آج کیا پکائیں کھانے کے لیے؟ میں نے کہا کچھ بھی جو ہے، وہی کھا لیں گے۔ میری ماں کہتی تھی کبھی ایک دن بھی میں نے یہ نہیں کہا کہ فلاں چیز پکائیے، وہ مجھے کھانا ہے۔</w:t>
      </w:r>
    </w:p>
    <w:p>
      <w:r>
        <w:rPr>
          <w:b/>
        </w:rPr>
        <w:t xml:space="preserve">[13:30] </w:t>
      </w:r>
      <w:r>
        <w:t>ek dum meri zindagi aisi ban gayi. yeh sab kuch hua 80 saal pehle. to woh mein samajhta hoon ke ab, ab mein jo sochta hoon to woh unconscious search for god tha.</w:t>
      </w:r>
    </w:p>
    <w:p>
      <w:pPr>
        <w:jc w:val="right"/>
      </w:pPr>
      <w:r>
        <w:t>ایک دم میری زندگی ایسی بن گئی۔ یہ سب کچھ ہوا 80 سال پہلے۔ تو وہ میں سمجھتا ہوں کہ اب، اب میں جو سوچتا ہوں تو وہ انکانشیس سرچ فار گاڈ تھا۔</w:t>
      </w:r>
    </w:p>
    <w:p>
      <w:r>
        <w:rPr>
          <w:b/>
        </w:rPr>
        <w:t xml:space="preserve">[13:43] </w:t>
      </w:r>
      <w:r>
        <w:t>woh</w:t>
      </w:r>
    </w:p>
    <w:p>
      <w:pPr>
        <w:jc w:val="right"/>
      </w:pPr>
      <w:r>
        <w:t>وہ</w:t>
      </w:r>
    </w:p>
    <w:p>
      <w:r>
        <w:rPr>
          <w:b/>
        </w:rPr>
        <w:t xml:space="preserve">[13:46] </w:t>
      </w:r>
      <w:r>
        <w:t>phir yeh conscious mind mein aaya. mein samajhta hoon ke taqreeban 15 saal pehle ka waqea hai ke mein adam garh ke ek jagah khada hua tha, ab bhi woh jagah mujhe yaad hai.</w:t>
      </w:r>
    </w:p>
    <w:p>
      <w:pPr>
        <w:jc w:val="right"/>
      </w:pPr>
      <w:r>
        <w:t>پھر یہ کانشیس مائنڈ میں آیا۔ میں سمجھتا ہوں کہ تقریباً 15 سال پہلے کا واقعہ ہے کہ میں آدم گڑھ کے ایک جگہ کھڑا ہوا تھا، اب بھی وہ جگہ مجھے یاد ہے۔</w:t>
      </w:r>
    </w:p>
    <w:p>
      <w:r>
        <w:rPr>
          <w:b/>
        </w:rPr>
        <w:t xml:space="preserve">[13:59] </w:t>
      </w:r>
      <w:r>
        <w:t>papite ka ek pead tha, us ke neeche mein khada tha</w:t>
      </w:r>
    </w:p>
    <w:p>
      <w:pPr>
        <w:jc w:val="right"/>
      </w:pPr>
      <w:r>
        <w:t>پپیتے کا ایک پیڑ تھا، اس کے نیچے میں کھڑا تھا</w:t>
      </w:r>
    </w:p>
    <w:p>
      <w:r>
        <w:rPr>
          <w:b/>
        </w:rPr>
        <w:t xml:space="preserve">[14:07] </w:t>
      </w:r>
      <w:r>
        <w:t>aur ro raha tha. wahan do cheezein tapak rahi theen upar se:</w:t>
      </w:r>
    </w:p>
    <w:p>
      <w:pPr>
        <w:jc w:val="right"/>
      </w:pPr>
      <w:r>
        <w:t>اور رو رہا تھا۔ وہاں دو چیزیں ٹپک رہی تھیں اوپر سے:</w:t>
      </w:r>
    </w:p>
    <w:p>
      <w:r>
        <w:rPr>
          <w:b/>
        </w:rPr>
        <w:t xml:space="preserve">[14:14] </w:t>
      </w:r>
      <w:r>
        <w:t>ek papite ka phool aur doosre mere aansu. ajeeb manzar tha woh. agar aap ne papita jante ho to papite ka phool aksar girta rehta hai.</w:t>
      </w:r>
    </w:p>
    <w:p>
      <w:pPr>
        <w:jc w:val="right"/>
      </w:pPr>
      <w:r>
        <w:t>ایک پپیتے کا پھول اور دوسرے میرے آنسو۔ عجیب منظر تھا وہ۔ اگر آپ نے پپیتا جانتے ہو تو پپیتے کا پھول اکثر گرتا رہتا ہے۔</w:t>
      </w:r>
    </w:p>
    <w:p>
      <w:r>
        <w:rPr>
          <w:b/>
        </w:rPr>
        <w:t xml:space="preserve">[14:25] </w:t>
      </w:r>
      <w:r>
        <w:t>zara sa hila, kuch phool gira to woh ek lamha tha jab ek taraf darakht ka phool zameen pe gir raha tha aur doosri taraf mere aansu zameen par tapak rahe thay.</w:t>
      </w:r>
    </w:p>
    <w:p>
      <w:pPr>
        <w:jc w:val="right"/>
      </w:pPr>
      <w:r>
        <w:t>ذرا سا ہلا، کچھ پھول گرا تو وہ ایک لمحہ تھا جب ایک طرف درخت کا پھول زمین پہ گر رہا تھا اور دوسری طرف میرے آنسو زمین پر ٹپک رہے تھے۔</w:t>
      </w:r>
    </w:p>
    <w:p>
      <w:r>
        <w:rPr>
          <w:b/>
        </w:rPr>
        <w:t xml:space="preserve">[14:41] </w:t>
      </w:r>
      <w:r>
        <w:t>us waqt achaanak mere zuban se nikla:</w:t>
      </w:r>
    </w:p>
    <w:p>
      <w:pPr>
        <w:jc w:val="right"/>
      </w:pPr>
      <w:r>
        <w:t>اس وقت اچانک میرے زبان سے نکلا:</w:t>
      </w:r>
    </w:p>
    <w:p>
      <w:r>
        <w:rPr>
          <w:b/>
        </w:rPr>
        <w:t xml:space="preserve">[14:45] </w:t>
      </w:r>
      <w:r>
        <w:t>"khawand to kab aayega? mein kab tak tera intezar karoon?" bilkul achaanak hi yeh nikla: "khawand to kab aayega?</w:t>
      </w:r>
    </w:p>
    <w:p>
      <w:pPr>
        <w:jc w:val="right"/>
      </w:pPr>
      <w:r>
        <w:t>"خداوند تو کب آئے گا؟ میں کب تک تیرا انتظار کروں؟" بالکل اچانک ہی یہ نکلا: "خداوند تو کب آئے گا؟</w:t>
      </w:r>
    </w:p>
    <w:p>
      <w:r>
        <w:rPr>
          <w:b/>
        </w:rPr>
        <w:t xml:space="preserve">[14:55] </w:t>
      </w:r>
      <w:r>
        <w:t>mein kab tak tera intezar karoon?" yeh mein khada tha aur ro raha tha.</w:t>
      </w:r>
    </w:p>
    <w:p>
      <w:pPr>
        <w:jc w:val="right"/>
      </w:pPr>
      <w:r>
        <w:t>میں کب تک تیرا انتظار کروں؟" یہ میں کھڑا تھا اور رو رہا تھا۔</w:t>
      </w:r>
    </w:p>
    <w:p>
      <w:r>
        <w:rPr>
          <w:b/>
        </w:rPr>
        <w:t xml:space="preserve">[15:05] </w:t>
      </w:r>
      <w:r>
        <w:t>mein samajhta hoon ke yeh cheez chali taqreeban das saal tak. yeh mein aksar jagah hi kehta phirta tha.</w:t>
      </w:r>
    </w:p>
    <w:p>
      <w:pPr>
        <w:jc w:val="right"/>
      </w:pPr>
      <w:r>
        <w:t>میں سمجھتا ہوں کہ یہ چیز چلی تقریباً دس سال تک۔ یہ میں اکثر جگہ ہی کہتا پھرتا تھا۔</w:t>
      </w:r>
    </w:p>
    <w:p>
      <w:r>
        <w:rPr>
          <w:b/>
        </w:rPr>
        <w:t xml:space="preserve">[15:17] </w:t>
      </w:r>
      <w:r>
        <w:t>yeh tha khuda ke liye meri search. phir mujhe woh waqt yaad hai jab ke mein shahganj ke railway station mein tha.</w:t>
      </w:r>
    </w:p>
    <w:p>
      <w:pPr>
        <w:jc w:val="right"/>
      </w:pPr>
      <w:r>
        <w:t>یہ تھا خدا کے لیے میری سرچ۔ پھر مجھے وہ وقت یاد ہے جب کہ میں شاہگنج کے ریلوے اسٹیشن میں تھا۔</w:t>
      </w:r>
    </w:p>
    <w:p>
      <w:r>
        <w:rPr>
          <w:b/>
        </w:rPr>
        <w:t xml:space="preserve">[15:26] </w:t>
      </w:r>
      <w:r>
        <w:t>wahan broad gauge hai, wahan hamare qareeb mein to jo thi woh metro gauge thi, woh broad gauge hai. main tha aur aik sahab thay, abdul farqan sahab.</w:t>
      </w:r>
    </w:p>
    <w:p>
      <w:pPr>
        <w:jc w:val="right"/>
      </w:pPr>
      <w:r>
        <w:t>وہاں براڈ گیج ہے، وہاں ہمارے قریب میں تو جو تھی وہ میٹرو گیج تھی، وہ براڈ گیج ہے۔ میں تھا اور ایک صاحب تھے، عبدالفرقان صاحب۔</w:t>
      </w:r>
    </w:p>
    <w:p>
      <w:r>
        <w:rPr>
          <w:b/>
        </w:rPr>
        <w:t xml:space="preserve">[15:37] </w:t>
      </w:r>
      <w:r>
        <w:t>hum dono wahan khare thay railway line ke kinare. achaanak gaari aai</w:t>
      </w:r>
    </w:p>
    <w:p>
      <w:pPr>
        <w:jc w:val="right"/>
      </w:pPr>
      <w:r>
        <w:t>ہم دونوں وہاں کھڑے تھے ریلوے لائن کے کنارے۔ اچانک گاڑی آئی</w:t>
      </w:r>
    </w:p>
    <w:p>
      <w:r>
        <w:rPr>
          <w:b/>
        </w:rPr>
        <w:t xml:space="preserve">[15:48] </w:t>
      </w:r>
      <w:r>
        <w:t>aur aaj bhi main sochta hoon ke yeh train jo hai, yeh aik ajeeb romantic is mein scene hota hai. is ki awaz mein, is ke scene mein aik aik ajeeb romantic romantic manzar hota hai.</w:t>
      </w:r>
    </w:p>
    <w:p>
      <w:pPr>
        <w:jc w:val="right"/>
      </w:pPr>
      <w:r>
        <w:t>اور آج بھی میں سوچتا ہوں کہ یہ ٹرین جو ہے، یہ ایک عجیب رومینٹک اس میں سین ہوتا ہے۔ اس کی آواز میں، اس کے سین میں ایک ایک عجیب رومینٹک رومینٹک منظر ہوتا ہے۔</w:t>
      </w:r>
    </w:p>
    <w:p>
      <w:r>
        <w:rPr>
          <w:b/>
        </w:rPr>
        <w:t xml:space="preserve">[16:00] </w:t>
      </w:r>
      <w:r>
        <w:t>woh kisi aur sawari mein nahi hai. abhi bhi mujhe lagta hai ke jo romantic scene hai rail mein, rail gaari mein, woh kisi aur cheez mein nahi, nikah mein, na hawai jahaz mein.</w:t>
      </w:r>
    </w:p>
    <w:p>
      <w:pPr>
        <w:jc w:val="right"/>
      </w:pPr>
      <w:r>
        <w:t>وہ کسی اور سواری میں نہیں ہے۔ ابھی بھی مجھے لگتا ہے کہ جو رومینٹک سین ہے ریل میں، ریل گاڑی میں، وہ کسی اور چیز میں نہیں، نکاح میں، نہ ہوائی جہاز میں۔</w:t>
      </w:r>
    </w:p>
    <w:p>
      <w:r>
        <w:rPr>
          <w:b/>
        </w:rPr>
        <w:t xml:space="preserve">[16:13] </w:t>
      </w:r>
      <w:r>
        <w:t>to khair, main wahan khara tha jab rail jo hai, engine apni awaz mein chalta hua guzra mere samne se to achaanak mere zuban se nikla: "khuda ka dorta hua nishan".</w:t>
      </w:r>
    </w:p>
    <w:p>
      <w:pPr>
        <w:jc w:val="right"/>
      </w:pPr>
      <w:r>
        <w:t>تو خیر، میں وہاں کھڑا تھا جب ریل جو ہے، انجن اپنی آواز میں چلتا ہوا گزرا میرے سامنے سے تو اچانک میرے زبان سے نکلا: "خدا کا دوڑتا ہوا نشان"۔</w:t>
      </w:r>
    </w:p>
    <w:p>
      <w:r>
        <w:rPr>
          <w:b/>
        </w:rPr>
        <w:t xml:space="preserve">[16:30] </w:t>
      </w:r>
      <w:r>
        <w:t>ab moving sign of god ek dum achaanak hi nikla tha. yeh khuda ka dorta hua nishan yeh tha meri discovery ka pehla din.</w:t>
      </w:r>
    </w:p>
    <w:p>
      <w:pPr>
        <w:jc w:val="right"/>
      </w:pPr>
      <w:r>
        <w:t>اب موونگ سائن آف گاڈ ایک دم اچانک ہی نکلا تھا۔ یہ خدا کا دوڑتا ہوا نشان یہ تھا میری ڈسکوری کا پہلا دن۔</w:t>
      </w:r>
    </w:p>
    <w:p>
      <w:r>
        <w:rPr>
          <w:b/>
        </w:rPr>
        <w:t xml:space="preserve">[16:44] </w:t>
      </w:r>
      <w:r>
        <w:t>dekhen, yeh simple baat nahi hai. yeh simple baat nahi hai. is tarah ki discovery ke liye aadmi ko ek samandar tay karna parta hai.</w:t>
      </w:r>
    </w:p>
    <w:p>
      <w:pPr>
        <w:jc w:val="right"/>
      </w:pPr>
      <w:r>
        <w:t>دیکھیں، یہ سمپل بات نہیں ہے۔ یہ سمپل بات نہیں ہے۔ اس طرح کی ڈسکوری کے لیے آدمی کو ایک سمندر طے کرنا پڑتا ہے۔</w:t>
      </w:r>
    </w:p>
    <w:p>
      <w:r>
        <w:rPr>
          <w:b/>
        </w:rPr>
        <w:t xml:space="preserve">[16:56] </w:t>
      </w:r>
      <w:r>
        <w:t>yeh jo mere zuban se nikla ke khuda ka dorta hua nishan hai,</w:t>
      </w:r>
    </w:p>
    <w:p>
      <w:pPr>
        <w:jc w:val="right"/>
      </w:pPr>
      <w:r>
        <w:t>یہ جو میرے زبان سے نکلا کہ خدا کا دوڑتا ہوا نشان ہے،</w:t>
      </w:r>
    </w:p>
    <w:p>
      <w:r>
        <w:rPr>
          <w:b/>
        </w:rPr>
        <w:t xml:space="preserve">[17:02] </w:t>
      </w:r>
      <w:r>
        <w:t>is ke peeche ek poori history hai. is area mein, hamare area mein, 1901 mein railway line bichhai gayi thi</w:t>
      </w:r>
    </w:p>
    <w:p>
      <w:pPr>
        <w:jc w:val="right"/>
      </w:pPr>
      <w:r>
        <w:t>اس کے پیچھے ایک پوری ہسٹری ہے۔ اس ایریا میں، ہمارے ایریا میں، 1901 میں ریلوے لائن بچھائی گئی تھی</w:t>
      </w:r>
    </w:p>
    <w:p>
      <w:r>
        <w:rPr>
          <w:b/>
        </w:rPr>
        <w:t xml:space="preserve">[17:13] </w:t>
      </w:r>
      <w:r>
        <w:t>jab british yahan rule kar rahe thay india mein. 1901 mein to goya bachpan hi se main yeh janta tha ke railway line koi cheez hoti hai, train koi cheez hoti hai.</w:t>
      </w:r>
    </w:p>
    <w:p>
      <w:pPr>
        <w:jc w:val="right"/>
      </w:pPr>
      <w:r>
        <w:t>جب برٹش یہاں رول کر رہے تھے انڈیا میں۔ 1901 میں تو گویا بچپن ہی سے میں یہ جانتا تھا کہ ریلوے لائن کوئی چیز ہوتی ہے، ٹرین کوئی چیز ہوتی ہے۔</w:t>
      </w:r>
    </w:p>
    <w:p>
      <w:r>
        <w:rPr>
          <w:b/>
        </w:rPr>
        <w:t xml:space="preserve">[17:28] </w:t>
      </w:r>
      <w:r>
        <w:t>hamare ghar ke ooper chhat par hum khare hotay thay raat ko, khas tor par dikhai de rahi thi ke rail guzar rahi hai.</w:t>
      </w:r>
    </w:p>
    <w:p>
      <w:pPr>
        <w:jc w:val="right"/>
      </w:pPr>
      <w:r>
        <w:t>ہمارے گھر کے اوپر چھت پر ہم کھڑے ہوتے تھے رات کو، خاص طور پر دکھائی دے رہی تھی کہ ریل گزر رہی ہے۔</w:t>
      </w:r>
    </w:p>
    <w:p>
      <w:r>
        <w:rPr>
          <w:b/>
        </w:rPr>
        <w:t xml:space="preserve">[17:37] </w:t>
      </w:r>
      <w:r>
        <w:t>to itne pehle se main janta tha train ko, lekin kabhi discovery nahi hui. woh meri discovery nahi bani kyun ke aadmi paida hota hai kisi mahol mein.</w:t>
      </w:r>
    </w:p>
    <w:p>
      <w:pPr>
        <w:jc w:val="right"/>
      </w:pPr>
      <w:r>
        <w:t>تو اتنے پہلے سے میں جانتا تھا ٹرین کو، لیکن کبھی ڈسکوری نہیں ہوئی۔ وہ میری ڈسکوری نہیں بنی کیوں کہ آدمی پیدا ہوتا ہے کسی ماحول میں۔</w:t>
      </w:r>
    </w:p>
    <w:p>
      <w:r>
        <w:rPr>
          <w:b/>
        </w:rPr>
        <w:t xml:space="preserve">[17:55] </w:t>
      </w:r>
      <w:r>
        <w:t>mahol se woh mahol mein is ki conditioning hoti rehti hai. conditioning</w:t>
      </w:r>
    </w:p>
    <w:p>
      <w:pPr>
        <w:jc w:val="right"/>
      </w:pPr>
      <w:r>
        <w:t>ماحول سے وہ ماحول میں اس کی کنڈیشننگ ہوتی رہتی ہے۔ کنڈیشننگ</w:t>
      </w:r>
    </w:p>
    <w:p>
      <w:r>
        <w:rPr>
          <w:b/>
        </w:rPr>
        <w:t xml:space="preserve">[18:02] </w:t>
      </w:r>
      <w:r>
        <w:t>pehlay din se to meri bhi conditioning hoti ho rahi thi.</w:t>
      </w:r>
    </w:p>
    <w:p>
      <w:pPr>
        <w:jc w:val="right"/>
      </w:pPr>
      <w:r>
        <w:t>پہلے دن سے تو میری بھی کنڈیشننگ ہوتی ہو رہی تھی۔</w:t>
      </w:r>
    </w:p>
    <w:p>
      <w:r>
        <w:rPr>
          <w:b/>
        </w:rPr>
        <w:t xml:space="preserve">[18:11] </w:t>
      </w:r>
      <w:r>
        <w:t>to kya hua? main aap ko teen reference deta hoon</w:t>
      </w:r>
    </w:p>
    <w:p>
      <w:pPr>
        <w:jc w:val="right"/>
      </w:pPr>
      <w:r>
        <w:t>تو کیا ہوا؟ میں آپ کو تین ریفرنس دیتا ہوں</w:t>
      </w:r>
    </w:p>
    <w:p>
      <w:r>
        <w:rPr>
          <w:b/>
        </w:rPr>
        <w:t xml:space="preserve">[18:22] </w:t>
      </w:r>
      <w:r>
        <w:t>jis madarse mein parha main ne</w:t>
      </w:r>
    </w:p>
    <w:p>
      <w:pPr>
        <w:jc w:val="right"/>
      </w:pPr>
      <w:r>
        <w:t>جس مدرسے میں پڑھا میں نے</w:t>
      </w:r>
    </w:p>
    <w:p>
      <w:r>
        <w:rPr>
          <w:b/>
        </w:rPr>
        <w:t xml:space="preserve">[18:26] </w:t>
      </w:r>
      <w:r>
        <w:t>bachpan mein. is ke theek woh woh madarsa jo hai, aik railway line ke kinare tha, bohat hi pass tha railway line ke.</w:t>
      </w:r>
    </w:p>
    <w:p>
      <w:pPr>
        <w:jc w:val="right"/>
      </w:pPr>
      <w:r>
        <w:t>بچپن میں۔ اس کے ٹھیک وہ وہ مدرسہ جو ہے، ایک ریلوے لائن کے کنارے تھا، بہت ہی پاس تھا ریلوے لائن کے۔</w:t>
      </w:r>
    </w:p>
    <w:p>
      <w:r>
        <w:rPr>
          <w:b/>
        </w:rPr>
        <w:t xml:space="preserve">[18:36] </w:t>
      </w:r>
      <w:r>
        <w:t>yani</w:t>
      </w:r>
    </w:p>
    <w:p>
      <w:pPr>
        <w:jc w:val="right"/>
      </w:pPr>
      <w:r>
        <w:t>یعنی</w:t>
      </w:r>
    </w:p>
    <w:p>
      <w:r>
        <w:rPr>
          <w:b/>
        </w:rPr>
        <w:t xml:space="preserve">[18:40] </w:t>
      </w:r>
      <w:r>
        <w:t>engine ki seeti hamein sunai de deti thi madarse mein.</w:t>
      </w:r>
    </w:p>
    <w:p>
      <w:pPr>
        <w:jc w:val="right"/>
      </w:pPr>
      <w:r>
        <w:t>انجن کی سیٹی ہمیں سنائی دے دی تھی مدرسے میں۔</w:t>
      </w:r>
    </w:p>
    <w:p>
      <w:r>
        <w:rPr>
          <w:b/>
        </w:rPr>
        <w:t xml:space="preserve">[18:47] </w:t>
      </w:r>
      <w:r>
        <w:t>to hamare</w:t>
      </w:r>
    </w:p>
    <w:p>
      <w:pPr>
        <w:jc w:val="right"/>
      </w:pPr>
      <w:r>
        <w:t>تو ہمارے</w:t>
      </w:r>
    </w:p>
    <w:p>
      <w:r>
        <w:rPr>
          <w:b/>
        </w:rPr>
        <w:t xml:space="preserve">[18:52] </w:t>
      </w:r>
      <w:r>
        <w:t>hamare madarse ke aik teacher thay, un ka naam tha maulana noor al huda, woh shayar bhi thay. to seeti ki awaz aati thi jab hum parhte thay madarse mein.</w:t>
      </w:r>
    </w:p>
    <w:p>
      <w:pPr>
        <w:jc w:val="right"/>
      </w:pPr>
      <w:r>
        <w:t>ہمارے مدرسے کے ایک ٹیچر تھے، ان کا نام تھا مولانا نورالہدی، وہ شاعر بھی تھے۔ تو سیٹی کی آواز آتی تھی جب ہم پڑھتے تھے مدرسے میں۔</w:t>
      </w:r>
    </w:p>
    <w:p>
      <w:r>
        <w:rPr>
          <w:b/>
        </w:rPr>
        <w:t xml:space="preserve">[19:07] </w:t>
      </w:r>
      <w:r>
        <w:t>to seeti ki awaz aai aik din to unhon ne apne shayari mein kaha: "puch se seeti diya aur phir chal pari:</w:t>
      </w:r>
    </w:p>
    <w:p>
      <w:pPr>
        <w:jc w:val="right"/>
      </w:pPr>
      <w:r>
        <w:t>تو سیٹی کی آواز آئی ایک دن تو انہوں نے اپنے شاعری میں کہا: "پوچھ سے سیٹی دیا اور پھر چل پڑی:</w:t>
      </w:r>
    </w:p>
    <w:p>
      <w:r>
        <w:rPr>
          <w:b/>
        </w:rPr>
        <w:t xml:space="preserve">[19:18] </w:t>
      </w:r>
      <w:r>
        <w:t>rail ghari, rail ghari, rail ghari, rail ghari." aap dekhen ke yeh tha pehla introduction jo mahol ne diya mujh ko. jo mera mahol tha, us mein jo mujhe bataya ke kya rail gaari kya cheez hai,</w:t>
      </w:r>
    </w:p>
    <w:p>
      <w:pPr>
        <w:jc w:val="right"/>
      </w:pPr>
      <w:r>
        <w:t>ریل گھڑی، ریل گھڑی، ریل گھڑی، ریل گھڑی۔" آپ دیکھیں کہ یہ تھا پہلا انٹروڈکشن جو ماحول نے دیا مجھ کو۔ جو میرا ماحول تھا، اس میں جو مجھے بتایا کہ کیا ریل گاڑی کیا چیز ہے،</w:t>
      </w:r>
    </w:p>
    <w:p>
      <w:r>
        <w:rPr>
          <w:b/>
        </w:rPr>
        <w:t xml:space="preserve">[19:33] </w:t>
      </w:r>
      <w:r>
        <w:t>puch se seeti diya aur phir chal pari: rail ghari, rail ghari, rail ghari, rail ghari. is se main kya janta? phir main us zamane mein angrezi mein itni nahi janta tha to urdu mein kitabein chapin.</w:t>
      </w:r>
    </w:p>
    <w:p>
      <w:pPr>
        <w:jc w:val="right"/>
      </w:pPr>
      <w:r>
        <w:t>پوچھ سے سیٹی دیا اور پھر چل پڑی: ریل گھڑی، ریل گھڑی، ریل گھڑی، ریل گھڑی۔ اس سے میں کیا جانتا؟ پھر میں اس زمانے میں انگریزی میں اتنی نہیں جانتا تھا تو اردو میں کتابیں چھپیں۔</w:t>
      </w:r>
    </w:p>
    <w:p>
      <w:r>
        <w:rPr>
          <w:b/>
        </w:rPr>
        <w:t xml:space="preserve">[19:48] </w:t>
      </w:r>
      <w:r>
        <w:t>jamal nehru ki kitab chhapi thi, do kitabein khas tor par:</w:t>
      </w:r>
    </w:p>
    <w:p>
      <w:pPr>
        <w:jc w:val="right"/>
      </w:pPr>
      <w:r>
        <w:t>جمال نہرو کی کتاب چھپی تھی، دو کتابیں خاص طور پر:</w:t>
      </w:r>
    </w:p>
    <w:p>
      <w:r>
        <w:rPr>
          <w:b/>
        </w:rPr>
        <w:t xml:space="preserve">[19:52] </w:t>
      </w:r>
      <w:r>
        <w:t>"discovery of India" chapi thi talash hind ke naam se, un ki jo autobiography hai, woh chapi thi "meri kahani" ke naam se. Doctor Abid Hussain ne is ka tarjuma kiya to bohat acha, woh mein ne parha.</w:t>
      </w:r>
    </w:p>
    <w:p>
      <w:pPr>
        <w:jc w:val="right"/>
      </w:pPr>
      <w:r>
        <w:t>"ڈسکوری آف انڈیا" چھپی تھی تلاش ہند کے نام سے، ان کی جو آٹو بائیوگرافی ہے، وہ چھپی تھی "میری کہانی" کے نام سے۔ ڈاکٹر عابد حسین نے اس کا ترجمہ کیا تو بہت اچھا، وہ میں نے پڑھا۔</w:t>
      </w:r>
    </w:p>
    <w:p>
      <w:r>
        <w:rPr>
          <w:b/>
        </w:rPr>
        <w:t xml:space="preserve">[20:04] </w:t>
      </w:r>
      <w:r>
        <w:t>to Jawaharlal Nehru ne likha tha is mein rail ke bare mein ke yeh railway train nahi hai, yeh lohe ki zanjeerein hain jis mein hum ko jakarne ke liye sare India mein bichaya gaya hai.</w:t>
      </w:r>
    </w:p>
    <w:p>
      <w:pPr>
        <w:jc w:val="right"/>
      </w:pPr>
      <w:r>
        <w:t>تو جمال نہرو نے لکھا تھا اس میں ریل کے بارے میں کہ یہ ریلوے ٹرین نہیں ہے، یہ لوہے کی زنجیریں ہیں جس میں ہم کو جکڑنے کے لیے سارے انڈیا میں بچھایا گیا ہے۔</w:t>
      </w:r>
    </w:p>
    <w:p>
      <w:r>
        <w:rPr>
          <w:b/>
        </w:rPr>
        <w:t xml:space="preserve">[20:20] </w:t>
      </w:r>
      <w:r>
        <w:t>yeh tha doosra introduction</w:t>
      </w:r>
    </w:p>
    <w:p>
      <w:pPr>
        <w:jc w:val="right"/>
      </w:pPr>
      <w:r>
        <w:t>یہ تھا دوسرا انٹروڈکشن</w:t>
      </w:r>
    </w:p>
    <w:p>
      <w:r>
        <w:rPr>
          <w:b/>
        </w:rPr>
        <w:t xml:space="preserve">[20:22] </w:t>
      </w:r>
      <w:r>
        <w:t>ke rail ko, railway train ko, mein jo mere mahaul ne bataya, yeh to lohe ki zanjeerein hain, ghulami ki zanjeerein hain. Aap dekhein, is mein bhi koi Khuda ka reference nahi tha, Khuda koi reference nahi.</w:t>
      </w:r>
    </w:p>
    <w:p>
      <w:pPr>
        <w:jc w:val="right"/>
      </w:pPr>
      <w:r>
        <w:t>کہ ریل کو، ریلوے ٹرین کو، میں جو میرے ماحول نے بتایا، یہ تو لوہے کی زنجیریں ہیں، غلامی کی زنجیریں ہیں۔ آپ دیکھیں، اس میں بھی کوئی خدا کا ریفرنس نہیں تھا، خدا کوئی ریفرنس نہیں۔</w:t>
      </w:r>
    </w:p>
    <w:p>
      <w:r>
        <w:rPr>
          <w:b/>
        </w:rPr>
        <w:t xml:space="preserve">[20:37] </w:t>
      </w:r>
      <w:r>
        <w:t>ab mein kahin janta</w:t>
      </w:r>
    </w:p>
    <w:p>
      <w:pPr>
        <w:jc w:val="right"/>
      </w:pPr>
      <w:r>
        <w:t>اب میں کہیں جانتا</w:t>
      </w:r>
    </w:p>
    <w:p>
      <w:r>
        <w:rPr>
          <w:b/>
        </w:rPr>
        <w:t xml:space="preserve">[20:41] </w:t>
      </w:r>
      <w:r>
        <w:t>jis mahaul mein conditioning ho rahi thi, meri woh yeh tha: "puch se seeti diya aur chal pari" aur yeh ke ghulami ki zanjeerein hain.</w:t>
      </w:r>
    </w:p>
    <w:p>
      <w:pPr>
        <w:jc w:val="right"/>
      </w:pPr>
      <w:r>
        <w:t>جس ماحول میں کنڈیشننگ ہو رہی تھی، میری وہ یہ تھا: "پوچھ سے سیٹی دیا اور چل پڑی" اور یہ کہ غلامی کی زنجیریں ہیں۔</w:t>
      </w:r>
    </w:p>
    <w:p>
      <w:r>
        <w:rPr>
          <w:b/>
        </w:rPr>
        <w:t xml:space="preserve">[20:50] </w:t>
      </w:r>
      <w:r>
        <w:t>yeh</w:t>
      </w:r>
    </w:p>
    <w:p>
      <w:pPr>
        <w:jc w:val="right"/>
      </w:pPr>
      <w:r>
        <w:t>یہ</w:t>
      </w:r>
    </w:p>
    <w:p>
      <w:r>
        <w:rPr>
          <w:b/>
        </w:rPr>
        <w:t xml:space="preserve">[20:52] </w:t>
      </w:r>
      <w:r>
        <w:t>phir us zamane mein jo rail hua karti thi, ab to aisa nahi hai, to chaar class hua karte thay. Chaar class yani first class, second class aur inter class, phir third class.</w:t>
      </w:r>
    </w:p>
    <w:p>
      <w:pPr>
        <w:jc w:val="right"/>
      </w:pPr>
      <w:r>
        <w:t>پھر اس زمانے میں جو ریل ہوا کرتی تھی، اب تو ایسا نہیں ہے، تو چار کلاس ہوا کرتے تھے۔ چار کلاس یعنی فرسٹ کلاس، سیکنڈ کلاس اور انٹر کلاس، پھر تھرڈ کلاس۔</w:t>
      </w:r>
    </w:p>
    <w:p>
      <w:r>
        <w:rPr>
          <w:b/>
        </w:rPr>
        <w:t xml:space="preserve">[21:07] </w:t>
      </w:r>
      <w:r>
        <w:t>chaar class hua karte thay. to</w:t>
      </w:r>
    </w:p>
    <w:p>
      <w:pPr>
        <w:jc w:val="right"/>
      </w:pPr>
      <w:r>
        <w:t>چار کلاس ہوا کرتے تھے۔ تو</w:t>
      </w:r>
    </w:p>
    <w:p>
      <w:r>
        <w:rPr>
          <w:b/>
        </w:rPr>
        <w:t xml:space="preserve">[21:13] </w:t>
      </w:r>
      <w:r>
        <w:t>mujhe yaad hai ek sahab is ka bohat hi mazak uraya karte thay ke "dekho angrezon ko, hum ko chaar class mein bant rakha hai".</w:t>
      </w:r>
    </w:p>
    <w:p>
      <w:pPr>
        <w:jc w:val="right"/>
      </w:pPr>
      <w:r>
        <w:t>مجھے یاد ہے ایک صاحب اس کا بہت ہی مذاق اڑایا کرتے تھے کہ "دیکھو انگریزوں کو، ہم کو چار کلاس میں بانٹ رکھا ہے"۔</w:t>
      </w:r>
    </w:p>
    <w:p>
      <w:r>
        <w:rPr>
          <w:b/>
        </w:rPr>
        <w:t xml:space="preserve">[21:25] </w:t>
      </w:r>
      <w:r>
        <w:t>is ko le kar ke woh angrezon ko bura karte thay ke unhon ne yeh nahi bataya, unhon ne ke railway train kya cheez hai. Aksar yeh is tarah ki baatein kiya karte</w:t>
      </w:r>
    </w:p>
    <w:p>
      <w:pPr>
        <w:jc w:val="right"/>
      </w:pPr>
      <w:r>
        <w:t>اس کو لے کر کے وہ انگریزوں کو برا کرتے تھے کہ انہوں نے یہ نہیں بتایا، انہوں نے کہ ریلوے ٹرین کیا چیز ہے۔ اکثر یہ اس طرح کی باتیں کیا کرتے</w:t>
      </w:r>
    </w:p>
    <w:p>
      <w:r>
        <w:rPr>
          <w:b/>
        </w:rPr>
        <w:t xml:space="preserve">[21:37] </w:t>
      </w:r>
      <w:r>
        <w:t>thay woh ke "dekho angrezon ko, hum ko chaar class mein bant rakha tha: first class, second class, inter class aur third class".</w:t>
      </w:r>
    </w:p>
    <w:p>
      <w:pPr>
        <w:jc w:val="right"/>
      </w:pPr>
      <w:r>
        <w:t>تھے وہ کہ "دیکھو انگریزوں کو، ہم کو چار کلاس میں بانٹ رکھا تھا: فرسٹ کلاس، سیکنڈ کلاس، انٹر کلاس اور تھرڈ کلاس"۔</w:t>
      </w:r>
    </w:p>
    <w:p>
      <w:r>
        <w:rPr>
          <w:b/>
        </w:rPr>
        <w:t xml:space="preserve">[21:46] </w:t>
      </w:r>
      <w:r>
        <w:t>ab dekhein, negative ek negative introduction tha train ka, railway ka.</w:t>
      </w:r>
    </w:p>
    <w:p>
      <w:pPr>
        <w:jc w:val="right"/>
      </w:pPr>
      <w:r>
        <w:t>اب دیکھیں، نیگیٹیو ایک نیگیٹیو انٹروڈکشن تھا ٹرین کا، ریلوے کا۔</w:t>
      </w:r>
    </w:p>
    <w:p>
      <w:r>
        <w:rPr>
          <w:b/>
        </w:rPr>
        <w:t xml:space="preserve">[21:56] </w:t>
      </w:r>
      <w:r>
        <w:t>aap sochein ke ek samandar tha, ek jangla tha negative introduction ka. Is mein mujhe, is mein mein jee raha tha</w:t>
      </w:r>
    </w:p>
    <w:p>
      <w:pPr>
        <w:jc w:val="right"/>
      </w:pPr>
      <w:r>
        <w:t>آپ سوچیں کہ ایک سمندر تھا، ایک جنگل تھا نیگیٹیو انٹروڈکشن کا۔ اس میں مجھے، اس میں میں جی رہا تھا</w:t>
      </w:r>
    </w:p>
    <w:p>
      <w:r>
        <w:rPr>
          <w:b/>
        </w:rPr>
        <w:t xml:space="preserve">[22:03] </w:t>
      </w:r>
      <w:r>
        <w:t>to kitna dushwar tha, kitna mushkil tha ke railway train jo hai, woh woh Khuda ka ek blessing hai, blessing hai.</w:t>
      </w:r>
    </w:p>
    <w:p>
      <w:pPr>
        <w:jc w:val="right"/>
      </w:pPr>
      <w:r>
        <w:t>تو کتنا دشوار تھا، کتنا مشکل تھا کہ ریلوے ٹرین جو ہے، وہ وہ خدا کا ایک بلیسنگ ہے، بلیسنگ ہے۔</w:t>
      </w:r>
    </w:p>
    <w:p>
      <w:r>
        <w:rPr>
          <w:b/>
        </w:rPr>
        <w:t xml:space="preserve">[22:15] </w:t>
      </w:r>
      <w:r>
        <w:t>kese is zameen mein gravity hai, gravity na ho to rail na chale. Kahin is zameen mein minerals hain, loha hai, kese is ko dhalta hai insan engine mein, kis tarah pani ko bhap mein convert karta hai.</w:t>
      </w:r>
    </w:p>
    <w:p>
      <w:pPr>
        <w:jc w:val="right"/>
      </w:pPr>
      <w:r>
        <w:t>کیسے اس زمین میں گریوٹی ہے، گریوٹی نہ ہو تو ریل نہ چلے۔ کہیں اس زمین میں مریلز ہیں، لوہا ہے، کیسے اس کو ڈھالتا ہے انسان انجن میں، کس طرح پانی کو بھاپ میں کنورٹ کرتا ہے۔</w:t>
      </w:r>
    </w:p>
    <w:p>
      <w:r>
        <w:rPr>
          <w:b/>
        </w:rPr>
        <w:t xml:space="preserve">[22:31] </w:t>
      </w:r>
      <w:r>
        <w:t>yeh sari baatein</w:t>
      </w:r>
    </w:p>
    <w:p>
      <w:pPr>
        <w:jc w:val="right"/>
      </w:pPr>
      <w:r>
        <w:t>یہ ساری باتیں</w:t>
      </w:r>
    </w:p>
    <w:p>
      <w:r>
        <w:rPr>
          <w:b/>
        </w:rPr>
        <w:t xml:space="preserve">[22:33] </w:t>
      </w:r>
      <w:r>
        <w:t>kitni bari blessing hai Khuda ki. To mere mahaul ne yeh sab kuch nahi bataya is ko, lekin mera jo mechanism hai, mera jo mind hai, is mein jo process chal raha tha, us waqt se jab ke mere baap mare thay,</w:t>
      </w:r>
    </w:p>
    <w:p>
      <w:pPr>
        <w:jc w:val="right"/>
      </w:pPr>
      <w:r>
        <w:t>کتنی بڑی بلیسنگ ہے خدا کی۔ تو میرے ماحول نے یہ سب کچھ نہیں بتایا اس کو، لیکن میرا جو مکینزم ہے، میرا جو مائنڈ ہے، اس میں جو پروسیس چل رہا تھا، اس وقت سے جب کہ میرے باپ مرے تھے،</w:t>
      </w:r>
    </w:p>
    <w:p>
      <w:r>
        <w:rPr>
          <w:b/>
        </w:rPr>
        <w:t xml:space="preserve">[22:51] </w:t>
      </w:r>
      <w:r>
        <w:t>to achaanak woh keh pada: "Khuda ki qudrat ka dorhta hua nishan". Yeh thi meri pehli discovery of God.</w:t>
      </w:r>
    </w:p>
    <w:p>
      <w:pPr>
        <w:jc w:val="right"/>
      </w:pPr>
      <w:r>
        <w:t>تو اچانک وہ کہہ پڑا: "خدا کی قدرت کا دوڑتا ہوا نشان"۔ یہ تھی میری پہلی ڈسکوری آف گاڈ۔</w:t>
      </w:r>
    </w:p>
    <w:p>
      <w:r>
        <w:rPr>
          <w:b/>
        </w:rPr>
        <w:t xml:space="preserve">[23:03] </w:t>
      </w:r>
      <w:r>
        <w:t>to dekhein, jis ko Khuda ki discovery karna hai to us ko ek samandar tay karna hai, ek jangla tay karna hai.</w:t>
      </w:r>
    </w:p>
    <w:p>
      <w:pPr>
        <w:jc w:val="right"/>
      </w:pPr>
      <w:r>
        <w:t>تو دیکھیں، جس کو خدا کی ڈسکوری کرنا ہے تو اس کو ایک سمندر طے کرنا ہے، ایک جنگل طے کرنا ہے۔</w:t>
      </w:r>
    </w:p>
    <w:p>
      <w:r>
        <w:rPr>
          <w:b/>
        </w:rPr>
        <w:t xml:space="preserve">[23:15] </w:t>
      </w:r>
      <w:r>
        <w:t>jangal ke us paar Khuda hai, is paar nahi hai. Yaad rakhiye,</w:t>
      </w:r>
    </w:p>
    <w:p>
      <w:pPr>
        <w:jc w:val="right"/>
      </w:pPr>
      <w:r>
        <w:t>جنگل کے اس پار خدا ہے، اس پار نہیں ہے۔ یاد رکھیے،</w:t>
      </w:r>
    </w:p>
    <w:p>
      <w:r>
        <w:rPr>
          <w:b/>
        </w:rPr>
        <w:t xml:space="preserve">[23:23] </w:t>
      </w:r>
      <w:r>
        <w:t>Khuda har jagah hai lekin woh jangal ke us paar hai, is paar nahi hai.</w:t>
      </w:r>
    </w:p>
    <w:p>
      <w:pPr>
        <w:jc w:val="right"/>
      </w:pPr>
      <w:r>
        <w:t>خدا ہر جگہ ہے لیکن وہ جنگل کے اس پار ہے، اس پار نہیں ہے۔</w:t>
      </w:r>
    </w:p>
    <w:p>
      <w:r>
        <w:rPr>
          <w:b/>
        </w:rPr>
        <w:t xml:space="preserve">[23:32] </w:t>
      </w:r>
      <w:r>
        <w:t>isi liye dekhein, jo kalma hai woh hai: "La Ilaha Illallah". No God but One God. Pehle La Ilaha hai yani aap ko yeh discover karna hai ke ek hi Khuda hai,</w:t>
      </w:r>
    </w:p>
    <w:p>
      <w:pPr>
        <w:jc w:val="right"/>
      </w:pPr>
      <w:r>
        <w:t>اسی لیے دیکھیں، جو کلمہ ہے وہ ہے: "لا الہ الا اللہ"۔ نو گاڈ بٹ ون گاڈ۔ پہلے لا الہ ہے یعنی آپ کو یہ ڈسکور کرنا ہے کہ ایک ہی خدا ہے،</w:t>
      </w:r>
    </w:p>
    <w:p>
      <w:r>
        <w:rPr>
          <w:b/>
        </w:rPr>
        <w:t xml:space="preserve">[23:49] </w:t>
      </w:r>
      <w:r>
        <w:t>isi ke liye greatness hai, isi ke liye glory hai, isi ne create kiya hai.</w:t>
      </w:r>
    </w:p>
    <w:p>
      <w:pPr>
        <w:jc w:val="right"/>
      </w:pPr>
      <w:r>
        <w:t>اسی کے لیے گریٹنس ہے، اسی کے لیے گلوری ہے، اسی نے کریٹ کیا ہے۔</w:t>
      </w:r>
    </w:p>
    <w:p>
      <w:r>
        <w:rPr>
          <w:b/>
        </w:rPr>
        <w:t xml:space="preserve">[23:56] </w:t>
      </w:r>
      <w:r>
        <w:t>jab yeh aap discover kar chuke hon tab aap pohnchte hain One God tak.</w:t>
      </w:r>
    </w:p>
    <w:p>
      <w:pPr>
        <w:jc w:val="right"/>
      </w:pPr>
      <w:r>
        <w:t>جب یہ آپ ڈسکور کر چکے ہوں تب آپ پہنچتے ہیں ون گاڈ تک۔</w:t>
      </w:r>
    </w:p>
    <w:p>
      <w:r>
        <w:rPr>
          <w:b/>
        </w:rPr>
        <w:t xml:space="preserve">[24:04] </w:t>
      </w:r>
      <w:r>
        <w:t>abhi mere paas ek sahab ka letter aaya, unhon ne likha hai ke is se pehle main bohat kitaabein padhta tha idhar udhar ki, to kitaabon se maine writer ki barhai ko paata tha.</w:t>
      </w:r>
    </w:p>
    <w:p>
      <w:pPr>
        <w:jc w:val="right"/>
      </w:pPr>
      <w:r>
        <w:t>ابھی میرے پاس ایک صاحب کا لیٹر آیا، انہوں نے لکھا ہے کہ اس سے پہلے میں بہت کتابیں پڑھتا تھا ادھر ادھر کی، تو کتابوں سے میں نے رائٹر کی بڑائی کو پاتا تھا۔</w:t>
      </w:r>
    </w:p>
    <w:p>
      <w:r>
        <w:rPr>
          <w:b/>
        </w:rPr>
        <w:t xml:space="preserve">[24:16] </w:t>
      </w:r>
      <w:r>
        <w:t>kitna bara writer hai, aisi kitaab likh di. har kitaab mein maine writer ki barhai ko discover kiya tha. phir maine aap ki kitaabon ko padhna shuru kiya to unhon ne kaha ke pehli baar maine Khuda ki barhai ko discover kiya aap ki kitaabon mein.</w:t>
      </w:r>
    </w:p>
    <w:p>
      <w:pPr>
        <w:jc w:val="right"/>
      </w:pPr>
      <w:r>
        <w:t>کتنا بڑا رائٹر ہے، ایسی کتاب لکھ دی۔ ہر کتاب میں میں نے رائٹر کی بڑائی کو ڈسکور کیا تھا۔ پھر میں نے آپ کی کتابوں کو پڑھنا شروع کیا تو انہوں نے کہا کہ پہلی بار میں نے خدا کی بڑائی کو ڈسکور کیا آپ کی کتابوں میں۔</w:t>
      </w:r>
    </w:p>
    <w:p>
      <w:r>
        <w:rPr>
          <w:b/>
        </w:rPr>
        <w:t xml:space="preserve">[24:36] </w:t>
      </w:r>
      <w:r>
        <w:t>doosri kitaabein apne writer ki barhai ko batati hain, aap ki kitaabein Khuda ki barhai ko batati hain.</w:t>
      </w:r>
    </w:p>
    <w:p>
      <w:pPr>
        <w:jc w:val="right"/>
      </w:pPr>
      <w:r>
        <w:t>دوسری کتابیں اپنے رائٹر کی بڑائی کو بتاتی ہیں، آپ کی کتابیں خدا کی بڑائی کو بتاتی ہیں۔</w:t>
      </w:r>
    </w:p>
    <w:p>
      <w:r>
        <w:rPr>
          <w:b/>
        </w:rPr>
        <w:t xml:space="preserve">[24:46] </w:t>
      </w:r>
      <w:r>
        <w:t>kitna mushkil hai Khuda ko discover karna yaani lip service to bohat aasan hai, keh dijiye: "Allah o Akbar".</w:t>
      </w:r>
    </w:p>
    <w:p>
      <w:pPr>
        <w:jc w:val="right"/>
      </w:pPr>
      <w:r>
        <w:t>کتنا مشکل ہے خدا کو ڈسکور کرنا یعنی لپ سروس تو بہت آسان ہے، کہہ دیجیے: "اللہ اکبر"۔</w:t>
      </w:r>
    </w:p>
    <w:p>
      <w:r>
        <w:rPr>
          <w:b/>
        </w:rPr>
        <w:t xml:space="preserve">[24:55] </w:t>
      </w:r>
      <w:r>
        <w:t>lekin Khuda ki barhai ko discover karna hazaron distraction se apne ko bachana padta hai. har waqt ek distraction, har waqt ek distraction.</w:t>
      </w:r>
    </w:p>
    <w:p>
      <w:pPr>
        <w:jc w:val="right"/>
      </w:pPr>
      <w:r>
        <w:t>لیکن خدا کی بڑائی کو ڈسکور کرنا ہزاروں ڈسٹریکشن سے اپنے کو بچانا پڑتا ہے۔ ہر وقت ایک ڈسٹریکشن، ہر وقت ایک ڈسٹریکشن۔</w:t>
      </w:r>
    </w:p>
    <w:p>
      <w:r>
        <w:rPr>
          <w:b/>
        </w:rPr>
        <w:t xml:space="preserve">[25:09] </w:t>
      </w:r>
      <w:r>
        <w:t>jab is ko bachate hue, bachate hue yaani jang jangal tay karte hue aap aage badhte hain to us paar Khuda dikhai deta hai.</w:t>
      </w:r>
    </w:p>
    <w:p>
      <w:pPr>
        <w:jc w:val="right"/>
      </w:pPr>
      <w:r>
        <w:t>جب اس کو بچاتے ہوئے، بچاتے ہوئے یعنی جنگ جنگل طے کرتے ہوئے آپ آگے بڑھتے ہیں تو اس پار خدا دکھائی دیتا ہے۔</w:t>
      </w:r>
    </w:p>
    <w:p>
      <w:r>
        <w:rPr>
          <w:b/>
        </w:rPr>
        <w:t xml:space="preserve">[25:25] </w:t>
      </w:r>
      <w:r>
        <w:t>yaad rakhiye, jangal ke us paar Khuda nahi milta kisi ko, jis ko milta hai jangal ke us paar milta hai.</w:t>
      </w:r>
    </w:p>
    <w:p>
      <w:pPr>
        <w:jc w:val="right"/>
      </w:pPr>
      <w:r>
        <w:t>یاد رکھیے، جنگل کے اس پار خدا نہیں ملتا کسی کو، جس کو ملتا ہے جنگل کے اس پار ملتا ہے۔</w:t>
      </w:r>
    </w:p>
    <w:p>
      <w:r>
        <w:rPr>
          <w:b/>
        </w:rPr>
        <w:t xml:space="preserve">[25:37] </w:t>
      </w:r>
      <w:r>
        <w:t>to agar aap ke andar yeh boota hai, agar himmat hai ke is jangal of thought ko hamein tay karna hai, chahe kuch bhi ho, jo bhi sacrifice karni pade,</w:t>
      </w:r>
    </w:p>
    <w:p>
      <w:pPr>
        <w:jc w:val="right"/>
      </w:pPr>
      <w:r>
        <w:t>تو اگر آپ کے اندر یہ بوتا ہے، اگر ہمت ہے کہ اس جنگل آف تھاٹ کو ہمیں طے کرنا ہے، چاہے کچھ بھی ہو، جو بھی سیکریفائس کرنی پڑے،</w:t>
      </w:r>
    </w:p>
    <w:p>
      <w:r>
        <w:rPr>
          <w:b/>
        </w:rPr>
        <w:t xml:space="preserve">[25:53] </w:t>
      </w:r>
      <w:r>
        <w:t>tab aap zaroor Khuda ko pa lenge.</w:t>
      </w:r>
    </w:p>
    <w:p>
      <w:pPr>
        <w:jc w:val="right"/>
      </w:pPr>
      <w:r>
        <w:t>تب آپ ضرور خدا کو پا لیں گے۔</w:t>
      </w:r>
    </w:p>
    <w:p>
      <w:r>
        <w:rPr>
          <w:b/>
        </w:rPr>
        <w:t xml:space="preserve">[26:01] </w:t>
      </w:r>
      <w:r>
        <w:t>main ek martaba gaya yahan par, aap jante honge, Raipur ek ek town hai to wahan par bohat hi beautiful scene hota hai.</w:t>
      </w:r>
    </w:p>
    <w:p>
      <w:pPr>
        <w:jc w:val="right"/>
      </w:pPr>
      <w:r>
        <w:t>میں ایک مرتبہ گیا یہاں پر، آپ جانتے ہوں گے، رائے پور ایک ایک ٹاؤن ہے تو وہاں پر بہت ہی بیوٹی فل سین ہوتا ہے۔</w:t>
      </w:r>
    </w:p>
    <w:p>
      <w:r>
        <w:rPr>
          <w:b/>
        </w:rPr>
        <w:t xml:space="preserve">[26:11] </w:t>
      </w:r>
      <w:r>
        <w:t>ek bohat achhi ek woh hai nahar, canal, bohat hi chaudi canal hai, woh is ke charon taraf hariyali hai.</w:t>
      </w:r>
    </w:p>
    <w:p>
      <w:pPr>
        <w:jc w:val="right"/>
      </w:pPr>
      <w:r>
        <w:t>ایک بہت اچھی ایک وہ ہے نہر، کینال، بہت ہی چوڑی کینال ہے، وہ اس کے چاروں طرف ہریالی ہے۔</w:t>
      </w:r>
    </w:p>
    <w:p>
      <w:r>
        <w:rPr>
          <w:b/>
        </w:rPr>
        <w:t xml:space="preserve">[26:22] </w:t>
      </w:r>
      <w:r>
        <w:t>wahan par ek ek sahab ki khangah hai, ek buzurg ki, bohat pehle bani thi, azadi se pehle.</w:t>
      </w:r>
    </w:p>
    <w:p>
      <w:pPr>
        <w:jc w:val="right"/>
      </w:pPr>
      <w:r>
        <w:t>وہاں پر ایک ایک صاحب کی خانقاہ ہے، ایک بزرگ کی، بہت پہلے بنی تھی، آزادی سے پہلے۔</w:t>
      </w:r>
    </w:p>
    <w:p>
      <w:r>
        <w:rPr>
          <w:b/>
        </w:rPr>
        <w:t xml:space="preserve">[26:29] </w:t>
      </w:r>
      <w:r>
        <w:t>to bohat khuli jagah hai aur canal hai aur darakht hain, har taraf nature hai. nature to main wahan gaya to mujhe bataya gaya ke falan sahab aaye the</w:t>
      </w:r>
    </w:p>
    <w:p>
      <w:pPr>
        <w:jc w:val="right"/>
      </w:pPr>
      <w:r>
        <w:t>تو بہت کھلی جگہ ہے اور کینال ہے اور درخت ہیں، ہر طرف نیچر ہے۔ نیچر تو میں وہاں گیا تو مجھے بتایا گیا کہ فلاں صاحب آئے تھے</w:t>
      </w:r>
    </w:p>
    <w:p>
      <w:r>
        <w:rPr>
          <w:b/>
        </w:rPr>
        <w:t xml:space="preserve">[26:47] </w:t>
      </w:r>
      <w:r>
        <w:t>wahan khangah par. to jab bahar nikle to un ko dikhai diya ke har taraf Hazrat ke noor, har taraf, har taraf Hazrat ke noor dikhai diya unhein.</w:t>
      </w:r>
    </w:p>
    <w:p>
      <w:pPr>
        <w:jc w:val="right"/>
      </w:pPr>
      <w:r>
        <w:t>وہاں خانقاہ پر۔ تو جب باہر نکلے تو ان کو دکھائی دیا کہ ہر طرف حضرت کے نور، ہر طرف، ہر طرف حضرت کے نور دکھائی دیا انہیں۔</w:t>
      </w:r>
    </w:p>
    <w:p>
      <w:r>
        <w:rPr>
          <w:b/>
        </w:rPr>
        <w:t xml:space="preserve">[26:59] </w:t>
      </w:r>
      <w:r>
        <w:t>wo jo is is khangah mein Hazrat jo the, us waqt wo mar chuke the, wo un ka intiqal ho chuka tha us waqt. to har taraf Hazrat ka noor dikhai diya unhein.</w:t>
      </w:r>
    </w:p>
    <w:p>
      <w:pPr>
        <w:jc w:val="right"/>
      </w:pPr>
      <w:r>
        <w:t>وہ جو اس اس خانقاہ میں حضرت جو تھے، اس وقت وہ مر چکے تھے، وہ ان کا انتقال ہو چکا تھا اس وقت۔ تو ہر طرف حضرت کا نور دکھائی دیا انہیں۔</w:t>
      </w:r>
    </w:p>
    <w:p>
      <w:r>
        <w:rPr>
          <w:b/>
        </w:rPr>
        <w:t xml:space="preserve">[27:09] </w:t>
      </w:r>
      <w:r>
        <w:t>Hazrat ke noor mein wo naha gaye wahan par.</w:t>
      </w:r>
    </w:p>
    <w:p>
      <w:pPr>
        <w:jc w:val="right"/>
      </w:pPr>
      <w:r>
        <w:t>حضرت کے نور میں وہ نہا گئے وہاں پر۔</w:t>
      </w:r>
    </w:p>
    <w:p>
      <w:r>
        <w:rPr>
          <w:b/>
        </w:rPr>
        <w:t xml:space="preserve">[27:13] </w:t>
      </w:r>
      <w:r>
        <w:t>main jab nikla is ke bahar aur dekha maine canal ko aur darakhton ko aur wahan ke mahol ko to mujhe Khuda ka noor dikhai diya.</w:t>
      </w:r>
    </w:p>
    <w:p>
      <w:pPr>
        <w:jc w:val="right"/>
      </w:pPr>
      <w:r>
        <w:t>میں جب نکلا اس کے باہر اور دیکھا میں نے کینال کو اور درختوں کو اور وہاں کے ماحول کو تو مجھے خدا کا نور دکھائی دیا۔</w:t>
      </w:r>
    </w:p>
    <w:p>
      <w:r>
        <w:rPr>
          <w:b/>
        </w:rPr>
        <w:t xml:space="preserve">[27:26] </w:t>
      </w:r>
      <w:r>
        <w:t>har taraf mujhe Khuda ka noor dikhai diya, darakhton mein Khuda ka noor, canal mein Khuda ka noor, fazaon mein Khuda ka noor.</w:t>
      </w:r>
    </w:p>
    <w:p>
      <w:pPr>
        <w:jc w:val="right"/>
      </w:pPr>
      <w:r>
        <w:t>ہر طرف مجھے خدا کا نور دکھائی دیا، درختوں میں خدا کا نور، کینال میں خدا کا نور، فضاؤں میں خدا کا نور۔</w:t>
      </w:r>
    </w:p>
    <w:p>
      <w:r>
        <w:rPr>
          <w:b/>
        </w:rPr>
        <w:t xml:space="preserve">[27:36] </w:t>
      </w:r>
      <w:r>
        <w:t>to yaad rakhiye, jo aadmi other than God kisi ki greatness mein jeeta ho, wo kabhi Khuda ko nahi payega. wo wo aadmi jo tha, us buzurg ki greatness mein jeeta tha jin ki wahan qabr bani hui thi,</w:t>
      </w:r>
    </w:p>
    <w:p>
      <w:pPr>
        <w:jc w:val="right"/>
      </w:pPr>
      <w:r>
        <w:t>تو یاد رکھیے، جو آدمی ادر دین گاڈ کسی کی گریٹنس میں جیتا ہو، وہ کبھی خدا کو نہیں پائے گا۔ وہ وہ آدمی جو تھا، اس بزرگ کی گریٹنس میں جیتا تھا جن کی وہاں قبر بنی ہوئی تھی،</w:t>
      </w:r>
    </w:p>
    <w:p>
      <w:r>
        <w:rPr>
          <w:b/>
        </w:rPr>
        <w:t xml:space="preserve">[27:56] </w:t>
      </w:r>
      <w:r>
        <w:t>isi greatness mein jeeta tha. to har taraf usi ko unhi ko wahi dikhai diya. wo</w:t>
      </w:r>
    </w:p>
    <w:p>
      <w:pPr>
        <w:jc w:val="right"/>
      </w:pPr>
      <w:r>
        <w:t>اسی گریٹنس میں جیتا تھا۔ تو ہر طرف اسی کو انہی کو وہی دکھائی دیا۔ وہ</w:t>
      </w:r>
    </w:p>
    <w:p>
      <w:r>
        <w:rPr>
          <w:b/>
        </w:rPr>
        <w:t xml:space="preserve">[28:03] </w:t>
      </w:r>
      <w:r>
        <w:t>wohan nature ka mahol tha lekin dikhai diya un ko un ke apne buzurg. main Allah o Akbar se kisi ki barhai mein nahi jeeta, apni barhai mein bhi nahi jeeta.</w:t>
      </w:r>
    </w:p>
    <w:p>
      <w:pPr>
        <w:jc w:val="right"/>
      </w:pPr>
      <w:r>
        <w:t>وہاں نیچر کا ماحول تھا لیکن دکھائی دیا ان کو ان کے اپنے بزرگ۔ میں اللہ اکبر سے کسی کی بڑائی میں نہیں جیتا، اپنی بڑائی میں بھی نہیں جیتا۔</w:t>
      </w:r>
    </w:p>
    <w:p>
      <w:r>
        <w:rPr>
          <w:b/>
        </w:rPr>
        <w:t xml:space="preserve">[28:14] </w:t>
      </w:r>
      <w:r>
        <w:t>main main yeh keh sakta hoon ke main apni barhai mein bhi nahi jeeta jabke har aadmi apni barhai mein jeeta hai. ek din main yahan apne ghar par oopar baitha hua tha, neeche do ladies jhagad rahi theen, lad rahi theen aapas</w:t>
      </w:r>
    </w:p>
    <w:p>
      <w:pPr>
        <w:jc w:val="right"/>
      </w:pPr>
      <w:r>
        <w:t>میں میں یہ کہہ سکتا ہوں کہ میں اپنی بڑائی میں بھی نہیں جیتا جبکہ ہر آدمی اپنی بڑائی میں جیتا ہے۔ ایک دن میں یہاں اپنے گھر پر اوپر بیٹھا ہوا تھا، نیچے دو لیڈیز جھگڑ رہی تھیں، لڑ رہی تھیں آپس</w:t>
      </w:r>
    </w:p>
    <w:p>
      <w:r>
        <w:rPr>
          <w:b/>
        </w:rPr>
        <w:t xml:space="preserve">[28:31] </w:t>
      </w:r>
      <w:r>
        <w:t>mein. is mein ek thi jhuggi jhopdi ki aurat, safai karmchari wali, aur ek thi kothi wali. jo jhuggi jhopdi wali ne kaha ke bibi ji, tum ko apni kothi ka nasha hai to hum ko apni jhuggi jhopdi ka nasha hai,</w:t>
      </w:r>
    </w:p>
    <w:p>
      <w:pPr>
        <w:jc w:val="right"/>
      </w:pPr>
      <w:r>
        <w:t>میں۔ اس میں ایک تھی جھگے جھوپڑی کی عورت، صفائی کर्मچاری والی، اور ایک تھی کوٹھی والی۔ جو جھگے جھوپڑی والی نے کہا کہ بی بی جی، تم کو اپنی کوٹھی کا نشہ ہے تو ہم کو اپنی جھگے جھوپڑی کا نشہ ہے،</w:t>
      </w:r>
    </w:p>
    <w:p>
      <w:r>
        <w:rPr>
          <w:b/>
        </w:rPr>
        <w:t xml:space="preserve">[28:49] </w:t>
      </w:r>
      <w:r>
        <w:t>tum ko apni amiri ka nasha hai to hum ko apni gharibi ka nasha hai. har insaan apni barhai mein jeeta hai. yaad rakhiye,</w:t>
      </w:r>
    </w:p>
    <w:p>
      <w:pPr>
        <w:jc w:val="right"/>
      </w:pPr>
      <w:r>
        <w:t>تم کو اپنی امیری کا نشہ ہے تو ہم کو اپنی غریبی کا نشہ ہے۔ ہر انسان اپنی بڑائی میں جیتا ہے۔ یاد رکھیے،</w:t>
      </w:r>
    </w:p>
    <w:p>
      <w:r>
        <w:rPr>
          <w:b/>
        </w:rPr>
        <w:t xml:space="preserve">[28:59] </w:t>
      </w:r>
      <w:r>
        <w:t>yeh mere kaanon ne suna hai is conversation ko. aksar main yaad aata hai mujhe to main sochta hoon ke har aadmi apni barhai mein jeeta hai, chahe wo chhota aadmi kyun na ho.</w:t>
      </w:r>
    </w:p>
    <w:p>
      <w:pPr>
        <w:jc w:val="right"/>
      </w:pPr>
      <w:r>
        <w:t>یہ میرے کانوں نے سنا ہے اس کنورسیشن کو۔ اکثر میں یاد آتا ہے مجھے تو میں سوچتا ہوں کہ ہر آدمی اپنی بڑائی میں جیتا ہے، چاہے وہ چھوٹا آدمی کیوں نہ ہو۔</w:t>
      </w:r>
    </w:p>
    <w:p>
      <w:r>
        <w:rPr>
          <w:b/>
        </w:rPr>
        <w:t xml:space="preserve">[29:12] </w:t>
      </w:r>
      <w:r>
        <w:t>mein keh sakta hoon khuda اکبر se ke mein kisi ki بڑائی mein nahin jeeta, apni بڑائی mein bhi nahin jeeta. is liye mujhe wahan jab mein rapoor mein dekha, maine wahan ka nature, wahan ka scene, har taraf mujhe khuda ka noor dikhai diya.</w:t>
      </w:r>
    </w:p>
    <w:p>
      <w:pPr>
        <w:jc w:val="right"/>
      </w:pPr>
      <w:r>
        <w:t>میں کہہ سکتا ہوں خدا اکبر سے کہ میں کسی کی بڑائی میں نہیں جیتا، اپنی بڑائی میں بھی نہیں جیتا۔ اس لیے مجھے وہاں جب میں راپور میں دیکھا، میں نے وہاں کا نیچر، وہاں کا سین، ہر طرف مجھے خدا کا نور دکھائی دیا۔</w:t>
      </w:r>
    </w:p>
    <w:p>
      <w:r>
        <w:rPr>
          <w:b/>
        </w:rPr>
        <w:t xml:space="preserve">[29:31] </w:t>
      </w:r>
      <w:r>
        <w:t>un sahib woh jeete thay kisi buzurg ki بڑائی mein, unhein buzurg ka noor dikhai diya. mein jeeta tha khuda ki بڑائی mein, mujhe khuda ki بڑائی dikhai di.</w:t>
      </w:r>
    </w:p>
    <w:p>
      <w:pPr>
        <w:jc w:val="right"/>
      </w:pPr>
      <w:r>
        <w:t>ان صاحب وہ جیتے تھے کسی بزرگ کی بڑائی میں، انہیں بزرگ کا نور دکھائی دیا۔ میں جیتا تھا خدا کی بڑائی میں، مجھے خدا کی بڑائی دکھائی دی۔</w:t>
      </w:r>
    </w:p>
    <w:p>
      <w:r>
        <w:rPr>
          <w:b/>
        </w:rPr>
        <w:t xml:space="preserve">[29:42] </w:t>
      </w:r>
      <w:r>
        <w:t>to yaad rakhiye, pehli condition jo hai woh yeh hai ke doosri yeh bhi greatness hai, including yourself, is ko aap ko eliminate karna parega,</w:t>
      </w:r>
    </w:p>
    <w:p>
      <w:pPr>
        <w:jc w:val="right"/>
      </w:pPr>
      <w:r>
        <w:t>تو یاد رکھیے، پہلی کنڈیشن جو ہے وہ یہ ہے کہ دوسری یہ بھی گریٹنس ہے، انکلوڈنگ یور سیلف، اس کو آپ کو ایلیمینیٹ کرنا پڑے گا،</w:t>
      </w:r>
    </w:p>
    <w:p>
      <w:r>
        <w:rPr>
          <w:b/>
        </w:rPr>
        <w:t xml:space="preserve">[29:58] </w:t>
      </w:r>
      <w:r>
        <w:t>nahin to aap khuda ko nahin paayenge,</w:t>
      </w:r>
    </w:p>
    <w:p>
      <w:pPr>
        <w:jc w:val="right"/>
      </w:pPr>
      <w:r>
        <w:t>نہیں تو آپ خدا کو نہیں پائیں گے،</w:t>
      </w:r>
    </w:p>
    <w:p>
      <w:r>
        <w:rPr>
          <w:b/>
        </w:rPr>
        <w:t xml:space="preserve">[30:01] </w:t>
      </w:r>
      <w:r>
        <w:t>khuda ko kabhi nahin paayenge. is ke baad meri zindagi shuru hoti hai jab mein madrasay se parh kar nikla to arabi jo hum parhi thi, islami kitabein parhi thi, to woh hamein</w:t>
      </w:r>
    </w:p>
    <w:p>
      <w:pPr>
        <w:jc w:val="right"/>
      </w:pPr>
      <w:r>
        <w:t>خدا کو کبھی نہیں پائیں گے۔ اس کے بعد میری زندگی شروع ہوتی ہے جب میں مدرسے سے پڑھ کر نکلا تو عربی جو ہم پڑھی تھی، اسلامی کتابیں پڑھی تھیں، تو وہ ہمیں</w:t>
      </w:r>
    </w:p>
    <w:p>
      <w:r>
        <w:rPr>
          <w:b/>
        </w:rPr>
        <w:t xml:space="preserve">[30:18] </w:t>
      </w:r>
      <w:r>
        <w:t>ek hadith hum ne parhi ke is mein momin ki tareef yeh hai, momin ki definition: "in yakun basiran bizaman".</w:t>
      </w:r>
    </w:p>
    <w:p>
      <w:pPr>
        <w:jc w:val="right"/>
      </w:pPr>
      <w:r>
        <w:t>ایک حدیث ہم نے پڑھی کہ اس میں مومن کی تعریف یہ ہے، مومن کی ڈیفینیشن: "ان یکون بصیرا بزمان"۔</w:t>
      </w:r>
    </w:p>
    <w:p>
      <w:r>
        <w:rPr>
          <w:b/>
        </w:rPr>
        <w:t xml:space="preserve">[30:30] </w:t>
      </w:r>
      <w:r>
        <w:t>momin woh hai jo apne zamanay ko jananay wala ho, apne zamanay ko jananay wala ho.</w:t>
      </w:r>
    </w:p>
    <w:p>
      <w:pPr>
        <w:jc w:val="right"/>
      </w:pPr>
      <w:r>
        <w:t>مومن وہ ہے جو اپنے زمانے کو جاننے والا ہو، اپنے زمانے کو جاننے والا ہو۔</w:t>
      </w:r>
    </w:p>
    <w:p>
      <w:r>
        <w:rPr>
          <w:b/>
        </w:rPr>
        <w:t xml:space="preserve">[30:39] </w:t>
      </w:r>
      <w:r>
        <w:t>ab maine socha ke zamanay ko mein kaise janunga? madrasay mein to mujhe past bataya gaya, past present nahin bataya gaya tha. hadith keh rahi hai ke momin woh hai jo apne present ko jananay wala ho.</w:t>
      </w:r>
    </w:p>
    <w:p>
      <w:pPr>
        <w:jc w:val="right"/>
      </w:pPr>
      <w:r>
        <w:t>اب میں نے سوچا کہ زمانے کو میں کیسے جانوں گا؟ مدرسے میں تو مجھے پاسٹ بتایا گیا، پاسٹ پریزنٹ نہیں بتایا گیا تھا۔ حدیث کہہ رہی ہے کہ مومن وہ ہے جو اپنے پریزنٹ کو جاننے والا ہو۔</w:t>
      </w:r>
    </w:p>
    <w:p>
      <w:r>
        <w:rPr>
          <w:b/>
        </w:rPr>
        <w:t xml:space="preserve">[30:54] </w:t>
      </w:r>
      <w:r>
        <w:t>to madrasay mein to maine parha past ko,</w:t>
      </w:r>
    </w:p>
    <w:p>
      <w:pPr>
        <w:jc w:val="right"/>
      </w:pPr>
      <w:r>
        <w:t>تو مدرسے میں تو میں نے پڑھا پاسٹ کو،</w:t>
      </w:r>
    </w:p>
    <w:p>
      <w:r>
        <w:rPr>
          <w:b/>
        </w:rPr>
        <w:t xml:space="preserve">[30:57] </w:t>
      </w:r>
      <w:r>
        <w:t>ab maine socha ke mein present ko kaise janun? to mujhe angrezi parhnay ka dhyan hua, angrezi parhna shuru kiya.</w:t>
      </w:r>
    </w:p>
    <w:p>
      <w:pPr>
        <w:jc w:val="right"/>
      </w:pPr>
      <w:r>
        <w:t>اب میں نے سوچا کہ میں پریزنٹ کو کیسے جانوں؟ تو مجھے انگریزی پڑھنے کا دھیان ہوا، انگریزی پڑھنا شروع کیا۔</w:t>
      </w:r>
    </w:p>
    <w:p>
      <w:r>
        <w:rPr>
          <w:b/>
        </w:rPr>
        <w:t xml:space="preserve">[31:06] </w:t>
      </w:r>
      <w:r>
        <w:t>maine</w:t>
      </w:r>
    </w:p>
    <w:p>
      <w:pPr>
        <w:jc w:val="right"/>
      </w:pPr>
      <w:r>
        <w:t>میں نے</w:t>
      </w:r>
    </w:p>
    <w:p>
      <w:r>
        <w:rPr>
          <w:b/>
        </w:rPr>
        <w:t xml:space="preserve">[31:09] </w:t>
      </w:r>
      <w:r>
        <w:t>ajeeb baat hai ke koi bhi mujhe aisa nahin mila jo mujhe encourage kare, sab discourage karnay walay log.</w:t>
      </w:r>
    </w:p>
    <w:p>
      <w:pPr>
        <w:jc w:val="right"/>
      </w:pPr>
      <w:r>
        <w:t>عجیب بات ہے کہ کوئی بھی مجھے ایسا نہیں ملا جو مجھے انکریج کرے، سب ڈسکرج کرنے والے لوگ۔</w:t>
      </w:r>
    </w:p>
    <w:p>
      <w:r>
        <w:rPr>
          <w:b/>
        </w:rPr>
        <w:t xml:space="preserve">[31:20] </w:t>
      </w:r>
      <w:r>
        <w:t>yahan tak ke mere bhai ne kaha: "budha tota kya parhega?"</w:t>
      </w:r>
    </w:p>
    <w:p>
      <w:pPr>
        <w:jc w:val="right"/>
      </w:pPr>
      <w:r>
        <w:t>یہاں تک کہ میرے بھائی نے کہا: "بڈھا طوطا کیا پڑھے گا؟"</w:t>
      </w:r>
    </w:p>
    <w:p>
      <w:r>
        <w:rPr>
          <w:b/>
        </w:rPr>
        <w:t xml:space="preserve">[31:25] </w:t>
      </w:r>
      <w:r>
        <w:t>mere apne bhai ne kaha ke "budha tota kya parhega?"</w:t>
      </w:r>
    </w:p>
    <w:p>
      <w:pPr>
        <w:jc w:val="right"/>
      </w:pPr>
      <w:r>
        <w:t>میرے اپنے بھائی نے کہا کہ "بڈھا طوطا کیا پڑھے گا؟"</w:t>
      </w:r>
    </w:p>
    <w:p>
      <w:r>
        <w:rPr>
          <w:b/>
        </w:rPr>
        <w:t xml:space="preserve">[31:32] </w:t>
      </w:r>
      <w:r>
        <w:t>hamaray ek saathi thay, woh bhi madrasay ke aadmi thay. ek din mein angrezi akhbar le ke baitha tha, shayad woh angrezi daily daily paper tha.</w:t>
      </w:r>
    </w:p>
    <w:p>
      <w:pPr>
        <w:jc w:val="right"/>
      </w:pPr>
      <w:r>
        <w:t>ہمارے ایک ساتھی تھے، وہ بھی مدرسے کے آدمی تھے۔ ایک دن میں انگریزی اخبار لے کے بیٹھا تھا، شاید وہ انگریزی ڈیلی ڈیلی پیپر تھا۔</w:t>
      </w:r>
    </w:p>
    <w:p>
      <w:r>
        <w:rPr>
          <w:b/>
        </w:rPr>
        <w:t xml:space="preserve">[31:44] </w:t>
      </w:r>
      <w:r>
        <w:t>aa gaye woh wahan par, mein us waqt baqi manzil mein tha, adam garh mein baqi manzil</w:t>
      </w:r>
    </w:p>
    <w:p>
      <w:pPr>
        <w:jc w:val="right"/>
      </w:pPr>
      <w:r>
        <w:t>آگئے وہ وہاں پر، میں اس وقت باقی منزل میں تھا، آدم گڑھ میں باقی منزل</w:t>
      </w:r>
    </w:p>
    <w:p>
      <w:r>
        <w:rPr>
          <w:b/>
        </w:rPr>
        <w:t xml:space="preserve">[31:49] </w:t>
      </w:r>
      <w:r>
        <w:t>to dekh kar unhon ne hans kar kaha: "arey, kuch parhte bhi hain ke kuch samajhte bhi hain ke angrezi akhbar aise hi le ke baithe hain?"</w:t>
      </w:r>
    </w:p>
    <w:p>
      <w:pPr>
        <w:jc w:val="right"/>
      </w:pPr>
      <w:r>
        <w:t>تو دیکھ کر انہوں نے ہنس کر کہا: "ارے، کچھ پڑھتے بھی ہیں کہ کچھ سمجھتے بھی ہیں کہ انگریزی اخبار ایسے ہی لے کے بیٹھے ہیں؟"</w:t>
      </w:r>
    </w:p>
    <w:p>
      <w:r>
        <w:rPr>
          <w:b/>
        </w:rPr>
        <w:t xml:space="preserve">[32:00] </w:t>
      </w:r>
      <w:r>
        <w:t>to mein rota tha aur khuda se dua karta tha,</w:t>
      </w:r>
    </w:p>
    <w:p>
      <w:pPr>
        <w:jc w:val="right"/>
      </w:pPr>
      <w:r>
        <w:t>تو میں روتا تھا اور خدا سے دعا کرتا تھا،</w:t>
      </w:r>
    </w:p>
    <w:p>
      <w:r>
        <w:rPr>
          <w:b/>
        </w:rPr>
        <w:t xml:space="preserve">[32:07] </w:t>
      </w:r>
      <w:r>
        <w:t>mein rota tha aur khuda se dua karta tha.</w:t>
      </w:r>
    </w:p>
    <w:p>
      <w:pPr>
        <w:jc w:val="right"/>
      </w:pPr>
      <w:r>
        <w:t>میں روتا تھا اور خدا سے دعا کرتا تھا۔</w:t>
      </w:r>
    </w:p>
    <w:p>
      <w:r>
        <w:rPr>
          <w:b/>
        </w:rPr>
        <w:t xml:space="preserve">[32:12] </w:t>
      </w:r>
      <w:r>
        <w:t>ab khuda ke fazl se mein koi bhi angrezi kitab mein parh ke samajh sakta hoon</w:t>
      </w:r>
    </w:p>
    <w:p>
      <w:pPr>
        <w:jc w:val="right"/>
      </w:pPr>
      <w:r>
        <w:t>اب خدا کے فضل سے میں کوئی بھی انگریزی کتاب میں پڑھ کے سمجھ سکتا ہوں</w:t>
      </w:r>
    </w:p>
    <w:p>
      <w:r>
        <w:rPr>
          <w:b/>
        </w:rPr>
        <w:t xml:space="preserve">[32:18] </w:t>
      </w:r>
      <w:r>
        <w:t>kyunke maine mehnat ki, bohat ziyada mehnat ki, bohat ziyada mehnat ki. maine angrezi parhi thi novel parhnay ke liye nahin, aaj kal mein dekhta hoon ke log angrezi parhte hain novel parhnay ke liye aur woh bilashuba angrezi nahin jantay.</w:t>
      </w:r>
    </w:p>
    <w:p>
      <w:pPr>
        <w:jc w:val="right"/>
      </w:pPr>
      <w:r>
        <w:t>کیونکہ میں نے محنت کی، بہت زیادہ محنت کی، بہت زیادہ محنت کی۔ میں نے انگریزی پڑھی تھی ناول پڑھنے کے لیے نہیں، آج کل میں دیکھتا ہوں کہ لوگ انگریزی پڑھتے ہیں ناول پڑھنے کے لیے اور وہ بلاشبہ انگریزی نہیں جانتے۔</w:t>
      </w:r>
    </w:p>
    <w:p>
      <w:r>
        <w:rPr>
          <w:b/>
        </w:rPr>
        <w:t xml:space="preserve">[32:35] </w:t>
      </w:r>
      <w:r>
        <w:t>aap ke teacher aap kahain ge ke angrezi janna ho to novel parho, mein kahunga angrezi na janna ho to novel parho.</w:t>
      </w:r>
    </w:p>
    <w:p>
      <w:pPr>
        <w:jc w:val="right"/>
      </w:pPr>
      <w:r>
        <w:t>آپ کے ٹیچر آپ کہیں گے کہ انگریزی جاننا ہو تو ناول پڑھو، میں کہوں گا انگریزی نہ جاننا ہو تو ناول پڑھو۔</w:t>
      </w:r>
    </w:p>
    <w:p>
      <w:r>
        <w:rPr>
          <w:b/>
        </w:rPr>
        <w:t xml:space="preserve">[32:45] </w:t>
      </w:r>
      <w:r>
        <w:t>kisi ko angrezi na janna ho to novel</w:t>
      </w:r>
    </w:p>
    <w:p>
      <w:pPr>
        <w:jc w:val="right"/>
      </w:pPr>
      <w:r>
        <w:t>کسی کو انگریزی نہ جاننا ہو تو ناول</w:t>
      </w:r>
    </w:p>
    <w:p>
      <w:r>
        <w:rPr>
          <w:b/>
        </w:rPr>
        <w:t xml:space="preserve">[32:47] </w:t>
      </w:r>
      <w:r>
        <w:t>parhe. novel ki angrezi kya hoti hai? stylish angrezi, romantic angrezi. woh koi angrezi hai? woh koi angrezi hai?</w:t>
      </w:r>
    </w:p>
    <w:p>
      <w:pPr>
        <w:jc w:val="right"/>
      </w:pPr>
      <w:r>
        <w:t>پڑھے۔ ناول کی انگریزی کیا ہوتی ہے؟ اسٹائلش انگریزی، رومینٹک انگریزی۔ وہ کوئی انگریزی ہے؟ وہ کوئی انگریزی ہے؟</w:t>
      </w:r>
    </w:p>
    <w:p>
      <w:r>
        <w:rPr>
          <w:b/>
        </w:rPr>
        <w:t xml:space="preserve">[32:57] </w:t>
      </w:r>
      <w:r>
        <w:t>literary angrezi, romantic angrezi, stylish angrezi.</w:t>
      </w:r>
    </w:p>
    <w:p>
      <w:pPr>
        <w:jc w:val="right"/>
      </w:pPr>
      <w:r>
        <w:t>لٹری انگریزی، رومینٹک انگریزی، اسٹائلش انگریزی۔</w:t>
      </w:r>
    </w:p>
    <w:p>
      <w:r>
        <w:rPr>
          <w:b/>
        </w:rPr>
        <w:t xml:space="preserve">[33:03] </w:t>
      </w:r>
      <w:r>
        <w:t>mein is ko angrezi nahin samajhta. serious reading agar karenge tab aap ko angrezi aayegi.</w:t>
      </w:r>
    </w:p>
    <w:p>
      <w:pPr>
        <w:jc w:val="right"/>
      </w:pPr>
      <w:r>
        <w:t>میں اس کو انگریزی نہیں سمجھتا۔ سیریس ریڈنگ اگر کریں گے تب آپ کو انگریزی آئے گی۔</w:t>
      </w:r>
    </w:p>
    <w:p>
      <w:r>
        <w:rPr>
          <w:b/>
        </w:rPr>
        <w:t xml:space="preserve">[33:11] </w:t>
      </w:r>
      <w:r>
        <w:t>to maine angrezi padhi thi serious reading ke liye, scientific kitabon ko padhne ke liye, western thought ko samajhne ke liye. to khuda ke fazl se mujhe woh waqt aaya ke maine khuda ko yaani ilmi taur par discover kiya, scientific taur par, scientific framework mein discover kiya.</w:t>
      </w:r>
    </w:p>
    <w:p>
      <w:pPr>
        <w:jc w:val="right"/>
      </w:pPr>
      <w:r>
        <w:t>تو میں نے انگریزی پڑھی تھی سیریس ریڈنگ کے لیے، سائنٹیفک کتابوں کو پڑھنے کے لیے، ویسٹرن تھاٹ کو سمجھنے کے لیے۔ تو خدا کے فضل سے مجھے وہ وقت آیا کہ میں نے خدا کو یعنی علمی طور پر ڈسکور کیا، سائنٹیفک طور پر، سائنٹیفک فریم ورک میں ڈسکور کیا۔</w:t>
      </w:r>
    </w:p>
    <w:p>
      <w:r>
        <w:rPr>
          <w:b/>
        </w:rPr>
        <w:t xml:space="preserve">[33:31] </w:t>
      </w:r>
      <w:r>
        <w:t>maine pehla jo meri discovery hui thi woh traditional framework mein hui thi.</w:t>
      </w:r>
    </w:p>
    <w:p>
      <w:pPr>
        <w:jc w:val="right"/>
      </w:pPr>
      <w:r>
        <w:t>میں نے پہلا جو میری ڈسکوری ہوئی تھی وہ ٹریڈیشنل فریم ورک میں ہوئی تھی۔</w:t>
      </w:r>
    </w:p>
    <w:p>
      <w:r>
        <w:rPr>
          <w:b/>
        </w:rPr>
        <w:t xml:space="preserve">[33:39] </w:t>
      </w:r>
      <w:r>
        <w:t>pehle jo maine khuda ko discover kiya tha woh traditional framework mein discovery hui thi. meri jab maine angrezi padh li aur science kitabein padhein, bahut saara padh dala is mein.</w:t>
      </w:r>
    </w:p>
    <w:p>
      <w:pPr>
        <w:jc w:val="right"/>
      </w:pPr>
      <w:r>
        <w:t>پہلے جو میں نے خدا کو ڈسکور کیا تھا وہ ٹریڈیشنل فریم ورک میں ڈسکوری ہوئی تھی۔ میری جب میں نے انگریزی پڑھ لی اور سائنسی کتابیں پڑھیں، بہت سارا پڑھ ڈالا اس میں۔</w:t>
      </w:r>
    </w:p>
    <w:p>
      <w:r>
        <w:rPr>
          <w:b/>
        </w:rPr>
        <w:t xml:space="preserve">[33:53] </w:t>
      </w:r>
      <w:r>
        <w:t>to maine dobara khuda ko scientific framework mein discover kiya.</w:t>
      </w:r>
    </w:p>
    <w:p>
      <w:pPr>
        <w:jc w:val="right"/>
      </w:pPr>
      <w:r>
        <w:t>تو میں نے دوبارہ خدا کو سائنٹیفک فریم ورک میں ڈسکور کیا۔</w:t>
      </w:r>
    </w:p>
    <w:p>
      <w:r>
        <w:rPr>
          <w:b/>
        </w:rPr>
        <w:t xml:space="preserve">[34:01] </w:t>
      </w:r>
      <w:r>
        <w:t>to is zamane ki baat hai ke main Adam Garh mein tha to hamare mohalle mein ek sahib rehte the, un ka naam tha Shah Naseer, ab un ki death ho gayi hai.</w:t>
      </w:r>
    </w:p>
    <w:p>
      <w:pPr>
        <w:jc w:val="right"/>
      </w:pPr>
      <w:r>
        <w:t>تو اس زمانے کی بات ہے کہ میں آدم گڑھ میں تھا تو ہمارے محلے میں ایک صاحب رہتے تھے، ان کا نام تھا شاہ نصیر، اب ان کی ڈیتھ ہو گئی ہے۔</w:t>
      </w:r>
    </w:p>
    <w:p>
      <w:r>
        <w:rPr>
          <w:b/>
        </w:rPr>
        <w:t xml:space="preserve">[34:18] </w:t>
      </w:r>
      <w:r>
        <w:t>to ek din aaye mere paas, woh mujhe yaad hai, main baitha hua tha, woh khade khade bol rahe the. woh khade khade unhein ek sawal kiya,</w:t>
      </w:r>
    </w:p>
    <w:p>
      <w:pPr>
        <w:jc w:val="right"/>
      </w:pPr>
      <w:r>
        <w:t>تو ایک دن آئے میرے پاس، وہ مجھے یاد ہے، میں بیٹھا ہوا تھا، وہ کھڑے کھڑے بول رہے تھے۔ وہ کھڑے کھڑے انہیں ایک سوال کیا،</w:t>
      </w:r>
    </w:p>
    <w:p>
      <w:r>
        <w:rPr>
          <w:b/>
        </w:rPr>
        <w:t xml:space="preserve">[34:30] </w:t>
      </w:r>
      <w:r>
        <w:t>unhone kaha:</w:t>
      </w:r>
    </w:p>
    <w:p>
      <w:pPr>
        <w:jc w:val="right"/>
      </w:pPr>
      <w:r>
        <w:t>انہوں نے کہا:</w:t>
      </w:r>
    </w:p>
    <w:p>
      <w:r>
        <w:rPr>
          <w:b/>
        </w:rPr>
        <w:t xml:space="preserve">[34:35] </w:t>
      </w:r>
      <w:r>
        <w:t>"kya insaan khuda ko dekh sakta hai?" unhone kaha: "kya insaan khuda ko dekh sakta hai?" achaanak mere dimagh se nikla: "kya aap ne abhi tak khuda ko dekha nahin?</w:t>
      </w:r>
    </w:p>
    <w:p>
      <w:pPr>
        <w:jc w:val="right"/>
      </w:pPr>
      <w:r>
        <w:t>"کیا انسان خدا کو دیکھ سکتا ہے؟" انہوں نے کہا: "کیا انسان خدا کو دیکھ سکتا ہے؟" اچانک میرے دماغ سے نکلا: "کیا آپ نے ابھی تک خدا کو دیکھا نہیں؟</w:t>
      </w:r>
    </w:p>
    <w:p>
      <w:r>
        <w:rPr>
          <w:b/>
        </w:rPr>
        <w:t xml:space="preserve">[34:55] </w:t>
      </w:r>
      <w:r>
        <w:t>kya aap ne abhi tak khuda ko dekha nahin?</w:t>
      </w:r>
    </w:p>
    <w:p>
      <w:pPr>
        <w:jc w:val="right"/>
      </w:pPr>
      <w:r>
        <w:t>کیا آپ نے ابھی تک خدا کو دیکھا نہیں؟</w:t>
      </w:r>
    </w:p>
    <w:p>
      <w:r>
        <w:rPr>
          <w:b/>
        </w:rPr>
        <w:t xml:space="preserve">[34:58] </w:t>
      </w:r>
      <w:r>
        <w:t>" yeh kehne mein poori tarah serious tha, poori tarah sincere tha, yeh maine joke nahin kiya tha.</w:t>
      </w:r>
    </w:p>
    <w:p>
      <w:pPr>
        <w:jc w:val="right"/>
      </w:pPr>
      <w:r>
        <w:t>" یہ کہنے میں پوری طرح سیریس تھا، پوری طرح سنسیر تھا، یہ میں نے جوک نہیں کیا تھا۔</w:t>
      </w:r>
    </w:p>
    <w:p>
      <w:r>
        <w:rPr>
          <w:b/>
        </w:rPr>
        <w:t xml:space="preserve">[35:12] </w:t>
      </w:r>
      <w:r>
        <w:t>to khuda itna hi, khuda ko isi tarah aap jaan sakte hain jis tarah aap kisi aur cheez ko jante hain, jaise suraj chor chand ko jante hain. aap but it required deep study.</w:t>
      </w:r>
    </w:p>
    <w:p>
      <w:pPr>
        <w:jc w:val="right"/>
      </w:pPr>
      <w:r>
        <w:t>تو خدا اتنا ہی، خدا کو اسی طرح آپ جان سکتے ہیں جس طرح آپ کسی اور چیز کو جانتے ہیں، جیسے سورج چور چاند کو جانتے ہیں۔ آپ بٹ اٹ ریکوائرڈس ڈیپ اسٹڈی۔</w:t>
      </w:r>
    </w:p>
    <w:p>
      <w:r>
        <w:rPr>
          <w:b/>
        </w:rPr>
        <w:t xml:space="preserve">[35:26] </w:t>
      </w:r>
      <w:r>
        <w:t>novel padh kar aap nahin jaan sakte khuda ko. agar aap sach much koi khuda ko janna chahta hai to us ke do hi tareeqe hain: sochna aur study karna,</w:t>
      </w:r>
    </w:p>
    <w:p>
      <w:pPr>
        <w:jc w:val="right"/>
      </w:pPr>
      <w:r>
        <w:t>ناول پڑھ کر آپ نہیں جان سکتے خدا کو۔ اگر آپ سچ مچ کوئی خدا کو جاننا چاہتا ہے تو اس کے دو ہی طریقے ہیں: سوچنا اور اسٹڈی کرنا،</w:t>
      </w:r>
    </w:p>
    <w:p>
      <w:r>
        <w:rPr>
          <w:b/>
        </w:rPr>
        <w:t xml:space="preserve">[35:41] </w:t>
      </w:r>
      <w:r>
        <w:t>aur distraction se apne aap ko bachana. yeh bhi zaroori hai. yaad rakhiye, jab tak aap distraction se nahin bachayenge, har waqt distraction hota hai is duniya mein.</w:t>
      </w:r>
    </w:p>
    <w:p>
      <w:pPr>
        <w:jc w:val="right"/>
      </w:pPr>
      <w:r>
        <w:t>اور ڈسٹریکشن سے اپنے آپ کو بچانا۔ یہ بھی ضروری ہے۔ یاد رکھیے، جب تک آپ ڈسٹریکشن سے نہیں بچائیں گے، ہر وقت ڈسٹریکشن ہوتا ہے اس دنیا میں۔</w:t>
      </w:r>
    </w:p>
    <w:p>
      <w:r>
        <w:rPr>
          <w:b/>
        </w:rPr>
        <w:t xml:space="preserve">[35:53] </w:t>
      </w:r>
      <w:r>
        <w:t>har waqt distraction, distraction, distraction.</w:t>
      </w:r>
    </w:p>
    <w:p>
      <w:pPr>
        <w:jc w:val="right"/>
      </w:pPr>
      <w:r>
        <w:t>ہر وقت ڈسٹریکشن، ڈسٹریکشن، ڈسٹریکشن۔</w:t>
      </w:r>
    </w:p>
    <w:p>
      <w:r>
        <w:rPr>
          <w:b/>
        </w:rPr>
        <w:t xml:space="preserve">[36:00] </w:t>
      </w:r>
      <w:r>
        <w:t>ek sahib ne mujh se kaha ke main aap se milna chahta hoon. unhone kaha: "theek hai, tashreef laiye." woh aaye to apne chhote bachche ko le kar aaye.</w:t>
      </w:r>
    </w:p>
    <w:p>
      <w:pPr>
        <w:jc w:val="right"/>
      </w:pPr>
      <w:r>
        <w:t>ایک صاحب نے مجھ سے کہا کہ میں آپ سے ملنا چاہتا ہوں۔ انہوں نے کہا: "ٹھیک ہے، تشریف لائیے۔" وہ آئے تو اپنے چھوٹے بچے کو لے کر آئے۔</w:t>
      </w:r>
    </w:p>
    <w:p>
      <w:r>
        <w:rPr>
          <w:b/>
        </w:rPr>
        <w:t xml:space="preserve">[36:10] </w:t>
      </w:r>
      <w:r>
        <w:t>ab woh jab tak mere paas rahe, apne bachche ko dekhte rahe.</w:t>
      </w:r>
    </w:p>
    <w:p>
      <w:pPr>
        <w:jc w:val="right"/>
      </w:pPr>
      <w:r>
        <w:t>اب وہ جب تک میرے پاس رہے، اپنے بچے کو دیکھتے رہے۔</w:t>
      </w:r>
    </w:p>
    <w:p>
      <w:r>
        <w:rPr>
          <w:b/>
        </w:rPr>
        <w:t xml:space="preserve">[36:17] </w:t>
      </w:r>
      <w:r>
        <w:t>to bachcha was a source of distraction for that gentleman. to ab meri baat koi samajh bhi nahin aayi hogi un ki.</w:t>
      </w:r>
    </w:p>
    <w:p>
      <w:pPr>
        <w:jc w:val="right"/>
      </w:pPr>
      <w:r>
        <w:t>تو بچہ واز ا سورس اف ڈسٹریکشن فار دیٹ جنٹلمین۔ تو اب میری بات کوئی سمجھ بھی نہیں آئی ہوگی ان کی۔</w:t>
      </w:r>
    </w:p>
    <w:p>
      <w:r>
        <w:rPr>
          <w:b/>
        </w:rPr>
        <w:t xml:space="preserve">[36:26] </w:t>
      </w:r>
      <w:r>
        <w:t>yeh der tak rahe mere paas, lekin un ka saara jo soul concern tha, woh bachcha tha. isi ko dekh rahe the, isi ko dekh rahe the, isi ko dekh rahe the, isi se khel rahe the.</w:t>
      </w:r>
    </w:p>
    <w:p>
      <w:pPr>
        <w:jc w:val="right"/>
      </w:pPr>
      <w:r>
        <w:t>یہ دیر تک رہے میرے پاس، لیکن ان کا سارا جو سول کنسرن تھا، وہ بچہ تھا۔ اسی کو دیکھ رہے تھے، اسی کو دیکھ رہے تھے، اسی کو دیکھ رہے تھے، اسی سے کھیل رہے تھے۔</w:t>
      </w:r>
    </w:p>
    <w:p>
      <w:r>
        <w:rPr>
          <w:b/>
        </w:rPr>
        <w:t xml:space="preserve">[36:38] </w:t>
      </w:r>
      <w:r>
        <w:t>us ki har baat, woh haath uthata to us ko bhi dekhte the. paanch haath tha, us ko bhi dekhte the.</w:t>
      </w:r>
    </w:p>
    <w:p>
      <w:pPr>
        <w:jc w:val="right"/>
      </w:pPr>
      <w:r>
        <w:t>اس کی ہر بات، وہ ہاتھ اٹھاتا تو اس کو بھی دیکھتے تھے۔ پانچ ہاتھ تھا، اس کو بھی دیکھتے تھے۔</w:t>
      </w:r>
    </w:p>
    <w:p>
      <w:r>
        <w:rPr>
          <w:b/>
        </w:rPr>
        <w:t xml:space="preserve">[36:46] </w:t>
      </w:r>
      <w:r>
        <w:t>idhar udhar chalta tha, us ko bhi dekhte the. woh yaani farishte bhi, wahan farishte bhi chal rahe the. woh dikhai nahin diya unhein, un ka bachcha chal raha tha, woh unhein dikhai diya.</w:t>
      </w:r>
    </w:p>
    <w:p>
      <w:pPr>
        <w:jc w:val="right"/>
      </w:pPr>
      <w:r>
        <w:t>ادھر ادھر چلتا تھا، اس کو بھی دیکھتے تھے۔ وہ یعنی فرشتے بھی، وہاں فرشتے بھی چل رہے تھے۔ وہ دکھائی نہیں دیا انہیں، ان کا بچہ چل رہا تھا، وہ انہیں دکھائی دیا۔</w:t>
      </w:r>
    </w:p>
    <w:p>
      <w:r>
        <w:rPr>
          <w:b/>
        </w:rPr>
        <w:t xml:space="preserve">[36:57] </w:t>
      </w:r>
      <w:r>
        <w:t>hadith mein aata hai ke ek baalisht jagah bhi zameen par aise nahin jahan koi farishta maujood na ho.</w:t>
      </w:r>
    </w:p>
    <w:p>
      <w:pPr>
        <w:jc w:val="right"/>
      </w:pPr>
      <w:r>
        <w:t>حدیث میں آتا ہے کہ ایک بالشت جگہ بھی زمین پر ایسے نہیں جہاں کوئی فرشتہ موجود نہ ہو۔</w:t>
      </w:r>
    </w:p>
    <w:p>
      <w:r>
        <w:rPr>
          <w:b/>
        </w:rPr>
        <w:t xml:space="preserve">[37:06] </w:t>
      </w:r>
      <w:r>
        <w:t>us ko baalisht kehte hain</w:t>
      </w:r>
    </w:p>
    <w:p>
      <w:pPr>
        <w:jc w:val="right"/>
      </w:pPr>
      <w:r>
        <w:t>اس کو بالشت کہتے ہیں</w:t>
      </w:r>
    </w:p>
    <w:p>
      <w:r>
        <w:rPr>
          <w:b/>
        </w:rPr>
        <w:t xml:space="preserve">[37:11] </w:t>
      </w:r>
      <w:r>
        <w:t>ya keh sakte hain aap ek foot zameen bhi aisi nahin jahan farishta maujood na ho. to wahan farishte bhi aas paas chal rahe the, unhein farishte nahin dikhai diye.</w:t>
      </w:r>
    </w:p>
    <w:p>
      <w:pPr>
        <w:jc w:val="right"/>
      </w:pPr>
      <w:r>
        <w:t>یا کہہ سکتے ہیں آپ ایک فٹ زمین بھی ایسی نہیں جہاں فرشتہ موجود نہ ہو۔ تو وہاں فرشتے بھی اس پاس چل رہے تھے، انہیں فرشتے نہیں دکھائی دیے۔</w:t>
      </w:r>
    </w:p>
    <w:p>
      <w:r>
        <w:rPr>
          <w:b/>
        </w:rPr>
        <w:t xml:space="preserve">[37:22] </w:t>
      </w:r>
      <w:r>
        <w:t>bas apna bachcha chal raha hai, idhar chal raha hai, udhar chal raha hai, woh dikhai de raha hai.</w:t>
      </w:r>
    </w:p>
    <w:p>
      <w:pPr>
        <w:jc w:val="right"/>
      </w:pPr>
      <w:r>
        <w:t>بس اپنا بچہ چل رہا ہے، ادھر چل رہا ہے، ادھر چل رہا ہے، وہ دکھائی دے رہا ہے۔</w:t>
      </w:r>
    </w:p>
    <w:p>
      <w:r>
        <w:rPr>
          <w:b/>
        </w:rPr>
        <w:t xml:space="preserve">[37:26] </w:t>
      </w:r>
      <w:r>
        <w:t>to kiya samjhenge? woh har aadmi jo hai, kisi na kisi cheez se distract ho raha hai. to hum se poochta hai ke khuda ko kaise hum jaanein?</w:t>
      </w:r>
    </w:p>
    <w:p>
      <w:pPr>
        <w:jc w:val="right"/>
      </w:pPr>
      <w:r>
        <w:t>تو کیا سمجھیں گے؟ وہ ہر آدمی جو ہے، کسی نہ کسی چیز سے ڈسٹریکٹ ہو رہا ہے۔ تو ہم سے پوچھتا ہے کہ خدا کو کیسے ہم جانیں؟</w:t>
      </w:r>
    </w:p>
    <w:p>
      <w:r>
        <w:rPr>
          <w:b/>
        </w:rPr>
        <w:t xml:space="preserve">[37:37] </w:t>
      </w:r>
      <w:r>
        <w:t>bhai, pehle distraction se bachao apne aap ko,</w:t>
      </w:r>
    </w:p>
    <w:p>
      <w:pPr>
        <w:jc w:val="right"/>
      </w:pPr>
      <w:r>
        <w:t>بھئی، پہلے ڈسٹریکشن سے بچاؤ اپنے آپ کو،</w:t>
      </w:r>
    </w:p>
    <w:p>
      <w:r>
        <w:rPr>
          <w:b/>
        </w:rPr>
        <w:t xml:space="preserve">[37:43] </w:t>
      </w:r>
      <w:r>
        <w:t>apne aap ko phir distraction se bachao.</w:t>
      </w:r>
    </w:p>
    <w:p>
      <w:pPr>
        <w:jc w:val="right"/>
      </w:pPr>
      <w:r>
        <w:t>اپنے آپ کو پھر ڈسٹریکشن سے بچاؤ۔</w:t>
      </w:r>
    </w:p>
    <w:p>
      <w:r>
        <w:rPr>
          <w:b/>
        </w:rPr>
        <w:t xml:space="preserve">[37:49] </w:t>
      </w:r>
      <w:r>
        <w:t>is ke baad hi aadmi khuda ko dekhega, khuda ko chhoega,</w:t>
      </w:r>
    </w:p>
    <w:p>
      <w:pPr>
        <w:jc w:val="right"/>
      </w:pPr>
      <w:r>
        <w:t>اس کے بعد ہی آدمی خدا کو دیکھے گا، خدا کو چھوئے گا،</w:t>
      </w:r>
    </w:p>
    <w:p>
      <w:r>
        <w:rPr>
          <w:b/>
        </w:rPr>
        <w:t xml:space="preserve">[37:55] </w:t>
      </w:r>
      <w:r>
        <w:t>khuda se us ki meeting hogi, khuda se us ka communion qaim hoga. khuda ke paane se ke baad kiya hota hai? insaan ka haal. is ka ek</w:t>
      </w:r>
    </w:p>
    <w:p>
      <w:pPr>
        <w:jc w:val="right"/>
      </w:pPr>
      <w:r>
        <w:t>خدا سے اس کی میٹنگ ہوگی، خدا سے اس کا کمیون قائم ہوگا۔ خدا کے پانے سے کے بعد کیا ہوتا ہے؟ انسان کا حال۔ اس کا ایک</w:t>
      </w:r>
    </w:p>
    <w:p>
      <w:r>
        <w:rPr>
          <w:b/>
        </w:rPr>
        <w:t xml:space="preserve">[38:09] </w:t>
      </w:r>
      <w:r>
        <w:t>ek qissa quran mein mein batata hoon aap ko.</w:t>
      </w:r>
    </w:p>
    <w:p>
      <w:pPr>
        <w:jc w:val="right"/>
      </w:pPr>
      <w:r>
        <w:t>ایک قصہ قرآن میں میں بتاتا ہوں آپ کو۔</w:t>
      </w:r>
    </w:p>
    <w:p>
      <w:r>
        <w:rPr>
          <w:b/>
        </w:rPr>
        <w:t xml:space="preserve">[38:19] </w:t>
      </w:r>
      <w:r>
        <w:t>egypt mein king tha firo, jis ko firon kaha jata hai. to us ke zamane mein hazrat moosa aaye, mozez, aur us ko dawat di.</w:t>
      </w:r>
    </w:p>
    <w:p>
      <w:pPr>
        <w:jc w:val="right"/>
      </w:pPr>
      <w:r>
        <w:t>ایجپٹ میں کنگ تھا فیرو، جس کو فرعون کہا جاتا ہے۔ تو اس کے زمانے میں حضرت موسیٰ آئے، موزز، اور اس کو دعوت دی۔</w:t>
      </w:r>
    </w:p>
    <w:p>
      <w:r>
        <w:rPr>
          <w:b/>
        </w:rPr>
        <w:t xml:space="preserve">[38:33] </w:t>
      </w:r>
      <w:r>
        <w:t>unhon ne toheed ki.</w:t>
      </w:r>
    </w:p>
    <w:p>
      <w:pPr>
        <w:jc w:val="right"/>
      </w:pPr>
      <w:r>
        <w:t>انہوں نے توحید کی۔</w:t>
      </w:r>
    </w:p>
    <w:p>
      <w:r>
        <w:rPr>
          <w:b/>
        </w:rPr>
        <w:t xml:space="preserve">[38:38] </w:t>
      </w:r>
      <w:r>
        <w:t>to hazrat moosa ne apna jo un ke paas woh tha, un ka asaa, staff, us ko zameen par dala aur saanp ban gaya.</w:t>
      </w:r>
    </w:p>
    <w:p>
      <w:pPr>
        <w:jc w:val="right"/>
      </w:pPr>
      <w:r>
        <w:t>تو حضرت موسیٰ نے اپنا جو ان کے پاس وہ تھا، ان کا عصا، اسٹاف، اس کو زمین پر ڈالا اور سانپ بن گیا۔</w:t>
      </w:r>
    </w:p>
    <w:p>
      <w:r>
        <w:rPr>
          <w:b/>
        </w:rPr>
        <w:t xml:space="preserve">[38:47] </w:t>
      </w:r>
      <w:r>
        <w:t>woh</w:t>
      </w:r>
    </w:p>
    <w:p>
      <w:pPr>
        <w:jc w:val="right"/>
      </w:pPr>
      <w:r>
        <w:t>وہ</w:t>
      </w:r>
    </w:p>
    <w:p>
      <w:r>
        <w:rPr>
          <w:b/>
        </w:rPr>
        <w:t xml:space="preserve">[38:49] </w:t>
      </w:r>
      <w:r>
        <w:t>to is zamane mein egypt mein ja magic ka bara zaroorat tha. bare bare magician hua karte the egypt mein. to firon ne kaha ke main tum ko magician ke zariye tum ko defeat doonga.</w:t>
      </w:r>
    </w:p>
    <w:p>
      <w:pPr>
        <w:jc w:val="right"/>
      </w:pPr>
      <w:r>
        <w:t>تو اس زمانے میں ایجپٹ میں جا میجک کا بڑا ضرورت تھا۔ بڑے بڑے میجیشن ہوا کرتے تھے ایجپٹ میں۔ تو فرعون نے کہا کہ میں تم کو میجیشن کے ذریعے تم کو ڈیفیٹ دوں گا۔</w:t>
      </w:r>
    </w:p>
    <w:p>
      <w:r>
        <w:rPr>
          <w:b/>
        </w:rPr>
        <w:t xml:space="preserve">[39:07] </w:t>
      </w:r>
      <w:r>
        <w:t>to ek din tay hua aur poore egypt ke bare bare magician bulaye gaye wahan par.</w:t>
      </w:r>
    </w:p>
    <w:p>
      <w:pPr>
        <w:jc w:val="right"/>
      </w:pPr>
      <w:r>
        <w:t>تو ایک دن طے ہوا اور پورے ایجپٹ کے بڑے بڑے میجیشن بلائے گئے وہاں پر۔</w:t>
      </w:r>
    </w:p>
    <w:p>
      <w:r>
        <w:rPr>
          <w:b/>
        </w:rPr>
        <w:t xml:space="preserve">[39:16] </w:t>
      </w:r>
      <w:r>
        <w:t>aur wahan par moosa ko bulaya</w:t>
      </w:r>
    </w:p>
    <w:p>
      <w:pPr>
        <w:jc w:val="right"/>
      </w:pPr>
      <w:r>
        <w:t>اور وہاں پر موسیٰ کو بلایا</w:t>
      </w:r>
    </w:p>
    <w:p>
      <w:r>
        <w:rPr>
          <w:b/>
        </w:rPr>
        <w:t xml:space="preserve">[39:18] </w:t>
      </w:r>
      <w:r>
        <w:t>gaya. ek bohat bara maidan tha, us maidan mein log bhare hue the tamasha dekhne ke liye. to kiya hua?</w:t>
      </w:r>
    </w:p>
    <w:p>
      <w:pPr>
        <w:jc w:val="right"/>
      </w:pPr>
      <w:r>
        <w:t>گیا۔ ایک بہت بڑا میدان تھا، اس میدان میں لوگ بھرے ہوئے تھے تماشہ دیکھنے کے لیے۔ تو کیا ہوا؟</w:t>
      </w:r>
    </w:p>
    <w:p>
      <w:r>
        <w:rPr>
          <w:b/>
        </w:rPr>
        <w:t xml:space="preserve">[39:29] </w:t>
      </w:r>
      <w:r>
        <w:t>jo magician aaye the, bare bare, un ke haath mein koi koi rassi thi, koi lakri thi, maidan mein dala unhon ne. to woh us saanp ki tarah woh sab chalne lage.</w:t>
      </w:r>
    </w:p>
    <w:p>
      <w:pPr>
        <w:jc w:val="right"/>
      </w:pPr>
      <w:r>
        <w:t>جو میجیشن آئے تھے، بڑے بڑے، ان کے ہاتھ میں کوئی کوئی رسی تھی، کوئی لکڑی تھی، میدان میں ڈالا انہوں نے۔ تو وہ اس سانپ کی طرح وہ سب چلنے لگے۔</w:t>
      </w:r>
    </w:p>
    <w:p>
      <w:r>
        <w:rPr>
          <w:b/>
        </w:rPr>
        <w:t xml:space="preserve">[39:40] </w:t>
      </w:r>
      <w:r>
        <w:t>woh saanp, woh woh woh lakri aur aur rassi jo laga ke saanp chal raha hai is mein maidan mein.</w:t>
      </w:r>
    </w:p>
    <w:p>
      <w:pPr>
        <w:jc w:val="right"/>
      </w:pPr>
      <w:r>
        <w:t>وہ سانپ، وہ وہ وہ لکڑی اور اور رسی جو لگا کے سانپ چل رہا ہے اس میں میدان میں۔</w:t>
      </w:r>
    </w:p>
    <w:p>
      <w:r>
        <w:rPr>
          <w:b/>
        </w:rPr>
        <w:t xml:space="preserve">[39:51] </w:t>
      </w:r>
      <w:r>
        <w:t>to is ke baad moosa ne kaha ke theek hai, ab main dalta hoon. to moosa ne apna jo un ka jo staff tha, jo un ka jo asaa tha, woh dala.</w:t>
      </w:r>
    </w:p>
    <w:p>
      <w:pPr>
        <w:jc w:val="right"/>
      </w:pPr>
      <w:r>
        <w:t>تو اس کے بعد موسیٰ نے کہا کہ ٹھیک ہے، اب میں ڈالتا ہوں۔ تو موسیٰ نے اپنا جو ان کا جو اسٹاف تھا، جو ان کا جو عصا تھا، وہ ڈالا۔</w:t>
      </w:r>
    </w:p>
    <w:p>
      <w:r>
        <w:rPr>
          <w:b/>
        </w:rPr>
        <w:t xml:space="preserve">[40:02] </w:t>
      </w:r>
      <w:r>
        <w:t>to faizah ya talakhf yafqoon, woh to khuda ka moajza tha, khuda ka miracle tha.</w:t>
      </w:r>
    </w:p>
    <w:p>
      <w:pPr>
        <w:jc w:val="right"/>
      </w:pPr>
      <w:r>
        <w:t>تو فیضہ یا تلخف یافقون، وہ تو خدا کا معجزہ تھا، خدا کا میریکل تھا۔</w:t>
      </w:r>
    </w:p>
    <w:p>
      <w:r>
        <w:rPr>
          <w:b/>
        </w:rPr>
        <w:t xml:space="preserve">[40:09] </w:t>
      </w:r>
      <w:r>
        <w:t>to quran mein ek faizah hai: "talakhf yafqoon". un ke dale hue cheezon ko woh saanp nigal gaya, nigal gaya, khatam ho gaya.</w:t>
      </w:r>
    </w:p>
    <w:p>
      <w:pPr>
        <w:jc w:val="right"/>
      </w:pPr>
      <w:r>
        <w:t>تو قرآن میں ایک فیضہ ہے: "تلخف یافقون"۔ ان کے ڈالے ہوئے چیزوں کو وہ سانپ نگل گیا، نگل گیا، ختم ہو گیا۔</w:t>
      </w:r>
    </w:p>
    <w:p>
      <w:r>
        <w:rPr>
          <w:b/>
        </w:rPr>
        <w:t xml:space="preserve">[40:19] </w:t>
      </w:r>
      <w:r>
        <w:t>woh</w:t>
      </w:r>
    </w:p>
    <w:p>
      <w:pPr>
        <w:jc w:val="right"/>
      </w:pPr>
      <w:r>
        <w:t>وہ</w:t>
      </w:r>
    </w:p>
    <w:p>
      <w:r>
        <w:rPr>
          <w:b/>
        </w:rPr>
        <w:t xml:space="preserve">[40:24] </w:t>
      </w:r>
      <w:r>
        <w:t>nighal gaya ka matlab koi log samajhte hain ke woh kha gaya, yeh matlab nahi hai. woh saaf saaf, woh jo dikhai de rahe the, woh sab saanp, woh sab lakri aur aur rassi ban gaye.</w:t>
      </w:r>
    </w:p>
    <w:p>
      <w:pPr>
        <w:jc w:val="right"/>
      </w:pPr>
      <w:r>
        <w:t>نگل گیا کا مطلب کوئی لوگ سمجھتے ہیں کہ وہ کھا گیا، یہ مطلب نہیں ہے۔ وہ صاف صاف، وہ جو دکھائی دے رہے تھے، وہ سب سانپ، وہ سب لکڑی اور اور رسی بن گئے۔</w:t>
      </w:r>
    </w:p>
    <w:p>
      <w:r>
        <w:rPr>
          <w:b/>
        </w:rPr>
        <w:t xml:space="preserve">[40:35] </w:t>
      </w:r>
      <w:r>
        <w:t>woh</w:t>
      </w:r>
    </w:p>
    <w:p>
      <w:pPr>
        <w:jc w:val="right"/>
      </w:pPr>
      <w:r>
        <w:t>وہ</w:t>
      </w:r>
    </w:p>
    <w:p>
      <w:r>
        <w:rPr>
          <w:b/>
        </w:rPr>
        <w:t xml:space="preserve">[40:36] </w:t>
      </w:r>
      <w:r>
        <w:t>jab woh chala, moosa ka saanp, to un ka jadoo khatam kar diya us ne. to saanp to lakri lakri reh gayi aur aur aur aur aur rassi rassi reh gayi.</w:t>
      </w:r>
    </w:p>
    <w:p>
      <w:pPr>
        <w:jc w:val="right"/>
      </w:pPr>
      <w:r>
        <w:t>جب وہ چلا، موسیٰ کا سانپ، تو ان کا جادو ختم کر دیا اس نے۔ تو سانپ تو لکڑی لکڑی رہ گئی اور اور اور اور اور رسی رسی رہ گئی۔</w:t>
      </w:r>
    </w:p>
    <w:p>
      <w:r>
        <w:rPr>
          <w:b/>
        </w:rPr>
        <w:t xml:space="preserve">[40:50] </w:t>
      </w:r>
      <w:r>
        <w:t>yeh jab dekha jadoogaron ne, magician jo the wahan ke, to woh woh woh jante the ke jadoo ki ek limit hai.</w:t>
      </w:r>
    </w:p>
    <w:p>
      <w:pPr>
        <w:jc w:val="right"/>
      </w:pPr>
      <w:r>
        <w:t>یہ جب دیکھا جادوگروں نے، میجیشن جو تھے وہاں کے، تو وہ وہ وہ جانتے تھے کہ جادو کی ایک لمٹ ہے۔</w:t>
      </w:r>
    </w:p>
    <w:p>
      <w:r>
        <w:rPr>
          <w:b/>
        </w:rPr>
        <w:t xml:space="preserve">[40:59] </w:t>
      </w:r>
      <w:r>
        <w:t>to woh samjhe ke jo moosa ne jo jo dikhai hai, "that beyond that limit", yeh jadoo nahi hai, yeh is se oopar ki cheez hai.</w:t>
      </w:r>
    </w:p>
    <w:p>
      <w:pPr>
        <w:jc w:val="right"/>
      </w:pPr>
      <w:r>
        <w:t>تو وہ سمجھے کہ جو موسیٰ نے جو جو دکھائی ہے، "دیٹ بیانڈ دیٹ لمٹ"، یہ جادو نہیں ہے، یہ اس سے اوپر کی چیز ہے۔</w:t>
      </w:r>
    </w:p>
    <w:p>
      <w:r>
        <w:rPr>
          <w:b/>
        </w:rPr>
        <w:t xml:space="preserve">[41:10] </w:t>
      </w:r>
      <w:r>
        <w:t>chunki woh apne apne jo art tha, un ka art mein woh expert thay, woh to un ko yeh samajhne mein ek second mein hi nahi laga ke yeh jo Musa dikha rahe hain, yeh to jadu hai nahi, jadu se bohat upar ki cheez hai.</w:t>
      </w:r>
    </w:p>
    <w:p>
      <w:pPr>
        <w:jc w:val="right"/>
      </w:pPr>
      <w:r>
        <w:t>چونکہ وہ اپنے اپنے جو آرٹ تھا، ان کا آرٹ میں وہ ایکسپرٹ تھے، وہ تو ان کو یہ سمجھنے میں ایک سیکنڈ میں ہی نہیں لگا کہ یہ جو موسیٰ دکھا رہے ہیں، یہ تو جادو ہے نہیں، جادو سے بہت اوپر کی چیز ہے۔</w:t>
      </w:r>
    </w:p>
    <w:p>
      <w:r>
        <w:rPr>
          <w:b/>
        </w:rPr>
        <w:t xml:space="preserve">[41:26] </w:t>
      </w:r>
      <w:r>
        <w:t>isi waqt woh un ka amna, apne babu sahib, haroon,</w:t>
      </w:r>
    </w:p>
    <w:p>
      <w:pPr>
        <w:jc w:val="right"/>
      </w:pPr>
      <w:r>
        <w:t>اسی وقت وہ ان کا امنہ، اپنے ببو صاحب، ہارون،</w:t>
      </w:r>
    </w:p>
    <w:p>
      <w:r>
        <w:rPr>
          <w:b/>
        </w:rPr>
        <w:t xml:space="preserve">[41:34] </w:t>
      </w:r>
      <w:r>
        <w:t>isi waqt unhon ne keh diya ke hum Musa ke rab par iman laye.</w:t>
      </w:r>
    </w:p>
    <w:p>
      <w:pPr>
        <w:jc w:val="right"/>
      </w:pPr>
      <w:r>
        <w:t>اسی وقت انہوں نے کہہ دیا کہ ہم موسیٰ کے رب پر ایمان لائے۔</w:t>
      </w:r>
    </w:p>
    <w:p>
      <w:r>
        <w:rPr>
          <w:b/>
        </w:rPr>
        <w:t xml:space="preserve">[41:40] </w:t>
      </w:r>
      <w:r>
        <w:t>isi waqt wahin par bol diya unhon ne ke hum Musa ke rab par iman laye. to Firon jo tha, Firo, bohat ghusa hua.</w:t>
      </w:r>
    </w:p>
    <w:p>
      <w:pPr>
        <w:jc w:val="right"/>
      </w:pPr>
      <w:r>
        <w:t>اسی وقت وہیں پر بول دیا انہوں نے کہ ہم موسیٰ کے رب پر ایمان لائے۔ تو فرعون جو تھا، فیرو، بہت غصہ ہوا۔</w:t>
      </w:r>
    </w:p>
    <w:p>
      <w:r>
        <w:rPr>
          <w:b/>
        </w:rPr>
        <w:t xml:space="preserve">[41:48] </w:t>
      </w:r>
      <w:r>
        <w:t>woh</w:t>
      </w:r>
    </w:p>
    <w:p>
      <w:pPr>
        <w:jc w:val="right"/>
      </w:pPr>
      <w:r>
        <w:t>وہ</w:t>
      </w:r>
    </w:p>
    <w:p>
      <w:r>
        <w:rPr>
          <w:b/>
        </w:rPr>
        <w:t xml:space="preserve">[41:51] </w:t>
      </w:r>
      <w:r>
        <w:t>us ne kaha ke tum bulaya tha hum ne tum ko, ab is ka tod karne ke liye, to tum isi ka sath dene lage. tum tum sab ko main marwa dalunga.</w:t>
      </w:r>
    </w:p>
    <w:p>
      <w:pPr>
        <w:jc w:val="right"/>
      </w:pPr>
      <w:r>
        <w:t>اس نے کہا کہ تم بلایا تھا ہم نے تم کو، اب اس کا توڑ کرنے کے لیے، تو تم اسی کا ساتھ دینے لگے۔ تم تم سب کو میں مروا ڈالوں گا۔</w:t>
      </w:r>
    </w:p>
    <w:p>
      <w:r>
        <w:rPr>
          <w:b/>
        </w:rPr>
        <w:t xml:space="preserve">[42:06] </w:t>
      </w:r>
      <w:r>
        <w:t>to dekhiye, woh jadugar jo thay, jab aaye thay to unhon ne kaha tha ke "ain Allah lajurn", yani badshah ki khushamad kar rahe thay, kya hum ko kuch inam o ikram milega?</w:t>
      </w:r>
    </w:p>
    <w:p>
      <w:pPr>
        <w:jc w:val="right"/>
      </w:pPr>
      <w:r>
        <w:t>تو دیکھیے، وہ جادوگر جو تھے، جب آئے تھے تو انہوں نے کہا تھا کہ "عین اللہ لاجرن"، یعنی بادشاہ کی خوشامد کر رہے تھے، کیا ہمیں کچھ انعام و کرام ملے گا؟</w:t>
      </w:r>
    </w:p>
    <w:p>
      <w:r>
        <w:rPr>
          <w:b/>
        </w:rPr>
        <w:t xml:space="preserve">[42:21] </w:t>
      </w:r>
      <w:r>
        <w:t>shuru mein "ain lana lajurn", in kunna ahl al ghalibeen, agar hum jeet jayein to kya hum ko kuch inam milega?</w:t>
      </w:r>
    </w:p>
    <w:p>
      <w:pPr>
        <w:jc w:val="right"/>
      </w:pPr>
      <w:r>
        <w:t>شروع میں "عین لنا لاجرن"، ان کنا اہل الغالبین، اگر ہم جیت جائیں تو کیا ہم کو کچھ انعام ملے گا؟</w:t>
      </w:r>
    </w:p>
    <w:p>
      <w:r>
        <w:rPr>
          <w:b/>
        </w:rPr>
        <w:t xml:space="preserve">[42:32] </w:t>
      </w:r>
      <w:r>
        <w:t>to badshah ne kaha haan,</w:t>
      </w:r>
    </w:p>
    <w:p>
      <w:pPr>
        <w:jc w:val="right"/>
      </w:pPr>
      <w:r>
        <w:t>تو بادشاہ نے کہا ہاں،</w:t>
      </w:r>
    </w:p>
    <w:p>
      <w:r>
        <w:rPr>
          <w:b/>
        </w:rPr>
        <w:t xml:space="preserve">[42:38] </w:t>
      </w:r>
      <w:r>
        <w:t>yeh tha beginning mein. lekin jab yeh sab dekha aur un ko sachai khul gayi, Khuda ko unhon ne discover kar liya aur is ka ailan kar diya.</w:t>
      </w:r>
    </w:p>
    <w:p>
      <w:pPr>
        <w:jc w:val="right"/>
      </w:pPr>
      <w:r>
        <w:t>یہ تھا بگننگ میں۔ لیکن جب یہ سب دیکھا اور ان کو سچائی کھل گئی، خدا کو انہوں نے ڈسکور کر لیا اور اس کا اعلان کر دیا۔</w:t>
      </w:r>
    </w:p>
    <w:p>
      <w:r>
        <w:rPr>
          <w:b/>
        </w:rPr>
        <w:t xml:space="preserve">[42:49] </w:t>
      </w:r>
      <w:r>
        <w:t>tab kya hua?</w:t>
      </w:r>
    </w:p>
    <w:p>
      <w:pPr>
        <w:jc w:val="right"/>
      </w:pPr>
      <w:r>
        <w:t>تب کیا ہوا؟</w:t>
      </w:r>
    </w:p>
    <w:p>
      <w:r>
        <w:rPr>
          <w:b/>
        </w:rPr>
        <w:t xml:space="preserve">[42:51] </w:t>
      </w:r>
      <w:r>
        <w:t>jab king ne kaha ke main tum sab ko marwa dalunga,</w:t>
      </w:r>
    </w:p>
    <w:p>
      <w:pPr>
        <w:jc w:val="right"/>
      </w:pPr>
      <w:r>
        <w:t>جب کنگ نے کہا کہ میں تم سب کو مروا ڈالوں گا،</w:t>
      </w:r>
    </w:p>
    <w:p>
      <w:r>
        <w:rPr>
          <w:b/>
        </w:rPr>
        <w:t xml:space="preserve">[42:57] </w:t>
      </w:r>
      <w:r>
        <w:t>yeh zinda nahi chhodunga, to unhon ne kaha ke "faqad faqad mantaqat", inka taqdi hasil hai duniya.</w:t>
      </w:r>
    </w:p>
    <w:p>
      <w:pPr>
        <w:jc w:val="right"/>
      </w:pPr>
      <w:r>
        <w:t>یہ زندہ نہیں چھوڑوں گا، تو انہوں نے کہا کہ "فقد فقد مانتقات"، انک تقدی حاصل ہے دنیا۔</w:t>
      </w:r>
    </w:p>
    <w:p>
      <w:r>
        <w:rPr>
          <w:b/>
        </w:rPr>
        <w:t xml:space="preserve">[43:08] </w:t>
      </w:r>
      <w:r>
        <w:t>jo karna hai, karo tum, isi duniya ke liye tum kar sakte ho na? zindagi to life after tak jati hai.</w:t>
      </w:r>
    </w:p>
    <w:p>
      <w:pPr>
        <w:jc w:val="right"/>
      </w:pPr>
      <w:r>
        <w:t>جو کرنا ہے، کرو تم، اسی دنیا کے لیے تم کر سکتے ہو نا؟ زندگی تو لائف ایئر افٹر تک جاتی ہے۔</w:t>
      </w:r>
    </w:p>
    <w:p>
      <w:r>
        <w:rPr>
          <w:b/>
        </w:rPr>
        <w:t xml:space="preserve">[43:20] </w:t>
      </w:r>
      <w:r>
        <w:t>faqad mantaqat, inka taqdi</w:t>
      </w:r>
    </w:p>
    <w:p>
      <w:pPr>
        <w:jc w:val="right"/>
      </w:pPr>
      <w:r>
        <w:t>فقد مانتقات، انک تقدی</w:t>
      </w:r>
    </w:p>
    <w:p>
      <w:r>
        <w:rPr>
          <w:b/>
        </w:rPr>
        <w:t xml:space="preserve">[43:22] </w:t>
      </w:r>
      <w:r>
        <w:t>hasil hai duniya. jo karna hai, to kar lo, isi duniya mein tum kar sakte ho.</w:t>
      </w:r>
    </w:p>
    <w:p>
      <w:pPr>
        <w:jc w:val="right"/>
      </w:pPr>
      <w:r>
        <w:t>حاصل ہے دنیا۔ جو کرنا ہے، تو کر لو، اسی دنیا میں تم کر سکتے ہو۔</w:t>
      </w:r>
    </w:p>
    <w:p>
      <w:r>
        <w:rPr>
          <w:b/>
        </w:rPr>
        <w:t xml:space="preserve">[43:30] </w:t>
      </w:r>
      <w:r>
        <w:t>chand minute ki, chand ghante ki duniya hai. to jab discovery hoti hai to yeh aadmi ka haal hota hai, kyunke sari lakeerein jo hain, choti ho jati hain.</w:t>
      </w:r>
    </w:p>
    <w:p>
      <w:pPr>
        <w:jc w:val="right"/>
      </w:pPr>
      <w:r>
        <w:t>چند منٹ کی، چند گھنٹے کی دنیا ہے۔ تو جب ڈسکوری ہوتی ہے تو یہ آدمی کا حال ہوتا ہے، کیونکہ ساری لکیریں جو ہیں، چھوٹی ہو جاتی ہیں۔</w:t>
      </w:r>
    </w:p>
    <w:p>
      <w:r>
        <w:rPr>
          <w:b/>
        </w:rPr>
        <w:t xml:space="preserve">[43:41] </w:t>
      </w:r>
      <w:r>
        <w:t>ek bari lakeer jab ek bari lakeer jo mil gayi hai, aap jante hain ke choti line ke aage bari line kheench di jaye to apne aap choti line choti line ban jati hai.</w:t>
      </w:r>
    </w:p>
    <w:p>
      <w:pPr>
        <w:jc w:val="right"/>
      </w:pPr>
      <w:r>
        <w:t>ایک بڑی لکیر جب ایک بڑی لکیر جو مل گئی ہے، آپ جانتے ہیں کہ چھوٹی لائن کے آگے بڑی لائن کھینچ دی جائے تو اپنے آپ چھوٹی لائن چھوٹی لائن بن جاتی ہے۔</w:t>
      </w:r>
    </w:p>
    <w:p>
      <w:r>
        <w:rPr>
          <w:b/>
        </w:rPr>
        <w:t xml:space="preserve">[43:55] </w:t>
      </w:r>
      <w:r>
        <w:t>to jab Khuda ko discover kar liya unhon ne to har line choti ho gayi, king bhi chhota ho gaya.</w:t>
      </w:r>
    </w:p>
    <w:p>
      <w:pPr>
        <w:jc w:val="right"/>
      </w:pPr>
      <w:r>
        <w:t>تو جب خدا کو ڈسکور کر لیا انہوں نے تو ہر لائن چھوٹی ہو گئی، کنگ بھی چھوٹا ہو گیا۔</w:t>
      </w:r>
    </w:p>
    <w:p>
      <w:r>
        <w:rPr>
          <w:b/>
        </w:rPr>
        <w:t xml:space="preserve">[44:06] </w:t>
      </w:r>
      <w:r>
        <w:t>main yahan yeh kahunga ke Khuda ko discover karne ke liye bohat zaroori hai sadgi, simplicity. impossible hai ke luxury ke sath Khuda ka relation ikatha ho, impossible hai.</w:t>
      </w:r>
    </w:p>
    <w:p>
      <w:pPr>
        <w:jc w:val="right"/>
      </w:pPr>
      <w:r>
        <w:t>میں یہاں یہ کہوں گا کہ خدا کو ڈسکور کرنے کے لیے بہت ضروری ہے سادگی، سمپلیسٹی۔ امپاسیبل ہے کہ لگزری کے ساتھ خدا کا ریلیشن اکٹھا ہو، امپاسیبل ہے۔</w:t>
      </w:r>
    </w:p>
    <w:p>
      <w:r>
        <w:rPr>
          <w:b/>
        </w:rPr>
        <w:t xml:space="preserve">[44:23] </w:t>
      </w:r>
      <w:r>
        <w:t>kyun?</w:t>
      </w:r>
    </w:p>
    <w:p>
      <w:pPr>
        <w:jc w:val="right"/>
      </w:pPr>
      <w:r>
        <w:t>کیوں؟</w:t>
      </w:r>
    </w:p>
    <w:p>
      <w:r>
        <w:rPr>
          <w:b/>
        </w:rPr>
        <w:t xml:space="preserve">[44:26] </w:t>
      </w:r>
      <w:r>
        <w:t>Khuda milta hai insan ko izzat ki satah par, helplessness ki satah par, aur sadgi mein aadmi ke andar helplessness aata hai.</w:t>
      </w:r>
    </w:p>
    <w:p>
      <w:pPr>
        <w:jc w:val="right"/>
      </w:pPr>
      <w:r>
        <w:t>خدا ملتا ہے انسان کو عزت کی سطح پر، ہیلپ لیسنس کی سطح پر، اور سادگی میں آدمی کے اندر ہیلپ لیسنس آتا ہے۔</w:t>
      </w:r>
    </w:p>
    <w:p>
      <w:r>
        <w:rPr>
          <w:b/>
        </w:rPr>
        <w:t xml:space="preserve">[44:37] </w:t>
      </w:r>
      <w:r>
        <w:t>jahan luxury aayi, tab to phir aap sadgi, phir to helplessness khatam. Hazrat Umar Farooq jo khalifa thay, bohat bade us zamane mein, un ka woh tha, bohat bada role tha.</w:t>
      </w:r>
    </w:p>
    <w:p>
      <w:pPr>
        <w:jc w:val="right"/>
      </w:pPr>
      <w:r>
        <w:t>جہاں لگزری آئی، تب تو پھر آپ سادگی، پھر تو ہیلپ لیسنس ختم۔ حضرت عمر فاروق جو خلیفہ تھے، بہت بڑے اس زمانے میں، ان کا وہ تھا، بہت بڑا رول تھا۔</w:t>
      </w:r>
    </w:p>
    <w:p>
      <w:r>
        <w:rPr>
          <w:b/>
        </w:rPr>
        <w:t xml:space="preserve">[44:53] </w:t>
      </w:r>
      <w:r>
        <w:t>to woh chalte thay, oont par gaye thay, woh Falasteen. to logon ne kaha ke oont par mat jaiye, aap ghode par jaiye. to ghoda le aaye, us par baithe.</w:t>
      </w:r>
    </w:p>
    <w:p>
      <w:pPr>
        <w:jc w:val="right"/>
      </w:pPr>
      <w:r>
        <w:t>تو وہ چلتے تھے، اونٹ پر گئے تھے، وہ فلسطین۔ تو لوگوں نے کہا کہ اونٹ پر مت جائیے، آپ گھوڑے پر جائیے۔ تو گھوڑا لے آئے، اس پر بیٹھے۔</w:t>
      </w:r>
    </w:p>
    <w:p>
      <w:r>
        <w:rPr>
          <w:b/>
        </w:rPr>
        <w:t xml:space="preserve">[45:04] </w:t>
      </w:r>
      <w:r>
        <w:t>woh bohat acha ghoda tha. utar gaye thori der ke baad. unhon ne kaha ke ghode par jab baitha main to mera idhar pride aa gaya tha. pride, pride jahan ho, Khuda wahan kahan milega?</w:t>
      </w:r>
    </w:p>
    <w:p>
      <w:pPr>
        <w:jc w:val="right"/>
      </w:pPr>
      <w:r>
        <w:t>وہ بہت اچھا گھوڑا تھا۔ اتر گئے تھوڑی دیر کے بعد۔ انہوں نے کہا کہ گھوڑے پر جب بیٹھا میں تو میرا ادھر پرائیڈ آ گیا تھا۔ پرائیڈ، پرائیڈ جہاں ہو، خدا وہاں کہاں ملے گا؟</w:t>
      </w:r>
    </w:p>
    <w:p>
      <w:r>
        <w:rPr>
          <w:b/>
        </w:rPr>
        <w:t xml:space="preserve">[45:19] </w:t>
      </w:r>
      <w:r>
        <w:t>pride aaya to Khuda nahi mil sakta aap ko.</w:t>
      </w:r>
    </w:p>
    <w:p>
      <w:pPr>
        <w:jc w:val="right"/>
      </w:pPr>
      <w:r>
        <w:t>پرائیڈ آیا تو خدا نہیں مل سکتا آپ کو۔</w:t>
      </w:r>
    </w:p>
    <w:p>
      <w:r>
        <w:rPr>
          <w:b/>
        </w:rPr>
        <w:t xml:space="preserve">[45:22] </w:t>
      </w:r>
      <w:r>
        <w:t>is liye jis aadmi ko chahiye ke wo Khuda ko paye, us ko yeh bhi decide karna parega ke us ko simple life bitana hai.</w:t>
      </w:r>
    </w:p>
    <w:p>
      <w:pPr>
        <w:jc w:val="right"/>
      </w:pPr>
      <w:r>
        <w:t>اس لیے جس آدمی کو چاہیے کہ وہ خدا کو پائے، اس کو یہ بھی ڈیسائیڈ کرنا پڑے گا کہ اس کو سمپل لائف بتانا ہے۔</w:t>
      </w:r>
    </w:p>
    <w:p>
      <w:r>
        <w:rPr>
          <w:b/>
        </w:rPr>
        <w:t xml:space="preserve">[45:33] </w:t>
      </w:r>
      <w:r>
        <w:t>simplicity ke ke baghair koi aadmi izzat ka tajurba nahi karta, aur jab izzat ka tajurba wo nahi karega to Khuda kabhi nahi payega.</w:t>
      </w:r>
    </w:p>
    <w:p>
      <w:pPr>
        <w:jc w:val="right"/>
      </w:pPr>
      <w:r>
        <w:t>سمپلیسٹی کے کے بغیر کوئی آدمی عزت کا تجربہ نہیں کرتا، اور جب عزت کا تجربہ وہ نہیں کرے گا تو خدا کبھی نہیں پائے گا۔</w:t>
      </w:r>
    </w:p>
    <w:p>
      <w:r>
        <w:rPr>
          <w:b/>
        </w:rPr>
        <w:t xml:space="preserve">[45:44] </w:t>
      </w:r>
      <w:r>
        <w:t>ek baat mein yeh kahunga, yeh jo aas paas ki duniya jo hai, rozmarra is mein Khuda ka introduction ho raha hai har waqt.</w:t>
      </w:r>
    </w:p>
    <w:p>
      <w:pPr>
        <w:jc w:val="right"/>
      </w:pPr>
      <w:r>
        <w:t>ایک بات میں یہ کہوں گا، یہ جو اس پاس کی دنیا جو ہے، روزمرہ اس میں خدا کا انٹروڈکشن ہو رہا ہے ہر وقت۔</w:t>
      </w:r>
    </w:p>
    <w:p>
      <w:r>
        <w:rPr>
          <w:b/>
        </w:rPr>
        <w:t xml:space="preserve">[45:53] </w:t>
      </w:r>
      <w:r>
        <w:t>to aap is ko is mein aap itna zyada aap maturity aap ke andar aa jaye ke cheezon mein aap Khuda ko dekhne lagain.</w:t>
      </w:r>
    </w:p>
    <w:p>
      <w:pPr>
        <w:jc w:val="right"/>
      </w:pPr>
      <w:r>
        <w:t>تو آپ اس کو اس میں آپ اتنا زیادہ آپ میچورٹی آپ کے اندر آ جائے کہ چیزوں میں آپ خدا کو دیکھنے لگیں۔</w:t>
      </w:r>
    </w:p>
    <w:p>
      <w:r>
        <w:rPr>
          <w:b/>
        </w:rPr>
        <w:t xml:space="preserve">[46:02] </w:t>
      </w:r>
      <w:r>
        <w:t>jis ko Quran mein kaha gaya toosam, yani toosam ki jab tak aap ke andar capacity nahi aayegi, aap Khuda ko na dekhenge na payenge.</w:t>
      </w:r>
    </w:p>
    <w:p>
      <w:pPr>
        <w:jc w:val="right"/>
      </w:pPr>
      <w:r>
        <w:t>جس کو قرآن میں کہا گیا توسم، یعنی توسم کی جب تک آپ کے اندر کیپیسٹی نہیں آئے گی، آپ خدا کو نہ دیکھیں گے نہ پائیں گے۔</w:t>
      </w:r>
    </w:p>
    <w:p>
      <w:r>
        <w:rPr>
          <w:b/>
        </w:rPr>
        <w:t xml:space="preserve">[46:16] </w:t>
      </w:r>
      <w:r>
        <w:t>aisa aadmi andha bahar bana rahega.</w:t>
      </w:r>
    </w:p>
    <w:p>
      <w:pPr>
        <w:jc w:val="right"/>
      </w:pPr>
      <w:r>
        <w:t>ایسا آدمی اندھا باہر بنا رہے گا۔</w:t>
      </w:r>
    </w:p>
    <w:p>
      <w:r>
        <w:rPr>
          <w:b/>
        </w:rPr>
        <w:t xml:space="preserve">[46:20] </w:t>
      </w:r>
      <w:r>
        <w:t>mein jo kehna chahta hoon, is ka mein ek misaal deta hoon. mein Morocco ko gaya. Morocco mein aap jante hain ke abhi bhi king hai, wahan par kingship abhi wahan par hai.</w:t>
      </w:r>
    </w:p>
    <w:p>
      <w:pPr>
        <w:jc w:val="right"/>
      </w:pPr>
      <w:r>
        <w:t>میں جو کہنا چاہتا ہوں، اس کا میں ایک مثال دیتا ہوں۔ میں مراکش کو گیا۔ مراکش میں آپ جانتے ہیں کہ ابھی بھی کنگ ہے، وہاں پر کنگ شپ ابھی وہاں پر ہے۔</w:t>
      </w:r>
    </w:p>
    <w:p>
      <w:r>
        <w:rPr>
          <w:b/>
        </w:rPr>
        <w:t xml:space="preserve">[46:32] </w:t>
      </w:r>
      <w:r>
        <w:t>to king ka jo palace tha, us mein ek program tha, us mein dunya bhar ke scholar bulaye gaye the. mujhe bhi bulaya gaya tha. is se pehle maine dekha tha ke Buckingham Palace mein ya White House mein ya Downing Street mein kahin joota nahi utarna parta.</w:t>
      </w:r>
    </w:p>
    <w:p>
      <w:pPr>
        <w:jc w:val="right"/>
      </w:pPr>
      <w:r>
        <w:t>تو کنگ کا جو پیلس تھا، اس میں ایک پروگرام تھا، اس میں دنیا بھر کے اسکالر بلائے گئے تھے۔ مجھے بھی بلایا گیا تھا۔ اس سے پہلے میں نے دیکھا تھا کہ بگنگھم پیلس میں یا وائٹ ہاؤس میں یا ڈاؤننگ اسٹریٹ میں کہیں جوتا نہیں اتارنا پڑتا۔</w:t>
      </w:r>
    </w:p>
    <w:p>
      <w:r>
        <w:rPr>
          <w:b/>
        </w:rPr>
        <w:t xml:space="preserve">[46:49] </w:t>
      </w:r>
      <w:r>
        <w:t>to mein aise chala gaya jootay ke sath. to ek aadmi jo tha wahan par, jo hamara Morocco ka tha, wo wohin ka badshah ka qareebi.</w:t>
      </w:r>
    </w:p>
    <w:p>
      <w:pPr>
        <w:jc w:val="right"/>
      </w:pPr>
      <w:r>
        <w:t>تو میں ایسے چلا گیا جوتے کے ساتھ۔ تو ایک آدمی جو تھا وہاں پر، جو ہمارا مراکش کا تھا، وہ وہیں کا بادشاہ کا قریبی۔</w:t>
      </w:r>
    </w:p>
    <w:p>
      <w:r>
        <w:rPr>
          <w:b/>
        </w:rPr>
        <w:t xml:space="preserve">[47:04] </w:t>
      </w:r>
      <w:r>
        <w:t>to us ne humor ke andaaz mein kaha, humor ke andaaz mein: "Ya Sheikh, akhla' nalak innaka bil wadil muqaddas".</w:t>
      </w:r>
    </w:p>
    <w:p>
      <w:pPr>
        <w:jc w:val="right"/>
      </w:pPr>
      <w:r>
        <w:t>تو اس نے ہیومر کے انداز میں کہا، ہیومر کے انداز میں: "یا شیخ، اخلا نالک انک بالواد المقدس"۔</w:t>
      </w:r>
    </w:p>
    <w:p>
      <w:r>
        <w:rPr>
          <w:b/>
        </w:rPr>
        <w:t xml:space="preserve">[47:14] </w:t>
      </w:r>
      <w:r>
        <w:t>yeh Quran ki ek ayat hai, yeh</w:t>
      </w:r>
    </w:p>
    <w:p>
      <w:pPr>
        <w:jc w:val="right"/>
      </w:pPr>
      <w:r>
        <w:t>یہ قرآن کی ایک آیت ہے، یہ</w:t>
      </w:r>
    </w:p>
    <w:p>
      <w:r>
        <w:rPr>
          <w:b/>
        </w:rPr>
        <w:t xml:space="preserve">[47:17] </w:t>
      </w:r>
      <w:r>
        <w:t>ke Hazrat Musa jab Khuda ne bulaya Musa ko pahad par to joota pehne hue the. Hazrat Musa to ek hi insan hai, mein samajhta hoon ke Musa jis ke sath Khuda ne direct kalam kiya hai,</w:t>
      </w:r>
    </w:p>
    <w:p>
      <w:pPr>
        <w:jc w:val="right"/>
      </w:pPr>
      <w:r>
        <w:t>کہ حضرت موسیٰ جب خدا نے بلایا موسیٰ کو پہاڑ پر تو جوتا پہنے ہوئے تھے۔ حضرت موسیٰ تو ایک ہی انسان ہے، میں سمجھتا ہوں کہ موسیٰ جس کے ساتھ خدا نے ڈائریکٹ کلام کیا ہے،</w:t>
      </w:r>
    </w:p>
    <w:p>
      <w:r>
        <w:rPr>
          <w:b/>
        </w:rPr>
        <w:t xml:space="preserve">[47:36] </w:t>
      </w:r>
      <w:r>
        <w:t>koi doosra insan nahi. doosre insan ke paas angel aate hain, koi peghamabar ya koi insan aisa mere ilm mein nahi hai.</w:t>
      </w:r>
    </w:p>
    <w:p>
      <w:pPr>
        <w:jc w:val="right"/>
      </w:pPr>
      <w:r>
        <w:t>کوئی دوسرا انسان نہیں۔ دوسرے انسان کے پاس اینجل آتے ہیں، کوئی پیغمبر یا کوئی انسان ایسا میرے علم میں نہیں ہے۔</w:t>
      </w:r>
    </w:p>
    <w:p>
      <w:r>
        <w:rPr>
          <w:b/>
        </w:rPr>
        <w:t xml:space="preserve">[47:47] </w:t>
      </w:r>
      <w:r>
        <w:t>mein nahi jaanta kisi aise peghamabar ko ya kisi insan ko jis se Khuda ne khud direct kalam kiya ho.</w:t>
      </w:r>
    </w:p>
    <w:p>
      <w:pPr>
        <w:jc w:val="right"/>
      </w:pPr>
      <w:r>
        <w:t>میں نہیں جانتا کسی ایسے پیغمبر کو یا کسی انسان کو جس سے خدا نے خود ڈائریکٹ کلام کیا ہو۔</w:t>
      </w:r>
    </w:p>
    <w:p>
      <w:r>
        <w:rPr>
          <w:b/>
        </w:rPr>
        <w:t xml:space="preserve">[47:55] </w:t>
      </w:r>
      <w:r>
        <w:t>yeh waqia sirf Musa ke sath hua. to jab wo pahad par pohanche to joota pehne hue the.</w:t>
      </w:r>
    </w:p>
    <w:p>
      <w:pPr>
        <w:jc w:val="right"/>
      </w:pPr>
      <w:r>
        <w:t>یہ واقعہ صرف موسیٰ کے ساتھ ہوا۔ تو جب وہ پہاڑ پر پہنچے تو جوتا پہنے ہوئے تھے۔</w:t>
      </w:r>
    </w:p>
    <w:p>
      <w:r>
        <w:rPr>
          <w:b/>
        </w:rPr>
        <w:t xml:space="preserve">[48:09] </w:t>
      </w:r>
      <w:r>
        <w:t>to idhar se awaz aayi: "akhla' nalak innaka bil wadil muqaddas"</w:t>
      </w:r>
    </w:p>
    <w:p>
      <w:pPr>
        <w:jc w:val="right"/>
      </w:pPr>
      <w:r>
        <w:t>تو ادھر سے آواز آئی: "اخلا نالک انک بالواد المقدس"</w:t>
      </w:r>
    </w:p>
    <w:p>
      <w:r>
        <w:rPr>
          <w:b/>
        </w:rPr>
        <w:t xml:space="preserve">[48:16] </w:t>
      </w:r>
      <w:r>
        <w:t>. aye Musa, apne jootay utar do, tum us waqt holy place par ho. usi waqt le kar unhon ne humor ke andaaz mein kaha ke: "Ya Sheikh, akhla' nalak innaka bil wadil muqaddas".</w:t>
      </w:r>
    </w:p>
    <w:p>
      <w:pPr>
        <w:jc w:val="right"/>
      </w:pPr>
      <w:r>
        <w:t>۔ اے موسیٰ، اپنے جوتے اتار دو، تم اس وقت ہولی پلیس پر ہو۔ اسی وقت لے کر انہوں نے ہیومر کے انداز میں کہا کہ: "یا شیخ، اخلا نالک انک بالواد المقدس"۔</w:t>
      </w:r>
    </w:p>
    <w:p>
      <w:r>
        <w:rPr>
          <w:b/>
        </w:rPr>
        <w:t xml:space="preserve">[48:34] </w:t>
      </w:r>
      <w:r>
        <w:t>to agarchay us waqt mein ek ek king ke palace mein tha, lekin wo king ke palace mein liye Khuda ki hazri, Khuda ke Khuda ke darbar mein hazri ka lamha ban gaya.</w:t>
      </w:r>
    </w:p>
    <w:p>
      <w:pPr>
        <w:jc w:val="right"/>
      </w:pPr>
      <w:r>
        <w:t>تو اگرچہ اس وقت میں ایک ایک کنگ کے پیلس میں تھا، لیکن وہ کنگ کے پیلس میں لیے خدا کی حاضری، خدا کے خدا کے کے دربار میں حاضری کا لمحہ بن گیا۔</w:t>
      </w:r>
    </w:p>
    <w:p>
      <w:r>
        <w:rPr>
          <w:b/>
        </w:rPr>
        <w:t xml:space="preserve">[48:47] </w:t>
      </w:r>
      <w:r>
        <w:t>Hazrat Musa jo the, Khuda ke hazri ka wo lamha tha jab ke un se yeh kaha gaya. to mere liye wo lamha convert ho gaya. is is lamhe mein,</w:t>
      </w:r>
    </w:p>
    <w:p>
      <w:pPr>
        <w:jc w:val="right"/>
      </w:pPr>
      <w:r>
        <w:t>حضرت موسیٰ جو تھے، خدا کے حاضری کا وہ لمحہ تھا جب کہ ان سے یہ کہا گیا۔ تو میرے لیے وہ لمحہ کنورٹ ہو گیا۔ اس اس لمحے میں،</w:t>
      </w:r>
    </w:p>
    <w:p>
      <w:r>
        <w:rPr>
          <w:b/>
        </w:rPr>
        <w:t xml:space="preserve">[48:59] </w:t>
      </w:r>
      <w:r>
        <w:t>yani badshah ke darbar mein hona, wo mujhe ek tajurba ban gaya us lamhe ka jab ke Hazrat Musa ke ko Khuda ke darbar mein hazri hui thi aur aur un ko yeh kaha gaya tha: "akhla' nalak".</w:t>
      </w:r>
    </w:p>
    <w:p>
      <w:pPr>
        <w:jc w:val="right"/>
      </w:pPr>
      <w:r>
        <w:t>یعنی بادشاہ کے دربار میں ہونا، وہ مجھے ایک تجربہ بن گیا اس لمحے کا جب کہ حضرت موسیٰ کے کو خدا کے دربار میں حاضری ہوئی تھی اور اور ان کو یہ کہا گیا تھا: "اخلا نالک"۔</w:t>
      </w:r>
    </w:p>
    <w:p>
      <w:r>
        <w:rPr>
          <w:b/>
        </w:rPr>
        <w:t xml:space="preserve">[49:17] </w:t>
      </w:r>
      <w:r>
        <w:t>to jab us ne yeh kaha ke: "Ya Sheikh, akhla' nalak innaka bil wadil muqaddas", is tarah se aap ko waqiat ko convert karna parta hai, spiritual sense dena parta hai.</w:t>
      </w:r>
    </w:p>
    <w:p>
      <w:pPr>
        <w:jc w:val="right"/>
      </w:pPr>
      <w:r>
        <w:t>تو جب اس نے یہ کہا کہ: "یا شیخ، اخلا نالک انک بالواد المقدس"، اس طرح سے آپ کو واقعات کو کنورٹ کرنا پڑتا ہے، اسپریچول سینس دینا پڑتا ہے۔</w:t>
      </w:r>
    </w:p>
    <w:p>
      <w:r>
        <w:rPr>
          <w:b/>
        </w:rPr>
        <w:t xml:space="preserve">[49:31] </w:t>
      </w:r>
      <w:r>
        <w:t>us ko yeh dunya mein har cheez ko,</w:t>
      </w:r>
    </w:p>
    <w:p>
      <w:pPr>
        <w:jc w:val="right"/>
      </w:pPr>
      <w:r>
        <w:t>اس کو یہ دنیا میں ہر چیز کو،</w:t>
      </w:r>
    </w:p>
    <w:p>
      <w:r>
        <w:rPr>
          <w:b/>
        </w:rPr>
        <w:t xml:space="preserve">[49:37] </w:t>
      </w:r>
      <w:r>
        <w:t>har cheez mein Khuda ka noor hai, har cheez mein Khuda ka jalwa hai,</w:t>
      </w:r>
    </w:p>
    <w:p>
      <w:pPr>
        <w:jc w:val="right"/>
      </w:pPr>
      <w:r>
        <w:t>ہر چیز میں خدا کا نور ہے، ہر چیز میں خدا کا جلوہ ہے،</w:t>
      </w:r>
    </w:p>
    <w:p>
      <w:r>
        <w:rPr>
          <w:b/>
        </w:rPr>
        <w:t xml:space="preserve">[49:41] </w:t>
      </w:r>
      <w:r>
        <w:t>har cheez mein Khuda ka, Khuda ka science, yani science hai Khuda ke. yeh mein yeh mein yeh nahi keh raha ke khud Khuda har cheez mein hai.</w:t>
      </w:r>
    </w:p>
    <w:p>
      <w:pPr>
        <w:jc w:val="right"/>
      </w:pPr>
      <w:r>
        <w:t>ہر چیز میں خدا کا، خدا کا سائنس، یعنی سائنس ہے خدا کے۔ یہ میں یہ میں یہ نہیں کہہ رہا کہ خود خدا ہر چیز میں ہے۔</w:t>
      </w:r>
    </w:p>
    <w:p>
      <w:r>
        <w:rPr>
          <w:b/>
        </w:rPr>
        <w:t xml:space="preserve">[49:52] </w:t>
      </w:r>
      <w:r>
        <w:t>mein yeh nahi kehta, mein is ko nahi maanta ke khud Khuda har cheez mein hai. nahi, Khuda ke science har cheez mein hain, Khuda ki nishaniyan, Khuda ke jalwe. yeh mein keh raha hoon.</w:t>
      </w:r>
    </w:p>
    <w:p>
      <w:pPr>
        <w:jc w:val="right"/>
      </w:pPr>
      <w:r>
        <w:t>میں یہ نہیں کہتا، میں اس کو نہیں مانتا کہ خود خدا ہر چیز میں ہے۔ نہیں، خدا کے سائنس ہر چیز میں ہیں، خدا کی نشانیاں، خدا کے جلوے۔ یہ میں کہہ رہا ہوں۔</w:t>
      </w:r>
    </w:p>
    <w:p>
      <w:r>
        <w:rPr>
          <w:b/>
        </w:rPr>
        <w:t xml:space="preserve">[50:03] </w:t>
      </w:r>
      <w:r>
        <w:t>to is ko janne ke liye zaroori hai ke aap ke andar art of conversion aap ko aata ho.</w:t>
      </w:r>
    </w:p>
    <w:p>
      <w:pPr>
        <w:jc w:val="right"/>
      </w:pPr>
      <w:r>
        <w:t>تو اس کو جاننے کے لیے ضروری ہے کہ آپ کے اندر آرٹ آف کنورژن آپ کو آتا ہو۔</w:t>
      </w:r>
    </w:p>
    <w:p>
      <w:r>
        <w:rPr>
          <w:b/>
        </w:rPr>
        <w:t xml:space="preserve">[50:12] </w:t>
      </w:r>
      <w:r>
        <w:t>art of conversion, yaani badshah ke darbar mein aap hain aur convert ho jaye, woh aap ke mind mein aa kar ke Khuda ke darbar mein aap pahunchenge. jab tak yeh art of conversion nahi aayega, us waqt tak aap ko woh nahi ho sakta,</w:t>
      </w:r>
    </w:p>
    <w:p>
      <w:pPr>
        <w:jc w:val="right"/>
      </w:pPr>
      <w:r>
        <w:t>آرٹ آف کنورژن، یعنی بادشاہ کے دربار میں آپ ہیں اور کنورٹ ہو جائے، وہ آپ کے مائنڈ میں آ کر کے خدا کے دربار میں آپ پہنچیں گے۔ جب تک یہ آرٹ آف کنورژن نہیں آئے گا، اس وقت تک آپ کو وہ نہیں ہو سکتا،</w:t>
      </w:r>
    </w:p>
    <w:p>
      <w:r>
        <w:rPr>
          <w:b/>
        </w:rPr>
        <w:t xml:space="preserve">[50:34] </w:t>
      </w:r>
      <w:r>
        <w:t>Khuda ki discovery nahi ho sakti. mein is se pehle kuch dinon Rampur mein tha to</w:t>
      </w:r>
    </w:p>
    <w:p>
      <w:pPr>
        <w:jc w:val="right"/>
      </w:pPr>
      <w:r>
        <w:t>خدا کی ڈسکوری نہیں ہو سکتی۔ میں اس سے پہلے کچھ دنوں رامپور میں تھا تو</w:t>
      </w:r>
    </w:p>
    <w:p>
      <w:r>
        <w:rPr>
          <w:b/>
        </w:rPr>
        <w:t xml:space="preserve">[50:41] </w:t>
      </w:r>
      <w:r>
        <w:t>Rampur mein Fajr ki namaz jo hoti thi, to mein sab se pehle masjid pahunchta tha. aksar log der mein aate the, kuch na kuch to mujh ko logon ne imam bana diya Fajr ki namaz ka imam.</w:t>
      </w:r>
    </w:p>
    <w:p>
      <w:pPr>
        <w:jc w:val="right"/>
      </w:pPr>
      <w:r>
        <w:t>رامپور میں فجر کی نماز جو ہوتی تھی، تو میں سب سے پہلے مسجد پہنچتا تھا۔ اکثر لوگ دیر میں آتے تھے، کچھ نہ کچھ تو مجھ کو لوگوں نے امام بنا دیا فجر کی نماز کا امام۔</w:t>
      </w:r>
    </w:p>
    <w:p>
      <w:r>
        <w:rPr>
          <w:b/>
        </w:rPr>
        <w:t xml:space="preserve">[50:58] </w:t>
      </w:r>
      <w:r>
        <w:t>to mein jab namaz parhata tha to Fajr mein lambi qirat ki aati thi. aap jante hain, lambi qirat ki aati hai. to mein thori lambi qirat karta tha</w:t>
      </w:r>
    </w:p>
    <w:p>
      <w:pPr>
        <w:jc w:val="right"/>
      </w:pPr>
      <w:r>
        <w:t>تو میں جب نماز پڑھاتا تھا تو فجر میں لمبی قرأت کی آتی تھی۔ آپ جانتے ہیں، لمبی قرأت کی آتی ہے۔ تو میں تھوڑی لمبی قرأت کرتا تھا</w:t>
      </w:r>
    </w:p>
    <w:p>
      <w:r>
        <w:rPr>
          <w:b/>
        </w:rPr>
        <w:t xml:space="preserve">[51:09] </w:t>
      </w:r>
      <w:r>
        <w:t>to mein namaz woh qirat karte karte mere aansu nikal padte the, mein rone lagta tha qirat karte karte. to ek sahib wahan par jo bohat pabandi se namaz padhte the, woh paanch waqt, woh taajir the.</w:t>
      </w:r>
    </w:p>
    <w:p>
      <w:pPr>
        <w:jc w:val="right"/>
      </w:pPr>
      <w:r>
        <w:t>تو میں نماز وہ قرأت کرتے کرتے میرے آنسو نکل پڑتے تھے، میں رونے لگتا تھا قرأت کرتے کرتے۔ تو ایک صاحب وہاں پر جو بہت پابندی سے نماز پڑھتے تھے، وہ پانچ وقت، وہ تاجر تھے۔</w:t>
      </w:r>
    </w:p>
    <w:p>
      <w:r>
        <w:rPr>
          <w:b/>
        </w:rPr>
        <w:t xml:space="preserve">[51:26] </w:t>
      </w:r>
      <w:r>
        <w:t>to ek din woh bara ghussa hue ke kya hai, namaz is liye thori hai.</w:t>
      </w:r>
    </w:p>
    <w:p>
      <w:pPr>
        <w:jc w:val="right"/>
      </w:pPr>
      <w:r>
        <w:t>تو ایک دن وہ بڑا غصہ ہوئے کہ کیا ہے، نماز اس لیے تھوڑی ہے۔</w:t>
      </w:r>
    </w:p>
    <w:p>
      <w:r>
        <w:rPr>
          <w:b/>
        </w:rPr>
        <w:t xml:space="preserve">[51:33] </w:t>
      </w:r>
      <w:r>
        <w:t>to is ko bura maana unhon ne ke namaz mein koshish rone lage.</w:t>
      </w:r>
    </w:p>
    <w:p>
      <w:pPr>
        <w:jc w:val="right"/>
      </w:pPr>
      <w:r>
        <w:t>تو اس کو برا مانا انہوں نے کہ نماز میں کوشش رونے لگے۔</w:t>
      </w:r>
    </w:p>
    <w:p>
      <w:r>
        <w:rPr>
          <w:b/>
        </w:rPr>
        <w:t xml:space="preserve">[51:38] </w:t>
      </w:r>
      <w:r>
        <w:t>yahan tak ke unhon ne, jahan tak mujhe yaad hai, woh namaz na aana chhod diya. unhon ne kyun? namaz ko log samajhte hain ek set of rituals, ek form hai.</w:t>
      </w:r>
    </w:p>
    <w:p>
      <w:pPr>
        <w:jc w:val="right"/>
      </w:pPr>
      <w:r>
        <w:t>یہاں تک کہ انہوں نے، جہاں تک مجھے یاد ہے، وہ نماز نہ آنا چھوڑ دیا۔ انہوں نے کیوں؟ نماز کو لوگ سمجھتے ہیں ایک سیٹ آف ریچولز، ایک فارم ہے۔</w:t>
      </w:r>
    </w:p>
    <w:p>
      <w:r>
        <w:rPr>
          <w:b/>
        </w:rPr>
        <w:t xml:space="preserve">[51:51] </w:t>
      </w:r>
      <w:r>
        <w:t>is ko dohra liya, par namaz ho gayi. rona dhona kya hai? yeh un ka mind tha ke namaz to ek form ka naam hai, ek ek ek ek muqaddas form hai, ek set of rituals hai.</w:t>
      </w:r>
    </w:p>
    <w:p>
      <w:pPr>
        <w:jc w:val="right"/>
      </w:pPr>
      <w:r>
        <w:t>اس کو دہرا لیا، پر نماز ہو گئی۔ رونا دھونا کیا ہے؟ یہ ان کا مائنڈ تھا کہ نماز تو ایک فارم کا نام ہے، ایک ایک ایک ایک مقدس فارم ہے، ایک سیٹ آف ریچولز ہے۔</w:t>
      </w:r>
    </w:p>
    <w:p>
      <w:r>
        <w:rPr>
          <w:b/>
        </w:rPr>
        <w:t xml:space="preserve">[52:03] </w:t>
      </w:r>
      <w:r>
        <w:t>is ko dohra liya to namaz ho gayi.</w:t>
      </w:r>
    </w:p>
    <w:p>
      <w:pPr>
        <w:jc w:val="right"/>
      </w:pPr>
      <w:r>
        <w:t>اس کو دہرا لیا تو نماز ہو گئی۔</w:t>
      </w:r>
    </w:p>
    <w:p>
      <w:r>
        <w:rPr>
          <w:b/>
        </w:rPr>
        <w:t xml:space="preserve">[52:07] </w:t>
      </w:r>
      <w:r>
        <w:t>aise logon ko pata nahi Khuda ki discovery kaise hogi.</w:t>
      </w:r>
    </w:p>
    <w:p>
      <w:pPr>
        <w:jc w:val="right"/>
      </w:pPr>
      <w:r>
        <w:t>ایسے لوگوں کو پتہ نہیں خدا کی ڈسکوری کیسے ہوگی۔</w:t>
      </w:r>
    </w:p>
    <w:p>
      <w:r>
        <w:rPr>
          <w:b/>
        </w:rPr>
        <w:t xml:space="preserve">[52:13] </w:t>
      </w:r>
      <w:r>
        <w:t>har namaz meeting point hai Khuda se. Khuda ki namaz mein aap Khuda se milte hain, lekin aap jab namaz ko ek form samjhen to kahan mulaqat hogi aap aap se?</w:t>
      </w:r>
    </w:p>
    <w:p>
      <w:pPr>
        <w:jc w:val="right"/>
      </w:pPr>
      <w:r>
        <w:t>ہر نماز میٹنگ پوائنٹ ہے خدا سے۔ خدا کی نماز میں آپ خدا سے ملتے ہیں، لیکن آپ جب نماز کو ایک فارم سمجھیں تو کہاں ملاقات ہوگی آپ آپ سے؟</w:t>
      </w:r>
    </w:p>
    <w:p>
      <w:r>
        <w:rPr>
          <w:b/>
        </w:rPr>
        <w:t xml:space="preserve">[52:29] </w:t>
      </w:r>
      <w:r>
        <w:t>har waqt mauqa hai ke aap Khuda se meeting aap ki ho,</w:t>
      </w:r>
    </w:p>
    <w:p>
      <w:pPr>
        <w:jc w:val="right"/>
      </w:pPr>
      <w:r>
        <w:t>ہر وقت موقع ہے کہ آپ خدا سے میٹنگ آپ کی ہو،</w:t>
      </w:r>
    </w:p>
    <w:p>
      <w:r>
        <w:rPr>
          <w:b/>
        </w:rPr>
        <w:t xml:space="preserve">[52:33] </w:t>
      </w:r>
      <w:r>
        <w:t>Khuda se aap ki, jis ko hadith mein kaha gaya hai ke "anaji rabba". whisper ho Khuda se aap ka,</w:t>
      </w:r>
    </w:p>
    <w:p>
      <w:pPr>
        <w:jc w:val="right"/>
      </w:pPr>
      <w:r>
        <w:t>خدا سے آپ کی، جس کو حدیث میں کہا گیا ہے کہ "اناجی ربا"۔ ویسپر ہو خدا سے آپ کا،</w:t>
      </w:r>
    </w:p>
    <w:p>
      <w:r>
        <w:rPr>
          <w:b/>
        </w:rPr>
        <w:t xml:space="preserve">[52:42] </w:t>
      </w:r>
      <w:r>
        <w:t>lekin jab aap ka yeh haal ho ke aap samjhen ke namaz kya hai? namaz to bas woh hai, ek ek form hai. is ko dohra liya to namaz ho gayi.</w:t>
      </w:r>
    </w:p>
    <w:p>
      <w:pPr>
        <w:jc w:val="right"/>
      </w:pPr>
      <w:r>
        <w:t>لیکن جب آپ کا یہ حال ہو کہ آپ سمجھیں کہ نماز کیا ہے؟ نماز تو بس وہ ہے، ایک ایک فارم ہے۔ اس کو دہرا لیا تو نماز ہو گئی۔</w:t>
      </w:r>
    </w:p>
    <w:p>
      <w:r>
        <w:rPr>
          <w:b/>
        </w:rPr>
        <w:t xml:space="preserve">[52:56] </w:t>
      </w:r>
      <w:r>
        <w:t>ek sahib Hajj kar ke aaye, buzurg the, woh umar kafi ho chuki thi,</w:t>
      </w:r>
    </w:p>
    <w:p>
      <w:pPr>
        <w:jc w:val="right"/>
      </w:pPr>
      <w:r>
        <w:t>ایک صاحب حج کر کے آئے، بزرگ تھے، وہ عمر کافی ہو چکی تھی،</w:t>
      </w:r>
    </w:p>
    <w:p>
      <w:r>
        <w:rPr>
          <w:b/>
        </w:rPr>
        <w:t xml:space="preserve">[53:03] </w:t>
      </w:r>
      <w:r>
        <w:t>himmat ab woh naujawan nahi the. woh to mein Hajj ke baad un ke paas gaya.</w:t>
      </w:r>
    </w:p>
    <w:p>
      <w:pPr>
        <w:jc w:val="right"/>
      </w:pPr>
      <w:r>
        <w:t>ہمت اب وہ نوجوان نہیں تھے۔ وہ تو میں حج کے بعد ان کے پاس گیا۔</w:t>
      </w:r>
    </w:p>
    <w:p>
      <w:r>
        <w:rPr>
          <w:b/>
        </w:rPr>
        <w:t xml:space="preserve">[53:12] </w:t>
      </w:r>
      <w:r>
        <w:t>aksar mera yeh hai ke mein kisi se bhi us ke tajrubaat poochta hoon. tajruba to mein ne poocha ke aap Hajj kar ke aaye hain, kuch kuch tajruba bataiye Hajj ka.</w:t>
      </w:r>
    </w:p>
    <w:p>
      <w:pPr>
        <w:jc w:val="right"/>
      </w:pPr>
      <w:r>
        <w:t>اکثر میرا یہ ہے کہ میں کسی سے بھی اس کے تجربات پوچھتا ہوں۔ تجربہ تو میں نے پوچھا کہ آپ حج کر کے آئے ہیں، کچھ کچھ تجربہ بتائیے حج کا۔</w:t>
      </w:r>
    </w:p>
    <w:p>
      <w:r>
        <w:rPr>
          <w:b/>
        </w:rPr>
        <w:t xml:space="preserve">[53:27] </w:t>
      </w:r>
      <w:r>
        <w:t>to unhon ne bari sadgi se kaha:</w:t>
      </w:r>
    </w:p>
    <w:p>
      <w:pPr>
        <w:jc w:val="right"/>
      </w:pPr>
      <w:r>
        <w:t>تو انہوں نے بڑی سادگی سے کہا:</w:t>
      </w:r>
    </w:p>
    <w:p>
      <w:r>
        <w:rPr>
          <w:b/>
        </w:rPr>
        <w:t xml:space="preserve">[53:30] </w:t>
      </w:r>
      <w:r>
        <w:t>"tajruba kya hai?" wahan to bas khajoor hai aur zam zam hai, aur phir Haram ki jo building hai, us ki tareefen karne lage.</w:t>
      </w:r>
    </w:p>
    <w:p>
      <w:pPr>
        <w:jc w:val="right"/>
      </w:pPr>
      <w:r>
        <w:t>"تجربہ کیا ہے؟" وہاں تو بس کھجور ہے اور زم زم ہے، اور پھر حرم کی جو بلڈنگ ہے، اس کی تعریفیں کرنے لگے۔</w:t>
      </w:r>
    </w:p>
    <w:p>
      <w:r>
        <w:rPr>
          <w:b/>
        </w:rPr>
        <w:t xml:space="preserve">[53:40] </w:t>
      </w:r>
      <w:r>
        <w:t>kaisi ajeeb baat hai! Hajj naam hai is baat ka ke wahan ja kar aap kehte hain: "Labbaik Allahumma Labbaik, Khuda-e mein hazir hoon, Khuda mein hazir hoon".</w:t>
      </w:r>
    </w:p>
    <w:p>
      <w:pPr>
        <w:jc w:val="right"/>
      </w:pPr>
      <w:r>
        <w:t>کیسی عجیب بات ہے! حج نام ہے اس بات کا کہ وہاں جا کر آپ کہتے ہیں: "اللہم لبیک، اللہم لبیک، خدائے میں حاضر ہوں، خدا میں حاضر ہوں"۔</w:t>
      </w:r>
    </w:p>
    <w:p>
      <w:r>
        <w:rPr>
          <w:b/>
        </w:rPr>
        <w:t xml:space="preserve">[53:51] </w:t>
      </w:r>
      <w:r>
        <w:t>yaani Hajj ki jo haqeeqat hai, woh yeh hai, aur log jaate hain. yeh sabhi ka haal hai, ek aadmi ki baat nahi hai,</w:t>
      </w:r>
    </w:p>
    <w:p>
      <w:pPr>
        <w:jc w:val="right"/>
      </w:pPr>
      <w:r>
        <w:t>یعنی حج کی جو حقیقت ہے، وہ یہ ہے، اور لوگ جاتے ہیں۔ یہ سبھی کا حال ہے، ایک آدمی کی بات نہیں ہے،</w:t>
      </w:r>
    </w:p>
    <w:p>
      <w:r>
        <w:rPr>
          <w:b/>
        </w:rPr>
        <w:t xml:space="preserve">[54:04] </w:t>
      </w:r>
      <w:r>
        <w:t>yeh ek aadmi ki baat nahi hai, yeh sab ki baat hai.</w:t>
      </w:r>
    </w:p>
    <w:p>
      <w:pPr>
        <w:jc w:val="right"/>
      </w:pPr>
      <w:r>
        <w:t>یہ ایک آدمی کی بات نہیں ہے، یہ سب کی بات ہے۔</w:t>
      </w:r>
    </w:p>
    <w:p>
      <w:r>
        <w:rPr>
          <w:b/>
        </w:rPr>
        <w:t xml:space="preserve">[54:10] </w:t>
      </w:r>
      <w:r>
        <w:t>jitne haji mein ne paaye hain, mein to yahi dekhta hoon ke bas woh wahan yahi tareefein karein ke woh aisi shandar harab ki building ban gayi, wahan to air condition saara hai, wahan itna intezaam hai, zam zam ke paani jahan chahe wahan mil jayega, aur khajoorein aisi.</w:t>
      </w:r>
    </w:p>
    <w:p>
      <w:pPr>
        <w:jc w:val="right"/>
      </w:pPr>
      <w:r>
        <w:t>جتنے حاجی میں نے پائے ہیں، میں تو یہی دیکھتا ہوں کہ بس وہ وہاں یہی تعریفیں کریں کہ وہ ایسی شاندار حرب کی بلڈنگ بن گئی، وہاں تو ایئر کنڈیشن سارا ہے، وہاں اتنا انتظام ہے، زم زم کے پانی جہاں چاہے وہاں مل جائے گا، اور کھجوریں ایسی۔</w:t>
      </w:r>
    </w:p>
    <w:p>
      <w:r>
        <w:rPr>
          <w:b/>
        </w:rPr>
        <w:t xml:space="preserve">[54:25] </w:t>
      </w:r>
      <w:r>
        <w:t>yahi sab baatein hain. mein khud jab haj karne gaya tha to mein ne dekha saare haji daudte the bazaar mein kharidari ke liye,</w:t>
      </w:r>
    </w:p>
    <w:p>
      <w:pPr>
        <w:jc w:val="right"/>
      </w:pPr>
      <w:r>
        <w:t>یہی سب باتیں ہیں۔ میں خود جب حج کرنے گیا تھا تو میں نے دیکھا سارے حاجی دوڑتے تھے بازار میں خریداری کے لیے،</w:t>
      </w:r>
    </w:p>
    <w:p>
      <w:r>
        <w:rPr>
          <w:b/>
        </w:rPr>
        <w:t xml:space="preserve">[54:33] </w:t>
      </w:r>
      <w:r>
        <w:t>bas kharidari, kharidari, kharidari. wahi usi ki baatein bhi karte the.</w:t>
      </w:r>
    </w:p>
    <w:p>
      <w:pPr>
        <w:jc w:val="right"/>
      </w:pPr>
      <w:r>
        <w:t>بس خریداری، خریداری، خریداری۔ وہی اسی کی باتیں بھی کرتے تھے۔</w:t>
      </w:r>
    </w:p>
    <w:p>
      <w:r>
        <w:rPr>
          <w:b/>
        </w:rPr>
        <w:t xml:space="preserve">[54:42] </w:t>
      </w:r>
      <w:r>
        <w:t>aisi haalat mein discovery kaise ho Khuda ki? raat mere paas telephone aaya ek sahab ka,</w:t>
      </w:r>
    </w:p>
    <w:p>
      <w:pPr>
        <w:jc w:val="right"/>
      </w:pPr>
      <w:r>
        <w:t>ایسی حالت میں ڈسکوری کیسے ہو خدا کی؟ رات میرے پاس ٹیلی فون آیا ایک صاحب کا،</w:t>
      </w:r>
    </w:p>
    <w:p>
      <w:r>
        <w:rPr>
          <w:b/>
        </w:rPr>
        <w:t xml:space="preserve">[54:51] </w:t>
      </w:r>
      <w:r>
        <w:t>woh mere mission mein jude hue hain. woh to un ki awaaz jo thi, kuch woh badli hui lagti thi.</w:t>
      </w:r>
    </w:p>
    <w:p>
      <w:pPr>
        <w:jc w:val="right"/>
      </w:pPr>
      <w:r>
        <w:t>وہ میرے مشن میں جڑے ہوئے ہیں۔ وہ تو ان کی آواز جو تھی، کچھ وہ بدلی ہوئی لگتی تھی۔</w:t>
      </w:r>
    </w:p>
    <w:p>
      <w:r>
        <w:rPr>
          <w:b/>
        </w:rPr>
        <w:t xml:space="preserve">[55:01] </w:t>
      </w:r>
      <w:r>
        <w:t>mein ne poocha ke aap ki awaaz badli hui kyun hai?</w:t>
      </w:r>
    </w:p>
    <w:p>
      <w:pPr>
        <w:jc w:val="right"/>
      </w:pPr>
      <w:r>
        <w:t>میں نے پوچھا کہ آپ کی آواز بدلی ہوئی کیوں ہے؟</w:t>
      </w:r>
    </w:p>
    <w:p>
      <w:r>
        <w:rPr>
          <w:b/>
        </w:rPr>
        <w:t xml:space="preserve">[55:07] </w:t>
      </w:r>
      <w:r>
        <w:t>to unhon ne kaha ke woh infection ho gaya hai mere gale mein, aur mein antibiotic le raha hoon.</w:t>
      </w:r>
    </w:p>
    <w:p>
      <w:pPr>
        <w:jc w:val="right"/>
      </w:pPr>
      <w:r>
        <w:t>تو انہوں نے کہا کہ وہ انفیکشن ہو گیا ہے میرے گلے میں، اور میں اینٹی بائیوٹک لے رہا ہوں۔</w:t>
      </w:r>
    </w:p>
    <w:p>
      <w:r>
        <w:rPr>
          <w:b/>
        </w:rPr>
        <w:t xml:space="preserve">[55:16] </w:t>
      </w:r>
      <w:r>
        <w:t>to mein samajh gaya ke kya qissa hai. woh bachpan se jis ko kehte hain lazeez ghizaein,</w:t>
      </w:r>
    </w:p>
    <w:p>
      <w:pPr>
        <w:jc w:val="right"/>
      </w:pPr>
      <w:r>
        <w:t>تو میں سمجھ گیا کہ کیا قصہ ہے۔ وہ بچپن سے جس کو کہتے ہیں لذیذ غذائیں،</w:t>
      </w:r>
    </w:p>
    <w:p>
      <w:r>
        <w:rPr>
          <w:b/>
        </w:rPr>
        <w:t xml:space="preserve">[55:29] </w:t>
      </w:r>
      <w:r>
        <w:t>mein to ghiza ko lazzat ke liye nahi khata, tasty khane, woh tasty khane ke. to woh to mein samajh gaya ke tasty khane se yeh gala kharab hua hai.</w:t>
      </w:r>
    </w:p>
    <w:p>
      <w:pPr>
        <w:jc w:val="right"/>
      </w:pPr>
      <w:r>
        <w:t>میں تو غذا کو لذت کے لیے نہیں کھاتا، ٹیسٹی کھانے، وہ ٹیسٹی کھانے کے۔ تو وہ تو میں سمجھ گیا کہ ٹیسٹی کھانے سے یہ گلا خراب ہوا ہے۔</w:t>
      </w:r>
    </w:p>
    <w:p>
      <w:r>
        <w:rPr>
          <w:b/>
        </w:rPr>
        <w:t xml:space="preserve">[55:44] </w:t>
      </w:r>
      <w:r>
        <w:t>to mein ne kaha aap ko</w:t>
      </w:r>
    </w:p>
    <w:p>
      <w:pPr>
        <w:jc w:val="right"/>
      </w:pPr>
      <w:r>
        <w:t>تو میں نے کہا آپ کو</w:t>
      </w:r>
    </w:p>
    <w:p>
      <w:r>
        <w:rPr>
          <w:b/>
        </w:rPr>
        <w:t xml:space="preserve">[55:52] </w:t>
      </w:r>
      <w:r>
        <w:t>jis dawa ki zaroorat hai, woh woh nahi hai jo doctor ke haan milta hai, woh dawa khud aap ke paas hai,</w:t>
      </w:r>
    </w:p>
    <w:p>
      <w:pPr>
        <w:jc w:val="right"/>
      </w:pPr>
      <w:r>
        <w:t>جس دوا کی ضرورت ہے، وہ وہ نہیں ہے جو ڈاکٹر کے ہاں ملتا ہے، وہ دوا خود آپ کے پاس ہے،</w:t>
      </w:r>
    </w:p>
    <w:p>
      <w:r>
        <w:rPr>
          <w:b/>
        </w:rPr>
        <w:t xml:space="preserve">[55:59] </w:t>
      </w:r>
      <w:r>
        <w:t>woh ek aap apne ko badlein, aur aaj hi se yeh tay karein ke mujhe yeh so called lazeez khane nahi khane hain, tasty food ab nahi lena hai mujhe.</w:t>
      </w:r>
    </w:p>
    <w:p>
      <w:pPr>
        <w:jc w:val="right"/>
      </w:pPr>
      <w:r>
        <w:t>وہ ایک آپ اپنے کو بدلیں، اور آج ہی سے یہ طے کریں کہ مجھے یہ سو کالڈ لذیذ کھانے نہیں کھانے ہیں، ٹیسٹی فوڈ اب نہیں لینا ہے مجھے۔</w:t>
      </w:r>
    </w:p>
    <w:p>
      <w:r>
        <w:rPr>
          <w:b/>
        </w:rPr>
        <w:t xml:space="preserve">[56:10] </w:t>
      </w:r>
      <w:r>
        <w:t>mein ne kaha ke mere mere sage bhai hain Aligarh mein, unhon ne mujhe gift bheja, khalais ghee, bade se dibbe mein bhara hua, aur bahut hi umda qism ka gajar ka halwa, bahut hi khushbudar, is mein to meway hain, kya kya,</w:t>
      </w:r>
    </w:p>
    <w:p>
      <w:pPr>
        <w:jc w:val="right"/>
      </w:pPr>
      <w:r>
        <w:t>میں نے کہا کہ میرے میرے سگے بھائی ہیں علی گڑھ میں، انہوں نے مجھے گفٹ بھیجا، خالص گھی، بڑے سے ڈبے میں بھرا ہوا، اور بہت ہی عمدہ قسم کا گاجر کا حلوہ، بہت ہی خوشبودار، اس میں تو میوے ہیں، کیا کیا،</w:t>
      </w:r>
    </w:p>
    <w:p>
      <w:r>
        <w:rPr>
          <w:b/>
        </w:rPr>
        <w:t xml:space="preserve">[56:26] </w:t>
      </w:r>
      <w:r>
        <w:t>khalais ghee aur gajar ka halwa.</w:t>
      </w:r>
    </w:p>
    <w:p>
      <w:pPr>
        <w:jc w:val="right"/>
      </w:pPr>
      <w:r>
        <w:t>خالص گھی اور گاجر کا حلوہ۔</w:t>
      </w:r>
    </w:p>
    <w:p>
      <w:r>
        <w:rPr>
          <w:b/>
        </w:rPr>
        <w:t xml:space="preserve">[56:28] </w:t>
      </w:r>
      <w:r>
        <w:t>mein ne kaha is ko chakh, mein ne chakha bhi nahi. mein ne aap yaqeen karein ke yaani itna le kar chaka bhi nahi, mein ne ke kya kaisa ghee hai, kaisa halwa hai.</w:t>
      </w:r>
    </w:p>
    <w:p>
      <w:pPr>
        <w:jc w:val="right"/>
      </w:pPr>
      <w:r>
        <w:t>میں نے کہا اس کو چک، میں نے چکھا بھی نہیں۔ میں نے آپ یقین کریں کہ یعنی اتنا لے کر چکھا بھی نہیں، میں نے کہ کیا کیسا گھی ہے، کیسا حلوہ ہے۔</w:t>
      </w:r>
    </w:p>
    <w:p>
      <w:r>
        <w:rPr>
          <w:b/>
        </w:rPr>
        <w:t xml:space="preserve">[56:41] </w:t>
      </w:r>
      <w:r>
        <w:t>to phir mein ne un se kaha ke dekhiye</w:t>
      </w:r>
    </w:p>
    <w:p>
      <w:pPr>
        <w:jc w:val="right"/>
      </w:pPr>
      <w:r>
        <w:t>تو پھر میں نے ان سے کہا کہ دیکھیے</w:t>
      </w:r>
    </w:p>
    <w:p>
      <w:r>
        <w:rPr>
          <w:b/>
        </w:rPr>
        <w:t xml:space="preserve">[56:46] </w:t>
      </w:r>
      <w:r>
        <w:t>Quran majeed ki ek aayat yaad rakhiye: "إن الله اشترى من المؤمنين أنفسهم ومالهم الجنة".</w:t>
      </w:r>
    </w:p>
    <w:p>
      <w:pPr>
        <w:jc w:val="right"/>
      </w:pPr>
      <w:r>
        <w:t>قرآن مجید کی ایک آیت یاد رکھیے: "إن الله اشترى من المؤمنين أنفسهم ومالهم الجنة"۔</w:t>
      </w:r>
    </w:p>
    <w:p>
      <w:r>
        <w:rPr>
          <w:b/>
        </w:rPr>
        <w:t xml:space="preserve">[56:57] </w:t>
      </w:r>
      <w:r>
        <w:t>yeh Quran ki ek aayat hai ke Khuda ne khareed liya hai woh ahl-e-imaan ko, is liye ke un ko jannat hai akhirat mein.</w:t>
      </w:r>
    </w:p>
    <w:p>
      <w:pPr>
        <w:jc w:val="right"/>
      </w:pPr>
      <w:r>
        <w:t>یہ قرآن کی ایک آیت ہے کہ خدا نے خرید لیا ہے وہ اہل ایمان کو، اس لیے کہ ان کو جنت ہے آخرت میں۔</w:t>
      </w:r>
    </w:p>
    <w:p>
      <w:r>
        <w:rPr>
          <w:b/>
        </w:rPr>
        <w:t xml:space="preserve">[57:06] </w:t>
      </w:r>
      <w:r>
        <w:t>aap khareeday hue insaan hain, Khuda ne aap ko khareed liya hai, aap apne nahi hain, aap Khuda ke hain. to kaisa aap khana khayein?</w:t>
      </w:r>
    </w:p>
    <w:p>
      <w:pPr>
        <w:jc w:val="right"/>
      </w:pPr>
      <w:r>
        <w:t>آپ خریدے ہوئے انسان ہیں، خدا نے آپ کو خرید لیا ہے، آپ اپنے نہیں ہیں، آپ خدا کے ہیں۔ تو کیسا آپ کھانا کھائیں؟</w:t>
      </w:r>
    </w:p>
    <w:p>
      <w:r>
        <w:rPr>
          <w:b/>
        </w:rPr>
        <w:t xml:space="preserve">[57:17] </w:t>
      </w:r>
      <w:r>
        <w:t>yeh aap ko, aap ko is mein koi choice nahi hai, aap ko saada khana khana padega taake gala kharab na ho, taake sehat kharab na ho, taake wazan na badhe,</w:t>
      </w:r>
    </w:p>
    <w:p>
      <w:pPr>
        <w:jc w:val="right"/>
      </w:pPr>
      <w:r>
        <w:t>یہ آپ کو، آپ کو اس میں کوئی چوائس نہیں ہے، آپ کو سادہ کھانا کھانا پڑے گا تاکہ گلا خراب نہ ہو، تاکہ صحت خراب نہ ہو، تاکہ وزن نہ بڑھے،</w:t>
      </w:r>
    </w:p>
    <w:p>
      <w:r>
        <w:rPr>
          <w:b/>
        </w:rPr>
        <w:t xml:space="preserve">[57:27] </w:t>
      </w:r>
      <w:r>
        <w:t>taake aap Khuda ke deen ka kaam kar sakein.</w:t>
      </w:r>
    </w:p>
    <w:p>
      <w:pPr>
        <w:jc w:val="right"/>
      </w:pPr>
      <w:r>
        <w:t>تاکہ آپ خدا کے دین کا کام کر سکیں۔</w:t>
      </w:r>
    </w:p>
    <w:p>
      <w:r>
        <w:rPr>
          <w:b/>
        </w:rPr>
        <w:t xml:space="preserve">[57:33] </w:t>
      </w:r>
      <w:r>
        <w:t>to mein ne kaha aap, aap, mein aur aap, aur jo bhi yeh kehta hai ke mein sahab-e-imaan hoon, us ko Khuda ne khareed liya hai, woh khareeda hua insaan hai, us ko wahi kaam karna hai jo Khuda chahta hai, us ka apna koi choice nahi hai.</w:t>
      </w:r>
    </w:p>
    <w:p>
      <w:pPr>
        <w:jc w:val="right"/>
      </w:pPr>
      <w:r>
        <w:t>تو میں نے کہا آپ، آپ، میں اور آپ، اور جو بھی یہ کہتا ہے کہ میں صاحب ایمان ہوں، اس کو خدا نے خرید لیا ہے، وہ خریدا ہوا انسان ہے، اس کو وہی کام کرنا ہے جو خدا چاہتا ہے، اس کا اپنا کوئی چوائس نہیں ہے۔</w:t>
      </w:r>
    </w:p>
    <w:p>
      <w:r>
        <w:rPr>
          <w:b/>
        </w:rPr>
        <w:t xml:space="preserve">[57:53] </w:t>
      </w:r>
      <w:r>
        <w:t>to hum sab logon ko, yeh aap sab logon se mein yeh kehta hoon, aap sab log khareeday hue insaan hain, aap mein se koi apna choice nahi rakhta, Khuda ke choice par hamein chalna hai, yaad rakhiye,</w:t>
      </w:r>
    </w:p>
    <w:p>
      <w:pPr>
        <w:jc w:val="right"/>
      </w:pPr>
      <w:r>
        <w:t>تو ہم سب لوگوں کو، یہ آپ سب لوگوں سے میں یہ کہتا ہوں، آپ سب لوگ خریدے ہوئے انسان ہیں، آپ میں سے کوئی اپنے اپنا چوائس نہیں رکھتا، خدا کے چوائس پر ہمیں چلنا ہے، یاد رکھیے،</w:t>
      </w:r>
    </w:p>
    <w:p>
      <w:r>
        <w:rPr>
          <w:b/>
        </w:rPr>
        <w:t xml:space="preserve">[58:10] </w:t>
      </w:r>
      <w:r>
        <w:t>wahi karna hai jo Khuda chahta hai ke hum karein, Khuda ke deen ke liye apne aap ko laga dena hai, Khuda ke mission mein apne aap ko laga dena hai, yahi hamein karna hai.</w:t>
      </w:r>
    </w:p>
    <w:p>
      <w:pPr>
        <w:jc w:val="right"/>
      </w:pPr>
      <w:r>
        <w:t>وہی کرنا ہے جو خدا چاہتا ہے کہ ہم کریں، خدا کے دین کے لیے اپنے آپ کو لگا دینا ہے، خدا کے مشن میں اپنے آپ کو لگا دینا ہے، یہی ہمیں کرنا ہے۔</w:t>
      </w:r>
    </w:p>
    <w:p>
      <w:r>
        <w:rPr>
          <w:b/>
        </w:rPr>
        <w:t xml:space="preserve">[58:21] </w:t>
      </w:r>
      <w:r>
        <w:t>Allah taala hum sab ko qabool farmaye, hum sab ko taqat de. aqool qawli haza wastaghfirullaha li walakum ajmaeen.</w:t>
      </w:r>
    </w:p>
    <w:p>
      <w:pPr>
        <w:jc w:val="right"/>
      </w:pPr>
      <w:r>
        <w:t>اللہ تعالی ہم سب کو قبول فرمائے، ہم سب کو طاقت دے۔ أقول قولي هذا واستغفراللہ لي ولكم أجمعين.</w:t>
      </w:r>
    </w:p>
    <w:p>
      <w:r>
        <w:rPr>
          <w:b/>
        </w:rPr>
        <w:t xml:space="preserve">[58:44] </w:t>
      </w:r>
      <w:r>
        <w:t>This question is from Mr. OP Sikka</w:t>
      </w:r>
    </w:p>
    <w:p>
      <w:pPr>
        <w:jc w:val="right"/>
      </w:pPr>
      <w:r>
        <w:t>This question is from Mr. OP Sikka</w:t>
      </w:r>
    </w:p>
    <w:p>
      <w:r>
        <w:rPr>
          <w:b/>
        </w:rPr>
        <w:t xml:space="preserve">[58:48] </w:t>
      </w:r>
      <w:r>
        <w:t>with reference to your book "The Ideology of Peace: On the System of Cause and Effect." My question to you is: Is every effect due to some previous cause and in turn becomes another cause for some future effect?</w:t>
      </w:r>
    </w:p>
    <w:p>
      <w:pPr>
        <w:jc w:val="right"/>
      </w:pPr>
      <w:r>
        <w:t>with reference to your book "The Ideology of Peace: On the System of Cause and Effect." My question to you is: Is every effect due to some previous cause and in turn becomes another cause for some future effect?</w:t>
      </w:r>
    </w:p>
    <w:p>
      <w:r>
        <w:rPr>
          <w:b/>
        </w:rPr>
        <w:t xml:space="preserve">[59:06] </w:t>
      </w:r>
      <w:r>
        <w:t>Secondly, is our present birth also due to some previous cause? Kindly en</w:t>
      </w:r>
    </w:p>
    <w:p>
      <w:pPr>
        <w:jc w:val="right"/>
      </w:pPr>
      <w:r>
        <w:t>Secondly, is our present birth also due to some previous cause? Kindly en</w:t>
      </w:r>
    </w:p>
    <w:p>
      <w:r>
        <w:rPr>
          <w:b/>
        </w:rPr>
        <w:t xml:space="preserve">[59:13] </w:t>
      </w:r>
      <w:r>
        <w:t>lighten us. dekhiye, cause and effect ka yeh jo extension hai, Buddhist log mante hain, hum is ko nahi mante. Cause and effect sirf material world ke liye hai,</w:t>
      </w:r>
    </w:p>
    <w:p>
      <w:pPr>
        <w:jc w:val="right"/>
      </w:pPr>
      <w:r>
        <w:t>lighten us. دیکھیے، کاز اینڈ ایفیکٹ کا یہ جو ایکسٹینشن ہے، بدھسٹ لوگ مانتے ہیں، ہم اس کو نہیں مانتے۔ کاز اینڈ ایفیکٹ صرف مٹیریل ورلڈ کے لیے ہے،</w:t>
      </w:r>
    </w:p>
    <w:p>
      <w:r>
        <w:rPr>
          <w:b/>
        </w:rPr>
        <w:t xml:space="preserve">[59:27] </w:t>
      </w:r>
      <w:r>
        <w:t>life ka is se koi talluq nahi hai ke jeena marna jo hai, woh bhi cause and effect se yani</w:t>
      </w:r>
    </w:p>
    <w:p>
      <w:pPr>
        <w:jc w:val="right"/>
      </w:pPr>
      <w:r>
        <w:t>لائف کا اس سے کوئی تعلق نہیں ہے کہ جینا مرنا جو ہے، وہ بھی کاز اینڈ ایفیکٹ سے یعنی</w:t>
      </w:r>
    </w:p>
    <w:p>
      <w:r>
        <w:rPr>
          <w:b/>
        </w:rPr>
        <w:t xml:space="preserve">[59:35] </w:t>
      </w:r>
      <w:r>
        <w:t>govern ho raha hai. Main is ko nahi manta, is ko, is ko main sirf aik aik aik woh samajhta hoon, aik poetic thought samajhta hoon is ko.</w:t>
      </w:r>
    </w:p>
    <w:p>
      <w:pPr>
        <w:jc w:val="right"/>
      </w:pPr>
      <w:r>
        <w:t>گورن ہو رہا ہے۔ میں اس کو نہیں مانتا، اس کو، اس کو میں صرف ایک ایک ایک وہ سمجھتا ہوں، ایک پوئٹک تھاٹ سمجھتا ہوں اس کو۔</w:t>
      </w:r>
    </w:p>
    <w:p>
      <w:r>
        <w:rPr>
          <w:b/>
        </w:rPr>
        <w:t xml:space="preserve">[59:46] </w:t>
      </w:r>
      <w:r>
        <w:t>Toh lekin doosri baat yeh hai yani zindagi jo hai insaan ki, koi shakhs jo paida hua, Khuda ke hukum se paida hota hai. Maslan main paida hoon toh yani main as an individual Khuda ke hukum se paida hua hoon, is ke peeche koi cause and effect ka silsila nahi hai.</w:t>
      </w:r>
    </w:p>
    <w:p>
      <w:pPr>
        <w:jc w:val="right"/>
      </w:pPr>
      <w:r>
        <w:t>تو لیکن دوسری بات یہ ہے یعنی زندگی جو ہے انسان کی، کوئی شخص جو پیدا ہوا، خدا کے حکم سے پیدا ہوتا ہے۔ مثلاً میں پیدا ہوں تو یعنی میں ایز این انڈیویجول خدا کے حکم سے پیدا ہوا ہوں، اس کے پیچھے کوئی کاز اینڈ ایفیکٹ کا سلسلہ نہیں ہے۔</w:t>
      </w:r>
    </w:p>
    <w:p>
      <w:r>
        <w:rPr>
          <w:b/>
        </w:rPr>
        <w:t xml:space="preserve">[1:00:03] </w:t>
      </w:r>
      <w:r>
        <w:t>Har insaan Khuda ke direct hukum se paida hua hai, har insaan isi liye toh accountable hai. Agar yeh na ho toh accountabili, accountability ka concept khatam ho jayega.</w:t>
      </w:r>
    </w:p>
    <w:p>
      <w:pPr>
        <w:jc w:val="right"/>
      </w:pPr>
      <w:r>
        <w:t>ہر انسان خدا کے ڈائریکٹ حکم سے پیدا ہوا ہے، ہر انسان اسی لیے تو اکاؤنٹیبل ہے۔ اگر یہ نہ ہو تو اکاؤنٹیبلی، اکاؤنٹیبلٹی کا کانسیپٹ ختم ہو جائے گا۔</w:t>
      </w:r>
    </w:p>
    <w:p>
      <w:r>
        <w:rPr>
          <w:b/>
        </w:rPr>
        <w:t xml:space="preserve">[1:00:14] </w:t>
      </w:r>
      <w:r>
        <w:t>Aur cause and effect jo material world mein chalta hai, woh bhi limited sense mein hai, Khuda barabar intervention karta rehta hai.</w:t>
      </w:r>
    </w:p>
    <w:p>
      <w:pPr>
        <w:jc w:val="right"/>
      </w:pPr>
      <w:r>
        <w:t>اور کاز اینڈ ایفیکٹ جو مٹیریل ورلڈ میں چلتا ہے، وہ بھی لمیٹڈ سینس میں ہے، خدا برابر انٹرویوشن کرتا رہتا ہے۔</w:t>
      </w:r>
    </w:p>
    <w:p>
      <w:r>
        <w:rPr>
          <w:b/>
        </w:rPr>
        <w:t xml:space="preserve">[1:00:24] </w:t>
      </w:r>
      <w:r>
        <w:t>Toh mechanical sense mein nahi hai, woh</w:t>
      </w:r>
    </w:p>
    <w:p>
      <w:pPr>
        <w:jc w:val="right"/>
      </w:pPr>
      <w:r>
        <w:t>تو مکینیکل سینس میں نہیں ہے، وہ</w:t>
      </w:r>
    </w:p>
    <w:p>
      <w:r>
        <w:rPr>
          <w:b/>
        </w:rPr>
        <w:t xml:space="preserve">[1:00:28] </w:t>
      </w:r>
      <w:r>
        <w:t>cause and effect ka concept jo hai, woh mechanical sense mein nahi hai, woh limited sense mein. Ab aap jante hain ke science mein bhi yahi maan liya gaya hai, teen sau saal pehle science mein cause and effect ko mechanical sense mein mana jata tha.</w:t>
      </w:r>
    </w:p>
    <w:p>
      <w:pPr>
        <w:jc w:val="right"/>
      </w:pPr>
      <w:r>
        <w:t>کاز اینڈ ایفیکٹ کا کانسیپٹ جو ہے، وہ مکینیکل سینس میں نہیں ہے، وہ لمیٹڈ سینس میں۔ اب آپ جانتے ہیں کہ سائنس میں بھی یہی مان لیا گیا ہے، تین سو سال پہلے سائنس میں کاز اینڈ ایفیکٹ کو مکینیکل سینس میں مانا جاتا تھا۔</w:t>
      </w:r>
    </w:p>
    <w:p>
      <w:r>
        <w:rPr>
          <w:b/>
        </w:rPr>
        <w:t xml:space="preserve">[1:00:47] </w:t>
      </w:r>
      <w:r>
        <w:t>Bilkul aaj, aaj koi scientist nahi manta is ko, mechanical sense mein aaj koi nahi manta is baat ko. Yeh purani baat ho gayi.</w:t>
      </w:r>
    </w:p>
    <w:p>
      <w:pPr>
        <w:jc w:val="right"/>
      </w:pPr>
      <w:r>
        <w:t>بالکل آج، آج کوئی سائنٹسٹ نہیں مانتا اس کو، مکینیکل سینس میں آج کوئی نہیں مانتا اس بات کو۔ یہ پرانی بات ہو گئی۔</w:t>
      </w:r>
    </w:p>
    <w:p>
      <w:r>
        <w:rPr>
          <w:b/>
        </w:rPr>
        <w:t xml:space="preserve">[1:00:57] </w:t>
      </w:r>
      <w:r>
        <w:t>Toh mechanical sense, woh cause and effect jo maine likha hai wahan par, woh wahan limited sense mein hai aur material world ke liye hai, aur zindagi aur maut ka talluq is se nahi hai, woh aik alag cheez hai,</w:t>
      </w:r>
    </w:p>
    <w:p>
      <w:pPr>
        <w:jc w:val="right"/>
      </w:pPr>
      <w:r>
        <w:t>تو مکینیکل سینس، وہ کاز اینڈ ایفیکٹ جو میں نے لکھا ہے وہاں پر، وہ وہاں لمیٹڈ سینس میں ہے اور مٹیریل ورلڈ کے لیے ہے، اور زندگی اور موت کا تعلق اس سے نہیں ہے، وہ ایک الگ چیز ہے،</w:t>
      </w:r>
    </w:p>
    <w:p>
      <w:r>
        <w:rPr>
          <w:b/>
        </w:rPr>
        <w:t xml:space="preserve">[1:01:11] </w:t>
      </w:r>
      <w:r>
        <w:t>aur har insaan alag se paida kiya jata hai, isi liye woh accountable hai. Woh</w:t>
      </w:r>
    </w:p>
    <w:p>
      <w:pPr>
        <w:jc w:val="right"/>
      </w:pPr>
      <w:r>
        <w:t>اور ہر انسان الگ سے پیدا کیا جاتا ہے، اسی لیے وہ اکاؤنٹیبل ہے۔ وہ</w:t>
      </w:r>
    </w:p>
    <w:p>
      <w:r>
        <w:rPr>
          <w:b/>
        </w:rPr>
        <w:t xml:space="preserve">[1:01:17] </w:t>
      </w:r>
      <w:r>
        <w:t>This question is from Dr. Waseeq ur Rehman</w:t>
      </w:r>
    </w:p>
    <w:p>
      <w:pPr>
        <w:jc w:val="right"/>
      </w:pPr>
      <w:r>
        <w:t>This question is from Dr. وسیک الرحمن</w:t>
      </w:r>
    </w:p>
    <w:p>
      <w:r>
        <w:rPr>
          <w:b/>
        </w:rPr>
        <w:t xml:space="preserve">[1:01:21] </w:t>
      </w:r>
      <w:r>
        <w:t>Maulana Sahab, what curriculum do you suggest for students in a model school which wishes to impart an integrated education of modern vocational course and Islamic teachings?</w:t>
      </w:r>
    </w:p>
    <w:p>
      <w:pPr>
        <w:jc w:val="right"/>
      </w:pPr>
      <w:r>
        <w:t>۔ مولانا صاحب، واٹ کریکلم یو سجیسٹ فار سٹوڈنٹس ان ا ماڈل سکول وچ وشز ٹو امپارٹ این انٹیگریٹڈ ایجوکیشن اف ماڈرن وکیشنل کورس اینڈ اسلامک ٹیچنگز؟</w:t>
      </w:r>
    </w:p>
    <w:p>
      <w:r>
        <w:rPr>
          <w:b/>
        </w:rPr>
        <w:t xml:space="preserve">[1:01:39] </w:t>
      </w:r>
      <w:r>
        <w:t>Dekhiye, main is bare mein, mera mind bohat clear hai, main education for the sake of education ka qael hoon.</w:t>
      </w:r>
    </w:p>
    <w:p>
      <w:pPr>
        <w:jc w:val="right"/>
      </w:pPr>
      <w:r>
        <w:t>دیکھیں، میں اس بارے میں، میرا مائنڈ بہت کلیئر ہے، میں ایجوکیشن فار دا سکھ اف ایجوکیشن کا قائل ہوں۔</w:t>
      </w:r>
    </w:p>
    <w:p>
      <w:r>
        <w:rPr>
          <w:b/>
        </w:rPr>
        <w:t xml:space="preserve">[1:01:47] </w:t>
      </w:r>
      <w:r>
        <w:t>Kisi school mein, kisi college mein Islam padhaya padha ke jo jod bithaya jata hai, is se koi faida nahi. Aligarh University mein Sir Syed ne har hostel mein masjid banayi, har hostel mein Imam muaddis ne banaye,</w:t>
      </w:r>
    </w:p>
    <w:p>
      <w:pPr>
        <w:jc w:val="right"/>
      </w:pPr>
      <w:r>
        <w:t>کسی سکول میں، کسی کالج میں اسلام پڑھایا پڑھا کہ جو جوڑ بٹھایا جاتا ہے، اس سے کوئی فائدہ نہیں۔ علی گڑھ یونیورسٹی میں سر سید نے ہر ہاسٹل میں مسجد بنائی، ہر ہاسٹل میں امام محدث نے بنائے،</w:t>
      </w:r>
    </w:p>
    <w:p>
      <w:r>
        <w:rPr>
          <w:b/>
        </w:rPr>
        <w:t xml:space="preserve">[1:02:02] </w:t>
      </w:r>
      <w:r>
        <w:t>dhoom thi wahan par, one percent bhi koi faida nahi is ka. Main bar bar gaya hoon Aligarh mein, koi wahan par dindari nahi, koi Islamic spirit nahi, kuch nahi.</w:t>
      </w:r>
    </w:p>
    <w:p>
      <w:pPr>
        <w:jc w:val="right"/>
      </w:pPr>
      <w:r>
        <w:t>دھوم تھی وہاں پر، ون پرسنٹ بھی کوئی فائدہ نہیں اس کا۔ میں بار بار گیا ہوں علی گڑھ میں، کوئی وہاں پر دینداری نہیں، کوئی اسلامک اسپرٹ نہیں، کچھ نہیں۔</w:t>
      </w:r>
    </w:p>
    <w:p>
      <w:r>
        <w:rPr>
          <w:b/>
        </w:rPr>
        <w:t xml:space="preserve">[1:02:12] </w:t>
      </w:r>
      <w:r>
        <w:t>Is wajah se main yeh manta hoon ke school college jo hai, woh education for the sake of education ke formula par chalne chahiye. Bas matlab secular principle par, baqi jo mazhab wali baat hai, woh alag se aap kijiye is ko.</w:t>
      </w:r>
    </w:p>
    <w:p>
      <w:pPr>
        <w:jc w:val="right"/>
      </w:pPr>
      <w:r>
        <w:t>اس وجہ سے میں یہ مانتا ہوں کہ اسکول کالج جو ہے، وہ ایجوکیشن فار دا سکھ اف ایجوکیشن کے فارمولے پر چلنے چاہیے۔ بس مطلب سیکولر پرنسپل پر، باقی جو مذہب والی بات ہے، وہ الگ سے آپ کیجئے اس کو۔</w:t>
      </w:r>
    </w:p>
    <w:p>
      <w:r>
        <w:rPr>
          <w:b/>
        </w:rPr>
        <w:t xml:space="preserve">[1:02:26] </w:t>
      </w:r>
      <w:r>
        <w:t>Woh hai khaas taur par informable education ke zariye se. Jab main kar raha hoon, yeh informable education yeh hai yani magazine, books, meeting, is se</w:t>
      </w:r>
    </w:p>
    <w:p>
      <w:pPr>
        <w:jc w:val="right"/>
      </w:pPr>
      <w:r>
        <w:t>وہ ہے خاص طور پر انفارمبل ایجوکیشن کے ذریعے سے۔ جب میں کر رہا ہوں، یہ انفارمبل ایجوکیشن یہ ہے یعنی میگزین، بکس، میٹنگ، اس سے</w:t>
      </w:r>
    </w:p>
    <w:p>
      <w:r>
        <w:rPr>
          <w:b/>
        </w:rPr>
        <w:t xml:space="preserve">[1:02:37] </w:t>
      </w:r>
      <w:r>
        <w:t>school ke curriculum mein jo jo log jodte hain toh bar bar is ka experience ho chuka hai, experiment ho chuka hai is ka, aur sab be faida hai. Tagore ne Shanti Niketan banayi thi, isi liye Jamia banayi gayi thi, isi liye Ali aur Marci banayi thi, isi liye.</w:t>
      </w:r>
    </w:p>
    <w:p>
      <w:pPr>
        <w:jc w:val="right"/>
      </w:pPr>
      <w:r>
        <w:t>اسکول کے کریکلم میں جو جو لوگ جوڑتے ہیں تو بار بار اس کا ایکسپیرینس ہو چکا ہے، ایکسپیریمنٹ ہو چکا ہے اس کا، اور سب بے فائدہ ہے۔ ٹیگور نے شانتی نکتی بنائی تھی، اسی لیے جامعہ بنائی گئی تھی، اسی لیے علی اور مرسی بنائی تھی، اسی لیے۔</w:t>
      </w:r>
    </w:p>
    <w:p>
      <w:r>
        <w:rPr>
          <w:b/>
        </w:rPr>
        <w:t xml:space="preserve">[1:02:52] </w:t>
      </w:r>
      <w:r>
        <w:t>Aur woh idhar Hadon mein kaun sa aik adara bohat bada hai, kya naam hai is ka? Waise ke bohat sare logon ne banaya, aur aik percent bhi koi result nahi nikla.</w:t>
      </w:r>
    </w:p>
    <w:p>
      <w:pPr>
        <w:jc w:val="right"/>
      </w:pPr>
      <w:r>
        <w:t>اور وہ ادھر ہادون میں کون سا ایک ادارہ بہت بڑا ہے، کیا نام ہے اس کا؟ ویسے کہ بہت سارے لوگوں نے بنایا، اور ایک پرسنٹ بھی کوئی رزلٹ نہیں نکلا۔</w:t>
      </w:r>
    </w:p>
    <w:p>
      <w:r>
        <w:rPr>
          <w:b/>
        </w:rPr>
        <w:t xml:space="preserve">[1:03:06] </w:t>
      </w:r>
      <w:r>
        <w:t>Toh main is wajah se school ke sath religious education ko yani club karne ka main khilaf hoon. Is mein na yeh hota, na woh hota, na yeh hota, na woh hota.</w:t>
      </w:r>
    </w:p>
    <w:p>
      <w:pPr>
        <w:jc w:val="right"/>
      </w:pPr>
      <w:r>
        <w:t>تو میں اس وجہ سے اسکول کے ساتھ ریلیجیس ایجوکیشن کو یعنی کلب کرنے کا میں خلاف ہوں۔ اس میں نہ یہ ہوتا، نہ وہ ہوتا، نہ یہ ہوتا، نہ وہ ہوتا۔</w:t>
      </w:r>
    </w:p>
    <w:p>
      <w:r>
        <w:rPr>
          <w:b/>
        </w:rPr>
        <w:t xml:space="preserve">[1:03:17] </w:t>
      </w:r>
      <w:r>
        <w:t>Bohat achi schooling honi chahiye, bohat achi education honi chahiye. Alag se aap un ko educate kijiye, khaas taur par informal education ke zariye se.</w:t>
      </w:r>
    </w:p>
    <w:p>
      <w:pPr>
        <w:jc w:val="right"/>
      </w:pPr>
      <w:r>
        <w:t>بہت اچھی اسکولنگ ہونی چاہیے، بہت اچھی ایجوکیشن ہونی چاہیے۔ الگ سے آپ ان کو ایجوکیٹ کیجئے، خاص طور پر انفارمل ایجوکیشن کے ذریعے سے۔</w:t>
      </w:r>
    </w:p>
    <w:p>
      <w:r>
        <w:rPr>
          <w:b/>
        </w:rPr>
        <w:t xml:space="preserve">[1:03:26] </w:t>
      </w:r>
      <w:r>
        <w:t>aur mera mission wahi hai, hamara mission jo hai, informal education ka mission hai. yeh isi ko main sahi samajhta hoon.</w:t>
      </w:r>
    </w:p>
    <w:p>
      <w:pPr>
        <w:jc w:val="right"/>
      </w:pPr>
      <w:r>
        <w:t>اور میرا مشن وہی ہے، ہمارا مشن جو ہے، انفارمل ایجوکیشن کا مشن ہے۔ یہ اسی کو میں صحیح سمجھتا ہوں۔</w:t>
      </w:r>
    </w:p>
    <w:p>
      <w:r>
        <w:rPr>
          <w:b/>
        </w:rPr>
        <w:t xml:space="preserve">[1:03:36] </w:t>
      </w:r>
      <w:r>
        <w:t>This question is from Miss naghma siddiqi. NASA has brought out a report stating that the Sun will be at its peak in 2012 and it will result in natural calamities.</w:t>
      </w:r>
    </w:p>
    <w:p>
      <w:pPr>
        <w:jc w:val="right"/>
      </w:pPr>
      <w:r>
        <w:t>This question is from Miss نغمہ صدیقی۔ NASA has brought out a report stating that the Sun will be at its peak in 2012 and it will result in natural calamities.</w:t>
      </w:r>
    </w:p>
    <w:p>
      <w:r>
        <w:rPr>
          <w:b/>
        </w:rPr>
        <w:t xml:space="preserve">[1:03:51] </w:t>
      </w:r>
      <w:r>
        <w:t>What are your views on this?</w:t>
      </w:r>
    </w:p>
    <w:p>
      <w:pPr>
        <w:jc w:val="right"/>
      </w:pPr>
      <w:r>
        <w:t>What are your views on this?</w:t>
      </w:r>
    </w:p>
    <w:p>
      <w:r>
        <w:rPr>
          <w:b/>
        </w:rPr>
        <w:t xml:space="preserve">[1:03:59] </w:t>
      </w:r>
      <w:r>
        <w:t>bhai, main to quran mein ek izafatul lazafa</w:t>
      </w:r>
    </w:p>
    <w:p>
      <w:pPr>
        <w:jc w:val="right"/>
      </w:pPr>
      <w:r>
        <w:t>بھائی، میں تو قرآن میں ایک اضفۃ لاظفہ</w:t>
      </w:r>
    </w:p>
    <w:p>
      <w:r>
        <w:rPr>
          <w:b/>
        </w:rPr>
        <w:t xml:space="preserve">[1:04:05] </w:t>
      </w:r>
      <w:r>
        <w:t>aanay wala din aa chuka. main to yaani har waqt sochta hoon kab yeh yeh sara jo hamara civilization hai, taash ke patte ki tarah gir jaye.</w:t>
      </w:r>
    </w:p>
    <w:p>
      <w:pPr>
        <w:jc w:val="right"/>
      </w:pPr>
      <w:r>
        <w:t>آنے والا دن آ چکا۔ میں تو یعنی ہر وقت سوچتا ہوں کب یہ یہ سارا جو ہمارا سویلائزیشن ہے، تاش کے پتے کی طرح گر جائے۔</w:t>
      </w:r>
    </w:p>
    <w:p>
      <w:r>
        <w:rPr>
          <w:b/>
        </w:rPr>
        <w:t xml:space="preserve">[1:04:17] </w:t>
      </w:r>
      <w:r>
        <w:t>saare city aur saare industry aur saare jo kehte hain, kisi bhi waqt jo hai, iza zallat dil, iza zallat arz dildar ka waqia ho jaye to NASA jo keh raha hai, woh usko main fact samajhta hoon.</w:t>
      </w:r>
    </w:p>
    <w:p>
      <w:pPr>
        <w:jc w:val="right"/>
      </w:pPr>
      <w:r>
        <w:t>سارے سٹی اور سارے انڈسٹری اور سارے جو کہتے ہیں، کسی بھی وقت جو ہے، اذا زلت دل، اذا زلت ارض دلدار کا واقعہ ہو جائے تو ناسا جو کہہ رہا ہے، وہ اس کو میں فیکٹ سمجھتا ہوں۔</w:t>
      </w:r>
    </w:p>
    <w:p>
      <w:r>
        <w:rPr>
          <w:b/>
        </w:rPr>
        <w:t xml:space="preserve">[1:04:32] </w:t>
      </w:r>
      <w:r>
        <w:t>aur kisi bhi waqt, aur bohat qareeb aa chuka. aaj main paper parh raha tha, aaj hi ke homosexulity par research ki gayi ke bilkul natural hai.</w:t>
      </w:r>
    </w:p>
    <w:p>
      <w:pPr>
        <w:jc w:val="right"/>
      </w:pPr>
      <w:r>
        <w:t>اور کسی بھی وقت، اور بہت قریب آ چکا۔ آج میں پیپر پڑھ رہا تھا، آج ہی کہ ہومو سیکسولیٹی پر ریسرچ کی گئی کہ بالکل نیچرل ہے۔</w:t>
      </w:r>
    </w:p>
    <w:p>
      <w:r>
        <w:rPr>
          <w:b/>
        </w:rPr>
        <w:t xml:space="preserve">[1:04:43] </w:t>
      </w:r>
      <w:r>
        <w:t>woh</w:t>
      </w:r>
    </w:p>
    <w:p>
      <w:pPr>
        <w:jc w:val="right"/>
      </w:pPr>
      <w:r>
        <w:t>وہ</w:t>
      </w:r>
    </w:p>
    <w:p>
      <w:r>
        <w:rPr>
          <w:b/>
        </w:rPr>
        <w:t xml:space="preserve">[1:04:44] </w:t>
      </w:r>
      <w:r>
        <w:t>yaani kya hai? yeh to deewangi, madness hai. yeh natural kaise? koi animal mil gaya unko, woh animal mein unhone yeh yeh cheez paayi, us se insan par apply kar liya.</w:t>
      </w:r>
    </w:p>
    <w:p>
      <w:pPr>
        <w:jc w:val="right"/>
      </w:pPr>
      <w:r>
        <w:t>یعنی کیا ہے؟ یہ تو دیوانگی، میڈنس ہے۔ یہ نیچرل کیسے؟ کوئی اینیمل مل گیا ان کو، وہ اینیمل میں انہوں نے یہ یہ چیز پائی، اس سے انسان پر اپلائی کر لیا۔</w:t>
      </w:r>
    </w:p>
    <w:p>
      <w:r>
        <w:rPr>
          <w:b/>
        </w:rPr>
        <w:t xml:space="preserve">[1:04:58] </w:t>
      </w:r>
      <w:r>
        <w:t>kitne stupid log hain yeh ke apni yaani apni is ke liye, apne yaani jo culture banaya hai, unhone is culture ko justify karne ke liye ajeeb ajeeb qism ki researchain zikr ho rahi hain.</w:t>
      </w:r>
    </w:p>
    <w:p>
      <w:pPr>
        <w:jc w:val="right"/>
      </w:pPr>
      <w:r>
        <w:t>کتنے سٹیپڈ لوگ ہیں یہ کہ اپنی یعنی اپنی اس کے لیے، اپنے یعنی جو کلچر بنایا ہے، انہوں نے اس کلچر کو جسٹیفائی کرنے کے لیے عجیب عجیب قسم کی ریسرچیں ذکر ہو رہی ہیں۔</w:t>
      </w:r>
    </w:p>
    <w:p>
      <w:r>
        <w:rPr>
          <w:b/>
        </w:rPr>
        <w:t xml:space="preserve">[1:05:14] </w:t>
      </w:r>
      <w:r>
        <w:t>to main samajhta hoon ke insan ne justification kho diya hai ke zameen par mazeed rahe. woh ab rehne ka koi yahan par justification nahi hai.</w:t>
      </w:r>
    </w:p>
    <w:p>
      <w:pPr>
        <w:jc w:val="right"/>
      </w:pPr>
      <w:r>
        <w:t>تو میں سمجھتا ہوں کہ انسان نے جسٹیفیکیشن کھو دیا ہے کہ زمین پر مزید رہے۔ وہ اب رہنے کا کوئی یہاں پر جسٹیفیکیشن نہیں ہے۔</w:t>
      </w:r>
    </w:p>
    <w:p>
      <w:r>
        <w:rPr>
          <w:b/>
        </w:rPr>
        <w:t xml:space="preserve">[1:05:23] </w:t>
      </w:r>
      <w:r>
        <w:t>insan ki woh Hazrat Noah ne jo farmaya tha ke "walayaldo illa fazir kafara" ke jo paida hoga, woh to bura banega.</w:t>
      </w:r>
    </w:p>
    <w:p>
      <w:pPr>
        <w:jc w:val="right"/>
      </w:pPr>
      <w:r>
        <w:t>انسان کی وہ حضرت نوح نے جو فرمایا تھا کہ "ولایلدو الا فاضل کفارا" کہ جو پیدا ہوگا، وہ تو برا بنے گا۔</w:t>
      </w:r>
    </w:p>
    <w:p>
      <w:r>
        <w:rPr>
          <w:b/>
        </w:rPr>
        <w:t xml:space="preserve">[1:05:34] </w:t>
      </w:r>
      <w:r>
        <w:t>jo paida hoga, bura banega. aap dekh lijiye, aaj hi mere paas ek</w:t>
      </w:r>
    </w:p>
    <w:p>
      <w:pPr>
        <w:jc w:val="right"/>
      </w:pPr>
      <w:r>
        <w:t>جو پیدا ہوگا، برا بنے گا۔ آپ دیکھ لیجئے، آج ہی میرے پاس ایک</w:t>
      </w:r>
    </w:p>
    <w:p>
      <w:r>
        <w:rPr>
          <w:b/>
        </w:rPr>
        <w:t xml:space="preserve">[1:05:39] </w:t>
      </w:r>
      <w:r>
        <w:t>telephone aaya, aaj hi ki baat hai. ek molvi sahab, bohat achhe aadmi hain, woh aalim hain, madrase mein parhate hain. ab un ladke ke bare mein unhone kaha ke "ladka jo hai, mera woh ashq wash ke pada hua hai." ladke koi girlfriend bana liya us ne, koi usi se baatein karta hai, kuch karta karata nahi, hum logon se ladta hai.</w:t>
      </w:r>
    </w:p>
    <w:p>
      <w:pPr>
        <w:jc w:val="right"/>
      </w:pPr>
      <w:r>
        <w:t>ٹیلی فون آیا، آج ہی کی بات ہے۔ ایک مولوی صاحب، بہت اچھے آدمی ہیں، وہ عالم ہیں، مدرسے میں پڑھاتے ہیں۔ اب ان لڑکے کے بارے میں انہوں نے کہا کہ "لڑکا جو ہے، میرا وہ اشک واش کے پڑا ہوا ہے۔" لڑکے کوئی گرل فرینڈ بنا لیا اس نے، کوئی اسی سے باتیں کرتا ہے، کچھ کرتا کراتا نہیں، ہم لوگوں سے لڑتا ہے۔</w:t>
      </w:r>
    </w:p>
    <w:p>
      <w:r>
        <w:rPr>
          <w:b/>
        </w:rPr>
        <w:t xml:space="preserve">[1:05:59] </w:t>
      </w:r>
      <w:r>
        <w:t>woh yeh molvi ke ke bete ka haal hai, aur har ghar mein yahi haal hai, koi ek ghar ki baat nahi hai.</w:t>
      </w:r>
    </w:p>
    <w:p>
      <w:pPr>
        <w:jc w:val="right"/>
      </w:pPr>
      <w:r>
        <w:t>وہ یہ مولوی کے کے بیٹے کا حال ہے، اور ہر گھر میں یہی حال ہے، کوئی ایک گھر کی بات نہیں ہے۔</w:t>
      </w:r>
    </w:p>
    <w:p>
      <w:r>
        <w:rPr>
          <w:b/>
        </w:rPr>
        <w:t xml:space="preserve">[1:06:08] </w:t>
      </w:r>
      <w:r>
        <w:t>ab jo bachhe paida honge, woh bachhe isi ka hissa banenge, isi culture ka hissa. alag se aap unko chahein ke alag se banayein, aap yeh impossible hai, impossible hai.</w:t>
      </w:r>
    </w:p>
    <w:p>
      <w:pPr>
        <w:jc w:val="right"/>
      </w:pPr>
      <w:r>
        <w:t>اب جو بچے پیدا ہوں گے، وہ بچے اسی کا حصہ بنیں گے، اسی کلچر کا حصہ۔ الگ سے آپ ان کو چاہیں کہ الگ سے بنائیں، آپ یہ امپاسیبل ہے، امپاسیبل ہے۔</w:t>
      </w:r>
    </w:p>
    <w:p>
      <w:r>
        <w:rPr>
          <w:b/>
        </w:rPr>
        <w:t xml:space="preserve">[1:06:20] </w:t>
      </w:r>
      <w:r>
        <w:t>aap kisi island mein nahi bachhon ko rakh sakte, aap isi duniya mein rakhna hai. aur is duniya ka haal itna kharab ho chuka hai ke burai jo hai, woh woh conditioning ka process ban chuki hai.</w:t>
      </w:r>
    </w:p>
    <w:p>
      <w:pPr>
        <w:jc w:val="right"/>
      </w:pPr>
      <w:r>
        <w:t>آپ کسی آئی لینڈ میں نہیں بچوں کو رکھ سکتے، آپ اسی دنیا میں رکھنا ہے۔ اور اس دنیا کا حال اتنا خراب ہو چکا ہے کہ برائی جو ہے، وہ وہ کنڈیشننگ کا پراسیس بن چکی ہے۔</w:t>
      </w:r>
    </w:p>
    <w:p>
      <w:r>
        <w:rPr>
          <w:b/>
        </w:rPr>
        <w:t xml:space="preserve">[1:06:32] </w:t>
      </w:r>
      <w:r>
        <w:t>is zamane mein burai hai, jo evil yaani evil culture jo is zamane mein hai, woh woh conditioning ka part ban chuka hai. yaani evil culture hi behal aadmi conditioning ho rahi hai.</w:t>
      </w:r>
    </w:p>
    <w:p>
      <w:pPr>
        <w:jc w:val="right"/>
      </w:pPr>
      <w:r>
        <w:t>اس زمانے میں برائی ہے، جو ایول یعنی ایول کلچر جو اس زمانے میں ہے، وہ وہ کنڈیشننگ کا پارٹ بن چکا ہے۔ یعنی ایول کلچر ہی بہرحال آدمی کنڈیشننگ ہو رہی ہے۔</w:t>
      </w:r>
    </w:p>
    <w:p>
      <w:r>
        <w:rPr>
          <w:b/>
        </w:rPr>
        <w:t xml:space="preserve">[1:06:44] </w:t>
      </w:r>
      <w:r>
        <w:t>ab kya karenge aap? to main samajhta hoon ke ab NASA wale jo khabar de rahe hain, bilkul sahi khabar hai. insan justification kho chuka hai, yeh duniya mazeed woh rahe, aur kab qayamat aa jaye?</w:t>
      </w:r>
    </w:p>
    <w:p>
      <w:pPr>
        <w:jc w:val="right"/>
      </w:pPr>
      <w:r>
        <w:t>اب کیا کریں گے آپ؟ تو میں سمجھتا ہوں کہ اب ناسا والے جو خبر دے رہے ہیں، بالکل صحیح خبر ہے۔ انسان جسٹیفیکیشن کھو چکا ہے، یہ دنیا مزید وہ رہے، اور کب قیامت آ جائے؟</w:t>
      </w:r>
    </w:p>
    <w:p>
      <w:r>
        <w:rPr>
          <w:b/>
        </w:rPr>
        <w:t xml:space="preserve">[1:06:57] </w:t>
      </w:r>
      <w:r>
        <w:t>kal subah aa jaye, parson subah aa jaye, hum kuch nahi kar sakte.</w:t>
      </w:r>
    </w:p>
    <w:p>
      <w:pPr>
        <w:jc w:val="right"/>
      </w:pPr>
      <w:r>
        <w:t>کل صبح آ جائے، پرسوں صبح آ جائے، ہم کچھ نہیں کر سکتے۔</w:t>
      </w:r>
    </w:p>
    <w:p>
      <w:r>
        <w:rPr>
          <w:b/>
        </w:rPr>
        <w:t xml:space="preserve">[1:07:03] </w:t>
      </w:r>
      <w:r>
        <w:t>This question is from Miss Razia. People hold their belief system to be so sacrosanct that they feel it to be blasphemous, to raise questions at it.</w:t>
      </w:r>
    </w:p>
    <w:p>
      <w:pPr>
        <w:jc w:val="right"/>
      </w:pPr>
      <w:r>
        <w:t>This question is from Miss Razia۔ People hold their belief system to be so sacrosanct that they feel it to be blasphemous, to raise questions at it.</w:t>
      </w:r>
    </w:p>
    <w:p>
      <w:r>
        <w:rPr>
          <w:b/>
        </w:rPr>
        <w:t xml:space="preserve">[1:07:16] </w:t>
      </w:r>
      <w:r>
        <w:t>How can such people be told the importance of verification of their beliefs?</w:t>
      </w:r>
    </w:p>
    <w:p>
      <w:pPr>
        <w:jc w:val="right"/>
      </w:pPr>
      <w:r>
        <w:t>How can such people be told the importance of verification of their beliefs؟</w:t>
      </w:r>
    </w:p>
    <w:p>
      <w:r>
        <w:rPr>
          <w:b/>
        </w:rPr>
        <w:t xml:space="preserve">[1:07:24] </w:t>
      </w:r>
      <w:r>
        <w:t>dekhein, yeh to har zamane mein aise log rahe hain jo is jo sochne ko samajhte hain ke sochna yaani woh hai,</w:t>
      </w:r>
    </w:p>
    <w:p>
      <w:pPr>
        <w:jc w:val="right"/>
      </w:pPr>
      <w:r>
        <w:t>دیکھیں، یہ تو ہر زمانے میں ایسے لوگ رہے ہیں جو اس جو سوچنے کو سمجھتے ہیں کہ سوچنا یعنی وہ ہے،</w:t>
      </w:r>
    </w:p>
    <w:p>
      <w:r>
        <w:rPr>
          <w:b/>
        </w:rPr>
        <w:t xml:space="preserve">[1:07:40] </w:t>
      </w:r>
      <w:r>
        <w:t>yaani system ke khilaf sochna hai ya tradition ke khilaf sochna hai, jo hai yeh koi gunah ki baat hai. to aise log hamesha rahe hain, hamesha rahenge. aap ko samjhane ki koshish kijiye.</w:t>
      </w:r>
    </w:p>
    <w:p>
      <w:pPr>
        <w:jc w:val="right"/>
      </w:pPr>
      <w:r>
        <w:t>یعنی سسٹم کے خلاف سوچنا ہے یا ٹریڈیشن کے خلاف سوچنا ہے، جو ہے یہ کوئی گناہ کی بات ہے۔ تو ایسے لوگ ہمیشہ رہے ہیں، ہمیشہ رہیں گے۔ آپ کو سمجھانے کی کوشش کیجئے۔</w:t>
      </w:r>
    </w:p>
    <w:p>
      <w:r>
        <w:rPr>
          <w:b/>
        </w:rPr>
        <w:t xml:space="preserve">[1:07:51] </w:t>
      </w:r>
      <w:r>
        <w:t>question karna to yaani Khuda se farishton ne question kiya. Khuda ne khud yeh misaal qaim ki hai ke woh farishton ne question kiya, aur Khuda ne is ka jawab diya.</w:t>
      </w:r>
    </w:p>
    <w:p>
      <w:pPr>
        <w:jc w:val="right"/>
      </w:pPr>
      <w:r>
        <w:t>کوئسچن کرنا تو یعنی خدا سے فرشتوں نے کوئسچن کیا۔ خدا نے خود یہ مثال قائم کی ہے کہ وہ فرشتوں نے کوئسچن کیا، اور خدا نے اس کا جواب دیا۔</w:t>
      </w:r>
    </w:p>
    <w:p>
      <w:r>
        <w:rPr>
          <w:b/>
        </w:rPr>
        <w:t xml:space="preserve">[1:08:02] </w:t>
      </w:r>
      <w:r>
        <w:t>jab khuda ne paida kiya insaan ko to farishton ne kaha ke aap paida kar rahe hain insaan ko, jo zameen mein ja kar ke wahan woh burai phailaye ga, woh qatal kare ga, yeh kare ga, woh kare ga.</w:t>
      </w:r>
    </w:p>
    <w:p>
      <w:pPr>
        <w:jc w:val="right"/>
      </w:pPr>
      <w:r>
        <w:t>جب خدا نے پیدا کیا انسان کو تو فرشتوں نے کہا کہ آپ پیدا کر رہے ہیں انسان کو، جو زمین میں جا کر کے وہاں وہ برائی پھیلائے گا، وہ قتل کرے گا، یہ کرے گا، وہ کرے گا۔</w:t>
      </w:r>
    </w:p>
    <w:p>
      <w:r>
        <w:rPr>
          <w:b/>
        </w:rPr>
        <w:t xml:space="preserve">[1:08:17] </w:t>
      </w:r>
      <w:r>
        <w:t>to khuda ne un ko daant daant ke chup nahi</w:t>
      </w:r>
    </w:p>
    <w:p>
      <w:pPr>
        <w:jc w:val="right"/>
      </w:pPr>
      <w:r>
        <w:t>تو خدا نے ان کو ڈانٹ ڈانٹ کے چپ نہیں</w:t>
      </w:r>
    </w:p>
    <w:p>
      <w:r>
        <w:rPr>
          <w:b/>
        </w:rPr>
        <w:t xml:space="preserve">[1:08:20] </w:t>
      </w:r>
      <w:r>
        <w:t>kiya, khuda ne is ka jawab diya, yaani is ko explain kiya. khuda ne angels ke koi question ko explain kiya, balkeh is ko demonstration diya.</w:t>
      </w:r>
    </w:p>
    <w:p>
      <w:pPr>
        <w:jc w:val="right"/>
      </w:pPr>
      <w:r>
        <w:t>کیا، خدا نے اس کا جواب دیا، یعنی اس کو ایکسپلین کیا۔ خدا نے اینجلز کے کوئی کوئسچن کو ایکسپلین کیا، بلکہ اس کو ڈیمونسٹریشن دیا۔</w:t>
      </w:r>
    </w:p>
    <w:p>
      <w:r>
        <w:rPr>
          <w:b/>
        </w:rPr>
        <w:t xml:space="preserve">[1:08:31] </w:t>
      </w:r>
      <w:r>
        <w:t>khuda ne jab khuda jo hai is question ko invite karta hai to kisi insaan ko kya right hai ke woh question ko kahe ke sab galat hai?</w:t>
      </w:r>
    </w:p>
    <w:p>
      <w:pPr>
        <w:jc w:val="right"/>
      </w:pPr>
      <w:r>
        <w:t>خدا نے جب خدا جو ہے اس کوئسچن کو انوائٹ کرتا ہے تو کسی انسان کو کیا رائٹ ہے کہ وہ کوئسچن کو کہے کہ سب غلط ہے؟</w:t>
      </w:r>
    </w:p>
    <w:p>
      <w:r>
        <w:rPr>
          <w:b/>
        </w:rPr>
        <w:t xml:space="preserve">[1:08:40] </w:t>
      </w:r>
      <w:r>
        <w:t>yeh kaam, yeh sab bilkul baseless baatein hain. in ko samjhana chahiye ke aap ki soch se hi nahi hai.</w:t>
      </w:r>
    </w:p>
    <w:p>
      <w:pPr>
        <w:jc w:val="right"/>
      </w:pPr>
      <w:r>
        <w:t>یہ کام، یہ سب بالکل بیسلیس باتیں ہیں۔ ان کو سمجھانا چاہیے کہ آپ کی سوچ سے ہی نہیں ہے۔</w:t>
      </w:r>
    </w:p>
    <w:p>
      <w:r>
        <w:rPr>
          <w:b/>
        </w:rPr>
        <w:t xml:space="preserve">[1:08:49] </w:t>
      </w:r>
      <w:r>
        <w:t>This question is from Mr. Mutanjee. I have heard that God is present in everything. However, today in the lecture, it was mentioned that God's signs are in everything.</w:t>
      </w:r>
    </w:p>
    <w:p>
      <w:pPr>
        <w:jc w:val="right"/>
      </w:pPr>
      <w:r>
        <w:t>This question is from Mr. متنجے۔ I have heard that God is present in everything. However, today in the lecture, it was mentioned that God's signs are in everything.</w:t>
      </w:r>
    </w:p>
    <w:p>
      <w:r>
        <w:rPr>
          <w:b/>
        </w:rPr>
        <w:t xml:space="preserve">[1:09:05] </w:t>
      </w:r>
      <w:r>
        <w:t>Kindly elaborate.</w:t>
      </w:r>
    </w:p>
    <w:p>
      <w:pPr>
        <w:jc w:val="right"/>
      </w:pPr>
      <w:r>
        <w:t>Kindly elaborate.</w:t>
      </w:r>
    </w:p>
    <w:p>
      <w:r>
        <w:rPr>
          <w:b/>
        </w:rPr>
        <w:t xml:space="preserve">[1:09:08] </w:t>
      </w:r>
      <w:r>
        <w:t>dekhen, bohat pehle se yaani hazaron saal se do thought, do parallel thought rahe hain mazhab mein.</w:t>
      </w:r>
    </w:p>
    <w:p>
      <w:pPr>
        <w:jc w:val="right"/>
      </w:pPr>
      <w:r>
        <w:t>دیکھیں، بہت پہلے سے یعنی ہزاروں سال سے دو تھاٹ، دو پیرلل تھاٹ رہے ہیں مذہب میں۔</w:t>
      </w:r>
    </w:p>
    <w:p>
      <w:r>
        <w:rPr>
          <w:b/>
        </w:rPr>
        <w:t xml:space="preserve">[1:09:20] </w:t>
      </w:r>
      <w:r>
        <w:t>ek ko kehte hain pantheism, ek ko kehte hain monotheism. sanskrit mein kaha jata hai dwait vaad aur advait vaad.</w:t>
      </w:r>
    </w:p>
    <w:p>
      <w:pPr>
        <w:jc w:val="right"/>
      </w:pPr>
      <w:r>
        <w:t>ایک کو کہتے ہیں مورزم، ایک کو کہتے ہیں مونوتھیزم۔ سنسکرت میں کہا جاتا ہے دوئت واد اور ادوئت واد۔</w:t>
      </w:r>
    </w:p>
    <w:p>
      <w:r>
        <w:rPr>
          <w:b/>
        </w:rPr>
        <w:t xml:space="preserve">[1:09:30] </w:t>
      </w:r>
      <w:r>
        <w:t>to pantheism jo hai,</w:t>
      </w:r>
    </w:p>
    <w:p>
      <w:pPr>
        <w:jc w:val="right"/>
      </w:pPr>
      <w:r>
        <w:t>تو مورزم جو ہے،</w:t>
      </w:r>
    </w:p>
    <w:p>
      <w:r>
        <w:rPr>
          <w:b/>
        </w:rPr>
        <w:t xml:space="preserve">[1:09:34] </w:t>
      </w:r>
      <w:r>
        <w:t>pantheism ko kehte hain advait vaad, yaani do nahi, duality nahi hai. cheezon mein sab kuch ek hi hai, ek hi cheez hai, usi ka manifestation hai.</w:t>
      </w:r>
    </w:p>
    <w:p>
      <w:pPr>
        <w:jc w:val="right"/>
      </w:pPr>
      <w:r>
        <w:t>مورزم کو کہتے ہیں ادوئت واد، یعنی دو نہیں، ڈویلٹی نہیں ہے۔ چیزوں میں سب کچھ ایک ہی ہے، ایک ہی چیز ہے، اسی کا مینیفیسٹیشن ہے۔</w:t>
      </w:r>
    </w:p>
    <w:p>
      <w:r>
        <w:rPr>
          <w:b/>
        </w:rPr>
        <w:t xml:space="preserve">[1:09:44] </w:t>
      </w:r>
      <w:r>
        <w:t>har cheez to usi ko kehte hain ke jab har cheez mein khuda ka, yaani har cheez khuda ka hissa hai, khuda ka ang hai.</w:t>
      </w:r>
    </w:p>
    <w:p>
      <w:pPr>
        <w:jc w:val="right"/>
      </w:pPr>
      <w:r>
        <w:t>ہر چیز تو اسی کو کہتے ہیں کہ جب ہر چیز میں خدا کا، یعنی ہر چیز خدا کا حصہ ہے، خدا کا انگ ہے۔</w:t>
      </w:r>
    </w:p>
    <w:p>
      <w:r>
        <w:rPr>
          <w:b/>
        </w:rPr>
        <w:t xml:space="preserve">[1:09:53] </w:t>
      </w:r>
      <w:r>
        <w:t>har cheez to yeh pantheism ka concept bohat pehle hai.</w:t>
      </w:r>
    </w:p>
    <w:p>
      <w:pPr>
        <w:jc w:val="right"/>
      </w:pPr>
      <w:r>
        <w:t>ہر چیز تو یہ مورزم کا کانسیپٹ بہت پہلے ہے۔</w:t>
      </w:r>
    </w:p>
    <w:p>
      <w:r>
        <w:rPr>
          <w:b/>
        </w:rPr>
        <w:t xml:space="preserve">[1:09:57] </w:t>
      </w:r>
      <w:r>
        <w:t>asal mein yeh philosophical concept tha, yeh religious nahi tha. yeh is ko yaad rakhen achhe tarike se ke advait vaad ya pantheism ka jo concept hai, yeh religious concept nahi hai, yeh yeh falsafiyana concept hai.</w:t>
      </w:r>
    </w:p>
    <w:p>
      <w:pPr>
        <w:jc w:val="right"/>
      </w:pPr>
      <w:r>
        <w:t>اصل میں یہ فلاسفیکل کانسیپٹ تھا، یہ ریلیجیس نہیں تھا۔ یہ اس کو یاد رکھیں اچھے طریقے سے کہ ادوئت واد یا مورزم کا جو کانسیپٹ ہے، یہ ریلیجیس کانسیپٹ نہیں ہے، یہ یہ فلسفیانہ کانسیپٹ ہے۔</w:t>
      </w:r>
    </w:p>
    <w:p>
      <w:r>
        <w:rPr>
          <w:b/>
        </w:rPr>
        <w:t xml:space="preserve">[1:10:11] </w:t>
      </w:r>
      <w:r>
        <w:t>woh aa gaya hai mazhab mein, woh mazhab mein aa gaya hai. jo mazhab ka jo concept hai, woh hamesha se aur monotheism ka concept hai,</w:t>
      </w:r>
    </w:p>
    <w:p>
      <w:pPr>
        <w:jc w:val="right"/>
      </w:pPr>
      <w:r>
        <w:t>وہ آ گیا ہے مذہب میں، وہ مذہب میں آ گیا ہے۔ جو مذہب کا جو کانسیپٹ ہے، وہ ہمیشہ سے اور مونوتھیزم کا کانسیپٹ ہے،</w:t>
      </w:r>
    </w:p>
    <w:p>
      <w:r>
        <w:rPr>
          <w:b/>
        </w:rPr>
        <w:t xml:space="preserve">[1:10:24] </w:t>
      </w:r>
      <w:r>
        <w:t>yaani yaani creator alag hai, creation alag hai, khuda alag hai, makhlooq alag hai. religious concept hamesha yahi raha hai, yeh philosophical concept tha.</w:t>
      </w:r>
    </w:p>
    <w:p>
      <w:pPr>
        <w:jc w:val="right"/>
      </w:pPr>
      <w:r>
        <w:t>یعنی یعنی کریٹر الگ ہے، کریشن الگ ہے، خدا الگ ہے، مخلوق الگ ہے۔ ریلیجیس کانسیپٹ ہمیشہ یہی رہا ہے، یہ فلسفیانہ کانسیپٹ تھا۔</w:t>
      </w:r>
    </w:p>
    <w:p>
      <w:r>
        <w:rPr>
          <w:b/>
        </w:rPr>
        <w:t xml:space="preserve">[1:10:36] </w:t>
      </w:r>
      <w:r>
        <w:t>is ko le kar ke is ko unhon ne mazhab mein shamil kar diya, yahan tak ke musalmanon mein sufi logon ne shamil kar diya.</w:t>
      </w:r>
    </w:p>
    <w:p>
      <w:pPr>
        <w:jc w:val="right"/>
      </w:pPr>
      <w:r>
        <w:t>اس کو لے کر کے اس کو انہوں نے مذہب میں شامل کر دیا، یہاں تک کہ مسلمانوں میں صوفی لوگوں نے شامل کر دیا۔</w:t>
      </w:r>
    </w:p>
    <w:p>
      <w:r>
        <w:rPr>
          <w:b/>
        </w:rPr>
        <w:t xml:space="preserve">[1:10:45] </w:t>
      </w:r>
      <w:r>
        <w:t>aksar sufi jo hai, is ko wahdat al wajood ko mante the,</w:t>
      </w:r>
    </w:p>
    <w:p>
      <w:pPr>
        <w:jc w:val="right"/>
      </w:pPr>
      <w:r>
        <w:t>اکثر صوفی جو ہے، اس کو بحث وجود کو مانتے تھے،</w:t>
      </w:r>
    </w:p>
    <w:p>
      <w:r>
        <w:rPr>
          <w:b/>
        </w:rPr>
        <w:t xml:space="preserve">[1:10:50] </w:t>
      </w:r>
      <w:r>
        <w:t>jaise Maulana Room ki jo kitab hai, Masnavi Maulana Room, woh sara isi par hai.</w:t>
      </w:r>
    </w:p>
    <w:p>
      <w:pPr>
        <w:jc w:val="right"/>
      </w:pPr>
      <w:r>
        <w:t>جیسے مولانا روم کی جو کتاب ہے، مثنوی مولانا روم، وہ سارا اسی پر ہے۔</w:t>
      </w:r>
    </w:p>
    <w:p>
      <w:r>
        <w:rPr>
          <w:b/>
        </w:rPr>
        <w:t xml:space="preserve">[1:10:58] </w:t>
      </w:r>
      <w:r>
        <w:t>Ibn Arabi ne bhi isi tarah ke jo top ke sufi maane jate hain, is tarah ki baatein keen. agarche sath sath unhon ne yeh bhi keh diya ke "al rabb rabb al abd wa tarqah" aur "rabb rabb walu tanazzul" yeh sab bekar baatein hain, bilkul be yani koi is ka bilkul baseless baatein hain.</w:t>
      </w:r>
    </w:p>
    <w:p>
      <w:pPr>
        <w:jc w:val="right"/>
      </w:pPr>
      <w:r>
        <w:t>ابن عربی نے بھی اسی طرح کے جو ٹاپ کے صوفی مانے جاتے ہیں، اس طرح کی باتیں کیں۔ اگرچہ ساتھ ساتھ انہوں نے یہ بھی کہہ دیا کہ "الرب رب العبد وترقہ" اور "رب رب ولو تنزل" یہ سب بیکار باتیں ہیں، بالکل بے یعنی کوئی اس کا بالکل بیسلیس باتیں ہیں۔</w:t>
      </w:r>
    </w:p>
    <w:p>
      <w:r>
        <w:rPr>
          <w:b/>
        </w:rPr>
        <w:t xml:space="preserve">[1:11:18] </w:t>
      </w:r>
      <w:r>
        <w:t>clear taur par aap ko manna chahiye ke khuda alag hai aur insaan alag hai, creator alag hai, creation alag hai.</w:t>
      </w:r>
    </w:p>
    <w:p>
      <w:pPr>
        <w:jc w:val="right"/>
      </w:pPr>
      <w:r>
        <w:t>کلیئر طور پر آپ کو ماننا چاہیے کہ خدا الگ ہے اور انسان الگ ہے، کریٹر الگ ہے، کریشن الگ ہے۔</w:t>
      </w:r>
    </w:p>
    <w:p>
      <w:r>
        <w:rPr>
          <w:b/>
        </w:rPr>
        <w:t xml:space="preserve">[1:11:26] </w:t>
      </w:r>
      <w:r>
        <w:t>yeh sab bekar baatein hain ke "al rabb al abd abd wa tarqah" aur "rabb rabb walu tanazzul" yeh sab bilkul mein is ko bilkul absurd samajhta hoon.</w:t>
      </w:r>
    </w:p>
    <w:p>
      <w:pPr>
        <w:jc w:val="right"/>
      </w:pPr>
      <w:r>
        <w:t>یہ سب بیکار باتیں ہیں کہ "الرب العبد عبد وترقہ" اور "رب رب ولو تنزل" یہ سب بالکل میں اس کو بالکل ایبسرٹ سمجھتا ہوں۔</w:t>
      </w:r>
    </w:p>
    <w:p>
      <w:r>
        <w:rPr>
          <w:b/>
        </w:rPr>
        <w:t xml:space="preserve">[1:11:39] </w:t>
      </w:r>
      <w:r>
        <w:t>This question is from Miss Razia. People are often of the opinion that the test that we are here for is merely to do good deeds and refrain from the bad ones.</w:t>
      </w:r>
    </w:p>
    <w:p>
      <w:pPr>
        <w:jc w:val="right"/>
      </w:pPr>
      <w:r>
        <w:t>This question is from Miss Razia۔ People are often of the opinion that the test that we are here for is merely to do good deeds and refrain from the bad ones.</w:t>
      </w:r>
    </w:p>
    <w:p>
      <w:r>
        <w:rPr>
          <w:b/>
        </w:rPr>
        <w:t xml:space="preserve">[1:11:54] </w:t>
      </w:r>
      <w:r>
        <w:t>How can the concept of test be explained to such people</w:t>
      </w:r>
    </w:p>
    <w:p>
      <w:pPr>
        <w:jc w:val="right"/>
      </w:pPr>
      <w:r>
        <w:t>How can the concept of test be explained to such people</w:t>
      </w:r>
    </w:p>
    <w:p>
      <w:r>
        <w:rPr>
          <w:b/>
        </w:rPr>
        <w:t xml:space="preserve">[1:11:58] </w:t>
      </w:r>
      <w:r>
        <w:t>؟ dekhen, yeh hamesha se chala raha hai ek ek soch jis ko Babar ne kaha tha ke "Babar baash koosh ke aalam dobara nahi" ke ek ek bar ki zindagi hai, khoob aaram kar lo, aish kar lo, bas qissa khatam.</w:t>
      </w:r>
    </w:p>
    <w:p>
      <w:pPr>
        <w:jc w:val="right"/>
      </w:pPr>
      <w:r>
        <w:t>؟ دیکھیں، یہ ہمیشہ سے چلا رہا ہے ایک ایک سوچ جس کو بابر نے کہا تھا کہ "بابر باعش کوش کے عالم دوبارہ نہیں" کہ ایک ایک بار کی زندگی ہے، خوب آرام کر لو، عیش کر لو، بس قصہ ختم۔</w:t>
      </w:r>
    </w:p>
    <w:p>
      <w:r>
        <w:rPr>
          <w:b/>
        </w:rPr>
        <w:t xml:space="preserve">[1:12:16] </w:t>
      </w:r>
      <w:r>
        <w:t>to basically yeh cheez hai is par ke hum life hamari marne ke baad continue rehti hai ke nahi rehti hai. basically</w:t>
      </w:r>
    </w:p>
    <w:p>
      <w:pPr>
        <w:jc w:val="right"/>
      </w:pPr>
      <w:r>
        <w:t>تو بیسکلی یہ چیز ہے اس پر کہ ہم لائف ہماری مرنے کے بعد کنٹینیو رہتی ہے کہ نہیں رہتی ہے۔ بیسکلی</w:t>
      </w:r>
    </w:p>
    <w:p>
      <w:r>
        <w:rPr>
          <w:b/>
        </w:rPr>
        <w:t xml:space="preserve">[1:12:26] </w:t>
      </w:r>
      <w:r>
        <w:t>yeh baat hai. to jo log yeh mante hain ke mar gaye to khatam, unka kehna yeh hai ke khoob aish karo, bas. lekin agar hum yeh manein ke zindagi baad ko bhi baqi rehti hai to foran accountability ka concept aa jata hai.</w:t>
      </w:r>
    </w:p>
    <w:p>
      <w:pPr>
        <w:jc w:val="right"/>
      </w:pPr>
      <w:r>
        <w:t>یہ بات ہے۔ تو جو لوگ یہ مانتے ہیں کہ مر گئے تو ختم، ان کا کہنا یہ ہے کہ خوب عیش کرو، بس۔ لیکن اگر ہم یہ مانیں کہ زندگی بعد کو بھی باقی رہتی ہے تو فوراً اکاؤنٹیبلٹی کا کانسیپٹ آ جاتا ہے۔</w:t>
      </w:r>
    </w:p>
    <w:p>
      <w:r>
        <w:rPr>
          <w:b/>
        </w:rPr>
        <w:t xml:space="preserve">[1:12:41] </w:t>
      </w:r>
      <w:r>
        <w:t>accountability ka concept ayega to phir witness ka concept aa jayega ke duniya mein is liye hum hain ke hum yahan par hamara record tayar ho raha hai.</w:t>
      </w:r>
    </w:p>
    <w:p>
      <w:pPr>
        <w:jc w:val="right"/>
      </w:pPr>
      <w:r>
        <w:t>اکاؤنٹیبلٹی کا کانسیپٹ آئے گا تو پھر وٹنس کا کانسیپٹ آ جائے گا کہ دنیا میں اس لیے ہم ہیں کہ ہم یہاں پر ہمارا ریکارڈ تیار ہو رہا ہے۔</w:t>
      </w:r>
    </w:p>
    <w:p>
      <w:r>
        <w:rPr>
          <w:b/>
        </w:rPr>
        <w:t xml:space="preserve">[1:12:50] </w:t>
      </w:r>
      <w:r>
        <w:t>is ke mutabiq agle jo jo life hai to wo life mein hamein is ka reward milega ya punishment milega.</w:t>
      </w:r>
    </w:p>
    <w:p>
      <w:pPr>
        <w:jc w:val="right"/>
      </w:pPr>
      <w:r>
        <w:t>اس کے مطابق اگلے جو جو لائف ہے تو وہ لائف میں ہمیں اس کا ریوارڈ ملے گا یا پنشمنٹ ملے گا۔</w:t>
      </w:r>
    </w:p>
    <w:p>
      <w:r>
        <w:rPr>
          <w:b/>
        </w:rPr>
        <w:t xml:space="preserve">[1:13:01] </w:t>
      </w:r>
      <w:r>
        <w:t>aur jahan tak mein janta hoon, jo scientific stand hai is bare mein, wo yeh hai ke life continue karti hai, khatam nahi hoti. jahan tak mein janta hoon, yeh yahan.</w:t>
      </w:r>
    </w:p>
    <w:p>
      <w:pPr>
        <w:jc w:val="right"/>
      </w:pPr>
      <w:r>
        <w:t>اور جہاں تک میں جانتا ہوں، جو سائنٹیفک سٹینڈ ہے اس بارے میں، وہ یہ ہے کہ لائف کنٹینیو کرتی ہے، ختم نہیں ہوتی۔ جہاں تک میں جانتا ہوں، یہ یہاں۔</w:t>
      </w:r>
    </w:p>
    <w:p>
      <w:r>
        <w:rPr>
          <w:b/>
        </w:rPr>
        <w:t xml:space="preserve">[1:13:12] </w:t>
      </w:r>
      <w:r>
        <w:t>This question is from Dr. Fareeda Khanam.</w:t>
      </w:r>
    </w:p>
    <w:p>
      <w:pPr>
        <w:jc w:val="right"/>
      </w:pPr>
      <w:r>
        <w:t>This question is from ڈاکٹر فریدہ خانم۔</w:t>
      </w:r>
    </w:p>
    <w:p>
      <w:r>
        <w:rPr>
          <w:b/>
        </w:rPr>
        <w:t xml:space="preserve">[1:13:16] </w:t>
      </w:r>
      <w:r>
        <w:t>What is the sign of having surrendered before God completely? mein samajhta hoon ke ek hi sign hai, wo hai modesty.</w:t>
      </w:r>
    </w:p>
    <w:p>
      <w:pPr>
        <w:jc w:val="right"/>
      </w:pPr>
      <w:r>
        <w:t>What is the sign of having surrendered before God completely؟ میں سمجھتا ہوں کہ ایک ہی سائن ہے، وہ ہے ماڈیسٹی۔</w:t>
      </w:r>
    </w:p>
    <w:p>
      <w:r>
        <w:rPr>
          <w:b/>
        </w:rPr>
        <w:t xml:space="preserve">[1:13:25] </w:t>
      </w:r>
      <w:r>
        <w:t>bas modesty, magar magar true modesty, sachi modesty, banawati modesty nahi. ek aadmi gaya hai, ek ek bare Maulana the, unke paas ek ek question tha is ka poochne ke liye.</w:t>
      </w:r>
    </w:p>
    <w:p>
      <w:pPr>
        <w:jc w:val="right"/>
      </w:pPr>
      <w:r>
        <w:t>بس ماڈیسٹی، مگر مگر ٹرو ماڈیسٹی، سچی ماڈیسٹی، بناوٹی ماڈیسٹی نہیں۔ ایک آدمی گیا ہے، ایک ایک بڑے مولانا تھے، ان کے پاس ایک ایک کوئسچن تھا اس کا پوچھنے کے لیے۔</w:t>
      </w:r>
    </w:p>
    <w:p>
      <w:r>
        <w:rPr>
          <w:b/>
        </w:rPr>
        <w:t xml:space="preserve">[1:13:44] </w:t>
      </w:r>
      <w:r>
        <w:t>to unhone kaha ke mein mein to hash badah hoon. mujhe kya hash badah ka matlab hai ke "I I I know nothing"?</w:t>
      </w:r>
    </w:p>
    <w:p>
      <w:pPr>
        <w:jc w:val="right"/>
      </w:pPr>
      <w:r>
        <w:t>تو انہوں نے کہا کہ میں میں تو ہیش بدا ہوں۔ مجھے کیا ہیش بدا کا مطلب ہے کہ "I I I know nothing"؟</w:t>
      </w:r>
    </w:p>
    <w:p>
      <w:r>
        <w:rPr>
          <w:b/>
        </w:rPr>
        <w:t xml:space="preserve">[1:13:54] </w:t>
      </w:r>
      <w:r>
        <w:t>to us ne keh diya ke "haan Hazrat, aap hash badah hain." ab gussa ho gaya wo, yani yun to bole wo ke "mein kuch nahi janta,</w:t>
      </w:r>
    </w:p>
    <w:p>
      <w:pPr>
        <w:jc w:val="right"/>
      </w:pPr>
      <w:r>
        <w:t>تو اس نے کہہ دیا کہ "ہاں حضرت، آپ ہیش بدا ہیں۔" اب غصہ ہو گیا وہ، یعنی یوں تو بولے وہ کہ "میں کچھ نہیں جانتا،</w:t>
      </w:r>
    </w:p>
    <w:p>
      <w:r>
        <w:rPr>
          <w:b/>
        </w:rPr>
        <w:t xml:space="preserve">[1:14:08] </w:t>
      </w:r>
      <w:r>
        <w:t>hash badah". aur jab us ne keh diya ke "haan sach mein, aap kuch nahi jante" to gussa ho gaya wo. to</w:t>
      </w:r>
    </w:p>
    <w:p>
      <w:pPr>
        <w:jc w:val="right"/>
      </w:pPr>
      <w:r>
        <w:t>ہیش بدا"۔ اور جب اس نے کہہ دیا کہ "ہاں سچ میں، آپ کچھ نہیں جانتے" تو غصہ ہو گیا وہ۔ تو</w:t>
      </w:r>
    </w:p>
    <w:p>
      <w:r>
        <w:rPr>
          <w:b/>
        </w:rPr>
        <w:t xml:space="preserve">[1:14:16] </w:t>
      </w:r>
      <w:r>
        <w:t>bohat se log is philosophy mein rehte hain ke khas tarah ka kapra, khas tarah se bolna, wo modesty hai. sab bilkul baseless baatein hain.</w:t>
      </w:r>
    </w:p>
    <w:p>
      <w:pPr>
        <w:jc w:val="right"/>
      </w:pPr>
      <w:r>
        <w:t>بہت سے لوگ اس فلسفی میں رہتے ہیں کہ خاص طرح کا کپڑا، خاص طرح سے بولنا، وہ ماڈیسٹی ہے۔ سب بالکل بیسلیس باتیں ہیں۔</w:t>
      </w:r>
    </w:p>
    <w:p>
      <w:r>
        <w:rPr>
          <w:b/>
        </w:rPr>
        <w:t xml:space="preserve">[1:14:27] </w:t>
      </w:r>
      <w:r>
        <w:t>modesty ka taluq dil se hota hai aur sachi modesty yeh hai ke aap pehchan is ki ke aap ko na to praise par khushi ho, na criticism par aap ko koi bura lage.</w:t>
      </w:r>
    </w:p>
    <w:p>
      <w:pPr>
        <w:jc w:val="right"/>
      </w:pPr>
      <w:r>
        <w:t>ماڈیسٹی کا تعلق دل سے ہوتا ہے اور سچی ماڈیسٹی یہ ہے کہ آپ پہچان اس کی کہ آپ کو نہ تو پریز پر خوشی ہو، نہ کریٹیسز پر آپ کو کوئی برا لگے۔</w:t>
      </w:r>
    </w:p>
    <w:p>
      <w:r>
        <w:rPr>
          <w:b/>
        </w:rPr>
        <w:t xml:space="preserve">[1:14:42] </w:t>
      </w:r>
      <w:r>
        <w:t>aap ko</w:t>
      </w:r>
    </w:p>
    <w:p>
      <w:pPr>
        <w:jc w:val="right"/>
      </w:pPr>
      <w:r>
        <w:t>آپ کو</w:t>
      </w:r>
    </w:p>
    <w:p>
      <w:r>
        <w:rPr>
          <w:b/>
        </w:rPr>
        <w:t xml:space="preserve">[1:14:44] </w:t>
      </w:r>
      <w:r>
        <w:t>aap par criticize kiya jaye to aap bura na lage aur aap ki tareef kiya jaye to acha na lage. kyunke modesty ati hai Khuda ke greatness ko discover karne se.</w:t>
      </w:r>
    </w:p>
    <w:p>
      <w:pPr>
        <w:jc w:val="right"/>
      </w:pPr>
      <w:r>
        <w:t>آپ پر کریٹیسائز کیا جائے تو آپ برا نہ لگے اور آپ کی تعریف کیا جائے تو اچھا نہ لگے۔ کیونکہ ماڈیسٹی آتی ہے خدا کے گریٹنس کو ڈسکور کرنے سے۔</w:t>
      </w:r>
    </w:p>
    <w:p>
      <w:r>
        <w:rPr>
          <w:b/>
        </w:rPr>
        <w:t xml:space="preserve">[1:14:56] </w:t>
      </w:r>
      <w:r>
        <w:t>agar sach mach aap jaan lein Khuda ki barhai ko to aap ko kuch bhi nahi lagega. apne ko aap is qabil nahi samjhein ke meri koi meri praise ki jaye</w:t>
      </w:r>
    </w:p>
    <w:p>
      <w:pPr>
        <w:jc w:val="right"/>
      </w:pPr>
      <w:r>
        <w:t>اگر سچ مچ آپ جان لیں خدا کی بڑائی کو تو آپ کو کچھ بھی نہیں لگے گا۔ اپنے کو آپ اس قابل نہیں سمجھیں کہ میری کوئی میری پریز کی جائے</w:t>
      </w:r>
    </w:p>
    <w:p>
      <w:r>
        <w:rPr>
          <w:b/>
        </w:rPr>
        <w:t xml:space="preserve">[1:15:09] </w:t>
      </w:r>
      <w:r>
        <w:t>aur aap ko criticize kiya jaye to aap samjhein ke kya, yani mein mein to high hoon, yani ek ek valueless aadmi.</w:t>
      </w:r>
    </w:p>
    <w:p>
      <w:pPr>
        <w:jc w:val="right"/>
      </w:pPr>
      <w:r>
        <w:t>اور آپ کو کریٹیسائز کیا جائے تو آپ سمجھیں کہ کیا، یعنی میں میں تو ہائی ہوں، یعنی ایک ایک ویلیولیس آدمی۔</w:t>
      </w:r>
    </w:p>
    <w:p>
      <w:r>
        <w:rPr>
          <w:b/>
        </w:rPr>
        <w:t xml:space="preserve">[1:15:20] </w:t>
      </w:r>
      <w:r>
        <w:t>lekin har modest aadmi apne ko valueless samjhega, apne ko samjhega ke meri koi value nahi hai. Khuda ke haan jo bhi us ki value ho, apni samajh se wo apni kuch value nahi dega.</w:t>
      </w:r>
    </w:p>
    <w:p>
      <w:pPr>
        <w:jc w:val="right"/>
      </w:pPr>
      <w:r>
        <w:t>لیکن ہر ماڈسٹ آدمی اپنے کو ویلیولیس سمجھے گا، اپنے کو سمجھے گا کہ میری کوئی ویلیو نہیں ہے۔ خدا کے ہاں جو بھی اس کی ویلیو ہو، اپنی سمجھ سے وہ اپنی کچھ ویلیو نہیں دے گا۔</w:t>
      </w:r>
    </w:p>
    <w:p>
      <w:r>
        <w:rPr>
          <w:b/>
        </w:rPr>
        <w:t xml:space="preserve">[1:15:33] </w:t>
      </w:r>
      <w:r>
        <w:t>to behal mein yeh samajhta hoon ke sachi modesty jo hai, wahi pehchan hai ke aadmi ne Khuda ke haan surrender kiya</w:t>
      </w:r>
    </w:p>
    <w:p>
      <w:pPr>
        <w:jc w:val="right"/>
      </w:pPr>
      <w:r>
        <w:t>تو بہرحال میں یہ سمجھتا ہوں کہ سچی ماڈیسٹی جو ہے، وہی پہچان ہے کہ آدمی نے خدا کے ہاں سرینڈر کیا</w:t>
      </w:r>
    </w:p>
    <w:p>
      <w:r>
        <w:rPr>
          <w:b/>
        </w:rPr>
        <w:t xml:space="preserve">[1:15:39] </w:t>
      </w:r>
      <w:r>
        <w:t>hai. sachi modesty, banawati modesty nahi. banawati modesty to aaj kal culture hai. aaj kal jo hai culture, aaj kal ka jo banawati modesty bohat hoti hai, magar wo kuch bhi nahi hai.</w:t>
      </w:r>
    </w:p>
    <w:p>
      <w:pPr>
        <w:jc w:val="right"/>
      </w:pPr>
      <w:r>
        <w:t>ہے۔ سچی ماڈیسٹی، بناوٹی ماڈیسٹی نہیں۔ بناوٹی ماڈیسٹی تو آج کل کلچر ہے۔ آج کل جو ہے کلچر، آج کل کا جو بناوٹی ماڈیسٹی بہت ہوتی ہے، مگر وہ کچھ بھی نہیں ہے۔</w:t>
      </w:r>
    </w:p>
    <w:p>
      <w:r>
        <w:rPr>
          <w:b/>
        </w:rPr>
        <w:t xml:space="preserve">[1:15:53] </w:t>
      </w:r>
      <w:r>
        <w:t>wo sachi sachi modesty agar ho to wo wo pehchan hai. ya aur kuch.</w:t>
      </w:r>
    </w:p>
    <w:p>
      <w:pPr>
        <w:jc w:val="right"/>
      </w:pPr>
      <w:r>
        <w:t>وہ سچی سچی ماڈیسٹی اگر ہو تو وہ وہ پہچان ہے۔ یا اور کچھ۔</w:t>
      </w:r>
    </w:p>
    <w:p>
      <w:r>
        <w:rPr>
          <w:b/>
        </w:rPr>
        <w:t xml:space="preserve">[1:16:03] </w:t>
      </w:r>
      <w:r>
        <w:t>This question is from Mr. Hamid.</w:t>
      </w:r>
    </w:p>
    <w:p>
      <w:pPr>
        <w:jc w:val="right"/>
      </w:pPr>
      <w:r>
        <w:t>This question is from Mr. حامد۔</w:t>
      </w:r>
    </w:p>
    <w:p>
      <w:r>
        <w:rPr>
          <w:b/>
        </w:rPr>
        <w:t xml:space="preserve">[1:16:06] </w:t>
      </w:r>
      <w:r>
        <w:t>Is it possible to give up ritualism and still attain spirituality? nahi, nahi, bilkul nahi. maslan namaz hai to kuch sufi log the ke namaz nahi parhte the.</w:t>
      </w:r>
    </w:p>
    <w:p>
      <w:pPr>
        <w:jc w:val="right"/>
      </w:pPr>
      <w:r>
        <w:t>Is it possible to give up ritualism and still attain spirituality؟ نہیں، نہیں، بالکل نہیں۔ مثلاً نماز ہے تو کچھ صوفی لوگ تھے کہ نماز نہیں پڑھتے تھے۔</w:t>
      </w:r>
    </w:p>
    <w:p>
      <w:r>
        <w:rPr>
          <w:b/>
        </w:rPr>
        <w:t xml:space="preserve">[1:16:20] </w:t>
      </w:r>
      <w:r>
        <w:t>to unhone kaha ke wo unhone kaha ke "antum ma awladukum wa nan ma waradatuna".</w:t>
      </w:r>
    </w:p>
    <w:p>
      <w:pPr>
        <w:jc w:val="right"/>
      </w:pPr>
      <w:r>
        <w:t>تو انہوں نے کہا کہ وہ انہوں نے کہا کہ "انتم ما اولادکم ونان ما وارداتنا"۔</w:t>
      </w:r>
    </w:p>
    <w:p>
      <w:r>
        <w:rPr>
          <w:b/>
        </w:rPr>
        <w:t xml:space="preserve">[1:16:34] </w:t>
      </w:r>
      <w:r>
        <w:t>sufi ka wo hai, wo jo namaz nahi parhte the ke "antum ma awladukum wa nan ma aur waradatuna".</w:t>
      </w:r>
    </w:p>
    <w:p>
      <w:pPr>
        <w:jc w:val="right"/>
      </w:pPr>
      <w:r>
        <w:t>صوفی کا وہ ہے، وہ جو نماز نہیں پڑھتے تھے کہ "انتم ما اولادکم ونان ما اور وارداتنا"۔</w:t>
      </w:r>
    </w:p>
    <w:p>
      <w:r>
        <w:rPr>
          <w:b/>
        </w:rPr>
        <w:t xml:space="preserve">[1:16:42] </w:t>
      </w:r>
      <w:r>
        <w:t>matlab hum dil ki namaz parhte hain aur tum jo hai, tum log jo hai, far wali namaz parhte ho. ek sahab mere paas aaye, ek muslim lady thi, us se shadi</w:t>
      </w:r>
    </w:p>
    <w:p>
      <w:pPr>
        <w:jc w:val="right"/>
      </w:pPr>
      <w:r>
        <w:t>مطلب ہم دل کی نماز پڑھتے ہیں اور تم جو ہے، تم لوگ جو ہے، فار والی نماز پڑھتے ہو۔ ایک صاحب میرے پاس آئے، ایک مسلم لیڈی تھی، اس سے شادی</w:t>
      </w:r>
    </w:p>
    <w:p>
      <w:r>
        <w:rPr>
          <w:b/>
        </w:rPr>
        <w:t xml:space="preserve">[1:16:55] </w:t>
      </w:r>
      <w:r>
        <w:t>kya, ek christian. us ko woh australia chali gayi thi, woh koi lady thi, woh australia gayi, musalman theen.</w:t>
      </w:r>
    </w:p>
    <w:p>
      <w:pPr>
        <w:jc w:val="right"/>
      </w:pPr>
      <w:r>
        <w:t>کیا، ایک کرسچن۔ اس کو وہ آسٹریلیا چلی گئی تھی، وہ کوئی لیڈی تھی، وہ آسٹریلیا گئی، مسلمان تھیں۔</w:t>
      </w:r>
    </w:p>
    <w:p>
      <w:r>
        <w:rPr>
          <w:b/>
        </w:rPr>
        <w:t xml:space="preserve">[1:17:03] </w:t>
      </w:r>
      <w:r>
        <w:t>woh wahan ek christian se un ki dosti hui, us se shadi ho gayi. to mere paas aayi thi, woh le kar ke un ko. aur unhon ne kaha ke yeh musalman ho gaye hain.</w:t>
      </w:r>
    </w:p>
    <w:p>
      <w:pPr>
        <w:jc w:val="right"/>
      </w:pPr>
      <w:r>
        <w:t>وہ وہاں ایک کرسچن سے ان کی دوستی ہوئی، اس سے شادی ہو گئی۔ تو میرے پاس آئی تھی، وہ لے کر کے ان کو۔ اور انہوں نے کہا کہ یہ مسلمان ہو گئے ہیں۔</w:t>
      </w:r>
    </w:p>
    <w:p>
      <w:r>
        <w:rPr>
          <w:b/>
        </w:rPr>
        <w:t xml:space="preserve">[1:17:14] </w:t>
      </w:r>
      <w:r>
        <w:t>muslim lady ne kaha ke yeh musalman ho gaye hain. to us se main ne poocha, us australian se ke aap namaz parhte hain? jaate kya kaha us ne?</w:t>
      </w:r>
    </w:p>
    <w:p>
      <w:pPr>
        <w:jc w:val="right"/>
      </w:pPr>
      <w:r>
        <w:t>مسلم لیڈی نے کہا کہ یہ مسلمان ہو گئے ہیں۔ تو اس سے میں نے پوچھا، اس آسٹریلین سے کہ آپ نماز پڑھتے ہیں؟ جاتے کیا کہا اس نے؟</w:t>
      </w:r>
    </w:p>
    <w:p>
      <w:r>
        <w:rPr>
          <w:b/>
        </w:rPr>
        <w:t xml:space="preserve">[1:17:24] </w:t>
      </w:r>
      <w:r>
        <w:t>main chalte phirte namaz parh leta hoon, chalte phirte namaz parh leta hoon. yeh sab bilkul bogus baatein hain. aur yani main ek taraf yeh kahoon ga ke spirit, yani yani woh spirit hi asal mein worship hai.</w:t>
      </w:r>
    </w:p>
    <w:p>
      <w:pPr>
        <w:jc w:val="right"/>
      </w:pPr>
      <w:r>
        <w:t>میں چلتے پھرتے نماز پڑھ لیتا ہوں، چلتے پھرتے نماز پڑھ لیتا ہوں۔ یہ سب بالکل بوگس باتیں ہیں۔ اور یعنی میں ایک طرف یہ کہوں گا کہ سپرٹ، یعنی یعنی وہ سپرٹ ہی اصل میں ورشپ ہے۔</w:t>
      </w:r>
    </w:p>
    <w:p>
      <w:r>
        <w:rPr>
          <w:b/>
        </w:rPr>
        <w:t xml:space="preserve">[1:17:44] </w:t>
      </w:r>
      <w:r>
        <w:t>lekin saath yeh bhi zaroori hai ke form bhi zaroori hai. yani form without, yani without form, there is no spirit.</w:t>
      </w:r>
    </w:p>
    <w:p>
      <w:pPr>
        <w:jc w:val="right"/>
      </w:pPr>
      <w:r>
        <w:t>لیکن ساتھ یہ بھی ضروری ہے کہ فارم بھی ضروری ہے۔ یعنی فارم ودا آؤٹ، یعنی ودا آؤٹ فارم، دیر از نو سپرٹ۔</w:t>
      </w:r>
    </w:p>
    <w:p>
      <w:r>
        <w:rPr>
          <w:b/>
        </w:rPr>
        <w:t xml:space="preserve">[1:17:54] </w:t>
      </w:r>
      <w:r>
        <w:t>spirit jo hai, koi vacuum mein nahi hoti. yaad rakhiye, vacuum mein kuch bhi nahi hota, kuch na kuch is ka manifestation hoga. spirit ka manifestation hai to form, lekin jab spirit se alag kar diya jaye, form ko,</w:t>
      </w:r>
    </w:p>
    <w:p>
      <w:pPr>
        <w:jc w:val="right"/>
      </w:pPr>
      <w:r>
        <w:t>سپرٹ جو ہے، کوئی وائیکوم میں نہیں ہوتی۔ یاد رکھیے، وائیکوم میں کچھ بھی نہیں ہوتا، کچھ نہ کچھ اس کا مینیفیسٹیشن ہوگا۔ سپرٹ کا مینیفیسٹیشن ہے تو فارم، لیکن جب سپرٹ سے الگ کر دیا جائے، فارم کو،</w:t>
      </w:r>
    </w:p>
    <w:p>
      <w:r>
        <w:rPr>
          <w:b/>
        </w:rPr>
        <w:t xml:space="preserve">[1:18:09] </w:t>
      </w:r>
      <w:r>
        <w:t>yani divide spirit, form is nothing. including spirit, form is very very important.</w:t>
      </w:r>
    </w:p>
    <w:p>
      <w:pPr>
        <w:jc w:val="right"/>
      </w:pPr>
      <w:r>
        <w:t>یعنی ڈیوائیڈ سپرٹ، فارم از نتھنگ۔ انکلوڈنگ سپرٹ، فارم از ویری ویری امپورٹنٹ۔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