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June 23, 2007</w:t>
      </w:r>
    </w:p>
    <w:p>
      <w:r>
        <w:t>https://youtu.be/ajK0nNrp8n4</w:t>
      </w:r>
    </w:p>
    <w:p>
      <w:r>
        <w:rPr>
          <w:b/>
        </w:rPr>
        <w:t xml:space="preserve">[00:11] </w:t>
      </w:r>
      <w:r>
        <w:t>bismillah rahman rahim, wa salla Allahu ala nabiyyil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[00:28] </w:t>
      </w:r>
      <w:r>
        <w:t>yafqaahu qawli.</w:t>
      </w:r>
    </w:p>
    <w:p>
      <w:pPr>
        <w:jc w:val="right"/>
      </w:pPr>
      <w:r>
        <w:t>یفقہ قولی۔</w:t>
      </w:r>
    </w:p>
    <w:p>
      <w:r>
        <w:rPr>
          <w:b/>
        </w:rPr>
        <w:t xml:space="preserve">[00:32] </w:t>
      </w:r>
      <w:r>
        <w:t>aaj June 2007 ki 23 tareekh hai.</w:t>
      </w:r>
    </w:p>
    <w:p>
      <w:pPr>
        <w:jc w:val="right"/>
      </w:pPr>
      <w:r>
        <w:t>آج جون 2007 کی 23 تاریخ ہے۔</w:t>
      </w:r>
    </w:p>
    <w:p>
      <w:r>
        <w:rPr>
          <w:b/>
        </w:rPr>
        <w:t xml:space="preserve">[00:43] </w:t>
      </w:r>
      <w:r>
        <w:t>aaj se hum dars e quran ka silsila shuru kar rahe hain. inshallah yeh silsila poore quran tak chalega.</w:t>
      </w:r>
    </w:p>
    <w:p>
      <w:pPr>
        <w:jc w:val="right"/>
      </w:pPr>
      <w:r>
        <w:t>آج سے ہم درس قرآن کا سلسلہ شروع کر رہے ہیں۔ انشاءاللہ یہ سلسلہ پورے قرآن تک چلے گا۔</w:t>
      </w:r>
    </w:p>
    <w:p>
      <w:r>
        <w:rPr>
          <w:b/>
        </w:rPr>
        <w:t xml:space="preserve">[01:00] </w:t>
      </w:r>
      <w:r>
        <w:t>Allah taala madad farmaye.</w:t>
      </w:r>
    </w:p>
    <w:p>
      <w:pPr>
        <w:jc w:val="right"/>
      </w:pPr>
      <w:r>
        <w:t>اللہ تعالیٰ مدد فرمائے۔</w:t>
      </w:r>
    </w:p>
    <w:p>
      <w:r>
        <w:rPr>
          <w:b/>
        </w:rPr>
        <w:t xml:space="preserve">[01:05] </w:t>
      </w:r>
      <w:r>
        <w:t>aaj</w:t>
      </w:r>
    </w:p>
    <w:p>
      <w:pPr>
        <w:jc w:val="right"/>
      </w:pPr>
      <w:r>
        <w:t>آج</w:t>
      </w:r>
    </w:p>
    <w:p>
      <w:r>
        <w:rPr>
          <w:b/>
        </w:rPr>
        <w:t xml:space="preserve">[01:08] </w:t>
      </w:r>
      <w:r>
        <w:t>ke dars mein</w:t>
      </w:r>
    </w:p>
    <w:p>
      <w:pPr>
        <w:jc w:val="right"/>
      </w:pPr>
      <w:r>
        <w:t>کے درس میں</w:t>
      </w:r>
    </w:p>
    <w:p>
      <w:r>
        <w:rPr>
          <w:b/>
        </w:rPr>
        <w:t xml:space="preserve">[01:12] </w:t>
      </w:r>
      <w:r>
        <w:t>surah al baqarah hai. al baqarah quran ki doosri surah hai.</w:t>
      </w:r>
    </w:p>
    <w:p>
      <w:pPr>
        <w:jc w:val="right"/>
      </w:pPr>
      <w:r>
        <w:t>سورہ البقرہ ہے۔ البقرہ قرآن کی دوسری سورہ ہے۔</w:t>
      </w:r>
    </w:p>
    <w:p>
      <w:r>
        <w:rPr>
          <w:b/>
        </w:rPr>
        <w:t xml:space="preserve">[01:25] </w:t>
      </w:r>
      <w:r>
        <w:t>aap jante hain ke quran</w:t>
      </w:r>
    </w:p>
    <w:p>
      <w:pPr>
        <w:jc w:val="right"/>
      </w:pPr>
      <w:r>
        <w:t>آپ جانتے ہیں کہ قرآن</w:t>
      </w:r>
    </w:p>
    <w:p>
      <w:r>
        <w:rPr>
          <w:b/>
        </w:rPr>
        <w:t xml:space="preserve">[01:31] </w:t>
      </w:r>
      <w:r>
        <w:t>muslim aqeeday ke mutabiq</w:t>
      </w:r>
    </w:p>
    <w:p>
      <w:pPr>
        <w:jc w:val="right"/>
      </w:pPr>
      <w:r>
        <w:t>مسلم عقیدہ کے مطابق</w:t>
      </w:r>
    </w:p>
    <w:p>
      <w:r>
        <w:rPr>
          <w:b/>
        </w:rPr>
        <w:t xml:space="preserve">[01:35] </w:t>
      </w:r>
      <w:r>
        <w:t>word of God hai, yani revealed book hai. Muhammad sallallahu alaihi wasallam par yeh kitaab utri.</w:t>
      </w:r>
    </w:p>
    <w:p>
      <w:pPr>
        <w:jc w:val="right"/>
      </w:pPr>
      <w:r>
        <w:t>ورڈ آف گاڈ ہے، یعنی ریویلڈ بک ہے۔ محمد صلی اللہ علیہ وسلم پر یہ کتاب اتری۔</w:t>
      </w:r>
    </w:p>
    <w:p>
      <w:r>
        <w:rPr>
          <w:b/>
        </w:rPr>
        <w:t xml:space="preserve">[01:51] </w:t>
      </w:r>
      <w:r>
        <w:t>610</w:t>
      </w:r>
    </w:p>
    <w:p>
      <w:pPr>
        <w:jc w:val="right"/>
      </w:pPr>
      <w:r>
        <w:t>610</w:t>
      </w:r>
    </w:p>
    <w:p>
      <w:r>
        <w:rPr>
          <w:b/>
        </w:rPr>
        <w:t xml:space="preserve">[01:56] </w:t>
      </w:r>
      <w:r>
        <w:t>isvi mein quran ka utarna shuru hua aur taqreeban 23 saal mein woh poori hui.</w:t>
      </w:r>
    </w:p>
    <w:p>
      <w:pPr>
        <w:jc w:val="right"/>
      </w:pPr>
      <w:r>
        <w:t>عیسوی میں قرآن کا اترنا شروع ہوا اور تقریباً 23 سال میں وہ پوری ہوئی۔</w:t>
      </w:r>
    </w:p>
    <w:p>
      <w:r>
        <w:rPr>
          <w:b/>
        </w:rPr>
        <w:t xml:space="preserve">[02:09] </w:t>
      </w:r>
      <w:r>
        <w:t>yeh hai quran.</w:t>
      </w:r>
    </w:p>
    <w:p>
      <w:pPr>
        <w:jc w:val="right"/>
      </w:pPr>
      <w:r>
        <w:t>یہ ہے قرآن۔</w:t>
      </w:r>
    </w:p>
    <w:p>
      <w:r>
        <w:rPr>
          <w:b/>
        </w:rPr>
        <w:t xml:space="preserve">[02:13] </w:t>
      </w:r>
      <w:r>
        <w:t>moojooda quran mein kul 114 soortein hain.</w:t>
      </w:r>
    </w:p>
    <w:p>
      <w:pPr>
        <w:jc w:val="right"/>
      </w:pPr>
      <w:r>
        <w:t>موجدہ قرآن میں کل 114 سورتیں ہیں۔</w:t>
      </w:r>
    </w:p>
    <w:p>
      <w:r>
        <w:rPr>
          <w:b/>
        </w:rPr>
        <w:t xml:space="preserve">[02:26] </w:t>
      </w:r>
      <w:r>
        <w:t>saari aayatein jo quran mein hain,</w:t>
      </w:r>
    </w:p>
    <w:p>
      <w:pPr>
        <w:jc w:val="right"/>
      </w:pPr>
      <w:r>
        <w:t>ساری آیتیں جو قرآن میں ہیں،</w:t>
      </w:r>
    </w:p>
    <w:p>
      <w:r>
        <w:rPr>
          <w:b/>
        </w:rPr>
        <w:t xml:space="preserve">[02:35] </w:t>
      </w:r>
      <w:r>
        <w:t>quran mein kul 114 soortein hain, yani chapters.</w:t>
      </w:r>
    </w:p>
    <w:p>
      <w:pPr>
        <w:jc w:val="right"/>
      </w:pPr>
      <w:r>
        <w:t>قرآن میں کل 114 سورتیں ہیں، یعنی چیپٹرز۔</w:t>
      </w:r>
    </w:p>
    <w:p>
      <w:r>
        <w:rPr>
          <w:b/>
        </w:rPr>
        <w:t xml:space="preserve">[02:42] </w:t>
      </w:r>
      <w:r>
        <w:t>surah baqarah jis ko aaj hum le rahe hain, is mein</w:t>
      </w:r>
    </w:p>
    <w:p>
      <w:pPr>
        <w:jc w:val="right"/>
      </w:pPr>
      <w:r>
        <w:t>سورہ بقرہ جس کو آج ہم لے رہے ہیں، اس میں</w:t>
      </w:r>
    </w:p>
    <w:p>
      <w:r>
        <w:rPr>
          <w:b/>
        </w:rPr>
        <w:t xml:space="preserve">[02:50] </w:t>
      </w:r>
      <w:r>
        <w:t>ayaton ki tadad</w:t>
      </w:r>
    </w:p>
    <w:p>
      <w:pPr>
        <w:jc w:val="right"/>
      </w:pPr>
      <w:r>
        <w:t>آیتوں کی تعداد</w:t>
      </w:r>
    </w:p>
    <w:p>
      <w:r>
        <w:rPr>
          <w:b/>
        </w:rPr>
        <w:t xml:space="preserve">[02:54] </w:t>
      </w:r>
      <w:r>
        <w:t>286 hai aur ruku ki tadad 40 hai.</w:t>
      </w:r>
    </w:p>
    <w:p>
      <w:pPr>
        <w:jc w:val="right"/>
      </w:pPr>
      <w:r>
        <w:t>286 ہے اور رکوع کی تعداد 40 ہے۔</w:t>
      </w:r>
    </w:p>
    <w:p>
      <w:r>
        <w:rPr>
          <w:b/>
        </w:rPr>
        <w:t xml:space="preserve">[03:03] </w:t>
      </w:r>
      <w:r>
        <w:t>surah ka matlab hota hai chapter,</w:t>
      </w:r>
    </w:p>
    <w:p>
      <w:pPr>
        <w:jc w:val="right"/>
      </w:pPr>
      <w:r>
        <w:t>سورہ کا مطلب ہوتا ہے چیپٹر،</w:t>
      </w:r>
    </w:p>
    <w:p>
      <w:r>
        <w:rPr>
          <w:b/>
        </w:rPr>
        <w:t xml:space="preserve">[03:07] </w:t>
      </w:r>
      <w:r>
        <w:t>ayah ka matlab hota hai verse. aur ruku yun samjhiye ke quran ki paragraphing hai. har ek paragraph ko ek ruku kaha jata hai.</w:t>
      </w:r>
    </w:p>
    <w:p>
      <w:pPr>
        <w:jc w:val="right"/>
      </w:pPr>
      <w:r>
        <w:t>آیت کا مطلب ہوتا ہے ورث۔ اور رکوع یوں سمجھئے کہ قرآن کی پیراگرافنگ ہے۔ ہر ایک پیراگراف کو ایک رکوع کہا جاتا ہے۔</w:t>
      </w:r>
    </w:p>
    <w:p>
      <w:r>
        <w:rPr>
          <w:b/>
        </w:rPr>
        <w:t xml:space="preserve">[03:20] </w:t>
      </w:r>
      <w:r>
        <w:t>to yeh hai quran. aaj hum surah al-baqarah jo quran ki doosri surah hai, is ko le rahe hain.</w:t>
      </w:r>
    </w:p>
    <w:p>
      <w:pPr>
        <w:jc w:val="right"/>
      </w:pPr>
      <w:r>
        <w:t>تو یہ ہے قرآن۔ آج ہم سورہ البقرہ جو قرآن کی دوسری سورہ ہے، اس کو لے رہے ہیں۔</w:t>
      </w:r>
    </w:p>
    <w:p>
      <w:r>
        <w:rPr>
          <w:b/>
        </w:rPr>
        <w:t xml:space="preserve">[03:34] </w:t>
      </w:r>
      <w:r>
        <w:t>aauzu billahi minash shaitanir rajeem,</w:t>
      </w:r>
    </w:p>
    <w:p>
      <w:pPr>
        <w:jc w:val="right"/>
      </w:pPr>
      <w:r>
        <w:t>اعوذ باللہ من الشیطان الرجیم،</w:t>
      </w:r>
    </w:p>
    <w:p>
      <w:r>
        <w:rPr>
          <w:b/>
        </w:rPr>
        <w:t xml:space="preserve">[03:38] </w:t>
      </w:r>
      <w:r>
        <w:t>bismillah hir rahman nir rahim.</w:t>
      </w:r>
    </w:p>
    <w:p>
      <w:pPr>
        <w:jc w:val="right"/>
      </w:pPr>
      <w:r>
        <w:t>بسم اللہ الرحمن الرحیم۔</w:t>
      </w:r>
    </w:p>
    <w:p>
      <w:r>
        <w:rPr>
          <w:b/>
        </w:rPr>
        <w:t xml:space="preserve">[03:41] </w:t>
      </w:r>
      <w:r>
        <w:t>hamara jo tareeqa hoga woh silsile war</w:t>
      </w:r>
    </w:p>
    <w:p>
      <w:pPr>
        <w:jc w:val="right"/>
      </w:pPr>
      <w:r>
        <w:t>ہمارا جو طریقہ ہوگا وہ سلسلے وار</w:t>
      </w:r>
    </w:p>
    <w:p>
      <w:r>
        <w:rPr>
          <w:b/>
        </w:rPr>
        <w:t xml:space="preserve">[03:47] </w:t>
      </w:r>
      <w:r>
        <w:t>dars ka tareeqa nahi hoga balkeh poori surah ke kuch selected ajza lenge hum aur us ki</w:t>
      </w:r>
    </w:p>
    <w:p>
      <w:pPr>
        <w:jc w:val="right"/>
      </w:pPr>
      <w:r>
        <w:t>درس کا طریقہ نہیں ہوگا بلکہ پوری سورہ کے کچھ سلیکٹڈ اجزاء لیں گے ہم اور اس کی</w:t>
      </w:r>
    </w:p>
    <w:p>
      <w:r>
        <w:rPr>
          <w:b/>
        </w:rPr>
        <w:t xml:space="preserve">[03:55] </w:t>
      </w:r>
      <w:r>
        <w:t>tashreeh karenge jis se poora just ya khulasa is ka samne aa jaye.</w:t>
      </w:r>
    </w:p>
    <w:p>
      <w:pPr>
        <w:jc w:val="right"/>
      </w:pPr>
      <w:r>
        <w:t>تشریح کریں گے جس سے پورا جست یا خلاصہ اس کا سامنے آ جائے۔</w:t>
      </w:r>
    </w:p>
    <w:p>
      <w:r>
        <w:rPr>
          <w:b/>
        </w:rPr>
        <w:t xml:space="preserve">[04:04] </w:t>
      </w:r>
      <w:r>
        <w:t>dekhein, surah al-baqarah ka surah al-baqarah ki jo pehli ayat hai yani pehla verse woh hai:</w:t>
      </w:r>
    </w:p>
    <w:p>
      <w:pPr>
        <w:jc w:val="right"/>
      </w:pPr>
      <w:r>
        <w:t>دیکھیں، سورہ البقرہ کا سورہ البقرہ کی جو پہلی آیت ہے یعنی پہلا ورث وہ ہے:</w:t>
      </w:r>
    </w:p>
    <w:p>
      <w:r>
        <w:rPr>
          <w:b/>
        </w:rPr>
        <w:t xml:space="preserve">[04:18] </w:t>
      </w:r>
      <w:r>
        <w:t>zalikal kitab larib fihi, hudal lil muttaqin. yeh al-kitab hai, is mein koi shakk nahi.</w:t>
      </w:r>
    </w:p>
    <w:p>
      <w:pPr>
        <w:jc w:val="right"/>
      </w:pPr>
      <w:r>
        <w:t>ذالک الکتاب الارب فیہ،ھد المتقین۔ یہ الکتاب ہے، اس میں کوئی شک نہیں۔</w:t>
      </w:r>
    </w:p>
    <w:p>
      <w:r>
        <w:rPr>
          <w:b/>
        </w:rPr>
        <w:t xml:space="preserve">[04:28] </w:t>
      </w:r>
      <w:r>
        <w:t>yeh hidayat hai muttaqiyon ke liye.</w:t>
      </w:r>
    </w:p>
    <w:p>
      <w:pPr>
        <w:jc w:val="right"/>
      </w:pPr>
      <w:r>
        <w:t>یہ ہدایت ہے متقیوں کے لیے۔</w:t>
      </w:r>
    </w:p>
    <w:p>
      <w:r>
        <w:rPr>
          <w:b/>
        </w:rPr>
        <w:t xml:space="preserve">[04:35] </w:t>
      </w:r>
      <w:r>
        <w:t>yahan al-kitab ka matlab hai the book, yani</w:t>
      </w:r>
    </w:p>
    <w:p>
      <w:pPr>
        <w:jc w:val="right"/>
      </w:pPr>
      <w:r>
        <w:t>یہاں الکتاب کا مطلب ہے دا بک، یعنی</w:t>
      </w:r>
    </w:p>
    <w:p>
      <w:r>
        <w:rPr>
          <w:b/>
        </w:rPr>
        <w:t xml:space="preserve">[04:42] </w:t>
      </w:r>
      <w:r>
        <w:t>the authentic guidance. authentic book of guidance. insan ko is duniya mein</w:t>
      </w:r>
    </w:p>
    <w:p>
      <w:pPr>
        <w:jc w:val="right"/>
      </w:pPr>
      <w:r>
        <w:t>دا اتھینٹک گائیڈنس۔ اتھینٹک بک آف گائیڈنس۔ انسان کو اس دنیا میں</w:t>
      </w:r>
    </w:p>
    <w:p>
      <w:r>
        <w:rPr>
          <w:b/>
        </w:rPr>
        <w:t xml:space="preserve">[04:57] </w:t>
      </w:r>
      <w:r>
        <w:t>durust tor par rehne ke liye ek guide book chahiye.</w:t>
      </w:r>
    </w:p>
    <w:p>
      <w:pPr>
        <w:jc w:val="right"/>
      </w:pPr>
      <w:r>
        <w:t>درست طور پر رہنے کے لیے ایک گائیڈ بک چاہیے۔</w:t>
      </w:r>
    </w:p>
    <w:p>
      <w:r>
        <w:rPr>
          <w:b/>
        </w:rPr>
        <w:t xml:space="preserve">[05:03] </w:t>
      </w:r>
      <w:r>
        <w:t>kaise is duniya mein aadmi rahe ke us ki zindagi</w:t>
      </w:r>
    </w:p>
    <w:p>
      <w:pPr>
        <w:jc w:val="right"/>
      </w:pPr>
      <w:r>
        <w:t>کیسے اس دنیا میں آدمی رہے کہ اس کی زندگی</w:t>
      </w:r>
    </w:p>
    <w:p>
      <w:r>
        <w:rPr>
          <w:b/>
        </w:rPr>
        <w:t xml:space="preserve">[05:10] </w:t>
      </w:r>
      <w:r>
        <w:t>successful ho. yeh baat quran mein batai gayi hai. quran ka jo subject hai woh insan hai.</w:t>
      </w:r>
    </w:p>
    <w:p>
      <w:pPr>
        <w:jc w:val="right"/>
      </w:pPr>
      <w:r>
        <w:t>سکسیس فل ہو۔ یہ بات قرآن میں بتائی گئی ہے۔ قرآن کا جو سبجیکٹ ہے وہ انسان ہے۔</w:t>
      </w:r>
    </w:p>
    <w:p>
      <w:r>
        <w:rPr>
          <w:b/>
        </w:rPr>
        <w:t xml:space="preserve">[05:21] </w:t>
      </w:r>
      <w:r>
        <w:t>aap yeh keh sakte hain ke ideology of man yeh hai quran ka subject.</w:t>
      </w:r>
    </w:p>
    <w:p>
      <w:pPr>
        <w:jc w:val="right"/>
      </w:pPr>
      <w:r>
        <w:t>آپ یہ کہہ سکتے ہیں کہ آئیڈیالوجی آف مین یہ ہے قرآن کا سبجیکٹ۔</w:t>
      </w:r>
    </w:p>
    <w:p>
      <w:r>
        <w:rPr>
          <w:b/>
        </w:rPr>
        <w:t xml:space="preserve">[05:27] </w:t>
      </w:r>
      <w:r>
        <w:t>to insan ko ek guide book chahiye, authentic guide book. al-kitab ka matlab hai ke yeh quran</w:t>
      </w:r>
    </w:p>
    <w:p>
      <w:pPr>
        <w:jc w:val="right"/>
      </w:pPr>
      <w:r>
        <w:t>تو انسان کو ایک گائیڈ بک چاہیے، اتھینٹک گائیڈ بک۔ الکتاب کا مطلب ہے کہ یہ قرآن</w:t>
      </w:r>
    </w:p>
    <w:p>
      <w:r>
        <w:rPr>
          <w:b/>
        </w:rPr>
        <w:t xml:space="preserve">[05:40] </w:t>
      </w:r>
      <w:r>
        <w:t>woh authentic book of guidance hai jo insan ko chahiye tha.</w:t>
      </w:r>
    </w:p>
    <w:p>
      <w:pPr>
        <w:jc w:val="right"/>
      </w:pPr>
      <w:r>
        <w:t>وہ اتھینٹک بک آف گائیڈنس ہے جو انسان کو چاہیے تھا۔</w:t>
      </w:r>
    </w:p>
    <w:p>
      <w:r>
        <w:rPr>
          <w:b/>
        </w:rPr>
        <w:t xml:space="preserve">[05:47] </w:t>
      </w:r>
      <w:r>
        <w:t>is ke baad farmaya ke hudal lil muttaqin ke agarche is kitab mein koi shakk nahi, yeh khuda ki taraf se hai.</w:t>
      </w:r>
    </w:p>
    <w:p>
      <w:pPr>
        <w:jc w:val="right"/>
      </w:pPr>
      <w:r>
        <w:t>اس کے بعد فرمایا کہھد المتقین کہ اگرچہ اس کتاب میں کوئی شک نہیں، یہ خدا کی طرف سے ہے۔</w:t>
      </w:r>
    </w:p>
    <w:p>
      <w:r>
        <w:rPr>
          <w:b/>
        </w:rPr>
        <w:t xml:space="preserve">[06:00] </w:t>
      </w:r>
      <w:r>
        <w:t>there is no doubt about it. lekin phir bhi farmaya ke hudal lil muttaqin. is mein guidance hai taqwa walon ke liye.</w:t>
      </w:r>
    </w:p>
    <w:p>
      <w:pPr>
        <w:jc w:val="right"/>
      </w:pPr>
      <w:r>
        <w:t>دیر از نو ڈاؤٹ اباؤٹ اٹ۔ لیکن پھر بھی فرمایا کہھد المتقین۔ اس میں گائیڈنس ہے تقویٰ والوں کے لیے۔</w:t>
      </w:r>
    </w:p>
    <w:p>
      <w:r>
        <w:rPr>
          <w:b/>
        </w:rPr>
        <w:t xml:space="preserve">[06:16] </w:t>
      </w:r>
      <w:r>
        <w:t>taqwa ka matlab kya hai? taqwa ka matlab hai guiding spirit, guarding spirit.</w:t>
      </w:r>
    </w:p>
    <w:p>
      <w:pPr>
        <w:jc w:val="right"/>
      </w:pPr>
      <w:r>
        <w:t>تقویٰ کا مطلب کیا ہے؟ تقویٰ کا مطلب ہے گائیڈنگ سپرٹ، گارڈنگ سپرٹ۔</w:t>
      </w:r>
    </w:p>
    <w:p>
      <w:r>
        <w:rPr>
          <w:b/>
        </w:rPr>
        <w:t xml:space="preserve">[06:27] </w:t>
      </w:r>
      <w:r>
        <w:t>yani jin logon ke andar sincerity ho, jo serious hon is mamle mein ke unhein ek guidance chahiye.</w:t>
      </w:r>
    </w:p>
    <w:p>
      <w:pPr>
        <w:jc w:val="right"/>
      </w:pPr>
      <w:r>
        <w:t>یعنی جس جن لوگوں کے اندر سنسیرٹی ہو، جو سیریس ہوں اس معاملے میں کہ انہیں ایک گارڈنس چاہیے۔</w:t>
      </w:r>
    </w:p>
    <w:p>
      <w:r>
        <w:rPr>
          <w:b/>
        </w:rPr>
        <w:t xml:space="preserve">[06:38] </w:t>
      </w:r>
      <w:r>
        <w:t>to jo is tarah ki spirit apne andar rakhte hon, unhi ke liye quran hidayat banega.</w:t>
      </w:r>
    </w:p>
    <w:p>
      <w:pPr>
        <w:jc w:val="right"/>
      </w:pPr>
      <w:r>
        <w:t>تو جو اس طرح کی سپرٹ اپنے اندر رکھتے ہوں، انہی کے لیے قرآن ہدایت بنے گا۔</w:t>
      </w:r>
    </w:p>
    <w:p>
      <w:r>
        <w:rPr>
          <w:b/>
        </w:rPr>
        <w:t xml:space="preserve">[06:46] </w:t>
      </w:r>
      <w:r>
        <w:t>to dekhein, taqwa ke do phases hain. ek hai taqwa in spirit aur doosra hai taqwa in action.</w:t>
      </w:r>
    </w:p>
    <w:p>
      <w:pPr>
        <w:jc w:val="right"/>
      </w:pPr>
      <w:r>
        <w:t>تو دیکھیں، تقویٰ کے دو فیزز ہیں۔ ایک ہے تقویٰ ان اسپرٹ اور دوسرا ہے تقویٰ ان ایکشن۔</w:t>
      </w:r>
    </w:p>
    <w:p>
      <w:r>
        <w:rPr>
          <w:b/>
        </w:rPr>
        <w:t xml:space="preserve">[06:59] </w:t>
      </w:r>
      <w:r>
        <w:t>taqwa in spirit har insan ke andar hoti hai by birth. kyunke quran mein hai: dekhiye, fam alhama fujuraha wa taqwaha.</w:t>
      </w:r>
    </w:p>
    <w:p>
      <w:pPr>
        <w:jc w:val="right"/>
      </w:pPr>
      <w:r>
        <w:t>تقویٰ ان اسپرٹ ہر انسان کے اندر ہوتی ہے بائی برتھ۔ کیونکہ قرآن میں ہے: دیکھیے، فالمہا فجورہا وتقواہا۔</w:t>
      </w:r>
    </w:p>
    <w:p>
      <w:r>
        <w:rPr>
          <w:b/>
        </w:rPr>
        <w:t xml:space="preserve">[07:14] </w:t>
      </w:r>
      <w:r>
        <w:t>insaan ko paidaishi taur par is ka taqwa de diya gaya hai. yahan par taqwa se murad hai spirit of taqwa.</w:t>
      </w:r>
    </w:p>
    <w:p>
      <w:pPr>
        <w:jc w:val="right"/>
      </w:pPr>
      <w:r>
        <w:t>انسان کو پیدائشی طور پر اس کا تقویٰ دے دیا گیا ہے۔ یہاں پر تقویٰ سے مراد ہے اسپرٹ آف تقویٰ۔</w:t>
      </w:r>
    </w:p>
    <w:p>
      <w:r>
        <w:rPr>
          <w:b/>
        </w:rPr>
        <w:t xml:space="preserve">[07:23] </w:t>
      </w:r>
      <w:r>
        <w:t>jab aadmi shoori taur par, consciously is ko discover kare aur Khuda ki jo guide book hai, us ko maane,</w:t>
      </w:r>
    </w:p>
    <w:p>
      <w:pPr>
        <w:jc w:val="right"/>
      </w:pPr>
      <w:r>
        <w:t>جب آدمی شعوری طور پر، کانشیسلی اس کو ڈسکور کرے اور خدا کی جو گائیڈ بک ہے، اس کو مانے،</w:t>
      </w:r>
    </w:p>
    <w:p>
      <w:r>
        <w:rPr>
          <w:b/>
        </w:rPr>
        <w:t xml:space="preserve">[07:37] </w:t>
      </w:r>
      <w:r>
        <w:t>Khuda par aur us ke prophet ko apna rehnuma banaye, tab is ka taqwa taqwa in action ban jata hai.</w:t>
      </w:r>
    </w:p>
    <w:p>
      <w:pPr>
        <w:jc w:val="right"/>
      </w:pPr>
      <w:r>
        <w:t>خدا پر اور اس کے پرافٹ کو اپنا رہنما بنائے، تب اس کا تقویٰ تقویٰ ان ایکشن بن جاتا ہے۔</w:t>
      </w:r>
    </w:p>
    <w:p>
      <w:r>
        <w:rPr>
          <w:b/>
        </w:rPr>
        <w:t xml:space="preserve">[07:50] </w:t>
      </w:r>
      <w:r>
        <w:t>to yahan pe jo farmaya hai ke yeh hidayat hai mutaqioun ke liye, is ka matlab wahi hai ke jin ke andar taqwa ki spirit hogi, to woh fitrat ka,</w:t>
      </w:r>
    </w:p>
    <w:p>
      <w:pPr>
        <w:jc w:val="right"/>
      </w:pPr>
      <w:r>
        <w:t>تو یہاں پہ جو فرمایا ہے کہ یہ ہدایت ہے متقیوں کے لیے، اس کا مطلب وہی ہے کہ جن کے اندر تقویٰ کی سپرٹ ہوگی، تو وہ فطرت کا،</w:t>
      </w:r>
    </w:p>
    <w:p>
      <w:r>
        <w:rPr>
          <w:b/>
        </w:rPr>
        <w:t xml:space="preserve">[08:04] </w:t>
      </w:r>
      <w:r>
        <w:t>fitrat ki woh isti'dad jo paidaishi taur par rakhi gayi hai insaan ke andar, woh zinda hogi.</w:t>
      </w:r>
    </w:p>
    <w:p>
      <w:pPr>
        <w:jc w:val="right"/>
      </w:pPr>
      <w:r>
        <w:t>فطرت کی وہ استعداد جو پیدائشی طور پر رکھی گئی ہے انسان کے اندر، وہ زندہ ہوگی۔</w:t>
      </w:r>
    </w:p>
    <w:p>
      <w:r>
        <w:rPr>
          <w:b/>
        </w:rPr>
        <w:t xml:space="preserve">[08:13] </w:t>
      </w:r>
      <w:r>
        <w:t>to wohi log sincere honge, wohi log serious honge. to wohi log Quran ko ek guide book ke taur par janenge aur us ko apnayenge.</w:t>
      </w:r>
    </w:p>
    <w:p>
      <w:pPr>
        <w:jc w:val="right"/>
      </w:pPr>
      <w:r>
        <w:t>تو وہی لوگ سنسیر ہوں گے، وہی لوگ سیریس ہوں گے۔ تو وہی لوگ قرآن کو ایک گائیڈ بک کے طور پر جانیں گے اور اس کو اپنائیں گے۔</w:t>
      </w:r>
    </w:p>
    <w:p>
      <w:r>
        <w:rPr>
          <w:b/>
        </w:rPr>
        <w:t xml:space="preserve">[08:27] </w:t>
      </w:r>
      <w:r>
        <w:t>phir farmaya: allazeena yu'minoona bil ghaib. yaani agarche Quran</w:t>
      </w:r>
    </w:p>
    <w:p>
      <w:pPr>
        <w:jc w:val="right"/>
      </w:pPr>
      <w:r>
        <w:t>پھر فرمایا: الذین یوبنون بالغیب۔ یعنی اگرچہ قرآن</w:t>
      </w:r>
    </w:p>
    <w:p>
      <w:r>
        <w:rPr>
          <w:b/>
        </w:rPr>
        <w:t xml:space="preserve">[08:39] </w:t>
      </w:r>
      <w:r>
        <w:t>mein koi shakk nahi hai, la raiba feeh, woh guide book hai Khuda ki taraf se, phir bhi yeh kis ko hidayat milegi?</w:t>
      </w:r>
    </w:p>
    <w:p>
      <w:pPr>
        <w:jc w:val="right"/>
      </w:pPr>
      <w:r>
        <w:t>میں کوئی شک نہیں ہے، لارب فیہ، وہ گائیڈ بک ہے خدا کی طرف سے، پھر بھی یہ کس کو ہدایت ملے گی؟</w:t>
      </w:r>
    </w:p>
    <w:p>
      <w:r>
        <w:rPr>
          <w:b/>
        </w:rPr>
        <w:t xml:space="preserve">[08:48] </w:t>
      </w:r>
      <w:r>
        <w:t>is se: allazeena yu'minoona bil ghaib. jo iman rakhte hon ghaib par. is ke ma'ne kya hain?</w:t>
      </w:r>
    </w:p>
    <w:p>
      <w:pPr>
        <w:jc w:val="right"/>
      </w:pPr>
      <w:r>
        <w:t>اس سے: الذین یوبنون بالغیب۔ جو ایمان رکھتے ہوں غیب پر۔ اس کے معنی کیا ہیں؟</w:t>
      </w:r>
    </w:p>
    <w:p>
      <w:r>
        <w:rPr>
          <w:b/>
        </w:rPr>
        <w:t xml:space="preserve">[08:57] </w:t>
      </w:r>
      <w:r>
        <w:t>is ke ma'ne yeh hain ke woh woh log jo</w:t>
      </w:r>
    </w:p>
    <w:p>
      <w:pPr>
        <w:jc w:val="right"/>
      </w:pPr>
      <w:r>
        <w:t>اس کے معنی یہ ہیں کہ وہ وہ لوگ جو</w:t>
      </w:r>
    </w:p>
    <w:p>
      <w:r>
        <w:rPr>
          <w:b/>
        </w:rPr>
        <w:t xml:space="preserve">[09:06] </w:t>
      </w:r>
      <w:r>
        <w:t>yeh ayat number teen hai Surah Al-Baqarah ki: allazeena yu'minoona bil ghaib. ghaib par iman ka matlab yeh hai ke is dunya mein aadmi ko</w:t>
      </w:r>
    </w:p>
    <w:p>
      <w:pPr>
        <w:jc w:val="right"/>
      </w:pPr>
      <w:r>
        <w:t>یہ آیت نمبر تین ہے سورہ البقرہ کی: الذین یومنون بالغیب۔ غیب پر ایمان کا مطلب یہ ہے کہ اس دنیا میں آدمی کو</w:t>
      </w:r>
    </w:p>
    <w:p>
      <w:r>
        <w:rPr>
          <w:b/>
        </w:rPr>
        <w:t xml:space="preserve">[09:21] </w:t>
      </w:r>
      <w:r>
        <w:t>har cheez dekh kar nahi jaan sakta. har aadmi</w:t>
      </w:r>
    </w:p>
    <w:p>
      <w:pPr>
        <w:jc w:val="right"/>
      </w:pPr>
      <w:r>
        <w:t>ہر چیز دیکھ کر نہیں جان سکتا۔ ہر آدمی</w:t>
      </w:r>
    </w:p>
    <w:p>
      <w:r>
        <w:rPr>
          <w:b/>
        </w:rPr>
        <w:t xml:space="preserve">[09:25] </w:t>
      </w:r>
      <w:r>
        <w:t>kuch cheezein aisi hain jo observable hain, kuch cheezein woh hain jo hum observe nahi kar sakte. to woh aadmi jo yeh condition lagaye ke jab tak mein dekhun Khuda ko, dekhun revelation ko, dekhun jannat ko, tab tak mein us ko nahi manunga,</w:t>
      </w:r>
    </w:p>
    <w:p>
      <w:pPr>
        <w:jc w:val="right"/>
      </w:pPr>
      <w:r>
        <w:t>کچھ چیزیں ایسی ہیں جو ابزرویبل ہیں، کچھ چیزیں وہ ہیں جو ہم ابزرو نہیں کر سکتے۔ تو وہ آدمی جو یہ کنڈیشن لگائے کہ جب تک میں دیکھنے والوں خدا کو، دیکھنے والوں ریولیشن کو، دیکھنے والوں جنت کو، تب تک میں اس کو نہیں مانوں گا،</w:t>
      </w:r>
    </w:p>
    <w:p>
      <w:r>
        <w:rPr>
          <w:b/>
        </w:rPr>
        <w:t xml:space="preserve">[09:48] </w:t>
      </w:r>
      <w:r>
        <w:t>aise aadmi ko hidayat nahi milegi. kyun? is</w:t>
      </w:r>
    </w:p>
    <w:p>
      <w:pPr>
        <w:jc w:val="right"/>
      </w:pPr>
      <w:r>
        <w:t>ایسے آدمی کو ہدایت نہیں ملے گی۔ کیوں؟ اس</w:t>
      </w:r>
    </w:p>
    <w:p>
      <w:r>
        <w:rPr>
          <w:b/>
        </w:rPr>
        <w:t xml:space="preserve">[09:52] </w:t>
      </w:r>
      <w:r>
        <w:t>ke andar realistic approach nahi hai. realistic approach nahi hai. kyunke is dunya mein aisa ho hi nahi sakta ke aap har cheez ko dekhein.</w:t>
      </w:r>
    </w:p>
    <w:p>
      <w:pPr>
        <w:jc w:val="right"/>
      </w:pPr>
      <w:r>
        <w:t>کے اندر ریلسٹک اپروچ نہیں ہے۔ ریلسٹک اپروچ نہیں ہے۔ کیونکہ اس دنیا میں ایسا ہو ہی نہیں سکتا کہ آپ ہر چیز کو دیکھیں۔</w:t>
      </w:r>
    </w:p>
    <w:p>
      <w:r>
        <w:rPr>
          <w:b/>
        </w:rPr>
        <w:t xml:space="preserve">[10:02] </w:t>
      </w:r>
      <w:r>
        <w:t>aap apne aap ko bhi nahi dekh sakte. aap apni body ko dekhte hain, lekin aap ka jo soul hai, aap ka jo mind hai, aap ki jo spiritual being hai, us ko to aap dekhte nahi.</w:t>
      </w:r>
    </w:p>
    <w:p>
      <w:pPr>
        <w:jc w:val="right"/>
      </w:pPr>
      <w:r>
        <w:t>آپ اپنے آپ کو بھی نہیں دیکھ سکتے۔ آپ اپنی باڈی کو دیکھتے ہیں، لیکن آپ کا جو سول ہے، آپ کا جو مائنڈ ہے، آپ کی جو سپریچول بینگ ہے، اس کو تو آپ دیکھتے نہیں۔</w:t>
      </w:r>
    </w:p>
    <w:p>
      <w:r>
        <w:rPr>
          <w:b/>
        </w:rPr>
        <w:t xml:space="preserve">[10:19] </w:t>
      </w:r>
      <w:r>
        <w:t>to is dunya mein kuch zahiri cheezein sirf dikhai deti hain, lekin jo haqiqatein hain, jo sachaiyan hain, woh dikhai nahi deti hain.</w:t>
      </w:r>
    </w:p>
    <w:p>
      <w:pPr>
        <w:jc w:val="right"/>
      </w:pPr>
      <w:r>
        <w:t>تو اس دنیا میں کچھ ظاہری چیزیں صرف دکھائی دیتی ہیں، لیکن جو حقیقتیں ہیں، جو سچائیاں ہیں، وہ دکھائی نہیں دیتی ہیں۔</w:t>
      </w:r>
    </w:p>
    <w:p>
      <w:r>
        <w:rPr>
          <w:b/>
        </w:rPr>
        <w:t xml:space="preserve">[10:29] </w:t>
      </w:r>
      <w:r>
        <w:t>to iman bil ghaib ke ma'ne yeh hue ke jo itne sincere hain ke is is baat ko woh janen, manen ke Khuda ko manne ke liye agar hum</w:t>
      </w:r>
    </w:p>
    <w:p>
      <w:pPr>
        <w:jc w:val="right"/>
      </w:pPr>
      <w:r>
        <w:t>تو ایمان بالغیب کے معنی یہ ہوئے کہ جو اتنے سنسیر ہیں کہ اس اس بات کو وہ جانیں، مانیں کہ خدا کو ماننے کے لیے اگر ہم</w:t>
      </w:r>
    </w:p>
    <w:p>
      <w:r>
        <w:rPr>
          <w:b/>
        </w:rPr>
        <w:t xml:space="preserve">[10:45] </w:t>
      </w:r>
      <w:r>
        <w:t>yeh shart lagaye ke Khuda hamein dikhai de, to unhein sachai nahi milegi.</w:t>
      </w:r>
    </w:p>
    <w:p>
      <w:pPr>
        <w:jc w:val="right"/>
      </w:pPr>
      <w:r>
        <w:t>یہ شرط لگائیں کہ خدا ہمیں دکھائی دے، تو انہیں سچائی نہیں ملے گی۔</w:t>
      </w:r>
    </w:p>
    <w:p>
      <w:r>
        <w:rPr>
          <w:b/>
        </w:rPr>
        <w:t xml:space="preserve">[10:53] </w:t>
      </w:r>
      <w:r>
        <w:t>to is ka matlab yeh hua.</w:t>
      </w:r>
    </w:p>
    <w:p>
      <w:pPr>
        <w:jc w:val="right"/>
      </w:pPr>
      <w:r>
        <w:t>تو اس کا مطلب یہ ہوا۔</w:t>
      </w:r>
    </w:p>
    <w:p>
      <w:r>
        <w:rPr>
          <w:b/>
        </w:rPr>
        <w:t xml:space="preserve">[10:55] </w:t>
      </w:r>
      <w:r>
        <w:t>phir farmaya ke</w:t>
      </w:r>
    </w:p>
    <w:p>
      <w:pPr>
        <w:jc w:val="right"/>
      </w:pPr>
      <w:r>
        <w:t>پھر فرمایا کہ</w:t>
      </w:r>
    </w:p>
    <w:p>
      <w:r>
        <w:rPr>
          <w:b/>
        </w:rPr>
        <w:t xml:space="preserve">[10:59] </w:t>
      </w:r>
      <w:r>
        <w:t>isi silsile mein ayat number char mein ke jo iman rakhte hain akhirat par,</w:t>
      </w:r>
    </w:p>
    <w:p>
      <w:pPr>
        <w:jc w:val="right"/>
      </w:pPr>
      <w:r>
        <w:t>اسی سلسلے میں آیت نمبر چار میں کہ جو ایمان رکھتے ہیں آخرت پر،</w:t>
      </w:r>
    </w:p>
    <w:p>
      <w:r>
        <w:rPr>
          <w:b/>
        </w:rPr>
        <w:t xml:space="preserve">[11:08] </w:t>
      </w:r>
      <w:r>
        <w:t>yeh bhi ek shart hai Quran se hidayat lene ke liye. akhirat ka matlab kya hai?</w:t>
      </w:r>
    </w:p>
    <w:p>
      <w:pPr>
        <w:jc w:val="right"/>
      </w:pPr>
      <w:r>
        <w:t>یہ بھی ایک شرط ہے قرآن سے ہدایت لینے کے لیے۔ آخرت کا مطلب کیا ہے؟</w:t>
      </w:r>
    </w:p>
    <w:p>
      <w:r>
        <w:rPr>
          <w:b/>
        </w:rPr>
        <w:t xml:space="preserve">[11:15] </w:t>
      </w:r>
      <w:r>
        <w:t>woh yeh hai ke jo is baat ko manen ke creation ka koi purpose hai, takhleeq jo hai, yeh ba-maqsad hai.</w:t>
      </w:r>
    </w:p>
    <w:p>
      <w:pPr>
        <w:jc w:val="right"/>
      </w:pPr>
      <w:r>
        <w:t>وہ یہ ہے کہ جو اس بات کو مانیں کہ کریشن کا کوئی پرپس ہے، تخلیق جو ہے، یہ بامقصد ہے۔</w:t>
      </w:r>
    </w:p>
    <w:p>
      <w:r>
        <w:rPr>
          <w:b/>
        </w:rPr>
        <w:t xml:space="preserve">[11:26] </w:t>
      </w:r>
      <w:r>
        <w:t>aisa nahi ke paida hue, kuch khel kud kiya aur mar gaye, aur phir qissa khatam. nahi. jin ki sincerity ne un ko yeh bataya ho ke itni meaningful life,</w:t>
      </w:r>
    </w:p>
    <w:p>
      <w:pPr>
        <w:jc w:val="right"/>
      </w:pPr>
      <w:r>
        <w:t>ایسا نہیں کہ پیدا ہوئے، کچھ کھیل کود کیا اور مر گئے، اور پھر قصہ ختم۔ نہیں۔ جن کی سنسیرٹی نے ان کو یہ بتایا ہو کہ اتنی میننگ فل لائف،</w:t>
      </w:r>
    </w:p>
    <w:p>
      <w:r>
        <w:rPr>
          <w:b/>
        </w:rPr>
        <w:t xml:space="preserve">[11:42] </w:t>
      </w:r>
      <w:r>
        <w:t>meaningless and per khatm</w:t>
      </w:r>
    </w:p>
    <w:p>
      <w:pPr>
        <w:jc w:val="right"/>
      </w:pPr>
      <w:r>
        <w:t>میننگ لیس اینڈ پر ختم</w:t>
      </w:r>
    </w:p>
    <w:p>
      <w:r>
        <w:rPr>
          <w:b/>
        </w:rPr>
        <w:t xml:space="preserve">[11:44] </w:t>
      </w:r>
      <w:r>
        <w:t>nahin ho sakti. itni meaningful kainat, itni meaningful life, sab kuch is dunya mein itna zyada meaningful hai ke yeh bilkul aap, yani unbelievable hai ke aap yeh manne lagen ke yun hi hum paida hue, yun hi khel kood kiya aur khatm gaye, aur mar kar ke.</w:t>
      </w:r>
    </w:p>
    <w:p>
      <w:pPr>
        <w:jc w:val="right"/>
      </w:pPr>
      <w:r>
        <w:t>نہیں ہو سکتی۔ اتنی میننگ فل کائنات، اتنی میننگ فل لائف، سب کچھ اس دنیا میں اتنا زیادہ میننگ فل ہے کہ یہ بالکل آپ، یعنی انبیلیویبل ہے کہ آپ یہ ماننے لگیں کہ یوں ہی ہم پیدا ہوئے، یوں ہی کھیل کود کیا اور ختم گئے، اور مر کر کے۔</w:t>
      </w:r>
    </w:p>
    <w:p>
      <w:r>
        <w:rPr>
          <w:b/>
        </w:rPr>
        <w:t xml:space="preserve">[12:06] </w:t>
      </w:r>
      <w:r>
        <w:t>to imaan bil-akhirat ka matlab yeh hai ke aap ke woh aadmi jo itna sincere ho, itna serious ho ke yeh maane ke zindagi ki ek meaning hai,</w:t>
      </w:r>
    </w:p>
    <w:p>
      <w:pPr>
        <w:jc w:val="right"/>
      </w:pPr>
      <w:r>
        <w:t>تو ایمان بالآخرت کا مطلب یہ ہے کہ آپ کہ وہ آدمی جو اتنا سنسیر ہو، اتنا سیریس ہو کہ یہ مانے کہ زندگی کی ایک میننگ ہے،</w:t>
      </w:r>
    </w:p>
    <w:p>
      <w:r>
        <w:rPr>
          <w:b/>
        </w:rPr>
        <w:t xml:space="preserve">[12:21] </w:t>
      </w:r>
      <w:r>
        <w:t>zindagi ka ek meaningful anjaam hai. akhirat ke maani hain zindagi ka meaningful end, meaningful anjaam.</w:t>
      </w:r>
    </w:p>
    <w:p>
      <w:pPr>
        <w:jc w:val="right"/>
      </w:pPr>
      <w:r>
        <w:t>زندگی کا ایک میننگ فل انجام ہے۔ آخرت کے معنی ہیں زندگی کا میننگ فل اینڈ، میننگ فل انجام۔</w:t>
      </w:r>
    </w:p>
    <w:p>
      <w:r>
        <w:rPr>
          <w:b/>
        </w:rPr>
        <w:t xml:space="preserve">[12:30] </w:t>
      </w:r>
      <w:r>
        <w:t>to wohi log Quran se hidayat paayenge.</w:t>
      </w:r>
    </w:p>
    <w:p>
      <w:pPr>
        <w:jc w:val="right"/>
      </w:pPr>
      <w:r>
        <w:t>تو وہی لوگ قرآن سے ہدایت پائیں گے۔</w:t>
      </w:r>
    </w:p>
    <w:p>
      <w:r>
        <w:rPr>
          <w:b/>
        </w:rPr>
        <w:t xml:space="preserve">[12:36] </w:t>
      </w:r>
      <w:r>
        <w:t>khulasa kya hua? ke jinka sincerity ho, jinke andar seriousness ho, jinke andar realistic approach ho, jo sahi maanon mein rational way mein dekhen cheezon ko,</w:t>
      </w:r>
    </w:p>
    <w:p>
      <w:pPr>
        <w:jc w:val="right"/>
      </w:pPr>
      <w:r>
        <w:t>خلاصہ کیا ہوا؟ کہ جن کا سنسیرٹی ہو، جن کے اندر سیریسنس ہو، جن کے اندر ریلسٹک اپروچ ہو، جو صحیح معنوں میں ریشنل وے میں دیکھیں چیزوں کو،</w:t>
      </w:r>
    </w:p>
    <w:p>
      <w:r>
        <w:rPr>
          <w:b/>
        </w:rPr>
        <w:t xml:space="preserve">[12:50] </w:t>
      </w:r>
      <w:r>
        <w:t>tabhi woh Quran se hidayat paayenge. aage dekhiye: ya ayyuhal nasu ibadu rabbakum. yeh aam khitab hai, sari humanity ko address kiya ja raha hai.</w:t>
      </w:r>
    </w:p>
    <w:p>
      <w:pPr>
        <w:jc w:val="right"/>
      </w:pPr>
      <w:r>
        <w:t>تبھی وہ قرآن سے ہدایت پائیں گے۔ آگے دیکھیے: یا ایہا الناسبکم۔ یہ عام خطاب ہے، ساری ہیومینٹی کو ایڈریس کیا جا رہا ہے۔</w:t>
      </w:r>
    </w:p>
    <w:p>
      <w:r>
        <w:rPr>
          <w:b/>
        </w:rPr>
        <w:t xml:space="preserve">[13:03] </w:t>
      </w:r>
      <w:r>
        <w:t>verse number 22 mein: ya ayyuhal nasu ibadu rabbakum allazi. jis ne tum ko paida kiya hai, us Khuda ki ibadat karo jis ne tum ko paida kiya hai.</w:t>
      </w:r>
    </w:p>
    <w:p>
      <w:pPr>
        <w:jc w:val="right"/>
      </w:pPr>
      <w:r>
        <w:t>ورث نمبر 22 میں: یا ایہا الناسبکم الذی۔ جس نے تم کو پیدا کیا ہے، اس خدا کی عبادت کرو جس نے تم کو پیدا کیا ہے۔</w:t>
      </w:r>
    </w:p>
    <w:p>
      <w:r>
        <w:rPr>
          <w:b/>
        </w:rPr>
        <w:t xml:space="preserve">[13:18] </w:t>
      </w:r>
      <w:r>
        <w:t>yeh hai creation ka maqsad ke jis ne aap ko paida kiya hai, aap us ko maanen, us ki barhai ko maanen, us ki greatness ko maanen.</w:t>
      </w:r>
    </w:p>
    <w:p>
      <w:pPr>
        <w:jc w:val="right"/>
      </w:pPr>
      <w:r>
        <w:t>یہ ہے کریشن کا مقصد کہ جس نے آپ کو پیدا کیا ہے، آپ اس کو مانیں، اس کی بڑائی کو مانیں، اس کی گریٹنس کو مانیں۔</w:t>
      </w:r>
    </w:p>
    <w:p>
      <w:r>
        <w:rPr>
          <w:b/>
        </w:rPr>
        <w:t xml:space="preserve">[13:35] </w:t>
      </w:r>
      <w:r>
        <w:t>yeh hai sara maqsad. agar aadmi Khuda ki barhai ko na maane to us ke liye phir</w:t>
      </w:r>
    </w:p>
    <w:p>
      <w:pPr>
        <w:jc w:val="right"/>
      </w:pPr>
      <w:r>
        <w:t>یہ ہے سارا مقصد۔ اگر آدمی خدا کی بڑائی کو نہ مانے تو اس کے لیے پھر</w:t>
      </w:r>
    </w:p>
    <w:p>
      <w:r>
        <w:rPr>
          <w:b/>
        </w:rPr>
        <w:t xml:space="preserve">[13:46] </w:t>
      </w:r>
      <w:r>
        <w:t>is zindagi ka aaghaz nahin ho sakta jis ko hum religious life kehte hain. religious life shuru hoti hai imaan Khuda par laane par aur Khuda ki ibadat ke liye tayyar hone par.</w:t>
      </w:r>
    </w:p>
    <w:p>
      <w:pPr>
        <w:jc w:val="right"/>
      </w:pPr>
      <w:r>
        <w:t>اس زندگی کا آغاز نہیں ہو سکتا جس کو ہم ریلیجس لائف کہتے ہیں۔ ریلیجس لائف شروع ہوتی ہے ایمان خدا پر لانے پر اور خدا کی عبادت کے لیے تیار ہونے پر۔</w:t>
      </w:r>
    </w:p>
    <w:p>
      <w:r>
        <w:rPr>
          <w:b/>
        </w:rPr>
        <w:t xml:space="preserve">[14:00] </w:t>
      </w:r>
      <w:r>
        <w:t>to ibadat jo hai, woh kisi form ka naam nahin hai.</w:t>
      </w:r>
    </w:p>
    <w:p>
      <w:pPr>
        <w:jc w:val="right"/>
      </w:pPr>
      <w:r>
        <w:t>تو عبادت جو ہے، وہ کسی فارم کا نام نہیں ہے۔</w:t>
      </w:r>
    </w:p>
    <w:p>
      <w:r>
        <w:rPr>
          <w:b/>
        </w:rPr>
        <w:t xml:space="preserve">[14:06] </w:t>
      </w:r>
      <w:r>
        <w:t>ae logon! ibadat karo apne Rabb ki. is ke maani nahin, kuch rituals hain, kuch form hain, us ko dohra do. yeh ibadat ka reduced form hai.</w:t>
      </w:r>
    </w:p>
    <w:p>
      <w:pPr>
        <w:jc w:val="right"/>
      </w:pPr>
      <w:r>
        <w:t>اے لوگوں! عبادت کرو اپنے رب کی۔ اس کے معنی نہیں، کچھ ریچولز ہیں، کچھ فارم ہیں، اس کو دہرا دو۔ یہ عبادت کا ریڈیوسڈ فارم ہے۔</w:t>
      </w:r>
    </w:p>
    <w:p>
      <w:r>
        <w:rPr>
          <w:b/>
        </w:rPr>
        <w:t xml:space="preserve">[14:19] </w:t>
      </w:r>
      <w:r>
        <w:t>yeh Khuda ko underestimate karna hai. ibadat jo hai, hadith mein bataya gaya hai ke abdullah kuntara</w:t>
      </w:r>
    </w:p>
    <w:p>
      <w:pPr>
        <w:jc w:val="right"/>
      </w:pPr>
      <w:r>
        <w:t>یہ خدا کو انڈرسٹیمیٹ کرنا ہے۔ عبادت جو ہے، حدیث میں بتایا گیا ہے کہ عبداللہ کنترا</w:t>
      </w:r>
    </w:p>
    <w:p>
      <w:r>
        <w:rPr>
          <w:b/>
        </w:rPr>
        <w:t xml:space="preserve">[14:29] </w:t>
      </w:r>
      <w:r>
        <w:t>. Khuda ki ibadat is tarah karo jaise ke tum Khuda ko dekh rahe ho. yeh dekhna kya hai?</w:t>
      </w:r>
    </w:p>
    <w:p>
      <w:pPr>
        <w:jc w:val="right"/>
      </w:pPr>
      <w:r>
        <w:t>۔ خدا کی عبادت اس طرح کرو جیسے کہ تم خدا کو دیکھ رہے ہو۔ یہ دیکھنا کیا ہے؟</w:t>
      </w:r>
    </w:p>
    <w:p>
      <w:r>
        <w:rPr>
          <w:b/>
        </w:rPr>
        <w:t xml:space="preserve">[14:42] </w:t>
      </w:r>
      <w:r>
        <w:t>yeh hai result of realization.</w:t>
      </w:r>
    </w:p>
    <w:p>
      <w:pPr>
        <w:jc w:val="right"/>
      </w:pPr>
      <w:r>
        <w:t>یہ ہے رزلٹ آف ریلیٹائزیشن۔</w:t>
      </w:r>
    </w:p>
    <w:p>
      <w:r>
        <w:rPr>
          <w:b/>
        </w:rPr>
        <w:t xml:space="preserve">[14:47] </w:t>
      </w:r>
      <w:r>
        <w:t>jab aap ghhor karte hain aur discover karte hain ke is universe ka ek creator hai, woh is ka sustainer hai, woh Lord hai is ka, yani Khuda ko us ki tamam</w:t>
      </w:r>
    </w:p>
    <w:p>
      <w:pPr>
        <w:jc w:val="right"/>
      </w:pPr>
      <w:r>
        <w:t>جب آپ غور کرتے ہیں اور ڈسکور کرتے ہیں کہ اس یونیورس کا ایک کریٹر ہے، وہ اس کا سسٹینر ہے، وہ لارڈ ہے اس کا، یعنی خدا کو اس کی تمام</w:t>
      </w:r>
    </w:p>
    <w:p>
      <w:r>
        <w:rPr>
          <w:b/>
        </w:rPr>
        <w:t xml:space="preserve">[15:08] </w:t>
      </w:r>
      <w:r>
        <w:t>haisiyat ke sath. jab aap discover karte hain to kya hota hai?</w:t>
      </w:r>
    </w:p>
    <w:p>
      <w:pPr>
        <w:jc w:val="right"/>
      </w:pPr>
      <w:r>
        <w:t>حیثیت کے ساتھ۔ جب آپ ڈسکور کرتے ہیں تو کیا ہوتا ہے؟</w:t>
      </w:r>
    </w:p>
    <w:p>
      <w:r>
        <w:rPr>
          <w:b/>
        </w:rPr>
        <w:t xml:space="preserve">[15:15] </w:t>
      </w:r>
      <w:r>
        <w:t>presence of God ka ehsaas hota hai aap ke andar. aisa lagta hai ke aap Khuda ke maujoodgi ko mehsoos karne lagte hain.</w:t>
      </w:r>
    </w:p>
    <w:p>
      <w:pPr>
        <w:jc w:val="right"/>
      </w:pPr>
      <w:r>
        <w:t>پریزنس آف گاڈ کا احساس ہوتا ہے آپ کے اندر۔ ایسا لگتا ہے کہ آپ خدا کے موجودگی کو محسوس کرنے لگتے ہیں۔</w:t>
      </w:r>
    </w:p>
    <w:p>
      <w:r>
        <w:rPr>
          <w:b/>
        </w:rPr>
        <w:t xml:space="preserve">[15:26] </w:t>
      </w:r>
      <w:r>
        <w:t>Khuda ki maujoodgi ko mehsoos karne ke baad aadmi ke andar jo behavior zahir hota hai, usi ka naam ibadat hai.</w:t>
      </w:r>
    </w:p>
    <w:p>
      <w:pPr>
        <w:jc w:val="right"/>
      </w:pPr>
      <w:r>
        <w:t>خدا کی موجودگی کو محسوس کرنے کے بعد آدمی کے اندر جو بیہیویئر ظاہر ہوتا ہے، اسی کا نام عبادت ہے۔</w:t>
      </w:r>
    </w:p>
    <w:p>
      <w:r>
        <w:rPr>
          <w:b/>
        </w:rPr>
        <w:t xml:space="preserve">[15:36] </w:t>
      </w:r>
      <w:r>
        <w:t>aap sochiye ke aadmi jab Khuda ko is tarah discover kare, is tarah realize kare ke khud us ko Khuda ki maujoodgi ka ehsaas hone lage to kya karega?</w:t>
      </w:r>
    </w:p>
    <w:p>
      <w:pPr>
        <w:jc w:val="right"/>
      </w:pPr>
      <w:r>
        <w:t>آپ سوچیے کہ آدمی جب خدا کو اس طرح ڈسکور کرے، اس طرح ریلائز کرے کہ خود اس کو خدا کی موجودگی کا احساس ہونے لگے تو کیا کرے گا؟</w:t>
      </w:r>
    </w:p>
    <w:p>
      <w:r>
        <w:rPr>
          <w:b/>
        </w:rPr>
        <w:t xml:space="preserve">[15:49] </w:t>
      </w:r>
      <w:r>
        <w:t>woh us ke aage sajde mein gir padega, us ke aage jhuk jayega, us ko acknowledge karega. to ibadat darasal Khuda ko acknowledge karne ka doosra naam hai.</w:t>
      </w:r>
    </w:p>
    <w:p>
      <w:pPr>
        <w:jc w:val="right"/>
      </w:pPr>
      <w:r>
        <w:t>وہ اس کے آگے سجدے میں گر پڑے گا، اس کے آگے جھک جائے گا، اس کو اکنالج کرے گا۔ تو عبادت دراصل خدا کو اکنالج کرنے کا دوسرا نام ہے۔</w:t>
      </w:r>
    </w:p>
    <w:p>
      <w:r>
        <w:rPr>
          <w:b/>
        </w:rPr>
        <w:t xml:space="preserve">[16:04] </w:t>
      </w:r>
      <w:r>
        <w:t>is ka matlab kya hua?</w:t>
      </w:r>
    </w:p>
    <w:p>
      <w:pPr>
        <w:jc w:val="right"/>
      </w:pPr>
      <w:r>
        <w:t>اس کا مطلب کیا ہوا؟</w:t>
      </w:r>
    </w:p>
    <w:p>
      <w:r>
        <w:rPr>
          <w:b/>
        </w:rPr>
        <w:t xml:space="preserve">[16:06] </w:t>
      </w:r>
      <w:r>
        <w:t>ke ibadat ka jo aaghaz hai, beginning hai ibadat ki, woh kya hai? realization of God, discovery of God.</w:t>
      </w:r>
    </w:p>
    <w:p>
      <w:pPr>
        <w:jc w:val="right"/>
      </w:pPr>
      <w:r>
        <w:t>کہ عبادت کا جو آغاز ہے، بگننگ ہے عبادت کی، وہ کیا ہے؟ ریلائزیشن آف گاڈ، ڈسکوری آف گاڈ۔</w:t>
      </w:r>
    </w:p>
    <w:p>
      <w:r>
        <w:rPr>
          <w:b/>
        </w:rPr>
        <w:t xml:space="preserve">[16:18] </w:t>
      </w:r>
      <w:r>
        <w:t>jab aadmi Khuda ko discover kare, jis ko marifat kaha gaya hai Quran o hadith mein, to marifat pehle aati hai, phir us ke baad ibadat aati hai.</w:t>
      </w:r>
    </w:p>
    <w:p>
      <w:pPr>
        <w:jc w:val="right"/>
      </w:pPr>
      <w:r>
        <w:t>جب آدمی خدا کو ڈسکور کرے، جس کو معرفت کہا گیا ہے قرآن و حدیث میں، تو معرفت پہلے آتی ہے، پھر اس کے بعد عبادت آتی ہے۔</w:t>
      </w:r>
    </w:p>
    <w:p>
      <w:r>
        <w:rPr>
          <w:b/>
        </w:rPr>
        <w:t xml:space="preserve">[16:30] </w:t>
      </w:r>
      <w:r>
        <w:t>agar aap ibadat ko sirf ritual ke maani mein le lein to is liye marifat ki zaroorat nahi hogi.</w:t>
      </w:r>
    </w:p>
    <w:p>
      <w:pPr>
        <w:jc w:val="right"/>
      </w:pPr>
      <w:r>
        <w:t>اگر آپ عبادت کو صرف ریچول کے معنی میں لے لیں تو اس لیے معرفت کی ضرورت نہیں ہوگی۔</w:t>
      </w:r>
    </w:p>
    <w:p>
      <w:r>
        <w:rPr>
          <w:b/>
        </w:rPr>
        <w:t xml:space="preserve">[16:37] </w:t>
      </w:r>
      <w:r>
        <w:t>marifat ke baghair bhi aap rituals ko ada kar sakte hain, is ke form ko ada kar sakte hain. lekin woh ibadat jis ko hadith mein kaha gaya hai ke aisa, aisi ibadat jaise ke tum Khuda ko dekh rahe ho, to zahir hai ke woh to us realization ke baad aayega,</w:t>
      </w:r>
    </w:p>
    <w:p>
      <w:pPr>
        <w:jc w:val="right"/>
      </w:pPr>
      <w:r>
        <w:t>معرفت کے بغیر بھی آپ ریچولز کو ادا کر سکتے ہیں، اس کے فارم کو ادا کر سکتے ہیں۔ لیکن وہ عبادت جس کو حدیث میں کہا گیا ہے کہ ایسا، ایسی عبادت جیسے کہ تم خدا کو دیکھ رہے ہو، تو ظاہر ہے کہ وہ تو اس ریلائزیشن کے بعد آئے گا،</w:t>
      </w:r>
    </w:p>
    <w:p>
      <w:r>
        <w:rPr>
          <w:b/>
        </w:rPr>
        <w:t xml:space="preserve">[16:56] </w:t>
      </w:r>
      <w:r>
        <w:t>Khuda ki discovery ke baad aayega.</w:t>
      </w:r>
    </w:p>
    <w:p>
      <w:pPr>
        <w:jc w:val="right"/>
      </w:pPr>
      <w:r>
        <w:t>خدا کی ڈسکوری کے بعد آئے گا۔</w:t>
      </w:r>
    </w:p>
    <w:p>
      <w:r>
        <w:rPr>
          <w:b/>
        </w:rPr>
        <w:t xml:space="preserve">[16:59] </w:t>
      </w:r>
      <w:r>
        <w:t>to ibadat ka aaghaz marifat se hota hai. ibadat ka aaghaz Khuda ki discovery se hota hai.</w:t>
      </w:r>
    </w:p>
    <w:p>
      <w:pPr>
        <w:jc w:val="right"/>
      </w:pPr>
      <w:r>
        <w:t>تو عبادت کا آغاز معرفت سے ہوتا ہے۔ عبادت کا آغاز خدا کی ڈسکوری سے ہوتا ہے۔</w:t>
      </w:r>
    </w:p>
    <w:p>
      <w:r>
        <w:rPr>
          <w:b/>
        </w:rPr>
        <w:t xml:space="preserve">[17:09] </w:t>
      </w:r>
      <w:r>
        <w:t>is ke baad Quran mein bataya gaya ayat number 25 mein ke jo log</w:t>
      </w:r>
    </w:p>
    <w:p>
      <w:pPr>
        <w:jc w:val="right"/>
      </w:pPr>
      <w:r>
        <w:t>اس کے بعد قرآن میں بتایا گیا آیت نمبر 25 میں کہ جو لوگ</w:t>
      </w:r>
    </w:p>
    <w:p>
      <w:r>
        <w:rPr>
          <w:b/>
        </w:rPr>
        <w:t xml:space="preserve">[17:21] </w:t>
      </w:r>
      <w:r>
        <w:t>Khuda ko discover karein, Khuda ki ibadat karein, jo log imaan aur aamal saleh ki zindagi ikhtiyar karein, to un ko Khuda jannaton mein jagah de ga.</w:t>
      </w:r>
    </w:p>
    <w:p>
      <w:pPr>
        <w:jc w:val="right"/>
      </w:pPr>
      <w:r>
        <w:t>خدا کو ڈسکور کریں، خدا کی عبادت کریں، جو لوگ ایمان اور اعمال صالح کی زندگی اختیار کریں، تو ان کو خدا جنتوں میں جگہ دے گا۔</w:t>
      </w:r>
    </w:p>
    <w:p>
      <w:r>
        <w:rPr>
          <w:b/>
        </w:rPr>
        <w:t xml:space="preserve">[17:35] </w:t>
      </w:r>
      <w:r>
        <w:t>to jannat ke bare mein farmaya ke kul min ha min thamaratur rizq min qabl.</w:t>
      </w:r>
    </w:p>
    <w:p>
      <w:pPr>
        <w:jc w:val="right"/>
      </w:pPr>
      <w:r>
        <w:t>تو جنت کے بارے میں فرمایا کہ کل منہا من ثمرۃ الرزق من قبل۔</w:t>
      </w:r>
    </w:p>
    <w:p>
      <w:r>
        <w:rPr>
          <w:b/>
        </w:rPr>
        <w:t xml:space="preserve">[17:46] </w:t>
      </w:r>
      <w:r>
        <w:t>yeh Surah Baqarah ki 25 ayat hai, yaani un ko jannat mein waise hi rizq diya jayega jo rizq dunya mein un ko mil chuka tha.</w:t>
      </w:r>
    </w:p>
    <w:p>
      <w:pPr>
        <w:jc w:val="right"/>
      </w:pPr>
      <w:r>
        <w:t>یہ سورہ بقرہ کی 25 آیت ہے، یعنی ان کو جنت میں ویسے ہی رزق دیا جائے گا جو رزق دنیا میں ان کو مل چکا تھا۔</w:t>
      </w:r>
    </w:p>
    <w:p>
      <w:r>
        <w:rPr>
          <w:b/>
        </w:rPr>
        <w:t xml:space="preserve">[17:59] </w:t>
      </w:r>
      <w:r>
        <w:t>jab bhi koi cheez payenge, woh to kahein ge ke yeh to wohi hai jo dunya mein hum ko mila tha,</w:t>
      </w:r>
    </w:p>
    <w:p>
      <w:pPr>
        <w:jc w:val="right"/>
      </w:pPr>
      <w:r>
        <w:t>جب بھی کوئی چیز پائیں گے، وہ تو کہیں گے کہ یہ تو وہی ہے جو دنیا میں ہم کو ملا تھا،</w:t>
      </w:r>
    </w:p>
    <w:p>
      <w:r>
        <w:rPr>
          <w:b/>
        </w:rPr>
        <w:t xml:space="preserve">[18:06] </w:t>
      </w:r>
      <w:r>
        <w:t>is se kya nikla? is se yeh nikla ke isi dunya ka perfect, jo dunya ko hum dekh rahe hain,</w:t>
      </w:r>
    </w:p>
    <w:p>
      <w:pPr>
        <w:jc w:val="right"/>
      </w:pPr>
      <w:r>
        <w:t>اس سے کیا نکلا؟ اس سے یہ نکلا کہ اسی دنیا کا پرفیکٹ، جو دنیا کو ہم دیکھ رہے ہیں،</w:t>
      </w:r>
    </w:p>
    <w:p>
      <w:r>
        <w:rPr>
          <w:b/>
        </w:rPr>
        <w:t xml:space="preserve">[18:19] </w:t>
      </w:r>
      <w:r>
        <w:t>woh dunya ka ka ka perfect version hai jannat. yeh dunya imperfect hai. aap dekhiye ke jo bhi hamare desires hain, woh saari ki saari yahan par maujood hain.</w:t>
      </w:r>
    </w:p>
    <w:p>
      <w:pPr>
        <w:jc w:val="right"/>
      </w:pPr>
      <w:r>
        <w:t>وہ دنیا کا کا کا پرفیکٹ ورژن ہے جنت۔ یہ دنیا امپرفیکٹ ہے۔ آپ دیکھیے کہ جو بھی ہمارے ڈیزائر ہیں، وہ ساری کی ساری یہاں پر موجود ہیں۔</w:t>
      </w:r>
    </w:p>
    <w:p>
      <w:r>
        <w:rPr>
          <w:b/>
        </w:rPr>
        <w:t xml:space="preserve">[18:32] </w:t>
      </w:r>
      <w:r>
        <w:t>hum jo kuch bhi chahte hain, woh sab yahan par maujood hai, lekin imperfect shakal mein hai. kisi bhi desire ko hum bharpoor tor par fulfill nahi kar paate.</w:t>
      </w:r>
    </w:p>
    <w:p>
      <w:pPr>
        <w:jc w:val="right"/>
      </w:pPr>
      <w:r>
        <w:t>ہم جو کچھ بھی چاہتے ہیں، وہ سب یہاں پر موجود ہے، لیکن امپرفیکٹ شکل میں ہے۔ کسی بھی ڈیزائر کو ہم بھرپور طور پر فلفل نہیں کر پاتے۔</w:t>
      </w:r>
    </w:p>
    <w:p>
      <w:r>
        <w:rPr>
          <w:b/>
        </w:rPr>
        <w:t xml:space="preserve">[18:48] </w:t>
      </w:r>
      <w:r>
        <w:t>desires hain, cheezein hain, lekin fulfillment nahi hai.</w:t>
      </w:r>
    </w:p>
    <w:p>
      <w:pPr>
        <w:jc w:val="right"/>
      </w:pPr>
      <w:r>
        <w:t>ڈیزائر ہیں، چیزیں ہیں، لیکن فلفلمنٹ نہیں ہے۔</w:t>
      </w:r>
    </w:p>
    <w:p>
      <w:r>
        <w:rPr>
          <w:b/>
        </w:rPr>
        <w:t xml:space="preserve">[18:55] </w:t>
      </w:r>
      <w:r>
        <w:t>to is mein jo hamein bataya gaya ke jannat jo hai, woh jagah hai jahan aap ko poora fulfillment mile ga. is se mein yeh samjha hoon ke jannat aur yeh dunya dono ek doosre se milti julti hain.</w:t>
      </w:r>
    </w:p>
    <w:p>
      <w:pPr>
        <w:jc w:val="right"/>
      </w:pPr>
      <w:r>
        <w:t>تو اس میں جو ہمیں بتایا گیا کہ جنت جو ہے، وہ جگہ ہے جہاں آپ کو پورا فلفلمنٹ ملے گا۔ اس سے میں یہ سمجھا ہوں کہ جنت اور یہ دنیا دونوں ایک دوسرے سے ملتی جلتی ہیں۔</w:t>
      </w:r>
    </w:p>
    <w:p>
      <w:r>
        <w:rPr>
          <w:b/>
        </w:rPr>
        <w:t xml:space="preserve">[19:16] </w:t>
      </w:r>
      <w:r>
        <w:t>woh saari activities, woh saari desires, woh saari hamari pasand ki cheezein, woh saara saman enjoy ka jo yahan hai, woh sab wahan par hai.</w:t>
      </w:r>
    </w:p>
    <w:p>
      <w:pPr>
        <w:jc w:val="right"/>
      </w:pPr>
      <w:r>
        <w:t>وہ ساری ایکٹیویٹیز، وہ ساری ڈیزائرز، وہ ساری ہماری پسند کی چیزیں، وہ سارا سامان انجوائے کا جو یہاں ہے، وہ سب وہاں پر ہے۔</w:t>
      </w:r>
    </w:p>
    <w:p>
      <w:r>
        <w:rPr>
          <w:b/>
        </w:rPr>
        <w:t xml:space="preserve">[19:29] </w:t>
      </w:r>
      <w:r>
        <w:t>farq sirf kya hai ke wahan par woh perfect surat mein hai, yahan par woh imperfect surat mein hai. yeh hai wohi mutashabeh ka matlab ke jo cheezein wahan di jayengi, us ko dekh kar woh kahein ge ke yeh to hum dunya mein mila tha hum ko.</w:t>
      </w:r>
    </w:p>
    <w:p>
      <w:pPr>
        <w:jc w:val="right"/>
      </w:pPr>
      <w:r>
        <w:t>فرق صرف کیا ہے کہ وہاں پر وہ پرفیکٹ صورت میں ہے، یہاں پر وہ امپرفیکٹ صورت میں ہے۔ یہ ہے وہی متشابہ کا مطلب کہ جو چیزیں وہاں دی جائیں گی، اس کو دیکھ کر وہ کہیں گے کہ یہ تو ہم دنیا میں ملا تھا ہم کو۔</w:t>
      </w:r>
    </w:p>
    <w:p>
      <w:r>
        <w:rPr>
          <w:b/>
        </w:rPr>
        <w:t xml:space="preserve">[19:44] </w:t>
      </w:r>
      <w:r>
        <w:t>to dunya mein jannat ka ek ibtedai taaruf hai, jis ko Hindi mein kehte hain baangi ya test.</w:t>
      </w:r>
    </w:p>
    <w:p>
      <w:pPr>
        <w:jc w:val="right"/>
      </w:pPr>
      <w:r>
        <w:t>تو دنیا میں جنت کا ایک ابتدائی تعارف ہے، جس کو ہندی میں کہتے ہیں بانگی یا ٹیسٹ۔</w:t>
      </w:r>
    </w:p>
    <w:p>
      <w:r>
        <w:rPr>
          <w:b/>
        </w:rPr>
        <w:t xml:space="preserve">[19:55] </w:t>
      </w:r>
      <w:r>
        <w:t>yeh dunya hamein jannat ka ibtedai test deti hai, ibtedai taaruf karti hai taake hum jaan sakein ke woh dunya, woh jannat ki dunya kitni zyada achhi hogi.</w:t>
      </w:r>
    </w:p>
    <w:p>
      <w:pPr>
        <w:jc w:val="right"/>
      </w:pPr>
      <w:r>
        <w:t>یہ دنیا ہم کو جنت کا ابتدائی ٹیسٹ دیتی ہے، ابتدائی تعارف کرتی ہے تاکہ ہم جان سکیں کہ وہ دنیا، وہ جنت کی دنیا کتنی زیادہ اچھی ہوگی۔</w:t>
      </w:r>
    </w:p>
    <w:p>
      <w:r>
        <w:rPr>
          <w:b/>
        </w:rPr>
        <w:t xml:space="preserve">[20:10] </w:t>
      </w:r>
      <w:r>
        <w:t>jab jab imperfect dunya mein itni lazzatein hain, to perfect dunya mein kitni zyada lazzatein hongi. to maujooda dunya jo hai, aaj ki dunya jo hai, yeh yeh sach poochhiye to jannat ka paradise ka taaruf hai, is ka introduction hai.</w:t>
      </w:r>
    </w:p>
    <w:p>
      <w:pPr>
        <w:jc w:val="right"/>
      </w:pPr>
      <w:r>
        <w:t>جب جب امپرفیکٹ دنیا میں اتنی لذتیں ہیں، تو پرفیکٹ دنیا میں کتنی زیادہ لذتیں ہوں گی۔ تو موجودہ دنیا جو ہے، آج کی دنیا جو ہے، یہ یہ سچ پوچھیے تو جنت کا پیراڈائز کا تعارف ہے، اس کا انٹروڈکشن ہے۔</w:t>
      </w:r>
    </w:p>
    <w:p>
      <w:r>
        <w:rPr>
          <w:b/>
        </w:rPr>
        <w:t xml:space="preserve">[20:30] </w:t>
      </w:r>
      <w:r>
        <w:t>is ke baad aage dekhiye, ayat number thirty mein bataya gaya hai ke Allah taala ne insaan ko, yaani Surah Baqarah ki ayat number thirty mein bataya ke Allah taala ne insaan ko paida kiya, yaani Adam ko, jo pehle insaan thay.</w:t>
      </w:r>
    </w:p>
    <w:p>
      <w:pPr>
        <w:jc w:val="right"/>
      </w:pPr>
      <w:r>
        <w:t>اس کے بعد آگے دیکھیے، آیت نمبر تھرٹی میں بتایا گیا ہے کہ اللہ تعالی نے انسان کو، یعنی سورہ بقرہ کی آیت نمبر تھرٹی میں بتایا کہ اللہ تعالی نے انسان کو پیدا کیا، یعنی آدم کو، جو پہلے انسان تھے۔</w:t>
      </w:r>
    </w:p>
    <w:p>
      <w:r>
        <w:rPr>
          <w:b/>
        </w:rPr>
        <w:t xml:space="preserve">[20:54] </w:t>
      </w:r>
      <w:r>
        <w:t>paida jab kiya Allah taala ne to farishton se kaha ke inni jaa'ilun fil ardi khaleefah. farishte pehle se maujood thay kyunke farishte Khuda ki taraf se dunya ka intezam karte hain.</w:t>
      </w:r>
    </w:p>
    <w:p>
      <w:pPr>
        <w:jc w:val="right"/>
      </w:pPr>
      <w:r>
        <w:t>پیدا جب کیا اللہ تعالی نے تو فرشتوں سے کہا کہ انی جائل فی الارض خلیفہ۔ فرشتے پہلے سے موجود تھے کیونکہ فرشتے خدا کی طرف سے دنیا کا انتظام کرتے ہیں۔</w:t>
      </w:r>
    </w:p>
    <w:p>
      <w:r>
        <w:rPr>
          <w:b/>
        </w:rPr>
        <w:t xml:space="preserve">[21:12] </w:t>
      </w:r>
      <w:r>
        <w:t>to Khuda ne kaha ke inni jaa'ilun fil ardi khaleefah. aye farishton! mein zameen mein aik khaleefah banane wala hoon</w:t>
      </w:r>
    </w:p>
    <w:p>
      <w:pPr>
        <w:jc w:val="right"/>
      </w:pPr>
      <w:r>
        <w:t>تو خدا نے کہا کہ انی جائل فی الارض خلیفہ۔ اے فرشتوں! میں زمین میں ایک خلیفہ بنانے والا ہوں</w:t>
      </w:r>
    </w:p>
    <w:p>
      <w:r>
        <w:rPr>
          <w:b/>
        </w:rPr>
        <w:t xml:space="preserve">[21:23] </w:t>
      </w:r>
      <w:r>
        <w:t>, yaani aik insaan jo dunya mein khaleefah ke hisse se rahe ga. khaleefah ke maani hote hain, yaani sahib ikhtiyar, jis ko azadi hogi, jis ko ikhtiyar hoga, jis ko power hoga,</w:t>
      </w:r>
    </w:p>
    <w:p>
      <w:pPr>
        <w:jc w:val="right"/>
      </w:pPr>
      <w:r>
        <w:t>، یعنی ایک انسان جو دنیا میں خلیفہ کے حصے سے رہے گا۔ خلیفہ کے معنی ہوتے ہیں، یعنی صاحب اختیار، جس کو آزادی ہوگی، جس کو اختیار ہوگا، جس کو پاور ہوگا،</w:t>
      </w:r>
    </w:p>
    <w:p>
      <w:r>
        <w:rPr>
          <w:b/>
        </w:rPr>
        <w:t xml:space="preserve">[21:40] </w:t>
      </w:r>
      <w:r>
        <w:t>jis ko koi pabandi nahi hogi. jaise ke farishte jo hain, woh woh azaad nahi hain hamari taraf se.</w:t>
      </w:r>
    </w:p>
    <w:p>
      <w:pPr>
        <w:jc w:val="right"/>
      </w:pPr>
      <w:r>
        <w:t>جس کو کوئی پابندی نہیں ہوگی۔ جیسے کہ فرشتے جو ہیں، وہ وہ آزاد نہیں ہیں ہماری طرف سے۔</w:t>
      </w:r>
    </w:p>
    <w:p>
      <w:r>
        <w:rPr>
          <w:b/>
        </w:rPr>
        <w:t xml:space="preserve">[21:51] </w:t>
      </w:r>
      <w:r>
        <w:t>farishte yaf'aluna ma yu'maroon, woh wohi karte hain jo unhein hukum diya jaye. is dunya mein sab kuch material world jo hai, woh under compulsion hai.</w:t>
      </w:r>
    </w:p>
    <w:p>
      <w:pPr>
        <w:jc w:val="right"/>
      </w:pPr>
      <w:r>
        <w:t>فرشتے یفعلون ما یومرون، وہ وہی کرتے ہیں جو انہیں حکم دیا جائے۔ اس دنیا میں سب کچھ مٹیریل ورلڈ جو ہے، وہ انڈر کمپلشن ہے۔</w:t>
      </w:r>
    </w:p>
    <w:p>
      <w:r>
        <w:rPr>
          <w:b/>
        </w:rPr>
        <w:t xml:space="preserve">[22:04] </w:t>
      </w:r>
      <w:r>
        <w:t>insan ko chhod kar jo bhi cheezen is dunya mein hain, chahe woh animal hon, chahe plant kingdom ho, chahe material world ho, kisi ko bhi azadi nahi mili hui hai.</w:t>
      </w:r>
    </w:p>
    <w:p>
      <w:pPr>
        <w:jc w:val="right"/>
      </w:pPr>
      <w:r>
        <w:t>انسان کو چھوڑ کر جو بھی چیزیں اس دنیا میں ہیں، چاہے وہ اینیمل ہوں، چاہے پلانٹ کنگڈم ہو، چاہے مٹیریل ورلڈ ہو، کسی کو بھی آزادی نہیں ملی ہوئی ہے۔</w:t>
      </w:r>
    </w:p>
    <w:p>
      <w:r>
        <w:rPr>
          <w:b/>
        </w:rPr>
        <w:t xml:space="preserve">[22:17] </w:t>
      </w:r>
      <w:r>
        <w:t>insan ko total freedom mila hua hai.</w:t>
      </w:r>
    </w:p>
    <w:p>
      <w:pPr>
        <w:jc w:val="right"/>
      </w:pPr>
      <w:r>
        <w:t>انسان کو ٹوٹل فریڈم ملا ہوا ہے۔</w:t>
      </w:r>
    </w:p>
    <w:p>
      <w:r>
        <w:rPr>
          <w:b/>
        </w:rPr>
        <w:t xml:space="preserve">[22:21] </w:t>
      </w:r>
      <w:r>
        <w:t>to Khuda ne kaha ke main insan ko dunya mein settle karne wala hoon. To farishton ne kaha ke kya</w:t>
      </w:r>
    </w:p>
    <w:p>
      <w:pPr>
        <w:jc w:val="right"/>
      </w:pPr>
      <w:r>
        <w:t>تو خدا نے کہا کہ میں انسان کو دنیا میں سیٹل کرنے والا ہوں۔ تو فرشتوں نے کہا کہ کیا</w:t>
      </w:r>
    </w:p>
    <w:p>
      <w:r>
        <w:rPr>
          <w:b/>
        </w:rPr>
        <w:t xml:space="preserve">[22:36] </w:t>
      </w:r>
      <w:r>
        <w:t>aap dunya mein ek aise makhlooq ko basane wale hain jo wahan fasad kare aur khoon bahaye? Iska matlab kya tha?</w:t>
      </w:r>
    </w:p>
    <w:p>
      <w:pPr>
        <w:jc w:val="right"/>
      </w:pPr>
      <w:r>
        <w:t>آپ دنیا میں ایک ایسے مخلوق کو بسانے والے ہیں جو وہاں فساد کرے اور خون بہائے؟ اس کا مطلب کیا تھا؟</w:t>
      </w:r>
    </w:p>
    <w:p>
      <w:r>
        <w:rPr>
          <w:b/>
        </w:rPr>
        <w:t xml:space="preserve">[22:46] </w:t>
      </w:r>
      <w:r>
        <w:t>Iska matlab hai ke freedom ko misuse karega aadmi.</w:t>
      </w:r>
    </w:p>
    <w:p>
      <w:pPr>
        <w:jc w:val="right"/>
      </w:pPr>
      <w:r>
        <w:t>اس کا مطلب ہے کہ فریڈم کو مس یوز کرے گا آدمی۔</w:t>
      </w:r>
    </w:p>
    <w:p>
      <w:r>
        <w:rPr>
          <w:b/>
        </w:rPr>
        <w:t xml:space="preserve">[22:52] </w:t>
      </w:r>
      <w:r>
        <w:t>Hum ko freedom nahi mili hui hai, hamein yeh option nahi ke hum freedom ko misuse karen. Ya stars ko, planet ko, kisi cheez ko bhi freedom nahi mili hui hai, is liye un ke liye option bhi nahi hai ke woh misuse karen.</w:t>
      </w:r>
    </w:p>
    <w:p>
      <w:pPr>
        <w:jc w:val="right"/>
      </w:pPr>
      <w:r>
        <w:t>ہم کو فریڈم نہیں ملی ہوئی ہے، ہمیں یہ آپشن نہیں کہ ہم فریڈم کو مس یوز کریں۔ یا اسٹارز کو، پلینٹ کو، کسی چیز کو بھی فریڈم نہیں ملی ہوئی ہے، اس لیے ان کے لیے آپشن بھی نہیں ہے کہ وہ مس یوز کریں۔</w:t>
      </w:r>
    </w:p>
    <w:p>
      <w:r>
        <w:rPr>
          <w:b/>
        </w:rPr>
        <w:t xml:space="preserve">[23:08] </w:t>
      </w:r>
      <w:r>
        <w:t>Lekin insan ko option denge aap ke freedom ko misuse kare woh. To is ke baad kya hoga? Is ke baad yeh hoga ke fasad hoga, khoon bahayega.</w:t>
      </w:r>
    </w:p>
    <w:p>
      <w:pPr>
        <w:jc w:val="right"/>
      </w:pPr>
      <w:r>
        <w:t>لیکن انسان کو آپشن دیں گے آپ کہ فریڈم کو مس یوز کرے وہ۔ تو اس کے بعد کیا ہوگا؟ اس کے بعد یہ ہوگا کہ فساد ہوگا، خون بہائے گا۔</w:t>
      </w:r>
    </w:p>
    <w:p>
      <w:r>
        <w:rPr>
          <w:b/>
        </w:rPr>
        <w:t xml:space="preserve">[23:24] </w:t>
      </w:r>
      <w:r>
        <w:t>To Allah taala ne kaha ke inni alam ta'lamoon, main woh jaanta hoon jo tum nahi jante. Iska matlab main jahan tak samjha hoon, woh yeh hai ke Allah taala ne yeh bataya ke paradise mein basane ke liye jo log darkar hain,</w:t>
      </w:r>
    </w:p>
    <w:p>
      <w:pPr>
        <w:jc w:val="right"/>
      </w:pPr>
      <w:r>
        <w:t>تو اللہ تعالی نے کہا کہ انی عالم تعلمون، میں وہ جانتا ہوں جو تم نہیں جانتے۔ اس کا مطلب میں جہاں تک سمجھا ہوں، وہ یہ ہے کہ اللہ تعالی نے یہ بتایا کہ پیراڈائز میں بسانے کے لیے جو لوگ درکار ہیں،</w:t>
      </w:r>
    </w:p>
    <w:p>
      <w:r>
        <w:rPr>
          <w:b/>
        </w:rPr>
        <w:t xml:space="preserve">[23:49] </w:t>
      </w:r>
      <w:r>
        <w:t>woh sirf azad hi mein un ka selection kiya ja sakta hai.</w:t>
      </w:r>
    </w:p>
    <w:p>
      <w:pPr>
        <w:jc w:val="right"/>
      </w:pPr>
      <w:r>
        <w:t>وہ صرف آزاد ہی میں ان کا سلیکشن کیا جا سکتا ہے۔</w:t>
      </w:r>
    </w:p>
    <w:p>
      <w:r>
        <w:rPr>
          <w:b/>
        </w:rPr>
        <w:t xml:space="preserve">[23:55] </w:t>
      </w:r>
      <w:r>
        <w:t>Paradise mein insan ko basana tha Khuda ko, lekin kis insan ko? Woh insan jo baghair compulsion ke Khuda ke aage surrender kare.</w:t>
      </w:r>
    </w:p>
    <w:p>
      <w:pPr>
        <w:jc w:val="right"/>
      </w:pPr>
      <w:r>
        <w:t>پیراڈائز میں انسان کو بسانا تھا خدا کو، لیکن کس انسان کو؟ وہ انسان جو بغیر کمپلشن کے خدا کے آگے سرینڈر کرے۔</w:t>
      </w:r>
    </w:p>
    <w:p>
      <w:r>
        <w:rPr>
          <w:b/>
        </w:rPr>
        <w:t xml:space="preserve">[24:10] </w:t>
      </w:r>
      <w:r>
        <w:t>Woh insan jo total azadi mile, us ko phir bhi woh misuse na kare.</w:t>
      </w:r>
    </w:p>
    <w:p>
      <w:pPr>
        <w:jc w:val="right"/>
      </w:pPr>
      <w:r>
        <w:t>وہ انسان جو ٹوٹل آزادی ملے، اس کو پھر بھی وہ مس یوز نہ کرے۔</w:t>
      </w:r>
    </w:p>
    <w:p>
      <w:r>
        <w:rPr>
          <w:b/>
        </w:rPr>
        <w:t xml:space="preserve">[24:17] </w:t>
      </w:r>
      <w:r>
        <w:t>Woh insan jis ke andar har kisi ki desire ho, anger ho, hate ho, malice ho, self interest ho, injustice ho, yani sari negative qism ki cheezen us ke dil mein maujood hon, lekin phir bhi woh apne aap ko control kare,</w:t>
      </w:r>
    </w:p>
    <w:p>
      <w:pPr>
        <w:jc w:val="right"/>
      </w:pPr>
      <w:r>
        <w:t>وہ انسان جس کے اندر ہر کسی کی ڈیزائر ہو، اینگر ہو، ہیٹ ہو، مائلس ہو، سیلف انٹرسٹ ہو، انجسٹس ہو، یعنی ساری نیگیٹیو قسم کی چیزیں اس کے دل میں موجود ہوں، لیکن پھر بھی وہ اپنے آپ کو کنٹرول کرے،</w:t>
      </w:r>
    </w:p>
    <w:p>
      <w:r>
        <w:rPr>
          <w:b/>
        </w:rPr>
        <w:t xml:space="preserve">[24:42] </w:t>
      </w:r>
      <w:r>
        <w:t>khud apne irade se,</w:t>
      </w:r>
    </w:p>
    <w:p>
      <w:pPr>
        <w:jc w:val="right"/>
      </w:pPr>
      <w:r>
        <w:t>خود اپنے ارادے سے،</w:t>
      </w:r>
    </w:p>
    <w:p>
      <w:r>
        <w:rPr>
          <w:b/>
        </w:rPr>
        <w:t xml:space="preserve">[24:46] </w:t>
      </w:r>
      <w:r>
        <w:t>apni desire ko control kar ke dunya mein rahe,</w:t>
      </w:r>
    </w:p>
    <w:p>
      <w:pPr>
        <w:jc w:val="right"/>
      </w:pPr>
      <w:r>
        <w:t>اپنی ڈیزائر کو کنٹرول کر کے دنیا میں رہے،</w:t>
      </w:r>
    </w:p>
    <w:p>
      <w:r>
        <w:rPr>
          <w:b/>
        </w:rPr>
        <w:t xml:space="preserve">[24:50] </w:t>
      </w:r>
      <w:r>
        <w:t>apni ego ko surrender kare, apne arrogance ko surrender kare. Khuda ke liye woh insan mujhe chahiye jannat mein basane ke liye.</w:t>
      </w:r>
    </w:p>
    <w:p>
      <w:pPr>
        <w:jc w:val="right"/>
      </w:pPr>
      <w:r>
        <w:t>اپنی ایگو کو سرینڈر کرے، اپنے اروگنس کو سرینڈر کرے۔ خدا کے لیے وہ انسان مجھے چاہیے جنت میں بسانے کے لیے۔</w:t>
      </w:r>
    </w:p>
    <w:p>
      <w:r>
        <w:rPr>
          <w:b/>
        </w:rPr>
        <w:t xml:space="preserve">[25:01] </w:t>
      </w:r>
      <w:r>
        <w:t>To Khuda ne kaha ke is tarah ka ek insan isi mahol mein select ho sakta hai jahan ke azadi di gayi ho.</w:t>
      </w:r>
    </w:p>
    <w:p>
      <w:pPr>
        <w:jc w:val="right"/>
      </w:pPr>
      <w:r>
        <w:t>تو خدا نے کہا کہ اس طرح کا ایک انسان اسی ماحول میں سلیکٹ ہو سکتا ہے جہاں کہ آزادی دی گئی ہو۔</w:t>
      </w:r>
    </w:p>
    <w:p>
      <w:r>
        <w:rPr>
          <w:b/>
        </w:rPr>
        <w:t xml:space="preserve">[25:13] </w:t>
      </w:r>
      <w:r>
        <w:t>To Khuda ne is dunya mein insan ko rakha is liye hai ke jannat ke liye deserving candidate ka intikhab karna hai Khuda ko.</w:t>
      </w:r>
    </w:p>
    <w:p>
      <w:pPr>
        <w:jc w:val="right"/>
      </w:pPr>
      <w:r>
        <w:t>تو خدا نے اس دنیا میں انسان کو رکھا اس لیے ہے کہ جنت کے لیے ڈیزرونگ کینڈیڈیٹ کا انتخاب کرنا ہے خدا کو۔</w:t>
      </w:r>
    </w:p>
    <w:p>
      <w:r>
        <w:rPr>
          <w:b/>
        </w:rPr>
        <w:t xml:space="preserve">[25:29] </w:t>
      </w:r>
      <w:r>
        <w:t>Aur phir is ka jo criteria bataya gaya hai, bohat hi jo crucial criteria hai, woh kya hai?</w:t>
      </w:r>
    </w:p>
    <w:p>
      <w:pPr>
        <w:jc w:val="right"/>
      </w:pPr>
      <w:r>
        <w:t>اور پھر اس کا جو کرائٹیریا بتایا گیا ہے، بہت ہی جو کروشل کرائٹیریا ہے، وہ کیا ہے؟</w:t>
      </w:r>
    </w:p>
    <w:p>
      <w:r>
        <w:rPr>
          <w:b/>
        </w:rPr>
        <w:t xml:space="preserve">[25:35] </w:t>
      </w:r>
      <w:r>
        <w:t>Allah taala ne Adam ko aur Hawa ko paida karne ke baad jannat mein rakha aur kaha ke</w:t>
      </w:r>
    </w:p>
    <w:p>
      <w:pPr>
        <w:jc w:val="right"/>
      </w:pPr>
      <w:r>
        <w:t>اللہ تعالی نے آدم کو اور حوا کو پیدا کرنے کے بعد جنت میں رکھا اور کہا کہ</w:t>
      </w:r>
    </w:p>
    <w:p>
      <w:r>
        <w:rPr>
          <w:b/>
        </w:rPr>
        <w:t xml:space="preserve">[25:47] </w:t>
      </w:r>
      <w:r>
        <w:t>ke tum is mein se sab kuch khao pio. Faqla minha raghadan hai</w:t>
      </w:r>
    </w:p>
    <w:p>
      <w:pPr>
        <w:jc w:val="right"/>
      </w:pPr>
      <w:r>
        <w:t>کہ تم اس میں سے سب کچھ کھاؤ پیو۔ فقلا منہا رغدا ہے</w:t>
      </w:r>
    </w:p>
    <w:p>
      <w:r>
        <w:rPr>
          <w:b/>
        </w:rPr>
        <w:t xml:space="preserve">[26:01] </w:t>
      </w:r>
      <w:r>
        <w:t>min al-zhalimin. Yeh hai Quran ki Surah Baqarah ki ayat number 35</w:t>
      </w:r>
    </w:p>
    <w:p>
      <w:pPr>
        <w:jc w:val="right"/>
      </w:pPr>
      <w:r>
        <w:t>من الظالمین۔ یہ ہے قرآن کی سورہ بقرہ کی آیت نمبر 35</w:t>
      </w:r>
    </w:p>
    <w:p>
      <w:r>
        <w:rPr>
          <w:b/>
        </w:rPr>
        <w:t xml:space="preserve">[26:08] </w:t>
      </w:r>
      <w:r>
        <w:t>ke jannat mein ek ek ek shajar mamnoo'ah tha, ek forbidden tree. Forbidden tree sab kuch khuli hui thi jannat har taraf.</w:t>
      </w:r>
    </w:p>
    <w:p>
      <w:pPr>
        <w:jc w:val="right"/>
      </w:pPr>
      <w:r>
        <w:t>کہ جنت میں ایک ایک ایک شجر ممنوعہ تھا، ایک فائبرڈن ٹری۔ فائبرڈن ٹری سب کچھ کھلی ہوئی تھی جنت ہر طرف۔</w:t>
      </w:r>
    </w:p>
    <w:p>
      <w:r>
        <w:rPr>
          <w:b/>
        </w:rPr>
        <w:t xml:space="preserve">[26:21] </w:t>
      </w:r>
      <w:r>
        <w:t>Insan ko azadi thi ke jo chahe khaye, jis tarah se rahe, lekin ek ek forbidden tree tha ke us ka phal na khana.</w:t>
      </w:r>
    </w:p>
    <w:p>
      <w:pPr>
        <w:jc w:val="right"/>
      </w:pPr>
      <w:r>
        <w:t>انسان کو آزادی تھی کہ جو چاہے کھائے، جس طرح سے رہے، لیکن ایک ایک فائبرڈن ٹری تھا کہ اس کا پھل نہ کھانا۔</w:t>
      </w:r>
    </w:p>
    <w:p>
      <w:r>
        <w:rPr>
          <w:b/>
        </w:rPr>
        <w:t xml:space="preserve">[26:35] </w:t>
      </w:r>
      <w:r>
        <w:t>Bas agar phal kha liya to tum zalim ban jaoge.</w:t>
      </w:r>
    </w:p>
    <w:p>
      <w:pPr>
        <w:jc w:val="right"/>
      </w:pPr>
      <w:r>
        <w:t>بس اگر پھل کھا لیا تو تم ظالم بن جاؤ گے۔</w:t>
      </w:r>
    </w:p>
    <w:p>
      <w:r>
        <w:rPr>
          <w:b/>
        </w:rPr>
        <w:t xml:space="preserve">[26:42] </w:t>
      </w:r>
      <w:r>
        <w:t>Main samajhta hoon ke yeh Allah taala ne jo kiya to poore insanon ko lesson dene ke liye ke is crucial criteria kya hai jis ke baad aadmi jannat ke liye select kiya jaye,</w:t>
      </w:r>
    </w:p>
    <w:p>
      <w:pPr>
        <w:jc w:val="right"/>
      </w:pPr>
      <w:r>
        <w:t>میں سمجھتا ہوں کہ یہ اللہ تعالی نے جو کیا تو پورے انسانوں کو لیسن دینے کے لیے کہ اس کروشل کرائٹیریا کیا ہے جس کے بعد آدمی جنت کے لیے سلیکٹ کیا جائے،</w:t>
      </w:r>
    </w:p>
    <w:p>
      <w:r>
        <w:rPr>
          <w:b/>
        </w:rPr>
        <w:t xml:space="preserve">[27:00] </w:t>
      </w:r>
      <w:r>
        <w:t>woh yahi hai ke apni desire ko control karna.</w:t>
      </w:r>
    </w:p>
    <w:p>
      <w:pPr>
        <w:jc w:val="right"/>
      </w:pPr>
      <w:r>
        <w:t>وہ یہی ہے کہ اپنی ڈیزائر کو کنٹرول کرنا۔</w:t>
      </w:r>
    </w:p>
    <w:p>
      <w:r>
        <w:rPr>
          <w:b/>
        </w:rPr>
        <w:t xml:space="preserve">[27:06] </w:t>
      </w:r>
      <w:r>
        <w:t>quran mein bataya gaya hai ke adam ke andar jo temptation aaya, un ke andar ke is mein koi bohat bari baat hogi, chalo khate hain is ko.</w:t>
      </w:r>
    </w:p>
    <w:p>
      <w:pPr>
        <w:jc w:val="right"/>
      </w:pPr>
      <w:r>
        <w:t>قرآن میں بتایا گیا ہے کہ آدم کے اندر جو ٹیمپٹیشن آیا، ان کے اندر کہ اس میں کوئی بہت بڑی بات ہوگی، چلو کھاتے ہیں اس کو۔</w:t>
      </w:r>
    </w:p>
    <w:p>
      <w:r>
        <w:rPr>
          <w:b/>
        </w:rPr>
        <w:t xml:space="preserve">[27:18] </w:t>
      </w:r>
      <w:r>
        <w:t>to agarchay khuda ne mana kiya tha, lekin temptation ke aagay woh resist nahi kar sakay aur kha liya is ko.</w:t>
      </w:r>
    </w:p>
    <w:p>
      <w:pPr>
        <w:jc w:val="right"/>
      </w:pPr>
      <w:r>
        <w:t>تو اگرچہ خدا نے منع کیا تھا، لیکن ٹیمپٹیشن کے آگے وہ ریزسٹ نہیں کر سکے اور کھا لیا اس کو۔</w:t>
      </w:r>
    </w:p>
    <w:p>
      <w:r>
        <w:rPr>
          <w:b/>
        </w:rPr>
        <w:t xml:space="preserve">[27:27] </w:t>
      </w:r>
      <w:r>
        <w:t>phir woh nikaal kar yahan bhej diye gaye. to mein samajhta hoon ke jo crucial test hai, woh hai temptation ko control karna.</w:t>
      </w:r>
    </w:p>
    <w:p>
      <w:pPr>
        <w:jc w:val="right"/>
      </w:pPr>
      <w:r>
        <w:t>پھر وہ نکال کر یہاں بھیج دیے گئے۔ تو میں سمجھتا ہوں کہ جو کروشل ٹیسٹ ہے، وہ ہے ٹیمپریشن کو کنٹرول کرنا۔</w:t>
      </w:r>
    </w:p>
    <w:p>
      <w:r>
        <w:rPr>
          <w:b/>
        </w:rPr>
        <w:t xml:space="preserve">[27:37] </w:t>
      </w:r>
      <w:r>
        <w:t>jo crucial test hai, desire par control, temptation par control, apni ego par control, apne anger par control, yani self control jo hai, yahi crucial test hai insan ka is dunya mein.</w:t>
      </w:r>
    </w:p>
    <w:p>
      <w:pPr>
        <w:jc w:val="right"/>
      </w:pPr>
      <w:r>
        <w:t>جو کروشل ٹیسٹ ہے، ڈیزائر پر کنٹرول، ٹیمپریشن پر کنٹرول، اپنی ایگو پر کنٹرول، اپنے اینگر پر کنٹرول، یعنی سیلف کنٹرول جو ہے، یہی کروشل ٹیسٹ ہے انسان کا اس دنیا میں۔</w:t>
      </w:r>
    </w:p>
    <w:p>
      <w:r>
        <w:rPr>
          <w:b/>
        </w:rPr>
        <w:t xml:space="preserve">[27:55] </w:t>
      </w:r>
      <w:r>
        <w:t>kyun ke insan ko azadi di gayi hai, to chahe to woh kuch bhi kare, kisi ko maare, kisi ko gaali de, kisi ko bura chahe, kuch bhi kar sakta hai woh.</w:t>
      </w:r>
    </w:p>
    <w:p>
      <w:pPr>
        <w:jc w:val="right"/>
      </w:pPr>
      <w:r>
        <w:t>کیونکہ انسان کو آزادی دی گئی ہے، تو چاہے تو وہ کچھ بھی کرے، کسی کو مارے، کسی کو گالی دے، کسی کو برا چاہے، کچھ بھی کر سکتا ہے وہ۔</w:t>
      </w:r>
    </w:p>
    <w:p>
      <w:r>
        <w:rPr>
          <w:b/>
        </w:rPr>
        <w:t xml:space="preserve">[28:10] </w:t>
      </w:r>
      <w:r>
        <w:t>lekin jo crucial test hai, woh yeh hai ke yeh saari desire jo tumhare andar hain, is ko tumhein control mein rakhna parega.</w:t>
      </w:r>
    </w:p>
    <w:p>
      <w:pPr>
        <w:jc w:val="right"/>
      </w:pPr>
      <w:r>
        <w:t>لیکن جو کروشل ٹیسٹ ہے، وہ یہ ہے کہ یہ ساری ڈیزائر جو تمہارے اندر ہیں، اس کو تمہیں کنٹرول میں رکھنا پڑے گا۔</w:t>
      </w:r>
    </w:p>
    <w:p>
      <w:r>
        <w:rPr>
          <w:b/>
        </w:rPr>
        <w:t xml:space="preserve">[28:20] </w:t>
      </w:r>
      <w:r>
        <w:t>self control ya self discipline ke sath dunya mein rehna hoga. azadi ko limited way mein istemal karna hoga.</w:t>
      </w:r>
    </w:p>
    <w:p>
      <w:pPr>
        <w:jc w:val="right"/>
      </w:pPr>
      <w:r>
        <w:t>سیلف کنٹرول یا سیلف ڈسپلن کے ساتھ دنیا میں رہنا ہوگا۔ آزادی کو لمیٹڈ وے میں استعمال کرنا ہوگا۔</w:t>
      </w:r>
    </w:p>
    <w:p>
      <w:r>
        <w:rPr>
          <w:b/>
        </w:rPr>
        <w:t xml:space="preserve">[28:31] </w:t>
      </w:r>
      <w:r>
        <w:t>yeh hai crucial test. to jannat mein jo forbidden tree tha, woh isi baat ki alamat tha.</w:t>
      </w:r>
    </w:p>
    <w:p>
      <w:pPr>
        <w:jc w:val="right"/>
      </w:pPr>
      <w:r>
        <w:t>یہ ہے کروشل ٹیسٹ۔ تو جنت میں جو فائبرڈن ٹری تھا، وہ اسی بات کی علامت تھا۔</w:t>
      </w:r>
    </w:p>
    <w:p>
      <w:r>
        <w:rPr>
          <w:b/>
        </w:rPr>
        <w:t xml:space="preserve">[28:41] </w:t>
      </w:r>
      <w:r>
        <w:t>isi baat ki alamat tha ke tumhara temptation chahega ke is ko kha le, is ka phal andar yeh jazba aayega ke is ka phal kha lain.</w:t>
      </w:r>
    </w:p>
    <w:p>
      <w:pPr>
        <w:jc w:val="right"/>
      </w:pPr>
      <w:r>
        <w:t>اسی بات کی علامت تھا کہ تمہارا ٹیمپریشن چاہے گا کہ اس کو کھا لے، اس کا پھل اندر یہ جذبہ آئے گا کہ اس کا پھل کھا لیں۔</w:t>
      </w:r>
    </w:p>
    <w:p>
      <w:r>
        <w:rPr>
          <w:b/>
        </w:rPr>
        <w:t xml:space="preserve">[28:51] </w:t>
      </w:r>
      <w:r>
        <w:t>hum wahan tumhein control karna hai. to is dunya mein bohat saray forbidden tree hain, bohat sari cheezain hain jo hamein nahi karna hai.</w:t>
      </w:r>
    </w:p>
    <w:p>
      <w:pPr>
        <w:jc w:val="right"/>
      </w:pPr>
      <w:r>
        <w:t>ہم وہاں تمہیں کنٹرول کرنا ہے۔ تو اس دنیا میں بہت سارے فائبرڈن ٹری ہیں، بہت ساری چیزیں ہیں جو ہمیں نہیں کرنا ہے۔</w:t>
      </w:r>
    </w:p>
    <w:p>
      <w:r>
        <w:rPr>
          <w:b/>
        </w:rPr>
        <w:t xml:space="preserve">[29:03] </w:t>
      </w:r>
      <w:r>
        <w:t>misal ke tor par hate hai, intolerance hai, ego hai, arrogance hai, anger hai.</w:t>
      </w:r>
    </w:p>
    <w:p>
      <w:pPr>
        <w:jc w:val="right"/>
      </w:pPr>
      <w:r>
        <w:t>مثلاً ہیٹ ہے، انٹولرنس ہے، ایگو ہے، اروگنس ہے، اینگر ہے۔</w:t>
      </w:r>
    </w:p>
    <w:p>
      <w:r>
        <w:rPr>
          <w:b/>
        </w:rPr>
        <w:t xml:space="preserve">[29:13] </w:t>
      </w:r>
      <w:r>
        <w:t>har jitni bhi hamare andar khwahishain hain, jitni bhi desire hain, har desire ki ek limit hai. is limit se bahar hum gaye to gaya ke hum ne forbidden tree ka phal kha liya.</w:t>
      </w:r>
    </w:p>
    <w:p>
      <w:pPr>
        <w:jc w:val="right"/>
      </w:pPr>
      <w:r>
        <w:t>ہر جتنی بھی ہمارے اندر خواہشیں ہیں، جتنی بھی ڈیزائر ہیں، ہر ڈیزائر کی ایک لمٹ ہے۔ اس لمٹ سے باہر ہم گئے تو گیا کہ ہم نے فائبرڈن ٹری کا پھل کھا لیا۔</w:t>
      </w:r>
    </w:p>
    <w:p>
      <w:r>
        <w:rPr>
          <w:b/>
        </w:rPr>
        <w:t xml:space="preserve">[29:28] </w:t>
      </w:r>
      <w:r>
        <w:t>saari desire jitni bhi insan ke andar bhari hui hain, har ek ki ek limit hai. is limit ke andar hum rahengay, tabhi hum jannat ke liye select kiye jayengay.</w:t>
      </w:r>
    </w:p>
    <w:p>
      <w:pPr>
        <w:jc w:val="right"/>
      </w:pPr>
      <w:r>
        <w:t>ساری ڈیزائر جتنی بھی انسان کے اندر بھری ہوئی ہیں، ہر ایک کی ایک لمٹ ہے۔ اس لمٹ کے اندر ہم رہیں گے، تبھی ہم جنت کے لیے سلیکٹ کیے جائیں گے۔</w:t>
      </w:r>
    </w:p>
    <w:p>
      <w:r>
        <w:rPr>
          <w:b/>
        </w:rPr>
        <w:t xml:space="preserve">[29:40] </w:t>
      </w:r>
      <w:r>
        <w:t>agar hum ne is ke bahar qadam rakha to goya ke hum ne forbidden tree ka phal kha liya. to pehli baat to yeh hua tha ke adam ko jannat se nikaal kar is dunya mein bhej diya gaya tha.</w:t>
      </w:r>
    </w:p>
    <w:p>
      <w:pPr>
        <w:jc w:val="right"/>
      </w:pPr>
      <w:r>
        <w:t>اگر ہم نے اس کے باہر قدم رکھا تو گویا کہ ہم نے فائبرڈن ٹری کا پھل کھا لیا۔ تو پہلی بات تو یہ ہوا تھا کہ آدم کو جنت سے نکال کر اس دنیا میں بھیج دیا گیا تھا۔</w:t>
      </w:r>
    </w:p>
    <w:p>
      <w:r>
        <w:rPr>
          <w:b/>
        </w:rPr>
        <w:t xml:space="preserve">[29:54] </w:t>
      </w:r>
      <w:r>
        <w:t>ab jo hai, insan ko aisi koi dunya nahi hai. ab to hell hai. ab jo hai, woh hell hai ya paradise hai.</w:t>
      </w:r>
    </w:p>
    <w:p>
      <w:pPr>
        <w:jc w:val="right"/>
      </w:pPr>
      <w:r>
        <w:t>اب جو ہے، انسان کو ایسی کوئی دنیا نہیں ہے۔ اب تو ہیل ہے۔ اب جو ہے، وہ ہیل ہے یا پیراڈائز ہے۔</w:t>
      </w:r>
    </w:p>
    <w:p>
      <w:r>
        <w:rPr>
          <w:b/>
        </w:rPr>
        <w:t xml:space="preserve">[30:04] </w:t>
      </w:r>
      <w:r>
        <w:t>ab yahan jo test hai, is test mein sirf do cheezain mumkin hain ke jo log test mein poore utrain gay, un ke liye paradise hai aur jo test mein poore na utrain, un ke liye hell hai.</w:t>
      </w:r>
    </w:p>
    <w:p>
      <w:pPr>
        <w:jc w:val="right"/>
      </w:pPr>
      <w:r>
        <w:t>اب یہاں جو ٹیسٹ ہے، اس ٹیسٹ میں صرف دو چیزیں ممکن ہیں کہ جو لوگ ٹیسٹ میں پورے اتریں گے، ان کے لیے پیراڈائز ہے اور جو ٹیسٹ میں پورے نہ اتریں، ان کے لیے ہیل ہے۔</w:t>
      </w:r>
    </w:p>
    <w:p>
      <w:r>
        <w:rPr>
          <w:b/>
        </w:rPr>
        <w:t xml:space="preserve">[30:22] </w:t>
      </w:r>
      <w:r>
        <w:t>is ke baad jo bohat hi important baat ayat number 36 mein kahi gayi hai, surah baqarah ki ayat number 36 ke khuda ne ek bohat hi bari advice di adam ko,</w:t>
      </w:r>
    </w:p>
    <w:p>
      <w:pPr>
        <w:jc w:val="right"/>
      </w:pPr>
      <w:r>
        <w:t>اس کے بعد جو بہت ہی امپورٹنٹ بات آیت نمبر 36 میں کہی گئی ہے، سورہ بقرہ کی آیت نمبر 36 کہ خدا نے ایک بہت ہی بڑی ایڈوائس دی آدم کو،</w:t>
      </w:r>
    </w:p>
    <w:p>
      <w:r>
        <w:rPr>
          <w:b/>
        </w:rPr>
        <w:t xml:space="preserve">[30:38] </w:t>
      </w:r>
      <w:r>
        <w:t>adam ke zariye se poori humanity ko,</w:t>
      </w:r>
    </w:p>
    <w:p>
      <w:pPr>
        <w:jc w:val="right"/>
      </w:pPr>
      <w:r>
        <w:t>آدم کے ذریعے سے پوری ہیومینٹی کو،</w:t>
      </w:r>
    </w:p>
    <w:p>
      <w:r>
        <w:rPr>
          <w:b/>
        </w:rPr>
        <w:t xml:space="preserve">[30:43] </w:t>
      </w:r>
      <w:r>
        <w:t>woh hai shaitan ke baray mein</w:t>
      </w:r>
    </w:p>
    <w:p>
      <w:pPr>
        <w:jc w:val="right"/>
      </w:pPr>
      <w:r>
        <w:t>وہ ہے شیطان کے بارے میں</w:t>
      </w:r>
    </w:p>
    <w:p>
      <w:r>
        <w:rPr>
          <w:b/>
        </w:rPr>
        <w:t xml:space="preserve">[30:47] </w:t>
      </w:r>
      <w:r>
        <w:t>ke ba'azukum li'adūwwin. yeh jo shaitan hai, yeh tumhara dushman hai. tumhein is ko apne dushman ke roop mein lena hai, dost ke roop mein nahi lena hai.</w:t>
      </w:r>
    </w:p>
    <w:p>
      <w:pPr>
        <w:jc w:val="right"/>
      </w:pPr>
      <w:r>
        <w:t>کہ بعضکم لباد عدو۔ یہ جو شیطان ہے، یہ تمہارا دشمن ہے۔ تمہیں اس کو اپنے دشمن کے روپ میں لینا ہے، دوست کے روپ میں نہیں لینا ہے۔</w:t>
      </w:r>
    </w:p>
    <w:p>
      <w:r>
        <w:rPr>
          <w:b/>
        </w:rPr>
        <w:t xml:space="preserve">[31:03] </w:t>
      </w:r>
      <w:r>
        <w:t>yeh ek bohat hi basic advice thi jo khuda ne di adam ko, adam ke zariye se poori insaniyat ko. ba'azukum li'adūwwin.</w:t>
      </w:r>
    </w:p>
    <w:p>
      <w:pPr>
        <w:jc w:val="right"/>
      </w:pPr>
      <w:r>
        <w:t>یہ ایک بہت ہی بیسک ایڈوائس تھی جو خدا نے دی آدم کو، آدم کے ذریعے سے پوری انسانیت کو۔ بعضکم لباد عدو۔</w:t>
      </w:r>
    </w:p>
    <w:p>
      <w:r>
        <w:rPr>
          <w:b/>
        </w:rPr>
        <w:t xml:space="preserve">[31:15] </w:t>
      </w:r>
      <w:r>
        <w:t>tumhara asal dushman jo hai, woh shaitan hai. aur shaitan kaise kaam karta hai? shaitani ne aksaya tha adam ko ke is phal kha lo, is yani forbidden tree ka jo phal tha,</w:t>
      </w:r>
    </w:p>
    <w:p>
      <w:pPr>
        <w:jc w:val="right"/>
      </w:pPr>
      <w:r>
        <w:t>تمہارا اصل دشمن جو ہے، وہ شیطان ہے۔ اور شیطان کیسے کام کرتا ہے؟ شیطانی نے اکسایا تھا آدم کو کہ اس پھل کھا لو، اس یعنی فائبرڈن ٹری کا جو پھل تھا،</w:t>
      </w:r>
    </w:p>
    <w:p>
      <w:r>
        <w:rPr>
          <w:b/>
        </w:rPr>
        <w:t xml:space="preserve">[31:32] </w:t>
      </w:r>
      <w:r>
        <w:t>is ko khane ke liye shaitani ne aksaya tha adam ko. is se kya maloom hua ke</w:t>
      </w:r>
    </w:p>
    <w:p>
      <w:pPr>
        <w:jc w:val="right"/>
      </w:pPr>
      <w:r>
        <w:t>اس کو کھانے کے لیے شیطانی نے اکسایا تھا آدم کو۔ اس سے کیا معلوم ہوا کہ</w:t>
      </w:r>
    </w:p>
    <w:p>
      <w:r>
        <w:rPr>
          <w:b/>
        </w:rPr>
        <w:t xml:space="preserve">[31:39] </w:t>
      </w:r>
      <w:r>
        <w:t>shaitan ke liye jo jo darwaza hai hamare andar dakhil hone ka, woh hai kya hai? desires hain hamari. hamari desire jo hain, woh is ko vulnerable point deti hain.</w:t>
      </w:r>
    </w:p>
    <w:p>
      <w:pPr>
        <w:jc w:val="right"/>
      </w:pPr>
      <w:r>
        <w:t>شیطان کے لیے جو جو دروازہ ہے ہمارے اندر داخل ہونے کا، وہ ہے کیا ہے؟ ڈیزائرز ہیں ہماری۔ ہماری ڈیزائر جو ہیں، وہ اس کو ولنریبل پوائنٹ دیتی ہیں۔</w:t>
      </w:r>
    </w:p>
    <w:p>
      <w:r>
        <w:rPr>
          <w:b/>
        </w:rPr>
        <w:t xml:space="preserve">[31:51] </w:t>
      </w:r>
      <w:r>
        <w:t>jitni bhi desires hamare andar hain, woh sab woh penetrate karne ke rastay hain. Isi se insan dakhil hota hai hamare andar.</w:t>
      </w:r>
    </w:p>
    <w:p>
      <w:pPr>
        <w:jc w:val="right"/>
      </w:pPr>
      <w:r>
        <w:t>جتنی بھی ڈیزائر ہمارے اندر ہیں، وہ سب وہ ٹیٹریٹ کرنے کے راستے ہیں۔ اسی سے انسان داخل ہوتا ہے ہمارے اندر۔</w:t>
      </w:r>
    </w:p>
    <w:p>
      <w:r>
        <w:rPr>
          <w:b/>
        </w:rPr>
        <w:t xml:space="preserve">[32:07] </w:t>
      </w:r>
      <w:r>
        <w:t>Yeh isi waqe se hamein maloom hota hai kyunke Quran mein bataya gaya hai ke Adam ne jo phal kha liya tha, woh Shaitan ke behkawe se kha liya tha.</w:t>
      </w:r>
    </w:p>
    <w:p>
      <w:pPr>
        <w:jc w:val="right"/>
      </w:pPr>
      <w:r>
        <w:t>یہ اسی واقعے سے ہمیں معلوم ہوتا ہے کیونکہ قرآن میں بتایا گیا ہے کہ آدم نے جو پھل کھا لیا تھا، وہ شیطان کے بہکاوے سے کھا لیا تھا۔</w:t>
      </w:r>
    </w:p>
    <w:p>
      <w:r>
        <w:rPr>
          <w:b/>
        </w:rPr>
        <w:t xml:space="preserve">[32:20] </w:t>
      </w:r>
      <w:r>
        <w:t>Toh is dunya mein bataya gaya ke Shaitan tumhara dushman hai jo tum ko yahi karta rahega ke tumhare desires ko istemal karega.</w:t>
      </w:r>
    </w:p>
    <w:p>
      <w:pPr>
        <w:jc w:val="right"/>
      </w:pPr>
      <w:r>
        <w:t>تو اس دنیا میں بتایا گیا کہ شیطان تمہارا دشمن ہے جو تم کو یہی کرتا رہے گا کہ تمہارے ڈیزائرز کو استعمال کرے گا۔</w:t>
      </w:r>
    </w:p>
    <w:p>
      <w:r>
        <w:rPr>
          <w:b/>
        </w:rPr>
        <w:t xml:space="preserve">[32:30] </w:t>
      </w:r>
      <w:r>
        <w:t>woh</w:t>
      </w:r>
    </w:p>
    <w:p>
      <w:pPr>
        <w:jc w:val="right"/>
      </w:pPr>
      <w:r>
        <w:t>وہ</w:t>
      </w:r>
    </w:p>
    <w:p>
      <w:r>
        <w:rPr>
          <w:b/>
        </w:rPr>
        <w:t xml:space="preserve">[32:32] </w:t>
      </w:r>
      <w:r>
        <w:t>tumhare desires ko woh apne liye penetrating point banayega. Yahan tum ko chokidar rehna hai, chokidar bankar rehna hai.</w:t>
      </w:r>
    </w:p>
    <w:p>
      <w:pPr>
        <w:jc w:val="right"/>
      </w:pPr>
      <w:r>
        <w:t>تمہارے ڈیزائرز کو وہ اپنے لیے پینٹریٹنگ پوائنٹ بنائے گا۔ یہاں تم کو چوکیدار رہنا ہے، چوکیدار بن کر رہنا ہے۔</w:t>
      </w:r>
    </w:p>
    <w:p>
      <w:r>
        <w:rPr>
          <w:b/>
        </w:rPr>
        <w:t xml:space="preserve">[32:43] </w:t>
      </w:r>
      <w:r>
        <w:t>Yaani Shaitan ko apna dushman samajhna hai. Agar tum ne bhool ki, jaisa ke Adam se bhool hui thi, toh Adam ko toh sirf yeh saza mili thi ke un ko yahan toh bhej diya gaya dunya mein.</w:t>
      </w:r>
    </w:p>
    <w:p>
      <w:pPr>
        <w:jc w:val="right"/>
      </w:pPr>
      <w:r>
        <w:t>یعنی شیطان کو اپنا دشمن سمجھنا ہے۔ اگر تم نے بھول کی، جیسا کہ آدم سے بھول ہوئی تھی، تو آدم کو تو صرف یہ سزا ملی تھی کہ ان کو یہاں تو بھیج دیا گیا دنیا میں۔</w:t>
      </w:r>
    </w:p>
    <w:p>
      <w:r>
        <w:rPr>
          <w:b/>
        </w:rPr>
        <w:t xml:space="preserve">[32:56] </w:t>
      </w:r>
      <w:r>
        <w:t>Ab yeh dunya nahi hai, ab toh ya toh jannat hai ya hell hai.</w:t>
      </w:r>
    </w:p>
    <w:p>
      <w:pPr>
        <w:jc w:val="right"/>
      </w:pPr>
      <w:r>
        <w:t>اب یہ دنیا نہیں ہے، اب تو یا تو جنت ہے یا ہیل ہے۔</w:t>
      </w:r>
    </w:p>
    <w:p>
      <w:r>
        <w:rPr>
          <w:b/>
        </w:rPr>
        <w:t xml:space="preserve">[33:02] </w:t>
      </w:r>
      <w:r>
        <w:t>Ek baar Shaitan ke behkawe mein aane se Adam ko jannat se nikal kar is dunya mein bhej diya gaya tha. Ab yahan par jo log Shaitan ke behkawe mein aayenge, apni desire ko control karne mein jo fail ho jayenge Shaitan ke behkawe ki wajah se, toh ab toh yahan ke baad ya toh hell hai ya paradise hai.</w:t>
      </w:r>
    </w:p>
    <w:p>
      <w:pPr>
        <w:jc w:val="right"/>
      </w:pPr>
      <w:r>
        <w:t>ایک بار شیطان کے بہکاوے میں آنے سے آدم کو جنت سے نکال کر اس دنیا میں بھیج دیا گیا تھا۔ اب یہاں پر جو لوگ شیطان کے بہکاوے میں آئیں گے، اپنی ڈیزائر کو کنٹرول کرنے میں جو فیل ہو جائیں گے شیطان کے بہکاوے کی وجہ سے، تو اب تو یہاں کے بعد یا تو ہیل ہے یا پیراڈائز ہے۔</w:t>
      </w:r>
    </w:p>
    <w:p>
      <w:r>
        <w:rPr>
          <w:b/>
        </w:rPr>
        <w:t xml:space="preserve">[33:24] </w:t>
      </w:r>
      <w:r>
        <w:t>Ab woh nahi hai ke woh koi aur dunya mein un ko bhej diya jaye kyunke imtehan ek baar hota hai, doosri baar imtehan nahi hone wala hai.</w:t>
      </w:r>
    </w:p>
    <w:p>
      <w:pPr>
        <w:jc w:val="right"/>
      </w:pPr>
      <w:r>
        <w:t>اب وہ نہیں ہے کہ وہ کوئی اور دنیا میں ان کو بھیج دیا جائے کیونکہ امتحان ایک بار ہوتا ہے، دوسری بار امتحان نہیں ہونے والا ہے۔</w:t>
      </w:r>
    </w:p>
    <w:p>
      <w:r>
        <w:rPr>
          <w:b/>
        </w:rPr>
        <w:t xml:space="preserve">[33:35] </w:t>
      </w:r>
      <w:r>
        <w:t>Is ke baad ayat number 45 mein ek bohat hi positive advice di gayi insan ko, woh thi astaeenu bis sabri was salati.</w:t>
      </w:r>
    </w:p>
    <w:p>
      <w:pPr>
        <w:jc w:val="right"/>
      </w:pPr>
      <w:r>
        <w:t>اس کے بعد آیت نمبر 45 میں ایک بہت ہی پازیٹیو ایڈوائس دی گئی انسان کو، وہ تھی استعین بالصبر والصلاۃ۔</w:t>
      </w:r>
    </w:p>
    <w:p>
      <w:r>
        <w:rPr>
          <w:b/>
        </w:rPr>
        <w:t xml:space="preserve">[33:51] </w:t>
      </w:r>
      <w:r>
        <w:t>Yaani jo behavior matloob hai insan se is dunya mein, is mein aadmi ke liye madad kis cheez se milegi?</w:t>
      </w:r>
    </w:p>
    <w:p>
      <w:pPr>
        <w:jc w:val="right"/>
      </w:pPr>
      <w:r>
        <w:t>یعنی جو بیہیویئر مطلوب ہے انسان سے اس دنیا میں، اس میں آدمی کے لیے مدد کس چیز سے ملے گی؟</w:t>
      </w:r>
    </w:p>
    <w:p>
      <w:r>
        <w:rPr>
          <w:b/>
        </w:rPr>
        <w:t xml:space="preserve">[34:05] </w:t>
      </w:r>
      <w:r>
        <w:t>Woh hai namaz aur sabr. Astaeenu bis sabri was salati</w:t>
      </w:r>
    </w:p>
    <w:p>
      <w:pPr>
        <w:jc w:val="right"/>
      </w:pPr>
      <w:r>
        <w:t>وہ ہے نماز اور صبر۔ استعین بالصبر والصلاۃ</w:t>
      </w:r>
    </w:p>
    <w:p>
      <w:r>
        <w:rPr>
          <w:b/>
        </w:rPr>
        <w:t xml:space="preserve">[34:13] </w:t>
      </w:r>
      <w:r>
        <w:t>ke Khuda yeh chahta hai ke is dunya mein aadmi</w:t>
      </w:r>
    </w:p>
    <w:p>
      <w:pPr>
        <w:jc w:val="right"/>
      </w:pPr>
      <w:r>
        <w:t>کہ خدا یہ چاہتا ہے کہ اس دنیا میں آدمی</w:t>
      </w:r>
    </w:p>
    <w:p>
      <w:r>
        <w:rPr>
          <w:b/>
        </w:rPr>
        <w:t xml:space="preserve">[34:19] </w:t>
      </w:r>
      <w:r>
        <w:t>discipline ke sath rahe, self control ke sath rahe, woh apni desire ka shikar na ho, woh Shaitan ke behkawe ka shikar na ho.</w:t>
      </w:r>
    </w:p>
    <w:p>
      <w:pPr>
        <w:jc w:val="right"/>
      </w:pPr>
      <w:r>
        <w:t>ڈسپلن کے ساتھ رہے، سیلف کنٹرول کے ساتھ رہے، وہ اپنی ڈیزائر کا شکار نہ ہو، وہ شیطان کے بہکاوے کا شکار نہ ہو۔</w:t>
      </w:r>
    </w:p>
    <w:p>
      <w:r>
        <w:rPr>
          <w:b/>
        </w:rPr>
        <w:t xml:space="preserve">[34:33] </w:t>
      </w:r>
      <w:r>
        <w:t>Toh yeh zindagi jo guzarni hai dunya mein insan ko, is ka ek positive formula bataya gaya</w:t>
      </w:r>
    </w:p>
    <w:p>
      <w:pPr>
        <w:jc w:val="right"/>
      </w:pPr>
      <w:r>
        <w:t>تو یہ زندگی جو گزارنی ہے دنیا میں انسان کو، اس کا ایک پازیٹیو فارمولا بتایا گیا</w:t>
      </w:r>
    </w:p>
    <w:p>
      <w:r>
        <w:rPr>
          <w:b/>
        </w:rPr>
        <w:t xml:space="preserve">[34:42] </w:t>
      </w:r>
      <w:r>
        <w:t>ayat number 45 mein ke astaeenu bis sabri was salati. Tum madad chaho sabr se aur namaz se.</w:t>
      </w:r>
    </w:p>
    <w:p>
      <w:pPr>
        <w:jc w:val="right"/>
      </w:pPr>
      <w:r>
        <w:t>آیت نمبر 45 میں کہ استعین بالصبر والصلاۃ۔ تم مدد چاہو صبر سے اور نماز سے۔</w:t>
      </w:r>
    </w:p>
    <w:p>
      <w:r>
        <w:rPr>
          <w:b/>
        </w:rPr>
        <w:t xml:space="preserve">[34:54] </w:t>
      </w:r>
      <w:r>
        <w:t>Dekhein, do lafz jo hain, saare Quran ka khulasa is mein hai. Salat kya hai? Khuda se qareeb hone ki koshish.</w:t>
      </w:r>
    </w:p>
    <w:p>
      <w:pPr>
        <w:jc w:val="right"/>
      </w:pPr>
      <w:r>
        <w:t>دیکھیں، دو لفظ جو ہیں، سارے قرآن کا خلاصہ اس میں ہے۔ صلاۃ کیا ہے؟ خدا سے قریب ہونے کی کوشش۔</w:t>
      </w:r>
    </w:p>
    <w:p>
      <w:r>
        <w:rPr>
          <w:b/>
        </w:rPr>
        <w:t xml:space="preserve">[35:05] </w:t>
      </w:r>
      <w:r>
        <w:t>Namaz jo hai ya salat jo hai, woh kya hai? Meeting point hai.</w:t>
      </w:r>
    </w:p>
    <w:p>
      <w:pPr>
        <w:jc w:val="right"/>
      </w:pPr>
      <w:r>
        <w:t>نماز جو ہے یا صلاۃ جو ہے، وہ کیا ہے؟ میٹنگ پوائنٹ ہے۔</w:t>
      </w:r>
    </w:p>
    <w:p>
      <w:r>
        <w:rPr>
          <w:b/>
        </w:rPr>
        <w:t xml:space="preserve">[35:11] </w:t>
      </w:r>
      <w:r>
        <w:t>Meeting point kaise hai? Khuda all powerful hai aur us ke muqable mein hum sirf helpless ki position hamari hai.</w:t>
      </w:r>
    </w:p>
    <w:p>
      <w:pPr>
        <w:jc w:val="right"/>
      </w:pPr>
      <w:r>
        <w:t>میٹنگ پوائنٹ کیسے ہے؟ خدا ال پاور فل ہے اور اس کے مقابلے میں ہم صرف ہیلپ لیس کی پوزیشن ہماری ہے۔</w:t>
      </w:r>
    </w:p>
    <w:p>
      <w:r>
        <w:rPr>
          <w:b/>
        </w:rPr>
        <w:t xml:space="preserve">[35:25] </w:t>
      </w:r>
      <w:r>
        <w:t>Helpless ki position hai. Khuda qadir hai, hum aajiz hain. Khuda khaliq hai, hum makhlooq hain.</w:t>
      </w:r>
    </w:p>
    <w:p>
      <w:pPr>
        <w:jc w:val="right"/>
      </w:pPr>
      <w:r>
        <w:t>ہیلپ لیس کی پوزیشن ہے۔ خدا قادر ہے، ہم عاجز ہیں۔ خدا خالق ہے، ہم مخلوق ہیں۔</w:t>
      </w:r>
    </w:p>
    <w:p>
      <w:r>
        <w:rPr>
          <w:b/>
        </w:rPr>
        <w:t xml:space="preserve">[35:36] </w:t>
      </w:r>
      <w:r>
        <w:t>Toh jab hum namaz mein Khuda ke aage jhukte hain aur sajda karte hain toh goya ke hum apni hesiyat asli apne aap ko is hesiyat mein pohanchate hain jo Khuda ke muqable mein hamari hesiyat hai.</w:t>
      </w:r>
    </w:p>
    <w:p>
      <w:pPr>
        <w:jc w:val="right"/>
      </w:pPr>
      <w:r>
        <w:t>تو جب ہم نماز میں خدا کے آگے جھکتے ہیں اور سجدہ کرتے ہیں تو گویا کہ ہم اپنی حیثیت اصلی اپنے آپ کو اس حیثیت میں پہنچاتے ہیں جو خدا کے مقابلے میں ہماری حیثیت ہے۔</w:t>
      </w:r>
    </w:p>
    <w:p>
      <w:r>
        <w:rPr>
          <w:b/>
        </w:rPr>
        <w:t xml:space="preserve">[35:51] </w:t>
      </w:r>
      <w:r>
        <w:t>Khuda ke muqable mein hamari hesiyat kya hai? Hum makhlooq hain, hum aajiz hain, hum helpless hain, hum taker hain aur Khuda giver hai.</w:t>
      </w:r>
    </w:p>
    <w:p>
      <w:pPr>
        <w:jc w:val="right"/>
      </w:pPr>
      <w:r>
        <w:t>خدا کے مقابلے میں ہماری حیثیت کیا ہے؟ ہم مخلوق ہیں، ہم عاجز ہیں، ہم ہیلپ لیس ہیں، ہم ٹیکر ہیں اور خدا گیور ہے۔</w:t>
      </w:r>
    </w:p>
    <w:p>
      <w:r>
        <w:rPr>
          <w:b/>
        </w:rPr>
        <w:t xml:space="preserve">[36:06] </w:t>
      </w:r>
      <w:r>
        <w:t>Toh namaz mein jab aadmi jhukta hai, ruku karta hai, sajda karta hai toh goya ke woh apne aap ko us position mein pohanchata hai jahan ke waqeatan us ki position hai.</w:t>
      </w:r>
    </w:p>
    <w:p>
      <w:pPr>
        <w:jc w:val="right"/>
      </w:pPr>
      <w:r>
        <w:t>تو نماز میں جب آدمی جھکتا ہے، رکوع کرتا ہے، سجدہ کرتا ہے تو گویا کہ وہ اپنے آپ کو اس پوزیشن میں پہنچاتا ہے جہاں کہ واقعتا اس کی پوزیشن ہے۔</w:t>
      </w:r>
    </w:p>
    <w:p>
      <w:r>
        <w:rPr>
          <w:b/>
        </w:rPr>
        <w:t xml:space="preserve">[36:22] </w:t>
      </w:r>
      <w:r>
        <w:t>Toh wahin par Khuda se us ki meeting hoti hai.</w:t>
      </w:r>
    </w:p>
    <w:p>
      <w:pPr>
        <w:jc w:val="right"/>
      </w:pPr>
      <w:r>
        <w:t>تو وہیں پر خدا سے اس کی میٹنگ ہوتی ہے۔</w:t>
      </w:r>
    </w:p>
    <w:p>
      <w:r>
        <w:rPr>
          <w:b/>
        </w:rPr>
        <w:t xml:space="preserve">[36:30] </w:t>
      </w:r>
      <w:r>
        <w:t>Toh Khuda se meeting ke maani kya hain? Khuda se barabar taqat lete rehna.</w:t>
      </w:r>
    </w:p>
    <w:p>
      <w:pPr>
        <w:jc w:val="right"/>
      </w:pPr>
      <w:r>
        <w:t>تو خدا سے میٹنگ کے معنی کیا ہیں؟ خدا سے برابر طاقت لیتے رہنا۔</w:t>
      </w:r>
    </w:p>
    <w:p>
      <w:r>
        <w:rPr>
          <w:b/>
        </w:rPr>
        <w:t xml:space="preserve">[36:37] </w:t>
      </w:r>
      <w:r>
        <w:t>namaz agar aadmi apni zindagi mein shamil kare, ek ek living ibadat ke taur par to Khuda se uska contact ban jata hai.</w:t>
      </w:r>
    </w:p>
    <w:p>
      <w:pPr>
        <w:jc w:val="right"/>
      </w:pPr>
      <w:r>
        <w:t>نماز اگر آدمی اپنی زندگی میں شامل کرے، ایک ایک لیونگ عبادت کے طور پر تو خدا سے اس کا کنٹیکٹ بن جاتا ہے۔</w:t>
      </w:r>
    </w:p>
    <w:p>
      <w:r>
        <w:rPr>
          <w:b/>
        </w:rPr>
        <w:t xml:space="preserve">[36:49] </w:t>
      </w:r>
      <w:r>
        <w:t>phir kya hota hai? Khuda ki taraf se iske inspiration aate hain, Khuda ki taraf se farishte aate hain, Khuda ki taraf se barabar isko madad pahunchti rehti hai.</w:t>
      </w:r>
    </w:p>
    <w:p>
      <w:pPr>
        <w:jc w:val="right"/>
      </w:pPr>
      <w:r>
        <w:t>پھر کیا ہوتا ہے؟ خدا کی طرف سے اس کے انسپیریشن آتے ہیں، خدا کی طرف سے فرشتے آتے ہیں، خدا کی طرف سے برابر اس کو مدد پہنچتی رہتی ہے۔</w:t>
      </w:r>
    </w:p>
    <w:p>
      <w:r>
        <w:rPr>
          <w:b/>
        </w:rPr>
        <w:t xml:space="preserve">[37:01] </w:t>
      </w:r>
      <w:r>
        <w:t>phir woh is qabil ho jata hai ke duniya mein stand kar sake. woh</w:t>
      </w:r>
    </w:p>
    <w:p>
      <w:pPr>
        <w:jc w:val="right"/>
      </w:pPr>
      <w:r>
        <w:t>پھر وہ اس قابل ہو جاتا ہے کہ دنیا میں اسٹینڈ کر سکے۔ وہ</w:t>
      </w:r>
    </w:p>
    <w:p>
      <w:r>
        <w:rPr>
          <w:b/>
        </w:rPr>
        <w:t xml:space="preserve">[37:07] </w:t>
      </w:r>
      <w:r>
        <w:t>jo zindagi guzarni hai aadmi ko,</w:t>
      </w:r>
    </w:p>
    <w:p>
      <w:pPr>
        <w:jc w:val="right"/>
      </w:pPr>
      <w:r>
        <w:t>جو زندگی گزارنی ہے آدمی کو،</w:t>
      </w:r>
    </w:p>
    <w:p>
      <w:r>
        <w:rPr>
          <w:b/>
        </w:rPr>
        <w:t xml:space="preserve">[37:12] </w:t>
      </w:r>
      <w:r>
        <w:t>is zindagi ke liye taqat agar kahin se milti hai to woh Khuda ki taraf se milti hai aur iska zariya namaz hai.</w:t>
      </w:r>
    </w:p>
    <w:p>
      <w:pPr>
        <w:jc w:val="right"/>
      </w:pPr>
      <w:r>
        <w:t>اس زندگی کے لیے طاقت اگر کہیں سے ملتی ہے تو وہ خدا کی طرف سے ملتی ہے اور اس کا ذریعہ نماز ہے۔</w:t>
      </w:r>
    </w:p>
    <w:p>
      <w:r>
        <w:rPr>
          <w:b/>
        </w:rPr>
        <w:t xml:space="preserve">[37:20] </w:t>
      </w:r>
      <w:r>
        <w:t>namaz ke maani ritual nahin hain. namaz kisi ritual cheez ka naam nahin hai, kisi form ka naam nahin hai.</w:t>
      </w:r>
    </w:p>
    <w:p>
      <w:pPr>
        <w:jc w:val="right"/>
      </w:pPr>
      <w:r>
        <w:t>نماز کے معنی ریچول نہیں ہیں۔ نماز کسی ریچول چیز کا نام نہیں ہے، کسی فارم کا نام نہیں ہے۔</w:t>
      </w:r>
    </w:p>
    <w:p>
      <w:r>
        <w:rPr>
          <w:b/>
        </w:rPr>
        <w:t xml:space="preserve">[37:30] </w:t>
      </w:r>
      <w:r>
        <w:t>namaz is baat ka naam hai ke aadmi Khuda ko realize kare, Khuda ko discover kare aur phir Khuda ke aage jhuke.</w:t>
      </w:r>
    </w:p>
    <w:p>
      <w:pPr>
        <w:jc w:val="right"/>
      </w:pPr>
      <w:r>
        <w:t>نماز اس بات کا نام ہے کہ آدمی خدا کو ریلائز کرے، خدا کو ڈسکور کرے اور پھر خدا کے آگے جھک جائے۔</w:t>
      </w:r>
    </w:p>
    <w:p>
      <w:r>
        <w:rPr>
          <w:b/>
        </w:rPr>
        <w:t xml:space="preserve">[37:40] </w:t>
      </w:r>
      <w:r>
        <w:t>jab jis tarah jhukta hai aadmi Khuda ke aage to spiritual level par iska contact Khuda se ban jata hai.</w:t>
      </w:r>
    </w:p>
    <w:p>
      <w:pPr>
        <w:jc w:val="right"/>
      </w:pPr>
      <w:r>
        <w:t>جب جس طرح جھکتا ہے آدمی خدا کے آگے تو اسپیریچول لیول پر اس کا کنٹیکٹ خدا سے بن جاتا ہے۔</w:t>
      </w:r>
    </w:p>
    <w:p>
      <w:r>
        <w:rPr>
          <w:b/>
        </w:rPr>
        <w:t xml:space="preserve">[37:51] </w:t>
      </w:r>
      <w:r>
        <w:t>chunanche hadith mein aata hai ke "yunaji rabbah" Khuda se iska whisper shuru hota hai, whisper sargoshi.</w:t>
      </w:r>
    </w:p>
    <w:p>
      <w:pPr>
        <w:jc w:val="right"/>
      </w:pPr>
      <w:r>
        <w:t>چنانچہ حدیث میں آتا ہے کہ "یناجی ربہ" خدا سے اس کا وسپر شروع ہوتا ہے، وسپر سرگوشی۔</w:t>
      </w:r>
    </w:p>
    <w:p>
      <w:r>
        <w:rPr>
          <w:b/>
        </w:rPr>
        <w:t xml:space="preserve">[38:04] </w:t>
      </w:r>
      <w:r>
        <w:t>to namaz, haqeeqi namaz jo hai, straight wali namaz jo hai, woh aadmi ko Khuda se milati hai,</w:t>
      </w:r>
    </w:p>
    <w:p>
      <w:pPr>
        <w:jc w:val="right"/>
      </w:pPr>
      <w:r>
        <w:t>تو نماز، حقیقی نماز جو ہے، اسٹریٹ والی نماز جو ہے، وہ آدمی کو خدا سے ملاتی ہے،</w:t>
      </w:r>
    </w:p>
    <w:p>
      <w:r>
        <w:rPr>
          <w:b/>
        </w:rPr>
        <w:t xml:space="preserve">[38:13] </w:t>
      </w:r>
      <w:r>
        <w:t>aadmi ko wahan pahunchati hai jahan Khuda se iska contact ho jaye, whisper shuru ho jaye. woh Khuda se inspiration lene lage, Khuda se isko taqat milne lage.</w:t>
      </w:r>
    </w:p>
    <w:p>
      <w:pPr>
        <w:jc w:val="right"/>
      </w:pPr>
      <w:r>
        <w:t>آدمی کو وہاں پہنچاتی ہے جہاں خدا سے اس کا کنٹیکٹ ہو جائے، وسپر شروع ہو جائے۔ وہ خدا سے انسپیریشن لینے لگے، خدا سے اس کو طاقت ملنے لگے۔</w:t>
      </w:r>
    </w:p>
    <w:p>
      <w:r>
        <w:rPr>
          <w:b/>
        </w:rPr>
        <w:t xml:space="preserve">[38:27] </w:t>
      </w:r>
      <w:r>
        <w:t>iske baad jo sabr jo hai, "استعین بالصبر والصلاۃ" dekhen, sabr jo hai, sabr ke baghair aadmi sachi namaz nahin padh sakta.</w:t>
      </w:r>
    </w:p>
    <w:p>
      <w:pPr>
        <w:jc w:val="right"/>
      </w:pPr>
      <w:r>
        <w:t>اس کے بعد جو صبر جو ہے، استعین بالصبر والصلاۃ۔ دیکھیں، صبر جو ہے، صبر کے بغیر آدمی سچی نماز نہیں پڑھ سکتا۔</w:t>
      </w:r>
    </w:p>
    <w:p>
      <w:r>
        <w:rPr>
          <w:b/>
        </w:rPr>
        <w:t xml:space="preserve">[38:41] </w:t>
      </w:r>
      <w:r>
        <w:t>sabr ke baghair aadmi sachi namaz nahin padh sakta. kyun? har waqt is duniya mein distraction hai, har waqt distraction se apne aap ko bachana zaroori hai taake concentration aap ka na hate,</w:t>
      </w:r>
    </w:p>
    <w:p>
      <w:pPr>
        <w:jc w:val="right"/>
      </w:pPr>
      <w:r>
        <w:t>صبر کے بغیر آدمی سچی نماز نہیں پڑھ سکتا۔ کیوں؟ ہر وقت اس دنیا میں ڈسٹریکشن ہے، ہر وقت ڈسٹریکشن سے اپنے آپ کو بچانا ضروری ہے تاکہ کنسنٹریشن آپ کا نہ ہٹے،</w:t>
      </w:r>
    </w:p>
    <w:p>
      <w:r>
        <w:rPr>
          <w:b/>
        </w:rPr>
        <w:t xml:space="preserve">[39:03] </w:t>
      </w:r>
      <w:r>
        <w:t>aap ka jo target hai woh na hate.</w:t>
      </w:r>
    </w:p>
    <w:p>
      <w:pPr>
        <w:jc w:val="right"/>
      </w:pPr>
      <w:r>
        <w:t>آپ کا جو ٹارگٹ ہے وہ نہ ہٹے۔</w:t>
      </w:r>
    </w:p>
    <w:p>
      <w:r>
        <w:rPr>
          <w:b/>
        </w:rPr>
        <w:t xml:space="preserve">[39:08] </w:t>
      </w:r>
      <w:r>
        <w:t>to apni soch ko Khuda par baqi rakhna,</w:t>
      </w:r>
    </w:p>
    <w:p>
      <w:pPr>
        <w:jc w:val="right"/>
      </w:pPr>
      <w:r>
        <w:t>تو اپنی سوچ کو خدا پر باقی رکھنا،</w:t>
      </w:r>
    </w:p>
    <w:p>
      <w:r>
        <w:rPr>
          <w:b/>
        </w:rPr>
        <w:t xml:space="preserve">[39:14] </w:t>
      </w:r>
      <w:r>
        <w:t>apni soch ko concentrate karna Khuda ke upar, yeh tab mumkin hota hai jab aap distraction se bachayein apne aap ko.</w:t>
      </w:r>
    </w:p>
    <w:p>
      <w:pPr>
        <w:jc w:val="right"/>
      </w:pPr>
      <w:r>
        <w:t>اپنی سوچ کو کنسنٹریٹ کرنا خدا کے اوپر، یہ تب ممکن ہوتا ہے جب آپ ڈسٹریکشن سے بچائیں اپنے آپ کو۔</w:t>
      </w:r>
    </w:p>
    <w:p>
      <w:r>
        <w:rPr>
          <w:b/>
        </w:rPr>
        <w:t xml:space="preserve">[39:24] </w:t>
      </w:r>
      <w:r>
        <w:t>woh sari cheezein jin se mana kiya gaya hai Islam mein, woh sab kya hai? woh distraction hai, distraction hai.</w:t>
      </w:r>
    </w:p>
    <w:p>
      <w:pPr>
        <w:jc w:val="right"/>
      </w:pPr>
      <w:r>
        <w:t>وہ ساری چیزیں جن سے منع کیا گیا ہے اسلام میں، وہ سب کیا ہے؟ وہ ڈسٹریکشن ہے، ڈسٹریکشن ہے۔</w:t>
      </w:r>
    </w:p>
    <w:p>
      <w:r>
        <w:rPr>
          <w:b/>
        </w:rPr>
        <w:t xml:space="preserve">[39:32] </w:t>
      </w:r>
      <w:r>
        <w:t>woh distraction ki do shakalain hain:</w:t>
      </w:r>
    </w:p>
    <w:p>
      <w:pPr>
        <w:jc w:val="right"/>
      </w:pPr>
      <w:r>
        <w:t>وہ ڈسٹریکشن کی دو شکلیں ہیں:</w:t>
      </w:r>
    </w:p>
    <w:p>
      <w:r>
        <w:rPr>
          <w:b/>
        </w:rPr>
        <w:t xml:space="preserve">[39:37] </w:t>
      </w:r>
      <w:r>
        <w:t>ek woh jo cheezein bilkul haram hain, jaise sharab peena,</w:t>
      </w:r>
    </w:p>
    <w:p>
      <w:pPr>
        <w:jc w:val="right"/>
      </w:pPr>
      <w:r>
        <w:t>ایک وہ جو چیزیں بالکل حرام ہیں، جیسے شراب پینا،</w:t>
      </w:r>
    </w:p>
    <w:p>
      <w:r>
        <w:rPr>
          <w:b/>
        </w:rPr>
        <w:t xml:space="preserve">[39:44] </w:t>
      </w:r>
      <w:r>
        <w:t>to kuch cheezein woh hain jo haram kar di gayi hain. to sharab kya hai? distract karti hai aap ko, aap ke mind ko hatati hai, mind ko doosri taraf le aati hai,</w:t>
      </w:r>
    </w:p>
    <w:p>
      <w:pPr>
        <w:jc w:val="right"/>
      </w:pPr>
      <w:r>
        <w:t>تو کچھ چیزیں وہ ہیں جو حرام کر دی گئی ہیں۔ تو شراب کیا ہے؟ ڈسٹریکٹ کرتی ہے آپ کو، آپ کے مائنڈ کو ہٹاتی ہے، مائنڈ کو دوسری طرف لے آتی ہے،</w:t>
      </w:r>
    </w:p>
    <w:p>
      <w:r>
        <w:rPr>
          <w:b/>
        </w:rPr>
        <w:t xml:space="preserve">[39:56] </w:t>
      </w:r>
      <w:r>
        <w:t>aap ki concentration ko disturb karti hai. lekin aur cheezein bhi isi darje mein hain jo haram to nahin hain, lekin woh distract karti hain, jaise khel kood hai aur entertainment culture hai.</w:t>
      </w:r>
    </w:p>
    <w:p>
      <w:pPr>
        <w:jc w:val="right"/>
      </w:pPr>
      <w:r>
        <w:t>آپ کی کنسنٹریشن کو ڈسٹرب کرتی ہے۔ لیکن اور چیزیں بھی اسی درجے میں ہیں جو حرام تو نہیں ہیں، لیکن وہ ڈسٹریکٹ کرتی ہیں، جیسے کھیل کود ہے اور انٹرٹینمنٹ کلچر ہے۔</w:t>
      </w:r>
    </w:p>
    <w:p>
      <w:r>
        <w:rPr>
          <w:b/>
        </w:rPr>
        <w:t xml:space="preserve">[40:17] </w:t>
      </w:r>
      <w:r>
        <w:t>aur aaj kal jo hai, outing aur shopping aur party, yeh sari cheezein distract karti hain aadmi ko.</w:t>
      </w:r>
    </w:p>
    <w:p>
      <w:pPr>
        <w:jc w:val="right"/>
      </w:pPr>
      <w:r>
        <w:t>اور آج کل جو ہے، آؤٹنگ اور شاپنگ اور پارٹی، یہ ساری چیزیں ڈسٹریکٹ کرتی ہیں آدمی کو۔</w:t>
      </w:r>
    </w:p>
    <w:p>
      <w:r>
        <w:rPr>
          <w:b/>
        </w:rPr>
        <w:t xml:space="preserve">[40:27] </w:t>
      </w:r>
      <w:r>
        <w:t>isi liye kaha gaya hai ke saada zindagi ikhtiyar karo. Islam mein bahut zyada zor diya gaya hai saada zindagi par.</w:t>
      </w:r>
    </w:p>
    <w:p>
      <w:pPr>
        <w:jc w:val="right"/>
      </w:pPr>
      <w:r>
        <w:t>اسی لیے کہا گیا ہے کہ سادہ زندگی اختیار کرو۔ اسلام میں بہت زیادہ زور دیا گیا ہے سادہ زندگی پر۔</w:t>
      </w:r>
    </w:p>
    <w:p>
      <w:r>
        <w:rPr>
          <w:b/>
        </w:rPr>
        <w:t xml:space="preserve">[40:37] </w:t>
      </w:r>
      <w:r>
        <w:t>jab tak aap saada zindagi na ikhtiyar karein, har waqt distraction hota rahega.</w:t>
      </w:r>
    </w:p>
    <w:p>
      <w:pPr>
        <w:jc w:val="right"/>
      </w:pPr>
      <w:r>
        <w:t>جب تک آپ سادہ زندگی نہ اختیار کریں، ہر وقت ڈسٹریکشن ہوتا رہے گا۔</w:t>
      </w:r>
    </w:p>
    <w:p>
      <w:r>
        <w:rPr>
          <w:b/>
        </w:rPr>
        <w:t xml:space="preserve">[40:45] </w:t>
      </w:r>
      <w:r>
        <w:t>saada zindagi ki zaroorat isi liye hai ke distraction se apne aap ko bachana. to iske liye sabr chahiye.</w:t>
      </w:r>
    </w:p>
    <w:p>
      <w:pPr>
        <w:jc w:val="right"/>
      </w:pPr>
      <w:r>
        <w:t>سادہ زندگی کی ضرورت اسی لیے ہے کہ ڈسٹریکشن سے اپنے آپ کو بچانا۔ تو اس کے لیے صبر چاہیے۔</w:t>
      </w:r>
    </w:p>
    <w:p>
      <w:r>
        <w:rPr>
          <w:b/>
        </w:rPr>
        <w:t xml:space="preserve">[40:55] </w:t>
      </w:r>
      <w:r>
        <w:t>har waqt jo cheezein hoti hain, us ki taraf aap ka dil jana chahe ga. aap ko rokna pare ga yeh soch kar ke yeh sab distraction wali baatein hain, mera concentration hat jaye ga Khuda se,</w:t>
      </w:r>
    </w:p>
    <w:p>
      <w:pPr>
        <w:jc w:val="right"/>
      </w:pPr>
      <w:r>
        <w:t>ہر وقت جو چیزیں ہوتی ہیں، اس کی طرف آپ کا دل جانا چاہے گا۔ آپ کو روکنا پڑے گا یہ سوچ کر کہ یہ سب ڈسٹریکشن والی باتیں ہیں، میرا کنسنٹریشن ہٹ جائے گا خدا سے،</w:t>
      </w:r>
    </w:p>
    <w:p>
      <w:r>
        <w:rPr>
          <w:b/>
        </w:rPr>
        <w:t xml:space="preserve">[41:11] </w:t>
      </w:r>
      <w:r>
        <w:t>to phir meri namaz namaz nahi hogi.</w:t>
      </w:r>
    </w:p>
    <w:p>
      <w:pPr>
        <w:jc w:val="right"/>
      </w:pPr>
      <w:r>
        <w:t>تو پھر میری نماز نماز نہیں ہوگی۔</w:t>
      </w:r>
    </w:p>
    <w:p>
      <w:r>
        <w:rPr>
          <w:b/>
        </w:rPr>
        <w:t xml:space="preserve">[41:14] </w:t>
      </w:r>
      <w:r>
        <w:t>aik aisa aadmi jo rozana tarah tarah ki cheezon mein busy ho, har waqt is ka distraction hota rehta ho, to zahir hai ke is mein exchange nahi hogi,</w:t>
      </w:r>
    </w:p>
    <w:p>
      <w:pPr>
        <w:jc w:val="right"/>
      </w:pPr>
      <w:r>
        <w:t>ایک ایسا آدمی جو روزانہ طرح طرح کی چیزوں میں بزی ہو، ہر وقت اس کا ڈسٹریکشن ہوتا رہتا ہو، تو ظاہر ہے کہ اس میں ایکسچینج نہیں ہوگی،</w:t>
      </w:r>
    </w:p>
    <w:p>
      <w:r>
        <w:rPr>
          <w:b/>
        </w:rPr>
        <w:t xml:space="preserve">[41:31] </w:t>
      </w:r>
      <w:r>
        <w:t>concentration nahi hoga. to jab namaz ke liye khara hoga to ritual ke tor par namaz parh le ga, woh bas form ko dohra le ga.</w:t>
      </w:r>
    </w:p>
    <w:p>
      <w:pPr>
        <w:jc w:val="right"/>
      </w:pPr>
      <w:r>
        <w:t>کنسنٹریشن نہیں ہوگا۔ تو جب نماز کے لیے کھڑا ہوگا تو ریچول کے طور پر نماز پڑھ لے گا، وہ بس فارم کو دہرا لے گا۔</w:t>
      </w:r>
    </w:p>
    <w:p>
      <w:r>
        <w:rPr>
          <w:b/>
        </w:rPr>
        <w:t xml:space="preserve">[41:39] </w:t>
      </w:r>
      <w:r>
        <w:t>woh</w:t>
      </w:r>
    </w:p>
    <w:p>
      <w:pPr>
        <w:jc w:val="right"/>
      </w:pPr>
      <w:r>
        <w:t>وہ</w:t>
      </w:r>
    </w:p>
    <w:p>
      <w:r>
        <w:rPr>
          <w:b/>
        </w:rPr>
        <w:t xml:space="preserve">[41:43] </w:t>
      </w:r>
      <w:r>
        <w:t>to sachi namaz parhne ke liye zaroori hai sabr. aur sabr kyun zaroori hai? ke sabr hi ki wajah se aap aisa hota hai ke aap apne aap ko distraction se bachate hain, distraction se bachate hain.</w:t>
      </w:r>
    </w:p>
    <w:p>
      <w:pPr>
        <w:jc w:val="right"/>
      </w:pPr>
      <w:r>
        <w:t>تو سچی نماز پڑھنے کے لیے ضروری ہے صبر۔ اور صبر کیوں ضروری ہے؟ کہ صبر ہی کی وجہ سے آپ ایسا ہوتا ہے کہ آپ اپنے آپ کو ڈسٹریکشن سے بچاتے ہیں، ڈسٹریکشن سے بچاتے ہیں۔</w:t>
      </w:r>
    </w:p>
    <w:p>
      <w:r>
        <w:rPr>
          <w:b/>
        </w:rPr>
        <w:t xml:space="preserve">[41:58] </w:t>
      </w:r>
      <w:r>
        <w:t>kyun ke aap ko shoq hoga ke chalo shopping karein, chalo outing karein, chalo partiyon mein chalein, chalo ho hawk karein, gasp culture chalaein.</w:t>
      </w:r>
    </w:p>
    <w:p>
      <w:pPr>
        <w:jc w:val="right"/>
      </w:pPr>
      <w:r>
        <w:t>کیونکہ آپ کو شوق ہوگا کہ چلو شاپنگ کریں، چلو آؤٹنگ کریں، چلو پارٹیوں میں چلیں، چلو ہو ہاک کریں، گاسپ کلچر چلائیں۔</w:t>
      </w:r>
    </w:p>
    <w:p>
      <w:r>
        <w:rPr>
          <w:b/>
        </w:rPr>
        <w:t xml:space="preserve">[42:10] </w:t>
      </w:r>
      <w:r>
        <w:t>yeh sab kya hai? distraction hai.</w:t>
      </w:r>
    </w:p>
    <w:p>
      <w:pPr>
        <w:jc w:val="right"/>
      </w:pPr>
      <w:r>
        <w:t>یہ سب کیا ہے؟ ڈسٹریکشن ہے۔</w:t>
      </w:r>
    </w:p>
    <w:p>
      <w:r>
        <w:rPr>
          <w:b/>
        </w:rPr>
        <w:t xml:space="preserve">[42:13] </w:t>
      </w:r>
      <w:r>
        <w:t>basic need ke siwa jo kuch bhi aadmi usool karta hai apne aap ko, woh sab distraction hota hai.</w:t>
      </w:r>
    </w:p>
    <w:p>
      <w:pPr>
        <w:jc w:val="right"/>
      </w:pPr>
      <w:r>
        <w:t>بیسک نیڈ کے سوا جو کچھ بھی آدمی اصول کرتا ہے اپنے آپ کو، وہ سب ڈسٹریکشن ہوتا ہے۔</w:t>
      </w:r>
    </w:p>
    <w:p>
      <w:r>
        <w:rPr>
          <w:b/>
        </w:rPr>
        <w:t xml:space="preserve">[42:22] </w:t>
      </w:r>
      <w:r>
        <w:t>to aadmi ko do mein se aik ka choice hai: ya to apne aap ko distraction se bachaye taake woh sachi namaz parh sake, yaani Khuda se sacha contact ban sake is ka,</w:t>
      </w:r>
    </w:p>
    <w:p>
      <w:pPr>
        <w:jc w:val="right"/>
      </w:pPr>
      <w:r>
        <w:t>تو آدمی کو دو میں سے ایک کا چوائس ہے: یا تو اپنے آپ کو ڈسٹریکشن سے بچائے تاکہ وہ سچی نماز پڑھ سکے، یعنی خدا سے سچا کنٹیکٹ بن سکے اس کا،</w:t>
      </w:r>
    </w:p>
    <w:p>
      <w:r>
        <w:rPr>
          <w:b/>
        </w:rPr>
        <w:t xml:space="preserve">[42:37] </w:t>
      </w:r>
      <w:r>
        <w:t>ya phir woh distraction mein para rahe, para rahe aur sirf ritual wali namaz parh sake, woh form wali namaz, aur Khuda se sacha contact is ka na baney.</w:t>
      </w:r>
    </w:p>
    <w:p>
      <w:pPr>
        <w:jc w:val="right"/>
      </w:pPr>
      <w:r>
        <w:t>یا پھر وہ ڈسٹریکشن میں پڑھا رہے، پڑھا رہے اور صرف ریچول والی نماز پڑھ سکے، وہ فارم والی نماز، اور خدا سے سچا کنٹیکٹ اس کا نہ بنے۔</w:t>
      </w:r>
    </w:p>
    <w:p>
      <w:r>
        <w:rPr>
          <w:b/>
        </w:rPr>
        <w:t xml:space="preserve">[42:51] </w:t>
      </w:r>
      <w:r>
        <w:t>is tarah se dekhein, ayat 61 mein, ayat 61 mein yehud ko le kar kaha gaya ke unhon ne kaha tha ke "linsab wahid".</w:t>
      </w:r>
    </w:p>
    <w:p>
      <w:pPr>
        <w:jc w:val="right"/>
      </w:pPr>
      <w:r>
        <w:t>اس طرح سے دیکھیں، آیت 61 میں، آیت 61 میں یہود کو لے کر کہا گیا کہ انہوں نے کہا تھا کہ "لنسب واحد"۔</w:t>
      </w:r>
    </w:p>
    <w:p>
      <w:r>
        <w:rPr>
          <w:b/>
        </w:rPr>
        <w:t xml:space="preserve">[43:04] </w:t>
      </w:r>
      <w:r>
        <w:t>un se kaha gaya tha ke tum saada khana khao aur Khuda ke kaam mein zyada waqt do. Hazrat Musa ne kaha tha un se, unhon ne kaha ke "linsab wahid".</w:t>
      </w:r>
    </w:p>
    <w:p>
      <w:pPr>
        <w:jc w:val="right"/>
      </w:pPr>
      <w:r>
        <w:t>ان سے کہا گیا تھا کہ تم سادہ کھانا کھاؤ اور خدا کے کام میں زیادہ وقت دو۔ حضرت موسیٰ نے کہا تھا ان سے، انہوں نے کہا کہ "لنسب واحد"۔</w:t>
      </w:r>
    </w:p>
    <w:p>
      <w:r>
        <w:rPr>
          <w:b/>
        </w:rPr>
        <w:t xml:space="preserve">[43:16] </w:t>
      </w:r>
      <w:r>
        <w:t>hum aik khane par sabr nahi kar sakte,</w:t>
      </w:r>
    </w:p>
    <w:p>
      <w:pPr>
        <w:jc w:val="right"/>
      </w:pPr>
      <w:r>
        <w:t>ہم ایک کھانے پر صبر نہیں کر سکتے،</w:t>
      </w:r>
    </w:p>
    <w:p>
      <w:r>
        <w:rPr>
          <w:b/>
        </w:rPr>
        <w:t xml:space="preserve">[43:20] </w:t>
      </w:r>
      <w:r>
        <w:t>ya aik khane ke maani kya hain? simple khana. "linsab wahid". to yehud ne, yaani Bani Israel ne, Hazrat Musa se kaha ke yeh to hum nahi kar sakte ke aik khana khayein aur bas.</w:t>
      </w:r>
    </w:p>
    <w:p>
      <w:pPr>
        <w:jc w:val="right"/>
      </w:pPr>
      <w:r>
        <w:t>یا ایک کھانے کے معنی کیا ہیں؟ سمپل کھانا۔ "لنسب واحد"۔ تو یہود نے، یعنی بنی اسرائیل نے، حضرت موسیٰ سے کہا کہ یہ تو ہم نہیں کر سکتے کہ ایک کھانا کھائیں اور بس۔</w:t>
      </w:r>
    </w:p>
    <w:p>
      <w:r>
        <w:rPr>
          <w:b/>
        </w:rPr>
        <w:t xml:space="preserve">[43:37] </w:t>
      </w:r>
      <w:r>
        <w:t>aik khana jo Quran mein aaya hai, lafz is ka matlab simple khana.</w:t>
      </w:r>
    </w:p>
    <w:p>
      <w:pPr>
        <w:jc w:val="right"/>
      </w:pPr>
      <w:r>
        <w:t>ایک کھانا جو قرآن میں آیا ہے، لفظ اس کا مطلب سمپل کھانا۔</w:t>
      </w:r>
    </w:p>
    <w:p>
      <w:r>
        <w:rPr>
          <w:b/>
        </w:rPr>
        <w:t xml:space="preserve">[43:48] </w:t>
      </w:r>
      <w:r>
        <w:t>is mein yeh hai ke unhon ne kaha ke hum ko masaleh chahiye, hum ko lehsan piyaz chahiye, lazeez khane chahiye hum ko. to Musa ne kaha ke in sab cheezon ko chodo,</w:t>
      </w:r>
    </w:p>
    <w:p>
      <w:pPr>
        <w:jc w:val="right"/>
      </w:pPr>
      <w:r>
        <w:t>اس میں یہ ہے کہ انہوں نے کہا کہ ہم کو مصالحہ چاہیے، ہم کو لہسن پیاز چاہیے، لذیذ کھانے چاہیے ہم کو۔ تو موسیٰ نے کہا کہ ان سب چیزوں کو چھوڑو،</w:t>
      </w:r>
    </w:p>
    <w:p>
      <w:r>
        <w:rPr>
          <w:b/>
        </w:rPr>
        <w:t xml:space="preserve">[44:01] </w:t>
      </w:r>
      <w:r>
        <w:t>saada khana khao. to unhon ne kaha ke nahi, hum aisa nahi kar sakte. yeh aik hamesha ke liye aik paigham hai, yeh sirf Bani Israel ki baat nahi hai, yeh sirf Bani Israel ki kahani nahi hai</w:t>
      </w:r>
    </w:p>
    <w:p>
      <w:pPr>
        <w:jc w:val="right"/>
      </w:pPr>
      <w:r>
        <w:t>سادہ کھانا کھاؤ۔ تو انہوں نے کہا کہ نہیں، ہم ایسا نہیں کر سکتے۔ یہ ایک ہمیشہ کے لیے ایک پیغام ہے، یہ صرف بنی اسرائیل کی بات نہیں ہے، یہ صرف بنی اسرائیل کی کہانی نہیں ہے</w:t>
      </w:r>
    </w:p>
    <w:p>
      <w:r>
        <w:rPr>
          <w:b/>
        </w:rPr>
        <w:t xml:space="preserve">[44:15] </w:t>
      </w:r>
      <w:r>
        <w:t>ke jo aadmi yeh chahta ho ke woh apne aap ko distraction se bachaye, to is ko saada khana khana pare ga, saada zindagi guzarni pare gi.</w:t>
      </w:r>
    </w:p>
    <w:p>
      <w:pPr>
        <w:jc w:val="right"/>
      </w:pPr>
      <w:r>
        <w:t>کہ جو آدمی یہ چاہتا ہو کہ وہ اپنے آپ کو ڈسٹریکشن سے بچائے، تو اس کو سادہ کھانا کھانا پڑے گا، سادہ زندگی گزارنی پڑے گی۔</w:t>
      </w:r>
    </w:p>
    <w:p>
      <w:r>
        <w:rPr>
          <w:b/>
        </w:rPr>
        <w:t xml:space="preserve">[44:30] </w:t>
      </w:r>
      <w:r>
        <w:t>simple life, simple food, simple habits, har cheez mein simplicity laani pare gi.</w:t>
      </w:r>
    </w:p>
    <w:p>
      <w:pPr>
        <w:jc w:val="right"/>
      </w:pPr>
      <w:r>
        <w:t>سمپل لائف، سمپل فوڈ، سمپل ہیبٹس، ہر چیز میں سمپلیسٹی لانی پڑے گی۔</w:t>
      </w:r>
    </w:p>
    <w:p>
      <w:r>
        <w:rPr>
          <w:b/>
        </w:rPr>
        <w:t xml:space="preserve">[44:41] </w:t>
      </w:r>
      <w:r>
        <w:t>simplicity se kya hota hai? aap unnecessary cheezon se apne ko bacha lete hain jo ke aap ko distract karti hain. to yeh jo Quran mein kaha gaya tha ke simple khana khao, to is ka matlab yeh tha ke apne aap ko distraction se bachao,</w:t>
      </w:r>
    </w:p>
    <w:p>
      <w:pPr>
        <w:jc w:val="right"/>
      </w:pPr>
      <w:r>
        <w:t>سمپلیسٹی سے کیا ہوتا ہے؟ آپ ان نیسیسری چیزوں سے اپنے کو بچا لیتے ہیں جو کہ آپ کو ڈسٹریکٹ کرتی ہیں۔ تو یہ جو قرآن میں کہا گیا تھا کہ سمپل کھانا کھاؤ، تو اس کا مطلب یہ تھا کہ اپنے آپ کو ڈسٹریکشن سے بچاؤ،</w:t>
      </w:r>
    </w:p>
    <w:p>
      <w:r>
        <w:rPr>
          <w:b/>
        </w:rPr>
        <w:t xml:space="preserve">[45:01] </w:t>
      </w:r>
      <w:r>
        <w:t>yaani khane ke naam par distraction.</w:t>
      </w:r>
    </w:p>
    <w:p>
      <w:pPr>
        <w:jc w:val="right"/>
      </w:pPr>
      <w:r>
        <w:t>یعنی کھانے کے نام پر ڈسٹریکشن۔</w:t>
      </w:r>
    </w:p>
    <w:p>
      <w:r>
        <w:rPr>
          <w:b/>
        </w:rPr>
        <w:t xml:space="preserve">[45:07] </w:t>
      </w:r>
      <w:r>
        <w:t>phir ayat number 80 mein yehud ke bare mein bataya gaya ke woh kehte the ke "lantamassannarullaha ayyamam ma'doodah".</w:t>
      </w:r>
    </w:p>
    <w:p>
      <w:pPr>
        <w:jc w:val="right"/>
      </w:pPr>
      <w:r>
        <w:t>پھر آیت نمبر 80 میں یہود کے بارے میں بتایا گیا کہ وہ کہتے تھے کہ "لنتمس النار اللہ یام معدودہ"۔</w:t>
      </w:r>
    </w:p>
    <w:p>
      <w:r>
        <w:rPr>
          <w:b/>
        </w:rPr>
        <w:t xml:space="preserve">[45:16] </w:t>
      </w:r>
      <w:r>
        <w:t>hum ko aag sirf chand din chhooye gi. to woh kya karte the? ke sab kuch chhodte nahi the, lazeez khane nahi chhodte the,</w:t>
      </w:r>
    </w:p>
    <w:p>
      <w:pPr>
        <w:jc w:val="right"/>
      </w:pPr>
      <w:r>
        <w:t>ہم کو آگ صرف چند دن چھوئے گی۔ تو وہ کیا کرتے تھے؟ کہ سب کچھ چھوڑتے نہیں تھے، لذیذ کھانے نہیں چھوڑتے تھے،</w:t>
      </w:r>
    </w:p>
    <w:p>
      <w:r>
        <w:rPr>
          <w:b/>
        </w:rPr>
        <w:t xml:space="preserve">[45:30] </w:t>
      </w:r>
      <w:r>
        <w:t>tafreeh nahi chhodte the, dunya ke interest nahi chhodte the,</w:t>
      </w:r>
    </w:p>
    <w:p>
      <w:pPr>
        <w:jc w:val="right"/>
      </w:pPr>
      <w:r>
        <w:t>تفریح نہیں چھوڑتے تھے، دنیا کے انٹرسٹ نہیں چھوڑتے تھے،</w:t>
      </w:r>
    </w:p>
    <w:p>
      <w:r>
        <w:rPr>
          <w:b/>
        </w:rPr>
        <w:t xml:space="preserve">[45:37] </w:t>
      </w:r>
      <w:r>
        <w:t>material cheezon mein masroof rehte the, is ko nahi chhodte the. to jab paighambar ne daraya un ko to unhon ne kya aqeedah bana liya?</w:t>
      </w:r>
    </w:p>
    <w:p>
      <w:pPr>
        <w:jc w:val="right"/>
      </w:pPr>
      <w:r>
        <w:t>مٹیریل چیزوں میں مشغول رہتے تھے، اس کو نہیں چھوڑتے تھے۔ تو جب پیغمبر نے ڈرایا ان کو تو انہوں نے کیا عقیدہ بنا لیا؟</w:t>
      </w:r>
    </w:p>
    <w:p>
      <w:r>
        <w:rPr>
          <w:b/>
        </w:rPr>
        <w:t xml:space="preserve">[45:51] </w:t>
      </w:r>
      <w:r>
        <w:t>"lan tamassu an-nar illa ayyamam ma'doodah". aag to hum ko chand din chhooe gi, is ke baad to phir hum jannat mein daal diye jayen ge,</w:t>
      </w:r>
    </w:p>
    <w:p>
      <w:pPr>
        <w:jc w:val="right"/>
      </w:pPr>
      <w:r>
        <w:t>"لنتمس النار الا یام معدودہ"۔ آگ تو ہم کو چند دن چھوئے گی، اس کے بعد تو پھر ہم جنت میں ڈال دیے جائیں گے،</w:t>
      </w:r>
    </w:p>
    <w:p>
      <w:r>
        <w:rPr>
          <w:b/>
        </w:rPr>
        <w:t xml:space="preserve">[45:59] </w:t>
      </w:r>
      <w:r>
        <w:t>yani chand din ke liye hamein jahannum mein dala jayega, aur phir is ke baad hum jannat mein transfer kar diye jayen ge. yeh ek jhoota aqeedah hai.</w:t>
      </w:r>
    </w:p>
    <w:p>
      <w:pPr>
        <w:jc w:val="right"/>
      </w:pPr>
      <w:r>
        <w:t>یعنی چند دن کے لیے ہمیں جہنم میں ڈالا جائے گا، اور پھر اس کے بعد ہم جنت میں ٹرانسفر کر دیے جائیں گے۔ یہ ایک جھوٹا عقیدہ ہے۔</w:t>
      </w:r>
    </w:p>
    <w:p>
      <w:r>
        <w:rPr>
          <w:b/>
        </w:rPr>
        <w:t xml:space="preserve">[46:11] </w:t>
      </w:r>
      <w:r>
        <w:t>yeh kisi ke liye bhi, chahe yahoodi hon ya musalman hon, koi bhi agar aisa aqeedah banaye to woh baseless aqeedah hai.</w:t>
      </w:r>
    </w:p>
    <w:p>
      <w:pPr>
        <w:jc w:val="right"/>
      </w:pPr>
      <w:r>
        <w:t>یہ کسی کے لیے بھی، چاہے یہودی ہوں یا مسلمان ہوں، کوئی بھی اگر ایسا عقیدہ بنائے تو وہ بیسلیس عقیدہ ہے۔</w:t>
      </w:r>
    </w:p>
    <w:p>
      <w:r>
        <w:rPr>
          <w:b/>
        </w:rPr>
        <w:t xml:space="preserve">[46:22] </w:t>
      </w:r>
      <w:r>
        <w:t>maut ke baad ya to jannat hai ya jahannum.</w:t>
      </w:r>
    </w:p>
    <w:p>
      <w:pPr>
        <w:jc w:val="right"/>
      </w:pPr>
      <w:r>
        <w:t>موت کے بعد یا تو جنت ہے یا جہنم۔</w:t>
      </w:r>
    </w:p>
    <w:p>
      <w:r>
        <w:rPr>
          <w:b/>
        </w:rPr>
        <w:t xml:space="preserve">[46:25] </w:t>
      </w:r>
      <w:r>
        <w:t>aisa nahi ke kuch din yahan rakh kar ke jahannum mein, is ke baad nikal ke jannat mein daal diya jaye. yeh to bohat hi ridiculous baat hai, yeh bohat hi ridiculous baat hai.</w:t>
      </w:r>
    </w:p>
    <w:p>
      <w:pPr>
        <w:jc w:val="right"/>
      </w:pPr>
      <w:r>
        <w:t>ایسا نہیں کہ کچھ دن یہاں رکھ کر کے جہنم میں، اس کے بعد نکال کے جنت میں ڈال دیا جائے۔ یہ تو بہت ہی ریڈیکولس بات ہے، یہ بہت ہی ریڈیکولس بات ہے۔</w:t>
      </w:r>
    </w:p>
    <w:p>
      <w:r>
        <w:rPr>
          <w:b/>
        </w:rPr>
        <w:t xml:space="preserve">[46:36] </w:t>
      </w:r>
      <w:r>
        <w:t>to aadmi masroof rehta hai ghalat zindagi mein,</w:t>
      </w:r>
    </w:p>
    <w:p>
      <w:pPr>
        <w:jc w:val="right"/>
      </w:pPr>
      <w:r>
        <w:t>تو آدمی مشغول رہتا ہے غلط زندگی میں،</w:t>
      </w:r>
    </w:p>
    <w:p>
      <w:r>
        <w:rPr>
          <w:b/>
        </w:rPr>
        <w:t xml:space="preserve">[46:42] </w:t>
      </w:r>
      <w:r>
        <w:t>yani woh apne ko discipline mein wali zindagi nahi ikhtiyar karta, apne ko distraction se nahi bachata, apne aap ko ghalat kamon se door nahi le aata.</w:t>
      </w:r>
    </w:p>
    <w:p>
      <w:pPr>
        <w:jc w:val="right"/>
      </w:pPr>
      <w:r>
        <w:t>یعنی وہ اپنے کو ڈسپلن میں والی زندگی نہیں اختیار کرتا، اپنے کو ڈسٹریکشن سے نہیں بچاتا، اپنے آپ کو غلط کاموں سے دور نہیں لے آتا۔</w:t>
      </w:r>
    </w:p>
    <w:p>
      <w:r>
        <w:rPr>
          <w:b/>
        </w:rPr>
        <w:t xml:space="preserve">[46:58] </w:t>
      </w:r>
      <w:r>
        <w:t>woh sari activities jis ko mana kiya gaya hai, us se apne ko door nahi le aata.</w:t>
      </w:r>
    </w:p>
    <w:p>
      <w:pPr>
        <w:jc w:val="right"/>
      </w:pPr>
      <w:r>
        <w:t>وہ ساری ایکٹیویٹیز جس کو منع کیا گیا ہے، اس سے اپنے کو دور نہیں لے آتا۔</w:t>
      </w:r>
    </w:p>
    <w:p>
      <w:r>
        <w:rPr>
          <w:b/>
        </w:rPr>
        <w:t xml:space="preserve">[47:05] </w:t>
      </w:r>
      <w:r>
        <w:t>to phir ek aqeedah bana leta hai ke hum to musalman ghar mein paida hue hain, hum to paighambar ki aulad hain, to hum ko Khuda hamesha ke liye thodi jannat mein daley, hamesha nahi, dozakh mein daley ga,</w:t>
      </w:r>
    </w:p>
    <w:p>
      <w:pPr>
        <w:jc w:val="right"/>
      </w:pPr>
      <w:r>
        <w:t>تو پھر ایک عقیدہ بنا لیتا ہے کہ ہم تو مسلمان گھر میں پیدا ہوئے ہیں، ہم تو پیغمبر کے اولاد ہیں، تو ہم کو خدا ہمیشہ کے لیے تھوڑی جنت میں ڈالے، ہمیشہ نہیں، دوزخ میں ڈالے گا،</w:t>
      </w:r>
    </w:p>
    <w:p>
      <w:r>
        <w:rPr>
          <w:b/>
        </w:rPr>
        <w:t xml:space="preserve">[47:22] </w:t>
      </w:r>
      <w:r>
        <w:t>kuch din jahannum mein daley ga, is ke baad phir nikal ke jannat mein dal de ga. yeh bilkul baseless aqeedah hai, is ki koi haqeeqat nahi hai,</w:t>
      </w:r>
    </w:p>
    <w:p>
      <w:pPr>
        <w:jc w:val="right"/>
      </w:pPr>
      <w:r>
        <w:t>کچھ دن جہنم میں ڈالے گا، اس کے بعد پھر نکال کے جنت میں ڈال دے گا۔ یہ بالکل بیسلیس عقیدہ ہے، اس کی کوئی حقیقت نہیں ہے،</w:t>
      </w:r>
    </w:p>
    <w:p>
      <w:r>
        <w:rPr>
          <w:b/>
        </w:rPr>
        <w:t xml:space="preserve">[47:33] </w:t>
      </w:r>
      <w:r>
        <w:t>is ki koi haqeeqat nahi hai.</w:t>
      </w:r>
    </w:p>
    <w:p>
      <w:pPr>
        <w:jc w:val="right"/>
      </w:pPr>
      <w:r>
        <w:t>اس کی کوئی حقیقت نہیں ہے۔</w:t>
      </w:r>
    </w:p>
    <w:p>
      <w:r>
        <w:rPr>
          <w:b/>
        </w:rPr>
        <w:t xml:space="preserve">[47:38] </w:t>
      </w:r>
      <w:r>
        <w:t>Qur'an mein bataya gaya ayat number 82 mein ke "illa allazeena amanoo wa amiloo as-salihath" ke jo madar hai, jo asal cheez hai, woh kya hai?</w:t>
      </w:r>
    </w:p>
    <w:p>
      <w:pPr>
        <w:jc w:val="right"/>
      </w:pPr>
      <w:r>
        <w:t>قرآن میں بتایا گیا آیت نمبر 82 میں کہ "الا الذین آمنوا وعملوا الصالحات" کہ جو مدار ہے، جو اصل چیز ہے، وہ کیا ہے؟</w:t>
      </w:r>
    </w:p>
    <w:p>
      <w:r>
        <w:rPr>
          <w:b/>
        </w:rPr>
        <w:t xml:space="preserve">[47:53] </w:t>
      </w:r>
      <w:r>
        <w:t>imaan aur amal salih. yeh ayat number 82 mein imaan aur amal salih,</w:t>
      </w:r>
    </w:p>
    <w:p>
      <w:pPr>
        <w:jc w:val="right"/>
      </w:pPr>
      <w:r>
        <w:t>ایمان اور عمل صالح۔ یہ آیت نمبر 82 میں ایمان اور عمل صالح،</w:t>
      </w:r>
    </w:p>
    <w:p>
      <w:r>
        <w:rPr>
          <w:b/>
        </w:rPr>
        <w:t xml:space="preserve">[48:02] </w:t>
      </w:r>
      <w:r>
        <w:t>yani yeh sab jo aqeedey jo hain bana liye gaye the, us se kisi ko wahan par nijat nahi mile gi.</w:t>
      </w:r>
    </w:p>
    <w:p>
      <w:pPr>
        <w:jc w:val="right"/>
      </w:pPr>
      <w:r>
        <w:t>یعنی یہ سب جو عقیدے جو ہیں بنا لیے گئے تھے، اس سے کسی کو وہاں پر نجات نہیں ملے گی۔</w:t>
      </w:r>
    </w:p>
    <w:p>
      <w:r>
        <w:rPr>
          <w:b/>
        </w:rPr>
        <w:t xml:space="preserve">[48:12] </w:t>
      </w:r>
      <w:r>
        <w:t>nijat mile gi imaan aur amal salih. imaan kya hai? amal salih kya hai? dekhen, yeh bhi kisi ritual ka naam nahi hai.</w:t>
      </w:r>
    </w:p>
    <w:p>
      <w:pPr>
        <w:jc w:val="right"/>
      </w:pPr>
      <w:r>
        <w:t>نجات ملے گی ایمان اور عمل صالح۔ ایمان کیا ہے؟ عمل صالح کیا ہے؟ دیکھیں، یہ بھی کسی ریچول کا نام نہیں ہے۔</w:t>
      </w:r>
    </w:p>
    <w:p>
      <w:r>
        <w:rPr>
          <w:b/>
        </w:rPr>
        <w:t xml:space="preserve">[48:26] </w:t>
      </w:r>
      <w:r>
        <w:t>imaan ke ma'ne hain ma'rifat. ma'rifat Khuda ko realization ke darje mein Khuda ko paana,</w:t>
      </w:r>
    </w:p>
    <w:p>
      <w:pPr>
        <w:jc w:val="right"/>
      </w:pPr>
      <w:r>
        <w:t>ایمان کے معنی ہیں معرفت۔ معرفت خدا کو ریلائزیشن کے درجے میں خدا کو پانا،</w:t>
      </w:r>
    </w:p>
    <w:p>
      <w:r>
        <w:rPr>
          <w:b/>
        </w:rPr>
        <w:t xml:space="preserve">[48:41] </w:t>
      </w:r>
      <w:r>
        <w:t>ma'rifat ka matlab hota hai discovery ke darje mein Khuda ko paana, realization ke darje mein Khuda ko paana,</w:t>
      </w:r>
    </w:p>
    <w:p>
      <w:pPr>
        <w:jc w:val="right"/>
      </w:pPr>
      <w:r>
        <w:t>معرفت کا مطلب ہوتا ہے ڈسکوری کے درجے میں خدا کو پانا، ریلائزیشن کے درجے میں خدا کو پانا،</w:t>
      </w:r>
    </w:p>
    <w:p>
      <w:r>
        <w:rPr>
          <w:b/>
        </w:rPr>
        <w:t xml:space="preserve">[48:52] </w:t>
      </w:r>
      <w:r>
        <w:t>yeh hai imaan.</w:t>
      </w:r>
    </w:p>
    <w:p>
      <w:pPr>
        <w:jc w:val="right"/>
      </w:pPr>
      <w:r>
        <w:t>یہ ہے ایمان۔</w:t>
      </w:r>
    </w:p>
    <w:p>
      <w:r>
        <w:rPr>
          <w:b/>
        </w:rPr>
        <w:t xml:space="preserve">[48:54] </w:t>
      </w:r>
      <w:r>
        <w:t>aisa imaan jo hai, woh kya hota hai? aisa imaan poori zindagi mein sama jata hai aap ke.</w:t>
      </w:r>
    </w:p>
    <w:p>
      <w:pPr>
        <w:jc w:val="right"/>
      </w:pPr>
      <w:r>
        <w:t>ایسا ایمان جو ہے، وہ کیا ہوتا ہے؟ ایسا ایمان پوری زندگی میں سما جاتا ہے آپ کے۔</w:t>
      </w:r>
    </w:p>
    <w:p>
      <w:r>
        <w:rPr>
          <w:b/>
        </w:rPr>
        <w:t xml:space="preserve">[49:05] </w:t>
      </w:r>
      <w:r>
        <w:t>jaise yeh glass hai, is ke andar pani hai, is ke andar agar aap pathar ke tukde dal den, pathar alag rahe ga, pani alag rahe ga.</w:t>
      </w:r>
    </w:p>
    <w:p>
      <w:pPr>
        <w:jc w:val="right"/>
      </w:pPr>
      <w:r>
        <w:t>جیسے یہ گلاس ہے، اس کے اندر پانی ہے، اس کے اندر اگر آپ پتھر کے ٹکڑے ڈال دیں، پتھر الگ رہے گا، پانی الگ رہے گا۔</w:t>
      </w:r>
    </w:p>
    <w:p>
      <w:r>
        <w:rPr>
          <w:b/>
        </w:rPr>
        <w:t xml:space="preserve">[49:17] </w:t>
      </w:r>
      <w:r>
        <w:t>lekin agar is ke andar aap thoda sa color dal den, rang ka powder dal den, to aap dekhen ke poora pani jo hai, rangeen ho gaya.</w:t>
      </w:r>
    </w:p>
    <w:p>
      <w:pPr>
        <w:jc w:val="right"/>
      </w:pPr>
      <w:r>
        <w:t>لیکن اگر اس کے اندر آپ تھوڑا سا کلر ڈال دیں، رنگ کا پاؤڈر ڈال دیں، تو آپ دیکھیں کہ پورا پانی جو ہے، رنگین ہو گیا۔</w:t>
      </w:r>
    </w:p>
    <w:p>
      <w:r>
        <w:rPr>
          <w:b/>
        </w:rPr>
        <w:t xml:space="preserve">[49:28] </w:t>
      </w:r>
      <w:r>
        <w:t>lal color hai to lal ho jayega, yellow hai to yellow ho jayega, jo color hai, poore pani mein ghul jayega. to imaan jo hai, woh isi tarah ka ek rang hai.</w:t>
      </w:r>
    </w:p>
    <w:p>
      <w:pPr>
        <w:jc w:val="right"/>
      </w:pPr>
      <w:r>
        <w:t>لال کلر ہے تو لال ہو جائے گا،یلو ہے تویلو ہو جائے گا، جو کلر ہے، پورے پانی میں گھل جائے گا۔ تو ایمان جو ہے، وہ اسی طرح کا ایک رنگ ہے۔</w:t>
      </w:r>
    </w:p>
    <w:p>
      <w:r>
        <w:rPr>
          <w:b/>
        </w:rPr>
        <w:t xml:space="preserve">[49:44] </w:t>
      </w:r>
      <w:r>
        <w:t>imaan koi pathar nahi hai.</w:t>
      </w:r>
    </w:p>
    <w:p>
      <w:pPr>
        <w:jc w:val="right"/>
      </w:pPr>
      <w:r>
        <w:t>ایمان کوئی پتھر نہیں ہے۔</w:t>
      </w:r>
    </w:p>
    <w:p>
      <w:r>
        <w:rPr>
          <w:b/>
        </w:rPr>
        <w:t xml:space="preserve">[49:46] </w:t>
      </w:r>
      <w:r>
        <w:t>aap ki zindagi mein jis tarah se is pani mein ek pathar ka tukda aa jaye, woh alag rahe, pani alag rahe. to imaan aisi cheez nahi hai ke imaan alag hai aur aap ki zindagi alag hai.</w:t>
      </w:r>
    </w:p>
    <w:p>
      <w:pPr>
        <w:jc w:val="right"/>
      </w:pPr>
      <w:r>
        <w:t>آپ کی زندگی میں جس طرح سے اس پانی میں ایک پتھر کا ٹکڑا آ جائے، وہ الگ رہے، پانی الگ رہے۔ تو ایمان ایسی چیز نہیں ہے کہ ایمان الگ ہے اور آپ کی زندگی الگ ہے۔</w:t>
      </w:r>
    </w:p>
    <w:p>
      <w:r>
        <w:rPr>
          <w:b/>
        </w:rPr>
        <w:t xml:space="preserve">[49:58] </w:t>
      </w:r>
      <w:r>
        <w:t>kalma parh liya, woh aik alag cheez ho, aik aik appendix ke taur par, aur zindagi aap ki alag hai, woh kahin bhi istemal ho rahi hai. nahi, imaan woh hai jo poori zindagi mein sama jaye.</w:t>
      </w:r>
    </w:p>
    <w:p>
      <w:pPr>
        <w:jc w:val="right"/>
      </w:pPr>
      <w:r>
        <w:t>کلمہ پڑھ لیا، وہ ایک الگ چیز ہو، ایک ایک اپنڈس کے طور پر، اور زندگی آپ کی الگ ہے، وہ کہیں بھی استعمال ہو رہی ہے۔ نہیں، ایمان وہ ہے جو پوری زندگی میں سما جائے۔</w:t>
      </w:r>
    </w:p>
    <w:p>
      <w:r>
        <w:rPr>
          <w:b/>
        </w:rPr>
        <w:t xml:space="preserve">[50:13] </w:t>
      </w:r>
      <w:r>
        <w:t>imaan woh hai jo pani mein rang ki tarah se ghul jaye, jo aap ke dil mein, aap ke dimagh mein, aap ke poore wajood mein chha jaye.</w:t>
      </w:r>
    </w:p>
    <w:p>
      <w:pPr>
        <w:jc w:val="right"/>
      </w:pPr>
      <w:r>
        <w:t>ایمان وہ ہے جو پانی میں رنگ کی طرح سے گھل جائے، جو آپ کے دل میں، آپ کے دماغ میں، آپ کے پورے وجود میں چھا جائے۔</w:t>
      </w:r>
    </w:p>
    <w:p>
      <w:r>
        <w:rPr>
          <w:b/>
        </w:rPr>
        <w:t xml:space="preserve">[50:24] </w:t>
      </w:r>
      <w:r>
        <w:t>woh hai imaan. aur jab is tarah se kisi ko imaan milta hai, to isi ke nateeje ka naam hai amal saleh.</w:t>
      </w:r>
    </w:p>
    <w:p>
      <w:pPr>
        <w:jc w:val="right"/>
      </w:pPr>
      <w:r>
        <w:t>وہ ہے ایمان۔ اور جب اس طرح سے کسی کو ایمان ملتا ہے، تو اسی کے نتیجے کا نام ہے عمل صالح۔</w:t>
      </w:r>
    </w:p>
    <w:p>
      <w:r>
        <w:rPr>
          <w:b/>
        </w:rPr>
        <w:t xml:space="preserve">[50:34] </w:t>
      </w:r>
      <w:r>
        <w:t>amal saleh ka matlab kya hai? imaan ke mutabiq amal.</w:t>
      </w:r>
    </w:p>
    <w:p>
      <w:pPr>
        <w:jc w:val="right"/>
      </w:pPr>
      <w:r>
        <w:t>عمل صالح کا مطلب کیا ہے؟ ایمان کے مطابق عمل۔</w:t>
      </w:r>
    </w:p>
    <w:p>
      <w:r>
        <w:rPr>
          <w:b/>
        </w:rPr>
        <w:t xml:space="preserve">[50:42] </w:t>
      </w:r>
      <w:r>
        <w:t>amal saleh ka matlab hai imaan ke mutabiq amal. mislan aap ne Allah ko mana malik-e-yom-ud-deen ke taur par ke Khuda jo hai, woh malik-e-yom-ud-deen hai,</w:t>
      </w:r>
    </w:p>
    <w:p>
      <w:pPr>
        <w:jc w:val="right"/>
      </w:pPr>
      <w:r>
        <w:t>عمل صالح کا مطلب ہے ایمان کے مطابق عمل۔ مثلاً آپ نے اللہ کو مانا مالک یوم الدین کے طور پر کہ خدا جو ہے، وہ مالک یوم الدین ہے،</w:t>
      </w:r>
    </w:p>
    <w:p>
      <w:r>
        <w:rPr>
          <w:b/>
        </w:rPr>
        <w:t xml:space="preserve">[50:58] </w:t>
      </w:r>
      <w:r>
        <w:t>roz-e-aza ka malik hai, lord of lord of the day of judgment hai. to kya hoga?</w:t>
      </w:r>
    </w:p>
    <w:p>
      <w:pPr>
        <w:jc w:val="right"/>
      </w:pPr>
      <w:r>
        <w:t>روز عزا کا مالک ہے، لارڈ آف لارڈ آف دا ڈے آف ججمنٹ ہے۔ تو کیا ہوگا؟</w:t>
      </w:r>
    </w:p>
    <w:p>
      <w:r>
        <w:rPr>
          <w:b/>
        </w:rPr>
        <w:t xml:space="preserve">[51:05] </w:t>
      </w:r>
      <w:r>
        <w:t>aap ko har waqt yeh ehsas rahega, kuch bhi karte hue, ke mujhe Khuda ke samne khara hona hai. jab dil mein koi buri baat sochenge aap, to foran ayega ke mujhe Khuda ke samne khara hona hai.</w:t>
      </w:r>
    </w:p>
    <w:p>
      <w:pPr>
        <w:jc w:val="right"/>
      </w:pPr>
      <w:r>
        <w:t>آپ کو ہر وقت یہ احساس رہے گا، کچھ بھی کرتے ہوئے، کہ مجھے خدا کے سامنے کھڑا ہونا ہے۔ جب دل میں کوئی بری بات سوچیں گے آپ، تو فوراً آئے گا کہ مجھے خدا کے سامنے کھڑا ہونا ہے۔</w:t>
      </w:r>
    </w:p>
    <w:p>
      <w:r>
        <w:rPr>
          <w:b/>
        </w:rPr>
        <w:t xml:space="preserve">[51:21] </w:t>
      </w:r>
      <w:r>
        <w:t>munh se koi baat nikalenge, to foran aap sochenge ke mujhe malik-e-yom-ud-deen ke samne khara hona hai.</w:t>
      </w:r>
    </w:p>
    <w:p>
      <w:pPr>
        <w:jc w:val="right"/>
      </w:pPr>
      <w:r>
        <w:t>منہ سے کوئی بات نکالیں گے، تو فوراً آپ سوچیں گے کہ مجھے مالک یوم الدین کے سامنے کھڑا ہونا ہے۔</w:t>
      </w:r>
    </w:p>
    <w:p>
      <w:r>
        <w:rPr>
          <w:b/>
        </w:rPr>
        <w:t xml:space="preserve">[51:29] </w:t>
      </w:r>
      <w:r>
        <w:t>jab bhi koi aap kaam karenge, to foran aap sochenge ke kya main is kaam ke liye Khuda ke aage koi justification pesh kar sakta hoon?</w:t>
      </w:r>
    </w:p>
    <w:p>
      <w:pPr>
        <w:jc w:val="right"/>
      </w:pPr>
      <w:r>
        <w:t>جب بھی کوئی آپ کام کریں گے، تو فوراً آپ سوچیں گے کہ کیا میں اس کام کے لیے خدا کے آگے کوئی جسٹیفیکیشن پیش کر سکتا ہوں؟</w:t>
      </w:r>
    </w:p>
    <w:p>
      <w:r>
        <w:rPr>
          <w:b/>
        </w:rPr>
        <w:t xml:space="preserve">[51:44] </w:t>
      </w:r>
      <w:r>
        <w:t>yeh hai imaan. imaan aap ki zindagi ko poori tarah se apne qabze mein le leta hai.</w:t>
      </w:r>
    </w:p>
    <w:p>
      <w:pPr>
        <w:jc w:val="right"/>
      </w:pPr>
      <w:r>
        <w:t>یہ ہے ایمان۔ ایمان آپ کی زندگی کو پوری طرح سے اپنے قبضے میں لے لیتا ہے۔</w:t>
      </w:r>
    </w:p>
    <w:p>
      <w:r>
        <w:rPr>
          <w:b/>
        </w:rPr>
        <w:t xml:space="preserve">[51:54] </w:t>
      </w:r>
      <w:r>
        <w:t>to woh imaan jo pani mein pathar ki tarah ho, woh imaan nahi hai. woh woh to woh to aik aik aik ritual type ki cheez hai. ab woh imaan jo pani mein rang ki tarah ghul jaye, wahi sacha imaan hai.</w:t>
      </w:r>
    </w:p>
    <w:p>
      <w:pPr>
        <w:jc w:val="right"/>
      </w:pPr>
      <w:r>
        <w:t>تو وہ ایمان جو پانی میں پتھر کی طرح ہو، وہ ایمان نہیں ہے۔ وہ وہ تو وہ تو ایک ایک ایک ریچول ٹائپ کی چیز ہے۔ اب وہ ایمان جو پانی میں رنگ کی طرح گھل جائے، وہی سچا ایمان ہے۔</w:t>
      </w:r>
    </w:p>
    <w:p>
      <w:r>
        <w:rPr>
          <w:b/>
        </w:rPr>
        <w:t xml:space="preserve">[52:09] </w:t>
      </w:r>
      <w:r>
        <w:t>aisa imaan lane ke baad aadmi ki zindagi isi ke mutabiq dhal jati hai. yahi amal saleh. amal saleh ka matlab hai imaan ke mutabiq zindagi ka dhal jana.</w:t>
      </w:r>
    </w:p>
    <w:p>
      <w:pPr>
        <w:jc w:val="right"/>
      </w:pPr>
      <w:r>
        <w:t>ایسا ایمان لانے کے بعد آدمی کی زندگی اسی کے مطابق ڈھل جاتی ہے۔ یہی عمل صالح۔ عمل صالح کا مطلب ہے ایمان کے مطابق زندگی کا ڈھل جانا۔</w:t>
      </w:r>
    </w:p>
    <w:p>
      <w:r>
        <w:rPr>
          <w:b/>
        </w:rPr>
        <w:t xml:space="preserve">[52:25] </w:t>
      </w:r>
      <w:r>
        <w:t>imaan mein jo baatein aadmi ne mani hain, isi ke mutabiq zindagi ka dhal jana. yeh hai imaan aur amal saleh ka taluq.</w:t>
      </w:r>
    </w:p>
    <w:p>
      <w:pPr>
        <w:jc w:val="right"/>
      </w:pPr>
      <w:r>
        <w:t>ایمان میں جو باتیں آدمی نے مانی ہیں، اسی کے مطابق زندگی کا ڈھل جانا۔ یہ ہے ایمان اور عمل صالح کا تعلق۔</w:t>
      </w:r>
    </w:p>
    <w:p>
      <w:r>
        <w:rPr>
          <w:b/>
        </w:rPr>
        <w:t xml:space="preserve">[52:42] </w:t>
      </w:r>
      <w:r>
        <w:t>to sacha imaan ke liye best example yahi hai ke pani mein rang ki tarah se hai.</w:t>
      </w:r>
    </w:p>
    <w:p>
      <w:pPr>
        <w:jc w:val="right"/>
      </w:pPr>
      <w:r>
        <w:t>تو سچا ایمان کے لیے بیسٹ ایگزامپل یہی ہے کہ پانی میں رنگ کی طرح سے ہے۔</w:t>
      </w:r>
    </w:p>
    <w:p>
      <w:r>
        <w:rPr>
          <w:b/>
        </w:rPr>
        <w:t xml:space="preserve">[52:51] </w:t>
      </w:r>
      <w:r>
        <w:t>rang dalenge, sara pani rangeen ho jayega. aur woh imaan jo aadmi ke andar sirf talaffuz ke taur par dakhil ho ke kuch lafz bol diya,</w:t>
      </w:r>
    </w:p>
    <w:p>
      <w:pPr>
        <w:jc w:val="right"/>
      </w:pPr>
      <w:r>
        <w:t>رنگ ڈالیں گے، سارا پانی رنگین ہو جائے گا۔ اور وہ ایمان جو آدمی کے اندر صرف تلفظ کے طور پر داخل ہو کہ کچھ لفظ بول دیا،</w:t>
      </w:r>
    </w:p>
    <w:p>
      <w:r>
        <w:rPr>
          <w:b/>
        </w:rPr>
        <w:t xml:space="preserve">[53:05] </w:t>
      </w:r>
      <w:r>
        <w:t>to woh aise aise jaise ke pani ke andar pathar, pathar alag rahega, pani alag rahega. to yeh imaan Allah taala ko matloob nahi hai.</w:t>
      </w:r>
    </w:p>
    <w:p>
      <w:pPr>
        <w:jc w:val="right"/>
      </w:pPr>
      <w:r>
        <w:t>تو وہ ایسے ایسے جیسے کہ پانی کے اندر پتھر، پتھر الگ رہے گا، پانی الگ رہے گا۔ تو یہ ایمان اللہ تعالیٰ کو مطلوب نہیں ہے۔</w:t>
      </w:r>
    </w:p>
    <w:p>
      <w:r>
        <w:rPr>
          <w:b/>
        </w:rPr>
        <w:t xml:space="preserve">[53:18] </w:t>
      </w:r>
      <w:r>
        <w:t>isi liye kaha gaya ke "ya ilaa ilaa ilaa ilaa ilaa ilaa ilaa ilaa ilaa ilaa imaan laane wala, phir se imaan lao". matlab jinhon ne lafz ko dohrraya hai, un se kaha gaya hai ke woh imaan lao jo din jo jo tumhari zindagi mein sama jaye, tumhare zehn ko badal de,</w:t>
      </w:r>
    </w:p>
    <w:p>
      <w:pPr>
        <w:jc w:val="right"/>
      </w:pPr>
      <w:r>
        <w:t>اسی لیے کہا گیا کہ "یا الی الی الی الی الی الی الی الی الی الی ایمان لانے والا، پھر سے ایمان لاؤ"۔ مطلب جنہوں نے لفظ کو دہرایا ہے، ان سے کہا گیا ہے کہ وہ ایمان لاؤ جو دن جو جو تمہاری زندگی میں سما جائے، تمہارے ذہن کو بدل دے،</w:t>
      </w:r>
    </w:p>
    <w:p>
      <w:r>
        <w:rPr>
          <w:b/>
        </w:rPr>
        <w:t xml:space="preserve">[53:37] </w:t>
      </w:r>
      <w:r>
        <w:t>tumhare dimagh mein inqilab barpa kar de. to dekhen, hamesha quran mein jagah jagah aata hai "aamanu wa amilus saalihaat".</w:t>
      </w:r>
    </w:p>
    <w:p>
      <w:pPr>
        <w:jc w:val="right"/>
      </w:pPr>
      <w:r>
        <w:t>تمہارے دماغ میں انقلاب برپا کر دے۔ تو دیکھیں، ہمیشہ قرآن میں جگہ جگہ آتا ہے "آمنوا وعملوا الصالحات"۔</w:t>
      </w:r>
    </w:p>
    <w:p>
      <w:r>
        <w:rPr>
          <w:b/>
        </w:rPr>
        <w:t xml:space="preserve">[53:47] </w:t>
      </w:r>
      <w:r>
        <w:t>saath saath woh imaan laye aur amal saaleh kiya. yeh saath saath aata hai barabar imaan laye aur amal saaleh kiya.</w:t>
      </w:r>
    </w:p>
    <w:p>
      <w:pPr>
        <w:jc w:val="right"/>
      </w:pPr>
      <w:r>
        <w:t>ساتھ ساتھ وہ ایمان لائے اور عمل صالح کیا۔ یہ ساتھ ساتھ آتا ہے برابر ایمان لائے اور عمل صالح کیا۔</w:t>
      </w:r>
    </w:p>
    <w:p>
      <w:r>
        <w:rPr>
          <w:b/>
        </w:rPr>
        <w:t xml:space="preserve">[53:58] </w:t>
      </w:r>
      <w:r>
        <w:t>matlab yeh hua ke imaan itna taqatwar tha un ka ke un ka amal isi mein dhal gaya. imaan un ka itna zabardast inqilabi imaan tha ke poori life un ki isi mein dhal gayi.</w:t>
      </w:r>
    </w:p>
    <w:p>
      <w:pPr>
        <w:jc w:val="right"/>
      </w:pPr>
      <w:r>
        <w:t>مطلب یہ ہوا کہ ایمان اتنا طاقتور تھا ان کا کہ ان کا عمل اسی میں ڈھل گیا۔ ایمان ان کا اتنا زبردست انقلابی ایمان تھا کہ پوری لائف ان کی اسی میں ڈھل گئی۔</w:t>
      </w:r>
    </w:p>
    <w:p>
      <w:r>
        <w:rPr>
          <w:b/>
        </w:rPr>
        <w:t xml:space="preserve">[54:13] </w:t>
      </w:r>
      <w:r>
        <w:t>un ka dil isi tarah se dhal gaya, un ke dimagh mein is tarah soch aane lagi,</w:t>
      </w:r>
    </w:p>
    <w:p>
      <w:pPr>
        <w:jc w:val="right"/>
      </w:pPr>
      <w:r>
        <w:t>ان کا دل اسی طرح سے ڈھل گیا، ان کے دماغ میں اس طرح سوچ آنے لگی،</w:t>
      </w:r>
    </w:p>
    <w:p>
      <w:r>
        <w:rPr>
          <w:b/>
        </w:rPr>
        <w:t xml:space="preserve">[54:17] </w:t>
      </w:r>
      <w:r>
        <w:t>un ka behaviour, un ki speech, un ki activities sab imaan par dhal gayi. yeh hai amal saaleh. to sachcha imaan aadmi ke andar aaye aur phir us ki zindagi amal saaleh ban jaye,</w:t>
      </w:r>
    </w:p>
    <w:p>
      <w:pPr>
        <w:jc w:val="right"/>
      </w:pPr>
      <w:r>
        <w:t>ان کا بیہیویئر، ان کی سپیچ، ان کی ایکٹیویٹیز سب ایمان پر ڈھل گئی۔ یہ ہے عمل صالح۔ تو سچا ایمان آدمی کے اندر آئے اور پھر اس کی زندگی عمل صالح بن جائے،</w:t>
      </w:r>
    </w:p>
    <w:p>
      <w:r>
        <w:rPr>
          <w:b/>
        </w:rPr>
        <w:t xml:space="preserve">[54:34] </w:t>
      </w:r>
      <w:r>
        <w:t>tab us ke liye jannat hai.</w:t>
      </w:r>
    </w:p>
    <w:p>
      <w:pPr>
        <w:jc w:val="right"/>
      </w:pPr>
      <w:r>
        <w:t>تب اس کے لیے جنت ہے۔</w:t>
      </w:r>
    </w:p>
    <w:p>
      <w:r>
        <w:rPr>
          <w:b/>
        </w:rPr>
        <w:t xml:space="preserve">[54:39] </w:t>
      </w:r>
      <w:r>
        <w:t>tab us ke liye jin</w:t>
      </w:r>
    </w:p>
    <w:p>
      <w:pPr>
        <w:jc w:val="right"/>
      </w:pPr>
      <w:r>
        <w:t>تب اس کے لیے جن</w:t>
      </w:r>
    </w:p>
    <w:p>
      <w:r>
        <w:rPr>
          <w:b/>
        </w:rPr>
        <w:t xml:space="preserve">[54:40] </w:t>
      </w:r>
      <w:r>
        <w:t>nat hai. jannat koi jannat koi</w:t>
      </w:r>
    </w:p>
    <w:p>
      <w:pPr>
        <w:jc w:val="right"/>
      </w:pPr>
      <w:r>
        <w:t>ت ہے۔ جنت کوئی جنت کوئی</w:t>
      </w:r>
    </w:p>
    <w:p>
      <w:r>
        <w:rPr>
          <w:b/>
        </w:rPr>
        <w:t xml:space="preserve">[54:47] </w:t>
      </w:r>
      <w:r>
        <w:t>jannat ek haqeeqi cheez hai. ek haqeeqi cheez haqeeqi muawze mein milti hai.</w:t>
      </w:r>
    </w:p>
    <w:p>
      <w:pPr>
        <w:jc w:val="right"/>
      </w:pPr>
      <w:r>
        <w:t>جنت ایک حقیقی چیز ہے۔ ایک حقیقی چیز حقیقی معاوضے میں ملتی ہے۔</w:t>
      </w:r>
    </w:p>
    <w:p>
      <w:r>
        <w:rPr>
          <w:b/>
        </w:rPr>
        <w:t xml:space="preserve">[54:56] </w:t>
      </w:r>
      <w:r>
        <w:t>humein ek haqeeqi amal pesh karna hai. tabhi yeh mumkin hai ke jannat humein mile. jannat sab se bari haqeeqat hai.</w:t>
      </w:r>
    </w:p>
    <w:p>
      <w:pPr>
        <w:jc w:val="right"/>
      </w:pPr>
      <w:r>
        <w:t>ہمیں ایک حقیقی عمل پیش کرنا ہے۔ تبھی یہ ممکن ہے کہ جنت ہمیں ملے۔ جنت سب سے بڑی حقیقت ہے۔</w:t>
      </w:r>
    </w:p>
    <w:p>
      <w:r>
        <w:rPr>
          <w:b/>
        </w:rPr>
        <w:t xml:space="preserve">[55:07] </w:t>
      </w:r>
      <w:r>
        <w:t>jo cheez sab se bari haqeeqat ho, us ke liye ek haqeeqi amal darkar hota hai. haqeeqi amal darkar ho</w:t>
      </w:r>
    </w:p>
    <w:p>
      <w:pPr>
        <w:jc w:val="right"/>
      </w:pPr>
      <w:r>
        <w:t>جو چیز سب سے بڑی حقیقت ہو، اس کے لیے ایک حقیقی عمل درکار ہوتا ہے۔ حقیقی عمل درکار ہوت</w:t>
      </w:r>
    </w:p>
    <w:p>
      <w:r>
        <w:rPr>
          <w:b/>
        </w:rPr>
        <w:t xml:space="preserve">[55:15] </w:t>
      </w:r>
      <w:r>
        <w:t>ta hai. to amal saleh ki behtareen tareef yahi hai ke imaan ke mutabiq amal.</w:t>
      </w:r>
    </w:p>
    <w:p>
      <w:pPr>
        <w:jc w:val="right"/>
      </w:pPr>
      <w:r>
        <w:t>ا ہے۔ تو عمل صالح کی بہترین تعریف یہی ہے کہ ایمان کے مطابق عمل۔</w:t>
      </w:r>
    </w:p>
    <w:p>
      <w:r>
        <w:rPr>
          <w:b/>
        </w:rPr>
        <w:t xml:space="preserve">[55:23] </w:t>
      </w:r>
      <w:r>
        <w:t>imaan ke mutabiq amal. jab aap ne maana ke khuda</w:t>
      </w:r>
    </w:p>
    <w:p>
      <w:pPr>
        <w:jc w:val="right"/>
      </w:pPr>
      <w:r>
        <w:t>ایمان کے مطابق عمل۔ جب آپ نے مانا کہ خدا</w:t>
      </w:r>
    </w:p>
    <w:p>
      <w:r>
        <w:rPr>
          <w:b/>
        </w:rPr>
        <w:t xml:space="preserve">[55:30] </w:t>
      </w:r>
      <w:r>
        <w:t>mujh ko dekh raha hai, khuda mujhe aakhirat mein pakdega, khuda aakhirat mein mera hisab kitab lega, yeh soch jo hai aap ki zindagi mein dhal jayegi.</w:t>
      </w:r>
    </w:p>
    <w:p>
      <w:pPr>
        <w:jc w:val="right"/>
      </w:pPr>
      <w:r>
        <w:t>مجھ کو دیکھ رہا ہے، خدا مجھے آخرت میں پکڑے گا، خدا آخرت میں میرا حساب کتاب لے گا، یہ سوچ جو ہے آپ کی زندگی میں ڈھل جائے گی۔</w:t>
      </w:r>
    </w:p>
    <w:p>
      <w:r>
        <w:rPr>
          <w:b/>
        </w:rPr>
        <w:t xml:space="preserve">[55:43] </w:t>
      </w:r>
      <w:r>
        <w:t>jab dhal jayegi to isi ka naam hoga amal saleh. to yeh bataya is ayat mein</w:t>
      </w:r>
    </w:p>
    <w:p>
      <w:pPr>
        <w:jc w:val="right"/>
      </w:pPr>
      <w:r>
        <w:t>جب ڈھل جائے گی تو اسی کا نام ہوگا عمل صالح۔ تو یہ بتایا اس آیت میں</w:t>
      </w:r>
    </w:p>
    <w:p>
      <w:r>
        <w:rPr>
          <w:b/>
        </w:rPr>
        <w:t xml:space="preserve">[55:53] </w:t>
      </w:r>
      <w:r>
        <w:t>aur ayat number 82 mein. aur yeh baat quran mein jagah jagah hai "alazeen aamano wa amilus salihat" ke do shartein aadmi ko pesh karna hai, poora karna hai is duniya mein.</w:t>
      </w:r>
    </w:p>
    <w:p>
      <w:pPr>
        <w:jc w:val="right"/>
      </w:pPr>
      <w:r>
        <w:t>اور آیت نمبر 82 میں۔ اور یہ بات قرآن میں جگہ جگہ ہے "الذین آمنوا وعملوا الصالحات" کہ دو شرطیں آدمی کو پیش کرنا ہے، پورا کرنا ہے اس دنیا میں۔</w:t>
      </w:r>
    </w:p>
    <w:p>
      <w:r>
        <w:rPr>
          <w:b/>
        </w:rPr>
        <w:t xml:space="preserve">[56:07] </w:t>
      </w:r>
      <w:r>
        <w:t>ek imaan ki shart, yaani khuda ki marifat, ya aap keh sakte hain ke khuda ki discovery. jab tak discovery ke darje mein aap khuda ko na payein, tab tak woh saccha imaan nahi banega.</w:t>
      </w:r>
    </w:p>
    <w:p>
      <w:pPr>
        <w:jc w:val="right"/>
      </w:pPr>
      <w:r>
        <w:t>ایک ایمان کی شرط، یعنی خدا کی معرفت، یا آپ کہہ سکتے ہیں کہ خدا کی ڈسکوری۔ جب تک ڈسکوری کے درجے میں آپ خدا کو نہ پائیں، تب تک وہ سچا ایمان نہیں بنے گا۔</w:t>
      </w:r>
    </w:p>
    <w:p>
      <w:r>
        <w:rPr>
          <w:b/>
        </w:rPr>
        <w:t xml:space="preserve">[56:22] </w:t>
      </w:r>
      <w:r>
        <w:t>aur doosri cheez yeh hai ke imaan itna itna taqatwar ho, itna strong ho ke aap ki zindagi par chha jaye. woh aap ki poori zindagi ko cover kar le.</w:t>
      </w:r>
    </w:p>
    <w:p>
      <w:pPr>
        <w:jc w:val="right"/>
      </w:pPr>
      <w:r>
        <w:t>اور دوسری چیز یہ ہے کہ ایمان اتنا اتنا طاقتور ہو، اتنا سٹرانگ ہو کہ آپ کی زندگی پر چھا جائے۔ وہ آپ کی پوری زندگی کو کور کر لے۔</w:t>
      </w:r>
    </w:p>
    <w:p>
      <w:r>
        <w:rPr>
          <w:b/>
        </w:rPr>
        <w:t xml:space="preserve">[56:32] </w:t>
      </w:r>
      <w:r>
        <w:t>woh</w:t>
      </w:r>
    </w:p>
    <w:p>
      <w:pPr>
        <w:jc w:val="right"/>
      </w:pPr>
      <w:r>
        <w:t>وہ</w:t>
      </w:r>
    </w:p>
    <w:p>
      <w:r>
        <w:rPr>
          <w:b/>
        </w:rPr>
        <w:t xml:space="preserve">[56:35] </w:t>
      </w:r>
      <w:r>
        <w:t>aap</w:t>
      </w:r>
    </w:p>
    <w:p>
      <w:pPr>
        <w:jc w:val="right"/>
      </w:pPr>
      <w:r>
        <w:t>آپ</w:t>
      </w:r>
    </w:p>
    <w:p>
      <w:r>
        <w:rPr>
          <w:b/>
        </w:rPr>
        <w:t xml:space="preserve">[56:36] </w:t>
      </w:r>
      <w:r>
        <w:t>ke bol, aap ka aap ki dealing, aap ka sochna, aap ka karna sab imaan ke mutabiq hone lagen.</w:t>
      </w:r>
    </w:p>
    <w:p>
      <w:pPr>
        <w:jc w:val="right"/>
      </w:pPr>
      <w:r>
        <w:t>کے بول، آپ کا آپ کی ڈیلنگ، آپ کا سوچنا، آپ کا کرنا سب ایمان کے مطابق ہونے لگے۔</w:t>
      </w:r>
    </w:p>
    <w:p>
      <w:r>
        <w:rPr>
          <w:b/>
        </w:rPr>
        <w:t xml:space="preserve">[56:47] </w:t>
      </w:r>
      <w:r>
        <w:t>isi ka naam hai amal saleh. to jannat ki shart yeh hai ke aadmi imaan aur amal saleh do cheezon ko saboot de is duniya mein.</w:t>
      </w:r>
    </w:p>
    <w:p>
      <w:pPr>
        <w:jc w:val="right"/>
      </w:pPr>
      <w:r>
        <w:t>اسی کا نام ہے عمل صالح۔ تو جنت کی شرط یہ ہے کہ آدمی ایمان اور عمل صالح دو چیزوں کو ثبوت دے اس دنیا میں۔</w:t>
      </w:r>
    </w:p>
    <w:p>
      <w:r>
        <w:rPr>
          <w:b/>
        </w:rPr>
        <w:t xml:space="preserve">[57:00] </w:t>
      </w:r>
      <w:r>
        <w:t>jo log yeh yeh saboot na dein, un ke liye jannat nahi hai.</w:t>
      </w:r>
    </w:p>
    <w:p>
      <w:pPr>
        <w:jc w:val="right"/>
      </w:pPr>
      <w:r>
        <w:t>جو لوگ یہ یہ ثبوت نہ دیں، ان کے لیے جنت نہیں ہے۔</w:t>
      </w:r>
    </w:p>
    <w:p>
      <w:r>
        <w:rPr>
          <w:b/>
        </w:rPr>
        <w:t xml:space="preserve">[57:05] </w:t>
      </w:r>
      <w:r>
        <w:t>yeh baat na sirf surah baqarah mein balkeh poore quran mein bar bar kahi gayi hai. to jis ko jannat chahiye, woh saccha imaan aur saccha amal saleh apne andar paida kare.</w:t>
      </w:r>
    </w:p>
    <w:p>
      <w:pPr>
        <w:jc w:val="right"/>
      </w:pPr>
      <w:r>
        <w:t>یہ بات نہ صرف سورہ بقرہ میں بلکہ پورے قرآن میں بار بار کہی گئی ہے۔ تو جس کو جنت چاہیے، وہ سچا ایمان اور سچا عمل صالح اپنے اندر پیدا کرے۔</w:t>
      </w:r>
    </w:p>
    <w:p>
      <w:r>
        <w:rPr>
          <w:b/>
        </w:rPr>
        <w:t xml:space="preserve">[57:20] </w:t>
      </w:r>
      <w:r>
        <w:t>aqool qooli haza wastaghfirullah alaikum ajmaeen.</w:t>
      </w:r>
    </w:p>
    <w:p>
      <w:pPr>
        <w:jc w:val="right"/>
      </w:pPr>
      <w:r>
        <w:t>اقول قولیھذا واستغفراللہ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