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Jihad Fillah June 23, 2013</w:t>
      </w:r>
    </w:p>
    <w:p>
      <w:r>
        <w:t>https://youtu.be/NRTno1eQTos</w:t>
      </w:r>
    </w:p>
    <w:p>
      <w:r>
        <w:rPr>
          <w:b/>
        </w:rPr>
        <w:t xml:space="preserve">[00:27] </w:t>
      </w:r>
      <w:r>
        <w:t>wa yassir li amri, wah lul uqdatan min lisani, yafqahu qawli.</w:t>
      </w:r>
    </w:p>
    <w:p>
      <w:pPr>
        <w:jc w:val="right"/>
      </w:pPr>
      <w:r>
        <w:t>، ویسر لی امری، واحل العقدۃ من لسانی، یفقہ قولی۔</w:t>
      </w:r>
    </w:p>
    <w:p>
      <w:r>
        <w:rPr>
          <w:b/>
        </w:rPr>
        <w:t xml:space="preserve">[00:38] </w:t>
      </w:r>
      <w:r>
        <w:t>aaj june 2013 ki 23 tareekh hai.</w:t>
      </w:r>
    </w:p>
    <w:p>
      <w:pPr>
        <w:jc w:val="right"/>
      </w:pPr>
      <w:r>
        <w:t>آج جون 2013 کی 23 تاریخ ہے۔</w:t>
      </w:r>
    </w:p>
    <w:p>
      <w:r>
        <w:rPr>
          <w:b/>
        </w:rPr>
        <w:t xml:space="preserve">[00:50] </w:t>
      </w:r>
      <w:r>
        <w:t>aaj ka topic hai: jihad fi Allah, yaani Allah mein jihad.</w:t>
      </w:r>
    </w:p>
    <w:p>
      <w:pPr>
        <w:jc w:val="right"/>
      </w:pPr>
      <w:r>
        <w:t>آج کا ٹاپک ہے: جہاد فی اللہ، یعنی اللہ میں جہاد۔</w:t>
      </w:r>
    </w:p>
    <w:p>
      <w:r>
        <w:rPr>
          <w:b/>
        </w:rPr>
        <w:t xml:space="preserve">[01:04] </w:t>
      </w:r>
      <w:r>
        <w:t>quran mein jihad ke bare mein kai jagah ayatein aayi hain, lekin har jagah jihad fi sabilillah ke alfaaz hain. Allah ke raste mein jihad.</w:t>
      </w:r>
    </w:p>
    <w:p>
      <w:pPr>
        <w:jc w:val="right"/>
      </w:pPr>
      <w:r>
        <w:t>قرآن میں جہاد کے بارے میں کئی جگہ آیتیں آئیں ہیں، لیکن ہر جگہ جہاد فی سبیل اللہ کے الفاظ ہیں۔ اللہ کے راستے میں جہاد۔</w:t>
      </w:r>
    </w:p>
    <w:p>
      <w:r>
        <w:rPr>
          <w:b/>
        </w:rPr>
        <w:t xml:space="preserve">[01:15] </w:t>
      </w:r>
      <w:r>
        <w:t>lekin do jagah aisa hai ke wahan sabil ka lafz nahi hai, jihad fi Allah ka lafz hai.</w:t>
      </w:r>
    </w:p>
    <w:p>
      <w:pPr>
        <w:jc w:val="right"/>
      </w:pPr>
      <w:r>
        <w:t>لیکن دو جگہ ایسا ہے کہ وہاں سبیل کا لفظ نہیں ہے، جہاد فی اللہ کا لفظ ہے۔</w:t>
      </w:r>
    </w:p>
    <w:p>
      <w:r>
        <w:rPr>
          <w:b/>
        </w:rPr>
        <w:t xml:space="preserve">[01:27] </w:t>
      </w:r>
      <w:r>
        <w:t>isi mein se ek ayat woh hai jo surah ankaboot ke aakhir mein hai ke walazeen jahadu fina lanah subana wallah liamalil muhsineen</w:t>
      </w:r>
    </w:p>
    <w:p>
      <w:pPr>
        <w:jc w:val="right"/>
      </w:pPr>
      <w:r>
        <w:t>اسی میں سے ایک آیت وہ ہے جو سورہ العنکبوت کے آخر میں ہے کہ والذین جہادوا فینا لنہ سبنا واللہ لمعالم المحسنین</w:t>
      </w:r>
    </w:p>
    <w:p>
      <w:r>
        <w:rPr>
          <w:b/>
        </w:rPr>
        <w:t xml:space="preserve">[01:43] </w:t>
      </w:r>
      <w:r>
        <w:t>. jo log Allah mein jihad karein to un ko Allah apna rasta dikhata hai, aur Allah muhsineen ke sath hai.</w:t>
      </w:r>
    </w:p>
    <w:p>
      <w:pPr>
        <w:jc w:val="right"/>
      </w:pPr>
      <w:r>
        <w:t>۔ جو لوگ اللہ میں جہاد کریں تو ان کو اللہ اپنا راستہ دکھاتا ہے، اور اللہ محسنین کے ساتھ ہے۔</w:t>
      </w:r>
    </w:p>
    <w:p>
      <w:r>
        <w:rPr>
          <w:b/>
        </w:rPr>
        <w:t xml:space="preserve">[02:00] </w:t>
      </w:r>
      <w:r>
        <w:t>dekhein, yahan par jo Allah mein jihad hai, yeh is se mukhtalif hai jo Allah ke raste mein jihad ka matlab hota hai.</w:t>
      </w:r>
    </w:p>
    <w:p>
      <w:pPr>
        <w:jc w:val="right"/>
      </w:pPr>
      <w:r>
        <w:t>دیکھیں، یہاں پر جو اللہ میں جہاد ہے، یہ اس سے مختلف ہے جو اللہ کے راستے میں جہاد کا مطلب ہوتا ہے۔</w:t>
      </w:r>
    </w:p>
    <w:p>
      <w:r>
        <w:rPr>
          <w:b/>
        </w:rPr>
        <w:t xml:space="preserve">[02:10] </w:t>
      </w:r>
      <w:r>
        <w:t>allah ke raste mein jihad to ek practical baat hai, practical baat hai. lekin allah mein jihad jo hai, yeh intellectual baat hai.</w:t>
      </w:r>
    </w:p>
    <w:p>
      <w:pPr>
        <w:jc w:val="right"/>
      </w:pPr>
      <w:r>
        <w:t>اللہ کے راستے میں جہاد تو ایک پریکٹیکل بات ہے، پریکٹیکل بات ہے۔ لیکن اللہ میں جہاد جو ہے، یہ انٹلیکچول بات ہے۔</w:t>
      </w:r>
    </w:p>
    <w:p>
      <w:r>
        <w:rPr>
          <w:b/>
        </w:rPr>
        <w:t xml:space="preserve">[02:20] </w:t>
      </w:r>
      <w:r>
        <w:t>is se murad hai intellectual jihad. to ek hota hai practical jihad ke rasool allah ke zamane mein kuch logon ne aap par attack kiya to sahaba ne aap ka saath de kar un ka defence kiya.</w:t>
      </w:r>
    </w:p>
    <w:p>
      <w:pPr>
        <w:jc w:val="right"/>
      </w:pPr>
      <w:r>
        <w:t>اس سے مراد ہے انٹلیکچول جہاد۔ تو ایک ہوتا ہے پریکٹیکل جہاد کہ رسول اللہ کے زمانے میں کچھ لوگوں نے آپ پر اٹیک کیا تو صحابہ نے آپ کا ساتھ دے کر ان کا ڈیفنس کیا۔</w:t>
      </w:r>
    </w:p>
    <w:p>
      <w:r>
        <w:rPr>
          <w:b/>
        </w:rPr>
        <w:t xml:space="preserve">[02:38] </w:t>
      </w:r>
      <w:r>
        <w:t>to that was practical jihad. yeh kabhi kabhi hota hai, lekin yeh jo hai intellectual jihad, yeh barabar jari rehta hai.</w:t>
      </w:r>
    </w:p>
    <w:p>
      <w:pPr>
        <w:jc w:val="right"/>
      </w:pPr>
      <w:r>
        <w:t>تو دیٹ واز پریکٹیکل جہاد۔ یہ کبھی کبھی ہوتا ہے، لیکن یہ جو ہے انٹلیکچول جہاد، یہ برابر جاری رہتا ہے۔</w:t>
      </w:r>
    </w:p>
    <w:p>
      <w:r>
        <w:rPr>
          <w:b/>
        </w:rPr>
        <w:t xml:space="preserve">[02:50] </w:t>
      </w:r>
      <w:r>
        <w:t>is mein kabhi gap nahi aata. to jihad ke mani hote hain at most struggle, sari koshish kar dalna.</w:t>
      </w:r>
    </w:p>
    <w:p>
      <w:pPr>
        <w:jc w:val="right"/>
      </w:pPr>
      <w:r>
        <w:t>اس میں کبھی گیپ نہیں آتا۔ تو جہاد کے معنی ہوتے ہیں ایٹ موسٹ سٹرگل، ساری کوشش کر ڈالنا۔</w:t>
      </w:r>
    </w:p>
    <w:p>
      <w:r>
        <w:rPr>
          <w:b/>
        </w:rPr>
        <w:t xml:space="preserve">[03:02] </w:t>
      </w:r>
      <w:r>
        <w:t>to yahan par allah mein jihad ka matlab kya hoga?</w:t>
      </w:r>
    </w:p>
    <w:p>
      <w:pPr>
        <w:jc w:val="right"/>
      </w:pPr>
      <w:r>
        <w:t>تو یہاں پر اللہ میں جہاد کا مطلب کیا ہوگا؟</w:t>
      </w:r>
    </w:p>
    <w:p>
      <w:r>
        <w:rPr>
          <w:b/>
        </w:rPr>
        <w:t xml:space="preserve">[03:07] </w:t>
      </w:r>
      <w:r>
        <w:t>main samajhta hoon is ka matlab yeh hoga ke strive hard to develop god oriented thinking, yani khudai soch paida karne ke liye bohat zyada koshish karna.</w:t>
      </w:r>
    </w:p>
    <w:p>
      <w:pPr>
        <w:jc w:val="right"/>
      </w:pPr>
      <w:r>
        <w:t>میں سمجھتا ہوں اس کا مطلب یہ ہوگا کہ سٹرائیو ہارڈ ٹو ڈیولپ گاڈ اورینٹڈ تھنکنگ، یعنی خدائی سوچ پیدا کرنے کے لیے بہت زیادہ کوشش کرنا۔</w:t>
      </w:r>
    </w:p>
    <w:p>
      <w:r>
        <w:rPr>
          <w:b/>
        </w:rPr>
        <w:t xml:space="preserve">[03:26] </w:t>
      </w:r>
      <w:r>
        <w:t>yeh matlab hoga is ka.</w:t>
      </w:r>
    </w:p>
    <w:p>
      <w:pPr>
        <w:jc w:val="right"/>
      </w:pPr>
      <w:r>
        <w:t>یہ مطلب ہوگا اس کا۔</w:t>
      </w:r>
    </w:p>
    <w:p>
      <w:r>
        <w:rPr>
          <w:b/>
        </w:rPr>
        <w:t xml:space="preserve">[03:29] </w:t>
      </w:r>
      <w:r>
        <w:t>dekhen, yeh jo hai khudai soch, yeh pehli shart hai sachi is zindagi ki.</w:t>
      </w:r>
    </w:p>
    <w:p>
      <w:pPr>
        <w:jc w:val="right"/>
      </w:pPr>
      <w:r>
        <w:t>دیکھیں، یہ جو ہے خدائی سوچ، یہ پہلی شرط ہے سچی اس زندگی کی۔</w:t>
      </w:r>
    </w:p>
    <w:p>
      <w:r>
        <w:rPr>
          <w:b/>
        </w:rPr>
        <w:t xml:space="preserve">[03:42] </w:t>
      </w:r>
      <w:r>
        <w:t>agar aap ki soch ki satah par aap ke andar</w:t>
      </w:r>
    </w:p>
    <w:p>
      <w:pPr>
        <w:jc w:val="right"/>
      </w:pPr>
      <w:r>
        <w:t>اگر آپ کی سوچ کی سطح پر آپ کے اندر</w:t>
      </w:r>
    </w:p>
    <w:p>
      <w:r>
        <w:rPr>
          <w:b/>
        </w:rPr>
        <w:t xml:space="preserve">[03:48] </w:t>
      </w:r>
      <w:r>
        <w:t>islaah ho chuki ho to sare mamle mein islaah hoti chali jayegi.</w:t>
      </w:r>
    </w:p>
    <w:p>
      <w:pPr>
        <w:jc w:val="right"/>
      </w:pPr>
      <w:r>
        <w:t>اصلاح ہو چکی ہو تو سارے معاملے میں اصلاح ہوتی چلی جائے گی۔</w:t>
      </w:r>
    </w:p>
    <w:p>
      <w:r>
        <w:rPr>
          <w:b/>
        </w:rPr>
        <w:t xml:space="preserve">[03:55] </w:t>
      </w:r>
      <w:r>
        <w:t>to yeh jo main ne kaha ke</w:t>
      </w:r>
    </w:p>
    <w:p>
      <w:pPr>
        <w:jc w:val="right"/>
      </w:pPr>
      <w:r>
        <w:t>تو یہ جو میں نے کہا کہ</w:t>
      </w:r>
    </w:p>
    <w:p>
      <w:r>
        <w:rPr>
          <w:b/>
        </w:rPr>
        <w:t xml:space="preserve">[04:00] </w:t>
      </w:r>
      <w:r>
        <w:t>jihad fi allah ka matlab hai strive hard to develop god oriented thinking, is ka matlab kya hai?</w:t>
      </w:r>
    </w:p>
    <w:p>
      <w:pPr>
        <w:jc w:val="right"/>
      </w:pPr>
      <w:r>
        <w:t>جہاد فی اللہ کا مطلب ہے سٹرائیو ہارڈ ٹو ڈیولپ گاڈ اورینٹڈ تھنکنگ، اس کا مطلب کیا ہے؟</w:t>
      </w:r>
    </w:p>
    <w:p>
      <w:r>
        <w:rPr>
          <w:b/>
        </w:rPr>
        <w:t xml:space="preserve">[04:13] </w:t>
      </w:r>
      <w:r>
        <w:t>is ka matlab yeh hai ke aap ka jo thinking process hai, woh musalsal taur par allah ki baaton par chal raha ho.</w:t>
      </w:r>
    </w:p>
    <w:p>
      <w:pPr>
        <w:jc w:val="right"/>
      </w:pPr>
      <w:r>
        <w:t>اس کا مطلب یہ ہے کہ آپ کا جو تھنکنگ پراسیس ہے، وہ مسلسل طور پر اللہ کی باتوں پر چل رہا ہو۔</w:t>
      </w:r>
    </w:p>
    <w:p>
      <w:r>
        <w:rPr>
          <w:b/>
        </w:rPr>
        <w:t xml:space="preserve">[04:22] </w:t>
      </w:r>
      <w:r>
        <w:t>thinking process</w:t>
      </w:r>
    </w:p>
    <w:p>
      <w:pPr>
        <w:jc w:val="right"/>
      </w:pPr>
      <w:r>
        <w:t>تھنکنگ پراسیس</w:t>
      </w:r>
    </w:p>
    <w:p>
      <w:r>
        <w:rPr>
          <w:b/>
        </w:rPr>
        <w:t xml:space="preserve">[04:27] </w:t>
      </w:r>
      <w:r>
        <w:t>yeh sab se bari cheez hai. yani aap kahin bhi hon, raat ho, din ho, aap safar mein hon, ghar par hon, koi kaam kar rahe hon ya khali hon, kisi bhi haal mein hon,</w:t>
      </w:r>
    </w:p>
    <w:p>
      <w:pPr>
        <w:jc w:val="right"/>
      </w:pPr>
      <w:r>
        <w:t>یہ سب سے بڑی چیز ہے۔ یعنی آپ کہیں بھی ہوں، رات ہو، دن ہو، آپ سفر میں ہوں، گھر پر ہوں، کوئی کام کر رہے ہوں یا خالی ہوں، کسی بھی حال میں ہوں،</w:t>
      </w:r>
    </w:p>
    <w:p>
      <w:r>
        <w:rPr>
          <w:b/>
        </w:rPr>
        <w:t xml:space="preserve">[04:40] </w:t>
      </w:r>
      <w:r>
        <w:t>aap ka thinking process jo hai, woh allah ki baaton par chal raha ho. yeh matlab hai is ka.</w:t>
      </w:r>
    </w:p>
    <w:p>
      <w:pPr>
        <w:jc w:val="right"/>
      </w:pPr>
      <w:r>
        <w:t>آپ کا تھنکنگ پراسیس جو ہے، وہ اللہ کی باتوں پر چل رہا ہو۔ یہ مطلب ہے اس کا۔</w:t>
      </w:r>
    </w:p>
    <w:p>
      <w:r>
        <w:rPr>
          <w:b/>
        </w:rPr>
        <w:t xml:space="preserve">[04:51] </w:t>
      </w:r>
      <w:r>
        <w:t>to kaise baaton par chalta hai? is ko main kuch misalon se wazeh karna chahta hoon. allah ki baaton par chalne ka mani yeh nahi hai ke aap allah allah karen.</w:t>
      </w:r>
    </w:p>
    <w:p>
      <w:pPr>
        <w:jc w:val="right"/>
      </w:pPr>
      <w:r>
        <w:t>تو کیسے باتوں پر چلتا ہے؟ اس کو میں کچھ مثالوں سے واضح کرنا چاہتا ہوں۔ اللہ کی باتوں پر چلنے کا معنی یہ نہیں ہے کہ آپ اللہ اللہ کریں۔</w:t>
      </w:r>
    </w:p>
    <w:p>
      <w:r>
        <w:rPr>
          <w:b/>
        </w:rPr>
        <w:t xml:space="preserve">[05:06] </w:t>
      </w:r>
      <w:r>
        <w:t>aap jis duniya mein rehte hain, is duniya mein har jagah allah ki baaton ki jhalakiyan hain. allah ki baaton ke liye point of references hain.</w:t>
      </w:r>
    </w:p>
    <w:p>
      <w:pPr>
        <w:jc w:val="right"/>
      </w:pPr>
      <w:r>
        <w:t>آپ جس دنیا میں رہتے ہیں، اس دنیا میں ہر جگہ اللہ کی باتوں کی جھلکیاں ہیں۔ اللہ کی باتوں کے لیے پوائنٹ آف ریفرنسز ہیں۔</w:t>
      </w:r>
    </w:p>
    <w:p>
      <w:r>
        <w:rPr>
          <w:b/>
        </w:rPr>
        <w:t xml:space="preserve">[05:19] </w:t>
      </w:r>
      <w:r>
        <w:t>to jab aap sochen ge to sochna aankh band kar ke hota nahi. jab quran ko padhen ge, aas pas ki duniya par ghor karen ge to bar bar aap ko aisa hoga ke koi point of reference mil jaye</w:t>
      </w:r>
    </w:p>
    <w:p>
      <w:pPr>
        <w:jc w:val="right"/>
      </w:pPr>
      <w:r>
        <w:t>تو جب آپ سوچیں گے تو سوچنا آنکھ بند کر کے ہوتا نہیں۔ جب قرآن کو پڑھیں گے، آس پاس کی دنیا پر غور کریں گے تو بار بار آپ کو ایسا ہوگا کہ کوئی پوائنٹ آف ریفرنس مل جائے</w:t>
      </w:r>
    </w:p>
    <w:p>
      <w:r>
        <w:rPr>
          <w:b/>
        </w:rPr>
        <w:t xml:space="preserve">[05:36] </w:t>
      </w:r>
      <w:r>
        <w:t>ga, jis ko main kaha karta hoon mind ka trigger hona. to woh jo trigger hoga, usi se aap ke andar yani thinking process ka development hoga.</w:t>
      </w:r>
    </w:p>
    <w:p>
      <w:pPr>
        <w:jc w:val="right"/>
      </w:pPr>
      <w:r>
        <w:t>گا، جس کو میں کہا کرتا ہوں مائنڈ کا ٹریگر ہونا۔ تو وہ جو ٹریگر ہوگا، اسی سے آپ کے اندر یعنی تھنکنگ پراسیس کا ڈیولپمنٹ ہوگا۔</w:t>
      </w:r>
    </w:p>
    <w:p>
      <w:r>
        <w:rPr>
          <w:b/>
        </w:rPr>
        <w:t xml:space="preserve">[05:50] </w:t>
      </w:r>
      <w:r>
        <w:t>main ek misal deta hoon.</w:t>
      </w:r>
    </w:p>
    <w:p>
      <w:pPr>
        <w:jc w:val="right"/>
      </w:pPr>
      <w:r>
        <w:t>میں ایک مثال دیتا ہوں۔</w:t>
      </w:r>
    </w:p>
    <w:p>
      <w:r>
        <w:rPr>
          <w:b/>
        </w:rPr>
        <w:t xml:space="preserve">[05:55] </w:t>
      </w:r>
      <w:r>
        <w:t>dekhen, ek islami shayar the, un ka naam hai abu al-atahiya.</w:t>
      </w:r>
    </w:p>
    <w:p>
      <w:pPr>
        <w:jc w:val="right"/>
      </w:pPr>
      <w:r>
        <w:t>دیکھیں، ایک اسلامی شاعر تھے، ان کا نام ہے ابو العطاہیہ۔</w:t>
      </w:r>
    </w:p>
    <w:p>
      <w:r>
        <w:rPr>
          <w:b/>
        </w:rPr>
        <w:t xml:space="preserve">[06:02] </w:t>
      </w:r>
      <w:r>
        <w:t>abu al-atahiya yeh abbasi daur ke shayar hain. abbasi daur ke shayar hain. yeh 825 isvi mein un ki wafat hui.</w:t>
      </w:r>
    </w:p>
    <w:p>
      <w:pPr>
        <w:jc w:val="right"/>
      </w:pPr>
      <w:r>
        <w:t>ابو العطاہیہ یہ عباسی دور کے شاعر ہیں۔ عباسی دور کے شاعر ہیں۔ یہ 825 عیسوی میں ان کی وفات ہوئی۔</w:t>
      </w:r>
    </w:p>
    <w:p>
      <w:r>
        <w:rPr>
          <w:b/>
        </w:rPr>
        <w:t xml:space="preserve">[06:16] </w:t>
      </w:r>
      <w:r>
        <w:t>to woh kuch sufi qism ke shayar the aur woh marifat wali baaten kiya karte the.</w:t>
      </w:r>
    </w:p>
    <w:p>
      <w:pPr>
        <w:jc w:val="right"/>
      </w:pPr>
      <w:r>
        <w:t>تو وہ کچھ صوفی قسم کے شاعر تھے اور وہ معرفت والی باتیں کیا کرتے تھے۔</w:t>
      </w:r>
    </w:p>
    <w:p>
      <w:r>
        <w:rPr>
          <w:b/>
        </w:rPr>
        <w:t xml:space="preserve">[06:26] </w:t>
      </w:r>
      <w:r>
        <w:t>to un ka ek sher hai wa fi kulli shay'in lahu ayatun tadullu 'ala annahu al-wahid yani har cheez mein nishani hai jo batati hai ke allah ek hai.</w:t>
      </w:r>
    </w:p>
    <w:p>
      <w:pPr>
        <w:jc w:val="right"/>
      </w:pPr>
      <w:r>
        <w:t>تو ان کا ایک شعر ہے وفي کل شیء له آیت تدل علی انہ الواحد یعنی ہر چیز میں نشانی ہے جو بتاتی ہے کہ اللہ ایک ہے۔</w:t>
      </w:r>
    </w:p>
    <w:p>
      <w:r>
        <w:rPr>
          <w:b/>
        </w:rPr>
        <w:t xml:space="preserve">[06:42] </w:t>
      </w:r>
      <w:r>
        <w:t>to bohat din se mein sochta tha ke is ka matlab kya hai? har cheez mein nishani ka matlab kya hai?</w:t>
      </w:r>
    </w:p>
    <w:p>
      <w:pPr>
        <w:jc w:val="right"/>
      </w:pPr>
      <w:r>
        <w:t>تو بہت دن سے میں سوچتا تھا کہ اس کا مطلب کیا ہے؟ ہر چیز میں نشانی کا مطلب کیا ہے؟</w:t>
      </w:r>
    </w:p>
    <w:p>
      <w:r>
        <w:rPr>
          <w:b/>
        </w:rPr>
        <w:t xml:space="preserve">[06:51] </w:t>
      </w:r>
      <w:r>
        <w:t>jis tarah hum is haal mein dakhil hue, yahan par aap jante hain ke insan hai, chair hai, yahan par camera hai, kursi hai.</w:t>
      </w:r>
    </w:p>
    <w:p>
      <w:pPr>
        <w:jc w:val="right"/>
      </w:pPr>
      <w:r>
        <w:t>جس طرح ہم اس حال میں داخل ہوئے، یہاں پر آپ جانتے ہیں کہ انسان ہے، چیئر ہے، یہاں پر کیمرہ ہے، کرسی ہے۔</w:t>
      </w:r>
    </w:p>
    <w:p>
      <w:r>
        <w:rPr>
          <w:b/>
        </w:rPr>
        <w:t xml:space="preserve">[07:00] </w:t>
      </w:r>
      <w:r>
        <w:t>to yeh bhi, yeh jo cheezen yahan maujood hain, jaise dakhil honge, aap jaan lenge. aap jaan lenge ke yeh chair hai, yeh insan hai, yeh camera hai, yeh carpet hai.</w:t>
      </w:r>
    </w:p>
    <w:p>
      <w:pPr>
        <w:jc w:val="right"/>
      </w:pPr>
      <w:r>
        <w:t>تو یہ بھی، یہ جو چیزیں یہاں موجود ہیں، جیسے داخل ہوں گے، آپ جان لیں گے۔ آپ جان لیں گے کہ یہ چیئر ہے، یہ انسان ہے، یہ کیمرہ ہے، یہ کارپٹ ہے۔</w:t>
      </w:r>
    </w:p>
    <w:p>
      <w:r>
        <w:rPr>
          <w:b/>
        </w:rPr>
        <w:t xml:space="preserve">[07:13] </w:t>
      </w:r>
      <w:r>
        <w:t>to kya isi tareeqe se hai Allah ki baaten? agar hain to sab log bekhabar kyun reh gaye poori tareekh mein? agar Allah ki nishaniyan bikhri hui hain is tareeqe se ke jaise yahan par bikhri hui hain maadi cheezen, waise to kisi bhi insan ko bekhabar nahi rehna chahiye tha.</w:t>
      </w:r>
    </w:p>
    <w:p>
      <w:pPr>
        <w:jc w:val="right"/>
      </w:pPr>
      <w:r>
        <w:t>تو کیا اسی طریقے سے ہے اللہ کی باتیں؟ اگر ہیں تو سب لوگ بے خبر کیوں رہ گئے پوری تاریخ میں؟ اگر اللہ کی نشانیاں بکھری ہوئی ہیں اس طریقے سے کہ جیسے یہاں پر بکھری ہوئی ہیں مادی چیزیں، ویسے تو کسی بھی انسان کو بے خبر نہیں رہنا چاہیے تھا۔</w:t>
      </w:r>
    </w:p>
    <w:p>
      <w:r>
        <w:rPr>
          <w:b/>
        </w:rPr>
        <w:t xml:space="preserve">[07:35] </w:t>
      </w:r>
      <w:r>
        <w:t>jaise is haal mein jo dakhil ho, har insan jaan lega ke yahan kya kya cheezen hain. koi bekhabar nahi rahega.</w:t>
      </w:r>
    </w:p>
    <w:p>
      <w:pPr>
        <w:jc w:val="right"/>
      </w:pPr>
      <w:r>
        <w:t>جیسے اس حال میں جو داخل ہو، ہر انسان جان لے گا کہ یہاں کیا کیا چیزیں ہیں۔ کوئی بے خبر نہیں رہے گا۔</w:t>
      </w:r>
    </w:p>
    <w:p>
      <w:r>
        <w:rPr>
          <w:b/>
        </w:rPr>
        <w:t xml:space="preserve">[07:42] </w:t>
      </w:r>
      <w:r>
        <w:t>yeh mein sochta tha ke kya matlab hai is ka? to sochte sochte mera dhyan Quran ki ek aayat par gaya. yeh Surah Aal-e-Imran ke aakhir ki aayat hai 'Inna fi khalqis samawati wal ardi wakhtilafil laili wan nahari la ayatillil ulil albab' yani zameen o aasman mein sari kainat mein nishaniyan hain.</w:t>
      </w:r>
    </w:p>
    <w:p>
      <w:pPr>
        <w:jc w:val="right"/>
      </w:pPr>
      <w:r>
        <w:t>یہ میں سوچتا تھا کہ کیا مطلب ہے اس کا؟ تو سوچتے سوچتے میرا دھیان قرآن کی ایک آیت پر گیا۔ یہ سورہ آل عمران کے آخر کی آیت ہے إن فی خلق السماوات والارض واختلاف الليل والنهار لا آیات الباب یعنی زمین و آسمان میں ساری کائنات میں نشانیاں ہیں۔</w:t>
      </w:r>
    </w:p>
    <w:p>
      <w:r>
        <w:rPr>
          <w:b/>
        </w:rPr>
        <w:t xml:space="preserve">[08:11] </w:t>
      </w:r>
      <w:r>
        <w:t>nishaniyan</w:t>
      </w:r>
    </w:p>
    <w:p>
      <w:pPr>
        <w:jc w:val="right"/>
      </w:pPr>
      <w:r>
        <w:t>نشانیاں</w:t>
      </w:r>
    </w:p>
    <w:p>
      <w:r>
        <w:rPr>
          <w:b/>
        </w:rPr>
        <w:t xml:space="preserve">[08:12] </w:t>
      </w:r>
      <w:r>
        <w:t>hain kis ke liye? Ulil albab ke liye. tab ja kar bhai saamne woh sher aaya. unhon ne yeh baat to keh di ke nishaniyan hain, lekin nishaniyan kis ke liye hain?</w:t>
      </w:r>
    </w:p>
    <w:p>
      <w:pPr>
        <w:jc w:val="right"/>
      </w:pPr>
      <w:r>
        <w:t>ہیں کس کے لیے؟ اولی الباب کے لیے۔ تب جا کر بھئی سامنے وہ شعر آیا۔ انہوں نے یہ بات تو کہہ دی کہ نشانیاں ہیں، لیکن نشانیاں کس کے لیے ہیں؟</w:t>
      </w:r>
    </w:p>
    <w:p>
      <w:r>
        <w:rPr>
          <w:b/>
        </w:rPr>
        <w:t xml:space="preserve">[08:24] </w:t>
      </w:r>
      <w:r>
        <w:t>jo Ulil albab hon, yani aqal wale hon, jo tadabbur karte hon, jo apni soch ko istemal karte hon, un ke liye.</w:t>
      </w:r>
    </w:p>
    <w:p>
      <w:pPr>
        <w:jc w:val="right"/>
      </w:pPr>
      <w:r>
        <w:t>جو اولی الباب ہوں، یعنی عقل والے ہوں، جو تدبر کرتے ہوں، جو اپنی سوچ کو استعمال کرتے ہوں، ان کے لیے۔</w:t>
      </w:r>
    </w:p>
    <w:p>
      <w:r>
        <w:rPr>
          <w:b/>
        </w:rPr>
        <w:t xml:space="preserve">[08:36] </w:t>
      </w:r>
      <w:r>
        <w:t>warna wahi hoga ke 'wa qad marrat 'alayhimu ma marratu fi samawati wal ardi wa hum 'anha mu'ridun'. aadmi guzarta jayega, guzarta jayega in raaton se aur payega kuch bhi nahi.</w:t>
      </w:r>
    </w:p>
    <w:p>
      <w:pPr>
        <w:jc w:val="right"/>
      </w:pPr>
      <w:r>
        <w:t>ورنہ وہی ہوگا کہ وقایب مناتین فی السماوات والارض تمرون علیہم وانا ورزون ۔ آدمی گزرتا جائے گا، گزرتا جائے گا ان راتوں سے اور پائے گا کچھ بھی نہیں۔</w:t>
      </w:r>
    </w:p>
    <w:p>
      <w:r>
        <w:rPr>
          <w:b/>
        </w:rPr>
        <w:t xml:space="preserve">[08:49] </w:t>
      </w:r>
      <w:r>
        <w:t>payega kuch bhi nahi. to</w:t>
      </w:r>
    </w:p>
    <w:p>
      <w:pPr>
        <w:jc w:val="right"/>
      </w:pPr>
      <w:r>
        <w:t>پائے گا کچھ بھی نہیں۔ تو</w:t>
      </w:r>
    </w:p>
    <w:p>
      <w:r>
        <w:rPr>
          <w:b/>
        </w:rPr>
        <w:t xml:space="preserve">[08:55] </w:t>
      </w:r>
      <w:r>
        <w:t>jo be nishaniyan to har jagah hain. har har zarra nishani hai. har cheez mein nishani hai. ghaas nishani hai. lekin in nishaniyon ko paane ke liye zaroori hai ke aap Ulil albab hon.</w:t>
      </w:r>
    </w:p>
    <w:p>
      <w:pPr>
        <w:jc w:val="right"/>
      </w:pPr>
      <w:r>
        <w:t>جو بے نشانیاں تو ہر جگہ ہیں۔ ہر ہر ذرہ نشانی ہے۔ ہر چیز میں نشانی ہے۔ گھاس نشانی ہے۔ لیکن ان نشانیوں کو پانے کے لیے ضروری ہے کہ آپ اولی الباب ہوں۔</w:t>
      </w:r>
    </w:p>
    <w:p>
      <w:r>
        <w:rPr>
          <w:b/>
        </w:rPr>
        <w:t xml:space="preserve">[09:09] </w:t>
      </w:r>
      <w:r>
        <w:t>aap aqal wale hon. aqal wale kon hain? aqal wale to yeh to sab hi hon. paida hua to aqal hai. nahi, jinhon ne apni thinking ko develop kar rakha ho.</w:t>
      </w:r>
    </w:p>
    <w:p>
      <w:pPr>
        <w:jc w:val="right"/>
      </w:pPr>
      <w:r>
        <w:t>آپ عقل والے ہوں۔ عقل والے کون ہیں؟ عقل والے تو یہ تو سب ہی ہوں۔ پیدا ہوا تو عقل ہے۔ نہیں، جنہوں نے اپنی تھنکنگ کو ڈیولپ کر رکھا ہو۔</w:t>
      </w:r>
    </w:p>
    <w:p>
      <w:r>
        <w:rPr>
          <w:b/>
        </w:rPr>
        <w:t xml:space="preserve">[09:20] </w:t>
      </w:r>
      <w:r>
        <w:t>yaad rakhiye, sirf aqal wala hona agar kafi ho to har aadmi ko nishaniyan mil jayen. kyunke aqal to sab ko hoti hai. nahi, is ka matlab hai jis ne apni aqal ko develop kiya.</w:t>
      </w:r>
    </w:p>
    <w:p>
      <w:pPr>
        <w:jc w:val="right"/>
      </w:pPr>
      <w:r>
        <w:t>یاد رکھیے، صرف عقل والا ہونا اگر کافی ہو تو ہر آدمی کو نشانیاں مل جائیں۔ کیونکہ عقل تو سب کو ہوتی ہے۔ نہیں، اس کا مطلب ہے جس نے اپنی عقل کو ڈیولپ کیا۔</w:t>
      </w:r>
    </w:p>
    <w:p>
      <w:r>
        <w:rPr>
          <w:b/>
        </w:rPr>
        <w:t xml:space="preserve">[09:33] </w:t>
      </w:r>
      <w:r>
        <w:t>develop kiya. usi ko hai jihad fi Allah.</w:t>
      </w:r>
    </w:p>
    <w:p>
      <w:pPr>
        <w:jc w:val="right"/>
      </w:pPr>
      <w:r>
        <w:t>ڈیولپ کیا۔ اسی کو ہے جہاد فی اللہ۔</w:t>
      </w:r>
    </w:p>
    <w:p>
      <w:r>
        <w:rPr>
          <w:b/>
        </w:rPr>
        <w:t xml:space="preserve">[09:37] </w:t>
      </w:r>
      <w:r>
        <w:t>yani strive hard to develop</w:t>
      </w:r>
    </w:p>
    <w:p>
      <w:pPr>
        <w:jc w:val="right"/>
      </w:pPr>
      <w:r>
        <w:t>یعنی سٹرائیو ہارڈ ٹو ڈیولپ</w:t>
      </w:r>
    </w:p>
    <w:p>
      <w:r>
        <w:rPr>
          <w:b/>
        </w:rPr>
        <w:t xml:space="preserve">[09:43] </w:t>
      </w:r>
      <w:r>
        <w:t>God oriented thinking. jab tak aap develop nahi karenge aur jihad ki satah par jab develop nahi karenge, tab tak aap ki aqal jo hai kisi cheez se kuch payegi nahi.</w:t>
      </w:r>
    </w:p>
    <w:p>
      <w:pPr>
        <w:jc w:val="right"/>
      </w:pPr>
      <w:r>
        <w:t>گاڈ اورینٹڈ تھنکنگ۔ جب تک آپ ڈیولپ نہیں کریں گے اور جہاد کی سطح پر جب ڈیولپ نہیں کریں گے، تب تک آپ کی عقل جو ہے کسی چیز سے کچھ پائے گی نہیں۔</w:t>
      </w:r>
    </w:p>
    <w:p>
      <w:r>
        <w:rPr>
          <w:b/>
        </w:rPr>
        <w:t xml:space="preserve">[09:54] </w:t>
      </w:r>
      <w:r>
        <w:t>aqal to hogi aap ke sar mein, payega kuch bhi nahi. jaise mein aap ko ek misaal deta hoon aaj ki ke aqal ko istemal karne ka matlab kya hai?</w:t>
      </w:r>
    </w:p>
    <w:p>
      <w:pPr>
        <w:jc w:val="right"/>
      </w:pPr>
      <w:r>
        <w:t>عقل تو ہوگی آپ کے سر میں، پائے گا کچھ بھی نہیں۔ جیسے میں آپ کو ایک مثال دیتا ہوں آج کی کہ عقل کو استعمال کرنے کا مطلب کیا ہے؟</w:t>
      </w:r>
    </w:p>
    <w:p>
      <w:r>
        <w:rPr>
          <w:b/>
        </w:rPr>
        <w:t xml:space="preserve">[10:07] </w:t>
      </w:r>
      <w:r>
        <w:t>dekhen, aaj ke akhbar mein, aaj yani 23 June, 23 June ke akhbar mein ek item yeh tha. yeh ek advertisement hai ghar ka.</w:t>
      </w:r>
    </w:p>
    <w:p>
      <w:pPr>
        <w:jc w:val="right"/>
      </w:pPr>
      <w:r>
        <w:t>دیکھیں، آج کے اخبار میں، آج یعنی 23 جون، 23 جون کے اخبار میں ایک آئٹم یہ تھا۔ یہ ایک ایڈورٹائزمنٹ ہے گھر کا۔</w:t>
      </w:r>
    </w:p>
    <w:p>
      <w:r>
        <w:rPr>
          <w:b/>
        </w:rPr>
        <w:t xml:space="preserve">[10:18] </w:t>
      </w:r>
      <w:r>
        <w:t>ghar ka advertisement. is mein likha hua hai 'Investment for Abounding Pleasure'.</w:t>
      </w:r>
    </w:p>
    <w:p>
      <w:pPr>
        <w:jc w:val="right"/>
      </w:pPr>
      <w:r>
        <w:t>گھر کا ایڈورٹائزمنٹ۔ اس میں لکھا ہوا ہے "انویسٹمنٹ فار اباؤنڈنگ پلیژر"۔</w:t>
      </w:r>
    </w:p>
    <w:p>
      <w:r>
        <w:rPr>
          <w:b/>
        </w:rPr>
        <w:t xml:space="preserve">[10:28] </w:t>
      </w:r>
      <w:r>
        <w:t>ab is mein dekhiye, khoobsurat ghar hai, lawn hai, hanste hue aadmi hain</w:t>
      </w:r>
    </w:p>
    <w:p>
      <w:pPr>
        <w:jc w:val="right"/>
      </w:pPr>
      <w:r>
        <w:t>اب اس میں دیکھیے، خوبصورت گھر ہے، لان ہے، ہنستے ہوئے آدمی ہیں</w:t>
      </w:r>
    </w:p>
    <w:p>
      <w:r>
        <w:rPr>
          <w:b/>
        </w:rPr>
        <w:t xml:space="preserve">[10:34] </w:t>
      </w:r>
      <w:r>
        <w:t>to bada acha lagta hai. aur aadmi chahne lagta hai ke mujhe bhi is mein ek flat mil jaye, ek ghar mil jaye.</w:t>
      </w:r>
    </w:p>
    <w:p>
      <w:pPr>
        <w:jc w:val="right"/>
      </w:pPr>
      <w:r>
        <w:t>تو بڑا اچھا لگتا ہے۔ اور آدمی چاہنے لگتا ہے کہ مجھے بھی اس میں ایک فلیٹ مل جائے، ایک گھر مل جائے۔</w:t>
      </w:r>
    </w:p>
    <w:p>
      <w:r>
        <w:rPr>
          <w:b/>
        </w:rPr>
        <w:t xml:space="preserve">[10:45] </w:t>
      </w:r>
      <w:r>
        <w:t>to aap dekhiye, is ko padh kar ke do qism ka radd-e-amal hai. ek yeh hai ke aap is ke bohat zabardast shaukeen ban jayen.</w:t>
      </w:r>
    </w:p>
    <w:p>
      <w:pPr>
        <w:jc w:val="right"/>
      </w:pPr>
      <w:r>
        <w:t>تو آپ دیکھیے، اس کو پڑھ کر کے دو قسم کا ردعمل ہے۔ ایک یہ ہے کہ آپ اس کے بہت زبردست شوقین بن جائیں۔</w:t>
      </w:r>
    </w:p>
    <w:p>
      <w:r>
        <w:rPr>
          <w:b/>
        </w:rPr>
        <w:t xml:space="preserve">[10:55] </w:t>
      </w:r>
      <w:r>
        <w:t>aap ke paas paisa ho to ja kar dhait aur ghar khareeden. paisa nahi hai to bank se loan len.</w:t>
      </w:r>
    </w:p>
    <w:p>
      <w:pPr>
        <w:jc w:val="right"/>
      </w:pPr>
      <w:r>
        <w:t>آپ کے پاس پیسہ ہو تو جا کر دھات اور گھر خریدیں۔ پیسہ نہیں ہے تو بینک سے لون لیں۔</w:t>
      </w:r>
    </w:p>
    <w:p>
      <w:r>
        <w:rPr>
          <w:b/>
        </w:rPr>
        <w:t xml:space="preserve">[11:04] </w:t>
      </w:r>
      <w:r>
        <w:t>lekin tajurba batata hai ke jin logon ke paas aise ghar hain, un ko bhi koi peace ki zindagi nahi milti. khushi ki zindagi nahi milti.</w:t>
      </w:r>
    </w:p>
    <w:p>
      <w:pPr>
        <w:jc w:val="right"/>
      </w:pPr>
      <w:r>
        <w:t>لیکن تجربہ بتاتا ہے کہ جن لوگوں کے پاس ایسے گھر ہیں، ان کو بھی کوئی پیس کی زندگی نہیں ملتی۔ خوشی کی زندگی نہیں ملتی۔</w:t>
      </w:r>
    </w:p>
    <w:p>
      <w:r>
        <w:rPr>
          <w:b/>
        </w:rPr>
        <w:t xml:space="preserve">[11:15] </w:t>
      </w:r>
      <w:r>
        <w:t>mein ne apni zindagi mein kai aisay waqiat dekhe hain. jaisay mein naujawani ki umar mein tha janpur mein to wahan aik nawab yusuf hua karte thay.</w:t>
      </w:r>
    </w:p>
    <w:p>
      <w:pPr>
        <w:jc w:val="right"/>
      </w:pPr>
      <w:r>
        <w:t>میں نے اپنی زندگی میں کئی ایسے واقعات دیکھے ہیں۔ جیسے میں نوجوانی کی عمر میں تھا جانپور میں تو وہاں ایک نواب یوسف ہوا کرتے تھے۔</w:t>
      </w:r>
    </w:p>
    <w:p>
      <w:r>
        <w:rPr>
          <w:b/>
        </w:rPr>
        <w:t xml:space="preserve">[11:26] </w:t>
      </w:r>
      <w:r>
        <w:t>azadi se pehle.</w:t>
      </w:r>
    </w:p>
    <w:p>
      <w:pPr>
        <w:jc w:val="right"/>
      </w:pPr>
      <w:r>
        <w:t>آزادی سے پہلے۔</w:t>
      </w:r>
    </w:p>
    <w:p>
      <w:r>
        <w:rPr>
          <w:b/>
        </w:rPr>
        <w:t xml:space="preserve">[11:28] </w:t>
      </w:r>
      <w:r>
        <w:t>bohat zabardast lawn tha un ki kothi mein. mashhoor tha ke nawab yusuf ki kothi ka lawn. phir kya hua ke 47 mein jo partition hua, woh chalay gaye pakistan.</w:t>
      </w:r>
    </w:p>
    <w:p>
      <w:pPr>
        <w:jc w:val="right"/>
      </w:pPr>
      <w:r>
        <w:t>بہت زبردست لان تھا ان کی کوٹھی میں۔ مشہور تھا کہ نواب یوسف کی کوٹھی کا لان۔ پھر کیا ہوا کہ 47 میں جو پارٹیشن ہوا، وہ چلے گئے پاکستان۔</w:t>
      </w:r>
    </w:p>
    <w:p>
      <w:r>
        <w:rPr>
          <w:b/>
        </w:rPr>
        <w:t xml:space="preserve">[11:41] </w:t>
      </w:r>
      <w:r>
        <w:t>woh sara ghar jo hai, us ke baad todta dala gaya. is ka koi wajood ab nahi hai. ab woh wahan ja kar ke maishi mar gaye.</w:t>
      </w:r>
    </w:p>
    <w:p>
      <w:pPr>
        <w:jc w:val="right"/>
      </w:pPr>
      <w:r>
        <w:t>وہ سارا گھر جو ہے، اس کے بعد توڑتا ڈالا گیا۔ اس کا کوئی وجود اب نہیں ہے۔ اب وہ وہاں جا کر کے معیشی مر گئے۔</w:t>
      </w:r>
    </w:p>
    <w:p>
      <w:r>
        <w:rPr>
          <w:b/>
        </w:rPr>
        <w:t xml:space="preserve">[11:50] </w:t>
      </w:r>
      <w:r>
        <w:t>to kya mila un ko is shandar ghar se?</w:t>
      </w:r>
    </w:p>
    <w:p>
      <w:pPr>
        <w:jc w:val="right"/>
      </w:pPr>
      <w:r>
        <w:t>تو کیا ملا ان کو اس شاندار گھر سے؟</w:t>
      </w:r>
    </w:p>
    <w:p>
      <w:r>
        <w:rPr>
          <w:b/>
        </w:rPr>
        <w:t xml:space="preserve">[11:54] </w:t>
      </w:r>
      <w:r>
        <w:t>aisay hi mein ne adab garh mein dekha, aik thay raja hariksan. unhon ne bohat zabardast ghar banaya, bohat zabardast kothi, mahal numa.</w:t>
      </w:r>
    </w:p>
    <w:p>
      <w:pPr>
        <w:jc w:val="right"/>
      </w:pPr>
      <w:r>
        <w:t>ایسے ہی میں نے آدب گڑھ میں دیکھا، ایک تھے راجہ حرکسن۔ انہوں نے بہت زبردست گھر بنایا، بہت زبردست کوٹھی، محل نما۔</w:t>
      </w:r>
    </w:p>
    <w:p>
      <w:r>
        <w:rPr>
          <w:b/>
        </w:rPr>
        <w:t xml:space="preserve">[12:03] </w:t>
      </w:r>
      <w:r>
        <w:t>lekin jab ban kar tayyar hui to mar gaye. to ab dekhiye ke aik shakal yeh hai ke aap is is tasweer ko dekhen aur dorren ke mujhe aisa ghar chahiye.</w:t>
      </w:r>
    </w:p>
    <w:p>
      <w:pPr>
        <w:jc w:val="right"/>
      </w:pPr>
      <w:r>
        <w:t>لیکن جب بن کر تیار ہوئی تو مر گئے۔ تو اب دیکھیے کہ ایک شکل یہ ہے کہ آپ اس اس تصویر کو دیکھیں اور دوڑیں کہ مجھے ایسا گھر چاہیے۔</w:t>
      </w:r>
    </w:p>
    <w:p>
      <w:r>
        <w:rPr>
          <w:b/>
        </w:rPr>
        <w:t xml:space="preserve">[12:19] </w:t>
      </w:r>
      <w:r>
        <w:t>aik hai ke aap sochen. sochen, sochen. to kya hoga? ke ghar milna na milna dono barabar hai.</w:t>
      </w:r>
    </w:p>
    <w:p>
      <w:pPr>
        <w:jc w:val="right"/>
      </w:pPr>
      <w:r>
        <w:t>ایک ہے کہ آپ سوچیں۔ سوچیں، سوچیں۔ تو کیا ہوگا؟ کہ گھر ملنا نہ ملنا دونوں برابر ہے۔</w:t>
      </w:r>
    </w:p>
    <w:p>
      <w:r>
        <w:rPr>
          <w:b/>
        </w:rPr>
        <w:t xml:space="preserve">[12:29] </w:t>
      </w:r>
      <w:r>
        <w:t>ghar mil jaye tab bhi sukh nahi mile ga. sukh alag cheez, alag cheez hai.</w:t>
      </w:r>
    </w:p>
    <w:p>
      <w:pPr>
        <w:jc w:val="right"/>
      </w:pPr>
      <w:r>
        <w:t>گھر مل جائے تب بھی سکھ نہیں ملے گا۔ سکھ الگ چیز، الگ چیز ہے۔</w:t>
      </w:r>
    </w:p>
    <w:p>
      <w:r>
        <w:rPr>
          <w:b/>
        </w:rPr>
        <w:t xml:space="preserve">[12:34] </w:t>
      </w:r>
      <w:r>
        <w:t>sukh ka talluq kothi ya maal se nahi hai. woh alag cheez hai. aur phir doosri baat yeh hai ke kuch bhi mil jaye aap ko, phir bhi accident dunya mein hota hai.</w:t>
      </w:r>
    </w:p>
    <w:p>
      <w:pPr>
        <w:jc w:val="right"/>
      </w:pPr>
      <w:r>
        <w:t>سکھ کا تعلق کوٹھی یا مال سے نہیں ہے۔ وہ الگ چیز ہے۔ اور پھر دوسری بات یہ ہے کہ کچھ بھی مل جائے آپ کو، پھر بھی ایکسیڈنٹ دنیا میں ہوتا ہے۔</w:t>
      </w:r>
    </w:p>
    <w:p>
      <w:r>
        <w:rPr>
          <w:b/>
        </w:rPr>
        <w:t xml:space="preserve">[12:46] </w:t>
      </w:r>
      <w:r>
        <w:t>dunya mein boredom hota hai. dunya mein bemari aati hai. aakhir mein mar jata hai insan. to milna na milna dono barabar hai. to soch ke dekhen, do line hui.</w:t>
      </w:r>
    </w:p>
    <w:p>
      <w:pPr>
        <w:jc w:val="right"/>
      </w:pPr>
      <w:r>
        <w:t>دنیا میں بورڈم ہوتا ہے۔ دنیا میں بیماری آتی ہے۔ آخر میں مر جاتا ہے انسان۔ تو ملنا نہ ملنا دونوں برابر ہے۔ تو سوچ کے دیکھیں، دو لائن ہوئی۔</w:t>
      </w:r>
    </w:p>
    <w:p>
      <w:r>
        <w:rPr>
          <w:b/>
        </w:rPr>
        <w:t xml:space="preserve">[12:59] </w:t>
      </w:r>
      <w:r>
        <w:t>aik hai emotional soch, aik hai rational soch.</w:t>
      </w:r>
    </w:p>
    <w:p>
      <w:pPr>
        <w:jc w:val="right"/>
      </w:pPr>
      <w:r>
        <w:t>ایک ہے ایموشنل سوچ، ایک ہے ریشنل سوچ۔</w:t>
      </w:r>
    </w:p>
    <w:p>
      <w:r>
        <w:rPr>
          <w:b/>
        </w:rPr>
        <w:t xml:space="preserve">[13:03] </w:t>
      </w:r>
      <w:r>
        <w:t>do line hui. ke aap ne tasweer dekhi to emotion aap ke jaag parre. dorren, aap ke ja ke telephone karo, ja ke milo un se, jao wahan par aik ghar hasil karo.</w:t>
      </w:r>
    </w:p>
    <w:p>
      <w:pPr>
        <w:jc w:val="right"/>
      </w:pPr>
      <w:r>
        <w:t>دو لائن ہوئی۔ کہ آپ نے تصویر دیکھی تو ایموشن آپ کے جاگ پڑے۔ دوڑے، آپ کے جا کے ٹیلی فون کرو، جا کے ملو ان سے، جاؤ وہاں پر ایک گھر حاصل کرو۔</w:t>
      </w:r>
    </w:p>
    <w:p>
      <w:r>
        <w:rPr>
          <w:b/>
        </w:rPr>
        <w:t xml:space="preserve">[13:14] </w:t>
      </w:r>
      <w:r>
        <w:t>that is emotional response. lekin aap sochen ke bhai aisa ghar jin logon ne pa liya, un ko bhi kya mila?</w:t>
      </w:r>
    </w:p>
    <w:p>
      <w:pPr>
        <w:jc w:val="right"/>
      </w:pPr>
      <w:r>
        <w:t>دیٹ از ایموشنل رسپانس۔ لیکن آپ سوچیں کہ بھئی ایسا گھر جن لوگوں نے پا لیا، ان کو بھی کیا ملا؟</w:t>
      </w:r>
    </w:p>
    <w:p>
      <w:r>
        <w:rPr>
          <w:b/>
        </w:rPr>
        <w:t xml:space="preserve">[13:24] </w:t>
      </w:r>
      <w:r>
        <w:t>phir bhi woh sad rehte hain, phir bhi dispare mein rehte hain, phir bhi stress mein rehte hain, phir bhi tension mein rehte hain, aur phir bhi mar jatay hain.</w:t>
      </w:r>
    </w:p>
    <w:p>
      <w:pPr>
        <w:jc w:val="right"/>
      </w:pPr>
      <w:r>
        <w:t>پھر بھی وہ سیڈ رہتے ہیں، پھر بھی ڈسپیرے میں رہتے ہیں، پھر بھی سٹریس میں رہتے ہیں، پھر بھی ٹینشن میں رہتے ہیں، اور پھر بھی مر جاتے ہیں۔</w:t>
      </w:r>
    </w:p>
    <w:p>
      <w:r>
        <w:rPr>
          <w:b/>
        </w:rPr>
        <w:t xml:space="preserve">[13:35] </w:t>
      </w:r>
      <w:r>
        <w:t>to un ko bhi kuch nahi mila. that is rational response. to har maamle mein dekhiye, yahi hai ke aik ho ke aap emotional response den, aik hai rational response den.</w:t>
      </w:r>
    </w:p>
    <w:p>
      <w:pPr>
        <w:jc w:val="right"/>
      </w:pPr>
      <w:r>
        <w:t>تو ان کو بھی کچھ نہیں ملا۔ دیٹ از ریشنل رسپانس۔ تو ہر معاملے میں دیکھیے، یہی ہے کہ ایک ہو کہ آپ ایموشنل رسپانس دیں، ایک ہے ریشنل رسپانس دیں۔</w:t>
      </w:r>
    </w:p>
    <w:p>
      <w:r>
        <w:rPr>
          <w:b/>
        </w:rPr>
        <w:t xml:space="preserve">[13:49] </w:t>
      </w:r>
      <w:r>
        <w:t>to jab aap ke andar woh cheez aa chuki hogi, thinking process chalte chalte aap ka mind prepare ho chuka hoga.</w:t>
      </w:r>
    </w:p>
    <w:p>
      <w:pPr>
        <w:jc w:val="right"/>
      </w:pPr>
      <w:r>
        <w:t>تو جب آپ کے اندر وہ چیز آ چکی ہوگی، تھنکنگ پراسیس چلتے چلتے آپ کا مائنڈ پریپیئر ہو چکا ہوگا۔</w:t>
      </w:r>
    </w:p>
    <w:p>
      <w:r>
        <w:rPr>
          <w:b/>
        </w:rPr>
        <w:t xml:space="preserve">[13:59] </w:t>
      </w:r>
      <w:r>
        <w:t>yani yeh jo farmaya ke Allah mein jihad karo, aur is ka matlab hai kya? ke thinking process ko jari kar ke apne mind ko prepare karo.</w:t>
      </w:r>
    </w:p>
    <w:p>
      <w:pPr>
        <w:jc w:val="right"/>
      </w:pPr>
      <w:r>
        <w:t>یعنی یہ جو فرمایا کہ اللہ میں جہاد کرو، اور اس کا مطلب ہے کیا؟ کہ تھنکنگ پراسیس کو جاری کر کے اپنے مائنڈ کو پریپر کرو۔</w:t>
      </w:r>
    </w:p>
    <w:p>
      <w:r>
        <w:rPr>
          <w:b/>
        </w:rPr>
        <w:t xml:space="preserve">[14:10] </w:t>
      </w:r>
      <w:r>
        <w:t>aik din mein yeh kaam nahi hota. yeh kaam dekhiye, aik din mein nahi hota.</w:t>
      </w:r>
    </w:p>
    <w:p>
      <w:pPr>
        <w:jc w:val="right"/>
      </w:pPr>
      <w:r>
        <w:t>ایک دن میں یہ کام نہیں ہوتا۔ یہ کام دیکھیے، ایک دن میں نہیں ہوتا۔</w:t>
      </w:r>
    </w:p>
    <w:p>
      <w:r>
        <w:rPr>
          <w:b/>
        </w:rPr>
        <w:t xml:space="preserve">[14:15] </w:t>
      </w:r>
      <w:r>
        <w:t>bohat dinon tak karte hain aap, tab aap bante hain prepared mind. to is ke maani yeh kya hain? ke woh jo jihad hai, woh to aik do din hota hai.</w:t>
      </w:r>
    </w:p>
    <w:p>
      <w:pPr>
        <w:jc w:val="right"/>
      </w:pPr>
      <w:r>
        <w:t>بہت دنوں تک کرتے ہیں آپ، تب آپ بنتے ہیں پریپیرڈ مائنڈ۔ تو اس کے معنی یہ کیا ہیں؟ کہ وہ جو جہاد ہے، وہ تو ایک دو دن ہوتا ہے۔</w:t>
      </w:r>
    </w:p>
    <w:p>
      <w:r>
        <w:rPr>
          <w:b/>
        </w:rPr>
        <w:t xml:space="preserve">[14:27] </w:t>
      </w:r>
      <w:r>
        <w:t>kabhi ab to woh jihad ki zaroorat bhi nahi, kyunke har taraf peace hai. lekin yeh jo jihad fi Allah hai, yeh aik mustaqil cheez hai.</w:t>
      </w:r>
    </w:p>
    <w:p>
      <w:pPr>
        <w:jc w:val="right"/>
      </w:pPr>
      <w:r>
        <w:t>کبھی اب تو وہ جہاد کی ضرورت بھی نہیں، کیونکہ ہر طرف پیس ہے۔ لیکن یہ جو جہاد فی اللہ ہے، یہ ایک مستقل چیز ہے۔</w:t>
      </w:r>
    </w:p>
    <w:p>
      <w:r>
        <w:rPr>
          <w:b/>
        </w:rPr>
        <w:t xml:space="preserve">[14:38] </w:t>
      </w:r>
      <w:r>
        <w:t>achha, is ka faida kya bataya? linnahdiyannahum sulana</w:t>
      </w:r>
    </w:p>
    <w:p>
      <w:pPr>
        <w:jc w:val="right"/>
      </w:pPr>
      <w:r>
        <w:t>اچھا، اس کا فائدہ کیا بتایا؟ لنهدینہم سولنا</w:t>
      </w:r>
    </w:p>
    <w:p>
      <w:r>
        <w:rPr>
          <w:b/>
        </w:rPr>
        <w:t xml:space="preserve">[14:44] </w:t>
      </w:r>
      <w:r>
        <w:t>hum dikhayen ge un ko apna rasta. apna rasta. yeh bohat hi ahem baat hai. mein is par soch raha tha, is ayat ko le kar ke.</w:t>
      </w:r>
    </w:p>
    <w:p>
      <w:pPr>
        <w:jc w:val="right"/>
      </w:pPr>
      <w:r>
        <w:t>ہم دکھائیں گے ان کو اپنا راستہ۔ اپنا راستہ۔ یہ بہت ہی اہم بات ہے۔ میں اس پر سوچ رہا تھا، اس آیت کو لے کر کے۔</w:t>
      </w:r>
    </w:p>
    <w:p>
      <w:r>
        <w:rPr>
          <w:b/>
        </w:rPr>
        <w:t xml:space="preserve">[14:54] </w:t>
      </w:r>
      <w:r>
        <w:t>to mere zehn mein aik waqia aaya ke apna rasta kya cheez hai? kya cheez hai apna rasta?</w:t>
      </w:r>
    </w:p>
    <w:p>
      <w:pPr>
        <w:jc w:val="right"/>
      </w:pPr>
      <w:r>
        <w:t>تو میرے ذہن میں ایک واقعہ آیا کہ اپنا راستہ کیا چیز ہے؟ کیا چیز ہے اپنا راستہ؟</w:t>
      </w:r>
    </w:p>
    <w:p>
      <w:r>
        <w:rPr>
          <w:b/>
        </w:rPr>
        <w:t xml:space="preserve">[15:03] </w:t>
      </w:r>
      <w:r>
        <w:t>dekhiye, Islam ki tareekh mein jo Islam ki jo literal history hai, jo intellectual history Islam ki hai, is mein chhe top ke log paida hue hain.</w:t>
      </w:r>
    </w:p>
    <w:p>
      <w:pPr>
        <w:jc w:val="right"/>
      </w:pPr>
      <w:r>
        <w:t>دیکھیے، اسلام کی تاریخ میں جو اسلام کی جو لٹری ہسٹری ہے، جو انٹلیکچول ہسٹری اسلام کی ہے، اس میں چھ ٹاپ کے لوگ پیدا ہوئے ہیں۔</w:t>
      </w:r>
    </w:p>
    <w:p>
      <w:r>
        <w:rPr>
          <w:b/>
        </w:rPr>
        <w:t xml:space="preserve">[15:19] </w:t>
      </w:r>
      <w:r>
        <w:t>chhe aadmi: alghazali, ibn taimiya, ibn qaiyim, azizuddin ibn abdisalam, abdulrehman ibn khaldun, weshalllah.</w:t>
      </w:r>
    </w:p>
    <w:p>
      <w:pPr>
        <w:jc w:val="right"/>
      </w:pPr>
      <w:r>
        <w:t>چھ آدمی: الغزالی، ابن تیمیہ، ابن قیم، عز الدین ابن عبدالسلام، عبدالرحمن ابن خلدون، وشا للہ۔</w:t>
      </w:r>
    </w:p>
    <w:p>
      <w:r>
        <w:rPr>
          <w:b/>
        </w:rPr>
        <w:t xml:space="preserve">[15:31] </w:t>
      </w:r>
      <w:r>
        <w:t>yeh chaar top post log hain islam ki ilmi tareekh mein. is mein bhi ibn taimiya number aik par hain.</w:t>
      </w:r>
    </w:p>
    <w:p>
      <w:pPr>
        <w:jc w:val="right"/>
      </w:pPr>
      <w:r>
        <w:t>یہ چار ٹاپ پوسٹ لوگ ہیں اسلام کی علمی تاریخ میں۔ اس میں بھی ابن تیمیہ نمبر ایک پر ہیں۔</w:t>
      </w:r>
    </w:p>
    <w:p>
      <w:r>
        <w:rPr>
          <w:b/>
        </w:rPr>
        <w:t xml:space="preserve">[15:41] </w:t>
      </w:r>
      <w:r>
        <w:t>ibn taimiya number aik par hain, jo ke 1328 isvi mein un ki death hui thi. ab dekhiye, ibn taimiya ka qissa.</w:t>
      </w:r>
    </w:p>
    <w:p>
      <w:pPr>
        <w:jc w:val="right"/>
      </w:pPr>
      <w:r>
        <w:t>ابن تیمیہ نمبر ایک پر ہیں، جو کہ 1328 عیسوی میں ان کی ڈیتھ ہوئی تھی۔ اب دیکھیے، ابن تیمیہ کا قصہ۔</w:t>
      </w:r>
    </w:p>
    <w:p>
      <w:r>
        <w:rPr>
          <w:b/>
        </w:rPr>
        <w:t xml:space="preserve">[15:54] </w:t>
      </w:r>
      <w:r>
        <w:t>un ke zamane mein sham mein kya hua? aik waqe</w:t>
      </w:r>
    </w:p>
    <w:p>
      <w:pPr>
        <w:jc w:val="right"/>
      </w:pPr>
      <w:r>
        <w:t>ان کے زمانے میں شام میں کیا ہوا؟ ایک واقع</w:t>
      </w:r>
    </w:p>
    <w:p>
      <w:r>
        <w:rPr>
          <w:b/>
        </w:rPr>
        <w:t xml:space="preserve">[15:58] </w:t>
      </w:r>
      <w:r>
        <w:t>ha hua sham, syria mein ke aik christian jo hai, us ne rasool allah ke khilaf koi baat keh di, jis ko log kehte hain shatm.</w:t>
      </w:r>
    </w:p>
    <w:p>
      <w:pPr>
        <w:jc w:val="right"/>
      </w:pPr>
      <w:r>
        <w:t>ہ ہوا شام، سیریا میں کہ ایک کرسچن جو ہے، اس نے رسول اللہ کے خلاف کوئی بات کہہ دی، جس کو لوگ کہتے ہیں شتم۔</w:t>
      </w:r>
    </w:p>
    <w:p>
      <w:r>
        <w:rPr>
          <w:b/>
        </w:rPr>
        <w:t xml:space="preserve">[16:09] </w:t>
      </w:r>
      <w:r>
        <w:t>abhi isi language rasool allah ke khilaf. yeh un ko maloom hua ibn taimiya ko. to bohat ghussa ho gaye woh ke mere rasool ke khilaf woh aisa karta hai.</w:t>
      </w:r>
    </w:p>
    <w:p>
      <w:pPr>
        <w:jc w:val="right"/>
      </w:pPr>
      <w:r>
        <w:t>ابھی اسی لینگویج رسول اللہ کے خلاف۔ یہ ان کو معلوم ہوا ابن تیمیہ کو۔ تو بہت غصہ ہو گئے وہ کہ میرے رسول کے خلاف وہ ایسا کرتا ہے۔</w:t>
      </w:r>
    </w:p>
    <w:p>
      <w:r>
        <w:rPr>
          <w:b/>
        </w:rPr>
        <w:t xml:space="preserve">[16:20] </w:t>
      </w:r>
      <w:r>
        <w:t>to unhon ne aik moti si kitab dali. is ka naam hai al-saarim al-maslool ala shaatib al-rasool</w:t>
      </w:r>
    </w:p>
    <w:p>
      <w:pPr>
        <w:jc w:val="right"/>
      </w:pPr>
      <w:r>
        <w:t>تو انہوں نے ایک موٹی سی کتاب ڈالی۔ اس کا نام ہے الصارب المسلول علی شاطب الرسول</w:t>
      </w:r>
    </w:p>
    <w:p>
      <w:r>
        <w:rPr>
          <w:b/>
        </w:rPr>
        <w:t xml:space="preserve">[16:30] </w:t>
      </w:r>
      <w:r>
        <w:t>al-saarim al-maslool ala shaatib al-rasool ke khenchi hui talwar, yani open talwar, us ke khilaf jo rasool allah par shatm kare.</w:t>
      </w:r>
    </w:p>
    <w:p>
      <w:pPr>
        <w:jc w:val="right"/>
      </w:pPr>
      <w:r>
        <w:t>الصارب المسلول علی شاطب الرسول کہ کھینچی ہوئی تلوار، یعنی اوپن تلوار، اس کے خلاف جو رسول اللہ پر شتم کرے۔</w:t>
      </w:r>
    </w:p>
    <w:p>
      <w:r>
        <w:rPr>
          <w:b/>
        </w:rPr>
        <w:t xml:space="preserve">[16:40] </w:t>
      </w:r>
      <w:r>
        <w:t>aur is mein unhon ne, yani mere nazdeek, bilkul galat tareeqe se sabit kiya ke jo rasool allah ko shatm kare, woh maar dalo.</w:t>
      </w:r>
    </w:p>
    <w:p>
      <w:pPr>
        <w:jc w:val="right"/>
      </w:pPr>
      <w:r>
        <w:t>اور اس میں انہوں نے، یعنی میرے نزدیک، بالکل غلط طریقے سے ثابت کیا کہ جو رسول اللہ کو شتم کرے، وہ مار ڈالو۔</w:t>
      </w:r>
    </w:p>
    <w:p>
      <w:r>
        <w:rPr>
          <w:b/>
        </w:rPr>
        <w:t xml:space="preserve">[16:49] </w:t>
      </w:r>
      <w:r>
        <w:t>mere nazdeek woh kitab jo hai, bilkul ghair ilmi kitab hai. lekin kyun aisa hua? kyunke emotional response ke muamle ki bas bhadak uthe.</w:t>
      </w:r>
    </w:p>
    <w:p>
      <w:pPr>
        <w:jc w:val="right"/>
      </w:pPr>
      <w:r>
        <w:t>میرے نزدیک وہ کتاب جو ہے، بالکل غیر علمی کتاب ہے۔ لیکن کیوں ایسا ہوا؟ کیونکہ ایموشنل رسپانس کے معاملے کی بس بھڑک اٹھے۔</w:t>
      </w:r>
    </w:p>
    <w:p>
      <w:r>
        <w:rPr>
          <w:b/>
        </w:rPr>
        <w:t xml:space="preserve">[17:00] </w:t>
      </w:r>
      <w:r>
        <w:t>achha, agar agar woh rational response dete, aql se sochte to kya hota? sochte sochte un ka zehn is waqe par jata ke allah taala ne jab insan ko paida kiya to farishton ne decent ka izhaar kiya.</w:t>
      </w:r>
    </w:p>
    <w:p>
      <w:pPr>
        <w:jc w:val="right"/>
      </w:pPr>
      <w:r>
        <w:t>اچھا، اگر اگر وہ ریشنل رسپانس دیتے، عقل سے سوچتے تو کیا ہوتا؟ سوچتے سوچتے ان کا ذہن اس واقعے پر جاتا کہ اللہ تعالی نے جب انسان کو پیدا کیا تو فرشتوں نے ڈیسنٹ کا اظہار کیا۔</w:t>
      </w:r>
    </w:p>
    <w:p>
      <w:r>
        <w:rPr>
          <w:b/>
        </w:rPr>
        <w:t xml:space="preserve">[17:17] </w:t>
      </w:r>
      <w:r>
        <w:t>decent ikhtilaf ka atjlu fiha man yufsidu fiha wa yasmu qadaman ab ghor kijiye</w:t>
      </w:r>
    </w:p>
    <w:p>
      <w:pPr>
        <w:jc w:val="right"/>
      </w:pPr>
      <w:r>
        <w:t>ڈیسنٹ اختلاف کا اتجلو فیہا من یفسد فیہا ویسما قدما اب غور کیجئے</w:t>
      </w:r>
    </w:p>
    <w:p>
      <w:r>
        <w:rPr>
          <w:b/>
        </w:rPr>
        <w:t xml:space="preserve">[17:27] </w:t>
      </w:r>
      <w:r>
        <w:t>to yeh bhi wahi to waqe tha ke naozubillah, woh allah ke khilaf bole. allah ki hasbi par shakk kiya unhon ne?</w:t>
      </w:r>
    </w:p>
    <w:p>
      <w:pPr>
        <w:jc w:val="right"/>
      </w:pPr>
      <w:r>
        <w:t>تو یہ بھی وہی تو واقعہ تھا کہ نعوذ باللہ، وہ اللہ کے خلاف بولے۔ اللہ کی حسبی پر شک کیا انہوں نے؟</w:t>
      </w:r>
    </w:p>
    <w:p>
      <w:r>
        <w:rPr>
          <w:b/>
        </w:rPr>
        <w:t xml:space="preserve">[17:37] </w:t>
      </w:r>
      <w:r>
        <w:t>allah ki hasbi par shakk karna kya is se kam darje ki cheez hai? to yahan par kya hona chahiye tha? allah hukum deta hai jibril ko ke saare farishton ko maar dalo.</w:t>
      </w:r>
    </w:p>
    <w:p>
      <w:pPr>
        <w:jc w:val="right"/>
      </w:pPr>
      <w:r>
        <w:t>اللہ کی حسبی پر شک کرنا کیا اس سے کم درجے کی چیز ہے؟ تو یہاں پر کیا ہونا چاہیے تھا؟ اللہ حکم دیتا ہے جبرائیل کو کہ سارے فرشتوں کو مار ڈالو۔</w:t>
      </w:r>
    </w:p>
    <w:p>
      <w:r>
        <w:rPr>
          <w:b/>
        </w:rPr>
        <w:t xml:space="preserve">[17:51] </w:t>
      </w:r>
      <w:r>
        <w:t>yani yeh agar sahi hai tareeqa ke rasool allah par koi kuch bol de to us ko maar dalo, to sab se pehle allah ko maar dalna chahiye tha, malaika ko.</w:t>
      </w:r>
    </w:p>
    <w:p>
      <w:pPr>
        <w:jc w:val="right"/>
      </w:pPr>
      <w:r>
        <w:t>یعنی یہ اگر صحیح ہے طریقہ کہ رسول اللہ پر کوئی کچھ بول دے تو اس کو مار ڈالو، تو سب سے پہلے اللہ کو مار ڈالنا چاہیے تھا، ملائکہ کو۔</w:t>
      </w:r>
    </w:p>
    <w:p>
      <w:r>
        <w:rPr>
          <w:b/>
        </w:rPr>
        <w:t xml:space="preserve">[18:02] </w:t>
      </w:r>
      <w:r>
        <w:t>aur kuch nadan logon ne aik hadith bhi bana rakhi hai. aik mauzu hadith bhi is par hai. mauzu mere nazdeek sar tapah mauzu hai, fabricated hai.</w:t>
      </w:r>
    </w:p>
    <w:p>
      <w:pPr>
        <w:jc w:val="right"/>
      </w:pPr>
      <w:r>
        <w:t>اور کچھ نادان لوگوں نے ایک حدیث بھی بنا رکھی ہے۔ ایک موضوع حدیث بھی اس پر ہے۔ موضوع میرے نزدیک سر تپہ موضوع ہے، فیبریکیٹڈ ہے۔</w:t>
      </w:r>
    </w:p>
    <w:p>
      <w:r>
        <w:rPr>
          <w:b/>
        </w:rPr>
        <w:t xml:space="preserve">[18:11] </w:t>
      </w:r>
      <w:r>
        <w:t>is hadith mein yeh hai ke Allah taala ko ghussa aaya aur saare farishton ko us ne jala kar khatm kar diya. aur phir dobara farishte paida kiye.</w:t>
      </w:r>
    </w:p>
    <w:p>
      <w:pPr>
        <w:jc w:val="right"/>
      </w:pPr>
      <w:r>
        <w:t>اس حدیث میں یہ ہے کہ اللہ تعالی کو غصہ آیا اور سارے فرشتوں کو اس نے جلا کر ختم کر دیا۔ اور پھر دوبارہ فرشتے پیدا کیے۔</w:t>
      </w:r>
    </w:p>
    <w:p>
      <w:r>
        <w:rPr>
          <w:b/>
        </w:rPr>
        <w:t xml:space="preserve">[18:20] </w:t>
      </w:r>
      <w:r>
        <w:t>jo aaj jo farishte hain, woh woh nahin hain jo us waqt thay. aaj doosre farishte hain. mere nazdeek yeh hadith bilkul hi mauzu hai, fabricated hai.</w:t>
      </w:r>
    </w:p>
    <w:p>
      <w:pPr>
        <w:jc w:val="right"/>
      </w:pPr>
      <w:r>
        <w:t>جو آج جو فرشتے ہیں، وہ وہ نہیں ہیں جو اس وقت تھے۔ آج دوسرے فرشتے ہیں۔ میرے نزدیک یہ حدیث بالکل ہی موضوع ہے، فیبریکیٹڈ ہے۔</w:t>
      </w:r>
    </w:p>
    <w:p>
      <w:r>
        <w:rPr>
          <w:b/>
        </w:rPr>
        <w:t xml:space="preserve">[18:28] </w:t>
      </w:r>
      <w:r>
        <w:t>is ka koi haqeeqat nahin hai. is ka koi saboot nahin hai. to is waqeye mein Ibn Taymiyyah ke liye ek bohat bada saboot tha.</w:t>
      </w:r>
    </w:p>
    <w:p>
      <w:pPr>
        <w:jc w:val="right"/>
      </w:pPr>
      <w:r>
        <w:t>اس کا کوئی حقیقت نہیں ہے۔ اس کا کوئی ثبوت نہیں ہے۔ تو اس واقعے میں ابن تیمیہ کے لیے ایک بہت بڑا ثبوت تھا۔</w:t>
      </w:r>
    </w:p>
    <w:p>
      <w:r>
        <w:rPr>
          <w:b/>
        </w:rPr>
        <w:t xml:space="preserve">[18:38] </w:t>
      </w:r>
      <w:r>
        <w:t>woh kya? Allah taala ne is maamle ko explain kiya. aap parhiye Surah Al-Baqarah mein farishton ke doubt ko clear karne ke liye</w:t>
      </w:r>
    </w:p>
    <w:p>
      <w:pPr>
        <w:jc w:val="right"/>
      </w:pPr>
      <w:r>
        <w:t>وہ کیا؟ اللہ تعالی نے اس معاملے کو ایکسپلین کیا۔ آپ پڑھیے سورہ البقرہ میں فرشتوں کے ڈاؤٹ کو کلیئر کرنے کے لیے</w:t>
      </w:r>
    </w:p>
    <w:p>
      <w:r>
        <w:rPr>
          <w:b/>
        </w:rPr>
        <w:t xml:space="preserve">[18:49] </w:t>
      </w:r>
      <w:r>
        <w:t>Allah taala ne poora ek ek demonstration diya. yeh aap parh lijiye is mein. aur un ke doubt ko clear karne ke liye is ka poora explanation diya.</w:t>
      </w:r>
    </w:p>
    <w:p>
      <w:pPr>
        <w:jc w:val="right"/>
      </w:pPr>
      <w:r>
        <w:t>اللہ تعالی نے پورا ایک ایک ڈیمونسٹریشن دیا۔ یہ آپ پڑھ لیجئے اس میں۔ اور ان کے ڈاؤٹ کو کلیئر کرنے کے لیے اس کا پورا ایکسپلینیشن دیا۔</w:t>
      </w:r>
    </w:p>
    <w:p>
      <w:r>
        <w:rPr>
          <w:b/>
        </w:rPr>
        <w:t xml:space="preserve">[19:01] </w:t>
      </w:r>
      <w:r>
        <w:t>yahan tak ke mutma'in ho gaye woh. achha, agar woh mein mein samajhta hoon ke in logon mein woh woh jihad fi Allah kisi ne paida nahin kiya.</w:t>
      </w:r>
    </w:p>
    <w:p>
      <w:pPr>
        <w:jc w:val="right"/>
      </w:pPr>
      <w:r>
        <w:t>یہاں تک کہ مطمئن ہو گئے وہ۔ اچھا، اگر وہ میں میں سمجھتا ہوں کہ ان لوگوں میں وہ وہ جہاد فی اللہ کسی نے پیدا نہیں کیا۔</w:t>
      </w:r>
    </w:p>
    <w:p>
      <w:r>
        <w:rPr>
          <w:b/>
        </w:rPr>
        <w:t xml:space="preserve">[19:11] </w:t>
      </w:r>
      <w:r>
        <w:t>maaf kijiye, mere nazdeek kisi ne jihad fi Allah kiya nahin. warna woh kya hota</w:t>
      </w:r>
    </w:p>
    <w:p>
      <w:pPr>
        <w:jc w:val="right"/>
      </w:pPr>
      <w:r>
        <w:t>معاف کیجئے، میرے نزدیک کسی نے جہاد فی اللہ کیا نہیں۔ ورنہ وہ کیا ہوتا</w:t>
      </w:r>
    </w:p>
    <w:p>
      <w:r>
        <w:rPr>
          <w:b/>
        </w:rPr>
        <w:t xml:space="preserve">[19:17] </w:t>
      </w:r>
      <w:r>
        <w:t>? woh sochte ke is tarah ki ek misaal maujood hai Quran mein ke Allah ke khilaaf bola gaya to kya hua?</w:t>
      </w:r>
    </w:p>
    <w:p>
      <w:pPr>
        <w:jc w:val="right"/>
      </w:pPr>
      <w:r>
        <w:t>؟ وہ سوچتے کہ اس طرح کی ایک مثال موجود ہے قرآن میں کہ اللہ کے خلاف بولا گیا تو کیا ہوا؟</w:t>
      </w:r>
    </w:p>
    <w:p>
      <w:r>
        <w:rPr>
          <w:b/>
        </w:rPr>
        <w:t xml:space="preserve">[19:25] </w:t>
      </w:r>
      <w:r>
        <w:t>Allah ne explain kiya. to Ibn Taymiyyah ko daud kar jaana chahiye tha is Isaai ke paas, us ke doubt ko clear karne ke liye. us ke khilaaf, us ke liye dua karte, us se discuss karte.</w:t>
      </w:r>
    </w:p>
    <w:p>
      <w:pPr>
        <w:jc w:val="right"/>
      </w:pPr>
      <w:r>
        <w:t>اللہ نے ایکسپلین کیا۔ تو ابن تیمیہ کو دوڑ کر جانا چاہیے تھا اس عیسائی کے پاس، اس کے ڈاؤٹ کو کلیئر کرنے کے لیے۔ اس کے خلاف، اس کے لیے دعا کرتے، اس سے ڈسکس کرتے۔</w:t>
      </w:r>
    </w:p>
    <w:p>
      <w:r>
        <w:rPr>
          <w:b/>
        </w:rPr>
        <w:t xml:space="preserve">[19:39] </w:t>
      </w:r>
      <w:r>
        <w:t>aur agar us ko koi shakk tha Rasool Allah ke baare mein to us us ke baare mein kitaab likhte.</w:t>
      </w:r>
    </w:p>
    <w:p>
      <w:pPr>
        <w:jc w:val="right"/>
      </w:pPr>
      <w:r>
        <w:t>اور اگر اس کو کوئی شک تھا رسول اللہ کے بارے میں تو اس اس کے بارے میں کتاب لکھتے۔</w:t>
      </w:r>
    </w:p>
    <w:p>
      <w:r>
        <w:rPr>
          <w:b/>
        </w:rPr>
        <w:t xml:space="preserve">[19:45] </w:t>
      </w:r>
      <w:r>
        <w:t>yaani us ke shakk ko farz ki jiye, ek us ka shakk yeh ho ke Rasool Allah jo thay, woh prophet sort thay. farz ki jiye, prophet sort to us par kitaab likhte ke Rasool Allah prophet peace thay.</w:t>
      </w:r>
    </w:p>
    <w:p>
      <w:pPr>
        <w:jc w:val="right"/>
      </w:pPr>
      <w:r>
        <w:t>یعنی اس کے شک کو فرض کیے، ایک اس کا شک یہ ہو کہ رسول اللہ جو تھے، وہ پرافٹ سورٹ تھے۔ فرض کیجئے، پرافٹ سورٹ تو اس پر کتاب لکھتے کہ رسول اللہ پرافٹ پیس تھے۔</w:t>
      </w:r>
    </w:p>
    <w:p>
      <w:r>
        <w:rPr>
          <w:b/>
        </w:rPr>
        <w:t xml:space="preserve">[20:01] </w:t>
      </w:r>
      <w:r>
        <w:t>to yeh sab kuch nahin kiya, bas kitaab likh daali. aise unhon ne aur bohat se logon ne kitaab likh rakhi hain isi tarah</w:t>
      </w:r>
    </w:p>
    <w:p>
      <w:pPr>
        <w:jc w:val="right"/>
      </w:pPr>
      <w:r>
        <w:t>تو یہ سب کچھ نہیں کیا، بس کتاب لکھ ڈالی۔ ایسے انہوں نے اور بہت سے لوگوں نے کتاب لکھ رکھی ہیں اسی طرح</w:t>
      </w:r>
    </w:p>
    <w:p>
      <w:r>
        <w:rPr>
          <w:b/>
        </w:rPr>
        <w:t xml:space="preserve">[20:08] </w:t>
      </w:r>
      <w:r>
        <w:t>ki. nateeje kya hua? ke yeh kitaab mein yeh mazameen, yeh masail jo hain, aur fiqh ki kitabon mein likha hua hai ke yقتل حداً. fiqh ki kitabon mein likha hua hai yقتل حداً.</w:t>
      </w:r>
    </w:p>
    <w:p>
      <w:pPr>
        <w:jc w:val="right"/>
      </w:pPr>
      <w:r>
        <w:t>کی۔ نتیجے کیا ہوا؟ کہ یہ کتاب میں یہ مضامین، یہ مسائل جو ہیں، اور فقہ کی کتابوں میں لکھا ہوا ہے کہ یقتل حداً۔ فقہ کی کتابوں میں لکھا ہوا ہے یقتل حداً۔</w:t>
      </w:r>
    </w:p>
    <w:p>
      <w:r>
        <w:rPr>
          <w:b/>
        </w:rPr>
        <w:t xml:space="preserve">[20:22] </w:t>
      </w:r>
      <w:r>
        <w:t>to poori Muslim mind kya ban gaya? ke jo shatame kare, us ko maar dalo. yeh koi Islam thodi hai, yeh Islam nahin hai.</w:t>
      </w:r>
    </w:p>
    <w:p>
      <w:pPr>
        <w:jc w:val="right"/>
      </w:pPr>
      <w:r>
        <w:t>تو پوری مسلم مائنڈ کیا بن گیا؟ کہ جو شتم کرے، اس کو مار ڈالو۔ یہ کوئی اسلام تھوڑی ہے، یہ اسلام نہیں ہے۔</w:t>
      </w:r>
    </w:p>
    <w:p>
      <w:r>
        <w:rPr>
          <w:b/>
        </w:rPr>
        <w:t xml:space="preserve">[20:33] </w:t>
      </w:r>
      <w:r>
        <w:t>ab mein aap ko ek misaal deta hoon, doosri yeh bohat hi anokhi misaal hai, parallel misaal</w:t>
      </w:r>
    </w:p>
    <w:p>
      <w:pPr>
        <w:jc w:val="right"/>
      </w:pPr>
      <w:r>
        <w:t>اب میں آپ کو ایک مثال دیتا ہوں، دوسری یہ بہت ہی انوکھی مثال ہے، پیرلل مثال</w:t>
      </w:r>
    </w:p>
    <w:p>
      <w:r>
        <w:rPr>
          <w:b/>
        </w:rPr>
        <w:t xml:space="preserve">[20:40] </w:t>
      </w:r>
      <w:r>
        <w:t>ke ek taraf to hamare ulama hain jin ko Quran mein yeh mila ke jo Rasool Allah par shatame kare, us ko maar dalo. aur saare Musalmanon ka zehan yeh bana diya unhon ne.</w:t>
      </w:r>
    </w:p>
    <w:p>
      <w:pPr>
        <w:jc w:val="right"/>
      </w:pPr>
      <w:r>
        <w:t>کہ ایک طرف تو ہمارے علماء ہیں جن کو قرآن میں یہ ملا کہ جو رسول اللہ پر شتم کرے، اس کو مار ڈالو۔ اور سارے مسلمانوں کا ذہن یہ بنا دیا انہوں نے۔</w:t>
      </w:r>
    </w:p>
    <w:p>
      <w:r>
        <w:rPr>
          <w:b/>
        </w:rPr>
        <w:t xml:space="preserve">[20:52] </w:t>
      </w:r>
      <w:r>
        <w:t>aaj mein samajhta hoon ke siwaye hamare CPS logon ke, siwa saari duniya ke Musalmanon ke zehan hi yeh hai ke jo shatame kare, us ko maar dalo. shatame kab tha?</w:t>
      </w:r>
    </w:p>
    <w:p>
      <w:pPr>
        <w:jc w:val="right"/>
      </w:pPr>
      <w:r>
        <w:t>آج میں سمجھتا ہوں کہ سوائے ہمارے سی پی ایس لوگوں کے، سوا ساری دنیا کے مسلمانوں کے ذہن ہی یہ ہے کہ جو شتم کرے، اس کو مار ڈالو۔ شتم کب تھا؟</w:t>
      </w:r>
    </w:p>
    <w:p>
      <w:r>
        <w:rPr>
          <w:b/>
        </w:rPr>
        <w:t xml:space="preserve">[21:02] </w:t>
      </w:r>
      <w:r>
        <w:t>blasphemy. jo blasphemy ka irtikaab kare, us ko maar dalo.</w:t>
      </w:r>
    </w:p>
    <w:p>
      <w:pPr>
        <w:jc w:val="right"/>
      </w:pPr>
      <w:r>
        <w:t>بلاسفیمی۔ جو بلاسفیمی کا ارتکاب کرے، اس کو مار ڈالو۔</w:t>
      </w:r>
    </w:p>
    <w:p>
      <w:r>
        <w:rPr>
          <w:b/>
        </w:rPr>
        <w:t xml:space="preserve">[21:08] </w:t>
      </w:r>
      <w:r>
        <w:t>ab mein aap ko dekhta hoon misaal ke aise insaan ke jis ne Quran ko padha, objective tor par us ka koi obsession nahin hai, koi complex nahin hai, koi bias nahin hai, koi hate nahin hai, aur us ne Quran ko padha to us ka kya response hota hai?</w:t>
      </w:r>
    </w:p>
    <w:p>
      <w:pPr>
        <w:jc w:val="right"/>
      </w:pPr>
      <w:r>
        <w:t>اب میں آپ کو دیکھتا ہوں مثال کہ ایسے انسان کے جس نے قرآن کو پڑھا، ابجیکٹو طور پر اس کا کوئی ابسیشن نہیں ہے، کوئی کمپلیکس نہیں ہے، کوئی باس نہیں ہے، کوئی ہیٹ نہیں ہے، اور اس نے قرآن کو پڑھا تو اس کا کیا رسپانس ہوتا ہے؟</w:t>
      </w:r>
    </w:p>
    <w:p>
      <w:r>
        <w:rPr>
          <w:b/>
        </w:rPr>
        <w:t xml:space="preserve">[21:26] </w:t>
      </w:r>
      <w:r>
        <w:t>yeh mujhe aaj hi mili hai, yeh ek Hollywood ka ek bohat hi top ka film star hai jis ka naam hai Russell Brand.</w:t>
      </w:r>
    </w:p>
    <w:p>
      <w:pPr>
        <w:jc w:val="right"/>
      </w:pPr>
      <w:r>
        <w:t>یہ مجھے آج ہی ملی ہے، یہ ایک ہالی وڈ کا ایک بہت ہی ٹاپ کا فلم اسٹار ہے جس کا نام ہے ریسل بران۔</w:t>
      </w:r>
    </w:p>
    <w:p>
      <w:r>
        <w:rPr>
          <w:b/>
        </w:rPr>
        <w:t xml:space="preserve">[21:37] </w:t>
      </w:r>
      <w:r>
        <w:t>bohat bohat hi top ka aadmi hai Russell Brand. dekhiye, woh Quran mein apne haath mein liye gaye. yeh hamara jo Quran chhaapa hai, kisi ne is ko diya, us ko woh parh raha hai.</w:t>
      </w:r>
    </w:p>
    <w:p>
      <w:pPr>
        <w:jc w:val="right"/>
      </w:pPr>
      <w:r>
        <w:t>بہت بہت ہی ٹاپ کا آدمی ہے ریسل بران۔ دیکھیے، وہ قرآن میں اپنے ہاتھ میں لیے گئے۔ یہ ہمارا جو قرآن چھپا ہے، کسی نے اس کو دیا، اس کو وہ پڑھ رہا ہے۔</w:t>
      </w:r>
    </w:p>
    <w:p>
      <w:r>
        <w:rPr>
          <w:b/>
        </w:rPr>
        <w:t xml:space="preserve">[21:50] </w:t>
      </w:r>
      <w:r>
        <w:t>tasveer mein aap dekh sakte hain ke Quran ko woh parh raha hai. Russell Brand. achha, is ke baad us ne apne Facebook pe likha kya?</w:t>
      </w:r>
    </w:p>
    <w:p>
      <w:pPr>
        <w:jc w:val="right"/>
      </w:pPr>
      <w:r>
        <w:t>تصویر میں آپ دیکھ سکتے ہیں کہ قرآن کو وہ پڑھ رہا ہے۔ ریسل بران۔ اچھا، اس کے بعد اس نے اپنے فیس بک پہ لکھا کیا؟</w:t>
      </w:r>
    </w:p>
    <w:p>
      <w:r>
        <w:rPr>
          <w:b/>
        </w:rPr>
        <w:t xml:space="preserve">[22:01] </w:t>
      </w:r>
      <w:r>
        <w:t>woh aap check kar sakte hain apne internet pe.</w:t>
      </w:r>
    </w:p>
    <w:p>
      <w:pPr>
        <w:jc w:val="right"/>
      </w:pPr>
      <w:r>
        <w:t>وہ آپ چیک کر سکتے ہیں اپنے انٹرنیٹ پہ۔</w:t>
      </w:r>
    </w:p>
    <w:p>
      <w:r>
        <w:rPr>
          <w:b/>
        </w:rPr>
        <w:t xml:space="preserve">[22:05] </w:t>
      </w:r>
      <w:r>
        <w:t>us ka woh kehta hai ke maine Quran ko padha, is mein to kahin kahin violence ki teaching hai hi nahin. agar ghaur kijiye, maine Quran ko padha magar Quran mein to mujhe koi mila nahin ke violence ki teaching maar dalo, kaat dalo.</w:t>
      </w:r>
    </w:p>
    <w:p>
      <w:pPr>
        <w:jc w:val="right"/>
      </w:pPr>
      <w:r>
        <w:t>اس کا وہ کہتا ہے کہ میں نے قرآن کو پڑھا، اس میں تو کہیں کہیں وائیلنس کی ٹیچنگ ہے ہی نہیں۔ اگر غور کیجئے، میں نے قرآن کو پڑھا مگر قرآن میں تو مجھے کوئی ملا نہیں کہ وائیلنس کی ٹیچنگ مار ڈالو، کاٹ ڈالو۔</w:t>
      </w:r>
    </w:p>
    <w:p>
      <w:r>
        <w:rPr>
          <w:b/>
        </w:rPr>
        <w:t xml:space="preserve">[22:23] </w:t>
      </w:r>
      <w:r>
        <w:t>ab ab aap compare kijiye ke itne saare ulama yahan se wahan tak kyun nahin kahe ja rahe hain ke maar dalo? aur woh bechara keh raha hai kahin to maar daalne ki taleem hai hi nahin.</w:t>
      </w:r>
    </w:p>
    <w:p>
      <w:pPr>
        <w:jc w:val="right"/>
      </w:pPr>
      <w:r>
        <w:t>اب اب آپ کمپیئر کیجئے کہ اتنے سارے علماء یہاں سے وہاں تک کیوں نہیں کہے جا رہے ہیں کہ مار ڈالو؟ اور وہ بیچارہ کہہ رہا ہے کہیں تو مار ڈالنے کی تعلیم ہے ہی نہیں۔</w:t>
      </w:r>
    </w:p>
    <w:p>
      <w:r>
        <w:rPr>
          <w:b/>
        </w:rPr>
        <w:t xml:space="preserve">[22:34] </w:t>
      </w:r>
      <w:r>
        <w:t>to kyu? waqeatan sare quran mein kahin hai hi nahin. kahin aap meri kitab padhiye, shatm-e-rasool ka masla, is mein maine dikhaya hai ke ye log bilkul galat taur par quran ki aayaton ka matlab nikalte hain.</w:t>
      </w:r>
    </w:p>
    <w:p>
      <w:pPr>
        <w:jc w:val="right"/>
      </w:pPr>
      <w:r>
        <w:t>تو کیوں؟ واقعتاً سارے قرآن میں کہیں ہے ہی نہیں۔ کہیں آپ میری کتاب پڑھیے، شتم رسول کا مسئلہ، اس میں میں نے دکھایا ہے کہ یہ لوگ بالکل غلط طور پر قرآن کی آیتوں کا مطلب نکالتے ہیں۔</w:t>
      </w:r>
    </w:p>
    <w:p>
      <w:r>
        <w:rPr>
          <w:b/>
        </w:rPr>
        <w:t xml:space="preserve">[22:48] </w:t>
      </w:r>
      <w:r>
        <w:t>quran mein koi ek aayat bhi nahin hai jo ye kehti ho ke tumhare rasool par shatm kare, us ko maar dalo. man shatama rasool faqatulo aisa kahin nahin hai quran majeed mein.</w:t>
      </w:r>
    </w:p>
    <w:p>
      <w:pPr>
        <w:jc w:val="right"/>
      </w:pPr>
      <w:r>
        <w:t>قرآن میں کوئی ایک آیت بھی نہیں ہے جو یہ کہتی ہو کہ تمہارے رسول پر شتم کرے، اس کو مار ڈالو۔ من شتم رسول فقتلو ایسا کہیں نہیں ہے قرآن مجید میں۔</w:t>
      </w:r>
    </w:p>
    <w:p>
      <w:r>
        <w:rPr>
          <w:b/>
        </w:rPr>
        <w:t xml:space="preserve">[22:59] </w:t>
      </w:r>
      <w:r>
        <w:t>khud hi khud nikal rakha masla, unhon ne khud hi khud nikal rakha.</w:t>
      </w:r>
    </w:p>
    <w:p>
      <w:pPr>
        <w:jc w:val="right"/>
      </w:pPr>
      <w:r>
        <w:t>خود ہی خود نکال رکھا مسئلہ، انہوں نے خود ہی خود نکال رکھا۔</w:t>
      </w:r>
    </w:p>
    <w:p>
      <w:r>
        <w:rPr>
          <w:b/>
        </w:rPr>
        <w:t xml:space="preserve">[23:03] </w:t>
      </w:r>
      <w:r>
        <w:t>to nikalna kyu hua? ke unhon ne jihad fillah nahin kiya, apne apne mind ko god oriented mind banaya nahin.</w:t>
      </w:r>
    </w:p>
    <w:p>
      <w:pPr>
        <w:jc w:val="right"/>
      </w:pPr>
      <w:r>
        <w:t>تو نکالنا کیوں ہوا؟ کہ انہوں نے جہاد فی اللہ نہیں کیا، اپنے اپنے مائنڈ کو گاڈ اورینٹڈ مائنڈ بنایا نہیں۔</w:t>
      </w:r>
    </w:p>
    <w:p>
      <w:r>
        <w:rPr>
          <w:b/>
        </w:rPr>
        <w:t xml:space="preserve">[23:16] </w:t>
      </w:r>
      <w:r>
        <w:t>apne mind ko unhon ne god oriented mind banaya nahin. wo qaumi qaumi zehan jo paida hone ke baad ban gaya, usi mein jeete rahe wo.</w:t>
      </w:r>
    </w:p>
    <w:p>
      <w:pPr>
        <w:jc w:val="right"/>
      </w:pPr>
      <w:r>
        <w:t>اپنے مائنڈ کو انہوں نے گاڈ اورینٹڈ مائنڈ بنایا نہیں۔ وہ قومی قومی ذہن جو پیدا ہونے کے بعد بن گیا، اسی میں جیتے رہے وہ۔</w:t>
      </w:r>
    </w:p>
    <w:p>
      <w:r>
        <w:rPr>
          <w:b/>
        </w:rPr>
        <w:t xml:space="preserve">[23:26] </w:t>
      </w:r>
      <w:r>
        <w:t>qaumi zehan, community ka zehan jo ban jata hai paida hone ke baad muslim muashre mein, usi usi mein jeete rahe wo.</w:t>
      </w:r>
    </w:p>
    <w:p>
      <w:pPr>
        <w:jc w:val="right"/>
      </w:pPr>
      <w:r>
        <w:t>قومی ذہن، کمیونٹی کا ذہن جو بن جاتا ہے اپنے آپ پیدا ہونے کے بعد مسلم معاشرے میں، اسی اسی میں جیتے رہے وہ۔</w:t>
      </w:r>
    </w:p>
    <w:p>
      <w:r>
        <w:rPr>
          <w:b/>
        </w:rPr>
        <w:t xml:space="preserve">[23:35] </w:t>
      </w:r>
      <w:r>
        <w:t>us ko unhon ne todna chahiye tha, us mind ko, us mindset ko todna chahiye tha. aur quran ko padh kar apne andar rabbani mind banana chahiye tha.</w:t>
      </w:r>
    </w:p>
    <w:p>
      <w:pPr>
        <w:jc w:val="right"/>
      </w:pPr>
      <w:r>
        <w:t>اس کو انہوں نے توڑنا چاہیے تھا، اس مائنڈ کو، اس مائنڈ سیٹ کو توڑنا چاہیے تھا۔ اور قرآن کو پڑھ کر اپنے اندر ربانی مائنڈ بنانا چاہیے تھا۔</w:t>
      </w:r>
    </w:p>
    <w:p>
      <w:r>
        <w:rPr>
          <w:b/>
        </w:rPr>
        <w:t xml:space="preserve">[23:46] </w:t>
      </w:r>
      <w:r>
        <w:t>to dekhte hain ke quran mein to kahin bhi likha nahin hai, balke is ke bar aks likha hua hai.</w:t>
      </w:r>
    </w:p>
    <w:p>
      <w:pPr>
        <w:jc w:val="right"/>
      </w:pPr>
      <w:r>
        <w:t>تو دیکھتے ہیں کہ قرآن میں تو کہیں بھی لکھا نہیں ہے، بلکہ اس کے برعکس لکھا ہوا ہے۔</w:t>
      </w:r>
    </w:p>
    <w:p>
      <w:r>
        <w:rPr>
          <w:b/>
        </w:rPr>
        <w:t xml:space="preserve">[23:53] </w:t>
      </w:r>
      <w:r>
        <w:t>dekhiye, quran mein ye hai: musalmanon se kaha gaya hai ke la tasubbu alladhina yaduna min dunillah ye kaha gaya hai ke tum log doosron ke khilaf sab na karo.</w:t>
      </w:r>
    </w:p>
    <w:p>
      <w:pPr>
        <w:jc w:val="right"/>
      </w:pPr>
      <w:r>
        <w:t>دیکھیے، قرآن میں یہ ہے: مسلمانوں سے کہا گیا ہے کہ لا تسب الذینیدون من اللہ یہ کہا گیا ہے کہ تم لوگ دوسروں کے خلاف سب نہ کرو۔</w:t>
      </w:r>
    </w:p>
    <w:p>
      <w:r>
        <w:rPr>
          <w:b/>
        </w:rPr>
        <w:t xml:space="preserve">[24:07] </w:t>
      </w:r>
      <w:r>
        <w:t>doosre log jis ko puchte hain, us ko sab o shatm na karo. musalmanon ko kaha gaya hai. achha, ye kahin nahin kaha gaya: ae musalmanon! jo log tumhare rasool par sab o shatm karen, us ko maar dalo.</w:t>
      </w:r>
    </w:p>
    <w:p>
      <w:pPr>
        <w:jc w:val="right"/>
      </w:pPr>
      <w:r>
        <w:t>دوسرے لوگ جس کو پوچھتے ہیں، اس کو سب و شتم نہ کرو۔ مسلمانوں کو کہا گیا ہے۔ اچھا، یہ کہیں نہیں کہا گیا: اے مسلمانوں! جو لوگ تمہارے رسول پر سب و شتم کریں، اس کو مار ڈالو۔</w:t>
      </w:r>
    </w:p>
    <w:p>
      <w:r>
        <w:rPr>
          <w:b/>
        </w:rPr>
        <w:t xml:space="preserve">[24:17] </w:t>
      </w:r>
      <w:r>
        <w:t>ye to kahin nahin kaha gaya.</w:t>
      </w:r>
    </w:p>
    <w:p>
      <w:pPr>
        <w:jc w:val="right"/>
      </w:pPr>
      <w:r>
        <w:t>یہ تو کہیں نہیں کہا گیا۔</w:t>
      </w:r>
    </w:p>
    <w:p>
      <w:r>
        <w:rPr>
          <w:b/>
        </w:rPr>
        <w:t xml:space="preserve">[24:20] </w:t>
      </w:r>
      <w:r>
        <w:t>bahut ajeeb baat hai ye quran majeed mein ke musalmanon ko to ye kaha gaya hai ke ae musalmanon! tum doosre log jin ko bada samajhte ho, jin logon ko akabir ka darja diye hue hain, tum un ko sab o shatm mat karo.</w:t>
      </w:r>
    </w:p>
    <w:p>
      <w:pPr>
        <w:jc w:val="right"/>
      </w:pPr>
      <w:r>
        <w:t>بہت عجیب بات ہے یہ قرآن مجید میں کہ مسلمانوں کو تو یہ کہا گیا ہے کہ اے مسلمانوں! تم دوسرے لوگ جن کو بڑا سمجھتے ہو، جن لوگوں کو اکابر کا درجہ دیے ہوئے ہیں، تم ان کو سب و شتم مت کرو۔</w:t>
      </w:r>
    </w:p>
    <w:p>
      <w:r>
        <w:rPr>
          <w:b/>
        </w:rPr>
        <w:t xml:space="preserve">[24:35] </w:t>
      </w:r>
      <w:r>
        <w:t>la tasubbu alladhina yaduna min dunillah achha, ye kahin hi nahin kaha gaya hai ke ae musalmanon!</w:t>
      </w:r>
    </w:p>
    <w:p>
      <w:pPr>
        <w:jc w:val="right"/>
      </w:pPr>
      <w:r>
        <w:t>لا تسب الذینیدون من دون اللہ اچھا، یہ کہیں ہی نہیں کہا گیا ہے کہ اے مسلمانوں!</w:t>
      </w:r>
    </w:p>
    <w:p>
      <w:r>
        <w:rPr>
          <w:b/>
        </w:rPr>
        <w:t xml:space="preserve">[24:45] </w:t>
      </w:r>
      <w:r>
        <w:t>jo tumhare rasool par shatm kare, us ko maar dalo.</w:t>
      </w:r>
    </w:p>
    <w:p>
      <w:pPr>
        <w:jc w:val="right"/>
      </w:pPr>
      <w:r>
        <w:t>جو تمہارے رسول پر شتم کرے، اس کو مار ڈالو۔</w:t>
      </w:r>
    </w:p>
    <w:p>
      <w:r>
        <w:rPr>
          <w:b/>
        </w:rPr>
        <w:t xml:space="preserve">[24:49] </w:t>
      </w:r>
      <w:r>
        <w:t>is ka matlab kya hai? in logon ne jihad fillah nahin kiya.</w:t>
      </w:r>
    </w:p>
    <w:p>
      <w:pPr>
        <w:jc w:val="right"/>
      </w:pPr>
      <w:r>
        <w:t>اس کا مطلب کیا ہے؟ ان لوگوں نے جہاد فی اللہ نہیں کیا۔</w:t>
      </w:r>
    </w:p>
    <w:p>
      <w:r>
        <w:rPr>
          <w:b/>
        </w:rPr>
        <w:t xml:space="preserve">[24:55] </w:t>
      </w:r>
      <w:r>
        <w:t>in logon ne jihad fillah nahin kiya.</w:t>
      </w:r>
    </w:p>
    <w:p>
      <w:pPr>
        <w:jc w:val="right"/>
      </w:pPr>
      <w:r>
        <w:t>ان لوگوں نے جہاد فی اللہ نہیں کیا۔</w:t>
      </w:r>
    </w:p>
    <w:p>
      <w:r>
        <w:rPr>
          <w:b/>
        </w:rPr>
        <w:t xml:space="preserve">[25:01] </w:t>
      </w:r>
      <w:r>
        <w:t>bas un ke muashre mein, un ke un ke jo mahaul tha, us mein jo zehan ban gaya, qaumi zehan, siyasat zehan, bas usi pe chalte rahe, usi ko masle banate rahe.</w:t>
      </w:r>
    </w:p>
    <w:p>
      <w:pPr>
        <w:jc w:val="right"/>
      </w:pPr>
      <w:r>
        <w:t>بس ان کے معاشرے میں، ان کے ان کے جو ماحول تھا، اس میں جو ذہن بن گیا، قومی ذہن، سیاسی ذہن، بس اسی پہ چلتے رہے، اسی کو مسئلے بناتے رہے۔</w:t>
      </w:r>
    </w:p>
    <w:p>
      <w:r>
        <w:rPr>
          <w:b/>
        </w:rPr>
        <w:t xml:space="preserve">[25:15] </w:t>
      </w:r>
      <w:r>
        <w:t>ab main ek baat aur batata hoon aap ko ke jihad fillah kitni badi cheez hai. abhi haal mein mujhe ek bahut hi anokhi cheez daryaft hui, bahut anokhi cheez.</w:t>
      </w:r>
    </w:p>
    <w:p>
      <w:pPr>
        <w:jc w:val="right"/>
      </w:pPr>
      <w:r>
        <w:t>اب میں ایک بات اور بتاتا ہوں آپ کو کہ جہاد فی اللہ کتنی بڑی چیز ہے۔ ابھی حال میں مجھے ایک بہت ہی انوکھی چیز دریافت ہوئی، بہت انوکھی چیز۔</w:t>
      </w:r>
    </w:p>
    <w:p>
      <w:r>
        <w:rPr>
          <w:b/>
        </w:rPr>
        <w:t xml:space="preserve">[25:26] </w:t>
      </w:r>
      <w:r>
        <w:t>ye ye karte hue</w:t>
      </w:r>
    </w:p>
    <w:p>
      <w:pPr>
        <w:jc w:val="right"/>
      </w:pPr>
      <w:r>
        <w:t>یہ یہ کرتے ہوئے</w:t>
      </w:r>
    </w:p>
    <w:p>
      <w:r>
        <w:rPr>
          <w:b/>
        </w:rPr>
        <w:t xml:space="preserve">[25:32] </w:t>
      </w:r>
      <w:r>
        <w:t>main shahad ki makkhi ka zikr quran majeed mein hai, jis ko nahl kehte hain. wa huwa rabbuka dhannahl quran mein surah nahl mein aap padh sakte hain.</w:t>
      </w:r>
    </w:p>
    <w:p>
      <w:pPr>
        <w:jc w:val="right"/>
      </w:pPr>
      <w:r>
        <w:t>میں شہد کی مکھی کا ذکر قرآن مجید میں ہے، جس کو نحل کہتے ہیں۔ وَهُوَ رَبُّكَ ذَا النَّحْلِ قرآن میں سورہ النحل میں آپ پڑھ سکتے ہیں۔</w:t>
      </w:r>
    </w:p>
    <w:p>
      <w:r>
        <w:rPr>
          <w:b/>
        </w:rPr>
        <w:t xml:space="preserve">[25:44] </w:t>
      </w:r>
      <w:r>
        <w:t>allah taala ne quran mein farmaya ke allah ne wahy ki shahad ki makkhi ko ke aisa karo, aisa karo. to is par main sochne laga, wo jihad fillah ka amal karne laga.</w:t>
      </w:r>
    </w:p>
    <w:p>
      <w:pPr>
        <w:jc w:val="right"/>
      </w:pPr>
      <w:r>
        <w:t>اللہ تعالی نے قرآن میں فرمایا کہ اللہ نے وحی کی شہد کی مکھی کو کہ ایسا کرو، ایسا کرو۔ تو اس پر میں سوچنے لگا، وہ جہاد فی اللہ کا عمل کرنے لگا۔</w:t>
      </w:r>
    </w:p>
    <w:p>
      <w:r>
        <w:rPr>
          <w:b/>
        </w:rPr>
        <w:t xml:space="preserve">[26:01] </w:t>
      </w:r>
      <w:r>
        <w:t>to kya baat samajh mein aayi ke makkhi ko allah ne jo wahy ki hai, jo taleem ki hai, to wo kya karti hai?</w:t>
      </w:r>
    </w:p>
    <w:p>
      <w:pPr>
        <w:jc w:val="right"/>
      </w:pPr>
      <w:r>
        <w:t>تو کیا بات سمجھ میں آئی کہ مکھی کو اللہ نے جو وحی کی ہے، جو تعلیم کی ہے، تو وہ کیا کرتی ہے؟</w:t>
      </w:r>
    </w:p>
    <w:p>
      <w:r>
        <w:rPr>
          <w:b/>
        </w:rPr>
        <w:t xml:space="preserve">[26:10] </w:t>
      </w:r>
      <w:r>
        <w:t>wo aati hai garden mein, jahan darakht hain, phool hain, kaante hain, ghaas hai. wo kya karti hai?</w:t>
      </w:r>
    </w:p>
    <w:p>
      <w:pPr>
        <w:jc w:val="right"/>
      </w:pPr>
      <w:r>
        <w:t>وہ آتی ہے گارڈن میں، جہاں درخت ہیں، پھول ہیں، کاٹے ہیں، گھاس ہے۔ وہ کیا کرتی ہے؟</w:t>
      </w:r>
    </w:p>
    <w:p>
      <w:r>
        <w:rPr>
          <w:b/>
        </w:rPr>
        <w:t xml:space="preserve">[26:19] </w:t>
      </w:r>
      <w:r>
        <w:t>wo seedhi jati hai sirf nectar par. ek phool ke andar thoda sa hota hai, nectar mithas, wo wahan wahan jati hai.</w:t>
      </w:r>
    </w:p>
    <w:p>
      <w:pPr>
        <w:jc w:val="right"/>
      </w:pPr>
      <w:r>
        <w:t>وہ سیدھی جاتی ہے صرف ڈکٹر پر۔ ایک پھول کے اندر تھوڑا سا ہوتا ہے، ڈکٹر مٹھاس، وہ وہاں وہاں جاتی ہے۔</w:t>
      </w:r>
    </w:p>
    <w:p>
      <w:r>
        <w:rPr>
          <w:b/>
        </w:rPr>
        <w:t xml:space="preserve">[26:29] </w:t>
      </w:r>
      <w:r>
        <w:t>yani wo ghaas ko chhodti hai, kaante ko chhodti hai, darakht ko chhodti hai,</w:t>
      </w:r>
    </w:p>
    <w:p>
      <w:pPr>
        <w:jc w:val="right"/>
      </w:pPr>
      <w:r>
        <w:t>یعنی وہ گھاس کو چھوڑتی ہے، کاٹے کو چھوڑتی ہے، درخت کو چھوڑتی ہے،</w:t>
      </w:r>
    </w:p>
    <w:p>
      <w:r>
        <w:rPr>
          <w:b/>
        </w:rPr>
        <w:t xml:space="preserve">[26:34] </w:t>
      </w:r>
      <w:r>
        <w:t>har cheez ko chhod kar seedhi wahi jati hai doctor par. aur doctor ko le kar ja kar ke woh apne apne chhatte mein jama karti hai.</w:t>
      </w:r>
    </w:p>
    <w:p>
      <w:pPr>
        <w:jc w:val="right"/>
      </w:pPr>
      <w:r>
        <w:t>ہر چیز کو چھوڑ کر سیدھی وہی جاتی ہے ڈکٹر پر۔ اور ڈکٹر کو لے کر جا کر کے وہ اپنے اپنے چھتے میں جمع کرتی ہے۔</w:t>
      </w:r>
    </w:p>
    <w:p>
      <w:r>
        <w:rPr>
          <w:b/>
        </w:rPr>
        <w:t xml:space="preserve">[26:44] </w:t>
      </w:r>
      <w:r>
        <w:t>to poore bagh se is ko sirf doctor lena hai aur kuch lena nahi hai. shehad ki makhi ko poore bagh se sirf doctor lena hai aur kuch nahi lena hai.</w:t>
      </w:r>
    </w:p>
    <w:p>
      <w:pPr>
        <w:jc w:val="right"/>
      </w:pPr>
      <w:r>
        <w:t>تو پورے باغ سے اس کو صرف ڈکٹر لینا ہے اور کچھ لینا نہیں ہے۔ شہد کی مکھی کو پورے باغ سے صرف ڈکٹر لینا ہے اور کچھ نہیں لینا ہے۔</w:t>
      </w:r>
    </w:p>
    <w:p>
      <w:r>
        <w:rPr>
          <w:b/>
        </w:rPr>
        <w:t xml:space="preserve">[26:54] </w:t>
      </w:r>
      <w:r>
        <w:t>is ko is par sochte sochte mujhe bohat aik ajeeb si daryaft hui,</w:t>
      </w:r>
    </w:p>
    <w:p>
      <w:pPr>
        <w:jc w:val="right"/>
      </w:pPr>
      <w:r>
        <w:t>اس کو اس پر سوچتے سوچتے مجھے بہت ایک عجیب سی دریافت ہوئی،</w:t>
      </w:r>
    </w:p>
    <w:p>
      <w:r>
        <w:rPr>
          <w:b/>
        </w:rPr>
        <w:t xml:space="preserve">[27:01] </w:t>
      </w:r>
      <w:r>
        <w:t>woh hai yani tareekh ka qanoon, Allah taala ka jo hai ke Allah taala ne jo insan paida kiye hain aur un ko azadi di hai,</w:t>
      </w:r>
    </w:p>
    <w:p>
      <w:pPr>
        <w:jc w:val="right"/>
      </w:pPr>
      <w:r>
        <w:t>وہ ہے یعنی تاریخ کا قانون، اللہ تعالی کا جو ہے کہ اللہ تعالی نے جو انسان پیدا کیے ہیں اور ان کو آزادی دی ہے،</w:t>
      </w:r>
    </w:p>
    <w:p>
      <w:r>
        <w:rPr>
          <w:b/>
        </w:rPr>
        <w:t xml:space="preserve">[27:17] </w:t>
      </w:r>
      <w:r>
        <w:t>aur saare log misuse kar rahe hain. aur aksar log yeh kehte hain ke tareekh to aik kabaad khana hai, jaraim ka register hai waghera waghera, evil evil se bhara hua hai.</w:t>
      </w:r>
    </w:p>
    <w:p>
      <w:pPr>
        <w:jc w:val="right"/>
      </w:pPr>
      <w:r>
        <w:t>اور سارے لوگ مس یوز کر رہے ہیں۔ اور اکثر لوگ یہ کہتے ہیں کہ تاریخ تو ایک کباڑ خانہ ہے، جرائم کا رجسٹر ہے وغیرہ وغیرہ، ایول ایول سے بھرا ہوا ہے۔</w:t>
      </w:r>
    </w:p>
    <w:p>
      <w:r>
        <w:rPr>
          <w:b/>
        </w:rPr>
        <w:t xml:space="preserve">[27:29] </w:t>
      </w:r>
      <w:r>
        <w:t>sab log yahi kehte hain,</w:t>
      </w:r>
    </w:p>
    <w:p>
      <w:pPr>
        <w:jc w:val="right"/>
      </w:pPr>
      <w:r>
        <w:t>سب لوگ یہی کہتے ہیں،</w:t>
      </w:r>
    </w:p>
    <w:p>
      <w:r>
        <w:rPr>
          <w:b/>
        </w:rPr>
        <w:t xml:space="preserve">[27:31] </w:t>
      </w:r>
      <w:r>
        <w:t>chahe falsafi hon, philosophers hon, historians hon, reformers hon, sab history ka negative tasweer pesh karte hain.</w:t>
      </w:r>
    </w:p>
    <w:p>
      <w:pPr>
        <w:jc w:val="right"/>
      </w:pPr>
      <w:r>
        <w:t>چاہے فلسفی ہوں، فلاسفرز ہوں، ہسٹورین ہوں، ریفارمر ہوں، سب ہسٹری کا نیگیٹیو تصویر پیش کرتے ہیں۔</w:t>
      </w:r>
    </w:p>
    <w:p>
      <w:r>
        <w:rPr>
          <w:b/>
        </w:rPr>
        <w:t xml:space="preserve">[27:40] </w:t>
      </w:r>
      <w:r>
        <w:t>kyun ke woh dekhte hain ke jangain ho rahi hain, log maar kaat rahe hain, tashaddud kiya ja raha hai, corruption ho raha hai, log loot rahe hain, azadi ko misuse kar rahe hain.</w:t>
      </w:r>
    </w:p>
    <w:p>
      <w:pPr>
        <w:jc w:val="right"/>
      </w:pPr>
      <w:r>
        <w:t>کیونکہ وہ دیکھتے ہیں کہ جنگیں ہو رہی ہیں، لوگ مار کاٹ رہے ہیں، تشدد کیا جا رہا ہے، کرپشن ہو رہا ہے، لوگ لوٹ رہے ہیں، آزادی کو مس یوز کر رہے ہیں۔</w:t>
      </w:r>
    </w:p>
    <w:p>
      <w:r>
        <w:rPr>
          <w:b/>
        </w:rPr>
        <w:t xml:space="preserve">[27:54] </w:t>
      </w:r>
      <w:r>
        <w:t>mukhtalif shakalon se duniya mein evil nazar aata hai logon ko. to kya kehte hain log</w:t>
      </w:r>
    </w:p>
    <w:p>
      <w:pPr>
        <w:jc w:val="right"/>
      </w:pPr>
      <w:r>
        <w:t>مختلف شکلوں سے دنیا میں ایول نظر آتا ہے لوگوں کو۔ تو کیا کہتے ہیں لوگ</w:t>
      </w:r>
    </w:p>
    <w:p>
      <w:r>
        <w:rPr>
          <w:b/>
        </w:rPr>
        <w:t xml:space="preserve">[28:00] </w:t>
      </w:r>
      <w:r>
        <w:t>? kya yeh to duniya evil se bhari hui hai? yeh to corruption se bhari hui hai? yeh to har taraf kaate hi kaate hain.</w:t>
      </w:r>
    </w:p>
    <w:p>
      <w:pPr>
        <w:jc w:val="right"/>
      </w:pPr>
      <w:r>
        <w:t>؟ کیا یہ تو دنیا ایول سے بھری ہوئی ہے؟ یہ تو کرپشن سے بھری ہوئی ہے؟ یہ تو ہر طرف کاٹے ہی کاٹے ہیں۔</w:t>
      </w:r>
    </w:p>
    <w:p>
      <w:r>
        <w:rPr>
          <w:b/>
        </w:rPr>
        <w:t xml:space="preserve">[28:09] </w:t>
      </w:r>
      <w:r>
        <w:t>to tareekh ka aik negative picture sab ke mind mein bhara hua hai, sab ke mind mein.</w:t>
      </w:r>
    </w:p>
    <w:p>
      <w:pPr>
        <w:jc w:val="right"/>
      </w:pPr>
      <w:r>
        <w:t>تو تاریخ کا ایک نیگیٹیو پکچر سب کے مائنڈ میں بھرا ہوا ہے، سب کے مائنڈ میں۔</w:t>
      </w:r>
    </w:p>
    <w:p>
      <w:r>
        <w:rPr>
          <w:b/>
        </w:rPr>
        <w:t xml:space="preserve">[28:17] </w:t>
      </w:r>
      <w:r>
        <w:t>is waqeye mein sochte sochte aik bohat bari cheez mujhe daryaft hui ke Allah taala ka jo concern hai, woh majmooa nahi hai, yani saara bagh nahi hai, balkeh individuals hain, yani nectars hain.</w:t>
      </w:r>
    </w:p>
    <w:p>
      <w:pPr>
        <w:jc w:val="right"/>
      </w:pPr>
      <w:r>
        <w:t>اس واقعے میں سوچتے سوچتے ایک بہت بڑی چیز مجھے دریافت ہوئی کہ اللہ تعالی کا جو کنسرن ہے، وہ مجموعہ نہیں ہے، یعنی سارا باغ نہیں ہے، بلکہ انڈیویجولز ہیں، یعنی نیکٹرز ہیں۔</w:t>
      </w:r>
    </w:p>
    <w:p>
      <w:r>
        <w:rPr>
          <w:b/>
        </w:rPr>
        <w:t xml:space="preserve">[28:34] </w:t>
      </w:r>
      <w:r>
        <w:t>yani poori human history mein beshumar log paida ho rahe hain, societies hain, institutions hain, empires hain, insanon ka jangla hai.</w:t>
      </w:r>
    </w:p>
    <w:p>
      <w:pPr>
        <w:jc w:val="right"/>
      </w:pPr>
      <w:r>
        <w:t>یعنی پوری ہیومن ہسٹری میں بے شمار لوگ پیدا ہو رہے ہیں، سوسائٹیز ہیں، انسٹیٹیوشنز ہیں، ایمپائرز ہیں، انسانوں کا جنگل ہے۔</w:t>
      </w:r>
    </w:p>
    <w:p>
      <w:r>
        <w:rPr>
          <w:b/>
        </w:rPr>
        <w:t xml:space="preserve">[28:45] </w:t>
      </w:r>
      <w:r>
        <w:t>lekin isi mein kuch individuals hain, unhi mein jo bohat hi Allah se darne wale, Allah se mohabbat karne wale, aur waqai moral values ka woh follow karne wale,</w:t>
      </w:r>
    </w:p>
    <w:p>
      <w:pPr>
        <w:jc w:val="right"/>
      </w:pPr>
      <w:r>
        <w:t>لیکن اسی میں کچھ انڈیویجولز ہیں، انہی میں جو بہت ہی اللہ سے ڈرنے والے، اللہ سے محبت کرنے والے، اور واقعی مورل ویلیوز کا وہ فالو کرنے والے،</w:t>
      </w:r>
    </w:p>
    <w:p>
      <w:r>
        <w:rPr>
          <w:b/>
        </w:rPr>
        <w:t xml:space="preserve">[29:00] </w:t>
      </w:r>
      <w:r>
        <w:t>aur pious log, yani afraad. afraad phir to poori tareekh mein jo individual hain, un ko woh Khuda ka maqsood hai,</w:t>
      </w:r>
    </w:p>
    <w:p>
      <w:pPr>
        <w:jc w:val="right"/>
      </w:pPr>
      <w:r>
        <w:t>اور پائس لوگ، یعنی افراد۔ افراد پھر تو پوری تاریخ میں جو انڈیویجول ہیں، ان کو وہ خدا کا مقصود ہے،</w:t>
      </w:r>
    </w:p>
    <w:p>
      <w:r>
        <w:rPr>
          <w:b/>
        </w:rPr>
        <w:t xml:space="preserve">[29:10] </w:t>
      </w:r>
      <w:r>
        <w:t>un ko Khuda chune ga. jis tarah is ke, yani sehat ki makhi, poore jangla se is ko matlab nahi hai, poore bagh se matlab nahi hai, is ko is ko nectar se matlab hai.</w:t>
      </w:r>
    </w:p>
    <w:p>
      <w:pPr>
        <w:jc w:val="right"/>
      </w:pPr>
      <w:r>
        <w:t>ان کو خدا چنے گا۔ جس طرح اس کے، یعنی صحت کی مکھی، پورے جنگل سے اس کو مطلب نہیں ہے، پورے باغ سے مطلب نہیں ہے، اس کو اس کو نیکٹر سے مطلب ہے۔</w:t>
      </w:r>
    </w:p>
    <w:p>
      <w:r>
        <w:rPr>
          <w:b/>
        </w:rPr>
        <w:t xml:space="preserve">[29:23] </w:t>
      </w:r>
      <w:r>
        <w:t>aise hi Allah taala ko saari bheed bhaad se matlab nahi hai, saara crowd se matlab nahi hai, is ko balkeh poori history mein jo individual bikhre hue hain, individual un se matlab hai, un ko chune ga Allah taala.</w:t>
      </w:r>
    </w:p>
    <w:p>
      <w:pPr>
        <w:jc w:val="right"/>
      </w:pPr>
      <w:r>
        <w:t>ایسے ہی اللہ تعالی کو ساری بھیڑ بھاڑ سے مطلب نہیں ہے، سارا کراؤڈ سے مطلب نہیں ہے، اس کو بلکہ پوری ہسٹری میں جو انڈیویجول بکھرے ہوئے ہیں، انڈیویجول ان سے مطلب ہے، ان کو چنے گا اللہ تعالی۔</w:t>
      </w:r>
    </w:p>
    <w:p>
      <w:r>
        <w:rPr>
          <w:b/>
        </w:rPr>
        <w:t xml:space="preserve">[29:39] </w:t>
      </w:r>
      <w:r>
        <w:t>to poori human history se individual ko chun kar ke woh paidad mein jama kare ga. jis tareeqe se shehad ki makhi jangalon aur baghon aur darakhton aur poora aik biaban ka chakar kar ke sirf nectar ko le leti hai,</w:t>
      </w:r>
    </w:p>
    <w:p>
      <w:pPr>
        <w:jc w:val="right"/>
      </w:pPr>
      <w:r>
        <w:t>تو پوری ہیومن ہسٹری سے انڈیویجول کو چن کر کے وہ پائیداد میں جمع کرے گا۔ جس طریقے سے شہد کی مکھی جنگلوں اور باغوں اور درختوں اور پورا ایک بیابان کا چکر کر کے صرف نیکٹر کو لے لیتی ہے،</w:t>
      </w:r>
    </w:p>
    <w:p>
      <w:r>
        <w:rPr>
          <w:b/>
        </w:rPr>
        <w:t xml:space="preserve">[29:57] </w:t>
      </w:r>
      <w:r>
        <w:t>aise hi Allah taala poori human history se un afraad ko</w:t>
      </w:r>
    </w:p>
    <w:p>
      <w:pPr>
        <w:jc w:val="right"/>
      </w:pPr>
      <w:r>
        <w:t>ایسے ہی اللہ تعالی پوری ہیومن ہسٹری سے ان افراد کو</w:t>
      </w:r>
    </w:p>
    <w:p>
      <w:r>
        <w:rPr>
          <w:b/>
        </w:rPr>
        <w:t xml:space="preserve">[30:01] </w:t>
      </w:r>
      <w:r>
        <w:t>le lein ge jo pious hon, jin ke andar justice ho, jo sachche log hon. aur jo Quran mein aata hai ke fi maqad sadq in al-mulk muqtadir yani sachai ki seat par baithne wale.</w:t>
      </w:r>
    </w:p>
    <w:p>
      <w:pPr>
        <w:jc w:val="right"/>
      </w:pPr>
      <w:r>
        <w:t>لے لیں گے جو پائس ہوں، جن کے اندر جسٹس ہو، جو سچے لوگ ہوں۔ اور جو قرآن میں آتا ہے کہ فی مقد صدق ان الملک مقتدر یعنی سچائی کی سیٹ پر بیٹھنے والے۔</w:t>
      </w:r>
    </w:p>
    <w:p>
      <w:r>
        <w:rPr>
          <w:b/>
        </w:rPr>
        <w:t xml:space="preserve">[30:16] </w:t>
      </w:r>
      <w:r>
        <w:t>to sachche insan jo poori history mein honge, sachche afraad, sachche individuals, un ko chanta jayega, chhaant kar nikala jayega, yani sort out kiya jayega.</w:t>
      </w:r>
    </w:p>
    <w:p>
      <w:pPr>
        <w:jc w:val="right"/>
      </w:pPr>
      <w:r>
        <w:t>تو سچے انسان جو پوری ہسٹری میں ہوں گے، سچے افراد، سچے انڈیویجولز، ان کو چھانٹا جائے گا، چھانٹ کر نکالا جائے گا، یعنی سورٹ آؤٹ کیا جائے گا۔</w:t>
      </w:r>
    </w:p>
    <w:p>
      <w:r>
        <w:rPr>
          <w:b/>
        </w:rPr>
        <w:t xml:space="preserve">[30:28] </w:t>
      </w:r>
      <w:r>
        <w:t>sort out kar ke in sachche insan ko</w:t>
      </w:r>
    </w:p>
    <w:p>
      <w:pPr>
        <w:jc w:val="right"/>
      </w:pPr>
      <w:r>
        <w:t>سورٹ آؤٹ کر کے ان سچے انسان کو</w:t>
      </w:r>
    </w:p>
    <w:p>
      <w:r>
        <w:rPr>
          <w:b/>
        </w:rPr>
        <w:t xml:space="preserve">[30:30] </w:t>
      </w:r>
      <w:r>
        <w:t>nikala jayega. phir wahan par jo sachai ki seat hogi, hogi Allah ke darbar mein, un ko wahan jagah mile gi. baqi logon ko jaise hota hai, woh rubbish ki taraf phenk diya jayega.</w:t>
      </w:r>
    </w:p>
    <w:p>
      <w:pPr>
        <w:jc w:val="right"/>
      </w:pPr>
      <w:r>
        <w:t>نکالا جائے گا۔ پھر وہاں پر جو سچائی کی سیٹ ہوگی، ہوگی اللہ کے دربار میں، ان کو وہاں جگہ ملے گی۔ باقی لوگوں کو جیسے ہوتا ہے، وہ ربش کی طرف پھینک دیا جائے گا۔</w:t>
      </w:r>
    </w:p>
    <w:p>
      <w:r>
        <w:rPr>
          <w:b/>
        </w:rPr>
        <w:t xml:space="preserve">[30:44] </w:t>
      </w:r>
      <w:r>
        <w:t>rubbish kooda khane mein, litter bin mein, ya aik universal litter bin hoga, us mein sab log phenk diye jayenge.</w:t>
      </w:r>
    </w:p>
    <w:p>
      <w:pPr>
        <w:jc w:val="right"/>
      </w:pPr>
      <w:r>
        <w:t>ربش کوڑا خانے میں، لیٹر بن میں، یا ایک یونیورسل لیٹر بن ہوگا، اس میں سب لوگ پھینک دیے جائیں گے۔</w:t>
      </w:r>
    </w:p>
    <w:p>
      <w:r>
        <w:rPr>
          <w:b/>
        </w:rPr>
        <w:t xml:space="preserve">[30:53] </w:t>
      </w:r>
      <w:r>
        <w:t>jao! to history kitni beautiful ho gayi!</w:t>
      </w:r>
    </w:p>
    <w:p>
      <w:pPr>
        <w:jc w:val="right"/>
      </w:pPr>
      <w:r>
        <w:t>جاؤ! تو ہسٹری کتنی بیوٹی فل ہو گئی!</w:t>
      </w:r>
    </w:p>
    <w:p>
      <w:r>
        <w:rPr>
          <w:b/>
        </w:rPr>
        <w:t xml:space="preserve">[31:01] </w:t>
      </w:r>
      <w:r>
        <w:t>yeh jab maine socha jo, yaani Allah ne jo shehad ki makkhi ko sikha rakha hai, that is a demonstration ke Khuda kya karne wala hai.</w:t>
      </w:r>
    </w:p>
    <w:p>
      <w:pPr>
        <w:jc w:val="right"/>
      </w:pPr>
      <w:r>
        <w:t>یہ جب میں نے سوچا جو، یعنی اللہ نے جو شہد کی مکھی کو سکھا رکھا ہے، دیٹ از ا ڈیمونسٹریشن کہ خدا کیا کرنے والا ہے۔</w:t>
      </w:r>
    </w:p>
    <w:p>
      <w:r>
        <w:rPr>
          <w:b/>
        </w:rPr>
        <w:t xml:space="preserve">[31:14] </w:t>
      </w:r>
      <w:r>
        <w:t>Yaani Khuda jo karne wala hai, history ke bare mein, usko woh demonstrate kar raha hai. Allah taala shehad ki makkhiyon ke zariye se</w:t>
      </w:r>
    </w:p>
    <w:p>
      <w:pPr>
        <w:jc w:val="right"/>
      </w:pPr>
      <w:r>
        <w:t>یعنی خدا جو کرنے والا ہے، ہسٹری کے بارے میں، اس کو وہ ڈیمونسٹریٹ کر رہا ہے۔ اللہ تعالی شہد کی مکھیوں کے ذریعے سے</w:t>
      </w:r>
    </w:p>
    <w:p>
      <w:r>
        <w:rPr>
          <w:b/>
        </w:rPr>
        <w:t xml:space="preserve">[31:22] </w:t>
      </w:r>
      <w:r>
        <w:t>ke shehad ki makkhi ko matlab nahi hai jangall se, matlab nahi hai darakhton se, matlab nahi hai bagh se, kisi cheez se. Matlab hai uske doctor se.</w:t>
      </w:r>
    </w:p>
    <w:p>
      <w:pPr>
        <w:jc w:val="right"/>
      </w:pPr>
      <w:r>
        <w:t>کہ شہد کی مکھی کو مطلب نہیں ہے جنگل سے، مطلب نہیں ہے درختوں سے، مطلب نہیں ہے باغ سے، کسی چیز سے۔ مطلب ہے اس کے ڈکٹر سے۔</w:t>
      </w:r>
    </w:p>
    <w:p>
      <w:r>
        <w:rPr>
          <w:b/>
        </w:rPr>
        <w:t xml:space="preserve">[31:31] </w:t>
      </w:r>
      <w:r>
        <w:t>Matlab doctor se. Aise Allah taala ko poori history se matlab nahi hai.</w:t>
      </w:r>
    </w:p>
    <w:p>
      <w:pPr>
        <w:jc w:val="right"/>
      </w:pPr>
      <w:r>
        <w:t>مطلب ڈکٹر سے۔ ایسے اللہ تعالی کو پوری ہسٹری سے مطلب نہیں ہے۔</w:t>
      </w:r>
    </w:p>
    <w:p>
      <w:r>
        <w:rPr>
          <w:b/>
        </w:rPr>
        <w:t xml:space="preserve">[31:37] </w:t>
      </w:r>
      <w:r>
        <w:t>History mein jo individual, yaani aise log jinhone sachai ko, yaani search kar ke jaana, jinhone talash kar ke sachai ko daryaft kiya,</w:t>
      </w:r>
    </w:p>
    <w:p>
      <w:pPr>
        <w:jc w:val="right"/>
      </w:pPr>
      <w:r>
        <w:t>ہسٹری میں جو انڈیویجول، یعنی ایسے لوگ جنہوں نے سچائی کو، یعنی سرچ کر کے جانا، جنہوں نے تلاش کر کے سچائی کو دریافت کیا،</w:t>
      </w:r>
    </w:p>
    <w:p>
      <w:r>
        <w:rPr>
          <w:b/>
        </w:rPr>
        <w:t xml:space="preserve">[31:53] </w:t>
      </w:r>
      <w:r>
        <w:t>phir unhone Khuda ko daryaft kiya, phir unhone Allah ke creation plan ko daryaft kiya, yaani apne andar apne mind ko istemal kar ke, mind ko istemal kar ke,</w:t>
      </w:r>
    </w:p>
    <w:p>
      <w:pPr>
        <w:jc w:val="right"/>
      </w:pPr>
      <w:r>
        <w:t>پھر انہوں نے خدا کو دریافت کیا، پھر انہوں نے اللہ کے کرشن پلان کو دریافت کیا، یعنی اپنے اندر اپنے مائنڈ کو استعمال کر کے، مائنڈ کو استعمال کر کے،</w:t>
      </w:r>
    </w:p>
    <w:p>
      <w:r>
        <w:rPr>
          <w:b/>
        </w:rPr>
        <w:t xml:space="preserve">[32:07] </w:t>
      </w:r>
      <w:r>
        <w:t>aur phir unhone jaana ke Allah taala ko kaise insaan matloob hain, us par dhala apne aap ko. To is qism ka individual banaya unhone.</w:t>
      </w:r>
    </w:p>
    <w:p>
      <w:pPr>
        <w:jc w:val="right"/>
      </w:pPr>
      <w:r>
        <w:t>اور پھر انہوں نے جانا کہ اللہ تعالی کو کیسے انسان مطلوب ہیں، اس پر ڈھالا اپنے آپ کو۔ تو اس قسم کا انڈیویجول بنایا انہوں نے۔</w:t>
      </w:r>
    </w:p>
    <w:p>
      <w:r>
        <w:rPr>
          <w:b/>
        </w:rPr>
        <w:t xml:space="preserve">[32:16] </w:t>
      </w:r>
      <w:r>
        <w:t>To ek lamba process yaqeenan chalaya unhone. Tab aisa hua ke woh insaniyat ka nectar bane, insaniyat ke bohat hi chune hue fard bane.</w:t>
      </w:r>
    </w:p>
    <w:p>
      <w:pPr>
        <w:jc w:val="right"/>
      </w:pPr>
      <w:r>
        <w:t>تو ایک لمبا پروسیس یقینا چلایا انہوں نے۔ تب ایسا ہوا کہ وہ انسانیت کا نیکٹر بنے، انسانیت کے بہت ہی چنے ہوئے فرد بنے۔</w:t>
      </w:r>
    </w:p>
    <w:p>
      <w:r>
        <w:rPr>
          <w:b/>
        </w:rPr>
        <w:t xml:space="preserve">[32:30] </w:t>
      </w:r>
      <w:r>
        <w:t>To jin logon ne is tarah kiya, wahi Allah taala ka matloob</w:t>
      </w:r>
    </w:p>
    <w:p>
      <w:pPr>
        <w:jc w:val="right"/>
      </w:pPr>
      <w:r>
        <w:t>تو جن لوگوں نے اس طرح کیا، وہی اللہ تعالی کا مطلوب</w:t>
      </w:r>
    </w:p>
    <w:p>
      <w:r>
        <w:rPr>
          <w:b/>
        </w:rPr>
        <w:t xml:space="preserve">[32:34] </w:t>
      </w:r>
      <w:r>
        <w:t>hai. Unko chun chun kar, chun chun kar nikala jayega, aur unko jannat mein ikhatta kar diya jayega. Yeh hai, yaani yaani jihad fi Allah ka ek bohat hi bada ek ek misaal.</w:t>
      </w:r>
    </w:p>
    <w:p>
      <w:pPr>
        <w:jc w:val="right"/>
      </w:pPr>
      <w:r>
        <w:t>ہے۔ ان کو چن چن کر، چن چن کر نکالا جائے گا، اور ان کو جنت میں اکٹھا کر دیا جائے گا۔ یہ ہے، یعنی یعنی جہاد فی اللہ کا ایک بہت ہی بڑا ایک ایک مثال۔</w:t>
      </w:r>
    </w:p>
    <w:p>
      <w:r>
        <w:rPr>
          <w:b/>
        </w:rPr>
        <w:t xml:space="preserve">[32:51] </w:t>
      </w:r>
      <w:r>
        <w:t>Kis tarah, yaani ek ek bohat bada masla jo tha poori history mein, tamam historians, tamam philosophers, tamam reformers, jisko daryaft nahi kar paate the, usko jihad fi Allah ke zariye meri samajh mein aa gaya.</w:t>
      </w:r>
    </w:p>
    <w:p>
      <w:pPr>
        <w:jc w:val="right"/>
      </w:pPr>
      <w:r>
        <w:t>کس طرح، یعنی ایک ایک بہت بڑا مسئلہ جو تھا پوری ہسٹری میں، تمام ہسٹورین، تمام فلاسفرز، تمام ریفارمر، جس کو دریافت نہیں کر پاتے تھے، اس کو جہاد فی اللہ کے ذریعے میری سمجھ میں آ گیا۔</w:t>
      </w:r>
    </w:p>
    <w:p>
      <w:r>
        <w:rPr>
          <w:b/>
        </w:rPr>
        <w:t xml:space="preserve">[33:08] </w:t>
      </w:r>
      <w:r>
        <w:t>To yeh main samajhta hoon ke yeh bohat badi taleem hai, jihad fi Allah. Lekin tafseeron mein wazeh nahi hai. Sirf tafseer Rooh al-Ma'ani mein ek qaul mila hai, jis se jis mein andaza hota hai ke unhone kuch idraak hua tha, unko kuch paya tha.</w:t>
      </w:r>
    </w:p>
    <w:p>
      <w:pPr>
        <w:jc w:val="right"/>
      </w:pPr>
      <w:r>
        <w:t>تو یہ میں سمجھتا ہوں کہ یہ بہت بڑی تعلیم ہے، جہاد فی اللہ۔ لیکن تفسیروں میں واضح نہیں ہے۔ صرف تفسیر روح المعانی میں ایک قول ملا ہے، جس سے جس میں اندازہ ہوتا ہے کہ انہوں نے کچھ ادراک ہوا تھا، ان کو کچھ پایا تھا۔</w:t>
      </w:r>
    </w:p>
    <w:p>
      <w:r>
        <w:rPr>
          <w:b/>
        </w:rPr>
        <w:t xml:space="preserve">[33:24] </w:t>
      </w:r>
      <w:r>
        <w:t>Unhone is mein aap tafseer to nahi milegi aap ko is mein, lekin ek qaul mil sakta hai. Qaul woh ek qaul hai, jo Rooh al-Ma'ani mein hai.</w:t>
      </w:r>
    </w:p>
    <w:p>
      <w:pPr>
        <w:jc w:val="right"/>
      </w:pPr>
      <w:r>
        <w:t>انہوں نے اس میں آپ تفسیر تو نہیں ملے گی آپ کو اس میں، لیکن ایک قلو مل سکتا ہے۔ قلو وہ ایک قول ہے، جو روح المعانی میں ہے۔</w:t>
      </w:r>
    </w:p>
    <w:p>
      <w:r>
        <w:rPr>
          <w:b/>
        </w:rPr>
        <w:t xml:space="preserve">[33:35] </w:t>
      </w:r>
      <w:r>
        <w:t>InshaAllah main is par risale mein is ko naqal karunga, is mein aap parh sakte hain. To dekhen, yeh jo taleem hai wallazeena jahadu fina lana daina surnah wan Allahu alal muslimeen Allah aise muhsin logon ke saath hai.</w:t>
      </w:r>
    </w:p>
    <w:p>
      <w:pPr>
        <w:jc w:val="right"/>
      </w:pPr>
      <w:r>
        <w:t>انشاءاللہ میں اس پر رسالے میں اس کو نقل کروں گا، اس میں آپ پڑھ سکتے ہیں۔ تو دیکھیں، یہ جو تعلیم ہے والذین جادو فنا لنا دینا سورنہ وان اللہ علی المسلمین اللہ ایسے محسن لوگوں کے ساتھ ہے۔</w:t>
      </w:r>
    </w:p>
    <w:p>
      <w:r>
        <w:rPr>
          <w:b/>
        </w:rPr>
        <w:t xml:space="preserve">[33:55] </w:t>
      </w:r>
      <w:r>
        <w:t>Dekhen, teen baatein is mein hain. Ek yeh hai ke unhone right direction mein apna intellectual, actual intellectual process ko chalaya.</w:t>
      </w:r>
    </w:p>
    <w:p>
      <w:pPr>
        <w:jc w:val="right"/>
      </w:pPr>
      <w:r>
        <w:t>دیکھیں، تین باتیں اس میں ہیں۔ ایک یہ ہے کہ انہوں نے رائٹ ڈائریکشن میں اپنا انٹلیکچول، ایکچول انٹلیکچول پراسیس کو چلایا۔</w:t>
      </w:r>
    </w:p>
    <w:p>
      <w:r>
        <w:rPr>
          <w:b/>
        </w:rPr>
        <w:t xml:space="preserve">[34:08] </w:t>
      </w:r>
      <w:r>
        <w:t>Yaani pehla jo hai, pehla right direction mein, yaani Khuda ke direction mein apne intellectual process chalana, yeh pehla hai.</w:t>
      </w:r>
    </w:p>
    <w:p>
      <w:pPr>
        <w:jc w:val="right"/>
      </w:pPr>
      <w:r>
        <w:t>یعنی پہلا جو ہے، پہلا رائٹ ڈائریکشن میں، یعنی خدا کے ڈائریکشن میں اپنے انٹلیکچول پراسیس چلانا، یہ پہلا ہے۔</w:t>
      </w:r>
    </w:p>
    <w:p>
      <w:r>
        <w:rPr>
          <w:b/>
        </w:rPr>
        <w:t xml:space="preserve">[34:19] </w:t>
      </w:r>
      <w:r>
        <w:t>Iske baad kya hoga? Ke Allah unhein raasta dikhayega, yaani haqeeqatein khulengi unke upar.</w:t>
      </w:r>
    </w:p>
    <w:p>
      <w:pPr>
        <w:jc w:val="right"/>
      </w:pPr>
      <w:r>
        <w:t>اس کے بعد کیا ہوگا؟ کہ اللہ انہیں راستہ دکھائے گا، یعنی حقیقتیں کھلیں گی ان کے اوپر۔</w:t>
      </w:r>
    </w:p>
    <w:p>
      <w:r>
        <w:rPr>
          <w:b/>
        </w:rPr>
        <w:t xml:space="preserve">[34:25] </w:t>
      </w:r>
      <w:r>
        <w:t>Unke upar haqeeqatein khulengi, woh qaum fitrat ke laws ko daryaft karenge, ke creation plan jo hai, woh unko janenge. Yeh sab baatein khulti chali jayengi unko.</w:t>
      </w:r>
    </w:p>
    <w:p>
      <w:pPr>
        <w:jc w:val="right"/>
      </w:pPr>
      <w:r>
        <w:t>ان کے اوپر حقیقتیں کھلیں گی، وہ قوم فطرت کے لاز کو دریافت کریں گے، کہ کریشن پلان جو ہے، وہ ان کو جانیں گے۔ یہ سب باتیں کھلتی چلی جائیں گی ان کو۔</w:t>
      </w:r>
    </w:p>
    <w:p>
      <w:r>
        <w:rPr>
          <w:b/>
        </w:rPr>
        <w:t xml:space="preserve">[34:36] </w:t>
      </w:r>
      <w:r>
        <w:t>Phir iske baad kya hua? Allah ke nazdeek woh muhsin qarar payenge. Dekhen, ek hota hai salih al-amal, ek hota hai muhsin al-amal.</w:t>
      </w:r>
    </w:p>
    <w:p>
      <w:pPr>
        <w:jc w:val="right"/>
      </w:pPr>
      <w:r>
        <w:t>پھر اس کے بعد کیا ہوا؟ اللہ کے نزدیک وہ محسن قرار پائیں گے۔ دیکھیں، ایک ہوتا ہے صالح العمل، ایک ہوتا ہے محسن العمل۔</w:t>
      </w:r>
    </w:p>
    <w:p>
      <w:r>
        <w:rPr>
          <w:b/>
        </w:rPr>
        <w:t xml:space="preserve">[34:46] </w:t>
      </w:r>
      <w:r>
        <w:t>To muhsin amal ke ma'ani hain, yaani bohat hi achha amal karne wala. To woh aakhri darja hai, yaani is process ka jo guzarega apne aap ko, us achhe us darje tak pahunchega.</w:t>
      </w:r>
    </w:p>
    <w:p>
      <w:pPr>
        <w:jc w:val="right"/>
      </w:pPr>
      <w:r>
        <w:t>تو محسن عمل کے معنی ہیں، یعنی بہت ہی اچھا عمل کرنے والا۔ تو وہ آخری درجہ ہے، یعنی اس پراسیس کا جو گزارے گا اپنے آپ کو، اس اچھے اس درجے تک پہنچے گا۔</w:t>
      </w:r>
    </w:p>
    <w:p>
      <w:r>
        <w:rPr>
          <w:b/>
        </w:rPr>
        <w:t xml:space="preserve">[35:01] </w:t>
      </w:r>
      <w:r>
        <w:t>Behtareen insaan, behtareen character wale log, behtareen personality, yaani woh log jo jannat ke liye select kiye jayen, jannat mein settle karne ke liye.</w:t>
      </w:r>
    </w:p>
    <w:p>
      <w:pPr>
        <w:jc w:val="right"/>
      </w:pPr>
      <w:r>
        <w:t>بہترین انسان، بہترین کریکٹر والے لوگ، بہترین پرسنیلٹی، یعنی وہ لوگ جو جنت کے لیے سلیکٹ کیے جائیں، جنت میں سیٹل کرنے کے لیے۔</w:t>
      </w:r>
    </w:p>
    <w:p>
      <w:r>
        <w:rPr>
          <w:b/>
        </w:rPr>
        <w:t xml:space="preserve">[35:13] </w:t>
      </w:r>
      <w:r>
        <w:t>To kaisi ajeeb baat hai jo is ayat mein batai gayi hai. Kaisi ajeeb baat hai!</w:t>
      </w:r>
    </w:p>
    <w:p>
      <w:pPr>
        <w:jc w:val="right"/>
      </w:pPr>
      <w:r>
        <w:t>تو کیسی عجیب بات ہے جو اس آیت میں بتائی گئی ہے۔ کیسی عجیب بات ہے!</w:t>
      </w:r>
    </w:p>
    <w:p>
      <w:r>
        <w:rPr>
          <w:b/>
        </w:rPr>
        <w:t xml:space="preserve">[35:23] </w:t>
      </w:r>
      <w:r>
        <w:t>To yeh lekin aap ko iske liye ek ek ek mustaqil taur par aap ke andar, yaani intellectual process jaan jari karna padega.</w:t>
      </w:r>
    </w:p>
    <w:p>
      <w:pPr>
        <w:jc w:val="right"/>
      </w:pPr>
      <w:r>
        <w:t>تو یہ لیکن آپ کو اس کے لیے ایک ایک ایک مستقل طور پر آپ کے اندر، یعنی انٹلیکچول پراسیس جان جاری کرنا پڑے گا۔</w:t>
      </w:r>
    </w:p>
    <w:p>
      <w:r>
        <w:rPr>
          <w:b/>
        </w:rPr>
        <w:t xml:space="preserve">[35:39] </w:t>
      </w:r>
      <w:r>
        <w:t>Mustaqil taur par</w:t>
      </w:r>
    </w:p>
    <w:p>
      <w:pPr>
        <w:jc w:val="right"/>
      </w:pPr>
      <w:r>
        <w:t>مستقل طور پر</w:t>
      </w:r>
    </w:p>
    <w:p>
      <w:r>
        <w:rPr>
          <w:b/>
        </w:rPr>
        <w:t xml:space="preserve">[35:42] </w:t>
      </w:r>
      <w:r>
        <w:t>jo maine kaha tha ke strive hard to develop, yaani God oriented thinking, mustaqil taur par karna padega.</w:t>
      </w:r>
    </w:p>
    <w:p>
      <w:pPr>
        <w:jc w:val="right"/>
      </w:pPr>
      <w:r>
        <w:t>جو میں نے کہا تھا کہ اسٹرائیو ہارڈ ٹو ڈیولپ، یعنی گاڈ اورینٹڈ تھنکنگ، مستقل طور پر کرنا پڑے گا۔</w:t>
      </w:r>
    </w:p>
    <w:p>
      <w:r>
        <w:rPr>
          <w:b/>
        </w:rPr>
        <w:t xml:space="preserve">[35:53] </w:t>
      </w:r>
      <w:r>
        <w:t>jaise mein aap ko kal ki aik misaal deta hoon</w:t>
      </w:r>
    </w:p>
    <w:p>
      <w:pPr>
        <w:jc w:val="right"/>
      </w:pPr>
      <w:r>
        <w:t>جیسے میں آپ کو کل کی ایک مثال دیتا ہوں</w:t>
      </w:r>
    </w:p>
    <w:p>
      <w:r>
        <w:rPr>
          <w:b/>
        </w:rPr>
        <w:t xml:space="preserve">[35:59] </w:t>
      </w:r>
      <w:r>
        <w:t>keh jahad fi Allah se kitni bari bari marifat ki baatein milti hain.</w:t>
      </w:r>
    </w:p>
    <w:p>
      <w:pPr>
        <w:jc w:val="right"/>
      </w:pPr>
      <w:r>
        <w:t>کہ جہاد فی اللہ سے کتنی بڑی بڑی معرفت کی باتیں ملتی ہیں۔</w:t>
      </w:r>
    </w:p>
    <w:p>
      <w:r>
        <w:rPr>
          <w:b/>
        </w:rPr>
        <w:t xml:space="preserve">[36:05] </w:t>
      </w:r>
      <w:r>
        <w:t>kal mein baitha hua tha, apna jo mein kaha karta hoon keh hamare balcony jo hai, us ke aik kinare aik aik darakht hai, us ko mein kehta hoon spiritual tree.</w:t>
      </w:r>
    </w:p>
    <w:p>
      <w:pPr>
        <w:jc w:val="right"/>
      </w:pPr>
      <w:r>
        <w:t>کل میں بیٹھا ہوا تھا، اپنا جو میں کہا کرتا ہوں کہ ہمارے بالکنی جو ہے، اس کے ایک کنارے ایک ایک درخت ہے، اس کو میں کہتا ہوں سپریچول ٹری۔</w:t>
      </w:r>
    </w:p>
    <w:p>
      <w:r>
        <w:rPr>
          <w:b/>
        </w:rPr>
        <w:t xml:space="preserve">[36:18] </w:t>
      </w:r>
      <w:r>
        <w:t>us ke neeche mein baitha hua tha</w:t>
      </w:r>
    </w:p>
    <w:p>
      <w:pPr>
        <w:jc w:val="right"/>
      </w:pPr>
      <w:r>
        <w:t>اس کے نیچے میں بیٹھا ہوا تھا</w:t>
      </w:r>
    </w:p>
    <w:p>
      <w:r>
        <w:rPr>
          <w:b/>
        </w:rPr>
        <w:t xml:space="preserve">[36:22] </w:t>
      </w:r>
      <w:r>
        <w:t>to aik ajeeb o ghareeb qism ka ehsas mujhe hua, yani aik darakht hai, hara bhara, us ke neeche mein baitha hua hoon. samne har taraf darakht hain, darakhton ka aik mahol hai, aur us mein aik ghar hai.</w:t>
      </w:r>
    </w:p>
    <w:p>
      <w:pPr>
        <w:jc w:val="right"/>
      </w:pPr>
      <w:r>
        <w:t>تو ایک عجیب و غریب قسم کا احساس مجھے ہوا، یعنی ایک درخت ہے، ہرا بھرا، اس کے نیچے میں بیٹھا ہوا ہوں۔ سامنے ہر طرف درخت ہیں، درختوں کا ایک ماحول ہے، اور اس میں ایک گھر ہے۔</w:t>
      </w:r>
    </w:p>
    <w:p>
      <w:r>
        <w:rPr>
          <w:b/>
        </w:rPr>
        <w:t xml:space="preserve">[36:35] </w:t>
      </w:r>
      <w:r>
        <w:t>to mujhe woh yaad aai ayat keh wa masakin tayyibah fi jannat</w:t>
      </w:r>
    </w:p>
    <w:p>
      <w:pPr>
        <w:jc w:val="right"/>
      </w:pPr>
      <w:r>
        <w:t>تو مجھے وہ یاد آئی آیت کہ ومساكن طیبۃ فی جنات</w:t>
      </w:r>
    </w:p>
    <w:p>
      <w:r>
        <w:rPr>
          <w:b/>
        </w:rPr>
        <w:t xml:space="preserve">[36:42] </w:t>
      </w:r>
      <w:r>
        <w:t>aik Quran mein ayat hai jannat ke baray mein keh jannat mein jo ghar honge, achhe ghar behtareen baghon ke beech mein wa masakin tayyibah fi jannat behtareen ghar aur abadi baghon mein.</w:t>
      </w:r>
    </w:p>
    <w:p>
      <w:pPr>
        <w:jc w:val="right"/>
      </w:pPr>
      <w:r>
        <w:t>ایک قرآن میں آیت ہے جنت کے بارے میں کہ جنت میں جو گھر ہوں گے، اچھے گھر بہترین باغوں کے بیچ میں ومساكن طیبۃ فی جنات بہترین گھر اور ابدی باغوں میں۔</w:t>
      </w:r>
    </w:p>
    <w:p>
      <w:r>
        <w:rPr>
          <w:b/>
        </w:rPr>
        <w:t xml:space="preserve">[36:59] </w:t>
      </w:r>
      <w:r>
        <w:t>to to woh yeh ayat sochte sochte aur poora mahol mera jo hai, isi mein dhal dhal gaya.</w:t>
      </w:r>
    </w:p>
    <w:p>
      <w:pPr>
        <w:jc w:val="right"/>
      </w:pPr>
      <w:r>
        <w:t>تو تو وہ یہ آیت سوچتے سوچتے اور پورا ماحول میرا جو ہے، اسی میں ڈھل ڈھل گیا۔</w:t>
      </w:r>
    </w:p>
    <w:p>
      <w:r>
        <w:rPr>
          <w:b/>
        </w:rPr>
        <w:t xml:space="preserve">[37:05] </w:t>
      </w:r>
      <w:r>
        <w:t>mujhe aisa mehsoos hua jaise mein jannat ki jhalak dekh raha hoon, us ki glimpse dekh raha hoon. glimpse keh ghar hai, us ke surrounding mein darakht hain.</w:t>
      </w:r>
    </w:p>
    <w:p>
      <w:pPr>
        <w:jc w:val="right"/>
      </w:pPr>
      <w:r>
        <w:t>مجھے ایسا محسوس ہوا جیسے میں جنت کی جھلک دیکھ رہا ہوں، اس کی گلمپس دیکھ رہا ہوں۔ گلمپس کہ گھر ہے، اس کے سراؤنڈنگ میں درخت ہیں۔</w:t>
      </w:r>
    </w:p>
    <w:p>
      <w:r>
        <w:rPr>
          <w:b/>
        </w:rPr>
        <w:t xml:space="preserve">[37:16] </w:t>
      </w:r>
      <w:r>
        <w:t>to yahi to jannat mein hoga keh jannat mein yahi hoga keh achhe ghar aur achhe baghat aur eternity ke mahol mein hamesha rehne wale mahol mein.</w:t>
      </w:r>
    </w:p>
    <w:p>
      <w:pPr>
        <w:jc w:val="right"/>
      </w:pPr>
      <w:r>
        <w:t>تو یہی تو جنت میں ہوگا کہ جنت میں یہی ہوگا کہ اچھے گھر اور اچھے باغات اور ایٹرنیٹی کے ماحول میں ہمیشہ رہنے والے ماحول میں۔</w:t>
      </w:r>
    </w:p>
    <w:p>
      <w:r>
        <w:rPr>
          <w:b/>
        </w:rPr>
        <w:t xml:space="preserve">[37:31] </w:t>
      </w:r>
      <w:r>
        <w:t>to phir yeh sochte sochte mujhe woh ayat yaad aai. Quran mein aik ayat hai keh yadkhulul jannata urifta jannat mein Allah taala dakhil karega us ko jin ko jannat ki pehchan kara di hai.</w:t>
      </w:r>
    </w:p>
    <w:p>
      <w:pPr>
        <w:jc w:val="right"/>
      </w:pPr>
      <w:r>
        <w:t>تو پھر یہ سوچتے سوچتے مجھے وہ آیت یاد آئی۔ قرآن میں ایک آیت ہے کہ یدخلو الجنت عرفہ جنت میں اللہ تعالی داخل کرے گا اس کو جن کو جنت کی پہچان کرا دی ہے۔</w:t>
      </w:r>
    </w:p>
    <w:p>
      <w:r>
        <w:rPr>
          <w:b/>
        </w:rPr>
        <w:t xml:space="preserve">[37:52] </w:t>
      </w:r>
      <w:r>
        <w:t>to mein socha keh bohat dinon se mein sochta tha keh pehchan ka matlab kya hai? jannat ki pehchan ka matlab kya hai?</w:t>
      </w:r>
    </w:p>
    <w:p>
      <w:pPr>
        <w:jc w:val="right"/>
      </w:pPr>
      <w:r>
        <w:t>تو میں سوچا کہ بہت دنوں سے میں سوچتا تھا کہ پہچان کا مطلب کیا ہے؟ جنت کی پہچان کا مطلب کیا ہے؟</w:t>
      </w:r>
    </w:p>
    <w:p>
      <w:r>
        <w:rPr>
          <w:b/>
        </w:rPr>
        <w:t xml:space="preserve">[38:00] </w:t>
      </w:r>
      <w:r>
        <w:t>dekhein, is ka matlab yeh hai keh aap ka jo thinking process bohat hi develop ho jaye, bohat develop ho jaye, bohat zyada develop ho jaye.</w:t>
      </w:r>
    </w:p>
    <w:p>
      <w:pPr>
        <w:jc w:val="right"/>
      </w:pPr>
      <w:r>
        <w:t>دیکھیں، اس کا مطلب یہ ہے کہ آپ کا جو تھنکنگ پراسیس بہت ہی ڈویلپ ہو جائے، بہت ڈویلپ ہو جائے، بہت زیادہ ڈویلپ ہو جائے۔</w:t>
      </w:r>
    </w:p>
    <w:p>
      <w:r>
        <w:rPr>
          <w:b/>
        </w:rPr>
        <w:t xml:space="preserve">[38:09] </w:t>
      </w:r>
      <w:r>
        <w:t>to kya hoga? isi duniya mein aap ko Khuda ki jhalakiyan dikhai dengi, jannat ki jhalakiyan dikhai dengi. isi duniya ki jab aap ka bohat zyada develop ho jaye, aap ka mind to us waqt mujhe aisa laga keh mein jannat ki jhalak dekh raha hoon.</w:t>
      </w:r>
    </w:p>
    <w:p>
      <w:pPr>
        <w:jc w:val="right"/>
      </w:pPr>
      <w:r>
        <w:t>تو کیا ہوگا؟ اسی دنیا میں آپ کو خدا کی جھلکیاں دکھائی دیں گی، جنت کی جھلکیاں دکھائی دیں گی۔ اسی دنیا کی جب آپ کا بہت زیادہ ڈویلپ ہو جائے، آپ کا مائنڈ تو اس وقت مجھے ایسا لگا کہ میں جنت کی جھلکی دیکھ رہا ہوں۔</w:t>
      </w:r>
    </w:p>
    <w:p>
      <w:r>
        <w:rPr>
          <w:b/>
        </w:rPr>
        <w:t xml:space="preserve">[38:29] </w:t>
      </w:r>
      <w:r>
        <w:t>tab mujhe samajh aaya is hadith ka matlab kya hai yadkhulul jannata urifta jannat mein dakhil karega Allah taala un ko jin ko jannat ki pehchan kara di hai.</w:t>
      </w:r>
    </w:p>
    <w:p>
      <w:pPr>
        <w:jc w:val="right"/>
      </w:pPr>
      <w:r>
        <w:t>تب مجھے سمجھ آیا اس حدیث کا مطلب کیا ہے یدخلو الجنت اور رفع جنت میں داخل کرے گا اللہ تعالی ان کو جن کو جنت کی پہچان کرا دی ہے۔</w:t>
      </w:r>
    </w:p>
    <w:p>
      <w:r>
        <w:rPr>
          <w:b/>
        </w:rPr>
        <w:t xml:space="preserve">[38:39] </w:t>
      </w:r>
      <w:r>
        <w:t>yani is ka matlab kya hua? is ko ghor kiji</w:t>
      </w:r>
    </w:p>
    <w:p>
      <w:pPr>
        <w:jc w:val="right"/>
      </w:pPr>
      <w:r>
        <w:t>یعنی اس کا مطلب کیا ہوا؟ اس کو غور کیج</w:t>
      </w:r>
    </w:p>
    <w:p>
      <w:r>
        <w:rPr>
          <w:b/>
        </w:rPr>
        <w:t xml:space="preserve">[38:44] </w:t>
      </w:r>
      <w:r>
        <w:t>ye. yani jinho ne jahad fi Allah kiya, apne andar yani thinking process ko jari kiya, aur un ke andar intellectual development aaya,</w:t>
      </w:r>
    </w:p>
    <w:p>
      <w:pPr>
        <w:jc w:val="right"/>
      </w:pPr>
      <w:r>
        <w:t>ئے۔ یعنی جنہوں نے جہاد فی اللہ کیا، اپنے اندر یعنی تھنکنگ پراسیس کو جاری کیا، اور ان کے اندر انٹلیکچول ڈیویلپمنٹ آیا،</w:t>
      </w:r>
    </w:p>
    <w:p>
      <w:r>
        <w:rPr>
          <w:b/>
        </w:rPr>
        <w:t xml:space="preserve">[38:58] </w:t>
      </w:r>
      <w:r>
        <w:t>aur yani high thinking aai un ke andar, aur bohat zyada woh soch paye Allah ki jannat ko. itna un ka yani intellectual development itna barha, itna barha, itna barha keh cheezon mein unhein jannat ki jhalakiyan dikhai dene lagin.</w:t>
      </w:r>
    </w:p>
    <w:p>
      <w:pPr>
        <w:jc w:val="right"/>
      </w:pPr>
      <w:r>
        <w:t>اور یعنی ہائی تھنکنگ آئی ان کے اندر، اور بہت زیادہ وہ سوچ پائے اللہ کی جنت کو۔ اتنا ان کا یعنی انٹلیکچول ڈیویلپمنٹ اتنا بڑھا، اتنا بڑھا، اتنا بڑھا کہ چیزوں میں انہیں جنت کی جھلکیاں دکھائی دینے لگیں۔</w:t>
      </w:r>
    </w:p>
    <w:p>
      <w:r>
        <w:rPr>
          <w:b/>
        </w:rPr>
        <w:t xml:space="preserve">[39:20] </w:t>
      </w:r>
      <w:r>
        <w:t>cheezon mein unhein jannat ki jhalakiyan dikhai dene lagin.</w:t>
      </w:r>
    </w:p>
    <w:p>
      <w:pPr>
        <w:jc w:val="right"/>
      </w:pPr>
      <w:r>
        <w:t>چیزوں میں انہیں جنت کی جھلکیاں دکھائی دینے لگیں۔</w:t>
      </w:r>
    </w:p>
    <w:p>
      <w:r>
        <w:rPr>
          <w:b/>
        </w:rPr>
        <w:t xml:space="preserve">[39:26] </w:t>
      </w:r>
      <w:r>
        <w:t>to un ke liye jannat hai, un ke liye jannat hai. yani aap ke intellectual development ka nateeja hai jannat.</w:t>
      </w:r>
    </w:p>
    <w:p>
      <w:pPr>
        <w:jc w:val="right"/>
      </w:pPr>
      <w:r>
        <w:t>تو ان کے لیے جنت ہے، ان کے لیے جنت ہے۔ یعنی آپ کے انٹلیکچول ڈیویلپمنٹ کا نتیجہ ہے جنت۔</w:t>
      </w:r>
    </w:p>
    <w:p>
      <w:r>
        <w:rPr>
          <w:b/>
        </w:rPr>
        <w:t xml:space="preserve">[39:39] </w:t>
      </w:r>
      <w:r>
        <w:t>jab itna zyada ishtiyaq aap ka barhe, itna eager ho jayein aap jannat ke, itna zyada aap jannat ke liye sochne lagen to yahi duniya mein aap ko jhalakiyan dikhai dengi</w:t>
      </w:r>
    </w:p>
    <w:p>
      <w:pPr>
        <w:jc w:val="right"/>
      </w:pPr>
      <w:r>
        <w:t>جب اتنا زیادہ اشتیاق آپ کا بڑھے، اتنا ایگر ہو جائیں آپ جنت کے، اتنا زیادہ آپ جنت کے لیے سوچنے لگیں تو یہی دنیا میں آپ کو جھلکیاں دکھائی دیں گ</w:t>
      </w:r>
    </w:p>
    <w:p>
      <w:r>
        <w:rPr>
          <w:b/>
        </w:rPr>
        <w:t xml:space="preserve">[39:48] </w:t>
      </w:r>
      <w:r>
        <w:t>gi. yahi bagh, yahi ghar, yahi shehar, yeh chidiyan, yeh sky, yeh badal. in sab sochte sochte aap ko lagega keh mein jannat ki glimpse dekh raha hoon.</w:t>
      </w:r>
    </w:p>
    <w:p>
      <w:pPr>
        <w:jc w:val="right"/>
      </w:pPr>
      <w:r>
        <w:t>ی۔ یہی باغ، یہی گھر، یہی شہر، یہ چڑیاں، یہ اسکائی، یہ بادل۔ ان سب سوچتے سوچتے آپ کو لگے گا کہ میں جنت کی گلمپس دیکھ رہا ہوں۔</w:t>
      </w:r>
    </w:p>
    <w:p>
      <w:r>
        <w:rPr>
          <w:b/>
        </w:rPr>
        <w:t xml:space="preserve">[39:59] </w:t>
      </w:r>
      <w:r>
        <w:t>glimpse! to jab itna zyada aap eager ho jayein, itna shaiq ho jayein, itna zyada aap ko jannat, itna zyada concern ban jaye, aap concern aap ka, tab aap deen you are deserving candidate for paradise.</w:t>
      </w:r>
    </w:p>
    <w:p>
      <w:pPr>
        <w:jc w:val="right"/>
      </w:pPr>
      <w:r>
        <w:t>گلمپس! تو جب اتنا زیادہ آپ ایگر ہو جائیں، اتنا شائق ہو جائیں، اتنا زیادہ آپ کو جنت، اتنا زیادہ کنسرن بن جائے، آپ کنسرن آپ کا، تب آپ دین یو آر ا ڈیزرونگ کینڈیڈیٹ فار پارڈائز۔</w:t>
      </w:r>
    </w:p>
    <w:p>
      <w:r>
        <w:rPr>
          <w:b/>
        </w:rPr>
        <w:t xml:space="preserve">[40:16] </w:t>
      </w:r>
      <w:r>
        <w:t>to meri dua hai keh Allah taala mujh ko aur aap ko tofeeq de keh hum Allah ke islah, sirat e mustaqeem ko follow karein aur Allah ki jannat ke mustahiq thehrein.</w:t>
      </w:r>
    </w:p>
    <w:p>
      <w:pPr>
        <w:jc w:val="right"/>
      </w:pPr>
      <w:r>
        <w:t>تو میری دعا ہے کہ اللہ تعالی مجھ کو اور آپ کو توفیق دے کہ ہم اللہ کے اصلاح، صراط مستقیم کو فالو کریں اور اللہ کی جنت کے مستحق ٹھہریں۔</w:t>
      </w:r>
    </w:p>
    <w:p>
      <w:r>
        <w:rPr>
          <w:b/>
        </w:rPr>
        <w:t xml:space="preserve">[40:28] </w:t>
      </w:r>
      <w:r>
        <w:t>aqool qawli hadha wastaghfirullaha lakum ajmaeen</w:t>
      </w:r>
    </w:p>
    <w:p>
      <w:pPr>
        <w:jc w:val="right"/>
      </w:pPr>
      <w:r>
        <w:t>اقول قولیھذا واستغفراللہ لیلکم اجمعین</w:t>
      </w:r>
    </w:p>
    <w:p>
      <w:r>
        <w:rPr>
          <w:b/>
        </w:rPr>
        <w:t xml:space="preserve">[40:45] </w:t>
      </w:r>
      <w:r>
        <w:t>maulana, yeh aik comment aur aik question aaya hai, ah Saliha Malhotra ka, Australia se. ah pehle un ka comment parhte hain.</w:t>
      </w:r>
    </w:p>
    <w:p>
      <w:pPr>
        <w:jc w:val="right"/>
      </w:pPr>
      <w:r>
        <w:t>مولانا، یہ ایک کمنٹ اور ایک کوئسچن آیا ہے، اہ سلیش ملوترا کا، آسٹریلیا سے۔ اہ پہلے ان کا کمنٹ پڑھتے ہیں۔</w:t>
      </w:r>
    </w:p>
    <w:p>
      <w:r>
        <w:rPr>
          <w:b/>
        </w:rPr>
        <w:t xml:space="preserve">[40:54] </w:t>
      </w:r>
      <w:r>
        <w:t>maulana, un ka comment is related to what you mentioned in today's talk about CPS team, ah giving Quran to Russell Brand.</w:t>
      </w:r>
    </w:p>
    <w:p>
      <w:pPr>
        <w:jc w:val="right"/>
      </w:pPr>
      <w:r>
        <w:t>مولانا، ان کا کمنٹ از ریلیٹڈ ٹو واٹ یو مینشنڈ ان ٹوڈے ٹاک اباؤٹ سی پی ایس ٹیم، اہ گیون قرآن ٹو رسل برینڈ۔</w:t>
      </w:r>
    </w:p>
    <w:p>
      <w:r>
        <w:rPr>
          <w:b/>
        </w:rPr>
        <w:t xml:space="preserve">[41:03] </w:t>
      </w:r>
      <w:r>
        <w:t>so he has written his comment like this: "that this is because of efforts put in by Dr. Sania S. Khan and the CPS Dawah team</w:t>
      </w:r>
    </w:p>
    <w:p>
      <w:pPr>
        <w:jc w:val="right"/>
      </w:pPr>
      <w:r>
        <w:t>سو ہی از رٹن ہز کمنٹ لائک دس: "دیٹ دس از بیکاز اف ایفرٹس پٹ ان بائے ڈاکٹر سانیہ سٹینڈ خان اینڈ دا سی پی ایس داوا ٹیم</w:t>
      </w:r>
    </w:p>
    <w:p>
      <w:r>
        <w:rPr>
          <w:b/>
        </w:rPr>
        <w:t xml:space="preserve">[41:14] </w:t>
      </w:r>
      <w:r>
        <w:t>. hundred thousands of copies have been circulated and sold at below cost and distributed free, and some of them have found the way to celebrities like Russell Brand.</w:t>
      </w:r>
    </w:p>
    <w:p>
      <w:pPr>
        <w:jc w:val="right"/>
      </w:pPr>
      <w:r>
        <w:t>۔ ہنڈرڈ تھاؤزنڈز اف کاپیز ہیو بین سرکولیٹڈ اینڈ سولڈ ایٹ بیلو کاسٹ اینڈ ڈسٹریبیوٹڈ فری، اینڈ سم اف دیم ہیو فاؤنڈ دا وے ٹو سیلیبریٹیز لائک رسل برینڈ۔</w:t>
      </w:r>
    </w:p>
    <w:p>
      <w:r>
        <w:rPr>
          <w:b/>
        </w:rPr>
        <w:t xml:space="preserve">[41:26] </w:t>
      </w:r>
      <w:r>
        <w:t>God will greet you all with open arms and big hugs." aur Maulana, un ka question hai, unhon ne likha hai: "I had a very interesting conversation very recently with a friend</w:t>
      </w:r>
    </w:p>
    <w:p>
      <w:pPr>
        <w:jc w:val="right"/>
      </w:pPr>
      <w:r>
        <w:t>گاڈ ویل گریٹ یو ال ود اوپن آرمز اینڈ بگ ہگز۔" اور مولانا، ان کا کوئسچن ہے، انہوں نے لکھا ہے: "آئی ہیڈ ا ویری انٹرسٹنگ کانورسیشن ویری ریسنٹلی ودا فرینڈ</w:t>
      </w:r>
    </w:p>
    <w:p>
      <w:r>
        <w:rPr>
          <w:b/>
        </w:rPr>
        <w:t xml:space="preserve">[41:40] </w:t>
      </w:r>
      <w:r>
        <w:t>. he is a Muslim and prays five times and follows all the rules to relax and de-stress.</w:t>
      </w:r>
    </w:p>
    <w:p>
      <w:pPr>
        <w:jc w:val="right"/>
      </w:pPr>
      <w:r>
        <w:t>۔ ہی از ا مسلم اینڈ پریز فائیو ٹائمز اینڈ فالوز ال دا رولز ٹو ریلیکس اینڈ ڈی سٹریس۔</w:t>
      </w:r>
    </w:p>
    <w:p>
      <w:r>
        <w:rPr>
          <w:b/>
        </w:rPr>
        <w:t xml:space="preserve">[41:48] </w:t>
      </w:r>
      <w:r>
        <w:t>he also meditates. I asked him what he meditates on. his answer was the word Om.</w:t>
      </w:r>
    </w:p>
    <w:p>
      <w:pPr>
        <w:jc w:val="right"/>
      </w:pPr>
      <w:r>
        <w:t>ہی السو میڈیٹیٹس۔ آئی اسکڈ ہم واٹ ہی میڈیٹیٹس ان۔ ہز انسر واز دا ورڈ اوم۔</w:t>
      </w:r>
    </w:p>
    <w:p>
      <w:r>
        <w:rPr>
          <w:b/>
        </w:rPr>
        <w:t xml:space="preserve">[41:58] </w:t>
      </w:r>
      <w:r>
        <w:t>When I probed him, he said the meaning of Allah and Om is the same but in different scripts.</w:t>
      </w:r>
    </w:p>
    <w:p>
      <w:pPr>
        <w:jc w:val="right"/>
      </w:pPr>
      <w:r>
        <w:t>وین آئی پروب ہم، ہی سیڈ دا میننگ اف اللہ اینڈ اوم از دا سیم بٹ ان ڈفرنٹ سکرپٹس۔</w:t>
      </w:r>
    </w:p>
    <w:p>
      <w:r>
        <w:rPr>
          <w:b/>
        </w:rPr>
        <w:t xml:space="preserve">[42:05] </w:t>
      </w:r>
      <w:r>
        <w:t>he also said that he sometimes chants some mantras once in a while, which are universal in nature and do not concern any particular deity.</w:t>
      </w:r>
    </w:p>
    <w:p>
      <w:pPr>
        <w:jc w:val="right"/>
      </w:pPr>
      <w:r>
        <w:t>ہی السو سیڈ دیٹ ہی سم ٹائمز چینٹ سم منتر ونس ان ا وائل، وچ ار یونیورسل ان نیچر اینڈ ڈو ناٹ کنسرن اینی پرٹیکولر ڈیٹی۔</w:t>
      </w:r>
    </w:p>
    <w:p>
      <w:r>
        <w:rPr>
          <w:b/>
        </w:rPr>
        <w:t xml:space="preserve">[42:15] </w:t>
      </w:r>
      <w:r>
        <w:t>he is a believer in one God and is not committing any shirk. he turned the question back to me and said that does God discriminate based on language.</w:t>
      </w:r>
    </w:p>
    <w:p>
      <w:pPr>
        <w:jc w:val="right"/>
      </w:pPr>
      <w:r>
        <w:t>ہی از ا بیلیور ان ون گاڈ اینڈ از ناٹ کمیٹنگ اینی شرک۔ ہی ٹرن دا کوئسچن بیک ٹو می اینڈ سیڈ دیٹ ڈز گاڈ ڈسکریمینیٹ بیسڈ ان لینگویج۔</w:t>
      </w:r>
    </w:p>
    <w:p>
      <w:r>
        <w:rPr>
          <w:b/>
        </w:rPr>
        <w:t xml:space="preserve">[42:27] </w:t>
      </w:r>
      <w:r>
        <w:t>Maulana ji, I want to know what is shirk and what all comes under shirk.</w:t>
      </w:r>
    </w:p>
    <w:p>
      <w:pPr>
        <w:jc w:val="right"/>
      </w:pPr>
      <w:r>
        <w:t>مولانا جی، آئی وانٹ ٹو نو واٹ از شرک اینڈ واٹ ال کمز انڈر شرک۔</w:t>
      </w:r>
    </w:p>
    <w:p>
      <w:r>
        <w:rPr>
          <w:b/>
        </w:rPr>
        <w:t xml:space="preserve">[42:34] </w:t>
      </w:r>
      <w:r>
        <w:t>please shed some light on this." dekhiye, yeh case jo bataya aap ne, mere nazdeek bilkul woh ghalati par hain. woh agar Om ke practice karna chahta hai to kare, lekin yeh kehna ke Allah aur Om aik hai, yeh bilkul bilkul low baat hai,</w:t>
      </w:r>
    </w:p>
    <w:p>
      <w:pPr>
        <w:jc w:val="right"/>
      </w:pPr>
      <w:r>
        <w:t>پلیز شیڈ سم لائٹ ان دس۔" دیکھیں، یہ کیس جو بتایا آپ نے، میرے نزدیک بالکل وہ غلطی پر ہیں۔ وہ اگر اوم کے پریکٹس کرنا چاہتا ہے تو کرے، لیکن یہ کہنا کہ اللہ اور اوم ایک ہے، یہ بالکل بالکل لو بات ہے،</w:t>
      </w:r>
    </w:p>
    <w:p>
      <w:r>
        <w:rPr>
          <w:b/>
        </w:rPr>
        <w:t xml:space="preserve">[42:51] </w:t>
      </w:r>
      <w:r>
        <w:t>absurd baat hai aur unscientific baat hai.</w:t>
      </w:r>
    </w:p>
    <w:p>
      <w:pPr>
        <w:jc w:val="right"/>
      </w:pPr>
      <w:r>
        <w:t>ایبسرٹ بات ہے اور ان سائنٹیفک بات ہے۔</w:t>
      </w:r>
    </w:p>
    <w:p>
      <w:r>
        <w:rPr>
          <w:b/>
        </w:rPr>
        <w:t xml:space="preserve">[42:55] </w:t>
      </w:r>
      <w:r>
        <w:t>aap aap ko azaadi hai ke aap Om ko chahte hain, ikhtiyar karna chahte hain, ikhtiyar kijiye.</w:t>
      </w:r>
    </w:p>
    <w:p>
      <w:pPr>
        <w:jc w:val="right"/>
      </w:pPr>
      <w:r>
        <w:t>آپ آپ کو آزادی ہے کہ آپ اوم کو چاہتے ہیں، اختیار کرنا چاہتے ہیں، اختیار کیجئے۔</w:t>
      </w:r>
    </w:p>
    <w:p>
      <w:r>
        <w:rPr>
          <w:b/>
        </w:rPr>
        <w:t xml:space="preserve">[43:04] </w:t>
      </w:r>
      <w:r>
        <w:t>ke yeh koi kehte hain aap ke Om aur Allah aik hai, yeh to bohat hi zyada criminal baat mein samajhta hoon. is ko mein aap ki azaadi ko mein aap ka haq samajhta hoon, lekin aap ka yeh haq nahi hai ke aap sachai ka ghalat interpretation dein.</w:t>
      </w:r>
    </w:p>
    <w:p>
      <w:pPr>
        <w:jc w:val="right"/>
      </w:pPr>
      <w:r>
        <w:t>کہ یہ کوئی کہتے ہیں آپ کہ اوم اور اللہ ایک ہے، یہ تو بہت ہی زیادہ کریمنل بات میں سمجھتا ہوں۔ اس کو میں آپ کی آزادی کو میں آپ کا حق سمجھتا ہوں، لیکن آپ کا یہ حق نہیں ہے کہ آپ سچائی کا غلط انٹرپریٹیشن دیں۔</w:t>
      </w:r>
    </w:p>
    <w:p>
      <w:r>
        <w:rPr>
          <w:b/>
        </w:rPr>
        <w:t xml:space="preserve">[43:21] </w:t>
      </w:r>
      <w:r>
        <w:t>donon mein farq hai. dekhiye,</w:t>
      </w:r>
    </w:p>
    <w:p>
      <w:pPr>
        <w:jc w:val="right"/>
      </w:pPr>
      <w:r>
        <w:t>دونوں میں فرق ہے۔ دیکھیے،</w:t>
      </w:r>
    </w:p>
    <w:p>
      <w:r>
        <w:rPr>
          <w:b/>
        </w:rPr>
        <w:t xml:space="preserve">[43:23] </w:t>
      </w:r>
      <w:r>
        <w:t>aik hai ke mein apni azaadi ko jis tarah chahoon istemal karoon, to theek hai, aap istemal kijiye, lekin sachai ka ghalat interpretation dena yeh right nahi hai aap ko.</w:t>
      </w:r>
    </w:p>
    <w:p>
      <w:pPr>
        <w:jc w:val="right"/>
      </w:pPr>
      <w:r>
        <w:t>ایک ہے کہ میں اپنی آزادی کو جس طرح چاہوں استعمال کروں، تو ٹھیک ہے، آپ استعمال کیجئے، لیکن سچائی کا غلط انٹرپریٹیشن دینا یہ کرائٹ نہیں ہے آپ کو۔</w:t>
      </w:r>
    </w:p>
    <w:p>
      <w:r>
        <w:rPr>
          <w:b/>
        </w:rPr>
        <w:t xml:space="preserve">[43:33] </w:t>
      </w:r>
      <w:r>
        <w:t>ya yeh yahan yahan aa kar aap ka, yaani aap ka fe'l criminal act ban jayega. doosri baat yeh hai ke ke chanting karna, yeh yeh yeh koi cheez nahi hai Islam mein.</w:t>
      </w:r>
    </w:p>
    <w:p>
      <w:pPr>
        <w:jc w:val="right"/>
      </w:pPr>
      <w:r>
        <w:t>یا یہ یہاں یہاں آ کر آپ کا، یعنی آپ کا فعل کریمنل ایکٹ بن جائے گا۔ دوسری بات یہ ہے کہ کہ چینٹنگ کرنا، یہ یہ یہ کوئی چیز نہیں ہے اسلام میں۔</w:t>
      </w:r>
    </w:p>
    <w:p>
      <w:r>
        <w:rPr>
          <w:b/>
        </w:rPr>
        <w:t xml:space="preserve">[43:50] </w:t>
      </w:r>
      <w:r>
        <w:t>shirk aur tauheed ka farq mein arz karna chahta hoon ke insaan ke andar fitri taur par aap jante hain ke aik jazba hai ke woh paaye apne khalq ko, aisi hasti ko jis ko woh mohabbat kar sake, jis ko apna concern bana sake.</w:t>
      </w:r>
    </w:p>
    <w:p>
      <w:pPr>
        <w:jc w:val="right"/>
      </w:pPr>
      <w:r>
        <w:t>شرک اور توحید کا فرق میں عرض کرنا چاہتا ہوں کہ انسان کے اندر فطری طور پر آپ جانتے ہیں کہ ایک جذبہ ہے کہ وہ پائے اپنے خالق کو، ایسی ہستی کو جس کو وہ محبت کر سکے، جس کو اپنا کنسرن بنا سکے۔</w:t>
      </w:r>
    </w:p>
    <w:p>
      <w:r>
        <w:rPr>
          <w:b/>
        </w:rPr>
        <w:t xml:space="preserve">[44:08] </w:t>
      </w:r>
      <w:r>
        <w:t>yeh fitri taur par hai aadmi ke andar. to apne is jazbe ka markaz agar banaye Allah ko to woh tauheed hai, kisi aur ko banaye to woh shirk hai.</w:t>
      </w:r>
    </w:p>
    <w:p>
      <w:pPr>
        <w:jc w:val="right"/>
      </w:pPr>
      <w:r>
        <w:t>یہ فطری طور پر ہے آدمی کے اندر۔ تو اپنے اس جذبے کا مرکز اگر بنائے اللہ کو تو وہ توحید ہے، کسی اور کو بنائے تو وہ شرک ہے۔</w:t>
      </w:r>
    </w:p>
    <w:p>
      <w:r>
        <w:rPr>
          <w:b/>
        </w:rPr>
        <w:t xml:space="preserve">[44:20] </w:t>
      </w:r>
      <w:r>
        <w:t>yeh yeh yaani yeh asal asal tauheed aur asal shirk yahi hai. jo jo zahiri rasoom hotay hain, is is par shirk aur tauheed ka ta'ayyun nahi hota hai.</w:t>
      </w:r>
    </w:p>
    <w:p>
      <w:pPr>
        <w:jc w:val="right"/>
      </w:pPr>
      <w:r>
        <w:t>یہ یہ یعنی یہ اصل اصل توحید اور اصل شرک یہی ہے۔ جو جو ظاہری مراسم ہوتے ہیں، اس اس پر شرک اور توحید کا تعین نہیں ہوتا ہے۔</w:t>
      </w:r>
    </w:p>
    <w:p>
      <w:r>
        <w:rPr>
          <w:b/>
        </w:rPr>
        <w:t xml:space="preserve">[44:34] </w:t>
      </w:r>
      <w:r>
        <w:t>zahiri yaani kuch zahiri aap jante hain, kuch kuch zahiri form hotay hain, is mein bhi, is mein bhi. woh asal cheez nahi hai.</w:t>
      </w:r>
    </w:p>
    <w:p>
      <w:pPr>
        <w:jc w:val="right"/>
      </w:pPr>
      <w:r>
        <w:t>ظاہری یعنی کچھ ظاہری آپ جانتے ہیں، کچھ کچھ ظاہری فارم ہوتے ہیں، اس میں بھی، اس میں بھی۔ وہ اصل چیز نہیں ہے۔</w:t>
      </w:r>
    </w:p>
    <w:p>
      <w:r>
        <w:rPr>
          <w:b/>
        </w:rPr>
        <w:t xml:space="preserve">[44:44] </w:t>
      </w:r>
      <w:r>
        <w:t>asal cheez hai ke concern aap ka kya hai.</w:t>
      </w:r>
    </w:p>
    <w:p>
      <w:pPr>
        <w:jc w:val="right"/>
      </w:pPr>
      <w:r>
        <w:t>اصل چیز ہے کہ کنسرن آپ کا کیا ہے۔</w:t>
      </w:r>
    </w:p>
    <w:p>
      <w:r>
        <w:rPr>
          <w:b/>
        </w:rPr>
        <w:t xml:space="preserve">[44:48] </w:t>
      </w:r>
      <w:r>
        <w:t>agar aap ka concern Allah hai to that is tauheed. aap concern other than Allah hai to that is shirk. yeh bohat hi wazeh baat hai.</w:t>
      </w:r>
    </w:p>
    <w:p>
      <w:pPr>
        <w:jc w:val="right"/>
      </w:pPr>
      <w:r>
        <w:t>اگر آپ کا کنسرن اللہ ہے تو دیٹ از توحید۔ آپ کنسرن ادر دین اللہ ہے تو دیٹ از شرک۔ یہ بہت ہی واضح بات ہے۔</w:t>
      </w:r>
    </w:p>
    <w:p>
      <w:r>
        <w:rPr>
          <w:b/>
        </w:rPr>
        <w:t xml:space="preserve">[44:58] </w:t>
      </w:r>
      <w:r>
        <w:t>bohat kitabein likhi gayi hain, hum ne bhi likha, doosron ne bhi likha hai. dekhiye, aadmi ko sachai ke maamle mein bohat zyada sensitive hona chahiye.</w:t>
      </w:r>
    </w:p>
    <w:p>
      <w:pPr>
        <w:jc w:val="right"/>
      </w:pPr>
      <w:r>
        <w:t>بہت کتابیں لکھی گئی ہیں، ہم نے بھی لکھا، دوسروں نے بھی لکھا ہے۔ دیکھیں، آدمی کو سچائی کے معاملے میں بہت زیادہ سنسر ہونا چاہیے۔</w:t>
      </w:r>
    </w:p>
    <w:p>
      <w:r>
        <w:rPr>
          <w:b/>
        </w:rPr>
        <w:t xml:space="preserve">[45:08] </w:t>
      </w:r>
      <w:r>
        <w:t>aisi baatein nahin karni chahiye</w:t>
      </w:r>
    </w:p>
    <w:p>
      <w:pPr>
        <w:jc w:val="right"/>
      </w:pPr>
      <w:r>
        <w:t>ایسی باتیں نہیں کرنی چاہی</w:t>
      </w:r>
    </w:p>
    <w:p>
      <w:r>
        <w:rPr>
          <w:b/>
        </w:rPr>
        <w:t xml:space="preserve">[45:10] </w:t>
      </w:r>
      <w:r>
        <w:t>e. apni job mein aisa nahin karta, aadmi apne business mein aisa nahin karta, aadmi lekin mazhab ke maamle mein, sachai ke maamle mein aisi baatein karta hai.</w:t>
      </w:r>
    </w:p>
    <w:p>
      <w:pPr>
        <w:jc w:val="right"/>
      </w:pPr>
      <w:r>
        <w:t>ے۔ اپنی جاب میں ایسا نہیں کرتا، آدمی اپنے بزنس میں ایسا نہیں کرتا، آدمی لیکن مذہب کے معاملے میں، سچائی کے معاملے میں ایسی باتیں کرتا ہے۔</w:t>
      </w:r>
    </w:p>
    <w:p>
      <w:r>
        <w:rPr>
          <w:b/>
        </w:rPr>
        <w:t xml:space="preserve">[45:22] </w:t>
      </w:r>
      <w:r>
        <w:t>apne beta beti ke maamle mein aisi boli nahin bolta. to beharhaal, main is ko sincerity ke khilaaf samajhta hoon is baat ko.</w:t>
      </w:r>
    </w:p>
    <w:p>
      <w:pPr>
        <w:jc w:val="right"/>
      </w:pPr>
      <w:r>
        <w:t>اپنے بیٹا بیٹی کے معاملے میں ایسی بولی نہیں بولتا۔ تو بہرحال، میں اس کو سنسیئرٹی کے خلاف سمجھتا ہوں اس بات کو۔</w:t>
      </w:r>
    </w:p>
    <w:p>
      <w:r>
        <w:rPr>
          <w:b/>
        </w:rPr>
        <w:t xml:space="preserve">[45:35] </w:t>
      </w:r>
      <w:r>
        <w:t>aur aap ko bohat zyada research karna chahiye, tehqeeq karna chahiye, literature padhna chahiye, sochna chahiye. bohat soch samajh kar apna ek stand muqarrar karna chahiye.</w:t>
      </w:r>
    </w:p>
    <w:p>
      <w:pPr>
        <w:jc w:val="right"/>
      </w:pPr>
      <w:r>
        <w:t>اور آپ کو بہت زیادہ ریسرچ کرنا چاہیے، تحقیق کرنا چاہیے، لٹریچر پڑھنا چاہیے، سوچنا چاہیے۔ بہت سوچ سمجھ کر اپنا ایک سٹینڈ مقرر کرنا چاہیے۔</w:t>
      </w:r>
    </w:p>
    <w:p>
      <w:r>
        <w:rPr>
          <w:b/>
        </w:rPr>
        <w:t xml:space="preserve">[45:48] </w:t>
      </w:r>
      <w:r>
        <w:t>aur yeh ghalati kabhi nahin karni chahiye ke aap sachai ka ghalat interpretation dein.</w:t>
      </w:r>
    </w:p>
    <w:p>
      <w:pPr>
        <w:jc w:val="right"/>
      </w:pPr>
      <w:r>
        <w:t>اور یہ غلطی کبھی نہیں کرنی چاہیے کہ آپ سچائی کا غلط انٹرپریٹیشن دیں۔</w:t>
      </w:r>
    </w:p>
    <w:p>
      <w:r>
        <w:rPr>
          <w:b/>
        </w:rPr>
        <w:t xml:space="preserve">[45:55] </w:t>
      </w:r>
      <w:r>
        <w:t>Allah ne aap ko azaadi di hai, azaadi ko ghalat istemaal kiya, sahi istemaal kiya, woh aap ka haq hai. lekin yeh aap ka hergiz hi haq nahin hai ke aap sachai ka ghalat interpretation dein ke tauheed ko shirk bataein, shirk tauheed bataein.</w:t>
      </w:r>
    </w:p>
    <w:p>
      <w:pPr>
        <w:jc w:val="right"/>
      </w:pPr>
      <w:r>
        <w:t>اللہ نے آپ کو آزادی دی ہے، آزادی کو غلط استعمال کیا، صحیح استعمال کیا، وہ آپ کا حق ہے۔ لیکن یہ آپ کا ہرگز ہی حق نہیں ہے کہ آپ سچائی کا غلط انٹرپریٹیشن دیں کہ توحید کو شرک بتائیں، شرک توحید بتائیں۔</w:t>
      </w:r>
    </w:p>
    <w:p>
      <w:r>
        <w:rPr>
          <w:b/>
        </w:rPr>
        <w:t xml:space="preserve">[46:10] </w:t>
      </w:r>
      <w:r>
        <w:t>jo shirk hai, wahi tauheed hai, jo tauheed hai, woh shirk hai. yeh kehne ka aap ko right nahin hai. Maulana, agla sawal Mumbai se hai Farhan Khan sahab ka</w:t>
      </w:r>
    </w:p>
    <w:p>
      <w:pPr>
        <w:jc w:val="right"/>
      </w:pPr>
      <w:r>
        <w:t>جو شرک ہے، وہی توحید ہے، جو توحید ہے، وہ شرک ہے۔ یہ کہنے کا آپ کو رائٹ نہیں ہے۔ مولانا، اگلا سوال ممبئی سے ہے فرحان خان صاحب کا</w:t>
      </w:r>
    </w:p>
    <w:p>
      <w:r>
        <w:rPr>
          <w:b/>
        </w:rPr>
        <w:t xml:space="preserve">[46:19] </w:t>
      </w:r>
      <w:r>
        <w:t>. unhon ne likha hai: "Maulana, is it necessary when inviting non muslims towards Allah, we must also invite them to our culture?</w:t>
      </w:r>
    </w:p>
    <w:p>
      <w:pPr>
        <w:jc w:val="right"/>
      </w:pPr>
      <w:r>
        <w:t>۔ انہوں نے لکھا ہے: "مولانا، از اٹ نیسیسری وین انوائٹنگ نان مسلمز ٹورڈز اللہ، وی مسٹ السو انوائٹ دیم ٹو اور کلچر؟</w:t>
      </w:r>
    </w:p>
    <w:p>
      <w:r>
        <w:rPr>
          <w:b/>
        </w:rPr>
        <w:t xml:space="preserve">[46:30] </w:t>
      </w:r>
      <w:r>
        <w:t>wouldn't it be better if we invited them only to Allah, leaving them to decide their own culture? what is your advice?" dekhein, culture ka koi ta'alluq Islam</w:t>
      </w:r>
    </w:p>
    <w:p>
      <w:pPr>
        <w:jc w:val="right"/>
      </w:pPr>
      <w:r>
        <w:t>وڈنٹ اٹ بی بیٹر اف وی انوائٹڈ دیم اونلی ٹو اللہ، لیونگ دیم ٹو ڈیسائیڈ دیر اون کلچر؟ واٹ از یور ایڈوائس؟" دیکھیں، کلچر کا کوئی تعلق اسلام</w:t>
      </w:r>
    </w:p>
    <w:p>
      <w:r>
        <w:rPr>
          <w:b/>
        </w:rPr>
        <w:t xml:space="preserve">[46:45] </w:t>
      </w:r>
      <w:r>
        <w:t>se nahin hai. culture to</w:t>
      </w:r>
    </w:p>
    <w:p>
      <w:pPr>
        <w:jc w:val="right"/>
      </w:pPr>
      <w:r>
        <w:t>سے نہیں ہے۔ کلچر تو</w:t>
      </w:r>
    </w:p>
    <w:p>
      <w:r>
        <w:rPr>
          <w:b/>
        </w:rPr>
        <w:t xml:space="preserve">[46:49] </w:t>
      </w:r>
      <w:r>
        <w:t>jo culture to geography se banta hai, different jo halaat hote hain, us se banta hai. culture ki taraf invite karne ka koi matlab nahin hai.</w:t>
      </w:r>
    </w:p>
    <w:p>
      <w:pPr>
        <w:jc w:val="right"/>
      </w:pPr>
      <w:r>
        <w:t>جو کلچر تو جیوگرافی سے بنتا ہے، ڈفرنٹ جو حالات ہوتے ہیں، اس سے بنتا ہے۔ کلچر کی طرف انوائٹ کرنے کا کوئی مطلب نہیں ہے۔</w:t>
      </w:r>
    </w:p>
    <w:p>
      <w:r>
        <w:rPr>
          <w:b/>
        </w:rPr>
        <w:t xml:space="preserve">[47:00] </w:t>
      </w:r>
      <w:r>
        <w:t>Islam ki taraf invite karne ka matlab wahi hai jo Quran mein hai. Quran mein, Quran koi culture ki book nahin hai, book of culture nahin hai. Quran ki Quran book of ideology hai.</w:t>
      </w:r>
    </w:p>
    <w:p>
      <w:pPr>
        <w:jc w:val="right"/>
      </w:pPr>
      <w:r>
        <w:t>اسلام کی طرف انوائٹ کرنے کا مطلب وہی ہے جو قرآن میں ہے۔ قرآن میں، قرآن کوئی کلچر کی بک نہیں ہے، بک اف کلچر نہیں ہے۔ قرآن کی قرآن بک اف آئیڈیالوجی ہے۔</w:t>
      </w:r>
    </w:p>
    <w:p>
      <w:r>
        <w:rPr>
          <w:b/>
        </w:rPr>
        <w:t xml:space="preserve">[47:11] </w:t>
      </w:r>
      <w:r>
        <w:t>to aap ko agar dawat ka kaam karna hai to theek theesi line pe kijiye jo Quran ki line hai. sab se pehle Quran ko A se Z tak padhiye aur khud discover kijiye Quran ka, yaani kya, yaani kya hai is ka message.</w:t>
      </w:r>
    </w:p>
    <w:p>
      <w:pPr>
        <w:jc w:val="right"/>
      </w:pPr>
      <w:r>
        <w:t>تو آپ کو اگر دعوت کا کام کرنا ہے تو ٹھیک اسی لائن پہ کیجئے جو قرآن کی لائن ہے۔ سب سے پہلے قرآن کو اے سے زیڈ تک پڑھیے اور خود ڈسکور کیجئے قرآن کا، یعنی کیا، یعنی کیا ہے اس کا میسج۔</w:t>
      </w:r>
    </w:p>
    <w:p>
      <w:r>
        <w:rPr>
          <w:b/>
        </w:rPr>
        <w:t xml:space="preserve">[47:30] </w:t>
      </w:r>
      <w:r>
        <w:t>is ka mess</w:t>
      </w:r>
    </w:p>
    <w:p>
      <w:pPr>
        <w:jc w:val="right"/>
      </w:pPr>
      <w:r>
        <w:t>اس کا میس</w:t>
      </w:r>
    </w:p>
    <w:p>
      <w:r>
        <w:rPr>
          <w:b/>
        </w:rPr>
        <w:t xml:space="preserve">[47:31] </w:t>
      </w:r>
      <w:r>
        <w:t>age kya hai? jaise maine mutaala kar ke jo discover kiya, woh yeh hai ke Quran ka message yeh hai ke ke Quran chahta hai batana logon ko ke what is the creation plan of God.</w:t>
      </w:r>
    </w:p>
    <w:p>
      <w:pPr>
        <w:jc w:val="right"/>
      </w:pPr>
      <w:r>
        <w:t>ج کیا ہے؟ جیسے میں نے مطالعہ کر کے جو ڈسکور کیا، وہ یہ ہے کہ قرآن کا میسج یہ ہے کہ کہ قرآن چاہتا ہے بتانا لوگوں کو کہ واٹ از دا کریشن پلان اف گاڈ۔</w:t>
      </w:r>
    </w:p>
    <w:p>
      <w:r>
        <w:rPr>
          <w:b/>
        </w:rPr>
        <w:t xml:space="preserve">[47:46] </w:t>
      </w:r>
      <w:r>
        <w:t>to yeh yeh jo aap sawal kar rahe hain, yeh is koi relevance is ka nahin hai. agar aap da'wati kaam karna chahte hain to book of dawat to sirf ek hai, woh</w:t>
      </w:r>
    </w:p>
    <w:p>
      <w:pPr>
        <w:jc w:val="right"/>
      </w:pPr>
      <w:r>
        <w:t>تو یہ یہ جو آپ سوال کر رہے ہیں، یہ اس کوئی ریلیونس اس کا نہیں ہے۔ اگر آپ دعوتی کام کرنا چاہتے ہیں تو بک اف دعوت تو صرف ایک ہے، وہ</w:t>
      </w:r>
    </w:p>
    <w:p>
      <w:r>
        <w:rPr>
          <w:b/>
        </w:rPr>
        <w:t xml:space="preserve">[47:56] </w:t>
      </w:r>
      <w:r>
        <w:t>Quran hai. aap Quran ko padhiye aur jo Quran mein mile, aap ko us ko, us ko aap us ki dawat dijiye. yeh is yeh ek ek question to bilkul irrelevant, irrelevant question hai.</w:t>
      </w:r>
    </w:p>
    <w:p>
      <w:pPr>
        <w:jc w:val="right"/>
      </w:pPr>
      <w:r>
        <w:t>قرآن ہے۔ آپ قرآن کو پڑھیے اور جو قرآن میں ملے، آپ کو اس کو، اس کو آپ اس کی دعوت دیجئے۔ یہ اس یہ ایک ایک کوئسچن تو بالکل اریلیونٹ، اریلیونٹ کوئسچن ہے۔</w:t>
      </w:r>
    </w:p>
    <w:p>
      <w:r>
        <w:rPr>
          <w:b/>
        </w:rPr>
        <w:t xml:space="preserve">[48:07] </w:t>
      </w:r>
      <w:r>
        <w:t>Maulana, agla sawal Tamil Nadu se hai Maulana Iqbal Umri ka. unhon ne aap se poocha hai ke tafakkur aur muraqba mein farq kya hai?</w:t>
      </w:r>
    </w:p>
    <w:p>
      <w:pPr>
        <w:jc w:val="right"/>
      </w:pPr>
      <w:r>
        <w:t>مولانا، اگلا سوال تمل ناڈو سے ہے مولانا اقبال عمری کا۔ انہوں نے آپ سے پوچھا ہے کہ تفکر اور مراقبہ میں فرق کیا ہے؟</w:t>
      </w:r>
    </w:p>
    <w:p>
      <w:r>
        <w:rPr>
          <w:b/>
        </w:rPr>
        <w:t xml:space="preserve">[48:17] </w:t>
      </w:r>
      <w:r>
        <w:t>is ke baray mein bataein. dekhein, jahan tak main jaanta hoon, muraqba alag cheez hai, tafakkur alag cheez hai.</w:t>
      </w:r>
    </w:p>
    <w:p>
      <w:pPr>
        <w:jc w:val="right"/>
      </w:pPr>
      <w:r>
        <w:t>اس کے بارے میں بتائیں۔ دیکھیں، جہاں تک میں جانتا ہوں، مراقبہ الگ چیز ہے، تفکر الگ چیز ہے۔</w:t>
      </w:r>
    </w:p>
    <w:p>
      <w:r>
        <w:rPr>
          <w:b/>
        </w:rPr>
        <w:t xml:space="preserve">[48:27] </w:t>
      </w:r>
      <w:r>
        <w:t>tafakkur mein aqal istemaal hoti hai. aqal ko hum istemaal karein to is ka naam hai tafakkur. ab muraqba mein to woh log dil farz karte hain ke dil mein sab kuch hota hai, to dil par tawajjuh dete hain.</w:t>
      </w:r>
    </w:p>
    <w:p>
      <w:pPr>
        <w:jc w:val="right"/>
      </w:pPr>
      <w:r>
        <w:t>تفکر میں عقل استعمال ہوتی ہے۔ عقل کو ہم استعمال کریں تو اس کا نام ہے تفکر۔ اب مراقبہ میں تو وہ لوگ دل فرض کرتے ہیں کہ دل میں سب کچھ ہوتا ہے، تو دل پر توجہ دیتے ہیں۔</w:t>
      </w:r>
    </w:p>
    <w:p>
      <w:r>
        <w:rPr>
          <w:b/>
        </w:rPr>
        <w:t xml:space="preserve">[48:41] </w:t>
      </w:r>
      <w:r>
        <w:t>ab main to yeh manta nahin ke dil mein sab kuch hota hai. dil ko to circulation of blood ka zariya hai bas. lekin woh log yeh mante hain ke dil mein khazana maarfat</w:t>
      </w:r>
    </w:p>
    <w:p>
      <w:pPr>
        <w:jc w:val="right"/>
      </w:pPr>
      <w:r>
        <w:t>اب میں تو یہ مانتا نہیں کہ دل میں سب کچھ ہوتا ہے۔ دل کو تو سرکولیشن اف بلڈ کا ذریعہ ہے بس۔ لیکن وہ لوگ یہ مانتے ہیں کہ دل میں خزانہ معرفت</w:t>
      </w:r>
    </w:p>
    <w:p>
      <w:r>
        <w:rPr>
          <w:b/>
        </w:rPr>
        <w:t xml:space="preserve">[48:52] </w:t>
      </w:r>
      <w:r>
        <w:t>hai aur is par dhyan doge to is se khazana milega maarfat ka. to yeh ek mafrooze par qaim hai saara. muraqba saara ka saara ek mafrooze par qaim hai ke dil mein sab kuch hai, is par dhyan kahan lagao, is se sab cheez mil jayegi.</w:t>
      </w:r>
    </w:p>
    <w:p>
      <w:pPr>
        <w:jc w:val="right"/>
      </w:pPr>
      <w:r>
        <w:t>ہے اور اس پر دھیان دو گے تو اس سے خزانہ ملے گا معرفت کا۔ تو یہ ایک مفروضے پر قائم ہے سارا۔ مراقبہ سارا کا سارا ایک مفروضہ پر قائم ہے کہ دل میں سب کچھ ہے، اس پر دھیان کہاں لگاؤ، اس سے سب چیز مل جائے گی۔</w:t>
      </w:r>
    </w:p>
    <w:p>
      <w:r>
        <w:rPr>
          <w:b/>
        </w:rPr>
        <w:t xml:space="preserve">[49:10] </w:t>
      </w:r>
      <w:r>
        <w:t>to per main is ko sahi nahin manta.</w:t>
      </w:r>
    </w:p>
    <w:p>
      <w:pPr>
        <w:jc w:val="right"/>
      </w:pPr>
      <w:r>
        <w:t>تو پر میں اس کو صحیح نہیں مانتا۔</w:t>
      </w:r>
    </w:p>
    <w:p>
      <w:r>
        <w:rPr>
          <w:b/>
        </w:rPr>
        <w:t xml:space="preserve">[49:13] </w:t>
      </w:r>
      <w:r>
        <w:t>mere nazdeek jo sahi cheez hai, woh tafakkur hai, yaani ghour o fikr. ghour o fikr to ghour o fikr mein aadmi apne aqal ko istemaal kar sakta hai, dalail ko dekhta hai, tajziya karta hai,</w:t>
      </w:r>
    </w:p>
    <w:p>
      <w:pPr>
        <w:jc w:val="right"/>
      </w:pPr>
      <w:r>
        <w:t>میرے نزدیک جو صحیح چیز ہے، وہ تفکر ہے، یعنی غور و فکر۔ غور و فکر تو غور و فکر میں آدمی اپنے عقل کو استعمال کر سکتا ہے، دلائل کو دیکھتا ہے، تجزیہ کرتا ہے،</w:t>
      </w:r>
    </w:p>
    <w:p>
      <w:r>
        <w:rPr>
          <w:b/>
        </w:rPr>
        <w:t xml:space="preserve">[49:30] </w:t>
      </w:r>
      <w:r>
        <w:t>analysis karta hai. to woh ek alag cheez hai. dono mein bilkul yaani satana nawaan ka maamla hai ke woh alag cheez hai, woh alag cheez hai.</w:t>
      </w:r>
    </w:p>
    <w:p>
      <w:pPr>
        <w:jc w:val="right"/>
      </w:pPr>
      <w:r>
        <w:t>انالیسز کرتا ہے۔ تو وہ ایک الگ چیز ہے۔ دونوں میں بالکل یعنی ستانہ نواں کا معاملہ ہے کہ وہ الگ چیز ہے، وہ الگ چیز ہے۔</w:t>
      </w:r>
    </w:p>
    <w:p>
      <w:r>
        <w:rPr>
          <w:b/>
        </w:rPr>
        <w:t xml:space="preserve">[49:44] </w:t>
      </w:r>
      <w:r>
        <w:t>maulana, agla sawal bhi tamil nadu se hai muhammad ilyas sahab ne kiya hai. unhon ne aap se poocha hai ke sufi jehad fi Allah aur haqeeqi jehad fi Allah mein farq kya hai?</w:t>
      </w:r>
    </w:p>
    <w:p>
      <w:pPr>
        <w:jc w:val="right"/>
      </w:pPr>
      <w:r>
        <w:t>مولانا، اگلا سوال بھی تمل ناڈو سے ہے محمد الیاس صاحب نے کیا ہے۔ انہوں نے آپ سے پوچھا ہے کہ صوفی جہاد فی اللہ اور حقیقی جہاد فی اللہ میں فرق کیا ہے؟</w:t>
      </w:r>
    </w:p>
    <w:p>
      <w:r>
        <w:rPr>
          <w:b/>
        </w:rPr>
        <w:t xml:space="preserve">[49:55] </w:t>
      </w:r>
      <w:r>
        <w:t>kya kya sufi jehad fi Allah aur haqeeqi jehad fi Allah mein farq kya hai? main bhi samjha nahi kya keh rahe hain. nahi, is ka sawal clear nahi hai.</w:t>
      </w:r>
    </w:p>
    <w:p>
      <w:pPr>
        <w:jc w:val="right"/>
      </w:pPr>
      <w:r>
        <w:t>کیا کیا صوفی جہاد فی اللہ اور حقیقی جہاد فی اللہ میں فرق کیا ہے؟ میں بھی سمجھا نہیں کیا کہہ رہے ہیں۔ نہیں، اس کا سوال کلیئر نہیں ہے۔</w:t>
      </w:r>
    </w:p>
    <w:p>
      <w:r>
        <w:rPr>
          <w:b/>
        </w:rPr>
        <w:t xml:space="preserve">[50:05] </w:t>
      </w:r>
      <w:r>
        <w:t>mere nazdeek beharhal sufi logon ka tareeqa jo hai, woh jehad ka tareeqa nahi hai. albatta mujahida lafz bolte hain woh log.</w:t>
      </w:r>
    </w:p>
    <w:p>
      <w:pPr>
        <w:jc w:val="right"/>
      </w:pPr>
      <w:r>
        <w:t>میرے نزدیک بہرحال صوفی لوگوں کا طریقہ جو ہے، وہ جہاد کا طریقہ نہیں ہے۔ البتہ مجاہدہ لفظ بولتے ہیں وہ لوگ۔</w:t>
      </w:r>
    </w:p>
    <w:p>
      <w:r>
        <w:rPr>
          <w:b/>
        </w:rPr>
        <w:t xml:space="preserve">[50:13] </w:t>
      </w:r>
      <w:r>
        <w:t>jehad ek ek term hai, ek istilaah hai jis ka matlab yeh hai ke aap ek do fareeq hain, ek aap hain, ek doosra fareeq hai, is se takrao karna.</w:t>
      </w:r>
    </w:p>
    <w:p>
      <w:pPr>
        <w:jc w:val="right"/>
      </w:pPr>
      <w:r>
        <w:t>جہاد ایک ایک ٹرم ہے، ایک اصطلاح ہے جس کا مطلب یہ ہے کہ آپ ایک دو فریق ہیں، ایک آپ ہیں، ایک دوسرا فریق ہے، اس سے ٹکراؤ کرنا۔</w:t>
      </w:r>
    </w:p>
    <w:p>
      <w:r>
        <w:rPr>
          <w:b/>
        </w:rPr>
        <w:t xml:space="preserve">[50:23] </w:t>
      </w:r>
      <w:r>
        <w:t>to is ke liye jehad ka lafz bolte hain. mujahida to mujahid e nafs ke maani mein hota hai ke aap warzishain, yani rohani warzishain karte hain aur is ke baad apne, yani apne andar jo dil mein jo chupa hua hai, us ko unfold karte hain.</w:t>
      </w:r>
    </w:p>
    <w:p>
      <w:pPr>
        <w:jc w:val="right"/>
      </w:pPr>
      <w:r>
        <w:t>تو اس کے لیے جہاد کا لفظ بولتے ہیں۔ مجاہدہ تو مجاہد نفس کے معنی میں ہوتا ہے کہ آپ ورزشیں، یعنی روحانی ورزشیں کرتے ہیں اور اس کے بعد اپنے، یعنی اپنے اندر جو دل میں جو چھپا ہوا ہے، اس کو ان فولڈ کرتے ہیں۔</w:t>
      </w:r>
    </w:p>
    <w:p>
      <w:r>
        <w:rPr>
          <w:b/>
        </w:rPr>
        <w:t xml:space="preserve">[50:41] </w:t>
      </w:r>
      <w:r>
        <w:t>matlab yeh in ka mafroza hai.</w:t>
      </w:r>
    </w:p>
    <w:p>
      <w:pPr>
        <w:jc w:val="right"/>
      </w:pPr>
      <w:r>
        <w:t>مطلب یہ ان کا مفروضہ ہے۔</w:t>
      </w:r>
    </w:p>
    <w:p>
      <w:r>
        <w:rPr>
          <w:b/>
        </w:rPr>
        <w:t xml:space="preserve">[50:43] </w:t>
      </w:r>
      <w:r>
        <w:t>main nahi, main main samajhta hoon ke aisa kuch hai, lekin lafz jehad to main nahi samajhta ke bolte hain sufi log. mere ilm mein to aisa nahi hai.</w:t>
      </w:r>
    </w:p>
    <w:p>
      <w:pPr>
        <w:jc w:val="right"/>
      </w:pPr>
      <w:r>
        <w:t>میں نہیں، میں میں سمجھتا ہوں کہ ایسا کچھ ہے، لیکن لفظ جہاد تو میں نہیں سمجھتا کہ بولتے ہیں صوفی لوگ۔ میرے علم میں تو ایسا نہیں ہے۔</w:t>
      </w:r>
    </w:p>
    <w:p>
      <w:r>
        <w:rPr>
          <w:b/>
        </w:rPr>
        <w:t xml:space="preserve">[50:55] </w:t>
      </w:r>
      <w:r>
        <w:t>maulana, agla sawal dilli se hai miss naghma siddiqui ka. unhon ne likha hai: "what is the price that we have to pay to be able to do jehad jehad fi Allah?</w:t>
      </w:r>
    </w:p>
    <w:p>
      <w:pPr>
        <w:jc w:val="right"/>
      </w:pPr>
      <w:r>
        <w:t>مولانا، اگلا سوال دلی سے ہے مس نغمہ صدیقی کا۔ انہوں نے لکھا ہے: "واٹ از دا پرائس دیٹ وی ہیو ٹو پے ٹو بی ایبل ٹو ڈو جہاد جہاد فی اللہ؟</w:t>
      </w:r>
    </w:p>
    <w:p>
      <w:r>
        <w:rPr>
          <w:b/>
        </w:rPr>
        <w:t xml:space="preserve">[51:08] </w:t>
      </w:r>
      <w:r>
        <w:t>" bhai, yeh to main pehle bhi arz kar chuka hoon ke sab se, yani yeh ek hi price dena hai, woh hai distraction se bachana.</w:t>
      </w:r>
    </w:p>
    <w:p>
      <w:pPr>
        <w:jc w:val="right"/>
      </w:pPr>
      <w:r>
        <w:t>" بھائی، یہ تو میں پہلے بھی عرض کر چکا ہوں کہ سب سے، یعنی یہ ایک ہی پرائز دینا ہے، وہ ہے ڈسٹریکشن سے بچانا۔</w:t>
      </w:r>
    </w:p>
    <w:p>
      <w:r>
        <w:rPr>
          <w:b/>
        </w:rPr>
        <w:t xml:space="preserve">[51:19] </w:t>
      </w:r>
      <w:r>
        <w:t>bas kya cheez distraction hai? is ko bhi log nahi jante. kya cheez distraction hai?</w:t>
      </w:r>
    </w:p>
    <w:p>
      <w:pPr>
        <w:jc w:val="right"/>
      </w:pPr>
      <w:r>
        <w:t>بس کیا چیز ڈسٹریکشن ہے؟ اس کو بھی لوگ نہیں جانتے۔ کیا چیز ڈسٹریکشن ہے؟</w:t>
      </w:r>
    </w:p>
    <w:p>
      <w:r>
        <w:rPr>
          <w:b/>
        </w:rPr>
        <w:t xml:space="preserve">[51:28] </w:t>
      </w:r>
      <w:r>
        <w:t>is ko bhi log nahi jante. to beharhal is ko daryaft kijiye ke distraction kya hai aur is se aap logon ko bachaiye.</w:t>
      </w:r>
    </w:p>
    <w:p>
      <w:pPr>
        <w:jc w:val="right"/>
      </w:pPr>
      <w:r>
        <w:t>اس کو بھی لوگ نہیں جانتے۔ تو بہرحال اس کو دریافت کیجئے کہ ڈسٹریکشن کیا ہے اور اس سے آپ لوگوں کو بچائیے۔</w:t>
      </w:r>
    </w:p>
    <w:p>
      <w:r>
        <w:rPr>
          <w:b/>
        </w:rPr>
        <w:t xml:space="preserve">[51:39] </w:t>
      </w:r>
      <w:r>
        <w:t>tab aap aap is qabil honge ke aap ke andar jehad fi Allah ka process jari ho. yeh ek process hai, intellectual process.</w:t>
      </w:r>
    </w:p>
    <w:p>
      <w:pPr>
        <w:jc w:val="right"/>
      </w:pPr>
      <w:r>
        <w:t>تب آپ آپ اس قابل ہوں گے کہ آپ کے اندر جہاد فی اللہ کا پراسیس جاری ہو۔ یہ ایک پراسیس ہے، انٹلیکچول پراسیس۔</w:t>
      </w:r>
    </w:p>
    <w:p>
      <w:r>
        <w:rPr>
          <w:b/>
        </w:rPr>
        <w:t xml:space="preserve">[51:49] </w:t>
      </w:r>
      <w:r>
        <w:t>to intellectual process jab jari ho payega, jab aap apne ko bachayen distraction se.</w:t>
      </w:r>
    </w:p>
    <w:p>
      <w:pPr>
        <w:jc w:val="right"/>
      </w:pPr>
      <w:r>
        <w:t>تو انٹلیکچول پراسیس جب جاری ہو پائے گا، جب آپ اپنے کو بچائیں ڈسٹریکشن سے۔</w:t>
      </w:r>
    </w:p>
    <w:p>
      <w:r>
        <w:rPr>
          <w:b/>
        </w:rPr>
        <w:t xml:space="preserve">[51:58] </w:t>
      </w:r>
      <w:r>
        <w:t>mera jo tajurba hai, har aadmi ka yahi case hai ke woh distract hota rehta hai. har aadmi ka yahi case hai.</w:t>
      </w:r>
    </w:p>
    <w:p>
      <w:pPr>
        <w:jc w:val="right"/>
      </w:pPr>
      <w:r>
        <w:t>میرا جو تجربہ ہے، ہر آدمی کا یہی کیس ہے کہ وہ ڈسٹریکٹ ہوتا رہتا ہے۔ ہر آدمی کا یہی کیس ہے۔</w:t>
      </w:r>
    </w:p>
    <w:p>
      <w:r>
        <w:rPr>
          <w:b/>
        </w:rPr>
        <w:t xml:space="preserve">[52:07] </w:t>
      </w:r>
      <w:r>
        <w:t>isi distraction ki wajah se logon ko sachai milti nahi. woh is qabil nahi hote ke jehad fi Allah karen. woh lekin dheere dheere aadmi ko distraction se itni mohabbat ho jati hai ke us ko chhod nahi pata.</w:t>
      </w:r>
    </w:p>
    <w:p>
      <w:pPr>
        <w:jc w:val="right"/>
      </w:pPr>
      <w:r>
        <w:t>اسی ڈسٹریکشن کی وجہ سے لوگوں کو سچائی ملتی نہیں۔ وہ اس قابل نہیں ہوتے کہ جہاد فی اللہ کریں۔ وہ لیکن دھیرے دھیرے آدمی کو ڈسٹریکشن سے اتنی محبت ہو جاتی ہے کہ اس کو چھوڑ نہیں پاتا۔</w:t>
      </w:r>
    </w:p>
    <w:p>
      <w:r>
        <w:rPr>
          <w:b/>
        </w:rPr>
        <w:t xml:space="preserve">[52:27] </w:t>
      </w:r>
      <w:r>
        <w:t>ek sahab the, woh koi zamane ki baat hai, jo cigarette nahi tha, beedi peete the. woh jo cigarette ki jagah beedi, main bohat ko samjhata tha ke aap isi phanse rehte hain, aap aap ko koi, yani aala daryaft nahi hogi.</w:t>
      </w:r>
    </w:p>
    <w:p>
      <w:pPr>
        <w:jc w:val="right"/>
      </w:pPr>
      <w:r>
        <w:t>ایک صاحب تھے، وہ کوئی زمانے کی بات ہے، جو سگریٹ نہیں تھا، بیڑی پیتے تھے۔ وہ جو سگریٹ کی جگہ بیڑی، میں بہت کو سمجھاتا تھا کہ آپ اسی پھنسے رہتے ہیں، آپ آپ کو کوئی، یعنی اعلیٰ دریافت نہیں ہوگی۔</w:t>
      </w:r>
    </w:p>
    <w:p>
      <w:r>
        <w:rPr>
          <w:b/>
        </w:rPr>
        <w:t xml:space="preserve">[52:48] </w:t>
      </w:r>
      <w:r>
        <w:t>kyun ke woh chhod nahi paate the, kyun ke woh mehboob ho jati hai. woh woh mehboob ho jati hai. woh to isi tarah distraction, jis cheez mein aadmi bohat der tak distract hota rahe, woh us ko mehboob ho jati hai.</w:t>
      </w:r>
    </w:p>
    <w:p>
      <w:pPr>
        <w:jc w:val="right"/>
      </w:pPr>
      <w:r>
        <w:t>کیونکہ وہ چھوڑ نہیں پاتے تھے، کیونکہ وہ محبوب ہو جاتی ہے۔ وہ وہ محبوب ہو جاتی ہے۔ وہ تو اسی طرح ڈسٹریکشن، جس چیز میں آدمی بہت دیر تک ڈسٹریکٹ ہوتا رہے، وہ اس کو محبوب ہو جاتی ہے۔</w:t>
      </w:r>
    </w:p>
    <w:p>
      <w:r>
        <w:rPr>
          <w:b/>
        </w:rPr>
        <w:t xml:space="preserve">[53:02] </w:t>
      </w:r>
      <w:r>
        <w:t>yahan tak ke mera ek taza ek tajurba yeh hai ke ke pleasure ki ek nai ek qism meri samajh mein aayi hai, us ko main kehta hoon negative pleasure.</w:t>
      </w:r>
    </w:p>
    <w:p>
      <w:pPr>
        <w:jc w:val="right"/>
      </w:pPr>
      <w:r>
        <w:t>یہاں تک کہ میرا ایک تازہ ایک تجربہ یہ ہے کہ کہ پلیژر کی ایک نئی ایک قسم میری سمجھ میں آئی ہے، اس کو میں کہتا ہوں نیگیٹیو پلیژر۔</w:t>
      </w:r>
    </w:p>
    <w:p>
      <w:r>
        <w:rPr>
          <w:b/>
        </w:rPr>
        <w:t xml:space="preserve">[53:14] </w:t>
      </w:r>
      <w:r>
        <w:t>woh bhi distraction hai ke agar aap ki zindagi mein bitter memories kuch hon, aap ko koi museebaten pesh aayi hon, kuch aap ko loss hua ho, kisi ne aap ko dhoka diya ho, to woh that is bitter memory.</w:t>
      </w:r>
    </w:p>
    <w:p>
      <w:pPr>
        <w:jc w:val="right"/>
      </w:pPr>
      <w:r>
        <w:t>وہ بھی ڈسٹریکشن ہے کہ اگر آپ کی زندگی میں بٹر میموریز کچھ ہوں، آپ کو کوئی مصیبتیں پیش آئیں ہوں، کچھ آپ کو لاس ہوا ہو، کسی نے آپ کو دھوکہ دیا ہو، تو وہ دیٹ از بٹر میموری۔</w:t>
      </w:r>
    </w:p>
    <w:p>
      <w:r>
        <w:rPr>
          <w:b/>
        </w:rPr>
        <w:t xml:space="preserve">[53:30] </w:t>
      </w:r>
      <w:r>
        <w:t>to us ko aap charcha karte hain, isi ko sochte hain. to yahan tak ho jata hai ke is mein aap ko ek ek qism ka pleasure milne lagta hai, jis tarah khwahish ko khajash hota hai.</w:t>
      </w:r>
    </w:p>
    <w:p>
      <w:pPr>
        <w:jc w:val="right"/>
      </w:pPr>
      <w:r>
        <w:t>تو اس کو آپ چرچا کرتے ہیں، اسی کو سوچتے ہیں۔ تو یہاں تک ہو جاتا ہے کہ اس میں آپ کو ایک ایک قسم کا پلیژر ملنے لگتا ہے، جس طرح خواہش کو کھجائش ہوتا ہے۔</w:t>
      </w:r>
    </w:p>
    <w:p>
      <w:r>
        <w:rPr>
          <w:b/>
        </w:rPr>
        <w:t xml:space="preserve">[53:41] </w:t>
      </w:r>
      <w:r>
        <w:t>khwahish ho, aap khajayen to is mein ek aap ko phir pleasure milega. that is negative pleasure. negative pleasure matlab yeh hai ke acha to lagta hai, lekin faida kuch nahi is ka.</w:t>
      </w:r>
    </w:p>
    <w:p>
      <w:pPr>
        <w:jc w:val="right"/>
      </w:pPr>
      <w:r>
        <w:t>خواہش ہو، آپ کھجائیں تو اس میں ایک آپ کو پھر پلیژر ملے گا۔ دیٹ از نیگیٹیو پلیژر۔ نیگیٹیو پلیژر مطلب یہ ہے کہ اچھا تو لگتا ہے، لیکن فائدہ کچھ نہیں اس کا۔</w:t>
      </w:r>
    </w:p>
    <w:p>
      <w:r>
        <w:rPr>
          <w:b/>
        </w:rPr>
        <w:t xml:space="preserve">[53:53] </w:t>
      </w:r>
      <w:r>
        <w:t>to main ne yeh paya hai ke jo log, yani jin ki zindagi mein, yani woh hua ho, setback hua ho, to aksar negative pleasure mein phans jate hain.</w:t>
      </w:r>
    </w:p>
    <w:p>
      <w:pPr>
        <w:jc w:val="right"/>
      </w:pPr>
      <w:r>
        <w:t>تو میں نے یہ پایا ہے کہ جو لوگ، یعنی جن کی زندگی میں، یعنی وہ ہوا ہو، سیٹ بیک ہوا ہو، تو اکثر نیگیٹیو پلیژر میں پھنس جاتے ہیں۔</w:t>
      </w:r>
    </w:p>
    <w:p>
      <w:r>
        <w:rPr>
          <w:b/>
        </w:rPr>
        <w:t xml:space="preserve">[54:05] </w:t>
      </w:r>
      <w:r>
        <w:t>woh isi ko sochte hain, isi ko charcha karte hain. aur is is ko sochne aur charcha karne mein un ko chunke khwahish khajane khajane ke tareeqe se ek lazzat milti hai, to phanse rehte hain, phanse rehte hain.</w:t>
      </w:r>
    </w:p>
    <w:p>
      <w:pPr>
        <w:jc w:val="right"/>
      </w:pPr>
      <w:r>
        <w:t>وہ اسی کو سوچتے ہیں، اسی کو چرچا کرتے ہیں۔ اور اس اس کو سوچنے اور چرچا کرنے میں ان کو چونکہ خواہش کھجانے کھجانے کے طریقے سے ایک لذت ملتی ہے، تو پھنسے رہتے ہیں، پھنسے رہتے ہیں۔</w:t>
      </w:r>
    </w:p>
    <w:p>
      <w:r>
        <w:rPr>
          <w:b/>
        </w:rPr>
        <w:t xml:space="preserve">[54:17] </w:t>
      </w:r>
      <w:r>
        <w:t>is se bahar nahi aa paate. woh bhi that is also a case of distraction.</w:t>
      </w:r>
    </w:p>
    <w:p>
      <w:pPr>
        <w:jc w:val="right"/>
      </w:pPr>
      <w:r>
        <w:t>اس سے باہر نہیں آ پاتے۔ وہ بھی دیٹ از السو ا کیس اف ڈسٹریکشن۔</w:t>
      </w:r>
    </w:p>
    <w:p>
      <w:r>
        <w:rPr>
          <w:b/>
        </w:rPr>
        <w:t xml:space="preserve">[54:23] </w:t>
      </w:r>
      <w:r>
        <w:t>to itni zyada qismen hain distraction ki hain ke la tuddu wala tahsa. yeh aadmi khud ghaur kar ke samajh sakta hai ke mere liye main main main kis kaun kaun se distraction mein phansa hua hoon.</w:t>
      </w:r>
    </w:p>
    <w:p>
      <w:pPr>
        <w:jc w:val="right"/>
      </w:pPr>
      <w:r>
        <w:t>تو اتنی زیادہ قسمیں ہیں ڈسٹریکشن کی ہیں کہ لا تود ولا تحصی۔ یہ آدمی خود غور کر کے سمجھ سکتا ہے کہ میرے لیے میں میں میں کس کون کون سے ڈسٹریکشن میں پھنسا ہوا ہوں۔</w:t>
      </w:r>
    </w:p>
    <w:p>
      <w:r>
        <w:rPr>
          <w:b/>
        </w:rPr>
        <w:t xml:space="preserve">[54:40] </w:t>
      </w:r>
      <w:r>
        <w:t>maulana, agla sawal dilli se hai jameel akhtar sahab ka. unhon ne likha hai: "maujooda zamana uryaniyat ka zamana hai.</w:t>
      </w:r>
    </w:p>
    <w:p>
      <w:pPr>
        <w:jc w:val="right"/>
      </w:pPr>
      <w:r>
        <w:t>مولانا، اگلا سوال دلی سے ہے جمیل اختر صاحب کا۔ انہوں نے لکھا ہے: "موجودہ زمانہ عریانیت کا زمانہ ہے۔</w:t>
      </w:r>
    </w:p>
    <w:p>
      <w:r>
        <w:rPr>
          <w:b/>
        </w:rPr>
        <w:t xml:space="preserve">[54:50] </w:t>
      </w:r>
      <w:r>
        <w:t>aisi halat mein nigaahon ki hifazat kis tarah ki jaye?" maujooda zamane ki baat nahi, yeh har zamane mein hota hai.</w:t>
      </w:r>
    </w:p>
    <w:p>
      <w:pPr>
        <w:jc w:val="right"/>
      </w:pPr>
      <w:r>
        <w:t>ایسی حالت میں نگاہوں کی حفاظت کس طرح کی جائے؟" موجودہ زمانے کی بات نہیں، یہ ہر زمانے میں ہوتا ہے۔</w:t>
      </w:r>
    </w:p>
    <w:p>
      <w:r>
        <w:rPr>
          <w:b/>
        </w:rPr>
        <w:t xml:space="preserve">[54:59] </w:t>
      </w:r>
      <w:r>
        <w:t>agar pehle zamane mein na hota to ghazab o mashriq hukum ka hota. yaani pichhle zamane mein agar yeh baat na hoti to kyun aaya ghazab o mashriq hukum?</w:t>
      </w:r>
    </w:p>
    <w:p>
      <w:pPr>
        <w:jc w:val="right"/>
      </w:pPr>
      <w:r>
        <w:t>اگر پہلے زمانے میں نہ ہوتا تو غضب و مشرق حکم کا ہوتا۔ یعنی پچھلے زمانے میں اگر یہ بات نہ ہوتی تو کیوں آیا غضب و مشرق حکم؟</w:t>
      </w:r>
    </w:p>
    <w:p>
      <w:r>
        <w:rPr>
          <w:b/>
        </w:rPr>
        <w:t xml:space="preserve">[55:09] </w:t>
      </w:r>
      <w:r>
        <w:t>yeh sab har zamane mein hota hai, koi naye zamane ki baat to nahi hai. sirf degree ka farq hai,</w:t>
      </w:r>
    </w:p>
    <w:p>
      <w:pPr>
        <w:jc w:val="right"/>
      </w:pPr>
      <w:r>
        <w:t>یہ سب ہر زمانے میں ہوتا ہے، کوئی نئے زمانے کی بات تو نہیں ہے۔ صرف ڈگری کا فرق ہے،</w:t>
      </w:r>
    </w:p>
    <w:p>
      <w:r>
        <w:rPr>
          <w:b/>
        </w:rPr>
        <w:t xml:space="preserve">[55:14] </w:t>
      </w:r>
      <w:r>
        <w:t>sirf degree ka farq hai. aur yeh apne ko train karna padta hai. yaani agar aap badi badi cheez ko daryaft kar chuke hon to chhoti cheezein aap ko kuch bhi un ke dilchaspi nahi hogi.</w:t>
      </w:r>
    </w:p>
    <w:p>
      <w:pPr>
        <w:jc w:val="right"/>
      </w:pPr>
      <w:r>
        <w:t>صرف ڈگری کا فرق ہے۔ اور یہ اپنے کو ٹرین کرنا پڑتا ہے۔ یعنی اگر آپ بڑی بڑی چیز کو دریافت کر چکے ہوں تو چھوٹی چیزیں آپ کو کچھ بھی ان کے دلچسپی نہیں ہوگی۔</w:t>
      </w:r>
    </w:p>
    <w:p>
      <w:r>
        <w:rPr>
          <w:b/>
        </w:rPr>
        <w:t xml:space="preserve">[55:28] </w:t>
      </w:r>
      <w:r>
        <w:t>high thinking, agar aap develop kar chuke ho high thinking to yeh sab cheezein chhoti lagen gi. aur chhoti cheezein mein aap ki nigah atke gi nahi.</w:t>
      </w:r>
    </w:p>
    <w:p>
      <w:pPr>
        <w:jc w:val="right"/>
      </w:pPr>
      <w:r>
        <w:t>ہائی تھنکنگ، اگر آپ ڈویلپ کر چکے ہو ہائی تھنکنگ تو یہ سب چیزیں چھوٹی لگیں گی۔ اور چھوٹی چیزیں میں آپ کی نگاہ اٹکے گی نہیں۔</w:t>
      </w:r>
    </w:p>
    <w:p>
      <w:r>
        <w:rPr>
          <w:b/>
        </w:rPr>
        <w:t xml:space="preserve">[55:39] </w:t>
      </w:r>
      <w:r>
        <w:t>to basic cheez yeh hai ke high thinking apne andar develop karna.</w:t>
      </w:r>
    </w:p>
    <w:p>
      <w:pPr>
        <w:jc w:val="right"/>
      </w:pPr>
      <w:r>
        <w:t>تو بیسک چیز یہ ہے کہ ہائی تھنکنگ اپنے اندر ڈویلپ کرنا۔</w:t>
      </w:r>
    </w:p>
    <w:p>
      <w:r>
        <w:rPr>
          <w:b/>
        </w:rPr>
        <w:t xml:space="preserve">[55:43] </w:t>
      </w:r>
      <w:r>
        <w:t>woh bhi jihad fi Allah se taluq hai. is ka jihad fi Allah se aadmi ke andar high thinking develop hoti hai. jab high thinking develop ho jati hai to har cheez aadmi ko bekar lagti hai.</w:t>
      </w:r>
    </w:p>
    <w:p>
      <w:pPr>
        <w:jc w:val="right"/>
      </w:pPr>
      <w:r>
        <w:t>وہ بھی جہاد فی اللہ سے تعلق ہے۔ اس کا جہاد فی اللہ سے آدمی کے اندر ہائی تھنکنگ ڈویلپ ہوتی ہے۔ جب ہائی تھنکنگ ڈویلپ ہو جاتی ہے تو ہر چیز آدمی کو بیکار لگتی ہے۔</w:t>
      </w:r>
    </w:p>
    <w:p>
      <w:r>
        <w:rPr>
          <w:b/>
        </w:rPr>
        <w:t xml:space="preserve">[55:54] </w:t>
      </w:r>
      <w:r>
        <w:t>yaani badi cheezon ko chhod ke chhoti cheezein bekar lagti hain. sab se zaroori cheez hai ke aap ka jo high thinking develop ho jaye, tabhi chhod chhod pata hai.</w:t>
      </w:r>
    </w:p>
    <w:p>
      <w:pPr>
        <w:jc w:val="right"/>
      </w:pPr>
      <w:r>
        <w:t>یعنی بڑی چیزوں کو چھوڑ کے چھوٹی چیزیں بیکار لگتی ہیں۔ سب سے ضروری چیز ہے کہ آپ کا جو ہائی تھنکنگ ڈویلپ ہو جائے، تبھی چھوڑ چھوڑ پاتا ہے۔</w:t>
      </w:r>
    </w:p>
    <w:p>
      <w:r>
        <w:rPr>
          <w:b/>
        </w:rPr>
        <w:t xml:space="preserve">[56:04] </w:t>
      </w:r>
      <w:r>
        <w:t>nahi to nahi chhod nahi sakta. woh</w:t>
      </w:r>
    </w:p>
    <w:p>
      <w:pPr>
        <w:jc w:val="right"/>
      </w:pPr>
      <w:r>
        <w:t>نہیں تو نہیں چھوڑ نہیں سکتا۔ وہ</w:t>
      </w:r>
    </w:p>
    <w:p>
      <w:r>
        <w:rPr>
          <w:b/>
        </w:rPr>
        <w:t xml:space="preserve">[56:08] </w:t>
      </w:r>
      <w:r>
        <w:t>baqi yeh kehna hai ke koi ek naya fitna hai, har zamane mein tha. agar na hota to ghazab o mashriq ka hukum quran mein kyun aata?</w:t>
      </w:r>
    </w:p>
    <w:p>
      <w:pPr>
        <w:jc w:val="right"/>
      </w:pPr>
      <w:r>
        <w:t>باقی یہ کہنا ہے کہ کوئی ایک نیا فتنہ ہے، ہر زمانے میں تھا۔ اگر نہ ہوتا تو غضب و مشرق کا حکم قرآن میں کیوں آتا؟</w:t>
      </w:r>
    </w:p>
    <w:p>
      <w:r>
        <w:rPr>
          <w:b/>
        </w:rPr>
        <w:t xml:space="preserve">[56:16] </w:t>
      </w:r>
      <w:r>
        <w:t>yaani saatvi sadi isvi mein kyun aaya tha? hukum us waqt hi masla tha. sirf degree ka farq hai. to mein yahi kahunga ke har aadmi ko chahiye ke woh apne andar high thinking develop kare.</w:t>
      </w:r>
    </w:p>
    <w:p>
      <w:pPr>
        <w:jc w:val="right"/>
      </w:pPr>
      <w:r>
        <w:t>یعنی ساتویں صدی عیسوی میں کیوں آیا تھا؟ حکم اس وقت ہی مسئلہ تھا۔ صرف ڈگری کا فرق ہے۔ تو میں یہی کہوں گا کہ ہر آدمی کو چاہیے کہ وہ اپنے اندر ہائی تھنکنگ ڈویلپ کرے۔</w:t>
      </w:r>
    </w:p>
    <w:p>
      <w:r>
        <w:rPr>
          <w:b/>
        </w:rPr>
        <w:t xml:space="preserve">[56:32] </w:t>
      </w:r>
      <w:r>
        <w:t>maulana, un ka ek aur sawal hai. unhon ne likha hai: "sahaba ke bare mein yeh sabit hai ke woh khajoor ki gutli par tasbeeh ginte thay." is ki wazahat karein.</w:t>
      </w:r>
    </w:p>
    <w:p>
      <w:pPr>
        <w:jc w:val="right"/>
      </w:pPr>
      <w:r>
        <w:t>مولانا، ان کا ایک اور سوال ہے۔ انہوں نے لکھا ہے: "صحابہ کے بارے میں یہ ثابت ہے کہ وہ کھجور کی گٹلی پر تسبیح گنتے تھے۔" اس کی وضاحت کریں۔</w:t>
      </w:r>
    </w:p>
    <w:p>
      <w:r>
        <w:rPr>
          <w:b/>
        </w:rPr>
        <w:t xml:space="preserve">[56:43] </w:t>
      </w:r>
      <w:r>
        <w:t>nahi, nahi, bilkul galat hai. koi sabit nahi hai. yeh sab jhooti baat hai. koi saboot is ka nahi. yeh sab jhooti qisse kahaniyan hain. aap is mein parhiye, yaani woh jo kitaab hai Shah Allah ki khilafat aur khulafa par, is mein unhon ne ek waqea likha hai.</w:t>
      </w:r>
    </w:p>
    <w:p>
      <w:pPr>
        <w:jc w:val="right"/>
      </w:pPr>
      <w:r>
        <w:t>نہیں، نہیں، بالکل غلط ہے۔ کوئی ثابت نہیں ہے۔ یہ سب جھوٹی بات ہے۔ کوئی ثبوت اس کا نہیں۔ یہ سب جھوٹی قصے کہانیاں ہیں۔ آپ اس میں پڑھیے، یعنی وہ جو کتاب ہے شاہ اللہ کی خلافت اور خلفاء پر، اس میں انہوں نے ایک واقعہ لکھا ہے۔</w:t>
      </w:r>
    </w:p>
    <w:p>
      <w:r>
        <w:rPr>
          <w:b/>
        </w:rPr>
        <w:t xml:space="preserve">[57:00] </w:t>
      </w:r>
      <w:r>
        <w:t>mein ne naqal kiya is mein apni, is mein ghaleeb tajdeed deen ji,</w:t>
      </w:r>
    </w:p>
    <w:p>
      <w:pPr>
        <w:jc w:val="right"/>
      </w:pPr>
      <w:r>
        <w:t>میں نقل کیا اس میں اپنی، اس میں غالب تجدید دین جی،</w:t>
      </w:r>
    </w:p>
    <w:p>
      <w:r>
        <w:rPr>
          <w:b/>
        </w:rPr>
        <w:t xml:space="preserve">[57:06] </w:t>
      </w:r>
      <w:r>
        <w:t>aap is ko parh lijiyey. yeh bilkul galat baat hai, is ki koi haqeeqat nahi. maulana, agla sawal Karachi Pakistan se hai Abdul Latif sahab ka.</w:t>
      </w:r>
    </w:p>
    <w:p>
      <w:pPr>
        <w:jc w:val="right"/>
      </w:pPr>
      <w:r>
        <w:t>آپ اس کو پڑھ لیجئے۔ یہ بالکل غلط بات ہے، اس کی کوئی حقیقت نہیں۔ مولانا، اگلا سوال کراچی پاکستان سے ہے عبداللطیف صاحب کا۔</w:t>
      </w:r>
    </w:p>
    <w:p>
      <w:r>
        <w:rPr>
          <w:b/>
        </w:rPr>
        <w:t xml:space="preserve">[57:18] </w:t>
      </w:r>
      <w:r>
        <w:t>unhon ne likha hai: "main ne bohat si mazhabi jamaaton ko dekha, ulama ke sath raha aur mazhabi kitabein ko bhi, kitabon ko bhi parha, lekin sab se zyada jannat ka tazkira main ne Al-Risala mein paya."</w:t>
      </w:r>
    </w:p>
    <w:p>
      <w:pPr>
        <w:jc w:val="right"/>
      </w:pPr>
      <w:r>
        <w:t>انہوں نے لکھا ہے: "میں نے بہت سی مذہبی جماعتوں کو دیکھا، علماء کے ساتھ رہا اور مذہبی کتابیں کو بھی، کتابوں کو بھی پڑھا، لیکن سب سے زیادہ جنت کا تذکرہ میں نے الرسالہ میں پایا۔"</w:t>
      </w:r>
    </w:p>
    <w:p>
      <w:r>
        <w:rPr>
          <w:b/>
        </w:rPr>
        <w:t xml:space="preserve">[57:34] </w:t>
      </w:r>
      <w:r>
        <w:t>maulana sahab, is ki wajah kya ho sakti hai? is ki wajah yeh hai ke hamara mazhab quran se derived hai. idhar udhar se hum nahi lete mazhab ko.</w:t>
      </w:r>
    </w:p>
    <w:p>
      <w:pPr>
        <w:jc w:val="right"/>
      </w:pPr>
      <w:r>
        <w:t>مولانا صاحب، اس کی وجہ کیا ہو سکتی ہے؟ اس کی وجہ یہ ہے کہ ہمارا مذہب قرآن سے ڈرائیوڈ ہے۔ ادھر ادھر سے ہم نہیں لیتے مذہب کو۔</w:t>
      </w:r>
    </w:p>
    <w:p>
      <w:r>
        <w:rPr>
          <w:b/>
        </w:rPr>
        <w:t xml:space="preserve">[57:46] </w:t>
      </w:r>
      <w:r>
        <w:t>aap logon se poochein to shayad koi ek insaan aap ko nahi milega jo yeh kahe ke maine quran ko A se Z tak sirf is liye parha ke quran kya tasawwur deta hai deen ka.</w:t>
      </w:r>
    </w:p>
    <w:p>
      <w:pPr>
        <w:jc w:val="right"/>
      </w:pPr>
      <w:r>
        <w:t>آپ لوگوں سے پوچھیں تو شاید کوئی ایک انسان آپ کو نہیں ملے گا جو یہ کہے کہ میں نے قرآن کو اے سے زیڈ تک صرف اس لیے پڑھا کہ قرآن کیا تصور دیتا ہے دین کا۔</w:t>
      </w:r>
    </w:p>
    <w:p>
      <w:r>
        <w:rPr>
          <w:b/>
        </w:rPr>
        <w:t xml:space="preserve">[58:00] </w:t>
      </w:r>
      <w:r>
        <w:t>to jab aisa na karein log to un ko kahan se milega?</w:t>
      </w:r>
    </w:p>
    <w:p>
      <w:pPr>
        <w:jc w:val="right"/>
      </w:pPr>
      <w:r>
        <w:t>تو جب ایسا نہ کریں لوگ تو ان کو کہاں سے ملے گا؟</w:t>
      </w:r>
    </w:p>
    <w:p>
      <w:r>
        <w:rPr>
          <w:b/>
        </w:rPr>
        <w:t xml:space="preserve">[58:04] </w:t>
      </w:r>
      <w:r>
        <w:t>kahan se jaane ga is cheez ko? hum ne quran ko banaya, yaani woh source banaya, us ko bar bar parha, bar bar parha, aur quran mein jo baat mili, us ko hum karte hain.</w:t>
      </w:r>
    </w:p>
    <w:p>
      <w:pPr>
        <w:jc w:val="right"/>
      </w:pPr>
      <w:r>
        <w:t>کہاں سے جانے گا اس چیز کو؟ ہم نے قرآن کو بنایا، یعنی وہ سورس بنایا، اس کو بار بار پڑھا، بار بار پڑھا، اور قرآن میں جو بات ملی، اس کو ہم کرتے ہیں۔</w:t>
      </w:r>
    </w:p>
    <w:p>
      <w:r>
        <w:rPr>
          <w:b/>
        </w:rPr>
        <w:t xml:space="preserve">[58:18] </w:t>
      </w:r>
      <w:r>
        <w:t>aap dekhein, quran mein jannat, jahannum, tazkira bhara hua hai. wohi hum ne ikhtiyar kiya hai.</w:t>
      </w:r>
    </w:p>
    <w:p>
      <w:pPr>
        <w:jc w:val="right"/>
      </w:pPr>
      <w:r>
        <w:t>آپ دیکھیں، قرآن میں جنت، جہنم، تذکرہ بھرا ہوا ہے۔ وہی ہم نے اختیار کیا ہے۔</w:t>
      </w:r>
    </w:p>
    <w:p>
      <w:r>
        <w:rPr>
          <w:b/>
        </w:rPr>
        <w:t xml:space="preserve">[58:24] </w:t>
      </w:r>
      <w:r>
        <w:t>toh logon ne yeh kiya hi nahi.</w:t>
      </w:r>
    </w:p>
    <w:p>
      <w:pPr>
        <w:jc w:val="right"/>
      </w:pPr>
      <w:r>
        <w:t>تو لوگوں نے یہ کیا ہی نہیں۔</w:t>
      </w:r>
    </w:p>
    <w:p>
      <w:r>
        <w:rPr>
          <w:b/>
        </w:rPr>
        <w:t xml:space="preserve">[58:26] </w:t>
      </w:r>
      <w:r>
        <w:t>main ne bohat se logon se poocha, bohat se logon se: "kya aap ne aisa kiya hai?" yaani</w:t>
      </w:r>
    </w:p>
    <w:p>
      <w:pPr>
        <w:jc w:val="right"/>
      </w:pPr>
      <w:r>
        <w:t>میں نے بہت سے لوگوں سے پوچھا، بہت سے لوگوں سے: "کیا آپ نے ایسا کیا ہے؟" یعنی</w:t>
      </w:r>
    </w:p>
    <w:p>
      <w:r>
        <w:rPr>
          <w:b/>
        </w:rPr>
        <w:t xml:space="preserve">[58:32] </w:t>
      </w:r>
      <w:r>
        <w:t>woh log jo ke amalan tehreekein chala rahe hain, tehreekein,</w:t>
      </w:r>
    </w:p>
    <w:p>
      <w:pPr>
        <w:jc w:val="right"/>
      </w:pPr>
      <w:r>
        <w:t>وہ لوگ جو کہ عملاً تحریکیں چلا رہے ہیں، تحریکیں،</w:t>
      </w:r>
    </w:p>
    <w:p>
      <w:r>
        <w:rPr>
          <w:b/>
        </w:rPr>
        <w:t xml:space="preserve">[58:35] </w:t>
      </w:r>
      <w:r>
        <w:t>un se main ne poocha: "kya aap ne aisa kiya hai ke Quran ko A se Z tak</w:t>
      </w:r>
    </w:p>
    <w:p>
      <w:pPr>
        <w:jc w:val="right"/>
      </w:pPr>
      <w:r>
        <w:t>ان سے میں نے پوچھا: "کیا آپ نے ایسا کیا ہے کہ قرآن کو اے سے زیڈ تک</w:t>
      </w:r>
    </w:p>
    <w:p>
      <w:r>
        <w:rPr>
          <w:b/>
        </w:rPr>
        <w:t xml:space="preserve">[58:39] </w:t>
      </w:r>
      <w:r>
        <w:t>sirf is liye parha?" sirf is liye ke yeh jaane ke is mein</w:t>
      </w:r>
    </w:p>
    <w:p>
      <w:pPr>
        <w:jc w:val="right"/>
      </w:pPr>
      <w:r>
        <w:t>صرف اس لیے پڑھا؟" صرف اس لیے کہ یہ جانے کہ اس میں</w:t>
      </w:r>
    </w:p>
    <w:p>
      <w:r>
        <w:rPr>
          <w:b/>
        </w:rPr>
        <w:t xml:space="preserve">[58:46] </w:t>
      </w:r>
      <w:r>
        <w:t>kis qism ki, yaani kya tasawwur diya gaya hai, is se kya karne ka kya kaam milta hai.</w:t>
      </w:r>
    </w:p>
    <w:p>
      <w:pPr>
        <w:jc w:val="right"/>
      </w:pPr>
      <w:r>
        <w:t>کس قسم کی، یعنی کیا تصور دیا گیا ہے، اس سے کیا کرنے کا کیا کام ملتا ہے۔</w:t>
      </w:r>
    </w:p>
    <w:p>
      <w:r>
        <w:rPr>
          <w:b/>
        </w:rPr>
        <w:t xml:space="preserve">[58:55] </w:t>
      </w:r>
      <w:r>
        <w:t>to mujhe to ab tak koi yaad m</w:t>
      </w:r>
    </w:p>
    <w:p>
      <w:pPr>
        <w:jc w:val="right"/>
      </w:pPr>
      <w:r>
        <w:t>تو مجھے تو اب تک کوئی یاد م</w:t>
      </w:r>
    </w:p>
    <w:p>
      <w:r>
        <w:rPr>
          <w:b/>
        </w:rPr>
        <w:t xml:space="preserve">[58:57] </w:t>
      </w:r>
      <w:r>
        <w:t>ila nahi aisa. aap bhi talash kar lijiyey ga, agar koi mila to us ka naam mujhe bhej dijiyey ga.</w:t>
      </w:r>
    </w:p>
    <w:p>
      <w:pPr>
        <w:jc w:val="right"/>
      </w:pPr>
      <w:r>
        <w:t>لا نہیں ایسا۔ آپ بھی تلاش کر لیجئے گا، اگر کوئی ملا تو اس کا نام مجھے بھیج دیجئے گا۔</w:t>
      </w:r>
    </w:p>
    <w:p>
      <w:r>
        <w:rPr>
          <w:b/>
        </w:rPr>
        <w:t xml:space="preserve">[59:05] </w:t>
      </w:r>
      <w:r>
        <w:t>molana, agla sawal dilli se hai doctor muslima siddiqi ka. unhon ne aap se poocha hai: "what should we do in the night of 15 shaban?" dekhiye, 15 shaban ki koi haqeeqat nahi hai,</w:t>
      </w:r>
    </w:p>
    <w:p>
      <w:pPr>
        <w:jc w:val="right"/>
      </w:pPr>
      <w:r>
        <w:t>مولانا، اگلا سوال دلی سے ہے ڈاکٹر مسلمہ صدیقی کا۔ انہوں نے آپ سے پوچھا ہے: "واٹ شوڈ وی ڈو ان دی نائٹ اف 15 شعبان؟" دیکھیے، 15 شعبان کی کوئی حقیقت نہیں ہے،</w:t>
      </w:r>
    </w:p>
    <w:p>
      <w:r>
        <w:rPr>
          <w:b/>
        </w:rPr>
        <w:t xml:space="preserve">[59:20] </w:t>
      </w:r>
      <w:r>
        <w:t>yeh to riwaj hai musalmanon mein. baqi hai ke jo</w:t>
      </w:r>
    </w:p>
    <w:p>
      <w:pPr>
        <w:jc w:val="right"/>
      </w:pPr>
      <w:r>
        <w:t>یہ تو رواج ہے مسلمانوں میں۔ باقی ہے کہ جو</w:t>
      </w:r>
    </w:p>
    <w:p>
      <w:r>
        <w:rPr>
          <w:b/>
        </w:rPr>
        <w:t xml:space="preserve">[59:30] </w:t>
      </w:r>
      <w:r>
        <w:t>rawayati aitbar se jo is ka tasawwur hai, to meri kitab hai "nasri taqdeer", is ko aap parh lijie. yani koi</w:t>
      </w:r>
    </w:p>
    <w:p>
      <w:pPr>
        <w:jc w:val="right"/>
      </w:pPr>
      <w:r>
        <w:t>روایتی اعتبار سے جو اس کا تصور ہے، تو میری کتاب ہے "نصری تقدیر"، اس کو آپ پڑھ لیجئے۔ یعنی کوئی</w:t>
      </w:r>
    </w:p>
    <w:p>
      <w:r>
        <w:rPr>
          <w:b/>
        </w:rPr>
        <w:t xml:space="preserve">[59:40] </w:t>
      </w:r>
      <w:r>
        <w:t>musnad hadithon mein is ke bare mein kuch nahi milta hai, lekin jo bhi hai, is ke bare mein maine kuch mazmoon likh diya hai, is ko aap parh lijie. "nasri</w:t>
      </w:r>
    </w:p>
    <w:p>
      <w:pPr>
        <w:jc w:val="right"/>
      </w:pPr>
      <w:r>
        <w:t>مسند حدیثوں میں اس کے بارے میں کچھ نہیں ملتا ہے، لیکن جو بھی ہے، اس کے بارے میں میں نے کچھ مضمون لکھ دیا ہے، اس کو آپ پڑھ لیجئے۔ "نصری</w:t>
      </w:r>
    </w:p>
    <w:p>
      <w:r>
        <w:rPr>
          <w:b/>
        </w:rPr>
        <w:t xml:space="preserve">[59:48] </w:t>
      </w:r>
      <w:r>
        <w:t>taqdeer" hai, isi mein hai na ji? "nasri taqdeer" ek kitab hai.</w:t>
      </w:r>
    </w:p>
    <w:p>
      <w:pPr>
        <w:jc w:val="right"/>
      </w:pPr>
      <w:r>
        <w:t>تقدیر" ہے، اسی میں ہے نا جی؟ "نصری تقدیر" ایک کتاب ہے۔</w:t>
      </w:r>
    </w:p>
    <w:p>
      <w:r>
        <w:rPr>
          <w:b/>
        </w:rPr>
        <w:t xml:space="preserve">[59:55] </w:t>
      </w:r>
      <w:r>
        <w:t>molana, agla question dilli se hai miss satti malhotra ka. unhon ne likha hai: "can we say that chanting is only repetition of words and there is no mind being used for it?" since islam is a mind based religion, therefore islam does not permit chanting.</w:t>
      </w:r>
    </w:p>
    <w:p>
      <w:pPr>
        <w:jc w:val="right"/>
      </w:pPr>
      <w:r>
        <w:t>مولانا، اگلا کوئسچن دلی سے ہے مس ستی ملحوترہ کا۔ انہوں نے لکھا ہے: "کین وی سے دیٹ چینٹنگ از اونلی ریپیٹیشن اف ورڈز اینڈ دیر از نو مائنڈ بینگ یوزڈ فار اٹ؟" سنس اسلام از ا مائنڈ بیسڈ ریلیجن، دیر فور اسلام ڈز ناٹ پرمٹ چینٹنگ۔</w:t>
      </w:r>
    </w:p>
    <w:p>
      <w:r>
        <w:rPr>
          <w:b/>
        </w:rPr>
        <w:t xml:space="preserve">[1:00:17] </w:t>
      </w:r>
      <w:r>
        <w:t>aap jo log chanting karte hain, un se pooch lijie. maine un logon se poocha hai, woh sahi is choran ko, theek theek is choran ko samajhte hain ke isi se dooda khush hota hai.</w:t>
      </w:r>
    </w:p>
    <w:p>
      <w:pPr>
        <w:jc w:val="right"/>
      </w:pPr>
      <w:r>
        <w:t>آپ جو لوگ چینٹنگ کرتے ہیں، ان سے پوچھ لیجئے۔ میں نے ان لوگوں سے پوچھا ہے، وہ صحیح اس چوڑن کو، ٹھیک ٹھیک اس چوڑن کو سمجھتے ہیں کہ اسی سے دودا خوش ہوتا ہے۔</w:t>
      </w:r>
    </w:p>
    <w:p>
      <w:r>
        <w:rPr>
          <w:b/>
        </w:rPr>
        <w:t xml:space="preserve">[1:00:28] </w:t>
      </w:r>
      <w:r>
        <w:t>is choran se is ke liye woh chanting karte hain. khas tarah ka is choran jis ko kehte hain, jis ko hamare qari log jis ko kehte hain "sahi makharij" ada karte hain.</w:t>
      </w:r>
    </w:p>
    <w:p>
      <w:pPr>
        <w:jc w:val="right"/>
      </w:pPr>
      <w:r>
        <w:t>اس چوڑن سے اس کے لیے وہ چینٹنگ کرتے ہیں۔ خاص طرح کا اس چوڑن جس کو کہتے ہیں، جس کو ہمارے قاری لوگ جس کو کہتے ہیں "صحیح مخارج" ادا کرتے ہیں۔</w:t>
      </w:r>
    </w:p>
    <w:p>
      <w:r>
        <w:rPr>
          <w:b/>
        </w:rPr>
        <w:t xml:space="preserve">[1:00:41] </w:t>
      </w:r>
      <w:r>
        <w:t>kyun ke makharij ya is choran ko ahmiyat de di gayi hai.</w:t>
      </w:r>
    </w:p>
    <w:p>
      <w:pPr>
        <w:jc w:val="right"/>
      </w:pPr>
      <w:r>
        <w:t>کیونکہ مخارج یا اس چوڑن کو اہمیت دے دی گئی ہے۔</w:t>
      </w:r>
    </w:p>
    <w:p>
      <w:r>
        <w:rPr>
          <w:b/>
        </w:rPr>
        <w:t xml:space="preserve">[1:00:47] </w:t>
      </w:r>
      <w:r>
        <w:t>yeh musalmanon ki yahi baat hai ke theek theek makharij ke sath ada kar diya jaye to bas ho gaya. unhon ne kaha theek theek achaanak kar diya hai to ho gaya.</w:t>
      </w:r>
    </w:p>
    <w:p>
      <w:pPr>
        <w:jc w:val="right"/>
      </w:pPr>
      <w:r>
        <w:t>یہ مسلمانوں کی یہی بات ہے کہ ٹھیک ٹھیک مخارج کے ساتھ ادا کر دیا جائے تو بس ہو گیا۔ انہوں نے کہا ٹھیک ٹھیک اچانک کر دیا ہے تو ہو گیا۔</w:t>
      </w:r>
    </w:p>
    <w:p>
      <w:r>
        <w:rPr>
          <w:b/>
        </w:rPr>
        <w:t xml:space="preserve">[1:00:56] </w:t>
      </w:r>
      <w:r>
        <w:t>is mein mind ka koi application nahi hai. to main samajhta hoon ke is ka taluq mazhab se nahi hai. yeh ek riwaj hai jo baad ke zamane mein bana hai.</w:t>
      </w:r>
    </w:p>
    <w:p>
      <w:pPr>
        <w:jc w:val="right"/>
      </w:pPr>
      <w:r>
        <w:t>اس میں مائنڈ کا کوئی ایپلیکیشن نہیں ہے۔ تو میں سمجھتا ہوں کہ اس کا تعلق مذہب سے نہیں ہے۔ یہ ایک رواج ہے جو بعد کے زمانے میں بنا ہے۔</w:t>
      </w:r>
    </w:p>
    <w:p>
      <w:r>
        <w:rPr>
          <w:b/>
        </w:rPr>
        <w:t xml:space="preserve">[1:01:05] </w:t>
      </w:r>
      <w:r>
        <w:t>asal mazhab mein kabhi yeh nahi tha. aisa</w:t>
      </w:r>
    </w:p>
    <w:p>
      <w:pPr>
        <w:jc w:val="right"/>
      </w:pPr>
      <w:r>
        <w:t>اصل مذہب میں کبھی یہ نہیں تھا۔ ایسا</w:t>
      </w:r>
    </w:p>
    <w:p>
      <w:r>
        <w:rPr>
          <w:b/>
        </w:rPr>
        <w:t xml:space="preserve">[1:01:13] </w:t>
      </w:r>
      <w:r>
        <w:t>molana, agla sawal dilli se hai jameel akhtar sahib ka.</w:t>
      </w:r>
    </w:p>
    <w:p>
      <w:pPr>
        <w:jc w:val="right"/>
      </w:pPr>
      <w:r>
        <w:t>مولانا، اگلا سوال دلی سے ہے جمیل اختر صاحب کا۔</w:t>
      </w:r>
    </w:p>
    <w:p>
      <w:r>
        <w:rPr>
          <w:b/>
        </w:rPr>
        <w:t xml:space="preserve">[1:01:17] </w:t>
      </w:r>
      <w:r>
        <w:t>unhon ne likha hai: "hadith mein aya hai ke meri ummat gumrahi par jama nahi hogi." is hadith ka matlab kya hai?</w:t>
      </w:r>
    </w:p>
    <w:p>
      <w:pPr>
        <w:jc w:val="right"/>
      </w:pPr>
      <w:r>
        <w:t>انہوں نے لکھا ہے: "حدیث میں آیا ہے کہ میری امت گمراہی پر جمع نہیں ہوگی۔" اس حدیث کا مطلب کیا ہے؟</w:t>
      </w:r>
    </w:p>
    <w:p>
      <w:r>
        <w:rPr>
          <w:b/>
        </w:rPr>
        <w:t xml:space="preserve">[1:01:28] </w:t>
      </w:r>
      <w:r>
        <w:t>is ka matlab sirf yeh hai ke hamesha kuch afraad aise honge jo sahi raste par rah</w:t>
      </w:r>
    </w:p>
    <w:p>
      <w:pPr>
        <w:jc w:val="right"/>
      </w:pPr>
      <w:r>
        <w:t>اس کا مطلب صرف یہ ہے کہ ہمیشہ کچھ افراد ایسے ہوں گے جو صحیح راستے پر رہ</w:t>
      </w:r>
    </w:p>
    <w:p>
      <w:r>
        <w:rPr>
          <w:b/>
        </w:rPr>
        <w:t xml:space="preserve">[1:01:35] </w:t>
      </w:r>
      <w:r>
        <w:t>ein ge. is ka matlab nahi hai ke sari ummat jo hai, sari ummat hamesha sahi rahe gi. yeh matlab nahi hai. yani poori jo ummat mujtami hai, ek billion, woh sab ke sab sahi honge.</w:t>
      </w:r>
    </w:p>
    <w:p>
      <w:pPr>
        <w:jc w:val="right"/>
      </w:pPr>
      <w:r>
        <w:t>یں گے۔ اس کا مطلب نہیں ہے کہ ساری امت جو ہے، ساری امت ہمیشہ صحیح رہے گی۔ یہ مطلب نہیں ہے۔ یعنی پوری جو امت مجتمع ہے، ایک بلین، وہ سب کے سب صحیح ہوں گے۔</w:t>
      </w:r>
    </w:p>
    <w:p>
      <w:r>
        <w:rPr>
          <w:b/>
        </w:rPr>
        <w:t xml:space="preserve">[1:01:45] </w:t>
      </w:r>
      <w:r>
        <w:t>yeh matlab nahi hai is ka. balke ek billion musalmanon mein aise afraad hamesha zaroor paye jayenge har daur mein. ga deen fard ki satah par hamesha sahi sahi baki rahe ga, agarche ijtima ki satah par bigar aa jaye ga.</w:t>
      </w:r>
    </w:p>
    <w:p>
      <w:pPr>
        <w:jc w:val="right"/>
      </w:pPr>
      <w:r>
        <w:t>یہ مطلب نہیں ہے اس کا۔ بلکہ ایک بلین مسلمانوں میں ایسے افراد ہمیشہ ضرور پائے جائیں گے ہر دور میں۔ گا دین فرد کی سطح پر ہمیشہ صحیح صحیح باقی رہے گا، اگرچہ اجتماع کی سطح پر بگاڑ آ جائے گا۔</w:t>
      </w:r>
    </w:p>
    <w:p>
      <w:r>
        <w:rPr>
          <w:b/>
        </w:rPr>
        <w:t xml:space="preserve">[1:02:01] </w:t>
      </w:r>
      <w:r>
        <w:t>yeh matlab hai.</w:t>
      </w:r>
    </w:p>
    <w:p>
      <w:pPr>
        <w:jc w:val="right"/>
      </w:pPr>
      <w:r>
        <w:t>یہ مطلب ہے۔</w:t>
      </w:r>
    </w:p>
    <w:p>
      <w:r>
        <w:rPr>
          <w:b/>
        </w:rPr>
        <w:t xml:space="preserve">[1:02:05] </w:t>
      </w:r>
      <w:r>
        <w:t>molana, agla sawal ahmedabad se hai mr waqas jain ka. unhon ne likha hai: "molana sahib, how can i avoid negative thinking?" i try hard to be positive, but i fail each time.</w:t>
      </w:r>
    </w:p>
    <w:p>
      <w:pPr>
        <w:jc w:val="right"/>
      </w:pPr>
      <w:r>
        <w:t>مولانا، اگلا سوال احمد آباد سے ہے مسٹر وقاص جین کا۔ انہوں نے لکھا ہے: "مولانا صاحب، ہاؤ کیر آئی اوائڈ نیگیٹیو تھنکنگ؟" آئی ٹرائی ہارڈ ٹو بی پوزیٹیو، بٹ آئی فیل ایچ ٹائم۔</w:t>
      </w:r>
    </w:p>
    <w:p>
      <w:r>
        <w:rPr>
          <w:b/>
        </w:rPr>
        <w:t xml:space="preserve">[1:02:19] </w:t>
      </w:r>
      <w:r>
        <w:t>please guide me.</w:t>
      </w:r>
    </w:p>
    <w:p>
      <w:pPr>
        <w:jc w:val="right"/>
      </w:pPr>
      <w:r>
        <w:t>پلیز گائیڈ می۔</w:t>
      </w:r>
    </w:p>
    <w:p>
      <w:r>
        <w:rPr>
          <w:b/>
        </w:rPr>
        <w:t xml:space="preserve">[1:02:24] </w:t>
      </w:r>
      <w:r>
        <w:t>dekhein, apna main tajurba batata hoon.</w:t>
      </w:r>
    </w:p>
    <w:p>
      <w:pPr>
        <w:jc w:val="right"/>
      </w:pPr>
      <w:r>
        <w:t>دیکھیں، اپنا میں تجربہ بتاتا ہوں۔</w:t>
      </w:r>
    </w:p>
    <w:p>
      <w:r>
        <w:rPr>
          <w:b/>
        </w:rPr>
        <w:t xml:space="preserve">[1:02:29] </w:t>
      </w:r>
      <w:r>
        <w:t>main keh sakta hoon ke main hundred percent positive mind ke sath rehta hoon hamesha. to kyun?</w:t>
      </w:r>
    </w:p>
    <w:p>
      <w:pPr>
        <w:jc w:val="right"/>
      </w:pPr>
      <w:r>
        <w:t>میں کہہ سکتا ہوں کہ میں ہنڈرڈ پرسنٹ پازیٹیو مائنڈ کے ساتھ رہتا ہوں ہمیشہ۔ تو کیوں؟</w:t>
      </w:r>
    </w:p>
    <w:p>
      <w:r>
        <w:rPr>
          <w:b/>
        </w:rPr>
        <w:t xml:space="preserve">[1:02:38] </w:t>
      </w:r>
      <w:r>
        <w:t>kyun ke maine yeh paya ke negative thinking khud mere liye mujhe kill karti hai.</w:t>
      </w:r>
    </w:p>
    <w:p>
      <w:pPr>
        <w:jc w:val="right"/>
      </w:pPr>
      <w:r>
        <w:t>کیونکہ میں نے یہ پایا کہ نیگیٹیو تھنکنگ خود میرے لیے مجھے کل کرتی ہے۔</w:t>
      </w:r>
    </w:p>
    <w:p>
      <w:r>
        <w:rPr>
          <w:b/>
        </w:rPr>
        <w:t xml:space="preserve">[1:02:48] </w:t>
      </w:r>
      <w:r>
        <w:t>yani main negative hota hoon kisi doosre ko le kar ke, lekin nuksan uthata hoon. main</w:t>
      </w:r>
    </w:p>
    <w:p>
      <w:pPr>
        <w:jc w:val="right"/>
      </w:pPr>
      <w:r>
        <w:t>یعنی میں نیگیٹیو ہوتا ہوں کسی دوسرے کو لے کر کے، لیکن نقصان اٹھاتا ہوں۔ میں</w:t>
      </w:r>
    </w:p>
    <w:p>
      <w:r>
        <w:rPr>
          <w:b/>
        </w:rPr>
        <w:t xml:space="preserve">[1:02:55] </w:t>
      </w:r>
      <w:r>
        <w:t>yeh yeh bari jab maine yeh discover kiya to maine kaha kisi doosre ki khatir. negative ko main</w:t>
      </w:r>
    </w:p>
    <w:p>
      <w:pPr>
        <w:jc w:val="right"/>
      </w:pPr>
      <w:r>
        <w:t>یہ یہ بڑی جب میں نے یہ ڈسکور کیا تو میں نے کہا کسی دوسرے کی خاطر۔ نیگیٹیو کو میں</w:t>
      </w:r>
    </w:p>
    <w:p>
      <w:r>
        <w:rPr>
          <w:b/>
        </w:rPr>
        <w:t xml:space="preserve">[1:03:03] </w:t>
      </w:r>
      <w:r>
        <w:t>jab bhi ghussa hota hoon, kisi doosre ke khilaaf nafrat karta hoon to us ko to us ko to kuch bhi nahi hua.</w:t>
      </w:r>
    </w:p>
    <w:p>
      <w:pPr>
        <w:jc w:val="right"/>
      </w:pPr>
      <w:r>
        <w:t>جب بھی غصہ ہوتا ہوں، کسی دوسرے کے خلاف نفرت کرتا ہوں تو اس کو تو اس کو تو کچھ بھی نہیں ہوا۔</w:t>
      </w:r>
    </w:p>
    <w:p>
      <w:r>
        <w:rPr>
          <w:b/>
        </w:rPr>
        <w:t xml:space="preserve">[1:03:12] </w:t>
      </w:r>
      <w:r>
        <w:t>is ka to kuch nahi bigra. bigra mera, bigra mera. kyun ke positive thinking rokhsat ho gayi aur positive mind agar nahi hua aadmi ke andar to sari bari bari baatein is se chhoot jaati hain.</w:t>
      </w:r>
    </w:p>
    <w:p>
      <w:pPr>
        <w:jc w:val="right"/>
      </w:pPr>
      <w:r>
        <w:t>اس کا تو کچھ نہیں بگڑا۔ بگڑا میرا، بگڑا میرا۔ کیونکہ پازیٹیو تھنکنگ رخصت ہو گئی اور پازیٹیو مائنڈ اگر نہیں ہوا آدمی کے اندر تو ساری بڑی بڑی باتیں اس سے چھوٹ جاتی ہیں۔</w:t>
      </w:r>
    </w:p>
    <w:p>
      <w:r>
        <w:rPr>
          <w:b/>
        </w:rPr>
        <w:t xml:space="preserve">[1:03:27] </w:t>
      </w:r>
      <w:r>
        <w:t>positive mind hi woh mind hai jo bari bari baaton ko graph kar sakta hai.</w:t>
      </w:r>
    </w:p>
    <w:p>
      <w:pPr>
        <w:jc w:val="right"/>
      </w:pPr>
      <w:r>
        <w:t>پازیٹیو مائنڈ ہی وہ مائنڈ ہے جو بڑی بڑی باتوں کو گراف کر سکتا ہے۔</w:t>
      </w:r>
    </w:p>
    <w:p>
      <w:r>
        <w:rPr>
          <w:b/>
        </w:rPr>
        <w:t xml:space="preserve">[1:03:34] </w:t>
      </w:r>
      <w:r>
        <w:t>positive mind ke baghair sachai ka development nahi ho sakta. to main ne socha ke aakhir mein negative koi doosre ke liye, yaani apna nuksan uthaoon, doosra to nuksan kuch bhi nahi hota.</w:t>
      </w:r>
    </w:p>
    <w:p>
      <w:pPr>
        <w:jc w:val="right"/>
      </w:pPr>
      <w:r>
        <w:t>پازیٹیو مائنڈ کے بغیر سچائی کا ڈیویلپمنٹ نہیں ہو سکتا۔ تو میں نے سوچا کہ آخر میں نیگیٹیو کوئی دوسرے کے لیے، یعنی اپنا نقصان اٹھاؤں، دوسرا تو نقصان کچھ بھی نہیں ہوتا۔</w:t>
      </w:r>
    </w:p>
    <w:p>
      <w:r>
        <w:rPr>
          <w:b/>
        </w:rPr>
        <w:t xml:space="preserve">[1:03:49] </w:t>
      </w:r>
      <w:r>
        <w:t>kisi se nafrat karta hoon to kaha woh doosre ko nuksan ho gaya hai. k</w:t>
      </w:r>
    </w:p>
    <w:p>
      <w:pPr>
        <w:jc w:val="right"/>
      </w:pPr>
      <w:r>
        <w:t>کسی سے نفرت کرتا ہوں تو کہا وہ دوسرے کو نقصان ہو گیا ہے۔ ک</w:t>
      </w:r>
    </w:p>
    <w:p>
      <w:r>
        <w:rPr>
          <w:b/>
        </w:rPr>
        <w:t xml:space="preserve">[1:03:52] </w:t>
      </w:r>
      <w:r>
        <w:t>chhe doosre ko kuch bhi nuksan nahi hua. nuksan to mera hua. meri positivity khatam ho gayi aur phir main is qabil nahi raha ke sachai mere dimagh mein jagah paaye.</w:t>
      </w:r>
    </w:p>
    <w:p>
      <w:pPr>
        <w:jc w:val="right"/>
      </w:pPr>
      <w:r>
        <w:t>چھ دوسرے کو کچھ بھی نقصان نہیں ہوا۔ نقصان تو میرا ہوا۔ میری پازیٹیوٹی ختم ہوگئی اور پھر میں اس قابل نہیں رہا کہ سچائی میرے دماغ میں جگہ پائے۔</w:t>
      </w:r>
    </w:p>
    <w:p>
      <w:r>
        <w:rPr>
          <w:b/>
        </w:rPr>
        <w:t xml:space="preserve">[1:04:05] </w:t>
      </w:r>
      <w:r>
        <w:t>isi liye mera formula hai ke "save your self". "save your self" ka formula jo hai yeh mujh ko bachata hai negativity se.</w:t>
      </w:r>
    </w:p>
    <w:p>
      <w:pPr>
        <w:jc w:val="right"/>
      </w:pPr>
      <w:r>
        <w:t>اسی لیے میرا فارمولا ہے کہ "سیو یور سیلف"۔ "سیو یور سیلف" کا فارمولا جو ہے یہ مجھ کو بچاتا ہے نیگیٹیوٹی سے۔</w:t>
      </w:r>
    </w:p>
    <w:p>
      <w:r>
        <w:rPr>
          <w:b/>
        </w:rPr>
        <w:t xml:space="preserve">[1:04:19] </w:t>
      </w:r>
      <w:r>
        <w:t>maulana, agla sawal mumbai se hai mr vineet kashyap ka. unhon ne aap se poocha hai: "maulana sahib, i am a very emotional person.</w:t>
      </w:r>
    </w:p>
    <w:p>
      <w:pPr>
        <w:jc w:val="right"/>
      </w:pPr>
      <w:r>
        <w:t>مولانا، اگلا سوال ممبئی سے ہے مسٹر ونیت کشیب کا۔ انہوں نے آپ سے پوچھا ہے: "مولانا صاحب، آئی ایم ا ویری ایموشنل پرسن۔</w:t>
      </w:r>
    </w:p>
    <w:p>
      <w:r>
        <w:rPr>
          <w:b/>
        </w:rPr>
        <w:t xml:space="preserve">[1:04:31] </w:t>
      </w:r>
      <w:r>
        <w:t>does this mean that i am a weak person?" nahi, dekhiye, main khud emotional hoon.</w:t>
      </w:r>
    </w:p>
    <w:p>
      <w:pPr>
        <w:jc w:val="right"/>
      </w:pPr>
      <w:r>
        <w:t>ڈز دس مین دیٹ آئی ایم ا ویک پرسن؟" نہیں، دیکھیے، میں خود ایموشنل ہوں۔</w:t>
      </w:r>
    </w:p>
    <w:p>
      <w:r>
        <w:rPr>
          <w:b/>
        </w:rPr>
        <w:t xml:space="preserve">[1:04:41] </w:t>
      </w:r>
      <w:r>
        <w:t>emotion jo hai part of nature hai,</w:t>
      </w:r>
    </w:p>
    <w:p>
      <w:pPr>
        <w:jc w:val="right"/>
      </w:pPr>
      <w:r>
        <w:t>ایموشن جو ہے پارٹ آف نیچر ہے،</w:t>
      </w:r>
    </w:p>
    <w:p>
      <w:r>
        <w:rPr>
          <w:b/>
        </w:rPr>
        <w:t xml:space="preserve">[1:04:44] </w:t>
      </w:r>
      <w:r>
        <w:t>hamare nature ka hissa hai. woh har cheez jo hai hamare andar woh nature ka hissa hi hai. agar na ho to hum us ko kahin se export kar ke nahi la sakte.</w:t>
      </w:r>
    </w:p>
    <w:p>
      <w:pPr>
        <w:jc w:val="right"/>
      </w:pPr>
      <w:r>
        <w:t>ہمارے نیچر کا حصہ ہے۔ وہ ہر چیز جو ہے ہمارے اندر وہ نیچر کا حصہ ہی ہے۔ اگر نہ ہو تو ہم اس کو کہیں سے ایکسپورٹ کر کے نہیں لا سکتے۔</w:t>
      </w:r>
    </w:p>
    <w:p>
      <w:r>
        <w:rPr>
          <w:b/>
        </w:rPr>
        <w:t xml:space="preserve">[1:04:57] </w:t>
      </w:r>
      <w:r>
        <w:t>to emotion na ho aadmi ke andar to aadmi to bilkul pathar ho jaye ga. emotions hona chahiye. lekin basic cheez yeh hai ke emotion ka misuse karna yeh bura hai.</w:t>
      </w:r>
    </w:p>
    <w:p>
      <w:pPr>
        <w:jc w:val="right"/>
      </w:pPr>
      <w:r>
        <w:t>تو ایموشن نہ ہو آدمی کے اندر تو آدمی تو بالکل پتھر ہو جائے گا۔ ایموشنز ہونا چاہیے۔ لیکن بیسک چیز یہ ہے کہ ایموشن کا مس یوز کرنا یہ برا ہے۔</w:t>
      </w:r>
    </w:p>
    <w:p>
      <w:r>
        <w:rPr>
          <w:b/>
        </w:rPr>
        <w:t xml:space="preserve">[1:05:13] </w:t>
      </w:r>
      <w:r>
        <w:t>asal mein emotion ka ek proper use hai, ek misuse hai. bas is baat ko janna chahiye ke main agar emotion aa gaya to main us ko misuse karne lagoon ya yeh yeh yeh buri cheez hai.</w:t>
      </w:r>
    </w:p>
    <w:p>
      <w:pPr>
        <w:jc w:val="right"/>
      </w:pPr>
      <w:r>
        <w:t>اصل میں ایموشن کا ایک پراپر یوز ہے، ایک مس یوز ہے۔ بس اس بات کو جاننا چاہیے کہ میں اگر ایموشن آ گیا تو میں اس کو مس یوز کرنے لگوں یا یہ یہ یہ بری چیز ہے۔</w:t>
      </w:r>
    </w:p>
    <w:p>
      <w:r>
        <w:rPr>
          <w:b/>
        </w:rPr>
        <w:t xml:space="preserve">[1:05:29] </w:t>
      </w:r>
      <w:r>
        <w:t>to main samajhta hoon ke emotion ek ek blessing hai, is mein koi apne aap mein koi burai nahi hai. lekin emotion emotion ko apne control mein rakhna chahiye.</w:t>
      </w:r>
    </w:p>
    <w:p>
      <w:pPr>
        <w:jc w:val="right"/>
      </w:pPr>
      <w:r>
        <w:t>تو میں سمجھتا ہوں کہ ایموشن ایک ایک بلیسنگ ہے، اس میں کوئی اپنے آپ میں کوئی برائی نہیں ہے۔ لیکن ایموشن ایموشن کو اپنے کنٹرول میں رکھنا چاہیے۔</w:t>
      </w:r>
    </w:p>
    <w:p>
      <w:r>
        <w:rPr>
          <w:b/>
        </w:rPr>
        <w:t xml:space="preserve">[1:05:41] </w:t>
      </w:r>
      <w:r>
        <w:t>you have to control your emotions. bas itni si baat hai.</w:t>
      </w:r>
    </w:p>
    <w:p>
      <w:pPr>
        <w:jc w:val="right"/>
      </w:pPr>
      <w:r>
        <w:t>یو ہیو ٹو کنٹرول یور ایموشنز۔ بس اتنی سی بات ہے۔</w:t>
      </w:r>
    </w:p>
    <w:p>
      <w:r>
        <w:rPr>
          <w:b/>
        </w:rPr>
        <w:t xml:space="preserve">[1:05:50] </w:t>
      </w:r>
      <w:r>
        <w:t>maulana, agla sawal thampur se hai mehtab sahib ka. woh aap se yeh janna chahte hain ke jo word "distraction" kai baar istemal hota hai, us ke mani kya hain?</w:t>
      </w:r>
    </w:p>
    <w:p>
      <w:pPr>
        <w:jc w:val="right"/>
      </w:pPr>
      <w:r>
        <w:t>مولانا، اگلا سوال تھامپور سے ہے مہتاب صاحب کا۔ وہ آپ سے یہ جاننا چاہتے ہیں کہ جو ورڈ "ڈسٹریکشن" کئی بار استعمال ہوتا ہے، اس کے معنی کیا ہیں؟</w:t>
      </w:r>
    </w:p>
    <w:p>
      <w:r>
        <w:rPr>
          <w:b/>
        </w:rPr>
        <w:t xml:space="preserve">[1:06:00] </w:t>
      </w:r>
      <w:r>
        <w:t>is ka kya matlab hai? dekhen, lafzi mani ka matlab hai distraction ke bhatakna, idhar se udhar bhatakna.</w:t>
      </w:r>
    </w:p>
    <w:p>
      <w:pPr>
        <w:jc w:val="right"/>
      </w:pPr>
      <w:r>
        <w:t>اس کا کیا مطلب ہے؟ دیکھیں، لفظی معنی کا مطلب ہے ڈسٹریکشن کے بھٹکنا، ادھر سے ادھر بھٹکنا۔</w:t>
      </w:r>
    </w:p>
    <w:p>
      <w:r>
        <w:rPr>
          <w:b/>
        </w:rPr>
        <w:t xml:space="preserve">[1:06:09] </w:t>
      </w:r>
      <w:r>
        <w:t>distract hone ka matlab hai bhatakna. to ek dekhen, maslan ek road hai, ek street path hai. chaliye, ab aap khwamkhwah idhar bhatken, idhar bhatken</w:t>
      </w:r>
    </w:p>
    <w:p>
      <w:pPr>
        <w:jc w:val="right"/>
      </w:pPr>
      <w:r>
        <w:t>ڈسٹریکٹ ہونے کا مطلب ہے بھٹکنا۔ تو ایک دیکھیں، مثلاً ایک روڈ ہے، ایک اسٹریٹ پاتھ ہے۔ چلیے، اب آپ خوامخواہ ادھر بھٹکیں، ادھر بھٹکیں</w:t>
      </w:r>
    </w:p>
    <w:p>
      <w:r>
        <w:rPr>
          <w:b/>
        </w:rPr>
        <w:t xml:space="preserve">[1:06:21] </w:t>
      </w:r>
      <w:r>
        <w:t>to woh wohi mind mein hoti hai. mind mein ek hai, ek sahi soch par chalen. aap ek ek idhar udhar bhatken.</w:t>
      </w:r>
    </w:p>
    <w:p>
      <w:pPr>
        <w:jc w:val="right"/>
      </w:pPr>
      <w:r>
        <w:t>تو وہ وہی مائنڈ میں ہوتی ہے۔ مائنڈ میں ایک ہے، ایک صحیح سوچ پر چلیں۔ آپ ایک ایک ادھر ادھر بھٹکیں۔</w:t>
      </w:r>
    </w:p>
    <w:p>
      <w:r>
        <w:rPr>
          <w:b/>
        </w:rPr>
        <w:t xml:space="preserve">[1:06:31] </w:t>
      </w:r>
      <w:r>
        <w:t>idhar udhar bhatakne ke mani hain ke paper mein parha aap ne ke falan ne kisi bomb maar diya aur isi ko le ke baithe hue hain. isi ki charcha kar rahe hain. kahin socha ke kisi ne aisa kar diya, kisi ne waisa kar diya.</w:t>
      </w:r>
    </w:p>
    <w:p>
      <w:pPr>
        <w:jc w:val="right"/>
      </w:pPr>
      <w:r>
        <w:t>ادھر ادھر بھٹکنے کے معنی ہیں کہ پیپر میں پڑھا آپ نے کہ فلاں نے کسی بم مار دیا اور اسی کو لے کے بیٹھے ہوئے ہیں۔ اسی کی چرچا کر رہے ہیں۔ کہیں سوچا کہ کسی نے ایسا کر دیا، کسی نے ویسا کر دیا۔</w:t>
      </w:r>
    </w:p>
    <w:p>
      <w:r>
        <w:rPr>
          <w:b/>
        </w:rPr>
        <w:t xml:space="preserve">[1:06:42] </w:t>
      </w:r>
      <w:r>
        <w:t>beshtar log jo hain, news jo hoti hai, media, media ko le kar ke distract hote rehte hain.</w:t>
      </w:r>
    </w:p>
    <w:p>
      <w:pPr>
        <w:jc w:val="right"/>
      </w:pPr>
      <w:r>
        <w:t>بیشتر لوگ جو ہیں، نیوز جو ہوتی ہے، میڈیا، میڈیا کو لے کر کے ڈسٹریکٹ ہوتے رہتے ہیں۔</w:t>
      </w:r>
    </w:p>
    <w:p>
      <w:r>
        <w:rPr>
          <w:b/>
        </w:rPr>
        <w:t xml:space="preserve">[1:06:50] </w:t>
      </w:r>
      <w:r>
        <w:t>sab se bara source distraction ka aaj kal media ban gaya hai. jo parha media mein, isi ki charcha kar rahe hain. apne aap se nahi sochte, apne aap se nahi sochte.</w:t>
      </w:r>
    </w:p>
    <w:p>
      <w:pPr>
        <w:jc w:val="right"/>
      </w:pPr>
      <w:r>
        <w:t>سب سے بڑا سورس ڈسٹریکشن کا آج کل میڈیا بن گیا ہے۔ جو پڑھا میڈیا میں، اسی کی چرچا کر رہے ہیں۔ اپنے آپ سے نہیں سوچتے، اپنے آپ سے نہیں سوچتے۔</w:t>
      </w:r>
    </w:p>
    <w:p>
      <w:r>
        <w:rPr>
          <w:b/>
        </w:rPr>
        <w:t xml:space="preserve">[1:07:00] </w:t>
      </w:r>
      <w:r>
        <w:t>main to media, main bhi akhbar parhta hoon, radio sunta hoon, kabhi kabhi tv bhi dekh leta hoon. lekin main woh kuch nahi, bas waqti cheez samajhta hoon.</w:t>
      </w:r>
    </w:p>
    <w:p>
      <w:pPr>
        <w:jc w:val="right"/>
      </w:pPr>
      <w:r>
        <w:t>میں تو میڈیا، میں بھی اخبار پڑھتا ہوں، ریڈیو سنتا ہوں، کبھی کبھی ٹی وی بھی دیکھ لیتا ہوں۔ لیکن میں وہ کچھ نہیں، بس وقتی چیز سمجھتا ہوں۔</w:t>
      </w:r>
    </w:p>
    <w:p>
      <w:r>
        <w:rPr>
          <w:b/>
        </w:rPr>
        <w:t xml:space="preserve">[1:07:08] </w:t>
      </w:r>
      <w:r>
        <w:t>us ko yeh nahi ke woh usi ko, is mein jo hai, bas usi ko main pathar le ke maar liya. laga usi par sochne, baatein karne, charcha karne.</w:t>
      </w:r>
    </w:p>
    <w:p>
      <w:pPr>
        <w:jc w:val="right"/>
      </w:pPr>
      <w:r>
        <w:t>اس کو یہ نہیں کہ وہ اسی کو، اس میں جو ہے، بس اسی کو میں پتھر لے کے مار لیا۔ لگا اسی پر سوچنے، باتیں کرنے، چرچا کرنے۔</w:t>
      </w:r>
    </w:p>
    <w:p>
      <w:r>
        <w:rPr>
          <w:b/>
        </w:rPr>
        <w:t xml:space="preserve">[1:07:18] </w:t>
      </w:r>
      <w:r>
        <w:t>to dekhen, distract hona ya na hona aap ke apne ikhtiyar mein hai. chahe to aap distract hon, chahe na hon. agar aap ka mind developed mind hai, developed mind to aap yaqeenan apne ko bacha payenge.</w:t>
      </w:r>
    </w:p>
    <w:p>
      <w:pPr>
        <w:jc w:val="right"/>
      </w:pPr>
      <w:r>
        <w:t>تو دیکھیں، ڈسٹریکٹ ہونا یا نہ ہونا آپ کے اپنے اختیار میں ہے۔ چاہے تو آپ ڈسٹریکٹ ہوں، چاہے نہ ہوں۔ اگر آپ کا مائنڈ ڈیولپڈ مائنڈ ہے، ڈیولپڈ مائنڈ تو آپ یقینا اپنے کو بچا پائیں گے۔</w:t>
      </w:r>
    </w:p>
    <w:p>
      <w:r>
        <w:rPr>
          <w:b/>
        </w:rPr>
        <w:t xml:space="preserve">[1:07:33] </w:t>
      </w:r>
      <w:r>
        <w:t>jo developed mind nahin hota hai, yaani pakhta mind nahin hota hai, wahi distract hota rehta hai. pakhta mind kya karega?</w:t>
      </w:r>
    </w:p>
    <w:p>
      <w:pPr>
        <w:jc w:val="right"/>
      </w:pPr>
      <w:r>
        <w:t>جو ڈیولپڈ مائنڈ نہیں ہوتا ہے، یعنی پختہ مائنڈ نہیں ہوتا ہے، وہی ڈسٹریکٹ ہوتا رہتا ہے۔ پختہ مائنڈ کیا کرے گا؟</w:t>
      </w:r>
    </w:p>
    <w:p>
      <w:r>
        <w:rPr>
          <w:b/>
        </w:rPr>
        <w:t xml:space="preserve">[1:07:45] </w:t>
      </w:r>
      <w:r>
        <w:t>mature</w:t>
      </w:r>
    </w:p>
    <w:p>
      <w:pPr>
        <w:jc w:val="right"/>
      </w:pPr>
      <w:r>
        <w:t>میچور</w:t>
      </w:r>
    </w:p>
    <w:p>
      <w:r>
        <w:rPr>
          <w:b/>
        </w:rPr>
        <w:t xml:space="preserve">[1:07:46] </w:t>
      </w:r>
      <w:r>
        <w:t>mind kya karega? woh sochega ke distraction jo mein kar raha hoon, to iska mujhe faida hai ke nahin? faida hai? lage ke faida kuch nahin, phir nuksan hai.</w:t>
      </w:r>
    </w:p>
    <w:p>
      <w:pPr>
        <w:jc w:val="right"/>
      </w:pPr>
      <w:r>
        <w:t>مائنڈ کیا کرے گا؟ وہ سوچے گا کہ ڈسٹریکشن جو میں کر رہا ہوں، تو اس کا مجھے فائدہ ہے کہ نہیں؟ فائدہ ہے؟ لگے کہ فائدہ کچھ نہیں، پھر نقصان ہے۔</w:t>
      </w:r>
    </w:p>
    <w:p>
      <w:r>
        <w:rPr>
          <w:b/>
        </w:rPr>
        <w:t xml:space="preserve">[1:07:56] </w:t>
      </w:r>
      <w:r>
        <w:t>to aadmi apne ko is se bacha lega.</w:t>
      </w:r>
    </w:p>
    <w:p>
      <w:pPr>
        <w:jc w:val="right"/>
      </w:pPr>
      <w:r>
        <w:t>تو آدمی اپنے کو اس سے بچا لے گا۔</w:t>
      </w:r>
    </w:p>
    <w:p>
      <w:r>
        <w:rPr>
          <w:b/>
        </w:rPr>
        <w:t xml:space="preserve">[1:08:02] </w:t>
      </w:r>
      <w:r>
        <w:t>jaise mera roz ka mamool batata hoon aap ko, kisi se koi baat ho gayi, farz kijiye ke woh ikhtilaf kar diya us ne, to mein der nahin lagata is mein behas karne mein.</w:t>
      </w:r>
    </w:p>
    <w:p>
      <w:pPr>
        <w:jc w:val="right"/>
      </w:pPr>
      <w:r>
        <w:t>جیسے میرا روز کا معمول بتاتا ہوں آپ کو، کسی سے کوئی بات ہو گئی، فرض کیجئے کہ وہ اختلاف کر دیا اس نے، تو میں دیر نہیں لگاتا اس میں بحث کرنے میں۔</w:t>
      </w:r>
    </w:p>
    <w:p>
      <w:r>
        <w:rPr>
          <w:b/>
        </w:rPr>
        <w:t xml:space="preserve">[1:08:14] </w:t>
      </w:r>
      <w:r>
        <w:t>mein kehta hoon, "you are right, time bra." mein kyun phansaoon? khwamkhwah behas, behas, behas. mein kehta hoon, "bhai, you are right, time bra." bas baat khatam.</w:t>
      </w:r>
    </w:p>
    <w:p>
      <w:pPr>
        <w:jc w:val="right"/>
      </w:pPr>
      <w:r>
        <w:t>میں کہتا ہوں، "یو آر رائٹ ٹائم برا۔" میں کیوں پھنساؤں؟ خوامخواہ بحث، بحث، بحث۔ میں کہتا ہوں، "بھئی، یو آر رائٹ ٹائم برا۔" بس بات ختم۔</w:t>
      </w:r>
    </w:p>
    <w:p>
      <w:r>
        <w:rPr>
          <w:b/>
        </w:rPr>
        <w:t xml:space="preserve">[1:08:23] </w:t>
      </w:r>
      <w:r>
        <w:t>kyunki woh agar mein is par zyada behas karoon to mein distract ho jaoonga right path se.</w:t>
      </w:r>
    </w:p>
    <w:p>
      <w:pPr>
        <w:jc w:val="right"/>
      </w:pPr>
      <w:r>
        <w:t>کیونکہ وہ اگر میں اس پر زیادہ بحث کروں تو میں ڈسٹریکٹ ہو جاؤں گا رائٹ پاتھ سے۔</w:t>
      </w:r>
    </w:p>
    <w:p>
      <w:r>
        <w:rPr>
          <w:b/>
        </w:rPr>
        <w:t xml:space="preserve">[1:08:30] </w:t>
      </w:r>
      <w:r>
        <w:t>to apne aap ko right path par bachane ke liye woh jaldi se keh deta hoon, "theek hai, you are right time bra."</w:t>
      </w:r>
    </w:p>
    <w:p>
      <w:pPr>
        <w:jc w:val="right"/>
      </w:pPr>
      <w:r>
        <w:t>تو اپنے آپ کو رائٹ پاتھ پر بچانے کے لیے وہ جلدی سے کہہ دیتا ہوں، "ٹھیک ہے، یو آر رائٹ ٹائم برا۔"</w:t>
      </w:r>
    </w:p>
    <w:p>
      <w:r>
        <w:rPr>
          <w:b/>
        </w:rPr>
        <w:t xml:space="preserve">[1:08:40] </w:t>
      </w:r>
      <w:r>
        <w:t>maulana, agla sawal raichur se hai zaheeruddin sahib ka. unhon ne likha hai: "maulana, islam is a religion based on intellectual reasoning.</w:t>
      </w:r>
    </w:p>
    <w:p>
      <w:pPr>
        <w:jc w:val="right"/>
      </w:pPr>
      <w:r>
        <w:t>مولانا، اگلا سوال رائچور سے ہے ظہیر الدین صاحب کا۔ انہوں نے لکھا ہے: "مولانا، اسلام از ا ریلیجن بیسڈ ان انٹلیکچول ریزننگ۔</w:t>
      </w:r>
    </w:p>
    <w:p>
      <w:r>
        <w:rPr>
          <w:b/>
        </w:rPr>
        <w:t xml:space="preserve">[1:08:51] </w:t>
      </w:r>
      <w:r>
        <w:t>then why is it that pass in the past and in the present? ulama have failed to give explanation of islamic teachings."</w:t>
      </w:r>
    </w:p>
    <w:p>
      <w:pPr>
        <w:jc w:val="right"/>
      </w:pPr>
      <w:r>
        <w:t>دین وائی از اٹ دیٹ پاس ان دا پاسٹ اینڈ ان دا پریزنٹ؟ علماء ہیو فیل ٹو گیو ایکسپلینیشن اف اسلامک ٹیچنگز۔"</w:t>
      </w:r>
    </w:p>
    <w:p>
      <w:r>
        <w:rPr>
          <w:b/>
        </w:rPr>
        <w:t xml:space="preserve">[1:09:01] </w:t>
      </w:r>
      <w:r>
        <w:t>dekhen, why par mat jaiye. why aap ka sir nahin, kya hua? is ko qasam na aaiye is ko. kyunki aap kisi doosre ke liye darogha nahin hain, kisi doosre ke liye aap custodian nahin hain.</w:t>
      </w:r>
    </w:p>
    <w:p>
      <w:pPr>
        <w:jc w:val="right"/>
      </w:pPr>
      <w:r>
        <w:t>دیکھیں، وائی پر مت جائیے۔ وائی آپ کا سر نہیں، کیا ہوا؟ اس کو قسم نہ آئیے اس کو۔ کیونکہ آپ کسی دوسرے کے لیے داروغہ نہیں ہیں، کسی دوسرے کے لیے آپ کسٹوڈین نہیں ہیں۔</w:t>
      </w:r>
    </w:p>
    <w:p>
      <w:r>
        <w:rPr>
          <w:b/>
        </w:rPr>
        <w:t xml:space="preserve">[1:09:17] </w:t>
      </w:r>
      <w:r>
        <w:t>why par kyun jaate hain aap? aap yeh sochiye ke rasta sahi kya hai? rasta sahi jo hai, woh kya hai? why, why par kyun jaate hain aap?</w:t>
      </w:r>
    </w:p>
    <w:p>
      <w:pPr>
        <w:jc w:val="right"/>
      </w:pPr>
      <w:r>
        <w:t>وائی پر کیوں جاتے ہیں آپ؟ آپ یہ سوچیے کہ راستہ صحیح کیا ہے؟ راستہ صحیح جو ہے، وہ کیا ہے؟ وائی، وائی پر کیوں جاتے ہیں آپ؟</w:t>
      </w:r>
    </w:p>
    <w:p>
      <w:r>
        <w:rPr>
          <w:b/>
        </w:rPr>
        <w:t xml:space="preserve">[1:09:26] </w:t>
      </w:r>
      <w:r>
        <w:t>why allah taala ka domain hai,</w:t>
      </w:r>
    </w:p>
    <w:p>
      <w:pPr>
        <w:jc w:val="right"/>
      </w:pPr>
      <w:r>
        <w:t>وائی اللہ تعالی کا ڈومین ہے،</w:t>
      </w:r>
    </w:p>
    <w:p>
      <w:r>
        <w:rPr>
          <w:b/>
        </w:rPr>
        <w:t xml:space="preserve">[1:09:31] </w:t>
      </w:r>
      <w:r>
        <w:t>woh aap ka domain nahin hai. aap to sirf yeh sochiye ke quran o hadith ke mutabiq kaun si baat sahi hai, kaun si baat galat hai.</w:t>
      </w:r>
    </w:p>
    <w:p>
      <w:pPr>
        <w:jc w:val="right"/>
      </w:pPr>
      <w:r>
        <w:t>وہ آپ کا ڈومین نہیں ہے۔ آپ تو صرف یہ سوچیے کہ قرآن و حدیث کے مطابق کون سی بات صحیح ہے، کون سی بات غلط ہے۔</w:t>
      </w:r>
    </w:p>
    <w:p>
      <w:r>
        <w:rPr>
          <w:b/>
        </w:rPr>
        <w:t xml:space="preserve">[1:09:41] </w:t>
      </w:r>
      <w:r>
        <w:t>kisi ne ghalati kar rakhi hai to is mein why ka sawal le kar ke aap kyun apne mind ko pareshan karte hain? is ko allah par chhod dijiye.</w:t>
      </w:r>
    </w:p>
    <w:p>
      <w:pPr>
        <w:jc w:val="right"/>
      </w:pPr>
      <w:r>
        <w:t>کسی نے غلطی کر رکھی ہے تو اس میں وائی کا سوال لے کر کے آپ کیوں اپنے مائنڈ کو پریشان کرتے ہیں؟ اس کو اللہ پر چھوڑ دیجئے۔</w:t>
      </w:r>
    </w:p>
    <w:p>
      <w:r>
        <w:rPr>
          <w:b/>
        </w:rPr>
        <w:t xml:space="preserve">[1:09:53] </w:t>
      </w:r>
      <w:r>
        <w:t>maulana, agla sawal jammu se aaya hai ajiz sellerji sahib ka. unhon ne likha hai:</w:t>
      </w:r>
    </w:p>
    <w:p>
      <w:pPr>
        <w:jc w:val="right"/>
      </w:pPr>
      <w:r>
        <w:t>مولانا، اگلا سوال جموں سے آیا ہے عجز سیلرجی صاحب کا۔ انہوں نے لکھا ہے:</w:t>
      </w:r>
    </w:p>
    <w:p>
      <w:r>
        <w:rPr>
          <w:b/>
        </w:rPr>
        <w:t xml:space="preserve">[1:10:01] </w:t>
      </w:r>
      <w:r>
        <w:t>"maulana, mein ne jammu mein ek aalim ko kehte suna ke agar momin se ghalati ho to gunahon ki saza ke baad un ko dobara jannat mein dakhil kar diya jayega." mera sawal yeh hai ke yahi baat to yahoodi bhi kehte the ke woh jahannum mein chand dinon ke liye rahenge aur us ke baad phir jannat mein.</w:t>
      </w:r>
    </w:p>
    <w:p>
      <w:pPr>
        <w:jc w:val="right"/>
      </w:pPr>
      <w:r>
        <w:t>"مولانا، میں نے جموں میں ایک عالم کو کہتے سنا کہ اگر مومن سے غلطی ہو تو گناہوں کی سزا کے بعد ان کو دوبارہ جنت میں داخل کر دیا جائے گا۔" میرا سوال یہ ہے کہ یہی بات تو یہودی بھی کہتے تھے کہ وہ جہنم میں چند دنوں کے لیے رہیں گے اور اس کے بعد پھر جنت میں۔</w:t>
      </w:r>
    </w:p>
    <w:p>
      <w:r>
        <w:rPr>
          <w:b/>
        </w:rPr>
        <w:t xml:space="preserve">[1:10:23] </w:t>
      </w:r>
      <w:r>
        <w:t>maulana sahib, yahood galat kyun aur hum sahi kyun?</w:t>
      </w:r>
    </w:p>
    <w:p>
      <w:pPr>
        <w:jc w:val="right"/>
      </w:pPr>
      <w:r>
        <w:t>مولانا صاحب، یہود غلط کیوں اور ہم صحیح کیوں؟</w:t>
      </w:r>
    </w:p>
    <w:p>
      <w:r>
        <w:rPr>
          <w:b/>
        </w:rPr>
        <w:t xml:space="preserve">[1:10:28] </w:t>
      </w:r>
      <w:r>
        <w:t>nahin, dekhen, mein is mein baat mein nahin padhoonga. is mein hadith mein aisa ek hadith aayi hai lekin mein is mein dilchaspi nahin leta. mujhe is se koi dilchaspi nahin hai aur meri to soch yeh hai ke jahannum yaani ek ek ek ek ek ek ek ek second ke liye bhi aap is mein agar daal diye jayen to woh aap ke liye qabil bardasht nahin hogi</w:t>
      </w:r>
    </w:p>
    <w:p>
      <w:pPr>
        <w:jc w:val="right"/>
      </w:pPr>
      <w:r>
        <w:t>نہیں، دیکھیں، میں اس میں بات میں نہیں پڑھوں گا۔ اس میں حدیث میں ایسا ایک حدیث آئی ہے لیکن میں اس میں دلچسپی نہیں لیتا۔ مجھے اس سے کوئی دلچسپی نہیں ہے اور میری تو سوچ یہ ہے کہ جہنم یعنی ایک ایک ایک ایک ایک ایک ایک سیکنڈ کے لیے بھی آپ اس میں اگر ڈال دیے جائیں تو وہ آپ کے لیے قابل برداشت نہیں ہوگی</w:t>
      </w:r>
    </w:p>
    <w:p>
      <w:r>
        <w:rPr>
          <w:b/>
        </w:rPr>
        <w:t xml:space="preserve">[1:10:55] </w:t>
      </w:r>
      <w:r>
        <w:t>. kaise koi sochta hai ke chalo bhai, hazar do saal jalenge, is mein phir jannat to mil jayegi? yeh sochta bilkul insane log karte hain.</w:t>
      </w:r>
    </w:p>
    <w:p>
      <w:pPr>
        <w:jc w:val="right"/>
      </w:pPr>
      <w:r>
        <w:t>۔ کیسے کوئی سوچتا ہے کہ چلو بھئی، ہزار دو سال جلیں گے، اس میں پھر جنت تو مل جائے گی؟ یہ سوچتا بالکل انسینس لوگ کرتے ہیں۔</w:t>
      </w:r>
    </w:p>
    <w:p>
      <w:r>
        <w:rPr>
          <w:b/>
        </w:rPr>
        <w:t xml:space="preserve">[1:11:03] </w:t>
      </w:r>
      <w:r>
        <w:t>aisa sirf insane log. aap kabhi bhi aap tajurba kar ke dekh lijiye, ek aag ka angara hai, us par ungli rakh dijiye aap to ek second mein aap ungli hata lenge is kyunki bardasht nahin hoga.</w:t>
      </w:r>
    </w:p>
    <w:p>
      <w:pPr>
        <w:jc w:val="right"/>
      </w:pPr>
      <w:r>
        <w:t>ایسا صرف انسینس لوگ۔ آپ کبھی بھی آپ تجربہ کر کے دیکھ لیجئے، ایک آگ کا انگارہ ہے، اس پر انگلی رکھ دیجئے آپ تو ایک سیکنڈ میں آپ انگلی ہٹا لیں گے اس کیونکہ برداشت نہیں ہوگا۔</w:t>
      </w:r>
    </w:p>
    <w:p>
      <w:r>
        <w:rPr>
          <w:b/>
        </w:rPr>
        <w:t xml:space="preserve">[1:11:20] </w:t>
      </w:r>
      <w:r>
        <w:t>to yeh sochna ke chalo bhai, hazar do saal jahannum jal lenge to kya farq padta hai? phir jannat mein aa jayenge? yeh bilkul pagal pagaloon ki soch hai, insane logon ki soch hai.</w:t>
      </w:r>
    </w:p>
    <w:p>
      <w:pPr>
        <w:jc w:val="right"/>
      </w:pPr>
      <w:r>
        <w:t>تو یہ سوچنا کہ چلو بھئی، ہزار دو سال جہنم جل لیں گے تو کیا فرق پڑتا ہے؟ پھر جنت میں آ جائیں گے؟ یہ بالکل پاگل پاگلوں کی سوچ ہے، انسینس لوگوں کی سوچ ہے۔</w:t>
      </w:r>
    </w:p>
    <w:p>
      <w:r>
        <w:rPr>
          <w:b/>
        </w:rPr>
        <w:t xml:space="preserve">[1:11:30] </w:t>
      </w:r>
      <w:r>
        <w:t>yeh koi sound mind ki soch nahin hai. yeh</w:t>
      </w:r>
    </w:p>
    <w:p>
      <w:pPr>
        <w:jc w:val="right"/>
      </w:pPr>
      <w:r>
        <w:t>یہ کوئی ساؤنڈ مائنڈ کی سوچ نہیں ہے۔ یہ</w:t>
      </w:r>
    </w:p>
    <w:p>
      <w:r>
        <w:rPr>
          <w:b/>
        </w:rPr>
        <w:t xml:space="preserve">[1:11:37] </w:t>
      </w:r>
      <w:r>
        <w:t>maulana, agla sawal ahmedabad se hai ammat mr ammit shah ka. unhon ne likha hai: "most of the time we do not get to know that we are committing mistakes.</w:t>
      </w:r>
    </w:p>
    <w:p>
      <w:pPr>
        <w:jc w:val="right"/>
      </w:pPr>
      <w:r>
        <w:t>مولانا، اگلا سوال احمد آباد سے ہے امت مسٹر امت شاہ کا۔ انہوں نے لکھا ہے: "موسٹ آف دا ٹائم وی ڈو ناٹ گیٹ ٹو نو دیٹ وی آر کمیٹنگ مسٹیکس۔</w:t>
      </w:r>
    </w:p>
    <w:p>
      <w:r>
        <w:rPr>
          <w:b/>
        </w:rPr>
        <w:t xml:space="preserve">[1:11:50] </w:t>
      </w:r>
      <w:r>
        <w:t>my question is that how can we identify our mistakes so that we can correct it?" maulana sahib, please let us know what is the formula for it.</w:t>
      </w:r>
    </w:p>
    <w:p>
      <w:pPr>
        <w:jc w:val="right"/>
      </w:pPr>
      <w:r>
        <w:t>مائی کوئسچن از دیٹ ہاؤ کین وی آئیڈینٹیفائی اور مسٹیکس سو دیٹ وی کین کریکٹ اٹ؟" مولانا صاحب، پلیز لیٹ اس نو واٹ از دا فارمولا فار اٹ۔</w:t>
      </w:r>
    </w:p>
    <w:p>
      <w:r>
        <w:rPr>
          <w:b/>
        </w:rPr>
        <w:t xml:space="preserve">[1:12:01] </w:t>
      </w:r>
      <w:r>
        <w:t>yeh formula to bohat hi aasan hai. yani criteria daryaft kiya ja sakta hai. to criteria yani ghalat aur sahi ka criteria kya hai?</w:t>
      </w:r>
    </w:p>
    <w:p>
      <w:pPr>
        <w:jc w:val="right"/>
      </w:pPr>
      <w:r>
        <w:t>یہ فارمولا تو بہت ہی آسان ہے۔ یعنی کرائٹیریا دریافت کیا جا سکتا ہے۔ تو کرائٹیریا یعنی غلط اور صحیح کا کرائٹیریا کیا ہے؟</w:t>
      </w:r>
    </w:p>
    <w:p>
      <w:r>
        <w:rPr>
          <w:b/>
        </w:rPr>
        <w:t xml:space="preserve">[1:12:12] </w:t>
      </w:r>
      <w:r>
        <w:t>yeh daryaft kar lijie. phir isi ko judge karte jaiye, isi ko judge karte jaiye.</w:t>
      </w:r>
    </w:p>
    <w:p>
      <w:pPr>
        <w:jc w:val="right"/>
      </w:pPr>
      <w:r>
        <w:t>یہ دریافت کر لیجئے۔ پھر اسی کو جج کرتے رہیے، اسی کو جج کرتے رہیے۔</w:t>
      </w:r>
    </w:p>
    <w:p>
      <w:r>
        <w:rPr>
          <w:b/>
        </w:rPr>
        <w:t xml:space="preserve">[1:12:18] </w:t>
      </w:r>
      <w:r>
        <w:t>hum ne jo daryaft kiya hai woh yeh hai ke hum quran ko criteria mante hain. quran hai, quran ko quran ko furqan kaha gaya hai. furqan ka matlab hai criteria.</w:t>
      </w:r>
    </w:p>
    <w:p>
      <w:pPr>
        <w:jc w:val="right"/>
      </w:pPr>
      <w:r>
        <w:t>ہم نے جو دریافت کیا ہے وہ یہ ہے کہ ہم قرآن کو کرائٹیریا مانتے ہیں۔ قرآن ہے، قرآن کو قرآن کو فرقان کہا گیا ہے۔ فرقان کا مطلب ہے کرائٹیریا۔</w:t>
      </w:r>
    </w:p>
    <w:p>
      <w:r>
        <w:rPr>
          <w:b/>
        </w:rPr>
        <w:t xml:space="preserve">[1:12:28] </w:t>
      </w:r>
      <w:r>
        <w:t>to agar aap ke paas criteria maujood hai to bohat aasani se aap judge kar sakte hain ke yeh theek hai, yeh nahi theek hai. criteria na ho tab to phir clear, phir to aap nahi tay nahi kar sakte.</w:t>
      </w:r>
    </w:p>
    <w:p>
      <w:pPr>
        <w:jc w:val="right"/>
      </w:pPr>
      <w:r>
        <w:t>تو اگر آپ کے پاس کرائٹیریا موجود ہے تو بہت آسانی سے آپ جج کر سکتے ہیں کہ یہ ٹھیک ہے، یہ نہیں ٹھیک ہے۔ کرائٹیریا نہ ہو تب تو پھر کلیئر، پھر تو آپ نہیں طے نہیں کر سکتے۔</w:t>
      </w:r>
    </w:p>
    <w:p>
      <w:r>
        <w:rPr>
          <w:b/>
        </w:rPr>
        <w:t xml:space="preserve">[1:12:43] </w:t>
      </w:r>
      <w:r>
        <w:t>then you cannot determine.</w:t>
      </w:r>
    </w:p>
    <w:p>
      <w:pPr>
        <w:jc w:val="right"/>
      </w:pPr>
      <w:r>
        <w:t>دین یو کٹ ناٹ ڈیٹرمن۔</w:t>
      </w:r>
    </w:p>
    <w:p>
      <w:r>
        <w:rPr>
          <w:b/>
        </w:rPr>
        <w:t xml:space="preserve">[1:12:46] </w:t>
      </w:r>
      <w:r>
        <w:t>to mere liye mera masla aasan hai kyunke maine quran ko furqan ke taur par yani criteria ke taur par daryaft kar rakha hai. is liye main foran judge kar leta hoon ke mera kaun sa kaam sahi hai, kaun sa ghalat hai.</w:t>
      </w:r>
    </w:p>
    <w:p>
      <w:pPr>
        <w:jc w:val="right"/>
      </w:pPr>
      <w:r>
        <w:t>تو میرے لیے میرا مسئلہ آسان ہے کیونکہ میں نے قرآن کو فرقان کے طور پر یعنی کرائٹیریا کے طور پر دریافت کر رکھا ہے۔ اس لیے میں فوراً جج کر لیتا ہوں کہ میرا کون سا کام صحیح ہے، کون سا غلط ہے۔</w:t>
      </w:r>
    </w:p>
    <w:p>
      <w:r>
        <w:rPr>
          <w:b/>
        </w:rPr>
        <w:t xml:space="preserve">[1:13:00] </w:t>
      </w:r>
      <w:r>
        <w:t>ab aap sab se pehle yeh sochiye ke aap ka criteria kya hai? woh agar tay kar lenge aap to phir bohat aasan hoga sab cheezon ko samajhna.</w:t>
      </w:r>
    </w:p>
    <w:p>
      <w:pPr>
        <w:jc w:val="right"/>
      </w:pPr>
      <w:r>
        <w:t>اب آپ سب سے پہلے یہ سوچیے کہ آپ کا کرائٹیریا کیا ہے؟ وہ اگر طے کر لیں گے آپ تو پھر بہت آسان ہوگا سب چیزوں کو سمجھنا۔</w:t>
      </w:r>
    </w:p>
    <w:p>
      <w:r>
        <w:rPr>
          <w:b/>
        </w:rPr>
        <w:t xml:space="preserve">[1:13:12] </w:t>
      </w:r>
      <w:r>
        <w:t>Maulana, agla sawal Bangalore se hai Mr. Vineesh Sharma ka. Unhone aapse poocha hai: "That why is it that in Islam alone there are so many misconceptions?"</w:t>
      </w:r>
    </w:p>
    <w:p>
      <w:pPr>
        <w:jc w:val="right"/>
      </w:pPr>
      <w:r>
        <w:t>مولانا، اگلا سوال بینگلور سے ہے مسٹر ونیش شرما کا۔ انہوں نے آپ سے پوچھا ہے: "دیٹ وائی از اٹ دیٹ ان اسلام الون دیر آر سو مینی مس کنسیپشنز؟"</w:t>
      </w:r>
    </w:p>
    <w:p>
      <w:r>
        <w:rPr>
          <w:b/>
        </w:rPr>
        <w:t xml:space="preserve">[1:13:27] </w:t>
      </w:r>
      <w:r>
        <w:t>dekhen, islam alone ki baat nahi hai, sachai alone ki baat hai. sachai ka authentic version kahan hai?</w:t>
      </w:r>
    </w:p>
    <w:p>
      <w:pPr>
        <w:jc w:val="right"/>
      </w:pPr>
      <w:r>
        <w:t>دیکھیں، اسلام الون کی بات نہیں ہے، سچائی الون کی بات ہے۔ سچائی کا اتھنٹک ورژن کہاں ہے؟</w:t>
      </w:r>
    </w:p>
    <w:p>
      <w:r>
        <w:rPr>
          <w:b/>
        </w:rPr>
        <w:t xml:space="preserve">[1:13:36] </w:t>
      </w:r>
      <w:r>
        <w:t>is ki baat hai.</w:t>
      </w:r>
    </w:p>
    <w:p>
      <w:pPr>
        <w:jc w:val="right"/>
      </w:pPr>
      <w:r>
        <w:t>اس کی بات ہے۔</w:t>
      </w:r>
    </w:p>
    <w:p>
      <w:r>
        <w:rPr>
          <w:b/>
        </w:rPr>
        <w:t xml:space="preserve">[1:13:37] </w:t>
      </w:r>
      <w:r>
        <w:t>yeh nahi ke islam alone ya falan alone, sachai alone. asal cheez hai sachai. to is ka aap yeh aap aap aap study kar ke janiye ke sachai ka authentic version kahan hai.</w:t>
      </w:r>
    </w:p>
    <w:p>
      <w:pPr>
        <w:jc w:val="right"/>
      </w:pPr>
      <w:r>
        <w:t>یہ نہیں کہ اسلام الون یا فلاں الون، سچائی الون۔ اصل چیز ہے سچائی۔ تو اس کا آپ یہ آپ آپ آپ اسٹڈی کر کے جانیے کہ سچائی کا اتھنٹک ورژن کہاں ہے۔</w:t>
      </w:r>
    </w:p>
    <w:p>
      <w:r>
        <w:rPr>
          <w:b/>
        </w:rPr>
        <w:t xml:space="preserve">[1:13:54] </w:t>
      </w:r>
      <w:r>
        <w:t>jahan aap payen, us ko ikhtiyar kar lijie. hum ne jo study ki hai to hum ne yeh paya ke sachai ka authentic version jo hai, woh quran hai. to hum ne quran ko ikhtiyar kar liya.</w:t>
      </w:r>
    </w:p>
    <w:p>
      <w:pPr>
        <w:jc w:val="right"/>
      </w:pPr>
      <w:r>
        <w:t>جہاں آپ پائیں، اس کو اختیار کر لیجئے۔ ہم نے جو اسٹڈی کی ہے تو ہم نے یہ پایا کہ سچائی کا اتھنٹک ورژن جو ہے، وہ قرآن ہے۔ تو ہم نے قرآن کو اختیار کر لیا۔</w:t>
      </w:r>
    </w:p>
    <w:p>
      <w:r>
        <w:rPr>
          <w:b/>
        </w:rPr>
        <w:t xml:space="preserve">[1:14:05] </w:t>
      </w:r>
      <w:r>
        <w:t>to aap yahi kijie. masla aqdari darja ka nahi hai, masla truth with the capital T ka hai.</w:t>
      </w:r>
    </w:p>
    <w:p>
      <w:pPr>
        <w:jc w:val="right"/>
      </w:pPr>
      <w:r>
        <w:t>تو آپ یہی کیجئے۔ مسئلہ اقداری درجہ کا نہیں ہے، مسئلہ ٹروتھ ود دی کیپیٹل ٹی کا ہے۔</w:t>
      </w:r>
    </w:p>
    <w:p>
      <w:r>
        <w:rPr>
          <w:b/>
        </w:rPr>
        <w:t xml:space="preserve">[1:14:15] </w:t>
      </w:r>
      <w:r>
        <w:t>jahan aap ko the truth jo hai, us ka authentic version mil jaye, bas us ko ikhtiyar kar lijie aap.</w:t>
      </w:r>
    </w:p>
    <w:p>
      <w:pPr>
        <w:jc w:val="right"/>
      </w:pPr>
      <w:r>
        <w:t>جہاں آپ کو دا ٹروتھ جو ہے، اس کا اتھنٹک ورژن مل جائے، بس اس کو اختیار کر لیجئے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