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Four Phases of Human History July 13, 2008</w:t>
      </w:r>
    </w:p>
    <w:p>
      <w:r>
        <w:t>https://youtu.be/sb24VHKydog</w:t>
      </w:r>
    </w:p>
    <w:p>
      <w:r>
        <w:rPr>
          <w:b/>
        </w:rPr>
        <w:t xml:space="preserve">[00:13] </w:t>
      </w:r>
      <w:r>
        <w:t>bismillah hir rahman nir rahim, wa salallahu ala nabiyyil karim. rab ishrah li sadri, wa yassir li amri,</w:t>
      </w:r>
    </w:p>
    <w:p>
      <w:pPr>
        <w:jc w:val="right"/>
      </w:pPr>
      <w:r>
        <w:t>بسم اللہ الرحمن الرحیم، وصلی اللہ علی النبی الکریم۔ رب اشرح لی صدری، ویسر لی امری،</w:t>
      </w:r>
    </w:p>
    <w:p>
      <w:r>
        <w:rPr>
          <w:b/>
        </w:rPr>
        <w:t xml:space="preserve">[00:27] </w:t>
      </w:r>
      <w:r>
        <w:t>wahlul uqdatan min lisani, yafqahu qawli.</w:t>
      </w:r>
    </w:p>
    <w:p>
      <w:pPr>
        <w:jc w:val="right"/>
      </w:pPr>
      <w:r>
        <w:t>واحل العقدۃ من لسانی، یفقہ قولی۔</w:t>
      </w:r>
    </w:p>
    <w:p>
      <w:r>
        <w:rPr>
          <w:b/>
        </w:rPr>
        <w:t xml:space="preserve">[00:39] </w:t>
      </w:r>
      <w:r>
        <w:t>aaj ka jo topic hai woh hai "four phases of human history".</w:t>
      </w:r>
    </w:p>
    <w:p>
      <w:pPr>
        <w:jc w:val="right"/>
      </w:pPr>
      <w:r>
        <w:t>آج کا جو ٹاپک ہے وہ ہے "فور فیزز آف ہیومن ہسٹری"۔</w:t>
      </w:r>
    </w:p>
    <w:p>
      <w:r>
        <w:rPr>
          <w:b/>
        </w:rPr>
        <w:t xml:space="preserve">[00:52] </w:t>
      </w:r>
      <w:r>
        <w:t>"four phases of human history". insani tareekh ke char daur.</w:t>
      </w:r>
    </w:p>
    <w:p>
      <w:pPr>
        <w:jc w:val="right"/>
      </w:pPr>
      <w:r>
        <w:t>"فور فیزز آف ہیومن ہسٹری"۔ انسانی تاریخ کے چار دور۔</w:t>
      </w:r>
    </w:p>
    <w:p>
      <w:r>
        <w:rPr>
          <w:b/>
        </w:rPr>
        <w:t xml:space="preserve">[01:03] </w:t>
      </w:r>
      <w:r>
        <w:t>is par mujhe kuch kehna hai.</w:t>
      </w:r>
    </w:p>
    <w:p>
      <w:pPr>
        <w:jc w:val="right"/>
      </w:pPr>
      <w:r>
        <w:t>اس پر مجھے کچھ کہنا ہے۔</w:t>
      </w:r>
    </w:p>
    <w:p>
      <w:r>
        <w:rPr>
          <w:b/>
        </w:rPr>
        <w:t xml:space="preserve">[01:09] </w:t>
      </w:r>
      <w:r>
        <w:t>dekhiye,</w:t>
      </w:r>
    </w:p>
    <w:p>
      <w:pPr>
        <w:jc w:val="right"/>
      </w:pPr>
      <w:r>
        <w:t>دیکھیے،</w:t>
      </w:r>
    </w:p>
    <w:p>
      <w:r>
        <w:rPr>
          <w:b/>
        </w:rPr>
        <w:t xml:space="preserve">[01:13] </w:t>
      </w:r>
      <w:r>
        <w:t>hum aap yeh mante hain ke khuda ne is universe ko paida kiya.</w:t>
      </w:r>
    </w:p>
    <w:p>
      <w:pPr>
        <w:jc w:val="right"/>
      </w:pPr>
      <w:r>
        <w:t>ہم آپ یہ مانتے ہیں کہ خدا نے اس یونیورس کو پیدا کیا۔</w:t>
      </w:r>
    </w:p>
    <w:p>
      <w:r>
        <w:rPr>
          <w:b/>
        </w:rPr>
        <w:t xml:space="preserve">[01:24] </w:t>
      </w:r>
      <w:r>
        <w:t>god is the creator of this universe.</w:t>
      </w:r>
    </w:p>
    <w:p>
      <w:pPr>
        <w:jc w:val="right"/>
      </w:pPr>
      <w:r>
        <w:t>گاڈ از دا کریٹر آف دس یونیورس۔</w:t>
      </w:r>
    </w:p>
    <w:p>
      <w:r>
        <w:rPr>
          <w:b/>
        </w:rPr>
        <w:t xml:space="preserve">[01:31] </w:t>
      </w:r>
      <w:r>
        <w:t>phir kya hua?</w:t>
      </w:r>
    </w:p>
    <w:p>
      <w:pPr>
        <w:jc w:val="right"/>
      </w:pPr>
      <w:r>
        <w:t>پھر کیا ہوا؟</w:t>
      </w:r>
    </w:p>
    <w:p>
      <w:r>
        <w:rPr>
          <w:b/>
        </w:rPr>
        <w:t xml:space="preserve">[01:35] </w:t>
      </w:r>
      <w:r>
        <w:t>khuda ne ek cheez banai jo</w:t>
      </w:r>
    </w:p>
    <w:p>
      <w:pPr>
        <w:jc w:val="right"/>
      </w:pPr>
      <w:r>
        <w:t>خدا نے ایک چیز بنائی جو</w:t>
      </w:r>
    </w:p>
    <w:p>
      <w:r>
        <w:rPr>
          <w:b/>
        </w:rPr>
        <w:t xml:space="preserve">[01:41] </w:t>
      </w:r>
      <w:r>
        <w:t>khuda ke baad sab se zyada achhi cheez thi. the best only after god.</w:t>
      </w:r>
    </w:p>
    <w:p>
      <w:pPr>
        <w:jc w:val="right"/>
      </w:pPr>
      <w:r>
        <w:t>خدا کے بعد سب سے زیادہ اچھی چیز تھی۔ دا بیسٹ اونلی آفٹر گاڈ۔</w:t>
      </w:r>
    </w:p>
    <w:p>
      <w:r>
        <w:rPr>
          <w:b/>
        </w:rPr>
        <w:t xml:space="preserve">[01:55] </w:t>
      </w:r>
      <w:r>
        <w:t>the best only of God. ye "the best" with capital T kya tha?</w:t>
      </w:r>
    </w:p>
    <w:p>
      <w:pPr>
        <w:jc w:val="right"/>
      </w:pPr>
      <w:r>
        <w:t>دا بیسٹ اونلی آفٹر گاڈ۔ یہ "دا بیسٹ" ود کیپیٹل ٹی کیا تھا؟</w:t>
      </w:r>
    </w:p>
    <w:p>
      <w:r>
        <w:rPr>
          <w:b/>
        </w:rPr>
        <w:t xml:space="preserve">[02:04] </w:t>
      </w:r>
      <w:r>
        <w:t>ye tha paradise.</w:t>
      </w:r>
    </w:p>
    <w:p>
      <w:pPr>
        <w:jc w:val="right"/>
      </w:pPr>
      <w:r>
        <w:t>یہ تھا پیراڈائز۔</w:t>
      </w:r>
    </w:p>
    <w:p>
      <w:r>
        <w:rPr>
          <w:b/>
        </w:rPr>
        <w:t xml:space="preserve">[02:09] </w:t>
      </w:r>
      <w:r>
        <w:t>yani Khuda ki jo attributes hain wo sab Khuda ne wahan par ikatha kar diya.</w:t>
      </w:r>
    </w:p>
    <w:p>
      <w:pPr>
        <w:jc w:val="right"/>
      </w:pPr>
      <w:r>
        <w:t>یعنی خدا کی جو ایٹریبیوٹس ہیں وہ سب خدا نے وہاں پر اکٹھا کر دیا۔</w:t>
      </w:r>
    </w:p>
    <w:p>
      <w:r>
        <w:rPr>
          <w:b/>
        </w:rPr>
        <w:t xml:space="preserve">[02:20] </w:t>
      </w:r>
      <w:r>
        <w:t>Khuda eternal happiness mein rehta hai, wahan par eternal happiness hai. Khuda eternal pleasure mein rehta hai, wahan par eternal pleasure hai.</w:t>
      </w:r>
    </w:p>
    <w:p>
      <w:pPr>
        <w:jc w:val="right"/>
      </w:pPr>
      <w:r>
        <w:t>خدا ایٹرنل ہیپینس میں رہتا ہے، وہاں پر ایٹرنل ہیپینس ہے۔ خدا ایٹرنل پلیژر میں رہتا ہے، وہاں پر ایٹرنل پلیژر ہے۔</w:t>
      </w:r>
    </w:p>
    <w:p>
      <w:r>
        <w:rPr>
          <w:b/>
        </w:rPr>
        <w:t xml:space="preserve">[02:35] </w:t>
      </w:r>
      <w:r>
        <w:t>Khuda ko kabhi stress nahi hota, kabhi tension nahi hota, kabhi boredom nahi hota. Khuda ko kabhi disease nahi aati, kabhi accident nahi hota, kabhi death nahi hoti.</w:t>
      </w:r>
    </w:p>
    <w:p>
      <w:pPr>
        <w:jc w:val="right"/>
      </w:pPr>
      <w:r>
        <w:t>خدا کو کبھی اسٹریس نہیں ہوتا، کبھی ٹینشن نہیں ہوتا، کبھی بورڈم نہیں ہوتا۔ خدا کو کبھی ڈیزیز نہیں آتی، کبھی ایکسیڈنٹ نہیں ہوتا، کبھی ڈیتھ نہیں ہوتی۔</w:t>
      </w:r>
    </w:p>
    <w:p>
      <w:r>
        <w:rPr>
          <w:b/>
        </w:rPr>
        <w:t xml:space="preserve">[02:49] </w:t>
      </w:r>
      <w:r>
        <w:t>wo sare negative experiences jin ko hum is dunya mein jante hain,</w:t>
      </w:r>
    </w:p>
    <w:p>
      <w:pPr>
        <w:jc w:val="right"/>
      </w:pPr>
      <w:r>
        <w:t>وہ سارے نیگیٹیو ایکسپیرینسز جن کو ہم اس دنیا میں جانتے ہیں،</w:t>
      </w:r>
    </w:p>
    <w:p>
      <w:r>
        <w:rPr>
          <w:b/>
        </w:rPr>
        <w:t xml:space="preserve">[02:59] </w:t>
      </w:r>
      <w:r>
        <w:t>Khuda is se oopar hai.</w:t>
      </w:r>
    </w:p>
    <w:p>
      <w:pPr>
        <w:jc w:val="right"/>
      </w:pPr>
      <w:r>
        <w:t>خدا اس سے اوپر ہے۔</w:t>
      </w:r>
    </w:p>
    <w:p>
      <w:r>
        <w:rPr>
          <w:b/>
        </w:rPr>
        <w:t xml:space="preserve">[03:04] </w:t>
      </w:r>
      <w:r>
        <w:t>koi bhi negative experience Khuda ko nahi hota. Khuda jo hai beyond all these negative experiences hai.</w:t>
      </w:r>
    </w:p>
    <w:p>
      <w:pPr>
        <w:jc w:val="right"/>
      </w:pPr>
      <w:r>
        <w:t>کوئی بھی نیگیٹیو ایکسپیرینس خدا کو نہیں ہوتا۔ خدا جو ہے بیانڈ آل دیز نیگیٹیو ایکسپیرینسز ہے۔</w:t>
      </w:r>
    </w:p>
    <w:p>
      <w:r>
        <w:rPr>
          <w:b/>
        </w:rPr>
        <w:t xml:space="preserve">[03:17] </w:t>
      </w:r>
      <w:r>
        <w:t>to Khuda ne chaha ke koi ho jo is mein share kare Khuda ko.</w:t>
      </w:r>
    </w:p>
    <w:p>
      <w:pPr>
        <w:jc w:val="right"/>
      </w:pPr>
      <w:r>
        <w:t>تو خدا نے چاہا کہ کوئی ہو جو اس میں شیئر کرے خدا کو۔</w:t>
      </w:r>
    </w:p>
    <w:p>
      <w:r>
        <w:rPr>
          <w:b/>
        </w:rPr>
        <w:t xml:space="preserve">[03:23] </w:t>
      </w:r>
      <w:r>
        <w:t>yani ye sare, ye sare positive experiences, ye sari oonchi quality ki cheezein, is mein koi aur ho jo share kare.</w:t>
      </w:r>
    </w:p>
    <w:p>
      <w:pPr>
        <w:jc w:val="right"/>
      </w:pPr>
      <w:r>
        <w:t>یعنی یہ سارے، یہ سارے پازیٹیو ایکسپیرینسز، یہ ساری اونچی کوالٹی کی چیزیں، اس میں کوئی اور ہو جو شیئر کرے۔</w:t>
      </w:r>
    </w:p>
    <w:p>
      <w:r>
        <w:rPr>
          <w:b/>
        </w:rPr>
        <w:t xml:space="preserve">[03:38] </w:t>
      </w:r>
      <w:r>
        <w:t>aap sochein ke is se bara aur kya baat ho sakti hai?</w:t>
      </w:r>
    </w:p>
    <w:p>
      <w:pPr>
        <w:jc w:val="right"/>
      </w:pPr>
      <w:r>
        <w:t>آپ سوچیں کہ اس سے بڑا اور کیا بات ہو سکتی ہے؟</w:t>
      </w:r>
    </w:p>
    <w:p>
      <w:r>
        <w:rPr>
          <w:b/>
        </w:rPr>
        <w:t xml:space="preserve">[03:45] </w:t>
      </w:r>
      <w:r>
        <w:t>to Khuda to in cheezon ka malik is liye hai ke wo Khuda hai.</w:t>
      </w:r>
    </w:p>
    <w:p>
      <w:pPr>
        <w:jc w:val="right"/>
      </w:pPr>
      <w:r>
        <w:t>تو خدا تو ان چیزوں کا مالک اس لیے ہے کہ وہ خدا ہے۔</w:t>
      </w:r>
    </w:p>
    <w:p>
      <w:r>
        <w:rPr>
          <w:b/>
        </w:rPr>
        <w:t xml:space="preserve">[03:53] </w:t>
      </w:r>
      <w:r>
        <w:t>har cheez is ki hai. God is everything.</w:t>
      </w:r>
    </w:p>
    <w:p>
      <w:pPr>
        <w:jc w:val="right"/>
      </w:pPr>
      <w:r>
        <w:t>ہر چیز اس کی ہے۔ گاڈ از ایوری تھنگ۔</w:t>
      </w:r>
    </w:p>
    <w:p>
      <w:r>
        <w:rPr>
          <w:b/>
        </w:rPr>
        <w:t xml:space="preserve">[03:59] </w:t>
      </w:r>
      <w:r>
        <w:t>kisi aur ko Khuda ke diye se milega. Khuda apne aap in cheezon ka malik hai.</w:t>
      </w:r>
    </w:p>
    <w:p>
      <w:pPr>
        <w:jc w:val="right"/>
      </w:pPr>
      <w:r>
        <w:t>کسی اور کو خدا کے دیے سے ملے گا۔ خدا اپنے آپ ان چیزوں کا مالک ہے۔</w:t>
      </w:r>
    </w:p>
    <w:p>
      <w:r>
        <w:rPr>
          <w:b/>
        </w:rPr>
        <w:t xml:space="preserve">[04:09] </w:t>
      </w:r>
      <w:r>
        <w:t>Khuda apne aap in cheezon ka malik hai. kisi aur ko milega to wo Khuda ke dene se milega.</w:t>
      </w:r>
    </w:p>
    <w:p>
      <w:pPr>
        <w:jc w:val="right"/>
      </w:pPr>
      <w:r>
        <w:t>خدا اپنے آپ ان چیزوں کا مالک ہے۔ کسی اور کو ملے گا تو وہ خدا کے دینے سے ملے گا۔</w:t>
      </w:r>
    </w:p>
    <w:p>
      <w:r>
        <w:rPr>
          <w:b/>
        </w:rPr>
        <w:t xml:space="preserve">[04:22] </w:t>
      </w:r>
      <w:r>
        <w:t>to</w:t>
      </w:r>
    </w:p>
    <w:p>
      <w:pPr>
        <w:jc w:val="right"/>
      </w:pPr>
      <w:r>
        <w:t>تو</w:t>
      </w:r>
    </w:p>
    <w:p>
      <w:r>
        <w:rPr>
          <w:b/>
        </w:rPr>
        <w:t xml:space="preserve">[04:23] </w:t>
      </w:r>
      <w:r>
        <w:t>Khuda ne is ki kya condition rakhi? yani paradise mein settle karne ke liye jo paradise Khuda ne banai, perfect world, ideal world, jo banai Khuda ne, wahan par entry kis ko milegi?</w:t>
      </w:r>
    </w:p>
    <w:p>
      <w:pPr>
        <w:jc w:val="right"/>
      </w:pPr>
      <w:r>
        <w:t>خدا نے اس کی کیا کنڈیشن رکھی؟ یعنی پیراڈائز میں سیٹل کرنے کے لیے جو پیراڈائز خدا نے بنائی، پرفیکٹ ورلڈ، آئیڈیل ورلڈ، جو بنائی خدا نے، وہاں پر انٹری کس کو ملے گی؟</w:t>
      </w:r>
    </w:p>
    <w:p>
      <w:r>
        <w:rPr>
          <w:b/>
        </w:rPr>
        <w:t xml:space="preserve">[04:48] </w:t>
      </w:r>
      <w:r>
        <w:t>is ki ek hi condition thi.</w:t>
      </w:r>
    </w:p>
    <w:p>
      <w:pPr>
        <w:jc w:val="right"/>
      </w:pPr>
      <w:r>
        <w:t>اس کی ایک ہی کنڈیشن تھی۔</w:t>
      </w:r>
    </w:p>
    <w:p>
      <w:r>
        <w:rPr>
          <w:b/>
        </w:rPr>
        <w:t xml:space="preserve">[04:53] </w:t>
      </w:r>
      <w:r>
        <w:t>wo condition ye thi ke insan</w:t>
      </w:r>
    </w:p>
    <w:p>
      <w:pPr>
        <w:jc w:val="right"/>
      </w:pPr>
      <w:r>
        <w:t>وہ کنڈیشن یہ تھی کہ انسان</w:t>
      </w:r>
    </w:p>
    <w:p>
      <w:r>
        <w:rPr>
          <w:b/>
        </w:rPr>
        <w:t xml:space="preserve">[05:01] </w:t>
      </w:r>
      <w:r>
        <w:t>Khuda ko discover kare.</w:t>
      </w:r>
    </w:p>
    <w:p>
      <w:pPr>
        <w:jc w:val="right"/>
      </w:pPr>
      <w:r>
        <w:t>خدا کو ڈسکور کرے۔</w:t>
      </w:r>
    </w:p>
    <w:p>
      <w:r>
        <w:rPr>
          <w:b/>
        </w:rPr>
        <w:t xml:space="preserve">[05:05] </w:t>
      </w:r>
      <w:r>
        <w:t>Khuda ko na dekhte hue wo Khuda ko dekhe.</w:t>
      </w:r>
    </w:p>
    <w:p>
      <w:pPr>
        <w:jc w:val="right"/>
      </w:pPr>
      <w:r>
        <w:t>خدا کو نہ دیکھتے ہوئے وہ خدا کو دیکھے۔</w:t>
      </w:r>
    </w:p>
    <w:p>
      <w:r>
        <w:rPr>
          <w:b/>
        </w:rPr>
        <w:t xml:space="preserve">[05:14] </w:t>
      </w:r>
      <w:r>
        <w:t>ye is ki price hai.</w:t>
      </w:r>
    </w:p>
    <w:p>
      <w:pPr>
        <w:jc w:val="right"/>
      </w:pPr>
      <w:r>
        <w:t>یہ اس کی پرائس ہے۔</w:t>
      </w:r>
    </w:p>
    <w:p>
      <w:r>
        <w:rPr>
          <w:b/>
        </w:rPr>
        <w:t xml:space="preserve">[05:17] </w:t>
      </w:r>
      <w:r>
        <w:t>jab aadmi Khuda ko discover kar leta hai to phir kuch aur is mein condition lagane ki zaroorat nahi hoti. Khuda ki discovery ke baad is ki thinking hundred percent positive thinking ban jati hai.</w:t>
      </w:r>
    </w:p>
    <w:p>
      <w:pPr>
        <w:jc w:val="right"/>
      </w:pPr>
      <w:r>
        <w:t>جب آدمی خدا کو ڈسکور کر لیتا ہے تو پھر کچھ اور اس میں کنڈیشن لگانے کی ضرورت نہیں ہوتی۔ خدا کی ڈسکوری کے بعد اس کی تھنکنگ ہنڈرڈ پرسنٹ پازیٹیو تھنکنگ بن جاتی ہے۔</w:t>
      </w:r>
    </w:p>
    <w:p>
      <w:r>
        <w:rPr>
          <w:b/>
        </w:rPr>
        <w:t xml:space="preserve">[05:31] </w:t>
      </w:r>
      <w:r>
        <w:t>is ka character hundred percent positive character ban jata hai. is ka behavior hundred percent positive behavior ban jata hai.</w:t>
      </w:r>
    </w:p>
    <w:p>
      <w:pPr>
        <w:jc w:val="right"/>
      </w:pPr>
      <w:r>
        <w:t>اس کا کریکٹر ہنڈرڈ پرسنٹ پازیٹیو کریکٹر بن جاتا ہے۔ اس کا بیہیویئر ہنڈرڈ پرسنٹ پازیٹیو بیہیویئر بن جاتا ہے۔</w:t>
      </w:r>
    </w:p>
    <w:p>
      <w:r>
        <w:rPr>
          <w:b/>
        </w:rPr>
        <w:t xml:space="preserve">[05:43] </w:t>
      </w:r>
      <w:r>
        <w:t>Khuda ki discovery ke baad apne aap sari cheezein aa jati hain. phir is mein kisi aur list ko dene ki zaroorat nahi hai ke tum honest bankar raho, sach bolo, aur tolerance ka tareeqa ikhtiyar karo, peaceful raho.</w:t>
      </w:r>
    </w:p>
    <w:p>
      <w:pPr>
        <w:jc w:val="right"/>
      </w:pPr>
      <w:r>
        <w:t>خدا کی ڈسکوری کے بعد اپنے آپ ساری چیزیں آ جاتی ہیں۔ پھر اس میں کسی اور لسٹ کو دینے کی ضرورت نہیں ہے کہ تم آنس بن کر رہو، سچ بولو، اور ٹالرنس کا طریقہ اختیار کرو، پیس فل رہو۔</w:t>
      </w:r>
    </w:p>
    <w:p>
      <w:r>
        <w:rPr>
          <w:b/>
        </w:rPr>
        <w:t xml:space="preserve">[06:00] </w:t>
      </w:r>
      <w:r>
        <w:t>yeh sab apne aap aa jata hai jab aap khuda ko discover kar lein. sab se bari cheez khuda hai, us ko aap discover kar lein</w:t>
      </w:r>
    </w:p>
    <w:p>
      <w:pPr>
        <w:jc w:val="right"/>
      </w:pPr>
      <w:r>
        <w:t>یہ سب اپنے آپ آ جاتا ہے جب آپ خدا کو ڈسکور کر لیں۔ سب سے بڑی چیز خدا ہے، اس کو آپ ڈسکور کر لیں</w:t>
      </w:r>
    </w:p>
    <w:p>
      <w:r>
        <w:rPr>
          <w:b/>
        </w:rPr>
        <w:t xml:space="preserve">[06:12] </w:t>
      </w:r>
      <w:r>
        <w:t>to is ke baad kisi aur list ki zaroorat nahin. lekin yeh bohat bhari shart hai.</w:t>
      </w:r>
    </w:p>
    <w:p>
      <w:pPr>
        <w:jc w:val="right"/>
      </w:pPr>
      <w:r>
        <w:t>تو اس کے بعد کسی اور لسٹ کی ضرورت نہیں۔ لیکن یہ بہت بھاری شرط ہے۔</w:t>
      </w:r>
    </w:p>
    <w:p>
      <w:r>
        <w:rPr>
          <w:b/>
        </w:rPr>
        <w:t xml:space="preserve">[06:22] </w:t>
      </w:r>
      <w:r>
        <w:t>kyun? dekhiye, insan rehta hai space and time ke andar. hum space and time ke andar hain.</w:t>
      </w:r>
    </w:p>
    <w:p>
      <w:pPr>
        <w:jc w:val="right"/>
      </w:pPr>
      <w:r>
        <w:t>کیوں؟ دیکھیے، انسان رہتا ہے اسپیس اینڈ ٹائم کے اندر۔ ہم اسپیس اینڈ ٹائم کے اندر ہیں۔</w:t>
      </w:r>
    </w:p>
    <w:p>
      <w:r>
        <w:rPr>
          <w:b/>
        </w:rPr>
        <w:t xml:space="preserve">[06:31] </w:t>
      </w:r>
      <w:r>
        <w:t>hamari soch space and time ke andar kaam karti hai.</w:t>
      </w:r>
    </w:p>
    <w:p>
      <w:pPr>
        <w:jc w:val="right"/>
      </w:pPr>
      <w:r>
        <w:t>ہماری سوچ اسپیس اینڈ ٹائم کے اندر کام کرتی ہے۔</w:t>
      </w:r>
    </w:p>
    <w:p>
      <w:r>
        <w:rPr>
          <w:b/>
        </w:rPr>
        <w:t xml:space="preserve">[06:37] </w:t>
      </w:r>
      <w:r>
        <w:t>kuch stupid log kehte hain ke "if god created world, who created god". yeh aik stupid baat hai.</w:t>
      </w:r>
    </w:p>
    <w:p>
      <w:pPr>
        <w:jc w:val="right"/>
      </w:pPr>
      <w:r>
        <w:t>کچھ اسٹیپڈ لوگ کہتے ہیں کہ "اف گاڈ کریٹڈ ورلڈ، ہو کریٹڈ گاڈ"۔ یہ ایک اسٹیپڈ بات ہے۔</w:t>
      </w:r>
    </w:p>
    <w:p>
      <w:r>
        <w:rPr>
          <w:b/>
        </w:rPr>
        <w:t xml:space="preserve">[06:48] </w:t>
      </w:r>
      <w:r>
        <w:t>is liye</w:t>
      </w:r>
    </w:p>
    <w:p>
      <w:pPr>
        <w:jc w:val="right"/>
      </w:pPr>
      <w:r>
        <w:t>اس لیے</w:t>
      </w:r>
    </w:p>
    <w:p>
      <w:r>
        <w:rPr>
          <w:b/>
        </w:rPr>
        <w:t xml:space="preserve">[06:52] </w:t>
      </w:r>
      <w:r>
        <w:t>ke khuda beyond space and time hai. hum space and time ke andar sochte hain.</w:t>
      </w:r>
    </w:p>
    <w:p>
      <w:pPr>
        <w:jc w:val="right"/>
      </w:pPr>
      <w:r>
        <w:t>کہ خدا بیانڈ اسپیس اینڈ ٹائم ہے۔ ہم اسپیس اینڈ ٹائم کے اندر سوچتے ہیں۔</w:t>
      </w:r>
    </w:p>
    <w:p>
      <w:r>
        <w:rPr>
          <w:b/>
        </w:rPr>
        <w:t xml:space="preserve">[07:02] </w:t>
      </w:r>
      <w:r>
        <w:t>to yeh kehna jo bilkul</w:t>
      </w:r>
    </w:p>
    <w:p>
      <w:pPr>
        <w:jc w:val="right"/>
      </w:pPr>
      <w:r>
        <w:t>تو یہ کہنا جو بالکل</w:t>
      </w:r>
    </w:p>
    <w:p>
      <w:r>
        <w:rPr>
          <w:b/>
        </w:rPr>
        <w:t xml:space="preserve">[07:06] </w:t>
      </w:r>
      <w:r>
        <w:t>nadani ki baat hai. yeh aisa hi hai jaise koi bachcha jo abhi womb mein ho, womb mein, maa ke reham mein ho, woh kahe ke bahar koi dunya bari hai, woh to kaise manunga?</w:t>
      </w:r>
    </w:p>
    <w:p>
      <w:pPr>
        <w:jc w:val="right"/>
      </w:pPr>
      <w:r>
        <w:t>نادانی کی بات ہے۔ یہ ایسا ہی ہے جیسے کوئی بچہ جو ابھی ووم میں ہو، ووم میں، ماں کے رحم میں ہو، وہ کہے کہ باہر کوئی دنیا بڑی ہے، وہ تو کیسے مانوں گا؟</w:t>
      </w:r>
    </w:p>
    <w:p>
      <w:r>
        <w:rPr>
          <w:b/>
        </w:rPr>
        <w:t xml:space="preserve">[07:21] </w:t>
      </w:r>
      <w:r>
        <w:t>to main dekhta nahin hoon is ko.</w:t>
      </w:r>
    </w:p>
    <w:p>
      <w:pPr>
        <w:jc w:val="right"/>
      </w:pPr>
      <w:r>
        <w:t>تو میں دیکھتا نہیں ہوں اس کو۔</w:t>
      </w:r>
    </w:p>
    <w:p>
      <w:r>
        <w:rPr>
          <w:b/>
        </w:rPr>
        <w:t xml:space="preserve">[07:25] </w:t>
      </w:r>
      <w:r>
        <w:t>kyun ke bachcha jab maa ke womb mein hota hai</w:t>
      </w:r>
    </w:p>
    <w:p>
      <w:pPr>
        <w:jc w:val="right"/>
      </w:pPr>
      <w:r>
        <w:t>کیونکہ بچہ جب ماں کے ووم میں ہوتا ہے</w:t>
      </w:r>
    </w:p>
    <w:p>
      <w:r>
        <w:rPr>
          <w:b/>
        </w:rPr>
        <w:t xml:space="preserve">[07:33] </w:t>
      </w:r>
      <w:r>
        <w:t>to us ke liye impossible hota hai ke pait ke bahar woh dekhe, reham-e-madar ke bahar woh dekhe. agarche poori dunya is ke bahar mojood hai, exist kar rahi hai, lekin woh bachcha nahin dekh sakta.</w:t>
      </w:r>
    </w:p>
    <w:p>
      <w:pPr>
        <w:jc w:val="right"/>
      </w:pPr>
      <w:r>
        <w:t>تو اس کے لیے امپاسیبل ہوتا ہے کہ پیٹ کے باہر وہ دیکھے، رحم مادر کے باہر وہ دیکھے۔ اگرچہ پوری دنیا اس کے باہر موجود ہے، ایگزسٹ کر رہی ہے، لیکن وہ بچہ نہیں دیکھ سکتا۔</w:t>
      </w:r>
    </w:p>
    <w:p>
      <w:r>
        <w:rPr>
          <w:b/>
        </w:rPr>
        <w:t xml:space="preserve">[07:50] </w:t>
      </w:r>
      <w:r>
        <w:t>to hum jab tak is dunya mein hain, yaani pre-death period mein jab tak hain, tab tak hum space and time ke andar hi soch sakte hain.</w:t>
      </w:r>
    </w:p>
    <w:p>
      <w:pPr>
        <w:jc w:val="right"/>
      </w:pPr>
      <w:r>
        <w:t>تو ہم جب تک اس دنیا میں ہیں، یعنی پری ڈیتھ پیریڈ میں جب تک ہیں، تب تک ہم اسپیس اینڈ ٹائم کے اندر ہی سوچ سکتے ہیں۔</w:t>
      </w:r>
    </w:p>
    <w:p>
      <w:r>
        <w:rPr>
          <w:b/>
        </w:rPr>
        <w:t xml:space="preserve">[08:04] </w:t>
      </w:r>
      <w:r>
        <w:t>space and time ke bahar jo cheez exist kar rahi hai, us ko hum sirf imagine kar sakte hain. aik hai observation, aik hai imagination.</w:t>
      </w:r>
    </w:p>
    <w:p>
      <w:pPr>
        <w:jc w:val="right"/>
      </w:pPr>
      <w:r>
        <w:t>اسپیس اینڈ ٹائم کے باہر جو چیز ایگزسٹ کر رہی ہے، اس کو ہم صرف امیجن کر سکتے ہیں۔ ایک ہے ابزرویشن، ایک ہے امیجنیشن۔</w:t>
      </w:r>
    </w:p>
    <w:p>
      <w:r>
        <w:rPr>
          <w:b/>
        </w:rPr>
        <w:t xml:space="preserve">[08:15] </w:t>
      </w:r>
      <w:r>
        <w:t>observation ke level par hum nahin dekh sakte khuda ko, lekin imagination ke level par hum khuda ko samajh sakte hain. yeh price bohat bhari lagti hai, lekin price to deni hai.</w:t>
      </w:r>
    </w:p>
    <w:p>
      <w:pPr>
        <w:jc w:val="right"/>
      </w:pPr>
      <w:r>
        <w:t>ابزرویشن کے لیول پر ہم نہیں دیکھ سکتے خدا کو، لیکن امیجنیشن کے لیول پر ہم خدا کو سمجھ سکتے ہیں۔ یہ پرائس بہت بھاری لگتی ہے، لیکن پرائس تو دینی ہے۔</w:t>
      </w:r>
    </w:p>
    <w:p>
      <w:r>
        <w:rPr>
          <w:b/>
        </w:rPr>
        <w:t xml:space="preserve">[08:30] </w:t>
      </w:r>
      <w:r>
        <w:t>aaj main jab soch raha tha is baat par to mujhe yaad aaya ke second world war ke baad american, america ke nuclear bomb ne japan ko destroy kar diya tha.</w:t>
      </w:r>
    </w:p>
    <w:p>
      <w:pPr>
        <w:jc w:val="right"/>
      </w:pPr>
      <w:r>
        <w:t>آج میں جب سوچ رہا تھا اس بات پر تو مجھے یاد آیا کہ سیکنڈ ورلڈ وار کے بعد امریکن، امریکہ کے نیوکلیئر بوم نے جاپان کو ڈسٹرا کر دیا تھا۔</w:t>
      </w:r>
    </w:p>
    <w:p>
      <w:r>
        <w:rPr>
          <w:b/>
        </w:rPr>
        <w:t xml:space="preserve">[08:48] </w:t>
      </w:r>
      <w:r>
        <w:t>us waqt wahan ka jo king tha, woh hiro hito tha, jo bohat hi learned aadmi tha. us ne us waqt aik speech di thi aik radio par, tab tv nahin hota tha.</w:t>
      </w:r>
    </w:p>
    <w:p>
      <w:pPr>
        <w:jc w:val="right"/>
      </w:pPr>
      <w:r>
        <w:t>اس وقت وہاں کا جو کنگ تھا، وہ ہیرو ہیٹو تھا، جو بہت ہی لانڈڈ آدمی تھا۔ اس نے اس وقت ایک سپیچ دی تھی ایک ریڈیو پر، تب ٹی وی نہیں ہوتا تھا۔</w:t>
      </w:r>
    </w:p>
    <w:p>
      <w:r>
        <w:rPr>
          <w:b/>
        </w:rPr>
        <w:t xml:space="preserve">[09:00] </w:t>
      </w:r>
      <w:r>
        <w:t>woh poori speech maine parhi hai, us ka tarjuma english mein. aik kitaab moti si maine parhi thi, "the story of japan".</w:t>
      </w:r>
    </w:p>
    <w:p>
      <w:pPr>
        <w:jc w:val="right"/>
      </w:pPr>
      <w:r>
        <w:t>وہ پوری سپیچ میں نے پڑھی ہے، اس کا ترجمہ انگلش میں۔ ایک کتاب موٹی سی میں نے پڑھی تھی، "دا سٹوری آف جاپان"۔</w:t>
      </w:r>
    </w:p>
    <w:p>
      <w:r>
        <w:rPr>
          <w:b/>
        </w:rPr>
        <w:t xml:space="preserve">[09:09] </w:t>
      </w:r>
      <w:r>
        <w:t>us mein unhon ne is ko likha tha. us mein us ne kaha tha ke "we have to suffer the insufferable,</w:t>
      </w:r>
    </w:p>
    <w:p>
      <w:pPr>
        <w:jc w:val="right"/>
      </w:pPr>
      <w:r>
        <w:t>اس میں انہوں نے اس کو لکھا تھا۔ اس میں اس نے کہا تھا کہ "وی ہیو ٹو سفر دا انسفریبل،</w:t>
      </w:r>
    </w:p>
    <w:p>
      <w:r>
        <w:rPr>
          <w:b/>
        </w:rPr>
        <w:t xml:space="preserve">[09:21] </w:t>
      </w:r>
      <w:r>
        <w:t>we have to suffer the insufferable to build japan again, to develop japan again". to</w:t>
      </w:r>
    </w:p>
    <w:p>
      <w:pPr>
        <w:jc w:val="right"/>
      </w:pPr>
      <w:r>
        <w:t>وی ہیو ٹو سفر دا انسفریبل ٹو بلڈ جاپان اگین، ٹو ڈیولپ جاپان اگین"۔ تو</w:t>
      </w:r>
    </w:p>
    <w:p>
      <w:r>
        <w:rPr>
          <w:b/>
        </w:rPr>
        <w:t xml:space="preserve">[09:32] </w:t>
      </w:r>
      <w:r>
        <w:t>dekhiye, koi bhi bara target aap us ko achieve nahin kar paate jab tak insufferable ko aap suffer na karein.</w:t>
      </w:r>
    </w:p>
    <w:p>
      <w:pPr>
        <w:jc w:val="right"/>
      </w:pPr>
      <w:r>
        <w:t>دیکھیے، کوئی بھی بڑا ٹارگٹ آپ اس کو اچیو نہیں کر پاتے جب تک انسفریبل کو آپ سفر نہ کریں۔</w:t>
      </w:r>
    </w:p>
    <w:p>
      <w:r>
        <w:rPr>
          <w:b/>
        </w:rPr>
        <w:t xml:space="preserve">[09:44] </w:t>
      </w:r>
      <w:r>
        <w:t>aisa hi jannat ko paane ke liye aap ko yahi karna hai. un observable god ko observe karna hai.</w:t>
      </w:r>
    </w:p>
    <w:p>
      <w:pPr>
        <w:jc w:val="right"/>
      </w:pPr>
      <w:r>
        <w:t>ایسا ہی جنت کو پانے کے لیے آپ کو یہی کرنا ہے۔ ان ابزرویبل گاڈ کو ابزرو کرنا ہے۔</w:t>
      </w:r>
    </w:p>
    <w:p>
      <w:r>
        <w:rPr>
          <w:b/>
        </w:rPr>
        <w:t xml:space="preserve">[09:56] </w:t>
      </w:r>
      <w:r>
        <w:t>undiscoverable god ko discover karna hai.</w:t>
      </w:r>
    </w:p>
    <w:p>
      <w:pPr>
        <w:jc w:val="right"/>
      </w:pPr>
      <w:r>
        <w:t>ان ڈسکوریبل گاڈ کو ڈسکور کرنا ہے۔</w:t>
      </w:r>
    </w:p>
    <w:p>
      <w:r>
        <w:rPr>
          <w:b/>
        </w:rPr>
        <w:t xml:space="preserve">[10:02] </w:t>
      </w:r>
      <w:r>
        <w:t>unthinkable god ko think karna hai. unbelievable god ko believe karna hai, with conviction, with complete conviction.</w:t>
      </w:r>
    </w:p>
    <w:p>
      <w:pPr>
        <w:jc w:val="right"/>
      </w:pPr>
      <w:r>
        <w:t>ان تھنک ایبل گاڈ کو تھک کرنا ہے۔ ان بیلیویبل گاڈ کو بیلیو کرنا ہے، ود کنوکشن، ود کمپلیٹ کنوکشن۔</w:t>
      </w:r>
    </w:p>
    <w:p>
      <w:r>
        <w:rPr>
          <w:b/>
        </w:rPr>
        <w:t xml:space="preserve">[10:12] </w:t>
      </w:r>
      <w:r>
        <w:t>nahin to phir paradise nahin hai.</w:t>
      </w:r>
    </w:p>
    <w:p>
      <w:pPr>
        <w:jc w:val="right"/>
      </w:pPr>
      <w:r>
        <w:t>نہیں تو پھر پیراڈائز نہیں ہے۔</w:t>
      </w:r>
    </w:p>
    <w:p>
      <w:r>
        <w:rPr>
          <w:b/>
        </w:rPr>
        <w:t xml:space="preserve">[10:17] </w:t>
      </w:r>
      <w:r>
        <w:t>bible mein hai ke jis ko paradise nahi mile gi, us ke bare mein ke abad tak rona aur daant peesna ho ga.</w:t>
      </w:r>
    </w:p>
    <w:p>
      <w:pPr>
        <w:jc w:val="right"/>
      </w:pPr>
      <w:r>
        <w:t>بائبل میں ہے کہ جس کو پیراڈائز نہیں ملے گی، اس کے بارے میں کہ ابد تک رونا اور دانت پیسنا ہوگا۔</w:t>
      </w:r>
    </w:p>
    <w:p>
      <w:r>
        <w:rPr>
          <w:b/>
        </w:rPr>
        <w:t xml:space="preserve">[10:29] </w:t>
      </w:r>
      <w:r>
        <w:t>abad tak rona aur daant peesna ho ga. to hero hito ke liye do option tha: ya to japan ko jo dustra ho chuka hai, wo aise hi chor de, khadr, ya phir yeh kare ke jo cheez safarable nahi hai, us ko safar kare.</w:t>
      </w:r>
    </w:p>
    <w:p>
      <w:pPr>
        <w:jc w:val="right"/>
      </w:pPr>
      <w:r>
        <w:t>ابد تک رونا اور دانت پیسنا ہوگا۔ تو ہیرو ہیٹو کے لیے دو آپشن تھا: یا تو جاپان کو جو ڈسٹرا ہو چکا ہے، وہ ایسے ہی چھوڑ دے، کھڈر، یا پھر یہ کرے کہ جو چیز سفریبل نہیں ہے، اس کو سفر کرے۔</w:t>
      </w:r>
    </w:p>
    <w:p>
      <w:r>
        <w:rPr>
          <w:b/>
        </w:rPr>
        <w:t xml:space="preserve">[10:51] </w:t>
      </w:r>
      <w:r>
        <w:t>yani american supremacy ko bardasht kare.</w:t>
      </w:r>
    </w:p>
    <w:p>
      <w:pPr>
        <w:jc w:val="right"/>
      </w:pPr>
      <w:r>
        <w:t>یعنی امریکن سپریمیسی کو برداشت کرے۔</w:t>
      </w:r>
    </w:p>
    <w:p>
      <w:r>
        <w:rPr>
          <w:b/>
        </w:rPr>
        <w:t xml:space="preserve">[10:57] </w:t>
      </w:r>
      <w:r>
        <w:t>america ke bahir jo hate hai, us ko nikal de. america ke bahir jo jo negative thought aa gaye hain, us ko kharch kar nikal de.</w:t>
      </w:r>
    </w:p>
    <w:p>
      <w:pPr>
        <w:jc w:val="right"/>
      </w:pPr>
      <w:r>
        <w:t>امریکہ کے باہر جو ہیٹ ہے، اس کو نکال دے۔ امریکہ کے باہر جو جو نیگیٹیو تھاٹ آ گئے ہیں، اس کو کھرچ کر نکال دے۔</w:t>
      </w:r>
    </w:p>
    <w:p>
      <w:r>
        <w:rPr>
          <w:b/>
        </w:rPr>
        <w:t xml:space="preserve">[11:06] </w:t>
      </w:r>
      <w:r>
        <w:t>tabhi to construction ka kaam ho sakta tha. to japan ne aisa kiya.</w:t>
      </w:r>
    </w:p>
    <w:p>
      <w:pPr>
        <w:jc w:val="right"/>
      </w:pPr>
      <w:r>
        <w:t>تبھی تو کنسٹرکشن کا کام ہو سکتا تھا۔ تو جاپان نے ایسا کیا۔</w:t>
      </w:r>
    </w:p>
    <w:p>
      <w:r>
        <w:rPr>
          <w:b/>
        </w:rPr>
        <w:t xml:space="preserve">[11:13] </w:t>
      </w:r>
      <w:r>
        <w:t>aur phir aap jante hain ke japan mein aik miracle hua, achanak super power ban gaya.</w:t>
      </w:r>
    </w:p>
    <w:p>
      <w:pPr>
        <w:jc w:val="right"/>
      </w:pPr>
      <w:r>
        <w:t>اور پھر آپ جانتے ہیں کہ جاپان میں ایک بریکل ہوا، ایکانک سپر پاور بن گیا۔</w:t>
      </w:r>
    </w:p>
    <w:p>
      <w:r>
        <w:rPr>
          <w:b/>
        </w:rPr>
        <w:t xml:space="preserve">[11:20] </w:t>
      </w:r>
      <w:r>
        <w:t>to baharhal mein yeh kahoon ga ke jannat jo hai, paradise jo hai, us se bari koi cheez nahi ho sakti insan ke liye.</w:t>
      </w:r>
    </w:p>
    <w:p>
      <w:pPr>
        <w:jc w:val="right"/>
      </w:pPr>
      <w:r>
        <w:t>تو بہرحال میں یہ کہوں گا کہ جنت جو ہے، پیراڈائز جو ہے، اس سے بڑی کوئی چیز نہیں ہو سکتی انسان کے لیے۔</w:t>
      </w:r>
    </w:p>
    <w:p>
      <w:r>
        <w:rPr>
          <w:b/>
        </w:rPr>
        <w:t xml:space="preserve">[11:34] </w:t>
      </w:r>
      <w:r>
        <w:t>kyun ke hum ko poora fulfillment wahan mile ga.</w:t>
      </w:r>
    </w:p>
    <w:p>
      <w:pPr>
        <w:jc w:val="right"/>
      </w:pPr>
      <w:r>
        <w:t>کیونکہ ہم کو پورا فلفلمنٹ وہاں ملے گا۔</w:t>
      </w:r>
    </w:p>
    <w:p>
      <w:r>
        <w:rPr>
          <w:b/>
        </w:rPr>
        <w:t xml:space="preserve">[11:40] </w:t>
      </w:r>
      <w:r>
        <w:t>quran mein aik hi ayat mein itna acha is ko explain kiya hai:</w:t>
      </w:r>
    </w:p>
    <w:p>
      <w:pPr>
        <w:jc w:val="right"/>
      </w:pPr>
      <w:r>
        <w:t>قرآن میں ایک ہی آیت میں اتنا اچھا اس کو ایکسپلین کیا ہے:</w:t>
      </w:r>
    </w:p>
    <w:p>
      <w:r>
        <w:rPr>
          <w:b/>
        </w:rPr>
        <w:t xml:space="preserve">[11:46] </w:t>
      </w:r>
      <w:r>
        <w:t>"azhab indal huzn" ke jannat mein jo log jayen ge, wo kahen ge: "alhamdulillah alladhi azhaba indal huzn".</w:t>
      </w:r>
    </w:p>
    <w:p>
      <w:pPr>
        <w:jc w:val="right"/>
      </w:pPr>
      <w:r>
        <w:t>"اذہب عند الحزن" کہ جنت میں جو لوگ جائیں گے، وہ کہیں گے: "الحمدللہ الذی اذہب عند الحزن"۔</w:t>
      </w:r>
    </w:p>
    <w:p>
      <w:r>
        <w:rPr>
          <w:b/>
        </w:rPr>
        <w:t xml:space="preserve">[11:57] </w:t>
      </w:r>
      <w:r>
        <w:t>khuda ka shukar hai jis ne huzn ko hamari zindagi se nikal diya. huzn ka matlab hota hai sorrow. sorrow ko hamari zindagi se nikal diya.</w:t>
      </w:r>
    </w:p>
    <w:p>
      <w:pPr>
        <w:jc w:val="right"/>
      </w:pPr>
      <w:r>
        <w:t>خدا کا شکر ہے جس نے حزن کو ہماری زندگی سے نکال دیا۔ حزن کا مطلب ہوتا ہے سارو۔ سارو کو ہماری زندگی سے نکال دیا۔</w:t>
      </w:r>
    </w:p>
    <w:p>
      <w:r>
        <w:rPr>
          <w:b/>
        </w:rPr>
        <w:t xml:space="preserve">[12:09] </w:t>
      </w:r>
      <w:r>
        <w:t>aap jante hain ke dunya mein hamesha aadmi sorrow mein jeeta hai.</w:t>
      </w:r>
    </w:p>
    <w:p>
      <w:pPr>
        <w:jc w:val="right"/>
      </w:pPr>
      <w:r>
        <w:t>آپ جانتے ہیں کہ دنیا میں ہمیشہ آدمی سارو میں جیتا ہے۔</w:t>
      </w:r>
    </w:p>
    <w:p>
      <w:r>
        <w:rPr>
          <w:b/>
        </w:rPr>
        <w:t xml:space="preserve">[12:14] </w:t>
      </w:r>
      <w:r>
        <w:t>koi na koi sorrow, koi na koi gham, koi na koi takleef. kabhi boredom hai, kabhi thakan ho gayi hai, kabhi disease hai,</w:t>
      </w:r>
    </w:p>
    <w:p>
      <w:pPr>
        <w:jc w:val="right"/>
      </w:pPr>
      <w:r>
        <w:t>کوئی نہ کوئی سارو، کوئی نہ کوئی غم، کوئی نہ کوئی تکلیف۔ کبھی بورڈم ہے، کبھی تھکان ہو گئی ہے، کبھی ڈیزیز ہے،</w:t>
      </w:r>
    </w:p>
    <w:p>
      <w:r>
        <w:rPr>
          <w:b/>
        </w:rPr>
        <w:t xml:space="preserve">[12:28] </w:t>
      </w:r>
      <w:r>
        <w:t>kabhi accident hai, kabhi barhapa hai, aur nahi to death hai.</w:t>
      </w:r>
    </w:p>
    <w:p>
      <w:pPr>
        <w:jc w:val="right"/>
      </w:pPr>
      <w:r>
        <w:t>کبھی ایکسیڈنٹ ہے، کبھی بڑھاپا ہے، اور نہیں تو ڈیتھ ہے۔</w:t>
      </w:r>
    </w:p>
    <w:p>
      <w:r>
        <w:rPr>
          <w:b/>
        </w:rPr>
        <w:t xml:space="preserve">[12:38] </w:t>
      </w:r>
      <w:r>
        <w:t>aur dunya bhar ke sorrow</w:t>
      </w:r>
    </w:p>
    <w:p>
      <w:pPr>
        <w:jc w:val="right"/>
      </w:pPr>
      <w:r>
        <w:t>اور دنیا بھر کے سارو</w:t>
      </w:r>
    </w:p>
    <w:p>
      <w:r>
        <w:rPr>
          <w:b/>
        </w:rPr>
        <w:t xml:space="preserve">[12:41] </w:t>
      </w:r>
      <w:r>
        <w:t>to sorrow ke beech mein jeete hain hum dunya mein. to sorrow ko nikal diya jaye, sorrow less bana diya jaye to wahi jannat hai, wahi.</w:t>
      </w:r>
    </w:p>
    <w:p>
      <w:pPr>
        <w:jc w:val="right"/>
      </w:pPr>
      <w:r>
        <w:t>تو سارو کے بیچ میں جیتے ہیں ہم دنیا میں۔ تو سارو کو نکال دیا جائے، سارو لیس بنا دیا جائے تو وہی جنت ہے، وہی۔</w:t>
      </w:r>
    </w:p>
    <w:p>
      <w:r>
        <w:rPr>
          <w:b/>
        </w:rPr>
        <w:t xml:space="preserve">[13:00] </w:t>
      </w:r>
      <w:r>
        <w:t>yani sorrow ke sath dunya hell hai, aur sorrow ke baghair dunya paradise hai.</w:t>
      </w:r>
    </w:p>
    <w:p>
      <w:pPr>
        <w:jc w:val="right"/>
      </w:pPr>
      <w:r>
        <w:t>یعنی سارو کے ساتھ دنیا ہیل ہے، اور سارو کے بغیر دنیا پیراڈائز ہے۔</w:t>
      </w:r>
    </w:p>
    <w:p>
      <w:r>
        <w:rPr>
          <w:b/>
        </w:rPr>
        <w:t xml:space="preserve">[13:09] </w:t>
      </w:r>
      <w:r>
        <w:t>to aik aisi dunya jahan sorrow na ho, jahan koi limitation na ho, jahan koi disadvantage na ho,</w:t>
      </w:r>
    </w:p>
    <w:p>
      <w:pPr>
        <w:jc w:val="right"/>
      </w:pPr>
      <w:r>
        <w:t>تو ایک ایسی دنیا جہاں سارو نہ ہو، جہاں کوئی لیمیٹیشن نہ ہو، جہاں کوئی ڈس ایڈوانٹیج نہ ہو،</w:t>
      </w:r>
    </w:p>
    <w:p>
      <w:r>
        <w:rPr>
          <w:b/>
        </w:rPr>
        <w:t xml:space="preserve">[13:19] </w:t>
      </w:r>
      <w:r>
        <w:t>jahan complete freedom ho.</w:t>
      </w:r>
    </w:p>
    <w:p>
      <w:pPr>
        <w:jc w:val="right"/>
      </w:pPr>
      <w:r>
        <w:t>جہاں کمپلیٹ فریڈم ہو۔</w:t>
      </w:r>
    </w:p>
    <w:p>
      <w:r>
        <w:rPr>
          <w:b/>
        </w:rPr>
        <w:t xml:space="preserve">[13:24] </w:t>
      </w:r>
      <w:r>
        <w:t>complete freedom ho gaya paradise mein. paradise mein aisa nahi hai ke hum wahan par hamari kuch pabandiyan lagi rahen gi. lekin fi muqaddas al mulk muqtadir</w:t>
      </w:r>
    </w:p>
    <w:p>
      <w:pPr>
        <w:jc w:val="right"/>
      </w:pPr>
      <w:r>
        <w:t>کمپلیٹ فریڈم ہو گیا پیراڈائز میں۔ پیراڈائز میں ایسا نہیں ہے کہ ہم وہاں پر ہماری کچھ پابندیاں لگی رہیں گی۔ لیکن فی مقدس الملک مقتدر</w:t>
      </w:r>
    </w:p>
    <w:p>
      <w:r>
        <w:rPr>
          <w:b/>
        </w:rPr>
        <w:t xml:space="preserve">[13:39] </w:t>
      </w:r>
      <w:r>
        <w:t>, sub nim wa mulk kabira. yani full freedom, complete freedom, total freedom. magar yeh kis ke liye?</w:t>
      </w:r>
    </w:p>
    <w:p>
      <w:pPr>
        <w:jc w:val="right"/>
      </w:pPr>
      <w:r>
        <w:t>، سب نیم وملک کبیرہ۔ یعنی فل فریڈم، کمپلیٹ فریڈم، ٹوٹل فریڈم۔ مگر یہ کس کے لیے؟</w:t>
      </w:r>
    </w:p>
    <w:p>
      <w:r>
        <w:rPr>
          <w:b/>
        </w:rPr>
        <w:t xml:space="preserve">[13:49] </w:t>
      </w:r>
      <w:r>
        <w:t>jo is dunya mein is baat ka proof de ke azadi pa kar us ne freedom ko misuse nahi kiya. yaad rakhiye, yeh crucial test hai insan ka is dunya mein.</w:t>
      </w:r>
    </w:p>
    <w:p>
      <w:pPr>
        <w:jc w:val="right"/>
      </w:pPr>
      <w:r>
        <w:t>جو اس دنیا میں اس بات کا پروف دے کہ آزادی پا کر اس نے آزادی کو مس یوز نہیں کیا۔ یاد رکھیے، یہ کروشل ٹیسٹ ہے انسان کا اس دنیا میں۔</w:t>
      </w:r>
    </w:p>
    <w:p>
      <w:r>
        <w:rPr>
          <w:b/>
        </w:rPr>
        <w:t xml:space="preserve">[14:03] </w:t>
      </w:r>
      <w:r>
        <w:t>humein aap dekhte hain ke hum miss har shakhs azaad hai.</w:t>
      </w:r>
    </w:p>
    <w:p>
      <w:pPr>
        <w:jc w:val="right"/>
      </w:pPr>
      <w:r>
        <w:t>ہمیں آپ دیکھتے ہیں کہ ہم مس ہر شخص آزاد ہے۔</w:t>
      </w:r>
    </w:p>
    <w:p>
      <w:r>
        <w:rPr>
          <w:b/>
        </w:rPr>
        <w:t xml:space="preserve">[14:08] </w:t>
      </w:r>
      <w:r>
        <w:t>humein total freedom mili hui hai is dunya mein. total freedom. lekin khuda ne kaha hai ke dekho, freedom ko tum ko misuse nahi karna hai.</w:t>
      </w:r>
    </w:p>
    <w:p>
      <w:pPr>
        <w:jc w:val="right"/>
      </w:pPr>
      <w:r>
        <w:t>ہمیں ٹوٹل فریڈم ملی ہوئی ہے اس دنیا میں۔ ٹوٹل فریڈم۔ لیکن خدا نے کہا ہے کہ دیکھو، فریڈم کو تم کو مس یوز نہیں کرنا ہے۔</w:t>
      </w:r>
    </w:p>
    <w:p>
      <w:r>
        <w:rPr>
          <w:b/>
        </w:rPr>
        <w:t xml:space="preserve">[14:24] </w:t>
      </w:r>
      <w:r>
        <w:t>bas</w:t>
      </w:r>
    </w:p>
    <w:p>
      <w:pPr>
        <w:jc w:val="right"/>
      </w:pPr>
      <w:r>
        <w:t>بس</w:t>
      </w:r>
    </w:p>
    <w:p>
      <w:r>
        <w:rPr>
          <w:b/>
        </w:rPr>
        <w:t xml:space="preserve">[14:28] </w:t>
      </w:r>
      <w:r>
        <w:t>jo aadmi is test mein poora utre, is test par stand kare, woh</w:t>
      </w:r>
    </w:p>
    <w:p>
      <w:pPr>
        <w:jc w:val="right"/>
      </w:pPr>
      <w:r>
        <w:t>جو آدمی اس ٹیسٹ میں پورا اترے، اس ٹیسٹ پر سٹینڈ کرے، وہ</w:t>
      </w:r>
    </w:p>
    <w:p>
      <w:r>
        <w:rPr>
          <w:b/>
        </w:rPr>
        <w:t xml:space="preserve">[14:37] </w:t>
      </w:r>
      <w:r>
        <w:t>ke freedom ke hote hue is ne freedom ko misuse nahi kiya, is ka galat istemal nahi kiya. Is self discipline mein raha, woh apne aap ko control mein rakh kar raha.</w:t>
      </w:r>
    </w:p>
    <w:p>
      <w:pPr>
        <w:jc w:val="right"/>
      </w:pPr>
      <w:r>
        <w:t>کہ فریڈم کے ہوتے ہوئے اس نے فریڈم کو مس یوز نہیں کیا، اس کا غلط استعمال نہیں کیا۔ اس سیلف ڈسپلن میں رہا، وہ اپنے آپ کو کنٹرول میں رکھ کر رہا۔</w:t>
      </w:r>
    </w:p>
    <w:p>
      <w:r>
        <w:rPr>
          <w:b/>
        </w:rPr>
        <w:t xml:space="preserve">[14:51] </w:t>
      </w:r>
      <w:r>
        <w:t>woh</w:t>
      </w:r>
    </w:p>
    <w:p>
      <w:pPr>
        <w:jc w:val="right"/>
      </w:pPr>
      <w:r>
        <w:t>وہ</w:t>
      </w:r>
    </w:p>
    <w:p>
      <w:r>
        <w:rPr>
          <w:b/>
        </w:rPr>
        <w:t xml:space="preserve">[14:54] </w:t>
      </w:r>
      <w:r>
        <w:t>to aise log jannat mein jayenge jahan par poori azaadi hogi, koi restriction nahi hogi. Kyun ke woh bata chuke honge is se pehle ke hum azaad ho kar ke hum hum apni azaadi ko anarchy nahi bana denge,</w:t>
      </w:r>
    </w:p>
    <w:p>
      <w:pPr>
        <w:jc w:val="right"/>
      </w:pPr>
      <w:r>
        <w:t>تو ایسے لوگ جنت میں جائیں گے جہاں پر پوری آزادی ہوگی، کوئی ریسیشن نہیں ہوگا۔ کیونکہ وہ بتا چکے ہوں گے اس سے پہلے کہ ہم آزاد ہو کر کے ہم ہم اپنی آزادی کو انارکی نہیں بنا دیں گے،</w:t>
      </w:r>
    </w:p>
    <w:p>
      <w:r>
        <w:rPr>
          <w:b/>
        </w:rPr>
        <w:t xml:space="preserve">[15:12] </w:t>
      </w:r>
      <w:r>
        <w:t>hum apni azaadi ko corruption nahi bana denge, hum apni azaadi ko expatriate nahi bana denge.</w:t>
      </w:r>
    </w:p>
    <w:p>
      <w:pPr>
        <w:jc w:val="right"/>
      </w:pPr>
      <w:r>
        <w:t>ہم اپنی آزادی کو کرپشن نہیں بنا دیں گے، ہم اپنی آزادی کو ایکسپائٹری نہیں بنا بنا دیں گے۔</w:t>
      </w:r>
    </w:p>
    <w:p>
      <w:r>
        <w:rPr>
          <w:b/>
        </w:rPr>
        <w:t xml:space="preserve">[15:21] </w:t>
      </w:r>
      <w:r>
        <w:t>tab Khuda kahega: "haan, tum is qabil ho ke tum azaadi ke sath raho." To yeh hai creation plan of God.</w:t>
      </w:r>
    </w:p>
    <w:p>
      <w:pPr>
        <w:jc w:val="right"/>
      </w:pPr>
      <w:r>
        <w:t>تب خدا کہے گا: "ہاں، تم اس قابل ہو کہ تم آزادی کے ساتھ رہو۔" تو یہ ہے کریشن پلان آف گاڈ۔</w:t>
      </w:r>
    </w:p>
    <w:p>
      <w:r>
        <w:rPr>
          <w:b/>
        </w:rPr>
        <w:t xml:space="preserve">[15:33] </w:t>
      </w:r>
      <w:r>
        <w:t>is ke lehaz se jab mein dekhta hoon to mujhe zindagi, yani insani history jo hai, human history, woh chaar phases mein bati hui dikhai deti hai.</w:t>
      </w:r>
    </w:p>
    <w:p>
      <w:pPr>
        <w:jc w:val="right"/>
      </w:pPr>
      <w:r>
        <w:t>اس کے لحاظ سے جب میں دیکھتا ہوں تو مجھے زندگی، یعنی انسانی ہسٹری جو ہے، ہیومن ہسٹری، وہ چار فیزز میں بٹی ہوئی دکھائی دیتی ہے۔</w:t>
      </w:r>
    </w:p>
    <w:p>
      <w:r>
        <w:rPr>
          <w:b/>
        </w:rPr>
        <w:t xml:space="preserve">[15:44] </w:t>
      </w:r>
      <w:r>
        <w:t>chaar phases mein. Is creation plan of God jo mein ne arz kiya, is ko le kar ke</w:t>
      </w:r>
    </w:p>
    <w:p>
      <w:pPr>
        <w:jc w:val="right"/>
      </w:pPr>
      <w:r>
        <w:t>چار فیزز میں۔ اس کریشن پلان آف گاڈ جو میں نے عرض کیا، اس کو لے کر کے</w:t>
      </w:r>
    </w:p>
    <w:p>
      <w:r>
        <w:rPr>
          <w:b/>
        </w:rPr>
        <w:t xml:space="preserve">[15:50] </w:t>
      </w:r>
      <w:r>
        <w:t>woh chaar kya hai? Dekhiye, mein ne arz kiya ke pehli ke ke Khuda ko discover karna.</w:t>
      </w:r>
    </w:p>
    <w:p>
      <w:pPr>
        <w:jc w:val="right"/>
      </w:pPr>
      <w:r>
        <w:t>وہ چار کیا ہے؟ دیکھیے، میں نے عرض کیا کہ پہلی کہ کہ خدا کو ڈسکور کرنا۔</w:t>
      </w:r>
    </w:p>
    <w:p>
      <w:r>
        <w:rPr>
          <w:b/>
        </w:rPr>
        <w:t xml:space="preserve">[16:02] </w:t>
      </w:r>
      <w:r>
        <w:t>Khuda ko discover karne mein yeh apne aap shamil hai ke jannat ko discover karna, paradise ko discover karna. Jannat Khuda ke neighborhood ka naam hai, rab ibni li bait indaka fil jannah.</w:t>
      </w:r>
    </w:p>
    <w:p>
      <w:pPr>
        <w:jc w:val="right"/>
      </w:pPr>
      <w:r>
        <w:t>خدا کو ڈسکور کرنے میں یہ اپنے آپ شامل ہے کہ جنت کو ڈسکور کرنا، پیراڈائز کو ڈسکور کرنا۔ جنت خدا کے نیبرہڈ کا نام ہے، رب ابن لی بیت عندک فی الجنہ۔</w:t>
      </w:r>
    </w:p>
    <w:p>
      <w:r>
        <w:rPr>
          <w:b/>
        </w:rPr>
        <w:t xml:space="preserve">[16:16] </w:t>
      </w:r>
      <w:r>
        <w:t>yani Khuda ke padosi ka naam to paradise hai.</w:t>
      </w:r>
    </w:p>
    <w:p>
      <w:pPr>
        <w:jc w:val="right"/>
      </w:pPr>
      <w:r>
        <w:t>یعنی خدا کے پڑوسی کا نام تو پیراڈائز ہے۔</w:t>
      </w:r>
    </w:p>
    <w:p>
      <w:r>
        <w:rPr>
          <w:b/>
        </w:rPr>
        <w:t xml:space="preserve">[16:23] </w:t>
      </w:r>
      <w:r>
        <w:t>to chaar phases woh yeh hain: realization at unconscious level,</w:t>
      </w:r>
    </w:p>
    <w:p>
      <w:pPr>
        <w:jc w:val="right"/>
      </w:pPr>
      <w:r>
        <w:t>تو چار فیزز وہ یہ ہیں: ریلائزیشن ایٹ انکانسشیس لیول،</w:t>
      </w:r>
    </w:p>
    <w:p>
      <w:r>
        <w:rPr>
          <w:b/>
        </w:rPr>
        <w:t xml:space="preserve">[16:37] </w:t>
      </w:r>
      <w:r>
        <w:t>yeh first phase hai. Realization at unconscious level,</w:t>
      </w:r>
    </w:p>
    <w:p>
      <w:pPr>
        <w:jc w:val="right"/>
      </w:pPr>
      <w:r>
        <w:t>یہ فرسٹ فیز ہے۔ ریلائزیشن ایٹ انکانسشیس لیول،</w:t>
      </w:r>
    </w:p>
    <w:p>
      <w:r>
        <w:rPr>
          <w:b/>
        </w:rPr>
        <w:t xml:space="preserve">[16:44] </w:t>
      </w:r>
      <w:r>
        <w:t>dusra phase hai realization at conscious level, teesra phase hai realization through partial discovering, partial uncovering,</w:t>
      </w:r>
    </w:p>
    <w:p>
      <w:pPr>
        <w:jc w:val="right"/>
      </w:pPr>
      <w:r>
        <w:t>دوسرا فیز ہے ریلائزیشن ایٹ کانسشیس لیول، تیسرا فیز ہے ریلائزیشن تھرو پارشل ڈسکورنگ، پارشل انکورنگ،</w:t>
      </w:r>
    </w:p>
    <w:p>
      <w:r>
        <w:rPr>
          <w:b/>
        </w:rPr>
        <w:t xml:space="preserve">[17:02] </w:t>
      </w:r>
      <w:r>
        <w:t>yeh third phase hai. Realization through partial uncovering,</w:t>
      </w:r>
    </w:p>
    <w:p>
      <w:pPr>
        <w:jc w:val="right"/>
      </w:pPr>
      <w:r>
        <w:t>یہ تھرڈ فیز ہے۔ ریلائزیشن تھرو پارشل انکورنگ،</w:t>
      </w:r>
    </w:p>
    <w:p>
      <w:r>
        <w:rPr>
          <w:b/>
        </w:rPr>
        <w:t xml:space="preserve">[17:09] </w:t>
      </w:r>
      <w:r>
        <w:t>fourth phase jo hai realization through total uncovering of the truth. Yeh chaar phase hain.</w:t>
      </w:r>
    </w:p>
    <w:p>
      <w:pPr>
        <w:jc w:val="right"/>
      </w:pPr>
      <w:r>
        <w:t>فورتھ فیز جو ہے ریلائزیشن تھرو ٹوٹل انکورنگ آف دا ٹروتھ۔ یہ چار فیز ہیں۔</w:t>
      </w:r>
    </w:p>
    <w:p>
      <w:r>
        <w:rPr>
          <w:b/>
        </w:rPr>
        <w:t xml:space="preserve">[17:19] </w:t>
      </w:r>
      <w:r>
        <w:t>ab mein is ko thori si detail karunga. Aap sab se pehle lijiye jis ko mein ne kaha ke realization</w:t>
      </w:r>
    </w:p>
    <w:p>
      <w:pPr>
        <w:jc w:val="right"/>
      </w:pPr>
      <w:r>
        <w:t>اب میں اس کو تھوڑی سی ڈیٹیل کروں گا۔ آپ سب سے پہلے لیجئے جس کو میں نے کہا کہ ریلائزیشن</w:t>
      </w:r>
    </w:p>
    <w:p>
      <w:r>
        <w:rPr>
          <w:b/>
        </w:rPr>
        <w:t xml:space="preserve">[17:32] </w:t>
      </w:r>
      <w:r>
        <w:t>at unconscious level.</w:t>
      </w:r>
    </w:p>
    <w:p>
      <w:pPr>
        <w:jc w:val="right"/>
      </w:pPr>
      <w:r>
        <w:t>ایٹ انکانسشیس لیول۔</w:t>
      </w:r>
    </w:p>
    <w:p>
      <w:r>
        <w:rPr>
          <w:b/>
        </w:rPr>
        <w:t xml:space="preserve">[17:36] </w:t>
      </w:r>
      <w:r>
        <w:t>dekhiye, Quran ke chapter seven verse number 172 mein bataya gaya hai ke jab Khuda ne insan ko banaya,</w:t>
      </w:r>
    </w:p>
    <w:p>
      <w:pPr>
        <w:jc w:val="right"/>
      </w:pPr>
      <w:r>
        <w:t>دیکھیے، قرآن کے چیپٹر سیون ورس نمبر 172 میں بتایا گیا ہے کہ جب خدا نے انسان کو بنایا،</w:t>
      </w:r>
    </w:p>
    <w:p>
      <w:r>
        <w:rPr>
          <w:b/>
        </w:rPr>
        <w:t xml:space="preserve">[17:50] </w:t>
      </w:r>
      <w:r>
        <w:t>yani Adam ko, to usi waqt is ne sare insanon ko bhi paida kar diya. Yeh jo nikal rahe hain log, yeh goya ke unfold ho rahe hain,</w:t>
      </w:r>
    </w:p>
    <w:p>
      <w:pPr>
        <w:jc w:val="right"/>
      </w:pPr>
      <w:r>
        <w:t>یعنی آدم کو، تو اسی وقت اس نے سارے انسانوں کو بھی پیدا کر دیا۔ یہ جو نکل رہے ہیں لوگ، یہ گویا کہ ان فولڈ ہو رہے ہیں،</w:t>
      </w:r>
    </w:p>
    <w:p>
      <w:r>
        <w:rPr>
          <w:b/>
        </w:rPr>
        <w:t xml:space="preserve">[18:05] </w:t>
      </w:r>
      <w:r>
        <w:t>unfold ho rahe hain. Yani paida kiye hue the, ab duniya mein samne aa rahe hain. Woh aap dekhen ke ek insan kitna bara miracle hai, kitna bara miracle hai.</w:t>
      </w:r>
    </w:p>
    <w:p>
      <w:pPr>
        <w:jc w:val="right"/>
      </w:pPr>
      <w:r>
        <w:t>ان فولڈ ہو رہے ہیں۔ یعنی پیدا کیے ہوئے تھے، اب دنیا میں سامنے آ رہے ہیں۔ وہ آپ دیکھیں کہ ایک انسان کتنا بڑا بریکل ہے، کتنا بڑا بریکل ہے۔</w:t>
      </w:r>
    </w:p>
    <w:p>
      <w:r>
        <w:rPr>
          <w:b/>
        </w:rPr>
        <w:t xml:space="preserve">[18:19] </w:t>
      </w:r>
      <w:r>
        <w:t>aisa insan jo hai evolution se ban sakta hai, yeh to Khuda banata hai.</w:t>
      </w:r>
    </w:p>
    <w:p>
      <w:pPr>
        <w:jc w:val="right"/>
      </w:pPr>
      <w:r>
        <w:t>ایسا انسان جو ہے ایولوشن سے بن سکتا ہے، یہ تو خدا بناتا ہے۔</w:t>
      </w:r>
    </w:p>
    <w:p>
      <w:r>
        <w:rPr>
          <w:b/>
        </w:rPr>
        <w:t xml:space="preserve">[18:27] </w:t>
      </w:r>
      <w:r>
        <w:t>to is mein yeh bataya gaya hai ke Khuda ne jab paida kiya sare insanon ko to is ne kaha: "Alastu birabbikum?</w:t>
      </w:r>
    </w:p>
    <w:p>
      <w:pPr>
        <w:jc w:val="right"/>
      </w:pPr>
      <w:r>
        <w:t>تو اس میں یہ بتایا گیا ہے کہ خدا نے جب پیدا کیا سارے انسانوں کو تو اس نے کہا: "الست بربکم؟</w:t>
      </w:r>
    </w:p>
    <w:p>
      <w:r>
        <w:rPr>
          <w:b/>
        </w:rPr>
        <w:t xml:space="preserve">[18:37] </w:t>
      </w:r>
      <w:r>
        <w:t>kya mein tumhara Lord nahi hoon? Kya mein khud tumhara Khuda nahi hoon?" Sab ne kaha ke hum witness karte hain ke aap Khuda hain, aap Lord of the universe hain.</w:t>
      </w:r>
    </w:p>
    <w:p>
      <w:pPr>
        <w:jc w:val="right"/>
      </w:pPr>
      <w:r>
        <w:t>کیا میں تمہارا لارڈ نہیں ہوں؟ کیا میں خود تمہارا خدا نہیں ہوں؟" سب نے کہا کہ ہم وٹنس کرتے ہیں کہ آپ خدا ہیں، آپ لارڈ آف دا یونیورس ہیں۔</w:t>
      </w:r>
    </w:p>
    <w:p>
      <w:r>
        <w:rPr>
          <w:b/>
        </w:rPr>
        <w:t xml:space="preserve">[18:49] </w:t>
      </w:r>
      <w:r>
        <w:t>phir Khuda ne in sare insanon ko Adam yani first man ki peeth mein daal diya.</w:t>
      </w:r>
    </w:p>
    <w:p>
      <w:pPr>
        <w:jc w:val="right"/>
      </w:pPr>
      <w:r>
        <w:t>پھر خدا نے ان سارے انسانوں کو آدم یعنی فرسٹ مین کی پیٹھ میں ڈال دیا۔</w:t>
      </w:r>
    </w:p>
    <w:p>
      <w:r>
        <w:rPr>
          <w:b/>
        </w:rPr>
        <w:t xml:space="preserve">[18:59] </w:t>
      </w:r>
      <w:r>
        <w:t>ab wohi peeth mein daale hue insaan ab paida ho rahe hain, paida ho rahe hain, paida ho rahe hain. is ko kaha jaata hai ahad alast, kyunke yeh word quran mein aaya hai: "alast birabbikum".</w:t>
      </w:r>
    </w:p>
    <w:p>
      <w:pPr>
        <w:jc w:val="right"/>
      </w:pPr>
      <w:r>
        <w:t>اب وہی پیٹھ میں ڈالے ہوئے انسان اب پیدا ہو رہے ہیں، پیدا ہو رہے ہیں، پیدا ہو رہے ہیں۔ اس کو کہا جاتا ہے عہد الست، کیونکہ یہ ورڈ قرآن میں آیا ہے: "الست بربکم"۔</w:t>
      </w:r>
    </w:p>
    <w:p>
      <w:r>
        <w:rPr>
          <w:b/>
        </w:rPr>
        <w:t xml:space="preserve">[19:11] </w:t>
      </w:r>
      <w:r>
        <w:t>is ko le kar kehte hain ahad alast. in in other words mein kahunga ke is ka matlab hai first divine covenant,</w:t>
      </w:r>
    </w:p>
    <w:p>
      <w:pPr>
        <w:jc w:val="right"/>
      </w:pPr>
      <w:r>
        <w:t>اس کو لے کر کہتے ہیں عہد الست۔ ان ان ادر ورڈز میں کہوں گا کہ اس کا مطلب ہے فرسٹ ڈیوائن کوننٹ،</w:t>
      </w:r>
    </w:p>
    <w:p>
      <w:r>
        <w:rPr>
          <w:b/>
        </w:rPr>
        <w:t xml:space="preserve">[19:24] </w:t>
      </w:r>
      <w:r>
        <w:t>pehla khudaai ahad. first divine covenant yaani khuda ne jab humein paida kiya to hamare unconscious mind mein daal diya,</w:t>
      </w:r>
    </w:p>
    <w:p>
      <w:pPr>
        <w:jc w:val="right"/>
      </w:pPr>
      <w:r>
        <w:t>پہلا خدائی عہد۔ فرسٹ ڈیوائن کوننٹ یعنی خدا نے جب ہمیں پیدا کیا تو ہمارے انکانسشیس مائنڈ میں ڈال دیا،</w:t>
      </w:r>
    </w:p>
    <w:p>
      <w:r>
        <w:rPr>
          <w:b/>
        </w:rPr>
        <w:t xml:space="preserve">[19:42] </w:t>
      </w:r>
      <w:r>
        <w:t>unconscious mind daal diya. sab kuch hamare nature mein interwoven hai, woh saari cheezein</w:t>
      </w:r>
    </w:p>
    <w:p>
      <w:pPr>
        <w:jc w:val="right"/>
      </w:pPr>
      <w:r>
        <w:t>انکانسشیس مائنڈ ڈال دیا۔ سب کچھ ہمارے نیچر میں انٹروون ہے، وہ ساری چیزیں</w:t>
      </w:r>
    </w:p>
    <w:p>
      <w:r>
        <w:rPr>
          <w:b/>
        </w:rPr>
        <w:t xml:space="preserve">[19:50] </w:t>
      </w:r>
      <w:r>
        <w:t>yaani khuda ka concept, paradise ka concept, sachai ka concept, yeh interwoven hai hamare nature mein.</w:t>
      </w:r>
    </w:p>
    <w:p>
      <w:pPr>
        <w:jc w:val="right"/>
      </w:pPr>
      <w:r>
        <w:t>یعنی خدا کا کانسیپٹ، پیراڈائز کا کانسیپٹ، سچائی کا کانسیپٹ، یہ انٹروون ہے ہمارے نیچر میں۔</w:t>
      </w:r>
    </w:p>
    <w:p>
      <w:r>
        <w:rPr>
          <w:b/>
        </w:rPr>
        <w:t xml:space="preserve">[20:01] </w:t>
      </w:r>
      <w:r>
        <w:t>god ek hai, monotheism, yeh sab interview hai.</w:t>
      </w:r>
    </w:p>
    <w:p>
      <w:pPr>
        <w:jc w:val="right"/>
      </w:pPr>
      <w:r>
        <w:t>گاڈ ایک ہے، مونوتھیزم، یہ سب انٹرویو ہے۔</w:t>
      </w:r>
    </w:p>
    <w:p>
      <w:r>
        <w:rPr>
          <w:b/>
        </w:rPr>
        <w:t xml:space="preserve">[20:08] </w:t>
      </w:r>
      <w:r>
        <w:t>kal mein parh raha tha ek anthropology ka ek chapter to us mein bataya tha ke pehle logon ne yeh suppose kar liya tha ke polytheism pehle aaya duniya mein, monotheism is ke baad aaya,</w:t>
      </w:r>
    </w:p>
    <w:p>
      <w:pPr>
        <w:jc w:val="right"/>
      </w:pPr>
      <w:r>
        <w:t>کل میں پڑھ رہا تھا ایک انتھروپولوجی کا ایک چیپٹر تو اس میں بتایا تھا کہ پہلے لوگوں نے یہ سپوز کر لیا تھا کہ پولیتھیزم پہلے آیا دنیا میں، مونوتھیزم اس کے بعد آیا،</w:t>
      </w:r>
    </w:p>
    <w:p>
      <w:r>
        <w:rPr>
          <w:b/>
        </w:rPr>
        <w:t xml:space="preserve">[20:27] </w:t>
      </w:r>
      <w:r>
        <w:t>yaani shirk pehle aaya, tauheed is ke baad aayi.</w:t>
      </w:r>
    </w:p>
    <w:p>
      <w:pPr>
        <w:jc w:val="right"/>
      </w:pPr>
      <w:r>
        <w:t>یعنی شرک پہلے آیا، توحید اس کے بعد آئی۔</w:t>
      </w:r>
    </w:p>
    <w:p>
      <w:r>
        <w:rPr>
          <w:b/>
        </w:rPr>
        <w:t xml:space="preserve">[20:30] </w:t>
      </w:r>
      <w:r>
        <w:t>yaani insaan ne dekha, dekha ke suraj hai, chand hai, sitare hain, pahad hain, samandar hain. to samajh liya ke kai god hain, to kai god ka concept pehle aaya,</w:t>
      </w:r>
    </w:p>
    <w:p>
      <w:pPr>
        <w:jc w:val="right"/>
      </w:pPr>
      <w:r>
        <w:t>یعنی انسان نے دیکھا، دیکھا کہ سورج ہے، چاند ہے، ستارے ہیں، پہاڑ ہیں، سمندر ہیں۔ تو سمجھ لیا کہ کئی گاڈ ہیں، تو کئی گاڈ کا کانسیپٹ پہلے آیا،</w:t>
      </w:r>
    </w:p>
    <w:p>
      <w:r>
        <w:rPr>
          <w:b/>
        </w:rPr>
        <w:t xml:space="preserve">[20:46] </w:t>
      </w:r>
      <w:r>
        <w:t>yaani polytheistic concept pehle aaya. phir dheere dheere woh refine hote hote ek bana. lekin yeh shuru mein logon ne suppose kar liya tha.</w:t>
      </w:r>
    </w:p>
    <w:p>
      <w:pPr>
        <w:jc w:val="right"/>
      </w:pPr>
      <w:r>
        <w:t>یعنی پولیتھیسٹک کانسیپٹ پہلے آیا۔ پھر دھیرے دھیرے وہ ریفائن ہوتے ہوتے ایک بنا۔ لیکن یہ شروع میں لوگوں نے سپوز کر لیا تھا۔</w:t>
      </w:r>
    </w:p>
    <w:p>
      <w:r>
        <w:rPr>
          <w:b/>
        </w:rPr>
        <w:t xml:space="preserve">[20:58] </w:t>
      </w:r>
      <w:r>
        <w:t>anthropology mein baad ko researches huin, baad ko. ab jo maana jaata hai anthropology mein, woh yeh hai ke yeh galat hai. yaani polytheism was deviation, woh pehla nahi tha, woh pehla tha oneness of god, yaani monotheism.</w:t>
      </w:r>
    </w:p>
    <w:p>
      <w:pPr>
        <w:jc w:val="right"/>
      </w:pPr>
      <w:r>
        <w:t>انتھروپولوجی میں بعد کو ریسرچز ہوئیں، بعد کو۔ اب جو مانا جاتا ہے انتھروپولوجی میں، وہ یہ ہے کہ یہ غلط ہے۔ یعنی پولیتھیزم واز ڈیوی ایشن، وہ پہلا نہیں تھا، وہ پہلا تھا وننس آف گاڈ، یعنی مونوتھیزم۔</w:t>
      </w:r>
    </w:p>
    <w:p>
      <w:r>
        <w:rPr>
          <w:b/>
        </w:rPr>
        <w:t xml:space="preserve">[21:18] </w:t>
      </w:r>
      <w:r>
        <w:t>insaan yahan se shuru hua. dekhiye, anthropology mein kya hota hai?</w:t>
      </w:r>
    </w:p>
    <w:p>
      <w:pPr>
        <w:jc w:val="right"/>
      </w:pPr>
      <w:r>
        <w:t>انسان یہاں سے شروع ہوا۔ دیکھیے، انتھروپولوجی میں کیا ہوتا ہے؟</w:t>
      </w:r>
    </w:p>
    <w:p>
      <w:r>
        <w:rPr>
          <w:b/>
        </w:rPr>
        <w:t xml:space="preserve">[21:24] </w:t>
      </w:r>
      <w:r>
        <w:t>jitni societies hain, un ki study ki jaati hai. jo un ke bare mein jo bhi traces milte hain, yaani kahin pathar mil gaya, kahin koi bartan mil gaya, kahin koi woh place of worship mil gayi jo khudaai mein milti hai, excavation se.</w:t>
      </w:r>
    </w:p>
    <w:p>
      <w:pPr>
        <w:jc w:val="right"/>
      </w:pPr>
      <w:r>
        <w:t>جتنی سوسائٹیز ہیں، ان کی سٹڈی کی جاتی ہے۔ جو ان کے بارے میں جو بھی ٹریسز ملتے ہیں، یعنی کہیں پتھر مل گیا، کہیں کوئی برتن مل گیا، کہیں کوئی وہ پلیس آف ورشپ مل گئی جو کھدائی میں ملتی ہے، ایکسکیویشن سے۔</w:t>
      </w:r>
    </w:p>
    <w:p>
      <w:r>
        <w:rPr>
          <w:b/>
        </w:rPr>
        <w:t xml:space="preserve">[21:46] </w:t>
      </w:r>
      <w:r>
        <w:t>basically excavation se baatein janne mein aayi hain.</w:t>
      </w:r>
    </w:p>
    <w:p>
      <w:pPr>
        <w:jc w:val="right"/>
      </w:pPr>
      <w:r>
        <w:t>بیسکلی ایکسکیویشن سے باتیں جاننے میں آئیں ہیں۔</w:t>
      </w:r>
    </w:p>
    <w:p>
      <w:r>
        <w:rPr>
          <w:b/>
        </w:rPr>
        <w:t xml:space="preserve">[21:51] </w:t>
      </w:r>
      <w:r>
        <w:t>to yeh ab pata chala hai ke jo jo earliest jo society thi, earliest, woh ek khuda ko maanti thi. yeh cheez ab establish ho chuki hai anthropological studies mein.</w:t>
      </w:r>
    </w:p>
    <w:p>
      <w:pPr>
        <w:jc w:val="right"/>
      </w:pPr>
      <w:r>
        <w:t>تو یہ اب پتہ چلا ہے کہ جو جو ارلیسٹ جو سوسائٹی تھی، ارلیسٹ، وہ ایک خدا کو مانتی تھی۔ یہ چیز اب اسٹیبلش ہو چکی ہے انتھروپولوجیکل اسٹڈیز میں۔</w:t>
      </w:r>
    </w:p>
    <w:p>
      <w:r>
        <w:rPr>
          <w:b/>
        </w:rPr>
        <w:t xml:space="preserve">[22:06] </w:t>
      </w:r>
      <w:r>
        <w:t>is ka matlab kya hai? matlab hai ke yeh yeh jo maine kaha ke khuda ne yeh sab cheezein hamare nature mein daal dein, unconscious mind mein daal dein.</w:t>
      </w:r>
    </w:p>
    <w:p>
      <w:pPr>
        <w:jc w:val="right"/>
      </w:pPr>
      <w:r>
        <w:t>اس کا معنی کیا ہے؟ معنی ہے کہ یہ یہ جو میں نے کہا کہ خدا نے یہ سب چیزیں ہمارے نیچر میں ڈال دیں، انکانسٹ مائنڈ میں ڈال دیں۔</w:t>
      </w:r>
    </w:p>
    <w:p>
      <w:r>
        <w:rPr>
          <w:b/>
        </w:rPr>
        <w:t xml:space="preserve">[22:21] </w:t>
      </w:r>
      <w:r>
        <w:t>ab humein kya karna tha? apne unconscious mind ko humein parhna tha, apne hi nature ko humein parhna tha, usi se usi ko unfold karna tha.</w:t>
      </w:r>
    </w:p>
    <w:p>
      <w:pPr>
        <w:jc w:val="right"/>
      </w:pPr>
      <w:r>
        <w:t>اب ہمیں کیا کرنا تھا؟ اپنے انکانسشیس مائنڈ کو ہمیں پڑھنا تھا، اپنے ہی نیچر کو ہمیں پڑھنا تھا، اسی سے اسی کو ان فولڈ کرنا تھا۔</w:t>
      </w:r>
    </w:p>
    <w:p>
      <w:r>
        <w:rPr>
          <w:b/>
        </w:rPr>
        <w:t xml:space="preserve">[22:32] </w:t>
      </w:r>
      <w:r>
        <w:t>lekin insaan is mein woh fail ho gaya. kyun? due to distraction.</w:t>
      </w:r>
    </w:p>
    <w:p>
      <w:pPr>
        <w:jc w:val="right"/>
      </w:pPr>
      <w:r>
        <w:t>لیکن انسان اس میں وہ فیل ہو گیا۔ کیوں؟ ڈیو ٹو ڈسٹریکشن۔</w:t>
      </w:r>
    </w:p>
    <w:p>
      <w:r>
        <w:rPr>
          <w:b/>
        </w:rPr>
        <w:t xml:space="preserve">[22:43] </w:t>
      </w:r>
      <w:r>
        <w:t>paradise mein jab khuda ne Adam ko rakha to paradise mein wahan par ek ek darakht tha, ek tree.</w:t>
      </w:r>
    </w:p>
    <w:p>
      <w:pPr>
        <w:jc w:val="right"/>
      </w:pPr>
      <w:r>
        <w:t>پیراڈائز میں جب خدا نے آدم کو رکھا تو پیراڈائز میں وہاں پر ایک ایک درخت تھا، ایک ٹری۔</w:t>
      </w:r>
    </w:p>
    <w:p>
      <w:r>
        <w:rPr>
          <w:b/>
        </w:rPr>
        <w:t xml:space="preserve">[22:52] </w:t>
      </w:r>
      <w:r>
        <w:t>khuda ne kaha ke yeh tumhare liye forbidden tree hai, don't approach to this tree. Adam se khuda ne kaha ke don't approach to this tree, is ka is peed ke paas na jaana.</w:t>
      </w:r>
    </w:p>
    <w:p>
      <w:pPr>
        <w:jc w:val="right"/>
      </w:pPr>
      <w:r>
        <w:t>خدا نے کہا کہ یہ تمہارے لیے فائبرڈن ٹری ہے، ڈونٹ اپروچ ٹو دس ٹری۔ آدم سے خدا نے کہا کہ ڈونٹ اپروچ ٹو دس ٹری، اس کا اس پیڑ کے پاس نہ جانا۔</w:t>
      </w:r>
    </w:p>
    <w:p>
      <w:r>
        <w:rPr>
          <w:b/>
        </w:rPr>
        <w:t xml:space="preserve">[23:07] </w:t>
      </w:r>
      <w:r>
        <w:t>lekin lekin aadmi gaye aur phir un ko wahan se nikalna pada.</w:t>
      </w:r>
    </w:p>
    <w:p>
      <w:pPr>
        <w:jc w:val="right"/>
      </w:pPr>
      <w:r>
        <w:t>لیکن لیکن آدمی گئے اور پھر ان کو وہاں سے نکلنا پڑا۔</w:t>
      </w:r>
    </w:p>
    <w:p>
      <w:r>
        <w:rPr>
          <w:b/>
        </w:rPr>
        <w:t xml:space="preserve">[23:13] </w:t>
      </w:r>
      <w:r>
        <w:t>to yeh kya hua? yeh tha distraction. sab se pehla jo lesson diya gaya insaan ko, woh yeh hai ke distraction tumhare liye sab se zyada buri cheez hogi duniya mein.</w:t>
      </w:r>
    </w:p>
    <w:p>
      <w:pPr>
        <w:jc w:val="right"/>
      </w:pPr>
      <w:r>
        <w:t>تو یہ کیا ہوا؟ یہ تھا ڈسٹریکشن۔ سب سے پہلا جو لیسن دیا گیا انسان کو، وہ یہ ہے کہ ڈسٹریکشن تمہارے لیے سب سے زیادہ بری چیز ہوگی دنیا میں۔</w:t>
      </w:r>
    </w:p>
    <w:p>
      <w:r>
        <w:rPr>
          <w:b/>
        </w:rPr>
        <w:t xml:space="preserve">[23:29] </w:t>
      </w:r>
      <w:r>
        <w:t>distraction. aaj mein paper parh raha tha, badi anokhi baat thi. us mein</w:t>
      </w:r>
    </w:p>
    <w:p>
      <w:pPr>
        <w:jc w:val="right"/>
      </w:pPr>
      <w:r>
        <w:t>ڈسٹریکشن۔ آج میں پیپر پڑھ رہا تھا، بڑی انوکھی بات تھی۔ اس میں</w:t>
      </w:r>
    </w:p>
    <w:p>
      <w:r>
        <w:rPr>
          <w:b/>
        </w:rPr>
        <w:t xml:space="preserve">[23:37] </w:t>
      </w:r>
      <w:r>
        <w:t>Obama, jo would be president hain America ke, to unhone kaha apni ek speech mein is ko le kar ke, yaani Osama bin Laden aur Iraq ko le kar ke,</w:t>
      </w:r>
    </w:p>
    <w:p>
      <w:pPr>
        <w:jc w:val="right"/>
      </w:pPr>
      <w:r>
        <w:t>اوباما، جو وڈ بی پریزیڈنٹ ہیں امریکہ کے، تو انہوں نے کہا اپنی ایک سپیچ میں اس کو لے کر کے، یعنی اسامہ بن لادن اور عراق کو لے کر کے،</w:t>
      </w:r>
    </w:p>
    <w:p>
      <w:r>
        <w:rPr>
          <w:b/>
        </w:rPr>
        <w:t xml:space="preserve">[23:52] </w:t>
      </w:r>
      <w:r>
        <w:t>hua ke sab se bada number one enemy jo America ka hai, woh to Osama hai, yaani Al-Qaeda. Al-Qaeda jo hai, hamara number one enemy hai, lekin hum us ko distract nahi kar sake.</w:t>
      </w:r>
    </w:p>
    <w:p>
      <w:pPr>
        <w:jc w:val="right"/>
      </w:pPr>
      <w:r>
        <w:t>ہوا کہ سب سے بڑا نمبر ون اینمی جو امریکہ کا ہے، وہ تو اسامہ ہے، یعنی القاعدہ۔ القاعدہ جو ہے، ہمارا نمبر ون اینمی ہے، لیکن ہم اس کو ڈسٹرا نہیں کر سکے۔</w:t>
      </w:r>
    </w:p>
    <w:p>
      <w:r>
        <w:rPr>
          <w:b/>
        </w:rPr>
        <w:t xml:space="preserve">[24:05] </w:t>
      </w:r>
      <w:r>
        <w:t>kyun?</w:t>
      </w:r>
    </w:p>
    <w:p>
      <w:pPr>
        <w:jc w:val="right"/>
      </w:pPr>
      <w:r>
        <w:t>کیوں؟</w:t>
      </w:r>
    </w:p>
    <w:p>
      <w:r>
        <w:rPr>
          <w:b/>
        </w:rPr>
        <w:t xml:space="preserve">[24:07] </w:t>
      </w:r>
      <w:r>
        <w:t>bohat hi, bohat hi, unhon ne bohat hi achi baat ki mere nazdeek, because of the distraction of Iraq.</w:t>
      </w:r>
    </w:p>
    <w:p>
      <w:pPr>
        <w:jc w:val="right"/>
      </w:pPr>
      <w:r>
        <w:t>بہت ہی، بہت ہی، انہوں نے بہت ہی اچھی بات کی میرے نزدیک، بیکاز آف دا ڈسٹریکشن آف عراق۔</w:t>
      </w:r>
    </w:p>
    <w:p>
      <w:r>
        <w:rPr>
          <w:b/>
        </w:rPr>
        <w:t xml:space="preserve">[24:19] </w:t>
      </w:r>
      <w:r>
        <w:t>because of the distraction of Iraq, yani hum distract ho gaye, Iraq mein larne lage, aur Al-Qaeda ko hum secondary importance diya.</w:t>
      </w:r>
    </w:p>
    <w:p>
      <w:pPr>
        <w:jc w:val="right"/>
      </w:pPr>
      <w:r>
        <w:t>بیکاز آف دا ڈسٹریکشن آف عراق، یعنی ہم ڈسٹریکٹ ہو گئے، عراق میں لڑنے لگے، اور القاعدہ کو ہم سیکنڈری امپورٹنس دیا۔</w:t>
      </w:r>
    </w:p>
    <w:p>
      <w:r>
        <w:rPr>
          <w:b/>
        </w:rPr>
        <w:t xml:space="preserve">[24:30] </w:t>
      </w:r>
      <w:r>
        <w:t>hum ne</w:t>
      </w:r>
    </w:p>
    <w:p>
      <w:pPr>
        <w:jc w:val="right"/>
      </w:pPr>
      <w:r>
        <w:t>ہم نے</w:t>
      </w:r>
    </w:p>
    <w:p>
      <w:r>
        <w:rPr>
          <w:b/>
        </w:rPr>
        <w:t xml:space="preserve">[24:31] </w:t>
      </w:r>
      <w:r>
        <w:t>to Iraq mein jo involve hua hai, America, us ko unhon ne distraction kaha, jis mein five trillion dollar America ke kharch ho gaye.</w:t>
      </w:r>
    </w:p>
    <w:p>
      <w:pPr>
        <w:jc w:val="right"/>
      </w:pPr>
      <w:r>
        <w:t>تو عراق میں جو انوالو ہوا ہے، امریکہ، اس کو انہوں نے ڈسٹریکشن کہا، جس میں فائیو ٹریلین ڈالر امریکہ کے خرچ ہو گئے۔</w:t>
      </w:r>
    </w:p>
    <w:p>
      <w:r>
        <w:rPr>
          <w:b/>
        </w:rPr>
        <w:t xml:space="preserve">[24:43] </w:t>
      </w:r>
      <w:r>
        <w:t>to distraction jo hai, sab se buri cheez hoti hai insani zindagi mein, superpower ke liye bhi aur ek individual ke liye bhi. To insaan ke andar introven tha,</w:t>
      </w:r>
    </w:p>
    <w:p>
      <w:pPr>
        <w:jc w:val="right"/>
      </w:pPr>
      <w:r>
        <w:t>تو ڈسٹریکشن جو ہے، سب سے بری چیز ہوتی ہے انسانی زندگی میں، سپر پاور کے لیے بھی اور ایک انڈیویجول کے لیے بھی۔ تو انسان کے اندر انٹروون تھا،</w:t>
      </w:r>
    </w:p>
    <w:p>
      <w:r>
        <w:rPr>
          <w:b/>
        </w:rPr>
        <w:t xml:space="preserve">[24:55] </w:t>
      </w:r>
      <w:r>
        <w:t>sachai ka concept, God ka concept, monotheism ka concept, sab kuch introven tha. Is ko kehte hain hum unconscious mind.</w:t>
      </w:r>
    </w:p>
    <w:p>
      <w:pPr>
        <w:jc w:val="right"/>
      </w:pPr>
      <w:r>
        <w:t>سچائی کا کانسیپٹ، گاڈ کا کانسیپٹ، مونوتھیزم کا کانسیپٹ، سب کچھ انٹروون تھا۔ اس کو کہتے ہیں ہم انکانسشیس مائنڈ۔</w:t>
      </w:r>
    </w:p>
    <w:p>
      <w:r>
        <w:rPr>
          <w:b/>
        </w:rPr>
        <w:t xml:space="preserve">[25:05] </w:t>
      </w:r>
      <w:r>
        <w:t>nature aur unconscious mind dono ek cheez hain, lekin aadmi is ko parh nahi saka. Andar jo ek awaaz aati hai, silent awaaz, parh nahi saka.</w:t>
      </w:r>
    </w:p>
    <w:p>
      <w:pPr>
        <w:jc w:val="right"/>
      </w:pPr>
      <w:r>
        <w:t>نیچر اور انکانسشیس مائنڈ دونوں ایک چیز ہیں، لیکن آدمی اس کو پڑھ نہیں سکا۔ اندر جو ایک آواز آتی ہے، سائلنٹ آواز، پڑھ نہیں سکا۔</w:t>
      </w:r>
    </w:p>
    <w:p>
      <w:r>
        <w:rPr>
          <w:b/>
        </w:rPr>
        <w:t xml:space="preserve">[25:18] </w:t>
      </w:r>
      <w:r>
        <w:t>kyun? Har waqt wo distraction mein rehta hai.</w:t>
      </w:r>
    </w:p>
    <w:p>
      <w:pPr>
        <w:jc w:val="right"/>
      </w:pPr>
      <w:r>
        <w:t>کیوں؟ ہر وقت وہ ڈسٹریکشن میں رہتا ہے۔</w:t>
      </w:r>
    </w:p>
    <w:p>
      <w:r>
        <w:rPr>
          <w:b/>
        </w:rPr>
        <w:t xml:space="preserve">[25:22] </w:t>
      </w:r>
      <w:r>
        <w:t>Adam distract hue the, wahi aaj tak jaari hai. Har aadmi distraction mein hai. Koi family hai kisi ki, us mein distract ho raha hai.</w:t>
      </w:r>
    </w:p>
    <w:p>
      <w:pPr>
        <w:jc w:val="right"/>
      </w:pPr>
      <w:r>
        <w:t>آدم ڈسٹریکٹ ہوئے تھے، وہی آج تک جاری ہے۔ ہر آدمی ڈسٹریکشن میں ہے۔ کوئی فیملی ہے کسی کی، اس میں ڈسٹریکٹ ہو رہا ہے۔</w:t>
      </w:r>
    </w:p>
    <w:p>
      <w:r>
        <w:rPr>
          <w:b/>
        </w:rPr>
        <w:t xml:space="preserve">[25:33] </w:t>
      </w:r>
      <w:r>
        <w:t>wo</w:t>
      </w:r>
    </w:p>
    <w:p>
      <w:pPr>
        <w:jc w:val="right"/>
      </w:pPr>
      <w:r>
        <w:t>وہ</w:t>
      </w:r>
    </w:p>
    <w:p>
      <w:r>
        <w:rPr>
          <w:b/>
        </w:rPr>
        <w:t xml:space="preserve">[25:35] </w:t>
      </w:r>
      <w:r>
        <w:t>koi</w:t>
      </w:r>
    </w:p>
    <w:p>
      <w:pPr>
        <w:jc w:val="right"/>
      </w:pPr>
      <w:r>
        <w:t>کوئی</w:t>
      </w:r>
    </w:p>
    <w:p>
      <w:r>
        <w:rPr>
          <w:b/>
        </w:rPr>
        <w:t xml:space="preserve">[25:38] </w:t>
      </w:r>
      <w:r>
        <w:t>kisi music mein distract ho raha hai, koi outing mein distract ho raha hai, koi shopping mein ho raha hai. Yani jo sachai ki jo talash hai,</w:t>
      </w:r>
    </w:p>
    <w:p>
      <w:pPr>
        <w:jc w:val="right"/>
      </w:pPr>
      <w:r>
        <w:t>کسی میوزک میں ڈسٹریکٹ ہو رہا ہے، کوئی آؤٹنگ میں ڈسٹریکٹ ہو رہا ہے، کوئی شاپنگ میں ہو رہا ہے۔ یعنی جو سچائی کی جو تلاش ہے،</w:t>
      </w:r>
    </w:p>
    <w:p>
      <w:r>
        <w:rPr>
          <w:b/>
        </w:rPr>
        <w:t xml:space="preserve">[25:52] </w:t>
      </w:r>
      <w:r>
        <w:t>is mein aadmi apne aap ko laga nahi pata. Har waqt distraction mein rehta hai, har waqt distraction mein rehta</w:t>
      </w:r>
    </w:p>
    <w:p>
      <w:pPr>
        <w:jc w:val="right"/>
      </w:pPr>
      <w:r>
        <w:t>اس میں آدمی اپنے آپ کو لگا نہیں پاتا۔ ہر وقت ڈسٹریکشن میں رہتا ہے، ہر وقت ڈسٹریکشن میں رہتا</w:t>
      </w:r>
    </w:p>
    <w:p>
      <w:r>
        <w:rPr>
          <w:b/>
        </w:rPr>
        <w:t xml:space="preserve">[26:02] </w:t>
      </w:r>
      <w:r>
        <w:t>hai. Kyun? Andar jo temptation hai, andar jo desire hai, wo ubharti hai. Bas aadmi daud parta hai, desire ki taraf, daud parta hai temptation ki taraf.</w:t>
      </w:r>
    </w:p>
    <w:p>
      <w:pPr>
        <w:jc w:val="right"/>
      </w:pPr>
      <w:r>
        <w:t>ہے۔ کیوں؟ اندر جو ٹیمپریشن ہے، اندر جو ڈیزائر ہے، وہ ابھرتی ہے۔ بس آدمی دوڑ پڑتا ہے، ڈیزائر کی طرف، دوڑ پڑتا ہے ٹیمپریشن کی طرف۔</w:t>
      </w:r>
    </w:p>
    <w:p>
      <w:r>
        <w:rPr>
          <w:b/>
        </w:rPr>
        <w:t xml:space="preserve">[26:13] </w:t>
      </w:r>
      <w:r>
        <w:t>that is distraction. To hamari temptations, hamari desires yahi hain source of distraction. Is ki wajah se insaan jo hai, apne nature ko parh nahi saka, apne unconscious mind ko parh nahi saka.</w:t>
      </w:r>
    </w:p>
    <w:p>
      <w:pPr>
        <w:jc w:val="right"/>
      </w:pPr>
      <w:r>
        <w:t>دا از ڈسٹریکشن۔ تو ہماری ٹیمپریشنز، ہماری ڈیزائرز یہی ہیں سورس آف ڈسٹریکشن۔ اس کی وجہ سے انسان جو ہے، اپنے نیچر کو پڑھ نہیں سکا، اپنے انکانسشیس مائنڈ کو پڑھ نہیں سکا۔</w:t>
      </w:r>
    </w:p>
    <w:p>
      <w:r>
        <w:rPr>
          <w:b/>
        </w:rPr>
        <w:t xml:space="preserve">[26:31] </w:t>
      </w:r>
      <w:r>
        <w:t>To Khuda ne phir doosra level jo hai, jis ko maine kaha realization at conscious level, to Khuda ne payghambar bheje, prophet bhejhe.</w:t>
      </w:r>
    </w:p>
    <w:p>
      <w:pPr>
        <w:jc w:val="right"/>
      </w:pPr>
      <w:r>
        <w:t>تو خدا نے پھر دوسرا لیول جو ہے، جس کو میں نے کہا ریلائزیشن ایٹ ایٹ کانسشیس لیول، تو خدا نے پیغمبر بھیجے، پرافٹ بھیجے۔</w:t>
      </w:r>
    </w:p>
    <w:p>
      <w:r>
        <w:rPr>
          <w:b/>
        </w:rPr>
        <w:t xml:space="preserve">[26:45] </w:t>
      </w:r>
      <w:r>
        <w:t>Prophet ne spoken language bataya insaan ko, wo to unspoken language thi.</w:t>
      </w:r>
    </w:p>
    <w:p>
      <w:pPr>
        <w:jc w:val="right"/>
      </w:pPr>
      <w:r>
        <w:t>پرافٹ نے اسپوکن لینگویج بتایا انسان کو، وہ تو ان اسپوکن لینگویج تھی۔</w:t>
      </w:r>
    </w:p>
    <w:p>
      <w:r>
        <w:rPr>
          <w:b/>
        </w:rPr>
        <w:t xml:space="preserve">[26:52] </w:t>
      </w:r>
      <w:r>
        <w:t>Jo nature mein jo tha, jo unconscious mind mein tha, wo to unspoken language thi.</w:t>
      </w:r>
    </w:p>
    <w:p>
      <w:pPr>
        <w:jc w:val="right"/>
      </w:pPr>
      <w:r>
        <w:t>جو نیچر میں جو تھا، جو انکانسشیس مائنڈ میں تھا، وہ تو ان اسپوکن لینگویج تھی۔</w:t>
      </w:r>
    </w:p>
    <w:p>
      <w:r>
        <w:rPr>
          <w:b/>
        </w:rPr>
        <w:t xml:space="preserve">[26:58] </w:t>
      </w:r>
      <w:r>
        <w:t>Is mein due to distraction, aadmi is ko parh nahi saka, jaan nahi saka. To Khuda ne prophet bhejhe, ek ke baad ek, har generation mein prophet aaye.</w:t>
      </w:r>
    </w:p>
    <w:p>
      <w:pPr>
        <w:jc w:val="right"/>
      </w:pPr>
      <w:r>
        <w:t>اس میں ڈیو ٹو ڈسٹریکشن، آدمی اس کو پڑھ نہیں سکا، جان نہیں سکا۔ تو خدا نے پرافٹ بھیجے، ایک کے بعد ایک، ہر جنریشن میں پرافٹ آئے۔</w:t>
      </w:r>
    </w:p>
    <w:p>
      <w:r>
        <w:rPr>
          <w:b/>
        </w:rPr>
        <w:t xml:space="preserve">[27:12] </w:t>
      </w:r>
      <w:r>
        <w:t>Hadees mein bataya gaya hai ke ek lakh 24 hazar payghambar aaye, lekin phir aisa hua ke insaan bohat kam log mile poori tareekh mein, poori history mein, jo prophet ko pehchan paaye</w:t>
      </w:r>
    </w:p>
    <w:p>
      <w:pPr>
        <w:jc w:val="right"/>
      </w:pPr>
      <w:r>
        <w:t>حدیث میں بتایا گیا ہے کہ ایک لاکھ 24 ہزار پیغمبر آئے، لیکن پھر ایسا ہوا کہ انسان بہت کم لوگ ملے پوری تاریخ میں، پوری ہسٹری میں، جو پرافٹ کو پہچان پائے</w:t>
      </w:r>
    </w:p>
    <w:p>
      <w:r>
        <w:rPr>
          <w:b/>
        </w:rPr>
        <w:t xml:space="preserve">[27:28] </w:t>
      </w:r>
      <w:r>
        <w:t>ya prophet se unhon ne guidance li. Majority insanon ki prophet ko refuse karti rahi.</w:t>
      </w:r>
    </w:p>
    <w:p>
      <w:pPr>
        <w:jc w:val="right"/>
      </w:pPr>
      <w:r>
        <w:t>یا پرافٹ سے انہوں نے گائیڈنس لی۔ میجورٹی انسانوں کی پرافٹ کو ریفیوز کرتی رہی۔</w:t>
      </w:r>
    </w:p>
    <w:p>
      <w:r>
        <w:rPr>
          <w:b/>
        </w:rPr>
        <w:t xml:space="preserve">[27:37] </w:t>
      </w:r>
      <w:r>
        <w:t>Kyun? Is ke baray mein jab hum parhte hain detail, to yahan bhi ek hi bara reason tha.</w:t>
      </w:r>
    </w:p>
    <w:p>
      <w:pPr>
        <w:jc w:val="right"/>
      </w:pPr>
      <w:r>
        <w:t>کیوں؟ اس کے بارے میں جب ہم پڑھتے ہیں ڈیٹیل، تو یہاں بھی ایک ہی بڑا ریزن تھا۔</w:t>
      </w:r>
    </w:p>
    <w:p>
      <w:r>
        <w:rPr>
          <w:b/>
        </w:rPr>
        <w:t xml:space="preserve">[27:48] </w:t>
      </w:r>
      <w:r>
        <w:t>wo</w:t>
      </w:r>
    </w:p>
    <w:p>
      <w:pPr>
        <w:jc w:val="right"/>
      </w:pPr>
      <w:r>
        <w:t>وہ</w:t>
      </w:r>
    </w:p>
    <w:p>
      <w:r>
        <w:rPr>
          <w:b/>
        </w:rPr>
        <w:t xml:space="preserve">[27:49] </w:t>
      </w:r>
      <w:r>
        <w:t>reason kya tha? Yahan bhi insaan ki ek weakness hai ke aadmi jo hai, kisi ko merit par nahi pehchan pata.</w:t>
      </w:r>
    </w:p>
    <w:p>
      <w:pPr>
        <w:jc w:val="right"/>
      </w:pPr>
      <w:r>
        <w:t>ریزن کیا تھا؟ یہاں بھی انسان کی ایک ویکنس ہے کہ آدمی جو ہے، کسی کو میرٹ پر نہیں پہچان پاتا۔</w:t>
      </w:r>
    </w:p>
    <w:p>
      <w:r>
        <w:rPr>
          <w:b/>
        </w:rPr>
        <w:t xml:space="preserve">[28:00] </w:t>
      </w:r>
      <w:r>
        <w:t>merit par, purely merit par pehchanana most difficult task hai insan ke liye.</w:t>
      </w:r>
    </w:p>
    <w:p>
      <w:pPr>
        <w:jc w:val="right"/>
      </w:pPr>
      <w:r>
        <w:t>میرٹ پر، پیورلی میرٹ پر پہچاننا موسٹ ڈیفیکلٹ ٹاسک ہے انسان کے لیے۔</w:t>
      </w:r>
    </w:p>
    <w:p>
      <w:r>
        <w:rPr>
          <w:b/>
        </w:rPr>
        <w:t xml:space="preserve">[28:07] </w:t>
      </w:r>
      <w:r>
        <w:t>ek aadmi jo bohat bari building bana kar baitha hua ho, ek aadmi jo singhasan par baitha hua ho, jo ruler ho kisi country ka, ek aadmi jis ke paas bohat heavy wealth ho, ek aadmi jo har taraf media mein chhap raha ho, us ko aadmi pehchan pata hai.</w:t>
      </w:r>
    </w:p>
    <w:p>
      <w:pPr>
        <w:jc w:val="right"/>
      </w:pPr>
      <w:r>
        <w:t>ایک آدمی جو بہت بڑی بلڈنگ بنا کر بیٹھا ہوا ہو، ایک آدمی جو سنگھاسن پر بیٹھا ہوا ہو، جو رولر ہو کسی کنٹری کا، ایک آدمی جس کے پاس بہت ہیو ویلتھ ہو، ایک آدمی جو ہر طرف میڈیا میں چھپ رہا ہو، اس کو آدمی پہچان پاتا ہے۔</w:t>
      </w:r>
    </w:p>
    <w:p>
      <w:r>
        <w:rPr>
          <w:b/>
        </w:rPr>
        <w:t xml:space="preserve">[28:27] </w:t>
      </w:r>
      <w:r>
        <w:t>lekin yeh to relative base par insan ko pehchanana hai. jo real base hai, to merit hai.</w:t>
      </w:r>
    </w:p>
    <w:p>
      <w:pPr>
        <w:jc w:val="right"/>
      </w:pPr>
      <w:r>
        <w:t>لیکن یہ تو ریلیٹیو بیس پر انسان کو پہچاننا ہے۔ جو ریئل بیس ہے، تو میرٹ ہے۔</w:t>
      </w:r>
    </w:p>
    <w:p>
      <w:r>
        <w:rPr>
          <w:b/>
        </w:rPr>
        <w:t xml:space="preserve">[28:35] </w:t>
      </w:r>
      <w:r>
        <w:t>insan ki ajeeb weakness hai ke jo doosri doosri bases hain, us par insan pehchan pata hai. kahin bheed kisi ki agar lagi hui hai to samjhenge yeh bara aadmi hai, bohat bari building mein hai to samjhenge bara aadmi hai.</w:t>
      </w:r>
    </w:p>
    <w:p>
      <w:pPr>
        <w:jc w:val="right"/>
      </w:pPr>
      <w:r>
        <w:t>انسان کی عجیب ویکنس ہے کہ جو دوسری دوسری بیسز ہیں، اس پر انسان پہچان پاتا ہے۔ کہیں بھیڑ کسی کی اگر لگی ہوئی ہے تو سمجھیں گے یہ بڑا آدمی ہے، بہت بڑی بلڈنگ میں ہے تو سمجھیں گے بڑا آدمی ہے۔</w:t>
      </w:r>
    </w:p>
    <w:p>
      <w:r>
        <w:rPr>
          <w:b/>
        </w:rPr>
        <w:t xml:space="preserve">[28:52] </w:t>
      </w:r>
      <w:r>
        <w:t>lekin purely merit par ek aadmi khada hua hai, us ko pehchan nahi pata. to prophet jitne aaye, Khuda ne un ko purely merit ke base par khada kiya tha.</w:t>
      </w:r>
    </w:p>
    <w:p>
      <w:pPr>
        <w:jc w:val="right"/>
      </w:pPr>
      <w:r>
        <w:t>لیکن پیورلی بیٹھ پر ایک آدمی کھڑا ہوا ہے، اس کو پہچان نہیں پاتا۔ تو پرافٹ جتنے آئے، خدا نے ان کو پیورلی بیٹھ کے بیس پر کھڑا کیا تھا۔</w:t>
      </w:r>
    </w:p>
    <w:p>
      <w:r>
        <w:rPr>
          <w:b/>
        </w:rPr>
        <w:t xml:space="preserve">[29:03] </w:t>
      </w:r>
      <w:r>
        <w:t>kyun ke Khuda nahi chahta tha ke koi relative base par paighambar ko maane. Khuda chahta tha ke Khuda chahta tha ke real base par aadmi paighambar ko maane, real base par.</w:t>
      </w:r>
    </w:p>
    <w:p>
      <w:pPr>
        <w:jc w:val="right"/>
      </w:pPr>
      <w:r>
        <w:t>کیونکہ خدا نہیں چاہتا تھا کہ کوئی ریلیٹیو بیس پر پیغمبر کو مانے۔ خدا چاہتا تھا کہ خدا چاہتا تھا کہ ریئل بیس پر آدمی پیغمبر کو مانے، ریئل بیس پر۔</w:t>
      </w:r>
    </w:p>
    <w:p>
      <w:r>
        <w:rPr>
          <w:b/>
        </w:rPr>
        <w:t xml:space="preserve">[29:15] </w:t>
      </w:r>
      <w:r>
        <w:t>kyun ke relative base par maana to kya, na maana to kya, maana to kya, na maana to kiya.</w:t>
      </w:r>
    </w:p>
    <w:p>
      <w:pPr>
        <w:jc w:val="right"/>
      </w:pPr>
      <w:r>
        <w:t>کیونکہ ریلیٹیو بیس پر مانا تو کیا، نہ مانا تو کیا، مانا تو کیا، نہ مانا تو کیا۔</w:t>
      </w:r>
    </w:p>
    <w:p>
      <w:r>
        <w:rPr>
          <w:b/>
        </w:rPr>
        <w:t xml:space="preserve">[29:25] </w:t>
      </w:r>
      <w:r>
        <w:t>yani ek aadmi agar rashtrapati paon mein baitha hua hai to wahan aap ja kar jhuk rahe hain us ke aage, aur jab woh bahar aa gaya, ek manifested ban gaya, ek common insan ban gaya, tab us ka aap ignore kar rahe hain.</w:t>
      </w:r>
    </w:p>
    <w:p>
      <w:pPr>
        <w:jc w:val="right"/>
      </w:pPr>
      <w:r>
        <w:t>یعنی ایک آدمی اگر راشپتی پاؤں میں بیٹھا ہوا ہے تو وہاں آپ جا کر جھک رہے ہیں اس کے آگے، اور جب وہ باہر آ گیا، ایک مینیفیسٹڈ بن گیا، ایک کامن انسان بن گیا، تب اس کا آپ اگنور کر رہے ہیں۔</w:t>
      </w:r>
    </w:p>
    <w:p>
      <w:r>
        <w:rPr>
          <w:b/>
        </w:rPr>
        <w:t xml:space="preserve">[29:39] </w:t>
      </w:r>
      <w:r>
        <w:t>to to aap ko jhukna kya tha, maana kya tha, kuch bhi nahi tha. to paighambar ko Khuda nahi chahta tha ke log relative base par maanein.</w:t>
      </w:r>
    </w:p>
    <w:p>
      <w:pPr>
        <w:jc w:val="right"/>
      </w:pPr>
      <w:r>
        <w:t>تو تو آپ کو جھکنا کیا تھا، ماننا کیا تھا، کچھ بھی نہیں تھا۔ تو پیغمبر کو خدا نہیں چاہتا تھا کہ لوگ ریلیٹیو بیس پر مانیں۔</w:t>
      </w:r>
    </w:p>
    <w:p>
      <w:r>
        <w:rPr>
          <w:b/>
        </w:rPr>
        <w:t xml:space="preserve">[29:48] </w:t>
      </w:r>
      <w:r>
        <w:t>Khuda chahta tha ke real base par maanein, kyun ke yeh to paradise ki price deni thi.</w:t>
      </w:r>
    </w:p>
    <w:p>
      <w:pPr>
        <w:jc w:val="right"/>
      </w:pPr>
      <w:r>
        <w:t>خدا چاہتا تھا کہ ریئل بیس پر مانیں، کیونکہ یہ تو پیراڈائز کی پرائس دینی تھی۔</w:t>
      </w:r>
    </w:p>
    <w:p>
      <w:r>
        <w:rPr>
          <w:b/>
        </w:rPr>
        <w:t xml:space="preserve">[29:57] </w:t>
      </w:r>
      <w:r>
        <w:t>to insano ki majority jo hai, us mein fail ho gayi. bohat thode log aise nikle jo prophet ko merit ke base par, merit ke base par pehchanein.</w:t>
      </w:r>
    </w:p>
    <w:p>
      <w:pPr>
        <w:jc w:val="right"/>
      </w:pPr>
      <w:r>
        <w:t>تو انسانوں کی میجورٹی جو ہے، اس میں فیل ہو گئی۔ بہت تھوڑے لوگ ایسے نکلے جو پرافٹ کو میرٹ کے بیس پر، میرٹ کے بیس پر پہچانے۔</w:t>
      </w:r>
    </w:p>
    <w:p>
      <w:r>
        <w:rPr>
          <w:b/>
        </w:rPr>
        <w:t xml:space="preserve">[30:09] </w:t>
      </w:r>
      <w:r>
        <w:t>to yahan bhi aap dekhiye, insan jo hai, fail ho gaya. yani jo maine kaha tha ke realization at unconscious level, wahan fail ho gaya.</w:t>
      </w:r>
    </w:p>
    <w:p>
      <w:pPr>
        <w:jc w:val="right"/>
      </w:pPr>
      <w:r>
        <w:t>تو یہاں بھی آپ دیکھیے، انسان جو ہے، فیل ہو گیا۔ یعنی جو میں نے کہا تھا کہ ریلائزیشن ایٹ انکانسشیس لیول، وہاں فیل ہو گیا۔</w:t>
      </w:r>
    </w:p>
    <w:p>
      <w:r>
        <w:rPr>
          <w:b/>
        </w:rPr>
        <w:t xml:space="preserve">[30:26] </w:t>
      </w:r>
      <w:r>
        <w:t>phir realization at unconscious level, yahan bhi majority logon ki fail ho gayi. ab Khuda ne kya kiya? teesra level woh tha jis ko maine kaha ke realization through partial uncovering the truth.</w:t>
      </w:r>
    </w:p>
    <w:p>
      <w:pPr>
        <w:jc w:val="right"/>
      </w:pPr>
      <w:r>
        <w:t>پھر ریلائزیشن ایٹ انکانسشیس لیول، یہاں بھی میجورٹی لوگوں کی فیل ہو گئی۔ اب خدا نے کیا کیا؟ تیسرا لیول وہ تھا جس کو میں نے کہا کہ ریلائزیشن تھرو پارشل انکورنگ دا ٹروتھ۔</w:t>
      </w:r>
    </w:p>
    <w:p>
      <w:r>
        <w:rPr>
          <w:b/>
        </w:rPr>
        <w:t xml:space="preserve">[30:48] </w:t>
      </w:r>
      <w:r>
        <w:t>woh kaise hua? woh kya? Khuda ne through science.</w:t>
      </w:r>
    </w:p>
    <w:p>
      <w:pPr>
        <w:jc w:val="right"/>
      </w:pPr>
      <w:r>
        <w:t>وہ کیسے ہوا؟ وہ کیا؟ خدا نے تھرو سائنس۔</w:t>
      </w:r>
    </w:p>
    <w:p>
      <w:r>
        <w:rPr>
          <w:b/>
        </w:rPr>
        <w:t xml:space="preserve">[30:53] </w:t>
      </w:r>
      <w:r>
        <w:t>yeh jo science hai, science kya hai? science koi novel nahi hai, science koi apni banayi hui story nahi hai.</w:t>
      </w:r>
    </w:p>
    <w:p>
      <w:pPr>
        <w:jc w:val="right"/>
      </w:pPr>
      <w:r>
        <w:t>یہ جو سائنس ہے، سائنس کیا ہے؟ سائنس کوئی ناول نہیں ہے، سائنس کوئی اپنی بنائی ہوئی سٹوری نہیں ہے۔</w:t>
      </w:r>
    </w:p>
    <w:p>
      <w:r>
        <w:rPr>
          <w:b/>
        </w:rPr>
        <w:t xml:space="preserve">[31:03] </w:t>
      </w:r>
      <w:r>
        <w:t>science naam hai physical world ko discover karne ka. jo physical world hai, jo Khuda ne create kiya hai, physical world kya hai?</w:t>
      </w:r>
    </w:p>
    <w:p>
      <w:pPr>
        <w:jc w:val="right"/>
      </w:pPr>
      <w:r>
        <w:t>سائنس نام ہے فزیکل ورلڈ کو ڈسکور کرنے کا۔ جو فزیکل ورلڈ ہے، جو خدا نے کریٹ کیا ہے، فزیکل ورلڈ کیا ہے؟</w:t>
      </w:r>
    </w:p>
    <w:p>
      <w:r>
        <w:rPr>
          <w:b/>
        </w:rPr>
        <w:t xml:space="preserve">[31:17] </w:t>
      </w:r>
      <w:r>
        <w:t>woh Khuda ka creation hai.</w:t>
      </w:r>
    </w:p>
    <w:p>
      <w:pPr>
        <w:jc w:val="right"/>
      </w:pPr>
      <w:r>
        <w:t>وہ خدا کا کریشن ہے۔</w:t>
      </w:r>
    </w:p>
    <w:p>
      <w:r>
        <w:rPr>
          <w:b/>
        </w:rPr>
        <w:t xml:space="preserve">[31:21] </w:t>
      </w:r>
      <w:r>
        <w:t>to Khuda ka jo creation hai, jis ko hum physical world kehte hain, us mein study kiya, us mein explore kiya science ne, aur phir us ke andar jo cheez chhipi hui thi, jo jo signs of God,</w:t>
      </w:r>
    </w:p>
    <w:p>
      <w:pPr>
        <w:jc w:val="right"/>
      </w:pPr>
      <w:r>
        <w:t>تو خدا کا جو کریشن ہے، جس کو ہم فزیکل ورلڈ کہتے ہیں، اس میں اسٹڈی کیا، اس میں ایکسپلور کیا سائنس نے، اور پھر اس کے اندر جو چیز چھپی ہوئی تھی، جو جو سائنز آف گاڈ،</w:t>
      </w:r>
    </w:p>
    <w:p>
      <w:r>
        <w:rPr>
          <w:b/>
        </w:rPr>
        <w:t xml:space="preserve">[31:36] </w:t>
      </w:r>
      <w:r>
        <w:t>jo jo Khuda ki nishaniyan, jo signs of God chhipi hui thin, us ko discover kiya, us ko uncover kiya.</w:t>
      </w:r>
    </w:p>
    <w:p>
      <w:pPr>
        <w:jc w:val="right"/>
      </w:pPr>
      <w:r>
        <w:t>جو جو خدا کی نشانیاں، جو سائنز آف گاڈ چھپی ہوئی تھیں، اس کو ڈسکور کیا، اس کو ان کور کیا۔</w:t>
      </w:r>
    </w:p>
    <w:p>
      <w:r>
        <w:rPr>
          <w:b/>
        </w:rPr>
        <w:t xml:space="preserve">[31:46] </w:t>
      </w:r>
      <w:r>
        <w:t>misal ke taur par dekhiye,</w:t>
      </w:r>
    </w:p>
    <w:p>
      <w:pPr>
        <w:jc w:val="right"/>
      </w:pPr>
      <w:r>
        <w:t>مثال کے طور پر دیکھیے،</w:t>
      </w:r>
    </w:p>
    <w:p>
      <w:r>
        <w:rPr>
          <w:b/>
        </w:rPr>
        <w:t xml:space="preserve">[31:51] </w:t>
      </w:r>
      <w:r>
        <w:t>is se pehle samjha jata tha ke bohat sare devi devta hain, bohat sare Khuda hain jo jo universe ko control kar rahe hain.</w:t>
      </w:r>
    </w:p>
    <w:p>
      <w:pPr>
        <w:jc w:val="right"/>
      </w:pPr>
      <w:r>
        <w:t>اس سے پہلے سمجھا جاتا تھا کہ بہت سارے دیوی دیوتا ہیں، بہت سارے خدا ہیں جو جو یونیورس کو کنٹرول کر رہے ہیں۔</w:t>
      </w:r>
    </w:p>
    <w:p>
      <w:r>
        <w:rPr>
          <w:b/>
        </w:rPr>
        <w:t xml:space="preserve">[32:00] </w:t>
      </w:r>
      <w:r>
        <w:t>kyun? different phenomena dekhta tha insan, kahin suraj hai, kahin chand hai, kahin pahad hai, kahin samandar hai.</w:t>
      </w:r>
    </w:p>
    <w:p>
      <w:pPr>
        <w:jc w:val="right"/>
      </w:pPr>
      <w:r>
        <w:t>کیوں؟ ڈفرنٹ فیناومینا دیکھتا تھا انسان، کہیں سورج ہے، کہیں چاند ہے، کہیں پہاڑ ہے، کہیں سمندر ہے۔</w:t>
      </w:r>
    </w:p>
    <w:p>
      <w:r>
        <w:rPr>
          <w:b/>
        </w:rPr>
        <w:t xml:space="preserve">[32:09] </w:t>
      </w:r>
      <w:r>
        <w:t>to bohat sare diversity jo thi, us diversity ki bina par samjha ke Khuda bhi bohat se hone chahiye. lekin scientists ne jo discovery ki,</w:t>
      </w:r>
    </w:p>
    <w:p>
      <w:pPr>
        <w:jc w:val="right"/>
      </w:pPr>
      <w:r>
        <w:t>تو بہت سارے ڈائیورسٹی جو تھی، اس ڈائیورسٹی کی بنا پر سمجھا کہ خدا بھی بہت سے ہونے چاہیے۔ لیکن سائنس دانوں نے جو ڈسکوری کی،</w:t>
      </w:r>
    </w:p>
    <w:p>
      <w:r>
        <w:rPr>
          <w:b/>
        </w:rPr>
        <w:t xml:space="preserve">[32:23] </w:t>
      </w:r>
      <w:r>
        <w:t>to maloom hua ke itna harmony hai universe mein, itni harmony hai ke kai God is ko control nahi kar sakte.</w:t>
      </w:r>
    </w:p>
    <w:p>
      <w:pPr>
        <w:jc w:val="right"/>
      </w:pPr>
      <w:r>
        <w:t>تو معلوم ہوا کہ اتنا ہارمونی ہے یونیورس میں، اتنی ہارمونی ہے کہ کئی گاڈ اس کو کنٹرول نہیں کر سکتے۔</w:t>
      </w:r>
    </w:p>
    <w:p>
      <w:r>
        <w:rPr>
          <w:b/>
        </w:rPr>
        <w:t xml:space="preserve">[32:33] </w:t>
      </w:r>
      <w:r>
        <w:t>ek ek single God hi control kar sakta hai is ko, tabhi itni harmony is ke andar aayegi. yani kainaat mein harmony par excellence hai.</w:t>
      </w:r>
    </w:p>
    <w:p>
      <w:pPr>
        <w:jc w:val="right"/>
      </w:pPr>
      <w:r>
        <w:t>ایک ایک سنگل گاڈ ہی کنٹرول کر سکتا ہے اس کو، تبھی اتنی ہارمونی اس کے اندر آئے گی۔ یعنی کائنات میں ہارمونی پار ایکسلا ہے۔</w:t>
      </w:r>
    </w:p>
    <w:p>
      <w:r>
        <w:rPr>
          <w:b/>
        </w:rPr>
        <w:t xml:space="preserve">[32:49] </w:t>
      </w:r>
      <w:r>
        <w:t>chunanche is se, yaani science mein yeh maan liya gaya hai ke jis ko kehte hain woh log ke woh, yaani aik hi force hai jo poore universe ko control kar rahi hai.</w:t>
      </w:r>
    </w:p>
    <w:p>
      <w:pPr>
        <w:jc w:val="right"/>
      </w:pPr>
      <w:r>
        <w:t>چنانچہ اس سے، یعنی سائنس میں یہ مان لیا گیا ہے کہ جس کو کہتے ہیں وہ لوگ کہ وہ، یعنی ایک ہی فورس ہے جو پورے یونیورس کو کنٹرول کر رہی ہے۔</w:t>
      </w:r>
    </w:p>
    <w:p>
      <w:r>
        <w:rPr>
          <w:b/>
        </w:rPr>
        <w:t xml:space="preserve">[33:03] </w:t>
      </w:r>
      <w:r>
        <w:t>aik hi force hai, single force hai jo poori universe ko control kar rahi hai.</w:t>
      </w:r>
    </w:p>
    <w:p>
      <w:pPr>
        <w:jc w:val="right"/>
      </w:pPr>
      <w:r>
        <w:t>ایک ہی فورس ہے، سنگل فورس ہے جو پوری یونیورس کو کنٹرول کر رہی ہے۔</w:t>
      </w:r>
    </w:p>
    <w:p>
      <w:r>
        <w:rPr>
          <w:b/>
        </w:rPr>
        <w:t xml:space="preserve">[33:12] </w:t>
      </w:r>
      <w:r>
        <w:t>ya ab maan liya gaya hai, aur khaas tor par jo aaj kal jo living scientist hai, wahan Britain ka Stephen Hawking, us ne is ko establish kiya hai.</w:t>
      </w:r>
    </w:p>
    <w:p>
      <w:pPr>
        <w:jc w:val="right"/>
      </w:pPr>
      <w:r>
        <w:t>یا اب مان لیا گیا ہے، اور خاص طور پر جو آج کل جو لیونگ سائنٹسٹ ہے، وہاں برٹن کا اسٹیفن ہاکنگ، اس نے اس کو اسٹیبلش کیا ہے۔</w:t>
      </w:r>
    </w:p>
    <w:p>
      <w:r>
        <w:rPr>
          <w:b/>
        </w:rPr>
        <w:t xml:space="preserve">[33:27] </w:t>
      </w:r>
      <w:r>
        <w:t>to is ka matlab kya hua ke science ne yeh saabit kiya, yeh prove kiya ke tauheed ka jo concept hai, oneness of God ka jo concept hai, woh ziyada appropriate hai,</w:t>
      </w:r>
    </w:p>
    <w:p>
      <w:pPr>
        <w:jc w:val="right"/>
      </w:pPr>
      <w:r>
        <w:t>تو اس کا معنی کیا ہوا کہ سائنس نے یہ ثابت کیا، یہ پروف کیا کہ توحید کا جو کانسیپٹ ہے، وننس آف گاڈ کا جو کانسیپٹ ہے، وہ زیادہ اپروپریٹ ہے،</w:t>
      </w:r>
    </w:p>
    <w:p>
      <w:r>
        <w:rPr>
          <w:b/>
        </w:rPr>
        <w:t xml:space="preserve">[33:40] </w:t>
      </w:r>
      <w:r>
        <w:t>aur kai ka jo concept hai, woh appropriate nahi hai, woh apply nahi hota hai dunya ke upar.</w:t>
      </w:r>
    </w:p>
    <w:p>
      <w:pPr>
        <w:jc w:val="right"/>
      </w:pPr>
      <w:r>
        <w:t>اور کئی کا جو کانسیپٹ ہے، وہ اپروپریٹ نہیں ہے، وہ اپلائی نہیں ہوتا ہے دنیا کے اوپر۔</w:t>
      </w:r>
    </w:p>
    <w:p>
      <w:r>
        <w:rPr>
          <w:b/>
        </w:rPr>
        <w:t xml:space="preserve">[33:46] </w:t>
      </w:r>
      <w:r>
        <w:t>to bohat sari cheezein jo science ne discover karein, woh gaya ke jo sachaiyan chupi hui theen, un sachaiyon ko us ne khola.</w:t>
      </w:r>
    </w:p>
    <w:p>
      <w:pPr>
        <w:jc w:val="right"/>
      </w:pPr>
      <w:r>
        <w:t>تو بہت ساری چیزیں جو سائنس نے ڈسکور کیں، وہ گیا کہ جو سچائیاں چھپی ہوئی تھیں، ان سچائیوں کو اس نے کھولا۔</w:t>
      </w:r>
    </w:p>
    <w:p>
      <w:r>
        <w:rPr>
          <w:b/>
        </w:rPr>
        <w:t xml:space="preserve">[34:01] </w:t>
      </w:r>
      <w:r>
        <w:t>aise hi dekhiye, jo introduction diya gaya tha paradise ka ke wahan har qism ki comfort, har qism ki luxury hogi.</w:t>
      </w:r>
    </w:p>
    <w:p>
      <w:pPr>
        <w:jc w:val="right"/>
      </w:pPr>
      <w:r>
        <w:t>ایسے ہی دیکھیے، جو انٹروڈکشن دیا گیا تھا پیراڈائز کا کہ وہاں ہر قسم کی کمفرٹ، ہر قسم کی لگزری ہوگی۔</w:t>
      </w:r>
    </w:p>
    <w:p>
      <w:r>
        <w:rPr>
          <w:b/>
        </w:rPr>
        <w:t xml:space="preserve">[34:12] </w:t>
      </w:r>
      <w:r>
        <w:t>to is se pehle, yaani science ke, yaani modern science se pehle, insaan jaanta hi nahi tha. bohat hi rough qism ki life hua karti thi, rough qism ki.</w:t>
      </w:r>
    </w:p>
    <w:p>
      <w:pPr>
        <w:jc w:val="right"/>
      </w:pPr>
      <w:r>
        <w:t>تو اس سے پہلے، یعنی سائنس کے، یعنی ماڈرن سائنس سے پہلے، انسان جانتا ہی نہیں تھا۔ بہت ہی رف قسم کی لائف ہوا کرتی تھی، رف قسم کی۔</w:t>
      </w:r>
    </w:p>
    <w:p>
      <w:r>
        <w:rPr>
          <w:b/>
        </w:rPr>
        <w:t xml:space="preserve">[34:25] </w:t>
      </w:r>
      <w:r>
        <w:t>khud mere bachpan mein rough qism ki life maine dekhi hai gaon mein, bilkul rough qism ki life.</w:t>
      </w:r>
    </w:p>
    <w:p>
      <w:pPr>
        <w:jc w:val="right"/>
      </w:pPr>
      <w:r>
        <w:t>خود میرے بچپن میں رف قسم کی لائف میں نے دیکھی ہے گاؤں میں، بالکل رف قسم کی لائف۔</w:t>
      </w:r>
    </w:p>
    <w:p>
      <w:r>
        <w:rPr>
          <w:b/>
        </w:rPr>
        <w:t xml:space="preserve">[34:34] </w:t>
      </w:r>
      <w:r>
        <w:t>lekin jab science ko taraqqi hui aur industry dunya mein aayi, aur billions a billion naye item bane, pehle insaan chalta tha.</w:t>
      </w:r>
    </w:p>
    <w:p>
      <w:pPr>
        <w:jc w:val="right"/>
      </w:pPr>
      <w:r>
        <w:t>لیکن جب سائنس کو ترقی ہوئی اور انڈسٹری دنیا میں آئی، اور بلینز اے بلینز نئے آئٹم بنے، پہلے انسان چلتا تھا۔</w:t>
      </w:r>
    </w:p>
    <w:p>
      <w:r>
        <w:rPr>
          <w:b/>
        </w:rPr>
        <w:t xml:space="preserve">[34:46] </w:t>
      </w:r>
      <w:r>
        <w:t>hamare bachpan mein bail gaadi par bohat hi mushkil safar hota tha. aap hawa jahaaz se aaj urte hain, caron se daurte hain, samundaron mein steam ke zariye ship banaye gaye hain jo sam</w:t>
      </w:r>
    </w:p>
    <w:p>
      <w:pPr>
        <w:jc w:val="right"/>
      </w:pPr>
      <w:r>
        <w:t>ہمارے بچپن میں بیل گاڑی پر بہت ہی مشکل سفر ہوتا تھا۔ آپ ہوا جہاز سے آج اڑتے ہیں، کاروں سے دوڑتے ہیں، سمندروں میں اسٹیم کے ذریعے شپ بنائے گئے ہیں جو سم</w:t>
      </w:r>
    </w:p>
    <w:p>
      <w:r>
        <w:rPr>
          <w:b/>
        </w:rPr>
        <w:t xml:space="preserve">[35:01] </w:t>
      </w:r>
      <w:r>
        <w:t>undaron mein teir rahe hain. har taraf science ke karishme to jannat ka aik introduction karwa raha hai. yeh scientific world ke jannat mein kis tarah se achhi achhi cheezein hongi, aaram wali cheezein hongi.</w:t>
      </w:r>
    </w:p>
    <w:p>
      <w:pPr>
        <w:jc w:val="right"/>
      </w:pPr>
      <w:r>
        <w:t>ندروں میں تیر رہے ہیں۔ ہر طرف سائنس کے کرشمے تو جنت کا ایک انٹروڈکشن کروا رہا ہے۔ یہ سائنٹیفک ورلڈ کہ جنت میں کس طرح سے اچھی اچھی چیزیں ہوں گی، آرام والی چیزیں ہوں گی۔</w:t>
      </w:r>
    </w:p>
    <w:p>
      <w:r>
        <w:rPr>
          <w:b/>
        </w:rPr>
        <w:t xml:space="preserve">[35:21] </w:t>
      </w:r>
      <w:r>
        <w:t>to dunya jo in industrial world jo bani hai aaj, woh mein is ko kaha karta hoon ke jannat ka aik daur se, aik aik introduction, daur se is ki, us ko aap kehte hain Hindi mein kehte hain baanki.</w:t>
      </w:r>
    </w:p>
    <w:p>
      <w:pPr>
        <w:jc w:val="right"/>
      </w:pPr>
      <w:r>
        <w:t>تو دنیا جو ان انڈسٹریل ورلڈ جو بنی ہے آج، وہ میں اس کو کہا کرتا ہوں کہ جنت کا ایک دور سے، ایک ایک انٹروڈکشن، دور سے اس کی، اس کو آپ کہتے ہیں ہندی میں کہتے ہیں بانگی۔</w:t>
      </w:r>
    </w:p>
    <w:p>
      <w:r>
        <w:rPr>
          <w:b/>
        </w:rPr>
        <w:t xml:space="preserve">[35:37] </w:t>
      </w:r>
      <w:r>
        <w:t>yeh science ke zariye dunya mein saamne aayi</w:t>
      </w:r>
    </w:p>
    <w:p>
      <w:pPr>
        <w:jc w:val="right"/>
      </w:pPr>
      <w:r>
        <w:t>یہ سائنس کے ذریعے دنیا میں سامنے آئی</w:t>
      </w:r>
    </w:p>
    <w:p>
      <w:r>
        <w:rPr>
          <w:b/>
        </w:rPr>
        <w:t xml:space="preserve">[35:39] </w:t>
      </w:r>
      <w:r>
        <w:t>yeh cheez. isi ko mein keh raha hoon ke realization through partial uncovering, jo cheez chupi hui thi, jo cheez chupi hui thi, us se pehle us ko partial sense mein uncover kiya gaya.</w:t>
      </w:r>
    </w:p>
    <w:p>
      <w:pPr>
        <w:jc w:val="right"/>
      </w:pPr>
      <w:r>
        <w:t>یہ چیز۔ اسی کو میں کہہ رہا ہوں کہ ریلائزیشن تھرو پارشل انکورنگ، جو چیز چھپی ہوئی تھی، جو چیز چھپی ہوئی تھی، اس سے پہلے اس کو پارشل سینس میں ان کور کیا گیا۔</w:t>
      </w:r>
    </w:p>
    <w:p>
      <w:r>
        <w:rPr>
          <w:b/>
        </w:rPr>
        <w:t xml:space="preserve">[36:02] </w:t>
      </w:r>
      <w:r>
        <w:t>ab yahan par chahiye tha insaan ko ke woh maane ke haan waqai aik jannat hai.</w:t>
      </w:r>
    </w:p>
    <w:p>
      <w:pPr>
        <w:jc w:val="right"/>
      </w:pPr>
      <w:r>
        <w:t>اب یہاں پر چاہیے تھا انسان کو کہ وہ مانے کہ ہاں واقعی ایک جنت ہے۔</w:t>
      </w:r>
    </w:p>
    <w:p>
      <w:r>
        <w:rPr>
          <w:b/>
        </w:rPr>
        <w:t xml:space="preserve">[36:08] </w:t>
      </w:r>
      <w:r>
        <w:t>yeh to imperfect hai. aaj ki dunya jo science ki discoveries ke zariye ya modern industry ke zariye saamne aayi hai, woh imperfect paradise hai.</w:t>
      </w:r>
    </w:p>
    <w:p>
      <w:pPr>
        <w:jc w:val="right"/>
      </w:pPr>
      <w:r>
        <w:t>یہ تو امپرفیکٹ ہے۔ آج کی دنیا جو سائنس کی ڈسکوریز کے ذریعے یا ماڈرن انڈسٹری کے ذریعے سامنے آئی ہے، وہ امپرفیکٹ پیراڈائز ہے۔</w:t>
      </w:r>
    </w:p>
    <w:p>
      <w:r>
        <w:rPr>
          <w:b/>
        </w:rPr>
        <w:t xml:space="preserve">[36:19] </w:t>
      </w:r>
      <w:r>
        <w:t>imperfect paradise, us ko le kar hum imagine kar sakte the ke perfect paradise bhi possible hai. yaani present imperfect paradise hum ko yeh batane ke liye kholi gayi thi ke perfect paradise bhi possible hai.</w:t>
      </w:r>
    </w:p>
    <w:p>
      <w:pPr>
        <w:jc w:val="right"/>
      </w:pPr>
      <w:r>
        <w:t>امپرفیکٹ پیراڈائز، اس کو لے کر ہم امیجن کر سکتے تھے کہ پرفیکٹ پیراڈائز بھی پاسیبل ہے۔ یعنی پریزنٹ امپرفیکٹ پیراڈائز ہم کو یہ بتانے کے لیے کھولی گئی تھی کہ پرفیکٹ پیراڈائز بھی پاسیبل ہے۔</w:t>
      </w:r>
    </w:p>
    <w:p>
      <w:r>
        <w:rPr>
          <w:b/>
        </w:rPr>
        <w:t xml:space="preserve">[36:36] </w:t>
      </w:r>
      <w:r>
        <w:t>yeh hum jaanein, us ko jaan kar us par, yaani conviction ke saath, us ko pakad lein. lekin kya hua?</w:t>
      </w:r>
    </w:p>
    <w:p>
      <w:pPr>
        <w:jc w:val="right"/>
      </w:pPr>
      <w:r>
        <w:t>یہ ہم جانیں، اس کو جان کر اس پر، یعنی کنوکشن کے ساتھ، اس کو پکڑ لیں۔ لیکن کیا ہوا؟</w:t>
      </w:r>
    </w:p>
    <w:p>
      <w:r>
        <w:rPr>
          <w:b/>
        </w:rPr>
        <w:t xml:space="preserve">[36:45] </w:t>
      </w:r>
      <w:r>
        <w:t>insaan isi ko toot pada, isi imperfect paradise hi woh toot pada, woh isi ko sab kuch samajh liya. yaani Khuda ne imperfect paradise ko through science, through modern industry khola tha</w:t>
      </w:r>
    </w:p>
    <w:p>
      <w:pPr>
        <w:jc w:val="right"/>
      </w:pPr>
      <w:r>
        <w:t>انسان اسی کو ٹوٹ پڑا، اسی امپرفیکٹ پیراڈائز ہی وہ ٹوٹ پڑا، وہ اسی کو سب کچھ سمجھ لیا۔ یعنی خدا نے امپرفیکٹ پیراڈائز کو تھرو سائنس، تھرو ماڈرن انڈسٹری کھولا تھا</w:t>
      </w:r>
    </w:p>
    <w:p>
      <w:r>
        <w:rPr>
          <w:b/>
        </w:rPr>
        <w:t xml:space="preserve">[37:03] </w:t>
      </w:r>
      <w:r>
        <w:t>taake insaan</w:t>
      </w:r>
    </w:p>
    <w:p>
      <w:pPr>
        <w:jc w:val="right"/>
      </w:pPr>
      <w:r>
        <w:t>تاکہ انسان</w:t>
      </w:r>
    </w:p>
    <w:p>
      <w:r>
        <w:rPr>
          <w:b/>
        </w:rPr>
        <w:t xml:space="preserve">[37:08] </w:t>
      </w:r>
      <w:r>
        <w:t>un advanced paradise ko pehchaan le, us par yaqeen ke saath us ko maan le. insaan ne kya kiya?</w:t>
      </w:r>
    </w:p>
    <w:p>
      <w:pPr>
        <w:jc w:val="right"/>
      </w:pPr>
      <w:r>
        <w:t>ان ایڈوانس پیراڈائز کو پہچان لے، اس پر یقین کے ساتھ اس کو مان لے۔ انسان نے کیا کیا؟</w:t>
      </w:r>
    </w:p>
    <w:p>
      <w:r>
        <w:rPr>
          <w:b/>
        </w:rPr>
        <w:t xml:space="preserve">[37:18] </w:t>
      </w:r>
      <w:r>
        <w:t>ke yeh nahi kiya</w:t>
      </w:r>
    </w:p>
    <w:p>
      <w:pPr>
        <w:jc w:val="right"/>
      </w:pPr>
      <w:r>
        <w:t>کہ یہ نہیں کیا</w:t>
      </w:r>
    </w:p>
    <w:p>
      <w:r>
        <w:rPr>
          <w:b/>
        </w:rPr>
        <w:t xml:space="preserve">[37:20] </w:t>
      </w:r>
      <w:r>
        <w:t>ke imperfect paradise se, imperfect paradise ko dekh kar ke woh perfect paradise ko conceive kare aur Khuda par imaan laaye, balke isi par toot pada, isi par toot pada.</w:t>
      </w:r>
    </w:p>
    <w:p>
      <w:pPr>
        <w:jc w:val="right"/>
      </w:pPr>
      <w:r>
        <w:t>کہ امپرفیکٹ پیراڈائز سے، امپرفیکٹ پیراڈائز کو دیکھ کر کہ وہ پرفیکٹ پیراڈائز کو کنسیو کرے اور خدا پر ایمان لائے، بلکہ اسی پر ٹوٹ پڑا، اسی پر ٹوٹ پڑا۔</w:t>
      </w:r>
    </w:p>
    <w:p>
      <w:r>
        <w:rPr>
          <w:b/>
        </w:rPr>
        <w:t xml:space="preserve">[37:36] </w:t>
      </w:r>
      <w:r>
        <w:t>aur aaj kal jo bana hai, aik aik right here, right now, right here now, matlab yahi, yahi, yahi jannat par imperfect jannat hi hamein chahiye.</w:t>
      </w:r>
    </w:p>
    <w:p>
      <w:pPr>
        <w:jc w:val="right"/>
      </w:pPr>
      <w:r>
        <w:t>اور آج کل جو بنا ہے، ایک ایک رائٹ ہیر، رائٹ ناو، رائٹ ہیر ناو، مطلب یہی، یہی، یہی جنت پر امپرفیکٹ جنت ہی ہمیں چاہیے۔</w:t>
      </w:r>
    </w:p>
    <w:p>
      <w:r>
        <w:rPr>
          <w:b/>
        </w:rPr>
        <w:t xml:space="preserve">[37:50] </w:t>
      </w:r>
      <w:r>
        <w:t>yeh right here, right now ka jo concept hai, is ka matlab yeh hai ke humein to bas yahi imperfect jannat chahiye. bas das bees saal isi mein rahenge, phir aap mar kar hell mein jayenge.</w:t>
      </w:r>
    </w:p>
    <w:p>
      <w:pPr>
        <w:jc w:val="right"/>
      </w:pPr>
      <w:r>
        <w:t>یہ رائٹ ہیر، رائٹ ناو کا جو کانسیپٹ ہے، اس کا مطلب یہ ہے کہ ہمیں تو بس یہی امپرفیکٹ جنت چاہیے۔ بس دس بیس سال اسی میں رہیں گے، پھر آپ مر کر ہیل میں جائیں گے۔</w:t>
      </w:r>
    </w:p>
    <w:p>
      <w:r>
        <w:rPr>
          <w:b/>
        </w:rPr>
        <w:t xml:space="preserve">[38:01] </w:t>
      </w:r>
      <w:r>
        <w:t>humein woh gawara hai kyunke aap yahan par aap kitne din enjoy kar sakte hain? das saal, bees saal, tees saal, chalis saal.</w:t>
      </w:r>
    </w:p>
    <w:p>
      <w:pPr>
        <w:jc w:val="right"/>
      </w:pPr>
      <w:r>
        <w:t>ہمیں وہ گوارا ہے کیونکہ آپ یہاں پر آپ کتنے دن انجوائے کر سکتے ہیں؟ دس سال، بیس سال، تیس سال، چالیس سال۔</w:t>
      </w:r>
    </w:p>
    <w:p>
      <w:r>
        <w:rPr>
          <w:b/>
        </w:rPr>
        <w:t xml:space="preserve">[38:12] </w:t>
      </w:r>
      <w:r>
        <w:t>to is ka matlab hai ke insaan jab kehta hai ke right here aur right now ka jo aaj kal jo slogan hai, to gaya ke woh yeh keh raha hai ke hum to bas hi imperfect jannat mein das bees saal aaram karenge, baqi humein hell mein daal do.</w:t>
      </w:r>
    </w:p>
    <w:p>
      <w:pPr>
        <w:jc w:val="right"/>
      </w:pPr>
      <w:r>
        <w:t>تو اس کا معنی ہے کہ انسان جب کہتا ہے کہ رائٹ ہیر اور رائٹ ناو کا جو آج کل جو سلوگن ہے، تو گیا کہ وہ یہ کہہ رہا ہے کہ ہم تو بس ہی امپرفیکٹ جنت میں دس بیس سال آرام کریں گے، باقی ہمیں ہیل میں ڈال دو۔</w:t>
      </w:r>
    </w:p>
    <w:p>
      <w:r>
        <w:rPr>
          <w:b/>
        </w:rPr>
        <w:t xml:space="preserve">[38:27] </w:t>
      </w:r>
      <w:r>
        <w:t>is ke baad to kitna zyada insaan yahan fail ho gaya, kitna zyada fail ho gaya jis</w:t>
      </w:r>
    </w:p>
    <w:p>
      <w:pPr>
        <w:jc w:val="right"/>
      </w:pPr>
      <w:r>
        <w:t>اس کے بعد تو کتنا زیادہ انسان یہاں فیل ہو گیا، کتنا زیادہ فیل ہو گیا جس</w:t>
      </w:r>
    </w:p>
    <w:p>
      <w:r>
        <w:rPr>
          <w:b/>
        </w:rPr>
        <w:t xml:space="preserve">[38:36] </w:t>
      </w:r>
      <w:r>
        <w:t>ko maine kaha ke realization through partial uncovering, woh Khuda ne isi liye kiya tha ke imperfect paradise ko dekh kar ke aadmi perfect paradise ko visualize kare.</w:t>
      </w:r>
    </w:p>
    <w:p>
      <w:pPr>
        <w:jc w:val="right"/>
      </w:pPr>
      <w:r>
        <w:t>کو میں نے کہا کہ ریلائزیشن تھرو پارشل انکورنگ، وہ خدا نے اسی لیے کیا تھا کہ امپرفیکٹ پیراڈائز کو دیکھ کر کہ آدمی پرفیکٹ پیراڈائز کو ویژولائز کرے۔</w:t>
      </w:r>
    </w:p>
    <w:p>
      <w:r>
        <w:rPr>
          <w:b/>
        </w:rPr>
        <w:t xml:space="preserve">[38:50] </w:t>
      </w:r>
      <w:r>
        <w:t>lekin insaan ne kiya kiya? is shaitan ne is ko behka kar ke, kyunke har waqt humein shaitan behkata rehta hai, har waqt shaitan behkata rehta hai,</w:t>
      </w:r>
    </w:p>
    <w:p>
      <w:pPr>
        <w:jc w:val="right"/>
      </w:pPr>
      <w:r>
        <w:t>لیکن انسان نے کیا کیا؟ اس شیطان نے اس کو بہکا کر کے، کیونکہ ہر وقت ہمیں شیطان بہکاتا رہتا ہے، ہر وقت شیطان بہکاتا رہتا ہے،</w:t>
      </w:r>
    </w:p>
    <w:p>
      <w:r>
        <w:rPr>
          <w:b/>
        </w:rPr>
        <w:t xml:space="preserve">[39:03] </w:t>
      </w:r>
      <w:r>
        <w:t>behka kar ke isi hi mein humein</w:t>
      </w:r>
    </w:p>
    <w:p>
      <w:pPr>
        <w:jc w:val="right"/>
      </w:pPr>
      <w:r>
        <w:t>بہکا کر کے اسی ہی میں ہمیں</w:t>
      </w:r>
    </w:p>
    <w:p>
      <w:r>
        <w:rPr>
          <w:b/>
        </w:rPr>
        <w:t xml:space="preserve">[39:08] </w:t>
      </w:r>
      <w:r>
        <w:t>gum kar diya. to gaya ke humein shaitan ne aisa kiya ke das bees saal aaram kar lo, is ke baad eternally ja kar hell mein jalte raho.</w:t>
      </w:r>
    </w:p>
    <w:p>
      <w:pPr>
        <w:jc w:val="right"/>
      </w:pPr>
      <w:r>
        <w:t>گم کر دیا۔ تو گیا کہ ہمیں شیطان نے ایسا کیا کہ دس بیس سال آرام کر لو، اس کے بعد ایٹرنلی جا کر ہیل میں جلتے رہو۔</w:t>
      </w:r>
    </w:p>
    <w:p>
      <w:r>
        <w:rPr>
          <w:b/>
        </w:rPr>
        <w:t xml:space="preserve">[39:21] </w:t>
      </w:r>
      <w:r>
        <w:t>to yeh third phase of relation tha jis mein insaan ki majority fail ho gayi.</w:t>
      </w:r>
    </w:p>
    <w:p>
      <w:pPr>
        <w:jc w:val="right"/>
      </w:pPr>
      <w:r>
        <w:t>تو یہ تھرڈ فیز آف ریلیشن تھا جس میں انسان کی میجورٹی فیل ہو گئی۔</w:t>
      </w:r>
    </w:p>
    <w:p>
      <w:r>
        <w:rPr>
          <w:b/>
        </w:rPr>
        <w:t xml:space="preserve">[39:29] </w:t>
      </w:r>
      <w:r>
        <w:t>yani partial sense mein ya imperfect tor par Khuda ne paradise ki ek jhalak dikhai thi sirf is liye ke aadmi jo asal paradise hai, us ko conceive kar sake, us ko imagine kar sake, us ko visualize kar sake.</w:t>
      </w:r>
    </w:p>
    <w:p>
      <w:pPr>
        <w:jc w:val="right"/>
      </w:pPr>
      <w:r>
        <w:t>یعنی پارشل سینس میں یا امپرفیکٹ طور پر خدا نے پیراڈائز کی ایک جھلکی دکھائی تھی صرف اس لیے کہ آدمی جو اصل پیراڈائز ہے، اس کو کنسیو کر سکے، اس کو امیجن کر سکے، اس کو ویژولائز کر سکے۔</w:t>
      </w:r>
    </w:p>
    <w:p>
      <w:r>
        <w:rPr>
          <w:b/>
        </w:rPr>
        <w:t xml:space="preserve">[39:46] </w:t>
      </w:r>
      <w:r>
        <w:t>lekin ulta hua, isi mein insaan kood pada.</w:t>
      </w:r>
    </w:p>
    <w:p>
      <w:pPr>
        <w:jc w:val="right"/>
      </w:pPr>
      <w:r>
        <w:t>لیکن الٹا ہوا، اسی میں انسان کود پڑا۔</w:t>
      </w:r>
    </w:p>
    <w:p>
      <w:r>
        <w:rPr>
          <w:b/>
        </w:rPr>
        <w:t xml:space="preserve">[39:52] </w:t>
      </w:r>
      <w:r>
        <w:t>ab fourth phase hai history ka, fourth phase</w:t>
      </w:r>
    </w:p>
    <w:p>
      <w:pPr>
        <w:jc w:val="right"/>
      </w:pPr>
      <w:r>
        <w:t>اب فورتھ فیز ہے ہسٹری کا، فورتھ فیز</w:t>
      </w:r>
    </w:p>
    <w:p>
      <w:r>
        <w:rPr>
          <w:b/>
        </w:rPr>
        <w:t xml:space="preserve">[39:56] </w:t>
      </w:r>
      <w:r>
        <w:t>jis ko maine kaha ke realization through total uncovering,</w:t>
      </w:r>
    </w:p>
    <w:p>
      <w:pPr>
        <w:jc w:val="right"/>
      </w:pPr>
      <w:r>
        <w:t>جس کو میں نے کہا کہ ریلائزیشن تھرو ٹوٹل انکورنگ،</w:t>
      </w:r>
    </w:p>
    <w:p>
      <w:r>
        <w:rPr>
          <w:b/>
        </w:rPr>
        <w:t xml:space="preserve">[40:05] </w:t>
      </w:r>
      <w:r>
        <w:t>total uncovering. haan, yahan mein ek baat shamil karoon, yeh mere paas kal ka paper hai.</w:t>
      </w:r>
    </w:p>
    <w:p>
      <w:pPr>
        <w:jc w:val="right"/>
      </w:pPr>
      <w:r>
        <w:t>ٹوٹل انکورنگ۔ ہاں، یہاں میں ایک بات شامل کروں، یہ میرے پاس کل کا پیپر ہے۔</w:t>
      </w:r>
    </w:p>
    <w:p>
      <w:r>
        <w:rPr>
          <w:b/>
        </w:rPr>
        <w:t xml:space="preserve">[40:16] </w:t>
      </w:r>
      <w:r>
        <w:t>kal ke paper mein bari ek ajeeb news aayi thi, bohat zyada relevant</w:t>
      </w:r>
    </w:p>
    <w:p>
      <w:pPr>
        <w:jc w:val="right"/>
      </w:pPr>
      <w:r>
        <w:t>کل کے پیپر میں بڑی ایک عجیب نیوز آئی تھی، بہت زیادہ ریلی</w:t>
      </w:r>
    </w:p>
    <w:p>
      <w:r>
        <w:rPr>
          <w:b/>
        </w:rPr>
        <w:t xml:space="preserve">[40:21] </w:t>
      </w:r>
      <w:r>
        <w:t>hai meri is baat se jo maine kaha</w:t>
      </w:r>
    </w:p>
    <w:p>
      <w:pPr>
        <w:jc w:val="right"/>
      </w:pPr>
      <w:r>
        <w:t>ونٹ ہے میری اس بات سے جو میں نے کہا</w:t>
      </w:r>
    </w:p>
    <w:p>
      <w:r>
        <w:rPr>
          <w:b/>
        </w:rPr>
        <w:t xml:space="preserve">[40:26] </w:t>
      </w:r>
      <w:r>
        <w:t>ke dunya mein hum chahte hain ke hi hum apni paradise bana lein, to hum bana nahi paate kyunke paradise to post death period mein hai.</w:t>
      </w:r>
    </w:p>
    <w:p>
      <w:pPr>
        <w:jc w:val="right"/>
      </w:pPr>
      <w:r>
        <w:t>کہ دنیا میں ہم چاہتے ہیں کہ ہی ہم اپنی پیراڈائز بنا لیں، تو ہم بنا نہیں پاتے کیونکہ پیراڈائز تو پوسٹ ڈیتھ پیریڈ میں ہے۔</w:t>
      </w:r>
    </w:p>
    <w:p>
      <w:r>
        <w:rPr>
          <w:b/>
        </w:rPr>
        <w:t xml:space="preserve">[40:38] </w:t>
      </w:r>
      <w:r>
        <w:t>to kal ke paper mein yeh news thi,</w:t>
      </w:r>
    </w:p>
    <w:p>
      <w:pPr>
        <w:jc w:val="right"/>
      </w:pPr>
      <w:r>
        <w:t>تو کل کے پیپر میں یہ نیوز تھی،</w:t>
      </w:r>
    </w:p>
    <w:p>
      <w:r>
        <w:rPr>
          <w:b/>
        </w:rPr>
        <w:t xml:space="preserve">[40:44] </w:t>
      </w:r>
      <w:r>
        <w:t>is ka mein samajhta hoon ke is ki best heading yeh hogi ke "fire in man made paradise".</w:t>
      </w:r>
    </w:p>
    <w:p>
      <w:pPr>
        <w:jc w:val="right"/>
      </w:pPr>
      <w:r>
        <w:t>اس کا میں سمجھتا ہوں کہ اس کی بیسٹ ہیڈنگ یہ ہوگی کہ "فائر ان مین میڈ پیراڈائز"۔</w:t>
      </w:r>
    </w:p>
    <w:p>
      <w:r>
        <w:rPr>
          <w:b/>
        </w:rPr>
        <w:t xml:space="preserve">[40:56] </w:t>
      </w:r>
      <w:r>
        <w:t>"fire in man made paradise" to qissa kya hai ke America mein aap jante hain ke ek state hai, California.</w:t>
      </w:r>
    </w:p>
    <w:p>
      <w:pPr>
        <w:jc w:val="right"/>
      </w:pPr>
      <w:r>
        <w:t>"فائر ان مین میڈ پیراڈائز" تو قصہ کیا ہے کہ امریکہ میں آپ جانتے ہیں کہ ایک اسٹیٹ ہے، کیلیفورنیا۔</w:t>
      </w:r>
    </w:p>
    <w:p>
      <w:r>
        <w:rPr>
          <w:b/>
        </w:rPr>
        <w:t xml:space="preserve">[41:06] </w:t>
      </w:r>
      <w:r>
        <w:t>California mein bohat baray area mein jangal hai</w:t>
      </w:r>
    </w:p>
    <w:p>
      <w:pPr>
        <w:jc w:val="right"/>
      </w:pPr>
      <w:r>
        <w:t>کیلیفورنیا میں بہت بڑے ایریا میں جنگل ہے</w:t>
      </w:r>
    </w:p>
    <w:p>
      <w:r>
        <w:rPr>
          <w:b/>
        </w:rPr>
        <w:t xml:space="preserve">[41:12] </w:t>
      </w:r>
      <w:r>
        <w:t>jahan aaj kal aag lagi hui hai. aap sab log jante honge ke California ke jangalon mein aag lagi hui hai, abhi tak is ko control nahi kar sake yeh log kyunke wahan par bohat garmi padti hai.</w:t>
      </w:r>
    </w:p>
    <w:p>
      <w:pPr>
        <w:jc w:val="right"/>
      </w:pPr>
      <w:r>
        <w:t>جہاں آج کل آگ لگی ہوئی ہے۔ آپ سب لوگ جانتے ہوں گے کہ کیلیفورنیا کے جنگلوں میں آگ لگی ہوئی ہے، ابھی تک اس کو کنٹرول نہیں کر سکے یہ لوگ کیونکہ وہاں پر بہت گرمی پڑتی ہے۔</w:t>
      </w:r>
    </w:p>
    <w:p>
      <w:r>
        <w:rPr>
          <w:b/>
        </w:rPr>
        <w:t xml:space="preserve">[41:27] </w:t>
      </w:r>
      <w:r>
        <w:t>is saal zyada garmi padi, global warming jo hui hai to global warming ka asar har jagah hai, har jagah hai, har jagah hai. sari dunya mein</w:t>
      </w:r>
    </w:p>
    <w:p>
      <w:pPr>
        <w:jc w:val="right"/>
      </w:pPr>
      <w:r>
        <w:t>اس سال زیادہ گرمی پڑی، گلوبل وارمنگ جو ہوئی ہے تو گلوبل وارمنگ کا اثر ہر جگہ ہے، ہر جگہ ہے، ہر جگہ ہے۔ ساری دنیا میں</w:t>
      </w:r>
    </w:p>
    <w:p>
      <w:r>
        <w:rPr>
          <w:b/>
        </w:rPr>
        <w:t xml:space="preserve">[41:36] </w:t>
      </w:r>
      <w:r>
        <w:t>glaciers pighal rahe hain aur north pole par jo itna bara barf ka jo pahad tha, woh pighal raha hai.</w:t>
      </w:r>
    </w:p>
    <w:p>
      <w:pPr>
        <w:jc w:val="right"/>
      </w:pPr>
      <w:r>
        <w:t>گلیشیئر پگھل رہے ہیں اور نارتھ پول پر جو اتنا بڑا برف کا جو پہاڑ تھا، وہ پگھل رہا ہے۔</w:t>
      </w:r>
    </w:p>
    <w:p>
      <w:r>
        <w:rPr>
          <w:b/>
        </w:rPr>
        <w:t xml:space="preserve">[41:45] </w:t>
      </w:r>
      <w:r>
        <w:t>har taraf garmi barh rahi hai to global warming ki wajah se wahan jangalon mein aag lag gayi, woh abhi tak is ko bujha nahi paye, control nahi kar paye, super power control nahi kar kar saka is ko.</w:t>
      </w:r>
    </w:p>
    <w:p>
      <w:pPr>
        <w:jc w:val="right"/>
      </w:pPr>
      <w:r>
        <w:t>ہر طرف گرمی بڑھ رہی ہے تو گلوبل وارمنگ کی وجہ سے وہاں جنگلوں میں آگ لگ گئی، وہ ابھی تک اس کو بجھا نہیں پائے، کنٹرول نہیں کر پائے، سپر پاور کنٹرول نہیں کر کر سکا اس کو۔</w:t>
      </w:r>
    </w:p>
    <w:p>
      <w:r>
        <w:rPr>
          <w:b/>
        </w:rPr>
        <w:t xml:space="preserve">[41:59] </w:t>
      </w:r>
      <w:r>
        <w:t>to wahan par kya hai ke wahan par in jangalon ke kinare ek darya behta hai, river. to wahan par bohat hi beautiful scene tha, idhar janglaat hain hara bhara,</w:t>
      </w:r>
    </w:p>
    <w:p>
      <w:pPr>
        <w:jc w:val="right"/>
      </w:pPr>
      <w:r>
        <w:t>تو وہاں پر کیا ہے کہ وہاں پر ان جنگلوں کے کنارے ایک دریا بہتا ہے، ریور۔ تو وہاں پر بہت ہی بیوٹی فل سین تھا، ادھر جنگل ہیں ہرے بھرے،</w:t>
      </w:r>
    </w:p>
    <w:p>
      <w:r>
        <w:rPr>
          <w:b/>
        </w:rPr>
        <w:t xml:space="preserve">[42:13] </w:t>
      </w:r>
      <w:r>
        <w:t>idhar darya beh raha hai to bohat beautiful scene tha. to wahan par ek town banaya gaya, town is ka naam rakha gaya "paradise".</w:t>
      </w:r>
    </w:p>
    <w:p>
      <w:pPr>
        <w:jc w:val="right"/>
      </w:pPr>
      <w:r>
        <w:t>ادھر دریا بہہ رہا ہے تو بہت بیوٹی فل سین تھا۔ تو وہاں پر ایک ٹاؤن بنایا گیا، ٹاؤن اس کا نام رکھا گیا "پیراڈائز"۔</w:t>
      </w:r>
    </w:p>
    <w:p>
      <w:r>
        <w:rPr>
          <w:b/>
        </w:rPr>
        <w:t xml:space="preserve">[42:23] </w:t>
      </w:r>
      <w:r>
        <w:t>"paradise" ek town ka naam hai jo california mein nadi ke kinare banaya gaya tha,</w:t>
      </w:r>
    </w:p>
    <w:p>
      <w:pPr>
        <w:jc w:val="right"/>
      </w:pPr>
      <w:r>
        <w:t>"پیراڈائز" ایک ٹاؤن کا نام ہے جو کیلیفورنیا میں ندی کے کنارے بنایا گیا تھا،</w:t>
      </w:r>
    </w:p>
    <w:p>
      <w:r>
        <w:rPr>
          <w:b/>
        </w:rPr>
        <w:t xml:space="preserve">[42:29] </w:t>
      </w:r>
      <w:r>
        <w:t>bohat hi beautiful nature ke andar. to yeh jo aag lagi jangalon mein to is mein hai ke jump kar ke woh darya ko jump kar ke town mein dakhil ho gayi jis ka naam "paradise" hai aur ten tha gharon ko is ne woh kar diya,</w:t>
      </w:r>
    </w:p>
    <w:p>
      <w:pPr>
        <w:jc w:val="right"/>
      </w:pPr>
      <w:r>
        <w:t>بہت ہی بیوٹی فل نیچر کے اندر۔ تو یہ جو آگ لگی جنگلوں میں تو اس میں ہے کہ جمپ کر کے وہ دریا کو جمپ کر کے ٹاؤن میں داخل ہو گئی جس کا نام "پیراڈائز" ہے اور ٹین تھا گھروں کو اس نے وہ کر دیا،</w:t>
      </w:r>
    </w:p>
    <w:p>
      <w:r>
        <w:rPr>
          <w:b/>
        </w:rPr>
        <w:t xml:space="preserve">[42:57] </w:t>
      </w:r>
      <w:r>
        <w:t>rehne qabil nahi raha</w:t>
      </w:r>
    </w:p>
    <w:p>
      <w:pPr>
        <w:jc w:val="right"/>
      </w:pPr>
      <w:r>
        <w:t>رہنے قابل نہیں رہا</w:t>
      </w:r>
    </w:p>
    <w:p>
      <w:r>
        <w:rPr>
          <w:b/>
        </w:rPr>
        <w:t xml:space="preserve">[42:58] </w:t>
      </w:r>
      <w:r>
        <w:t>woh ghar. to log bhaag rahe hain wahan se, yani paradise se bhaag rahe hain. to is ko parh kar maine socha ke is ke best is ka caption yeh hoga "fire in man made paradise".</w:t>
      </w:r>
    </w:p>
    <w:p>
      <w:pPr>
        <w:jc w:val="right"/>
      </w:pPr>
      <w:r>
        <w:t>وہ گھر۔ تو لوگ بھاگ رہے ہیں وہاں سے، یعنی پیراڈائز سے بھاگ رہے ہیں۔ تو اس کو پڑھ کر میں نے سوچا کہ اس کے بیسٹ اس کا کیپشن یہ ہوگا "فائر ان مین میڈ پیراڈائز"۔</w:t>
      </w:r>
    </w:p>
    <w:p>
      <w:r>
        <w:rPr>
          <w:b/>
        </w:rPr>
        <w:t xml:space="preserve">[43:11] </w:t>
      </w:r>
      <w:r>
        <w:t>"fire in man made paradise" to sari dunya mein aag lagi hui hai, global warming ne laga rakhi hai. ab zara ghor kijiye,</w:t>
      </w:r>
    </w:p>
    <w:p>
      <w:pPr>
        <w:jc w:val="right"/>
      </w:pPr>
      <w:r>
        <w:t>"فائر ان مین میڈ پیراڈائز" تو ساری دنیا میں آگ لگی ہوئی ہے، گلوبل وارمنگ نے لگا رکھی ہے۔ اب ذرا غور کیجئے،</w:t>
      </w:r>
    </w:p>
    <w:p>
      <w:r>
        <w:rPr>
          <w:b/>
        </w:rPr>
        <w:t xml:space="preserve">[43:22] </w:t>
      </w:r>
      <w:r>
        <w:t>insan ko khuda ne dastaras di science par, modern industry par, bohat cheezein samne aayin jis ko le kar aadmi khuda ko yaad kare, jannat ko conceive kar sake.</w:t>
      </w:r>
    </w:p>
    <w:p>
      <w:pPr>
        <w:jc w:val="right"/>
      </w:pPr>
      <w:r>
        <w:t>انسان کو خدا نے دسترس دی سائنس پر، ماڈرن انڈسٹری پر، بہت چیزیں سامنے آئیں جس کو لے کر آدمی خدا کو یاد کرے، جنت کو کنسیو کر سکے۔</w:t>
      </w:r>
    </w:p>
    <w:p>
      <w:r>
        <w:rPr>
          <w:b/>
        </w:rPr>
        <w:t xml:space="preserve">[43:37] </w:t>
      </w:r>
      <w:r>
        <w:t>lekin woh isi ko sa is ne samjha ke main through science, through modern industry, through modern technology, main main khud hi aaj jannat bana sakta hoon.</w:t>
      </w:r>
    </w:p>
    <w:p>
      <w:pPr>
        <w:jc w:val="right"/>
      </w:pPr>
      <w:r>
        <w:t>لیکن وہ اسی کو سا اس نے سمجھا کہ میں تھرو سائنس، تھرو ماڈرن انڈسٹری، تھرو ماڈرن ٹیکنالوجی، میں میں خود ہی آج جنت بنا سکتا ہوں۔</w:t>
      </w:r>
    </w:p>
    <w:p>
      <w:r>
        <w:rPr>
          <w:b/>
        </w:rPr>
        <w:t xml:space="preserve">[43:47] </w:t>
      </w:r>
      <w:r>
        <w:t>to man made paradise banane ki koshish mein lag gaya insan.</w:t>
      </w:r>
    </w:p>
    <w:p>
      <w:pPr>
        <w:jc w:val="right"/>
      </w:pPr>
      <w:r>
        <w:t>تو مین میڈ پیراڈائز بنانے کی کوشش میں لگ گیا انسان۔</w:t>
      </w:r>
    </w:p>
    <w:p>
      <w:r>
        <w:rPr>
          <w:b/>
        </w:rPr>
        <w:t xml:space="preserve">[43:52] </w:t>
      </w:r>
      <w:r>
        <w:t>lekin global warming kya hai? woh sirf california ke paradise mein aag nahi lagi hai, poori dunya mein aag lagi hui hai. aap dekhiye, har taraf garmi, har taraf garmi.</w:t>
      </w:r>
    </w:p>
    <w:p>
      <w:pPr>
        <w:jc w:val="right"/>
      </w:pPr>
      <w:r>
        <w:t>لیکن گلوبل وارمنگ کیا ہے؟ وہ صرف کیلیفورنیا کے پیراڈائز میں آگ نہیں لگی ہے، پوری دنیا میں آگ لگی ہوئی ہے۔ آپ دیکھیے، ہر طرف گرمی، ہر طرف گرمی۔</w:t>
      </w:r>
    </w:p>
    <w:p>
      <w:r>
        <w:rPr>
          <w:b/>
        </w:rPr>
        <w:t xml:space="preserve">[44:08] </w:t>
      </w:r>
      <w:r>
        <w:t>dunya ka global ka koi hissa aisa nahi bacha hai jahan bohat ziyada garmi ka problem na paida ho gaya ho. aur scientist barabar bohat ziyada warning de rahe hain ke ho sakta hai ke das saal ke andar andar andar yeh sab inhabitable ho jaye.</w:t>
      </w:r>
    </w:p>
    <w:p>
      <w:pPr>
        <w:jc w:val="right"/>
      </w:pPr>
      <w:r>
        <w:t>دنیا کا گلوب کا کوئی حصہ ایسا نہیں بچا ہے جہاں بہت زیادہ گرمی کا پرابلم نہ پیدا ہو گیا ہو۔ اور سائنٹسٹ برابر بہت زیادہ وارننگ دے رہے ہیں کہ ہو سکتا ہے کہ دس سال کے اندر اندر اندر اندر یہ سب انہیبیٹیبل ہو جائے۔</w:t>
      </w:r>
    </w:p>
    <w:p>
      <w:r>
        <w:rPr>
          <w:b/>
        </w:rPr>
        <w:t xml:space="preserve">[44:29] </w:t>
      </w:r>
      <w:r>
        <w:t>kyun ke aap jante hain ke life support system jo hai, woh destroy ho raha hai. kaise rahega insan is par bataiye?</w:t>
      </w:r>
    </w:p>
    <w:p>
      <w:pPr>
        <w:jc w:val="right"/>
      </w:pPr>
      <w:r>
        <w:t>کیونکہ آپ جانتے ہیں کہ لائف سپورٹ سسٹم جو ہے، وہ ڈسٹرائے ہو رہا ہے۔ کیسے رہے گا انسان اس پر بتائیے؟</w:t>
      </w:r>
    </w:p>
    <w:p>
      <w:r>
        <w:rPr>
          <w:b/>
        </w:rPr>
        <w:t xml:space="preserve">[44:38] </w:t>
      </w:r>
      <w:r>
        <w:t>life support system har din destroy ho raha hai. insan kaise rahega yahan par? kya karega?</w:t>
      </w:r>
    </w:p>
    <w:p>
      <w:pPr>
        <w:jc w:val="right"/>
      </w:pPr>
      <w:r>
        <w:t>لائف سپورٹ سسٹم ہر دن ڈسٹرائے ہو رہا ہے۔ انسان کیسے رہے گا یہاں پر؟ کیا کرے گا؟</w:t>
      </w:r>
    </w:p>
    <w:p>
      <w:r>
        <w:rPr>
          <w:b/>
        </w:rPr>
        <w:t xml:space="preserve">[44:49] </w:t>
      </w:r>
      <w:r>
        <w:t>to inhabitable hoti chali ja rahi hai yeh dunya hamare liye. to gaya ke woh jo california ke town jis ka naam "paradise" hai, is mein jo aag lagi hai,</w:t>
      </w:r>
    </w:p>
    <w:p>
      <w:pPr>
        <w:jc w:val="right"/>
      </w:pPr>
      <w:r>
        <w:t>تو انہیبیٹیبل ہوتی چلی جا رہی ہے یہ دنیا ہمارے لیے۔ تو گیا کہ وہ جو کیلیفورنیا کے ٹاؤن جس کا نام "پیراڈائز" ہے، اس میں جو آگ لگی ہے،</w:t>
      </w:r>
    </w:p>
    <w:p>
      <w:r>
        <w:rPr>
          <w:b/>
        </w:rPr>
        <w:t xml:space="preserve">[45:03] </w:t>
      </w:r>
      <w:r>
        <w:t>woh symbolic sense mein poori dunya ko bata rahi hai ke sari dunya mein is aag lagi hui hai. gul</w:t>
      </w:r>
    </w:p>
    <w:p>
      <w:pPr>
        <w:jc w:val="right"/>
      </w:pPr>
      <w:r>
        <w:t>وہ سمبولک سینس میں پوری دنیا کو بتا رہی ہے کہ ساری دنیا میں اس آگ لگی ہوئی ہے۔ گل</w:t>
      </w:r>
    </w:p>
    <w:p>
      <w:r>
        <w:rPr>
          <w:b/>
        </w:rPr>
        <w:t xml:space="preserve">[45:11] </w:t>
      </w:r>
      <w:r>
        <w:t>global warming jo hai, global firing hai. kaisi ajeeb baat hai jis mein hum ghare hue hain. is waqt khuda ne hamari sari cheezon ko disorder kar diya ke tu nahi bana sakta dunya mein paradise, hum is ko aag laga den ge.</w:t>
      </w:r>
    </w:p>
    <w:p>
      <w:pPr>
        <w:jc w:val="right"/>
      </w:pPr>
      <w:r>
        <w:t>وبل وارمنگ جو ہے، گلوبل فائرنگ ہے۔ کیسی عجیب بات ہے جس میں ہم گھرے ہوئے ہیں۔ اس وقت خدا نے ہماری ساری چیزوں کو ڈس آرڈر کر دیا کہ تو نہیں بنا سکتے دنیا میں پیراڈائز، ہم اس کو آگ لگا دیں گے۔</w:t>
      </w:r>
    </w:p>
    <w:p>
      <w:r>
        <w:rPr>
          <w:b/>
        </w:rPr>
        <w:t xml:space="preserve">[45:32] </w:t>
      </w:r>
      <w:r>
        <w:t>aise jaise ke kuch log ek shehar mein main ne dekha, main wahan gaya to kuch log wahan jhuggi chopri bana rahe the.</w:t>
      </w:r>
    </w:p>
    <w:p>
      <w:pPr>
        <w:jc w:val="right"/>
      </w:pPr>
      <w:r>
        <w:t>ایسے جیسے کہ کچھ لوگ ایک شہر میں میں نے دیکھا، میں وہاں گیا تو کچھ لوگ وہاں جھگگو چوپڑی بنا رہے تھے۔</w:t>
      </w:r>
    </w:p>
    <w:p>
      <w:r>
        <w:rPr>
          <w:b/>
        </w:rPr>
        <w:t xml:space="preserve">[45:42] </w:t>
      </w:r>
      <w:r>
        <w:t>government ne mana kiya ke mat banao, mat banao.</w:t>
      </w:r>
    </w:p>
    <w:p>
      <w:pPr>
        <w:jc w:val="right"/>
      </w:pPr>
      <w:r>
        <w:t>گورنمنٹ نے منع کیا کہ مت بناؤ، مت بناؤ۔</w:t>
      </w:r>
    </w:p>
    <w:p>
      <w:r>
        <w:rPr>
          <w:b/>
        </w:rPr>
        <w:t xml:space="preserve">[45:47] </w:t>
      </w:r>
      <w:r>
        <w:t>to wahan par aag laga di gayi, sab jala diya gaya is ko kyun ke unhone baghair kisi khud se bana liya tha.</w:t>
      </w:r>
    </w:p>
    <w:p>
      <w:pPr>
        <w:jc w:val="right"/>
      </w:pPr>
      <w:r>
        <w:t>تو وہاں پر آگ لگا دی گئی، سب جلا دیا گیا اس کو کیونکہ انہوں نے بغیر کسی خود سے بنا لیا تھا۔</w:t>
      </w:r>
    </w:p>
    <w:p>
      <w:r>
        <w:rPr>
          <w:b/>
        </w:rPr>
        <w:t xml:space="preserve">[45:56] </w:t>
      </w:r>
      <w:r>
        <w:t>woh ek achhe area mein jhuggi chopriyan.</w:t>
      </w:r>
    </w:p>
    <w:p>
      <w:pPr>
        <w:jc w:val="right"/>
      </w:pPr>
      <w:r>
        <w:t>وہ ایک اچھے ایریا میں جھگگو چوپڑیاں۔</w:t>
      </w:r>
    </w:p>
    <w:p>
      <w:r>
        <w:rPr>
          <w:b/>
        </w:rPr>
        <w:t xml:space="preserve">[46:01] </w:t>
      </w:r>
      <w:r>
        <w:t>wohi main kehta hoon ke dunya mein is waqt ho raha hai ke logon ne beautiful shehar banaye, beautiful sawariyan banayin, beautiful kaliyan banayin, beautiful ghar banaye.</w:t>
      </w:r>
    </w:p>
    <w:p>
      <w:pPr>
        <w:jc w:val="right"/>
      </w:pPr>
      <w:r>
        <w:t>وہی میں کہتا ہوں کہ دنیا میں اس وقت ہو رہا ہے کہ لوگوں نے بیوٹی فل شہر بنائے، بیوٹی فل سواریاں بنائیں، بیوٹی فل کالیاں بنائیں، بیوٹی فل گھر بنائے۔</w:t>
      </w:r>
    </w:p>
    <w:p>
      <w:r>
        <w:rPr>
          <w:b/>
        </w:rPr>
        <w:t xml:space="preserve">[46:16] </w:t>
      </w:r>
      <w:r>
        <w:t>poori dunya mein unhone samjha ke hum ek man made paradise bana sakte hain. phir global warming aa gayi aur khuda ne aag laga di.</w:t>
      </w:r>
    </w:p>
    <w:p>
      <w:pPr>
        <w:jc w:val="right"/>
      </w:pPr>
      <w:r>
        <w:t>پوری دنیا میں انہوں نے سمجھا کہ ہم ایک مین میڈ پیراڈائز بنا سکتے ہیں۔ پھر گلوبل وارمنگ آ گئی اور خدا نے آگ لگا دی۔</w:t>
      </w:r>
    </w:p>
    <w:p>
      <w:r>
        <w:rPr>
          <w:b/>
        </w:rPr>
        <w:t xml:space="preserve">[46:27] </w:t>
      </w:r>
      <w:r>
        <w:t>to california ke town paradise mein jo aag lagi hai, woh symbolize kar rahi hai is aalami universal aag ko.</w:t>
      </w:r>
    </w:p>
    <w:p>
      <w:pPr>
        <w:jc w:val="right"/>
      </w:pPr>
      <w:r>
        <w:t>تو کیلیفورنیا کے ٹاؤن پیراڈائز میں جو آگ لگی ہے، وہ سمبلائز کر رہی ہے اس عالمی یونیورسل آگ کو۔</w:t>
      </w:r>
    </w:p>
    <w:p>
      <w:r>
        <w:rPr>
          <w:b/>
        </w:rPr>
        <w:t xml:space="preserve">[46:37] </w:t>
      </w:r>
      <w:r>
        <w:t>yeh halat hai insan ki. to hamara mission kya hai? hamara mission yeh hai ke hum insan ko batayein ke tum jab khuda ne chaha tum ko unconscious level par tum ko guidance dena, to tum guidance nahi le sake.</w:t>
      </w:r>
    </w:p>
    <w:p>
      <w:pPr>
        <w:jc w:val="right"/>
      </w:pPr>
      <w:r>
        <w:t>یہ حالت ہے انسان کی۔ تو ہمارا مشن کیا ہے؟ ہمارا مشن یہ ہے کہ ہم انسان کو بتائیں کہ تم جب خدا نے چاہا تم کو ان کانشیس لیول پر تم کو گائیڈنس دینا، تو تم گائیڈنس نہیں لے سکے۔</w:t>
      </w:r>
    </w:p>
    <w:p>
      <w:r>
        <w:rPr>
          <w:b/>
        </w:rPr>
        <w:t xml:space="preserve">[46:58] </w:t>
      </w:r>
      <w:r>
        <w:t>jab khuda ne chaha ke tum ko conscious level par spoken words mein tum ko guide kiya jaye, tab bhi tum ne is ko nahi suna. phir khuda ne chaha ke partial tor par dis cover kar de,</w:t>
      </w:r>
    </w:p>
    <w:p>
      <w:pPr>
        <w:jc w:val="right"/>
      </w:pPr>
      <w:r>
        <w:t>جب خدا نے چاہا کہ تم کو کانشیس لیول پر اسپوکن ورڈز میں تم کو گائیڈ کیا جائے، تب بھی تم نے اس کو نہیں سنا۔ پھر خدا نے چاہا کہ پارشل طور پر ڈس ان کور کر دے،</w:t>
      </w:r>
    </w:p>
    <w:p>
      <w:r>
        <w:rPr>
          <w:b/>
        </w:rPr>
        <w:t xml:space="preserve">[47:15] </w:t>
      </w:r>
      <w:r>
        <w:t>woh bhi hua. phir bhi tum is se kuch listen nahi liya.</w:t>
      </w:r>
    </w:p>
    <w:p>
      <w:pPr>
        <w:jc w:val="right"/>
      </w:pPr>
      <w:r>
        <w:t>وہ بھی ہوا۔ پھر بھی تم اس سے کچھ لسن نہیں لیا۔</w:t>
      </w:r>
    </w:p>
    <w:p>
      <w:r>
        <w:rPr>
          <w:b/>
        </w:rPr>
        <w:t xml:space="preserve">[47:25] </w:t>
      </w:r>
      <w:r>
        <w:t>to ab ab hum is dunya hi ko aag laga den ge, is dunya ko khatm kar den ge.</w:t>
      </w:r>
    </w:p>
    <w:p>
      <w:pPr>
        <w:jc w:val="right"/>
      </w:pPr>
      <w:r>
        <w:t>تو اب اب ہم اس دنیا ہی کو آگ لگا دیں گے، اس دنیا کو ختم کر دیں گے۔</w:t>
      </w:r>
    </w:p>
    <w:p>
      <w:r>
        <w:rPr>
          <w:b/>
        </w:rPr>
        <w:t xml:space="preserve">[47:36] </w:t>
      </w:r>
      <w:r>
        <w:t>jo jo khuda ka, khuda jo is ka creator hai, us ko parhiye. us ko</w:t>
      </w:r>
    </w:p>
    <w:p>
      <w:pPr>
        <w:jc w:val="right"/>
      </w:pPr>
      <w:r>
        <w:t>جو جو خدا کا، خدا جو اس کا کریٹر ہے، اس کو پڑھیے۔ اس کو</w:t>
      </w:r>
    </w:p>
    <w:p>
      <w:r>
        <w:rPr>
          <w:b/>
        </w:rPr>
        <w:t xml:space="preserve">[47:44] </w:t>
      </w:r>
      <w:r>
        <w:t>yeh khuda, khuda ki yeh yeh yeh khuda ki zuban hai, khuda ka ailan hai, khuda ka announcement hai ke ya to tum hamara jo</w:t>
      </w:r>
    </w:p>
    <w:p>
      <w:pPr>
        <w:jc w:val="right"/>
      </w:pPr>
      <w:r>
        <w:t>یہ خدا، خدا کی یہ یہ یہ خدا کی زبان ہے، خدا کا اعلان ہے، خدا کا اناؤنسمنٹ ہے کہ یا تو تم ہمارا جو</w:t>
      </w:r>
    </w:p>
    <w:p>
      <w:r>
        <w:rPr>
          <w:b/>
        </w:rPr>
        <w:t xml:space="preserve">[48:02] </w:t>
      </w:r>
      <w:r>
        <w:t>hum ne jo diya hai tum ko guidance,</w:t>
      </w:r>
    </w:p>
    <w:p>
      <w:pPr>
        <w:jc w:val="right"/>
      </w:pPr>
      <w:r>
        <w:t>ہم نے جو دیا ہے تم کو گائیڈنس،</w:t>
      </w:r>
    </w:p>
    <w:p>
      <w:r>
        <w:rPr>
          <w:b/>
        </w:rPr>
        <w:t xml:space="preserve">[48:08] </w:t>
      </w:r>
      <w:r>
        <w:t>ya to tum is par chalo, nahi to tum destroy kar diye ja o ge.</w:t>
      </w:r>
    </w:p>
    <w:p>
      <w:pPr>
        <w:jc w:val="right"/>
      </w:pPr>
      <w:r>
        <w:t>یا تو تم اس پر چلو، نہیں تو تم ڈسٹرائے کر دیے جاؤ گے۔</w:t>
      </w:r>
    </w:p>
    <w:p>
      <w:r>
        <w:rPr>
          <w:b/>
        </w:rPr>
        <w:t xml:space="preserve">[48:13] </w:t>
      </w:r>
      <w:r>
        <w:t>aur sirf destroy karne ki baat nahi hai, eternal hell ki baat hai.</w:t>
      </w:r>
    </w:p>
    <w:p>
      <w:pPr>
        <w:jc w:val="right"/>
      </w:pPr>
      <w:r>
        <w:t>اور صرف ڈسٹرائے کرنے کی بات نہیں ہے، ایٹرنل ہیل کی بات ہے۔</w:t>
      </w:r>
    </w:p>
    <w:p>
      <w:r>
        <w:rPr>
          <w:b/>
        </w:rPr>
        <w:t xml:space="preserve">[48:20] </w:t>
      </w:r>
      <w:r>
        <w:t>kyun ke dekhiye, is dunya ke baad ya to eternal hell hai ya eternal paradise hai. ya aisa nahi hai ke hum khatm ho gaye, khatm hona nahi hai.</w:t>
      </w:r>
    </w:p>
    <w:p>
      <w:pPr>
        <w:jc w:val="right"/>
      </w:pPr>
      <w:r>
        <w:t>کیونکہ دیکھیے، اس دنیا کے بعد یا تو ایٹرنل ہیل ہے یا ایٹرنل پیراڈائز ہے۔ یا ایسا نہیں ہے کہ ہم ختم ہو گئے، ختم ہونا نہیں ہے۔</w:t>
      </w:r>
    </w:p>
    <w:p>
      <w:r>
        <w:rPr>
          <w:b/>
        </w:rPr>
        <w:t xml:space="preserve">[48:38] </w:t>
      </w:r>
      <w:r>
        <w:t>main ne is se pehle yeh kaha tha ke ab main samajhta hoon ke khud science yeh cheez prove ho chuki hai ke insan, insan jo hai, woh eternal being hai.</w:t>
      </w:r>
    </w:p>
    <w:p>
      <w:pPr>
        <w:jc w:val="right"/>
      </w:pPr>
      <w:r>
        <w:t>میں نے اس سے پہلے یہ کہا تھا کہ اب میں سمجھتا ہوں کہ خود سائنس یہ چیز پروف ہو چکی ہے کہ انسان، انسان جو ہے، وہ ایٹرنل بینگ ہے۔</w:t>
      </w:r>
    </w:p>
    <w:p>
      <w:r>
        <w:rPr>
          <w:b/>
        </w:rPr>
        <w:t xml:space="preserve">[48:53] </w:t>
      </w:r>
      <w:r>
        <w:t>maut is ke liye nahi hai, woh DNA ke zariye se.</w:t>
      </w:r>
    </w:p>
    <w:p>
      <w:pPr>
        <w:jc w:val="right"/>
      </w:pPr>
      <w:r>
        <w:t>موت اس کے لیے نہیں ہے، وہ ڈی این اے کے ذریعے سے۔</w:t>
      </w:r>
    </w:p>
    <w:p>
      <w:r>
        <w:rPr>
          <w:b/>
        </w:rPr>
        <w:t xml:space="preserve">[48:57] </w:t>
      </w:r>
      <w:r>
        <w:t>main ne arz kiya tha ke DNA jo discovery hui hai, DNA ki to sari hi, yani jo information hai kisi par, kisi admi ke bare mein, woh sab is mein maujood hai.</w:t>
      </w:r>
    </w:p>
    <w:p>
      <w:pPr>
        <w:jc w:val="right"/>
      </w:pPr>
      <w:r>
        <w:t>میں نے عرض کیا تھا کہ ڈی این اے جو ڈسکوری ہوئی ہے، ڈی این اے کی تو ساری ہی، یعنی جو انفارمیشن ہے کسی پر، کسی آدمی کے بارے میں، وہ سب اس میں موجود ہے۔</w:t>
      </w:r>
    </w:p>
    <w:p>
      <w:r>
        <w:rPr>
          <w:b/>
        </w:rPr>
        <w:t xml:space="preserve">[49:16] </w:t>
      </w:r>
      <w:r>
        <w:t>sab kuch, koi bhi cheez, yahan tak ke agar yahan par ek spot hai mere is mein, to woh bhi mere DNA mein maujood hai.</w:t>
      </w:r>
    </w:p>
    <w:p>
      <w:pPr>
        <w:jc w:val="right"/>
      </w:pPr>
      <w:r>
        <w:t>سب کچھ، کوئی بھی چیز، یہاں تک کہ اگر یہاں پر ایک سپاٹ ہے میرے اس میں، تو وہ بھی میرے ڈی این اے میں موجود ہے۔</w:t>
      </w:r>
    </w:p>
    <w:p>
      <w:r>
        <w:rPr>
          <w:b/>
        </w:rPr>
        <w:t xml:space="preserve">[49:23] </w:t>
      </w:r>
      <w:r>
        <w:t>mere baal, mere baal ka color agar kuch alag hai, to woh bhi is mein maujood hai.</w:t>
      </w:r>
    </w:p>
    <w:p>
      <w:pPr>
        <w:jc w:val="right"/>
      </w:pPr>
      <w:r>
        <w:t>میرے بال، میرے بال کا کلر اگر کچھ الگ ہے، تو وہ بھی اس میں موجود ہے۔</w:t>
      </w:r>
    </w:p>
    <w:p>
      <w:r>
        <w:rPr>
          <w:b/>
        </w:rPr>
        <w:t xml:space="preserve">[49:32] </w:t>
      </w:r>
      <w:r>
        <w:t>sab kuch meri personality ke bare mein, sab kuch DNA mein aap parh sakte hain. is ko decode kar ke, DNA ko decode kar ke, sab kuch parh sakte hain.</w:t>
      </w:r>
    </w:p>
    <w:p>
      <w:pPr>
        <w:jc w:val="right"/>
      </w:pPr>
      <w:r>
        <w:t>سب کچھ میری پرسنیلٹی کے بارے میں، سب کچھ ڈی این اے میں آپ پڑھ سکتے ہیں۔ اس کو ڈی کوڈ کر کے، ڈی این اے کو ڈی کوڈ کر کے، سب کچھ پڑھ سکتے ہیں۔</w:t>
      </w:r>
    </w:p>
    <w:p>
      <w:r>
        <w:rPr>
          <w:b/>
        </w:rPr>
        <w:t xml:space="preserve">[49:41] </w:t>
      </w:r>
      <w:r>
        <w:t>woh</w:t>
      </w:r>
    </w:p>
    <w:p>
      <w:pPr>
        <w:jc w:val="right"/>
      </w:pPr>
      <w:r>
        <w:t>وہ</w:t>
      </w:r>
    </w:p>
    <w:p>
      <w:r>
        <w:rPr>
          <w:b/>
        </w:rPr>
        <w:t xml:space="preserve">[49:43] </w:t>
      </w:r>
      <w:r>
        <w:t>kai encyclopedia, kai encyclopedia ke barabar is ke andar kaha jata hai ke bhari hui hain jankariyon. lekin ek cheez miss kar rahi hai, sirf ek cheez nahi hai is ke andar, woh death.</w:t>
      </w:r>
    </w:p>
    <w:p>
      <w:pPr>
        <w:jc w:val="right"/>
      </w:pPr>
      <w:r>
        <w:t>کئی انسائیکلوڈیا، کئی انسائیکلوپیڈیا کے برابر اس کے اندر کہا جاتا ہے کہ بھری ہوئی ہیں جانکاریوں۔ لیکن ایک چیز مس کر رہی ہے، صرف ایک چیز نہیں ہے اس کے اندر، وہ ڈیتھ۔</w:t>
      </w:r>
    </w:p>
    <w:p>
      <w:r>
        <w:rPr>
          <w:b/>
        </w:rPr>
        <w:t xml:space="preserve">[49:56] </w:t>
      </w:r>
      <w:r>
        <w:t>DEATH, DNA mein sab kuch hai, sab kuch, sab kuch hai. matlab ek aisi dictionary banai jaye jo kaha jata hai ke English mein ek million shabd ho chuke hain, ek million words.</w:t>
      </w:r>
    </w:p>
    <w:p>
      <w:pPr>
        <w:jc w:val="right"/>
      </w:pPr>
      <w:r>
        <w:t>ڈی ای اے ٹی ایچ، ڈی این اے میں سب کچھ ہے، سب کچھ، سب کچھ ہے۔ مطلب ایک ایسی ڈکشنری بنائی جائے جو کہا جاتا ہے کہ انگلش میں ایک ملین शब्द ہو چکے ہیں، ایک ملین ورڈز۔</w:t>
      </w:r>
    </w:p>
    <w:p>
      <w:r>
        <w:rPr>
          <w:b/>
        </w:rPr>
        <w:t xml:space="preserve">[50:13] </w:t>
      </w:r>
      <w:r>
        <w:t>to agar ek aisi dictionary aap chhapen angrezi ki, jis mein sare ke sare word hon, ek million words, ek ek lafz is mein na ho, woh death, sirf death na ho, yeh hamara hal hai.</w:t>
      </w:r>
    </w:p>
    <w:p>
      <w:pPr>
        <w:jc w:val="right"/>
      </w:pPr>
      <w:r>
        <w:t>تو اگر ایک ایسی ڈکشنری آپ چھاپیں انگریزی کی، جس میں سارے کے سارے ورڈ ہوں، ایک ملین ورڈز، ایک ایک لفظ اس میں نہ ہو، وہ ڈیتھ، صرف ڈیتھ نہ ہو، یہ ہمارا حال ہے۔</w:t>
      </w:r>
    </w:p>
    <w:p>
      <w:r>
        <w:rPr>
          <w:b/>
        </w:rPr>
        <w:t xml:space="preserve">[50:28] </w:t>
      </w:r>
      <w:r>
        <w:t>hamare DNA mein sab kuch hai, lekin death ka word is ke andar nahi hai. kyun? hamara death hai hi nahi, hamare liye real sense mein, real sense mein death nahi hai.</w:t>
      </w:r>
    </w:p>
    <w:p>
      <w:pPr>
        <w:jc w:val="right"/>
      </w:pPr>
      <w:r>
        <w:t>ہمارے ڈی این اے میں سب کچھ ہے، لیکن ڈیتھ کا ورڈ اس کے اندر نہیں ہے۔ کیوں؟ ہمارا ڈیتھ ہے ہی نہیں، ہمارے لیے ریئل سینس میں، ریئل سینس میں ڈیتھ نہیں ہے۔</w:t>
      </w:r>
    </w:p>
    <w:p>
      <w:r>
        <w:rPr>
          <w:b/>
        </w:rPr>
        <w:t xml:space="preserve">[50:41] </w:t>
      </w:r>
      <w:r>
        <w:t>idhar hum mare aur phir eternity mein pahunch gaye. aap khuda ne jo hamein banaya, eternal being ke taur par banaya, sirf yeh kiya khuda ne ke is ka ek ek hissa rakh diya pre death period mein, baqi sab rakh diya post death period mein.</w:t>
      </w:r>
    </w:p>
    <w:p>
      <w:pPr>
        <w:jc w:val="right"/>
      </w:pPr>
      <w:r>
        <w:t>ادھر ہم مرے اور پھر ایٹرنیٹی میں پہنچ گئے۔ آپ خدا نے جو ہمیں بنایا، ایٹرنل بینگ کے طور پر بنایا، صرف یہ کیا خدا نے کہ اس کا ایک ایک حصہ رکھ دیا پری ڈیتھ پیریڈ میں، باقی سب رکھ دیا پوسٹ ڈیتھ پیریڈ میں۔</w:t>
      </w:r>
    </w:p>
    <w:p>
      <w:r>
        <w:rPr>
          <w:b/>
        </w:rPr>
        <w:t xml:space="preserve">[51:04] </w:t>
      </w:r>
      <w:r>
        <w:t>sau pchas, das, bees, pchas, sattar saal idhar hai pre death period mein, baqi sari eternal life hamari jo post death period mein hai.</w:t>
      </w:r>
    </w:p>
    <w:p>
      <w:pPr>
        <w:jc w:val="right"/>
      </w:pPr>
      <w:r>
        <w:t>سو پچاس، دس، بیس، پچاس، ستر سال ادھر ہے پری ڈیتھ پیریڈ میں، باقی ساری ایٹرنل لائف ہماری جو پوسٹ ڈیتھ پیریڈ میں ہے۔</w:t>
      </w:r>
    </w:p>
    <w:p>
      <w:r>
        <w:rPr>
          <w:b/>
        </w:rPr>
        <w:t xml:space="preserve">[51:16] </w:t>
      </w:r>
      <w:r>
        <w:t>yeh baat DNA ko decode kar ke maloom hui hai ke hamari death nahi hai. jab death nahi hai to hum eternal hain, eternity hai hamare liye.</w:t>
      </w:r>
    </w:p>
    <w:p>
      <w:pPr>
        <w:jc w:val="right"/>
      </w:pPr>
      <w:r>
        <w:t>یہ بات ڈی این اے کو ڈی کوڈ کر کے معلوم ہوئی ہے کہ ہماری ڈیتھ نہیں ہے۔ جب ڈیتھ نہیں ہے تو ہم ایٹرنل ہیں، ایٹرنیٹی ہے ہمارے لیے۔</w:t>
      </w:r>
    </w:p>
    <w:p>
      <w:r>
        <w:rPr>
          <w:b/>
        </w:rPr>
        <w:t xml:space="preserve">[51:29] </w:t>
      </w:r>
      <w:r>
        <w:t>yeh sab batein bohat zyada sochne ki hain kyun ke ab aakhri time aa gaya hai. aakhri mein</w:t>
      </w:r>
    </w:p>
    <w:p>
      <w:pPr>
        <w:jc w:val="right"/>
      </w:pPr>
      <w:r>
        <w:t>یہ سب باتیں بہت زیادہ سوچنے کی ہیں کیونکہ اب آخری ٹائم آ گیا ہے۔ آخری میں</w:t>
      </w:r>
    </w:p>
    <w:p>
      <w:r>
        <w:rPr>
          <w:b/>
        </w:rPr>
        <w:t xml:space="preserve">[51:41] </w:t>
      </w:r>
      <w:r>
        <w:t>aap se yeh guzarish karun ga ke aap Quran ko ek bar is nazar se parhein. Quran jo hai, kya hai? woh book of paradise hai.</w:t>
      </w:r>
    </w:p>
    <w:p>
      <w:pPr>
        <w:jc w:val="right"/>
      </w:pPr>
      <w:r>
        <w:t>آپ سے یہ گزارش کروں گا کہ آپ قرآن کو ایک بار اس نظر سے پڑھیں۔ قرآن جو ہے، کیا ہے؟ وہ بک آف پیراڈائز ہے۔</w:t>
      </w:r>
    </w:p>
    <w:p>
      <w:r>
        <w:rPr>
          <w:b/>
        </w:rPr>
        <w:t xml:space="preserve">[51:53] </w:t>
      </w:r>
      <w:r>
        <w:t>quran jo hai, book of paradise hai.</w:t>
      </w:r>
    </w:p>
    <w:p>
      <w:pPr>
        <w:jc w:val="right"/>
      </w:pPr>
      <w:r>
        <w:t>قرآن جو ہے، بک آف پیراڈائز ہے۔</w:t>
      </w:r>
    </w:p>
    <w:p>
      <w:r>
        <w:rPr>
          <w:b/>
        </w:rPr>
        <w:t xml:space="preserve">[51:56] </w:t>
      </w:r>
      <w:r>
        <w:t>is mein safhe, page, ek ek page par aap kuch na kuch payenge paradise ke bare mein ke paradise kya hai.</w:t>
      </w:r>
    </w:p>
    <w:p>
      <w:pPr>
        <w:jc w:val="right"/>
      </w:pPr>
      <w:r>
        <w:t>اس میں صفحے، پیج، ایک ایک پیج پر آپ کچھ نہ کچھ پائیں گے پیراڈائز کے بارے میں کہ پیراڈائز کیا ہے۔</w:t>
      </w:r>
    </w:p>
    <w:p>
      <w:r>
        <w:rPr>
          <w:b/>
        </w:rPr>
        <w:t xml:space="preserve">[52:06] </w:t>
      </w:r>
      <w:r>
        <w:t>misalan dekhiye, paradise ek ek ayat quran mein yeh hai ke "bahum fi shughlin fakhun". is ko jab padhta hoon, yeh thrill aata hai.</w:t>
      </w:r>
    </w:p>
    <w:p>
      <w:pPr>
        <w:jc w:val="right"/>
      </w:pPr>
      <w:r>
        <w:t>مثلاً دیکھیے، پیراڈائز ایک ایک آیت قرآن میں یہ ہے کہ "بہم فی شغل فاقہون"۔ اس کو جب پڑھتا ہوں، یہ تھرل آتا ہے۔</w:t>
      </w:r>
    </w:p>
    <w:p>
      <w:r>
        <w:rPr>
          <w:b/>
        </w:rPr>
        <w:t xml:space="preserve">[52:16] </w:t>
      </w:r>
      <w:r>
        <w:t>thrill "bahum fi shughlin fakhun" yaani joyful activities mein honge,</w:t>
      </w:r>
    </w:p>
    <w:p>
      <w:pPr>
        <w:jc w:val="right"/>
      </w:pPr>
      <w:r>
        <w:t>تھرل "بہم فی شغل فاقہون" یعنی جوائے فل ایکٹیویٹیز میں ہوں گے،</w:t>
      </w:r>
    </w:p>
    <w:p>
      <w:r>
        <w:rPr>
          <w:b/>
        </w:rPr>
        <w:t xml:space="preserve">[52:24] </w:t>
      </w:r>
      <w:r>
        <w:t>jannat wale joyful activities mein honge. yaani sari activities jo is ko jo hum ko pasand hai, jo dunya mein hum karte hain, misalan meeting mein jana, outing karna, aur sathioun ke sath baithna,</w:t>
      </w:r>
    </w:p>
    <w:p>
      <w:pPr>
        <w:jc w:val="right"/>
      </w:pPr>
      <w:r>
        <w:t>جنت والے جوائے فل ایکٹیویٹیز میں ہوں گے۔ یعنی ساری ایکٹیویٹیز جو اس کو جو ہم کو پسند ہے، جو دنیا میں ہم کرتے ہیں، مثلاً میٹنگ میں جانا، آؤٹنگ کرنا، اور ساتھیوں کے ساتھ بیٹھنا،</w:t>
      </w:r>
    </w:p>
    <w:p>
      <w:r>
        <w:rPr>
          <w:b/>
        </w:rPr>
        <w:t xml:space="preserve">[52:41] </w:t>
      </w:r>
      <w:r>
        <w:t>apni family mein baithna, jitni bhi activities aap ko pasand hain, woh sari activities wahan maujood hongi. khana peena, lekin woh joyful hongi.</w:t>
      </w:r>
    </w:p>
    <w:p>
      <w:pPr>
        <w:jc w:val="right"/>
      </w:pPr>
      <w:r>
        <w:t>اپنی فیملی میں بیٹھنا، جتنی بھی ایکٹیویٹیز آپ کو پسند ہیں، وہ ساری ایکٹیویٹیز وہاں موجود ہوں گی۔ کھانا پینا، لیکن وہ جوائے فل ہوں گی۔</w:t>
      </w:r>
    </w:p>
    <w:p>
      <w:r>
        <w:rPr>
          <w:b/>
        </w:rPr>
        <w:t xml:space="preserve">[52:52] </w:t>
      </w:r>
      <w:r>
        <w:t>yahan koi activity joyful nahi hai. aap jate hain outing karne ke liye, wapas aate hain to ek naya stress le kar wapas aate hain.</w:t>
      </w:r>
    </w:p>
    <w:p>
      <w:pPr>
        <w:jc w:val="right"/>
      </w:pPr>
      <w:r>
        <w:t>یہاں کوئی ایکٹیویٹی جوائے فل نہیں ہے۔ آپ جاتے ہیں آؤٹنگ کرنے کے لیے، واپس آتے ہیں تو ایک نیا اسٹس لے کر واپس آتے ہیں۔</w:t>
      </w:r>
    </w:p>
    <w:p>
      <w:r>
        <w:rPr>
          <w:b/>
        </w:rPr>
        <w:t xml:space="preserve">[53:02] </w:t>
      </w:r>
      <w:r>
        <w:t>mere pas kuch log aaye jo ja rahe the car se, wahan qulo wadi mein ja rahe the, qulo valley mein car se apni family ko le kar ke.</w:t>
      </w:r>
    </w:p>
    <w:p>
      <w:pPr>
        <w:jc w:val="right"/>
      </w:pPr>
      <w:r>
        <w:t>میرے پاس کچھ لوگ آئے جو جا رہے تھے کار سے، وہاں قلو وادی میں جا رہے تھے، قلو ویلی میں کار سے اپنی فیملی کو لے کر کے۔</w:t>
      </w:r>
    </w:p>
    <w:p>
      <w:r>
        <w:rPr>
          <w:b/>
        </w:rPr>
        <w:t xml:space="preserve">[53:14] </w:t>
      </w:r>
      <w:r>
        <w:t>to bohat khush the, bohat khush the. maine kaha, "acha, jab wapas aayenge to mujhe zaroor miliye ga aap se." aap</w:t>
      </w:r>
    </w:p>
    <w:p>
      <w:pPr>
        <w:jc w:val="right"/>
      </w:pPr>
      <w:r>
        <w:t>تو بہت خوش تھے، بہت خوش تھے۔ میں نے کہا، "اچھا، جب واپس آئیں گے تو مجھے ضرور ملیے گا آپ سے۔" آپ</w:t>
      </w:r>
    </w:p>
    <w:p>
      <w:r>
        <w:rPr>
          <w:b/>
        </w:rPr>
        <w:t xml:space="preserve">[53:20] </w:t>
      </w:r>
      <w:r>
        <w:t>jab wapas aaye to sab ko cool ho raha tha, sab ko to kaam ho raha tha, sab pareshan the. kaha, "stress ko door karne ke liye gaye, wahan lote to phir naya ek naya stress le kar wahan se." to dunya mein jo kuch hum chahte hain, woh to is mein sahi maano mein koi joy nahi milta.</w:t>
      </w:r>
    </w:p>
    <w:p>
      <w:pPr>
        <w:jc w:val="right"/>
      </w:pPr>
      <w:r>
        <w:t>جب واپس آئے تو سب کو کول ہو رہا تھا، سب کو تو کام ہو رہا تھا، سب پریشان تھے۔ کہا، "اسٹس کو دور کرنے کے لیے گئے، وہاں لوٹے تو پھر نیا ایک نیا اسٹس لے کر وہاں سے۔" تو دنیا میں جو کچھ ہم چاہتے ہیں، وہ تو اس میں صحیح معنوں میں کوئی جوائے نہیں ملتا۔</w:t>
      </w:r>
    </w:p>
    <w:p>
      <w:r>
        <w:rPr>
          <w:b/>
        </w:rPr>
        <w:t xml:space="preserve">[53:41] </w:t>
      </w:r>
      <w:r>
        <w:t>is mein sahi maano mein joy, pleasure, happiness nahi milta.</w:t>
      </w:r>
    </w:p>
    <w:p>
      <w:pPr>
        <w:jc w:val="right"/>
      </w:pPr>
      <w:r>
        <w:t>اس میں صحیح معنوں میں جوائے، پلیژر، ہیپینس نہیں ملتا۔</w:t>
      </w:r>
    </w:p>
    <w:p>
      <w:r>
        <w:rPr>
          <w:b/>
        </w:rPr>
        <w:t xml:space="preserve">[53:51] </w:t>
      </w:r>
      <w:r>
        <w:t>burton russell ne ek kitab likhi hai, is ka naam bhi happiness hai. to is dunya mein woh kehta hai ke is dunya mein happiness possible hi nahi hai.</w:t>
      </w:r>
    </w:p>
    <w:p>
      <w:pPr>
        <w:jc w:val="right"/>
      </w:pPr>
      <w:r>
        <w:t>برٹن رسل نے ایک کتاب لکھی ہے، اس کا نام بھی ہیپینس ہے۔ تو اس دنیا میں وہ کہتا ہے کہ اس دنیا میں ہیپینس پاسیبل ہی نہیں ہے۔</w:t>
      </w:r>
    </w:p>
    <w:p>
      <w:r>
        <w:rPr>
          <w:b/>
        </w:rPr>
        <w:t xml:space="preserve">[54:02] </w:t>
      </w:r>
      <w:r>
        <w:t>isi liye aap dekhiye, jo log novel padhte hain, woh jante hain ke tamam barhe barhe novel jo hain, woh tragedy hain, comedy koi bara novel nahi hai.</w:t>
      </w:r>
    </w:p>
    <w:p>
      <w:pPr>
        <w:jc w:val="right"/>
      </w:pPr>
      <w:r>
        <w:t>اسی لیے آپ دیکھیے، جو لوگ ناول پڑھتے ہیں، وہ جانتے ہیں کہ تمام بڑے بڑے ناول جو ہیں، وہ ٹریجڈی ہیں، کامیڈی کوئی بڑا ناول نہیں ہے۔</w:t>
      </w:r>
    </w:p>
    <w:p>
      <w:r>
        <w:rPr>
          <w:b/>
        </w:rPr>
        <w:t xml:space="preserve">[54:13] </w:t>
      </w:r>
      <w:r>
        <w:t>kuch logon ne comedy likhi hai, lekin woh zyada popular nahi hui.</w:t>
      </w:r>
    </w:p>
    <w:p>
      <w:pPr>
        <w:jc w:val="right"/>
      </w:pPr>
      <w:r>
        <w:t>کچھ لوگوں نے کامیڈی لکھی ہے، لیکن وہ زیادہ پاپولر نہیں ہوئی۔</w:t>
      </w:r>
    </w:p>
    <w:p>
      <w:r>
        <w:rPr>
          <w:b/>
        </w:rPr>
        <w:t xml:space="preserve">[54:19] </w:t>
      </w:r>
      <w:r>
        <w:t>is par aap sochiye ke kya wajah hai ke koi comedy popular nahi hoti aur tragedy popular hoti hai. milton ne bhi do likha tha, us ki tragedy popular hui, comedy popular nahi hui.</w:t>
      </w:r>
    </w:p>
    <w:p>
      <w:pPr>
        <w:jc w:val="right"/>
      </w:pPr>
      <w:r>
        <w:t>اس پر آپ سوچیے کہ کیا وجہ ہے کہ کوئی کامیڈی پاپولر نہیں ہوتی اور ٹریجڈی پاپولر ہوتی ہے۔ ملٹن نے بھی دو لکھا تھا، اس کی ٹریجڈی پاپولر ہوئی، کامیڈی پاپولر نہیں ہوئی۔</w:t>
      </w:r>
    </w:p>
    <w:p>
      <w:r>
        <w:rPr>
          <w:b/>
        </w:rPr>
        <w:t xml:space="preserve">[54:36] </w:t>
      </w:r>
      <w:r>
        <w:t>kyun?</w:t>
      </w:r>
    </w:p>
    <w:p>
      <w:pPr>
        <w:jc w:val="right"/>
      </w:pPr>
      <w:r>
        <w:t>کیوں؟</w:t>
      </w:r>
    </w:p>
    <w:p>
      <w:r>
        <w:rPr>
          <w:b/>
        </w:rPr>
        <w:t xml:space="preserve">[54:37] </w:t>
      </w:r>
      <w:r>
        <w:t>is par maine ghor kiya to mujhe samajh mein aaya ke asal cheez yeh hai ke jab aadmi tragedy ko padhta hai to uska andar jo zindagi ka jo experience hai, woh address ho raha hota hai.</w:t>
      </w:r>
    </w:p>
    <w:p>
      <w:pPr>
        <w:jc w:val="right"/>
      </w:pPr>
      <w:r>
        <w:t>اس پر میں نے غور کیا تو مجھے سمجھ میں آیا کہ اصل چیز یہ ہے کہ جب آدمی ٹریجڈی کو پڑھتا ہے تو اس کا اندر جو زندگی کا جو ایکسپیرینس ہے، وہ ایڈریس ہو رہا ہوتا ہے۔</w:t>
      </w:r>
    </w:p>
    <w:p>
      <w:r>
        <w:rPr>
          <w:b/>
        </w:rPr>
        <w:t xml:space="preserve">[54:50] </w:t>
      </w:r>
      <w:r>
        <w:t>hum dekhte hain ke dunya mein humein koi khushi nahi, sachi khushi jin ke pas paisa hai, jin ke pas political power hai, un ko bhi koi khushi nahi.</w:t>
      </w:r>
    </w:p>
    <w:p>
      <w:pPr>
        <w:jc w:val="right"/>
      </w:pPr>
      <w:r>
        <w:t>ہم دیکھتے ہیں کہ دنیا میں ہمیں کوئی خوشی نہیں، سچی خوشی جن کے پاس پیسہ ہے، جن کے پاس پولیٹیکل پاور ہے، ان کو بھی کوئی خوشی نہیں۔</w:t>
      </w:r>
    </w:p>
    <w:p>
      <w:r>
        <w:rPr>
          <w:b/>
        </w:rPr>
        <w:t xml:space="preserve">[55:03] </w:t>
      </w:r>
      <w:r>
        <w:t>aap un ke pas baithiye ek do din aur dekhiye to kisi ko bhi sachi khushi nahi payenge aap. to jab aadmi tragedy ko padhta hai to uska andar ka jo experience hai, woh address ho raha hota hai.</w:t>
      </w:r>
    </w:p>
    <w:p>
      <w:pPr>
        <w:jc w:val="right"/>
      </w:pPr>
      <w:r>
        <w:t>آپ ان کے پاس بیٹھیے ایک دو دن اور دیکھیے تو کسی کو بھی سچی خوشی نہیں پائیں گے آپ۔ تو جب آدمی ٹریجڈی کو پڑھتا ہے تو اس کا اندر کا جو ایکسپیرینس ہے، وہ ایڈریس ہو رہا ہوتا ہے۔</w:t>
      </w:r>
    </w:p>
    <w:p>
      <w:r>
        <w:rPr>
          <w:b/>
        </w:rPr>
        <w:t xml:space="preserve">[55:17] </w:t>
      </w:r>
      <w:r>
        <w:t>woh samajhta hai ke waqai dunya mein to yahi sab hai. dunya to ek tragic experience hai. aur jab comedy padhta hai woh to uska andar ka experience address nahi hota.</w:t>
      </w:r>
    </w:p>
    <w:p>
      <w:pPr>
        <w:jc w:val="right"/>
      </w:pPr>
      <w:r>
        <w:t>وہ سمجھتا ہے کہ واقعی دنیا میں تو یہی سب ہے۔ دنیا تو ایک ٹریجک ایکسپیرینس ہے۔ اور جب کامیڈی پڑھتا ہے وہ تو اس کا اندر کا ایکسپیرینس ایڈریس نہیں ہوتا۔</w:t>
      </w:r>
    </w:p>
    <w:p>
      <w:r>
        <w:rPr>
          <w:b/>
        </w:rPr>
        <w:t xml:space="preserve">[55:29] </w:t>
      </w:r>
      <w:r>
        <w:t>woh samajhta hai ke to banawati baat hai,</w:t>
      </w:r>
    </w:p>
    <w:p>
      <w:pPr>
        <w:jc w:val="right"/>
      </w:pPr>
      <w:r>
        <w:t>وہ سمجھتا ہے کہ تو بناؤٹی بات ہے،</w:t>
      </w:r>
    </w:p>
    <w:p>
      <w:r>
        <w:rPr>
          <w:b/>
        </w:rPr>
        <w:t xml:space="preserve">[55:31] </w:t>
      </w:r>
      <w:r>
        <w:t>is dunya mein khushi kahan?</w:t>
      </w:r>
    </w:p>
    <w:p>
      <w:pPr>
        <w:jc w:val="right"/>
      </w:pPr>
      <w:r>
        <w:t>اس دنیا میں خوشی کہاں؟</w:t>
      </w:r>
    </w:p>
    <w:p>
      <w:r>
        <w:rPr>
          <w:b/>
        </w:rPr>
        <w:t xml:space="preserve">[55:36] </w:t>
      </w:r>
      <w:r>
        <w:t>maine ek qissa aap logon ko bataya tha is se pehle ke mashhoor jo charlie chaplin jo tha, bohat hansata tha logon ko, bohat hansata tha.</w:t>
      </w:r>
    </w:p>
    <w:p>
      <w:pPr>
        <w:jc w:val="right"/>
      </w:pPr>
      <w:r>
        <w:t>میں نے ایک قصہ آپ لوگوں کو بتایا تھا اس سے پہلے کہ مشہور جو چارلی چپلن جو تھا، بہت ہنساتا تھا لوگوں کو، بہت ہنساتا تھا۔</w:t>
      </w:r>
    </w:p>
    <w:p>
      <w:r>
        <w:rPr>
          <w:b/>
        </w:rPr>
        <w:t xml:space="preserve">[55:46] </w:t>
      </w:r>
      <w:r>
        <w:t>woh comedian tha. us ka qissa ke ek din ek ek doctor ke haan, ek psychiatrist ke haan, ek aadmi aaya.</w:t>
      </w:r>
    </w:p>
    <w:p>
      <w:pPr>
        <w:jc w:val="right"/>
      </w:pPr>
      <w:r>
        <w:t>وہ کامیڈین تھا۔ اس کا قصہ کہ ایک دن ایک ایک ڈاکٹر کے ہاں، ایک سائیکیٹرسٹ کے ہاں، ایک آدمی آیا۔</w:t>
      </w:r>
    </w:p>
    <w:p>
      <w:r>
        <w:rPr>
          <w:b/>
        </w:rPr>
        <w:t xml:space="preserve">[55:57] </w:t>
      </w:r>
      <w:r>
        <w:t>us ne kaha ke main bohat, yaani mujh ko bohat hi gham rehta hai, bohat hi barhe is mein, yaani chinta mein rehta hoon, rehta hoon, dard dard mein rehta hoon.</w:t>
      </w:r>
    </w:p>
    <w:p>
      <w:pPr>
        <w:jc w:val="right"/>
      </w:pPr>
      <w:r>
        <w:t>اس نے کہا کہ میں بہت، یعنی مجھ کو بہت ہی غم رہتا ہے، بہت ہی بڑے اس میں، یعنی چنتا میں رہتا ہوں، رہتا ہوں، درد درد میں رہتا ہوں۔</w:t>
      </w:r>
    </w:p>
    <w:p>
      <w:r>
        <w:rPr>
          <w:b/>
        </w:rPr>
        <w:t xml:space="preserve">[56:08] </w:t>
      </w:r>
      <w:r>
        <w:t>to mujhe koi aisi baat batao ke main khush reh sakoon.</w:t>
      </w:r>
    </w:p>
    <w:p>
      <w:pPr>
        <w:jc w:val="right"/>
      </w:pPr>
      <w:r>
        <w:t>تو مجھے کوئی ایسی بات بتاؤ کہ میں خوش رہ سکوں۔</w:t>
      </w:r>
    </w:p>
    <w:p>
      <w:r>
        <w:rPr>
          <w:b/>
        </w:rPr>
        <w:t xml:space="preserve">[56:13] </w:t>
      </w:r>
      <w:r>
        <w:t>to is ne kaha ke tum charlie chaplin ka show dekha karo kyunke woh stage pe hansata tha logon ko, aa kar ke stage pe logon ko hansata tha.</w:t>
      </w:r>
    </w:p>
    <w:p>
      <w:pPr>
        <w:jc w:val="right"/>
      </w:pPr>
      <w:r>
        <w:t>تو اس نے کہا کہ تم چارلی چپلن کا شو دیکھا کرو کیونکہ وہ اسٹیج پہ ہنساتا تھا لوگوں کو، آ کر کے اسٹیج پہ لوگوں کو ہنساتا تھا۔</w:t>
      </w:r>
    </w:p>
    <w:p>
      <w:r>
        <w:rPr>
          <w:b/>
        </w:rPr>
        <w:t xml:space="preserve">[56:27] </w:t>
      </w:r>
      <w:r>
        <w:t>to is ne kaha, "main hi to charlie chaplin hoon, logon ko hansata hoon main, lekin mera dil andar se rota hai."</w:t>
      </w:r>
    </w:p>
    <w:p>
      <w:pPr>
        <w:jc w:val="right"/>
      </w:pPr>
      <w:r>
        <w:t>تو اس نے کہا، "میں ہی تو چارلی چپلن ہوں، لوگوں کو ہنساتا ہوں میں، لیکن میرا دل اندر سے روتا ہے۔"</w:t>
      </w:r>
    </w:p>
    <w:p>
      <w:r>
        <w:rPr>
          <w:b/>
        </w:rPr>
        <w:t xml:space="preserve">[56:40] </w:t>
      </w:r>
      <w:r>
        <w:t>is dunya mein aap yaad rakhiye ke kisi ko bhi sachi khushi nahi hai,</w:t>
      </w:r>
    </w:p>
    <w:p>
      <w:pPr>
        <w:jc w:val="right"/>
      </w:pPr>
      <w:r>
        <w:t>اس دنیا میں آپ یاد رکھیے کہ کسی کو بھی سچی خوشی نہیں ہے،</w:t>
      </w:r>
    </w:p>
    <w:p>
      <w:r>
        <w:rPr>
          <w:b/>
        </w:rPr>
        <w:t xml:space="preserve">[56:49] </w:t>
      </w:r>
      <w:r>
        <w:t>kisi ko bhi sachi khushi nahi hai. To sachi khushi kahan hai? Paradise mein hai. Teesre ko jannat wale kahenge ke "azaab al-huzn"</w:t>
      </w:r>
    </w:p>
    <w:p>
      <w:pPr>
        <w:jc w:val="right"/>
      </w:pPr>
      <w:r>
        <w:t>کسی کو بھی سچی خوشی نہیں ہے۔ تو سچی خوشی کہاں ہے؟ پیراڈائز میں ہے۔ تیسرے کو جنت والے کہیں گے کہ "عذاب الحضن"</w:t>
      </w:r>
    </w:p>
    <w:p>
      <w:r>
        <w:rPr>
          <w:b/>
        </w:rPr>
        <w:t xml:space="preserve">[56:59] </w:t>
      </w:r>
      <w:r>
        <w:t>. Khuda ne hamari zindagi se sara saaro nikaal diya, peel nikaal diya, disadvantage nikaal diya, limitations nikaal dein, death nikaal diya, disease nikaal di, accident nikaala.</w:t>
      </w:r>
    </w:p>
    <w:p>
      <w:pPr>
        <w:jc w:val="right"/>
      </w:pPr>
      <w:r>
        <w:t>۔ خدا نے ہماری زندگی سے سارا سارو نکال دیا، پیل نکال دیا، ڈس ایڈوانٹیج نکال دیا، لیمیٹیشنز نکال دیں، ڈیتھ نکال دیا، ڈیزیز نکال دی، ایکسیڈنٹ نکال دیا۔</w:t>
      </w:r>
    </w:p>
    <w:p>
      <w:r>
        <w:rPr>
          <w:b/>
        </w:rPr>
        <w:t xml:space="preserve">[57:18] </w:t>
      </w:r>
      <w:r>
        <w:t>to yeh hai paradise. Agar aap quran ko sirf is nazar se dekhen kahan kahan paradise ke bare mein hai quran mein to sankaron jagah par aap paayenge</w:t>
      </w:r>
    </w:p>
    <w:p>
      <w:pPr>
        <w:jc w:val="right"/>
      </w:pPr>
      <w:r>
        <w:t>تو یہ ہے پیراڈائز۔ اگر آپ قرآن کو صرف اس نظر سے دیکھیں کہاں کہاں پیراڈائز کے بارے میں ہے قرآن میں تو سینکڑوں جگہ پر آپ پائیں گے</w:t>
      </w:r>
    </w:p>
    <w:p>
      <w:r>
        <w:rPr>
          <w:b/>
        </w:rPr>
        <w:t xml:space="preserve">[57:30] </w:t>
      </w:r>
      <w:r>
        <w:t>yeh baatein. To hamara mission jo hai woh yeh hai ke hum batayein logon ko ke ab aakhri chance aa gaya hai, aakhri waqt aa gaya hai.</w:t>
      </w:r>
    </w:p>
    <w:p>
      <w:pPr>
        <w:jc w:val="right"/>
      </w:pPr>
      <w:r>
        <w:t>یہ باتیں۔ تو ہمارا مشن جو ہے وہ یہ ہے کہ ہم بتائیں لوگوں کو کہ اب آخری چانس آ گیا ہے، آخری وقت آ گیا ہے۔</w:t>
      </w:r>
    </w:p>
    <w:p>
      <w:r>
        <w:rPr>
          <w:b/>
        </w:rPr>
        <w:t xml:space="preserve">[57:45] </w:t>
      </w:r>
      <w:r>
        <w:t>"we are living at the end of history". Ab history ka end ho raha hai aur yeh scientist log keh rahe hain. Aap jante hain ke scientist log keh rahe hain, daily news aati rehti hain, daily</w:t>
      </w:r>
    </w:p>
    <w:p>
      <w:pPr>
        <w:jc w:val="right"/>
      </w:pPr>
      <w:r>
        <w:t>"وی آر لیونگ ایٹ دا اینڈ آف ہسٹری"۔ اب ہسٹری کا اینڈ ہو رہا ہے اور یہ سائنٹسٹ لوگ کہہ رہے ہیں۔ آپ جانتے ہیں کہ سائنٹسٹ لوگ کہہ رہے ہیں، ڈیلی نیوز آتی رہتی ہیں، ڈیلی</w:t>
      </w:r>
    </w:p>
    <w:p>
      <w:r>
        <w:rPr>
          <w:b/>
        </w:rPr>
        <w:t xml:space="preserve">[57:59] </w:t>
      </w:r>
      <w:r>
        <w:t>dunya bhar ke scientist unanimously keh rahe hain ke dunya distress ki taraf ja rahi hai, khatme ki taraf ja rahi hai.</w:t>
      </w:r>
    </w:p>
    <w:p>
      <w:pPr>
        <w:jc w:val="right"/>
      </w:pPr>
      <w:r>
        <w:t>دنیا بھر کے سائنٹسٹ یونینیمسلی کہہ رہے ہیں کہ دنیا ڈسٹرس کی طرف جا رہی ہے، خاتمے کی طرف جا رہی ہے۔</w:t>
      </w:r>
    </w:p>
    <w:p>
      <w:r>
        <w:rPr>
          <w:b/>
        </w:rPr>
        <w:t xml:space="preserve">[58:08] </w:t>
      </w:r>
      <w:r>
        <w:t>aur yeh bhi kehte hain ke jo process chal raha hai global warming ka, yeh irreversible hai, irreversible hai. Ab bataiye ke aap kya karenge?</w:t>
      </w:r>
    </w:p>
    <w:p>
      <w:pPr>
        <w:jc w:val="right"/>
      </w:pPr>
      <w:r>
        <w:t>اور یہ بھی کہتے ہیں کہ جو پروسیس چل رہا ہے گلوبل وارمنگ کا، یہ ایریورسیبل ہے، ایریورسیبل ہے۔ اب بتائیے کہ آپ کیا کریں گے؟</w:t>
      </w:r>
    </w:p>
    <w:p>
      <w:r>
        <w:rPr>
          <w:b/>
        </w:rPr>
        <w:t xml:space="preserve">[58:20] </w:t>
      </w:r>
      <w:r>
        <w:t>aakhri waqt aa gaya hai ke hum reassess karein, revise karein, introspection karein, phir se apni planning karein</w:t>
      </w:r>
    </w:p>
    <w:p>
      <w:pPr>
        <w:jc w:val="right"/>
      </w:pPr>
      <w:r>
        <w:t>آخری وقت آ گیا ہے کہ ہم ری اسیس کریں، ریوائز کریں، انٹروسپیکشن کریں، پھر سے اپنی پلاننگ کری</w:t>
      </w:r>
    </w:p>
    <w:p>
      <w:r>
        <w:rPr>
          <w:b/>
        </w:rPr>
        <w:t xml:space="preserve">[58:28] </w:t>
      </w:r>
      <w:r>
        <w:t>n. Har aadmi apni replanning kare.</w:t>
      </w:r>
    </w:p>
    <w:p>
      <w:pPr>
        <w:jc w:val="right"/>
      </w:pPr>
      <w:r>
        <w:t>ں۔ ہر آدمی اپنی ری پلاننگ کرے۔</w:t>
      </w:r>
    </w:p>
    <w:p>
      <w:r>
        <w:rPr>
          <w:b/>
        </w:rPr>
        <w:t xml:space="preserve">[58:34] </w:t>
      </w:r>
      <w:r>
        <w:t>aakhri waqt aa gaya hai ke hum replanning karein apni zindagi ki aur phir se jeena seekhein, phir se apni priority ko set karein. Aqool qawlaha wa astaghfirullaha li walakum ajmaeen.</w:t>
      </w:r>
    </w:p>
    <w:p>
      <w:pPr>
        <w:jc w:val="right"/>
      </w:pPr>
      <w:r>
        <w:t>آخری وقت آ گیا ہے کہ ہم ری پلاننگ کریں اپنی زندگی کی اور پھر سے جینا سیکھیں، پھر سے اپنی پرائرٹی کو سیٹ کریں۔ اقول قولھذا واستغفراللہ لعملکم اجمعین۔</w:t>
      </w:r>
    </w:p>
    <w:p>
      <w:r>
        <w:rPr>
          <w:b/>
        </w:rPr>
        <w:t xml:space="preserve">[59:04] </w:t>
      </w:r>
      <w:r>
        <w:t>das question is from doctor naseem siddiqui. Dalail allama afrd friday prayers in daily jamia masjid.</w:t>
      </w:r>
    </w:p>
    <w:p>
      <w:pPr>
        <w:jc w:val="right"/>
      </w:pPr>
      <w:r>
        <w:t>دس کوئسچن از فرام ڈاکٹر نسیم صدیقی۔ دلائل علامہ افرڈ فرائیڈے پریئرز ان ڈیلی جامعہ مسجد۔</w:t>
      </w:r>
    </w:p>
    <w:p>
      <w:r>
        <w:rPr>
          <w:b/>
        </w:rPr>
        <w:t xml:space="preserve">[59:13] </w:t>
      </w:r>
      <w:r>
        <w:t>he also had namaz in dargah ajmer sharif masjid. Will he get sawab for this? Dekhein, is question mein ek baat understood hai,</w:t>
      </w:r>
    </w:p>
    <w:p>
      <w:pPr>
        <w:jc w:val="right"/>
      </w:pPr>
      <w:r>
        <w:t>ہی السو ہیڈ نماز ان درگاہ اجمیر شریف ماسک۔ ول ہی گیٹ ثواب فار دس؟ دیکھیں، اس کوئسچن میں ایک بات انڈرسٹڈ ہے،</w:t>
      </w:r>
    </w:p>
    <w:p>
      <w:r>
        <w:rPr>
          <w:b/>
        </w:rPr>
        <w:t xml:space="preserve">[59:27] </w:t>
      </w:r>
      <w:r>
        <w:t>woh yeh hai</w:t>
      </w:r>
    </w:p>
    <w:p>
      <w:pPr>
        <w:jc w:val="right"/>
      </w:pPr>
      <w:r>
        <w:t>وہ یہ ہے</w:t>
      </w:r>
    </w:p>
    <w:p>
      <w:r>
        <w:rPr>
          <w:b/>
        </w:rPr>
        <w:t xml:space="preserve">[59:30] </w:t>
      </w:r>
      <w:r>
        <w:t>ke jiska naam abdullah abdul rahim hai, uska sawab to pakka hai aur jiska naam dalail allama hai, uska sawab pakka nahi hai. To yeh yeh baat apne aap hi mein baseless hai.</w:t>
      </w:r>
    </w:p>
    <w:p>
      <w:pPr>
        <w:jc w:val="right"/>
      </w:pPr>
      <w:r>
        <w:t>کہ جس کا نام عبداللہ عبدالرحیم ہے، اس کا ثواب تو پکا ہے اور جس کا نام دلائل علامہ ہے، اس کا ثواب پکا نہیں ہے۔ تو یہ یہ بات اپنے آپ ہی میں بیسلیس ہے۔</w:t>
      </w:r>
    </w:p>
    <w:p>
      <w:r>
        <w:rPr>
          <w:b/>
        </w:rPr>
        <w:t xml:space="preserve">[59:44] </w:t>
      </w:r>
      <w:r>
        <w:t>kisi ka sawab pakka nahi. Yaad rakhiye, yeh bas samjhein ke jiska naam abdullah abdul rahim hai, woh jab prayer karte hain to unka sawab pakka ho gaya.</w:t>
      </w:r>
    </w:p>
    <w:p>
      <w:pPr>
        <w:jc w:val="right"/>
      </w:pPr>
      <w:r>
        <w:t>کسی کا ثواب پکا نہیں۔ یاد رکھیے، یہ بس سمجھیں کہ جس کا نام عبداللہ عبدالرحیم ہے، وہ جب پریئر کرتے ہیں تو ان کا ثواب پکا ہو گیا۔</w:t>
      </w:r>
    </w:p>
    <w:p>
      <w:r>
        <w:rPr>
          <w:b/>
        </w:rPr>
        <w:t xml:space="preserve">[59:57] </w:t>
      </w:r>
      <w:r>
        <w:t>hadith mein aaya hai ke rasool Allah ne kaha ke "wallahi al-adari, wallahi al-adari, wallahi al-adari, wa ana rasool Allah ma yaf'al bi wala bikum".</w:t>
      </w:r>
    </w:p>
    <w:p>
      <w:pPr>
        <w:jc w:val="right"/>
      </w:pPr>
      <w:r>
        <w:t>حدیث میں آیا ہے کہ رسول اللہ نے کہا کہ "واللہ العادری، واللہ العادری، واللہ العادری، وانا رسول اللہ ما یفعل بی ولا بکم"۔</w:t>
      </w:r>
    </w:p>
    <w:p>
      <w:r>
        <w:rPr>
          <w:b/>
        </w:rPr>
        <w:t xml:space="preserve">[1:00:13] </w:t>
      </w:r>
      <w:r>
        <w:t>khuda ki qasam, main nahi jaanta, khuda ki qasam, main nahi jaanta, khuda ki qasam, main nahi jaanta. Agarche main khuda ka paighambar hoon, kya hoga mere saath?</w:t>
      </w:r>
    </w:p>
    <w:p>
      <w:pPr>
        <w:jc w:val="right"/>
      </w:pPr>
      <w:r>
        <w:t>خدا کی قسم، میں نہیں جانتا، خدا کی قسم، میں نہیں جانتا، خدا کی قسم، میں نہیں جانتا۔ اگرچہ میں خدا کا پیغمبر ہوں، کیا ہوگا میرے ساتھ؟</w:t>
      </w:r>
    </w:p>
    <w:p>
      <w:r>
        <w:rPr>
          <w:b/>
        </w:rPr>
        <w:t xml:space="preserve">[1:00:24] </w:t>
      </w:r>
      <w:r>
        <w:t>kya hoga tumhare saath?</w:t>
      </w:r>
    </w:p>
    <w:p>
      <w:pPr>
        <w:jc w:val="right"/>
      </w:pPr>
      <w:r>
        <w:t>کیا ہوگا تمہارے ساتھ؟</w:t>
      </w:r>
    </w:p>
    <w:p>
      <w:r>
        <w:rPr>
          <w:b/>
        </w:rPr>
        <w:t xml:space="preserve">[1:00:27] </w:t>
      </w:r>
      <w:r>
        <w:t>na paighambar ka pata hai, na na ummat ka pata hai. Log samajhte hain ke hamara sawab to pakka hai. Ab sawal sirf dalail allama ka hai ke woh pakka hai ke nahi pakka hai.</w:t>
      </w:r>
    </w:p>
    <w:p>
      <w:pPr>
        <w:jc w:val="right"/>
      </w:pPr>
      <w:r>
        <w:t>نہ پیغمبر کا پتہ ہے، نہ نہ امت کا پتہ ہے۔ لوگ سمجھتے ہیں کہ ہمارا ثواب تو پکا ہے۔ اب سوال صرف دلائل علامہ کا ہے کہ وہ پکا ہے کہ نہیں پکا ہے۔</w:t>
      </w:r>
    </w:p>
    <w:p>
      <w:r>
        <w:rPr>
          <w:b/>
        </w:rPr>
        <w:t xml:space="preserve">[1:00:40] </w:t>
      </w:r>
      <w:r>
        <w:t>kisi ka sawab pakka nahi. Yaad rakhiye, kisi ka sawab pakka nahi hai. Yeh khuda hai jo kisi ke sawab ko pakka kare, kisi ko nahi karega.</w:t>
      </w:r>
    </w:p>
    <w:p>
      <w:pPr>
        <w:jc w:val="right"/>
      </w:pPr>
      <w:r>
        <w:t>کسی کا ثواب پکا نہیں۔ یاد رکھیے، کسی کا ثواب پکا نہیں ہے۔ یہ خدا ہے جو کسی کے ثواب کو پکا کرے، کسی کو نہیں کرے گا۔</w:t>
      </w:r>
    </w:p>
    <w:p>
      <w:r>
        <w:rPr>
          <w:b/>
        </w:rPr>
        <w:t xml:space="preserve">[1:00:54] </w:t>
      </w:r>
      <w:r>
        <w:t>to kisi ke bare mein is tarah ka sawal karna goya yeh hai ke ke mera sawab to pakka hai, bas iska sawal hai ke iska pakka hai ke nahi pakka hai. Mera apna bhi pakka nahi hai.</w:t>
      </w:r>
    </w:p>
    <w:p>
      <w:pPr>
        <w:jc w:val="right"/>
      </w:pPr>
      <w:r>
        <w:t>تو کسی کے بارے میں اس طرح کا سوال کرنا گویا یہ ہے کہ کہ میرا ثواب تو پکا ہے، بس اس کا سوال ہے کہ اس کا پکا ہے کہ نہیں پکا ہے۔ میرا اپنا بھی پکا نہیں ہے۔</w:t>
      </w:r>
    </w:p>
    <w:p>
      <w:r>
        <w:rPr>
          <w:b/>
        </w:rPr>
        <w:t xml:space="preserve">[1:01:07] </w:t>
      </w:r>
      <w:r>
        <w:t>dekhiye, rasool Allah ne ek martaba kaha apni beti Fatima se ke tum yeh na samajhna ke tum paighambar ki beti ho to tumhari wahan par tumhara salvation ho jayega.</w:t>
      </w:r>
    </w:p>
    <w:p>
      <w:pPr>
        <w:jc w:val="right"/>
      </w:pPr>
      <w:r>
        <w:t>دیکھیے، رسول اللہ نے ایک مرتبہ کہا اپنی بیٹی فاطمہ سے کہ تم یہ نہ سمجھنا کہ تم پیغمبر کی بیٹی ہو تو تمہاری وہاں پر تمہارا سالویشن ہو جائے گا۔</w:t>
      </w:r>
    </w:p>
    <w:p>
      <w:r>
        <w:rPr>
          <w:b/>
        </w:rPr>
        <w:t xml:space="preserve">[1:01:22] </w:t>
      </w:r>
      <w:r>
        <w:t>to unhon ne kaha ke kya aap ka bhi? ke aap paighambar hain to kya aap ka bhi mamla aisa hi hai? to aap ne kaha ke haan, mera bhi aisa hi hai.</w:t>
      </w:r>
    </w:p>
    <w:p>
      <w:pPr>
        <w:jc w:val="right"/>
      </w:pPr>
      <w:r>
        <w:t>تو انہوں نے کہا کہ کیا آپ کا بھی؟ کہ آپ پیغمبر ہیں تو کیا آپ کا بھی معاملہ ایسا ہی ہے؟ تو آپ نے کہا کہ ہاں، میرا بھی ایسا ہی ہے۔</w:t>
      </w:r>
    </w:p>
    <w:p>
      <w:r>
        <w:rPr>
          <w:b/>
        </w:rPr>
        <w:t xml:space="preserve">[1:01:33] </w:t>
      </w:r>
      <w:r>
        <w:t>illa yitghammani Allah bi rahmatin minh wa fadli,</w:t>
      </w:r>
    </w:p>
    <w:p>
      <w:pPr>
        <w:jc w:val="right"/>
      </w:pPr>
      <w:r>
        <w:t>الا یتغمدنی اللہ برحمت منہ و فضلی،</w:t>
      </w:r>
    </w:p>
    <w:p>
      <w:r>
        <w:rPr>
          <w:b/>
        </w:rPr>
        <w:t xml:space="preserve">[1:01:42] </w:t>
      </w:r>
      <w:r>
        <w:t>siwaye is ke ke Khuda mujh ko dhanp le apni blessing se, yaani Khuda ki inayat se milega.</w:t>
      </w:r>
    </w:p>
    <w:p>
      <w:pPr>
        <w:jc w:val="right"/>
      </w:pPr>
      <w:r>
        <w:t>سوائے اس کے کہ خدا مجھ کو ڈھانپ لے اپنی بلیسنگ سے، یعنی خدا کی عنایت سے ملے گا۔</w:t>
      </w:r>
    </w:p>
    <w:p>
      <w:r>
        <w:rPr>
          <w:b/>
        </w:rPr>
        <w:t xml:space="preserve">[1:01:50] </w:t>
      </w:r>
      <w:r>
        <w:t>isko milega.</w:t>
      </w:r>
    </w:p>
    <w:p>
      <w:pPr>
        <w:jc w:val="right"/>
      </w:pPr>
      <w:r>
        <w:t>اس کو ملے گا۔</w:t>
      </w:r>
    </w:p>
    <w:p>
      <w:r>
        <w:rPr>
          <w:b/>
        </w:rPr>
        <w:t xml:space="preserve">[1:01:52] </w:t>
      </w:r>
      <w:r>
        <w:t>yeh nahi ke hum jo hain, jinka naam Musalman jaisa hai, woh gaye wahan, unhon ne namaz padh liya to pakka ho gaya. unka kisi ka pakka nahi. yaad rakhiye,</w:t>
      </w:r>
    </w:p>
    <w:p>
      <w:pPr>
        <w:jc w:val="right"/>
      </w:pPr>
      <w:r>
        <w:t>یہ نہیں کہ ہم جو ہیں، جن کا نام مسلمان جیسا ہے، وہ گئے وہاں، انہوں نے نماز پڑھ لیا تو پکا ہو گیا۔ ان کا کسی کا پکا نہیں۔ یاد رکھیے،</w:t>
      </w:r>
    </w:p>
    <w:p>
      <w:r>
        <w:rPr>
          <w:b/>
        </w:rPr>
        <w:t xml:space="preserve">[1:02:04] </w:t>
      </w:r>
      <w:r>
        <w:t>isi liye hadith mein aata hai ke iman hope aur fear ke beech mein hai. yaani kabhi aadmi sochta hai ke Khuda ki blessing ho jayegi mujh ko aur mujhe salvation mil jayega.</w:t>
      </w:r>
    </w:p>
    <w:p>
      <w:pPr>
        <w:jc w:val="right"/>
      </w:pPr>
      <w:r>
        <w:t>اسی لیے حدیث میں آتا ہے کہ ایمان ہوپ اور فیئر کے بیچ میں ہے۔ یعنی کبھی آدمی سوچتا ہے کہ خدا کی بلیسنگ ہو جائے گی مجھ کو اور مجھے سالویشن مل جائے گا۔</w:t>
      </w:r>
    </w:p>
    <w:p>
      <w:r>
        <w:rPr>
          <w:b/>
        </w:rPr>
        <w:t xml:space="preserve">[1:02:22] </w:t>
      </w:r>
      <w:r>
        <w:t>kabhi darta hai ke kahin Khuda ki blessing na mile to kya hoga? mera anjam inspired of all do prayers and all do activities.</w:t>
      </w:r>
    </w:p>
    <w:p>
      <w:pPr>
        <w:jc w:val="right"/>
      </w:pPr>
      <w:r>
        <w:t>کبھی ڈرتا ہے کہ کہیں خدا کی بلیسنگ نہ ملے تو کیا ہوگا؟ میرا انجام انسپائرڈ آف آل دو پریئرز اینڈ آل دو ایکٹیویٹیز۔</w:t>
      </w:r>
    </w:p>
    <w:p>
      <w:r>
        <w:rPr>
          <w:b/>
        </w:rPr>
        <w:t xml:space="preserve">[1:02:32] </w:t>
      </w:r>
      <w:r>
        <w:t>is wajah se yeh sawal jo hai, yeh mere nazdeek yeh yeh sawal jo hai, main is ko theek nahi samajhta.</w:t>
      </w:r>
    </w:p>
    <w:p>
      <w:pPr>
        <w:jc w:val="right"/>
      </w:pPr>
      <w:r>
        <w:t>اس وجہ سے یہ سوال جو ہے، یہ میرے نزدیک یہ یہ سوال جو ہے، میں اس کو ٹھیک نہیں سمجھتا۔</w:t>
      </w:r>
    </w:p>
    <w:p>
      <w:r>
        <w:rPr>
          <w:b/>
        </w:rPr>
        <w:t xml:space="preserve">[1:02:45] </w:t>
      </w:r>
      <w:r>
        <w:t>das question is from Mr. Idrees. what is purpose of life? kindly guide.</w:t>
      </w:r>
    </w:p>
    <w:p>
      <w:pPr>
        <w:jc w:val="right"/>
      </w:pPr>
      <w:r>
        <w:t>دس کوئسچن از فرام مسٹر ادریس۔ واٹ از پرپس آف لائف؟ کائنڈلی گائیڈ۔</w:t>
      </w:r>
    </w:p>
    <w:p>
      <w:r>
        <w:rPr>
          <w:b/>
        </w:rPr>
        <w:t xml:space="preserve">[1:02:56] </w:t>
      </w:r>
      <w:r>
        <w:t>bhai, dekhiye, purpose of life jo mujhe Quran se milta hai, woh yeh hai ke</w:t>
      </w:r>
    </w:p>
    <w:p>
      <w:pPr>
        <w:jc w:val="right"/>
      </w:pPr>
      <w:r>
        <w:t>بھئی، دیکھیے، پرپس آف لائف جو مجھے قرآن سے ملتا ہے، وہ یہ ہے کہ</w:t>
      </w:r>
    </w:p>
    <w:p>
      <w:r>
        <w:rPr>
          <w:b/>
        </w:rPr>
        <w:t xml:space="preserve">[1:03:07] </w:t>
      </w:r>
      <w:r>
        <w:t>tazkiya. jannat mein woh log jayenge jo apna tazkiya karein,</w:t>
      </w:r>
    </w:p>
    <w:p>
      <w:pPr>
        <w:jc w:val="right"/>
      </w:pPr>
      <w:r>
        <w:t>تزکیہ۔ جنت میں وہ لوگ جائیں گے جو اپنا تزکیہ کریں،</w:t>
      </w:r>
    </w:p>
    <w:p>
      <w:r>
        <w:rPr>
          <w:b/>
        </w:rPr>
        <w:t xml:space="preserve">[1:03:16] </w:t>
      </w:r>
      <w:r>
        <w:t>tazkiya karein.</w:t>
      </w:r>
    </w:p>
    <w:p>
      <w:pPr>
        <w:jc w:val="right"/>
      </w:pPr>
      <w:r>
        <w:t>تزکیہ کریں۔</w:t>
      </w:r>
    </w:p>
    <w:p>
      <w:r>
        <w:rPr>
          <w:b/>
        </w:rPr>
        <w:t xml:space="preserve">[1:03:20] </w:t>
      </w:r>
      <w:r>
        <w:t>tazkiya ka matlab hai purification.</w:t>
      </w:r>
    </w:p>
    <w:p>
      <w:pPr>
        <w:jc w:val="right"/>
      </w:pPr>
      <w:r>
        <w:t>تزکیہ کا مطلب ہے پیوریفیکیشن۔</w:t>
      </w:r>
    </w:p>
    <w:p>
      <w:r>
        <w:rPr>
          <w:b/>
        </w:rPr>
        <w:t xml:space="preserve">[1:03:26] </w:t>
      </w:r>
      <w:r>
        <w:t>purification jo hai, wahi hamara jo hai is duniya mein goal hai, apne ko purify karna taake hum eternal life mein hamein paradise mile.</w:t>
      </w:r>
    </w:p>
    <w:p>
      <w:pPr>
        <w:jc w:val="right"/>
      </w:pPr>
      <w:r>
        <w:t>پیوریفیکیشن جو ہے، وہی ہمارا جو ہے اس دنیا میں گول ہے، اپنے کو پیوریفائی کرنا تاکہ ہم ایٹرنل لائف میں ہمیں پیراڈائز ملے۔</w:t>
      </w:r>
    </w:p>
    <w:p>
      <w:r>
        <w:rPr>
          <w:b/>
        </w:rPr>
        <w:t xml:space="preserve">[1:03:39] </w:t>
      </w:r>
      <w:r>
        <w:t>purification kya hai? apni soch ko purify karna, apni intention ko purify karna, apni speech ko purify karna, apne behavior ko purify karna,</w:t>
      </w:r>
    </w:p>
    <w:p>
      <w:pPr>
        <w:jc w:val="right"/>
      </w:pPr>
      <w:r>
        <w:t>پیوریفیکیشن کیا ہے؟ اپنی سوچ کو پیوریفائی کرنا، اپنی انٹینشن کو پیوریفائی کرنا، اپنی سپیچ کو پیوریفائی کرنا، اپنے بیہیویئر کو پیوریفائی کرنا،</w:t>
      </w:r>
    </w:p>
    <w:p>
      <w:r>
        <w:rPr>
          <w:b/>
        </w:rPr>
        <w:t xml:space="preserve">[1:03:53] </w:t>
      </w:r>
      <w:r>
        <w:t>apni dealing ko purify karna.</w:t>
      </w:r>
    </w:p>
    <w:p>
      <w:pPr>
        <w:jc w:val="right"/>
      </w:pPr>
      <w:r>
        <w:t>اپنی ڈیلنگ کو پیوریفائی کرنا۔</w:t>
      </w:r>
    </w:p>
    <w:p>
      <w:r>
        <w:rPr>
          <w:b/>
        </w:rPr>
        <w:t xml:space="preserve">[1:03:56] </w:t>
      </w:r>
      <w:r>
        <w:t>sari jo personality hamari hai, intention se le kar ke behavior tak, speech se le kar activities tak, yeh poori personality jo hamari hai, in sab ko purify karna.</w:t>
      </w:r>
    </w:p>
    <w:p>
      <w:pPr>
        <w:jc w:val="right"/>
      </w:pPr>
      <w:r>
        <w:t>ساری جو پرسنیلٹی ہماری ہے، انٹینشن سے لے کر کے بیہیویئر تک، سپیچ سے لے کر ایکٹیویٹیز تک، یہ پوری پرسنیلٹی جو ہماری ہے، ان سب کو پیوریفائی کرنا۔</w:t>
      </w:r>
    </w:p>
    <w:p>
      <w:r>
        <w:rPr>
          <w:b/>
        </w:rPr>
        <w:t xml:space="preserve">[1:04:13] </w:t>
      </w:r>
      <w:r>
        <w:t>in terms of divine commandments, yahi hamara goal hai, yeh hamara maqsad</w:t>
      </w:r>
    </w:p>
    <w:p>
      <w:pPr>
        <w:jc w:val="right"/>
      </w:pPr>
      <w:r>
        <w:t>ان ٹرم آف ڈیوائن کمانڈمنٹس، یہی ہمارا گول ہے، یہ ہمارا مقصد</w:t>
      </w:r>
    </w:p>
    <w:p>
      <w:r>
        <w:rPr>
          <w:b/>
        </w:rPr>
        <w:t xml:space="preserve">[1:04:21] </w:t>
      </w:r>
      <w:r>
        <w:t>hai. aur jo log aisa kar sakenge, unhi ke liye Khuda ki blessing hai. dekhiye, bohat hi zyada, yaani bohat hi relevant hai, yeh hai ke Fero jo king tha,</w:t>
      </w:r>
    </w:p>
    <w:p>
      <w:pPr>
        <w:jc w:val="right"/>
      </w:pPr>
      <w:r>
        <w:t>ہے۔ اور جو لوگ ایسا کر سکیں گے، انہی کے لیے خدا کی بلیسنگ ہے۔ دیکھیے، بہت ہی زیادہ، یعنی بہت ہی ریلیونٹ ہے، یہ ہے کہ فیرو جو کنگ تھا،</w:t>
      </w:r>
    </w:p>
    <w:p>
      <w:r>
        <w:rPr>
          <w:b/>
        </w:rPr>
        <w:t xml:space="preserve">[1:04:39] </w:t>
      </w:r>
      <w:r>
        <w:t>uski jo queen thi, to is daur mein Moosa aaye, prophet Moosa. prophet Moosa ko Fero ne refuse kar diya,</w:t>
      </w:r>
    </w:p>
    <w:p>
      <w:pPr>
        <w:jc w:val="right"/>
      </w:pPr>
      <w:r>
        <w:t>اس کی جو کوئین تھی، تو اس دورے میں موزز آئے، پرافٹ موزز۔ پرافٹ موزز کو فیرو نے ریفیوز کر دیا،</w:t>
      </w:r>
    </w:p>
    <w:p>
      <w:r>
        <w:rPr>
          <w:b/>
        </w:rPr>
        <w:t xml:space="preserve">[1:04:51] </w:t>
      </w:r>
      <w:r>
        <w:t>lekin unki jo queen thi, Asiya, woh unse influence ho gayi. usne kaha ke main Moosa ke deen ko manti hoon. to Fero ne kaha ke main tum ko, tum ko qatal karwa doonga,</w:t>
      </w:r>
    </w:p>
    <w:p>
      <w:pPr>
        <w:jc w:val="right"/>
      </w:pPr>
      <w:r>
        <w:t>لیکن ان کی جو کوئین تھی، اسیہ، وہ ان سے انفلوئنس ہو گئی۔ اس نے کہا کہ میں موسیٰ کے دین کو مانتی ہوں۔ تو فیرو نے کہا کہ میں تم کو، تم کو قتل کروا دوں گا،</w:t>
      </w:r>
    </w:p>
    <w:p>
      <w:r>
        <w:rPr>
          <w:b/>
        </w:rPr>
        <w:t xml:space="preserve">[1:05:06] </w:t>
      </w:r>
      <w:r>
        <w:t>tumhein maar dalunga.</w:t>
      </w:r>
    </w:p>
    <w:p>
      <w:pPr>
        <w:jc w:val="right"/>
      </w:pPr>
      <w:r>
        <w:t>تمہیں مار ڈالوں گا۔</w:t>
      </w:r>
    </w:p>
    <w:p>
      <w:r>
        <w:rPr>
          <w:b/>
        </w:rPr>
        <w:t xml:space="preserve">[1:05:09] </w:t>
      </w:r>
      <w:r>
        <w:t>us waqt jo dua ki thi, us us us us us lady ne, usne kaha ke yeh jo karna hai, kare Fero.</w:t>
      </w:r>
    </w:p>
    <w:p>
      <w:pPr>
        <w:jc w:val="right"/>
      </w:pPr>
      <w:r>
        <w:t>اس وقت جو دعا کی تھی، اس اس اس اس اس لیڈی نے، اس نے کہا کہ یہ جو کرنا ہے، کرے فیرو۔</w:t>
      </w:r>
    </w:p>
    <w:p>
      <w:r>
        <w:rPr>
          <w:b/>
        </w:rPr>
        <w:t xml:space="preserve">[1:05:18] </w:t>
      </w:r>
      <w:r>
        <w:t>main to Khuda se yeh mangti hoon ke rabbi bait in al falda, rabbi in al ka bait falda.</w:t>
      </w:r>
    </w:p>
    <w:p>
      <w:pPr>
        <w:jc w:val="right"/>
      </w:pPr>
      <w:r>
        <w:t>میں تو خدا سے یہ مانگتی ہوں کہ ربلی بیت ان دا فلڈا، ربلی ان دا کا بیت فلڈا۔</w:t>
      </w:r>
    </w:p>
    <w:p>
      <w:r>
        <w:rPr>
          <w:b/>
        </w:rPr>
        <w:t xml:space="preserve">[1:05:28] </w:t>
      </w:r>
      <w:r>
        <w:t>khudaya, mere liye to apne paros mein ek ghar bana de.</w:t>
      </w:r>
    </w:p>
    <w:p>
      <w:pPr>
        <w:jc w:val="right"/>
      </w:pPr>
      <w:r>
        <w:t>خدایا، میرے لیے تو اپنے پڑوس میں ایک گھر بنا دے۔</w:t>
      </w:r>
    </w:p>
    <w:p>
      <w:r>
        <w:rPr>
          <w:b/>
        </w:rPr>
        <w:t xml:space="preserve">[1:05:32] </w:t>
      </w:r>
      <w:r>
        <w:t>is se maine samjha hai ke paradise naam hai gaud ki neighborhood mein rehne ka. gaud jo hai, all beauty hai, all happiness hai, all blessing hai,</w:t>
      </w:r>
    </w:p>
    <w:p>
      <w:pPr>
        <w:jc w:val="right"/>
      </w:pPr>
      <w:r>
        <w:t>اس سے میں نے سمجھا ہے کہ پیراڈائز نام ہے گاڈ کی نیبرہڈ میں رہنے کا۔ گاڈ جو ہے، آل بیوٹی ہے، آل ہیپینس ہے، آل بلیسنگ ہے،</w:t>
      </w:r>
    </w:p>
    <w:p>
      <w:r>
        <w:rPr>
          <w:b/>
        </w:rPr>
        <w:t xml:space="preserve">[1:05:48] </w:t>
      </w:r>
      <w:r>
        <w:t>everything hai. gaud, uska neighborhood jo hai, isi ka naam paradise hai. to khuda apne apni neighborhood mein inhi logon ko basayega jo purified soul le kar wahan pohnchein.</w:t>
      </w:r>
    </w:p>
    <w:p>
      <w:pPr>
        <w:jc w:val="right"/>
      </w:pPr>
      <w:r>
        <w:t>ایوری تھنگ ہے۔ گاڈ، اس کا نیبرہڈ جو ہے، اسی کا نام پیراڈائز ہے۔ تو خدا اپنے اپنی نیبرہڈ میں انہی لوگوں کو بسائے گا جو پیوریفائیڈ سول لے کر وہاں پہنچیں۔</w:t>
      </w:r>
    </w:p>
    <w:p>
      <w:r>
        <w:rPr>
          <w:b/>
        </w:rPr>
        <w:t xml:space="preserve">[1:06:03] </w:t>
      </w:r>
      <w:r>
        <w:t>polluted soul ko khuda wahan nahi basayega, corrupt soul ko khuda nahi basayega. woh jo purified soul le kar pohnchein ge, un ko khuda apne apne neighborhood mein basayega.</w:t>
      </w:r>
    </w:p>
    <w:p>
      <w:pPr>
        <w:jc w:val="right"/>
      </w:pPr>
      <w:r>
        <w:t>پولیوٹڈ سول کو خدا وہاں نہیں بسائے گا، کرپٹ سول کو خدا نہیں بسائے گا۔ وہ جو پیوریفائیڈ سول لے کر پہنچیں گے، ان کو خدا اپنے اپنے نیبرہڈ میں بسائے گا۔</w:t>
      </w:r>
    </w:p>
    <w:p>
      <w:r>
        <w:rPr>
          <w:b/>
        </w:rPr>
        <w:t xml:space="preserve">[1:06:18] </w:t>
      </w:r>
      <w:r>
        <w:t>to main yeh samajh paya hoon ke apni poori poori personality ko purify karna, yahan tak ke intention tak ko bhi, to yeh us ke liye karna pad</w:t>
      </w:r>
    </w:p>
    <w:p>
      <w:pPr>
        <w:jc w:val="right"/>
      </w:pPr>
      <w:r>
        <w:t>تو میں یہ سمجھ پایا ہوں کہ اپنی پوری پوری پرسنیلٹی کو پیوریفائی کرنا، یہاں تک کہ انٹینشن تک کو بھی، تو یہ اس کے لیے کرنا پڑ</w:t>
      </w:r>
    </w:p>
    <w:p>
      <w:r>
        <w:rPr>
          <w:b/>
        </w:rPr>
        <w:t xml:space="preserve">[1:06:30] </w:t>
      </w:r>
      <w:r>
        <w:t>ta hai. kya introspection, reassessment, revision, har waqt apne bare mein sochna, apne andar negative thought ko nikalna.</w:t>
      </w:r>
    </w:p>
    <w:p>
      <w:pPr>
        <w:jc w:val="right"/>
      </w:pPr>
      <w:r>
        <w:t>تا ہے۔ کیا انٹروسپیکشن، ری اسیسمنٹ، ریویژن، ہر وقت اپنے بارے میں سوچنا، اپنے اندر نیگیٹیو تھاٹ کو نکالنا۔</w:t>
      </w:r>
    </w:p>
    <w:p>
      <w:r>
        <w:rPr>
          <w:b/>
        </w:rPr>
        <w:t xml:space="preserve">[1:06:44] </w:t>
      </w:r>
      <w:r>
        <w:t>to intention ko, soch ko, speech ko, behavior ko, dealing ko, activities ko, har cheez ko purify karna, yahi hai goal, aur isi mein hai success.</w:t>
      </w:r>
    </w:p>
    <w:p>
      <w:pPr>
        <w:jc w:val="right"/>
      </w:pPr>
      <w:r>
        <w:t>تو انٹینشن کو، سوچ کو، سپیچ کو، بیہیویئر کو، ڈیلنگ کو، ایکٹیویٹیز کو، ہر چیز کو پیوریفائی کرنا، یہی ہے گول، اور اسی میں ہے سکسیس۔</w:t>
      </w:r>
    </w:p>
    <w:p>
      <w:r>
        <w:rPr>
          <w:b/>
        </w:rPr>
        <w:t xml:space="preserve">[1:06:57] </w:t>
      </w:r>
      <w:r>
        <w:t>das question is from miss raziya.</w:t>
      </w:r>
    </w:p>
    <w:p>
      <w:pPr>
        <w:jc w:val="right"/>
      </w:pPr>
      <w:r>
        <w:t>دس کوئسچن از فرام مس راضیہ۔</w:t>
      </w:r>
    </w:p>
    <w:p>
      <w:r>
        <w:rPr>
          <w:b/>
        </w:rPr>
        <w:t xml:space="preserve">[1:07:00] </w:t>
      </w:r>
      <w:r>
        <w:t>how can we judge someone completely on the basis of his merit? dekhein, ideal sense mein kaun kaisa hai, kaun kaisa hai, yeh to khuda hi janta hai.</w:t>
      </w:r>
    </w:p>
    <w:p>
      <w:pPr>
        <w:jc w:val="right"/>
      </w:pPr>
      <w:r>
        <w:t>ہاؤ کین وی جج سم ون کمپلیٹلی ان دا بیسز آف ہز میرٹ؟ دیکھیں، ائیڈیل سینس میں کون کیسا ہے، کون کیسا ہے، یہ تو خدا ہی جانتا ہے۔</w:t>
      </w:r>
    </w:p>
    <w:p>
      <w:r>
        <w:rPr>
          <w:b/>
        </w:rPr>
        <w:t xml:space="preserve">[1:07:14] </w:t>
      </w:r>
      <w:r>
        <w:t>to main yeh word jo maine use kiya hai, woh absolute sense mein nahi use kiya hai. absolute sense mein hum nahi keh sakte ke kaun kaisa hai, kaun kaisa hai.</w:t>
      </w:r>
    </w:p>
    <w:p>
      <w:pPr>
        <w:jc w:val="right"/>
      </w:pPr>
      <w:r>
        <w:t>تو میں یہ ورڈ جو میں نے یوز کیا ہے، وہ ایبسولیوٹ سینس میں نہیں یوز کیا ہے۔ ایبسولیوٹ سینس میں ہم نہیں کہہ سکتے کہ کون کیسا ہے، کون کیسا ہے۔</w:t>
      </w:r>
    </w:p>
    <w:p>
      <w:r>
        <w:rPr>
          <w:b/>
        </w:rPr>
        <w:t xml:space="preserve">[1:07:27] </w:t>
      </w:r>
      <w:r>
        <w:t>basically baat yeh hai ke hum kisi ka saath dein ya saath na dein, to is mein hamara incentive kya hota hai? koi interest, material interest hota hai, ya ek is aadmi qadar hum ne merit ki base par koi cheez pai ke sacha insan hai ya honest insan hai.</w:t>
      </w:r>
    </w:p>
    <w:p>
      <w:pPr>
        <w:jc w:val="right"/>
      </w:pPr>
      <w:r>
        <w:t>بیسکلی بات یہ ہے کہ ہم کسی کا ساتھ دیں یا ساتھ نہ دیں، تو اس میں ہمارا انسنٹیو کیا ہوتا ہے؟ کوئی انٹرسٹ، مٹیریل انٹرسٹ ہوتا ہے، یا ایک اس آدمی قدر ہم نے میرٹ کی بیس پر کوئی چیز پائی کہ سچا انسان ہے یا آنسٹ انسان ہے۔</w:t>
      </w:r>
    </w:p>
    <w:p>
      <w:r>
        <w:rPr>
          <w:b/>
        </w:rPr>
        <w:t xml:space="preserve">[1:07:46] </w:t>
      </w:r>
      <w:r>
        <w:t>to yeh aap har aadmi ki zindagi mein dekh lijiye, har aadmi ki zindagi mein.</w:t>
      </w:r>
    </w:p>
    <w:p>
      <w:pPr>
        <w:jc w:val="right"/>
      </w:pPr>
      <w:r>
        <w:t>تو یہ آپ ہر آدمی کی زندگی میں دیکھ لیجئے، ہر آدمی کی زندگی میں۔</w:t>
      </w:r>
    </w:p>
    <w:p>
      <w:r>
        <w:rPr>
          <w:b/>
        </w:rPr>
        <w:t xml:space="preserve">[1:07:53] </w:t>
      </w:r>
      <w:r>
        <w:t>to mera matlab yeh hai ke ke ke prophet ko jo nahi log samajh paye, saath nahi diya.</w:t>
      </w:r>
    </w:p>
    <w:p>
      <w:pPr>
        <w:jc w:val="right"/>
      </w:pPr>
      <w:r>
        <w:t>تو میرا مطلب یہ ہے کہ کہ کہ پرافٹ کو جو نہیں لوگ سمجھ پائے، ساتھ نہیں دیا۔</w:t>
      </w:r>
    </w:p>
    <w:p>
      <w:r>
        <w:rPr>
          <w:b/>
        </w:rPr>
        <w:t xml:space="preserve">[1:08:02] </w:t>
      </w:r>
      <w:r>
        <w:t>isi liye ke prophet kya the? hamein aap jaise insan the, bas un ke paas building thi, na un ke paas center tha, na un ke paas na media mein un ki un ke photo log chhapte the, kuch bhi nahi tha, koi crowd bhi nahi tha un ke sath.</w:t>
      </w:r>
    </w:p>
    <w:p>
      <w:pPr>
        <w:jc w:val="right"/>
      </w:pPr>
      <w:r>
        <w:t>اسی لیے کہ پرافٹ کیا تھے؟ ہمیں آپ جیسے انسان تھے، بس ان کے پاس بلڈنگ تھی، نہ ان کے پاس سینٹر تھا، نہ ان کے پاس نہ میڈیا میں ان کی ان کے فوٹو لوگ چھپتے تھے، کچھ بھی نہیں تھا، کوئی کراؤڈ بھی نہیں تھا ان کے ساتھ۔</w:t>
      </w:r>
    </w:p>
    <w:p>
      <w:r>
        <w:rPr>
          <w:b/>
        </w:rPr>
        <w:t xml:space="preserve">[1:08:20] </w:t>
      </w:r>
      <w:r>
        <w:t>bible mein ek paighambar kehta hai, woh kehte hain ke "o gaud, i am alone". aap sochen, is paighambar ko jo khuda ne bheja, jis ko khuda ne bheja, us ko khuda ne reveal kiya, us ko sachai.</w:t>
      </w:r>
    </w:p>
    <w:p>
      <w:pPr>
        <w:jc w:val="right"/>
      </w:pPr>
      <w:r>
        <w:t>بائبل میں ایک پیغمبر کہتا ہے، وہ کہتے ہیں کہ "او گاڈ، آئی ایم الون"۔ آپ سوچیں، اس پیغمبر کو جو خدا نے بھیجا، جس کو خدا نے بھیجا، اس کو خدا نے ریویل کیا، اس کو سچائی۔</w:t>
      </w:r>
    </w:p>
    <w:p>
      <w:r>
        <w:rPr>
          <w:b/>
        </w:rPr>
        <w:t xml:space="preserve">[1:08:37] </w:t>
      </w:r>
      <w:r>
        <w:t>woh kehta hai "khudaya, main akela hoon". to kyun? aap jante hain ke jesus christ ka haal kya tha?</w:t>
      </w:r>
    </w:p>
    <w:p>
      <w:pPr>
        <w:jc w:val="right"/>
      </w:pPr>
      <w:r>
        <w:t>وہ کہتا ہے "خدایا، میں اکیلا ہوں"۔ تو کیوں؟ آپ جانتے ہیں کہ جیزس کرائسٹ کا حال کیا تھا؟</w:t>
      </w:r>
    </w:p>
    <w:p>
      <w:r>
        <w:rPr>
          <w:b/>
        </w:rPr>
        <w:t xml:space="preserve">[1:08:46] </w:t>
      </w:r>
      <w:r>
        <w:t>koi ghar nahi tha jesus christ ke pa</w:t>
      </w:r>
    </w:p>
    <w:p>
      <w:pPr>
        <w:jc w:val="right"/>
      </w:pPr>
      <w:r>
        <w:t>کوئی گھر نہیں تھا جیزس کرائسٹ کے پ</w:t>
      </w:r>
    </w:p>
    <w:p>
      <w:r>
        <w:rPr>
          <w:b/>
        </w:rPr>
        <w:t xml:space="preserve">[1:08:48] </w:t>
      </w:r>
      <w:r>
        <w:t>as, garh ke neeche sote the. woh</w:t>
      </w:r>
    </w:p>
    <w:p>
      <w:pPr>
        <w:jc w:val="right"/>
      </w:pPr>
      <w:r>
        <w:t>اس، گڑھ کے نیچے سوتے تھے۔ وہ</w:t>
      </w:r>
    </w:p>
    <w:p>
      <w:r>
        <w:rPr>
          <w:b/>
        </w:rPr>
        <w:t xml:space="preserve">[1:08:53] </w:t>
      </w:r>
      <w:r>
        <w:t>jesus christ, jo un ke manne wale aaj dunya bhar mein hain, un ke naam par badi badi building bani hui hain. un ke paas jerusalem mein koi rohani ghar nahi tha.</w:t>
      </w:r>
    </w:p>
    <w:p>
      <w:pPr>
        <w:jc w:val="right"/>
      </w:pPr>
      <w:r>
        <w:t>جیزس کرائسٹ، جو ان کے ماننے والے آج دنیا بھر میں ہیں، ان کے نام پر بڑی بڑی بلیگ بنی ہوئی ہیں۔ ان کے پاس یروشلم میں کوئی روحانی گھر نہیں تھا۔</w:t>
      </w:r>
    </w:p>
    <w:p>
      <w:r>
        <w:rPr>
          <w:b/>
        </w:rPr>
        <w:t xml:space="preserve">[1:09:05] </w:t>
      </w:r>
      <w:r>
        <w:t>ek aadmi aaya aur jesus christ ko us ne kaha ke "main aap par manta hoon, aap ko accept karta hoon, aur main aap ke sath rehna chahta hoon".</w:t>
      </w:r>
    </w:p>
    <w:p>
      <w:pPr>
        <w:jc w:val="right"/>
      </w:pPr>
      <w:r>
        <w:t>ایک آدمی آیا اور جیزس کرائسٹ کو اس نے کہا کہ "میں آپ پر مانتا ہوں، آپ کو ایکسیپٹ کرتا ہوں، اور میں آپ کے ساتھ رہنا چاہتا ہوں"۔</w:t>
      </w:r>
    </w:p>
    <w:p>
      <w:r>
        <w:rPr>
          <w:b/>
        </w:rPr>
        <w:t xml:space="preserve">[1:09:14] </w:t>
      </w:r>
      <w:r>
        <w:t>to unhon ne kaha ke "mere paas to koi ghar nahi, main to peed ke neeche sota hoon". aap sochen ke jo is tarah se rehta ho, us ko sirf merit ke base par aap sab pehchan sakte hain.</w:t>
      </w:r>
    </w:p>
    <w:p>
      <w:pPr>
        <w:jc w:val="right"/>
      </w:pPr>
      <w:r>
        <w:t>تو انہوں نے کہا کہ "میرے پاس تو کوئی گھر نہیں، میں تو پیڑ کے نیچے سوتا ہوں"۔ آپ سوچیں کہ جو اس طرح سے رہتا ہو، اس کو صرف میرٹ کے بیس پر آپ سب پہچان سکتے ہیں۔</w:t>
      </w:r>
    </w:p>
    <w:p>
      <w:r>
        <w:rPr>
          <w:b/>
        </w:rPr>
        <w:t xml:space="preserve">[1:09:28] </w:t>
      </w:r>
      <w:r>
        <w:t>koi dhoom dham, koi audambar, koi tamasha un ke sath hota hi nahi tha.</w:t>
      </w:r>
    </w:p>
    <w:p>
      <w:pPr>
        <w:jc w:val="right"/>
      </w:pPr>
      <w:r>
        <w:t>کوئی دھوم دھام، کوئی آڈمبر، کوئی تماشہ ان کے ساتھ ہوتا ہی نہیں تھا۔</w:t>
      </w:r>
    </w:p>
    <w:p>
      <w:r>
        <w:rPr>
          <w:b/>
        </w:rPr>
        <w:t xml:space="preserve">[1:09:36] </w:t>
      </w:r>
      <w:r>
        <w:t>kyun? khuda chahta tha ke aadmi jo hai, purely merit ke base par us ko samjhe aur aur oopar maane.</w:t>
      </w:r>
    </w:p>
    <w:p>
      <w:pPr>
        <w:jc w:val="right"/>
      </w:pPr>
      <w:r>
        <w:t>کیوں؟ خدا چاہتا تھا کہ آدمی جو ہے، پیورلی میرٹ کے بیس پر اس کو سمجھے اور اور اوپر مانے۔</w:t>
      </w:r>
    </w:p>
    <w:p>
      <w:r>
        <w:rPr>
          <w:b/>
        </w:rPr>
        <w:t xml:space="preserve">[1:09:46] </w:t>
      </w:r>
      <w:r>
        <w:t>un ko nahi to agar dhoom dham ke sath bhejta paighambar ko to phir faida kya tha? dhoom dham ke sath har ek ko maan leta hai.</w:t>
      </w:r>
    </w:p>
    <w:p>
      <w:pPr>
        <w:jc w:val="right"/>
      </w:pPr>
      <w:r>
        <w:t>ان کو نہیں تو اگر دھوم دھام کے ساتھ بھیجتا پیغمبر کو تو پھر فائدہ کیا تھا؟ دھوم دھام کے ساتھ ہر ایک کو مان لیتا ہے۔</w:t>
      </w:r>
    </w:p>
    <w:p>
      <w:r>
        <w:rPr>
          <w:b/>
        </w:rPr>
        <w:t xml:space="preserve">[1:09:55] </w:t>
      </w:r>
      <w:r>
        <w:t>aadmi jo bhi dhoom dham ke sath aata hai, us ke peeche dorne lagte hain log. to khuda aise logon ko le ke kya karega?</w:t>
      </w:r>
    </w:p>
    <w:p>
      <w:pPr>
        <w:jc w:val="right"/>
      </w:pPr>
      <w:r>
        <w:t>آدمی جو بھی دھوم دھام کے ساتھ آتا ہے، اس کے پیچھے دوڑنے لگتے ہیں لوگ۔ تو خدا ایسے لوگوں کو لے کے کیا کرے گا؟</w:t>
      </w:r>
    </w:p>
    <w:p>
      <w:r>
        <w:rPr>
          <w:b/>
        </w:rPr>
        <w:t xml:space="preserve">[1:10:03] </w:t>
      </w:r>
      <w:r>
        <w:t>aisi bheed ko khuda kya karega? le kar</w:t>
      </w:r>
    </w:p>
    <w:p>
      <w:pPr>
        <w:jc w:val="right"/>
      </w:pPr>
      <w:r>
        <w:t>ایسی بھیڑ کو خدا کیا کرے گا؟ لے کر</w:t>
      </w:r>
    </w:p>
    <w:p>
      <w:r>
        <w:rPr>
          <w:b/>
        </w:rPr>
        <w:t xml:space="preserve">[1:10:05] </w:t>
      </w:r>
      <w:r>
        <w:t>khuda ko aisi bheed ki koi zaroorat nahi hai. to maine yeh lafz absolute sense mein nahi istemal kiya hai. haan, das question is from miss maria.</w:t>
      </w:r>
    </w:p>
    <w:p>
      <w:pPr>
        <w:jc w:val="right"/>
      </w:pPr>
      <w:r>
        <w:t>خدا کو ایسی بھیڑ کی کوئی ضرورت نہیں ہے۔ تو میں نے یہ لفظ ایبسولیوٹ سینس میں نہیں استعمال کیا ہے۔ ہاں، دس کوئسچن از فرام مس ماریہ۔</w:t>
      </w:r>
    </w:p>
    <w:p>
      <w:r>
        <w:rPr>
          <w:b/>
        </w:rPr>
        <w:t xml:space="preserve">[1:10:18] </w:t>
      </w:r>
      <w:r>
        <w:t>please explain the phase of realization through total uncovering of truth. ab total uncovering to shuru ho gayi hai.</w:t>
      </w:r>
    </w:p>
    <w:p>
      <w:pPr>
        <w:jc w:val="right"/>
      </w:pPr>
      <w:r>
        <w:t>پلیز ایکسپلین دا فیز آف ریلائزیشن تھرو ٹوٹل انکورنگ آف ٹروتھ۔ اب ٹوٹل انکورنگ تو شروع ہوگئی ہے۔</w:t>
      </w:r>
    </w:p>
    <w:p>
      <w:r>
        <w:rPr>
          <w:b/>
        </w:rPr>
        <w:t xml:space="preserve">[1:10:28] </w:t>
      </w:r>
      <w:r>
        <w:t>ab aakhri woh hai jis ko kaha jata hai "is surah israfel". aakhri bughal baj jaye.</w:t>
      </w:r>
    </w:p>
    <w:p>
      <w:pPr>
        <w:jc w:val="right"/>
      </w:pPr>
      <w:r>
        <w:t>اب آخری وہ ہے جس کو کہا جاتا ہے "اس سورہ اسرافیل"۔ آخری بگل بچ جائے۔</w:t>
      </w:r>
    </w:p>
    <w:p>
      <w:r>
        <w:rPr>
          <w:b/>
        </w:rPr>
        <w:t xml:space="preserve">[1:10:36] </w:t>
      </w:r>
      <w:r>
        <w:t>main samajhta hoon ke global warming jo hai, woh global fire hai. woh ke ek town banaya gaya, uska naam rakha unhon ne "paradise".</w:t>
      </w:r>
    </w:p>
    <w:p>
      <w:pPr>
        <w:jc w:val="right"/>
      </w:pPr>
      <w:r>
        <w:t>میں سمجھتا ہوں کہ گلوبل وارمنگ جو ہے، وہ گلوبل فائر ہے۔ وہ کہ ایک ٹاؤن بنایا گیا، اس کا نام رکھا انہوں نے "پیراڈائز"۔</w:t>
      </w:r>
    </w:p>
    <w:p>
      <w:r>
        <w:rPr>
          <w:b/>
        </w:rPr>
        <w:t xml:space="preserve">[1:10:46] </w:t>
      </w:r>
      <w:r>
        <w:t>woh bohat hi beautiful town tha, beautiful scene tha, beautiful surrounding thi is ki. aur kaise kaise wahan ja kar aag lag gayi.</w:t>
      </w:r>
    </w:p>
    <w:p>
      <w:pPr>
        <w:jc w:val="right"/>
      </w:pPr>
      <w:r>
        <w:t>وہ بہت ہی بیوٹی فل ٹاؤن تھا، بیوٹی فل سین تھا، بیوٹی فل سراؤنڈنگ تھی اس کی۔ اور کیسے کیسے وہاں جا کر آگ لگ گئی۔</w:t>
      </w:r>
    </w:p>
    <w:p>
      <w:r>
        <w:rPr>
          <w:b/>
        </w:rPr>
        <w:t xml:space="preserve">[1:10:56] </w:t>
      </w:r>
      <w:r>
        <w:t>log bhaag rahe hain, chhod chhod kar ke is ko.</w:t>
      </w:r>
    </w:p>
    <w:p>
      <w:pPr>
        <w:jc w:val="right"/>
      </w:pPr>
      <w:r>
        <w:t>لوگ بھاگ رہے ہیں، چھوڑ چھوڑ کر کے اس کو۔</w:t>
      </w:r>
    </w:p>
    <w:p>
      <w:r>
        <w:rPr>
          <w:b/>
        </w:rPr>
        <w:t xml:space="preserve">[1:11:01] </w:t>
      </w:r>
      <w:r>
        <w:t>is ko aap ne dekha hoga paper mein "</w:t>
      </w:r>
    </w:p>
    <w:p>
      <w:pPr>
        <w:jc w:val="right"/>
      </w:pPr>
      <w:r>
        <w:t>اس کو آپ نے دیکھا ہوگا پیپر میں "</w:t>
      </w:r>
    </w:p>
    <w:p>
      <w:r>
        <w:rPr>
          <w:b/>
        </w:rPr>
        <w:t xml:space="preserve">[1:11:05] </w:t>
      </w:r>
      <w:r>
        <w:t>fire" yani made made paradise mein fire. to main kehta hoon ke sara yeh jo duniya hai, sab mein hi to fire aa gayi.</w:t>
      </w:r>
    </w:p>
    <w:p>
      <w:pPr>
        <w:jc w:val="right"/>
      </w:pPr>
      <w:r>
        <w:t>فائر" یعنی میڈ میڈ پیراڈائز میں فائر۔ تو میں کہتا ہوں کہ سارا یہ جو دنیا ہے، سب میں ہی تو فائر آ گئی۔</w:t>
      </w:r>
    </w:p>
    <w:p>
      <w:r>
        <w:rPr>
          <w:b/>
        </w:rPr>
        <w:t xml:space="preserve">[1:11:16] </w:t>
      </w:r>
      <w:r>
        <w:t>global warming kya hai? global warming kya hai?</w:t>
      </w:r>
    </w:p>
    <w:p>
      <w:pPr>
        <w:jc w:val="right"/>
      </w:pPr>
      <w:r>
        <w:t>گلوبل وارمنگ کیا ہے؟ گلوبل وارمنگ کیا ہے؟</w:t>
      </w:r>
    </w:p>
    <w:p>
      <w:r>
        <w:rPr>
          <w:b/>
        </w:rPr>
        <w:t xml:space="preserve">[1:11:23] </w:t>
      </w:r>
      <w:r>
        <w:t>poora jo industrial world hai, jo poora jo hamara jo beautiful cities hain, yeh sara jo ek beautiful stabilization hai, woh sab under fire hai global warming ke zariye se.</w:t>
      </w:r>
    </w:p>
    <w:p>
      <w:pPr>
        <w:jc w:val="right"/>
      </w:pPr>
      <w:r>
        <w:t>پورا جو انڈسٹریل ورلڈ ہے، جو پورا جو ہمارا جو بیوٹی فل سٹیز ہیں، یہ سارا جو ایک بیوٹی فل سٹیلائزیشن ہے، وہ سب انڈر فائر ہے گلوبل وارمنگ کے ذریعے سے۔</w:t>
      </w:r>
    </w:p>
    <w:p>
      <w:r>
        <w:rPr>
          <w:b/>
        </w:rPr>
        <w:t xml:space="preserve">[1:11:39] </w:t>
      </w:r>
      <w:r>
        <w:t>yahi to hai. ab ab bhi kisi, ab bhi agar koi band bana raha hai to phir surah israfel ayega. to phir to ek second bhi sochne ka mauqa bhi khatam ho chuka hoga.</w:t>
      </w:r>
    </w:p>
    <w:p>
      <w:pPr>
        <w:jc w:val="right"/>
      </w:pPr>
      <w:r>
        <w:t>یہی تو ہے۔ اب اب بھی کسی، اب بھی اگر کوئی بینڈ بنا رہا ہے تو پھر سورہ اسرافیل آئے گا۔ تو پھر تو ایک سیکنڈ بھی سوچنے کا موقع بھی ختم ہو چکا ہوگا۔</w:t>
      </w:r>
    </w:p>
    <w:p>
      <w:r>
        <w:rPr>
          <w:b/>
        </w:rPr>
        <w:t xml:space="preserve">[1:11:50] </w:t>
      </w:r>
      <w:r>
        <w:t>abhi to thoda sa sochne ka mauqa hai.</w:t>
      </w:r>
    </w:p>
    <w:p>
      <w:pPr>
        <w:jc w:val="right"/>
      </w:pPr>
      <w:r>
        <w:t>ابھی تو تھوڑا سا سوچنے کا موقع ہے۔</w:t>
      </w:r>
    </w:p>
    <w:p>
      <w:r>
        <w:rPr>
          <w:b/>
        </w:rPr>
        <w:t xml:space="preserve">[1:11:54] </w:t>
      </w:r>
      <w:r>
        <w:t>to main samajhta hoon ke total uncovering already ho chuki hai. ab koi nahi dekhta to woh andha hai. har cheez jo hai, proof ho chuki hai.</w:t>
      </w:r>
    </w:p>
    <w:p>
      <w:pPr>
        <w:jc w:val="right"/>
      </w:pPr>
      <w:r>
        <w:t>تو میں سمجھتا ہوں کہ ٹوٹل انکورنگ الریڈی ہو چکی ہے۔ اب کوئی نہیں دیکھتا تو وہ اندھا ہے۔ ہر چیز جو ہے، پروف ہو چکی ہے۔</w:t>
      </w:r>
    </w:p>
    <w:p>
      <w:r>
        <w:rPr>
          <w:b/>
        </w:rPr>
        <w:t xml:space="preserve">[1:12:05] </w:t>
      </w:r>
      <w:r>
        <w:t>har cheez ka demonstration ho chuka hai. koi aisi cheez nahi hai jo baqi reh gayi ho. to main samajhta hoon ke total uncovering already ho chuki hai.</w:t>
      </w:r>
    </w:p>
    <w:p>
      <w:pPr>
        <w:jc w:val="right"/>
      </w:pPr>
      <w:r>
        <w:t>ہر چیز کا ڈیمونسٹریشن ہو چکا ہے۔ کوئی ایسی چیز نہیں ہے جو باقی رہ گئی ہو۔ تو میں سمجھتا ہوں کہ ٹوٹل انکورنگ الریڈی ہو چکی ہے۔</w:t>
      </w:r>
    </w:p>
    <w:p>
      <w:r>
        <w:rPr>
          <w:b/>
        </w:rPr>
        <w:t xml:space="preserve">[1:12:17] </w:t>
      </w:r>
      <w:r>
        <w:t>ab jo hai, yahi hai ke bilkul yani israfel ka bughal bajaye aur logon ko dhakel diya jaye. das question is from doctor farida khanam.</w:t>
      </w:r>
    </w:p>
    <w:p>
      <w:pPr>
        <w:jc w:val="right"/>
      </w:pPr>
      <w:r>
        <w:t>اب جو ہے، یہی ہے کہ بالکل یعنی اسرافیل کا بگل بجائے اور لوگوں کو دھکیل دیا جائے۔ دس کوئسچن از فرام ڈاکٹر فریدہ خانم۔</w:t>
      </w:r>
    </w:p>
    <w:p>
      <w:r>
        <w:rPr>
          <w:b/>
        </w:rPr>
        <w:t xml:space="preserve">[1:12:29] </w:t>
      </w:r>
      <w:r>
        <w:t>if one performs all acts of worship but does not involve oneself in da'wah activities, will he have the chances of being saved by god?</w:t>
      </w:r>
    </w:p>
    <w:p>
      <w:pPr>
        <w:jc w:val="right"/>
      </w:pPr>
      <w:r>
        <w:t>اف ون پرفارمز آل ایکٹس آف ورشپ بٹ ڈز ناٹ انوالو ون سیلف ان دعویٰ ایکٹیویٹیز، ول ہی ہیو دا چانسز آف بینگ سیوڈ بائی گاڈ؟</w:t>
      </w:r>
    </w:p>
    <w:p>
      <w:r>
        <w:rPr>
          <w:b/>
        </w:rPr>
        <w:t xml:space="preserve">[1:12:42] </w:t>
      </w:r>
      <w:r>
        <w:t>dekhiye, ek baat samajh lijiye ke salvation jo hai, is ka sirf ek hi,</w:t>
      </w:r>
    </w:p>
    <w:p>
      <w:pPr>
        <w:jc w:val="right"/>
      </w:pPr>
      <w:r>
        <w:t>دیکھیے، ایک بات سمجھ لیجئے کہ سالویشن جو ہے، اس کا صرف ایک ہی،</w:t>
      </w:r>
    </w:p>
    <w:p>
      <w:r>
        <w:rPr>
          <w:b/>
        </w:rPr>
        <w:t xml:space="preserve">[1:12:57] </w:t>
      </w:r>
      <w:r>
        <w:t>ek hi base par milegi. woh hai ikhlas.</w:t>
      </w:r>
    </w:p>
    <w:p>
      <w:pPr>
        <w:jc w:val="right"/>
      </w:pPr>
      <w:r>
        <w:t>ایک ہی بیس پر ملے گی۔ وہ ہے اخلاص۔</w:t>
      </w:r>
    </w:p>
    <w:p>
      <w:r>
        <w:rPr>
          <w:b/>
        </w:rPr>
        <w:t xml:space="preserve">[1:13:03] </w:t>
      </w:r>
      <w:r>
        <w:t>koi da'wah work kare, tab bhi yeh nahi samajh lijiye ke is ko paradise mil jayegi. kyunke asal cheez to ikhlas hai.</w:t>
      </w:r>
    </w:p>
    <w:p>
      <w:pPr>
        <w:jc w:val="right"/>
      </w:pPr>
      <w:r>
        <w:t>کوئی دعویٰ ورک کرے، تب بھی یہ نہیں سمجھ لیجئے کہ اس کو پیراڈائز مل جائے گی۔ کیونکہ اصل چیز تو اخلاص ہے۔</w:t>
      </w:r>
    </w:p>
    <w:p>
      <w:r>
        <w:rPr>
          <w:b/>
        </w:rPr>
        <w:t xml:space="preserve">[1:13:10] </w:t>
      </w:r>
      <w:r>
        <w:t>ikhlas ka talluq intention se hai. ikhlas ka matlab hota hai ke purely sirf for the sake of god karna. ikhlas ka matlab hai ke jo kuch bhi aap karein, purely, purely, purely for the sake of god ho,</w:t>
      </w:r>
    </w:p>
    <w:p>
      <w:pPr>
        <w:jc w:val="right"/>
      </w:pPr>
      <w:r>
        <w:t>اخلاص کا تعلق انٹینشن سے ہے۔ اخلاص کا مطلب ہوتا ہے کہ پیورلی صرف فار دا سیک آف گاڈ کرنا۔ اخلاص کا مطلب ہے کہ جو کچھ بھی آپ کریں، پیورلی، پیورلی، پیورلی فار دا سیک آف گاڈ ہو،</w:t>
      </w:r>
    </w:p>
    <w:p>
      <w:r>
        <w:rPr>
          <w:b/>
        </w:rPr>
        <w:t xml:space="preserve">[1:13:27] </w:t>
      </w:r>
      <w:r>
        <w:t>for the sake of fame, for the sake of material interest, for the sake of money. yeh sab kuch bhi na ho, kuch bhi na ho.</w:t>
      </w:r>
    </w:p>
    <w:p>
      <w:pPr>
        <w:jc w:val="right"/>
      </w:pPr>
      <w:r>
        <w:t>فار دا سیک آف فیم، فار دا سیک آف مٹیریل انٹرسٹ، فار دا سیک آف منی۔ یہ سب کچھ بھی نہ ہو، کچھ بھی نہ ہو۔</w:t>
      </w:r>
    </w:p>
    <w:p>
      <w:r>
        <w:rPr>
          <w:b/>
        </w:rPr>
        <w:t xml:space="preserve">[1:13:37] </w:t>
      </w:r>
      <w:r>
        <w:t>totally woh to for the sake of god ho. woh hai ikhlas. inhi ke liye salvation hai. magar yeh kaun janta hai? hum aap nahi jaan sakte. yeh to khuda janta hai.</w:t>
      </w:r>
    </w:p>
    <w:p>
      <w:pPr>
        <w:jc w:val="right"/>
      </w:pPr>
      <w:r>
        <w:t>ٹوٹلی وہ تو فار دا سیک آف گاڈ ہو۔ وہ ہے اخلاص۔ انہی کے لیے سالویشن ہے۔ مگر یہ کون جانتا ہے؟ ہم آپ نہیں جان سکتے۔ یہ تو خدا جانتا ہے۔</w:t>
      </w:r>
    </w:p>
    <w:p>
      <w:r>
        <w:rPr>
          <w:b/>
        </w:rPr>
        <w:t xml:space="preserve">[1:13:48] </w:t>
      </w:r>
      <w:r>
        <w:t>ikhlas ka mamla aisa hai ke is ko sirf khuda janta hai aur koi nahi janta.</w:t>
      </w:r>
    </w:p>
    <w:p>
      <w:pPr>
        <w:jc w:val="right"/>
      </w:pPr>
      <w:r>
        <w:t>اخلاص کا معاملہ ایسا ہے کہ اس کو صرف خدا جانتا ہے اور کوئی نہیں جانتا۔</w:t>
      </w:r>
    </w:p>
    <w:p>
      <w:r>
        <w:rPr>
          <w:b/>
        </w:rPr>
        <w:t xml:space="preserve">[1:13:58] </w:t>
      </w:r>
      <w:r>
        <w:t>khuda ke siwa koi nahi janta. ek</w:t>
      </w:r>
    </w:p>
    <w:p>
      <w:pPr>
        <w:jc w:val="right"/>
      </w:pPr>
      <w:r>
        <w:t>خدا کے سوا کوئی نہیں جانتا۔ ایک</w:t>
      </w:r>
    </w:p>
    <w:p>
      <w:r>
        <w:rPr>
          <w:b/>
        </w:rPr>
        <w:t xml:space="preserve">[1:14:02] </w:t>
      </w:r>
      <w:r>
        <w:t>sahib mujhe yaad aata hai, ek sahib jo hain, international level par woh daai kehlate thay. ab un ki death ho chuki hai. bohat hi dunya mein bohat un ko fame mila dawat ke naam se.</w:t>
      </w:r>
    </w:p>
    <w:p>
      <w:pPr>
        <w:jc w:val="right"/>
      </w:pPr>
      <w:r>
        <w:t>صاحب مجھے یاد آتا ہے، ایک صاحب جو ہیں، انٹرنیشنل لیول پر وہ داعی کہلاتے تھے۔ اب ان کی ڈیتھ ہو چکی ہے۔ بہت ہی دنیا میں بہت ان کو فیم ملا دعوت کے نام سے۔</w:t>
      </w:r>
    </w:p>
    <w:p>
      <w:r>
        <w:rPr>
          <w:b/>
        </w:rPr>
        <w:t xml:space="preserve">[1:14:17] </w:t>
      </w:r>
      <w:r>
        <w:t>dawat ke naam se toh bahar ke ek safar mein tha, ek baar un se mulaqat hui.</w:t>
      </w:r>
    </w:p>
    <w:p>
      <w:pPr>
        <w:jc w:val="right"/>
      </w:pPr>
      <w:r>
        <w:t>دعوت کے نام سے تو باہر کے ایک سفر میں تھا، ایک بار ان سے ملاقات ہوئی۔</w:t>
      </w:r>
    </w:p>
    <w:p>
      <w:r>
        <w:rPr>
          <w:b/>
        </w:rPr>
        <w:t xml:space="preserve">[1:14:27] </w:t>
      </w:r>
      <w:r>
        <w:t>toh main tha, woh tha, shayad ek adh aadmi aur ho.</w:t>
      </w:r>
    </w:p>
    <w:p>
      <w:pPr>
        <w:jc w:val="right"/>
      </w:pPr>
      <w:r>
        <w:t>تو میں تھا، وہ تھا، شاید ایک ادھ آدمی اور ہو۔</w:t>
      </w:r>
    </w:p>
    <w:p>
      <w:r>
        <w:rPr>
          <w:b/>
        </w:rPr>
        <w:t xml:space="preserve">[1:14:33] </w:t>
      </w:r>
      <w:r>
        <w:t>toh main ek question har ek se karta hoon, unhi se nahi, main sabhi se karta hoon, har ek se. in se bhi maine kar diya ke apni koi finding bataiye,</w:t>
      </w:r>
    </w:p>
    <w:p>
      <w:pPr>
        <w:jc w:val="right"/>
      </w:pPr>
      <w:r>
        <w:t>تو میں ایک کوئسچن ہر ایک سے کرتا ہوں، انہی سے نہیں، میں سبھی سے کرتا ہوں، ہر ایک سے۔ ان سے بھی میں نے کر دیا کہ اپنی کوئی فائنڈنگ بتائیے،</w:t>
      </w:r>
    </w:p>
    <w:p>
      <w:r>
        <w:rPr>
          <w:b/>
        </w:rPr>
        <w:t xml:space="preserve">[1:14:49] </w:t>
      </w:r>
      <w:r>
        <w:t>apni koi discovery bataiye. ab woh bilkul woh ho gaye, yaani furious ho gaye. unhon ne kaha ke yeh toh hair splitting hai.</w:t>
      </w:r>
    </w:p>
    <w:p>
      <w:pPr>
        <w:jc w:val="right"/>
      </w:pPr>
      <w:r>
        <w:t>اپنی کوئی ڈسکوری بتائیے۔ اب وہ بالکل وہ ہو گئے، یعنی فیوریس ہو گئے۔ انہوں نے کہا کہ یہ تو ہیئر ہیئر سپلٹنگ ہے۔</w:t>
      </w:r>
    </w:p>
    <w:p>
      <w:r>
        <w:rPr>
          <w:b/>
        </w:rPr>
        <w:t xml:space="preserve">[1:15:03] </w:t>
      </w:r>
      <w:r>
        <w:t>exactly yeh word bolay thay woh, yaani furious ho gaye aur kaha ke yeh toh hair splitting hai. ab main sochta hoon, aaj tak sochta hoon ke kaisi dawat thi un ki aur kya unhon ne Khuda ko paya tha.</w:t>
      </w:r>
    </w:p>
    <w:p>
      <w:pPr>
        <w:jc w:val="right"/>
      </w:pPr>
      <w:r>
        <w:t>ایگزیکٹلی یہ ورڈ بولے تھے وہ، یعنی فیوریس ہو گئے اور کہا کہ یہ تو ہیئر سپلٹنگ ہے۔ اب میں سوچتا ہوں، آج تک سوچتا ہوں کہ کیسی دعوت تھی ان کی اور کیا انہوں نے خدا کو پایا تھا۔</w:t>
      </w:r>
    </w:p>
    <w:p>
      <w:r>
        <w:rPr>
          <w:b/>
        </w:rPr>
        <w:t xml:space="preserve">[1:15:20] </w:t>
      </w:r>
      <w:r>
        <w:t>ek saada se question par woh furious ho gaye, khwah makhwah kuch kehte kehna chahiye tha ke meri finding kya hai? maine Khuda ko paya hai, maine peghambar ko paya</w:t>
      </w:r>
    </w:p>
    <w:p>
      <w:pPr>
        <w:jc w:val="right"/>
      </w:pPr>
      <w:r>
        <w:t>ایک سادہ سے کوئسچن پر وہ فیوریس ہو گئے، خوامخواہ کچھ کہتے کہنا چاہیے تھا کہ میری فائنڈنگ کیا ہے؟ میں نے خدا کو پایا ہے، میں نے پیغمبر کو پای</w:t>
      </w:r>
    </w:p>
    <w:p>
      <w:r>
        <w:rPr>
          <w:b/>
        </w:rPr>
        <w:t xml:space="preserve">[1:15:30] </w:t>
      </w:r>
      <w:r>
        <w:t>hai. yeh koi bhi jo cheez un ko discover hui ho, toh yeh bas samajh lein ke koi dawah work kar raha hai toh woh phir paradise mein chala jayega.</w:t>
      </w:r>
    </w:p>
    <w:p>
      <w:pPr>
        <w:jc w:val="right"/>
      </w:pPr>
      <w:r>
        <w:t>ا ہے۔ یہ کوئی بھی جو چیز ان کو ڈسکور ہوئی ہو، تو یہ بس سمجھ لیں کہ کوئی دعویٰ ورک کر رہا ہے تو وہ پھر پیراڈائز میں چلا جائے گا۔</w:t>
      </w:r>
    </w:p>
    <w:p>
      <w:r>
        <w:rPr>
          <w:b/>
        </w:rPr>
        <w:t xml:space="preserve">[1:15:39] </w:t>
      </w:r>
      <w:r>
        <w:t>woh</w:t>
      </w:r>
    </w:p>
    <w:p>
      <w:pPr>
        <w:jc w:val="right"/>
      </w:pPr>
      <w:r>
        <w:t>وہ</w:t>
      </w:r>
    </w:p>
    <w:p>
      <w:r>
        <w:rPr>
          <w:b/>
        </w:rPr>
        <w:t xml:space="preserve">[1:15:43] </w:t>
      </w:r>
      <w:r>
        <w:t>asal cheez jo hai, jo paradise mein le jayegi aadmi ko, ke jo kaam woh kar raha hai, woh for the sake of God ho. us ko ibtigha rizwan Allah, lugh Allah,</w:t>
      </w:r>
    </w:p>
    <w:p>
      <w:pPr>
        <w:jc w:val="right"/>
      </w:pPr>
      <w:r>
        <w:t>اصل چیز جو ہے، جو پیراڈائز میں لے جائے گی آدمی کو، کہ جو کام وہ کر رہا ہے، وہ فار دا سیک آف گاڈ ہو۔ اس کو ابتغا رضوان اللہ، لوج اللہ،</w:t>
      </w:r>
    </w:p>
    <w:p>
      <w:r>
        <w:rPr>
          <w:b/>
        </w:rPr>
        <w:t xml:space="preserve">[1:15:58] </w:t>
      </w:r>
      <w:r>
        <w:t>dawah fi sabil Allah.</w:t>
      </w:r>
    </w:p>
    <w:p>
      <w:pPr>
        <w:jc w:val="right"/>
      </w:pPr>
      <w:r>
        <w:t>دعویٰ فی سبیل اللہ۔</w:t>
      </w:r>
    </w:p>
    <w:p>
      <w:r>
        <w:rPr>
          <w:b/>
        </w:rPr>
        <w:t xml:space="preserve">[1:16:01] </w:t>
      </w:r>
      <w:r>
        <w:t>toh asal cheez jo aadmi ko salvation degi, woh ikhlas hai aur ikhlas ka pata sirf Khuda ko hai aur kisi ko nahi hai.</w:t>
      </w:r>
    </w:p>
    <w:p>
      <w:pPr>
        <w:jc w:val="right"/>
      </w:pPr>
      <w:r>
        <w:t>تو اصل چیز جو آدمی کو سالویشن دے گی، وہ اخلاص ہے اور اخلاص کا پتہ صرف خدا کو ہے اور کسی کو نہیں ہے۔</w:t>
      </w:r>
    </w:p>
    <w:p>
      <w:r>
        <w:rPr>
          <w:b/>
        </w:rPr>
        <w:t xml:space="preserve">[1:16:12] </w:t>
      </w:r>
      <w:r>
        <w:t>das question is from Miss Naghma. why were some prophets made kings? how could they be realized through complete merit?</w:t>
      </w:r>
    </w:p>
    <w:p>
      <w:pPr>
        <w:jc w:val="right"/>
      </w:pPr>
      <w:r>
        <w:t>دس کوئسچن از فرام مس نغمہ۔ وائی وار سم پرافٹس میڈ کنگز؟ ہاؤ کڈ دے بی ریلائزڈ تھرو کمپلیٹ میرٹ؟</w:t>
      </w:r>
    </w:p>
    <w:p>
      <w:r>
        <w:rPr>
          <w:b/>
        </w:rPr>
        <w:t xml:space="preserve">[1:16:23] </w:t>
      </w:r>
      <w:r>
        <w:t>toh yeh toh sirf Yahood mein hua tha, yaani David aur Solomon king hue thay aur toh koi king nahi hua.</w:t>
      </w:r>
    </w:p>
    <w:p>
      <w:pPr>
        <w:jc w:val="right"/>
      </w:pPr>
      <w:r>
        <w:t>تو یہ تو صرف یہود میں ہوا تھا، یعنی ڈیوڈ اور سولومن کنگ ہوئے تھے اور تو کوئی کنگ نہیں ہوا۔</w:t>
      </w:r>
    </w:p>
    <w:p>
      <w:r>
        <w:rPr>
          <w:b/>
        </w:rPr>
        <w:t xml:space="preserve">[1:16:33] </w:t>
      </w:r>
      <w:r>
        <w:t>toh Khuda ne un ko king banaya tha aur toh aam toh prophet king nahi hotay thay. toh dekhein, har cheez mein exception hota hai.</w:t>
      </w:r>
    </w:p>
    <w:p>
      <w:pPr>
        <w:jc w:val="right"/>
      </w:pPr>
      <w:r>
        <w:t>تو خدا نے ان کو کنگ بنایا تھا اور تو عام تو پرافٹ کنگ نہیں ہوتے تھے۔ تو دیکھیں، ہر چیز میں ایکسیپشن ہوتا ہے۔</w:t>
      </w:r>
    </w:p>
    <w:p>
      <w:r>
        <w:rPr>
          <w:b/>
        </w:rPr>
        <w:t xml:space="preserve">[1:16:45] </w:t>
      </w:r>
      <w:r>
        <w:t>wahan par ek doosra muamla tha, us ki wajah se woh king banaye gaye. woh aam tor par prophet king nahi hotay, woh doosre us ke reason thay, us ki wajah se un ko king banaya gaya tha.</w:t>
      </w:r>
    </w:p>
    <w:p>
      <w:pPr>
        <w:jc w:val="right"/>
      </w:pPr>
      <w:r>
        <w:t>وہاں پر ایک دوسرا معاملہ تھا، اس کی وجہ سے وہ کنگ بنائے گئے۔ وہ عام طور پر پرافٹ کنگ نہیں ہوتے، وہ دوسرے اس کے ریزن تھے، اس کی وجہ سے ان کو کنگ بنایا گیا تھا۔</w:t>
      </w:r>
    </w:p>
    <w:p>
      <w:r>
        <w:rPr>
          <w:b/>
        </w:rPr>
        <w:t xml:space="preserve">[1:16:59] </w:t>
      </w:r>
      <w:r>
        <w:t>us ki detail ka yeh mauqa nahi hai, lekin phir main kabhi bataunga, inshallah, ke that was an exception.</w:t>
      </w:r>
    </w:p>
    <w:p>
      <w:pPr>
        <w:jc w:val="right"/>
      </w:pPr>
      <w:r>
        <w:t>اس کی ڈیٹیل کا یہ موقع نہیں ہے، لیکن پھر میں کبھی بتاؤں گا، انشاءاللہ، کہ دیٹ واز این ایکسیپشن۔</w:t>
      </w:r>
    </w:p>
    <w:p>
      <w:r>
        <w:rPr>
          <w:b/>
        </w:rPr>
        <w:t xml:space="preserve">[1:17:11] </w:t>
      </w:r>
      <w:r>
        <w:t>ya exception se woh cheez explain hoti hai, rule se nahi.</w:t>
      </w:r>
    </w:p>
    <w:p>
      <w:pPr>
        <w:jc w:val="right"/>
      </w:pPr>
      <w:r>
        <w:t>یا ایکسیپشن سے وہ چیز ایکسپلین ہوتی ہے، رول سے نہیں۔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