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Importance of Sabr March 23, 2007</w:t>
      </w:r>
    </w:p>
    <w:p>
      <w:r>
        <w:t>https://youtu.be/duCjMIqqfgA</w:t>
      </w:r>
    </w:p>
    <w:p>
      <w:r>
        <w:rPr>
          <w:b/>
        </w:rPr>
        <w:t xml:space="preserve">[00:34] </w:t>
      </w:r>
      <w:r>
        <w:t>the theme for the present talk is sabr, or the concept of sabr in Islam.</w:t>
      </w:r>
    </w:p>
    <w:p>
      <w:pPr>
        <w:jc w:val="right"/>
      </w:pPr>
      <w:r>
        <w:t>دا تھیم فار دی پریزنٹ ٹاک از صبر، اور دا کانسیپٹ آف صبر ان اسلام۔</w:t>
      </w:r>
    </w:p>
    <w:p>
      <w:r>
        <w:rPr>
          <w:b/>
        </w:rPr>
        <w:t xml:space="preserve">[00:52] </w:t>
      </w:r>
      <w:r>
        <w:t>sabr means patience.</w:t>
      </w:r>
    </w:p>
    <w:p>
      <w:pPr>
        <w:jc w:val="right"/>
      </w:pPr>
      <w:r>
        <w:t>صبر مینز پیشنس۔</w:t>
      </w:r>
    </w:p>
    <w:p>
      <w:r>
        <w:rPr>
          <w:b/>
        </w:rPr>
        <w:t xml:space="preserve">[00:58] </w:t>
      </w:r>
      <w:r>
        <w:t>there are some other words in the same meaning</w:t>
      </w:r>
    </w:p>
    <w:p>
      <w:pPr>
        <w:jc w:val="right"/>
      </w:pPr>
      <w:r>
        <w:t>دیر آر سم ادر ورڈز ان دا سیم میننگ</w:t>
      </w:r>
    </w:p>
    <w:p>
      <w:r>
        <w:rPr>
          <w:b/>
        </w:rPr>
        <w:t xml:space="preserve">[01:07] </w:t>
      </w:r>
      <w:r>
        <w:t>in the Quran. for example, aaraaz. sabr aur aaraaz have the same meaning.</w:t>
      </w:r>
    </w:p>
    <w:p>
      <w:pPr>
        <w:jc w:val="right"/>
      </w:pPr>
      <w:r>
        <w:t>ان دا قرآن۔ فار ایگزامپل، اعراض۔ صبر اور اعراض ہیو دا سیم میننگ۔</w:t>
      </w:r>
    </w:p>
    <w:p>
      <w:r>
        <w:rPr>
          <w:b/>
        </w:rPr>
        <w:t xml:space="preserve">[01:19] </w:t>
      </w:r>
      <w:r>
        <w:t>sabr means patience, and aaraaz literally means avoidance. both are one and the same.</w:t>
      </w:r>
    </w:p>
    <w:p>
      <w:pPr>
        <w:jc w:val="right"/>
      </w:pPr>
      <w:r>
        <w:t>صبر مینز پیشنس، اینڈ اعراض لٹرلی مینز اوائڈنس۔ بوتھ آر ون اینڈ دا سیم۔</w:t>
      </w:r>
    </w:p>
    <w:p>
      <w:r>
        <w:rPr>
          <w:b/>
        </w:rPr>
        <w:t xml:space="preserve">[01:30] </w:t>
      </w:r>
      <w:r>
        <w:t>these two words, that is sabr aur aaraaz, are used in the Quran almost 200 times.</w:t>
      </w:r>
    </w:p>
    <w:p>
      <w:pPr>
        <w:jc w:val="right"/>
      </w:pPr>
      <w:r>
        <w:t>دیز ٹو ورڈز، دیٹ از صبر اور اعراض، آر یوزڈ ان دا قرآن الموسٹ 200 ٹائمز۔</w:t>
      </w:r>
    </w:p>
    <w:p>
      <w:r>
        <w:rPr>
          <w:b/>
        </w:rPr>
        <w:t xml:space="preserve">[01:46] </w:t>
      </w:r>
      <w:r>
        <w:t>this tells us that how many importance Quran gives to the sabr aur aaraaz.</w:t>
      </w:r>
    </w:p>
    <w:p>
      <w:pPr>
        <w:jc w:val="right"/>
      </w:pPr>
      <w:r>
        <w:t>دس ٹیلز اس دیٹ ہاؤ مینی امپورٹنس قرآن گیوز ٹو دی صبر اور اعراض۔</w:t>
      </w:r>
    </w:p>
    <w:p>
      <w:r>
        <w:rPr>
          <w:b/>
        </w:rPr>
        <w:t xml:space="preserve">[02:02] </w:t>
      </w:r>
      <w:r>
        <w:t>der az a hadith:</w:t>
      </w:r>
    </w:p>
    <w:p>
      <w:pPr>
        <w:jc w:val="right"/>
      </w:pPr>
      <w:r>
        <w:t>دیر از اے حدیث:</w:t>
      </w:r>
    </w:p>
    <w:p>
      <w:r>
        <w:rPr>
          <w:b/>
        </w:rPr>
        <w:t xml:space="preserve">[02:09] </w:t>
      </w:r>
      <w:r>
        <w:t>"alsabr" the prophet of Islam has said, "alsabr muhib al-momin".</w:t>
      </w:r>
    </w:p>
    <w:p>
      <w:pPr>
        <w:jc w:val="right"/>
      </w:pPr>
      <w:r>
        <w:t>"الصبر" دا پرافٹ آف اسلام ہیز سیڈ، "الصبر محب المومن"۔ اٹ مینز دیٹ صبر از اے ڈیوائن شیل فار اے ٹرو مومن۔</w:t>
      </w:r>
    </w:p>
    <w:p>
      <w:r>
        <w:rPr>
          <w:b/>
        </w:rPr>
        <w:t xml:space="preserve">[02:31] </w:t>
      </w:r>
      <w:r>
        <w:t>it means that sabr is a divine shield for a true momin.</w:t>
      </w:r>
    </w:p>
    <w:p>
      <w:pPr>
        <w:jc w:val="right"/>
      </w:pPr>
      <w:r>
        <w:t>دس از ناٹ سمتھنگ ایز مسٹیریس۔ اٹ از</w:t>
      </w:r>
    </w:p>
    <w:p>
      <w:r>
        <w:rPr>
          <w:b/>
        </w:rPr>
        <w:t xml:space="preserve">[02:39] </w:t>
      </w:r>
      <w:r>
        <w:t>this is not something as mysterious.</w:t>
      </w:r>
    </w:p>
    <w:p>
      <w:pPr>
        <w:jc w:val="right"/>
      </w:pPr>
      <w:r>
        <w:t>اے لاء آف نیچر۔ بائی سٹڈینگ لاء آف نیچر، یو کین انڈرسٹینڈ ہاؤ صبر از</w:t>
      </w:r>
    </w:p>
    <w:p>
      <w:r>
        <w:rPr>
          <w:b/>
        </w:rPr>
        <w:t xml:space="preserve">[02:51] </w:t>
      </w:r>
      <w:r>
        <w:t>it is a law of nature.</w:t>
      </w:r>
    </w:p>
    <w:p>
      <w:pPr>
        <w:jc w:val="right"/>
      </w:pPr>
      <w:r>
        <w:t>ا شیل فار اے ٹرو بیلیور۔</w:t>
      </w:r>
    </w:p>
    <w:p>
      <w:r>
        <w:rPr>
          <w:b/>
        </w:rPr>
        <w:t xml:space="preserve">[03:00] </w:t>
      </w:r>
      <w:r>
        <w:t>by studying law of nature, you can understand how sabr is</w:t>
      </w:r>
    </w:p>
    <w:p>
      <w:pPr>
        <w:jc w:val="right"/>
      </w:pPr>
      <w:r>
        <w:t>دین دیر از اے ورس ان دا قرآن: "انما یوفصابرون اجرہم بغیر حساب"۔</w:t>
      </w:r>
    </w:p>
    <w:p>
      <w:r>
        <w:rPr>
          <w:b/>
        </w:rPr>
        <w:t xml:space="preserve">[03:14] </w:t>
      </w:r>
      <w:r>
        <w:t>a shield for a true believer.</w:t>
      </w:r>
    </w:p>
    <w:p>
      <w:pPr>
        <w:jc w:val="right"/>
      </w:pPr>
      <w:r>
        <w:t>پیپل آف پیشنس ول بی اوارڈڈ</w:t>
      </w:r>
    </w:p>
    <w:p>
      <w:r>
        <w:rPr>
          <w:b/>
        </w:rPr>
        <w:t xml:space="preserve">[03:21] </w:t>
      </w:r>
      <w:r>
        <w:t>then there is a verse in the quran: "inma yufasabirun ajrahum bighair hisab".</w:t>
      </w:r>
    </w:p>
    <w:p>
      <w:pPr>
        <w:jc w:val="right"/>
      </w:pPr>
      <w:r>
        <w:t>ان لمیٹڈ ریوارڈ۔</w:t>
      </w:r>
    </w:p>
    <w:p>
      <w:r>
        <w:rPr>
          <w:b/>
        </w:rPr>
        <w:t xml:space="preserve">[03:26] </w:t>
      </w:r>
      <w:r>
        <w:t>people of patience will be awarded</w:t>
      </w:r>
    </w:p>
    <w:p>
      <w:pPr>
        <w:jc w:val="right"/>
      </w:pPr>
      <w:r>
        <w:t>دس از ویری اسپیشل ٹو صبر۔</w:t>
      </w:r>
    </w:p>
    <w:p>
      <w:r>
        <w:rPr>
          <w:b/>
        </w:rPr>
        <w:t xml:space="preserve">[03:32] </w:t>
      </w:r>
      <w:r>
        <w:t>unlimited reward.</w:t>
      </w:r>
    </w:p>
    <w:p>
      <w:pPr>
        <w:jc w:val="right"/>
      </w:pPr>
      <w:r>
        <w:t>اکارڈنگ ٹو قرآن، اونلی صبر از ہیز صبر ہیز دس اسپیشل</w:t>
      </w:r>
    </w:p>
    <w:p>
      <w:r>
        <w:rPr>
          <w:b/>
        </w:rPr>
        <w:t xml:space="preserve">[03:42] </w:t>
      </w:r>
      <w:r>
        <w:t>this is very special to sabr.</w:t>
      </w:r>
    </w:p>
    <w:p>
      <w:pPr>
        <w:jc w:val="right"/>
      </w:pPr>
      <w:r>
        <w:t>کوالٹی۔</w:t>
      </w:r>
    </w:p>
    <w:p>
      <w:r>
        <w:rPr>
          <w:b/>
        </w:rPr>
        <w:t xml:space="preserve">[03:46] </w:t>
      </w:r>
      <w:r>
        <w:t>according to Quran, only sabr is has sabr has this special</w:t>
      </w:r>
    </w:p>
    <w:p>
      <w:pPr>
        <w:jc w:val="right"/>
      </w:pPr>
      <w:r>
        <w:t>اٹ مینز اگین، اٹ از ناٹ مسٹیریس۔ اٹ مینز صبر گیوز یو گریٹ گریٹ سکسیس۔</w:t>
      </w:r>
    </w:p>
    <w:p>
      <w:r>
        <w:rPr>
          <w:b/>
        </w:rPr>
        <w:t xml:space="preserve">[04:03] </w:t>
      </w:r>
      <w:r>
        <w:t>quality.</w:t>
      </w:r>
    </w:p>
    <w:p>
      <w:pPr>
        <w:jc w:val="right"/>
      </w:pPr>
      <w:r>
        <w:t>ناو،</w:t>
      </w:r>
    </w:p>
    <w:p>
      <w:r>
        <w:rPr>
          <w:b/>
        </w:rPr>
        <w:t xml:space="preserve">[04:06] </w:t>
      </w:r>
      <w:r>
        <w:t>it means again, it is not mysterious.</w:t>
      </w:r>
    </w:p>
    <w:p>
      <w:pPr>
        <w:jc w:val="right"/>
      </w:pPr>
      <w:r>
        <w:t>دیر آر ٹو اسپیکٹ آف صبر، ٹو اسپیکٹ آف پیشنس اور اوائڈنس۔ ون از ریلیٹڈ ٹو دس ورلڈلی لائف،</w:t>
      </w:r>
    </w:p>
    <w:p>
      <w:r>
        <w:rPr>
          <w:b/>
        </w:rPr>
        <w:t xml:space="preserve">[04:24] </w:t>
      </w:r>
      <w:r>
        <w:t>it means sabr gives you great great success.</w:t>
      </w:r>
    </w:p>
    <w:p>
      <w:pPr>
        <w:jc w:val="right"/>
      </w:pPr>
      <w:r>
        <w:t>پری ڈیتھ پیریڈ آف لائف۔</w:t>
      </w:r>
    </w:p>
    <w:p>
      <w:r>
        <w:rPr>
          <w:b/>
        </w:rPr>
        <w:t xml:space="preserve">[04:28] </w:t>
      </w:r>
      <w:r>
        <w:t>now,</w:t>
      </w:r>
    </w:p>
    <w:p>
      <w:pPr>
        <w:jc w:val="right"/>
      </w:pPr>
      <w:r>
        <w:t>دا سیکنڈ از ریلیٹڈ ٹو دی ورلڈ ہیرافٹر، دیٹ از پوسٹ ڈیتھ پیریڈ آف لائف۔</w:t>
      </w:r>
    </w:p>
    <w:p>
      <w:r>
        <w:rPr>
          <w:b/>
        </w:rPr>
        <w:t xml:space="preserve">[04:41] </w:t>
      </w:r>
      <w:r>
        <w:t>there are two aspects of sabr, two aspects of patience or avoidance.</w:t>
      </w:r>
    </w:p>
    <w:p>
      <w:pPr>
        <w:jc w:val="right"/>
      </w:pPr>
      <w:r>
        <w:t>ناو، لیٹ اس ٹیک دا فرسٹ: وائی صبر از سو امپورٹنٹ ٹو اچیو سکسیس ان دس ورلڈ؟</w:t>
      </w:r>
    </w:p>
    <w:p>
      <w:r>
        <w:rPr>
          <w:b/>
        </w:rPr>
        <w:t xml:space="preserve">[04:55] </w:t>
      </w:r>
      <w:r>
        <w:t>one is related to this worldly life,</w:t>
      </w:r>
    </w:p>
    <w:p>
      <w:pPr>
        <w:jc w:val="right"/>
      </w:pPr>
      <w:r>
        <w:t>دیر از اے حدیث: "دا پرافٹ آف اسلام ہیز سیڈ، علم النصر مع الصبر"۔</w:t>
      </w:r>
    </w:p>
    <w:p>
      <w:r>
        <w:rPr>
          <w:b/>
        </w:rPr>
        <w:t xml:space="preserve">[05:09] </w:t>
      </w:r>
      <w:r>
        <w:t>pre-death period of life.</w:t>
      </w:r>
    </w:p>
    <w:p>
      <w:pPr>
        <w:jc w:val="right"/>
      </w:pPr>
      <w:r>
        <w:t>سکسیس از</w:t>
      </w:r>
    </w:p>
    <w:p>
      <w:r>
        <w:rPr>
          <w:b/>
        </w:rPr>
        <w:t xml:space="preserve">[05:16] </w:t>
      </w:r>
      <w:r>
        <w:t>the second is related to the world hereafter, that is post-death period of life.</w:t>
      </w:r>
    </w:p>
    <w:p>
      <w:pPr>
        <w:jc w:val="right"/>
      </w:pPr>
      <w:r>
        <w:t>اونلی فار دوز پرسنز ہو کیو پیشنس۔ علم النصر مع الصبر۔</w:t>
      </w:r>
    </w:p>
    <w:p>
      <w:r>
        <w:rPr>
          <w:b/>
        </w:rPr>
        <w:t xml:space="preserve">[05:26] </w:t>
      </w:r>
      <w:r>
        <w:t>now, let us take the first: why sabr is so important to achieve success in this world?</w:t>
      </w:r>
    </w:p>
    <w:p>
      <w:pPr>
        <w:jc w:val="right"/>
      </w:pPr>
      <w:r>
        <w:t>صبر از دا</w:t>
      </w:r>
    </w:p>
    <w:p>
      <w:r>
        <w:rPr>
          <w:b/>
        </w:rPr>
        <w:t xml:space="preserve">[05:31] </w:t>
      </w:r>
      <w:r>
        <w:t>there is a hadith: "the prophet of Islam has said, al-nasr ma'a al-sabr".</w:t>
      </w:r>
    </w:p>
    <w:p>
      <w:pPr>
        <w:jc w:val="right"/>
      </w:pPr>
      <w:r>
        <w:t>اونلی کنڈیشن ٹو اچیو سکسیس۔ وائی؟ بیکاز</w:t>
      </w:r>
    </w:p>
    <w:p>
      <w:r>
        <w:rPr>
          <w:b/>
        </w:rPr>
        <w:t xml:space="preserve">[05:41] </w:t>
      </w:r>
      <w:r>
        <w:t>success is</w:t>
      </w:r>
    </w:p>
    <w:p>
      <w:pPr>
        <w:jc w:val="right"/>
      </w:pPr>
      <w:r>
        <w:t>وی آر لیونگ ان اے ورلڈ ویر ایوری ون از فری۔ دس فریڈم کریٹس کمپیٹیشن اینڈ چیلنج۔</w:t>
      </w:r>
    </w:p>
    <w:p>
      <w:r>
        <w:rPr>
          <w:b/>
        </w:rPr>
        <w:t xml:space="preserve">[05:58] </w:t>
      </w:r>
      <w:r>
        <w:t>only for those persons who have patience.</w:t>
      </w:r>
    </w:p>
    <w:p>
      <w:pPr>
        <w:jc w:val="right"/>
      </w:pPr>
      <w:r>
        <w:t>از امپاسیبل ٹو ہیو ا سوسائٹی ویر دیر از نو کمپیٹیشن، نو چیلنج؟</w:t>
      </w:r>
    </w:p>
    <w:p>
      <w:r>
        <w:rPr>
          <w:b/>
        </w:rPr>
        <w:t xml:space="preserve">[06:08] </w:t>
      </w:r>
      <w:r>
        <w:t>al-nasr ma'a al-sabr.</w:t>
      </w:r>
    </w:p>
    <w:p>
      <w:pPr>
        <w:jc w:val="right"/>
      </w:pPr>
      <w:r>
        <w:t>سو، وی آر لیونگ اے ورلڈ ان اے ورلڈ آف چیلنج، ورلڈ آف کمپیٹیشن۔ دس کریٹس پرابلم۔ ایوری ٹائم، وی فیس سم پرابلم بائی ادر۔</w:t>
      </w:r>
    </w:p>
    <w:p>
      <w:r>
        <w:rPr>
          <w:b/>
        </w:rPr>
        <w:t xml:space="preserve">[06:23] </w:t>
      </w:r>
      <w:r>
        <w:t>so, what to do?</w:t>
      </w:r>
    </w:p>
    <w:p>
      <w:pPr>
        <w:jc w:val="right"/>
      </w:pPr>
      <w:r>
        <w:t>سو، واٹ ٹو ڈو؟</w:t>
      </w:r>
    </w:p>
    <w:p>
      <w:r>
        <w:rPr>
          <w:b/>
        </w:rPr>
        <w:t xml:space="preserve">[06:27] </w:t>
      </w:r>
      <w:r>
        <w:t>we can not remove this situation. we can not abolish the freedom given by god himself.</w:t>
      </w:r>
    </w:p>
    <w:p>
      <w:pPr>
        <w:jc w:val="right"/>
      </w:pPr>
      <w:r>
        <w:t>وی کین ناٹ ریموو دس سچویشن۔ وی کین ناٹ ابالش دا فریڈم گیون بائی گاڈ ہم سیلف۔</w:t>
      </w:r>
    </w:p>
    <w:p>
      <w:r>
        <w:rPr>
          <w:b/>
        </w:rPr>
        <w:t xml:space="preserve">[06:39] </w:t>
      </w:r>
      <w:r>
        <w:t>no one has the power to abolish the freedom. so, no one has the power to abolish this situation which leads to challenge and competition.</w:t>
      </w:r>
    </w:p>
    <w:p>
      <w:pPr>
        <w:jc w:val="right"/>
      </w:pPr>
      <w:r>
        <w:t>نو ون ہیز دا پاور ٹو ابالش دا فریڈم۔ سو، نو ون ہیز دا پاور ٹو ابالش دس سچویشن وچ لیڈز ٹو چیلنج اینڈ کمپیٹیشن۔</w:t>
      </w:r>
    </w:p>
    <w:p>
      <w:r>
        <w:rPr>
          <w:b/>
        </w:rPr>
        <w:t xml:space="preserve">[06:56] </w:t>
      </w:r>
      <w:r>
        <w:t>so, we are compelled to live in such a situation where there are problems every time.</w:t>
      </w:r>
    </w:p>
    <w:p>
      <w:pPr>
        <w:jc w:val="right"/>
      </w:pPr>
      <w:r>
        <w:t>سو، وی آر کمپلڈ ٹو لیو ان سچ ا سچویشن ویر دیر آر پرابلمز ایوری ٹائم۔</w:t>
      </w:r>
    </w:p>
    <w:p>
      <w:r>
        <w:rPr>
          <w:b/>
        </w:rPr>
        <w:t xml:space="preserve">[07:05] </w:t>
      </w:r>
      <w:r>
        <w:t>so, what to do? the concept of sabr tells us that we have to learn the art of problem management.</w:t>
      </w:r>
    </w:p>
    <w:p>
      <w:pPr>
        <w:jc w:val="right"/>
      </w:pPr>
      <w:r>
        <w:t>سو، واٹ ٹو ڈو؟ دا کانسیپٹ آف صبر ٹیلز اس دیٹ وی ہیو ٹو لرن دا آرٹ آف پرابلم مینجمنٹ۔</w:t>
      </w:r>
    </w:p>
    <w:p>
      <w:r>
        <w:rPr>
          <w:b/>
        </w:rPr>
        <w:t xml:space="preserve">[07:18] </w:t>
      </w:r>
      <w:r>
        <w:t>sabr means you have to learn the art of problem management, rather than to learn the art of eliminating the problems.</w:t>
      </w:r>
    </w:p>
    <w:p>
      <w:pPr>
        <w:jc w:val="right"/>
      </w:pPr>
      <w:r>
        <w:t>صبر مینز یو ہیو ٹو لرن دا آرٹ آف پرابلم مینجمنٹ، رادر دین ٹو لرن دا آرٹ آف ایلیمینیٹنگ دا پرابلمز۔</w:t>
      </w:r>
    </w:p>
    <w:p>
      <w:r>
        <w:rPr>
          <w:b/>
        </w:rPr>
        <w:t xml:space="preserve">[07:29] </w:t>
      </w:r>
      <w:r>
        <w:t>is impossible. so, you have to learn the art of problem management, art of difference management.</w:t>
      </w:r>
    </w:p>
    <w:p>
      <w:pPr>
        <w:jc w:val="right"/>
      </w:pPr>
      <w:r>
        <w:t>از امپاسیبل۔ سو، یو ہیو ٹو لرن دا آرٹ آف پرابلم مینجمنٹ، آرٹ آف ڈیفرنس مینجمنٹ۔</w:t>
      </w:r>
    </w:p>
    <w:p>
      <w:r>
        <w:rPr>
          <w:b/>
        </w:rPr>
        <w:t xml:space="preserve">[07:40] </w:t>
      </w:r>
      <w:r>
        <w:t>this is the only option for you. so, this requires sabr</w:t>
      </w:r>
    </w:p>
    <w:p>
      <w:pPr>
        <w:jc w:val="right"/>
      </w:pPr>
      <w:r>
        <w:t>دس از دا اونلی اپشن فار یو۔ سو، دس ریکوائر صبر</w:t>
      </w:r>
    </w:p>
    <w:p>
      <w:r>
        <w:rPr>
          <w:b/>
        </w:rPr>
        <w:t xml:space="preserve">[07:47] </w:t>
      </w:r>
      <w:r>
        <w:t>. without sabr, you can not manage the problems.</w:t>
      </w:r>
    </w:p>
    <w:p>
      <w:pPr>
        <w:jc w:val="right"/>
      </w:pPr>
      <w:r>
        <w:t>۔ وداؤٹ صبر، یو کین ناٹ مینج دا پرابلمز۔</w:t>
      </w:r>
    </w:p>
    <w:p>
      <w:r>
        <w:rPr>
          <w:b/>
        </w:rPr>
        <w:t xml:space="preserve">[07:55] </w:t>
      </w:r>
      <w:r>
        <w:t>so, it is very important. basic condition to have a success in this world.</w:t>
      </w:r>
    </w:p>
    <w:p>
      <w:pPr>
        <w:jc w:val="right"/>
      </w:pPr>
      <w:r>
        <w:t>سو، اٹ از ویری امپورٹنٹ۔ بیسک کنڈیشن ٹو ہیو ا سکسیس ان دس ورلڈ۔</w:t>
      </w:r>
    </w:p>
    <w:p>
      <w:r>
        <w:rPr>
          <w:b/>
        </w:rPr>
        <w:t xml:space="preserve">[08:04] </w:t>
      </w:r>
      <w:r>
        <w:t>sabr is only another name for the art of problem management.</w:t>
      </w:r>
    </w:p>
    <w:p>
      <w:pPr>
        <w:jc w:val="right"/>
      </w:pPr>
      <w:r>
        <w:t>صبر از اونلی انادر نیم فار دا آرٹ آف پرابلم مینجمنٹ۔</w:t>
      </w:r>
    </w:p>
    <w:p>
      <w:r>
        <w:rPr>
          <w:b/>
        </w:rPr>
        <w:t xml:space="preserve">[08:18] </w:t>
      </w:r>
      <w:r>
        <w:t>now,</w:t>
      </w:r>
    </w:p>
    <w:p>
      <w:pPr>
        <w:jc w:val="right"/>
      </w:pPr>
      <w:r>
        <w:t>ناو،</w:t>
      </w:r>
    </w:p>
    <w:p>
      <w:r>
        <w:rPr>
          <w:b/>
        </w:rPr>
        <w:t xml:space="preserve">[08:21] </w:t>
      </w:r>
      <w:r>
        <w:t>the world around us is a demonstration of this law of nature.</w:t>
      </w:r>
    </w:p>
    <w:p>
      <w:pPr>
        <w:jc w:val="right"/>
      </w:pPr>
      <w:r>
        <w:t>دا ورلڈ اراؤنڈ اس از ا ڈیمونسٹریشن آف دس لاء آف نیچر۔</w:t>
      </w:r>
    </w:p>
    <w:p>
      <w:r>
        <w:rPr>
          <w:b/>
        </w:rPr>
        <w:t xml:space="preserve">[08:32] </w:t>
      </w:r>
      <w:r>
        <w:t>this is a law of nature. problem management is a law of nature, and nature has given an illustration.</w:t>
      </w:r>
    </w:p>
    <w:p>
      <w:pPr>
        <w:jc w:val="right"/>
      </w:pPr>
      <w:r>
        <w:t>دس از ا لاء آف نیچر۔ پرابلم مینجمنٹ از ا لاء آف نیچر، اینڈ نیچر ہیز گیون اینڈ السٹریشن۔</w:t>
      </w:r>
    </w:p>
    <w:p>
      <w:r>
        <w:rPr>
          <w:b/>
        </w:rPr>
        <w:t xml:space="preserve">[08:46] </w:t>
      </w:r>
      <w:r>
        <w:t>nature, you can find a demonstration of this law of nature. how? see the stream.</w:t>
      </w:r>
    </w:p>
    <w:p>
      <w:pPr>
        <w:jc w:val="right"/>
      </w:pPr>
      <w:r>
        <w:t>نیچر، یو کین فائنڈ ا ڈیمونسٹریشن آف دس لاء آف نیچر۔ ہاؤ؟ سی دا اسٹریم۔</w:t>
      </w:r>
    </w:p>
    <w:p>
      <w:r>
        <w:rPr>
          <w:b/>
        </w:rPr>
        <w:t xml:space="preserve">[08:58] </w:t>
      </w:r>
      <w:r>
        <w:t>stream the flowing water. you know, stream starts.</w:t>
      </w:r>
    </w:p>
    <w:p>
      <w:pPr>
        <w:jc w:val="right"/>
      </w:pPr>
      <w:r>
        <w:t>اسٹریم دا فلوئنگ واٹر۔ یو نو، اسٹریم سٹارٹس۔</w:t>
      </w:r>
    </w:p>
    <w:p>
      <w:r>
        <w:rPr>
          <w:b/>
        </w:rPr>
        <w:t xml:space="preserve">[09:09] </w:t>
      </w:r>
      <w:r>
        <w:t>is running from the top of the mountain.</w:t>
      </w:r>
    </w:p>
    <w:p>
      <w:pPr>
        <w:jc w:val="right"/>
      </w:pPr>
      <w:r>
        <w:t>اس رننگ فرام دا ٹاپ آف دا ماؤنٹین۔</w:t>
      </w:r>
    </w:p>
    <w:p>
      <w:r>
        <w:rPr>
          <w:b/>
        </w:rPr>
        <w:t xml:space="preserve">[09:15] </w:t>
      </w:r>
      <w:r>
        <w:t>then it flows down to the valley.</w:t>
      </w:r>
    </w:p>
    <w:p>
      <w:pPr>
        <w:jc w:val="right"/>
      </w:pPr>
      <w:r>
        <w:t>دین اٹ فلوز ڈاؤن ٹو دا ویلی۔</w:t>
      </w:r>
    </w:p>
    <w:p>
      <w:r>
        <w:rPr>
          <w:b/>
        </w:rPr>
        <w:t xml:space="preserve">[09:22] </w:t>
      </w:r>
      <w:r>
        <w:t>so, in its path, there are so many stones and boulders.</w:t>
      </w:r>
    </w:p>
    <w:p>
      <w:pPr>
        <w:jc w:val="right"/>
      </w:pPr>
      <w:r>
        <w:t>سو، ان اٹس پاتھ، دیر آر سو مینی سٹونز اینڈ بولڈرز۔</w:t>
      </w:r>
    </w:p>
    <w:p>
      <w:r>
        <w:rPr>
          <w:b/>
        </w:rPr>
        <w:t xml:space="preserve">[09:36] </w:t>
      </w:r>
      <w:r>
        <w:t>then what is the way of stream</w:t>
      </w:r>
    </w:p>
    <w:p>
      <w:pPr>
        <w:jc w:val="right"/>
      </w:pPr>
      <w:r>
        <w:t>دین واٹ از دا وے آف اسٹریم</w:t>
      </w:r>
    </w:p>
    <w:p>
      <w:r>
        <w:rPr>
          <w:b/>
        </w:rPr>
        <w:t xml:space="preserve">[09:42] </w:t>
      </w:r>
      <w:r>
        <w:t>? stream never try to remove all these stones. like obstacles.</w:t>
      </w:r>
    </w:p>
    <w:p>
      <w:pPr>
        <w:jc w:val="right"/>
      </w:pPr>
      <w:r>
        <w:t>؟ اسٹریم نیور ٹرائی ٹو ریموو آل دیز سٹونز۔ لائک ابسٹیکلز۔</w:t>
      </w:r>
    </w:p>
    <w:p>
      <w:r>
        <w:rPr>
          <w:b/>
        </w:rPr>
        <w:t xml:space="preserve">[09:57] </w:t>
      </w:r>
      <w:r>
        <w:t>stream is not method of a stream to remove all these obstacles.</w:t>
      </w:r>
    </w:p>
    <w:p>
      <w:pPr>
        <w:jc w:val="right"/>
      </w:pPr>
      <w:r>
        <w:t>اسٹریم از ناٹ میتھڈ آف ا سٹریم ٹو ریموو آل دیز ابسٹیکلز۔</w:t>
      </w:r>
    </w:p>
    <w:p>
      <w:r>
        <w:rPr>
          <w:b/>
        </w:rPr>
        <w:t xml:space="preserve">[10:09] </w:t>
      </w:r>
      <w:r>
        <w:t>but stream adopts the method of avoidance, keeping aside all these.</w:t>
      </w:r>
    </w:p>
    <w:p>
      <w:pPr>
        <w:jc w:val="right"/>
      </w:pPr>
      <w:r>
        <w:t>بٹ اسٹریم اڈاپٹس دا میتھڈ آف اوائڈنس، کیپنگ اسائیڈ آل دیز۔</w:t>
      </w:r>
    </w:p>
    <w:p>
      <w:r>
        <w:rPr>
          <w:b/>
        </w:rPr>
        <w:t xml:space="preserve">[10:20] </w:t>
      </w:r>
      <w:r>
        <w:t>it flows by keeping aside all these obstacles, all these stones and boulders. so, this is the illustration given in the nature.</w:t>
      </w:r>
    </w:p>
    <w:p>
      <w:pPr>
        <w:jc w:val="right"/>
      </w:pPr>
      <w:r>
        <w:t>اٹ فلوز بائی کیپنگ اسائیڈ آل دیز ابسٹیکلز، آل دیز سٹونز اینڈ بولڈرز۔ سو، دس از دا السٹریشن گیون ان دا نیچر۔</w:t>
      </w:r>
    </w:p>
    <w:p>
      <w:r>
        <w:rPr>
          <w:b/>
        </w:rPr>
        <w:t xml:space="preserve">[10:40] </w:t>
      </w:r>
      <w:r>
        <w:t>this illustration give you a lesson that try to manage the problems.</w:t>
      </w:r>
    </w:p>
    <w:p>
      <w:pPr>
        <w:jc w:val="right"/>
      </w:pPr>
      <w:r>
        <w:t>دس السٹریشن گیو یو ا لیسن دیٹ ٹرائی ٹو مینج دی پرابلمز۔</w:t>
      </w:r>
    </w:p>
    <w:p>
      <w:r>
        <w:rPr>
          <w:b/>
        </w:rPr>
        <w:t xml:space="preserve">[10:51] </w:t>
      </w:r>
      <w:r>
        <w:t>dont try to eliminate the problems.</w:t>
      </w:r>
    </w:p>
    <w:p>
      <w:pPr>
        <w:jc w:val="right"/>
      </w:pPr>
      <w:r>
        <w:t>ڈونٹ ٹرائی ٹو ایلیمینیٹ دا پرابلمز۔</w:t>
      </w:r>
    </w:p>
    <w:p>
      <w:r>
        <w:rPr>
          <w:b/>
        </w:rPr>
        <w:t xml:space="preserve">[10:57] </w:t>
      </w:r>
      <w:r>
        <w:t>you know, stream is a natural phenomena or divine phenomena.</w:t>
      </w:r>
    </w:p>
    <w:p>
      <w:pPr>
        <w:jc w:val="right"/>
      </w:pPr>
      <w:r>
        <w:t>یو نو، اسٹریم از ا نیچرل فیناومینا اور ڈیوائن فیناومینا۔</w:t>
      </w:r>
    </w:p>
    <w:p>
      <w:r>
        <w:rPr>
          <w:b/>
        </w:rPr>
        <w:t xml:space="preserve">[11:07] </w:t>
      </w:r>
      <w:r>
        <w:t>stream is a divine phenomena or natural phenomena.</w:t>
      </w:r>
    </w:p>
    <w:p>
      <w:pPr>
        <w:jc w:val="right"/>
      </w:pPr>
      <w:r>
        <w:t>اسٹریم از ا ڈیوائن فیناومینا اور نیچرل فیناومینا۔</w:t>
      </w:r>
    </w:p>
    <w:p>
      <w:r>
        <w:rPr>
          <w:b/>
        </w:rPr>
        <w:t xml:space="preserve">[11:11] </w:t>
      </w:r>
      <w:r>
        <w:t>stream adopts the culture of avoidance,</w:t>
      </w:r>
    </w:p>
    <w:p>
      <w:pPr>
        <w:jc w:val="right"/>
      </w:pPr>
      <w:r>
        <w:t>اسٹریم اڈاپٹس دی کلچر آف اوائڈنس،</w:t>
      </w:r>
    </w:p>
    <w:p>
      <w:r>
        <w:rPr>
          <w:b/>
        </w:rPr>
        <w:t xml:space="preserve">[11:25] </w:t>
      </w:r>
      <w:r>
        <w:t>and by avoiding all those stones and boulders, it flows and flows and flows until it reaches to its destination.</w:t>
      </w:r>
    </w:p>
    <w:p>
      <w:pPr>
        <w:jc w:val="right"/>
      </w:pPr>
      <w:r>
        <w:t>اینڈ بائی اوائڈنگ آل دوز سٹونز اینڈ بولڈرز، اٹ فلوز اینڈ فلوز اینڈ فلوز انٹل اٹ ریچز ٹو اٹس ڈیسٹینیشن۔</w:t>
      </w:r>
    </w:p>
    <w:p>
      <w:r>
        <w:rPr>
          <w:b/>
        </w:rPr>
        <w:t xml:space="preserve">[11:34] </w:t>
      </w:r>
      <w:r>
        <w:t>this is the lesson in the nature. this is a restriction by nature.</w:t>
      </w:r>
    </w:p>
    <w:p>
      <w:pPr>
        <w:jc w:val="right"/>
      </w:pPr>
      <w:r>
        <w:t>دس از دا لیسن ان دا نیچر۔ دس از ا ریسٹریشن بائی نیچر۔</w:t>
      </w:r>
    </w:p>
    <w:p>
      <w:r>
        <w:rPr>
          <w:b/>
        </w:rPr>
        <w:t xml:space="preserve">[11:42] </w:t>
      </w:r>
      <w:r>
        <w:t>this is a demonstration by nature how to do. we have to adopt this culture of patience and avoidance and adjustment.</w:t>
      </w:r>
    </w:p>
    <w:p>
      <w:pPr>
        <w:jc w:val="right"/>
      </w:pPr>
      <w:r>
        <w:t>دس از ا ڈیمونسٹریشن بائی نیچر ہاؤ ٹو ڈو۔ وی ہیو ٹو اڈاپٹ دس کلچر آف پیشنس اینڈ اوائڈنس اینڈ ایڈجسٹمنٹ۔</w:t>
      </w:r>
    </w:p>
    <w:p>
      <w:r>
        <w:rPr>
          <w:b/>
        </w:rPr>
        <w:t xml:space="preserve">[11:57] </w:t>
      </w:r>
      <w:r>
        <w:t>so, confrontation is not solution. confrontation will create some more problems. confrontation will aggregate the problems.</w:t>
      </w:r>
    </w:p>
    <w:p>
      <w:pPr>
        <w:jc w:val="right"/>
      </w:pPr>
      <w:r>
        <w:t>سو، کنفرنٹیشن از ناٹ سولیوشن۔ کنفرنٹیشن ول کریٹ سم مور پرابلمز۔ کنفرنٹیشن ول ایگریگیٹ دا پرابلمز۔</w:t>
      </w:r>
    </w:p>
    <w:p>
      <w:r>
        <w:rPr>
          <w:b/>
        </w:rPr>
        <w:t xml:space="preserve">[12:11] </w:t>
      </w:r>
      <w:r>
        <w:t>so, confrontation is not solution.</w:t>
      </w:r>
    </w:p>
    <w:p>
      <w:pPr>
        <w:jc w:val="right"/>
      </w:pPr>
      <w:r>
        <w:t>سو، کنفرنٹیشن از ناٹ سولیوشن۔</w:t>
      </w:r>
    </w:p>
    <w:p>
      <w:r>
        <w:rPr>
          <w:b/>
        </w:rPr>
        <w:t xml:space="preserve">[12:18] </w:t>
      </w:r>
      <w:r>
        <w:t>so, one who want to achieve success in this world, he must adopt this avoidance culture, this law of nature.</w:t>
      </w:r>
    </w:p>
    <w:p>
      <w:pPr>
        <w:jc w:val="right"/>
      </w:pPr>
      <w:r>
        <w:t>سو، ون ہو وانٹ ٹو اچیو سکسیس ان دس ورلڈ، ہی مسٹ اڈاپٹ دس اوائڈنس کلچر، دس لاء آف نیچر۔</w:t>
      </w:r>
    </w:p>
    <w:p>
      <w:r>
        <w:rPr>
          <w:b/>
        </w:rPr>
        <w:t xml:space="preserve">[12:33] </w:t>
      </w:r>
      <w:r>
        <w:t>in this sense, the prophet of islam has said that a sabr momin</w:t>
      </w:r>
    </w:p>
    <w:p>
      <w:pPr>
        <w:jc w:val="right"/>
      </w:pPr>
      <w:r>
        <w:t>ان دس سینس، دا پرافٹ آف اسلام ہیز سیڈ دیٹ ا صبر مومن</w:t>
      </w:r>
    </w:p>
    <w:p>
      <w:r>
        <w:rPr>
          <w:b/>
        </w:rPr>
        <w:t xml:space="preserve">[12:39] </w:t>
      </w:r>
      <w:r>
        <w:t>sabr is a</w:t>
      </w:r>
    </w:p>
    <w:p>
      <w:pPr>
        <w:jc w:val="right"/>
      </w:pPr>
      <w:r>
        <w:t>۔ صبر از ا</w:t>
      </w:r>
    </w:p>
    <w:p>
      <w:r>
        <w:rPr>
          <w:b/>
        </w:rPr>
        <w:t xml:space="preserve">[12:43] </w:t>
      </w:r>
      <w:r>
        <w:t>sabr, patience. sabr is a</w:t>
      </w:r>
    </w:p>
    <w:p>
      <w:pPr>
        <w:jc w:val="right"/>
      </w:pPr>
      <w:r>
        <w:t>صبر، پیشنس۔ صبر از ا</w:t>
      </w:r>
    </w:p>
    <w:p>
      <w:r>
        <w:rPr>
          <w:b/>
        </w:rPr>
        <w:t xml:space="preserve">[12:49] </w:t>
      </w:r>
      <w:r>
        <w:t>divine shell for a true momin. divine shell means natural field. natural field, natural shell.</w:t>
      </w:r>
    </w:p>
    <w:p>
      <w:pPr>
        <w:jc w:val="right"/>
      </w:pPr>
      <w:r>
        <w:t>ڈیوائن شیل فار ا ٹرو مومن۔ ڈیوائن شیل مینز نیچرل فیلڈ۔ نیچرل فیلڈ، نیچرل شیل۔</w:t>
      </w:r>
    </w:p>
    <w:p>
      <w:r>
        <w:rPr>
          <w:b/>
        </w:rPr>
        <w:t xml:space="preserve">[13:02] </w:t>
      </w:r>
      <w:r>
        <w:t>divine shell means natural shell.</w:t>
      </w:r>
    </w:p>
    <w:p>
      <w:pPr>
        <w:jc w:val="right"/>
      </w:pPr>
      <w:r>
        <w:t>ڈیوائن شیل مینز نیچرل شیل۔</w:t>
      </w:r>
    </w:p>
    <w:p>
      <w:r>
        <w:rPr>
          <w:b/>
        </w:rPr>
        <w:t xml:space="preserve">[13:10] </w:t>
      </w:r>
      <w:r>
        <w:t>so, this is the solution.</w:t>
      </w:r>
    </w:p>
    <w:p>
      <w:pPr>
        <w:jc w:val="right"/>
      </w:pPr>
      <w:r>
        <w:t>سو، دس از دا سولیوشن۔</w:t>
      </w:r>
    </w:p>
    <w:p>
      <w:r>
        <w:rPr>
          <w:b/>
        </w:rPr>
        <w:t xml:space="preserve">[13:17] </w:t>
      </w:r>
      <w:r>
        <w:t>there is no other solution to this problem. this is the only solution. one who tries to eliminate the problems, he certainly will destroy him self.</w:t>
      </w:r>
    </w:p>
    <w:p>
      <w:pPr>
        <w:jc w:val="right"/>
      </w:pPr>
      <w:r>
        <w:t>دیر از نو ادر سولیوشن ٹو دس پرابلم۔ دس از دا اونلی سولیوشن۔ ون ہو ٹرائیز ٹو ایلیمینیٹ دا پرابلمز، ہی سرٹینلی ول ڈسٹروئے ہم سیلف۔</w:t>
      </w:r>
    </w:p>
    <w:p>
      <w:r>
        <w:rPr>
          <w:b/>
        </w:rPr>
        <w:t xml:space="preserve">[13:34] </w:t>
      </w:r>
      <w:r>
        <w:t>he will destroy him self.</w:t>
      </w:r>
    </w:p>
    <w:p>
      <w:pPr>
        <w:jc w:val="right"/>
      </w:pPr>
      <w:r>
        <w:t>ہی ول ڈسٹروئے ہم سیلف۔</w:t>
      </w:r>
    </w:p>
    <w:p>
      <w:r>
        <w:rPr>
          <w:b/>
        </w:rPr>
        <w:t xml:space="preserve">[13:38] </w:t>
      </w:r>
      <w:r>
        <w:t>you see, there is another illustration in the nature.</w:t>
      </w:r>
    </w:p>
    <w:p>
      <w:pPr>
        <w:jc w:val="right"/>
      </w:pPr>
      <w:r>
        <w:t>یو سی، دیر از انادر السٹریشن ان دا نیچر۔</w:t>
      </w:r>
    </w:p>
    <w:p>
      <w:r>
        <w:rPr>
          <w:b/>
        </w:rPr>
        <w:t xml:space="preserve">[13:45] </w:t>
      </w:r>
      <w:r>
        <w:t>see the rose plant. rose plant is a unique demonstration of this principle.</w:t>
      </w:r>
    </w:p>
    <w:p>
      <w:pPr>
        <w:jc w:val="right"/>
      </w:pPr>
      <w:r>
        <w:t>سی دا روز پلانٹ۔ روز پلانٹ از ا یونیک ڈیمونسٹریشن آف دس پرنسپل۔</w:t>
      </w:r>
    </w:p>
    <w:p>
      <w:r>
        <w:rPr>
          <w:b/>
        </w:rPr>
        <w:t xml:space="preserve">[13:57] </w:t>
      </w:r>
      <w:r>
        <w:t>you know, in every branch of a rose tree, there are flowers and thoughts, both side by side.</w:t>
      </w:r>
    </w:p>
    <w:p>
      <w:pPr>
        <w:jc w:val="right"/>
      </w:pPr>
      <w:r>
        <w:t>یو نو، ان ایوری برانچ آف ا روز ٹری، دیر آر فلاورز اینڈ تھاٹس، بوتھ سائیڈ بائی سائیڈ۔</w:t>
      </w:r>
    </w:p>
    <w:p>
      <w:r>
        <w:rPr>
          <w:b/>
        </w:rPr>
        <w:t xml:space="preserve">[14:12] </w:t>
      </w:r>
      <w:r>
        <w:t>but flower never try to eliminate those thoughts. never, never, never.</w:t>
      </w:r>
    </w:p>
    <w:p>
      <w:pPr>
        <w:jc w:val="right"/>
      </w:pPr>
      <w:r>
        <w:t>بٹ فلاور نیور ٹرائی ٹو ایلیمینیٹ دوز تھاٹس۔ نیور، نیور، نیور۔</w:t>
      </w:r>
    </w:p>
    <w:p>
      <w:r>
        <w:rPr>
          <w:b/>
        </w:rPr>
        <w:t xml:space="preserve">[14:22] </w:t>
      </w:r>
      <w:r>
        <w:t>flower leaves side by side.</w:t>
      </w:r>
    </w:p>
    <w:p>
      <w:pPr>
        <w:jc w:val="right"/>
      </w:pPr>
      <w:r>
        <w:t>فلاور لیوز سائیڈ بائی سائیڈ۔</w:t>
      </w:r>
    </w:p>
    <w:p>
      <w:r>
        <w:rPr>
          <w:b/>
        </w:rPr>
        <w:t xml:space="preserve">[14:25] </w:t>
      </w:r>
      <w:r>
        <w:t>so, flower has adopted flower and thought, both</w:t>
      </w:r>
    </w:p>
    <w:p>
      <w:pPr>
        <w:jc w:val="right"/>
      </w:pPr>
      <w:r>
        <w:t>سو، فلاور ہیز اڈاپٹڈ فلاور اینڈ تھاٹ، بوتھ</w:t>
      </w:r>
    </w:p>
    <w:p>
      <w:r>
        <w:rPr>
          <w:b/>
        </w:rPr>
        <w:t xml:space="preserve">[14:34] </w:t>
      </w:r>
      <w:r>
        <w:t>at one side. thought never tries to attack the flowers, and flower never tries to eliminate the thought.</w:t>
      </w:r>
    </w:p>
    <w:p>
      <w:pPr>
        <w:jc w:val="right"/>
      </w:pPr>
      <w:r>
        <w:t>ایٹ ون سائیڈ۔ تھاٹ نیور ٹرائیز ٹو اٹیک دا فلاورز، اینڈ فلاور نیور ٹرائیز ٹو ایلیمینیٹ دا تھاٹ۔</w:t>
      </w:r>
    </w:p>
    <w:p>
      <w:r>
        <w:rPr>
          <w:b/>
        </w:rPr>
        <w:t xml:space="preserve">[14:44] </w:t>
      </w:r>
      <w:r>
        <w:t>so, rose planet has adopted a principle that be called peaceful co-existence.</w:t>
      </w:r>
    </w:p>
    <w:p>
      <w:pPr>
        <w:jc w:val="right"/>
      </w:pPr>
      <w:r>
        <w:t>سو، روز پلانٹ ہیز اڈاپٹڈ ا پرنسپل دیٹ بی کالڈ پیس فل کو ایگزسٹنس۔</w:t>
      </w:r>
    </w:p>
    <w:p>
      <w:r>
        <w:rPr>
          <w:b/>
        </w:rPr>
        <w:t xml:space="preserve">[14:57] </w:t>
      </w:r>
      <w:r>
        <w:t>this is a natural. this is a demonstration in nature. what we call peaceful demonstration is a natural formula.</w:t>
      </w:r>
    </w:p>
    <w:p>
      <w:pPr>
        <w:jc w:val="right"/>
      </w:pPr>
      <w:r>
        <w:t>دس از ا نیچرل۔ دس از ا ڈیمونسٹریشن ان نیچر۔ واٹ وی کال پیس فل ڈیمونسٹریشن از ا نیچرل فارمولا۔</w:t>
      </w:r>
    </w:p>
    <w:p>
      <w:r>
        <w:rPr>
          <w:b/>
        </w:rPr>
        <w:t xml:space="preserve">[15:09] </w:t>
      </w:r>
      <w:r>
        <w:t>it is a natural formula.</w:t>
      </w:r>
    </w:p>
    <w:p>
      <w:pPr>
        <w:jc w:val="right"/>
      </w:pPr>
      <w:r>
        <w:t>اٹ از ا نیچرل فارمولا۔</w:t>
      </w:r>
    </w:p>
    <w:p>
      <w:r>
        <w:rPr>
          <w:b/>
        </w:rPr>
        <w:t xml:space="preserve">[15:14] </w:t>
      </w:r>
      <w:r>
        <w:t>so, rose planet is like a demonstration, like and illustration of this formula.</w:t>
      </w:r>
    </w:p>
    <w:p>
      <w:pPr>
        <w:jc w:val="right"/>
      </w:pPr>
      <w:r>
        <w:t>سو، روز پلانٹ از لائک ا ڈیمونسٹریشن، لائک اینڈ السٹریشن آف دس فارمولا۔</w:t>
      </w:r>
    </w:p>
    <w:p>
      <w:r>
        <w:rPr>
          <w:b/>
        </w:rPr>
        <w:t xml:space="preserve">[15:25] </w:t>
      </w:r>
      <w:r>
        <w:t>so, we have to adopt this formula, otherwise there is no gain, no success, no achievement. other option is only destruction.</w:t>
      </w:r>
    </w:p>
    <w:p>
      <w:pPr>
        <w:jc w:val="right"/>
      </w:pPr>
      <w:r>
        <w:t>سو، وی ہیو ٹو اڈاپٹ دس فارمولا، ادر وائز دیر از نو گین، نو سکسیس، نو اچیومنٹ۔ ادر اپشن از اونلی ڈسٹرکشن۔</w:t>
      </w:r>
    </w:p>
    <w:p>
      <w:r>
        <w:rPr>
          <w:b/>
        </w:rPr>
        <w:t xml:space="preserve">[15:39] </w:t>
      </w:r>
      <w:r>
        <w:t>there is a verse in the quran: "asl khair</w:t>
      </w:r>
    </w:p>
    <w:p>
      <w:pPr>
        <w:jc w:val="right"/>
      </w:pPr>
      <w:r>
        <w:t>دیر از ا ورس ان دا قرآن: "اصل خیر</w:t>
      </w:r>
    </w:p>
    <w:p>
      <w:r>
        <w:rPr>
          <w:b/>
        </w:rPr>
        <w:t xml:space="preserve">[15:45] </w:t>
      </w:r>
      <w:r>
        <w:t>reconciliation is the best"</w:t>
      </w:r>
    </w:p>
    <w:p>
      <w:pPr>
        <w:jc w:val="right"/>
      </w:pPr>
      <w:r>
        <w:t>ریکانسیلیشن از دا بیسٹ"</w:t>
      </w:r>
    </w:p>
    <w:p>
      <w:r>
        <w:rPr>
          <w:b/>
        </w:rPr>
        <w:t xml:space="preserve">[15:48] </w:t>
      </w:r>
      <w:r>
        <w:t>. it means that</w:t>
      </w:r>
    </w:p>
    <w:p>
      <w:pPr>
        <w:jc w:val="right"/>
      </w:pPr>
      <w:r>
        <w:t>۔ اٹ مینز دیٹ</w:t>
      </w:r>
    </w:p>
    <w:p>
      <w:r>
        <w:rPr>
          <w:b/>
        </w:rPr>
        <w:t xml:space="preserve">[15:53] </w:t>
      </w:r>
      <w:r>
        <w:t>if there are some controversy between you and other party, you have to adopt the conciliatory course of action, rather than confrontational course of action.</w:t>
      </w:r>
    </w:p>
    <w:p>
      <w:pPr>
        <w:jc w:val="right"/>
      </w:pPr>
      <w:r>
        <w:t>اف دیر آر سم کنٹروورسی بٹوین یو اینڈ ادر پارٹی، یو ہیو ٹو اڈاپٹ دا کانسلیٹری کورس آف ایکشن، رادر دین کنفرنٹیشنل کورس آف ایکشن۔</w:t>
      </w:r>
    </w:p>
    <w:p>
      <w:r>
        <w:rPr>
          <w:b/>
        </w:rPr>
        <w:t xml:space="preserve">[16:09] </w:t>
      </w:r>
      <w:r>
        <w:t>this is asl khair.</w:t>
      </w:r>
    </w:p>
    <w:p>
      <w:pPr>
        <w:jc w:val="right"/>
      </w:pPr>
      <w:r>
        <w:t>دس از اصل خیر۔</w:t>
      </w:r>
    </w:p>
    <w:p>
      <w:r>
        <w:rPr>
          <w:b/>
        </w:rPr>
        <w:t xml:space="preserve">[16:14] </w:t>
      </w:r>
      <w:r>
        <w:t>asl khair.</w:t>
      </w:r>
    </w:p>
    <w:p>
      <w:pPr>
        <w:jc w:val="right"/>
      </w:pPr>
      <w:r>
        <w:t>اصل خیر۔</w:t>
      </w:r>
    </w:p>
    <w:p>
      <w:r>
        <w:rPr>
          <w:b/>
        </w:rPr>
        <w:t xml:space="preserve">[16:18] </w:t>
      </w:r>
      <w:r>
        <w:t>so, the one aspect of sabr that pertains to our worldly life, our material success.</w:t>
      </w:r>
    </w:p>
    <w:p>
      <w:pPr>
        <w:jc w:val="right"/>
      </w:pPr>
      <w:r>
        <w:t>سو، دا ون اسپیکٹ آف صبر دیٹ پرٹینز ٹو اور ورلڈلی لائف، اور مٹیریل سکسیس۔</w:t>
      </w:r>
    </w:p>
    <w:p>
      <w:r>
        <w:rPr>
          <w:b/>
        </w:rPr>
        <w:t xml:space="preserve">[16:30] </w:t>
      </w:r>
      <w:r>
        <w:t>the same formula applicable to the other aspect of life, that is our spiritual life.</w:t>
      </w:r>
    </w:p>
    <w:p>
      <w:pPr>
        <w:jc w:val="right"/>
      </w:pPr>
      <w:r>
        <w:t>دا سیم فارمولا ایپلیکیبل ٹو دا ادر اسپیکٹ آف لائف، دیٹ از اور سپریچول لائف۔</w:t>
      </w:r>
    </w:p>
    <w:p>
      <w:r>
        <w:rPr>
          <w:b/>
        </w:rPr>
        <w:t xml:space="preserve">[16:42] </w:t>
      </w:r>
      <w:r>
        <w:t>here, i would like to quote two verses from the quran. from the quran.</w:t>
      </w:r>
    </w:p>
    <w:p>
      <w:pPr>
        <w:jc w:val="right"/>
      </w:pPr>
      <w:r>
        <w:t>ہیر، ائی وڈ لائک ٹو کوٹ ٹو ورسز فرام دا قرآن۔ فرام دا قرآن۔</w:t>
      </w:r>
    </w:p>
    <w:p>
      <w:r>
        <w:rPr>
          <w:b/>
        </w:rPr>
        <w:t xml:space="preserve">[16:54] </w:t>
      </w:r>
      <w:r>
        <w:t>one verse is: "zalika jaza man tazakka". "zalika jaza man tazakka".</w:t>
      </w:r>
    </w:p>
    <w:p>
      <w:pPr>
        <w:jc w:val="right"/>
      </w:pPr>
      <w:r>
        <w:t>ون ورس از: "ذالک جزا من تذکا"۔ "ذالک جزا من تذکا"۔</w:t>
      </w:r>
    </w:p>
    <w:p>
      <w:r>
        <w:rPr>
          <w:b/>
        </w:rPr>
        <w:t xml:space="preserve">[17:05] </w:t>
      </w:r>
      <w:r>
        <w:t>it means that paradise</w:t>
      </w:r>
    </w:p>
    <w:p>
      <w:pPr>
        <w:jc w:val="right"/>
      </w:pPr>
      <w:r>
        <w:t>اٹ مینز دیٹ پارڈائز</w:t>
      </w:r>
    </w:p>
    <w:p>
      <w:r>
        <w:rPr>
          <w:b/>
        </w:rPr>
        <w:t xml:space="preserve">[17:12] </w:t>
      </w:r>
      <w:r>
        <w:t>is for those people who</w:t>
      </w:r>
    </w:p>
    <w:p>
      <w:pPr>
        <w:jc w:val="right"/>
      </w:pPr>
      <w:r>
        <w:t>از فار دوز پیپل ہو</w:t>
      </w:r>
    </w:p>
    <w:p>
      <w:r>
        <w:rPr>
          <w:b/>
        </w:rPr>
        <w:t xml:space="preserve">[17:18] </w:t>
      </w:r>
      <w:r>
        <w:t>prove to be purest purified soul. only purified soul will be given paradise.</w:t>
      </w:r>
    </w:p>
    <w:p>
      <w:pPr>
        <w:jc w:val="right"/>
      </w:pPr>
      <w:r>
        <w:t>پروف ٹو بی پیسٹ پیوریفائیڈ سول۔ اونلی پیوریفائیڈ سول ول بی گیون پارڈائز۔</w:t>
      </w:r>
    </w:p>
    <w:p>
      <w:r>
        <w:rPr>
          <w:b/>
        </w:rPr>
        <w:t xml:space="preserve">[17:31] </w:t>
      </w:r>
      <w:r>
        <w:t>only purified soul will be settled in paradise.</w:t>
      </w:r>
    </w:p>
    <w:p>
      <w:pPr>
        <w:jc w:val="right"/>
      </w:pPr>
      <w:r>
        <w:t>اونلی پیوریفائیڈ سول ول بی سیٹل ان پارڈائز۔</w:t>
      </w:r>
    </w:p>
    <w:p>
      <w:r>
        <w:rPr>
          <w:b/>
        </w:rPr>
        <w:t xml:space="preserve">[17:41] </w:t>
      </w:r>
      <w:r>
        <w:t>now, what is purification?</w:t>
      </w:r>
    </w:p>
    <w:p>
      <w:pPr>
        <w:jc w:val="right"/>
      </w:pPr>
      <w:r>
        <w:t>ناو، واٹ از پیوریفیکیشن؟</w:t>
      </w:r>
    </w:p>
    <w:p>
      <w:r>
        <w:rPr>
          <w:b/>
        </w:rPr>
        <w:t xml:space="preserve">[17:46] </w:t>
      </w:r>
      <w:r>
        <w:t>what is purification?</w:t>
      </w:r>
    </w:p>
    <w:p>
      <w:pPr>
        <w:jc w:val="right"/>
      </w:pPr>
      <w:r>
        <w:t>واٹ از پیوریفیکیشن؟</w:t>
      </w:r>
    </w:p>
    <w:p>
      <w:r>
        <w:rPr>
          <w:b/>
        </w:rPr>
        <w:t xml:space="preserve">[17:54] </w:t>
      </w:r>
      <w:r>
        <w:t>here, we can understand this point by studying another verse, another verse of the quran,</w:t>
      </w:r>
    </w:p>
    <w:p>
      <w:pPr>
        <w:jc w:val="right"/>
      </w:pPr>
      <w:r>
        <w:t>ہیر، وی کین انڈرسٹینڈ دس پوائنٹ بائی سٹڈنگ انادر ورس، انادر ورس آف دا قرآن،</w:t>
      </w:r>
    </w:p>
    <w:p>
      <w:r>
        <w:rPr>
          <w:b/>
        </w:rPr>
        <w:t xml:space="preserve">[18:09] </w:t>
      </w:r>
      <w:r>
        <w:t>and that is sabr.</w:t>
      </w:r>
    </w:p>
    <w:p>
      <w:pPr>
        <w:jc w:val="right"/>
      </w:pPr>
      <w:r>
        <w:t>اینڈ دیٹ از صبر۔</w:t>
      </w:r>
    </w:p>
    <w:p>
      <w:r>
        <w:rPr>
          <w:b/>
        </w:rPr>
        <w:t xml:space="preserve">[18:15] </w:t>
      </w:r>
      <w:r>
        <w:t>allah ali there are numerous.</w:t>
      </w:r>
    </w:p>
    <w:p>
      <w:pPr>
        <w:jc w:val="right"/>
      </w:pPr>
      <w:r>
        <w:t>اللہ علی دیر آر نیومرس۔</w:t>
      </w:r>
    </w:p>
    <w:p>
      <w:r>
        <w:rPr>
          <w:b/>
        </w:rPr>
        <w:t xml:space="preserve">[18:25] </w:t>
      </w:r>
      <w:r>
        <w:t>there are a number of verses tell us that</w:t>
      </w:r>
    </w:p>
    <w:p>
      <w:pPr>
        <w:jc w:val="right"/>
      </w:pPr>
      <w:r>
        <w:t>دیر آر ا نمبر آف ورسز ٹیل اس دیٹ</w:t>
      </w:r>
    </w:p>
    <w:p>
      <w:r>
        <w:rPr>
          <w:b/>
        </w:rPr>
        <w:t xml:space="preserve">[18:33] </w:t>
      </w:r>
      <w:r>
        <w:t>without sabr, without patience, no one will find entry into paradise.</w:t>
      </w:r>
    </w:p>
    <w:p>
      <w:pPr>
        <w:jc w:val="right"/>
      </w:pPr>
      <w:r>
        <w:t>وداؤٹ صبر، وداؤٹ پیشنس، نو ون ول فائنڈ انٹری انٹو پارڈائز۔</w:t>
      </w:r>
    </w:p>
    <w:p>
      <w:r>
        <w:rPr>
          <w:b/>
        </w:rPr>
        <w:t xml:space="preserve">[18:44] </w:t>
      </w:r>
      <w:r>
        <w:t>then how sabr is so important in this regard? what is the relationship between sabr and tazkiyah?</w:t>
      </w:r>
    </w:p>
    <w:p>
      <w:pPr>
        <w:jc w:val="right"/>
      </w:pPr>
      <w:r>
        <w:t>دین ہاؤ صبر از سو امپورٹنٹ ان دس ریگارڈ؟ واٹ از دا ریلیشن شپ بٹوین صبر اینڈ تزکیہ؟</w:t>
      </w:r>
    </w:p>
    <w:p>
      <w:r>
        <w:rPr>
          <w:b/>
        </w:rPr>
        <w:t xml:space="preserve">[18:53] </w:t>
      </w:r>
      <w:r>
        <w:t>sabr and purification of soul.</w:t>
      </w:r>
    </w:p>
    <w:p>
      <w:pPr>
        <w:jc w:val="right"/>
      </w:pPr>
      <w:r>
        <w:t>صبر اینڈ پیوریفیکیشن آف سول۔</w:t>
      </w:r>
    </w:p>
    <w:p>
      <w:r>
        <w:rPr>
          <w:b/>
        </w:rPr>
        <w:t xml:space="preserve">[19:00] </w:t>
      </w:r>
      <w:r>
        <w:t>what is the relationship between the two? now, what is tazkiyah? who are purified soul?</w:t>
      </w:r>
    </w:p>
    <w:p>
      <w:pPr>
        <w:jc w:val="right"/>
      </w:pPr>
      <w:r>
        <w:t>واٹ از دا ریلیشن شپ بٹوین دا ٹو؟ ناو، واٹ از تزکیہ؟ ہو آر پیوریفائیڈ سول؟</w:t>
      </w:r>
    </w:p>
    <w:p>
      <w:r>
        <w:rPr>
          <w:b/>
        </w:rPr>
        <w:t xml:space="preserve">[19:12] </w:t>
      </w:r>
      <w:r>
        <w:t>purified soul are those who are positive soul, positive mind, positive thinking,</w:t>
      </w:r>
    </w:p>
    <w:p>
      <w:pPr>
        <w:jc w:val="right"/>
      </w:pPr>
      <w:r>
        <w:t>پیوریفائیڈ سول آر دوز ہو آر پوزیٹیو سول، پوزیٹیو مائنڈ، پوزیٹیو تھنکنگ،</w:t>
      </w:r>
    </w:p>
    <w:p>
      <w:r>
        <w:rPr>
          <w:b/>
        </w:rPr>
        <w:t xml:space="preserve">[19:25] </w:t>
      </w:r>
      <w:r>
        <w:t>positive thought. so, purified soul means those who are positive thinker, who are who positive personality.</w:t>
      </w:r>
    </w:p>
    <w:p>
      <w:pPr>
        <w:jc w:val="right"/>
      </w:pPr>
      <w:r>
        <w:t>پوزیٹیو تھاٹ۔ سو، پیوریفائیڈ سول مینز دوز ہو آر پوزیٹیو تھنکر، ہو آر ہو پوزیٹیو پرسنیلٹی۔</w:t>
      </w:r>
    </w:p>
    <w:p>
      <w:r>
        <w:rPr>
          <w:b/>
        </w:rPr>
        <w:t xml:space="preserve">[19:42] </w:t>
      </w:r>
      <w:r>
        <w:t>now, how it is possible? you know, in this world, every time there are negative experiences.</w:t>
      </w:r>
    </w:p>
    <w:p>
      <w:pPr>
        <w:jc w:val="right"/>
      </w:pPr>
      <w:r>
        <w:t>ناو، ہاؤ اٹ از پاسیبل؟ یو نو، ان دس ورلڈ، ایوری ٹائم دیر آر نیگیٹیو ایکسپیرینسز۔</w:t>
      </w:r>
    </w:p>
    <w:p>
      <w:r>
        <w:rPr>
          <w:b/>
        </w:rPr>
        <w:t xml:space="preserve">[19:53] </w:t>
      </w:r>
      <w:r>
        <w:t>every time, every time there are unpleasant situation. every time there are provocation.</w:t>
      </w:r>
    </w:p>
    <w:p>
      <w:pPr>
        <w:jc w:val="right"/>
      </w:pPr>
      <w:r>
        <w:t>ایوری ٹائم، ایوری ٹائم دیر آر ان پریزنٹ سچویشن۔ ایوری ٹائم دیر آر پرووکیشن۔</w:t>
      </w:r>
    </w:p>
    <w:p>
      <w:r>
        <w:rPr>
          <w:b/>
        </w:rPr>
        <w:t xml:space="preserve">[20:02] </w:t>
      </w:r>
      <w:r>
        <w:t>so, how one can live with positive thought?</w:t>
      </w:r>
    </w:p>
    <w:p>
      <w:pPr>
        <w:jc w:val="right"/>
      </w:pPr>
      <w:r>
        <w:t>سو، ہاؤ ون کین لیو ود پوزیٹیو تھاٹ؟</w:t>
      </w:r>
    </w:p>
    <w:p>
      <w:r>
        <w:rPr>
          <w:b/>
        </w:rPr>
        <w:t xml:space="preserve">[20:10] </w:t>
      </w:r>
      <w:r>
        <w:t>how it is possible?</w:t>
      </w:r>
    </w:p>
    <w:p>
      <w:pPr>
        <w:jc w:val="right"/>
      </w:pPr>
      <w:r>
        <w:t>ہاؤ اٹ از پاسیبل؟</w:t>
      </w:r>
    </w:p>
    <w:p>
      <w:r>
        <w:rPr>
          <w:b/>
        </w:rPr>
        <w:t xml:space="preserve">[20:16] </w:t>
      </w:r>
      <w:r>
        <w:t>there is a verse in the quran:</w:t>
      </w:r>
    </w:p>
    <w:p>
      <w:pPr>
        <w:jc w:val="right"/>
      </w:pPr>
      <w:r>
        <w:t>دیر از ا ورس ان دا قرآن:</w:t>
      </w:r>
    </w:p>
    <w:p>
      <w:r>
        <w:rPr>
          <w:b/>
        </w:rPr>
        <w:t xml:space="preserve">[20:21] </w:t>
      </w:r>
      <w:r>
        <w:t>"غضبون". when they are angry, they forgive.</w:t>
      </w:r>
    </w:p>
    <w:p>
      <w:pPr>
        <w:jc w:val="right"/>
      </w:pPr>
      <w:r>
        <w:t>"غضبون"۔ وین دے آر اینگری، دے فارگیو۔</w:t>
      </w:r>
    </w:p>
    <w:p>
      <w:r>
        <w:rPr>
          <w:b/>
        </w:rPr>
        <w:t xml:space="preserve">[20:34] </w:t>
      </w:r>
      <w:r>
        <w:t>when they are angry, they forgive.</w:t>
      </w:r>
    </w:p>
    <w:p>
      <w:pPr>
        <w:jc w:val="right"/>
      </w:pPr>
      <w:r>
        <w:t>وین دے آر اینگری، دے فارگیو۔</w:t>
      </w:r>
    </w:p>
    <w:p>
      <w:r>
        <w:rPr>
          <w:b/>
        </w:rPr>
        <w:t xml:space="preserve">[20:38] </w:t>
      </w:r>
      <w:r>
        <w:t>it means that from outside they receive anger, but they return it into forgive.</w:t>
      </w:r>
    </w:p>
    <w:p>
      <w:pPr>
        <w:jc w:val="right"/>
      </w:pPr>
      <w:r>
        <w:t>اٹ مینز دیٹ فرام اؤٹ سائیڈ دے ریسیو اینگر، بٹ دے ریٹرن اٹ انٹو فارگیو۔</w:t>
      </w:r>
    </w:p>
    <w:p>
      <w:r>
        <w:rPr>
          <w:b/>
        </w:rPr>
        <w:t xml:space="preserve">[20:49] </w:t>
      </w:r>
      <w:r>
        <w:t>forgiveness</w:t>
      </w:r>
    </w:p>
    <w:p>
      <w:pPr>
        <w:jc w:val="right"/>
      </w:pPr>
      <w:r>
        <w:t>فارگیونس</w:t>
      </w:r>
    </w:p>
    <w:p>
      <w:r>
        <w:rPr>
          <w:b/>
        </w:rPr>
        <w:t xml:space="preserve">[20:54] </w:t>
      </w:r>
      <w:r>
        <w:t>is very strange. from the outside they receive anger, but their response is positive.</w:t>
      </w:r>
    </w:p>
    <w:p>
      <w:pPr>
        <w:jc w:val="right"/>
      </w:pPr>
      <w:r>
        <w:t>از ویری اسٹرینج۔ فرام دا اؤٹ سائیڈ دے ریسیو اینگر، بٹ دیر رسپانس از پوزیٹیو۔</w:t>
      </w:r>
    </w:p>
    <w:p>
      <w:r>
        <w:rPr>
          <w:b/>
        </w:rPr>
        <w:t xml:space="preserve">[21:06] </w:t>
      </w:r>
      <w:r>
        <w:t>their response is, their response is forgiveness. this is the main source of cultivating a positive personality.</w:t>
      </w:r>
    </w:p>
    <w:p>
      <w:pPr>
        <w:jc w:val="right"/>
      </w:pPr>
      <w:r>
        <w:t>دیر رسپانس از، دیر رسپانس از فارگیونس۔ دس از دا مین سورس آف کلٹیویٹنگ ا پوزیٹیو پرسنیلٹی۔</w:t>
      </w:r>
    </w:p>
    <w:p>
      <w:r>
        <w:rPr>
          <w:b/>
        </w:rPr>
        <w:t xml:space="preserve">[21:24] </w:t>
      </w:r>
      <w:r>
        <w:t>here also, nature.</w:t>
      </w:r>
    </w:p>
    <w:p>
      <w:pPr>
        <w:jc w:val="right"/>
      </w:pPr>
      <w:r>
        <w:t>ہیر السو، نیچر۔</w:t>
      </w:r>
    </w:p>
    <w:p>
      <w:r>
        <w:rPr>
          <w:b/>
        </w:rPr>
        <w:t xml:space="preserve">[21:30] </w:t>
      </w:r>
      <w:r>
        <w:t>here also, in nature we find a demonstration of this kind, of this kind of quality.</w:t>
      </w:r>
    </w:p>
    <w:p>
      <w:pPr>
        <w:jc w:val="right"/>
      </w:pPr>
      <w:r>
        <w:t>ہیر السو، ان نیچر وی فائنڈ ا ڈیمونسٹریشن آف دس کائنڈ، آف دس کائنڈ آف کوالٹی۔</w:t>
      </w:r>
    </w:p>
    <w:p>
      <w:r>
        <w:rPr>
          <w:b/>
        </w:rPr>
        <w:t xml:space="preserve">[21:36] </w:t>
      </w:r>
      <w:r>
        <w:t>that is cow, c o w cow. you know, cow is</w:t>
      </w:r>
    </w:p>
    <w:p>
      <w:pPr>
        <w:jc w:val="right"/>
      </w:pPr>
      <w:r>
        <w:t>دیٹ از کاؤ، سی او ڈبل سی او ڈبلیو کاؤ۔ یو نو، کاؤ از</w:t>
      </w:r>
    </w:p>
    <w:p>
      <w:r>
        <w:rPr>
          <w:b/>
        </w:rPr>
        <w:t xml:space="preserve">[21:46] </w:t>
      </w:r>
      <w:r>
        <w:t>a divine industry.</w:t>
      </w:r>
    </w:p>
    <w:p>
      <w:pPr>
        <w:jc w:val="right"/>
      </w:pPr>
      <w:r>
        <w:t>ا ڈیوائن انڈسٹری۔</w:t>
      </w:r>
    </w:p>
    <w:p>
      <w:r>
        <w:rPr>
          <w:b/>
        </w:rPr>
        <w:t xml:space="preserve">[21:51] </w:t>
      </w:r>
      <w:r>
        <w:t>cow takes grass and give us milk.</w:t>
      </w:r>
    </w:p>
    <w:p>
      <w:pPr>
        <w:jc w:val="right"/>
      </w:pPr>
      <w:r>
        <w:t>کاؤ ٹیکس گراس اینڈ گیو اس ملک۔</w:t>
      </w:r>
    </w:p>
    <w:p>
      <w:r>
        <w:rPr>
          <w:b/>
        </w:rPr>
        <w:t xml:space="preserve">[22:00] </w:t>
      </w:r>
      <w:r>
        <w:t>so, cow is an industry that is able to convert non milk into milk.</w:t>
      </w:r>
    </w:p>
    <w:p>
      <w:pPr>
        <w:jc w:val="right"/>
      </w:pPr>
      <w:r>
        <w:t>سو، کاؤ از این انڈسٹری دیٹ از ایبل ٹو کنورٹ نان ملک انٹو ملک۔</w:t>
      </w:r>
    </w:p>
    <w:p>
      <w:r>
        <w:rPr>
          <w:b/>
        </w:rPr>
        <w:t xml:space="preserve">[22:11] </w:t>
      </w:r>
      <w:r>
        <w:t>it means that cow is a converting industry. so, is required by man. so, is required by man.</w:t>
      </w:r>
    </w:p>
    <w:p>
      <w:pPr>
        <w:jc w:val="right"/>
      </w:pPr>
      <w:r>
        <w:t>اٹ مینز دیٹ کاؤ از ا کنورٹنگ انڈسٹری۔ سو، از ریکوائرڈ بائے مین۔ سو، از ریکوائرڈ بائے مین۔</w:t>
      </w:r>
    </w:p>
    <w:p>
      <w:r>
        <w:rPr>
          <w:b/>
        </w:rPr>
        <w:t xml:space="preserve">[22:22] </w:t>
      </w:r>
      <w:r>
        <w:t>you have to convert negative thought into positive thought,</w:t>
      </w:r>
    </w:p>
    <w:p>
      <w:pPr>
        <w:jc w:val="right"/>
      </w:pPr>
      <w:r>
        <w:t>یو ہیو ٹو کنورٹ نیگیٹیو تھاٹ انٹو پوزیٹیو تھاٹ،</w:t>
      </w:r>
    </w:p>
    <w:p>
      <w:r>
        <w:rPr>
          <w:b/>
        </w:rPr>
        <w:t xml:space="preserve">[22:31] </w:t>
      </w:r>
      <w:r>
        <w:t>adar waiz you are not a deserving candidate for paradise.</w:t>
      </w:r>
    </w:p>
    <w:p>
      <w:pPr>
        <w:jc w:val="right"/>
      </w:pPr>
      <w:r>
        <w:t>ادر وائز یو آر ناٹ ا ڈیزرونگ کینڈیڈیٹ فار پارڈائز۔</w:t>
      </w:r>
    </w:p>
    <w:p>
      <w:r>
        <w:rPr>
          <w:b/>
        </w:rPr>
        <w:t xml:space="preserve">[22:38] </w:t>
      </w:r>
      <w:r>
        <w:t>a person came to the prophet of islam. he said:</w:t>
      </w:r>
    </w:p>
    <w:p>
      <w:pPr>
        <w:jc w:val="right"/>
      </w:pPr>
      <w:r>
        <w:t>ا پرسن کیم ٹو دا پرافٹ آف اسلام۔ ہی سیڈ:</w:t>
      </w:r>
    </w:p>
    <w:p>
      <w:r>
        <w:rPr>
          <w:b/>
        </w:rPr>
        <w:t xml:space="preserve">[22:46] </w:t>
      </w:r>
      <w:r>
        <w:t>"ya rasool allah, aalmani kalmat, aish alaih."</w:t>
      </w:r>
    </w:p>
    <w:p>
      <w:pPr>
        <w:jc w:val="right"/>
      </w:pPr>
      <w:r>
        <w:t>"یا رسول اللہ، علمنی کلمات، عیش علیہ۔"</w:t>
      </w:r>
    </w:p>
    <w:p>
      <w:r>
        <w:rPr>
          <w:b/>
        </w:rPr>
        <w:t xml:space="preserve">[22:54] </w:t>
      </w:r>
      <w:r>
        <w:t>o prophet, give me master advice by which i may be able to manage all the affairs of my life.</w:t>
      </w:r>
    </w:p>
    <w:p>
      <w:pPr>
        <w:jc w:val="right"/>
      </w:pPr>
      <w:r>
        <w:t>او پرافٹ، گیو می ماسٹر ایڈوائس بائے وچ ائی می بی ایبل ٹو مینج ال دا افیئرز آف مائی لائف۔</w:t>
      </w:r>
    </w:p>
    <w:p>
      <w:r>
        <w:rPr>
          <w:b/>
        </w:rPr>
        <w:t xml:space="preserve">[23:08] </w:t>
      </w:r>
      <w:r>
        <w:t>prophet said: "la taghzab, don't be angry."</w:t>
      </w:r>
    </w:p>
    <w:p>
      <w:pPr>
        <w:jc w:val="right"/>
      </w:pPr>
      <w:r>
        <w:t>پرافٹ سیڈ: "لا تغضب، ڈونٹ بی اینگری۔"</w:t>
      </w:r>
    </w:p>
    <w:p>
      <w:r>
        <w:rPr>
          <w:b/>
        </w:rPr>
        <w:t xml:space="preserve">[23:16] </w:t>
      </w:r>
      <w:r>
        <w:t>what is, what it means? what is la taghzab?</w:t>
      </w:r>
    </w:p>
    <w:p>
      <w:pPr>
        <w:jc w:val="right"/>
      </w:pPr>
      <w:r>
        <w:t>واٹ از، واٹ اٹ مینز؟ واٹ از لا تغضب؟</w:t>
      </w:r>
    </w:p>
    <w:p>
      <w:r>
        <w:rPr>
          <w:b/>
        </w:rPr>
        <w:t xml:space="preserve">[23:23] </w:t>
      </w:r>
      <w:r>
        <w:t>it means that when you are provoked,</w:t>
      </w:r>
    </w:p>
    <w:p>
      <w:pPr>
        <w:jc w:val="right"/>
      </w:pPr>
      <w:r>
        <w:t>اٹ مینز دیٹ وین یو آر پرووکڈ،</w:t>
      </w:r>
    </w:p>
    <w:p>
      <w:r>
        <w:rPr>
          <w:b/>
        </w:rPr>
        <w:t xml:space="preserve">[23:29] </w:t>
      </w:r>
      <w:r>
        <w:t>provocation is a negative experience. provocation is a negative experience, but according to this hadith, you have to convert this negative experience into positive</w:t>
      </w:r>
    </w:p>
    <w:p>
      <w:pPr>
        <w:jc w:val="right"/>
      </w:pPr>
      <w:r>
        <w:t>پرووکیشن از ا نیگیٹیو ایکسپیرینس۔ پرووکیشن از ا نیگیٹیو ایکسپیرینس، بٹ اکارڈنگ ٹو دس حدیث، یو ہیو ٹو کنورٹ دس نیگیٹیو ایکسپیرینس انٹو پوزیٹیو</w:t>
      </w:r>
    </w:p>
    <w:p>
      <w:r>
        <w:rPr>
          <w:b/>
        </w:rPr>
        <w:t xml:space="preserve">[23:47] </w:t>
      </w:r>
      <w:r>
        <w:t>thought.</w:t>
      </w:r>
    </w:p>
    <w:p>
      <w:pPr>
        <w:jc w:val="right"/>
      </w:pPr>
      <w:r>
        <w:t>تھاٹ۔</w:t>
      </w:r>
    </w:p>
    <w:p>
      <w:r>
        <w:rPr>
          <w:b/>
        </w:rPr>
        <w:t xml:space="preserve">[23:51] </w:t>
      </w:r>
      <w:r>
        <w:t>so, just like cow, man is required to convert its negative thought into positive thought. this is purification of soul.</w:t>
      </w:r>
    </w:p>
    <w:p>
      <w:pPr>
        <w:jc w:val="right"/>
      </w:pPr>
      <w:r>
        <w:t>سو، جسٹ لائک کاؤ، من از ریکوائرڈ ٹو کنورٹ اس نیگیٹیو تھاٹ انٹو پوزیٹیو تھاٹ۔ دس از پیوریفیکیشن آف سول۔</w:t>
      </w:r>
    </w:p>
    <w:p>
      <w:r>
        <w:rPr>
          <w:b/>
        </w:rPr>
        <w:t xml:space="preserve">[24:02] </w:t>
      </w:r>
      <w:r>
        <w:t>zalika jaza man tazakka.</w:t>
      </w:r>
    </w:p>
    <w:p>
      <w:pPr>
        <w:jc w:val="right"/>
      </w:pPr>
      <w:r>
        <w:t>ذالک جزا من تذکا۔</w:t>
      </w:r>
    </w:p>
    <w:p>
      <w:r>
        <w:rPr>
          <w:b/>
        </w:rPr>
        <w:t xml:space="preserve">[24:08] </w:t>
      </w:r>
      <w:r>
        <w:t>paradise only those people will</w:t>
      </w:r>
    </w:p>
    <w:p>
      <w:pPr>
        <w:jc w:val="right"/>
      </w:pPr>
      <w:r>
        <w:t>پارڈائز اونلی دوز پیپل ول</w:t>
      </w:r>
    </w:p>
    <w:p>
      <w:r>
        <w:rPr>
          <w:b/>
        </w:rPr>
        <w:t xml:space="preserve">[24:16] </w:t>
      </w:r>
      <w:r>
        <w:t>will find entry into paradise who are purified soul. and who are purified soul, those who are positive soul.</w:t>
      </w:r>
    </w:p>
    <w:p>
      <w:pPr>
        <w:jc w:val="right"/>
      </w:pPr>
      <w:r>
        <w:t>ول فائنڈ انٹری انٹو پارڈائز ہو آر پیوریفائیڈ سول۔ اینڈ ہو آر پیوریفائیڈ سول، دوز ہو آر پوزیٹیو سول۔</w:t>
      </w:r>
    </w:p>
    <w:p>
      <w:r>
        <w:rPr>
          <w:b/>
        </w:rPr>
        <w:t xml:space="preserve">[24:28] </w:t>
      </w:r>
      <w:r>
        <w:t>and who are positive soul, who are able to convert negative with positive.</w:t>
      </w:r>
    </w:p>
    <w:p>
      <w:pPr>
        <w:jc w:val="right"/>
      </w:pPr>
      <w:r>
        <w:t>اینڈ ہو آر پوزیٹیو سول، ہو آر ایبل ٹو کنورٹ نیگیٹیو ود پوزیٹیو۔</w:t>
      </w:r>
    </w:p>
    <w:p>
      <w:r>
        <w:rPr>
          <w:b/>
        </w:rPr>
        <w:t xml:space="preserve">[24:37] </w:t>
      </w:r>
      <w:r>
        <w:t>those who are able to convert a negative, negative experience into a positive thought.</w:t>
      </w:r>
    </w:p>
    <w:p>
      <w:pPr>
        <w:jc w:val="right"/>
      </w:pPr>
      <w:r>
        <w:t>دوز ہو آر ایبل ٹو کنورٹ ا نیگیٹیو، نیگیٹیو ایکسپیرینس انٹو ا پوزیٹیو تھاٹ۔</w:t>
      </w:r>
    </w:p>
    <w:p>
      <w:r>
        <w:rPr>
          <w:b/>
        </w:rPr>
        <w:t xml:space="preserve">[24:48] </w:t>
      </w:r>
      <w:r>
        <w:t>this is the,</w:t>
      </w:r>
    </w:p>
    <w:p>
      <w:pPr>
        <w:jc w:val="right"/>
      </w:pPr>
      <w:r>
        <w:t>دس از دا،</w:t>
      </w:r>
    </w:p>
    <w:p>
      <w:r>
        <w:rPr>
          <w:b/>
        </w:rPr>
        <w:t xml:space="preserve">[24:52] </w:t>
      </w:r>
      <w:r>
        <w:t>this is the process of making a positive person.</w:t>
      </w:r>
    </w:p>
    <w:p>
      <w:pPr>
        <w:jc w:val="right"/>
      </w:pPr>
      <w:r>
        <w:t>دس از دا پراسیس آف میکنگ ا پوزیٹیو پرسن۔</w:t>
      </w:r>
    </w:p>
    <w:p>
      <w:r>
        <w:rPr>
          <w:b/>
        </w:rPr>
        <w:t xml:space="preserve">[25:00] </w:t>
      </w:r>
      <w:r>
        <w:t>without this kind of process, it is not possible to build a person, a person that may deserve for paradise.</w:t>
      </w:r>
    </w:p>
    <w:p>
      <w:pPr>
        <w:jc w:val="right"/>
      </w:pPr>
      <w:r>
        <w:t>وداؤٹ دس کائنڈ آف پراسیس، اٹ از ناٹ پاسیبل ٹو بلڈ ا پرسن، ا پرسن دیٹ می ڈیزرو فار پارڈائز۔</w:t>
      </w:r>
    </w:p>
    <w:p>
      <w:r>
        <w:rPr>
          <w:b/>
        </w:rPr>
        <w:t xml:space="preserve">[25:17] </w:t>
      </w:r>
      <w:r>
        <w:t>so, here you can see that in both the period of life, in pre death period and post death period,</w:t>
      </w:r>
    </w:p>
    <w:p>
      <w:pPr>
        <w:jc w:val="right"/>
      </w:pPr>
      <w:r>
        <w:t>سو، ہیر یو کین سی دیٹ ان بوتھ دا پیریڈ آف لائف، ان پری ڈیتھ پیریڈ اینڈ پوسٹ ڈیتھ پیریڈ،</w:t>
      </w:r>
    </w:p>
    <w:p>
      <w:r>
        <w:rPr>
          <w:b/>
        </w:rPr>
        <w:t xml:space="preserve">[25:31] </w:t>
      </w:r>
      <w:r>
        <w:t>we have to keep patience. for example, one create some problem for you, that is provocative for you.</w:t>
      </w:r>
    </w:p>
    <w:p>
      <w:pPr>
        <w:jc w:val="right"/>
      </w:pPr>
      <w:r>
        <w:t>وی ہیو ٹو کیپ پیشنس۔ فار ایگزامپل، ون کریٹ سم پرابلم فار یو، دیٹ از پرووکیٹیو فار یو۔</w:t>
      </w:r>
    </w:p>
    <w:p>
      <w:r>
        <w:rPr>
          <w:b/>
        </w:rPr>
        <w:t xml:space="preserve">[25:47] </w:t>
      </w:r>
      <w:r>
        <w:t>then, if you</w:t>
      </w:r>
    </w:p>
    <w:p>
      <w:pPr>
        <w:jc w:val="right"/>
      </w:pPr>
      <w:r>
        <w:t>دین، اف یو</w:t>
      </w:r>
    </w:p>
    <w:p>
      <w:r>
        <w:rPr>
          <w:b/>
        </w:rPr>
        <w:t xml:space="preserve">[25:51] </w:t>
      </w:r>
      <w:r>
        <w:t>become angry, you want to take revenge, you want to fight, you want to give him a lesson.</w:t>
      </w:r>
    </w:p>
    <w:p>
      <w:pPr>
        <w:jc w:val="right"/>
      </w:pPr>
      <w:r>
        <w:t>بیکم اینگری، یو وانٹ ٹو ٹیک ریونج، یو وانٹ ٹو فائٹ، یو وانٹ ٹو گیو ہم ا لیسن۔</w:t>
      </w:r>
    </w:p>
    <w:p>
      <w:r>
        <w:rPr>
          <w:b/>
        </w:rPr>
        <w:t xml:space="preserve">[26:05] </w:t>
      </w:r>
      <w:r>
        <w:t>this means destruction. all these things means destruction.</w:t>
      </w:r>
    </w:p>
    <w:p>
      <w:pPr>
        <w:jc w:val="right"/>
      </w:pPr>
      <w:r>
        <w:t>دس مینز ڈسٹرکشن۔ ال دیز تھنگز مینز ڈسٹرکشن۔</w:t>
      </w:r>
    </w:p>
    <w:p>
      <w:r>
        <w:rPr>
          <w:b/>
        </w:rPr>
        <w:t xml:space="preserve">[26:13] </w:t>
      </w:r>
      <w:r>
        <w:t>ignorance, avoidance, and patience avoidance is saving yourself from destruction.</w:t>
      </w:r>
    </w:p>
    <w:p>
      <w:pPr>
        <w:jc w:val="right"/>
      </w:pPr>
      <w:r>
        <w:t>اگنورنس، اوائیڈنس، اینڈ پیشنس اوائیڈنس از سیونگ یور سیلف فرام ڈسٹرکشن۔</w:t>
      </w:r>
    </w:p>
    <w:p>
      <w:r>
        <w:rPr>
          <w:b/>
        </w:rPr>
        <w:t xml:space="preserve">[26:23] </w:t>
      </w:r>
      <w:r>
        <w:t>it required a non stop process to build a positive personality. it is a non stop process</w:t>
      </w:r>
    </w:p>
    <w:p>
      <w:pPr>
        <w:jc w:val="right"/>
      </w:pPr>
      <w:r>
        <w:t>اٹ ریکوائرڈ ا نان اسٹاپ پراسیس ٹو بلڈ ا پوزیٹیو پرسنیلٹی۔ اٹ از ا نان اسٹاپ پراسیس</w:t>
      </w:r>
    </w:p>
    <w:p>
      <w:r>
        <w:rPr>
          <w:b/>
        </w:rPr>
        <w:t xml:space="preserve">[26:35] </w:t>
      </w:r>
      <w:r>
        <w:t>to build a positive personality, to build a positive person, to build a man that is that which deserves to find entry into paradise.</w:t>
      </w:r>
    </w:p>
    <w:p>
      <w:pPr>
        <w:jc w:val="right"/>
      </w:pPr>
      <w:r>
        <w:t>ٹو بلڈ ا پوزیٹیو پرسنیلٹی، ٹو بلڈ ا پوزیٹیو پرسن، ٹو بلڈ ا مین دیٹ از دیٹ وچ ڈیزرو ٹو فائنڈ انٹری انٹو پارڈائز۔</w:t>
      </w:r>
    </w:p>
    <w:p>
      <w:r>
        <w:rPr>
          <w:b/>
        </w:rPr>
        <w:t xml:space="preserve">[26:52] </w:t>
      </w:r>
      <w:r>
        <w:t>it required, it needs a continuous process, non stop process,</w:t>
      </w:r>
    </w:p>
    <w:p>
      <w:pPr>
        <w:jc w:val="right"/>
      </w:pPr>
      <w:r>
        <w:t>اٹ ریکوائرڈ، اٹ نیڈز ا کنٹینیوس پراسیس، نان اسٹاپ پراسیس،</w:t>
      </w:r>
    </w:p>
    <w:p>
      <w:r>
        <w:rPr>
          <w:b/>
        </w:rPr>
        <w:t xml:space="preserve">[27:03] </w:t>
      </w:r>
      <w:r>
        <w:t>process of inculcating positivity in its personality, in its mind, in its heart.</w:t>
      </w:r>
    </w:p>
    <w:p>
      <w:pPr>
        <w:jc w:val="right"/>
      </w:pPr>
      <w:r>
        <w:t>پراسیس آف انکلکیٹنگ پوزیٹیوٹی ان اٹس پرسنیلٹی، ان اٹس مائنڈ، ان اٹس ہارٹ۔</w:t>
      </w:r>
    </w:p>
    <w:p>
      <w:r>
        <w:rPr>
          <w:b/>
        </w:rPr>
        <w:t xml:space="preserve">[27:13] </w:t>
      </w:r>
      <w:r>
        <w:t>this is a non stop process. so, when you become angry, when you are provoked, it means that you are destruction, distracted.</w:t>
      </w:r>
    </w:p>
    <w:p>
      <w:pPr>
        <w:jc w:val="right"/>
      </w:pPr>
      <w:r>
        <w:t>دس از ا نان اسٹاپ پراسیس۔ سو، وین یو بیکم اینگری، وین یو آر پرووکڈ، اٹ مینز دیٹ یو آر ڈسٹرکشن، ڈسٹرکٹڈ۔</w:t>
      </w:r>
    </w:p>
    <w:p>
      <w:r>
        <w:rPr>
          <w:b/>
        </w:rPr>
        <w:t xml:space="preserve">[27:25] </w:t>
      </w:r>
      <w:r>
        <w:t>all these reactions, every negative reaction is destruction.</w:t>
      </w:r>
    </w:p>
    <w:p>
      <w:pPr>
        <w:jc w:val="right"/>
      </w:pPr>
      <w:r>
        <w:t>ال دیز ری ایکشنز، ایوری نیگیٹیو ری ایکشن از ڈسٹرکشن۔</w:t>
      </w:r>
    </w:p>
    <w:p>
      <w:r>
        <w:rPr>
          <w:b/>
        </w:rPr>
        <w:t xml:space="preserve">[27:38] </w:t>
      </w:r>
      <w:r>
        <w:t>every negative reaction is destruction that stops the process of</w:t>
      </w:r>
    </w:p>
    <w:p>
      <w:pPr>
        <w:jc w:val="right"/>
      </w:pPr>
      <w:r>
        <w:t>ایوری نیگیٹیو ری ایکشن از ڈسٹرکشن دیٹ اسٹاپس دا پراسیس آف</w:t>
      </w:r>
    </w:p>
    <w:p>
      <w:r>
        <w:rPr>
          <w:b/>
        </w:rPr>
        <w:t xml:space="preserve">[27:49] </w:t>
      </w:r>
      <w:r>
        <w:t>building a positive personality. so, you cannot afford to stop this process.</w:t>
      </w:r>
    </w:p>
    <w:p>
      <w:pPr>
        <w:jc w:val="right"/>
      </w:pPr>
      <w:r>
        <w:t>بلڈنگ ا پوزیٹیو پرسنیلٹی۔ سو، یو کناٹ افورڈ ٹو اسٹاپ دس پراسیس۔</w:t>
      </w:r>
    </w:p>
    <w:p>
      <w:r>
        <w:rPr>
          <w:b/>
        </w:rPr>
        <w:t xml:space="preserve">[28:00] </w:t>
      </w:r>
      <w:r>
        <w:t>here, i would like to say that there are so many things in the, in our society about which we have to be very cautious, very very cautious.</w:t>
      </w:r>
    </w:p>
    <w:p>
      <w:pPr>
        <w:jc w:val="right"/>
      </w:pPr>
      <w:r>
        <w:t>ہیر، ائی وڈ لائک ٹو سی دیٹ دیر آر سو مینی تھنگز ان دا، ان اور سوسائٹی اباؤٹ وچ وی ہیو ٹو بی ویری کاشیس، ویری ویری کاشیس۔</w:t>
      </w:r>
    </w:p>
    <w:p>
      <w:r>
        <w:rPr>
          <w:b/>
        </w:rPr>
        <w:t xml:space="preserve">[28:19] </w:t>
      </w:r>
      <w:r>
        <w:t>according to my experience, every time, every moment, there are destructions, every moment.</w:t>
      </w:r>
    </w:p>
    <w:p>
      <w:pPr>
        <w:jc w:val="right"/>
      </w:pPr>
      <w:r>
        <w:t>اکارڈنگ ٹو مائی ایکسپیرینس، ایوری ٹائم، ایوری مومنٹ، دیر آر ڈسٹرکشنز، ایوری مومنٹ۔</w:t>
      </w:r>
    </w:p>
    <w:p>
      <w:r>
        <w:rPr>
          <w:b/>
        </w:rPr>
        <w:t xml:space="preserve">[28:29] </w:t>
      </w:r>
      <w:r>
        <w:t>so, you have to avoid these destructions, otherwise you will be loser.</w:t>
      </w:r>
    </w:p>
    <w:p>
      <w:pPr>
        <w:jc w:val="right"/>
      </w:pPr>
      <w:r>
        <w:t>سو، یو ہیو ٹو اوائیڈ دیز ڈسٹرکشنز، ادروائز یو ویل بی لوزر۔</w:t>
      </w:r>
    </w:p>
    <w:p>
      <w:r>
        <w:rPr>
          <w:b/>
        </w:rPr>
        <w:t xml:space="preserve">[28:37] </w:t>
      </w:r>
      <w:r>
        <w:t>your family, your friends, your society, your neighbor, everyone always tries to destroy you.</w:t>
      </w:r>
    </w:p>
    <w:p>
      <w:pPr>
        <w:jc w:val="right"/>
      </w:pPr>
      <w:r>
        <w:t>یور فیملی، یور فرینڈز، یور سوسائٹی، یور نیبر، ایوری ون الویز ٹرائیز ٹو ڈسٹرکٹ یو۔</w:t>
      </w:r>
    </w:p>
    <w:p>
      <w:r>
        <w:rPr>
          <w:b/>
        </w:rPr>
        <w:t xml:space="preserve">[28:59] </w:t>
      </w:r>
      <w:r>
        <w:t>so, you must not allow others to destroy your process.</w:t>
      </w:r>
    </w:p>
    <w:p>
      <w:pPr>
        <w:jc w:val="right"/>
      </w:pPr>
      <w:r>
        <w:t>سو، یو مسٹ ناٹ الاؤ ادرز ٹو ڈسٹرکٹ یور پراسیس۔</w:t>
      </w:r>
    </w:p>
    <w:p>
      <w:r>
        <w:rPr>
          <w:b/>
        </w:rPr>
        <w:t xml:space="preserve">[29:09] </w:t>
      </w:r>
      <w:r>
        <w:t>you have to be very very cautious about this. don't allow others to destroy your process</w:t>
      </w:r>
    </w:p>
    <w:p>
      <w:pPr>
        <w:jc w:val="right"/>
      </w:pPr>
      <w:r>
        <w:t>یو ہیو ٹو بی ویری ویری کاشیس اباؤٹ دس۔ ڈونٹ الاؤ ادرز ٹو ڈسٹرکٹ یور پراسیس</w:t>
      </w:r>
    </w:p>
    <w:p>
      <w:r>
        <w:rPr>
          <w:b/>
        </w:rPr>
        <w:t xml:space="preserve">[29:24] </w:t>
      </w:r>
      <w:r>
        <w:t>of building a positive personality.</w:t>
      </w:r>
    </w:p>
    <w:p>
      <w:pPr>
        <w:jc w:val="right"/>
      </w:pPr>
      <w:r>
        <w:t>آف بلڈنگ ا پوزیٹیو پرسنیلٹی۔</w:t>
      </w:r>
    </w:p>
    <w:p>
      <w:r>
        <w:rPr>
          <w:b/>
        </w:rPr>
        <w:t xml:space="preserve">[29:28] </w:t>
      </w:r>
      <w:r>
        <w:t>so, every moment, you have to be cautious, otherwise you, otherwise your mistake will stop the process, and then it will be doubtful to find seat in the paradise,</w:t>
      </w:r>
    </w:p>
    <w:p>
      <w:pPr>
        <w:jc w:val="right"/>
      </w:pPr>
      <w:r>
        <w:t>سو، ایوری مومنٹ، یو ہیو ٹو بی کاشیس، ادروائز یو، ادروائز یور مسٹیک ول اسٹاپ دا پراسیس، اینڈ دین اٹ ول بی ڈاؤٹ فل ٹو فائنڈ سیٹ ان دا پارڈائز،</w:t>
      </w:r>
    </w:p>
    <w:p>
      <w:r>
        <w:rPr>
          <w:b/>
        </w:rPr>
        <w:t xml:space="preserve">[29:51] </w:t>
      </w:r>
      <w:r>
        <w:t>because only purified soul will find entry into paradise. and purified soul are those who are positive soul, and positive soul are those who can convert negativity into positivity.</w:t>
      </w:r>
    </w:p>
    <w:p>
      <w:pPr>
        <w:jc w:val="right"/>
      </w:pPr>
      <w:r>
        <w:t>بیکاز اونلی پیوریفائیڈ سول ول فائنڈ انٹری انٹو پارڈائز۔ اینڈ پیوریفائیڈ سول آر دوز ہو آر پوزیٹیو سول، اینڈ پوزیٹیو سول آر دوز ہو کین کنورٹ نیگیٹیوٹی انٹو پوزیٹیوٹی۔</w:t>
      </w:r>
    </w:p>
    <w:p>
      <w:r>
        <w:rPr>
          <w:b/>
        </w:rPr>
        <w:t xml:space="preserve">[30:16] </w:t>
      </w:r>
      <w:r>
        <w:t>who save themselves by destruction, destruction from family, destruction from friend, destruction from society, destruction from neighbors.</w:t>
      </w:r>
    </w:p>
    <w:p>
      <w:pPr>
        <w:jc w:val="right"/>
      </w:pPr>
      <w:r>
        <w:t>ہو سیو دیم سیلف بائے ڈسٹرکشن، ڈسٹرکشن فرام فیملی، ڈسٹرکشن فرام فرینڈ، ڈسٹرکشن فرام سوسائٹی، ڈسٹرکشن فرام نیبرز۔</w:t>
      </w:r>
    </w:p>
    <w:p>
      <w:r>
        <w:rPr>
          <w:b/>
        </w:rPr>
        <w:t xml:space="preserve">[30:28] </w:t>
      </w:r>
      <w:r>
        <w:t>every time, there are destructions. so, you have to be very very cautious, very very cautious.</w:t>
      </w:r>
    </w:p>
    <w:p>
      <w:pPr>
        <w:jc w:val="right"/>
      </w:pPr>
      <w:r>
        <w:t>ایوری ٹائم، دیر آر ڈسٹرکشنز۔ سو، یو ہیو ٹو بی ویری ویری کاشیس، ویری ویری کاشیس۔</w:t>
      </w:r>
    </w:p>
    <w:p>
      <w:r>
        <w:rPr>
          <w:b/>
        </w:rPr>
        <w:t xml:space="preserve">[30:43] </w:t>
      </w:r>
      <w:r>
        <w:t>it is very important to know that paradise is one cannot, one cannot find entry into paradise simply by reciting some words like kalma</w:t>
      </w:r>
    </w:p>
    <w:p>
      <w:pPr>
        <w:jc w:val="right"/>
      </w:pPr>
      <w:r>
        <w:t>اٹ از ویری امپورٹنٹ ٹو نو دیٹ پارڈائز از ون کناٹ، ون کناٹ فائنڈ انٹری انٹو پارڈائز سمپلی بائے ریسائٹنگ سم ورڈز لائک کلمہ</w:t>
      </w:r>
    </w:p>
    <w:p>
      <w:r>
        <w:rPr>
          <w:b/>
        </w:rPr>
        <w:t xml:space="preserve">[31:07] </w:t>
      </w:r>
      <w:r>
        <w:t>or some performing some rituals.</w:t>
      </w:r>
    </w:p>
    <w:p>
      <w:pPr>
        <w:jc w:val="right"/>
      </w:pPr>
      <w:r>
        <w:t>اور سم پرفارمنگ سم ریچولز۔</w:t>
      </w:r>
    </w:p>
    <w:p>
      <w:r>
        <w:rPr>
          <w:b/>
        </w:rPr>
        <w:t xml:space="preserve">[31:13] </w:t>
      </w:r>
      <w:r>
        <w:t>all these things are not enough to to you to find entry into paradise.</w:t>
      </w:r>
    </w:p>
    <w:p>
      <w:pPr>
        <w:jc w:val="right"/>
      </w:pPr>
      <w:r>
        <w:t>ال دیز تھنگز ار ناٹ انف ٹو ٹو یو ٹو فائنڈ انٹری انٹو پارڈائز۔</w:t>
      </w:r>
    </w:p>
    <w:p>
      <w:r>
        <w:rPr>
          <w:b/>
        </w:rPr>
        <w:t xml:space="preserve">[31:27] </w:t>
      </w:r>
      <w:r>
        <w:t>a man who will be, a man who will find entry into paradise is a long long process</w:t>
      </w:r>
    </w:p>
    <w:p>
      <w:pPr>
        <w:jc w:val="right"/>
      </w:pPr>
      <w:r>
        <w:t>ا مین ہو ول بی، ا مین ہو ول فائنڈ انٹری انٹو پارڈائز از ا لانگ لانگ پراسیس</w:t>
      </w:r>
    </w:p>
    <w:p>
      <w:r>
        <w:rPr>
          <w:b/>
        </w:rPr>
        <w:t xml:space="preserve">[31:38] </w:t>
      </w:r>
      <w:r>
        <w:t>. it begins from discovery of</w:t>
      </w:r>
    </w:p>
    <w:p>
      <w:pPr>
        <w:jc w:val="right"/>
      </w:pPr>
      <w:r>
        <w:t>۔ اٹ بگنز فرام ڈسکوری اف</w:t>
      </w:r>
    </w:p>
    <w:p>
      <w:r>
        <w:rPr>
          <w:b/>
        </w:rPr>
        <w:t xml:space="preserve">[31:44] </w:t>
      </w:r>
      <w:r>
        <w:t>truth. the travel to paradise begins from the discovery of truth.</w:t>
      </w:r>
    </w:p>
    <w:p>
      <w:pPr>
        <w:jc w:val="right"/>
      </w:pPr>
      <w:r>
        <w:t>ٹروتھ۔ دا ٹریول ٹو پارڈائز بگنز فرام دی ڈسکوری اف ٹروتھ۔</w:t>
      </w:r>
    </w:p>
    <w:p>
      <w:r>
        <w:rPr>
          <w:b/>
        </w:rPr>
        <w:t xml:space="preserve">[31:58] </w:t>
      </w:r>
      <w:r>
        <w:t>the travel towards paradise begins from the discovery of truth.</w:t>
      </w:r>
    </w:p>
    <w:p>
      <w:pPr>
        <w:jc w:val="right"/>
      </w:pPr>
      <w:r>
        <w:t>دا ٹریول ٹورڈز پارڈائز بگنز فرام دی ڈسکوری اف ٹروتھ۔</w:t>
      </w:r>
    </w:p>
    <w:p>
      <w:r>
        <w:rPr>
          <w:b/>
        </w:rPr>
        <w:t xml:space="preserve">[32:05] </w:t>
      </w:r>
      <w:r>
        <w:t>wen you discover truth, then you become cautious. then you try to avoid all those destructions.</w:t>
      </w:r>
    </w:p>
    <w:p>
      <w:pPr>
        <w:jc w:val="right"/>
      </w:pPr>
      <w:r>
        <w:t>وین یو ڈسکور ٹروتھ، دین یو بیکم کاشیس۔ دین یو ٹرائی ٹو اوائیڈ ال دوز ڈسٹرکشنز۔</w:t>
      </w:r>
    </w:p>
    <w:p>
      <w:r>
        <w:rPr>
          <w:b/>
        </w:rPr>
        <w:t xml:space="preserve">[32:18] </w:t>
      </w:r>
      <w:r>
        <w:t>then you try to</w:t>
      </w:r>
    </w:p>
    <w:p>
      <w:pPr>
        <w:jc w:val="right"/>
      </w:pPr>
      <w:r>
        <w:t>دین یو ٹرائی ٹو</w:t>
      </w:r>
    </w:p>
    <w:p>
      <w:r>
        <w:rPr>
          <w:b/>
        </w:rPr>
        <w:t xml:space="preserve">[32:23] </w:t>
      </w:r>
      <w:r>
        <w:t>save yourself from all those negative thoughts.</w:t>
      </w:r>
    </w:p>
    <w:p>
      <w:pPr>
        <w:jc w:val="right"/>
      </w:pPr>
      <w:r>
        <w:t>سیو یور سیلف فرام ال دوز نیگیٹیو تھاٹس۔</w:t>
      </w:r>
    </w:p>
    <w:p>
      <w:r>
        <w:rPr>
          <w:b/>
        </w:rPr>
        <w:t xml:space="preserve">[32:33] </w:t>
      </w:r>
      <w:r>
        <w:t>then you try to make yourself a positive thinker</w:t>
      </w:r>
    </w:p>
    <w:p>
      <w:pPr>
        <w:jc w:val="right"/>
      </w:pPr>
      <w:r>
        <w:t>دین یو ٹرائی ٹو میک یور سیلف ا پوزیٹیو تھنکر</w:t>
      </w:r>
    </w:p>
    <w:p>
      <w:r>
        <w:rPr>
          <w:b/>
        </w:rPr>
        <w:t xml:space="preserve">[32:43] </w:t>
      </w:r>
      <w:r>
        <w:t>. so, when you, your journey starts of discovery, then all these things happen automatically.</w:t>
      </w:r>
    </w:p>
    <w:p>
      <w:pPr>
        <w:jc w:val="right"/>
      </w:pPr>
      <w:r>
        <w:t>۔ سو، وین یو، یور جرنی سٹارٹس اف ڈسکوری، دین ال دیز تھنگز ہیپن اٹومیٹکلی۔</w:t>
      </w:r>
    </w:p>
    <w:p>
      <w:r>
        <w:rPr>
          <w:b/>
        </w:rPr>
        <w:t xml:space="preserve">[32:53] </w:t>
      </w:r>
      <w:r>
        <w:t>discovery brings about a storm in your, in your soul. discovery means awaken, awakening.</w:t>
      </w:r>
    </w:p>
    <w:p>
      <w:pPr>
        <w:jc w:val="right"/>
      </w:pPr>
      <w:r>
        <w:t>ڈسکوری برنگز اباؤٹ ا سٹارم ان یور، ان یور سول۔ ڈسکوری مینز اویکن، اویکننگ۔</w:t>
      </w:r>
    </w:p>
    <w:p>
      <w:r>
        <w:rPr>
          <w:b/>
        </w:rPr>
        <w:t xml:space="preserve">[33:03] </w:t>
      </w:r>
      <w:r>
        <w:t>discovery means awakening. discovery awaken your mind.</w:t>
      </w:r>
    </w:p>
    <w:p>
      <w:pPr>
        <w:jc w:val="right"/>
      </w:pPr>
      <w:r>
        <w:t>ڈسکوری مینز اویکننگ۔ ڈسکوری اویکن یور مائنڈ۔</w:t>
      </w:r>
    </w:p>
    <w:p>
      <w:r>
        <w:rPr>
          <w:b/>
        </w:rPr>
        <w:t xml:space="preserve">[33:13] </w:t>
      </w:r>
      <w:r>
        <w:t>discovery awaken your mind. discovery makes you able to think.</w:t>
      </w:r>
    </w:p>
    <w:p>
      <w:pPr>
        <w:jc w:val="right"/>
      </w:pPr>
      <w:r>
        <w:t>ڈسکوری اویکن یور مائنڈ۔ ڈسکوری میکس یو ایبل ٹو تھنک۔</w:t>
      </w:r>
    </w:p>
    <w:p>
      <w:r>
        <w:rPr>
          <w:b/>
        </w:rPr>
        <w:t xml:space="preserve">[33:23] </w:t>
      </w:r>
      <w:r>
        <w:t>discovery gives you art of thinking, art of management. after discovery, all these things becomes easily available for you.</w:t>
      </w:r>
    </w:p>
    <w:p>
      <w:pPr>
        <w:jc w:val="right"/>
      </w:pPr>
      <w:r>
        <w:t>ڈسکوری گیوز یو ارٹ اف تھنکنگ، ارٹ اف مینجمنٹ۔ افٹر ڈسکوری، ال دیز تھنگز بیکمز ایزیلی اویلیبل فار یو۔</w:t>
      </w:r>
    </w:p>
    <w:p>
      <w:r>
        <w:rPr>
          <w:b/>
        </w:rPr>
        <w:t xml:space="preserve">[33:37] </w:t>
      </w:r>
      <w:r>
        <w:t>w</w:t>
      </w:r>
    </w:p>
    <w:p>
      <w:pPr>
        <w:jc w:val="right"/>
      </w:pPr>
      <w:r>
        <w:t>و</w:t>
      </w:r>
    </w:p>
    <w:p>
      <w:r>
        <w:rPr>
          <w:b/>
        </w:rPr>
        <w:t xml:space="preserve">[33:38] </w:t>
      </w:r>
      <w:r>
        <w:t>ithout discovery, there is no, no revolution in your, in your personality.</w:t>
      </w:r>
    </w:p>
    <w:p>
      <w:pPr>
        <w:jc w:val="right"/>
      </w:pPr>
      <w:r>
        <w:t>داؤٹ ڈسکوری، دیر از نو، نو ریولوشن ان یور، ان یور پرسنیلٹی۔</w:t>
      </w:r>
    </w:p>
    <w:p>
      <w:r>
        <w:rPr>
          <w:b/>
        </w:rPr>
        <w:t xml:space="preserve">[33:49] </w:t>
      </w:r>
      <w:r>
        <w:t>and without revolution, you have. without revolution, there is no such positive activities.</w:t>
      </w:r>
    </w:p>
    <w:p>
      <w:pPr>
        <w:jc w:val="right"/>
      </w:pPr>
      <w:r>
        <w:t>اینڈ وداؤٹ ریولوشن، یو ہیو۔ وداؤٹ ریولوشن، دیر از نو سچ پوزیٹیو ایکٹیویٹیز۔</w:t>
      </w:r>
    </w:p>
    <w:p>
      <w:r>
        <w:rPr>
          <w:b/>
        </w:rPr>
        <w:t xml:space="preserve">[34:01] </w:t>
      </w:r>
      <w:r>
        <w:t>discovery makes you up a living person rather than a dead person.</w:t>
      </w:r>
    </w:p>
    <w:p>
      <w:pPr>
        <w:jc w:val="right"/>
      </w:pPr>
      <w:r>
        <w:t>ڈسکوری میکس یو اپ ا لیونگ پرسن رادر دین ا ڈیڈ پرسن۔</w:t>
      </w:r>
    </w:p>
    <w:p>
      <w:r>
        <w:rPr>
          <w:b/>
        </w:rPr>
        <w:t xml:space="preserve">[34:13] </w:t>
      </w:r>
      <w:r>
        <w:t>without discovery, your iman is a, is a,</w:t>
      </w:r>
    </w:p>
    <w:p>
      <w:pPr>
        <w:jc w:val="right"/>
      </w:pPr>
      <w:r>
        <w:t>وداؤٹ ڈسکوری، یور ایمان از ا، از ا،</w:t>
      </w:r>
    </w:p>
    <w:p>
      <w:r>
        <w:rPr>
          <w:b/>
        </w:rPr>
        <w:t xml:space="preserve">[34:23] </w:t>
      </w:r>
      <w:r>
        <w:t>is a like stagnation.</w:t>
      </w:r>
    </w:p>
    <w:p>
      <w:pPr>
        <w:jc w:val="right"/>
      </w:pPr>
      <w:r>
        <w:t>از ا لائک سٹیگنیشن۔</w:t>
      </w:r>
    </w:p>
    <w:p>
      <w:r>
        <w:rPr>
          <w:b/>
        </w:rPr>
        <w:t xml:space="preserve">[34:27] </w:t>
      </w:r>
      <w:r>
        <w:t>but with discovery, your iman becomes a living faith, living faith.</w:t>
      </w:r>
    </w:p>
    <w:p>
      <w:pPr>
        <w:jc w:val="right"/>
      </w:pPr>
      <w:r>
        <w:t>بٹ ود ڈسکوری، یور ایمان بیکمز ا لیونگ فیتھ، لیونگ فیتھ۔</w:t>
      </w:r>
    </w:p>
    <w:p>
      <w:r>
        <w:rPr>
          <w:b/>
        </w:rPr>
        <w:t xml:space="preserve">[34:37] </w:t>
      </w:r>
      <w:r>
        <w:t>so, you have to know that travel towards paradise begins from discovery of the truth, discovery of god, discovery of, of, of the prophet</w:t>
      </w:r>
    </w:p>
    <w:p>
      <w:pPr>
        <w:jc w:val="right"/>
      </w:pPr>
      <w:r>
        <w:t>سو، یو ہیو ٹو نو دیٹ ٹریول ٹورڈز پارڈائز بگنز فرام ڈسکوری اف دا ٹروتھ، ڈسکوری اف گاڈ، ڈسکوری اف، اف، اف دا پرافٹ</w:t>
      </w:r>
    </w:p>
    <w:p>
      <w:r>
        <w:rPr>
          <w:b/>
        </w:rPr>
        <w:t xml:space="preserve">[34:57] </w:t>
      </w:r>
      <w:r>
        <w:t>. and all those things which are necessary in this regard.</w:t>
      </w:r>
    </w:p>
    <w:p>
      <w:pPr>
        <w:jc w:val="right"/>
      </w:pPr>
      <w:r>
        <w:t>۔ اینڈ ال دوز تھنگز وچ ار نیسیسری ان دس ریگارڈ۔</w:t>
      </w:r>
    </w:p>
    <w:p>
      <w:r>
        <w:rPr>
          <w:b/>
        </w:rPr>
        <w:t xml:space="preserve">[35:07] </w:t>
      </w:r>
      <w:r>
        <w:t>so, discovery opens your mind. discovery opens your mind. without opening your mind, you cannot understand anything.</w:t>
      </w:r>
    </w:p>
    <w:p>
      <w:pPr>
        <w:jc w:val="right"/>
      </w:pPr>
      <w:r>
        <w:t>تو، ڈسکوری اوپنز یور مائنڈ۔ ڈسکوری اوپنز یور مائنڈ۔ وداؤٹ اوپننگ یور مائنڈ، یو کناٹ انڈرسٹینڈ اینی تھنگ۔</w:t>
      </w:r>
    </w:p>
    <w:p>
      <w:r>
        <w:rPr>
          <w:b/>
        </w:rPr>
        <w:t xml:space="preserve">[35:23] </w:t>
      </w:r>
      <w:r>
        <w:t>you cannot understand anything.</w:t>
      </w:r>
    </w:p>
    <w:p>
      <w:pPr>
        <w:jc w:val="right"/>
      </w:pPr>
      <w:r>
        <w:t>یو کناٹ انڈرسٹینڈ اینی تھنگ۔</w:t>
      </w:r>
    </w:p>
    <w:p>
      <w:r>
        <w:rPr>
          <w:b/>
        </w:rPr>
        <w:t xml:space="preserve">[35:26] </w:t>
      </w:r>
      <w:r>
        <w:t>only those people can understand the value of patience who are awaken people.</w:t>
      </w:r>
    </w:p>
    <w:p>
      <w:pPr>
        <w:jc w:val="right"/>
      </w:pPr>
      <w:r>
        <w:t>اونلی دوز پیپل کین انڈرسٹینڈ دا ویلیو اف پیشنس ہو آر اویکن پیپل۔</w:t>
      </w:r>
    </w:p>
    <w:p>
      <w:r>
        <w:rPr>
          <w:b/>
        </w:rPr>
        <w:t xml:space="preserve">[35:37] </w:t>
      </w:r>
      <w:r>
        <w:t>only those people who are awaken people can understand the value of patience and avoidance.</w:t>
      </w:r>
    </w:p>
    <w:p>
      <w:pPr>
        <w:jc w:val="right"/>
      </w:pPr>
      <w:r>
        <w:t>اونلی دوز پیپل ہو آر اویکن پیپل کین انڈرسٹینڈ دا ویلیو اف پیشنس اینڈ اوائیڈنس۔</w:t>
      </w:r>
    </w:p>
    <w:p>
      <w:r>
        <w:rPr>
          <w:b/>
        </w:rPr>
        <w:t xml:space="preserve">[35:48] </w:t>
      </w:r>
      <w:r>
        <w:t>sabr and a'raaz.</w:t>
      </w:r>
    </w:p>
    <w:p>
      <w:pPr>
        <w:jc w:val="right"/>
      </w:pPr>
      <w:r>
        <w:t>صبر اینڈ اعراض۔</w:t>
      </w:r>
    </w:p>
    <w:p>
      <w:r>
        <w:rPr>
          <w:b/>
        </w:rPr>
        <w:t xml:space="preserve">[35:55] </w:t>
      </w:r>
      <w:r>
        <w:t>so, this is very important that in the word of hadith, as sabr muhb al-momin.</w:t>
      </w:r>
    </w:p>
    <w:p>
      <w:pPr>
        <w:jc w:val="right"/>
      </w:pPr>
      <w:r>
        <w:t>سو، دس از ویری امپورٹنٹ دیٹ ان دا ورڈ اف حدیث، الصبر محب المومن۔</w:t>
      </w:r>
    </w:p>
    <w:p>
      <w:r>
        <w:rPr>
          <w:b/>
        </w:rPr>
        <w:t xml:space="preserve">[36:04] </w:t>
      </w:r>
      <w:r>
        <w:t>sabr is a shield. sabr is a divine shield for true believer. sabr is not a passive attitude.</w:t>
      </w:r>
    </w:p>
    <w:p>
      <w:pPr>
        <w:jc w:val="right"/>
      </w:pPr>
      <w:r>
        <w:t>صبر از ا شیلڈ۔ صبر از ا ڈیوائن شیلڈ فار ٹرو بیلیور۔ صبر از ناٹ ا پیسیو ایٹیٹیوڈ۔</w:t>
      </w:r>
    </w:p>
    <w:p>
      <w:r>
        <w:rPr>
          <w:b/>
        </w:rPr>
        <w:t xml:space="preserve">[36:16] </w:t>
      </w:r>
      <w:r>
        <w:t>sabr is not a cowardice</w:t>
      </w:r>
    </w:p>
    <w:p>
      <w:pPr>
        <w:jc w:val="right"/>
      </w:pPr>
      <w:r>
        <w:t>صبر از ناٹ ا کاورڈیس</w:t>
      </w:r>
    </w:p>
    <w:p>
      <w:r>
        <w:rPr>
          <w:b/>
        </w:rPr>
        <w:t xml:space="preserve">[36:19] </w:t>
      </w:r>
      <w:r>
        <w:t>. No, there is verse in the Quran:</w:t>
      </w:r>
    </w:p>
    <w:p>
      <w:pPr>
        <w:jc w:val="right"/>
      </w:pPr>
      <w:r>
        <w:t>۔ نو، دیر از ورس ان دا قران:</w:t>
      </w:r>
    </w:p>
    <w:p>
      <w:r>
        <w:rPr>
          <w:b/>
        </w:rPr>
        <w:t xml:space="preserve">[36:26] </w:t>
      </w:r>
      <w:r>
        <w:t>"asbir kama sabr ulul azmi minar rusul". "asbir kama sabr ulul azmi minar rusul" ke patience just like</w:t>
      </w:r>
    </w:p>
    <w:p>
      <w:pPr>
        <w:jc w:val="right"/>
      </w:pPr>
      <w:r>
        <w:t>"اسبر کما صبر اول العزم من الرسل"۔ "اسبر کما صبر اول العزم من الرسل" کہ پیشنس جسٹ لائک</w:t>
      </w:r>
    </w:p>
    <w:p>
      <w:r>
        <w:rPr>
          <w:b/>
        </w:rPr>
        <w:t xml:space="preserve">[36:41] </w:t>
      </w:r>
      <w:r>
        <w:t>prophets. So, patience is a culture of prophets.</w:t>
      </w:r>
    </w:p>
    <w:p>
      <w:pPr>
        <w:jc w:val="right"/>
      </w:pPr>
      <w:r>
        <w:t>پرافٹس۔ سو، پیشنس از ا کلچر اف پرافٹس۔</w:t>
      </w:r>
    </w:p>
    <w:p>
      <w:r>
        <w:rPr>
          <w:b/>
        </w:rPr>
        <w:t xml:space="preserve">[36:47] </w:t>
      </w:r>
      <w:r>
        <w:t>patience is a, is a method of prophets.</w:t>
      </w:r>
    </w:p>
    <w:p>
      <w:pPr>
        <w:jc w:val="right"/>
      </w:pPr>
      <w:r>
        <w:t>پیشنس از ا، از ا میتھڈ اف پرافٹس۔</w:t>
      </w:r>
    </w:p>
    <w:p>
      <w:r>
        <w:rPr>
          <w:b/>
        </w:rPr>
        <w:t xml:space="preserve">[36:55] </w:t>
      </w:r>
      <w:r>
        <w:t>patience is a way of prophets. Is not cowardice. Is not passivity. "fasbir kama sabr ulul azmi minar rusul".</w:t>
      </w:r>
    </w:p>
    <w:p>
      <w:pPr>
        <w:jc w:val="right"/>
      </w:pPr>
      <w:r>
        <w:t>پیشنس از ا وے اف پرافٹس۔ از ناٹ کاورڈیس۔ از ناٹ پیسیوٹی۔ "فصل کما صبر اول العزم من الرسل"۔</w:t>
      </w:r>
    </w:p>
    <w:p>
      <w:r>
        <w:rPr>
          <w:b/>
        </w:rPr>
        <w:t xml:space="preserve">[37:11] </w:t>
      </w:r>
      <w:r>
        <w:t>So, sabr is a high quality, high quality.</w:t>
      </w:r>
    </w:p>
    <w:p>
      <w:pPr>
        <w:jc w:val="right"/>
      </w:pPr>
      <w:r>
        <w:t>تو، صبر از ا ہائی کوالٹی، ہائی کوالٹی۔</w:t>
      </w:r>
    </w:p>
    <w:p>
      <w:r>
        <w:rPr>
          <w:b/>
        </w:rPr>
        <w:t xml:space="preserve">[37:20] </w:t>
      </w:r>
      <w:r>
        <w:t>sabr is a culture of a man of mission. One who is, one who has discovered truth, and then he has adopted a life of mission.</w:t>
      </w:r>
    </w:p>
    <w:p>
      <w:pPr>
        <w:jc w:val="right"/>
      </w:pPr>
      <w:r>
        <w:t>صبر از ا کلچر اف ا مین اف مشن۔ ون ہو از، ون ہو ہیز ڈسکورڈ ٹروتھ، اینڈ دین ہی ہیز اڈاپٹڈ ا لائف اف مشن۔</w:t>
      </w:r>
    </w:p>
    <w:p>
      <w:r>
        <w:rPr>
          <w:b/>
        </w:rPr>
        <w:t xml:space="preserve">[37:37] </w:t>
      </w:r>
      <w:r>
        <w:t>One who is a man of mission. He has no option other than to adopt sabr culture.</w:t>
      </w:r>
    </w:p>
    <w:p>
      <w:pPr>
        <w:jc w:val="right"/>
      </w:pPr>
      <w:r>
        <w:t>ون ہو از ا مین اف مشن۔ ہی ہیز نو اپشن ادر دین ٹو اڈاپٹ صبر کلچر۔</w:t>
      </w:r>
    </w:p>
    <w:p>
      <w:r>
        <w:rPr>
          <w:b/>
        </w:rPr>
        <w:t xml:space="preserve">[37:47] </w:t>
      </w:r>
      <w:r>
        <w:t>sabr culture is a culture of those people who, who want to live with a mission.</w:t>
      </w:r>
    </w:p>
    <w:p>
      <w:pPr>
        <w:jc w:val="right"/>
      </w:pPr>
      <w:r>
        <w:t>صبر کلچر از ا کلچر اف دوز پیپل ہو، ہو وانٹ ٹو لیو ودا مشن۔</w:t>
      </w:r>
    </w:p>
    <w:p>
      <w:r>
        <w:rPr>
          <w:b/>
        </w:rPr>
        <w:t xml:space="preserve">[37:59] </w:t>
      </w:r>
      <w:r>
        <w:t>Man of mission. All the prophets adopted this culture. That is patience culture of patience.</w:t>
      </w:r>
    </w:p>
    <w:p>
      <w:pPr>
        <w:jc w:val="right"/>
      </w:pPr>
      <w:r>
        <w:t>مین اف مشن۔ ال دا پرافٹس اڈاپٹڈ دس کلچر۔ دیٹ از پیشنس کلچر اف پیشنس۔</w:t>
      </w:r>
    </w:p>
    <w:p>
      <w:r>
        <w:rPr>
          <w:b/>
        </w:rPr>
        <w:t xml:space="preserve">[38:10] </w:t>
      </w:r>
      <w:r>
        <w:t>culture of avoidance</w:t>
      </w:r>
    </w:p>
    <w:p>
      <w:pPr>
        <w:jc w:val="right"/>
      </w:pPr>
      <w:r>
        <w:t>کلچر اف اوائیڈنس</w:t>
      </w:r>
    </w:p>
    <w:p>
      <w:r>
        <w:rPr>
          <w:b/>
        </w:rPr>
        <w:t xml:space="preserve">[38:14] </w:t>
      </w:r>
      <w:r>
        <w:t>. Without avoidance, without patience, you cannot achieve any value achievement.</w:t>
      </w:r>
    </w:p>
    <w:p>
      <w:pPr>
        <w:jc w:val="right"/>
      </w:pPr>
      <w:r>
        <w:t>۔ وداؤٹ اوائیڈنس، وداؤٹ پیشنس، یو کناٹ اچیو اینی ویلیو ایچیومنٹ۔</w:t>
      </w:r>
    </w:p>
    <w:p>
      <w:r>
        <w:rPr>
          <w:b/>
        </w:rPr>
        <w:t xml:space="preserve">[38:27] </w:t>
      </w:r>
      <w:r>
        <w:t>You cannot gain any value achievement. It is law of nature</w:t>
      </w:r>
    </w:p>
    <w:p>
      <w:pPr>
        <w:jc w:val="right"/>
      </w:pPr>
      <w:r>
        <w:t>یو کناٹ گین اینی ویلیو ایچیومنٹ۔ اٹ از لا اف نیچر</w:t>
      </w:r>
    </w:p>
    <w:p>
      <w:r>
        <w:rPr>
          <w:b/>
        </w:rPr>
        <w:t xml:space="preserve">[38:37] </w:t>
      </w:r>
      <w:r>
        <w:t>. It is law of nature. And you know, la tabdil khalqillah. Law of nature cannot be changed.</w:t>
      </w:r>
    </w:p>
    <w:p>
      <w:pPr>
        <w:jc w:val="right"/>
      </w:pPr>
      <w:r>
        <w:t>۔ اٹ از لا اف نیچر۔ اینڈ یو نو، لا تبدیل خلق اللہ۔ لا اف نیچر کناٹ بی چینج۔</w:t>
      </w:r>
    </w:p>
    <w:p>
      <w:r>
        <w:rPr>
          <w:b/>
        </w:rPr>
        <w:t xml:space="preserve">[38:47] </w:t>
      </w:r>
      <w:r>
        <w:t>It is impossible to change the law of nature. So, when achievement depends on sabr, you cannot, you cannot achieve anything without keeping patience.</w:t>
      </w:r>
    </w:p>
    <w:p>
      <w:pPr>
        <w:jc w:val="right"/>
      </w:pPr>
      <w:r>
        <w:t>اٹ از امپوسیبل ٹو چینج دا لا اف نیچر۔ سو، وین اچیومنٹ ڈیپینڈز ان صبر، یو کناٹ، یو کناٹ اچیو اینی تھنگ وداؤٹ کیپنگ پیشنس۔</w:t>
      </w:r>
    </w:p>
    <w:p>
      <w:r>
        <w:rPr>
          <w:b/>
        </w:rPr>
        <w:t xml:space="preserve">[39:05] </w:t>
      </w:r>
      <w:r>
        <w:t>So, it is a part of nature</w:t>
      </w:r>
    </w:p>
    <w:p>
      <w:pPr>
        <w:jc w:val="right"/>
      </w:pPr>
      <w:r>
        <w:t>سو، اٹ از ا پارٹ اف نیچر</w:t>
      </w:r>
    </w:p>
    <w:p>
      <w:r>
        <w:rPr>
          <w:b/>
        </w:rPr>
        <w:t xml:space="preserve">[39:07] </w:t>
      </w:r>
      <w:r>
        <w:t>. It is law of nature. And law of nature cannot be changed.</w:t>
      </w:r>
    </w:p>
    <w:p>
      <w:pPr>
        <w:jc w:val="right"/>
      </w:pPr>
      <w:r>
        <w:t>۔ اٹ از لا اف نیچر۔ اینڈ لا اف نیچر کناٹ بی چینج۔</w:t>
      </w:r>
    </w:p>
    <w:p>
      <w:r>
        <w:rPr>
          <w:b/>
        </w:rPr>
        <w:t xml:space="preserve">[39:16] </w:t>
      </w:r>
      <w:r>
        <w:t>And also, sabr is important in family life, in social life, in national life, as well as in international life.</w:t>
      </w:r>
    </w:p>
    <w:p>
      <w:pPr>
        <w:jc w:val="right"/>
      </w:pPr>
      <w:r>
        <w:t>اینڈ السو، صبر از امپورٹنٹ ان فیملی لائف، ان سوشل لائف، ان نیشنل لائف، ایز ویل ایز ان انٹرنیشنل لائف۔</w:t>
      </w:r>
    </w:p>
    <w:p>
      <w:r>
        <w:rPr>
          <w:b/>
        </w:rPr>
        <w:t xml:space="preserve">[39:28] </w:t>
      </w:r>
      <w:r>
        <w:t>In every life, sabr is important.</w:t>
      </w:r>
    </w:p>
    <w:p>
      <w:pPr>
        <w:jc w:val="right"/>
      </w:pPr>
      <w:r>
        <w:t>ان ایوری لائف، صبر از امپورٹنٹ۔</w:t>
      </w:r>
    </w:p>
    <w:p>
      <w:r>
        <w:rPr>
          <w:b/>
        </w:rPr>
        <w:t xml:space="preserve">[39:35] </w:t>
      </w:r>
      <w:r>
        <w:t>Without sabr, there is no life. Without sabr, there is no success. Without sabr, there is no achievement. And without sabr, there is no paradise.</w:t>
      </w:r>
    </w:p>
    <w:p>
      <w:pPr>
        <w:jc w:val="right"/>
      </w:pPr>
      <w:r>
        <w:t>وداؤٹ صبر، دیر از نو لائف۔ وداؤٹ صبر، دیر از نو سکسیس۔ وداؤٹ صبر، دیر از نو اچیومنٹ۔ اینڈ وداؤٹ صبر، دیر از نو پارڈائز۔</w:t>
      </w:r>
    </w:p>
    <w:p>
      <w:r>
        <w:rPr>
          <w:b/>
        </w:rPr>
        <w:t xml:space="preserve">[39:51] </w:t>
      </w:r>
      <w:r>
        <w:t>This very clear in the Quran:</w:t>
      </w:r>
    </w:p>
    <w:p>
      <w:pPr>
        <w:jc w:val="right"/>
      </w:pPr>
      <w:r>
        <w:t>دس ویری کلیئر ان دا قران:</w:t>
      </w:r>
    </w:p>
    <w:p>
      <w:r>
        <w:rPr>
          <w:b/>
        </w:rPr>
        <w:t xml:space="preserve">[39:55] </w:t>
      </w:r>
      <w:r>
        <w:t>"aqulu qawli wastaghfirullaha lakum ajmaeen".</w:t>
      </w:r>
    </w:p>
    <w:p>
      <w:pPr>
        <w:jc w:val="right"/>
      </w:pPr>
      <w:r>
        <w:t>"اقول قولی واستغفراللہ لیلکم اجمعین"۔</w:t>
      </w:r>
    </w:p>
    <w:p>
      <w:r>
        <w:rPr>
          <w:b/>
        </w:rPr>
        <w:t xml:space="preserve">[40:12] </w:t>
      </w:r>
      <w:r>
        <w:t>Muslims think that extending hospitality to friends and relatives is their Islamic duty, but isn't it a major destruction.</w:t>
      </w:r>
    </w:p>
    <w:p>
      <w:pPr>
        <w:jc w:val="right"/>
      </w:pPr>
      <w:r>
        <w:t>مسلمز تھنک دیٹ ایکسٹینڈنگ ہاسپٹیلٹی ٹو فرینڈز اینڈ ریلیٹوز از دیر اسلامک ڈیوٹی، بٹ ازنٹ اٹ ا میجر ڈسٹرکشن۔</w:t>
      </w:r>
    </w:p>
    <w:p>
      <w:r>
        <w:rPr>
          <w:b/>
        </w:rPr>
        <w:t xml:space="preserve">[40:23] </w:t>
      </w:r>
      <w:r>
        <w:t>What is the position of Islam in this regard?</w:t>
      </w:r>
    </w:p>
    <w:p>
      <w:pPr>
        <w:jc w:val="right"/>
      </w:pPr>
      <w:r>
        <w:t>واٹ از دا پوزیشن اف اسلام ان دس ریگارڈ؟</w:t>
      </w:r>
    </w:p>
    <w:p>
      <w:r>
        <w:rPr>
          <w:b/>
        </w:rPr>
        <w:t xml:space="preserve">[40:33] </w:t>
      </w:r>
      <w:r>
        <w:t>according to my experience, I can say that present hospitality is a bidat.</w:t>
      </w:r>
    </w:p>
    <w:p>
      <w:pPr>
        <w:jc w:val="right"/>
      </w:pPr>
      <w:r>
        <w:t>اکارڈنگ ٹو مائی ایکسپیرینس، ائی کین سے دیٹ پریزنٹ ہاسپٹیلٹی از ا بدعت۔</w:t>
      </w:r>
    </w:p>
    <w:p>
      <w:r>
        <w:rPr>
          <w:b/>
        </w:rPr>
        <w:t xml:space="preserve">[40:45] </w:t>
      </w:r>
      <w:r>
        <w:t>innovation is nothing but waste of money, waste of time and destruction.</w:t>
      </w:r>
    </w:p>
    <w:p>
      <w:pPr>
        <w:jc w:val="right"/>
      </w:pPr>
      <w:r>
        <w:t>انویشن از نتھنگ بٹ ویسٹ اف منی، ویسٹ اف ٹائم اینڈ ڈسٹرکشن۔</w:t>
      </w:r>
    </w:p>
    <w:p>
      <w:r>
        <w:rPr>
          <w:b/>
        </w:rPr>
        <w:t xml:space="preserve">[40:54] </w:t>
      </w:r>
      <w:r>
        <w:t>it has nothing to do with islam. it is simply a social custom.</w:t>
      </w:r>
    </w:p>
    <w:p>
      <w:pPr>
        <w:jc w:val="right"/>
      </w:pPr>
      <w:r>
        <w:t>اٹ ہیز نتھنگ ٹو ڈو ود اسلام۔ اٹ از سمپلی ا سوشل کسٹم۔</w:t>
      </w:r>
    </w:p>
    <w:p>
      <w:r>
        <w:rPr>
          <w:b/>
        </w:rPr>
        <w:t xml:space="preserve">[41:05] </w:t>
      </w:r>
      <w:r>
        <w:t>i never find the spirit of islam in these activities. so, i abandon all these activities.</w:t>
      </w:r>
    </w:p>
    <w:p>
      <w:pPr>
        <w:jc w:val="right"/>
      </w:pPr>
      <w:r>
        <w:t>ائی نیور فائنڈ دا اسپرٹ اف اسلام ان دیز ایکٹیویٹیز۔ سو، ائی ابینڈن ال دیز ایکٹیویٹیز۔</w:t>
      </w:r>
    </w:p>
    <w:p>
      <w:r>
        <w:rPr>
          <w:b/>
        </w:rPr>
        <w:t xml:space="preserve">[41:16] </w:t>
      </w:r>
      <w:r>
        <w:t>i never attend all these functions.</w:t>
      </w:r>
    </w:p>
    <w:p>
      <w:pPr>
        <w:jc w:val="right"/>
      </w:pPr>
      <w:r>
        <w:t>ائی نیور اٹینڈ ال دیز فنکشنز۔</w:t>
      </w:r>
    </w:p>
    <w:p>
      <w:r>
        <w:rPr>
          <w:b/>
        </w:rPr>
        <w:t xml:space="preserve">[41:22] </w:t>
      </w:r>
      <w:r>
        <w:t>the present culture is based on enjoy, entertainment, and the present hospitality is only a part of this culture.</w:t>
      </w:r>
    </w:p>
    <w:p>
      <w:pPr>
        <w:jc w:val="right"/>
      </w:pPr>
      <w:r>
        <w:t>دا پریزنٹ کلچر از بیسڈ ان انجوائے، انٹرٹینمنٹ، اینڈ دا پریزنٹ ہاسپٹیلٹی از اونلی ا پارٹ اف دس کلچر۔</w:t>
      </w:r>
    </w:p>
    <w:p>
      <w:r>
        <w:rPr>
          <w:b/>
        </w:rPr>
        <w:t xml:space="preserve">[41:38] </w:t>
      </w:r>
      <w:r>
        <w:t>i will give a very principal in this regard. islamic principal:</w:t>
      </w:r>
    </w:p>
    <w:p>
      <w:pPr>
        <w:jc w:val="right"/>
      </w:pPr>
      <w:r>
        <w:t>ائی ول گیو ا ویری پرنسپل ان دس ریگارڈ۔ اسلامک پرنسپل:</w:t>
      </w:r>
    </w:p>
    <w:p>
      <w:r>
        <w:rPr>
          <w:b/>
        </w:rPr>
        <w:t xml:space="preserve">[41:48] </w:t>
      </w:r>
      <w:r>
        <w:t>hospitality is a got to need and not a got to grade.</w:t>
      </w:r>
    </w:p>
    <w:p>
      <w:pPr>
        <w:jc w:val="right"/>
      </w:pPr>
      <w:r>
        <w:t>ہاسپٹیلٹی از ا گا ٹو نیڈ اینڈ ناٹ ا گا ٹو گریڈ۔</w:t>
      </w:r>
    </w:p>
    <w:p>
      <w:r>
        <w:rPr>
          <w:b/>
        </w:rPr>
        <w:t xml:space="preserve">[41:57] </w:t>
      </w:r>
      <w:r>
        <w:t>now, i find that la a lot of waste of money in every, in so called hospitalities.</w:t>
      </w:r>
    </w:p>
    <w:p>
      <w:pPr>
        <w:jc w:val="right"/>
      </w:pPr>
      <w:r>
        <w:t>ناو، ائی فائنڈ دیٹ لا ا لاٹ اف ویسٹ اف منی ان ایوری، ان سو کالڈ ہاسپٹیلٹیز۔</w:t>
      </w:r>
    </w:p>
    <w:p>
      <w:r>
        <w:rPr>
          <w:b/>
        </w:rPr>
        <w:t xml:space="preserve">[42:11] </w:t>
      </w:r>
      <w:r>
        <w:t>people waste their money and</w:t>
      </w:r>
    </w:p>
    <w:p>
      <w:pPr>
        <w:jc w:val="right"/>
      </w:pPr>
      <w:r>
        <w:t>پیپل ویسٹ دیر منی اینڈ</w:t>
      </w:r>
    </w:p>
    <w:p>
      <w:r>
        <w:rPr>
          <w:b/>
        </w:rPr>
        <w:t xml:space="preserve">[42:19] </w:t>
      </w:r>
      <w:r>
        <w:t>different time, different kind of food, different kind of dishes. this israf, and israf is haram.</w:t>
      </w:r>
    </w:p>
    <w:p>
      <w:pPr>
        <w:jc w:val="right"/>
      </w:pPr>
      <w:r>
        <w:t>ڈفرنٹ ٹائم، ڈفرنٹ کائنڈ اف فوڈ، ڈفرنٹ کائنڈ اف ڈشز۔ دس اسراف، اینڈ اسراف از حرام۔</w:t>
      </w:r>
    </w:p>
    <w:p>
      <w:r>
        <w:rPr>
          <w:b/>
        </w:rPr>
        <w:t xml:space="preserve">[42:30] </w:t>
      </w:r>
      <w:r>
        <w:t>present hospitality is nothing but israf. not hospitality, not service.</w:t>
      </w:r>
    </w:p>
    <w:p>
      <w:pPr>
        <w:jc w:val="right"/>
      </w:pPr>
      <w:r>
        <w:t>پریزنٹ ہاسپٹیلٹی از نتھنگ بٹ اسراف۔ ناٹ ہاسپٹیلٹی، ناٹ سروس۔</w:t>
      </w:r>
    </w:p>
    <w:p>
      <w:r>
        <w:rPr>
          <w:b/>
        </w:rPr>
        <w:t xml:space="preserve">[42:41] </w:t>
      </w:r>
      <w:r>
        <w:t>islamic formula is simple food, simple living. i never find any hospitality with this according to this formula.</w:t>
      </w:r>
    </w:p>
    <w:p>
      <w:pPr>
        <w:jc w:val="right"/>
      </w:pPr>
      <w:r>
        <w:t>اسلامک فارمولا از سمپل فوڈ، سمپل لیونگ۔ ائی نیور فائنڈ اینی ہاسپٹیلٹی ود دس اکارڈنگ ٹو دس فارمولا۔</w:t>
      </w:r>
    </w:p>
    <w:p>
      <w:r>
        <w:rPr>
          <w:b/>
        </w:rPr>
        <w:t xml:space="preserve">[42:54] </w:t>
      </w:r>
      <w:r>
        <w:t>simple formula means any bread and and some some pulses.</w:t>
      </w:r>
    </w:p>
    <w:p>
      <w:pPr>
        <w:jc w:val="right"/>
      </w:pPr>
      <w:r>
        <w:t>سمپل فارمولا مینز اینی بریڈ اینڈ اینڈ سم سم پلسز۔</w:t>
      </w:r>
    </w:p>
    <w:p>
      <w:r>
        <w:rPr>
          <w:b/>
        </w:rPr>
        <w:t xml:space="preserve">[43:04] </w:t>
      </w:r>
      <w:r>
        <w:t>that is hospitality.</w:t>
      </w:r>
    </w:p>
    <w:p>
      <w:pPr>
        <w:jc w:val="right"/>
      </w:pPr>
      <w:r>
        <w:t>دیٹ از ہاسپٹیلٹی۔</w:t>
      </w:r>
    </w:p>
    <w:p>
      <w:r>
        <w:rPr>
          <w:b/>
        </w:rPr>
        <w:t xml:space="preserve">[43:07] </w:t>
      </w:r>
      <w:r>
        <w:t>this was hospitality adopted by sahaba the prophet. now, it is, it is pomp and show.</w:t>
      </w:r>
    </w:p>
    <w:p>
      <w:pPr>
        <w:jc w:val="right"/>
      </w:pPr>
      <w:r>
        <w:t>دس واز ہاسپٹیلٹی اڈاپٹڈ بائی صحابہ دا پرافٹ۔ ناو، اٹ از، اٹ از پمپ اینڈ شو۔</w:t>
      </w:r>
    </w:p>
    <w:p>
      <w:r>
        <w:rPr>
          <w:b/>
        </w:rPr>
        <w:t xml:space="preserve">[43:17] </w:t>
      </w:r>
      <w:r>
        <w:t>it is waste of time.</w:t>
      </w:r>
    </w:p>
    <w:p>
      <w:pPr>
        <w:jc w:val="right"/>
      </w:pPr>
      <w:r>
        <w:t>اٹ از ویسٹ اف ٹائم۔</w:t>
      </w:r>
    </w:p>
    <w:p>
      <w:r>
        <w:rPr>
          <w:b/>
        </w:rPr>
        <w:t xml:space="preserve">[43:25] </w:t>
      </w:r>
      <w:r>
        <w:t>it is sheer bidat, sheer innovation, as well as it is israf. israf means waste of money.</w:t>
      </w:r>
    </w:p>
    <w:p>
      <w:pPr>
        <w:jc w:val="right"/>
      </w:pPr>
      <w:r>
        <w:t>اٹ از شیئر بدعت، شیئر انویشن، ایز ویل ایز اٹ از اسراف۔ اسراف مینز ویسٹ اف منی۔</w:t>
      </w:r>
    </w:p>
    <w:p>
      <w:r>
        <w:rPr>
          <w:b/>
        </w:rPr>
        <w:t xml:space="preserve">[43:36] </w:t>
      </w:r>
      <w:r>
        <w:t>israf, so it is waste of money, waste of time, and also it is a destruction.</w:t>
      </w:r>
    </w:p>
    <w:p>
      <w:pPr>
        <w:jc w:val="right"/>
      </w:pPr>
      <w:r>
        <w:t>اسراف، سو اٹ از ویسٹ اف منی، ویسٹ اف ٹائم، اینڈ السو اٹ از ا ڈسٹرکشن۔</w:t>
      </w:r>
    </w:p>
    <w:p>
      <w:r>
        <w:rPr>
          <w:b/>
        </w:rPr>
        <w:t xml:space="preserve">[43:45] </w:t>
      </w:r>
      <w:r>
        <w:t>so, you have to decide that you, you will not allow these things in your life.</w:t>
      </w:r>
    </w:p>
    <w:p>
      <w:pPr>
        <w:jc w:val="right"/>
      </w:pPr>
      <w:r>
        <w:t>سو، یو ہیو ٹو ڈیسائیڈ دیٹ یو، یو ول ناٹ الاؤ دیز تھنگز ان یور لائف۔</w:t>
      </w:r>
    </w:p>
    <w:p>
      <w:r>
        <w:rPr>
          <w:b/>
        </w:rPr>
        <w:t xml:space="preserve">[44:00] </w:t>
      </w:r>
      <w:r>
        <w:t>so, i have very negative thought regarding this, regarding the present hospitality. hospitality, it is israf.</w:t>
      </w:r>
    </w:p>
    <w:p>
      <w:pPr>
        <w:jc w:val="right"/>
      </w:pPr>
      <w:r>
        <w:t>سو، ائی ہیو ویری نیگیٹیو تھاٹ ریگارڈنگ دس، ریگارڈنگ دا پریزنٹ ہاسپٹیلٹی۔ ہاسپٹیلٹی، اٹ از اسراف۔</w:t>
      </w:r>
    </w:p>
    <w:p>
      <w:r>
        <w:rPr>
          <w:b/>
        </w:rPr>
        <w:t xml:space="preserve">[44:10] </w:t>
      </w:r>
      <w:r>
        <w:t>that is waste of money. next question is by aisha. she wants to know what is iman or faith.</w:t>
      </w:r>
    </w:p>
    <w:p>
      <w:pPr>
        <w:jc w:val="right"/>
      </w:pPr>
      <w:r>
        <w:t>دیٹ از ویسٹ اف منی۔ نیکسٹ کوسچن از بائے عائشہ۔ شی وانٹس ٹو نو واٹ از ایمان اور فیتھ۔</w:t>
      </w:r>
    </w:p>
    <w:p>
      <w:r>
        <w:rPr>
          <w:b/>
        </w:rPr>
        <w:t xml:space="preserve">[44:22] </w:t>
      </w:r>
      <w:r>
        <w:t>iman,</w:t>
      </w:r>
    </w:p>
    <w:p>
      <w:pPr>
        <w:jc w:val="right"/>
      </w:pPr>
      <w:r>
        <w:t>ایمان،</w:t>
      </w:r>
    </w:p>
    <w:p>
      <w:r>
        <w:rPr>
          <w:b/>
        </w:rPr>
        <w:t xml:space="preserve">[44:26] </w:t>
      </w:r>
      <w:r>
        <w:t>iman means realization.</w:t>
      </w:r>
    </w:p>
    <w:p>
      <w:pPr>
        <w:jc w:val="right"/>
      </w:pPr>
      <w:r>
        <w:t>ایمان مینز ریلائزیشن۔</w:t>
      </w:r>
    </w:p>
    <w:p>
      <w:r>
        <w:rPr>
          <w:b/>
        </w:rPr>
        <w:t xml:space="preserve">[44:31] </w:t>
      </w:r>
      <w:r>
        <w:t>realization of truth, realization of god. so, in other words, you can say that iman begins from discovery.</w:t>
      </w:r>
    </w:p>
    <w:p>
      <w:pPr>
        <w:jc w:val="right"/>
      </w:pPr>
      <w:r>
        <w:t>ریلائزیشن اف ٹروتھ، ریلائزیشن اف گاڈ۔ سو، ان ادر ورڈز، یو کین سے دیٹ ایمان بگنز فرام ڈسکوری۔</w:t>
      </w:r>
    </w:p>
    <w:p>
      <w:r>
        <w:rPr>
          <w:b/>
        </w:rPr>
        <w:t xml:space="preserve">[44:48] </w:t>
      </w:r>
      <w:r>
        <w:t>When you discover the truth, when you realize the truth, then you are a momin.</w:t>
      </w:r>
    </w:p>
    <w:p>
      <w:pPr>
        <w:jc w:val="right"/>
      </w:pPr>
      <w:r>
        <w:t>وین یو ڈسکور دا ٹروتھ، وین یو ریلائز دا ٹروتھ، دین یو ار ا مومن۔</w:t>
      </w:r>
    </w:p>
    <w:p>
      <w:r>
        <w:rPr>
          <w:b/>
        </w:rPr>
        <w:t xml:space="preserve">[44:58] </w:t>
      </w:r>
      <w:r>
        <w:t>This is the definition of imaan and momin.</w:t>
      </w:r>
    </w:p>
    <w:p>
      <w:pPr>
        <w:jc w:val="right"/>
      </w:pPr>
      <w:r>
        <w:t>دس از دا ڈیفینیشن اف ایمان اینڈ مومن۔</w:t>
      </w:r>
    </w:p>
    <w:p>
      <w:r>
        <w:rPr>
          <w:b/>
        </w:rPr>
        <w:t xml:space="preserve">[45:03] </w:t>
      </w:r>
      <w:r>
        <w:t>next question is asked by sofia. she wants to know what is sin. what is sin? s i n.</w:t>
      </w:r>
    </w:p>
    <w:p>
      <w:pPr>
        <w:jc w:val="right"/>
      </w:pPr>
      <w:r>
        <w:t>نیکسٹ کوسچن از اسک بائے صوفیا۔ شی وانٹس ٹو نو واٹ از سن۔ واٹ از سن؟ ایس ائی این۔</w:t>
      </w:r>
    </w:p>
    <w:p>
      <w:r>
        <w:rPr>
          <w:b/>
        </w:rPr>
        <w:t xml:space="preserve">[45:17] </w:t>
      </w:r>
      <w:r>
        <w:t>sin is only a religious name. what i call destruction.</w:t>
      </w:r>
    </w:p>
    <w:p>
      <w:pPr>
        <w:jc w:val="right"/>
      </w:pPr>
      <w:r>
        <w:t>سن از اونلی ا ریلیجیس نیم۔ واٹ ائی کال ڈسٹرکشن۔</w:t>
      </w:r>
    </w:p>
    <w:p>
      <w:r>
        <w:rPr>
          <w:b/>
        </w:rPr>
        <w:t xml:space="preserve">[45:26] </w:t>
      </w:r>
      <w:r>
        <w:t>destruction is da greatest hurdle towards spiritual development. to, der are two kinds of sin.</w:t>
      </w:r>
    </w:p>
    <w:p>
      <w:pPr>
        <w:jc w:val="right"/>
      </w:pPr>
      <w:r>
        <w:t>ڈسٹرکشن از دا گریٹسٹ ہرڈل ٹورڈز سپریچول ڈیولپمنٹ۔ تو، دیر ار ٹو کائنڈ اف سن۔</w:t>
      </w:r>
    </w:p>
    <w:p>
      <w:r>
        <w:rPr>
          <w:b/>
        </w:rPr>
        <w:t xml:space="preserve">[45:38] </w:t>
      </w:r>
      <w:r>
        <w:t>one dat is described as haram in islam,</w:t>
      </w:r>
    </w:p>
    <w:p>
      <w:pPr>
        <w:jc w:val="right"/>
      </w:pPr>
      <w:r>
        <w:t>ون دیٹ از ڈسکرائبڈ ایز حرام ان اسلام،</w:t>
      </w:r>
    </w:p>
    <w:p>
      <w:r>
        <w:rPr>
          <w:b/>
        </w:rPr>
        <w:t xml:space="preserve">[45:45] </w:t>
      </w:r>
      <w:r>
        <w:t>and some other sins are not described as haram, but they are unwanted, makrooh. makrooh.</w:t>
      </w:r>
    </w:p>
    <w:p>
      <w:pPr>
        <w:jc w:val="right"/>
      </w:pPr>
      <w:r>
        <w:t>اینڈ سم ادر سنز ار ناٹ ڈسکرائبڈ ایز حرام، بٹ دے ار انوانٹڈ، مکروہ۔ مکروہ۔</w:t>
      </w:r>
    </w:p>
    <w:p>
      <w:r>
        <w:rPr>
          <w:b/>
        </w:rPr>
        <w:t xml:space="preserve">[45:54] </w:t>
      </w:r>
      <w:r>
        <w:t>so, one is makrooh and one is haram. haram means unlawful, makrooh means unwanted. so, both kinds of sins are destruction,</w:t>
      </w:r>
    </w:p>
    <w:p>
      <w:pPr>
        <w:jc w:val="right"/>
      </w:pPr>
      <w:r>
        <w:t>سو، ون از مکروہ اینڈ ون از حرام۔ حرام مینز ان لافل، مکروہ مینز انوانٹڈ۔ سو، بوتھ کائنڈ اف سنز ار ڈسٹرکشن،</w:t>
      </w:r>
    </w:p>
    <w:p>
      <w:r>
        <w:rPr>
          <w:b/>
        </w:rPr>
        <w:t xml:space="preserve">[46:08] </w:t>
      </w:r>
      <w:r>
        <w:t>because wen you commit these sins, you destroy yourself.</w:t>
      </w:r>
    </w:p>
    <w:p>
      <w:pPr>
        <w:jc w:val="right"/>
      </w:pPr>
      <w:r>
        <w:t>بیکاز وین یو کمٹ دیز سن، یو ڈسٹرکٹ یور سیلف۔</w:t>
      </w:r>
    </w:p>
    <w:p>
      <w:r>
        <w:rPr>
          <w:b/>
        </w:rPr>
        <w:t xml:space="preserve">[46:16] </w:t>
      </w:r>
      <w:r>
        <w:t>for example, if you take wine, den at dat moment, you engage yourself in hooha culture.</w:t>
      </w:r>
    </w:p>
    <w:p>
      <w:pPr>
        <w:jc w:val="right"/>
      </w:pPr>
      <w:r>
        <w:t>فار ایگزیمپل، اف یو ٹیک وائن، دین ایٹ دیٹ مومنٹ، یو انگیج یور سیلف ان ہوہا کلچر۔</w:t>
      </w:r>
    </w:p>
    <w:p>
      <w:r>
        <w:rPr>
          <w:b/>
        </w:rPr>
        <w:t xml:space="preserve">[46:28] </w:t>
      </w:r>
      <w:r>
        <w:t>you become unconscious. so, we have no, we cant afford this kind of destruction.</w:t>
      </w:r>
    </w:p>
    <w:p>
      <w:pPr>
        <w:jc w:val="right"/>
      </w:pPr>
      <w:r>
        <w:t>یو بیکم انکانسیس۔ سو، وی ہیو نو، وی کینٹ افورڈ دس کائنڈ اف ڈسٹرکشن۔</w:t>
      </w:r>
    </w:p>
    <w:p>
      <w:r>
        <w:rPr>
          <w:b/>
        </w:rPr>
        <w:t xml:space="preserve">[46:40] </w:t>
      </w:r>
      <w:r>
        <w:t>da process of intellectual development, process of spiritual development, is a non stop process.</w:t>
      </w:r>
    </w:p>
    <w:p>
      <w:pPr>
        <w:jc w:val="right"/>
      </w:pPr>
      <w:r>
        <w:t>دا پروسیس اف انٹلیکچول ڈیولپمنٹ، پروسیس اف سپریچول ڈیولپمنٹ، از ا نان اسٹاپ پروسیس۔</w:t>
      </w:r>
    </w:p>
    <w:p>
      <w:r>
        <w:rPr>
          <w:b/>
        </w:rPr>
        <w:t xml:space="preserve">[46:53] </w:t>
      </w:r>
      <w:r>
        <w:t>as i early said, dat only developed personality can find entry into paradise.</w:t>
      </w:r>
    </w:p>
    <w:p>
      <w:pPr>
        <w:jc w:val="right"/>
      </w:pPr>
      <w:r>
        <w:t>ایز ائی ارلی سیڈ، دیٹ اونلی ڈیولپڈ پرسنیلٹی کین فائن انٹری انٹو پارڈائز۔</w:t>
      </w:r>
    </w:p>
    <w:p>
      <w:r>
        <w:rPr>
          <w:b/>
        </w:rPr>
        <w:t xml:space="preserve">[47:03] </w:t>
      </w:r>
      <w:r>
        <w:t>develop in term of spirituality.</w:t>
      </w:r>
    </w:p>
    <w:p>
      <w:pPr>
        <w:jc w:val="right"/>
      </w:pPr>
      <w:r>
        <w:t>ڈیولپ ان ٹرم اف سپریچولٹی۔</w:t>
      </w:r>
    </w:p>
    <w:p>
      <w:r>
        <w:rPr>
          <w:b/>
        </w:rPr>
        <w:t xml:space="preserve">[47:09] </w:t>
      </w:r>
      <w:r>
        <w:t>so, you have no time. no time. if you want to find entry into paradise, you have to, you have to save yourself from all destruction.</w:t>
      </w:r>
    </w:p>
    <w:p>
      <w:pPr>
        <w:jc w:val="right"/>
      </w:pPr>
      <w:r>
        <w:t>سو، یو ہیو نو ٹائم۔ نو ٹائم۔ اف یو وانٹ ٹو فائن انٹری انٹو پارڈائز، یو ہیو ٹو، یو ہیو ٹو سیو یور سیلف فرام ال ڈسٹرکشن۔</w:t>
      </w:r>
    </w:p>
    <w:p>
      <w:r>
        <w:rPr>
          <w:b/>
        </w:rPr>
        <w:t xml:space="preserve">[47:28] </w:t>
      </w:r>
      <w:r>
        <w:t>and sin is da greatest destruction.</w:t>
      </w:r>
    </w:p>
    <w:p>
      <w:pPr>
        <w:jc w:val="right"/>
      </w:pPr>
      <w:r>
        <w:t>اینڈ سن از دا گریٹسٹ ڈسٹرکشن۔</w:t>
      </w:r>
    </w:p>
    <w:p>
      <w:r>
        <w:rPr>
          <w:b/>
        </w:rPr>
        <w:t xml:space="preserve">[47:35] </w:t>
      </w:r>
      <w:r>
        <w:t>you have to, you have to introspect every time. you have to think dat, dat this is</w:t>
      </w:r>
    </w:p>
    <w:p>
      <w:pPr>
        <w:jc w:val="right"/>
      </w:pPr>
      <w:r>
        <w:t>یو ہیو ٹو، یو ہیو ٹو انٹروسپیکٹ ایوری ٹائم۔ یو ہیو ٹو تھنک دیٹ، دیٹ دس از</w:t>
      </w:r>
    </w:p>
    <w:p>
      <w:r>
        <w:rPr>
          <w:b/>
        </w:rPr>
        <w:t xml:space="preserve">[47:49] </w:t>
      </w:r>
      <w:r>
        <w:t>hard. this is a obstacle or not</w:t>
      </w:r>
    </w:p>
    <w:p>
      <w:pPr>
        <w:jc w:val="right"/>
      </w:pPr>
      <w:r>
        <w:t>ہارڈ۔ دس از ا اپسٹیکل ار نا</w:t>
      </w:r>
    </w:p>
    <w:p>
      <w:r>
        <w:rPr>
          <w:b/>
        </w:rPr>
        <w:t xml:space="preserve">[47:52] </w:t>
      </w:r>
      <w:r>
        <w:t>it. if you are serious about intellectual development and spiritual development, you have to examine everything, whether it is helpful or it is an obstacle.</w:t>
      </w:r>
    </w:p>
    <w:p>
      <w:pPr>
        <w:jc w:val="right"/>
      </w:pPr>
      <w:r>
        <w:t>ٹ۔ اف یو ار سیریس اباؤٹ انٹلیکچول ڈیولپمنٹ اینڈ سپریچول ڈیولپمنٹ، یو ہیو ٹو ایگزامین ایوری تھنگ، ویدر اٹ از ہیلپ فل اور اٹ از ان اپسٹیکل۔</w:t>
      </w:r>
    </w:p>
    <w:p>
      <w:r>
        <w:rPr>
          <w:b/>
        </w:rPr>
        <w:t xml:space="preserve">[48:11] </w:t>
      </w:r>
      <w:r>
        <w:t>so, if it is obstacle, den it is sin. and if it is helpful, den it is virtue.</w:t>
      </w:r>
    </w:p>
    <w:p>
      <w:pPr>
        <w:jc w:val="right"/>
      </w:pPr>
      <w:r>
        <w:t>سو، اف اٹ از اپسٹیکل، دین اٹ از سن۔ اینڈ اف اٹ از ہیلپ فل، دین اٹ از ورچو۔</w:t>
      </w:r>
    </w:p>
    <w:p>
      <w:r>
        <w:rPr>
          <w:b/>
        </w:rPr>
        <w:t xml:space="preserve">[48:22] </w:t>
      </w:r>
      <w:r>
        <w:t>so, if you are serious, you have to save yourself from all kinds of obstacles. dat is makrooh or haram.</w:t>
      </w:r>
    </w:p>
    <w:p>
      <w:pPr>
        <w:jc w:val="right"/>
      </w:pPr>
      <w:r>
        <w:t>سو، اف یو ار سیریس، یو ہیو ٹو سیو یور سیلف فرام ال کائنڈ اف اپسٹیکلز۔ دیٹ از مکروہ اور حرام۔</w:t>
      </w:r>
    </w:p>
    <w:p>
      <w:r>
        <w:rPr>
          <w:b/>
        </w:rPr>
        <w:t xml:space="preserve">[48:33] </w:t>
      </w:r>
      <w:r>
        <w:t>otherwise, your paradise will be doubtful. entry into paradise will be doubtful.</w:t>
      </w:r>
    </w:p>
    <w:p>
      <w:pPr>
        <w:jc w:val="right"/>
      </w:pPr>
      <w:r>
        <w:t>ادروائز، یور پارڈائز ول بی ڈاؤٹ فل۔ انٹری انٹو پارڈائز ول بی ڈاؤٹ فل۔</w:t>
      </w:r>
    </w:p>
    <w:p>
      <w:r>
        <w:rPr>
          <w:b/>
        </w:rPr>
        <w:t xml:space="preserve">[48:43] </w:t>
      </w:r>
      <w:r>
        <w:t>you know, this world, this world is selecting ground. selecting ground.</w:t>
      </w:r>
    </w:p>
    <w:p>
      <w:pPr>
        <w:jc w:val="right"/>
      </w:pPr>
      <w:r>
        <w:t>یو نو، دس ورلڈ، دس ورلڈ از سلیکٹنگ گراؤنڈ۔ سلیکٹنگ گراؤنڈ۔</w:t>
      </w:r>
    </w:p>
    <w:p>
      <w:r>
        <w:rPr>
          <w:b/>
        </w:rPr>
        <w:t xml:space="preserve">[48:52] </w:t>
      </w:r>
      <w:r>
        <w:t>every time,</w:t>
      </w:r>
    </w:p>
    <w:p>
      <w:pPr>
        <w:jc w:val="right"/>
      </w:pPr>
      <w:r>
        <w:t>ایوری ٹائم،</w:t>
      </w:r>
    </w:p>
    <w:p>
      <w:r>
        <w:rPr>
          <w:b/>
        </w:rPr>
        <w:t xml:space="preserve">[48:56] </w:t>
      </w:r>
      <w:r>
        <w:t>angel of angels of god are</w:t>
      </w:r>
    </w:p>
    <w:p>
      <w:pPr>
        <w:jc w:val="right"/>
      </w:pPr>
      <w:r>
        <w:t>اینجل اف اینجلس اف گاڈ ار</w:t>
      </w:r>
    </w:p>
    <w:p>
      <w:r>
        <w:rPr>
          <w:b/>
        </w:rPr>
        <w:t xml:space="preserve">[49:02] </w:t>
      </w:r>
      <w:r>
        <w:t>recording aur life. they are maintaining our records. so, according this record, according to this record, we will be given either paradise or will be failure in the hereafter.</w:t>
      </w:r>
    </w:p>
    <w:p>
      <w:pPr>
        <w:jc w:val="right"/>
      </w:pPr>
      <w:r>
        <w:t>ریکارڈنگ اور لائف۔ دے ار مینٹیننگ اور ریکارڈز۔ سو، اکارڈنگ دس ریکارڈ، اکارڈنگ ٹو دس ریکارڈ، وی ول بی گیون ایدر پارڈائز اور ول بی فیلیر ان دی ہیر افٹر۔</w:t>
      </w:r>
    </w:p>
    <w:p>
      <w:r>
        <w:rPr>
          <w:b/>
        </w:rPr>
        <w:t xml:space="preserve">[49:21] </w:t>
      </w:r>
      <w:r>
        <w:t>so, we have to very very cautious. we, we, you, you have to very very cautious.</w:t>
      </w:r>
    </w:p>
    <w:p>
      <w:pPr>
        <w:jc w:val="right"/>
      </w:pPr>
      <w:r>
        <w:t>سو، وی ہیو ٹو ویری ویری کاشس۔ وی، وی، یو، یو ہیو ٹو ویری ویری کاشس۔</w:t>
      </w:r>
    </w:p>
    <w:p>
      <w:r>
        <w:rPr>
          <w:b/>
        </w:rPr>
        <w:t xml:space="preserve">[49:34] </w:t>
      </w:r>
      <w:r>
        <w:t>never allow anything, including your friends, including your, your, your neighbors, including your family, including your, your, your community.</w:t>
      </w:r>
    </w:p>
    <w:p>
      <w:pPr>
        <w:jc w:val="right"/>
      </w:pPr>
      <w:r>
        <w:t>نیور الاؤ اینی تھنگ، انکلوڈنگ یور فرینڈز، انکلوڈنگ یور، یور، یور نیبرز، انکلوڈنگ یور فیملی، انکلوڈنگ یور، یور، یور کمیونٹی۔</w:t>
      </w:r>
    </w:p>
    <w:p>
      <w:r>
        <w:rPr>
          <w:b/>
        </w:rPr>
        <w:t xml:space="preserve">[49:50] </w:t>
      </w:r>
      <w:r>
        <w:t>don't allow anything to distract you from, to distract the process of development.</w:t>
      </w:r>
    </w:p>
    <w:p>
      <w:pPr>
        <w:jc w:val="right"/>
      </w:pPr>
      <w:r>
        <w:t>ڈونٹ الاؤ اینی تھنگ ٹو ڈسٹرکٹ یو فرام، ٹو ڈسٹرکٹ دا پروسیس اف ڈیولپمنٹ۔</w:t>
      </w:r>
    </w:p>
    <w:p>
      <w:r>
        <w:rPr>
          <w:b/>
        </w:rPr>
        <w:t xml:space="preserve">[50:01] </w:t>
      </w:r>
      <w:r>
        <w:t>otherwise, be failure in, in, in the life hereafter.</w:t>
      </w:r>
    </w:p>
    <w:p>
      <w:pPr>
        <w:jc w:val="right"/>
      </w:pPr>
      <w:r>
        <w:t>ادروائز، بی فیلیر ان، ان، ان دا لائف ہیر افٹر۔</w:t>
      </w:r>
    </w:p>
    <w:p>
      <w:r>
        <w:rPr>
          <w:b/>
        </w:rPr>
        <w:t xml:space="preserve">[50:08] </w:t>
      </w:r>
      <w:r>
        <w:t>next question is asked by Muhammad Munshid. he wants to know, can we say that shia belief is contradictory to the belief of Islamic monotheism?</w:t>
      </w:r>
    </w:p>
    <w:p>
      <w:pPr>
        <w:jc w:val="right"/>
      </w:pPr>
      <w:r>
        <w:t>نیکسٹ کوسچن از اسک بائے محمد منشد۔ ہی وانٹس ٹو نو، کین وی سے دیٹ شیائٹ بیلیف از کنٹراڈکٹری ٹو دا بیلیف اف اسلامک مونوتھیزم؟</w:t>
      </w:r>
    </w:p>
    <w:p>
      <w:r>
        <w:rPr>
          <w:b/>
        </w:rPr>
        <w:t xml:space="preserve">[50:21] </w:t>
      </w:r>
      <w:r>
        <w:t>and what is the opinion of Islamic jurist? according to my study, shia belief are not very well defined belief.</w:t>
      </w:r>
    </w:p>
    <w:p>
      <w:pPr>
        <w:jc w:val="right"/>
      </w:pPr>
      <w:r>
        <w:t>اینڈ واٹ از دا اوپینین اف اسلامک جورسٹ؟ اکارڈنگ ٹو مائی سٹڈی، شیعہ بیلیف ار ناٹ ویری ویل ڈیفائنڈ بیلیف۔</w:t>
      </w:r>
    </w:p>
    <w:p>
      <w:r>
        <w:rPr>
          <w:b/>
        </w:rPr>
        <w:t xml:space="preserve">[50:38] </w:t>
      </w:r>
      <w:r>
        <w:t>some shia</w:t>
      </w:r>
    </w:p>
    <w:p>
      <w:pPr>
        <w:jc w:val="right"/>
      </w:pPr>
      <w:r>
        <w:t>سم شیعہ</w:t>
      </w:r>
    </w:p>
    <w:p>
      <w:r>
        <w:rPr>
          <w:b/>
        </w:rPr>
        <w:t xml:space="preserve">[50:43] </w:t>
      </w:r>
      <w:r>
        <w:t>belief, some shia scholars have the same belief, which we ascribe to sunni scholars.</w:t>
      </w:r>
    </w:p>
    <w:p>
      <w:pPr>
        <w:jc w:val="right"/>
      </w:pPr>
      <w:r>
        <w:t>بیلیف، سم شیعہ سکالرز ہیو دا سیم بیلیف، وچ وی اسکرائب ٹو سنی سکالرز۔</w:t>
      </w:r>
    </w:p>
    <w:p>
      <w:r>
        <w:rPr>
          <w:b/>
        </w:rPr>
        <w:t xml:space="preserve">[50:53] </w:t>
      </w:r>
      <w:r>
        <w:t>there is no difference at all, except one that they believe in fazilat ali.</w:t>
      </w:r>
    </w:p>
    <w:p>
      <w:pPr>
        <w:jc w:val="right"/>
      </w:pPr>
      <w:r>
        <w:t>دیر نو ڈفرنس ایٹ ال، ایکسیپٹ ون دیٹ دے بیلیو ان فضیلت عالی۔</w:t>
      </w:r>
    </w:p>
    <w:p>
      <w:r>
        <w:rPr>
          <w:b/>
        </w:rPr>
        <w:t xml:space="preserve">[51:01] </w:t>
      </w:r>
      <w:r>
        <w:t>so, one sect of shia, that is some scholars of shia community, they believe that the same quran, same prophet.</w:t>
      </w:r>
    </w:p>
    <w:p>
      <w:pPr>
        <w:jc w:val="right"/>
      </w:pPr>
      <w:r>
        <w:t>سو، ون سیکٹ اف شیعہ، دیٹ از سم سکالرز اف شیعہ کمیونٹی، دے بیلیو دیٹ دا سیم قران، سیم پرافٹ۔</w:t>
      </w:r>
    </w:p>
    <w:p>
      <w:r>
        <w:rPr>
          <w:b/>
        </w:rPr>
        <w:t xml:space="preserve">[51:17] </w:t>
      </w:r>
      <w:r>
        <w:t>everything, everything is common between shia or sunni scholars, except one that is they believe that ali was afzal.</w:t>
      </w:r>
    </w:p>
    <w:p>
      <w:pPr>
        <w:jc w:val="right"/>
      </w:pPr>
      <w:r>
        <w:t>ایوری تھنگ، ایوری تھنگ از کامن بٹوین شیعہ اور سنی سکالرز، ایکسیپٹ ون دیٹ از دے بیلیو دیٹ علی واز افضل۔</w:t>
      </w:r>
    </w:p>
    <w:p>
      <w:r>
        <w:rPr>
          <w:b/>
        </w:rPr>
        <w:t xml:space="preserve">[51:27] </w:t>
      </w:r>
      <w:r>
        <w:t>so, it was first right was for ali to become the first claim. then some other shia called ghali shia,</w:t>
      </w:r>
    </w:p>
    <w:p>
      <w:pPr>
        <w:jc w:val="right"/>
      </w:pPr>
      <w:r>
        <w:t>سو، اٹ واز فرسٹ رائٹ واز فور علی ٹو بیکم دا فرسٹ کلیم۔ دین سم ادر شیعہ کالڈ غالی شیعہ،</w:t>
      </w:r>
    </w:p>
    <w:p>
      <w:r>
        <w:rPr>
          <w:b/>
        </w:rPr>
        <w:t xml:space="preserve">[51:41] </w:t>
      </w:r>
      <w:r>
        <w:t>they have some, yani some belief that is object, that is, that is objectionable for sunni scholars.</w:t>
      </w:r>
    </w:p>
    <w:p>
      <w:pPr>
        <w:jc w:val="right"/>
      </w:pPr>
      <w:r>
        <w:t>دے ہیو سم، یعنی سم بیلیف دیٹ از ابجیکٹ، دیٹ از، دیٹ از ابجیکٹیبل فور سنی سکالرز۔</w:t>
      </w:r>
    </w:p>
    <w:p>
      <w:r>
        <w:rPr>
          <w:b/>
        </w:rPr>
        <w:t xml:space="preserve">[51:57] </w:t>
      </w:r>
      <w:r>
        <w:t>so, according to my study, only those ghali shia have some different belief.</w:t>
      </w:r>
    </w:p>
    <w:p>
      <w:pPr>
        <w:jc w:val="right"/>
      </w:pPr>
      <w:r>
        <w:t>سو، اکارڈنگ ٹو مائی سٹڈی، اونلی دوز غالی شیعہ ہیو سم ڈفرنٹ بیلیف۔</w:t>
      </w:r>
    </w:p>
    <w:p>
      <w:r>
        <w:rPr>
          <w:b/>
        </w:rPr>
        <w:t xml:space="preserve">[52:07] </w:t>
      </w:r>
      <w:r>
        <w:t>otherwise, the some other scholars of shia have no such different belief, except one.</w:t>
      </w:r>
    </w:p>
    <w:p>
      <w:pPr>
        <w:jc w:val="right"/>
      </w:pPr>
      <w:r>
        <w:t>ادروائز، دا سم ادر سکالرز اف شیعہ ہیو نو سچ ڈفرنٹ بیلیف، ایکسیپٹ ون۔</w:t>
      </w:r>
    </w:p>
    <w:p>
      <w:r>
        <w:rPr>
          <w:b/>
        </w:rPr>
        <w:t xml:space="preserve">[52:19] </w:t>
      </w:r>
      <w:r>
        <w:t>and there is not very, yani great difference between the two. then the second</w:t>
      </w:r>
    </w:p>
    <w:p>
      <w:pPr>
        <w:jc w:val="right"/>
      </w:pPr>
      <w:r>
        <w:t>اینڈ دیر از ناٹ ویری، یعنی گریٹ ڈفرنس بٹوین دا ٹو۔ دین دا سیکنڈ</w:t>
      </w:r>
    </w:p>
    <w:p>
      <w:r>
        <w:rPr>
          <w:b/>
        </w:rPr>
        <w:t xml:space="preserve">[52:27] </w:t>
      </w:r>
      <w:r>
        <w:t>, to know the view of the jurist. haan, according to my study, there are some minor difference, minor difference between the legal system of both the community.</w:t>
      </w:r>
    </w:p>
    <w:p>
      <w:pPr>
        <w:jc w:val="right"/>
      </w:pPr>
      <w:r>
        <w:t>، ٹو نو دا ویو اف دا جورسٹ۔ ہاں، اکارڈنگ ٹو مائی سٹڈی، دیر ار سم مائرٹ ڈفرنس، مائرٹ ڈفرنس بٹوین دا لیگل سسٹم اف بوتھ دا کمیونٹی۔</w:t>
      </w:r>
    </w:p>
    <w:p>
      <w:r>
        <w:rPr>
          <w:b/>
        </w:rPr>
        <w:t xml:space="preserve">[52:42] </w:t>
      </w:r>
      <w:r>
        <w:t>they believe in fiqh jafaria, we believe in fiqh hanfia. so, i to my,</w:t>
      </w:r>
    </w:p>
    <w:p>
      <w:pPr>
        <w:jc w:val="right"/>
      </w:pPr>
      <w:r>
        <w:t>دے بیلیو ان فقہ جعفریہ، وی بیلیو ان فقہ حنفیہ۔ سو، ائی ٹو مائی،</w:t>
      </w:r>
    </w:p>
    <w:p>
      <w:r>
        <w:rPr>
          <w:b/>
        </w:rPr>
        <w:t xml:space="preserve">[52:53] </w:t>
      </w:r>
      <w:r>
        <w:t>according to my knowledge or study, although there are some differences, but these differences are not very, very basic.</w:t>
      </w:r>
    </w:p>
    <w:p>
      <w:pPr>
        <w:jc w:val="right"/>
      </w:pPr>
      <w:r>
        <w:t>اکارڈنگ ٹو مائی نالج اور سٹڈی، الدو دیر ار سم ڈفرنسز، بٹ دیز ڈفرنس ار ناٹ ویری، ویری بیسک۔</w:t>
      </w:r>
    </w:p>
    <w:p>
      <w:r>
        <w:rPr>
          <w:b/>
        </w:rPr>
        <w:t xml:space="preserve">[53:06] </w:t>
      </w:r>
      <w:r>
        <w:t>basically, here also both legal system is based on the same hadith and same quran.</w:t>
      </w:r>
    </w:p>
    <w:p>
      <w:pPr>
        <w:jc w:val="right"/>
      </w:pPr>
      <w:r>
        <w:t>بیسکلی، ہیر السو بوتھ لیگل سسٹم از بیسڈ ان دا سیم حدیث اینڈ سیم قران۔</w:t>
      </w:r>
    </w:p>
    <w:p>
      <w:r>
        <w:rPr>
          <w:b/>
        </w:rPr>
        <w:t xml:space="preserve">[53:15] </w:t>
      </w:r>
      <w:r>
        <w:t>so, according to my knowledge, there is no big difference between the two legal systems.</w:t>
      </w:r>
    </w:p>
    <w:p>
      <w:pPr>
        <w:jc w:val="right"/>
      </w:pPr>
      <w:r>
        <w:t>سو، اکارڈنگ ٹو مائی نالج، دیر از نو بگ ڈفرنس بٹوین دا ٹو لیگل سسٹمز۔</w:t>
      </w:r>
    </w:p>
    <w:p>
      <w:r>
        <w:rPr>
          <w:b/>
        </w:rPr>
        <w:t xml:space="preserve">[53:26] </w:t>
      </w:r>
      <w:r>
        <w:t>next question is from ajmal. he asked, is it possible to say that allah is only in the heavens and not everywhere else?</w:t>
      </w:r>
    </w:p>
    <w:p>
      <w:pPr>
        <w:jc w:val="right"/>
      </w:pPr>
      <w:r>
        <w:t>نیکسٹ کوسچن از فرام اجمل۔ ہی اسک، از اٹ پوسیبل ٹو سے دیٹ اللہ از اونلی ان دا ہیونز اینڈ ناٹ ایوری ویر ایلس؟</w:t>
      </w:r>
    </w:p>
    <w:p>
      <w:r>
        <w:rPr>
          <w:b/>
        </w:rPr>
        <w:t xml:space="preserve">[53:45] </w:t>
      </w:r>
      <w:r>
        <w:t>these kind of statement is not correct when you speak about god. god is not, god is not like our self.</w:t>
      </w:r>
    </w:p>
    <w:p>
      <w:pPr>
        <w:jc w:val="right"/>
      </w:pPr>
      <w:r>
        <w:t>دیز کائنڈ اف سٹیٹمنٹ از ناٹ کریکٹ وین یو سپیک اباؤٹ گاڈ۔ گاڈ از ناٹ، گاڈ از ناٹ لائک اور سیلف۔</w:t>
      </w:r>
    </w:p>
    <w:p>
      <w:r>
        <w:rPr>
          <w:b/>
        </w:rPr>
        <w:t xml:space="preserve">[53:57] </w:t>
      </w:r>
      <w:r>
        <w:t>i am sitting in a chair, so you can't say that, you can't say that god is sitting on some throne. so this kind of statement is not correct when you speak about god.</w:t>
      </w:r>
    </w:p>
    <w:p>
      <w:pPr>
        <w:jc w:val="right"/>
      </w:pPr>
      <w:r>
        <w:t>ائی ایم سٹنگ ان ا چیئر، تو یو کینٹ سی دیٹ، یو کینٹ سے دیٹ گاڈ از سٹنگ ان سم تھرون۔ تو دس کائنڈ اف سٹیٹمنٹ از ناٹ کریکٹ وین یو سپیک اباؤٹ گاڈ۔</w:t>
      </w:r>
    </w:p>
    <w:p>
      <w:r>
        <w:rPr>
          <w:b/>
        </w:rPr>
        <w:t xml:space="preserve">[54:10] </w:t>
      </w:r>
      <w:r>
        <w:t>so, i don't think that,</w:t>
      </w:r>
    </w:p>
    <w:p>
      <w:pPr>
        <w:jc w:val="right"/>
      </w:pPr>
      <w:r>
        <w:t>سو، ائی ڈونٹ تھنک دیٹ،</w:t>
      </w:r>
    </w:p>
    <w:p>
      <w:r>
        <w:rPr>
          <w:b/>
        </w:rPr>
        <w:t xml:space="preserve">[54:16] </w:t>
      </w:r>
      <w:r>
        <w:t>that this statement is very true</w:t>
      </w:r>
    </w:p>
    <w:p>
      <w:pPr>
        <w:jc w:val="right"/>
      </w:pPr>
      <w:r>
        <w:t>دیٹ دس سٹیٹمنٹ از ویری ٹرو</w:t>
      </w:r>
    </w:p>
    <w:p>
      <w:r>
        <w:rPr>
          <w:b/>
        </w:rPr>
        <w:t xml:space="preserve">[54:21] </w:t>
      </w:r>
      <w:r>
        <w:t>in this context. and according to my, yani there is a very relevant hadith that prophet (pbuh) said.</w:t>
      </w:r>
    </w:p>
    <w:p>
      <w:pPr>
        <w:jc w:val="right"/>
      </w:pPr>
      <w:r>
        <w:t>ان دس کنٹیکسٹ۔ اینڈ اکارڈنگ ٹو مائی، یعنی دیر از ا ویری ریلیونٹ حدیث دیٹ پرافٹ وسام سیڈ۔</w:t>
      </w:r>
    </w:p>
    <w:p>
      <w:r>
        <w:rPr>
          <w:b/>
        </w:rPr>
        <w:t xml:space="preserve">[54:40] </w:t>
      </w:r>
      <w:r>
        <w:t>so, one scholar has said that abham ma abham Allah. it means that something is not described in, in precise words in the Quran or hadith.</w:t>
      </w:r>
    </w:p>
    <w:p>
      <w:pPr>
        <w:jc w:val="right"/>
      </w:pPr>
      <w:r>
        <w:t>سو، ون سکالر ہیز سیڈ دیٹ ابھم ما ابھم اللہ۔ اٹ مینز دیٹ سم تھنگ از ناٹ ڈسکرائب ان، ان پریسائز ورڈز ان دا قران اور حدیث۔</w:t>
      </w:r>
    </w:p>
    <w:p>
      <w:r>
        <w:rPr>
          <w:b/>
        </w:rPr>
        <w:t xml:space="preserve">[54:56] </w:t>
      </w:r>
      <w:r>
        <w:t>so, we have to believe it in principle. don't try to give it specific words</w:t>
      </w:r>
    </w:p>
    <w:p>
      <w:pPr>
        <w:jc w:val="right"/>
      </w:pPr>
      <w:r>
        <w:t>سو، وی ہیو ٹو بیلیو اٹ ان پرنسپل۔ ڈونٹ ٹرائی ٹو گیو اٹ سپیسیفک ورڈز</w:t>
      </w:r>
    </w:p>
    <w:p>
      <w:r>
        <w:rPr>
          <w:b/>
        </w:rPr>
        <w:t xml:space="preserve">[55:04] </w:t>
      </w:r>
      <w:r>
        <w:t>. it will lead to, to, to bid'ah.</w:t>
      </w:r>
    </w:p>
    <w:p>
      <w:pPr>
        <w:jc w:val="right"/>
      </w:pPr>
      <w:r>
        <w:t>۔ اٹ ول لیڈ ٹو، ٹو، ٹو بدعا۔</w:t>
      </w:r>
    </w:p>
    <w:p>
      <w:r>
        <w:rPr>
          <w:b/>
        </w:rPr>
        <w:t xml:space="preserve">[55:18] </w:t>
      </w:r>
      <w:r>
        <w:t>this question is from Hussain. he asked, i thought sin is directly related with unlawful</w:t>
      </w:r>
    </w:p>
    <w:p>
      <w:pPr>
        <w:jc w:val="right"/>
      </w:pPr>
      <w:r>
        <w:t>دس کوسچن از فرام حسین۔ ہی اسک، ائی تھاٹ سن از ڈائریکٹلی ریلیٹڈ ود ان الاؤبل</w:t>
      </w:r>
    </w:p>
    <w:p>
      <w:r>
        <w:rPr>
          <w:b/>
        </w:rPr>
        <w:t xml:space="preserve">[55:28] </w:t>
      </w:r>
      <w:r>
        <w:t>. however, many a time we indulge in willingly in unwanted, which is though a destruction but may not be unlawful.</w:t>
      </w:r>
    </w:p>
    <w:p>
      <w:pPr>
        <w:jc w:val="right"/>
      </w:pPr>
      <w:r>
        <w:t>۔ ہاؤ ایور، مینی ا ٹائمز وی انڈلج ان وٹنگلی ود ان وانٹڈ، وچ از دو ا ڈسٹرکشن بٹ می ناٹ بی ان الاؤبل۔</w:t>
      </w:r>
    </w:p>
    <w:p>
      <w:r>
        <w:rPr>
          <w:b/>
        </w:rPr>
        <w:t xml:space="preserve">[55:40] </w:t>
      </w:r>
      <w:r>
        <w:t>how can we call it sin? kindly elaborate. this question is very, very clear.</w:t>
      </w:r>
    </w:p>
    <w:p>
      <w:pPr>
        <w:jc w:val="right"/>
      </w:pPr>
      <w:r>
        <w:t>ہاؤ کین وی کال اٹ سن؟ کائنڈلی الیبریٹ۔ دس کوسچن از ویری، ویری کلیئر۔</w:t>
      </w:r>
    </w:p>
    <w:p>
      <w:r>
        <w:rPr>
          <w:b/>
        </w:rPr>
        <w:t xml:space="preserve">[55:50] </w:t>
      </w:r>
      <w:r>
        <w:t>how it is not unlawful? no system can allow you to commit a sin.</w:t>
      </w:r>
    </w:p>
    <w:p>
      <w:pPr>
        <w:jc w:val="right"/>
      </w:pPr>
      <w:r>
        <w:t>ہاؤ اٹ از ناٹ الاؤبل؟ نو سسٹم کین الاؤ یو ٹو کمٹ ا سن۔</w:t>
      </w:r>
    </w:p>
    <w:p>
      <w:r>
        <w:rPr>
          <w:b/>
        </w:rPr>
        <w:t xml:space="preserve">[55:58] </w:t>
      </w:r>
      <w:r>
        <w:t>if you commit a sin, then you have to return back. you have to say that i was wrong. i don't think that why it is unlawful.</w:t>
      </w:r>
    </w:p>
    <w:p>
      <w:pPr>
        <w:jc w:val="right"/>
      </w:pPr>
      <w:r>
        <w:t>اف یو کمٹ ا سن، دین یو ہیو ٹو ریٹرن بیک۔ یو ہیو ٹو سے دیٹ ائی واز رونگ۔ ائی ڈونٹ تھنک دیٹ وائی اٹ از الاؤبل۔</w:t>
      </w:r>
    </w:p>
    <w:p>
      <w:r>
        <w:rPr>
          <w:b/>
        </w:rPr>
        <w:t xml:space="preserve">[56:10] </w:t>
      </w:r>
      <w:r>
        <w:t>it is very clear for me.</w:t>
      </w:r>
    </w:p>
    <w:p>
      <w:pPr>
        <w:jc w:val="right"/>
      </w:pPr>
      <w:r>
        <w:t>اٹ از ویری کلیئر فار می۔</w:t>
      </w:r>
    </w:p>
    <w:p>
      <w:r>
        <w:rPr>
          <w:b/>
        </w:rPr>
        <w:t xml:space="preserve">[56:17] </w:t>
      </w:r>
      <w:r>
        <w:t>mera question is, there are two aspects: unlawful and unwanted. hum kabhi kabhi nahi chahte hue bhi, kabhi kabhi hum se aisa ho jata hai ke waqt thoda sa kahin na kahin barbaad ho jata hai.</w:t>
      </w:r>
    </w:p>
    <w:p>
      <w:pPr>
        <w:jc w:val="right"/>
      </w:pPr>
      <w:r>
        <w:t>میرا کوسچن از، دیر ار ٹو اسپیکٹس: ان الاؤبل اینڈ ان وانٹڈ۔ ہم کبھی کبھی نہیں چاہتے ہوئے بھی، کبھی کبھی ہم سے ایسا ہو جاتا ہے کہ وقت تھوڑا سا کہیں نہ کہیں برباد ہو جاتا ہے۔</w:t>
      </w:r>
    </w:p>
    <w:p>
      <w:r>
        <w:rPr>
          <w:b/>
        </w:rPr>
        <w:t xml:space="preserve">[56:28] </w:t>
      </w:r>
      <w:r>
        <w:t>that is not unlawful, but it is unwanted. i just want to know, whether that is also sin?</w:t>
      </w:r>
    </w:p>
    <w:p>
      <w:pPr>
        <w:jc w:val="right"/>
      </w:pPr>
      <w:r>
        <w:t>دیٹ از ناٹ ان الاؤبل، بٹ اٹ از ان وانٹڈ۔ ائی جسٹ وانٹ ٹو نو، ویدر دیٹ از السو سن؟</w:t>
      </w:r>
    </w:p>
    <w:p>
      <w:r>
        <w:rPr>
          <w:b/>
        </w:rPr>
        <w:t xml:space="preserve">[56:39] </w:t>
      </w:r>
      <w:r>
        <w:t>certainly, it is sin. you can't escape from result. you have to see the result. if one commits a sin, so he will face the result.</w:t>
      </w:r>
    </w:p>
    <w:p>
      <w:pPr>
        <w:jc w:val="right"/>
      </w:pPr>
      <w:r>
        <w:t>سرٹینلی، اٹ از سن۔ یو کینٹ اسکیپ فرام رزلٹ۔ یو ہیو ٹو سی دا رزلٹ۔ اف ون کمٹس ا سن، سو ہی ول فیس دا رزلٹ۔</w:t>
      </w:r>
    </w:p>
    <w:p>
      <w:r>
        <w:rPr>
          <w:b/>
        </w:rPr>
        <w:t xml:space="preserve">[56:55] </w:t>
      </w:r>
      <w:r>
        <w:t>he will face the destruction.</w:t>
      </w:r>
    </w:p>
    <w:p>
      <w:pPr>
        <w:jc w:val="right"/>
      </w:pPr>
      <w:r>
        <w:t>ہی ول فیس دا ڈسٹرکشن۔</w:t>
      </w:r>
    </w:p>
    <w:p>
      <w:r>
        <w:rPr>
          <w:b/>
        </w:rPr>
        <w:t xml:space="preserve">[56:57] </w:t>
      </w:r>
      <w:r>
        <w:t>he will face the, he will face this situation that intellectual development is stopped. only, yani only, only repentance, the taubah.</w:t>
      </w:r>
    </w:p>
    <w:p>
      <w:pPr>
        <w:jc w:val="right"/>
      </w:pPr>
      <w:r>
        <w:t>ہی ول فیس دا، ہی ول فیس دس سچویشن دیٹ انٹلیکچول ڈیولپمنٹ از سٹاپڈ۔ اونلی، یعنی اونلی، اونلی ریپینٹنس، دا توبہ۔</w:t>
      </w:r>
    </w:p>
    <w:p>
      <w:r>
        <w:rPr>
          <w:b/>
        </w:rPr>
        <w:t xml:space="preserve">[57:15] </w:t>
      </w:r>
      <w:r>
        <w:t>only repentance can remove all these things.</w:t>
      </w:r>
    </w:p>
    <w:p>
      <w:pPr>
        <w:jc w:val="right"/>
      </w:pPr>
      <w:r>
        <w:t>اونلی ریپینٹنس کین ریموو ال دیز تھنگز۔</w:t>
      </w:r>
    </w:p>
    <w:p>
      <w:r>
        <w:rPr>
          <w:b/>
        </w:rPr>
        <w:t xml:space="preserve">[57:23] </w:t>
      </w:r>
      <w:r>
        <w:t>without repenting, there is no,</w:t>
      </w:r>
    </w:p>
    <w:p>
      <w:pPr>
        <w:jc w:val="right"/>
      </w:pPr>
      <w:r>
        <w:t>وداؤٹ ریپینٹنگ، دیر از نو،</w:t>
      </w:r>
    </w:p>
    <w:p>
      <w:r>
        <w:rPr>
          <w:b/>
        </w:rPr>
        <w:t xml:space="preserve">[57:30] </w:t>
      </w:r>
      <w:r>
        <w:t>no, no way to save yourself from the result. it is repentance by heart that save you from the result, from the negative result.</w:t>
      </w:r>
    </w:p>
    <w:p>
      <w:pPr>
        <w:jc w:val="right"/>
      </w:pPr>
      <w:r>
        <w:t>نو، نو وے ٹو سیو یور سیلف فرام دا رزلٹ۔ اٹ از ریپینٹنس بائی ہارٹ دیٹ سیو یو فرام دا رزلٹ، فرام دا نیگیٹیو رزلٹ۔</w:t>
      </w:r>
    </w:p>
    <w:p>
      <w:r>
        <w:rPr>
          <w:b/>
        </w:rPr>
        <w:t xml:space="preserve">[57:40] </w:t>
      </w:r>
      <w:r>
        <w:t>otherwise, is not possible to save yourself from negative result. repentance meant accepting that i was wrong by heart.</w:t>
      </w:r>
    </w:p>
    <w:p>
      <w:pPr>
        <w:jc w:val="right"/>
      </w:pPr>
      <w:r>
        <w:t>ادروائز، از ناٹ پوسیبل ٹو سیو یور سیلف فرام نیگیٹیو رزلٹ۔ ریپینٹنس مینٹ ایکسیپٹنگ دیٹ ائی واز رونگ بائی ہارٹ۔</w:t>
      </w:r>
    </w:p>
    <w:p>
      <w:r>
        <w:rPr>
          <w:b/>
        </w:rPr>
        <w:t xml:space="preserve">[57:54] </w:t>
      </w:r>
      <w:r>
        <w:t>next question is from Razia. she wants to know, how does sabr act as a shield? how does sabr act as a shield?</w:t>
      </w:r>
    </w:p>
    <w:p>
      <w:pPr>
        <w:jc w:val="right"/>
      </w:pPr>
      <w:r>
        <w:t>نیکسٹ کوسچن از فرام رازیہ۔ شی وانٹس ٹو نو، ہاؤ ڈز صبر ایکٹ ایز ا شیلڈ؟ ہاؤ ڈز صبر ایکٹ ایز ا شیلڈ؟</w:t>
      </w:r>
    </w:p>
    <w:p>
      <w:r>
        <w:rPr>
          <w:b/>
        </w:rPr>
        <w:t xml:space="preserve">[58:09] </w:t>
      </w:r>
      <w:r>
        <w:t>very clear. it is very clear. for example, one provokes you.</w:t>
      </w:r>
    </w:p>
    <w:p>
      <w:pPr>
        <w:jc w:val="right"/>
      </w:pPr>
      <w:r>
        <w:t>ویری کلیئر۔ اٹ از ویری کلیئر۔ فار ایگزیمپل، ون پرووک یو۔</w:t>
      </w:r>
    </w:p>
    <w:p>
      <w:r>
        <w:rPr>
          <w:b/>
        </w:rPr>
        <w:t xml:space="preserve">[58:17] </w:t>
      </w:r>
      <w:r>
        <w:t>so, if you, if you are angry, if you become angry, then you will, you will, beat him.</w:t>
      </w:r>
    </w:p>
    <w:p>
      <w:pPr>
        <w:jc w:val="right"/>
      </w:pPr>
      <w:r>
        <w:t>سو، اف یو، اف یو ار اینگری، اف یو بیکم اینگری، دین یو ول، یو ول، بیٹ ہم۔</w:t>
      </w:r>
    </w:p>
    <w:p>
      <w:r>
        <w:rPr>
          <w:b/>
        </w:rPr>
        <w:t xml:space="preserve">[58:32] </w:t>
      </w:r>
      <w:r>
        <w:t>again, beat you. you will throw stone, you will throw bomb.</w:t>
      </w:r>
    </w:p>
    <w:p>
      <w:pPr>
        <w:jc w:val="right"/>
      </w:pPr>
      <w:r>
        <w:t>اگین، بیٹ یو۔ یو ول تھرو سٹون، یو ول تھرو بم۔</w:t>
      </w:r>
    </w:p>
    <w:p>
      <w:r>
        <w:rPr>
          <w:b/>
        </w:rPr>
        <w:t xml:space="preserve">[58:39] </w:t>
      </w:r>
      <w:r>
        <w:t>But if you, if you, someone provoke you and you become patient, then you can save this from this negative result.</w:t>
      </w:r>
    </w:p>
    <w:p>
      <w:pPr>
        <w:jc w:val="right"/>
      </w:pPr>
      <w:r>
        <w:t>بٹ اف یو، اف یو، سم ون پرووک یو اینڈ یو بیکم پیشنٹ، دین یو کین سیو دس فرام دس نیگیٹیو رزلٹ۔</w:t>
      </w:r>
    </w:p>
    <w:p>
      <w:r>
        <w:rPr>
          <w:b/>
        </w:rPr>
        <w:t xml:space="preserve">[58:52] </w:t>
      </w:r>
      <w:r>
        <w:t>so, it is very clear that if you are, if you become angry, then you have to face the result. and if you save yourself from, from anger,</w:t>
      </w:r>
    </w:p>
    <w:p>
      <w:pPr>
        <w:jc w:val="right"/>
      </w:pPr>
      <w:r>
        <w:t>سو، اٹ از ویری کلیئر دیٹ اف یو ار، اف یو بیکم اینگری، دین یو ہیو ٹو فیس دا رزلٹ۔ اینڈ اف یو سیو یور سیلف فرام، فرام اینگر،</w:t>
      </w:r>
    </w:p>
    <w:p>
      <w:r>
        <w:rPr>
          <w:b/>
        </w:rPr>
        <w:t xml:space="preserve">[59:05] </w:t>
      </w:r>
      <w:r>
        <w:t>then it will serve as a shield.</w:t>
      </w:r>
    </w:p>
    <w:p>
      <w:pPr>
        <w:jc w:val="right"/>
      </w:pPr>
      <w:r>
        <w:t>دین اٹ ول سرو ایز ا شیلڈ۔</w:t>
      </w:r>
    </w:p>
    <w:p>
      <w:r>
        <w:rPr>
          <w:b/>
        </w:rPr>
        <w:t xml:space="preserve">[59:08] </w:t>
      </w:r>
      <w:r>
        <w:t>and in this situation, you will save yourself from the negative result of the anger.</w:t>
      </w:r>
    </w:p>
    <w:p>
      <w:pPr>
        <w:jc w:val="right"/>
      </w:pPr>
      <w:r>
        <w:t>اینڈ ان دس سچویشن، یو ول سیو یور سیلف فرام دا نیگیٹیو رزلٹ اف دی اینگر۔</w:t>
      </w:r>
    </w:p>
    <w:p>
      <w:r>
        <w:rPr>
          <w:b/>
        </w:rPr>
        <w:t xml:space="preserve">[59:18] </w:t>
      </w:r>
      <w:r>
        <w:t>next question is by Maulana Zikwan. he wants to know, what is sincerity, ikhlas? what is the significance or importance of sincerity for salvation?</w:t>
      </w:r>
    </w:p>
    <w:p>
      <w:pPr>
        <w:jc w:val="right"/>
      </w:pPr>
      <w:r>
        <w:t>نیکسٹ کوسچن از بائے مولانا زکوان۔ ہی وانٹس ٹو نو، واٹ از سنسیرٹی، اخلاص؟ واٹ از دا سگنیفیکنس اور امپورٹنس اف سنسیرٹی فار سالویشن؟</w:t>
      </w:r>
    </w:p>
    <w:p>
      <w:r>
        <w:rPr>
          <w:b/>
        </w:rPr>
        <w:t xml:space="preserve">[59:41] </w:t>
      </w:r>
      <w:r>
        <w:t>sincerity is very, very important quality.</w:t>
      </w:r>
    </w:p>
    <w:p>
      <w:pPr>
        <w:jc w:val="right"/>
      </w:pPr>
      <w:r>
        <w:t>سنسیرٹی از ویری، ویری امپورٹنٹ کوالٹی۔</w:t>
      </w:r>
    </w:p>
    <w:p>
      <w:r>
        <w:rPr>
          <w:b/>
        </w:rPr>
        <w:t xml:space="preserve">[59:48] </w:t>
      </w:r>
      <w:r>
        <w:t>sincerity is only the secular name of what we call taqwa. taqwa and sincerity both are one and same.</w:t>
      </w:r>
    </w:p>
    <w:p>
      <w:pPr>
        <w:jc w:val="right"/>
      </w:pPr>
      <w:r>
        <w:t>سنسیرٹی از اونلی دی سیکولر نیم اف واٹ وی کال تقوی۔ تقوی اینڈ سنسیرٹی بوتھ ار ون اینڈ سیم۔</w:t>
      </w:r>
    </w:p>
    <w:p>
      <w:r>
        <w:rPr>
          <w:b/>
        </w:rPr>
        <w:t xml:space="preserve">[59:58] </w:t>
      </w:r>
      <w:r>
        <w:t>taqwa is its religious name, and sincerity is, and sincerity is its secular name. so, without taqwa, there is no salvation.</w:t>
      </w:r>
    </w:p>
    <w:p>
      <w:pPr>
        <w:jc w:val="right"/>
      </w:pPr>
      <w:r>
        <w:t>تقوی از اٹس ریلیجس نیم، اینڈ سنسیرٹی از، اینڈ سنسیرٹی از اٹس سیکولر نیم۔ سو، وداؤٹ تقوی، دیر از نو سالویشن۔</w:t>
      </w:r>
    </w:p>
    <w:p>
      <w:r>
        <w:rPr>
          <w:b/>
        </w:rPr>
        <w:t xml:space="preserve">[1:00:09] </w:t>
      </w:r>
      <w:r>
        <w:t>so, without sincerity, there is no, there is no guidance.</w:t>
      </w:r>
    </w:p>
    <w:p>
      <w:pPr>
        <w:jc w:val="right"/>
      </w:pPr>
      <w:r>
        <w:t>سو، وداؤٹ سنسیرٹی، دیر از نو، دیر از نو گائیڈنس۔</w:t>
      </w:r>
    </w:p>
    <w:p>
      <w:r>
        <w:rPr>
          <w:b/>
        </w:rPr>
        <w:t xml:space="preserve">[1:00:20] </w:t>
      </w:r>
      <w:r>
        <w:t>there is no hidayat. to, sincerity is, is necessary. the very first verses of the Quran give this this teaching.</w:t>
      </w:r>
    </w:p>
    <w:p>
      <w:pPr>
        <w:jc w:val="right"/>
      </w:pPr>
      <w:r>
        <w:t>دیر از نو ہدایت۔ تو، سنسیرٹی از، از نیسیسری۔ دا ویری فرسٹ ورسز اف دا قران گیو دس دس ٹیچنگ۔</w:t>
      </w:r>
    </w:p>
    <w:p>
      <w:r>
        <w:rPr>
          <w:b/>
        </w:rPr>
        <w:t xml:space="preserve">[1:00:39] </w:t>
      </w:r>
      <w:r>
        <w:t>you will read in the surah al-baqarah in the beginning that al-muttaqin. Quran kitab Quran is a book of God.</w:t>
      </w:r>
    </w:p>
    <w:p>
      <w:pPr>
        <w:jc w:val="right"/>
      </w:pPr>
      <w:r>
        <w:t>یو ول ریڈ ان دا سورہ البقرہ ان دی بگننگ دیٹ المتقین۔ قران کتاب قران از ا بک اف گاڈ۔</w:t>
      </w:r>
    </w:p>
    <w:p>
      <w:r>
        <w:rPr>
          <w:b/>
        </w:rPr>
        <w:t xml:space="preserve">[1:00:55] </w:t>
      </w:r>
      <w:r>
        <w:t>no doubt about it. then Quran says that al-muttaqin. it is guidance to those are muttaqi, are muttaqi pe</w:t>
      </w:r>
    </w:p>
    <w:p>
      <w:pPr>
        <w:jc w:val="right"/>
      </w:pPr>
      <w:r>
        <w:t>نو ڈاؤٹ اباؤٹ اٹ۔ دین قران سیز دیٹ المتقین۔ اٹ از گائیڈنس ٹو دوز ار متقی، ار متقی پی</w:t>
      </w:r>
    </w:p>
    <w:p>
      <w:r>
        <w:rPr>
          <w:b/>
        </w:rPr>
        <w:t xml:space="preserve">[1:01:07] </w:t>
      </w:r>
      <w:r>
        <w:t>ople. it is guidance to muttaqi people.</w:t>
      </w:r>
    </w:p>
    <w:p>
      <w:pPr>
        <w:jc w:val="right"/>
      </w:pPr>
      <w:r>
        <w:t>پل۔ اٹ از گائیڈنس ٹو متقی پیپل۔</w:t>
      </w:r>
    </w:p>
    <w:p>
      <w:r>
        <w:rPr>
          <w:b/>
        </w:rPr>
        <w:t xml:space="preserve">[1:01:14] </w:t>
      </w:r>
      <w:r>
        <w:t>it means that it is guidance to those sincere people. without sincerity, you are not a receptive person.</w:t>
      </w:r>
    </w:p>
    <w:p>
      <w:pPr>
        <w:jc w:val="right"/>
      </w:pPr>
      <w:r>
        <w:t>اٹ مینز دیٹ اٹ از گائیڈنس ٹو دوز سنسیر پیپل۔ وداؤٹ سنسیرٹی، یو ار ناٹ ا ریسیپٹیو پرسن۔</w:t>
      </w:r>
    </w:p>
    <w:p>
      <w:r>
        <w:rPr>
          <w:b/>
        </w:rPr>
        <w:t xml:space="preserve">[1:01:24] </w:t>
      </w:r>
      <w:r>
        <w:t>without sincerity, you can't contemplate. you can't give it very seriously.</w:t>
      </w:r>
    </w:p>
    <w:p>
      <w:pPr>
        <w:jc w:val="right"/>
      </w:pPr>
      <w:r>
        <w:t>وداؤٹ سنسیرٹی، یو کینٹ کنٹیمپلیٹ۔ یو کینٹ گیو اٹ ویری سیریسلی۔</w:t>
      </w:r>
    </w:p>
    <w:p>
      <w:r>
        <w:rPr>
          <w:b/>
        </w:rPr>
        <w:t xml:space="preserve">[1:01:34] </w:t>
      </w:r>
      <w:r>
        <w:t>so, al-muttaqin Quran is guidance to people of taqwa. it means that Quran is guidance to those sincere.</w:t>
      </w:r>
    </w:p>
    <w:p>
      <w:pPr>
        <w:jc w:val="right"/>
      </w:pPr>
      <w:r>
        <w:t>سو، المتقین قران از گائیڈنس ٹو پیپل اف تقوی۔ اٹ مینز دیٹ قران از گائیڈنس ٹو دوز سنسیر۔</w:t>
      </w:r>
    </w:p>
    <w:p>
      <w:r>
        <w:rPr>
          <w:b/>
        </w:rPr>
        <w:t xml:space="preserve">[1:01:51] </w:t>
      </w:r>
      <w:r>
        <w:t>this is my opinion about this question. next question is from Mario. she wants to know, what kind of hospitality is allowed in Islam?</w:t>
      </w:r>
    </w:p>
    <w:p>
      <w:pPr>
        <w:jc w:val="right"/>
      </w:pPr>
      <w:r>
        <w:t>دس از مائی اوپین اباؤٹ دس کوسچن۔ نیکسٹ کوسچن از فرام ماریو۔ شی وانٹس ٹو نو، واٹ کائنڈ اف ہاسپٹیلٹی از الاؤڈ ان اسلام؟</w:t>
      </w:r>
    </w:p>
    <w:p>
      <w:r>
        <w:rPr>
          <w:b/>
        </w:rPr>
        <w:t xml:space="preserve">[1:02:06] </w:t>
      </w:r>
      <w:r>
        <w:t>according to my experience, no hospitality. hospital bad dua. bad dua. I don't believe in so called hospitality.</w:t>
      </w:r>
    </w:p>
    <w:p>
      <w:pPr>
        <w:jc w:val="right"/>
      </w:pPr>
      <w:r>
        <w:t>اکارڈنگ ٹو مائی ایکسپیرینس، نو ہاسپٹیلٹی۔ ہاسپٹل بدعا۔ بدعا۔ ائی ڈونٹ بیلیو ان سو کالڈ ہاسپٹیلٹی۔</w:t>
      </w:r>
    </w:p>
    <w:p>
      <w:r>
        <w:rPr>
          <w:b/>
        </w:rPr>
        <w:t xml:space="preserve">[1:02:20] </w:t>
      </w:r>
      <w:r>
        <w:t>i don't believe in so called hospitality. it is a cultural.</w:t>
      </w:r>
    </w:p>
    <w:p>
      <w:pPr>
        <w:jc w:val="right"/>
      </w:pPr>
      <w:r>
        <w:t>ائی ڈونٹ بیلیو ان سو کالڈ ہاسپٹیلٹی۔ اٹ از ا کلچرل۔</w:t>
      </w:r>
    </w:p>
    <w:p>
      <w:r>
        <w:rPr>
          <w:b/>
        </w:rPr>
        <w:t xml:space="preserve">[1:02:28] </w:t>
      </w:r>
      <w:r>
        <w:t>it is a cultural rather than religious.</w:t>
      </w:r>
    </w:p>
    <w:p>
      <w:pPr>
        <w:jc w:val="right"/>
      </w:pPr>
      <w:r>
        <w:t>اٹ از ا کلچرل رادر دین ریلیجس۔</w:t>
      </w:r>
    </w:p>
    <w:p>
      <w:r>
        <w:rPr>
          <w:b/>
        </w:rPr>
        <w:t xml:space="preserve">[1:02:36] </w:t>
      </w:r>
      <w:r>
        <w:t>i never find any hospitality where only simple food are served. why you can't say hospitality?</w:t>
      </w:r>
    </w:p>
    <w:p>
      <w:pPr>
        <w:jc w:val="right"/>
      </w:pPr>
      <w:r>
        <w:t>ائی نیور فائنڈ اینی ہاسپٹیلٹی ویر اونلی سمپل فوڈ ار سرو۔ وائی یو کینٹ سے ہاسپٹیلٹی؟</w:t>
      </w:r>
    </w:p>
    <w:p>
      <w:r>
        <w:rPr>
          <w:b/>
        </w:rPr>
        <w:t xml:space="preserve">[1:02:47] </w:t>
      </w:r>
      <w:r>
        <w:t>it does hospitality.</w:t>
      </w:r>
    </w:p>
    <w:p>
      <w:pPr>
        <w:jc w:val="right"/>
      </w:pPr>
      <w:r>
        <w:t>اٹ ڈز ہاسپٹیلٹی۔</w:t>
      </w:r>
    </w:p>
    <w:p>
      <w:r>
        <w:rPr>
          <w:b/>
        </w:rPr>
        <w:t xml:space="preserve">[1:02:52] </w:t>
      </w:r>
      <w:r>
        <w:t>it means you are maintaining your status. present hospitality is maintaining your status.</w:t>
      </w:r>
    </w:p>
    <w:p>
      <w:pPr>
        <w:jc w:val="right"/>
      </w:pPr>
      <w:r>
        <w:t>اٹ مینز یو ار مینٹین یور سٹیٹس۔ پریزنٹ ہاسپٹیلٹی از مینٹیننگ یور سٹیٹس۔</w:t>
      </w:r>
    </w:p>
    <w:p>
      <w:r>
        <w:rPr>
          <w:b/>
        </w:rPr>
        <w:t xml:space="preserve">[1:03:02] </w:t>
      </w:r>
      <w:r>
        <w:t>no, during prophet time, there was hospitality. and how it was hospitality?</w:t>
      </w:r>
    </w:p>
    <w:p>
      <w:pPr>
        <w:jc w:val="right"/>
      </w:pPr>
      <w:r>
        <w:t>نو، ڈیورنگ پرافٹ ٹائم، دیر واز ہاسپٹیلٹی۔ اینڈ ہاؤ اٹ واز ہاسپٹیلٹی؟</w:t>
      </w:r>
    </w:p>
    <w:p>
      <w:r>
        <w:rPr>
          <w:b/>
        </w:rPr>
        <w:t xml:space="preserve">[1:03:12] </w:t>
      </w:r>
      <w:r>
        <w:t>yani prophet was invited to some house, and the house wife or</w:t>
      </w:r>
    </w:p>
    <w:p>
      <w:pPr>
        <w:jc w:val="right"/>
      </w:pPr>
      <w:r>
        <w:t>یعنی پرافٹ واز انوائٹڈ ٹو سم ہاؤس، اینڈ دا ہاؤس وائف اور</w:t>
      </w:r>
    </w:p>
    <w:p>
      <w:r>
        <w:rPr>
          <w:b/>
        </w:rPr>
        <w:t xml:space="preserve">[1:03:24] </w:t>
      </w:r>
      <w:r>
        <w:t>The person living in the house, he would serve only</w:t>
      </w:r>
    </w:p>
    <w:p>
      <w:pPr>
        <w:jc w:val="right"/>
      </w:pPr>
      <w:r>
        <w:t>دا پرسن لیونگ ان دا ہاؤس، ہی وڈ سرو اونلی</w:t>
      </w:r>
    </w:p>
    <w:p>
      <w:r>
        <w:rPr>
          <w:b/>
        </w:rPr>
        <w:t xml:space="preserve">[1:03:34] </w:t>
      </w:r>
      <w:r>
        <w:t>bread or some kind of dates or some</w:t>
      </w:r>
    </w:p>
    <w:p>
      <w:pPr>
        <w:jc w:val="right"/>
      </w:pPr>
      <w:r>
        <w:t>بریڈ اور سم کائنڈ اف ڈیٹس اور سم</w:t>
      </w:r>
    </w:p>
    <w:p>
      <w:r>
        <w:rPr>
          <w:b/>
        </w:rPr>
        <w:t xml:space="preserve">[1:03:45] </w:t>
      </w:r>
      <w:r>
        <w:t>olive oil</w:t>
      </w:r>
    </w:p>
    <w:p>
      <w:pPr>
        <w:jc w:val="right"/>
      </w:pPr>
      <w:r>
        <w:t>اولیو ائل</w:t>
      </w:r>
    </w:p>
    <w:p>
      <w:r>
        <w:rPr>
          <w:b/>
        </w:rPr>
        <w:t xml:space="preserve">[1:03:48] </w:t>
      </w:r>
      <w:r>
        <w:t>. This was their hospitality. Now, I don't know anyone who can serve these food items. So, it is the hospitality.</w:t>
      </w:r>
    </w:p>
    <w:p>
      <w:pPr>
        <w:jc w:val="right"/>
      </w:pPr>
      <w:r>
        <w:t>۔ دس واز دیر ہاسپٹیلٹی۔ ناو، ائی ڈونٹ نو اینی ون ہو کین سرو دیز فوڈ ائٹمز۔ سو، اٹ از دا ہاسپٹیلٹی۔</w:t>
      </w:r>
    </w:p>
    <w:p>
      <w:r>
        <w:rPr>
          <w:b/>
        </w:rPr>
        <w:t xml:space="preserve">[1:03:57] </w:t>
      </w:r>
      <w:r>
        <w:t>It is israf, waste of money. So, I don't believe that this is hospitality. It is bad dua, innovation.</w:t>
      </w:r>
    </w:p>
    <w:p>
      <w:pPr>
        <w:jc w:val="right"/>
      </w:pPr>
      <w:r>
        <w:t>اٹ از اسراف، ویسٹ اف منی۔ سو، ائی ڈونٹ بیلیو دیٹ دس از ہاسپٹیلٹی۔ اٹ از بدعا، انویشن۔</w:t>
      </w:r>
    </w:p>
    <w:p>
      <w:r>
        <w:rPr>
          <w:b/>
        </w:rPr>
        <w:t xml:space="preserve">[1:04:07] </w:t>
      </w:r>
      <w:r>
        <w:t>If you can serve those foods which Sahaba were serving, then it is hospitality. Otherwise, it not.</w:t>
      </w:r>
    </w:p>
    <w:p>
      <w:pPr>
        <w:jc w:val="right"/>
      </w:pPr>
      <w:r>
        <w:t>اف یو کین سرو دوز فوڈز وچ صحابہ وار سرونگ، دین اٹ از ہاسپٹیلٹی۔ ادروائز، اٹ ناٹ۔</w:t>
      </w:r>
    </w:p>
    <w:p>
      <w:r>
        <w:rPr>
          <w:b/>
        </w:rPr>
        <w:t xml:space="preserve">[1:04:16] </w:t>
      </w:r>
      <w:r>
        <w:t>Otherwise, it is, it is israf. There is waste of money. Is it clear? This question is from Anwar Azam.</w:t>
      </w:r>
    </w:p>
    <w:p>
      <w:pPr>
        <w:jc w:val="right"/>
      </w:pPr>
      <w:r>
        <w:t>ادروائز، اٹ از، اٹ از اسراف۔ دیر از ویسٹ اف منی۔ از اٹ کلیئر؟ دس کوسچن از فرام انور اعظم۔</w:t>
      </w:r>
    </w:p>
    <w:p>
      <w:r>
        <w:rPr>
          <w:b/>
        </w:rPr>
        <w:t xml:space="preserve">[1:04:28] </w:t>
      </w:r>
      <w:r>
        <w:t>What is the meaning of the words of the Quran?</w:t>
      </w:r>
    </w:p>
    <w:p>
      <w:pPr>
        <w:jc w:val="right"/>
      </w:pPr>
      <w:r>
        <w:t>واٹ از دا میننگ اف دا ورڈز اف دا قران؟</w:t>
      </w:r>
    </w:p>
    <w:p>
      <w:r>
        <w:rPr>
          <w:b/>
        </w:rPr>
        <w:t xml:space="preserve">[1:04:38] </w:t>
      </w:r>
      <w:r>
        <w:t>There are different situations. For one is when you are facing poverty or hunger, there is also time of patience.</w:t>
      </w:r>
    </w:p>
    <w:p>
      <w:pPr>
        <w:jc w:val="right"/>
      </w:pPr>
      <w:r>
        <w:t>دیر ار ڈفرنٹ سچویشنز۔ فار ون از وین یو ار فیسنگ پاورٹی اور ہنگر، دیر از السو ٹائم اف پیشنس۔</w:t>
      </w:r>
    </w:p>
    <w:p>
      <w:r>
        <w:rPr>
          <w:b/>
        </w:rPr>
        <w:t xml:space="preserve">[1:04:49] </w:t>
      </w:r>
      <w:r>
        <w:t>One is when you are facing some kind of defensive war. Here 'baas' means defensive war. So, if someone attacks, attacks not attacks to you, but to state.</w:t>
      </w:r>
    </w:p>
    <w:p>
      <w:pPr>
        <w:jc w:val="right"/>
      </w:pPr>
      <w:r>
        <w:t>ون از وین یو ار فیسنگ سم کائنڈ اف ڈیفنسو وار۔ ہیر باس مینز ڈیفنسو وار۔ سو، اف سم ون اٹیکس، اٹیکس ناٹ اٹیکس ٹو یو، بٹ ٹو سٹیٹ۔</w:t>
      </w:r>
    </w:p>
    <w:p>
      <w:r>
        <w:rPr>
          <w:b/>
        </w:rPr>
        <w:t xml:space="preserve">[1:05:06] </w:t>
      </w:r>
      <w:r>
        <w:t>Only state has the right to go to war. So, at the time of war, also patience is required. But at present, there is no such war.</w:t>
      </w:r>
    </w:p>
    <w:p>
      <w:pPr>
        <w:jc w:val="right"/>
      </w:pPr>
      <w:r>
        <w:t>اونلی سٹیٹ ہیز دا رائٹ ٹو گو ٹو وار۔ سو، ایٹ دا ٹائم اف وار، السو پیشنس از ریکوائرڈ۔ بٹ ایٹ پریزنٹ، دیر از نو سچ وار۔</w:t>
      </w:r>
    </w:p>
    <w:p>
      <w:r>
        <w:rPr>
          <w:b/>
        </w:rPr>
        <w:t xml:space="preserve">[1:05:17] </w:t>
      </w:r>
      <w:r>
        <w:t>All these people who are fighting, there are fighting in their personal capacity. As an NGO, as an organization, no state is involved in this war.</w:t>
      </w:r>
    </w:p>
    <w:p>
      <w:pPr>
        <w:jc w:val="right"/>
      </w:pPr>
      <w:r>
        <w:t>ال دیز پیپل ہو ار فائٹنگ، دیر ار فائٹنگ ان دیر پرسنل کپیسٹی۔ ایز ا این جی او، ایز ا ارگنائزیشن، نو سٹیٹ از انوالو ان دس وار۔</w:t>
      </w:r>
    </w:p>
    <w:p>
      <w:r>
        <w:rPr>
          <w:b/>
        </w:rPr>
        <w:t xml:space="preserve">[1:05:27] </w:t>
      </w:r>
      <w:r>
        <w:t>So, all these wars haram.</w:t>
      </w:r>
    </w:p>
    <w:p>
      <w:pPr>
        <w:jc w:val="right"/>
      </w:pPr>
      <w:r>
        <w:t>سو، ال دیز وارز حرام۔</w:t>
      </w:r>
    </w:p>
    <w:p>
      <w:r>
        <w:rPr>
          <w:b/>
        </w:rPr>
        <w:t xml:space="preserve">[1:05:30] </w:t>
      </w:r>
      <w:r>
        <w:t>All these wars in the name of jihad are haram, because jihad means state war, not individual war.</w:t>
      </w:r>
    </w:p>
    <w:p>
      <w:pPr>
        <w:jc w:val="right"/>
      </w:pPr>
      <w:r>
        <w:t>ال دیز وارز ان دا نیم اف جہاد ار حرام، بیکاز جہاد مینز سٹیٹ وار، ناٹ انڈیویجول وار۔</w:t>
      </w:r>
    </w:p>
    <w:p>
      <w:r>
        <w:rPr>
          <w:b/>
        </w:rPr>
        <w:t xml:space="preserve">[1:05:40] </w:t>
      </w:r>
      <w:r>
        <w:t>Aur Raheel Al Imam to declare a war is a prerogative of Islamic state. So, those people who are engaged in present violence in the name of jihad, they are doing unlawful activities.</w:t>
      </w:r>
    </w:p>
    <w:p>
      <w:pPr>
        <w:jc w:val="right"/>
      </w:pPr>
      <w:r>
        <w:t>اور رحیل الامام ٹو ڈیکلیئر ا وار از ا پیراٹیو اف اسلامک سٹیٹ۔ سو، دوز پیپل ہو ار انگیج ان پریزنٹ وائلنس ان دا نیم اف جہاد، دیر ار ڈوئنگ ان لافل ایکٹیویٹیز۔</w:t>
      </w:r>
    </w:p>
    <w:p>
      <w:r>
        <w:rPr>
          <w:b/>
        </w:rPr>
        <w:t xml:space="preserve">[1:05:56] </w:t>
      </w:r>
      <w:r>
        <w:t>Not Islam.</w:t>
      </w:r>
    </w:p>
    <w:p>
      <w:pPr>
        <w:jc w:val="right"/>
      </w:pPr>
      <w:r>
        <w:t>ناٹ اسلام۔</w:t>
      </w:r>
    </w:p>
    <w:p>
      <w:r>
        <w:rPr>
          <w:b/>
        </w:rPr>
        <w:t xml:space="preserve">[1:05:59] </w:t>
      </w:r>
      <w:r>
        <w:t>This is my question. People are generally impatient. So, what is it that refrains them from keeping patience?</w:t>
      </w:r>
    </w:p>
    <w:p>
      <w:pPr>
        <w:jc w:val="right"/>
      </w:pPr>
      <w:r>
        <w:t>دس از مائی کوسچن۔ پیپل ار جنرلی امپیشنٹ۔ سو، واٹ از اٹ دیٹ ریفرینز دیم فرام کیپنگ پیشنٹس؟</w:t>
      </w:r>
    </w:p>
    <w:p>
      <w:r>
        <w:rPr>
          <w:b/>
        </w:rPr>
        <w:t xml:space="preserve">[1:06:16] </w:t>
      </w:r>
      <w:r>
        <w:t>Think about God's blessing. Think about the reward of patience.</w:t>
      </w:r>
    </w:p>
    <w:p>
      <w:pPr>
        <w:jc w:val="right"/>
      </w:pPr>
      <w:r>
        <w:t>تھنک اباؤٹ گاڈز بلیسنگ۔ تھنک اباؤٹ دی ریوارڈ اف پیشنس۔</w:t>
      </w:r>
    </w:p>
    <w:p>
      <w:r>
        <w:rPr>
          <w:b/>
        </w:rPr>
        <w:t xml:space="preserve">[1:06:28] </w:t>
      </w:r>
      <w:r>
        <w:t>Think about the reward given by God</w:t>
      </w:r>
    </w:p>
    <w:p>
      <w:pPr>
        <w:jc w:val="right"/>
      </w:pPr>
      <w:r>
        <w:t>تھنک اباؤٹ دی ریوارڈ گیون بائی گاڈ</w:t>
      </w:r>
    </w:p>
    <w:p>
      <w:r>
        <w:rPr>
          <w:b/>
        </w:rPr>
        <w:t xml:space="preserve">[1:06:35] </w:t>
      </w:r>
      <w:r>
        <w:t>in patience. Then you can refrain yourself from being impatient. There is a verse in the Quran:</w:t>
      </w:r>
    </w:p>
    <w:p>
      <w:pPr>
        <w:jc w:val="right"/>
      </w:pPr>
      <w:r>
        <w:t>ان پیشنس۔ دین یو کین ریفرنٹ یور سیلف فرام بینگ امپیشنٹ۔ دیر از ا ورس ان دا قران:</w:t>
      </w:r>
    </w:p>
    <w:p>
      <w:r>
        <w:rPr>
          <w:b/>
        </w:rPr>
        <w:t xml:space="preserve">[1:06:54] </w:t>
      </w:r>
      <w:r>
        <w:t>Only patient people will be rewarded paradise.</w:t>
      </w:r>
    </w:p>
    <w:p>
      <w:pPr>
        <w:jc w:val="right"/>
      </w:pPr>
      <w:r>
        <w:t>اونلی پیشنٹ پیپل ول بی ریوارڈ پارڈائز۔</w:t>
      </w:r>
    </w:p>
    <w:p>
      <w:r>
        <w:rPr>
          <w:b/>
        </w:rPr>
        <w:t xml:space="preserve">[1:07:03] </w:t>
      </w:r>
      <w:r>
        <w:t>So, patience is price of paradise. So, if you, if you go through this Quranic verse, then it is very easy for you.</w:t>
      </w:r>
    </w:p>
    <w:p>
      <w:pPr>
        <w:jc w:val="right"/>
      </w:pPr>
      <w:r>
        <w:t>تو، پیشنس از پرائس اف پارڈائز۔ سو، اف یو، اف یو گو تھرو دس قرانک ورس، دین اٹ از ویری ایزی فار یو۔</w:t>
      </w:r>
    </w:p>
    <w:p>
      <w:r>
        <w:rPr>
          <w:b/>
        </w:rPr>
        <w:t xml:space="preserve">[1:07:18] </w:t>
      </w:r>
      <w:r>
        <w:t>It becomes very easy for you to become patient, because then you will feel that patience is, is, is</w:t>
      </w:r>
    </w:p>
    <w:p>
      <w:pPr>
        <w:jc w:val="right"/>
      </w:pPr>
      <w:r>
        <w:t>اٹ بیکم ویری ایزی فار یو ٹو بیکم پیشنٹ، بیکاز دین یو ول فیل دیٹ پیشنس از، از، از</w:t>
      </w:r>
    </w:p>
    <w:p>
      <w:r>
        <w:rPr>
          <w:b/>
        </w:rPr>
        <w:t xml:space="preserve">[1:07:32] </w:t>
      </w:r>
      <w:r>
        <w:t>price of paradise. Ticket to paradise.</w:t>
      </w:r>
    </w:p>
    <w:p>
      <w:pPr>
        <w:jc w:val="right"/>
      </w:pPr>
      <w:r>
        <w:t>پرائس اف پارڈائز۔ ٹکٹ ٹو پارڈائز۔</w:t>
      </w:r>
    </w:p>
    <w:p>
      <w:r>
        <w:rPr>
          <w:b/>
        </w:rPr>
        <w:t xml:space="preserve">[1:07:38] </w:t>
      </w:r>
      <w:r>
        <w:t>Only this kind of thinking makes you to adopt patience and avoidance.</w:t>
      </w:r>
    </w:p>
    <w:p>
      <w:pPr>
        <w:jc w:val="right"/>
      </w:pPr>
      <w:r>
        <w:t>اونلی دس کائنڈ اف تھنکنگ میکس یو ٹو اڈاپٹ پیشنس اینڈ اوائڈنس۔</w:t>
      </w:r>
    </w:p>
    <w:p>
      <w:r>
        <w:rPr>
          <w:b/>
        </w:rPr>
        <w:t xml:space="preserve">[1:07:53] </w:t>
      </w:r>
      <w:r>
        <w:t>that point was not very clear. wasting our time, and energy, and resources, and everything we have at our disposal, is just like committing a</w:t>
      </w:r>
    </w:p>
    <w:p>
      <w:pPr>
        <w:jc w:val="right"/>
      </w:pPr>
      <w:r>
        <w:t>دس پوائنٹ واز ناٹ ویری کلیئر۔ ویسٹنگ اور ٹائم، اور انرجی، اور ریسورسز، اینڈ ایوری تھنگ وی ہیو ایٹ اور ڈسپوزل، از جسٹ لائک کمٹنگ ا</w:t>
      </w:r>
    </w:p>
    <w:p>
      <w:r>
        <w:rPr>
          <w:b/>
        </w:rPr>
        <w:t xml:space="preserve">[1:08:06] </w:t>
      </w:r>
      <w:r>
        <w:t>sin. like you said that it is destruction, is sin. so, is it sin and we have to turn to God in repentance? i am saying that result is the same.</w:t>
      </w:r>
    </w:p>
    <w:p>
      <w:pPr>
        <w:jc w:val="right"/>
      </w:pPr>
      <w:r>
        <w:t>سن۔ لائک یو سیڈ دیٹ اٹ از ڈسٹرکشن، از سن۔ سو، از اٹ سن اینڈ وی ہیو ٹو ٹرن ٹو گاڈ ان ریپینٹنس؟ ائی ایم سینگ دیٹ رزلٹ از دا سیم۔</w:t>
      </w:r>
    </w:p>
    <w:p>
      <w:r>
        <w:rPr>
          <w:b/>
        </w:rPr>
        <w:t xml:space="preserve">[1:08:19] </w:t>
      </w:r>
      <w:r>
        <w:t>result is the same.</w:t>
      </w:r>
    </w:p>
    <w:p>
      <w:pPr>
        <w:jc w:val="right"/>
      </w:pPr>
      <w:r>
        <w:t>رزلٹ از دا سیم۔</w:t>
      </w:r>
    </w:p>
    <w:p>
      <w:r>
        <w:rPr>
          <w:b/>
        </w:rPr>
        <w:t xml:space="preserve">[1:08:23] </w:t>
      </w:r>
      <w:r>
        <w:t>according to my study, i can say that only purified soul can be,</w:t>
      </w:r>
    </w:p>
    <w:p>
      <w:pPr>
        <w:jc w:val="right"/>
      </w:pPr>
      <w:r>
        <w:t>اکارڈنگ ٹو مائی سٹڈی، ائی کین سے دیٹ اونلی پیوریفائیڈ سول کین بی،</w:t>
      </w:r>
    </w:p>
    <w:p>
      <w:r>
        <w:rPr>
          <w:b/>
        </w:rPr>
        <w:t xml:space="preserve">[1:08:34] </w:t>
      </w:r>
      <w:r>
        <w:t>can be awarded paradise. purified soul and purification is a long, long process.</w:t>
      </w:r>
    </w:p>
    <w:p>
      <w:pPr>
        <w:jc w:val="right"/>
      </w:pPr>
      <w:r>
        <w:t>کین بی اوارڈ پارڈائز۔ پیوریفائیڈ سول اینڈ پیوریفیکیشن از ا لانگ، لانگ پروسیس۔</w:t>
      </w:r>
    </w:p>
    <w:p>
      <w:r>
        <w:rPr>
          <w:b/>
        </w:rPr>
        <w:t xml:space="preserve">[1:08:45] </w:t>
      </w:r>
      <w:r>
        <w:t>long</w:t>
      </w:r>
    </w:p>
    <w:p>
      <w:pPr>
        <w:jc w:val="right"/>
      </w:pPr>
      <w:r>
        <w:t>لانگ</w:t>
      </w:r>
    </w:p>
    <w:p>
      <w:r>
        <w:rPr>
          <w:b/>
        </w:rPr>
        <w:t xml:space="preserve">[1:08:46] </w:t>
      </w:r>
      <w:r>
        <w:t>, long process. so, when you commit a sin, when you, when you are engaged in something other than, yani some, some irrelevant activities, then you are stepping, you are stopping the process of intellectual development.</w:t>
      </w:r>
    </w:p>
    <w:p>
      <w:pPr>
        <w:jc w:val="right"/>
      </w:pPr>
      <w:r>
        <w:t>، لانگ پروسیس۔ سو، وین یو کمٹ ا سن، وین یو، وین یو ار انگیجڈ ان سم تھنگ ادر دین، یعنی سم، سم اریلیونٹ ایکٹیویٹیز، دین یو ار اسٹیپنگ، یو ار سٹاپنگ دا پروسیس اف انٹلیکچول ڈیولپمنٹ۔</w:t>
      </w:r>
    </w:p>
    <w:p>
      <w:r>
        <w:rPr>
          <w:b/>
        </w:rPr>
        <w:t xml:space="preserve">[1:09:06] </w:t>
      </w:r>
      <w:r>
        <w:t>you are stopping the process of purification or soul.</w:t>
      </w:r>
    </w:p>
    <w:p>
      <w:pPr>
        <w:jc w:val="right"/>
      </w:pPr>
      <w:r>
        <w:t>یو ار سٹاپنگ دا پروسیس اف پیوریفیکیشن اور سول۔</w:t>
      </w:r>
    </w:p>
    <w:p>
      <w:r>
        <w:rPr>
          <w:b/>
        </w:rPr>
        <w:t xml:space="preserve">[1:09:13] </w:t>
      </w:r>
      <w:r>
        <w:t>so, in this sense, i can say that the result of the both is one and the same.</w:t>
      </w:r>
    </w:p>
    <w:p>
      <w:pPr>
        <w:jc w:val="right"/>
      </w:pPr>
      <w:r>
        <w:t>سو، ان دس سینس، ائی کین سے دیٹ دا رزلٹ اف دا بوتھ از ون اینڈ دا سیم۔</w:t>
      </w:r>
    </w:p>
    <w:p>
      <w:r>
        <w:rPr>
          <w:b/>
        </w:rPr>
        <w:t xml:space="preserve">[1:09:21] </w:t>
      </w:r>
      <w:r>
        <w:t>to, according to my study, sin is sin because it is destruction. destruction, it is my finding.</w:t>
      </w:r>
    </w:p>
    <w:p>
      <w:pPr>
        <w:jc w:val="right"/>
      </w:pPr>
      <w:r>
        <w:t>تو، اکارڈنگ ٹو مائی سٹڈی، سن از سن بیکاز اٹ از ڈسٹرکشن۔ ڈسٹرکشن، اٹ از مائی فائنڈنگ۔</w:t>
      </w:r>
    </w:p>
    <w:p>
      <w:r>
        <w:rPr>
          <w:b/>
        </w:rPr>
        <w:t xml:space="preserve">[1:09:34] </w:t>
      </w:r>
      <w:r>
        <w:t>sin is sin because its a destruction. it stops the process of purification,</w:t>
      </w:r>
    </w:p>
    <w:p>
      <w:pPr>
        <w:jc w:val="right"/>
      </w:pPr>
      <w:r>
        <w:t>سن از سن بیکاز اٹس ا ڈسٹرکشن۔ اٹ سٹاپس دا پروسیس اف پیوریفیکیشن،</w:t>
      </w:r>
    </w:p>
    <w:p>
      <w:r>
        <w:rPr>
          <w:b/>
        </w:rPr>
        <w:t xml:space="preserve">[1:09:44] </w:t>
      </w:r>
      <w:r>
        <w:t>which only way to find paradise.</w:t>
      </w:r>
    </w:p>
    <w:p>
      <w:pPr>
        <w:jc w:val="right"/>
      </w:pPr>
      <w:r>
        <w:t>وچ اونلی وے ٹو فائنڈ پارڈائز۔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