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Book of God June 5, 2011</w:t>
      </w:r>
    </w:p>
    <w:p>
      <w:r>
        <w:t>https://youtu.be/xT0YdQ1Jgc8</w:t>
      </w:r>
    </w:p>
    <w:p>
      <w:r>
        <w:rPr>
          <w:b/>
        </w:rPr>
        <w:t xml:space="preserve">[00:28] </w:t>
      </w:r>
      <w:r>
        <w:t>wiser le amri, wahl al-uqdah min lisani yafqahu qawli.</w:t>
      </w:r>
    </w:p>
    <w:p>
      <w:pPr>
        <w:jc w:val="right"/>
      </w:pPr>
      <w:r>
        <w:t>ویسر لی امری، واحل العقدۃ من لسانی یفقہ قولی۔</w:t>
      </w:r>
    </w:p>
    <w:p>
      <w:r>
        <w:rPr>
          <w:b/>
        </w:rPr>
        <w:t xml:space="preserve">[00:38] </w:t>
      </w:r>
      <w:r>
        <w:t>aaj ka topic hai: quran: the book of god. quran: allah ki kitab.</w:t>
      </w:r>
    </w:p>
    <w:p>
      <w:pPr>
        <w:jc w:val="right"/>
      </w:pPr>
      <w:r>
        <w:t>آج کا ٹاپک ہے: قرآن: The Book of God۔ قرآن: اللہ کی کتاب۔</w:t>
      </w:r>
    </w:p>
    <w:p>
      <w:r>
        <w:rPr>
          <w:b/>
        </w:rPr>
        <w:t xml:space="preserve">[00:56] </w:t>
      </w:r>
      <w:r>
        <w:t>main apne bare mein yeh keh sakta hoon ke bachpan se mujhe quran parhne ke liye diya gaya, jab main ek gaon mein tha.</w:t>
      </w:r>
    </w:p>
    <w:p>
      <w:pPr>
        <w:jc w:val="right"/>
      </w:pPr>
      <w:r>
        <w:t>میں اپنے بارے میں یہ کہہ سکتا ہوں کہ بچپن سے مجھے قرآن پڑھنے کے لیے دیا گیا، جب میں ایک گاؤں میں تھا۔</w:t>
      </w:r>
    </w:p>
    <w:p>
      <w:r>
        <w:rPr>
          <w:b/>
        </w:rPr>
        <w:t xml:space="preserve">[01:11] </w:t>
      </w:r>
      <w:r>
        <w:t>us zamane mein ek nuskhah aaya karta tha, use kehte the nizami quran,</w:t>
      </w:r>
    </w:p>
    <w:p>
      <w:pPr>
        <w:jc w:val="right"/>
      </w:pPr>
      <w:r>
        <w:t>اس زمانے میں ایک نسخہ آیا کرتا تھا، اسے کہتے تھے نظامی قرآن،</w:t>
      </w:r>
    </w:p>
    <w:p>
      <w:r>
        <w:rPr>
          <w:b/>
        </w:rPr>
        <w:t xml:space="preserve">[01:17] </w:t>
      </w:r>
      <w:r>
        <w:t>to woh hum parhte the. lekin is waqt arabi zaban mujhe nahi aati thi, to be samjhe mujhe parhta tha.</w:t>
      </w:r>
    </w:p>
    <w:p>
      <w:pPr>
        <w:jc w:val="right"/>
      </w:pPr>
      <w:r>
        <w:t>تو وہ ہم پڑھتے تھے۔ لیکن اس وقت عربی زبان مجھے نہیں آتی تھی، تو بے سمجھے مجھے پڑھتا تھا۔</w:t>
      </w:r>
    </w:p>
    <w:p>
      <w:r>
        <w:rPr>
          <w:b/>
        </w:rPr>
        <w:t xml:space="preserve">[01:28] </w:t>
      </w:r>
      <w:r>
        <w:t>phir main</w:t>
      </w:r>
    </w:p>
    <w:p>
      <w:pPr>
        <w:jc w:val="right"/>
      </w:pPr>
      <w:r>
        <w:t>پھر میں</w:t>
      </w:r>
    </w:p>
    <w:p>
      <w:r>
        <w:rPr>
          <w:b/>
        </w:rPr>
        <w:t xml:space="preserve">[01:31] </w:t>
      </w:r>
      <w:r>
        <w:t>ek madrasay mein meri taleem hui jahan sab se zyada dhoom is baat ki thi ke quran mein nazm hai, order hai.</w:t>
      </w:r>
    </w:p>
    <w:p>
      <w:pPr>
        <w:jc w:val="right"/>
      </w:pPr>
      <w:r>
        <w:t>ایک مدرسے میں میری تعلیم ہوئی جہاں سب سے زیادہ دھوم اس بات کی تھی کہ قرآن میں نظم ہے، آرڈر ہے۔</w:t>
      </w:r>
    </w:p>
    <w:p>
      <w:r>
        <w:rPr>
          <w:b/>
        </w:rPr>
        <w:t xml:space="preserve">[01:42] </w:t>
      </w:r>
      <w:r>
        <w:t>uske baad main doosri jamaaton mein gaya, sab se ta'alluq hua. to har jagah quran ko bohat bari cheez mana jata tha, mana jata tha, lekin unka jo kehna hota tha ke quran sab se afzal kitab hai,</w:t>
      </w:r>
    </w:p>
    <w:p>
      <w:pPr>
        <w:jc w:val="right"/>
      </w:pPr>
      <w:r>
        <w:t>اس کے بعد میں دوسری جماعتوں میں گیا، سب سے تعلق ہوا۔ تو ہر جگہ قرآن کو بہت بڑی چیز مانا جاتا تھا، مانا جاتا تھا، لیکن ان کا جو کہنا ہوتا تھا کہ قرآن سب سے افضل کتاب ہے،</w:t>
      </w:r>
    </w:p>
    <w:p>
      <w:r>
        <w:rPr>
          <w:b/>
        </w:rPr>
        <w:t xml:space="preserve">[02:02] </w:t>
      </w:r>
      <w:r>
        <w:t>quran mein mukammal zabta-e-hayat hai, quran final book hai,</w:t>
      </w:r>
    </w:p>
    <w:p>
      <w:pPr>
        <w:jc w:val="right"/>
      </w:pPr>
      <w:r>
        <w:t>قرآن میں مکمل ضابطہ حیات ہے، قرآن فائنل بک ہے،</w:t>
      </w:r>
    </w:p>
    <w:p>
      <w:r>
        <w:rPr>
          <w:b/>
        </w:rPr>
        <w:t xml:space="preserve">[02:10] </w:t>
      </w:r>
      <w:r>
        <w:t>ek woh jo parha tha maine ke quran mein nazm aur order hai, is tarah ki baat mere dimagh mein hua karti thi. quran mein sare masail ka hal hai.</w:t>
      </w:r>
    </w:p>
    <w:p>
      <w:pPr>
        <w:jc w:val="right"/>
      </w:pPr>
      <w:r>
        <w:t>ایک وہ جو پڑھا تھا میں نے کہ قرآن میں نظم اور آرڈر ہے، اس طرح کی بات میرے دماغ میں ہوا کرتی تھی۔ قرآن میں سارے مسائل کا حل ہے۔</w:t>
      </w:r>
    </w:p>
    <w:p>
      <w:r>
        <w:rPr>
          <w:b/>
        </w:rPr>
        <w:t xml:space="preserve">[02:24] </w:t>
      </w:r>
      <w:r>
        <w:t>phir mera ta'alluq hua jadeed tabqe se, yani woh tabqa jo college university mein parha hua tha aur phir ghair muslim hazrat.</w:t>
      </w:r>
    </w:p>
    <w:p>
      <w:pPr>
        <w:jc w:val="right"/>
      </w:pPr>
      <w:r>
        <w:t>پھر میرا تعلق ہوا جدید طبقے سے، یعنی وہ طبقہ جو کالج یونیورسٹی میں پڑھا ہوا تھا اور پھر غیر مسلم حضرات۔</w:t>
      </w:r>
    </w:p>
    <w:p>
      <w:r>
        <w:rPr>
          <w:b/>
        </w:rPr>
        <w:t xml:space="preserve">[02:36] </w:t>
      </w:r>
      <w:r>
        <w:t>yahan maine dekha ke is tarah ki baaton mein unke liye koi appeal nahi hai.</w:t>
      </w:r>
    </w:p>
    <w:p>
      <w:pPr>
        <w:jc w:val="right"/>
      </w:pPr>
      <w:r>
        <w:t>یہاں میں نے دیکھا کہ اس طرح کی باتوں میں ان کے لیے کوئی اپیل نہیں ہے۔</w:t>
      </w:r>
    </w:p>
    <w:p>
      <w:r>
        <w:rPr>
          <w:b/>
        </w:rPr>
        <w:t xml:space="preserve">[02:42] </w:t>
      </w:r>
      <w:r>
        <w:t>yani quran mukammal kitab hai, quran mein sare masail ka hal hai, quran mein order hai,</w:t>
      </w:r>
    </w:p>
    <w:p>
      <w:pPr>
        <w:jc w:val="right"/>
      </w:pPr>
      <w:r>
        <w:t>یعنی قرآن مکمل کتاب ہے، قرآن میں سارے مسائل کا حل ہے، قرآن میں آرڈر ہے،</w:t>
      </w:r>
    </w:p>
    <w:p>
      <w:r>
        <w:rPr>
          <w:b/>
        </w:rPr>
        <w:t xml:space="preserve">[02:53] </w:t>
      </w:r>
      <w:r>
        <w:t>quran mein sare masail ka hal hai, mukammal zabta hayat hai waghera, yeh jo baatein kahi jati hain, afzal kitab hai, un baaton se unhein koi dilchaspi nahi thi.</w:t>
      </w:r>
    </w:p>
    <w:p>
      <w:pPr>
        <w:jc w:val="right"/>
      </w:pPr>
      <w:r>
        <w:t>قرآن میں سارے مسائل کا حل ہے، مکمل ضابطہ حیات ہے وغیرہ، یہ جو باتیں کہی جاتی ہیں، افضل کتاب ہے، ان باتوں سے انہیں کوئی دلچسپی نہیں تھی۔</w:t>
      </w:r>
    </w:p>
    <w:p>
      <w:r>
        <w:rPr>
          <w:b/>
        </w:rPr>
        <w:t xml:space="preserve">[03:06] </w:t>
      </w:r>
      <w:r>
        <w:t>to mere zehan mein sawal paida hua ke aakhir quran jo sare alam ke liye aya hai, to kya baat hai ke woh quran ke mind ko address nahi kar raha hai?</w:t>
      </w:r>
    </w:p>
    <w:p>
      <w:pPr>
        <w:jc w:val="right"/>
      </w:pPr>
      <w:r>
        <w:t>تو میرے ذہن میں سوال پیدا ہوا کہ آخر قرآن جو سارے عالم کے لیے آیا ہے، تو کیا بات ہے کہ وہ قرآن کے مائنڈ کو ایڈریس نہیں کر رہا ہے؟</w:t>
      </w:r>
    </w:p>
    <w:p>
      <w:r>
        <w:rPr>
          <w:b/>
        </w:rPr>
        <w:t xml:space="preserve">[03:16] </w:t>
      </w:r>
      <w:r>
        <w:t>quran unhein koi bari bari baat nazar nahi aati. phir maujooda zamane mein quran ke naam par jehad hone laga, maar kaat, suicide bombing, sab quran ke naam par.</w:t>
      </w:r>
    </w:p>
    <w:p>
      <w:pPr>
        <w:jc w:val="right"/>
      </w:pPr>
      <w:r>
        <w:t>قرآن انہیں کوئی بڑی بڑی بات نظر نہیں آتی۔ پھر موجودہ زمانے میں قرآن کے نام پر جہاد ہونے لگا، مار کاٹ، سوسائیڈ بمبنگ، سب قرآن کے نام پر۔</w:t>
      </w:r>
    </w:p>
    <w:p>
      <w:r>
        <w:rPr>
          <w:b/>
        </w:rPr>
        <w:t xml:space="preserve">[03:27] </w:t>
      </w:r>
      <w:r>
        <w:t>to aur zyada logon ko quran se toheesh hone laga.</w:t>
      </w:r>
    </w:p>
    <w:p>
      <w:pPr>
        <w:jc w:val="right"/>
      </w:pPr>
      <w:r>
        <w:t>تو اور زیادہ لوگوں کو قرآن سے توہش ہونے لگا۔</w:t>
      </w:r>
    </w:p>
    <w:p>
      <w:r>
        <w:rPr>
          <w:b/>
        </w:rPr>
        <w:t xml:space="preserve">[03:32] </w:t>
      </w:r>
      <w:r>
        <w:t>to yeh mera sawal tha mere zehan mein ke aakhir quran ka mozu kya hai, iska subject kya hai? ke woh subject jo sare insan ko appeal kare, woh kya hai?</w:t>
      </w:r>
    </w:p>
    <w:p>
      <w:pPr>
        <w:jc w:val="right"/>
      </w:pPr>
      <w:r>
        <w:t>تو یہ میرا سوال تھا میرے ذہن میں کہ آخر قرآن کا موضوع کیا ہے، اس کا سبجیکٹ کیا ہے؟ کہ وہ سبجیکٹ جو سارے انسان کو اپیل کرے، وہ کیا ہے؟</w:t>
      </w:r>
    </w:p>
    <w:p>
      <w:r>
        <w:rPr>
          <w:b/>
        </w:rPr>
        <w:t xml:space="preserve">[03:45] </w:t>
      </w:r>
      <w:r>
        <w:t>to bohat dinon ke baad yeh meri discovery hai, mein daryaft hai meri ke maine jana ke quran ka mozu hai creation plan of god.</w:t>
      </w:r>
    </w:p>
    <w:p>
      <w:pPr>
        <w:jc w:val="right"/>
      </w:pPr>
      <w:r>
        <w:t>تو بہت دنوں کے بعد یہ میری ڈسکوری ہے، میں دریافت ہے میری کہ میں نے جانا کہ قرآن کا موضوع ہے کریشن پلان آف گاڈ۔</w:t>
      </w:r>
    </w:p>
    <w:p>
      <w:r>
        <w:rPr>
          <w:b/>
        </w:rPr>
        <w:t xml:space="preserve">[03:59] </w:t>
      </w:r>
      <w:r>
        <w:t>yeh maine kisi kitab mein nahi parha tha, kisi jalse mein nahi suna tha, ulma se mujhe yeh baat nahi mili thi. yeh meri daryaft hai ke quran creation plan of god, iska subject hai.</w:t>
      </w:r>
    </w:p>
    <w:p>
      <w:pPr>
        <w:jc w:val="right"/>
      </w:pPr>
      <w:r>
        <w:t>یہ میں نے کسی کتاب میں نہیں پڑھا تھا، کسی جلسے میں نہیں سنا تھا، علماء سے مجھے یہ بات نہیں ملی تھی۔ یہ میری دریافت ہے کہ قرآن کریشن پلان آف گاڈ، اس کا سبجیکٹ ہے۔</w:t>
      </w:r>
    </w:p>
    <w:p>
      <w:r>
        <w:rPr>
          <w:b/>
        </w:rPr>
        <w:t xml:space="preserve">[04:18] </w:t>
      </w:r>
      <w:r>
        <w:t>tab ja kar ke khud mujhe itminan hua aur jis se mein kehta tha, uske baad har aadmi mutmaeen ho jata tha. jaise ek sahab jo angrez london mein paida hue, phir unhone islam qabool kiya, to us se meri mulaqat hui.</w:t>
      </w:r>
    </w:p>
    <w:p>
      <w:pPr>
        <w:jc w:val="right"/>
      </w:pPr>
      <w:r>
        <w:t>تب جا کر کے خود مجھے اطمینان ہوا اور جس سے میں کہتا تھا، اس کے بعد ہر آدمی مطمئن ہو جاتا تھا۔ جیسے ایک صاحب جو انگریز لندن میں پیدا ہوئے، پھر انہوں نے اسلام قبول کیا، تو اس سے میری ملاقات ہوئی۔</w:t>
      </w:r>
    </w:p>
    <w:p>
      <w:r>
        <w:rPr>
          <w:b/>
        </w:rPr>
        <w:t xml:space="preserve">[04:37] </w:t>
      </w:r>
      <w:r>
        <w:t>to woh quran ke bare mein unka kuch acha, yaani positive taassur nahi tha. ke samajh mein nahi aata quran ka subject kya hai.</w:t>
      </w:r>
    </w:p>
    <w:p>
      <w:pPr>
        <w:jc w:val="right"/>
      </w:pPr>
      <w:r>
        <w:t>تو وہ قرآن کے بارے میں ان کا کچھ اچھا، یعنی پازیٹیو تاثر نہیں تھا۔ کہ سمجھ میں نہیں آتا قرآن کا سبجیکٹ کیا ہے۔</w:t>
      </w:r>
    </w:p>
    <w:p>
      <w:r>
        <w:rPr>
          <w:b/>
        </w:rPr>
        <w:t xml:space="preserve">[04:47] </w:t>
      </w:r>
      <w:r>
        <w:t>woh baatein log kehte the jo unko, woh unko appeal nahi karti thi. to maine yeh baat batai unko jab ke quran jo hai, quran ka jo subject hai, woh hai statement of of the creation plan of God.</w:t>
      </w:r>
    </w:p>
    <w:p>
      <w:pPr>
        <w:jc w:val="right"/>
      </w:pPr>
      <w:r>
        <w:t>وہ باتیں لوگ کہتے تھے جو ان کو، وہ ان کو اپیل نہیں کرتی تھی۔ تو میں نے یہ بات بتائی ان کو جب کہ قرآن جو ہے، قرآن کا جو سبجیکٹ ہے، وہ ہے اسٹیٹمنٹ آف آف دا کریشن پلان آف گاڈ۔</w:t>
      </w:r>
    </w:p>
    <w:p>
      <w:r>
        <w:rPr>
          <w:b/>
        </w:rPr>
        <w:t xml:space="preserve">[05:06] </w:t>
      </w:r>
      <w:r>
        <w:t>to foran usko samajh gaye woh. aur unhone jo jumla kaha tha, woh bohat hi important hai ke now everything fast into place.</w:t>
      </w:r>
    </w:p>
    <w:p>
      <w:pPr>
        <w:jc w:val="right"/>
      </w:pPr>
      <w:r>
        <w:t>تو فوراً اس کو سمجھ گئے وہ۔ اور انہوں نے جو جملہ کہا تھا، وہ بہت ہی امپورٹنٹ ہے کہ ناؤ ایوری تھنگ فاسٹ انٹو پلیس۔</w:t>
      </w:r>
    </w:p>
    <w:p>
      <w:r>
        <w:rPr>
          <w:b/>
        </w:rPr>
        <w:t xml:space="preserve">[05:19] </w:t>
      </w:r>
      <w:r>
        <w:t>har baat ab samajh mein aa gayi. to bohat dinon ke baad yeh baat daryaft hui ke quran ka subject kya hai. yahi wajah hai ke log quran ko parhte hain, lekin quran ki azmat logon ke dimaghon mein nahi baithti.</w:t>
      </w:r>
    </w:p>
    <w:p>
      <w:pPr>
        <w:jc w:val="right"/>
      </w:pPr>
      <w:r>
        <w:t>ہر بات اب سمجھ میں آ گئی۔ تو بہت دنوں کے بعد یہ بات دریافت ہوئی کہ قرآن کا سبجیکٹ کیا ہے۔ یہی وجہ ہے کہ لوگ قرآن کو پڑھتے ہیں، لیکن قرآن کی عظمت لوگوں کے دماغوں میں نہیں بیٹھتی۔</w:t>
      </w:r>
    </w:p>
    <w:p>
      <w:r>
        <w:rPr>
          <w:b/>
        </w:rPr>
        <w:t xml:space="preserve">[05:36] </w:t>
      </w:r>
      <w:r>
        <w:t>to behal quran ka jo mozu hai, woh hai batana insan ko ke khuda ne insan ko kyun banaya, yeh duniya kya hai, pre death p</w:t>
      </w:r>
    </w:p>
    <w:p>
      <w:pPr>
        <w:jc w:val="right"/>
      </w:pPr>
      <w:r>
        <w:t>تو بہرحال قرآن کا جو موضوع ہے، وہ ہے بتانا انسان کو کہ خدا نے انسان کو کیوں بنایا، یہ دنیا کیا ہے، پری ڈیتھ پی</w:t>
      </w:r>
    </w:p>
    <w:p>
      <w:r>
        <w:rPr>
          <w:b/>
        </w:rPr>
        <w:t xml:space="preserve">[05:48] </w:t>
      </w:r>
      <w:r>
        <w:t>redicted kya hai, post death period kya hai. aur sab se bara masla jo hal hua hai usko janne ke baad, woh yeh hai ke sare philosopher, sare thinkers, sare logon ke zehan mein yeh sawal hai hazaron saal se ke khuda agar all powerful hai to duniya mein evil kyun hai?</w:t>
      </w:r>
    </w:p>
    <w:p>
      <w:pPr>
        <w:jc w:val="right"/>
      </w:pPr>
      <w:r>
        <w:t>ریڈ کیا ہے، پوسٹ ڈیتھ پیریڈ کیا ہے۔ اور سب سے بڑا مسئلہ جو حل ہوا ہے اس کو جاننے کے بعد، وہ یہ ہے کہ سارے فلاسفر، سارے تھنکرز، سارے لوگوں کے ذہن میں یہ سوال ہے ہزاروں سال سے کہ خدا اگر آل پاور فل ہے تو دنیا میں ایول کیوں ہے؟</w:t>
      </w:r>
    </w:p>
    <w:p>
      <w:r>
        <w:rPr>
          <w:b/>
        </w:rPr>
        <w:t xml:space="preserve">[06:18] </w:t>
      </w:r>
      <w:r>
        <w:t>woh samajhte hain ke all powerful hai to duniya ko evil free hona chahiye. har taraf kharabi hai, har taraf evil hai. jaise given jo bohat bara historian tha,</w:t>
      </w:r>
    </w:p>
    <w:p>
      <w:pPr>
        <w:jc w:val="right"/>
      </w:pPr>
      <w:r>
        <w:t>وہ سمجھتے ہیں کہ آل پاور، آل پاور فل ہے تو دنیا کو ایول فری ہونا چاہیے۔ ہر طرف خرابی ہے، ہر طرف ایول ہے۔ جیسے گیون جو بہت بڑا ہسٹورین تھا،</w:t>
      </w:r>
    </w:p>
    <w:p>
      <w:r>
        <w:rPr>
          <w:b/>
        </w:rPr>
        <w:t xml:space="preserve">[06:32] </w:t>
      </w:r>
      <w:r>
        <w:t>to usne kaha ke history of mankind is little more than a register of crimes.</w:t>
      </w:r>
    </w:p>
    <w:p>
      <w:pPr>
        <w:jc w:val="right"/>
      </w:pPr>
      <w:r>
        <w:t>تو اس نے کہا کہ ہسٹری آف مین کائنڈ از لٹل مور دین ا ریسٹر آف کرائمز۔</w:t>
      </w:r>
    </w:p>
    <w:p>
      <w:r>
        <w:rPr>
          <w:b/>
        </w:rPr>
        <w:t xml:space="preserve">[06:44] </w:t>
      </w:r>
      <w:r>
        <w:t>yeh sab crime hai, war hai, tashaddud hai, yeh bhari hui history hai. to kya hai history?</w:t>
      </w:r>
    </w:p>
    <w:p>
      <w:pPr>
        <w:jc w:val="right"/>
      </w:pPr>
      <w:r>
        <w:t>یہ سب کرائم ہے، وار ہے، تشدد ہے، یہ بھری ہوئی ہسٹری ہے۔ تو کیا ہے ہسٹری؟</w:t>
      </w:r>
    </w:p>
    <w:p>
      <w:r>
        <w:rPr>
          <w:b/>
        </w:rPr>
        <w:t xml:space="preserve">[06:55] </w:t>
      </w:r>
      <w:r>
        <w:t>to yeh explain hota hai is baat se jis ko woh log evil kehte hain. aur sab se bara jo samajhte hain ke sab se bara proof hai khuda ke na hone ka, nauzubillah, woh yeh hai ke duniya mein evil kyun hai?</w:t>
      </w:r>
    </w:p>
    <w:p>
      <w:pPr>
        <w:jc w:val="right"/>
      </w:pPr>
      <w:r>
        <w:t>تو یہ ایکسپلین ہوتا ہے اس بات سے جس کو وہ لوگ ایول کہتے ہیں۔ اور سب سے بڑا جو سمجھتے ہیں کہ سب سے بڑا پروف ہے خدا کے نہ ہونے کا، نعوذ باللہ، وہ یہ ہے کہ دنیا میں ایول کیوں ہے؟</w:t>
      </w:r>
    </w:p>
    <w:p>
      <w:r>
        <w:rPr>
          <w:b/>
        </w:rPr>
        <w:t xml:space="preserve">[07:10] </w:t>
      </w:r>
      <w:r>
        <w:t>to creation plan of god ka jo concept hai, woh usko explain karta hai. evil nahi hai, yeh hai misuse of freedom ka phenomenon.</w:t>
      </w:r>
    </w:p>
    <w:p>
      <w:pPr>
        <w:jc w:val="right"/>
      </w:pPr>
      <w:r>
        <w:t>تو کریشن پلان آف گاڈ کا جو کانسیپٹ ہے، وہ اس کو ایکسپلین کرتا ہے۔ ایول نہیں ہے، یہ ہے مس یوز آف فریڈم کا پنامنہ۔</w:t>
      </w:r>
    </w:p>
    <w:p>
      <w:r>
        <w:rPr>
          <w:b/>
        </w:rPr>
        <w:t xml:space="preserve">[07:24] </w:t>
      </w:r>
      <w:r>
        <w:t>evil nahi hai, woh Allah taala ne insan ko duniya mein rakha test ke liye. to test ke liye to freedom bhi diya usko, azadi bhi diya.</w:t>
      </w:r>
    </w:p>
    <w:p>
      <w:pPr>
        <w:jc w:val="right"/>
      </w:pPr>
      <w:r>
        <w:t>ایول نہیں ہے، وہ اللہ تعالیٰ نے انسان کو دنیا میں رکھا ٹیسٹ کے لیے۔ تو ٹیسٹ کے لیے تو فریڈم بھی دیا اس کو، آزادی بھی دیا۔</w:t>
      </w:r>
    </w:p>
    <w:p>
      <w:r>
        <w:rPr>
          <w:b/>
        </w:rPr>
        <w:t xml:space="preserve">[07:36] </w:t>
      </w:r>
      <w:r>
        <w:t>azadi diya to usko misuse karna bhi usko haq hai. usko</w:t>
      </w:r>
    </w:p>
    <w:p>
      <w:pPr>
        <w:jc w:val="right"/>
      </w:pPr>
      <w:r>
        <w:t>آزادی دیا تو اس کو مس یوز کرنا بھی اس کو حق ہے۔ اس کو</w:t>
      </w:r>
    </w:p>
    <w:p>
      <w:r>
        <w:rPr>
          <w:b/>
        </w:rPr>
        <w:t xml:space="preserve">[07:40] </w:t>
      </w:r>
      <w:r>
        <w:t>to jis cheez ko evil kehte hain yeh log, woh haqeeqat mein kya hai? woh hai misuse of freedom ka phenomenon.</w:t>
      </w:r>
    </w:p>
    <w:p>
      <w:pPr>
        <w:jc w:val="right"/>
      </w:pPr>
      <w:r>
        <w:t>تو جس چیز کو ایول کہتے ہیں یہ لوگ، وہ حقیقت میں کیا ہے؟ وہ ہے مس یوز آف فریڈم کا پنامنہ۔</w:t>
      </w:r>
    </w:p>
    <w:p>
      <w:r>
        <w:rPr>
          <w:b/>
        </w:rPr>
        <w:t xml:space="preserve">[07:52] </w:t>
      </w:r>
      <w:r>
        <w:t>is se woh cheez explain hoti hai.</w:t>
      </w:r>
    </w:p>
    <w:p>
      <w:pPr>
        <w:jc w:val="right"/>
      </w:pPr>
      <w:r>
        <w:t>اس سے وہ چیز ایکسپلین ہوتی ہے۔</w:t>
      </w:r>
    </w:p>
    <w:p>
      <w:r>
        <w:rPr>
          <w:b/>
        </w:rPr>
        <w:t xml:space="preserve">[07:58] </w:t>
      </w:r>
      <w:r>
        <w:t>to behal</w:t>
      </w:r>
    </w:p>
    <w:p>
      <w:pPr>
        <w:jc w:val="right"/>
      </w:pPr>
      <w:r>
        <w:t>تو بہرحال</w:t>
      </w:r>
    </w:p>
    <w:p>
      <w:r>
        <w:rPr>
          <w:b/>
        </w:rPr>
        <w:t xml:space="preserve">[08:01] </w:t>
      </w:r>
      <w:r>
        <w:t>yeh baatein jab mujhe samajh mein aayin, tab ja kar khud mujhe itminan hua. phir mein jahan jahan mein gaya, jin jin logon se mila, jis se bhi yeh baat mein ne kahi ke quran ka subject jo hai, woh creation plan of god ko batana hai, to har ek ne us ko mana ke is se har cheez explain hoti hai.</w:t>
      </w:r>
    </w:p>
    <w:p>
      <w:pPr>
        <w:jc w:val="right"/>
      </w:pPr>
      <w:r>
        <w:t>یہ باتیں جب مجھے سمجھ میں آئیں، تب جا کر خود مجھے اطمینان ہوا۔ پھر میں جہاں جہاں میں گیا، جن جن لوگوں سے ملا، جس سے بھی یہ بات میں نے کہی کہ قرآن کا سبجیکٹ جو ہے، وہ کریشن پلان آف گاڈ کو بتانا ہے، تو ہر ایک نے اس کو مانا کہ اس سے ہر چیز ایکسپلین ہوتی ہے۔</w:t>
      </w:r>
    </w:p>
    <w:p>
      <w:r>
        <w:rPr>
          <w:b/>
        </w:rPr>
        <w:t xml:space="preserve">[08:23] </w:t>
      </w:r>
      <w:r>
        <w:t>kuch log hote hain jo bohat hi sirkash qism ke, woh nahi mante, to un ko aap ignore kijie.</w:t>
      </w:r>
    </w:p>
    <w:p>
      <w:pPr>
        <w:jc w:val="right"/>
      </w:pPr>
      <w:r>
        <w:t>کچھ لوگ ہوتے ہیں جو بہت ہی سرکش قسم کے، وہ نہیں مانتے، تو ان کو آپ اگنور کیجئے۔</w:t>
      </w:r>
    </w:p>
    <w:p>
      <w:r>
        <w:rPr>
          <w:b/>
        </w:rPr>
        <w:t xml:space="preserve">[08:31] </w:t>
      </w:r>
      <w:r>
        <w:t>ab Allah ke fazal se dekhen, hamare mission mein Quran hi hamare mission ki alamat ban gaya hai. bohat ajeeb baat hai.</w:t>
      </w:r>
    </w:p>
    <w:p>
      <w:pPr>
        <w:jc w:val="right"/>
      </w:pPr>
      <w:r>
        <w:t>اب اللہ کے فضل سے دیکھیں، ہمارے مشن میں قرآن ہی ہمارے مشن کی علامت بن گیا ہے۔ بہت عجیب بات ہے۔</w:t>
      </w:r>
    </w:p>
    <w:p>
      <w:r>
        <w:rPr>
          <w:b/>
        </w:rPr>
        <w:t xml:space="preserve">[08:44] </w:t>
      </w:r>
      <w:r>
        <w:t>bohat ajeeb baat hai ke hamara mission jo hai, us ki alamat Quran ban gaya hai.</w:t>
      </w:r>
    </w:p>
    <w:p>
      <w:pPr>
        <w:jc w:val="right"/>
      </w:pPr>
      <w:r>
        <w:t>بہت عجیب بات ہے کہ ہمارا مشن جو ہے، اس کی علامت قرآن بن گیا ہے۔</w:t>
      </w:r>
    </w:p>
    <w:p>
      <w:r>
        <w:rPr>
          <w:b/>
        </w:rPr>
        <w:t xml:space="preserve">[08:48] </w:t>
      </w:r>
      <w:r>
        <w:t>abhi ek telephone aaya America se, wahan par Khwaja Kaleemuddin sahib hain jo Quran ko distribute karne ka kaam kar rahe hain.</w:t>
      </w:r>
    </w:p>
    <w:p>
      <w:pPr>
        <w:jc w:val="right"/>
      </w:pPr>
      <w:r>
        <w:t>ابھی ایک ٹیلی فون آیا امریکہ سے، وہاں پر خواجہ کلیم الدین صاحب ہیں جو قرآن کو ڈسٹریبیوٹ کرنے کا کام کر رہے ہیں۔</w:t>
      </w:r>
    </w:p>
    <w:p>
      <w:r>
        <w:rPr>
          <w:b/>
        </w:rPr>
        <w:t xml:space="preserve">[09:02] </w:t>
      </w:r>
      <w:r>
        <w:t>aap jante hain ke hamare haan se Quran ka English translation chhaapa hai, translation bhi, commentary bhi. ab woh hamare saare saathi dunya bhar mein phaila rahe hain is ko, is ko distribute kar rahe hain.</w:t>
      </w:r>
    </w:p>
    <w:p>
      <w:pPr>
        <w:jc w:val="right"/>
      </w:pPr>
      <w:r>
        <w:t>آپ جانتے ہیں کہ ہمارے ہاں سے قرآن کا انگلش ٹرانسلیشن چھپا ہے، ٹرانسلیشن بھی، کمنٹری بھی۔ اب وہ ہمارے سارے ساتھی دنیا بھر میں پھیلا رہے ہیں اس کو، اس کو ڈسٹریبیوٹ کر رہے ہیں۔</w:t>
      </w:r>
    </w:p>
    <w:p>
      <w:r>
        <w:rPr>
          <w:b/>
        </w:rPr>
        <w:t xml:space="preserve">[09:19] </w:t>
      </w:r>
      <w:r>
        <w:t>to Khwaja Kaleemuddin sahib jo hain, woh isi mein lage hue hain. logon ke address maloom karte hain, logon se contact karte hain, email se, telephone se.</w:t>
      </w:r>
    </w:p>
    <w:p>
      <w:pPr>
        <w:jc w:val="right"/>
      </w:pPr>
      <w:r>
        <w:t>تو خواجہ کلیم الدین صاحب جو ہیں، وہ اسی میں لگے ہوئے ہیں۔ لوگوں کے ایڈریس معلوم کرتے ہیں، لوگوں سے کنٹیکٹ کرتے ہیں، ای میل سے، ٹیلی فون سے۔</w:t>
      </w:r>
    </w:p>
    <w:p>
      <w:r>
        <w:rPr>
          <w:b/>
        </w:rPr>
        <w:t xml:space="preserve">[09:32] </w:t>
      </w:r>
      <w:r>
        <w:t>aur logon ko baqayda jahan meeting hoti hai, jahan koi jalsa hota hai, wahan ja kar ke distribute karte hain, by hand book start lagate hain.</w:t>
      </w:r>
    </w:p>
    <w:p>
      <w:pPr>
        <w:jc w:val="right"/>
      </w:pPr>
      <w:r>
        <w:t>اور لوگوں کو باقاعدہ جہاں میٹنگ ہوتی ہے، جہاں کوئی جلسہ ہوتا ہے، وہاں جا کر کے ڈسٹریبیوٹ کرتے ہیں، بائی ہینڈ بک اسٹار لگاتے ہیں۔</w:t>
      </w:r>
    </w:p>
    <w:p>
      <w:r>
        <w:rPr>
          <w:b/>
        </w:rPr>
        <w:t xml:space="preserve">[09:46] </w:t>
      </w:r>
      <w:r>
        <w:t>aur phir un ko mail se bhejte hain, by post bhejte hain.</w:t>
      </w:r>
    </w:p>
    <w:p>
      <w:pPr>
        <w:jc w:val="right"/>
      </w:pPr>
      <w:r>
        <w:t>اور پھر ان کو میل سے بھیجتے ہیں، بائی پوسٹ بھیجتے ہیں۔</w:t>
      </w:r>
    </w:p>
    <w:p>
      <w:r>
        <w:rPr>
          <w:b/>
        </w:rPr>
        <w:t xml:space="preserve">[09:52] </w:t>
      </w:r>
      <w:r>
        <w:t>to barabar woh by post logon ko Quran bhej rahe hain, Quran ka translation. to jis post office mein woh jaate hain, woh woh is ke liye ek woh familiar ho ga is baat se ke yeh aayenge to Quran le kar aayenge.</w:t>
      </w:r>
    </w:p>
    <w:p>
      <w:pPr>
        <w:jc w:val="right"/>
      </w:pPr>
      <w:r>
        <w:t>تو برابر وہ بائی پوسٹ لوگوں کو قرآن بھیج رہے ہیں، قرآن کا ٹرانسلیشن۔ تو جس پوسٹ آفس میں وہ جاتے ہیں، وہ وہ اس کے لیے ایک وہ فیملیئر ہو گا اس بات سے کہ یہ آئیں گے تو قرآن لے کر آئیں گے۔</w:t>
      </w:r>
    </w:p>
    <w:p>
      <w:r>
        <w:rPr>
          <w:b/>
        </w:rPr>
        <w:t xml:space="preserve">[10:13] </w:t>
      </w:r>
      <w:r>
        <w:t>to ab kya hai, wahan par jaate hain yeh, to wahan ka jo staff hai, un ko dekhte hi kehta hai ke "here comes the Quran man".</w:t>
      </w:r>
    </w:p>
    <w:p>
      <w:pPr>
        <w:jc w:val="right"/>
      </w:pPr>
      <w:r>
        <w:t>تو اب کیا ہے، وہاں پر جاتے ہیں یہ، تو وہاں کا جو سٹاف ہے، ان کو دیکھتے ہی کہتا ہے کہ "ہیر کمز دا قرآن مین"۔</w:t>
      </w:r>
    </w:p>
    <w:p>
      <w:r>
        <w:rPr>
          <w:b/>
        </w:rPr>
        <w:t xml:space="preserve">[10:27] </w:t>
      </w:r>
      <w:r>
        <w:t>Quran man aa gaye, yaani yeh un ki identity ban gayi hai, pehchan. "here comes the Quran man".</w:t>
      </w:r>
    </w:p>
    <w:p>
      <w:pPr>
        <w:jc w:val="right"/>
      </w:pPr>
      <w:r>
        <w:t>قرآن مین آ گئے، یعنی یہ ان کی آئیڈینٹیٹی بن گئی ہے، پہچان۔ "ہیر کمز دا قرآن مین"۔</w:t>
      </w:r>
    </w:p>
    <w:p>
      <w:r>
        <w:rPr>
          <w:b/>
        </w:rPr>
        <w:t xml:space="preserve">[10:39] </w:t>
      </w:r>
      <w:r>
        <w:t>is ko jab mujhe yeh waqia jab maloom hua, to is mein maloom hua, is mein bohat bari baat mujhe mere zehen mein aayi.</w:t>
      </w:r>
    </w:p>
    <w:p>
      <w:pPr>
        <w:jc w:val="right"/>
      </w:pPr>
      <w:r>
        <w:t>اس کو جب مجھے یہ واقعہ جب معلوم ہوا، تو اس میں معلوم ہوا، اس میں بہت بڑی بات مجھے میرے ذہن میں آئی۔</w:t>
      </w:r>
    </w:p>
    <w:p>
      <w:r>
        <w:rPr>
          <w:b/>
        </w:rPr>
        <w:t xml:space="preserve">[10:47] </w:t>
      </w:r>
      <w:r>
        <w:t>phir yeh saada baat nahi hai, yaad rakhiye. Rasool Allah Sal Allahu Alaihi Wasallam ke upar Quran utra, aap jante hain.</w:t>
      </w:r>
    </w:p>
    <w:p>
      <w:pPr>
        <w:jc w:val="right"/>
      </w:pPr>
      <w:r>
        <w:t>پھر یہ سادہ بات نہیں ہے، یاد رکھیے۔ رسول اللہ صلی اللہ علیہ وسلم کے اوپر قرآن اترا، آپ جانتے ہیں۔</w:t>
      </w:r>
    </w:p>
    <w:p>
      <w:r>
        <w:rPr>
          <w:b/>
        </w:rPr>
        <w:t xml:space="preserve">[11:00] </w:t>
      </w:r>
      <w:r>
        <w:t>to Rasool Allah Sal Allahu Alaihi Wasallam kya karte the? aap bhi Quran hi sunate the logon ko.</w:t>
      </w:r>
    </w:p>
    <w:p>
      <w:pPr>
        <w:jc w:val="right"/>
      </w:pPr>
      <w:r>
        <w:t>تو رسول اللہ صلی اللہ علیہ وسلم کیا کرتے تھے؟ آپ بھی قرآن ہی سناتے تھے لوگوں کو۔</w:t>
      </w:r>
    </w:p>
    <w:p>
      <w:r>
        <w:rPr>
          <w:b/>
        </w:rPr>
        <w:t xml:space="preserve">[11:08] </w:t>
      </w:r>
      <w:r>
        <w:t>aap ki jo tablegh hoti thi, woh Quran ke zariye hoti thi. chunancha kitaab mein aata hai ke "fa harat alam al Islam wa tal'a alam al Quran".</w:t>
      </w:r>
    </w:p>
    <w:p>
      <w:pPr>
        <w:jc w:val="right"/>
      </w:pPr>
      <w:r>
        <w:t>آپ کی جو تبلیغ ہوتی تھی، وہ قرآن کے ذریعے ہوتی تھی۔ چنانچہ کتاب میں آتا ہے کہ "فہارت عالم الاسلام وطلع عالم القرآن"۔</w:t>
      </w:r>
    </w:p>
    <w:p>
      <w:r>
        <w:rPr>
          <w:b/>
        </w:rPr>
        <w:t xml:space="preserve">[11:18] </w:t>
      </w:r>
      <w:r>
        <w:t>Islam pesh kiya aur Quran parh kar sunaya. to</w:t>
      </w:r>
    </w:p>
    <w:p>
      <w:pPr>
        <w:jc w:val="right"/>
      </w:pPr>
      <w:r>
        <w:t>اسلام پیش کیا اور قرآن پڑھ کر سنایا۔ تو</w:t>
      </w:r>
    </w:p>
    <w:p>
      <w:r>
        <w:rPr>
          <w:b/>
        </w:rPr>
        <w:t xml:space="preserve">[11:23] </w:t>
      </w:r>
      <w:r>
        <w:t>jab aap Makka mein the, us waqt aap jante hain ke 610 Esvi se 622 Esvi tak Makka mein aap kaam karte rahe, taqreeban 13 saal.</w:t>
      </w:r>
    </w:p>
    <w:p>
      <w:pPr>
        <w:jc w:val="right"/>
      </w:pPr>
      <w:r>
        <w:t>جب آپ مکہ میں تھے، اس وقت آپ جانتے ہیں کہ 610 عیسوی سے 622 عیسوی تک مکہ میں آپ کام کرتے رہے، تقریباً 13 سال۔</w:t>
      </w:r>
    </w:p>
    <w:p>
      <w:r>
        <w:rPr>
          <w:b/>
        </w:rPr>
        <w:t xml:space="preserve">[11:40] </w:t>
      </w:r>
      <w:r>
        <w:t>phir aap migrate kar ke Madina gaye, 622 Esvi mein. to is se pehle aap ne do Sahabi bheje the wahan par Madina mein,</w:t>
      </w:r>
    </w:p>
    <w:p>
      <w:pPr>
        <w:jc w:val="right"/>
      </w:pPr>
      <w:r>
        <w:t>پھر آپ مائیگریٹ کر کے مدینہ گئے، 622 عیسوی میں۔ تو اس سے پہلے آپ نے دو صحابی بھیجے تھے وہاں پر مدینہ میں،</w:t>
      </w:r>
    </w:p>
    <w:p>
      <w:r>
        <w:rPr>
          <w:b/>
        </w:rPr>
        <w:t xml:space="preserve">[11:54] </w:t>
      </w:r>
      <w:r>
        <w:t>andaza karne ke liye ke Madina walon ka jab tablegh ki jaye to wahan ka response kya hoga. kaha bohat hi planning ke sath, jis ka naam hai planning.</w:t>
      </w:r>
    </w:p>
    <w:p>
      <w:pPr>
        <w:jc w:val="right"/>
      </w:pPr>
      <w:r>
        <w:t>اندازہ کرنے کے لیے کہ مدینہ والوں کا جب تبلیغ کی جائے تو وہاں کا رسپانس کیا ہوگا۔ کہا بہت ہی پلاننگ کے ساتھ، جس کا نام ہے پلاننگ۔</w:t>
      </w:r>
    </w:p>
    <w:p>
      <w:r>
        <w:rPr>
          <w:b/>
        </w:rPr>
        <w:t xml:space="preserve">[12:04] </w:t>
      </w:r>
      <w:r>
        <w:t>aisa nahi hoga ke achaanak aap Madina chale gaye hon. nahi, peshgi tor par aap ne do aadmi bheje</w:t>
      </w:r>
    </w:p>
    <w:p>
      <w:pPr>
        <w:jc w:val="right"/>
      </w:pPr>
      <w:r>
        <w:t>ایسا نہیں ہوگا کہ اچانک آپ مدینہ چلے گئے ہوں۔ نہیں، پیشگی طور پر آپ نے دو آدمی بھیجے</w:t>
      </w:r>
    </w:p>
    <w:p>
      <w:r>
        <w:rPr>
          <w:b/>
        </w:rPr>
        <w:t xml:space="preserve">[12:15] </w:t>
      </w:r>
      <w:r>
        <w:t>taake andaza ho jaye peshgi, in advance ke Madine walon ka response kya hota hai.</w:t>
      </w:r>
    </w:p>
    <w:p>
      <w:pPr>
        <w:jc w:val="right"/>
      </w:pPr>
      <w:r>
        <w:t>تاکہ اندازہ ہو جائے پیشگی، ان ایڈوانس کہ مدینے والوں کا رسپانس کیا ہوتا ہے۔</w:t>
      </w:r>
    </w:p>
    <w:p>
      <w:r>
        <w:rPr>
          <w:b/>
        </w:rPr>
        <w:t xml:space="preserve">[12:22] </w:t>
      </w:r>
      <w:r>
        <w:t>to woh jo gaye the, do aadmi, un ka kya tareeqa tha? jahan dekhte kuch aadmi hain, wahan pahunch jaate aur Quran ko parh kar sunate.</w:t>
      </w:r>
    </w:p>
    <w:p>
      <w:pPr>
        <w:jc w:val="right"/>
      </w:pPr>
      <w:r>
        <w:t>تو وہ جو گئے تھے، دو آدمی، ان کا کیا طریقہ تھا؟ جہاں دیکھتے کچھ آدمی ہیں، وہاں پہنچ جاتے اور قرآن کو پڑھ کر سناتے۔</w:t>
      </w:r>
    </w:p>
    <w:p>
      <w:r>
        <w:rPr>
          <w:b/>
        </w:rPr>
        <w:t xml:space="preserve">[12:33] </w:t>
      </w:r>
      <w:r>
        <w:t>kyun ke un ki bhi zabaan Arabi thi, Makka wale bhi Arabi thi, Madine walon ki zabaan bhi Arabi thi. to logon ne dekhte dekhte un ko Muqri kehna shuru kiya.</w:t>
      </w:r>
    </w:p>
    <w:p>
      <w:pPr>
        <w:jc w:val="right"/>
      </w:pPr>
      <w:r>
        <w:t>کیونکہ ان کی بھی زبان عربی تھی، مکہ والے بھی عربی تھی، مدینے والوں کی زبان بھی عربی تھی۔ تو لوگوں نے دیکھتے دیکھتے ان کو مقری کہنا شروع کیا۔</w:t>
      </w:r>
    </w:p>
    <w:p>
      <w:r>
        <w:rPr>
          <w:b/>
        </w:rPr>
        <w:t xml:space="preserve">[12:46] </w:t>
      </w:r>
      <w:r>
        <w:t>yeh Muqri ka laqab Rasool Allah ne nahi diya tha, khud apne ko Muqri nahi kehte the. woh</w:t>
      </w:r>
    </w:p>
    <w:p>
      <w:pPr>
        <w:jc w:val="right"/>
      </w:pPr>
      <w:r>
        <w:t>یہ مقری کا لقب رسول اللہ نے نہیں دیا تھا، خود اپنے کو مقری نہیں کہتے تھے۔ وہ</w:t>
      </w:r>
    </w:p>
    <w:p>
      <w:r>
        <w:rPr>
          <w:b/>
        </w:rPr>
        <w:t xml:space="preserve">[12:51] </w:t>
      </w:r>
      <w:r>
        <w:t>doosre logon ne un ko yeh laqab de diya ke yeh to Muqri hain, yaani parh kar sunane wala. to mujhe woh tareekh yaad aayi.</w:t>
      </w:r>
    </w:p>
    <w:p>
      <w:pPr>
        <w:jc w:val="right"/>
      </w:pPr>
      <w:r>
        <w:t>دوسرے لوگوں نے ان کو یہ لقب دے دیا کہ یہ تو مقری ہیں، یعنی پڑھ کر سنانے والا۔ تو مجھے وہ تاریخ یاد آئی۔</w:t>
      </w:r>
    </w:p>
    <w:p>
      <w:r>
        <w:rPr>
          <w:b/>
        </w:rPr>
        <w:t xml:space="preserve">[13:02] </w:t>
      </w:r>
      <w:r>
        <w:t>aaj jo log aap ko quran mein keh rahe hain, to wahi history dohra rahi hai apne aap ko.</w:t>
      </w:r>
    </w:p>
    <w:p>
      <w:pPr>
        <w:jc w:val="right"/>
      </w:pPr>
      <w:r>
        <w:t>آج جو لوگ آپ کو قرآن مین کہہ رہے ہیں، تو وہی ہسٹری دہرا رہی ہے اپنے آپ کو۔</w:t>
      </w:r>
    </w:p>
    <w:p>
      <w:r>
        <w:rPr>
          <w:b/>
        </w:rPr>
        <w:t xml:space="preserve">[13:12] </w:t>
      </w:r>
      <w:r>
        <w:t>is waqt maqri kaha tha unhon ne, aaj ka insan aap ko quran mein keh raha hai.</w:t>
      </w:r>
    </w:p>
    <w:p>
      <w:pPr>
        <w:jc w:val="right"/>
      </w:pPr>
      <w:r>
        <w:t>اس وقت مقری کہا تھا انہوں نے، آج کا انسان آپ کو قرآن مین کہہ رہا ہے۔</w:t>
      </w:r>
    </w:p>
    <w:p>
      <w:r>
        <w:rPr>
          <w:b/>
        </w:rPr>
        <w:t xml:space="preserve">[13:18] </w:t>
      </w:r>
      <w:r>
        <w:t>main samajhta hoon ke cps walon ke liye bohat bari good tidings hai, bohat bari basharat hai. kaisi ajeeb baat hai yeh ke jo title dunya walon ne is waqt sahaba ko diya tha ke yeh to maqri log hain,</w:t>
      </w:r>
    </w:p>
    <w:p>
      <w:pPr>
        <w:jc w:val="right"/>
      </w:pPr>
      <w:r>
        <w:t>میں سمجھتا ہوں کہ سی پی ایس والوں کے لیے بہت بڑی گڈ ٹائڈنگ ہے، بہت بڑی بشارت ہے۔ کیسی عجیب بات ہے یہ کہ جو ٹائٹل دنیا والوں نے اس وقت صحابہ کو دیا تھا کہ یہ تو مقری لوگ ہیں،</w:t>
      </w:r>
    </w:p>
    <w:p>
      <w:r>
        <w:rPr>
          <w:b/>
        </w:rPr>
        <w:t xml:space="preserve">[13:34] </w:t>
      </w:r>
      <w:r>
        <w:t>wo title aaj cps walon ko dunya de rahi hai ke yeh to quran mein log hain.</w:t>
      </w:r>
    </w:p>
    <w:p>
      <w:pPr>
        <w:jc w:val="right"/>
      </w:pPr>
      <w:r>
        <w:t>وہ ٹائٹل آج سی پی ایس والوں کو دنیا دے رہی ہے کہ یہ تو قرآن مین لوگ ہیں۔</w:t>
      </w:r>
    </w:p>
    <w:p>
      <w:r>
        <w:rPr>
          <w:b/>
        </w:rPr>
        <w:t xml:space="preserve">[13:43] </w:t>
      </w:r>
      <w:r>
        <w:t>to jab mujhe maloom hua ke post office walay claimuddin sahib ko yeh kehte hain "here comes the quran man", to yeh tareekh mujhe yaad aa gayi.</w:t>
      </w:r>
    </w:p>
    <w:p>
      <w:pPr>
        <w:jc w:val="right"/>
      </w:pPr>
      <w:r>
        <w:t>تو جب مجھے معلوم ہوا کہ پوسٹ آفس والے کلیم الدین صاحب کو یہ کہتے ہیں "ہیر کمز دا قرآن مین"، تو یہ تاریخ مجھے یاد آ گئی۔</w:t>
      </w:r>
    </w:p>
    <w:p>
      <w:r>
        <w:rPr>
          <w:b/>
        </w:rPr>
        <w:t xml:space="preserve">[13:55] </w:t>
      </w:r>
      <w:r>
        <w:t>yeh mamooli baat nahi hai. is ko sochte hue mere zehn mein aaya ke akhirat mein jab tamam insan ekatha honge hajj ke maidan mein,</w:t>
      </w:r>
    </w:p>
    <w:p>
      <w:pPr>
        <w:jc w:val="right"/>
      </w:pPr>
      <w:r>
        <w:t>یہ معمولی بات نہیں ہے۔ اس کو سوچتے ہوئے میرے ذہن میں آیا کہ آخرت میں جب تمام انسان اکٹھا ہوں گے حج کے میدان میں،</w:t>
      </w:r>
    </w:p>
    <w:p>
      <w:r>
        <w:rPr>
          <w:b/>
        </w:rPr>
        <w:t xml:space="preserve">[14:10] </w:t>
      </w:r>
      <w:r>
        <w:t>to</w:t>
      </w:r>
    </w:p>
    <w:p>
      <w:pPr>
        <w:jc w:val="right"/>
      </w:pPr>
      <w:r>
        <w:t>تو</w:t>
      </w:r>
    </w:p>
    <w:p>
      <w:r>
        <w:rPr>
          <w:b/>
        </w:rPr>
        <w:t xml:space="preserve">[14:11] </w:t>
      </w:r>
      <w:r>
        <w:t>to quran mein aata hai ke "fa hum yuzoon". un ki category banayi jayegi, mukhtalif category banayi jayegi, categorize kiya jayega logon ko ke falan tabqay ke log, falan tabqay ke log, yeh log, woh log.</w:t>
      </w:r>
    </w:p>
    <w:p>
      <w:pPr>
        <w:jc w:val="right"/>
      </w:pPr>
      <w:r>
        <w:t>قرآن میں آتا ہے کہ "فہم یوزون"۔ ان کی کیٹگری بنائی جائے گی، مختلف کیٹگری بنائی جائے گی، کیٹگرائز کیا جائے گا لوگوں کو کہ فلاں طبقے کے لوگ، فلاں طبقے کے لوگ، یہ لوگ، وہ لوگ۔</w:t>
      </w:r>
    </w:p>
    <w:p>
      <w:r>
        <w:rPr>
          <w:b/>
        </w:rPr>
        <w:t xml:space="preserve">[14:28] </w:t>
      </w:r>
      <w:r>
        <w:t>to maine sochte sochte mere mind mara ke hajj ke maidan mein shayad yeh bhi do category hogi ke maqri group aur quran man group.</w:t>
      </w:r>
    </w:p>
    <w:p>
      <w:pPr>
        <w:jc w:val="right"/>
      </w:pPr>
      <w:r>
        <w:t>تو میں نے سوچتے سوچتے میرے مائنڈ مارا کہ حج کے میدان میں شاید یہ بھی دو کیٹگری ہوگی کہ مقری گروپ اور قرآن مین گروپ۔</w:t>
      </w:r>
    </w:p>
    <w:p>
      <w:r>
        <w:rPr>
          <w:b/>
        </w:rPr>
        <w:t xml:space="preserve">[14:43] </w:t>
      </w:r>
      <w:r>
        <w:t>ek maqri group hoga aur ek quran man group hoga. aur shayad wahan aisa ho ke awaz di jaye ke "aain maqri log, un ko aaj Allah ki taraf se inam diya jayega".</w:t>
      </w:r>
    </w:p>
    <w:p>
      <w:pPr>
        <w:jc w:val="right"/>
      </w:pPr>
      <w:r>
        <w:t>ایک مقری گروپ ہوگا اور ایک قرآن مین گروپ ہوگا۔ اور شاید وہاں ایسا ہو کہ آواز دی جائے کہ "آئیں مقری لوگ، ان کو آج اللہ کی طرف سے انعام دیا جائے گا"۔</w:t>
      </w:r>
    </w:p>
    <w:p>
      <w:r>
        <w:rPr>
          <w:b/>
        </w:rPr>
        <w:t xml:space="preserve">[14:58] </w:t>
      </w:r>
      <w:r>
        <w:t>phir shayad yeh bhi ho ke "aain quran man log, un ko Allah ki taraf se khaas inam diya jayega".</w:t>
      </w:r>
    </w:p>
    <w:p>
      <w:pPr>
        <w:jc w:val="right"/>
      </w:pPr>
      <w:r>
        <w:t>پھر شاید یہ بھی ہو کہ "آئیں قرآن مین لوگ، ان کو اللہ کی طرف سے خاص انعام دیا جائے گا"۔</w:t>
      </w:r>
    </w:p>
    <w:p>
      <w:r>
        <w:rPr>
          <w:b/>
        </w:rPr>
        <w:t xml:space="preserve">[15:09] </w:t>
      </w:r>
      <w:r>
        <w:t>to yeh saada baat nahi hai, bohat bari baat hai,</w:t>
      </w:r>
    </w:p>
    <w:p>
      <w:pPr>
        <w:jc w:val="right"/>
      </w:pPr>
      <w:r>
        <w:t>تو یہ سادہ بات نہیں ہے، بہت بڑی بات ہے،</w:t>
      </w:r>
    </w:p>
    <w:p>
      <w:r>
        <w:rPr>
          <w:b/>
        </w:rPr>
        <w:t xml:space="preserve">[15:16] </w:t>
      </w:r>
      <w:r>
        <w:t>bohat bari baat hai. phir is par sochte hue, is mozu par sochte hue, mujhe ek ek baat samajh mein aayi, woh main aap ke samne arz karna chahta hoon.</w:t>
      </w:r>
    </w:p>
    <w:p>
      <w:pPr>
        <w:jc w:val="right"/>
      </w:pPr>
      <w:r>
        <w:t>بہت بڑی بات ہے۔ پھر اس پر سوچتے ہوئے، اس موضوع پر سوچتے ہوئے، مجھے ایک ایک بات سمجھ میں آئی، وہ میں آپ کے سامنے عرض کرنا چاہتا ہوں۔</w:t>
      </w:r>
    </w:p>
    <w:p>
      <w:r>
        <w:rPr>
          <w:b/>
        </w:rPr>
        <w:t xml:space="preserve">[15:28] </w:t>
      </w:r>
      <w:r>
        <w:t>agar aap hazar baras mein jo literature tayar hua hai quran par aur islam par, is ko mutala karen aap</w:t>
      </w:r>
    </w:p>
    <w:p>
      <w:pPr>
        <w:jc w:val="right"/>
      </w:pPr>
      <w:r>
        <w:t>اگر آپ ہزار برس میں جو لیٹریچر تیار ہوا ہے قرآن پر اور اسلام پر، اس کو مطالعہ کریں آپ</w:t>
      </w:r>
    </w:p>
    <w:p>
      <w:r>
        <w:rPr>
          <w:b/>
        </w:rPr>
        <w:t xml:space="preserve">[15:39] </w:t>
      </w:r>
      <w:r>
        <w:t>, to ek ajeeb baat samne aati hai ke quran ka ke jo ghawamiz the, jo ameeq maani the, wahi oujhal reh gaye. bohat ajeeb baat hai yeh.</w:t>
      </w:r>
    </w:p>
    <w:p>
      <w:pPr>
        <w:jc w:val="right"/>
      </w:pPr>
      <w:r>
        <w:t>، تو ایک عجیب بات سامنے آتی ہے کہ قرآن کا کہ جو غوامز تھے، جو عمیق معنی تھے، وہی اوجھل رہ گئے۔ بہت عجیب بات ہے یہ۔</w:t>
      </w:r>
    </w:p>
    <w:p>
      <w:r>
        <w:rPr>
          <w:b/>
        </w:rPr>
        <w:t xml:space="preserve">[15:50] </w:t>
      </w:r>
      <w:r>
        <w:t>main to khud muddaton pareshan raha, kitaben parta tha, mujhe itminan nahi hota tha. kyun ke jo gehre maani hain quran ke, woh milte nahi in kitabon mein.</w:t>
      </w:r>
    </w:p>
    <w:p>
      <w:pPr>
        <w:jc w:val="right"/>
      </w:pPr>
      <w:r>
        <w:t>میں تو خود مدتوں پریشان رہا، کتابیں پڑھتا تھا، مجھے اطمینان نہیں ہوتا تھا۔ کیونکہ جو گہرے معنی ہیں قرآن کے، وہ ملتے نہیں ان کتابوں میں۔</w:t>
      </w:r>
    </w:p>
    <w:p>
      <w:r>
        <w:rPr>
          <w:b/>
        </w:rPr>
        <w:t xml:space="preserve">[16:01] </w:t>
      </w:r>
      <w:r>
        <w:t>hata ke ek hinduon mein ek firqa hai, un ki kitab hai "holy book", un ki jo "kaldam sharif" kehte hain, is ko woh chota sa firqa hai, is ko kehte hain "parnami firqa".</w:t>
      </w:r>
    </w:p>
    <w:p>
      <w:pPr>
        <w:jc w:val="right"/>
      </w:pPr>
      <w:r>
        <w:t>حتی کہ ایک ہندوؤں میں ایک فرقہ ہے، ان کی کتاب ہے "ہولی بک"، ان کی جو "کلدم شریف" کہتے ہیں، اس کو وہ چھوٹا سا فرقہ ہے، اس کو کہتے ہیں "پرنامی فرقہ"۔</w:t>
      </w:r>
    </w:p>
    <w:p>
      <w:r>
        <w:rPr>
          <w:b/>
        </w:rPr>
        <w:t xml:space="preserve">[16:15] </w:t>
      </w:r>
      <w:r>
        <w:t>pehlay zamanay mein bana tha yeh jab yahan par musalmanon ki hukumat thi aur sufiyon ka daur tha. to ek hinduon mein ek firqa bana tha, "parnami firqa", is ke kuch log dilli mein bhi hain.</w:t>
      </w:r>
    </w:p>
    <w:p>
      <w:pPr>
        <w:jc w:val="right"/>
      </w:pPr>
      <w:r>
        <w:t>پہلے زمانے میں بنا تھا یہ جب یہاں پر مسلمانوں کی حکومت تھی اور صوفیاء کا دور تھا۔ تو ایک ہندوؤں میں ایک فرقہ بنا تھا، "پرنامی فرقہ"، اس کے کچھ لوگ دلی میں بھی ہیں۔</w:t>
      </w:r>
    </w:p>
    <w:p>
      <w:r>
        <w:rPr>
          <w:b/>
        </w:rPr>
        <w:t xml:space="preserve">[16:31] </w:t>
      </w:r>
      <w:r>
        <w:t>to un ki jo muqaddas kitab hai, un ke guru ne jo likha tha,</w:t>
      </w:r>
    </w:p>
    <w:p>
      <w:pPr>
        <w:jc w:val="right"/>
      </w:pPr>
      <w:r>
        <w:t>تو ان کی جو مقدس کتاب ہے، ان کے گرو نے جو لکھا تھا،</w:t>
      </w:r>
    </w:p>
    <w:p>
      <w:r>
        <w:rPr>
          <w:b/>
        </w:rPr>
        <w:t xml:space="preserve">[16:38] </w:t>
      </w:r>
      <w:r>
        <w:t>is ka naam hai "kaldam sharif". to is mein ek line yeh hai ke "bakr rahi furqan".</w:t>
      </w:r>
    </w:p>
    <w:p>
      <w:pPr>
        <w:jc w:val="right"/>
      </w:pPr>
      <w:r>
        <w:t>اس کا نام ہے "کلدم شریف"۔ تو اس میں ایک لائن یہ ہے کہ "بکر رہی فرقان"۔</w:t>
      </w:r>
    </w:p>
    <w:p>
      <w:r>
        <w:rPr>
          <w:b/>
        </w:rPr>
        <w:t xml:space="preserve">[16:48] </w:t>
      </w:r>
      <w:r>
        <w:t>wo aadmi bohat aalim tha, parha tha us ne quran ki tafsiron ko. to us ne likha apni kitab mein ke "bakr rahi furqan".</w:t>
      </w:r>
    </w:p>
    <w:p>
      <w:pPr>
        <w:jc w:val="right"/>
      </w:pPr>
      <w:r>
        <w:t>وہ آدمی بہت عالم تھا، پڑھا تھا اس نے قرآن کی تفسیروں کو۔ تو اس نے لکھا اپنی کتاب میں کہ "بکر رہی فرقان"۔</w:t>
      </w:r>
    </w:p>
    <w:p>
      <w:r>
        <w:rPr>
          <w:b/>
        </w:rPr>
        <w:t xml:space="preserve">[16:58] </w:t>
      </w:r>
      <w:r>
        <w:t>bakr matlab kunwari,</w:t>
      </w:r>
    </w:p>
    <w:p>
      <w:pPr>
        <w:jc w:val="right"/>
      </w:pPr>
      <w:r>
        <w:t>بکر مطلب کنواری،</w:t>
      </w:r>
    </w:p>
    <w:p>
      <w:r>
        <w:rPr>
          <w:b/>
        </w:rPr>
        <w:t xml:space="preserve">[17:01] </w:t>
      </w:r>
      <w:r>
        <w:t>furqan quran kunwara reh gaya. apne andaz mein us ne yeh baat kahi ke quran ke maani jo hain, khule nahi.</w:t>
      </w:r>
    </w:p>
    <w:p>
      <w:pPr>
        <w:jc w:val="right"/>
      </w:pPr>
      <w:r>
        <w:t>فرقان قرآن کنوارا رہ گیا۔ اپنے انداز میں اس نے یہ بات کہی کہ قرآن کے معنی جو ہیں، کھلے نہیں۔</w:t>
      </w:r>
    </w:p>
    <w:p>
      <w:r>
        <w:rPr>
          <w:b/>
        </w:rPr>
        <w:t xml:space="preserve">[17:14] </w:t>
      </w:r>
      <w:r>
        <w:t>yeh bohat ajeeb baat hai. khud mera ehsas yahi hai, us ne yeh baat likhi. to is par ghor karte hue jo baat samajh mein aayi, woh main aap ke samne rakhta hoon.</w:t>
      </w:r>
    </w:p>
    <w:p>
      <w:pPr>
        <w:jc w:val="right"/>
      </w:pPr>
      <w:r>
        <w:t>یہ بہت عجیب بات ہے۔ خود میرا احساس یہی ہے، اس نے یہ بات لکھی۔ تو اس پر غور کرتے ہوئے جو بات سمجھ میں آئی، وہ میں آپ کے سامنے رکھتا ہوں۔</w:t>
      </w:r>
    </w:p>
    <w:p>
      <w:r>
        <w:rPr>
          <w:b/>
        </w:rPr>
        <w:t xml:space="preserve">[17:27] </w:t>
      </w:r>
      <w:r>
        <w:t>quran mein ek surah hai, surah waqia.</w:t>
      </w:r>
    </w:p>
    <w:p>
      <w:pPr>
        <w:jc w:val="right"/>
      </w:pPr>
      <w:r>
        <w:t>قرآن میں ایک سورہ ہے، سورہ الواقعہ۔</w:t>
      </w:r>
    </w:p>
    <w:p>
      <w:r>
        <w:rPr>
          <w:b/>
        </w:rPr>
        <w:t xml:space="preserve">[17:31] </w:t>
      </w:r>
      <w:r>
        <w:t>is mein aik ayat hai: "la yamassahu illal mutahharoon". quran ko nahi chhoote magar pak log.</w:t>
      </w:r>
    </w:p>
    <w:p>
      <w:pPr>
        <w:jc w:val="right"/>
      </w:pPr>
      <w:r>
        <w:t>اس میں ایک آیت ہے: "لایمسہ الا المطہرون"۔ قرآن کو نہیں چھوتے مگر پاک لوگ۔</w:t>
      </w:r>
    </w:p>
    <w:p>
      <w:r>
        <w:rPr>
          <w:b/>
        </w:rPr>
        <w:t xml:space="preserve">[17:43] </w:t>
      </w:r>
      <w:r>
        <w:t>quran ko nahi chhoote magar pak log. to aam taur par is ka matlab yeh samjha jata hai ke quran ko bawazoo log chhooein.</w:t>
      </w:r>
    </w:p>
    <w:p>
      <w:pPr>
        <w:jc w:val="right"/>
      </w:pPr>
      <w:r>
        <w:t>قرآن کو نہیں چھوتے مگر پاک لوگ۔ تو عام طور پر اس کا مطلب یہ سمجھا جاتا ہے کہ قرآن کو باوضو لوگ چھوئیں۔</w:t>
      </w:r>
    </w:p>
    <w:p>
      <w:r>
        <w:rPr>
          <w:b/>
        </w:rPr>
        <w:t xml:space="preserve">[17:56] </w:t>
      </w:r>
      <w:r>
        <w:t>jab tak wazoo na ho, aap quran ko chhoo nahi sakte.</w:t>
      </w:r>
    </w:p>
    <w:p>
      <w:pPr>
        <w:jc w:val="right"/>
      </w:pPr>
      <w:r>
        <w:t>جب تک وضو نہ ہو، آپ قرآن کو چھو نہیں سکتے۔</w:t>
      </w:r>
    </w:p>
    <w:p>
      <w:r>
        <w:rPr>
          <w:b/>
        </w:rPr>
        <w:t xml:space="preserve">[18:00] </w:t>
      </w:r>
      <w:r>
        <w:t>aik martaba mein aik aik baray aalim ke wahan gaya to woh aik aadmi quran le kar aaya, aik aik talib ilm.</w:t>
      </w:r>
    </w:p>
    <w:p>
      <w:pPr>
        <w:jc w:val="right"/>
      </w:pPr>
      <w:r>
        <w:t>ایک مرتبہ میں ایک ایک بڑے عالم کے وہاں گیا تو وہ ایک آدمی قرآن لے کر آیا، ایک ایک طالب علم۔</w:t>
      </w:r>
    </w:p>
    <w:p>
      <w:r>
        <w:rPr>
          <w:b/>
        </w:rPr>
        <w:t xml:space="preserve">[18:12] </w:t>
      </w:r>
      <w:r>
        <w:t>to is mein kuch batana tha un ko, to woh bawazoo nahi thay. to unhon ne chhua aur quran ko is tarah se chadar un ke paas thi. isi chadar mein aisa haath jo hai, chadar dhaka hua, is tarah se woh quran ka warq ulta.</w:t>
      </w:r>
    </w:p>
    <w:p>
      <w:pPr>
        <w:jc w:val="right"/>
      </w:pPr>
      <w:r>
        <w:t>تو اس میں کچھ بتانا تھا ان کو، تو وہ باوضو نہیں تھے۔ تو انہوں نے چھوا اور قرآن کو اس طرح سے چادر ان کے پاس تھی۔ اسی چادر میں ایسا ہاتھ جو ہے، چادر ڈھکا ہوا، اس طرح سے وہ قرآن کا ورق الٹا۔</w:t>
      </w:r>
    </w:p>
    <w:p>
      <w:r>
        <w:rPr>
          <w:b/>
        </w:rPr>
        <w:t xml:space="preserve">[18:24] </w:t>
      </w:r>
      <w:r>
        <w:t>unhon ne</w:t>
      </w:r>
    </w:p>
    <w:p>
      <w:pPr>
        <w:jc w:val="right"/>
      </w:pPr>
      <w:r>
        <w:t>انہوں نے</w:t>
      </w:r>
    </w:p>
    <w:p>
      <w:r>
        <w:rPr>
          <w:b/>
        </w:rPr>
        <w:t xml:space="preserve">[18:26] </w:t>
      </w:r>
      <w:r>
        <w:t>quran ke page jo hai, is tarah ulte. unhon ne kyunke woh bawazoo nahi thay, to chhoo nahi sakte thay. woh</w:t>
      </w:r>
    </w:p>
    <w:p>
      <w:pPr>
        <w:jc w:val="right"/>
      </w:pPr>
      <w:r>
        <w:t>قرآن کے پیج جو ہے، اس طرح الٹے۔ انہوں نے کیونکہ وہ باوضو نہیں تھے، تو چھو نہیں سکتے تھے۔ وہ</w:t>
      </w:r>
    </w:p>
    <w:p>
      <w:r>
        <w:rPr>
          <w:b/>
        </w:rPr>
        <w:t xml:space="preserve">[18:34] </w:t>
      </w:r>
      <w:r>
        <w:t>aik aur matlab yeh bataya jata hai ke is ko sirf farishtay chhoote hain. jab utara jata hai quran, to farishtay utarte hain. is ke ilawa yeh bhi aik tafseer ki gayi hai ke quran ke mani tak un ki pahunch hoti hai jo achhay kirdar ke log hon.</w:t>
      </w:r>
    </w:p>
    <w:p>
      <w:pPr>
        <w:jc w:val="right"/>
      </w:pPr>
      <w:r>
        <w:t>ایک اور مطلب یہ بتایا جاتا ہے کہ اس کو صرف فرشتے چھوتے ہیں۔ جب اتارا جاتا ہے قرآن، تو فرشتے اتارتے ہیں۔ اس کے علاوہ یہ بھی ایک تفسیر کی گئی ہے کہ قرآن کے معنی تک ان کی پہنچ ہوتی ہے جو اچھے کردار کے لوگ ہوں۔</w:t>
      </w:r>
    </w:p>
    <w:p>
      <w:r>
        <w:rPr>
          <w:b/>
        </w:rPr>
        <w:t xml:space="preserve">[18:53] </w:t>
      </w:r>
      <w:r>
        <w:t>yeh bhi, lekin yeh bhi clear nahi hota. is se مبہم yeh mein jaan bohat dinon se parhta tha. yeh baatein mujhe samajh mein aati theen ke achhay kirdar ka matlab kya hai.</w:t>
      </w:r>
    </w:p>
    <w:p>
      <w:pPr>
        <w:jc w:val="right"/>
      </w:pPr>
      <w:r>
        <w:t>یہ بھی، لیکن یہ بھی کلیئر نہیں ہوتا۔ اس سے مبہم یہ میں جان بہت دنوں سے پڑھتا تھا۔ یہ باتیں مجھے سمجھ میں آتی تھیں کہ اچھے کردار کا مطلب کیا ہے۔</w:t>
      </w:r>
    </w:p>
    <w:p>
      <w:r>
        <w:rPr>
          <w:b/>
        </w:rPr>
        <w:t xml:space="preserve">[19:05] </w:t>
      </w:r>
      <w:r>
        <w:t>apne kuch tajurbe se mujhe sari yeh baat aayi ke yeh kya matlab hai ke quran ke mani tak un ki pahunch nahi hoti jo pak pakeeza na hon.</w:t>
      </w:r>
    </w:p>
    <w:p>
      <w:pPr>
        <w:jc w:val="right"/>
      </w:pPr>
      <w:r>
        <w:t>اپنے کچھ تجربے سے مجھے ساری یہ بات آئی کہ یہ کیا مطلب ہے کہ قرآن کے معنی تک ان کی پہنچ نہیں ہوتی جو پاک پاکیزہ نہ ہوں۔</w:t>
      </w:r>
    </w:p>
    <w:p>
      <w:r>
        <w:rPr>
          <w:b/>
        </w:rPr>
        <w:t xml:space="preserve">[19:20] </w:t>
      </w:r>
      <w:r>
        <w:t>abhi dekhiye, kal parson aik sahib ko telephone mere paas aaya to unhon ne kaha ke mein to barson se aap se, mein ne cut off ho gaya tha.</w:t>
      </w:r>
    </w:p>
    <w:p>
      <w:pPr>
        <w:jc w:val="right"/>
      </w:pPr>
      <w:r>
        <w:t>ابھی دیکھیے، کل پرسوں ایک صاحب کو ٹیلی فون میرے پاس آیا تو انہوں نے کہا کہ میں تو برسوں سے آپ سے، میں نے کٹ آف ہو گیا تھا۔</w:t>
      </w:r>
    </w:p>
    <w:p>
      <w:r>
        <w:rPr>
          <w:b/>
        </w:rPr>
        <w:t xml:space="preserve">[19:32] </w:t>
      </w:r>
      <w:r>
        <w:t>aaj falan wajah se mein aap ko telephone kar raha hoon. woh kaha ke gujrat ka jo qissa hua, gujrat ka jo fasad hua, to aap ne is par koi sakht bayani nahi di.</w:t>
      </w:r>
    </w:p>
    <w:p>
      <w:pPr>
        <w:jc w:val="right"/>
      </w:pPr>
      <w:r>
        <w:t>آج فلاں وجہ سے میں آپ کو ٹیلی فون کر رہا ہوں۔ وہ کہا کہ گجرات کا جو قصہ ہوا، گجرات کا جو فساد ہوا، تو آپ نے اس پر کوئی سخت بیانی نہیں دیا۔</w:t>
      </w:r>
    </w:p>
    <w:p>
      <w:r>
        <w:rPr>
          <w:b/>
        </w:rPr>
        <w:t xml:space="preserve">[19:44] </w:t>
      </w:r>
      <w:r>
        <w:t>saare log is par sakht bayan de rahe hain</w:t>
      </w:r>
    </w:p>
    <w:p>
      <w:pPr>
        <w:jc w:val="right"/>
      </w:pPr>
      <w:r>
        <w:t>سارے لوگ اس پر سخت بیان دے رہے ہیں</w:t>
      </w:r>
    </w:p>
    <w:p>
      <w:r>
        <w:rPr>
          <w:b/>
        </w:rPr>
        <w:t xml:space="preserve">[19:49] </w:t>
      </w:r>
      <w:r>
        <w:t>kamaral party ke khilaf, aur aap ne koi sakht bayani nahi di. tab se mein aap se cut gaya. aise hi aik sahib jo hain, woh bahar rehte hain to babri masjid ke sawal par woh cut gaye hum se.</w:t>
      </w:r>
    </w:p>
    <w:p>
      <w:pPr>
        <w:jc w:val="right"/>
      </w:pPr>
      <w:r>
        <w:t>کمرل پارٹی کے خلاف، اور آپ نے کوئی سخت بیانی نہیں دیا۔ تب سے میں آپ سے کٹ گیا۔ ایسے ہی ایک صاحب جو ہیں، وہ باہر رہتے ہیں تو بابری مسجد کے سوال پر وہ کٹ گئے ہم سے۔</w:t>
      </w:r>
    </w:p>
    <w:p>
      <w:r>
        <w:rPr>
          <w:b/>
        </w:rPr>
        <w:t xml:space="preserve">[20:04] </w:t>
      </w:r>
      <w:r>
        <w:t>hum se pehle jure hue thay, woh unhon ne telephone aaya, un ka ke bhai babri masjid ke mamle mein aap ka jo موقف tha, sakht موقف ikhtiyar karna chahiye tha.</w:t>
      </w:r>
    </w:p>
    <w:p>
      <w:pPr>
        <w:jc w:val="right"/>
      </w:pPr>
      <w:r>
        <w:t>ہم سے پہلے جڑے ہوئے تھے، وہ انہوں نے ٹیلی فون آیا، ان کا کہ بھئی بابری مسجد کے معاملے میں آپ کا جو موقف تھا، سخت موقف اختیار کرنا چاہیے تھا۔</w:t>
      </w:r>
    </w:p>
    <w:p>
      <w:r>
        <w:rPr>
          <w:b/>
        </w:rPr>
        <w:t xml:space="preserve">[20:15] </w:t>
      </w:r>
      <w:r>
        <w:t>aap ko jo logon ko nithaya tha, us ko lekin aap ko sakht موقف hi ikhtiyar nahi kiya. aap</w:t>
      </w:r>
    </w:p>
    <w:p>
      <w:pPr>
        <w:jc w:val="right"/>
      </w:pPr>
      <w:r>
        <w:t>آپ کو جو لوگوں کو نٹھایا تھا، اس کو لیکن آپ کو سخت موقف ہی اختیار نہیں کیا۔ آپ</w:t>
      </w:r>
    </w:p>
    <w:p>
      <w:r>
        <w:rPr>
          <w:b/>
        </w:rPr>
        <w:t xml:space="preserve">[20:19] </w:t>
      </w:r>
      <w:r>
        <w:t>ne kaise aadmi hain? aap woh cut gaye. aise hi kai arab cut gaye hum se ke hum ne israel ke baray mein sakht sakht موقف nahi ikhtiyar kiya.</w:t>
      </w:r>
    </w:p>
    <w:p>
      <w:pPr>
        <w:jc w:val="right"/>
      </w:pPr>
      <w:r>
        <w:t>نے کیسے آدمی ہیں؟ آپ وہ کٹ گئے۔ ایسے ہی کئی عرب کٹ گئے ہم سے کہ ہم نے اسرائیل کے بارے میں سخت سخت موقف نہیں اختیار کیا۔</w:t>
      </w:r>
    </w:p>
    <w:p>
      <w:r>
        <w:rPr>
          <w:b/>
        </w:rPr>
        <w:t xml:space="preserve">[20:29] </w:t>
      </w:r>
      <w:r>
        <w:t>ke israel to bohat hi qabil nafrat hai, aur aap is ko sakht موقف aap ne nahi ikhtiyar kiya. is ko koi sakht bayan nahi diya.</w:t>
      </w:r>
    </w:p>
    <w:p>
      <w:pPr>
        <w:jc w:val="right"/>
      </w:pPr>
      <w:r>
        <w:t>کہ اسرائیل تو بہت ہی قابل نفرت ہے، اور آپ اس کو سخت موقف آپ نے نہیں اختیار کیا۔ اس کو کوئی سخت بیان نہیں دیا۔</w:t>
      </w:r>
    </w:p>
    <w:p>
      <w:r>
        <w:rPr>
          <w:b/>
        </w:rPr>
        <w:t xml:space="preserve">[20:37] </w:t>
      </w:r>
      <w:r>
        <w:t>is ke upar aap ne aise hi kashmir ke mamle mein kuch log ghussa ho gaye. to is se wajah se ab woh yeh sab woh log hain jo quran ko samajhte nahi.</w:t>
      </w:r>
    </w:p>
    <w:p>
      <w:pPr>
        <w:jc w:val="right"/>
      </w:pPr>
      <w:r>
        <w:t>اس کے اوپر آپ نے ایسے ہی کشمیر کے معاملے میں کچھ لوگ غصہ ہو گئے۔ تو اس سے وجہ سے اب وہ یہ سب وہ لوگ ہیں جو قرآن کو سمجھتے نہیں۔</w:t>
      </w:r>
    </w:p>
    <w:p>
      <w:r>
        <w:rPr>
          <w:b/>
        </w:rPr>
        <w:t xml:space="preserve">[20:49] </w:t>
      </w:r>
      <w:r>
        <w:t>tab mujhe samajh mein aaya ke asal cheez kya hai. yeh jo ayat hai ke quran ke mani tak un ki pahunch nahi hoti jo tahir na hon, jo pakeeza na hon.</w:t>
      </w:r>
    </w:p>
    <w:p>
      <w:pPr>
        <w:jc w:val="right"/>
      </w:pPr>
      <w:r>
        <w:t>تب مجھے سمجھ میں آیا کہ اصل چیز کیا ہے۔ یہ جو آیت ہے کہ قرآن کے معنی تک ان کی پہنچ نہیں ہوتی جو طاہر نہ ہوں، جو پاکیزہ نہ ہوں۔</w:t>
      </w:r>
    </w:p>
    <w:p>
      <w:r>
        <w:rPr>
          <w:b/>
        </w:rPr>
        <w:t xml:space="preserve">[21:02] </w:t>
      </w:r>
      <w:r>
        <w:t>is ka matlab kya hai? jo negative thinking se pak hoga, jo us ke andar positive thinking hogi, wohi quran ko samjhega.</w:t>
      </w:r>
    </w:p>
    <w:p>
      <w:pPr>
        <w:jc w:val="right"/>
      </w:pPr>
      <w:r>
        <w:t>اس کا مطلب کیا ہے؟ جو نیگیٹیو تھنکنگ سے پاک ہوگا، جو اس کے اندر پازیٹیو تھنکنگ ہوگی، وہی قرآن کو سمجھے گا۔</w:t>
      </w:r>
    </w:p>
    <w:p>
      <w:r>
        <w:rPr>
          <w:b/>
        </w:rPr>
        <w:t xml:space="preserve">[21:17] </w:t>
      </w:r>
      <w:r>
        <w:t>aap ka dil jab tak nafrat se khali na ho, quran ko aap samajh nahi sakte. aap wajah kya hai? quran ka jo author hai, woh Allah taala hai.</w:t>
      </w:r>
    </w:p>
    <w:p>
      <w:pPr>
        <w:jc w:val="right"/>
      </w:pPr>
      <w:r>
        <w:t>آپ کا دل جب تک نفرت سے خالی نہ ہو، قرآن کو آپ سمجھ نہیں سکتے۔ آپ وجہ کیا ہے؟ قرآن کا جو اتھر ہے، وہ اللہ تعالیٰ ہے۔</w:t>
      </w:r>
    </w:p>
    <w:p>
      <w:r>
        <w:rPr>
          <w:b/>
        </w:rPr>
        <w:t xml:space="preserve">[21:28] </w:t>
      </w:r>
      <w:r>
        <w:t>quran ki nazar mein saare insan barabar hain. al khalq o ayal Allah. quran quran ka author kisi se nafrat nahi karta.</w:t>
      </w:r>
    </w:p>
    <w:p>
      <w:pPr>
        <w:jc w:val="right"/>
      </w:pPr>
      <w:r>
        <w:t>قرآن کی نظر میں سارے انسان برابر ہیں۔ الخلق و عیال اللہ۔ قرآن قرآن کا اتھر کسی سے نفرت نہیں کرتا۔</w:t>
      </w:r>
    </w:p>
    <w:p>
      <w:r>
        <w:rPr>
          <w:b/>
        </w:rPr>
        <w:t xml:space="preserve">[21:40] </w:t>
      </w:r>
      <w:r>
        <w:t>al khalq o ayal Allah. family yani poori bankaind Allah ki family hai. to jab author is qism ka hai ke hundred percent woh positive thinker hai, aur kisi ke khilaf is ke andar nafrat nahi,</w:t>
      </w:r>
    </w:p>
    <w:p>
      <w:pPr>
        <w:jc w:val="right"/>
      </w:pPr>
      <w:r>
        <w:t>الخلق و عیال اللہ۔ فیملی یعنی پوری بینکائنڈ اللہ کی فیملی ہے۔ تو جب اتھر اس قسم کا ہے کہ ہنڈرڈ پرسنٹ وہ پازیٹیو تھنکر ہے، اور کسی کے خلاف اس کے اندر نفرت نہیں،</w:t>
      </w:r>
    </w:p>
    <w:p>
      <w:r>
        <w:rPr>
          <w:b/>
        </w:rPr>
        <w:t xml:space="preserve">[21:58] </w:t>
      </w:r>
      <w:r>
        <w:t>to yahi baat reader mein bhi hogi. tab samajh paayenge aap quran majeed ko. yani author ne jis zehn se likha hai, woh woh completely positive zehn tha.</w:t>
      </w:r>
    </w:p>
    <w:p>
      <w:pPr>
        <w:jc w:val="right"/>
      </w:pPr>
      <w:r>
        <w:t>تو یہی بات ریڈر میں بھی ہوگی۔ تب سمجھ پائیں گے آپ قرآن مجید کو۔ یعنی اتھر نے جس ذہن سے لکھا ہے، وہ وہ کمپلیٹلی پازیٹیو ذہن تھا۔</w:t>
      </w:r>
    </w:p>
    <w:p>
      <w:r>
        <w:rPr>
          <w:b/>
        </w:rPr>
        <w:t xml:space="preserve">[22:07] </w:t>
      </w:r>
      <w:r>
        <w:t>woh</w:t>
      </w:r>
    </w:p>
    <w:p>
      <w:pPr>
        <w:jc w:val="right"/>
      </w:pPr>
      <w:r>
        <w:t>وہ</w:t>
      </w:r>
    </w:p>
    <w:p>
      <w:r>
        <w:rPr>
          <w:b/>
        </w:rPr>
        <w:t xml:space="preserve">[22:08] </w:t>
      </w:r>
      <w:r>
        <w:t>yani aik positive minds ke se nikla hai quran. toh negative thought jinke dilon mein ho, woh kaise samjhenge? is ko kuch nahi samajh sakte.</w:t>
      </w:r>
    </w:p>
    <w:p>
      <w:pPr>
        <w:jc w:val="right"/>
      </w:pPr>
      <w:r>
        <w:t>یعنی ایک پازیٹیو مائنڈز کے سے نکلا ہے قرآن۔ تو نیگیٹیو تھاٹ جن کے دلوں میں ہو، وہ کیسے سمجھیں گے؟ اس کو کچھ نہیں سمجھ سکتے۔</w:t>
      </w:r>
    </w:p>
    <w:p>
      <w:r>
        <w:rPr>
          <w:b/>
        </w:rPr>
        <w:t xml:space="preserve">[22:18] </w:t>
      </w:r>
      <w:r>
        <w:t>woh toh jarr ki baat kiya hai ke kuch bhi duniya mein ho, gujrat ka fasad ho, bawri masjid ka waqia ho, israel qaim ho jaye falasteen mein, kashmir mein faujen dakhil ho jayen, bosnia aur chechnya ke waqiyat hon, kuch bhi ho,</w:t>
      </w:r>
    </w:p>
    <w:p>
      <w:pPr>
        <w:jc w:val="right"/>
      </w:pPr>
      <w:r>
        <w:t>وہ تو جڑ کی بات کیا ہے کہ کچھ بھی دنیا میں ہو، گجرات کا فساد ہو، باوری مسجد کا واقعہ ہو، اسرائیل قائم ہو جائے فلسطین میں، کشمیر میں فوجیں داخل ہو جائیں، بوسنیا اور چیچنیا کے واقعات ہوں، کچھ بھی ہو،</w:t>
      </w:r>
    </w:p>
    <w:p>
      <w:r>
        <w:rPr>
          <w:b/>
        </w:rPr>
        <w:t xml:space="preserve">[22:37] </w:t>
      </w:r>
      <w:r>
        <w:t>aap ki positivity bhang na ho. har haal mein aap yani negativity ka aik idea bhi aap ke dil mein na aaye, tab ja kar ke aap woh tahir qalb banenge jo quran ko samjhen.</w:t>
      </w:r>
    </w:p>
    <w:p>
      <w:pPr>
        <w:jc w:val="right"/>
      </w:pPr>
      <w:r>
        <w:t>آپ کی پازیٹیوٹی بھنگ نہ ہو۔ ہر حال میں آپ یعنی نیگیٹیوٹی کا ایک آئیڈیا بھی آپ کے دل میں نہ آئے، تب جا کر کے آپ وہ طاہر قلب بنیں گے جو قرآن کو سمجھیں۔</w:t>
      </w:r>
    </w:p>
    <w:p>
      <w:r>
        <w:rPr>
          <w:b/>
        </w:rPr>
        <w:t xml:space="preserve">[22:57] </w:t>
      </w:r>
      <w:r>
        <w:t>yeh raaz hai.</w:t>
      </w:r>
    </w:p>
    <w:p>
      <w:pPr>
        <w:jc w:val="right"/>
      </w:pPr>
      <w:r>
        <w:t>یہ راز ہے۔</w:t>
      </w:r>
    </w:p>
    <w:p>
      <w:r>
        <w:rPr>
          <w:b/>
        </w:rPr>
        <w:t xml:space="preserve">[22:59] </w:t>
      </w:r>
      <w:r>
        <w:t>toh saare log jo hain, chahe abhi mere paas telephone aaya saudi arab se, kaha ke mein yahan shauq se mil raha hoon, bade badon se mil raha hoon, ulama se mil raha hoon, sab ke sab manfi israel ko le kar ke.</w:t>
      </w:r>
    </w:p>
    <w:p>
      <w:pPr>
        <w:jc w:val="right"/>
      </w:pPr>
      <w:r>
        <w:t>تو سارے لوگ جو ہیں، چاہے ابھی میرے پاس ٹیلی فون آیا سعودی عرب سے، کہا کہ میں یہاں شوق سے مل رہا ہوں، بڑے بڑوں سے مل رہا ہوں، علماء سے مل رہا ہوں، سب کے سب منفی اسرائیل کو لے کر کے۔</w:t>
      </w:r>
    </w:p>
    <w:p>
      <w:r>
        <w:rPr>
          <w:b/>
        </w:rPr>
        <w:t xml:space="preserve">[23:14] </w:t>
      </w:r>
      <w:r>
        <w:t>woh kehte hain ke israel se ladna kiya hai? woh hamare liye masooliyat shar'iya hai, yani shar'i zimmedari hai.</w:t>
      </w:r>
    </w:p>
    <w:p>
      <w:pPr>
        <w:jc w:val="right"/>
      </w:pPr>
      <w:r>
        <w:t>وہ کہتے ہیں کہ اسرائیل سے لڑنا کیا ہے؟ وہ ہمارے لیے مسئولیت شرعیہ ہے، یعنی شرعی ذمہ داری ہے۔</w:t>
      </w:r>
    </w:p>
    <w:p>
      <w:r>
        <w:rPr>
          <w:b/>
        </w:rPr>
        <w:t xml:space="preserve">[23:27] </w:t>
      </w:r>
      <w:r>
        <w:t>bas logon ka sab se bara jo mozu hota hai, sab se bara subject hota hai, israel ko bura bhala kehna. toh har ek kahin na kahin kisi baat ko le kar negative bana hua hai.</w:t>
      </w:r>
    </w:p>
    <w:p>
      <w:pPr>
        <w:jc w:val="right"/>
      </w:pPr>
      <w:r>
        <w:t>بس لوگوں کا سب سے بڑا جو موضوع ہوتا ہے، سب سے بڑا سبجیکٹ ہوتا ہے، اسرائیل کو برا بھلا کہنا۔ تو ہر ایک کہیں نہ کہیں کسی بات کو لے کر نیگیٹیو بنا ہوا ہے۔</w:t>
      </w:r>
    </w:p>
    <w:p>
      <w:r>
        <w:rPr>
          <w:b/>
        </w:rPr>
        <w:t xml:space="preserve">[23:40] </w:t>
      </w:r>
      <w:r>
        <w:t>toh samjhen ke aap quran rasool allah ke sath jo musalmanon ke sath aaj jo ho raha hai, is se bohat zyada hua makka mein.</w:t>
      </w:r>
    </w:p>
    <w:p>
      <w:pPr>
        <w:jc w:val="right"/>
      </w:pPr>
      <w:r>
        <w:t>تو سمجھیں کہ آپ قرآن رسول اللہ کے ساتھ جو مسلمانوں کے ساتھ آج جو ہو رہا ہے، اس سے بہت زیادہ ہوا مکہ میں۔</w:t>
      </w:r>
    </w:p>
    <w:p>
      <w:r>
        <w:rPr>
          <w:b/>
        </w:rPr>
        <w:t xml:space="preserve">[23:51] </w:t>
      </w:r>
      <w:r>
        <w:t>makka mein jab 13 saal thay toh bohat ajeeb ajeeb tareeqe se pareshan kiya unhon ne. aik ajeeb waqia mein bataunga aap ko ke rasool allah sallallahu alaihi wasallam kaba mein namaz parh rahe thay, sajde mein thay.</w:t>
      </w:r>
    </w:p>
    <w:p>
      <w:pPr>
        <w:jc w:val="right"/>
      </w:pPr>
      <w:r>
        <w:t>مکہ میں جب 13 سال تھے تو بہت عجیب عجیب طریقے سے پریشان کیا انہوں نے۔ ایک عجیب واقعہ میں بتاؤں گا آپ کو کہ رسول اللہ صلی اللہ علیہ وسلم کعبہ میں نماز پڑھ رہے تھے، سجدے میں تھے۔</w:t>
      </w:r>
    </w:p>
    <w:p>
      <w:r>
        <w:rPr>
          <w:b/>
        </w:rPr>
        <w:t xml:space="preserve">[24:05] </w:t>
      </w:r>
      <w:r>
        <w:t>aap ka sir sajde mein tha, namaz parh rahe thay. toh aik sharir aadmi jo mushrik tha, woh</w:t>
      </w:r>
    </w:p>
    <w:p>
      <w:pPr>
        <w:jc w:val="right"/>
      </w:pPr>
      <w:r>
        <w:t>آپ کا سر سجدے میں تھا، نماز پڑھ رہے تھے۔ تو ایک شریر آدمی جو مشرک تھا، وہ</w:t>
      </w:r>
    </w:p>
    <w:p>
      <w:r>
        <w:rPr>
          <w:b/>
        </w:rPr>
        <w:t xml:space="preserve">[24:17] </w:t>
      </w:r>
      <w:r>
        <w:t>kya kiya? us ne ouj jo hoti hai, ouj us ke zabah kiye hue janwar ki, ouj bohat gandi jo hoti hai, zabah ke baad nikal li jati hai, woh la kar ke aap ke daal diya aap ke upar.</w:t>
      </w:r>
    </w:p>
    <w:p>
      <w:pPr>
        <w:jc w:val="right"/>
      </w:pPr>
      <w:r>
        <w:t>کیا کیا؟ اس نے اوج جو ہوتی ہے، اوج اس کے ذبح کیے ہوئے جانور کی، اوج بہت گندی جو ہوتی ہے، ذبح کے بعد نکال لی جاتی ہے، وہ لا کر کے آپ کے ڈال دیا آپ کے اوپر۔</w:t>
      </w:r>
    </w:p>
    <w:p>
      <w:r>
        <w:rPr>
          <w:b/>
        </w:rPr>
        <w:t xml:space="preserve">[24:34] </w:t>
      </w:r>
      <w:r>
        <w:t>aur sara isi mein aap ka chala gaya. aik aap ka ghutne lage, saans ghutne laga.</w:t>
      </w:r>
    </w:p>
    <w:p>
      <w:pPr>
        <w:jc w:val="right"/>
      </w:pPr>
      <w:r>
        <w:t>اور سارا اسی میں آپ کا چلا گیا۔ ایک آپ کا گھٹنے لگے، سر سانس گھٹنے لگا۔</w:t>
      </w:r>
    </w:p>
    <w:p>
      <w:r>
        <w:rPr>
          <w:b/>
        </w:rPr>
        <w:t xml:space="preserve">[24:44] </w:t>
      </w:r>
      <w:r>
        <w:t>wahan aik tareeqa tha, kisi ko bohat buri tarah marna ho toh ouj daal dete us ki, us mein toh ghut ghut kar mar jaye woh.</w:t>
      </w:r>
    </w:p>
    <w:p>
      <w:pPr>
        <w:jc w:val="right"/>
      </w:pPr>
      <w:r>
        <w:t>وہاں ایک طریقہ تھا، کسی کو بہت بری طرح مارنا ہو تو اوج ڈال دیتے اس کی، اس میں تو گھٹ گھٹ کر مر جائے وہ۔</w:t>
      </w:r>
    </w:p>
    <w:p>
      <w:r>
        <w:rPr>
          <w:b/>
        </w:rPr>
        <w:t xml:space="preserve">[24:54] </w:t>
      </w:r>
      <w:r>
        <w:t>yani yeh aik misaal hai, aise kai sare kaam kiya unhon ne. lekin jab aap migrate kar ke madina gaye, aik lafz bhi aap ne shikayat nahi ki, aik lafz bhi shikayat nahi ki.</w:t>
      </w:r>
    </w:p>
    <w:p>
      <w:pPr>
        <w:jc w:val="right"/>
      </w:pPr>
      <w:r>
        <w:t>یعنی یہ ایک مثال ہے، ایسے کئی سارے کام کیا انہوں نے۔ لیکن جب آپ مائیگریٹ کر کے مدینہ گئے، ایک لفظ بھی آپ نے شکایت نہیں کی، ایک لفظ بھی شکایت نہیں کی۔</w:t>
      </w:r>
    </w:p>
    <w:p>
      <w:r>
        <w:rPr>
          <w:b/>
        </w:rPr>
        <w:t xml:space="preserve">[25:10] </w:t>
      </w:r>
      <w:r>
        <w:t>yahan tak ke aap ke munh dar munh aap ko kehte thay ke muzammam, muzammam matlab condemned, you are a condemned person. aap kuch bhi nahi kehte thay, ghussa bhi nahi hotay thay.</w:t>
      </w:r>
    </w:p>
    <w:p>
      <w:pPr>
        <w:jc w:val="right"/>
      </w:pPr>
      <w:r>
        <w:t>یہاں تک کہ آپ کے منہ در منہ آپ کو کہتے تھے کہ مذمم، مذمم مطلب کنڈیمڈ، یو آر اے کنڈیمڈ پرسن۔ آپ کچھ بھی نہیں کہتے تھے، غصہ بھی نہیں ہوتے تھے۔</w:t>
      </w:r>
    </w:p>
    <w:p>
      <w:r>
        <w:rPr>
          <w:b/>
        </w:rPr>
        <w:t xml:space="preserve">[25:26] </w:t>
      </w:r>
      <w:r>
        <w:t>tab ja kar aadmi quran ko samajhta hai. layamassu al-mutahharun ka matlab na toh yeh hai ke farishte us ko laate hain, woh alag cheez hai.</w:t>
      </w:r>
    </w:p>
    <w:p>
      <w:pPr>
        <w:jc w:val="right"/>
      </w:pPr>
      <w:r>
        <w:t>تب جا کر آدمی قرآن کو سمجھتا ہے۔ لایمس المطہرون کا مطلب نہ تو یہ ہے کہ فرشتے اس کو لاتے ہیں، وہ الگ چیز ہے۔</w:t>
      </w:r>
    </w:p>
    <w:p>
      <w:r>
        <w:rPr>
          <w:b/>
        </w:rPr>
        <w:t xml:space="preserve">[25:37] </w:t>
      </w:r>
      <w:r>
        <w:t>yeh ke baghair wuzu ke chhoo nahi sakte, aap woh alag cheez hai.</w:t>
      </w:r>
    </w:p>
    <w:p>
      <w:pPr>
        <w:jc w:val="right"/>
      </w:pPr>
      <w:r>
        <w:t>یہ کہ بغیر وضو کے چھو نہیں سکتے، آپ وہ الگ چیز ہے۔</w:t>
      </w:r>
    </w:p>
    <w:p>
      <w:r>
        <w:rPr>
          <w:b/>
        </w:rPr>
        <w:t xml:space="preserve">[25:42] </w:t>
      </w:r>
      <w:r>
        <w:t>wuzu karna chahiye, woh alag cheez hai. bahar nahi karta, wuzu nahi karna chahiye. farishte laate hain, woh bhi laate hain, woh alag cheez hai. is se yahan jodte kyun?</w:t>
      </w:r>
    </w:p>
    <w:p>
      <w:pPr>
        <w:jc w:val="right"/>
      </w:pPr>
      <w:r>
        <w:t>وضو کرنا چاہیے، وہ الگ چیز ہے۔ باہر نہیں کرتا، وضو نہیں کرنا چاہیے۔ فرشتے لاتے ہیں، وہ بھی لاتے ہیں، وہ الگ چیز ہے۔ اس سے یہاں جوڑتے کیوں؟</w:t>
      </w:r>
    </w:p>
    <w:p>
      <w:r>
        <w:rPr>
          <w:b/>
        </w:rPr>
        <w:t xml:space="preserve">[25:50] </w:t>
      </w:r>
      <w:r>
        <w:t>aap in masail se is ka koi taluq nahi hai. is ka taluq yeh hai ke quran ke jo maani hain, quran tak jo yani meaning us ki jo hai, wahan tak pohnch un ki hoti hai jo negativity se pak ho.</w:t>
      </w:r>
    </w:p>
    <w:p>
      <w:pPr>
        <w:jc w:val="right"/>
      </w:pPr>
      <w:r>
        <w:t>آپ ان مسائل سے اس کا کوئی تعلق نہیں ہے۔ اس کا تعلق یہ ہے کہ قرآن کے جو معنی ہیں، قرآن تک جو یعنی میننگ اس کی جو ہے، وہاں تک پہنچ ان کی ہوتی ہے جو نیگیٹیوٹی سے پاک ہو۔</w:t>
      </w:r>
    </w:p>
    <w:p>
      <w:r>
        <w:rPr>
          <w:b/>
        </w:rPr>
        <w:t xml:space="preserve">[26:07] </w:t>
      </w:r>
      <w:r>
        <w:t>isi liye mein toh zor deta hoon aap logon ko ke aap kisi bhi tareeqe se aap koi manfi khayal apne dil mein na laen.</w:t>
      </w:r>
    </w:p>
    <w:p>
      <w:pPr>
        <w:jc w:val="right"/>
      </w:pPr>
      <w:r>
        <w:t>اسی لیے میں تو زور دیتا ہوں آپ لوگوں کو کہ آپ کسی بھی طریقے سے آپ کوئی منفی خیال اپنے دل میں نہ لائیں۔</w:t>
      </w:r>
    </w:p>
    <w:p>
      <w:r>
        <w:rPr>
          <w:b/>
        </w:rPr>
        <w:t xml:space="preserve">[26:16] </w:t>
      </w:r>
      <w:r>
        <w:t>kuch bhi hota hai, hota rahe. kisi ne aap ko gaali de di, kisi ne aap ko zulm kar diya, kisi ne aap ko pareshan kar diya, toh us ko aap negative ho jayen.</w:t>
      </w:r>
    </w:p>
    <w:p>
      <w:pPr>
        <w:jc w:val="right"/>
      </w:pPr>
      <w:r>
        <w:t>کچھ بھی ہوتا ہے، ہوتا رہے۔ کسی نے آپ کو گالی دے دی، کسی نے آپ کو ظلم کر دیا، کسی نے آپ کو پریشان کر دیا، تو اس کو آپ نیگیٹیو ہو جائیں۔</w:t>
      </w:r>
    </w:p>
    <w:p>
      <w:r>
        <w:rPr>
          <w:b/>
        </w:rPr>
        <w:t xml:space="preserve">[26:25] </w:t>
      </w:r>
      <w:r>
        <w:t>us ke liye le kar ke us ko aap bhula dijiye, maaf kar dijiye. aaj subah mere sath aik waqia hua, aaj hi subah ki baat hai.</w:t>
      </w:r>
    </w:p>
    <w:p>
      <w:pPr>
        <w:jc w:val="right"/>
      </w:pPr>
      <w:r>
        <w:t>اس کے لیے لے کر کے اس کو آپ بھلا دیجئے، معاف کر دیجئے۔ آج صبح میرے ساتھ ایک واقعہ ہوا، آج ہی صبح کی بات ہے۔</w:t>
      </w:r>
    </w:p>
    <w:p>
      <w:r>
        <w:rPr>
          <w:b/>
        </w:rPr>
        <w:t xml:space="preserve">[26:36] </w:t>
      </w:r>
      <w:r>
        <w:t>aik waqia hua subah ko jis se mere dil mein thoda sa takleef ho gayi. mujhe jab negative aa gaya kuch der ke liye toh barabar mein bohat der tak jab tak yahan baitha nahi hoon, tab tak mein yahi dua karta raha hoon: khuda ya is aadmi ke liye mujhe maaf farma,</w:t>
      </w:r>
    </w:p>
    <w:p>
      <w:pPr>
        <w:jc w:val="right"/>
      </w:pPr>
      <w:r>
        <w:t>ایک واقعہ ہوا صبح کو جس سے میرے دل میں تھوڑا سا تکلیف ہو گئی۔ مجھے جب نیگیٹیو آ گیا کچھ دیر کے لیے تو برابر میں بہت دیر تک جب تک یہاں بیٹھا نہیں ہوں، تب تک میں یہی دعا کرتا رہا ہوں: خدایا اس آدمی کے لیے مجھے معاف فرما،</w:t>
      </w:r>
    </w:p>
    <w:p>
      <w:r>
        <w:rPr>
          <w:b/>
        </w:rPr>
        <w:t xml:space="preserve">[26:55] </w:t>
      </w:r>
      <w:r>
        <w:t>meri taraf se us ke liye dua-e-khair likh de. yeh aaj subah ki baat hai. kisi aadmi se mujhe aik thodi si takleef ho gayi aaj</w:t>
      </w:r>
    </w:p>
    <w:p>
      <w:pPr>
        <w:jc w:val="right"/>
      </w:pPr>
      <w:r>
        <w:t>میری طرف سے اس کے لیے دعائے خیر لکھ دے۔ یہ آج صبح کی بات ہے۔ کسی آدمی سے مجھے ایک تھوڑی سی تکلیف ہو گئی آج</w:t>
      </w:r>
    </w:p>
    <w:p>
      <w:r>
        <w:rPr>
          <w:b/>
        </w:rPr>
        <w:t xml:space="preserve">[27:04] </w:t>
      </w:r>
      <w:r>
        <w:t>to mein ne kuch bola to nahi is ko, lekin dil mein kuch aisa hua to maafi mangta raha aur yeh dua karta raha: khudaaya is aadmi ke liye meri taraf se dua-e-khair likh de.</w:t>
      </w:r>
    </w:p>
    <w:p>
      <w:pPr>
        <w:jc w:val="right"/>
      </w:pPr>
      <w:r>
        <w:t>تو میں نے کچھ بولا تو نہیں اس کو، لیکن دل میں کچھ ایسا ہوا تو معافی مانگتا رہا اور یہ دعا کرتا رہا: خدایا اس آدمی کے لیے میری طرف سے دعائے خیر لکھ دے۔</w:t>
      </w:r>
    </w:p>
    <w:p>
      <w:r>
        <w:rPr>
          <w:b/>
        </w:rPr>
        <w:t xml:space="preserve">[27:15] </w:t>
      </w:r>
      <w:r>
        <w:t>kyun? yaad rakhiye, ek idea ke barabar bhi aap ke andar negative agar negativity agar aa gayi to khuda-e-kitab ko aap nahi samajh sakte.</w:t>
      </w:r>
    </w:p>
    <w:p>
      <w:pPr>
        <w:jc w:val="right"/>
      </w:pPr>
      <w:r>
        <w:t>کیوں؟ یاد رکھیے، ایک آئیڈیا کے برابر بھی آپ کے اندر نیگیٹیو اگر نیگیٹیوٹی اگر آ گئی تو خدائے کتاب کو آپ نہیں سمجھ سکتے۔</w:t>
      </w:r>
    </w:p>
    <w:p>
      <w:r>
        <w:rPr>
          <w:b/>
        </w:rPr>
        <w:t xml:space="preserve">[27:24] </w:t>
      </w:r>
      <w:r>
        <w:t>aap yeh matlab hai is aayat ka.</w:t>
      </w:r>
    </w:p>
    <w:p>
      <w:pPr>
        <w:jc w:val="right"/>
      </w:pPr>
      <w:r>
        <w:t>آپ یہ مطلب ہے اس آیت کا۔</w:t>
      </w:r>
    </w:p>
    <w:p>
      <w:r>
        <w:rPr>
          <w:b/>
        </w:rPr>
        <w:t xml:space="preserve">[27:30] </w:t>
      </w:r>
      <w:r>
        <w:t>to saare log to jee rahe hain negativity mein, yaani arab se le kar ajam tak, india se le kar america tak, har aadmi negativity mein jee raha hai.</w:t>
      </w:r>
    </w:p>
    <w:p>
      <w:pPr>
        <w:jc w:val="right"/>
      </w:pPr>
      <w:r>
        <w:t>تو سارے لوگ تو جی رہے ہیں نیگیٹیوٹی میں، یعنی عرب سے لے کر عجم تک، انڈیا سے لے کر امریکہ تک، ہر آدمی نیگیٹیوٹی میں جی رہا ہے۔</w:t>
      </w:r>
    </w:p>
    <w:p>
      <w:r>
        <w:rPr>
          <w:b/>
        </w:rPr>
        <w:t xml:space="preserve">[27:40] </w:t>
      </w:r>
      <w:r>
        <w:t>kisi na kisi waqeye ko le kar negative bana hua hai. woh bosnia ka zulm, chechnya ka zulm, israel ka zulm, kashmir ka zulm, falasteen ka zulm, aur kaun kaun sa zulm ki dastaanein?</w:t>
      </w:r>
    </w:p>
    <w:p>
      <w:pPr>
        <w:jc w:val="right"/>
      </w:pPr>
      <w:r>
        <w:t>کسی نہ کسی واقعے کو لے کر نیگیٹیو بنا ہوا ہے۔ وہ بوسنیا کا ظلم، چیچنیا کا ظلم، اسرائیل کا ظلم، کشمیر کا ظلم، فلسطین کا ظلم، اور کون کون سا ظلم کی داستانیں؟</w:t>
      </w:r>
    </w:p>
    <w:p>
      <w:r>
        <w:rPr>
          <w:b/>
        </w:rPr>
        <w:t xml:space="preserve">[27:57] </w:t>
      </w:r>
      <w:r>
        <w:t>woh jo ke media khoobi cheezon ko phailata hai, us ko log dekhte hain aur padhte hain. har aadmi jo hai, yaani har musalman jo hai, without any exception negative bana hua hai, siwaye hamare jo yahan jo hamare jo saathi hain, jahan jo aate hain, un ko bohat zyada mein is par zor deta hoon ke aap ko negativity se paak hona chahiye.</w:t>
      </w:r>
    </w:p>
    <w:p>
      <w:pPr>
        <w:jc w:val="right"/>
      </w:pPr>
      <w:r>
        <w:t>وہ جو کہ میڈیا خوبی چیزوں کو پھیلاتا ہے، اس کو لوگ دیکھتے ہیں اور پڑھتے ہیں۔ ہر آدمی جو ہے، یعنی ہر مسلمان جو ہے، ودا آؤٹ اینی ایکسیپشن نیگیٹیو بنا ہوا ہے، سوائے ہمارے جو یہاں جو ہمارے جو ساتھی ہیں، جہاں جو آتے ہیں، ان کو بہت زیادہ میں اس پر زور دیتا ہوں کہ آپ کو نیگیٹیوٹی سے پاک ہونا چاہیے۔</w:t>
      </w:r>
    </w:p>
    <w:p>
      <w:r>
        <w:rPr>
          <w:b/>
        </w:rPr>
        <w:t xml:space="preserve">[28:21] </w:t>
      </w:r>
      <w:r>
        <w:t>aur to koi bacha hua nahi hai.</w:t>
      </w:r>
    </w:p>
    <w:p>
      <w:pPr>
        <w:jc w:val="right"/>
      </w:pPr>
      <w:r>
        <w:t>اور تو کوئی بچا ہوا نہیں ہے۔</w:t>
      </w:r>
    </w:p>
    <w:p>
      <w:r>
        <w:rPr>
          <w:b/>
        </w:rPr>
        <w:t xml:space="preserve">[28:26] </w:t>
      </w:r>
      <w:r>
        <w:t>to is aayat ka matlab yeh hai ke agar tum quran ko samajhna chahte ho, us ki gehre maani tak tumhari pahunch ho, yeh tum chahte ho to apne aap ko negative thinking se aakhri had tak paak karo.</w:t>
      </w:r>
    </w:p>
    <w:p>
      <w:pPr>
        <w:jc w:val="right"/>
      </w:pPr>
      <w:r>
        <w:t>تو اس آیت کا مطلب یہ ہے کہ اگر تم قرآن کو سمجھنا چاہتے ہو، اس کی گہرے معنی تک تمہاری پہنچ ہو، یہ تم چاہتے ہو تو اپنے آپ کو نیگیٹیو تھنکنگ سے آخری حد تک پاک کرو۔</w:t>
      </w:r>
    </w:p>
    <w:p>
      <w:r>
        <w:rPr>
          <w:b/>
        </w:rPr>
        <w:t xml:space="preserve">[28:41] </w:t>
      </w:r>
      <w:r>
        <w:t>kyun? is ka author negative thinking se paak hai.</w:t>
      </w:r>
    </w:p>
    <w:p>
      <w:pPr>
        <w:jc w:val="right"/>
      </w:pPr>
      <w:r>
        <w:t>کیوں؟ اس کا اتھر نیگیٹیو تھنکنگ سے پاک ہے۔</w:t>
      </w:r>
    </w:p>
    <w:p>
      <w:r>
        <w:rPr>
          <w:b/>
        </w:rPr>
        <w:t xml:space="preserve">[28:46] </w:t>
      </w:r>
      <w:r>
        <w:t>kisi ne likha hai aam insani kitabon ke bare mein ke kisi kitab ko wahi samajh sakta hai jo apne aap ko author ke level par le jaye.</w:t>
      </w:r>
    </w:p>
    <w:p>
      <w:pPr>
        <w:jc w:val="right"/>
      </w:pPr>
      <w:r>
        <w:t>کسی نے لکھا ہے عام انسانی کتابوں کے بارے میں کہ کسی کتاب کو وہی سمجھ سکتا ہے جو اپنے آپ کو اتھر کے لیول پر لے جائے۔</w:t>
      </w:r>
    </w:p>
    <w:p>
      <w:r>
        <w:rPr>
          <w:b/>
        </w:rPr>
        <w:t xml:space="preserve">[29:00] </w:t>
      </w:r>
      <w:r>
        <w:t>yaani author ne jis zehan ke sath kitab likhi thi, us zehan tak pahunchaye apne aap ko, tab woh author, tab woh kitab ko samajh sakta hai.</w:t>
      </w:r>
    </w:p>
    <w:p>
      <w:pPr>
        <w:jc w:val="right"/>
      </w:pPr>
      <w:r>
        <w:t>یعنی اتھر نے جس ذہن کے ساتھ کتاب لکھی تھی، اس ذہن تک پہنچائے اپنے آپ کو، تب وہ اتھر، تب وہ کتاب کو سمجھ سکتا ہے۔</w:t>
      </w:r>
    </w:p>
    <w:p>
      <w:r>
        <w:rPr>
          <w:b/>
        </w:rPr>
        <w:t xml:space="preserve">[29:08] </w:t>
      </w:r>
      <w:r>
        <w:t>woh yeh insani kitab ke bare mein hai,</w:t>
      </w:r>
    </w:p>
    <w:p>
      <w:pPr>
        <w:jc w:val="right"/>
      </w:pPr>
      <w:r>
        <w:t>وہ یہ انسانی کتاب کے بارے میں ہے،</w:t>
      </w:r>
    </w:p>
    <w:p>
      <w:r>
        <w:rPr>
          <w:b/>
        </w:rPr>
        <w:t xml:space="preserve">[29:15] </w:t>
      </w:r>
      <w:r>
        <w:t>yaani aap ko author ke jagah par apne ko le aana padega, tab aap samajh payenge is kitab ko.</w:t>
      </w:r>
    </w:p>
    <w:p>
      <w:pPr>
        <w:jc w:val="right"/>
      </w:pPr>
      <w:r>
        <w:t>یعنی آپ کو اتھر کے جگہ پر اپنے کو لے آنا پڑے گا، تب آپ سمجھ پائیں گے اس کتاب کو۔</w:t>
      </w:r>
    </w:p>
    <w:p>
      <w:r>
        <w:rPr>
          <w:b/>
        </w:rPr>
        <w:t xml:space="preserve">[29:23] </w:t>
      </w:r>
      <w:r>
        <w:t>us ka yeh khayal hai to yeh cheez billion time zyada aham hai. khuda-e-kitab ke bare mein billion time zyada yeh to har ek maane ga ke khuda hundred percent positive hai.</w:t>
      </w:r>
    </w:p>
    <w:p>
      <w:pPr>
        <w:jc w:val="right"/>
      </w:pPr>
      <w:r>
        <w:t>اس کا یہ خیال ہے تو یہ چیز بلین ٹائم زیادہ اہم ہے۔ خدائے کتاب کے بارے میں بلین ٹائم زیادہ یہ تو ہر ایک مانے گا کہ خدا ہنڈرڈ پرسنٹ پازیٹیو ہے۔</w:t>
      </w:r>
    </w:p>
    <w:p>
      <w:r>
        <w:rPr>
          <w:b/>
        </w:rPr>
        <w:t xml:space="preserve">[29:37] </w:t>
      </w:r>
      <w:r>
        <w:t>negativity ka koi khayal khuda kya nahi hai?</w:t>
      </w:r>
    </w:p>
    <w:p>
      <w:pPr>
        <w:jc w:val="right"/>
      </w:pPr>
      <w:r>
        <w:t>نیگیٹیوٹی کا کوئی خیال خدا کیا نہیں ہے؟</w:t>
      </w:r>
    </w:p>
    <w:p>
      <w:r>
        <w:rPr>
          <w:b/>
        </w:rPr>
        <w:t xml:space="preserve">[29:40] </w:t>
      </w:r>
      <w:r>
        <w:t>misal ke tor par dekhiye, hazaron saal se tareekh guzar rahi hai aur khuda ka koi acknowledge nahi kar raha hai.</w:t>
      </w:r>
    </w:p>
    <w:p>
      <w:pPr>
        <w:jc w:val="right"/>
      </w:pPr>
      <w:r>
        <w:t>مثال کے طور پر دیکھیے، ہزاروں سال سے تاریخ گزر رہی ہے اور خدا کا کوئی ایکنالوجی نہیں کر رہا ہے۔</w:t>
      </w:r>
    </w:p>
    <w:p>
      <w:r>
        <w:rPr>
          <w:b/>
        </w:rPr>
        <w:t xml:space="preserve">[29:51] </w:t>
      </w:r>
      <w:r>
        <w:t>log khoob duniya mein aaram kar rahe hain, motoron par daud rahe hain, hawa zyada ud rahe hain, ghar bana rahe hain, apne bachon ko khoob dekh dekh khush hote hain.</w:t>
      </w:r>
    </w:p>
    <w:p>
      <w:pPr>
        <w:jc w:val="right"/>
      </w:pPr>
      <w:r>
        <w:t>لوگ خوب دنیا میں آرام کر رہے ہیں، موٹروں پر دوڑ رہے ہیں، ہوا زیادہ اڑ رہے ہیں، گھر بنا رہے ہیں، اپنے بچوں کو خوب دیکھ دیکھ خوش ہوتے ہیں۔</w:t>
      </w:r>
    </w:p>
    <w:p>
      <w:r>
        <w:rPr>
          <w:b/>
        </w:rPr>
        <w:t xml:space="preserve">[30:01] </w:t>
      </w:r>
      <w:r>
        <w:t>khuda kaun acknowledge karta hai?</w:t>
      </w:r>
    </w:p>
    <w:p>
      <w:pPr>
        <w:jc w:val="right"/>
      </w:pPr>
      <w:r>
        <w:t>خدا کون ایکنالج کرتا ہے؟</w:t>
      </w:r>
    </w:p>
    <w:p>
      <w:r>
        <w:rPr>
          <w:b/>
        </w:rPr>
        <w:t xml:space="preserve">[30:06] </w:t>
      </w:r>
      <w:r>
        <w:t>yaani khuda ko acknowledge karna, sachha sachhe maano mein khuda ka shukr karna aur cheezon ko khuda ki taraf se samajhna, yeh to bilkul hai hi nahi.</w:t>
      </w:r>
    </w:p>
    <w:p>
      <w:pPr>
        <w:jc w:val="right"/>
      </w:pPr>
      <w:r>
        <w:t>یعنی خدا کو ایکنالج کرنا، سچا سچے معنوں میں خدا کا شکر کرنا اور چیزوں کو خدا کی طرف سے سمجھنا، یہ تو بالکل ہے ہی نہیں۔</w:t>
      </w:r>
    </w:p>
    <w:p>
      <w:r>
        <w:rPr>
          <w:b/>
        </w:rPr>
        <w:t xml:space="preserve">[30:16] </w:t>
      </w:r>
      <w:r>
        <w:t>phir bhi khuda duniya ko, yaani chahe to ek second mein khatm kar de, duniya ko sab ko khatm kar de. yaani gaur kijiye, khuda ki is duniya mein aisi kitabein likhi jaati hain: "god is dead" aur khuda kuch nahi karta, koi action nahi leta.</w:t>
      </w:r>
    </w:p>
    <w:p>
      <w:pPr>
        <w:jc w:val="right"/>
      </w:pPr>
      <w:r>
        <w:t>پھر بھی خدا دنیا کو، یعنی چاہے تو ایک سیکنڈ میں ختم کر دے، دنیا کو سب کو ختم کر دے۔ یعنی غور کیجئے، خدا کی اس دنیا میں ایسی کتابیں لکھی جاتی ہیں: "گاڈ از ڈیڈ" اور خدا کچھ نہیں کرتا، کوئی ایکشن نہیں لیتا۔</w:t>
      </w:r>
    </w:p>
    <w:p>
      <w:r>
        <w:rPr>
          <w:b/>
        </w:rPr>
        <w:t xml:space="preserve">[30:37] </w:t>
      </w:r>
      <w:r>
        <w:t>to musalmanon ka haal yeh hai ke ek ek cartoon chhap jaye door ke mulk mein jis ko hum ne dekha bhi na ho aur saari duniya mein hungama khada ho jata hai. is par ek cartoon jis ko musalmanon ne dekha bhi nahi, sirf khabar suni hai aur duniya bhar mein manfi hungame ho jate hain, shuru ho jate hain.</w:t>
      </w:r>
    </w:p>
    <w:p>
      <w:pPr>
        <w:jc w:val="right"/>
      </w:pPr>
      <w:r>
        <w:t>تو مسلمانوں کا حال یہ ہے کہ ایک ایک کارٹون چھپ جائے دور کے ملک میں جس کو ہم نے دیکھا بھی نہ ہو اور ساری دنیا میں ہنگامہ کھڑا ہو جاتا ہے۔ اس پر ایک کارٹون جس کو مسلمانوں نے دیکھا بھی نہیں، صرف خبر سنی ہے اور دنیا بھر میں منفی ہنگامے ہو جاتے ہیں، شروع ہو جاتے ہیں۔</w:t>
      </w:r>
    </w:p>
    <w:p>
      <w:r>
        <w:rPr>
          <w:b/>
        </w:rPr>
        <w:t xml:space="preserve">[30:58] </w:t>
      </w:r>
      <w:r>
        <w:t>to khuda ki taraf, khuda ke bare mein to kitabon ka anbaar laga hua hai. khuda ke khilaf hadith mein poora ek falsafa hai, poori ek fikr hai, poora ek discipline hai.</w:t>
      </w:r>
    </w:p>
    <w:p>
      <w:pPr>
        <w:jc w:val="right"/>
      </w:pPr>
      <w:r>
        <w:t>تو خدا کی طرف، خدا کے بارے میں تو کتابوں کا انبار لگا ہوا ہے۔ خدا کے خلاف حتید میں پورا ایک فلسفہ ہے، پوری ایک فکر ہے، پورا ایک ڈسپلن ہے۔</w:t>
      </w:r>
    </w:p>
    <w:p>
      <w:r>
        <w:rPr>
          <w:b/>
        </w:rPr>
        <w:t xml:space="preserve">[31:07] </w:t>
      </w:r>
      <w:r>
        <w:t>hadith hazaron hazar kitabein khuda ke khilaf likhi hui hain. aap internet par check kijiye.</w:t>
      </w:r>
    </w:p>
    <w:p>
      <w:pPr>
        <w:jc w:val="right"/>
      </w:pPr>
      <w:r>
        <w:t>حتید ہزاروں ہزار کتابیں خدا کے خلاف لکھی ہوئی ہیں۔ آپ انٹرنیٹ پر چیک کیجئے۔</w:t>
      </w:r>
    </w:p>
    <w:p>
      <w:r>
        <w:rPr>
          <w:b/>
        </w:rPr>
        <w:t xml:space="preserve">[31:13] </w:t>
      </w:r>
      <w:r>
        <w:t>ek martaba mein internet pe nikal niklwaya tha, yaani beshumar kitabein khuda ke khilaf likhi hui maujood hain, chhapi hui hain.</w:t>
      </w:r>
    </w:p>
    <w:p>
      <w:pPr>
        <w:jc w:val="right"/>
      </w:pPr>
      <w:r>
        <w:t>ایک مرتبہ میں انٹرنیٹ پہ نکال نکلوایا تھا، یعنی بے شمار کتابیں خدا کے خلاف لکھی ہوئی موجود ہیں، چھپی ہوئی ہیں۔</w:t>
      </w:r>
    </w:p>
    <w:p>
      <w:r>
        <w:rPr>
          <w:b/>
        </w:rPr>
        <w:t xml:space="preserve">[31:23] </w:t>
      </w:r>
      <w:r>
        <w:t>to khuda duniya ko waqai, agar khuda negative ek person bhi negative hota, duniya ko khatm kar deta khuda. lekin khuda kuch, khuda kuch bhi nahi.</w:t>
      </w:r>
    </w:p>
    <w:p>
      <w:pPr>
        <w:jc w:val="right"/>
      </w:pPr>
      <w:r>
        <w:t>تو خدا دنیا کو واقعی، اگر خدا نیگیٹیو ایک پرسن بھی نیگیٹیو ہوتا، دنیا کو ختم کر دیتا خدا۔ لیکن خدا کچھ، خدا کچھ بھی نہیں۔</w:t>
      </w:r>
    </w:p>
    <w:p>
      <w:r>
        <w:rPr>
          <w:b/>
        </w:rPr>
        <w:t xml:space="preserve">[31:35] </w:t>
      </w:r>
      <w:r>
        <w:t>tum jo chaho bolo, jo chahe socho.</w:t>
      </w:r>
    </w:p>
    <w:p>
      <w:pPr>
        <w:jc w:val="right"/>
      </w:pPr>
      <w:r>
        <w:t>تم جو چاہو بولو، جو چاہے سوچو۔</w:t>
      </w:r>
    </w:p>
    <w:p>
      <w:r>
        <w:rPr>
          <w:b/>
        </w:rPr>
        <w:t xml:space="preserve">[31:41] </w:t>
      </w:r>
      <w:r>
        <w:t>to jab athar jo hai, aakhri had tak positive hai to reader ko bhi aakhri had tak positive banna padega, warna kya hoga?</w:t>
      </w:r>
    </w:p>
    <w:p>
      <w:pPr>
        <w:jc w:val="right"/>
      </w:pPr>
      <w:r>
        <w:t>تو جب اتھر جو ہے، آخری حد تک پازیٹیو ہے تو ریڈر کو بھی آخری حد تک پازیٹیو بننا پڑے گا، ورنہ کیا ہوگا؟</w:t>
      </w:r>
    </w:p>
    <w:p>
      <w:r>
        <w:rPr>
          <w:b/>
        </w:rPr>
        <w:t xml:space="preserve">[31:49] </w:t>
      </w:r>
      <w:r>
        <w:t>wo samjhega nahi. misaal ke taur par dekhiye, main misaal deta hoon aap ko. quran mein ek bahut hi khuli hui aayat hai jis mein do aur do chaar ki tarah is ka matlab wazeh hai:</w:t>
      </w:r>
    </w:p>
    <w:p>
      <w:pPr>
        <w:jc w:val="right"/>
      </w:pPr>
      <w:r>
        <w:t>وہ سمجھے گا نہیں۔ مثال کے طور پر دیکھیے، میں مثال دیتا ہوں آپ کو۔ قرآن میں ایک بہت ہی کھلی ہوئی آیت ہے جس میں دو اور دو چار کی طرح اس کا مطلب واضح ہے:</w:t>
      </w:r>
    </w:p>
    <w:p>
      <w:r>
        <w:rPr>
          <w:b/>
        </w:rPr>
        <w:t xml:space="preserve">[32:05] </w:t>
      </w:r>
      <w:r>
        <w:t>"wama asabakum min musibatin fama qasamat ahdikum".</w:t>
      </w:r>
    </w:p>
    <w:p>
      <w:pPr>
        <w:jc w:val="right"/>
      </w:pPr>
      <w:r>
        <w:t>"وما اصابکم من مصیبت فما قسمت عہدیکم"۔</w:t>
      </w:r>
    </w:p>
    <w:p>
      <w:r>
        <w:rPr>
          <w:b/>
        </w:rPr>
        <w:t xml:space="preserve">[32:12] </w:t>
      </w:r>
      <w:r>
        <w:t>is ka translation yeh hai ke jo musibat bhi, jo koi musibat bhi tum par padti hai, wo tumhare apne kiye ka nateeja hoti hai.</w:t>
      </w:r>
    </w:p>
    <w:p>
      <w:pPr>
        <w:jc w:val="right"/>
      </w:pPr>
      <w:r>
        <w:t>اس کا ٹرانسلیشن یہ ہے کہ جو مصیبت بھی، جو کوئی مصیبت بھی تم پر پڑتی ہے، وہ تمہارے اپنے کیے کا نتیجہ ہوتی ہے۔</w:t>
      </w:r>
    </w:p>
    <w:p>
      <w:r>
        <w:rPr>
          <w:b/>
        </w:rPr>
        <w:t xml:space="preserve">[32:24] </w:t>
      </w:r>
      <w:r>
        <w:t>is mein do aur do chaar ki tarah yeh baat hai ke kuch bhi jo musibat padi ho aap ko to is ka sabab apne andar dhoondo.</w:t>
      </w:r>
    </w:p>
    <w:p>
      <w:pPr>
        <w:jc w:val="right"/>
      </w:pPr>
      <w:r>
        <w:t>اس میں دو اور دو چار کی طرح یہ بات ہے کہ کچھ بھی جو مصیبت پڑی ہو آپ کو تو اس کا سبب اپنے اندر ڈھونڈیں۔</w:t>
      </w:r>
    </w:p>
    <w:p>
      <w:r>
        <w:rPr>
          <w:b/>
        </w:rPr>
        <w:t xml:space="preserve">[32:33] </w:t>
      </w:r>
      <w:r>
        <w:t>"wama asabakum min musibatin fama qasamat ahdikum"</w:t>
      </w:r>
    </w:p>
    <w:p>
      <w:pPr>
        <w:jc w:val="right"/>
      </w:pPr>
      <w:r>
        <w:t>"وما اصابکم من مصیبت فما قسمت عہدیکم"</w:t>
      </w:r>
    </w:p>
    <w:p>
      <w:r>
        <w:rPr>
          <w:b/>
        </w:rPr>
        <w:t xml:space="preserve">[32:38] </w:t>
      </w:r>
      <w:r>
        <w:t>jo musibat bhi tum par aaye gi, wo tumhare apne, khud apne kiye ki wajah se aaye gi. koi is ka apne andar, apne andar is ka reason talash karo, bahar mat talash karo.</w:t>
      </w:r>
    </w:p>
    <w:p>
      <w:pPr>
        <w:jc w:val="right"/>
      </w:pPr>
      <w:r>
        <w:t>جو مصیبت بھی تم پر آئے گی، وہ تمہارے اپنے، خود اپنے کیے کی وجہ سے آئے گی۔ کوئی اس کا اپنے اندر، اپنے اندر اس کا ریزن تلاش کرو، باہر مت تلاش کرو۔</w:t>
      </w:r>
    </w:p>
    <w:p>
      <w:r>
        <w:rPr>
          <w:b/>
        </w:rPr>
        <w:t xml:space="preserve">[32:54] </w:t>
      </w:r>
      <w:r>
        <w:t>aisi quran mein aayat hai ke "antumul aaloona in kuntum momineen". tum bhi, tum hi kamyab raho ge agar tum momin ho, agar tum sachche believer ho.</w:t>
      </w:r>
    </w:p>
    <w:p>
      <w:pPr>
        <w:jc w:val="right"/>
      </w:pPr>
      <w:r>
        <w:t>ایسی قرآن میں آیت ہے کہ "انتم العالون ان کنت مومنین"۔ تم بھی، تم ہی کامیاب رہو گے اگر تم مومن ہو، اگر تم سچے بیلیور ہو۔</w:t>
      </w:r>
    </w:p>
    <w:p>
      <w:r>
        <w:rPr>
          <w:b/>
        </w:rPr>
        <w:t xml:space="preserve">[33:08] </w:t>
      </w:r>
      <w:r>
        <w:t>aisi quran majeed mein aayat hai ke "la la ilaha illallahul momineena sami'a".</w:t>
      </w:r>
    </w:p>
    <w:p>
      <w:pPr>
        <w:jc w:val="right"/>
      </w:pPr>
      <w:r>
        <w:t>ایسی قرآن مجید میں آیت ہے کہ "لا لا الہ الا اللہ المومنین سمیعا"۔</w:t>
      </w:r>
    </w:p>
    <w:p>
      <w:r>
        <w:rPr>
          <w:b/>
        </w:rPr>
        <w:t xml:space="preserve">[33:16] </w:t>
      </w:r>
      <w:r>
        <w:t>allah munkireen ko momineen par kabhi bhi ghalib nahi hone de ga. yeh sab khuli khuli aayatein hain,</w:t>
      </w:r>
    </w:p>
    <w:p>
      <w:pPr>
        <w:jc w:val="right"/>
      </w:pPr>
      <w:r>
        <w:t>اللہ منکرین کو مومنین پر کبھی بھی غالب نہیں ہونے دے گا۔ یہ سب کھلی کھلی آیتیں ہیں،</w:t>
      </w:r>
    </w:p>
    <w:p>
      <w:r>
        <w:rPr>
          <w:b/>
        </w:rPr>
        <w:t xml:space="preserve">[33:27] </w:t>
      </w:r>
      <w:r>
        <w:t>lekin kahin samajh kuch nahi aata. jab aap shikayatein karte hain doosron ke khilaf to is ka matlab hai ke aap in baaton ko samjhe nahi hain. in aayaton ko</w:t>
      </w:r>
    </w:p>
    <w:p>
      <w:pPr>
        <w:jc w:val="right"/>
      </w:pPr>
      <w:r>
        <w:t>لیکن کہیں سمجھ کچھ نہیں آتا۔ جب آپ شکایتیں کرتے ہیں دوسروں کے خلاف تو اس کا معنی ہے کہ آپ ان باتوں کو سمجھے نہیں ہیں۔ ان آیتوں کو</w:t>
      </w:r>
    </w:p>
    <w:p>
      <w:r>
        <w:rPr>
          <w:b/>
        </w:rPr>
        <w:t xml:space="preserve">[33:35] </w:t>
      </w:r>
      <w:r>
        <w:t>shikayat to apne khilaf kijiye, apne andar dhoondhiye is ka sabab is aayat ke mutabiq.</w:t>
      </w:r>
    </w:p>
    <w:p>
      <w:pPr>
        <w:jc w:val="right"/>
      </w:pPr>
      <w:r>
        <w:t>شکایت تو اپنے خلاف کیجئے، اپنے اندر ڈھونڈیے اس کا سبب اس آیت کے مطابق۔</w:t>
      </w:r>
    </w:p>
    <w:p>
      <w:r>
        <w:rPr>
          <w:b/>
        </w:rPr>
        <w:t xml:space="preserve">[33:43] </w:t>
      </w:r>
      <w:r>
        <w:t>to saare ke saare log jo hain, quran ke matlab se bekhabar hain. kyun? negativity mein jee rahe hain, wo negativity mein jee rahe hain.</w:t>
      </w:r>
    </w:p>
    <w:p>
      <w:pPr>
        <w:jc w:val="right"/>
      </w:pPr>
      <w:r>
        <w:t>تو سارے کے سارے لوگ جو ہیں، قرآن کے معنی سے بے خبر ہیں۔ کیوں؟ نیگیٹیوٹی میں جی رہے ہیں، وہ نیگیٹیوٹی میں جی رہے ہیں۔</w:t>
      </w:r>
    </w:p>
    <w:p>
      <w:r>
        <w:rPr>
          <w:b/>
        </w:rPr>
        <w:t xml:space="preserve">[33:56] </w:t>
      </w:r>
      <w:r>
        <w:t>meri mulaqat ek sahab se hui jo israel ke maamle mein bahut hi toofani bane hue the.</w:t>
      </w:r>
    </w:p>
    <w:p>
      <w:pPr>
        <w:jc w:val="right"/>
      </w:pPr>
      <w:r>
        <w:t>میری ملاقات ایک صاحب سے ہوئی جو اسرائیل کے معاملے میں بہت ہی طوفانی بنے ہوئے تھے۔</w:t>
      </w:r>
    </w:p>
    <w:p>
      <w:r>
        <w:rPr>
          <w:b/>
        </w:rPr>
        <w:t xml:space="preserve">[34:04] </w:t>
      </w:r>
      <w:r>
        <w:t>to maine kaha ke israel ke liye to quran mein wazeh taur par reference maujood hai ke "udkhulul ardal muqaddasata allati kataballahu lakum".</w:t>
      </w:r>
    </w:p>
    <w:p>
      <w:pPr>
        <w:jc w:val="right"/>
      </w:pPr>
      <w:r>
        <w:t>تو میں نے کہا کہ اسرائیل کے لیے تو قرآن میں واضح طور پر ریفرنس موجود ہے کہ "ادخل الارض المقدسہ التي کتب اللہ لکم"۔</w:t>
      </w:r>
    </w:p>
    <w:p>
      <w:r>
        <w:rPr>
          <w:b/>
        </w:rPr>
        <w:t xml:space="preserve">[34:16] </w:t>
      </w:r>
      <w:r>
        <w:t>daga falasteen yahudiyon ke liye maktub بلد hai, yaani assigned land hai. achha, aap ke liye kya hai?</w:t>
      </w:r>
    </w:p>
    <w:p>
      <w:pPr>
        <w:jc w:val="right"/>
      </w:pPr>
      <w:r>
        <w:t>دگا فلسطین یہودیوں کے لیے مکتوب بلد ہے، یعنی اسائنڈ لینڈ ہے۔ اچھا، آپ کے لیے کیا ہے؟</w:t>
      </w:r>
    </w:p>
    <w:p>
      <w:r>
        <w:rPr>
          <w:b/>
        </w:rPr>
        <w:t xml:space="preserve">[34:27] </w:t>
      </w:r>
      <w:r>
        <w:t>musalmanon ke liye kya hai? bhai, ek bhi koi aayat aisi nahi bata sakte aap ke falasteen musalmanon ko de diya gaya hai. yaani is aayat ke mutabiq falasteen yahudiyon ko de diya gaya hai.</w:t>
      </w:r>
    </w:p>
    <w:p>
      <w:pPr>
        <w:jc w:val="right"/>
      </w:pPr>
      <w:r>
        <w:t>مسلمانوں کے لیے کیا ہے؟ بھئی، ایک بھی کوئی آیت ایسی نہیں بتا سکتے آپ کہ فلسطین مسلمانوں کو دے دیا گیا ہے۔ یعنی اس آیت کے مطابق فلسطین یہودیوں کو دے دیا گیا ہے۔</w:t>
      </w:r>
    </w:p>
    <w:p>
      <w:r>
        <w:rPr>
          <w:b/>
        </w:rPr>
        <w:t xml:space="preserve">[34:39] </w:t>
      </w:r>
      <w:r>
        <w:t>to un ka haq to saabit hai, sirf bible mein nahi, quran mein saabit hai.</w:t>
      </w:r>
    </w:p>
    <w:p>
      <w:pPr>
        <w:jc w:val="right"/>
      </w:pPr>
      <w:r>
        <w:t>تو ان کا حق تو ثابت ہے، صرف بائبل میں نہیں، قرآن میں ثابت ہے۔</w:t>
      </w:r>
    </w:p>
    <w:p>
      <w:r>
        <w:rPr>
          <w:b/>
        </w:rPr>
        <w:t xml:space="preserve">[34:43] </w:t>
      </w:r>
      <w:r>
        <w:t>bible mein hai ke promise land hai yahudiyon ke liye, quran mein hai ke assigned land hai yahudiyon ke liye, yaani israel ke liye.</w:t>
      </w:r>
    </w:p>
    <w:p>
      <w:pPr>
        <w:jc w:val="right"/>
      </w:pPr>
      <w:r>
        <w:t>بائبل میں ہے کہ پرومس لینڈ ہے یہودیوں کے لیے، قرآن میں ہے کہ اسائنڈ لینڈ ہے یہودیوں کے لیے، یعنی اسرائیل کے لیے۔</w:t>
      </w:r>
    </w:p>
    <w:p>
      <w:r>
        <w:rPr>
          <w:b/>
        </w:rPr>
        <w:t xml:space="preserve">[34:54] </w:t>
      </w:r>
      <w:r>
        <w:t>israel kehte hain, dekhiye, Hazrat Ibrahim ke bete the Ishaq, Ishaq ke bete the Yaqoob. to Yaqoob ka doosra naam tha Israel.</w:t>
      </w:r>
    </w:p>
    <w:p>
      <w:pPr>
        <w:jc w:val="right"/>
      </w:pPr>
      <w:r>
        <w:t>اسرائیل کہتے ہیں، دیکھیے، حضرت ابراہیم کے بیٹے تھے اسحاق، اسحاق کے بیٹے تھے یعقوب۔ تو یعقوب کا دوسرا نام تھا اسرائیل۔</w:t>
      </w:r>
    </w:p>
    <w:p>
      <w:r>
        <w:rPr>
          <w:b/>
        </w:rPr>
        <w:t xml:space="preserve">[35:07] </w:t>
      </w:r>
      <w:r>
        <w:t>to Yaqoob, yaani Hazrat Yaqoob ki jo aulaad hai, us ko Israel kehte hain.</w:t>
      </w:r>
    </w:p>
    <w:p>
      <w:pPr>
        <w:jc w:val="right"/>
      </w:pPr>
      <w:r>
        <w:t>تو یعقوب، یعنی حضرت یعقوب کی جو اولاد ہے، اس کو اسرائیل کہتے ہیں۔</w:t>
      </w:r>
    </w:p>
    <w:p>
      <w:r>
        <w:rPr>
          <w:b/>
        </w:rPr>
        <w:t xml:space="preserve">[35:13] </w:t>
      </w:r>
      <w:r>
        <w:t>to bani Israel ke liye Allah taala ne likh diya falasteen ko, bani Israel ke liye, yaani Yaqoob ki aulaad ke liye.</w:t>
      </w:r>
    </w:p>
    <w:p>
      <w:pPr>
        <w:jc w:val="right"/>
      </w:pPr>
      <w:r>
        <w:t>تو بنی اسرائیل کے لیے اللہ تعالی نے لکھ دیا فلسطین کو، بنی اسرائیل کے لیے، یعنی یعقوب کی اولاد کے لیے۔</w:t>
      </w:r>
    </w:p>
    <w:p>
      <w:r>
        <w:rPr>
          <w:b/>
        </w:rPr>
        <w:t xml:space="preserve">[35:25] </w:t>
      </w:r>
      <w:r>
        <w:t>musalmanon ke liye kaha likha hua hai ke is falasteen likh diya un ke liye. to maine kaha ke Balfour verdict jo tha, us mein partition kar ke aadha de diya tha Arabon ko.</w:t>
      </w:r>
    </w:p>
    <w:p>
      <w:pPr>
        <w:jc w:val="right"/>
      </w:pPr>
      <w:r>
        <w:t>مسلمانوں کے لیے کہا لکھا ہوا ہے کہ اس فلسطین لکھ دیا ان کے لیے۔ تو میں نے کہا کہ بالفور ورڈکٹ جو تھا، اس میں پارٹیشن کر کے آدھا دے دیا تھا عربوں کو۔</w:t>
      </w:r>
    </w:p>
    <w:p>
      <w:r>
        <w:rPr>
          <w:b/>
        </w:rPr>
        <w:t xml:space="preserve">[35:37] </w:t>
      </w:r>
      <w:r>
        <w:t>to bahut hi achha tha, free mil gaya tha musalmanon ko,</w:t>
      </w:r>
    </w:p>
    <w:p>
      <w:pPr>
        <w:jc w:val="right"/>
      </w:pPr>
      <w:r>
        <w:t>تو بہت ہی اچھا تھا، فری مل گیا تھا مسلمانوں کو،</w:t>
      </w:r>
    </w:p>
    <w:p>
      <w:r>
        <w:rPr>
          <w:b/>
        </w:rPr>
        <w:t xml:space="preserve">[35:41] </w:t>
      </w:r>
      <w:r>
        <w:t>jabke poora poora falasteen jo hai, quran ke mutabiq aur bible ke mutabiq yahudiyon ka hai. to aap ko to free mein aadha de diya, lekin woh lad gaye mujh se.</w:t>
      </w:r>
    </w:p>
    <w:p>
      <w:pPr>
        <w:jc w:val="right"/>
      </w:pPr>
      <w:r>
        <w:t>جبکہ پورا پورا فلسطین جو ہے، قرآن کے مطابق اور بائبل کے مطابق یہودیوں کا ہے۔ تو آپ کو تو فری میں آدھا دے دیا، لیکن وہ لڑ گئے مجھ سے۔</w:t>
      </w:r>
    </w:p>
    <w:p>
      <w:r>
        <w:rPr>
          <w:b/>
        </w:rPr>
        <w:t xml:space="preserve">[35:53] </w:t>
      </w:r>
      <w:r>
        <w:t>kya kaisi baat karte hain aap? aap ki alag hi soch hai, aap ki alag hi thinking hai. to kaun samajhta hai aap quran ko? yaqeen kijiye ke saari hi muslim ummat jo hai, quran ko nahi samajhti.</w:t>
      </w:r>
    </w:p>
    <w:p>
      <w:pPr>
        <w:jc w:val="right"/>
      </w:pPr>
      <w:r>
        <w:t>کیا کیسی بات کرتے ہیں آپ؟ آپ کی الگ ہی سوچ ہے، آپ کی الگ ہی تھنکنگ ہے۔ تو کون سمجھتا ہے آپ قرآن کو؟ یقین کیجئے کہ ساری ہی مسلم امت جو ہے، قرآن کو نہیں سمجھتی۔</w:t>
      </w:r>
    </w:p>
    <w:p>
      <w:r>
        <w:rPr>
          <w:b/>
        </w:rPr>
        <w:t xml:space="preserve">[36:07] </w:t>
      </w:r>
      <w:r>
        <w:t>kyun? saari muslim ummat negativity mein jee rahi hai.</w:t>
      </w:r>
    </w:p>
    <w:p>
      <w:pPr>
        <w:jc w:val="right"/>
      </w:pPr>
      <w:r>
        <w:t>کیوں؟ ساری مسلم امت نیگیٹیوٹی میں جی رہی ہے۔</w:t>
      </w:r>
    </w:p>
    <w:p>
      <w:r>
        <w:rPr>
          <w:b/>
        </w:rPr>
        <w:t xml:space="preserve">[36:12] </w:t>
      </w:r>
      <w:r>
        <w:t>aise hi dekhiye, kal parson ek sahab mere paas aaye jo ek ek bahut badi jamaat musalmanon mein hai, us se 25, 30 saal se jude hue hain.</w:t>
      </w:r>
    </w:p>
    <w:p>
      <w:pPr>
        <w:jc w:val="right"/>
      </w:pPr>
      <w:r>
        <w:t>ایسے ہی دیکھیے، کل پرسوں ایک صاحب میرے پاس آئے جو ایک ایک بہت بڑی جماعت مسلمانوں میں ہے، اس سے 25، 30 سال سے جڑے ہوئے ہیں۔</w:t>
      </w:r>
    </w:p>
    <w:p>
      <w:r>
        <w:rPr>
          <w:b/>
        </w:rPr>
        <w:t xml:space="preserve">[36:22] </w:t>
      </w:r>
      <w:r>
        <w:t>woh bachpan se ke un ka main juda hua hoon.</w:t>
      </w:r>
    </w:p>
    <w:p>
      <w:pPr>
        <w:jc w:val="right"/>
      </w:pPr>
      <w:r>
        <w:t>وہ بچپن سے کہ ان کا میں جڑا ہوا ہوں۔</w:t>
      </w:r>
    </w:p>
    <w:p>
      <w:r>
        <w:rPr>
          <w:b/>
        </w:rPr>
        <w:t xml:space="preserve">[36:27] </w:t>
      </w:r>
      <w:r>
        <w:t>ab woh qissa batane lage ke main train se aaya hoon to bogi mein sab ghair qaum ke log thay. yeh ghair qaum ka nateeja kahan se banta hai?</w:t>
      </w:r>
    </w:p>
    <w:p>
      <w:pPr>
        <w:jc w:val="right"/>
      </w:pPr>
      <w:r>
        <w:t>اب وہ قصہ بتانے لگے کہ میں ٹرین سے آیا ہوں تو بوگی میں سب غیر قوم کے لوگ تھے۔ یہ غیر قوم کا نتیجہ کہاں سے بنتا ہے؟</w:t>
      </w:r>
    </w:p>
    <w:p>
      <w:r>
        <w:rPr>
          <w:b/>
        </w:rPr>
        <w:t xml:space="preserve">[36:38] </w:t>
      </w:r>
      <w:r>
        <w:t>sab insaan hain.</w:t>
      </w:r>
    </w:p>
    <w:p>
      <w:pPr>
        <w:jc w:val="right"/>
      </w:pPr>
      <w:r>
        <w:t>سب انسان ہیں۔</w:t>
      </w:r>
    </w:p>
    <w:p>
      <w:r>
        <w:rPr>
          <w:b/>
        </w:rPr>
        <w:t xml:space="preserve">[36:40] </w:t>
      </w:r>
      <w:r>
        <w:t>to quran mein to saara bhara hua hai: "eha insaan, eha insaan, eha insaan". to kahan chahiye? to un ko mere jaise doosre insaan bhare hue thay.</w:t>
      </w:r>
    </w:p>
    <w:p>
      <w:pPr>
        <w:jc w:val="right"/>
      </w:pPr>
      <w:r>
        <w:t>تو قرآن میں تو سارا بھرا ہوا ہے: "ایہا الانسان، ایہا الانسان، ایہا الانسان"۔ تو کہاں چاہیے؟ تو ان کو میرے جیسے دوسرے انسان بھرے ہوئے تھے۔</w:t>
      </w:r>
    </w:p>
    <w:p>
      <w:r>
        <w:rPr>
          <w:b/>
        </w:rPr>
        <w:t xml:space="preserve">[36:49] </w:t>
      </w:r>
      <w:r>
        <w:t>aap kehte hain ghair qaum ke log bhare hue thay,</w:t>
      </w:r>
    </w:p>
    <w:p>
      <w:pPr>
        <w:jc w:val="right"/>
      </w:pPr>
      <w:r>
        <w:t>آپ کہتے ہیں غیر قوم کے لوگ بھرے ہوئے تھے،</w:t>
      </w:r>
    </w:p>
    <w:p>
      <w:r>
        <w:rPr>
          <w:b/>
        </w:rPr>
        <w:t xml:space="preserve">[36:54] </w:t>
      </w:r>
      <w:r>
        <w:t>halanke woh rozana tilawat karte hain quran majeed ki. woh woh jo sahab thay, woh quran ki tilawat rozana karte hain. to kya samjha?</w:t>
      </w:r>
    </w:p>
    <w:p>
      <w:pPr>
        <w:jc w:val="right"/>
      </w:pPr>
      <w:r>
        <w:t>حالانکہ وہ روزانہ تلاوت کرتے ہیں قرآن مجید کی۔ وہ وہ جو صاحب تھے، وہ قرآن کی تلاوت روزانہ کرتے ہیں۔ تو کیا سمجھا؟</w:t>
      </w:r>
    </w:p>
    <w:p>
      <w:r>
        <w:rPr>
          <w:b/>
        </w:rPr>
        <w:t xml:space="preserve">[37:04] </w:t>
      </w:r>
      <w:r>
        <w:t>kuch bhi nahi samjha.</w:t>
      </w:r>
    </w:p>
    <w:p>
      <w:pPr>
        <w:jc w:val="right"/>
      </w:pPr>
      <w:r>
        <w:t>کچھ بھی نہیں سمجھا۔</w:t>
      </w:r>
    </w:p>
    <w:p>
      <w:r>
        <w:rPr>
          <w:b/>
        </w:rPr>
        <w:t xml:space="preserve">[37:11] </w:t>
      </w:r>
      <w:r>
        <w:t>yaani pehle hi jo utri thi surah, usi mein "iqra bismi rabbika alladhi khalaq, khalaqa al insana min alaq". insaan aur saare quran mein insaan ki jama hoti hai: "naas, naas".</w:t>
      </w:r>
    </w:p>
    <w:p>
      <w:pPr>
        <w:jc w:val="right"/>
      </w:pPr>
      <w:r>
        <w:t>یعنی پہلے ہی جو اتری تھی سورہ، اسی میں "اقرا بسم ربک الذی خلق، خلق الانسان من اللق"۔ انسان اور سارے قرآن میں انسان کی جمع ہوتی ہے: "ناس، الناس"۔</w:t>
      </w:r>
    </w:p>
    <w:p>
      <w:r>
        <w:rPr>
          <w:b/>
        </w:rPr>
        <w:t xml:space="preserve">[37:27] </w:t>
      </w:r>
      <w:r>
        <w:t>to naas bhi hai, insaan bhi hai, bhara hua hai quran. to doosre jo thay, woh bhi insaan thay, woh ghair qaum nahi thay.</w:t>
      </w:r>
    </w:p>
    <w:p>
      <w:pPr>
        <w:jc w:val="right"/>
      </w:pPr>
      <w:r>
        <w:t>تو الناس بھی ہے، انسان بھی ہے، بھرا ہوا ہے قرآن۔ تو دوسرے جو تھے، وہ بھی انسان تھے، وہ غیر قوم نہیں تھے۔</w:t>
      </w:r>
    </w:p>
    <w:p>
      <w:r>
        <w:rPr>
          <w:b/>
        </w:rPr>
        <w:t xml:space="preserve">[37:35] </w:t>
      </w:r>
      <w:r>
        <w:t>woh kyun</w:t>
      </w:r>
    </w:p>
    <w:p>
      <w:pPr>
        <w:jc w:val="right"/>
      </w:pPr>
      <w:r>
        <w:t>وہ کیوں</w:t>
      </w:r>
    </w:p>
    <w:p>
      <w:r>
        <w:rPr>
          <w:b/>
        </w:rPr>
        <w:t xml:space="preserve">[37:40] </w:t>
      </w:r>
      <w:r>
        <w:t>? kyunke nafratein bhari hui ho. woh nafrat jo hai, woh keh rahi hai ke tu ghair qaum hai.</w:t>
      </w:r>
    </w:p>
    <w:p>
      <w:pPr>
        <w:jc w:val="right"/>
      </w:pPr>
      <w:r>
        <w:t>؟ کیونکہ نفرتیں بھری ہوئی ہو۔ وہ نفرت جو ہے، وہ کہہ رہی ہے کہ تو غیر قوم ہے۔</w:t>
      </w:r>
    </w:p>
    <w:p>
      <w:r>
        <w:rPr>
          <w:b/>
        </w:rPr>
        <w:t xml:space="preserve">[37:48] </w:t>
      </w:r>
      <w:r>
        <w:t>to khulasa yeh hai ke is ayat ka sahi mafhoom yeh hai ke quran ka jo meaning hai, us ki deep meaning us tak pohnch sirf woh logon ki hoti hai jin ke dil nafraton se pak hon, negativity se pak hon.</w:t>
      </w:r>
    </w:p>
    <w:p>
      <w:pPr>
        <w:jc w:val="right"/>
      </w:pPr>
      <w:r>
        <w:t>تو خلاصہ یہ ہے کہ اس آیت کا صحیح مفہوم یہ ہے کہ قرآن کا جو میننگ ہے، اس کی ڈیپ میننگ اس تک پہنچ صرف وہ لوگوں کی ہوتی ہے جن کے دل نفرتوں سے پاک ہوں، نیگیٹیوٹی سے پاک ہوں۔</w:t>
      </w:r>
    </w:p>
    <w:p>
      <w:r>
        <w:rPr>
          <w:b/>
        </w:rPr>
        <w:t xml:space="preserve">[38:08] </w:t>
      </w:r>
      <w:r>
        <w:t>yaani "takhallaqu bi akhlaqillah" yaani ka mamla ho un ka. yaani Allah chuki positive thinking wala hasti hai, aap bhi positive thinking wale insaan bane hue hon, tab aap ke is ke view length ek hogi:</w:t>
      </w:r>
    </w:p>
    <w:p>
      <w:pPr>
        <w:jc w:val="right"/>
      </w:pPr>
      <w:r>
        <w:t>یعنی "تخلقوا باخلاق اللہ" یعنی کا معاملہ ہو ان کا۔ یعنی اللہ چونکہ پازیٹیو تھنکنگ والا ہستی ہے، آپ بھی پازیٹیو تھنکنگ والے انسان بنے ہوئے ہوں، تب آپ کے اس کے ویو لینتھ ایک ہوگی:</w:t>
      </w:r>
    </w:p>
    <w:p>
      <w:r>
        <w:rPr>
          <w:b/>
        </w:rPr>
        <w:t xml:space="preserve">[38:26] </w:t>
      </w:r>
      <w:r>
        <w:t>"qul kullun ya wala shaki wa rabbika mal wa ahada sabilan". yaani jis insaan ka view length woh hai jo quran ka view length, jo jo jo athar ka hai.</w:t>
      </w:r>
    </w:p>
    <w:p>
      <w:pPr>
        <w:jc w:val="right"/>
      </w:pPr>
      <w:r>
        <w:t>"قل کل یا ولا شاکتی وربک مال و احدا سبیلا"۔ یعنی جس انسان کا ویو لینتھ وہ ہے جو قرآن کا ویو لینتھ، جو جو جو اتھر کا ہے۔</w:t>
      </w:r>
    </w:p>
    <w:p>
      <w:r>
        <w:rPr>
          <w:b/>
        </w:rPr>
        <w:t xml:space="preserve">[38:36] </w:t>
      </w:r>
      <w:r>
        <w:t>yaani quran ke athar ka aur aap ka view length jab ek ho jaye, tab aap quran ko samjhenge.</w:t>
      </w:r>
    </w:p>
    <w:p>
      <w:pPr>
        <w:jc w:val="right"/>
      </w:pPr>
      <w:r>
        <w:t>یعنی قرآن کے اتھر کا اور آپ کا ویو لینتھ جب ایک ہو جائے، تب آپ قرآن کو سمجھیں گے۔</w:t>
      </w:r>
    </w:p>
    <w:p>
      <w:r>
        <w:rPr>
          <w:b/>
        </w:rPr>
        <w:t xml:space="preserve">[38:46] </w:t>
      </w:r>
      <w:r>
        <w:t>quran ke athar ka aur aur reader ka view length jab ek ho jaye, tab woh aadmi quran ko samjhega, nahi to samjhega nahi. woh</w:t>
      </w:r>
    </w:p>
    <w:p>
      <w:pPr>
        <w:jc w:val="right"/>
      </w:pPr>
      <w:r>
        <w:t>قرآن کے اتھر کا اور اور ریڈر کا ویو لینتھ جب ایک ہو جائے، تب وہ آدمی قرآن کو سمجھے گا، نہیں تو سمجھے گا نہیں۔ وہ</w:t>
      </w:r>
    </w:p>
    <w:p>
      <w:r>
        <w:rPr>
          <w:b/>
        </w:rPr>
        <w:t xml:space="preserve">[39:03] </w:t>
      </w:r>
      <w:r>
        <w:t>aise ek sahab se baat ho rahi thi, bahut dukh thay woh ke zulm ho raha hai hamare khilaf, hamare khilaf</w:t>
      </w:r>
    </w:p>
    <w:p>
      <w:pPr>
        <w:jc w:val="right"/>
      </w:pPr>
      <w:r>
        <w:t>ایسے ایک صاحب سے بات ہو رہی تھی، بہت دھم تھے وہ کہ ظلم ہو رہا ہے ہمارے خلاف، ہمارے خلاف</w:t>
      </w:r>
    </w:p>
    <w:p>
      <w:r>
        <w:rPr>
          <w:b/>
        </w:rPr>
        <w:t xml:space="preserve">[39:11] </w:t>
      </w:r>
      <w:r>
        <w:t>yeh ho raha hai, woh ho raha hai. yeh taqiyah kar rahe thay. main ne kaha ke dekhiye, rasool Allah ke zamane mein kai waqiat hue jis mein ke logon ne zulm kiya, maslan uhud.</w:t>
      </w:r>
    </w:p>
    <w:p>
      <w:pPr>
        <w:jc w:val="right"/>
      </w:pPr>
      <w:r>
        <w:t>یہ ہو رہا ہے، وہ ہو رہا ہے۔ یہ تقیہ کر رہے تھے۔ میں نے کہا کہ دیکھیے، رسول اللہ کے زمانے میں کئی واقعات ہوئے جس میں کہ لوگوں نے ظلم کیا، مثلاً احد۔</w:t>
      </w:r>
    </w:p>
    <w:p>
      <w:r>
        <w:rPr>
          <w:b/>
        </w:rPr>
        <w:t xml:space="preserve">[39:23] </w:t>
      </w:r>
      <w:r>
        <w:t>uhud jo hai, ek zalimana hamla tha</w:t>
      </w:r>
    </w:p>
    <w:p>
      <w:pPr>
        <w:jc w:val="right"/>
      </w:pPr>
      <w:r>
        <w:t>احد جو ہے، ایک ظالمانہ حملہ تھا</w:t>
      </w:r>
    </w:p>
    <w:p>
      <w:r>
        <w:rPr>
          <w:b/>
        </w:rPr>
        <w:t xml:space="preserve">[39:28] </w:t>
      </w:r>
      <w:r>
        <w:t>makkah walon ka, wahan se chal kar aaye teen sau meel door aur madine par hamla kiya unhon ne. to bilashubah woh ek zalimana hamla tha</w:t>
      </w:r>
    </w:p>
    <w:p>
      <w:pPr>
        <w:jc w:val="right"/>
      </w:pPr>
      <w:r>
        <w:t>مکہ والوں کا، وہاں سے چل کر آئے تین سو میل دور اور مدینے پر حملہ کیا انہوں نے۔ تو بلاشبہ وہ ایک ظالمانہ حملہ تھا</w:t>
      </w:r>
    </w:p>
    <w:p>
      <w:r>
        <w:rPr>
          <w:b/>
        </w:rPr>
        <w:t xml:space="preserve">[39:40] </w:t>
      </w:r>
      <w:r>
        <w:t>aur is mein sahaba bahut se maare gaye, bahut nuqsan hua. khud rasool Allah sallallahu alaihi wasallam ke daant tootay.</w:t>
      </w:r>
    </w:p>
    <w:p>
      <w:pPr>
        <w:jc w:val="right"/>
      </w:pPr>
      <w:r>
        <w:t>اور اس میں صحابہ بہت سے مارے گئے، بہت نقصان ہوا۔ خود رسول اللہ صلی اللہ علیہ وسلم کے دانت ٹوٹے۔</w:t>
      </w:r>
    </w:p>
    <w:p>
      <w:r>
        <w:rPr>
          <w:b/>
        </w:rPr>
        <w:t xml:space="preserve">[39:51] </w:t>
      </w:r>
      <w:r>
        <w:t>to is par jo tabasra quran majeed mein aaya, us mein kuch bhi nahi kaha gaya in zalimon ko.</w:t>
      </w:r>
    </w:p>
    <w:p>
      <w:pPr>
        <w:jc w:val="right"/>
      </w:pPr>
      <w:r>
        <w:t>تو اس پر جو تبصرہ قرآن مجید میں آیا، اس میں کچھ بھی نہیں کہا گیا ان ظالموں کو۔</w:t>
      </w:r>
    </w:p>
    <w:p>
      <w:r>
        <w:rPr>
          <w:b/>
        </w:rPr>
        <w:t xml:space="preserve">[39:59] </w:t>
      </w:r>
      <w:r>
        <w:t>is mein kaha gaya musalmanon ko, musalmanon ko kaha gaya, un ko nahi kaha gaya: "hata fishaltum wa tanaza'tum fil amr".</w:t>
      </w:r>
    </w:p>
    <w:p>
      <w:pPr>
        <w:jc w:val="right"/>
      </w:pPr>
      <w:r>
        <w:t>اس میں کہا گیا مسلمانوں کو، مسلمانوں کو کہا گیا، ان کو نہیں کہا گیا: "حتیٰ فشلتم وتنازعتم فی الامر"۔</w:t>
      </w:r>
    </w:p>
    <w:p>
      <w:r>
        <w:rPr>
          <w:b/>
        </w:rPr>
        <w:t xml:space="preserve">[40:12] </w:t>
      </w:r>
      <w:r>
        <w:t>soorah al-imran mein hai yeh: "hata fishaltum wa tanaza'tum fil amr".</w:t>
      </w:r>
    </w:p>
    <w:p>
      <w:pPr>
        <w:jc w:val="right"/>
      </w:pPr>
      <w:r>
        <w:t>سورہ آل عمران میں ہے یہ: "حتیٰ فشلتم وتنازعتم فی الامر"۔ یعنی خود صحابہ جو تھے، جو جو اہل ایمان جو تھے، ان میں کمزوری ظاہر ہو گئی۔</w:t>
      </w:r>
    </w:p>
    <w:p>
      <w:r>
        <w:rPr>
          <w:b/>
        </w:rPr>
        <w:t xml:space="preserve">[40:26] </w:t>
      </w:r>
      <w:r>
        <w:t>tum ne apni kamzori ki wajah se tum ko wahan par nuqsan uthana para aur tum ko hawi ho gaye woh</w:t>
      </w:r>
    </w:p>
    <w:p>
      <w:pPr>
        <w:jc w:val="right"/>
      </w:pPr>
      <w:r>
        <w:t>تم نے اپنی کمزوری کی وجہ سے تم کو وہاں پر نقصان اٹھانا پڑا اور تم کو حاوی ہو گئے۔ وہ</w:t>
      </w:r>
    </w:p>
    <w:p>
      <w:r>
        <w:rPr>
          <w:b/>
        </w:rPr>
        <w:t xml:space="preserve">[40:39] </w:t>
      </w:r>
      <w:r>
        <w:t>un ko kuch nahi kaha gaya.</w:t>
      </w:r>
    </w:p>
    <w:p>
      <w:pPr>
        <w:jc w:val="right"/>
      </w:pPr>
      <w:r>
        <w:t>ان کو کچھ نہیں کہا گیا۔ تو میں نے جب یہ کہا تو وہ غصہ ہو گئے، کہا: "بھائی جی، وہی سوچ ہے آپ کی، ان ظالموں کو آپ جسٹیفائی کر رہے ہیں"۔</w:t>
      </w:r>
    </w:p>
    <w:p>
      <w:r>
        <w:rPr>
          <w:b/>
        </w:rPr>
        <w:t xml:space="preserve">[40:51] </w:t>
      </w:r>
      <w:r>
        <w:t>to quran is soch ka aik dam, yaani wajood hi nahi hai.</w:t>
      </w:r>
    </w:p>
    <w:p>
      <w:pPr>
        <w:jc w:val="right"/>
      </w:pPr>
      <w:r>
        <w:t>تو قرآن اس سوچ کا ایک دم، یعنی وجود ہی نہیں ہے۔</w:t>
      </w:r>
    </w:p>
    <w:p>
      <w:r>
        <w:rPr>
          <w:b/>
        </w:rPr>
        <w:t xml:space="preserve">[41:01] </w:t>
      </w:r>
      <w:r>
        <w:t>quran is soch ka wajood hi nahi hai.</w:t>
      </w:r>
    </w:p>
    <w:p>
      <w:pPr>
        <w:jc w:val="right"/>
      </w:pPr>
      <w:r>
        <w:t>قرآن اس سوچ کا وجود ہی نہیں ہے۔</w:t>
      </w:r>
    </w:p>
    <w:p>
      <w:r>
        <w:rPr>
          <w:b/>
        </w:rPr>
        <w:t xml:space="preserve">[41:10] </w:t>
      </w:r>
      <w:r>
        <w:t>aik kitaab isi naam se chapi hai: "The Mind Quran Builds".</w:t>
      </w:r>
    </w:p>
    <w:p>
      <w:pPr>
        <w:jc w:val="right"/>
      </w:pPr>
      <w:r>
        <w:t>ایک کتاب اسی نام سے چھپی ہے: "دا مائنڈ القرآن بلز"۔ موٹی سی کتاب، اس کو بھی پڑھیے آپ، وہ بھی اسی اسی تحریر</w:t>
      </w:r>
    </w:p>
    <w:p>
      <w:r>
        <w:rPr>
          <w:b/>
        </w:rPr>
        <w:t xml:space="preserve">[41:18] </w:t>
      </w:r>
      <w:r>
        <w:t>naam to is ka hai: "The Mind Quran Builds", lekin woh qoumi zabaan zehan se likhi poori kitaab qoumi zehan se likhi gayi hai.</w:t>
      </w:r>
    </w:p>
    <w:p>
      <w:pPr>
        <w:jc w:val="right"/>
      </w:pPr>
      <w:r>
        <w:t>۔ نام تو اس کا ہے: "دا مائنڈ القرآن بلز"، لیکن وہ قومی زبان ذہن سے لکھی پوری کتاب قومی ذہن سے لکھی گئی ہے۔ تو خلاصہ میری سمجھ میں آیا ہے بہت دنوں کے تجربے کے بعد کہ جڑ کی بات کیا ہے۔</w:t>
      </w:r>
    </w:p>
    <w:p>
      <w:r>
        <w:rPr>
          <w:b/>
        </w:rPr>
        <w:t xml:space="preserve">[41:33] </w:t>
      </w:r>
      <w:r>
        <w:t>to khulasa meri samajh mein aaya hai bohat dinon ke tajrube ke baad ke jar ki baat kya hai.</w:t>
      </w:r>
    </w:p>
    <w:p>
      <w:pPr>
        <w:jc w:val="right"/>
      </w:pPr>
      <w:r>
        <w:t>جڑ کی بات یہ ہے کہ آپ کے اندر</w:t>
      </w:r>
    </w:p>
    <w:p>
      <w:r>
        <w:rPr>
          <w:b/>
        </w:rPr>
        <w:t xml:space="preserve">[41:38] </w:t>
      </w:r>
      <w:r>
        <w:t>jar ki baat yeh hai ke aap ke andar negative thinking bilkul hi na ho.</w:t>
      </w:r>
    </w:p>
    <w:p>
      <w:pPr>
        <w:jc w:val="right"/>
      </w:pPr>
      <w:r>
        <w:t>نیگیٹیو تھنکنگ بالکل ہی نہ ہو۔</w:t>
      </w:r>
    </w:p>
    <w:p>
      <w:r>
        <w:rPr>
          <w:b/>
        </w:rPr>
        <w:t xml:space="preserve">[41:44] </w:t>
      </w:r>
      <w:r>
        <w:t>is ki aakhri misaal dekhen, yeh hai hadith mein ke peghambar ko logon ne pathar mare aur khoon behne laga.</w:t>
      </w:r>
    </w:p>
    <w:p>
      <w:pPr>
        <w:jc w:val="right"/>
      </w:pPr>
      <w:r>
        <w:t>اس کی آخری مثال دیکھیں، یہ ہے حدیث میں کہ پیغمبر کو لوگوں نے پتھر مارے اور خون بہنے لگا۔</w:t>
      </w:r>
    </w:p>
    <w:p>
      <w:r>
        <w:rPr>
          <w:b/>
        </w:rPr>
        <w:t xml:space="preserve">[42:00] </w:t>
      </w:r>
      <w:r>
        <w:t>is waqt peghambar ki zabaan se nikal gaya ke woh qom kaise falaah paaye gi jo apne peghambar ko khoon aalood kare,</w:t>
      </w:r>
    </w:p>
    <w:p>
      <w:pPr>
        <w:jc w:val="right"/>
      </w:pPr>
      <w:r>
        <w:t>اس وقت پیغمبر کی زبان سے نکل گیا کہ وہ قوم کیسے فلاح پائے گی جو اپنے پیغمبر کو خون آلود کرے،</w:t>
      </w:r>
    </w:p>
    <w:p>
      <w:r>
        <w:rPr>
          <w:b/>
        </w:rPr>
        <w:t xml:space="preserve">[42:12] </w:t>
      </w:r>
      <w:r>
        <w:t>jo aap jagah peghambar ko pathar maar maar kar lohan kare.</w:t>
      </w:r>
    </w:p>
    <w:p>
      <w:pPr>
        <w:jc w:val="right"/>
      </w:pPr>
      <w:r>
        <w:t>جو آپ جگہ پیغمبر کو پتھر مار مار کر لوہان کرے۔ اس وقت فرشتہ آیا کہ آپ کو یہ کہنے کا حق نہیں ہے،</w:t>
      </w:r>
    </w:p>
    <w:p>
      <w:r>
        <w:rPr>
          <w:b/>
        </w:rPr>
        <w:t xml:space="preserve">[42:24] </w:t>
      </w:r>
      <w:r>
        <w:t>us waqt farishta aaya ke aap ko yeh kehne ka haq nahi hai, aap yeh kahiye, apni zabaan badlie.</w:t>
      </w:r>
    </w:p>
    <w:p>
      <w:pPr>
        <w:jc w:val="right"/>
      </w:pPr>
      <w:r>
        <w:t>آپ یہ کہیے، اپنی زبان بدلیے۔ تو اس وقت پیغمبر نے کہا: "اللہ قومی لا یعلمون"۔</w:t>
      </w:r>
    </w:p>
    <w:p>
      <w:r>
        <w:rPr>
          <w:b/>
        </w:rPr>
        <w:t xml:space="preserve">[42:33] </w:t>
      </w:r>
      <w:r>
        <w:t>to us waqt peghambar ne kaha: "allah qoumi la ya'lamoon".</w:t>
      </w:r>
    </w:p>
    <w:p>
      <w:pPr>
        <w:jc w:val="right"/>
      </w:pPr>
      <w:r>
        <w:t>یعنی پیغمبر کے منہ سے چہرے سے خون بہہ رہا ہے، لیکن زبان سے کیا نکل رہا</w:t>
      </w:r>
    </w:p>
    <w:p>
      <w:r>
        <w:rPr>
          <w:b/>
        </w:rPr>
        <w:t xml:space="preserve">[42:39] </w:t>
      </w:r>
      <w:r>
        <w:t>yaani peghambar ke munh se chehre se khoon beh raha hai, lekin zabaan se kya nikal raha</w:t>
      </w:r>
    </w:p>
    <w:p>
      <w:pPr>
        <w:jc w:val="right"/>
      </w:pPr>
      <w:r>
        <w:t>ہے؟ اے اللہ، ان لوگوں کو معاف کر دے، وہ جانتے نہیں کہ وہ کیا کر رہے ہیں۔</w:t>
      </w:r>
    </w:p>
    <w:p>
      <w:r>
        <w:rPr>
          <w:b/>
        </w:rPr>
        <w:t xml:space="preserve">[42:49] </w:t>
      </w:r>
      <w:r>
        <w:t>hai? aye allah, in logon ko maaf kar de, woh jante nahi ke woh kya kar rahe hain.</w:t>
      </w:r>
    </w:p>
    <w:p>
      <w:pPr>
        <w:jc w:val="right"/>
      </w:pPr>
      <w:r>
        <w:t>یہ آخری سطح ہے یہ پازیٹیوٹی کی،</w:t>
      </w:r>
    </w:p>
    <w:p>
      <w:r>
        <w:rPr>
          <w:b/>
        </w:rPr>
        <w:t xml:space="preserve">[42:56] </w:t>
      </w:r>
      <w:r>
        <w:t>yeh aakhri satah hai yeh positivity ki,</w:t>
      </w:r>
    </w:p>
    <w:p>
      <w:pPr>
        <w:jc w:val="right"/>
      </w:pPr>
      <w:r>
        <w:t>یہ پازیٹیوٹی کی آخری سطح ہے۔ دیکھیں، قرآن بلاشبہ سب سے زیادہ بڑی چیز ہمیں آئی، سب ایسٹ جو ہے ہمارا سب سے زیادہ قرآن ہے۔</w:t>
      </w:r>
    </w:p>
    <w:p>
      <w:r>
        <w:rPr>
          <w:b/>
        </w:rPr>
        <w:t xml:space="preserve">[43:07] </w:t>
      </w:r>
      <w:r>
        <w:t>yeh positivity ki aakhri satah hai.</w:t>
      </w:r>
    </w:p>
    <w:p>
      <w:pPr>
        <w:jc w:val="right"/>
      </w:pPr>
      <w:r>
        <w:t>اس کا میں ایک واقعہ، مجھے شاید میں اس سے پہلی بات بتایا ہو، پھر میں اس کو دہراتا ہوں کہ وہ میری آنکھوں کے سامنے واقعہ ہے 1976 کا، 1976 کا واقعہ۔</w:t>
      </w:r>
    </w:p>
    <w:p>
      <w:r>
        <w:rPr>
          <w:b/>
        </w:rPr>
        <w:t xml:space="preserve">[43:23] </w:t>
      </w:r>
      <w:r>
        <w:t>dekhen, quran bilashubah sab se ziyada bari cheez humein aayi, sab east jo hai hamara sab se ziyada quran hai.</w:t>
      </w:r>
    </w:p>
    <w:p>
      <w:pPr>
        <w:jc w:val="right"/>
      </w:pPr>
      <w:r>
        <w:t>تو تراولس میں ایک مسلم کرسچن ڈائیلاگ ہوا تھا</w:t>
      </w:r>
    </w:p>
    <w:p>
      <w:r>
        <w:rPr>
          <w:b/>
        </w:rPr>
        <w:t xml:space="preserve">[43:31] </w:t>
      </w:r>
      <w:r>
        <w:t>is ka mein aik waqia, mujhe shayad mein is se pehli baat bataya ho, phir mein is ko dohrata hoon ke woh meri aankhon ke samne waqia hai 1976 ka, 1976 ka waqia.</w:t>
      </w:r>
    </w:p>
    <w:p>
      <w:pPr>
        <w:jc w:val="right"/>
      </w:pPr>
      <w:r>
        <w:t>جس میں کافی لوگ آئے تھے</w:t>
      </w:r>
    </w:p>
    <w:p>
      <w:r>
        <w:rPr>
          <w:b/>
        </w:rPr>
        <w:t xml:space="preserve">[43:34] </w:t>
      </w:r>
      <w:r>
        <w:t>to travolus mein aik muslim christian dialogue hua tha</w:t>
      </w:r>
    </w:p>
    <w:p>
      <w:pPr>
        <w:jc w:val="right"/>
      </w:pPr>
      <w:r>
        <w:t>کرسچن کی طرف سے اور علماء کی طرف سے بھی، میں بھی اس میں شریک تھا۔ تو وہ ڈائیلاگ چلا ایک ہفتے تک اور کوئی بات طے نہیں ہوئی۔</w:t>
      </w:r>
    </w:p>
    <w:p>
      <w:r>
        <w:rPr>
          <w:b/>
        </w:rPr>
        <w:t xml:space="preserve">[43:48] </w:t>
      </w:r>
      <w:r>
        <w:t>jis mein kafi log aaye the</w:t>
      </w:r>
    </w:p>
    <w:p>
      <w:pPr>
        <w:jc w:val="right"/>
      </w:pPr>
      <w:r>
        <w:t>دونوں طرف سے سارا زور جس پر تھا، وہ اختلافات پر تھا۔ وہ چاہتے ہیں کہ تم یہ مانو، وہ چاہتے ہیں ہم یہ مانو۔</w:t>
      </w:r>
    </w:p>
    <w:p>
      <w:r>
        <w:rPr>
          <w:b/>
        </w:rPr>
        <w:t xml:space="preserve">[44:01] </w:t>
      </w:r>
      <w:r>
        <w:t>christian ki taraf se aur ulma ki taraf se bhi, mein bhi is mein shareek tha.</w:t>
      </w:r>
    </w:p>
    <w:p>
      <w:pPr>
        <w:jc w:val="right"/>
      </w:pPr>
      <w:r>
        <w:t>تو نہ کرسچن سائیڈ نے مسلمانوں کے بات کو مانا، نہ مسلم سائیڈ نے کرسچنز کی بات کو مانا، اور ویسے ختم ہو گئی، فیل ہو گئی۔</w:t>
      </w:r>
    </w:p>
    <w:p>
      <w:r>
        <w:rPr>
          <w:b/>
        </w:rPr>
        <w:t xml:space="preserve">[44:12] </w:t>
      </w:r>
      <w:r>
        <w:t>to aakhri din yeh qissa mein ne likha hai is mein apne safarnamay mein. aakhir yeh tay hua ke achhe shakal, achhe tareeqay se khatm kiya jaye is ko.</w:t>
      </w:r>
    </w:p>
    <w:p>
      <w:pPr>
        <w:jc w:val="right"/>
      </w:pPr>
      <w:r>
        <w:t>تو آخری دن یہ قصہ میں نے لکھا ہے اس میں اپنے سفرنامے میں۔ آخر یہ طے ہوا کہ اچھے شکل، اچھے طریقے سے ختم کیا جائے اس کو۔</w:t>
      </w:r>
    </w:p>
    <w:p>
      <w:r>
        <w:rPr>
          <w:b/>
        </w:rPr>
        <w:t xml:space="preserve">[44:27] </w:t>
      </w:r>
      <w:r>
        <w:t>khatma to kam az kam theek ho</w:t>
      </w:r>
    </w:p>
    <w:p>
      <w:pPr>
        <w:jc w:val="right"/>
      </w:pPr>
      <w:r>
        <w:t>خاتمہ تو کم از کم ٹھیک ہو</w:t>
      </w:r>
    </w:p>
    <w:p>
      <w:r>
        <w:rPr>
          <w:b/>
        </w:rPr>
        <w:t xml:space="preserve">[44:29] </w:t>
      </w:r>
      <w:r>
        <w:t>. to yeh tay hua ke khatme ke din quran aur aur injeel ke kuch hissay parhe jayen, parh kar koi khatma kiya jaye in ka.</w:t>
      </w:r>
    </w:p>
    <w:p>
      <w:pPr>
        <w:jc w:val="right"/>
      </w:pPr>
      <w:r>
        <w:t>۔ تو یہ طے ہوا کہ خاتمے کے دن قرآن اور اور انجیل کے کچھ حصے پڑھے جائیں، پڑھ کر کوئی خاتمہ کیا جائے ان کا۔</w:t>
      </w:r>
    </w:p>
    <w:p>
      <w:r>
        <w:rPr>
          <w:b/>
        </w:rPr>
        <w:t xml:space="preserve">[44:39] </w:t>
      </w:r>
      <w:r>
        <w:t>to is ke liye jo select hua, jo aadmi woh lebanon ka ek isai tha. lebanon ki zaban arabi hai, to isai ki bhi zaban arabi thi, aur us ne parha bhi tha baqayda.</w:t>
      </w:r>
    </w:p>
    <w:p>
      <w:pPr>
        <w:jc w:val="right"/>
      </w:pPr>
      <w:r>
        <w:t>تو اس کے لیے جو سلیکٹ ہوا، جو آدمی وہ لبنان کا ایک عیسائی تھا۔ لبنان کی زبان عربی ہے، تو عیسائی کی بھی زبان عربی تھی، اور اس نے پڑھا بھی تھا باقاعدہ۔</w:t>
      </w:r>
    </w:p>
    <w:p>
      <w:r>
        <w:rPr>
          <w:b/>
        </w:rPr>
        <w:t xml:space="preserve">[44:54] </w:t>
      </w:r>
      <w:r>
        <w:t>to us ne kaha ke aap phir quran bhi parhiye aur aap phir injeel bhi parhiye, yani injeel arabi tarjuma jo injeel ka hai, arabi se.</w:t>
      </w:r>
    </w:p>
    <w:p>
      <w:pPr>
        <w:jc w:val="right"/>
      </w:pPr>
      <w:r>
        <w:t>تو اس نے کہا کہ آپ پھر قرآن بھی پڑھیے اور آپ پھر انجیل بھی پڑھیے، یعنی انجیل عربی ترجمہ جو انجیل کا ہے، عربی سے۔</w:t>
      </w:r>
    </w:p>
    <w:p>
      <w:r>
        <w:rPr>
          <w:b/>
        </w:rPr>
        <w:t xml:space="preserve">[45:05] </w:t>
      </w:r>
      <w:r>
        <w:t>to us ne injeel ka ek hissa ghaliban yuhna ka parh kar sunaya, john jis ko kehte hain john.</w:t>
      </w:r>
    </w:p>
    <w:p>
      <w:pPr>
        <w:jc w:val="right"/>
      </w:pPr>
      <w:r>
        <w:t>تو اس نے انجیل کا ایک حصہ غالباً یوحنا کا پڑھ کر سنایا، جان جس کو کہتے ہیں جان۔</w:t>
      </w:r>
    </w:p>
    <w:p>
      <w:r>
        <w:rPr>
          <w:b/>
        </w:rPr>
        <w:t xml:space="preserve">[45:15] </w:t>
      </w:r>
      <w:r>
        <w:t>to khoob jo us ke bas mein tha, achhe tareeqay se poori tajweed ke sath, achhe achhe tareeqay se parha us ne,</w:t>
      </w:r>
    </w:p>
    <w:p>
      <w:pPr>
        <w:jc w:val="right"/>
      </w:pPr>
      <w:r>
        <w:t>تو خوب جو اس کے بس میں تھا، اچھے طریقے سے پوری تجوید کے ساتھ، اچھے اچھے طریقے سے پڑھا اس نے،</w:t>
      </w:r>
    </w:p>
    <w:p>
      <w:r>
        <w:rPr>
          <w:b/>
        </w:rPr>
        <w:t xml:space="preserve">[45:24] </w:t>
      </w:r>
      <w:r>
        <w:t>lekin is mein kuch jaan nahi aayi kyunke woh insani kalam hai, woh translation hai, woh woh khuda ke alfaaz to hain nahi, woh to translation hai.</w:t>
      </w:r>
    </w:p>
    <w:p>
      <w:pPr>
        <w:jc w:val="right"/>
      </w:pPr>
      <w:r>
        <w:t>لیکن اس میں کچھ جان نہیں آئی کیونکہ وہ انسانی کلام ہے، وہ ٹرانسلیشن ہے، وہ وہ خدا کے الفاظ تو ہیں نہیں، وہ تو ٹرانسلیشن ہے۔</w:t>
      </w:r>
    </w:p>
    <w:p>
      <w:r>
        <w:rPr>
          <w:b/>
        </w:rPr>
        <w:t xml:space="preserve">[45:35] </w:t>
      </w:r>
      <w:r>
        <w:t>achha, is ke baad isi christian ne quran ka ek hissa parh kar sunaya to ek ajeeb manzar tha wahan par.</w:t>
      </w:r>
    </w:p>
    <w:p>
      <w:pPr>
        <w:jc w:val="right"/>
      </w:pPr>
      <w:r>
        <w:t>اچھا، اس کے بعد اسی کرسچن نے قرآن کا ایک حصہ پڑھ کر سنایا تو ایک عجیب منظر تھا وہاں پر۔</w:t>
      </w:r>
    </w:p>
    <w:p>
      <w:r>
        <w:rPr>
          <w:b/>
        </w:rPr>
        <w:t xml:space="preserve">[45:44] </w:t>
      </w:r>
      <w:r>
        <w:t>sab log bilkul jaise ke bibleders ko taqreeb karte hain, shashdar reh gaye.</w:t>
      </w:r>
    </w:p>
    <w:p>
      <w:pPr>
        <w:jc w:val="right"/>
      </w:pPr>
      <w:r>
        <w:t>سب لوگ بالکل جیسے کہ بیبلڈرز کو تقریب کرتے ہیں، ششدر رہ گئے۔</w:t>
      </w:r>
    </w:p>
    <w:p>
      <w:r>
        <w:rPr>
          <w:b/>
        </w:rPr>
        <w:t xml:space="preserve">[45:51] </w:t>
      </w:r>
      <w:r>
        <w:t>ab woh us ko bhi us ne qirat ke sath parha tha, tajweed ke sath. us ko bhi us ne isi tareeqay se tajweed ke sath parha. to quran ke jo alfaaz the, woh is mein jo shokoh tha, ek us waqt ek aadmi ne kaha tha ke quran mein sound art parks laga hai.</w:t>
      </w:r>
    </w:p>
    <w:p>
      <w:pPr>
        <w:jc w:val="right"/>
      </w:pPr>
      <w:r>
        <w:t>اب وہ اس کو بھی اس نے قرات کے ساتھ پڑھا تھا، تجوید کے ساتھ۔ اس کو بھی اس نے اسی طریقے سے تجوید کے ساتھ پڑھا۔ تو قرآن کے جو الفاظ تھے، وہ اس میں جو شکوہ تھا، ایک اس وقت ایک آدمی نے کہا تھا کہ قرآن میں ساؤنڈ آرٹ پارکس لگا ہے۔</w:t>
      </w:r>
    </w:p>
    <w:p>
      <w:r>
        <w:rPr>
          <w:b/>
        </w:rPr>
        <w:t xml:space="preserve">[46:13] </w:t>
      </w:r>
      <w:r>
        <w:t>ab tak bhi yaad hai ke sound quran mein sound art parks laga hai.</w:t>
      </w:r>
    </w:p>
    <w:p>
      <w:pPr>
        <w:jc w:val="right"/>
      </w:pPr>
      <w:r>
        <w:t>اب تک بھی یاد ہے کہ ساؤنڈ قرآن میں ساؤنڈ آرٹ پارکس لگا ہے۔</w:t>
      </w:r>
    </w:p>
    <w:p>
      <w:r>
        <w:rPr>
          <w:b/>
        </w:rPr>
        <w:t xml:space="preserve">[46:21] </w:t>
      </w:r>
      <w:r>
        <w:t>to yeh is had tak mara hai is ne. to beharhal is ki jo awaz jo thi, gonji jo poora haal mein, bohat bara haal tha woh.</w:t>
      </w:r>
    </w:p>
    <w:p>
      <w:pPr>
        <w:jc w:val="right"/>
      </w:pPr>
      <w:r>
        <w:t>تو یہ اس حد تک مارا ہے اس نے۔ تو بہرحال اس کی جو آواز جو تھی، گونجی جو پورا حال میں، بہت بڑا حال تھا وہ۔</w:t>
      </w:r>
    </w:p>
    <w:p>
      <w:r>
        <w:rPr>
          <w:b/>
        </w:rPr>
        <w:t xml:space="preserve">[46:30] </w:t>
      </w:r>
      <w:r>
        <w:t>to ek manzar us waqt mein yeh mujhe aisa laga ke woh woh ayat dehra rahi hai apne aap ko</w:t>
      </w:r>
    </w:p>
    <w:p>
      <w:pPr>
        <w:jc w:val="right"/>
      </w:pPr>
      <w:r>
        <w:t>تو ایک منظر اس وقت میں یہ مجھے ایسا لگا کہ وہ وہ آیت دہرا رہی ہے اپنے آپ کو</w:t>
      </w:r>
    </w:p>
    <w:p>
      <w:r>
        <w:rPr>
          <w:b/>
        </w:rPr>
        <w:t xml:space="preserve">[46:37] </w:t>
      </w:r>
      <w:r>
        <w:t>ke Hazrat Musa ke zamane mein jo jadoogaron ne apne koi laathi aur rasi phenki thi maidan mein, to woh lagti thi ke saanp chal rahe hain, saanp ban kar ke rengne lagi sab cheezain.</w:t>
      </w:r>
    </w:p>
    <w:p>
      <w:pPr>
        <w:jc w:val="right"/>
      </w:pPr>
      <w:r>
        <w:t>کہ حضرت موسیٰ کے زمانے میں جو جادوگروں نے اپنے کوئی لاٹھی اور رسی پھینکی تھی میدان میں، تو وہ لگتی تھی کہ سانپ چل رہے ہیں، سانپ بن کر کے رینگنے لگی سب چیزیں۔</w:t>
      </w:r>
    </w:p>
    <w:p>
      <w:r>
        <w:rPr>
          <w:b/>
        </w:rPr>
        <w:t xml:space="preserve">[46:53] </w:t>
      </w:r>
      <w:r>
        <w:t>us waqt Allah taala ne Musa se kaha ke tu apna asaa daalo.</w:t>
      </w:r>
    </w:p>
    <w:p>
      <w:pPr>
        <w:jc w:val="right"/>
      </w:pPr>
      <w:r>
        <w:t>اس وقت اللہ تعالیٰ نے موسیٰ سے کہا کہ تو اپنا عصا ڈالو۔</w:t>
      </w:r>
    </w:p>
    <w:p>
      <w:r>
        <w:rPr>
          <w:b/>
        </w:rPr>
        <w:t xml:space="preserve">[47:01] </w:t>
      </w:r>
      <w:r>
        <w:t>to unhon ne dala</w:t>
      </w:r>
    </w:p>
    <w:p>
      <w:pPr>
        <w:jc w:val="right"/>
      </w:pPr>
      <w:r>
        <w:t>تو انہوں نے ڈالا</w:t>
      </w:r>
    </w:p>
    <w:p>
      <w:r>
        <w:rPr>
          <w:b/>
        </w:rPr>
        <w:t xml:space="preserve">[47:03] </w:t>
      </w:r>
      <w:r>
        <w:t>to zabardast saanp ban kar ke woh chalne laga is mein. aur sab is mein hai ke faida hai "talaqqaf ma yafqoon". woh Hazrat Musa ka jo asaa jo saanp ban gaya tha, woh nigal gaya jadoogaron ke.</w:t>
      </w:r>
    </w:p>
    <w:p>
      <w:pPr>
        <w:jc w:val="right"/>
      </w:pPr>
      <w:r>
        <w:t>تو زبردست سانپ بن کر کے وہ چلنے لگا اس میں۔ اور سب اس میں ہے کہ فائدہ ہے "تلقف ما یفقون"۔ وہ حضرت موسیٰ کا جو عصا جو سانپ بن گیا تھا، وہ نگل گیا جادوگروں کے۔</w:t>
      </w:r>
    </w:p>
    <w:p>
      <w:r>
        <w:rPr>
          <w:b/>
        </w:rPr>
        <w:t xml:space="preserve">[47:17] </w:t>
      </w:r>
      <w:r>
        <w:t>jadoogaron ke sare jo unhon ne jadoo jo banaya tha tamasha, to nigal gaya us ko. aise bahar laga mujhe ke quran ki awaz jo hai, woh injeel ki awaz ko nigal rahi hai,</w:t>
      </w:r>
    </w:p>
    <w:p>
      <w:pPr>
        <w:jc w:val="right"/>
      </w:pPr>
      <w:r>
        <w:t>جادوگروں کے سارے جو انہوں نے جادوگر جو بنایا تھا تماشہ، تو نگل گیا اس کو۔ ایسے باہر لگا مجھے کہ قرآن کی آواز جو ہے، وہ انجیل کی آواز کو نگل رہی ہے،</w:t>
      </w:r>
    </w:p>
    <w:p>
      <w:r>
        <w:rPr>
          <w:b/>
        </w:rPr>
        <w:t xml:space="preserve">[47:32] </w:t>
      </w:r>
      <w:r>
        <w:t>nigal rahi hai us ko.</w:t>
      </w:r>
    </w:p>
    <w:p>
      <w:pPr>
        <w:jc w:val="right"/>
      </w:pPr>
      <w:r>
        <w:t>نگل رہی ہے اس کو۔</w:t>
      </w:r>
    </w:p>
    <w:p>
      <w:r>
        <w:rPr>
          <w:b/>
        </w:rPr>
        <w:t xml:space="preserve">[47:36] </w:t>
      </w:r>
      <w:r>
        <w:t>aur ghar yeh manzar tha woh. to ab tak mujhe do tabsarah yaad hai jab hum log bahar nikle haal se kuch chaye pani ke liye to hum log baithe mez par to ek shakhs ne kaha ke quran mein sound art parks laga hai.</w:t>
      </w:r>
    </w:p>
    <w:p>
      <w:pPr>
        <w:jc w:val="right"/>
      </w:pPr>
      <w:r>
        <w:t>اور گھر یہ منظر تھا وہ۔ تو اب تک مجھے دو تبصرہ یاد ہے جب ہم لوگ باہر نکلے حال سے کچھ چائے پانی کے لیے تو ہم لوگ بیٹھے میز پر تو ایک شخص نے کہا کہ قرآن میں ساؤنڈ آرٹ پارکس لگا ہے۔</w:t>
      </w:r>
    </w:p>
    <w:p>
      <w:r>
        <w:rPr>
          <w:b/>
        </w:rPr>
        <w:t xml:space="preserve">[47:55] </w:t>
      </w:r>
      <w:r>
        <w:t>yeh kaha us ne, yeh nahi kaha ke quran khuda ki kitab hai, lekin yeh kaha hai quran mein sound art parks laga hai.</w:t>
      </w:r>
    </w:p>
    <w:p>
      <w:pPr>
        <w:jc w:val="right"/>
      </w:pPr>
      <w:r>
        <w:t>یہ کہا اس نے، یہ نہیں کہا کہ قرآن خدا کی کتاب ہے، لیکن یہ کہا ہے قرآن میں ساؤنڈ آرٹ پارکس لگا ہے۔</w:t>
      </w:r>
    </w:p>
    <w:p>
      <w:r>
        <w:rPr>
          <w:b/>
        </w:rPr>
        <w:t xml:space="preserve">[48:04] </w:t>
      </w:r>
      <w:r>
        <w:t>dosre the, dosre doctor shalik likh the, shalkal jo Vatican shayar the, un se mein ne poocha ke ab yani woh is ke andar yahi behas kar rahe the ke quran khuda ki kitab nahi hai.</w:t>
      </w:r>
    </w:p>
    <w:p>
      <w:pPr>
        <w:jc w:val="right"/>
      </w:pPr>
      <w:r>
        <w:t>دوسرے تھے، دوسرے ڈاکٹر شلک لکھ تھے، شلکل جو ویٹیکن شاعر تھے، ان سے میں نے پوچھا کہ اب یعنی وہ اس کے اندر یہی بحث کر رہے تھے کہ قرآن خدا کی کتاب نہیں ہے۔</w:t>
      </w:r>
    </w:p>
    <w:p>
      <w:r>
        <w:rPr>
          <w:b/>
        </w:rPr>
        <w:t xml:space="preserve">[48:19] </w:t>
      </w:r>
      <w:r>
        <w:t>haal ke andar ab</w:t>
      </w:r>
    </w:p>
    <w:p>
      <w:pPr>
        <w:jc w:val="right"/>
      </w:pPr>
      <w:r>
        <w:t>حال کے اندر اب</w:t>
      </w:r>
    </w:p>
    <w:p>
      <w:r>
        <w:rPr>
          <w:b/>
        </w:rPr>
        <w:t xml:space="preserve">[48:21] </w:t>
      </w:r>
      <w:r>
        <w:t>jo hai itna un ko ek asar tha, itna jo mashhoor ho rahe the is woh jo performance hua tha wahan par ke un ki zaban se nikal gaya ke haan lagta hai quran khuda ki kitab hai.</w:t>
      </w:r>
    </w:p>
    <w:p>
      <w:pPr>
        <w:jc w:val="right"/>
      </w:pPr>
      <w:r>
        <w:t>جو ہے اتنا ان کو ایک اثر تھا، اتنا جو مشہور ہو رہے تھے اس وہ جو پرفارمنس ہوا تھا وہاں پر کہ ان کی زبان سے نکل گیا کہ ہاں لگتا ہے قرآن خدا کی کتاب ہے۔</w:t>
      </w:r>
    </w:p>
    <w:p>
      <w:r>
        <w:rPr>
          <w:b/>
        </w:rPr>
        <w:t xml:space="preserve">[48:38] </w:t>
      </w:r>
      <w:r>
        <w:t>phir jaldi se correct kiya is ne unhon ne ke magar woh arbon ke liye thi. woh to yeh hai quran ki azmat.</w:t>
      </w:r>
    </w:p>
    <w:p>
      <w:pPr>
        <w:jc w:val="right"/>
      </w:pPr>
      <w:r>
        <w:t>پھر جلدی سے کریکٹ کیا اس نے انہوں نے کہ مگر وہ عربوں کے لیے تھی۔ وہ تو یہ ہے قرآن کی عظمت۔</w:t>
      </w:r>
    </w:p>
    <w:p>
      <w:r>
        <w:rPr>
          <w:b/>
        </w:rPr>
        <w:t xml:space="preserve">[48:49] </w:t>
      </w:r>
      <w:r>
        <w:t>hadees mein aata hai ke "in allah yarafau bi hadha al kitabi qawaman" yaani quran ke zariye se kuch qomon ko rifat mile gi, kuch qomein jo hain woh gir jayen gi.</w:t>
      </w:r>
    </w:p>
    <w:p>
      <w:pPr>
        <w:jc w:val="right"/>
      </w:pPr>
      <w:r>
        <w:t>حدیث میں آتا ہے کہ "إن الله يرفع بهذا الكتاب أقواما" یعنی قرآن کے ذریعے سے کچھ قوموں کو رفعت ملے گی، کچھ قومیں جو ہیں وہ گر جائیں گی۔</w:t>
      </w:r>
    </w:p>
    <w:p>
      <w:r>
        <w:rPr>
          <w:b/>
        </w:rPr>
        <w:t xml:space="preserve">[49:09] </w:t>
      </w:r>
      <w:r>
        <w:t>to kaise mile gi?</w:t>
      </w:r>
    </w:p>
    <w:p>
      <w:pPr>
        <w:jc w:val="right"/>
      </w:pPr>
      <w:r>
        <w:t>تو کیسے ملے گی؟</w:t>
      </w:r>
    </w:p>
    <w:p>
      <w:r>
        <w:rPr>
          <w:b/>
        </w:rPr>
        <w:t xml:space="preserve">[49:12] </w:t>
      </w:r>
      <w:r>
        <w:t>aap quran ko samajhte nahin, quran ke masle ko jante nahin, to sirf sirf yeh hoga ke aap yaani is ko muqaddas samajh kar ke is se barkat lete rahen, barkat lete rahen.</w:t>
      </w:r>
    </w:p>
    <w:p>
      <w:pPr>
        <w:jc w:val="right"/>
      </w:pPr>
      <w:r>
        <w:t>آپ قرآن کو سمجھتے نہیں، قرآن کے مسئلے کو جانتے نہیں، تو صرف صرف یہ ہوگا کہ آپ یعنی اس کو مقدس سمجھ کر کے اس سے برکت لیتے رہیں، برکت لیتے رہیں۔</w:t>
      </w:r>
    </w:p>
    <w:p>
      <w:r>
        <w:rPr>
          <w:b/>
        </w:rPr>
        <w:t xml:space="preserve">[49:28] </w:t>
      </w:r>
      <w:r>
        <w:t>agar aadmi agar yeh yeh quran ko manane wale, quran ke mani ko samjhen, is ki gehrai ko samjhen, is ki ideology ko janen to is ki ideology to be panah hai.</w:t>
      </w:r>
    </w:p>
    <w:p>
      <w:pPr>
        <w:jc w:val="right"/>
      </w:pPr>
      <w:r>
        <w:t>اگر آدمی اگر یہ یہ قرآن کو ماننے والے، قرآن کے معنی کو سمجھیں، اس کی گرائی کو سمجھیں، اس کی آئیڈیالوجی کو جانیں تو اس کی آئیڈیالوجی تو بے پناہ ہے۔</w:t>
      </w:r>
    </w:p>
    <w:p>
      <w:r>
        <w:rPr>
          <w:b/>
        </w:rPr>
        <w:t xml:space="preserve">[49:42] </w:t>
      </w:r>
      <w:r>
        <w:t>wohi hai ke nigal jane wali hai. is ki ideology jo hai woh jadoon ke sare shobon ko nigal jane wali hai.</w:t>
      </w:r>
    </w:p>
    <w:p>
      <w:pPr>
        <w:jc w:val="right"/>
      </w:pPr>
      <w:r>
        <w:t>وہی ہے کہ نگل جانے والی ہے۔ اس کی آئیڈیالوجی جو ہے وہ جادوؤں کے سارے شعبوں کو نگل جانے والی ہے۔</w:t>
      </w:r>
    </w:p>
    <w:p>
      <w:r>
        <w:rPr>
          <w:b/>
        </w:rPr>
        <w:t xml:space="preserve">[49:54] </w:t>
      </w:r>
      <w:r>
        <w:t>lekin jab khud quran ke manane wale hi is ko se be khabar hon to kya hoga? kuch bhi nahin hoga.</w:t>
      </w:r>
    </w:p>
    <w:p>
      <w:pPr>
        <w:jc w:val="right"/>
      </w:pPr>
      <w:r>
        <w:t>لیکن جب خود قرآن کے ماننے والے ہی اس کو سے بے خبر ہوں تو کیا ہوگا؟ کچھ بھی نہیں ہوگا۔</w:t>
      </w:r>
    </w:p>
    <w:p>
      <w:r>
        <w:rPr>
          <w:b/>
        </w:rPr>
        <w:t xml:space="preserve">[50:06] </w:t>
      </w:r>
      <w:r>
        <w:t>to khulasa yeh hai ke quran bilashuba allah ki kitab hai, is mein koi shakk nahin.</w:t>
      </w:r>
    </w:p>
    <w:p>
      <w:pPr>
        <w:jc w:val="right"/>
      </w:pPr>
      <w:r>
        <w:t>تو خلاصہ یہ ہے کہ قرآن بلاشبہ اللہ کی کتاب ہے، اس میں کوئی شک نہیں۔</w:t>
      </w:r>
    </w:p>
    <w:p>
      <w:r>
        <w:rPr>
          <w:b/>
        </w:rPr>
        <w:t xml:space="preserve">[50:15] </w:t>
      </w:r>
      <w:r>
        <w:t>waisi hi woh aaj bhi mehfooz hai, jaisi ke rasool allah ko utri thi. woh is mein ek kamil farishta barabar bhi is mein koi tabdili nahin hui.</w:t>
      </w:r>
    </w:p>
    <w:p>
      <w:pPr>
        <w:jc w:val="right"/>
      </w:pPr>
      <w:r>
        <w:t>ویسی ہی وہ آج بھی محفوظ ہے، جیسی کہ رسول اللہ کو اتری تھی۔ وہ اس میں ایک کاملہ فرشتہ برابر بھی اس میں کوئی تبدیلی نہیں ہوئی۔</w:t>
      </w:r>
    </w:p>
    <w:p>
      <w:r>
        <w:rPr>
          <w:b/>
        </w:rPr>
        <w:t xml:space="preserve">[50:28] </w:t>
      </w:r>
      <w:r>
        <w:t>doosri baat yeh hai ke woh allah ka</w:t>
      </w:r>
    </w:p>
    <w:p>
      <w:pPr>
        <w:jc w:val="right"/>
      </w:pPr>
      <w:r>
        <w:t>دوسری بات یہ ہے کہ وہ اللہ کا</w:t>
      </w:r>
    </w:p>
    <w:p>
      <w:r>
        <w:rPr>
          <w:b/>
        </w:rPr>
        <w:t xml:space="preserve">[50:30] </w:t>
      </w:r>
      <w:r>
        <w:t>kalam hai, is liye is mein woh sari taqat hai jo allah ki yaani quran ko le kar uthne ke mani hain.</w:t>
      </w:r>
    </w:p>
    <w:p>
      <w:pPr>
        <w:jc w:val="right"/>
      </w:pPr>
      <w:r>
        <w:t>کلام ہے، اس لیے اس میں وہ ساری طاقت ہے جو اللہ کی یعنی قرآن کو لے کر اٹھنے کے معنی ہیں۔</w:t>
      </w:r>
    </w:p>
    <w:p>
      <w:r>
        <w:rPr>
          <w:b/>
        </w:rPr>
        <w:t xml:space="preserve">[50:38] </w:t>
      </w:r>
      <w:r>
        <w:t>aap allah ki taqat ko le kar uthna, agar aap quran ko le kar uthte hain to is ke mani hain ke allah ki taqat ke upar uth rahe hain. aap kitni bari cheez hai yeh, kitni bari cheez hai.</w:t>
      </w:r>
    </w:p>
    <w:p>
      <w:pPr>
        <w:jc w:val="right"/>
      </w:pPr>
      <w:r>
        <w:t>آپ اللہ کی طاقت کو لے کر اٹھنا، اگر آپ قرآن کو لے کر اٹھتے ہیں تو اس کے معنی ہیں کہ اللہ کی طاقت کے اوپر اٹھ رہے ہیں۔ آپ کتنی بڑی چیز ہے یہ، کتنی بڑی چیز ہے۔</w:t>
      </w:r>
    </w:p>
    <w:p>
      <w:r>
        <w:rPr>
          <w:b/>
        </w:rPr>
        <w:t xml:space="preserve">[50:53] </w:t>
      </w:r>
      <w:r>
        <w:t>lekin sab se pehle yeh karna hoga ke aap quran ko samjhen, quran ki study karen.</w:t>
      </w:r>
    </w:p>
    <w:p>
      <w:pPr>
        <w:jc w:val="right"/>
      </w:pPr>
      <w:r>
        <w:t>لیکن سب سے پہلے یہ کرنا ہوگا کہ آپ قرآن کو سمجھیں، قرآن کی اسٹڈی کریں۔</w:t>
      </w:r>
    </w:p>
    <w:p>
      <w:r>
        <w:rPr>
          <w:b/>
        </w:rPr>
        <w:t xml:space="preserve">[50:59] </w:t>
      </w:r>
      <w:r>
        <w:t>lekin study karne ki bhi kya precondition hai? precondition yeh hai ke apne aap ko hundred percent negativity se bachayen, tab aap samajh payenge.</w:t>
      </w:r>
    </w:p>
    <w:p>
      <w:pPr>
        <w:jc w:val="right"/>
      </w:pPr>
      <w:r>
        <w:t>لیکن اسٹڈی کرنے کی بھی کیا پری کنڈیشن ہے؟ پری کنڈیشن یہ ہے کہ اپنے آپ کو ہنڈرڈ پرسنٹ نیگیٹیوٹی سے بچائیں، تب آپ سمجھ پائیں گے۔</w:t>
      </w:r>
    </w:p>
    <w:p>
      <w:r>
        <w:rPr>
          <w:b/>
        </w:rPr>
        <w:t xml:space="preserve">[51:12] </w:t>
      </w:r>
      <w:r>
        <w:t>yaani reader ka aur author ka wavelength jab ek jab tak nahin hoga, tab tak quran aadmi ke samajh mein nahin aayega, bilkul samajh mein nahin aayega.</w:t>
      </w:r>
    </w:p>
    <w:p>
      <w:pPr>
        <w:jc w:val="right"/>
      </w:pPr>
      <w:r>
        <w:t>یعنی ریڈر کا اور اتھر کا ویو لینتھ جب ایک جب تک نہیں ہوگا، تب تک قرآن آدمی کے سمجھ میں نہیں آئے گا، بالکل سمجھ میں نہیں آئے گا۔</w:t>
      </w:r>
    </w:p>
    <w:p>
      <w:r>
        <w:rPr>
          <w:b/>
        </w:rPr>
        <w:t xml:space="preserve">[51:24] </w:t>
      </w:r>
      <w:r>
        <w:t>misal ke taur par main aap ko pehli ayat jo hai quran ki usi ko le</w:t>
      </w:r>
    </w:p>
    <w:p>
      <w:pPr>
        <w:jc w:val="right"/>
      </w:pPr>
      <w:r>
        <w:t>مثلاً میں آپ کو پہلی آیت جو ہے قرآن کی اسی کو لی</w:t>
      </w:r>
    </w:p>
    <w:p>
      <w:r>
        <w:rPr>
          <w:b/>
        </w:rPr>
        <w:t xml:space="preserve">[51:27] </w:t>
      </w:r>
      <w:r>
        <w:t>jayen: "alhamdu lillahi rabbil alameen". yeh jo ayat hai, hamd ke mani hain, shukr, eteraaf, tareef, yeh sari baaten is ke andar maujood hain.</w:t>
      </w:r>
    </w:p>
    <w:p>
      <w:pPr>
        <w:jc w:val="right"/>
      </w:pPr>
      <w:r>
        <w:t>جئے: "الحمدللہ رب العالمین"۔ یہ جو آیت ہے، حمد کے معنی ہیں، شکر، اعتراف، تعریف، یہ ساری باتیں اس کے اندر موجود ہیں۔</w:t>
      </w:r>
    </w:p>
    <w:p>
      <w:r>
        <w:rPr>
          <w:b/>
        </w:rPr>
        <w:t xml:space="preserve">[51:40] </w:t>
      </w:r>
      <w:r>
        <w:t>yaani yeh allah ka bohat hi bara taraf khuda hai, to hi qabil hamd hai, to hi qabil azmat hai, to hi sab kuch hai, to hi qabil tareef hai.</w:t>
      </w:r>
    </w:p>
    <w:p>
      <w:pPr>
        <w:jc w:val="right"/>
      </w:pPr>
      <w:r>
        <w:t>یعنی یہ اللہ کا بہت ہی بڑا طرف خدا ہے، تو ہی قابل حمد ہے، تو ہی قابل عظمت ہے، تو ہی سب کچھ ہے، تو ہی قابل تعریف ہے۔</w:t>
      </w:r>
    </w:p>
    <w:p>
      <w:r>
        <w:rPr>
          <w:b/>
        </w:rPr>
        <w:t xml:space="preserve">[51:50] </w:t>
      </w:r>
      <w:r>
        <w:t>yaani seena to bhar jana chahiye allah ke glory ke ehsas se.</w:t>
      </w:r>
    </w:p>
    <w:p>
      <w:pPr>
        <w:jc w:val="right"/>
      </w:pPr>
      <w:r>
        <w:t>یعنی سینہ تو بھر جانا چاہیے اللہ کے گلوری کے احساس سے۔</w:t>
      </w:r>
    </w:p>
    <w:p>
      <w:r>
        <w:rPr>
          <w:b/>
        </w:rPr>
        <w:t xml:space="preserve">[51:56] </w:t>
      </w:r>
      <w:r>
        <w:t>lekin kya hota hai? kisi kisi ka seena bharta nahin. koi musalman pooche, aap sari dilli mein ek bhi musalman keh kya "alhamdu lillahi rabbil alameen" padh kar ke tumhare seena allah ke eteraaf se samundaron ko samundar ka jaisa shukr aa gaya tumhare dil mein?</w:t>
      </w:r>
    </w:p>
    <w:p>
      <w:pPr>
        <w:jc w:val="right"/>
      </w:pPr>
      <w:r>
        <w:t>لیکن کیا ہوتا ہے؟ کسی کسی کا سینہ بھرتا نہیں۔ کوئی مسلمان پوچھے، آپ ساری دلی میں ایک بھی مسلمان کہ کیا "الحمدللہ رب العالمین" پڑھ کر کے تمہارے سینہ اللہ کے اعتراف سے سمندروں کو سمندر کا جیسا شکر آ گیا تمہارے دل میں؟</w:t>
      </w:r>
    </w:p>
    <w:p>
      <w:r>
        <w:rPr>
          <w:b/>
        </w:rPr>
        <w:t xml:space="preserve">[52:14] </w:t>
      </w:r>
      <w:r>
        <w:t>oceanic acknowledgement aa gaya tumhare dil mein? kuch nahin, kyun? sab yeh rahe hain negativity mein.</w:t>
      </w:r>
    </w:p>
    <w:p>
      <w:pPr>
        <w:jc w:val="right"/>
      </w:pPr>
      <w:r>
        <w:t>اوشیانک اکنائجمنٹ آ گیا تمہارے دل میں؟ کچھ نہیں، کیوں؟ سب یہ رہے ہیں نیگیٹیوٹی میں۔</w:t>
      </w:r>
    </w:p>
    <w:p>
      <w:r>
        <w:rPr>
          <w:b/>
        </w:rPr>
        <w:t xml:space="preserve">[52:22] </w:t>
      </w:r>
      <w:r>
        <w:t>jab aap ke dil mein yeh bhara hua hai ke yeh zulm, woh sazish, yeh conspiracy ya atrocity ya yeh sab bhara hua hai ke aap ke huqooq chhene ja rahe hain, aap ko muhasre mein le rakha hai logon ne, hum siege mein sare musalman kehte hain hum siege mein hain.</w:t>
      </w:r>
    </w:p>
    <w:p>
      <w:pPr>
        <w:jc w:val="right"/>
      </w:pPr>
      <w:r>
        <w:t>جب آپ کے دل میں یہ بھرا ہوا ہے کہ یہ ظلم، وہ سازش، یہ کنسپریسی یا اٹراسٹی یا یہ سب بھرا ہوا ہے کہ آپ کے حقوق چھینے جا رہے ہیں، آپ کو محاصرے میں لے رکھا ہے لوگوں نے، ہم سیج میں سارے مسلمان کہتے ہیں ہم سیج میں ہیں۔</w:t>
      </w:r>
    </w:p>
    <w:p>
      <w:r>
        <w:rPr>
          <w:b/>
        </w:rPr>
        <w:t xml:space="preserve">[52:40] </w:t>
      </w:r>
      <w:r>
        <w:t>jab aap musalmanon ka yeh mizaj ho to "alhamdu lillahi rabbil alameen" padh kar ke aap ko samundar shukr kahan se uble ga? kahan se uble ga?</w:t>
      </w:r>
    </w:p>
    <w:p>
      <w:pPr>
        <w:jc w:val="right"/>
      </w:pPr>
      <w:r>
        <w:t>جب آپ مسلمانوں کا یہ مزاج ہو تو "الحمدللہ رب العالمین" پڑھ کر کے آپ کو سمندر شکر کہاں سے ابلے گا؟ کہاں سے ابلے گا؟</w:t>
      </w:r>
    </w:p>
    <w:p>
      <w:r>
        <w:rPr>
          <w:b/>
        </w:rPr>
        <w:t xml:space="preserve">[52:54] </w:t>
      </w:r>
      <w:r>
        <w:t>"alhamdu lillahi rabb" "alhamdu lillahi rabbil alameen" padh kar kaam hoga. idhar samundar jaisa shukr ubalna chahiye. nahin ubalta, padh lete hain, khali quran mein padhte hain, roza namazon mein padhte hain.</w:t>
      </w:r>
    </w:p>
    <w:p>
      <w:pPr>
        <w:jc w:val="right"/>
      </w:pPr>
      <w:r>
        <w:t>"الحمدللہ رب" "الحمدللہ رب العالمین" پڑھ کر کام ہوگا۔ ادھر سمندر جیسا شکر ابلنا چاہیے۔ نہیں ابلتا، پڑھ لیتے ہیں، خالی قرآن میں پڑھتے ہیں، روزہ نمازوں میں پڑھتے ہیں۔</w:t>
      </w:r>
    </w:p>
    <w:p>
      <w:r>
        <w:rPr>
          <w:b/>
        </w:rPr>
        <w:t xml:space="preserve">[53:09] </w:t>
      </w:r>
      <w:r>
        <w:t>lekin aap kisi ek bhi musalman ko mujhe mila dijiye dilli mein,</w:t>
      </w:r>
    </w:p>
    <w:p>
      <w:pPr>
        <w:jc w:val="right"/>
      </w:pPr>
      <w:r>
        <w:t>لیکن آپ کسی ایک بھی مسلمان کو مجھے ملا دیجئے دلی میں،</w:t>
      </w:r>
    </w:p>
    <w:p>
      <w:r>
        <w:rPr>
          <w:b/>
        </w:rPr>
        <w:t xml:space="preserve">[53:13] </w:t>
      </w:r>
      <w:r>
        <w:t>aik musalman mila dijiye dili, poori dili mein jo yeh kahe ke jab mein "alhamdulillah rabbil alameen" parhta hoon to mein to shukr ka samandar maujood ho jata hai mere seene mein.</w:t>
      </w:r>
    </w:p>
    <w:p>
      <w:pPr>
        <w:jc w:val="right"/>
      </w:pPr>
      <w:r>
        <w:t>ایک مسلمان ملا دیجئے دلی، پوری دلی میں جو یہ کہے کہ جب میں "الحمدللہ رب العالمین" پڑھتا ہوں تو میں تو شکر کا سمندر موجود ہو جاتا ہے میرے سینے میں۔</w:t>
      </w:r>
    </w:p>
    <w:p>
      <w:r>
        <w:rPr>
          <w:b/>
        </w:rPr>
        <w:t xml:space="preserve">[53:24] </w:t>
      </w:r>
      <w:r>
        <w:t>mujhe is ko mila dijiye, aise musalman ko. yeh yeh yeh sirf jumla bol de woh</w:t>
      </w:r>
    </w:p>
    <w:p>
      <w:pPr>
        <w:jc w:val="right"/>
      </w:pPr>
      <w:r>
        <w:t>مجھے اس کو ملا دیجئے، ایسے مسلمان کو۔ یہ یہ یہ صرف جملہ بول دے وہ</w:t>
      </w:r>
    </w:p>
    <w:p>
      <w:r>
        <w:rPr>
          <w:b/>
        </w:rPr>
        <w:t xml:space="preserve">[53:31] </w:t>
      </w:r>
      <w:r>
        <w:t>ke jab mein kehta hoon "alhamdulillah rabbil alameen" to mere seene mein shukr ka samandar maujood ho jata hai, shukr ka toofan aa jata hai.</w:t>
      </w:r>
    </w:p>
    <w:p>
      <w:pPr>
        <w:jc w:val="right"/>
      </w:pPr>
      <w:r>
        <w:t>کہ جب میں کہتا ہوں "الحمدللہ رب العالمین" تو میرے سینے میں شکر کا سمندر موجود ہو جاتا ہے، شکر کا طوفان آ جاتا ہے۔</w:t>
      </w:r>
    </w:p>
    <w:p>
      <w:r>
        <w:rPr>
          <w:b/>
        </w:rPr>
        <w:t xml:space="preserve">[53:42] </w:t>
      </w:r>
      <w:r>
        <w:t>sirf yeh jumla bol de, woh us musalman mein se mila dijiye is musalman ko. wajah kya hai?</w:t>
      </w:r>
    </w:p>
    <w:p>
      <w:pPr>
        <w:jc w:val="right"/>
      </w:pPr>
      <w:r>
        <w:t>صرف یہ جملہ بول دے، وہ اس مسلمان میں سے ملا دیجئے اس مسلمان کو۔ وجہ کیا ہے؟</w:t>
      </w:r>
    </w:p>
    <w:p>
      <w:r>
        <w:rPr>
          <w:b/>
        </w:rPr>
        <w:t xml:space="preserve">[53:51] </w:t>
      </w:r>
      <w:r>
        <w:t>wajah kya hai ke logon ki negativity, negative thinking se logon ke dimagh bhare hue hain. to un ka aur author ka wavelength do ho gaya hai, aik nahi hai.</w:t>
      </w:r>
    </w:p>
    <w:p>
      <w:pPr>
        <w:jc w:val="right"/>
      </w:pPr>
      <w:r>
        <w:t>وجہ کیا ہے کہ لوگوں کی نیگیٹیوٹی، نیگیٹیو تھنکنگ سے لوگوں کے دماغ بھرے ہوئے ہیں۔ تو ان کا اور اتھر کا ویو لینتھ دو ہو گیا ہے، ایک نہیں ہے۔</w:t>
      </w:r>
    </w:p>
    <w:p>
      <w:r>
        <w:rPr>
          <w:b/>
        </w:rPr>
        <w:t xml:space="preserve">[54:03] </w:t>
      </w:r>
      <w:r>
        <w:t>to kuch samajh mein nahi aati un ki, un ka khuda se contact hi nahi hota. un ka</w:t>
      </w:r>
    </w:p>
    <w:p>
      <w:pPr>
        <w:jc w:val="right"/>
      </w:pPr>
      <w:r>
        <w:t>تو کچھ سمجھ میں نہیں آتی ان کی، ان کا خدا سے کانٹیکٹ ہی نہیں ہوتا۔ ان کا</w:t>
      </w:r>
    </w:p>
    <w:p>
      <w:r>
        <w:rPr>
          <w:b/>
        </w:rPr>
        <w:t xml:space="preserve">[54:15] </w:t>
      </w:r>
      <w:r>
        <w:t>to hamare jo yeh jo mission hai, is mission ka jaisa ke maine arz kiya, hamare mission ki ki pehchani hai ke yeh quran ka mission hai.</w:t>
      </w:r>
    </w:p>
    <w:p>
      <w:pPr>
        <w:jc w:val="right"/>
      </w:pPr>
      <w:r>
        <w:t>تو ہمارے جو یہ جو مشن ہے، اس مشن کا جیسا کہ میں نے عرض کیا، ہمارے مشن کی کی پہچانی ہے کہ یہ قرآن کا مشن ہے۔</w:t>
      </w:r>
    </w:p>
    <w:p>
      <w:r>
        <w:rPr>
          <w:b/>
        </w:rPr>
        <w:t xml:space="preserve">[54:26] </w:t>
      </w:r>
      <w:r>
        <w:t>quran ko le kar uthe hain hum. to quran jo hai, aap samajhna hai, aap ko doosron tak bacha pahunchana hai, aap ko apne aap ko negativity se pak karna hai taake quran ke message ko aap samajh saken.</w:t>
      </w:r>
    </w:p>
    <w:p>
      <w:pPr>
        <w:jc w:val="right"/>
      </w:pPr>
      <w:r>
        <w:t>قرآن کو لے کر اٹھے ہیں ہم۔ تو قرآن جو ہے، آپ سمجھنا ہے، آپ کو دوسروں تک بچا پہنچانا ہے، آپ کو اپنے آپ کو نیگیٹیوٹی سے پاک کرنا ہے تاکہ قرآن کے میسج کو آپ سمجھ سکیں۔</w:t>
      </w:r>
    </w:p>
    <w:p>
      <w:r>
        <w:rPr>
          <w:b/>
        </w:rPr>
        <w:t xml:space="preserve">[54:40] </w:t>
      </w:r>
      <w:r>
        <w:t>jab samjhenge, tabhi to pahunchayenge.</w:t>
      </w:r>
    </w:p>
    <w:p>
      <w:pPr>
        <w:jc w:val="right"/>
      </w:pPr>
      <w:r>
        <w:t>جب سمجھیں گے، تبھی تو پہنچائیں گے۔</w:t>
      </w:r>
    </w:p>
    <w:p>
      <w:r>
        <w:rPr>
          <w:b/>
        </w:rPr>
        <w:t xml:space="preserve">[54:47] </w:t>
      </w:r>
      <w:r>
        <w:t>to is mission ka jo jo pehchan hai, woh hai quran.</w:t>
      </w:r>
    </w:p>
    <w:p>
      <w:pPr>
        <w:jc w:val="right"/>
      </w:pPr>
      <w:r>
        <w:t>تو اس مشن کا جو جو پہچان ہے، وہ ہے قرآن۔</w:t>
      </w:r>
    </w:p>
    <w:p>
      <w:r>
        <w:rPr>
          <w:b/>
        </w:rPr>
        <w:t xml:space="preserve">[54:57] </w:t>
      </w:r>
      <w:r>
        <w:t>to jab mein woh suna, woh qissa america wala "here comes the quran man" to mujhe bohat khushi hui kyunke un ki taraf se yeh recognition hai, recognition ke yeh log quran man hain,</w:t>
      </w:r>
    </w:p>
    <w:p>
      <w:pPr>
        <w:jc w:val="right"/>
      </w:pPr>
      <w:r>
        <w:t>تو جب میں وہ سنا، وہ قصہ امریکہ والا "ہیر کمز دا قرآن مین" تو مجھے بہت خوشی ہوئی کیونکہ ان کی طرف سے یہ ریکگنیشن ہے، ریکگنیشن کہ یہ لوگ قرآن مین ہیں،</w:t>
      </w:r>
    </w:p>
    <w:p>
      <w:r>
        <w:rPr>
          <w:b/>
        </w:rPr>
        <w:t xml:space="preserve">[55:13] </w:t>
      </w:r>
      <w:r>
        <w:t>yeh log quran wale hain.</w:t>
      </w:r>
    </w:p>
    <w:p>
      <w:pPr>
        <w:jc w:val="right"/>
      </w:pPr>
      <w:r>
        <w:t>یہ لوگ قرآن والے ہیں۔</w:t>
      </w:r>
    </w:p>
    <w:p>
      <w:r>
        <w:rPr>
          <w:b/>
        </w:rPr>
        <w:t xml:space="preserve">[55:15] </w:t>
      </w:r>
      <w:r>
        <w:t>jaise un ko kaha jata hai ke bhai yeh to muqri hain. aise aap ko agar kaha jaye ke yeh quran man hain to mujhe mein samjhunga ke yeh Allah ki taraf se insanon ko dil mein dala gaya hai ke ke is ka etiraf karo,</w:t>
      </w:r>
    </w:p>
    <w:p>
      <w:pPr>
        <w:jc w:val="right"/>
      </w:pPr>
      <w:r>
        <w:t>جیسے ان کو کہا جاتا ہے کہ بھئی یہ تو مقری ہیں۔ ایسے آپ کو اگر کہا جائے کہ یہ قرآن مین ہیں تو مجھے میں سمجھوں گا کہ یہ اللہ کی طرف سے انسانوں کو دل میں ڈالا گیا ہے کہ کہ اس کا اعتراف کرو،</w:t>
      </w:r>
    </w:p>
    <w:p>
      <w:r>
        <w:rPr>
          <w:b/>
        </w:rPr>
        <w:t xml:space="preserve">[55:33] </w:t>
      </w:r>
      <w:r>
        <w:t>is haqeeqat ka etiraf karo.</w:t>
      </w:r>
    </w:p>
    <w:p>
      <w:pPr>
        <w:jc w:val="right"/>
      </w:pPr>
      <w:r>
        <w:t>اس حقیقت کا اعتراف کرو۔</w:t>
      </w:r>
    </w:p>
    <w:p>
      <w:r>
        <w:rPr>
          <w:b/>
        </w:rPr>
        <w:t xml:space="preserve">[55:43] </w:t>
      </w:r>
      <w:r>
        <w:t>to yeh bohat hi zyada bari baat hai jis ko hamein samajhna chahiye. balkeh kahan ji aik sab se bari baat hai, is se bari baat aur kya ho sakti hai?</w:t>
      </w:r>
    </w:p>
    <w:p>
      <w:pPr>
        <w:jc w:val="right"/>
      </w:pPr>
      <w:r>
        <w:t>تو یہ بہت ہی زیادہ بڑی بات ہے جس کو ہمیں سمجھنا چاہیے۔ بلکہ کہاں جی ایک سب سے بڑی بات ہے، اس سے بڑی بات اور کیا ہو سکتی ہے؟</w:t>
      </w:r>
    </w:p>
    <w:p>
      <w:r>
        <w:rPr>
          <w:b/>
        </w:rPr>
        <w:t xml:space="preserve">[56:02] </w:t>
      </w:r>
      <w:r>
        <w:t>aaj sari duniya jo hai, ab abhi haal mein aaj sari duniya jee rahi kis mein? aik aik aik bohat bare sawal mein jee rahi hai.</w:t>
      </w:r>
    </w:p>
    <w:p>
      <w:pPr>
        <w:jc w:val="right"/>
      </w:pPr>
      <w:r>
        <w:t>آج ساری دنیا جو ہے، اب ابھی حال میں آج ساری دنیا جی رہی کس میں؟ ایک ایک ایک بہت بڑے سوال میں جی رہی ہے۔</w:t>
      </w:r>
    </w:p>
    <w:p>
      <w:r>
        <w:rPr>
          <w:b/>
        </w:rPr>
        <w:t xml:space="preserve">[56:13] </w:t>
      </w:r>
      <w:r>
        <w:t>woh sawal kya hai? ke woh dekh rahe hain ke duniya mein life support system jo hai, tabah ho raha hai. zameen par jo zindagi ki jo cheezein thin, woh sab khatam ho rahi hain.</w:t>
      </w:r>
    </w:p>
    <w:p>
      <w:pPr>
        <w:jc w:val="right"/>
      </w:pPr>
      <w:r>
        <w:t>وہ سوال کیا ہے؟ کہ وہ دیکھ رہے ہیں کہ دنیا میں لائف سپورٹ سسٹم جو ہے، تباہ ہو رہا ہے۔ زمین پر جو زندگی کی جو چیزیں تھیں، وہ سب ختم ہو رہی ہیں۔</w:t>
      </w:r>
    </w:p>
    <w:p>
      <w:r>
        <w:rPr>
          <w:b/>
        </w:rPr>
        <w:t xml:space="preserve">[56:25] </w:t>
      </w:r>
      <w:r>
        <w:t>pani pollute ho gaya hai, hawa pollute ho gayi hai, carbon emission bohat barhta chala ja raha hai. to is ne Stephen Hawking, jo mashhoor scientist hai, is ka statement aaya tha akhbaron mein</w:t>
      </w:r>
    </w:p>
    <w:p>
      <w:pPr>
        <w:jc w:val="right"/>
      </w:pPr>
      <w:r>
        <w:t>پانی پلوٹ ہو گیا ہے، ہوا پلوٹ ہو گئی ہے، کاربن ایمیشن بہت بڑھتا چلا جا رہا ہے۔ تو اس نے اسٹفنڈ ہاکنگ، جو مشہور سائنٹسٹ ہے، اس کا اسٹیٹمنٹ آیا تھا اخباروں میں</w:t>
      </w:r>
    </w:p>
    <w:p>
      <w:r>
        <w:rPr>
          <w:b/>
        </w:rPr>
        <w:t xml:space="preserve">[56:41] </w:t>
      </w:r>
      <w:r>
        <w:t>ke ab hamein is duniya mein rehne ka chance koi nahi. yeh duniya hamein insani zindagi ka khatam hone wali hai, yahan aap nahi reh sak painge.</w:t>
      </w:r>
    </w:p>
    <w:p>
      <w:pPr>
        <w:jc w:val="right"/>
      </w:pPr>
      <w:r>
        <w:t>کہ اب ہمیں اس دنیا میں رہنے کا چانس کوئی نہیں۔ یہ دنیا ہمیں انسانی زندگی کا ختم ہونے والی ہے، یہاں آپ نہیں رہ سک پائیں گے۔</w:t>
      </w:r>
    </w:p>
    <w:p>
      <w:r>
        <w:rPr>
          <w:b/>
        </w:rPr>
        <w:t xml:space="preserve">[56:52] </w:t>
      </w:r>
      <w:r>
        <w:t>abhi tak duniya hamari habitat bani hui thi, habitat ab habitat nahi reh gaya, bohat jald khatam ho jayega. sara sara nizam bigad jayega, life support system tabah ho jayega.</w:t>
      </w:r>
    </w:p>
    <w:p>
      <w:pPr>
        <w:jc w:val="right"/>
      </w:pPr>
      <w:r>
        <w:t>ابھی تک دنیا ہماری ہیبیٹیٹ بنی ہوئی تھی، ہیبیٹیٹ اب ہیبیٹیٹ نہیں رہ گیا، بہت جلد ختم ہو جائے گا۔ سارا سارا نظام بگڑ جائے گا، لائف سپورٹ سسٹم تباہ ہو جائے گا۔</w:t>
      </w:r>
    </w:p>
    <w:p>
      <w:r>
        <w:rPr>
          <w:b/>
        </w:rPr>
        <w:t xml:space="preserve">[57:03] </w:t>
      </w:r>
      <w:r>
        <w:t>ab kya karna hai? to is ki tajweez yeh hai ke space colonies banai jayein,</w:t>
      </w:r>
    </w:p>
    <w:p>
      <w:pPr>
        <w:jc w:val="right"/>
      </w:pPr>
      <w:r>
        <w:t>اب کیا کرنا ہے؟ تو اس کی تجویز یہ ہے کہ اسپیس کالونیز بنائی جائیں،</w:t>
      </w:r>
    </w:p>
    <w:p>
      <w:r>
        <w:rPr>
          <w:b/>
        </w:rPr>
        <w:t xml:space="preserve">[57:10] </w:t>
      </w:r>
      <w:r>
        <w:t>space colonies. lekin yeh ab to shayari hai, yeh space colonies ka hai, woh to khayali colony hai. yeh space mein agar aap aik rocket le jayein to yeh is ka naam rakh dein "space colony" to is se thori "space colony" ho jayega.</w:t>
      </w:r>
    </w:p>
    <w:p>
      <w:pPr>
        <w:jc w:val="right"/>
      </w:pPr>
      <w:r>
        <w:t>اسپیس کالونیز۔ لیکن یہ اب تو شاعری ہے، یہ اسپیس کالونیز کا ہے، وہ تو خیالی کالونی ہے۔ یہ اسپیس میں اگر آپ ایک راکٹ لے جائیں تو یہ اس کا نام رکھ دیں "اسپیس کالونی" تو اس سے تھوڑی "اسپیس کالونی" ہو جائے گا۔</w:t>
      </w:r>
    </w:p>
    <w:p>
      <w:r>
        <w:rPr>
          <w:b/>
        </w:rPr>
        <w:t xml:space="preserve">[57:27] </w:t>
      </w:r>
      <w:r>
        <w:t>woh naam rakhne se wahan pani hona chahiye, wahan life support system hona chahiye, wahan hawa hona chahiye,</w:t>
      </w:r>
    </w:p>
    <w:p>
      <w:pPr>
        <w:jc w:val="right"/>
      </w:pPr>
      <w:r>
        <w:t>وہ نام رکھنے سے وہاں پانی ہونا چاہیے، وہاں لائف سپورٹ سسٹم ہونا چاہیے، وہاں ہوا ہونا چاہیے،</w:t>
      </w:r>
    </w:p>
    <w:p>
      <w:r>
        <w:rPr>
          <w:b/>
        </w:rPr>
        <w:t xml:space="preserve">[57:35] </w:t>
      </w:r>
      <w:r>
        <w:t>beshumar cheezein honi chahiye jo jo jis ke baghair insan zinda nahi reh sakta hai. aise thori ke aap aik structure banayein, structure likh dein "space colony", is ko ura dein ooper, aur is ke baad aap ja ke wahan rehne lagen.</w:t>
      </w:r>
    </w:p>
    <w:p>
      <w:pPr>
        <w:jc w:val="right"/>
      </w:pPr>
      <w:r>
        <w:t>بے شمار چیزیں ہونی چاہیے جو جو جس کے بغیر انسان زندہ نہیں رہ سکتا ہے۔ ایسے تھوڑی کہ آپ ایک اسٹرکچر بنائیں، اسٹرکچر لکھ دیں "اسپیس کالونی"، اس کو اڑا دیں اوپر، اور اس کے بعد آپ جا کے وہاں رہنے لگیں۔</w:t>
      </w:r>
    </w:p>
    <w:p>
      <w:r>
        <w:rPr>
          <w:b/>
        </w:rPr>
        <w:t xml:space="preserve">[57:51] </w:t>
      </w:r>
      <w:r>
        <w:t>kaise rahenge? to yeh to khayali baat hai.</w:t>
      </w:r>
    </w:p>
    <w:p>
      <w:pPr>
        <w:jc w:val="right"/>
      </w:pPr>
      <w:r>
        <w:t>کیسے رہیں گے؟ تو یہ تو خیالی بات ہے۔</w:t>
      </w:r>
    </w:p>
    <w:p>
      <w:r>
        <w:rPr>
          <w:b/>
        </w:rPr>
        <w:t xml:space="preserve">[57:58] </w:t>
      </w:r>
      <w:r>
        <w:t>to yeh baatein bohat zyada sochne ki hain.</w:t>
      </w:r>
    </w:p>
    <w:p>
      <w:pPr>
        <w:jc w:val="right"/>
      </w:pPr>
      <w:r>
        <w:t>تو یہ باتیں بہت زیادہ سوچنے کی ہیں۔</w:t>
      </w:r>
    </w:p>
    <w:p>
      <w:r>
        <w:rPr>
          <w:b/>
        </w:rPr>
        <w:t xml:space="preserve">[58:03] </w:t>
      </w:r>
      <w:r>
        <w:t>ab to khabrein jo aa rahi hain ke agle bees saal mein zameen ka nizaam bohat zyada bigad jayega. jo barf jami hui hai, arctic mein barf ke pahaad hain, woh sab bohat tezi se pighal rahe hain,</w:t>
      </w:r>
    </w:p>
    <w:p>
      <w:pPr>
        <w:jc w:val="right"/>
      </w:pPr>
      <w:r>
        <w:t>اب تو خبریں جو آ رہی ہیں کہ اگلے بیس سال میں زمین کا نظام بہت زیادہ بگڑ جائے گا۔ جو برف جمی ہوئی ہے، آرکٹک میں برف کے پہاڑ ہیں، وہ سب بہت تیزی سے پگھل رہے ہیں،</w:t>
      </w:r>
    </w:p>
    <w:p>
      <w:r>
        <w:rPr>
          <w:b/>
        </w:rPr>
        <w:t xml:space="preserve">[58:19] </w:t>
      </w:r>
      <w:r>
        <w:t>aur unka jab pighal jayenge to is mein carbon dioxide, is mein bohat badi maqdarain mehfooz hain, woh sab open ho jayegi, release ho jayegi, release hawa mein pahunch jayegi.</w:t>
      </w:r>
    </w:p>
    <w:p>
      <w:pPr>
        <w:jc w:val="right"/>
      </w:pPr>
      <w:r>
        <w:t>اور ان کا جب پگھل جائیں گے تو اس میں کاربن ڈائی آکسائیڈ، اس میں بہت بڑی مقداریں محفوظ ہیں، وہ سب اوپن ہو جائے گی، ریلیز ہو جائے گی، ریلیز ہوا میں پہنچ جائے گی۔</w:t>
      </w:r>
    </w:p>
    <w:p>
      <w:r>
        <w:rPr>
          <w:b/>
        </w:rPr>
        <w:t xml:space="preserve">[58:32] </w:t>
      </w:r>
      <w:r>
        <w:t>to ek taraf samundaron ke level bohat ooncha ho jayega, doosri taraf pollution yaani bohat zyada badh jayega, carbon bohat zyada badh jayegi hawa mein, to zinda rehna mumkin nahi rahega.</w:t>
      </w:r>
    </w:p>
    <w:p>
      <w:pPr>
        <w:jc w:val="right"/>
      </w:pPr>
      <w:r>
        <w:t>تو ایک طرف سمندروں کے لیول بہت اونچا ہو جائے گا، دوسری طرف پولیوشن یعنی بہت زیادہ بڑھ جائے گا، کاربن بہت زیادہ بڑھ جائے گی ہوا میں، تو زندہ رہنا ممکن نہیں رہے گا۔</w:t>
      </w:r>
    </w:p>
    <w:p>
      <w:r>
        <w:rPr>
          <w:b/>
        </w:rPr>
        <w:t xml:space="preserve">[58:46] </w:t>
      </w:r>
      <w:r>
        <w:t>to ab jo hai waqt aa gaya hai ke aap quran ko samjhein, quran ko logon tak pahunchayen. quran ko samajhna aur doosron tak quran ko pahunchana yahi sab se bada mission hai aur sab se bada nishana hai jis par aap ko daudna chahiye.</w:t>
      </w:r>
    </w:p>
    <w:p>
      <w:pPr>
        <w:jc w:val="right"/>
      </w:pPr>
      <w:r>
        <w:t>تو اب جو ہے وقت آ گیا ہے کہ آپ قرآن کو سمجھیں، قرآن کو لوگوں تک پہنچائیں۔ قرآن کو سمجھنا اور دوسروں تک قرآن کو پہنچانا یہی سب سے بڑا مشن ہے اور سب سے بڑا نشانہ ہے جس پر آپ کو دوڑنا چاہیے۔</w:t>
      </w:r>
    </w:p>
    <w:p>
      <w:r>
        <w:rPr>
          <w:b/>
        </w:rPr>
        <w:t xml:space="preserve">[59:01] </w:t>
      </w:r>
      <w:r>
        <w:t>jis ke liye</w:t>
      </w:r>
    </w:p>
    <w:p>
      <w:pPr>
        <w:jc w:val="right"/>
      </w:pPr>
      <w:r>
        <w:t>جس کے لیے</w:t>
      </w:r>
    </w:p>
    <w:p>
      <w:r>
        <w:rPr>
          <w:b/>
        </w:rPr>
        <w:t xml:space="preserve">[59:02] </w:t>
      </w:r>
      <w:r>
        <w:t>koi doosra nishana hi nahi hai, koi doosra kaam hi nahi hai.</w:t>
      </w:r>
    </w:p>
    <w:p>
      <w:pPr>
        <w:jc w:val="right"/>
      </w:pPr>
      <w:r>
        <w:t>کوئی دوسرا نشانہ ہی نہیں ہے، کوئی دوسرا کام ہی نہیں ہے۔</w:t>
      </w:r>
    </w:p>
    <w:p>
      <w:r>
        <w:rPr>
          <w:b/>
        </w:rPr>
        <w:t xml:space="preserve">[59:10] </w:t>
      </w:r>
      <w:r>
        <w:t>quran ko samajhna, quran ko samajhne ke liye apne aap ko positive mind banana. baghair positive mind ke aap quran ko samajh nahi sakte, aur doosron ko madعو samajhna bajaye ghair qaum ke.</w:t>
      </w:r>
    </w:p>
    <w:p>
      <w:pPr>
        <w:jc w:val="right"/>
      </w:pPr>
      <w:r>
        <w:t>قرآن کو سمجھنا، قرآن کو سمجھنے کے لیے اپنے آپ کو پازیٹیو مائنڈ بنانا۔ بغیر پازیٹیو مائنڈ کے آپ قرآن کو سمجھ نہیں سکتے، اور دوسروں کو مدعو سمجھنا بجائے غیر قوم کے۔</w:t>
      </w:r>
    </w:p>
    <w:p>
      <w:r>
        <w:rPr>
          <w:b/>
        </w:rPr>
        <w:t xml:space="preserve">[59:24] </w:t>
      </w:r>
      <w:r>
        <w:t>koi in ko saazish nahi samajhta hai, koi in ko dushman samajhta hai. yeh sab bilkul haram samjhiye, haram.</w:t>
      </w:r>
    </w:p>
    <w:p>
      <w:pPr>
        <w:jc w:val="right"/>
      </w:pPr>
      <w:r>
        <w:t>کوئی ان کو سازش نہیں سمجھتا ہے، کوئی ان کو دشمن سمجھتا ہے۔ یہ سب بالکل حرام سمجھیے، حرام۔</w:t>
      </w:r>
    </w:p>
    <w:p>
      <w:r>
        <w:rPr>
          <w:b/>
        </w:rPr>
        <w:t xml:space="preserve">[59:32] </w:t>
      </w:r>
      <w:r>
        <w:t>aap ke siwa jo hain woh sab insaan hain, to un ko insaan samjhiye, un ko madعو samjhiye,</w:t>
      </w:r>
    </w:p>
    <w:p>
      <w:pPr>
        <w:jc w:val="right"/>
      </w:pPr>
      <w:r>
        <w:t>آپ کے سوا جو ہیں وہ سب انسان ہیں، تو ان کو انسان سمجھیے، ان کو مدعو سمجھیے،</w:t>
      </w:r>
    </w:p>
    <w:p>
      <w:r>
        <w:rPr>
          <w:b/>
        </w:rPr>
        <w:t xml:space="preserve">[59:42] </w:t>
      </w:r>
      <w:r>
        <w:t>aur un ko quran pahunchaiye. meri dua hai ke Allah taala hum sab, hum ko aur aap ko is ki tofeeq ata farmaye. aqool qawlahu hadha wa astaghfirullaha li wa lakum wa lisairil muslimeen.</w:t>
      </w:r>
    </w:p>
    <w:p>
      <w:pPr>
        <w:jc w:val="right"/>
      </w:pPr>
      <w:r>
        <w:t>اور ان کو قرآن پہنچائیے۔ میری دعا ہے کہ اللہ تعالی ہم سب، ہم کو اور آپ کو اس کی توفیق عطا فرمائے۔ اقول قولھذا واستغفراللہ علیہم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