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Story of Hazrat Fatima The Prophet's Cherished Daughter (Part- II) October 1, 2023</w:t>
      </w:r>
    </w:p>
    <w:p>
      <w:r>
        <w:t>https://youtu.be/-fPPxXoii24</w:t>
      </w:r>
    </w:p>
    <w:p>
      <w:r>
        <w:rPr>
          <w:b/>
        </w:rPr>
        <w:t xml:space="preserve">[00:00] </w:t>
      </w:r>
      <w:r>
        <w:t>assalam o alaikum, ah, today we will continue our conversation on the story of Hazrat Fatima with Dr. Saniya Hasnain Khan. to chaliye kahani ko aage badhate hain aur Dr. sahab se charcha karte hain.</w:t>
      </w:r>
    </w:p>
    <w:p>
      <w:pPr>
        <w:jc w:val="right"/>
      </w:pPr>
      <w:r>
        <w:t>السلام علیکم، آہ، ٹوڈے وی ویل کنٹینیو اور کانورسیشن آن دی سٹوری آف حضرت فاطمہ ود ڈاکٹر ثانیہ حسنین خان۔ تو چلیے کہانی کو آگے بڑھاتے ہیں اور ڈاکٹر صاحب سے چرچا کرتے ہیں۔</w:t>
      </w:r>
    </w:p>
    <w:p>
      <w:r>
        <w:rPr>
          <w:b/>
        </w:rPr>
        <w:t xml:space="preserve">[00:13] </w:t>
      </w:r>
      <w:r>
        <w:t>assalam o alaikum Dr. sahab, kaise hain aap? wa alaikum assalam, bilkul theek, aap kaise hain? alhamdulillah. Dr. sahab, ah, pichla session, ah, on the story of Hazrat Fatima logon ne bohat, ah, pasand kiya tha.</w:t>
      </w:r>
    </w:p>
    <w:p>
      <w:pPr>
        <w:jc w:val="right"/>
      </w:pPr>
      <w:r>
        <w:t>السلام علیکم ڈاکٹر صاحب، کیسے ہیں آپ؟ وعلیکم السلام، بالکل ٹھیک، آپ کیسے ہیں؟ الحمدللہ۔ ڈاکٹر صاحب، آہ، پچھلا سیشن، آہ، آن دی سٹوری آف حضرت فاطمہ لوگوں نے بہت، آہ، پسند کیا تھا۔</w:t>
      </w:r>
    </w:p>
    <w:p>
      <w:r>
        <w:rPr>
          <w:b/>
        </w:rPr>
        <w:t xml:space="preserve">[00:23] </w:t>
      </w:r>
      <w:r>
        <w:t>aur hum ne kahani ko wahan par chhoda tha jab aap ne, ah</w:t>
      </w:r>
    </w:p>
    <w:p>
      <w:pPr>
        <w:jc w:val="right"/>
      </w:pPr>
      <w:r>
        <w:t>اور ہم نے کہانی کو وہاں پر چھوڑا تھا جب آپ نے، آہ</w:t>
      </w:r>
    </w:p>
    <w:p>
      <w:r>
        <w:rPr>
          <w:b/>
        </w:rPr>
        <w:t xml:space="preserve">[00:28] </w:t>
      </w:r>
      <w:r>
        <w:t>, bataya tha ke Hazrat Ali aur Hazrat Fatima ka nikah ho jata hai, aur hum ne is, un ke nikah se phir hum ne lessons draw kiye the. to ab, ah, kahani ko aaj aage badhate hain Dr. sahab, aur main aap se poochna chahunga domestic life ke bare mein.</w:t>
      </w:r>
    </w:p>
    <w:p>
      <w:pPr>
        <w:jc w:val="right"/>
      </w:pPr>
      <w:r>
        <w:t>، بتایا تھا کہ حضرت علی اور حضرت فاطمہ کا نکاح ہو جاتا ہے، اور ہم نے اس، ان کے نکاح سے پھر ہم نے لیسنز ڈرا کیے تھے۔ تو اب، آہ، کہانی کو آج آگے بڑھاتے ہیں ڈاکٹر صاحب، اور میں آپ سے پوچھنا چاہوں گا ڈومیسٹک لائف کے بارے میں۔</w:t>
      </w:r>
    </w:p>
    <w:p>
      <w:r>
        <w:rPr>
          <w:b/>
        </w:rPr>
        <w:t xml:space="preserve">[00:43] </w:t>
      </w:r>
      <w:r>
        <w:t>so, we know that the domestic life of Hazrat Ali and Hazrat, ah, Fatima, ah, serves as a model for, ah, piety and family life in Islamic tradition.</w:t>
      </w:r>
    </w:p>
    <w:p>
      <w:pPr>
        <w:jc w:val="right"/>
      </w:pPr>
      <w:r>
        <w:t>سو، وی نو دیٹ دی ڈومیسٹک لائف آف حضرت علی اینڈ حضرت، آہ، فاطمہ، آہ، سروز ایز اے ماڈل فار، آہ، پائٹی اینڈ فیملی لائف ان اسلامک ٹریڈیشن۔</w:t>
      </w:r>
    </w:p>
    <w:p>
      <w:r>
        <w:rPr>
          <w:b/>
        </w:rPr>
        <w:t xml:space="preserve">[00:54] </w:t>
      </w:r>
      <w:r>
        <w:t>ah, to Dr. sahab, ah, thoda family life ke bare mein humein batayen.</w:t>
      </w:r>
    </w:p>
    <w:p>
      <w:pPr>
        <w:jc w:val="right"/>
      </w:pPr>
      <w:r>
        <w:t>آہ، تو ڈاکٹر صاحب، آہ، تھوڑا فیملی لائف کے بارے میں ہمیں بتائیں۔</w:t>
      </w:r>
    </w:p>
    <w:p>
      <w:r>
        <w:rPr>
          <w:b/>
        </w:rPr>
        <w:t xml:space="preserve">[00:58] </w:t>
      </w:r>
      <w:r>
        <w:t>inshallah. bismillah hir rahman nir rahim, rab ishrah li sadri, wa yassir li amri, wahlul uqdatan min lisani, yafqahu qawli.</w:t>
      </w:r>
    </w:p>
    <w:p>
      <w:pPr>
        <w:jc w:val="right"/>
      </w:pPr>
      <w:r>
        <w:t>انشاءاللہ۔ بسم اللہ الرحمن الرحیم، رب اشرح لی صدری، ویسر لی امری، واحل العقدۃ من لسانی، یفقہ قولی۔</w:t>
      </w:r>
    </w:p>
    <w:p>
      <w:r>
        <w:rPr>
          <w:b/>
        </w:rPr>
        <w:t xml:space="preserve">[01:10] </w:t>
      </w:r>
      <w:r>
        <w:t>ah, jaisa aap ne kaha ke pichle episode mein shadi tak hum ne baat cheet ki thi, to, ah, Hazrat Ali ka jo ghar tha woh thoda faasle pe tha, prophet ke ghar ke,</w:t>
      </w:r>
    </w:p>
    <w:p>
      <w:pPr>
        <w:jc w:val="right"/>
      </w:pPr>
      <w:r>
        <w:t>آہ، جیسا آپ نے کہا کہ پچھلے ایپیسوڈ میں شادی تک ہم نے بات چیت کی تھی، تو، آہ، حضرت علی کا جو گھر تھا وہ تھوڑا فاصلے پہ تھا، پرافٹ کے گھر کے،</w:t>
      </w:r>
    </w:p>
    <w:p>
      <w:r>
        <w:rPr>
          <w:b/>
        </w:rPr>
        <w:t xml:space="preserve">[01:24] </w:t>
      </w:r>
      <w:r>
        <w:t>ah, bilkul paas mein nahi tha. aur, ah, yeh jo, ah, rasool Allah salallahu alaihi wa sallam, ah, ah, ke ghar the waise, abhi main dikha dikhata hoon kuch, ah, ke woh bilkul masjid se mile hue the.</w:t>
      </w:r>
    </w:p>
    <w:p>
      <w:pPr>
        <w:jc w:val="right"/>
      </w:pPr>
      <w:r>
        <w:t>آہ، بالکل پاس میں نہیں تھا۔ اور، آہ، یہ جو، آہ، رسول اللہ صلی اللہ علیہ وسلم، آہ، آہ، کے گھر تھے ویسے، ابھی میں دکھا دکھاتا ہوں کچھ، آہ، کہ وہ بالکل مسجد سے ملے ہوئے تھے۔</w:t>
      </w:r>
    </w:p>
    <w:p>
      <w:r>
        <w:rPr>
          <w:b/>
        </w:rPr>
        <w:t xml:space="preserve">[01:42] </w:t>
      </w:r>
      <w:r>
        <w:t>to, ah, agar aap jayenge madina aur masjid, masjid nabwi, to aap dekhenge ke, ah, jo qabr hai, prophet ki grave hai, us ke paas,</w:t>
      </w:r>
    </w:p>
    <w:p>
      <w:pPr>
        <w:jc w:val="right"/>
      </w:pPr>
      <w:r>
        <w:t>تو، آہ، اگر آپ جائیں گے مدینہ اور مسجد، مسجد نبوی، تو آپ دیکھیں گے کہ، آہ، جو قبر ہے، پرافٹ کی گریو ہے، اس کے پاس،</w:t>
      </w:r>
    </w:p>
    <w:p>
      <w:r>
        <w:rPr>
          <w:b/>
        </w:rPr>
        <w:t xml:space="preserve">[01:57] </w:t>
      </w:r>
      <w:r>
        <w:t>us se left side pe chhote chhote ghar the.</w:t>
      </w:r>
    </w:p>
    <w:p>
      <w:pPr>
        <w:jc w:val="right"/>
      </w:pPr>
      <w:r>
        <w:t>اس سے لیفٹ سائیڈ پہ چھوٹے چھوٹے گھر تھے۔</w:t>
      </w:r>
    </w:p>
    <w:p>
      <w:r>
        <w:rPr>
          <w:b/>
        </w:rPr>
        <w:t xml:space="preserve">[02:01] </w:t>
      </w:r>
      <w:r>
        <w:t>woh, ah, darasal prophet ki family ke liye, ah, the woh ghar. aur, ah, agar madina mein ek museum hai prophet, prophet ki life ke upar, is mein kafi acha woh artistic impression se unhone models banaye hain, jis se pata chalta hai ke us waqt kya surat hal thi.</w:t>
      </w:r>
    </w:p>
    <w:p>
      <w:pPr>
        <w:jc w:val="right"/>
      </w:pPr>
      <w:r>
        <w:t>وہ، آہ، دراصل پرافٹ کی فیملی کے لیے، آہ، تھے وہ گھر۔ اور، آہ، اگر مدینہ میں ایک میوزیم ہے پرافٹ، پرافٹ کی لائف کے اوپر، اس میں کافی اچھا وہ آرٹسٹک امپریشن سے انہوں نے ماڈلز بنائے ہیں، جس سے پتہ چلتا ہے کہ اس وقت کیا صورتحال تھی۔</w:t>
      </w:r>
    </w:p>
    <w:p>
      <w:r>
        <w:rPr>
          <w:b/>
        </w:rPr>
        <w:t xml:space="preserve">[02:23] </w:t>
      </w:r>
      <w:r>
        <w:t>to yeh, yeh jo photo aap dekh rahe hain, yeh is tarah ka kuch tha masjid, aur us ke paas mein yeh chhote chhote ghar the, yeh prophet ke, ke family ke liye ghar the, aur bilkul hi saada jaise ek, jaise ek hut ke andaaz ki.</w:t>
      </w:r>
    </w:p>
    <w:p>
      <w:pPr>
        <w:jc w:val="right"/>
      </w:pPr>
      <w:r>
        <w:t>تو یہ، یہ جو فوٹو آپ دیکھ رہے ہیں، یہ اس طرح کا کچھ تھا مسجد، اور اس کے پاس میں یہ چھوٹے چھوٹے گھر تھے، یہ پرافٹ کے، کے فیملی کے لیے گھر تھے، اور بالکل ہی سادہ جیسے ایک، جیسے ایک ہٹ کے انداز کی۔</w:t>
      </w:r>
    </w:p>
    <w:p>
      <w:r>
        <w:rPr>
          <w:b/>
        </w:rPr>
        <w:t xml:space="preserve">[02:42] </w:t>
      </w:r>
      <w:r>
        <w:t>to yeh original surat thi jab rasool Allah salallahu alaihi wa sallam ne wahan masjid banai.</w:t>
      </w:r>
    </w:p>
    <w:p>
      <w:pPr>
        <w:jc w:val="right"/>
      </w:pPr>
      <w:r>
        <w:t>تو یہ اوریجنل صورت تھی جب رسول اللہ صلی اللہ علیہ وسلم نے وہاں مسجد بنائی۔</w:t>
      </w:r>
    </w:p>
    <w:p>
      <w:r>
        <w:rPr>
          <w:b/>
        </w:rPr>
        <w:t xml:space="preserve">[02:49] </w:t>
      </w:r>
      <w:r>
        <w:t>to yeh, aah, aah, jo, aah, rasool Allah ka, aah, ka ghar tha, aah, woh asal mein aik sahabi thay,</w:t>
      </w:r>
    </w:p>
    <w:p>
      <w:pPr>
        <w:jc w:val="right"/>
      </w:pPr>
      <w:r>
        <w:t>تو یہ، آہ، آہ، جو، آہ، رسول اللہ کا، آہ، کا گھر تھا، آہ، وہ اصل میں ایک صحابی تھے،</w:t>
      </w:r>
    </w:p>
    <w:p>
      <w:r>
        <w:rPr>
          <w:b/>
        </w:rPr>
        <w:t xml:space="preserve">[03:03] </w:t>
      </w:r>
      <w:r>
        <w:t>aah, aik sahabi thay, un ka naam tha Hazrat Harisa ibn Nu'man, jo ke Madina ke hi thay, Ansari thay woh</w:t>
      </w:r>
    </w:p>
    <w:p>
      <w:pPr>
        <w:jc w:val="right"/>
      </w:pPr>
      <w:r>
        <w:t>آہ، ایک صحابی تھے، ان کا نام تھا حضرت حارثہ ابن نعمان، جو کہ مدینہ کے ہی تھے، انصاری تھے وہ</w:t>
      </w:r>
    </w:p>
    <w:p>
      <w:r>
        <w:rPr>
          <w:b/>
        </w:rPr>
        <w:t xml:space="preserve">[03:12] </w:t>
      </w:r>
      <w:r>
        <w:t>, aur unhon ne welcome kiya tha Hazrat Ayub Ansari, aur un dono ne mil ke welcome kiya tha Prophet ka, bohat acha welcome.</w:t>
      </w:r>
    </w:p>
    <w:p>
      <w:pPr>
        <w:jc w:val="right"/>
      </w:pPr>
      <w:r>
        <w:t>، اور انہوں نے ویلکم کیا تھا حضرت ایوب انصاری، اور ان دونوں نے مل کے ویلکم کیا تھا پرافٹ کا، بہت اچھا ویلکم۔</w:t>
      </w:r>
    </w:p>
    <w:p>
      <w:r>
        <w:rPr>
          <w:b/>
        </w:rPr>
        <w:t xml:space="preserve">[03:22] </w:t>
      </w:r>
      <w:r>
        <w:t>aur un ki land thi, aah, Masjid ke paas, to jab bhi zaroorat hoti thi to yeh, aah, Prophet ko apni land de diya karte thay ke aap ghar bana lein is mein.</w:t>
      </w:r>
    </w:p>
    <w:p>
      <w:pPr>
        <w:jc w:val="right"/>
      </w:pPr>
      <w:r>
        <w:t>اور ان کی لینڈ تھی، آہ، مسجد کے پاس، تو جب بھی ضرورت ہوتی تھی تو یہ، آہ، پرافٹ کو اپنی لینڈ دے دیا کرتے تھے کہ آپ گھر بنا لیں اس میں۔</w:t>
      </w:r>
    </w:p>
    <w:p>
      <w:r>
        <w:rPr>
          <w:b/>
        </w:rPr>
        <w:t xml:space="preserve">[03:33] </w:t>
      </w:r>
      <w:r>
        <w:t>jab bhi zaroorat hoti thi to woh gift kar dete thay, koi bhi</w:t>
      </w:r>
    </w:p>
    <w:p>
      <w:pPr>
        <w:jc w:val="right"/>
      </w:pPr>
      <w:r>
        <w:t>جب بھی ضرورت ہوتی تھی تو وہ گفٹ کر دیتے تھے، کوئی بھی</w:t>
      </w:r>
    </w:p>
    <w:p>
      <w:r>
        <w:rPr>
          <w:b/>
        </w:rPr>
        <w:t xml:space="preserve">[03:38] </w:t>
      </w:r>
      <w:r>
        <w:t>. to jab Hazrat Fatima aur Hazrat Ali ki shadi hui to woh kahin door ja ke rehne lage, paas mein. ab Rasool Allah salallahu alaihi wasallam ko acha nahi lagta tha ke har baar unhone already bohat hi diya hua hai.</w:t>
      </w:r>
    </w:p>
    <w:p>
      <w:pPr>
        <w:jc w:val="right"/>
      </w:pPr>
      <w:r>
        <w:t>۔ تو جب حضرت فاطمہ اور حضرت علی کی شادی ہوئی تو وہ کہیں دور جا کے رہنے لگے، پاس میں۔ اب رسول اللہ صلی اللہ علیہ وسلم کو اچھا نہیں لگتا تھا کہ ہر بار انہوں نے الریڈی بہت ہی دیا ہوا ہے۔</w:t>
      </w:r>
    </w:p>
    <w:p>
      <w:r>
        <w:rPr>
          <w:b/>
        </w:rPr>
        <w:t xml:space="preserve">[03:53] </w:t>
      </w:r>
      <w:r>
        <w:t>to aik din Harisa ibn Nu'man radiallahu anhu ne Prophet se kaha ke "Do you miss your daughter? Are you missing your daughter?" kuch aisa mehsoos hua hoga.</w:t>
      </w:r>
    </w:p>
    <w:p>
      <w:pPr>
        <w:jc w:val="right"/>
      </w:pPr>
      <w:r>
        <w:t>تو ایک دن حارثہ ابن نعمان رضی اللہ عنہ نے پرافٹ سے کہا کہ "ڈو یو مس یور ڈاٹر؟ آر یو مسنگ یور ڈاٹر؟" کچھ ایسا محسوس ہوا ہوگا۔</w:t>
      </w:r>
    </w:p>
    <w:p>
      <w:r>
        <w:rPr>
          <w:b/>
        </w:rPr>
        <w:t xml:space="preserve">[04:04] </w:t>
      </w:r>
      <w:r>
        <w:t>to Rasool Allah ne kaha "Haan."</w:t>
      </w:r>
    </w:p>
    <w:p>
      <w:pPr>
        <w:jc w:val="right"/>
      </w:pPr>
      <w:r>
        <w:t>تو رسول اللہ نے کہا "ہاں۔"</w:t>
      </w:r>
    </w:p>
    <w:p>
      <w:r>
        <w:rPr>
          <w:b/>
        </w:rPr>
        <w:t xml:space="preserve">[04:07] </w:t>
      </w:r>
      <w:r>
        <w:t>to unhon ne kaha ke "Aap ghar bana lijiye, yahan mein aap ko zameen deta hoon." to Rasool Allah ne kaha "You have already given us so much, aah, acha nahi lagta ke mein aur maangoon." to unhon ne bari achi baat kahi thi ke "aah, yani I swear to God,</w:t>
      </w:r>
    </w:p>
    <w:p>
      <w:pPr>
        <w:jc w:val="right"/>
      </w:pPr>
      <w:r>
        <w:t>تو انہوں نے کہا کہ "آپ گھر بنا لیجئے، یہاں میں آپ کو زمین دیتا ہوں۔" تو رسول اللہ نے کہا "یو ہیو الریڈی گیون اس سو مچ، آہ، اچھا نہیں لگتا کہ میں اور مانگوں۔" تو انہوں نے بڑی اچھی بات کہی تھی کہ "آہ، یعنی آئی سوئر ٹو گاڈ،</w:t>
      </w:r>
    </w:p>
    <w:p>
      <w:r>
        <w:rPr>
          <w:b/>
        </w:rPr>
        <w:t xml:space="preserve">[04:28] </w:t>
      </w:r>
      <w:r>
        <w:t>the land which you have is more precious to me than land which I have."</w:t>
      </w:r>
    </w:p>
    <w:p>
      <w:pPr>
        <w:jc w:val="right"/>
      </w:pPr>
      <w:r>
        <w:t>دی لینڈ وچ یو ہیو از مور پریشیس ٹو می دین لینڈ وچ آئی ہیو۔"</w:t>
      </w:r>
    </w:p>
    <w:p>
      <w:r>
        <w:rPr>
          <w:b/>
        </w:rPr>
        <w:t xml:space="preserve">[04:35] </w:t>
      </w:r>
      <w:r>
        <w:t>yani aap mujh se land lete jaiye, mein aap ko dete jaunga. aap ki jo zameen hai woh zyada mehboob hai mere liye, ji, bansbat meri apni zameen ke. to Rasool Allah ne khair accept kiya aur unhon ne aik land di jo bilkul Prophet ke ghar ke samne thi,</w:t>
      </w:r>
    </w:p>
    <w:p>
      <w:pPr>
        <w:jc w:val="right"/>
      </w:pPr>
      <w:r>
        <w:t>یعنی آپ مجھ سے لینڈ لیتے جائیے، میں آپ کو دیتے جاؤں گا۔ آپ کی جو زمین ہے وہ زیادہ محبوب ہے میرے لیے، جی، بنسبت میری اپنی زمین کے۔ تو رسول اللہ نے خیر ایکسیپٹ کیا اور انہوں نے ایک لینڈ دی جو بالکل پرافٹ کے گھر کے سامنے تھی،</w:t>
      </w:r>
    </w:p>
    <w:p>
      <w:r>
        <w:rPr>
          <w:b/>
        </w:rPr>
        <w:t xml:space="preserve">[04:52] </w:t>
      </w:r>
      <w:r>
        <w:t>bilkul paas. to wahan par Hazrat Fatima aur Hazrat Ali ke liye ghar banaya.</w:t>
      </w:r>
    </w:p>
    <w:p>
      <w:pPr>
        <w:jc w:val="right"/>
      </w:pPr>
      <w:r>
        <w:t>بالکل پاس۔ تو وہاں پر حضرت فاطمہ اور حضرت علی کے لیے گھر بنایا۔</w:t>
      </w:r>
    </w:p>
    <w:p>
      <w:r>
        <w:rPr>
          <w:b/>
        </w:rPr>
        <w:t xml:space="preserve">[05:00] </w:t>
      </w:r>
      <w:r>
        <w:t>yani is mein aik sabak bhi hai ke insaan samajhta hai ke Khuda ki raah mein jo kharch kare woh, woh is ko itna, aah, ahmiyat nahi deta, halanke jo us ne kharch kiya hai Allah ki raah mein woh zyada aham hai, ji, bansbat us ki, us ki daulat ke muqable mein.</w:t>
      </w:r>
    </w:p>
    <w:p>
      <w:pPr>
        <w:jc w:val="right"/>
      </w:pPr>
      <w:r>
        <w:t>یعنی اس میں ایک سبق بھی ہے کہ انسان سمجھتا ہے کہ خدا کی راہ میں جو خرچ کرے وہ، وہ اس کو اتنا، آہ، اہمیت نہیں دیتا، حالانکہ جو اس نے خرچ کیا ہے اللہ کی راہ میں وہ زیادہ اہم ہے، جی، بنسبت اس کی، اس کی دولت کے مقابلے میں۔</w:t>
      </w:r>
    </w:p>
    <w:p>
      <w:r>
        <w:rPr>
          <w:b/>
        </w:rPr>
        <w:t xml:space="preserve">[05:20] </w:t>
      </w:r>
      <w:r>
        <w:t>ji to, aah, khair woh Rasool Allah ne phir dua ki, ji, un ke liye ke "I ask Allah to give you a palace in paradise."</w:t>
      </w:r>
    </w:p>
    <w:p>
      <w:pPr>
        <w:jc w:val="right"/>
      </w:pPr>
      <w:r>
        <w:t>جی تو، آہ، خیر وہ رسول اللہ نے پھر دعا کی، جی، ان کے لیے کہ "میں اللہ گیو یو اے پیلس ان پیراڈائز۔</w:t>
      </w:r>
    </w:p>
    <w:p>
      <w:r>
        <w:rPr>
          <w:b/>
        </w:rPr>
        <w:t xml:space="preserve">[05:29] </w:t>
      </w:r>
      <w:r>
        <w:t>" to is tarah se, aah, Hazrat Fatima radiallahu anha ka ghar wahan bilkul Rasool Allah ke ghar ke samne hi ban gaya.</w:t>
      </w:r>
    </w:p>
    <w:p>
      <w:pPr>
        <w:jc w:val="right"/>
      </w:pPr>
      <w:r>
        <w:t>" تو اس طرح سے، آہ، حضرت فاطمہ رضی اللہ عنہا کا گھر وہاں بالکل رسول اللہ کے گھر کے سامنے ہی بن گیا۔</w:t>
      </w:r>
    </w:p>
    <w:p>
      <w:r>
        <w:rPr>
          <w:b/>
        </w:rPr>
        <w:t xml:space="preserve">[05:38] </w:t>
      </w:r>
      <w:r>
        <w:t>yani jo, aah, woh ghar aise hote thay jaisay mein ne abhi dikhaya ke "It was a just a room." aik kamra tha bas, ji, aur woh bhi bohat hi simple, aah, yani deewarein bhi aisi kachi hoti theen aur jo chhat hoti thi woh, aah,</w:t>
      </w:r>
    </w:p>
    <w:p>
      <w:pPr>
        <w:jc w:val="right"/>
      </w:pPr>
      <w:r>
        <w:t>یعنی جو، آہ، وہ گھر ایسے ہوتے تھے جیسے میں نے ابھی دکھایا کہ "اٹ واز اے جسٹ اے روم۔" ایک کمرہ تھا بس، جی، اور وہ بھی بہت ہی سمپل، آہ، یعنی دیواریں بھی ایسی کچی ہوتی تھیں اور جو چھت ہوتی تھی وہ، آہ،</w:t>
      </w:r>
    </w:p>
    <w:p>
      <w:r>
        <w:rPr>
          <w:b/>
        </w:rPr>
        <w:t xml:space="preserve">[05:54] </w:t>
      </w:r>
      <w:r>
        <w:t>aah, jo khajoor palm tree ki jo, aah, aah, patiyan hain, jab jo sookh jati hain to us ki kuch tarike se chhat banate thay.</w:t>
      </w:r>
    </w:p>
    <w:p>
      <w:pPr>
        <w:jc w:val="right"/>
      </w:pPr>
      <w:r>
        <w:t>آہ، جو کھجور پام ٹری کی جو، آہ، آہ، پتیاں ہیں، جب جو سوکھ جاتی ہیں تو اس کی کچھ طریقے سے چھت بناتے تھے۔</w:t>
      </w:r>
    </w:p>
    <w:p>
      <w:r>
        <w:rPr>
          <w:b/>
        </w:rPr>
        <w:t xml:space="preserve">[06:02] </w:t>
      </w:r>
      <w:r>
        <w:t>ji to bilkul sadah si woh hota tha ghar aik. it's like a hut</w:t>
      </w:r>
    </w:p>
    <w:p>
      <w:pPr>
        <w:jc w:val="right"/>
      </w:pPr>
      <w:r>
        <w:t>جی تو بالکل سادہ سی وہ ہوتا تھا گھر ایک۔ اٹس لائک اے ہٹ</w:t>
      </w:r>
    </w:p>
    <w:p>
      <w:r>
        <w:rPr>
          <w:b/>
        </w:rPr>
        <w:t xml:space="preserve">[06:06] </w:t>
      </w:r>
      <w:r>
        <w:t>. ji to is ka jo aik hi kam, aik hi darwaza hota tha aur aik hi khirki hoti thi. to Prophet ki jo khirki thi ghar ki aur Hazrat Fatima ke darwaze, ghar ki khirki bilkul aamne samne thi.</w:t>
      </w:r>
    </w:p>
    <w:p>
      <w:pPr>
        <w:jc w:val="right"/>
      </w:pPr>
      <w:r>
        <w:t>۔ جی تو اس کا جو ایک ہی کم، ایک ہی دروازہ ہوتا تھا اور ایک ہی کھڑکی ہوتی تھی۔ تو پرافٹ کی جو کھڑکی تھی گھر کی اور حضرت فاطمہ کے دروازے، گھر کی کھڑکی بالکل آمنے سامنے تھی۔</w:t>
      </w:r>
    </w:p>
    <w:p>
      <w:r>
        <w:rPr>
          <w:b/>
        </w:rPr>
        <w:t xml:space="preserve">[06:19] </w:t>
      </w:r>
      <w:r>
        <w:t>yani ghar mein se baatein kar sakte thay. acha to is tarike ki soorat e haal thi. ji aur Doctor sahib mein picture dekh ke bhi, aah, kitna hairaan ho raha tha ke kitna modest and simplistic level of household raha hoga.</w:t>
      </w:r>
    </w:p>
    <w:p>
      <w:pPr>
        <w:jc w:val="right"/>
      </w:pPr>
      <w:r>
        <w:t>یعنی گھر میں سی باتیں کر سکتے تھے۔ اچھا تو اس طریقے کی صورتحال تھی۔ جی اور ڈاکٹر صاحب میں پکچر دیکھ کے بھی، آہ، کتنا حیران ہو رہا تھا کہ کتنا ماڈیسٹ اور سمپلسٹک لیول اف ہاؤس ہولڈ رہا ہوگا۔</w:t>
      </w:r>
    </w:p>
    <w:p>
      <w:r>
        <w:rPr>
          <w:b/>
        </w:rPr>
        <w:t xml:space="preserve">[06:33] </w:t>
      </w:r>
      <w:r>
        <w:t>aah balkay yeh bhi kaha jata hai ke "They are despite their modest means, they are very generous and they would welcome the guest with warmth." aah Doctor sahib, aah agla sawal poochne se pehle aik, aah, aik riwayat ka zikr karna chahunga jo Hazrat Abu Hurairah se hai.</w:t>
      </w:r>
    </w:p>
    <w:p>
      <w:pPr>
        <w:jc w:val="right"/>
      </w:pPr>
      <w:r>
        <w:t>آہ بلکہ یہ بھی کہا جاتا ہے کہ "دے آر ڈسپائٹ دیر ماڈیسٹ مینز، دے آر ویری جینرس اینڈ دے وڈ ویلکم دا گیسٹ ود وارمٹ۔" آہ ڈاکٹر صاحب، آہ اگلا سوال پوچھنے سے پہلے ایک، آہ، ایک روایت کا ذکر کرنا چاہوں گا جو حضرت ابوہریرہ سے ہے۔</w:t>
      </w:r>
    </w:p>
    <w:p>
      <w:r>
        <w:rPr>
          <w:b/>
        </w:rPr>
        <w:t xml:space="preserve">[06:48] </w:t>
      </w:r>
      <w:r>
        <w:t>He said that Prophet ne aik martaba kaha ke "Do not set out on a journey, aah, until you visit these three mosques."</w:t>
      </w:r>
    </w:p>
    <w:p>
      <w:pPr>
        <w:jc w:val="right"/>
      </w:pPr>
      <w:r>
        <w:t>ہی سیڈ کہ پرافٹ نے ایک مرتبہ کہا کہ "ڈو ناٹ سیٹ آؤٹ ان ا جرنی، آہ، انٹل یو وزٹ دیز تھری ماسک۔</w:t>
      </w:r>
    </w:p>
    <w:p>
      <w:r>
        <w:rPr>
          <w:b/>
        </w:rPr>
        <w:t xml:space="preserve">[06:58] </w:t>
      </w:r>
      <w:r>
        <w:t>" aur unhon ne bataya Masjid al-Haram, Masjid al-Aqsa aur Masjid Nabawi. to Masjid Nabawi se mera sawal hai, aah jaisa ke hum jante hain ke 622 AD mein, aah, Prophet Muhammad ne, aah, is ko bana banaya, aah in his arrival to Madina.</w:t>
      </w:r>
    </w:p>
    <w:p>
      <w:pPr>
        <w:jc w:val="right"/>
      </w:pPr>
      <w:r>
        <w:t>" اور انہوں نے بتایا مسجد الحرم، مسجد الاقصی اور مسجد نبوی۔ تو مسجد نبوی سے میرا سوال ہے، آہ جیسا کہ ہم جانتے ہیں کہ 622 اے ڈی میں، آہ پرافٹ محمد نے، آہ اس کو بنا بنایا، آہ ان ہز ارائیول ٹو مدینہ۔</w:t>
      </w:r>
    </w:p>
    <w:p>
      <w:r>
        <w:rPr>
          <w:b/>
        </w:rPr>
        <w:t xml:space="preserve">[07:15] </w:t>
      </w:r>
      <w:r>
        <w:t>and it has huge spiritual significance Doctor sahib. it is the second most holiest mosque after Mas</w:t>
      </w:r>
    </w:p>
    <w:p>
      <w:pPr>
        <w:jc w:val="right"/>
      </w:pPr>
      <w:r>
        <w:t>اینڈ اٹ ہیز ہیوج سپریچول سگنیفیکنس ڈاکٹر صاحب۔ اٹ از دی سیکنڈ موسٹ ہولیسٹ ماسک افٹر مس</w:t>
      </w:r>
    </w:p>
    <w:p>
      <w:r>
        <w:rPr>
          <w:b/>
        </w:rPr>
        <w:t xml:space="preserve">[07:21] </w:t>
      </w:r>
      <w:r>
        <w:t>jid al-Haram. to mein chahunga ke thora is ke origin ke baray mein aur kyunke over the centuries woh renovate hota raha, expand hota raha to is ke baray mein, aah aap hum sab ko batayein.</w:t>
      </w:r>
    </w:p>
    <w:p>
      <w:pPr>
        <w:jc w:val="right"/>
      </w:pPr>
      <w:r>
        <w:t>جد الحرم۔ تو میں چاہوں گا کہ تھوڑا اس کے اوریجن کے بارے میں اور کیونکہ اوور دی سینچریز وہ رینوویٹ ہوتا رہا، ایکسپینڈ ہوتا رہا تو اس کے بارے میں، آہ آپ ہم سب کو بتائیں۔</w:t>
      </w:r>
    </w:p>
    <w:p>
      <w:r>
        <w:rPr>
          <w:b/>
        </w:rPr>
        <w:t xml:space="preserve">[07:32] </w:t>
      </w:r>
      <w:r>
        <w:t>zarur ye to maine dikhaya hi tha abhi. ji ke ye original jo, aah surat-e-haal thi laghbhag aisi thi aur iska jo size tha wo 35 meter by 30 meter yani koi bahut badi bhi nahi thi aap samjhein 35 meter by 30 meters</w:t>
      </w:r>
    </w:p>
    <w:p>
      <w:pPr>
        <w:jc w:val="right"/>
      </w:pPr>
      <w:r>
        <w:t>ضرور یہ تو میں نے دکھایا ہی تھا ابھی۔ جی کہ یہ اوریجنل جو، آہ صورتحال تھی تقریباً ایسی تھی اور اس کا جو سائز تھا وہ 35 میٹر بائے 30 میٹر یعنی کوئی بہت بڑی بھی نہیں تھی آپ سمجھیں 35 میٹر بائے 30 میٹرز</w:t>
      </w:r>
    </w:p>
    <w:p>
      <w:r>
        <w:rPr>
          <w:b/>
        </w:rPr>
        <w:t xml:space="preserve">[07:49] </w:t>
      </w:r>
      <w:r>
        <w:t>ye iska size tha laghbhag aur ye profit ke ghar the ye masjid ka hissa hai is mein ek aur cheez dekhein ke ye aage ek ye chhappar sa hai.</w:t>
      </w:r>
    </w:p>
    <w:p>
      <w:pPr>
        <w:jc w:val="right"/>
      </w:pPr>
      <w:r>
        <w:t>یہ اس کا سائز تھا تقریباً اور یہ پرافٹ کے گھر تھے یہ مسجد کا حصہ ہے اس میں ایک اور چیز دیکھیں کہ یہ آگے ایک یہ چھپر سا ہے۔</w:t>
      </w:r>
    </w:p>
    <w:p>
      <w:r>
        <w:rPr>
          <w:b/>
        </w:rPr>
        <w:t xml:space="preserve">[07:59] </w:t>
      </w:r>
      <w:r>
        <w:t>ji ji ji yahan namaz hoti thi. ji aur yahan profit khutba dete the aur peeche bhi ek hai yahan thoda sa thoda sa shaded area chhappar.</w:t>
      </w:r>
    </w:p>
    <w:p>
      <w:pPr>
        <w:jc w:val="right"/>
      </w:pPr>
      <w:r>
        <w:t>جی جی جی یہاں نماز ہوتی تھی۔ جی اور یہاں پرافٹ خطبہ دیتے تھے اور پیچھے بھی ایک ہے یہاں تھوڑا سا تھوڑا سا شیڈڈ ایریا چھپر۔</w:t>
      </w:r>
    </w:p>
    <w:p>
      <w:r>
        <w:rPr>
          <w:b/>
        </w:rPr>
        <w:t xml:space="preserve">[08:09] </w:t>
      </w:r>
      <w:r>
        <w:t>ji wo Ashab-e-Saffa ke liye tha</w:t>
      </w:r>
    </w:p>
    <w:p>
      <w:pPr>
        <w:jc w:val="right"/>
      </w:pPr>
      <w:r>
        <w:t>جی وہ اصحاب الصفہ کے لیے تھا</w:t>
      </w:r>
    </w:p>
    <w:p>
      <w:r>
        <w:rPr>
          <w:b/>
        </w:rPr>
        <w:t xml:space="preserve">[08:12] </w:t>
      </w:r>
      <w:r>
        <w:t>wo yahan rehte the Ashab-e-Saffa jo homeless. ji Hazrat Abu Hurairah R.A. waghera aur jab qibla badal diya gaya jab qibla Jerusalem ki taraf tha to tab to tab ye ye surat-e-haal thi aur jab qibla wapas Makkah ki taraf ho gaya to bilkul opposite ho gaya.</w:t>
      </w:r>
    </w:p>
    <w:p>
      <w:pPr>
        <w:jc w:val="right"/>
      </w:pPr>
      <w:r>
        <w:t>وہ یہاں رہتے تھے اصحاب الصفہ جو ہوم لیس۔ جی حضرت ابوہریرہ رضی اللہ عنہ وغیرہ اور جب قبلہ بدل دیا گیا جب قبلہ جیروشلم کی طرف تھا تو تب تو تب یہ یہ صورتحال تھی اور جب قبلہ واپس مکہ کی طرف ہو گیا تو بالکل اپوزٹ ہو گیا۔</w:t>
      </w:r>
    </w:p>
    <w:p>
      <w:r>
        <w:rPr>
          <w:b/>
        </w:rPr>
        <w:t xml:space="preserve">[08:31] </w:t>
      </w:r>
      <w:r>
        <w:t>hmm to ye ye jo ye chhappar yahan dekh rahe hain na aap</w:t>
      </w:r>
    </w:p>
    <w:p>
      <w:pPr>
        <w:jc w:val="right"/>
      </w:pPr>
      <w:r>
        <w:t>ہمم تو یہ یہ جو یہ چھپر یہاں دیکھ رہے ہیں نا آپ</w:t>
      </w:r>
    </w:p>
    <w:p>
      <w:r>
        <w:rPr>
          <w:b/>
        </w:rPr>
        <w:t xml:space="preserve">[08:35] </w:t>
      </w:r>
      <w:r>
        <w:t>. ji ji ji ye peeche aa gaya aur ye chhota wala idhar aa gaya. achha chunke ye bilkul ulta ho gaya to ye to bilkul hi original jo surat-e-haal hai aisi rahi hogi kuch phir iske baad Hazrat Usman R.A. ke zamane mein ek expansion hua</w:t>
      </w:r>
    </w:p>
    <w:p>
      <w:pPr>
        <w:jc w:val="right"/>
      </w:pPr>
      <w:r>
        <w:t>۔ جی جی جی یہ پیچھے آ گیا اور یہ چھوٹا والا ادھر آ گیا۔ اچھا چونکہ یہ بالکل الٹا ہو گیا تو یہ تو بالکل ہی اوریجنل جو صورتحال ہے ایسی رہی ہوگی کچھ پھر اس کے بعد حضرت عثمان رضی اللہ عنہ کے زمانے میں ایک ایکسپینشن ہوا</w:t>
      </w:r>
    </w:p>
    <w:p>
      <w:r>
        <w:rPr>
          <w:b/>
        </w:rPr>
        <w:t xml:space="preserve">[08:54] </w:t>
      </w:r>
      <w:r>
        <w:t>unhone thoda isko badhaya aur khas taur se jo us zamane ki technique thi jo kuch brick waghera bhi banne lagi thi uska istemal kiya aur stone ke pillars banaye aur thoda sa lekin wo bhi bahut hi rudimentary andaaz ki rahi hogi phir iske baad jo aah aah Umayyad dynasty thi us mein kuch is tarah ki surat thi jo Khalifa Al-Walid ne ban</w:t>
      </w:r>
    </w:p>
    <w:p>
      <w:pPr>
        <w:jc w:val="right"/>
      </w:pPr>
      <w:r>
        <w:t>انہوں نے تھوڑا اس کو بڑھایا اور خاص طور سے جو اس زمانے کی ٹیکنیک تھی جو کچھ برک وغیرہ بھی بننے لگی تھی اس کا استعمال کیا اور سٹون کے پلرز بنائے اور تھوڑا سا لیکن وہ بھی بہت ہی روڈیمنٹری انداز کی رہی ہوگی پھر اس کے بعد جو آہ آہ امید ڈائنسٹی تھی اس میں کچھ اس طرح کی صورت تھی جو کیلف الولید نے بن</w:t>
      </w:r>
    </w:p>
    <w:p>
      <w:r>
        <w:rPr>
          <w:b/>
        </w:rPr>
        <w:t xml:space="preserve">[09:23] </w:t>
      </w:r>
      <w:r>
        <w:t>wai thi toh thori si yeh masjid ki shakal si ban gayi aur kuch is mein yeh bhi</w:t>
      </w:r>
    </w:p>
    <w:p>
      <w:pPr>
        <w:jc w:val="right"/>
      </w:pPr>
      <w:r>
        <w:t>وائی تھی تو تھوڑی سی یہ مسجد کی شکل سی بن گئی اور کچھ اس میں یہ بھی</w:t>
      </w:r>
    </w:p>
    <w:p>
      <w:r>
        <w:rPr>
          <w:b/>
        </w:rPr>
        <w:t xml:space="preserve">[09:28] </w:t>
      </w:r>
      <w:r>
        <w:t>ho gaye pillars waghera kya kahenge aah</w:t>
      </w:r>
    </w:p>
    <w:p>
      <w:pPr>
        <w:jc w:val="right"/>
      </w:pPr>
      <w:r>
        <w:t>ہو گئے پلرز وغیرہ کیا کہیں گے آہ</w:t>
      </w:r>
    </w:p>
    <w:p>
      <w:r>
        <w:rPr>
          <w:b/>
        </w:rPr>
        <w:t xml:space="preserve">[09:33] </w:t>
      </w:r>
      <w:r>
        <w:t>toh phir is ke baad</w:t>
      </w:r>
    </w:p>
    <w:p>
      <w:pPr>
        <w:jc w:val="right"/>
      </w:pPr>
      <w:r>
        <w:t>تو پھر اس کے بعد</w:t>
      </w:r>
    </w:p>
    <w:p>
      <w:r>
        <w:rPr>
          <w:b/>
        </w:rPr>
        <w:t xml:space="preserve">[09:36] </w:t>
      </w:r>
      <w:r>
        <w:t>aah aur jo dynasties thi unhon ne aah jaise Abbasi era mein kuch aisi surat thi Khalifa Al-Mahdi</w:t>
      </w:r>
    </w:p>
    <w:p>
      <w:pPr>
        <w:jc w:val="right"/>
      </w:pPr>
      <w:r>
        <w:t>آہ اور جو ڈائنسٹیز تھیں انہوں نے آہ جیسے عباسی ایرا میں کچھ ایسی صورت تھی کیلف المہدی</w:t>
      </w:r>
    </w:p>
    <w:p>
      <w:r>
        <w:rPr>
          <w:b/>
        </w:rPr>
        <w:t xml:space="preserve">[09:47] </w:t>
      </w:r>
      <w:r>
        <w:t>ke zamaney ki unhon ne aur thoda sa is ko expand kiya aur aur chhat waghera theek ki</w:t>
      </w:r>
    </w:p>
    <w:p>
      <w:pPr>
        <w:jc w:val="right"/>
      </w:pPr>
      <w:r>
        <w:t>کے زمانے کی انہوں نے اور تھوڑا سا اس کو ایکسپینڈ کیا اور اور چھت وغیرہ ٹھیک کی</w:t>
      </w:r>
    </w:p>
    <w:p>
      <w:r>
        <w:rPr>
          <w:b/>
        </w:rPr>
        <w:t xml:space="preserve">[09:53] </w:t>
      </w:r>
      <w:r>
        <w:t>is zamane ke lehaz se jo architecture tha Byzantine architecture usko follow kiya to kuch aisi surat-e-haal thi</w:t>
      </w:r>
    </w:p>
    <w:p>
      <w:pPr>
        <w:jc w:val="right"/>
      </w:pPr>
      <w:r>
        <w:t>اس زمانے کے لحاظ سے جو ارکیٹیکچر تھا بائیزنٹائن ارکیٹیکچر اس کو فالو کیا تو کچھ ایسی صورتحال تھی</w:t>
      </w:r>
    </w:p>
    <w:p>
      <w:r>
        <w:rPr>
          <w:b/>
        </w:rPr>
        <w:t xml:space="preserve">[10:02] </w:t>
      </w:r>
      <w:r>
        <w:t>aur phir jab Ottoman Empire ka waqt aaya chunke Ottoman Empire bhi Saudi Arabia mein thi us waqt unka to us waqt jo Sultan Suleiman jinko the Magnificent kaha jata hai yani bahut hi bade meemar the wo architect the unhone aah ye ye aur thoda expand kiya aur jo green dome hai is mein aap green dome dekh rahe hain.</w:t>
      </w:r>
    </w:p>
    <w:p>
      <w:pPr>
        <w:jc w:val="right"/>
      </w:pPr>
      <w:r>
        <w:t>اور پھر جب اٹومن ایمپائر کا وقت آیا چونکہ اٹومن ایمپائر بھی سعودی عرب میں تھی اس وقت ان کا تو اس وقت جو سلطان سلیمان جن کو دا میگنیفیسنٹ کہا جاتا ہے یعنی بہت ہی بڑے معمار تھے وہ ارکیٹیکٹ تھے انہوں نے آہ یہ یہ اور تھوڑا ایکسپینڈ کیا اور جو گرین ڈوم ہے اس میں آپ گرین ڈوم دیکھ رہے ہیں۔</w:t>
      </w:r>
    </w:p>
    <w:p>
      <w:r>
        <w:rPr>
          <w:b/>
        </w:rPr>
        <w:t xml:space="preserve">[10:24] </w:t>
      </w:r>
      <w:r>
        <w:t>ji ji</w:t>
      </w:r>
    </w:p>
    <w:p>
      <w:pPr>
        <w:jc w:val="right"/>
      </w:pPr>
      <w:r>
        <w:t>جی جی</w:t>
      </w:r>
    </w:p>
    <w:p>
      <w:r>
        <w:rPr>
          <w:b/>
        </w:rPr>
        <w:t xml:space="preserve">[10:25] </w:t>
      </w:r>
      <w:r>
        <w:t>thoda black hai lekin green dome jo abhi bhi hai wo unhone hi banwaya tha. ji aur kafi kuch aah aur expand kiya aur iski kafi yani surat-e-haal bahut behtar ho gayi.</w:t>
      </w:r>
    </w:p>
    <w:p>
      <w:pPr>
        <w:jc w:val="right"/>
      </w:pPr>
      <w:r>
        <w:t>تھوڑا بلیک ہے لیکن گرین ڈوم جو ابھی بھی ہے وہ انہوں نے ہی بنوایا تھا۔ جی اور کافی کچھ آہ اور ایکسپینڈ کیا اور اس کی کافی یعنی صورتحال بہت بہتر ہوگئی۔</w:t>
      </w:r>
    </w:p>
    <w:p>
      <w:r>
        <w:rPr>
          <w:b/>
        </w:rPr>
        <w:t xml:space="preserve">[10:37] </w:t>
      </w:r>
      <w:r>
        <w:t>phir iske baad aah aah iske baad phir Saudi aah aah era shuru ho gaya 19th century 20th century mein</w:t>
      </w:r>
    </w:p>
    <w:p>
      <w:pPr>
        <w:jc w:val="right"/>
      </w:pPr>
      <w:r>
        <w:t>پھر اس کے بعد آہ آہ اس کے بعد پھر سعودی آہ آہ ایرا شروع ہوگیا 19 سینچری 20 سینچری میں</w:t>
      </w:r>
    </w:p>
    <w:p>
      <w:r>
        <w:rPr>
          <w:b/>
        </w:rPr>
        <w:t xml:space="preserve">[10:46] </w:t>
      </w:r>
      <w:r>
        <w:t>Saudi King Abdulaziz ke zamane mein phir expansion shuru ho gaye aur phir iske baad ye 1950 ka aah ka expansion hai iske baad 1980 aur aur 90 mein phir bahut expansion hua aur wo to yani chalta hi raha hai koi aah aah kabhi rukta nahi Kaaba ka bhi yahi haal hai.</w:t>
      </w:r>
    </w:p>
    <w:p>
      <w:pPr>
        <w:jc w:val="right"/>
      </w:pPr>
      <w:r>
        <w:t>سعودی کنگ عبدالعزیز کے زمانے میں پھر ایکسپینشن شروع ہوگئے اور پھر اس کے بعد یہ 1950 کا آہ کا ایکسپینشن ہے اس کے بعد 1980 اور اور 90 میں پھر بہت ایکسپینشن ہوا اور وہ تو یعنی چلتا ہی رہا ہے کوئی آہ آہ کبھی رکتا نہیں کعبے کا بھی یہی حال ہے۔</w:t>
      </w:r>
    </w:p>
    <w:p>
      <w:r>
        <w:rPr>
          <w:b/>
        </w:rPr>
        <w:t xml:space="preserve">[11:10] </w:t>
      </w:r>
      <w:r>
        <w:t>ji Haram ka bhi aur ab ye ab to ye bahut hi bada ho gaya hai jo jo us waqt ye surat-e-haal hai jo original masjid hai wo itni reh gayi hai.</w:t>
      </w:r>
    </w:p>
    <w:p>
      <w:pPr>
        <w:jc w:val="right"/>
      </w:pPr>
      <w:r>
        <w:t>جی حرم کا بھی اور اب یہ اب تو یہ بہت ہی بڑا ہو گیا ہے جو جو اس وقت یہ صورتحال ہے جو اوریجنل مسجد ہے وہ اتنی رہ گئی ہے۔</w:t>
      </w:r>
    </w:p>
    <w:p>
      <w:r>
        <w:rPr>
          <w:b/>
        </w:rPr>
        <w:t xml:space="preserve">[11:19] </w:t>
      </w:r>
      <w:r>
        <w:t>hmm ye aap dekh sakte hain ke kai guna yani bahut hi bahut hi bada to ab ye recent surat hai aur agar koi jaye Masjid-e-Nabwi mein ya Kaaba aah Haram mein to bahut sare historical cheezein hain log samajhte nahi hain chunke wahan koi likha nahi hai wo log likhte nahi hain.</w:t>
      </w:r>
    </w:p>
    <w:p>
      <w:pPr>
        <w:jc w:val="right"/>
      </w:pPr>
      <w:r>
        <w:t>ہمم یہ آپ دیکھ سکتے ہیں کہ کئی گنا یعنی بہت ہی بہت ہی بڑا تو اب یہ ریسنٹ صورت ہے اور اگر کوئی جائے مسجد نبوی میں یا کعبہ آہ حرم میں تو بہت سارے ہسٹوریکل چیزیں ہیں لوگ سمجھتے نہیں ہیں چونکہ وہاں کوئی لکھا نہیں ہے وہ لوگ لکھتے نہیں ہیں۔</w:t>
      </w:r>
    </w:p>
    <w:p>
      <w:r>
        <w:rPr>
          <w:b/>
        </w:rPr>
        <w:t xml:space="preserve">[11:38] </w:t>
      </w:r>
      <w:r>
        <w:t>hmm</w:t>
      </w:r>
    </w:p>
    <w:p>
      <w:pPr>
        <w:jc w:val="right"/>
      </w:pPr>
      <w:r>
        <w:t>ہمم</w:t>
      </w:r>
    </w:p>
    <w:p>
      <w:r>
        <w:rPr>
          <w:b/>
        </w:rPr>
        <w:t xml:space="preserve">[11:39] </w:t>
      </w:r>
      <w:r>
        <w:t>misal ke taur par aah ye jo hai ye wo area hai jis ko aah Roudah kehte hain ya Roudhat-al-Jannah jahan par aah Rasool Allah namaz padhate the aur yahin par mimbar tha jis pe wo aah khutba dete the.</w:t>
      </w:r>
    </w:p>
    <w:p>
      <w:pPr>
        <w:jc w:val="right"/>
      </w:pPr>
      <w:r>
        <w:t>مثال کے طور پر آہ یہ جو ہے یہ وہ ایریا ہے جس کو آہ روضہ کہتے ہیں یا روضۃ الجنہ جہاں پر آہ رسول اللہ نماز پڑھاتے تھے اور یہیں پر ممبر تھا جس پہ وہ آہ خطبہ دیتے تھے۔</w:t>
      </w:r>
    </w:p>
    <w:p>
      <w:r>
        <w:rPr>
          <w:b/>
        </w:rPr>
        <w:t xml:space="preserve">[11:58] </w:t>
      </w:r>
      <w:r>
        <w:t>ji to ye wo jagah hai ye most important aur aur original jagah hai aur yahan par kai sare pillars hain aath pillars hain jaise aap dekh rahe hain na kuch p</w:t>
      </w:r>
    </w:p>
    <w:p>
      <w:pPr>
        <w:jc w:val="right"/>
      </w:pPr>
      <w:r>
        <w:t>جی تو یہ وہ جگہ ہے یہ موسٹ امپورٹنٹ اور اوریجنل جگہ ہے اور یہاں پر کئی سارے پلرز ہیں اٹھ پلرز ہیں جیسے آپ دیکھ رہے ہیں نا کچھ پ</w:t>
      </w:r>
    </w:p>
    <w:p>
      <w:r>
        <w:rPr>
          <w:b/>
        </w:rPr>
        <w:t xml:space="preserve">[12:08] </w:t>
      </w:r>
      <w:r>
        <w:t>illars ji aise aise hi aath pillars hain ye bade important pillars hain isko ustuwana kaha jata hai to ek ek ka naam hai Ustuwana Sayyidah Ayesha wo is is wajah se hai ke wo ek jagah thi jahan Muhajireen baithte the.</w:t>
      </w:r>
    </w:p>
    <w:p>
      <w:pPr>
        <w:jc w:val="right"/>
      </w:pPr>
      <w:r>
        <w:t>لرز جی ایسے ایسے ہی اٹھ پلرز ہیں یہ بڑے امپورٹنٹ پلرز ہیں اس کو استوانہ کہا جاتا ہے تو ایک ایک کا نام ہے استوانہ سیدہ عائشہ وہ اس اس وجہ سے ہے کہ وہ ایک جگہ تھی جہاں مہاجرین بیٹھتے تھے۔</w:t>
      </w:r>
    </w:p>
    <w:p>
      <w:r>
        <w:rPr>
          <w:b/>
        </w:rPr>
        <w:t xml:space="preserve">[12:24] </w:t>
      </w:r>
      <w:r>
        <w:t>hmm to lekin wo ghayab ho gayi thi gum ho gayi thi log to Hazrat Ayesha R.A. ne bataya ke ye wo jagah thi to unke naam se pad gaya aise hi ek hai Ustuwana Taubah ek Sahabi the unhone</w:t>
      </w:r>
    </w:p>
    <w:p>
      <w:pPr>
        <w:jc w:val="right"/>
      </w:pPr>
      <w:r>
        <w:t>ہمم تو لیکن وہ غائب ہو گئی تھی گم ہو گئی تھی لوگ تو حضرت عائشہ رضی اللہ عنہ نے بتایا کہ یہ وہ جگہ تھی تو ان کے نام سے پڑ گیا ایسے ہی ایک ہے استوانہ توبہ ایک صحابی تھے انہوں نے</w:t>
      </w:r>
    </w:p>
    <w:p>
      <w:r>
        <w:rPr>
          <w:b/>
        </w:rPr>
        <w:t xml:space="preserve">[12:38] </w:t>
      </w:r>
      <w:r>
        <w:t>kuch taubah ki thi wahan par to wo naam pad gaya aise hi ek ek hai pillar jis ka naam tha Ustuwana Sareer Sareer yani bed Rasool Allah wahan rest kiya karte the kabhi kabhi aise hi ek ek pillar hai iska naam hai Hazrat Ali ke naam se chunke Hazrat Ali baithte the aise hi ek pillar hai iska naam hai Wufood Ustuwana al-Wufood yani delegations jo bahar se aate the.</w:t>
      </w:r>
    </w:p>
    <w:p>
      <w:pPr>
        <w:jc w:val="right"/>
      </w:pPr>
      <w:r>
        <w:t>کچھ توبہ کی تھی وہاں پر تو وہ نام پڑ گیا ایسے ہی ایک ایک ہے پلر جس کا نام تھا استوانہ الصریر صریر یعنی بیڈ رسول اللہ وہاں ریسٹ کیا کرتے تھے کبھی کبھی ایسے ہی ایک ایک پلر ہے اس کا نام ہے حضرت علی کے نام سے چونکہ حضرت علی بیٹھتے تھے ایسے ہی ایک پلر ہے اس کا نام ہے وفود استوانہ الوفود یعنی ڈیلیگیشنز جو باہر سے اتے تھے۔</w:t>
      </w:r>
    </w:p>
    <w:p>
      <w:r>
        <w:rPr>
          <w:b/>
        </w:rPr>
        <w:t xml:space="preserve">[13:01] </w:t>
      </w:r>
      <w:r>
        <w:t>ji wo Rasool Allah wahan par unse baat cheet karte the aise hi ek hai Maqam-e-Jibreel. hmm Ustuwana Maqam-e-Jibreel yahan se Jibreel masjid mein enter karte the.</w:t>
      </w:r>
    </w:p>
    <w:p>
      <w:pPr>
        <w:jc w:val="right"/>
      </w:pPr>
      <w:r>
        <w:t>جی وہ رسول اللہ وہاں پر ان سے بات چیت کرتے تھے ایسے ہی ایک ہے مقام جبرائیل۔ ہمم استوانہ مقام جبرائیل یہاں سے جبرائیل مسجد میں انٹر کرتے تھے۔</w:t>
      </w:r>
    </w:p>
    <w:p>
      <w:r>
        <w:rPr>
          <w:b/>
        </w:rPr>
        <w:t xml:space="preserve">[13:11] </w:t>
      </w:r>
      <w:r>
        <w:t>ji to aur ek hai Tahajjud yahan Rasool Allah Tahajjud ki namaz padh</w:t>
      </w:r>
    </w:p>
    <w:p>
      <w:pPr>
        <w:jc w:val="right"/>
      </w:pPr>
      <w:r>
        <w:t>جی تو اور ایک ہے تہجد یہاں رسول اللہ تہجد کی نماز پڑ</w:t>
      </w:r>
    </w:p>
    <w:p>
      <w:r>
        <w:rPr>
          <w:b/>
        </w:rPr>
        <w:t xml:space="preserve">[13:16] </w:t>
      </w:r>
      <w:r>
        <w:t>hatte the to aise uth pillars hain to jo log jayen wahan to wo un ko chahiye ke thora sa aah parh ke jayen balkay main to hamesha kehta hoon ke aah haqeeqat hajj parh ke jayen chounkay is mein Maulana ne aik to aah hajj ki haqeeqat kiya hai wo batai hai aur aur kafi tareekhi cheezen bhi is ke andar hain</w:t>
      </w:r>
    </w:p>
    <w:p>
      <w:pPr>
        <w:jc w:val="right"/>
      </w:pPr>
      <w:r>
        <w:t>ھتے تھے تو ایسے اٹھ پلرز ہیں تو جو لوگ جائیں وہاں تو وہ ان کو چاہیے کہ تھوڑا سا آہ پڑھ کے جائیں بلکہ میں تو ہمیشہ کہتا ہوں کہ آہ حقیقت حج پڑھ کے جائیں چونکہ اس میں مولانا نے ایک تو آہ حج کی حقیقت کیا ہے وہ بتائی ہے اور اور کافی تاریخی چیزیں بھی اس کے اندر ہیں</w:t>
      </w:r>
    </w:p>
    <w:p>
      <w:r>
        <w:rPr>
          <w:b/>
        </w:rPr>
        <w:t xml:space="preserve">[13:36] </w:t>
      </w:r>
      <w:r>
        <w:t>to bohat hi umda kitab hai agar wo parhen ya aur koi cheez parh ke jayen aur jo historical places hain khud masjid ke andar aur poore madina mein aur makka mein bhi yahi haal hai wahan visit karen to bari کیفیت badalti hai.</w:t>
      </w:r>
    </w:p>
    <w:p>
      <w:pPr>
        <w:jc w:val="right"/>
      </w:pPr>
      <w:r>
        <w:t>تو بہت ہی عمدہ کتاب ہے اگر وہ پڑھیں یا اور کوئی چیز پڑھ کے جائیں اور جو ہسٹوریکل پلیسز ہیں خود مسجد کے اندر اور پورے مدینہ میں اور مکہ میں بھی یہی حال ہے وہاں وزٹ کریں تو بڑی کیفیت بدلتی ہے۔</w:t>
      </w:r>
    </w:p>
    <w:p>
      <w:r>
        <w:rPr>
          <w:b/>
        </w:rPr>
        <w:t xml:space="preserve">[13:50] </w:t>
      </w:r>
      <w:r>
        <w:t>ji chounkay wo maqamat hain jahan rasool Allah sal Allah alayh wasallam aaye sahaba gaye to wo bari aik dili کیفیت badal jati hai wahan ja ke. thank you jazak Allah doctor sahib for taking us through the transition.</w:t>
      </w:r>
    </w:p>
    <w:p>
      <w:pPr>
        <w:jc w:val="right"/>
      </w:pPr>
      <w:r>
        <w:t>جی چونکہ وہ مقامات ہیں جہاں رسول اللہ صلی اللہ علیہ وسلم ائے صحابہ گئے تو وہ بڑی ایک دلی کیفیت بدل جاتی ہے وہاں جا کے۔ تھینک یو جزاک اللہ ڈاکٹر صاحب فار ٹیکنگ اس تھرو دا ٹرانزیشن۔</w:t>
      </w:r>
    </w:p>
    <w:p>
      <w:r>
        <w:rPr>
          <w:b/>
        </w:rPr>
        <w:t xml:space="preserve">[14:01] </w:t>
      </w:r>
      <w:r>
        <w:t>i mean its really a</w:t>
      </w:r>
    </w:p>
    <w:p>
      <w:pPr>
        <w:jc w:val="right"/>
      </w:pPr>
      <w:r>
        <w:t>ائی مین اٹس ریلی ا</w:t>
      </w:r>
    </w:p>
    <w:p>
      <w:r>
        <w:rPr>
          <w:b/>
        </w:rPr>
        <w:t xml:space="preserve">[14:02] </w:t>
      </w:r>
      <w:r>
        <w:t>amazing ye jo doctor sahib uth pillars bhi hain exact locations hain jahan pe ye symbolize karte hain ya is ko symbolically nahi exact pillar exact exact location hai.</w:t>
      </w:r>
    </w:p>
    <w:p>
      <w:pPr>
        <w:jc w:val="right"/>
      </w:pPr>
      <w:r>
        <w:t>میزنگ یہ جو ڈاکٹر صاحب اٹھ پلرز بھی ہیں ایگزیکٹ لوکیشنز ہیں جہاں پہ یہ سمبلائز کرتے ہیں یا اس کو سمبلکلی نہیں ایگزیکٹ پلر ایگزیکٹ ایگزیکٹ لوکیشن ہے۔</w:t>
      </w:r>
    </w:p>
    <w:p>
      <w:r>
        <w:rPr>
          <w:b/>
        </w:rPr>
        <w:t xml:space="preserve">[14:11] </w:t>
      </w:r>
      <w:r>
        <w:t>ji ji mashallah isi waqt se hain ye. ji ji ji doctor sahib clearly i mean its not just a symbol of Islamic heritage but also a symbol of a historicity and a the spiritual significance that it holds.</w:t>
      </w:r>
    </w:p>
    <w:p>
      <w:pPr>
        <w:jc w:val="right"/>
      </w:pPr>
      <w:r>
        <w:t>جی جی ماشاءاللہ اسی وقت سے ہیں یہ۔ جی جی جی ڈاکٹر صاحب کلیئرلی ائی مین اٹس ناٹ جسٹ ا سمبل اف اسلامک ہیریٹیج بٹ السو ا سمبل اف اہ ہسٹوریسٹی اینڈ اہ دا سپریچول سگنیفیکنس دیٹ اٹ ہولڈز۔</w:t>
      </w:r>
    </w:p>
    <w:p>
      <w:r>
        <w:rPr>
          <w:b/>
        </w:rPr>
        <w:t xml:space="preserve">[14:24] </w:t>
      </w:r>
      <w:r>
        <w:t>a</w:t>
      </w:r>
    </w:p>
    <w:p>
      <w:pPr>
        <w:jc w:val="right"/>
      </w:pPr>
      <w:r>
        <w:t>ا</w:t>
      </w:r>
    </w:p>
    <w:p>
      <w:r>
        <w:rPr>
          <w:b/>
        </w:rPr>
        <w:t xml:space="preserve">[14:25] </w:t>
      </w:r>
      <w:r>
        <w:t>ha and also doctor sahib i think the mosque is a testament to the legacy of prophet Muhammad and how Islam spread throughout the world over the period of time.</w:t>
      </w:r>
    </w:p>
    <w:p>
      <w:pPr>
        <w:jc w:val="right"/>
      </w:pPr>
      <w:r>
        <w:t>ہ اینڈ السو ڈاکٹر صاحب ائی تھنک دا ماسک از ا ٹیسٹمنٹ ٹو دا لیگیسی اف پرافٹ محمد اینڈ ہاؤ اسلام سپریڈ تھرو اؤٹ دا ورلڈ اوور دا پیریڈ اف ٹائم۔</w:t>
      </w:r>
    </w:p>
    <w:p>
      <w:r>
        <w:rPr>
          <w:b/>
        </w:rPr>
        <w:t xml:space="preserve">[14:36] </w:t>
      </w:r>
      <w:r>
        <w:t>doctor sahib there is a touching incident which is also been documented in various hadith and historical accounts about Hazrat Fatima going to her father prophet Muhammad and asking for a household servant.</w:t>
      </w:r>
    </w:p>
    <w:p>
      <w:pPr>
        <w:jc w:val="right"/>
      </w:pPr>
      <w:r>
        <w:t>ڈاکٹر صاحب دیر از ا ٹچنگ انسیڈنٹ وچ از السو بین ڈاکومنٹڈ ان ویریس حدیث اینڈ ہسٹوریکل اکاؤنٹس اباؤٹ حضرت فاطمہ گوئنگ ٹو ہر فادر پرافٹ محمد اینڈ اسکنگ فار ا ہاؤس ہولڈ سرونٹ۔</w:t>
      </w:r>
    </w:p>
    <w:p>
      <w:r>
        <w:rPr>
          <w:b/>
        </w:rPr>
        <w:t xml:space="preserve">[14:53] </w:t>
      </w:r>
      <w:r>
        <w:t>to</w:t>
      </w:r>
    </w:p>
    <w:p>
      <w:pPr>
        <w:jc w:val="right"/>
      </w:pPr>
      <w:r>
        <w:t>تو</w:t>
      </w:r>
    </w:p>
    <w:p>
      <w:r>
        <w:rPr>
          <w:b/>
        </w:rPr>
        <w:t xml:space="preserve">[14:54] </w:t>
      </w:r>
      <w:r>
        <w:t>main chahoon ga is ke baray mein aap hum sab ko batayen. ji ye ye asal mein aik bohat hi acha waqia hai aur bara sabak hai jaisay aap ne kaha touching incident hai.</w:t>
      </w:r>
    </w:p>
    <w:p>
      <w:pPr>
        <w:jc w:val="right"/>
      </w:pPr>
      <w:r>
        <w:t>میں چاہوں گا اس کے بارے میں اپ ہم سب کو بتائیں۔ جی یہ یہ اصل میں ایک بہت ہی اچھا واقعہ ہے اور بڑا سبق ہے جیسے اپ نے کہا ٹچنگ انسیڈنٹ ہے۔</w:t>
      </w:r>
    </w:p>
    <w:p>
      <w:r>
        <w:rPr>
          <w:b/>
        </w:rPr>
        <w:t xml:space="preserve">[15:04] </w:t>
      </w:r>
      <w:r>
        <w:t>a aur ye Hazrat Ali ki hi hadith hai. ji unhon ne bohat lambi hadith mein ye waqia bayan kiya hai. Hazrat Ali radiallahu anhu batatay hain ke jab when we got married a with the prophet gave Fatima few things</w:t>
      </w:r>
    </w:p>
    <w:p>
      <w:pPr>
        <w:jc w:val="right"/>
      </w:pPr>
      <w:r>
        <w:t>اہ اور یہ حضرت علی کی ہی حدیث ہے۔ جی انہوں نے بہت لمبی حدیث میں یہ واقعہ بیان کیا ہے۔ حضرت علی رضی اللہ عنہ بتاتے ہیں کہ جب وین وی گاٹ میریڈ اہ ود دا پرافٹ گیو فاطمہ فیو تھنگز</w:t>
      </w:r>
    </w:p>
    <w:p>
      <w:r>
        <w:rPr>
          <w:b/>
        </w:rPr>
        <w:t xml:space="preserve">[15:23] </w:t>
      </w:r>
      <w:r>
        <w:t>yani a a velour garment a a leather pillow ji jis ko stuffed kiya tha rasool Allah ne khud banai thi pillow wo.</w:t>
      </w:r>
    </w:p>
    <w:p>
      <w:pPr>
        <w:jc w:val="right"/>
      </w:pPr>
      <w:r>
        <w:t>یعنی اہ ا ویلوٹ گارمنٹ اہ ا لیدر پلو جی جس کو سٹف کیا تھا رسول اللہ نے خود بنائی تھی پلو وہ۔</w:t>
      </w:r>
    </w:p>
    <w:p>
      <w:r>
        <w:rPr>
          <w:b/>
        </w:rPr>
        <w:t xml:space="preserve">[15:32] </w:t>
      </w:r>
      <w:r>
        <w:t>ji aur is mein kuch a a sukhi patiyan waghera kuch herbs waghera ab bhari thi stuffed with form fiber or to mill stone chakki.</w:t>
      </w:r>
    </w:p>
    <w:p>
      <w:pPr>
        <w:jc w:val="right"/>
      </w:pPr>
      <w:r>
        <w:t>جی اور اس میں کچھ اہ اہ سوکھی پتیاں وغیرہ کچھ ہربز وغیرہ اب بھری تھی سٹفڈ ود فارم فائبر اور ٹو مل سٹون چکی۔</w:t>
      </w:r>
    </w:p>
    <w:p>
      <w:r>
        <w:rPr>
          <w:b/>
        </w:rPr>
        <w:t xml:space="preserve">[15:46] </w:t>
      </w:r>
      <w:r>
        <w:t>ji aur aik water skin aur aur and to earthen jars</w:t>
      </w:r>
    </w:p>
    <w:p>
      <w:pPr>
        <w:jc w:val="right"/>
      </w:pPr>
      <w:r>
        <w:t>جی اور ایک واٹر سکن اور اور اینڈ ٹو اردن جارز</w:t>
      </w:r>
    </w:p>
    <w:p>
      <w:r>
        <w:rPr>
          <w:b/>
        </w:rPr>
        <w:t xml:space="preserve">[15:52] </w:t>
      </w:r>
      <w:r>
        <w:t>. to this was the only possession of the prophets daughter. ji aap tasawwur kar sakte hain ke yani basic necessity wear minimum.</w:t>
      </w:r>
    </w:p>
    <w:p>
      <w:pPr>
        <w:jc w:val="right"/>
      </w:pPr>
      <w:r>
        <w:t>۔ تو دس واز دا اونلی پوزیشن اف دا پرافٹس ڈاٹر۔ جی اپ تصور کر سکتے ہیں کہ یعنی بیسک نیسیسٹی ویئر منیمم۔</w:t>
      </w:r>
    </w:p>
    <w:p>
      <w:r>
        <w:rPr>
          <w:b/>
        </w:rPr>
        <w:t xml:space="preserve">[16:03] </w:t>
      </w:r>
      <w:r>
        <w:t>a to Hazrat Ali a kehtay hain ke main pani laya karta tha kunwein se. a is zamanay mein wo mashak hoti thi aik is mein pani aata tha wo chamray ki.</w:t>
      </w:r>
    </w:p>
    <w:p>
      <w:pPr>
        <w:jc w:val="right"/>
      </w:pPr>
      <w:r>
        <w:t>اہ تو حضرت علی اہ کہتے ہیں کہ میں پانی لایا کرتا تھا کنویں سے۔ اہ اس زمانے میں وہ مشق ہوتی تھی ایک اس میں پانی اتا تھا وہ چمڑے کی۔</w:t>
      </w:r>
    </w:p>
    <w:p>
      <w:r>
        <w:rPr>
          <w:b/>
        </w:rPr>
        <w:t xml:space="preserve">[16:15] </w:t>
      </w:r>
      <w:r>
        <w:t>to wo kehtay hain ke main pani laya karta tha kunwein se to mere chest mein pain honay laga.</w:t>
      </w:r>
    </w:p>
    <w:p>
      <w:pPr>
        <w:jc w:val="right"/>
      </w:pPr>
      <w:r>
        <w:t>تو وہ کہتے ہیں کہ میں پانی لایا کرتا تھا کنویں سے تو میرے چیسٹ میں پین ہونے لگا۔</w:t>
      </w:r>
    </w:p>
    <w:p>
      <w:r>
        <w:rPr>
          <w:b/>
        </w:rPr>
        <w:t xml:space="preserve">[16:24] </w:t>
      </w:r>
      <w:r>
        <w:t>Hazrat Fatima se kaha to kaha unhon ne ke tum jao aur main ne suna hai ke kuch servants aaye hain a tumharay father ke pas aur aik servant hamare liye bhi le aao wo thora humein help ka ho jaye gi hamare liye.</w:t>
      </w:r>
    </w:p>
    <w:p>
      <w:pPr>
        <w:jc w:val="right"/>
      </w:pPr>
      <w:r>
        <w:t>حضرت فاطمہ سے کہا تو کہا انہوں نے کہ تم جاؤ اور میں نے سنا ہے کہ کچھ سرونٹس ائے ہیں اہ تمہارے فادر کے پاس اور ایک سرونٹ ہمارے لیے بھی لے اؤ وہ تھوڑا ہمیں ہیلپ کا ہو جائے گی ہمارے لیے۔</w:t>
      </w:r>
    </w:p>
    <w:p>
      <w:r>
        <w:rPr>
          <w:b/>
        </w:rPr>
        <w:t xml:space="preserve">[16:39] </w:t>
      </w:r>
      <w:r>
        <w:t>to Fatima radiallahu anha ne bhi kaha ke haan main bhi chakki peesti hoon mere hathon mein blisters par gaye hain aur chhalay par gaye hain. to Hazrat Fatima gayeen aik din prophet ke pas</w:t>
      </w:r>
    </w:p>
    <w:p>
      <w:pPr>
        <w:jc w:val="right"/>
      </w:pPr>
      <w:r>
        <w:t>تو فاطمہ رضی اللہ عنہ نے بھی کہا کہ ہاں میں بھی چکی پیستی ہوں میرے ہاتھوں میں بلسٹرز پڑ گئے ہیں اور چھالے پڑ گئے ہیں۔ تو حضرت فاطمہ گئیں ایک دن پرافٹ کے پاس</w:t>
      </w:r>
    </w:p>
    <w:p>
      <w:r>
        <w:rPr>
          <w:b/>
        </w:rPr>
        <w:t xml:space="preserve">[16:53] </w:t>
      </w:r>
      <w:r>
        <w:t>to prophet ne kaha ke meri beti tum kaisay aayi what has brought you here. ji to unhon ne kaha bas main salam karne aayi thi aap se un ke andar himmat nahi hui ke poochen kahin ke aap humein aik servant de dein to wapas aagayen bina ji kahe hue.</w:t>
      </w:r>
    </w:p>
    <w:p>
      <w:pPr>
        <w:jc w:val="right"/>
      </w:pPr>
      <w:r>
        <w:t>تو پرافٹ نے کہا کہ میری بیٹی تم کیسے ائی واٹ ہیز براٹ یو ہیر۔ جی تو انہوں نے کہا بس میں سلام کرنے ائی تھی اپ سے ان کے اندر ہمت نہیں ہوئی کہ پوچھیں کہیں کہ اپ ہمیں ایک سرونٹ دے دیں تو واپس اگئیں بنا جی کہے ہوئے۔</w:t>
      </w:r>
    </w:p>
    <w:p>
      <w:r>
        <w:rPr>
          <w:b/>
        </w:rPr>
        <w:t xml:space="preserve">[17:11] </w:t>
      </w:r>
      <w:r>
        <w:t>to Hazrat Ali ne pocha ke kiya hua tum wapas aagayi ke kiya kaha prophet ne. unhon ne kaha i was too shy to ask the prophet that we need a servant.</w:t>
      </w:r>
    </w:p>
    <w:p>
      <w:pPr>
        <w:jc w:val="right"/>
      </w:pPr>
      <w:r>
        <w:t>تو حضرت علی نے پوچھا کہ کیا ہوا تم واپس اگئی کہ کیا کہا پرافٹ نے۔ انہوں نے کہا ائی واز ٹو شائی ٹو اسک دا پرافٹ دیٹ وی نیڈ ا سرونٹ۔</w:t>
      </w:r>
    </w:p>
    <w:p>
      <w:r>
        <w:rPr>
          <w:b/>
        </w:rPr>
        <w:t xml:space="preserve">[17:21] </w:t>
      </w:r>
      <w:r>
        <w:t>ji to unhon ne kaha acha hum dono chalenge. ji to Hazrat Ali radiallahu anhu aur Hazrat Fatima dono gaye aur rasool Allah se kaha ke a mere chest mein pain honay laga hai main pani le ke aata hoon kunwein se nikal ke.</w:t>
      </w:r>
    </w:p>
    <w:p>
      <w:pPr>
        <w:jc w:val="right"/>
      </w:pPr>
      <w:r>
        <w:t>جی تو انہوں نے کہا اچھا ہم دونوں چلیں گے۔ جی تو حضرت علی رضی اللہ عنہ اور حضرت فاطمہ دونوں گئے اور رسول اللہ سے کہا کہ اہ میرے چیسٹ میں پین ہونے لگا ہے میں پانی لے کے اتا ہوں کنویں سے نکال کے۔</w:t>
      </w:r>
    </w:p>
    <w:p>
      <w:r>
        <w:rPr>
          <w:b/>
        </w:rPr>
        <w:t xml:space="preserve">[17:38] </w:t>
      </w:r>
      <w:r>
        <w:t>aur Hazrat Fatima radiallahu anha ne kaha ke mere hath mein blisters par gaye hain chhalay par gaye hain chakki peesti hoon main.</w:t>
      </w:r>
    </w:p>
    <w:p>
      <w:pPr>
        <w:jc w:val="right"/>
      </w:pPr>
      <w:r>
        <w:t>اور حضرت فاطمہ رضی اللہ عنہ نے کہا کہ میرے ہاتھ میں بلسٹرز پڑ گئے ہیں چھالے پڑ گئے ہیں چکی پیستی ہوں میں۔</w:t>
      </w:r>
    </w:p>
    <w:p>
      <w:r>
        <w:rPr>
          <w:b/>
        </w:rPr>
        <w:t xml:space="preserve">[17:46] </w:t>
      </w:r>
      <w:r>
        <w:t>to hum ne suna hai ke Allah taala ne aap ko bohat hi servants diye hain to aik servant humein bhi de dein ta ke hamara ghar ka jo kaam hai wo asan ho jaye.</w:t>
      </w:r>
    </w:p>
    <w:p>
      <w:pPr>
        <w:jc w:val="right"/>
      </w:pPr>
      <w:r>
        <w:t>تو ہم نے سنا ہے کہ اللہ تعالی نے اپ کو بہت ہی سرونٹس دیے ہیں تو ایک سرونٹ ہمیں بھی دے دیں تاکہ ہمارا گھر کا جو کام ہے وہ اسان ہو جائے۔</w:t>
      </w:r>
    </w:p>
    <w:p>
      <w:r>
        <w:rPr>
          <w:b/>
        </w:rPr>
        <w:t xml:space="preserve">[17:58] </w:t>
      </w:r>
      <w:r>
        <w:t>to rasool Allah ne kaha ke bhai Allah I will not give you a servant and leave the people of suffa empty handed.</w:t>
      </w:r>
    </w:p>
    <w:p>
      <w:pPr>
        <w:jc w:val="right"/>
      </w:pPr>
      <w:r>
        <w:t>تو رسول اللہ نے کہا کہ بائی اللہ ائی ویل ناٹ گیو یو ا سرونٹ اینڈ لیو دا پیپل اف صفہ ایمٹی ہینڈڈ۔</w:t>
      </w:r>
    </w:p>
    <w:p>
      <w:r>
        <w:rPr>
          <w:b/>
        </w:rPr>
        <w:t xml:space="preserve">[18:08] </w:t>
      </w:r>
      <w:r>
        <w:t>ji chunaanche he wanted to rehabilitate the people of suffa the homeless pep</w:t>
      </w:r>
    </w:p>
    <w:p>
      <w:pPr>
        <w:jc w:val="right"/>
      </w:pPr>
      <w:r>
        <w:t>جی چونکہ ہی وانٹڈ ٹو ریہیبلیٹیٹ دا پیپل اف صفہ دا ہوم لیس پیپ</w:t>
      </w:r>
    </w:p>
    <w:p>
      <w:r>
        <w:rPr>
          <w:b/>
        </w:rPr>
        <w:t xml:space="preserve">[18:13] </w:t>
      </w:r>
      <w:r>
        <w:t>le in ko na ghar tha na family thi yahan tak ke in ke paas kapre bhi nahi hote the itne ke poori tarah se dhak saken. to rasool Allah ki pehli priority woh thi aur badr ke orphans aur ashaab us suffa ke log jo jo homeless log the asal mein khyber ke zamanay mein yeh waqea hua tha wahan se prophet received very big wealth in precedent wealth thi received to</w:t>
      </w:r>
    </w:p>
    <w:p>
      <w:pPr>
        <w:jc w:val="right"/>
      </w:pPr>
      <w:r>
        <w:t>ل ان کو نہ گھر تھا نہ فیملی تھی یہاں تک کہ ان کے پاس کپڑے بھی نہیں ہوتے تھے اتنے کہ پوری طرح سے ڈھک سکیں۔ تو رسول اللہ کی پہلی پرائیورٹی وہ تھی اور بدر کے اورفنز اور اصحاب الصفہ کے لوگ جو جو ہوم لیس لوگ تھے اصل میں خیبر کے زمانے میں یہ واقعہ ہوا تھا وہاں سے پرافٹ ریسیوڈ ویری بگ ویلتھ ان پریسیڈنٹڈ ویلتھ تھی ریسیوڈ تو</w:t>
      </w:r>
    </w:p>
    <w:p>
      <w:r>
        <w:rPr>
          <w:b/>
        </w:rPr>
        <w:t xml:space="preserve">[18:37] </w:t>
      </w:r>
      <w:r>
        <w:t>woh sab un ki woh woh is ke is is waqay ke baad Hazrat Ali ne yeh socha hoga ke ab rasool Allah ke paas bohat wealth hai hmm kuch hum le len un se to rasool Allah ne kuch nahi diya.</w:t>
      </w:r>
    </w:p>
    <w:p>
      <w:pPr>
        <w:jc w:val="right"/>
      </w:pPr>
      <w:r>
        <w:t>وہ سب ان کی وہ وہ اس کے اس اس واقعے کے بعد حضرت علی نے یہ سوچا ہوگا کہ اب رسول اللہ کے پاس بہت ویلتھ ہے ہمم کچھ ہم لے لیں ان سے تو رسول اللہ نے کچھ نہیں دیا۔</w:t>
      </w:r>
    </w:p>
    <w:p>
      <w:r>
        <w:rPr>
          <w:b/>
        </w:rPr>
        <w:t xml:space="preserve">[18:50] </w:t>
      </w:r>
      <w:r>
        <w:t>ji aur wapas chale aaye dono ji na na koi paise diya na koi admi diya. to raat ke waqt prophet aaye phir Hazrat Fatima R.A. aaye ghar pe knock kiya to ah so rahe the Hazrat Ali aur Hazrat Fatima lete hue the to woh uth ke jaldi jaldi apne ghar mein theek karne lage to rasool Allah ne kaha nahi aise rehne do koi b</w:t>
      </w:r>
    </w:p>
    <w:p>
      <w:pPr>
        <w:jc w:val="right"/>
      </w:pPr>
      <w:r>
        <w:t>جی اور اہ واپس چلے ائے دونوں جی نہ نہ کوئی پیسے دیا نہ کوئی ادمی دیا۔ تو رات کے وقت پرافٹ ائے پھر حضرت فاطمہ رضی اللہ عنہ ائے گھر پہ ناک کیا تو اہ سو رہے تھے حضرت علی اور حضرت فاطمہ لیٹے ہوئے تھے تو وہ اٹھ کے جلدی جلدی اپنے گھر میں ٹھیک کرنے لگے تو رسول اللہ نے کہا نہیں ایسے رہنے دو کوئی ب</w:t>
      </w:r>
    </w:p>
    <w:p>
      <w:r>
        <w:rPr>
          <w:b/>
        </w:rPr>
        <w:t xml:space="preserve">[19:13] </w:t>
      </w:r>
      <w:r>
        <w:t>uraat nahi. ji to prophet aaye baith gaye aur kaha ke Jibrael aaye the mere paas aur unhone yeh bataya hai. ji</w:t>
      </w:r>
    </w:p>
    <w:p>
      <w:pPr>
        <w:jc w:val="right"/>
      </w:pPr>
      <w:r>
        <w:t>ات نہیں۔ جی تو پرافٹ ائے بیٹھ گئے اور کہا کہ جبرائیل ائے تھے میرے پاس اور انہوں نے یہ بتایا ہے۔ جی</w:t>
      </w:r>
    </w:p>
    <w:p>
      <w:r>
        <w:rPr>
          <w:b/>
        </w:rPr>
        <w:t xml:space="preserve">[19:21] </w:t>
      </w:r>
      <w:r>
        <w:t>kaha hai ke tum Fatima se kaho ke jab woh namaz padhen to namaz ke baad das baar subhan Allah kaheen aur das baar Alhamdulillah kaheen aur das baar Allahu Akbar kaheen aur jab sone jayen to 33 times ah subhan Allah kaheen aur 33 times Alhamdulillah kaheen aur 34 times Allahu Akbar</w:t>
      </w:r>
    </w:p>
    <w:p>
      <w:pPr>
        <w:jc w:val="right"/>
      </w:pPr>
      <w:r>
        <w:t>کہا ہے کہ تم فاطمہ سے کہو کہ جب وہ نماز پڑھیں تو نماز کے بعد دس بار سبحان اللہ کہیں اور دس بار الحمدللہ کہیں اور دس بار اللہ اکبر کہیں اور جب سونے جائیں تو 33 ٹائمز اہ سبحان اللہ کہیں اور 33 ٹائمز الحمدللہ کہیں اور 34 ٹائمز اللہ اکبر</w:t>
      </w:r>
    </w:p>
    <w:p>
      <w:r>
        <w:rPr>
          <w:b/>
        </w:rPr>
        <w:t xml:space="preserve">[19:45] </w:t>
      </w:r>
      <w:r>
        <w:t>kaheen. ji to Hazrat Ali kehte hain isi riwayat mein hai ke saari zindagi mein koi din maine miss nahi kiya ke maine yeh teen jo words hain is ko namaz mein aur raat ko sone se pehle nahi kiya.</w:t>
      </w:r>
    </w:p>
    <w:p>
      <w:pPr>
        <w:jc w:val="right"/>
      </w:pPr>
      <w:r>
        <w:t>کہیں۔ جی تو حضرت علی کہتے ہیں اسی روایت میں ہے کہ ساری زندگی میں کوئی دن میں نے مس نہیں کیا کہ میں نے یہ تین جو ورڈز ہیں اس کو نماز میں اور رات کو سونے سے پہلے نہیں کیا۔</w:t>
      </w:r>
    </w:p>
    <w:p>
      <w:r>
        <w:rPr>
          <w:b/>
        </w:rPr>
        <w:t xml:space="preserve">[20:01] </w:t>
      </w:r>
      <w:r>
        <w:t>yani it shows the ethics and integrity of the prophet he didn't give anything ji to his his his daughter and its a very big lesson for all of us</w:t>
      </w:r>
    </w:p>
    <w:p>
      <w:pPr>
        <w:jc w:val="right"/>
      </w:pPr>
      <w:r>
        <w:t>یعنی دس شوز دی ایتھکس اینڈ انٹیگریٹی اف دا پرافٹ ہی ڈیڈنٹ گیو اینی تھنگ جی ٹو ہز ہز ہز ڈاٹر اینڈ اٹس ا ویری بگ لیسن فار ال اف اس</w:t>
      </w:r>
    </w:p>
    <w:p>
      <w:r>
        <w:rPr>
          <w:b/>
        </w:rPr>
        <w:t xml:space="preserve">[20:14] </w:t>
      </w:r>
      <w:r>
        <w:t>. bilkul doctor sahib aur yeh doctor sahib yeh bhi lesson hai humility contentment and reliance on God instead of relying on material position chunaanche hamare liye namoona hai.</w:t>
      </w:r>
    </w:p>
    <w:p>
      <w:pPr>
        <w:jc w:val="right"/>
      </w:pPr>
      <w:r>
        <w:t>۔ بالکل ڈاکٹر صاحب اور یہ ڈاکٹر صاحب یہ بھی لیسن ہے ہیومیلٹی کنٹینٹمنٹ اینڈ ریلائنس ان گاڈ انسٹیڈ اف ریلائنگ ان مٹیریل پوزیشن چونکہ ہمارے لیے نمونہ ہے۔</w:t>
      </w:r>
    </w:p>
    <w:p>
      <w:r>
        <w:rPr>
          <w:b/>
        </w:rPr>
        <w:t xml:space="preserve">[20:25] </w:t>
      </w:r>
      <w:r>
        <w:t>ji agar rasool Allah saari wealth de dete aur saare dastiyoon khadim de dete to phir namoona kahan se banta hai hamare liye to ek yeh hamare liye bohat hi bara Allah taala ne yeh ek rehmat ki hai ummat ke upar ke aise namoona hamare hamein diye hain ke jin ko hum dekh ke inspire ho saken</w:t>
      </w:r>
    </w:p>
    <w:p>
      <w:pPr>
        <w:jc w:val="right"/>
      </w:pPr>
      <w:r>
        <w:t>جی اگر رسول اللہ ساری ویلتھ دے دیتے اور سارے دستیوں خادم دے دیتے تو پھر نمونہ کہاں سے بنتا ہے ہمارے لیے تو ایک یہ ہمارے لیے بہت ہی بڑا اللہ تعالی نے یہ ایک رحمت کی ہے امت کے اوپر کہ ایسے نمونے ہمارے ہمیں دیے ہیں کہ جن کو ہم دیکھ کے انسپائر ہو سکیں</w:t>
      </w:r>
    </w:p>
    <w:p>
      <w:r>
        <w:rPr>
          <w:b/>
        </w:rPr>
        <w:t xml:space="preserve">[20:42] </w:t>
      </w:r>
      <w:r>
        <w:t>follow kar saken. ji to doctor sahib isi se agla sawal bhi nikalta hai ke tasbeeh Fatima is ke bare mein bhi aap hum sab ko bataen doctor sahib thoda elaborate karen.</w:t>
      </w:r>
    </w:p>
    <w:p>
      <w:pPr>
        <w:jc w:val="right"/>
      </w:pPr>
      <w:r>
        <w:t>فالو کر سکیں۔ جی تو ڈاکٹر صاحب اسی سے اگلا سوال بھی نکلتا ہے کہ تسبیح فاطمہ اس کے بارے میں بھی اپ ہم سب کو بتائیں ڈاکٹر صاحب تھوڑا الیبریٹ کریں۔</w:t>
      </w:r>
    </w:p>
    <w:p>
      <w:r>
        <w:rPr>
          <w:b/>
        </w:rPr>
        <w:t xml:space="preserve">[20:51] </w:t>
      </w:r>
      <w:r>
        <w:t>haan yeh jo ah ah rasool Allah sallallahu alaihi wasallam ne bataya 33 baar kaho 33 baar aur 34 baar yeh tasbeeh Fatima ke naam se mashhoor ho gayi hai aur log samajhte hain ke tasbeeh ko ginna Allahu Akbar Allahu Akbar subhan Allah subhan Allah subhan Allah Alhamdulillah Alhamdulillah yeh yani kuch karte rahen aur yeh aise ginte rahen.</w:t>
      </w:r>
    </w:p>
    <w:p>
      <w:pPr>
        <w:jc w:val="right"/>
      </w:pPr>
      <w:r>
        <w:t>ہاں یہ جو اہ اہ رسول اللہ صلی اللہ علیہ وسلم نے بتایا 33 بار کہو 33 بار اور 34 بار یہ تسبیح فاطمہ کے نام سے مشہور ہو گئی ہے اور لوگ سمجھتے ہیں کہ تسبیح کو گننا اللہ اکبر اللہ اکبر سبحان اللہ سبحان اللہ سبحان اللہ الحمدللہ الحمدللہ یہ یعنی کچھ کرتے رہیں اور یہ ایسے گنتے رہیں۔</w:t>
      </w:r>
    </w:p>
    <w:p>
      <w:r>
        <w:rPr>
          <w:b/>
        </w:rPr>
        <w:t xml:space="preserve">[21:10] </w:t>
      </w:r>
      <w:r>
        <w:t>haan yeh yeh nahi hai tasbeeh Fatima.</w:t>
      </w:r>
    </w:p>
    <w:p>
      <w:pPr>
        <w:jc w:val="right"/>
      </w:pPr>
      <w:r>
        <w:t>ہاں یہ یہ نہیں ہے تسبیح فاطمہ۔</w:t>
      </w:r>
    </w:p>
    <w:p>
      <w:r>
        <w:rPr>
          <w:b/>
        </w:rPr>
        <w:t xml:space="preserve">[21:13] </w:t>
      </w:r>
      <w:r>
        <w:t>hmm tasbeeh Fatima to dekhiye jo yeh teen words hain subhan Allah Alhamdulillah aur Allahu Akbar agar yahi bohat hi ah deep meaning hai is ke andar.</w:t>
      </w:r>
    </w:p>
    <w:p>
      <w:pPr>
        <w:jc w:val="right"/>
      </w:pPr>
      <w:r>
        <w:t>ہمم تسبیح فاطمہ تو دیکھیے جو یہ تین ورڈز ہیں سبحان اللہ الحمدللہ اور اللہ اکبر اگر یہی بہت ہی اہ ڈیپ میننگ ہے اس کے اندر۔</w:t>
      </w:r>
    </w:p>
    <w:p>
      <w:r>
        <w:rPr>
          <w:b/>
        </w:rPr>
        <w:t xml:space="preserve">[21:25] </w:t>
      </w:r>
      <w:r>
        <w:t>ah yani subhan Allah ka matlab hai glory be to Allah. hmm yani ah its a way of acknowledging the perfection and greatness of God.</w:t>
      </w:r>
    </w:p>
    <w:p>
      <w:pPr>
        <w:jc w:val="right"/>
      </w:pPr>
      <w:r>
        <w:t>اہ یعنی سبحان اللہ کا مطلب ہے گلوری بی ٹو اللہ۔ ہمم یعنی اہ اٹس ا وے اف ایکنالجنگ دا پرفیکشن اینڈ گریٹنس اف گاڈ۔</w:t>
      </w:r>
    </w:p>
    <w:p>
      <w:r>
        <w:rPr>
          <w:b/>
        </w:rPr>
        <w:t xml:space="preserve">[21:35] </w:t>
      </w:r>
      <w:r>
        <w:t>yani jab aap koi cheez dekhte hain nature ki koi cheez dekhte hain koi cheez aap ko bohat pasand aati hai to aap subhan Allah kehte hain. yani kitna perfect hai hamare creator ke us ne yeh cheez banai yeh ek ehsaas aur yeh ya koi bhi beautiful cheez aap dekhte hain nature mein ya koi bhi to aap ke munh se nikalta hai.</w:t>
      </w:r>
    </w:p>
    <w:p>
      <w:pPr>
        <w:jc w:val="right"/>
      </w:pPr>
      <w:r>
        <w:t>یعنی جب اپ کوئی چیز دیکھتے ہیں نیچر کی کوئی چیز دیکھتے ہیں کوئی چیز اپ کو بہت پسند اتی ہے تو اپ سبحان اللہ کہتے ہیں۔ یعنی کتنا پرفیکٹ ہے ہمارے کریٹر کہ اس نے یہ چیز بنائی یہ ایک احساس اور یہ یا کوئی بھی بیوٹی فل چیز اپ دیکھتے ہیں نیچر میں یا کوئی بھی تو اپ کے منہ سے نکلتا ہے۔</w:t>
      </w:r>
    </w:p>
    <w:p>
      <w:r>
        <w:rPr>
          <w:b/>
        </w:rPr>
        <w:t xml:space="preserve">[21:56] </w:t>
      </w:r>
      <w:r>
        <w:t>yani Allah ki jo qudrat hai jo creative power hai us ko acknowledge karte hain us ka aaitraaf hai.</w:t>
      </w:r>
    </w:p>
    <w:p>
      <w:pPr>
        <w:jc w:val="right"/>
      </w:pPr>
      <w:r>
        <w:t>یعنی اللہ کی جو قدرت ہے جو کریٹیو پاور ہے اس کو ایکنالج کرتے ہیں اس کا اے اعتراف ہے۔</w:t>
      </w:r>
    </w:p>
    <w:p>
      <w:r>
        <w:rPr>
          <w:b/>
        </w:rPr>
        <w:t xml:space="preserve">[22:03] </w:t>
      </w:r>
      <w:r>
        <w:t>aise hi Alhamdulillah ka matlab hai thank you Allah. ji yani thank you Allah for everything both in good times and in tests and trials.</w:t>
      </w:r>
    </w:p>
    <w:p>
      <w:pPr>
        <w:jc w:val="right"/>
      </w:pPr>
      <w:r>
        <w:t>ایسے ہی الحمدللہ کا مطلب ہے تھینک یو اللہ۔ جی یعنی تھینک یو اللہ فار ایوری تھنگ بوتھ ان گڈ ٹائمز اینڈ ان ٹیسٹس اینڈ ٹرائلز۔</w:t>
      </w:r>
    </w:p>
    <w:p>
      <w:r>
        <w:rPr>
          <w:b/>
        </w:rPr>
        <w:t xml:space="preserve">[22:13] </w:t>
      </w:r>
      <w:r>
        <w:t>hmm yeh thank you Allah in ah difficult times also ke ho sakta hai ke Allah taala is se bhi mushkil halaat paida kar sakta tha.</w:t>
      </w:r>
    </w:p>
    <w:p>
      <w:pPr>
        <w:jc w:val="right"/>
      </w:pPr>
      <w:r>
        <w:t>ہمم یہ تھینک یو اللہ ان اہ ڈیفیکلٹ ٹائمز السو کہ ہو سکتا ہے کہ اللہ تعالی اس سے بھی مشکل حالات پیدا کر سکتا تھا۔</w:t>
      </w:r>
    </w:p>
    <w:p>
      <w:r>
        <w:rPr>
          <w:b/>
        </w:rPr>
        <w:t xml:space="preserve">[22:23] </w:t>
      </w:r>
      <w:r>
        <w:t>to Alhamdulillah waise hum kehte rehte hain Alhamdulillah lekin is ko bhi yani bohat hi gehri gehra yeh ah word hai.</w:t>
      </w:r>
    </w:p>
    <w:p>
      <w:pPr>
        <w:jc w:val="right"/>
      </w:pPr>
      <w:r>
        <w:t>تو الحمدللہ ویسے ہم کہتے رہتے ہیں الحمدللہ لیکن اس کو بھی یعنی بہت ہی گہری گہرا یہ اہ ورڈ ہے۔</w:t>
      </w:r>
    </w:p>
    <w:p>
      <w:r>
        <w:rPr>
          <w:b/>
        </w:rPr>
        <w:t xml:space="preserve">[22:33] </w:t>
      </w:r>
      <w:r>
        <w:t>ah yeh emphasize karta hai ke jo saara praise aur saara hamd saara shukr Allah ke liye hai aur surah Al-Fatiha bhi aaghaz isi se hota hai Alhamdulillah Rabbil Alameen.</w:t>
      </w:r>
    </w:p>
    <w:p>
      <w:pPr>
        <w:jc w:val="right"/>
      </w:pPr>
      <w:r>
        <w:t>اہ یہ ایمفسائز کرتا ہے کہ جو سارا پریز اور سارا حمد سارا شکر اللہ کے لیے ہے اور سورہ الفاتحہ بھی اغاز اسی سے ہوتا ہے الحمدللہ رب العالمین۔</w:t>
      </w:r>
    </w:p>
    <w:p>
      <w:r>
        <w:rPr>
          <w:b/>
        </w:rPr>
        <w:t xml:space="preserve">[22:48] </w:t>
      </w:r>
      <w:r>
        <w:t>to aur Allahu Akbar ka matlab hai ke Allah is the greatest yani there is no power greater than Allah.</w:t>
      </w:r>
    </w:p>
    <w:p>
      <w:pPr>
        <w:jc w:val="right"/>
      </w:pPr>
      <w:r>
        <w:t>تو اور اللہ اکبر کا مطلب ہے کہ اللہ از دا گریٹسٹ یعنی دیر از نو پاور گریٹر دین اللہ۔</w:t>
      </w:r>
    </w:p>
    <w:p>
      <w:r>
        <w:rPr>
          <w:b/>
        </w:rPr>
        <w:t xml:space="preserve">[22:57] </w:t>
      </w:r>
      <w:r>
        <w:t>ji so we should entrust entrust our all affairs ah to Allah yani koi bhi pareshani hai koi bhi de aap ko aisi cheez hai jo aap ko pareshan kar rahi hai to Allah ke khane mein dalen jaise Maulana kehte the aur Allahu Akbar Maulana ki kitab bhi hai.</w:t>
      </w:r>
    </w:p>
    <w:p>
      <w:pPr>
        <w:jc w:val="right"/>
      </w:pPr>
      <w:r>
        <w:t>جی سو وی شوڈ انٹرسٹ انٹرسٹ اور ال افیئرز اہ ٹو اللہ یعنی کوئی بھی پریشانی ہے کوئی بھی دے اپ کو ایسی چیز ہے جو اپ کو پریشان کر رہی ہے تو اللہ کے خانے میں ڈالیں جیسے مولانا کہتے تھے اور اللہ اکبر مولانے کی کتاب بھی ہے۔</w:t>
      </w:r>
    </w:p>
    <w:p>
      <w:r>
        <w:rPr>
          <w:b/>
        </w:rPr>
        <w:t xml:space="preserve">[23:17] </w:t>
      </w:r>
      <w:r>
        <w:t>hmm bohat hi achi kitab jis ka English translation hai God's Glory is mein yahi saari baaten hain living in God's glory.</w:t>
      </w:r>
    </w:p>
    <w:p>
      <w:pPr>
        <w:jc w:val="right"/>
      </w:pPr>
      <w:r>
        <w:t>ہمم بہت ہی اچھی کتاب جس کا انگلش ٹرانسلیشن ہے گاڈز گلوری اس میں یہی ساری باتیں ہیں لیونگ ان گاڈز گلوری۔</w:t>
      </w:r>
    </w:p>
    <w:p>
      <w:r>
        <w:rPr>
          <w:b/>
        </w:rPr>
        <w:t xml:space="preserve">[23:27] </w:t>
      </w:r>
      <w:r>
        <w:t>tu</w:t>
      </w:r>
    </w:p>
    <w:p>
      <w:pPr>
        <w:jc w:val="right"/>
      </w:pPr>
      <w:r>
        <w:t>تو</w:t>
      </w:r>
    </w:p>
    <w:p>
      <w:r>
        <w:rPr>
          <w:b/>
        </w:rPr>
        <w:t xml:space="preserve">[23:28] </w:t>
      </w:r>
      <w:r>
        <w:t>maulana ka kehna tha ke yeh aik shoori takrar hai yani ap soch ke alhamdulillah aur bismillah kahein na ke na ke ghaflat mein alhamdulillah bismillah kar rahe hain aur pata nahi kya keh rahe hain sirf repeat kar rahe hain.</w:t>
      </w:r>
    </w:p>
    <w:p>
      <w:pPr>
        <w:jc w:val="right"/>
      </w:pPr>
      <w:r>
        <w:t>مولانا کا کہنا تھا کہ یہ ایک شعوری تکرار ہے یعنی اپ سوچ کے الحمدللہ اور بسم اللہ کہیں نہ کہ نہ کہ غفلت میں الحمدللہ بسم اللہ کر رہے ہیں اور پتہ نہیں کیا کہہ رہے ہیں صرف ریپیٹ کر رہے ہیں۔</w:t>
      </w:r>
    </w:p>
    <w:p>
      <w:r>
        <w:rPr>
          <w:b/>
        </w:rPr>
        <w:t xml:space="preserve">[23:42] </w:t>
      </w:r>
      <w:r>
        <w:t>tu yeh yeh bohat hi ahem cheez hai aise hi maulana kehte the ke yani yeh aik zikr hai</w:t>
      </w:r>
    </w:p>
    <w:p>
      <w:pPr>
        <w:jc w:val="right"/>
      </w:pPr>
      <w:r>
        <w:t>تو یہ یہ بہت ہی اہم چیز ہے ایسے ہی مولانا کہتے تھے کہ یعنی یہ ایک ذکر ہے</w:t>
      </w:r>
    </w:p>
    <w:p>
      <w:r>
        <w:rPr>
          <w:b/>
        </w:rPr>
        <w:t xml:space="preserve">[23:50] </w:t>
      </w:r>
      <w:r>
        <w:t>zikr ka matlab maulana ne hamein hamesha kaha hai ke ke khuda ko daryaft karna is ki azmat ko daryaft karna maulana kehte the ke point of reference se zikr karna.</w:t>
      </w:r>
    </w:p>
    <w:p>
      <w:pPr>
        <w:jc w:val="right"/>
      </w:pPr>
      <w:r>
        <w:t>ذکر کا مطلب مولانا نے ہمیں ہمیشہ کہا ہے کہ کہ خدا کو دریافت کرنا اس کی عظمت کو دریافت کرنا مولانا کہتے تھے کہ پوائنٹ اف ریفرنس سے ذکر کرنا۔</w:t>
      </w:r>
    </w:p>
    <w:p>
      <w:r>
        <w:rPr>
          <w:b/>
        </w:rPr>
        <w:t xml:space="preserve">[24:03] </w:t>
      </w:r>
      <w:r>
        <w:t>ji khuda ki yaad point of reference hai khud insan ka wajood bohat bara point of reference hai kaise woh bol raha hai kaise chal raha hai kaise dekh raha hai kaise hamara dil dharak</w:t>
      </w:r>
    </w:p>
    <w:p>
      <w:pPr>
        <w:jc w:val="right"/>
      </w:pPr>
      <w:r>
        <w:t>جی خدا کی یاد پوائنٹ اف ریفرنس ہے خود انسان کا وجود بہت بڑا پوائنٹ اف ریفرنس ہے کیسے وہ بول رہا ہے کیسے چل رہا ہے کیسے دیکھ رہا ہے کیسے ہمارا دل دھڑک</w:t>
      </w:r>
    </w:p>
    <w:p>
      <w:r>
        <w:rPr>
          <w:b/>
        </w:rPr>
        <w:t xml:space="preserve">[24:14] </w:t>
      </w:r>
      <w:r>
        <w:t>raha hai poore jo organs hain hamare body ke kaise chal rahe hain itne perfect andaaz mein. ji bana kisi awaz ke tu yeh sari cheezein jab bhi insan dekhta hai koi bhi aisi cheez sochta hai tu us ke liye hamd ke aur praise ke aur shukr ke jazbat us ke andar ah paida hona shuru ho jate</w:t>
      </w:r>
    </w:p>
    <w:p>
      <w:pPr>
        <w:jc w:val="right"/>
      </w:pPr>
      <w:r>
        <w:t>رہا ہے پورے جو ارگنز ہیں ہمارے باڈی کے کیسے چل رہے ہیں اتنے پرفیکٹ انداز میں۔ جی بنا کسی اواز کے تو یہ ساری چیزیں جب بھی انسان دیکھتا ہے کوئی بھی ایسی چیز سوچتا ہے تو اس کے لیے حمد کے اور پریز کے اور شکر کے جذبات اس کے اندر اہ پیدا ہونا شروع ہو جاتے</w:t>
      </w:r>
    </w:p>
    <w:p>
      <w:r>
        <w:rPr>
          <w:b/>
        </w:rPr>
        <w:t xml:space="preserve">[24:35] </w:t>
      </w:r>
      <w:r>
        <w:t>hain. aise hi maulana ne aik mazmoon likha tha bohat acha mazmoon tha aur tasbeeh fatima ke ooper tha aur is ka jo is ka jo unwan tha heading thi woh tasbeeh khawateen.</w:t>
      </w:r>
    </w:p>
    <w:p>
      <w:pPr>
        <w:jc w:val="right"/>
      </w:pPr>
      <w:r>
        <w:t>ہیں۔ ایسے ہی مولانا نے ایک مضمون لکھا تھا بہت اچھا مضمون تھا اور تسبیح فاطمہ کے اوپر تھا اور اس کا جو اس کا جو عنوان تھا ہیڈنگ تھی وہ تسبیح خواتین۔</w:t>
      </w:r>
    </w:p>
    <w:p>
      <w:r>
        <w:rPr>
          <w:b/>
        </w:rPr>
        <w:t xml:space="preserve">[24:46] </w:t>
      </w:r>
      <w:r>
        <w:t>hmm aur likha tha ke yeh jo tasbeeh hai tasbeeh fatima yeh ah ummat ke tamam khawateen ke liye ah aik bohat hi qeemti tohfa Allah Rasool Allah ne</w:t>
      </w:r>
    </w:p>
    <w:p>
      <w:pPr>
        <w:jc w:val="right"/>
      </w:pPr>
      <w:r>
        <w:t>ہمم اور لکھا تھا کہ یہ جو تسبیح ہے تسبیح فاطمہ یہ اہ امت کے تمام خواتین کے لیے اہ ایک بہت ہی قیمتی تحفہ اللہ رسول اللہ نے</w:t>
      </w:r>
    </w:p>
    <w:p>
      <w:r>
        <w:rPr>
          <w:b/>
        </w:rPr>
        <w:t xml:space="preserve">[25:00] </w:t>
      </w:r>
      <w:r>
        <w:t>diya yani aik bohat hi qeemti tohfa hai. maulana ne likha tha ke ke yeh is ko tasbeeh khawateen kehna chahiye chounke jo ladies hain un ko aksar time mil jata hai ghar mein tu phir woh bas baatein idhar udhar ki karti hain koi khaas ah koi discussion aisa nahi bas idhar udhar ki baaton mein chat chet aur ji ke party warty jo aaj kal bohat zyada ho gayi hai</w:t>
      </w:r>
    </w:p>
    <w:p>
      <w:pPr>
        <w:jc w:val="right"/>
      </w:pPr>
      <w:r>
        <w:t>دیا یعنی ایک بہت ہی قیمتی تحفہ ہے۔ مولانا نے لکھا تھا کہ کہ یہ اس کو تسبیح خواتین کہنا چاہیے چونکہ جو لیڈیز ہیں ان کو اکثر ٹائم مل جاتا ہے گھر میں تو پھر وہ بس باتیں ادھر ادھر کی کرتی ہیں کوئی خاص اہ کوئی ڈسکشن ایسا نہیں بس ادھر ادھر کی باتوں میں چٹ چیٹ اور جی کہ پارٹی واٹی جو اج کل بہت زیادہ ہو گئی ہے</w:t>
      </w:r>
    </w:p>
    <w:p>
      <w:r>
        <w:rPr>
          <w:b/>
        </w:rPr>
        <w:t xml:space="preserve">[25:26] </w:t>
      </w:r>
      <w:r>
        <w:t>tu is se bachne ka bohat acha zariya hai ke tasbeeh fatima yani tasbeeh mein apna waqt lagayein aur khuda ki yaad mein apna waqt lagayein</w:t>
      </w:r>
    </w:p>
    <w:p>
      <w:pPr>
        <w:jc w:val="right"/>
      </w:pPr>
      <w:r>
        <w:t>تو اس سے بچنے کا بہت اچھا ذریعہ ہے کہ تسبیح فاطمہ یعنی تسبیح میں اپنا وقت لگائیں اور خدا کی یاد میں اپنا وقت لگائیں</w:t>
      </w:r>
    </w:p>
    <w:p>
      <w:r>
        <w:rPr>
          <w:b/>
        </w:rPr>
        <w:t xml:space="preserve">[25:38] </w:t>
      </w:r>
      <w:r>
        <w:t>tu yeh yani ah repetition of word ka mamla nahi hai. hmm balkeh yeh aik ah aik daryaft ka mamla hai shoori daryaft jis ko maulana ne marifat pe itna zor diya hai ke yeh realization ka kalma hai na ke kuch repetition ka kalma.</w:t>
      </w:r>
    </w:p>
    <w:p>
      <w:pPr>
        <w:jc w:val="right"/>
      </w:pPr>
      <w:r>
        <w:t>تو یہ یعنی اہ ریپیٹیشن اف ورڈ کا معاملہ نہیں ہے۔ ہمم بلکہ یہ ایک اہ ایک دریافت کا معاملہ ہے شعوری دریافت جس کو مولانا نے معرفت پہ اتنا زور دیا ہے کہ یہ ریلائزیشن کا کلمہ ہے نہ کہ کچھ ریپیٹیشن کا کلمہ۔</w:t>
      </w:r>
    </w:p>
    <w:p>
      <w:r>
        <w:rPr>
          <w:b/>
        </w:rPr>
        <w:t xml:space="preserve">[25:57] </w:t>
      </w:r>
      <w:r>
        <w:t>ji doctor sahib yeh bohat mein mein kahunga ke yeh bohat ahem baat hai kyunke itna zyada maulana is ko emphasize karte</w:t>
      </w:r>
    </w:p>
    <w:p>
      <w:pPr>
        <w:jc w:val="right"/>
      </w:pPr>
      <w:r>
        <w:t>جی ڈاکٹر صاحب یہ بہت میں میں کہوں گا کہ یہ بہت اہم بات ہے کیونکہ اتنا زیادہ مولانا اس کو ایمفسائز کرتے</w:t>
      </w:r>
    </w:p>
    <w:p>
      <w:r>
        <w:rPr>
          <w:b/>
        </w:rPr>
        <w:t xml:space="preserve">[26:05] </w:t>
      </w:r>
      <w:r>
        <w:t>the aur jaise ap ne kaha ke it is not just mere repetition ah but to think about God. ah jaise doctor sahib ah chapter 2 of the Quran mein aya bhi hai ke ah so you remember me and i will remember you</w:t>
      </w:r>
    </w:p>
    <w:p>
      <w:pPr>
        <w:jc w:val="right"/>
      </w:pPr>
      <w:r>
        <w:t>تھے اور جیسے اپ نے کہا کہ اٹ از ناٹ جسٹ میر ریپیٹیشن اہ بٹ ٹو تھنک اباؤٹ گاڈ۔ اہ جیسے ڈاکٹر صاحب اہ چیپٹر ٹو اف دا قران میں ایا بھی ہے کہ اہ سو یو ریممبر می اینڈ ائی ویل ریممبر یو</w:t>
      </w:r>
    </w:p>
    <w:p>
      <w:r>
        <w:rPr>
          <w:b/>
        </w:rPr>
        <w:t xml:space="preserve">[26:18] </w:t>
      </w:r>
      <w:r>
        <w:t>tu Allah taala ka yeh wada hai ke i will remember you ah which is a big ah hope for all of us and doctor sahib aaj ke zamane mein bhi agar hum dekhein ah matlab ritualistic to ho hi gaya hai lekin itne zyada log tension mein stress mein rehte hain and they try to find out ways to get out of that stress and negativity by either going into holidays or spending a lot of money or getting into entertain</w:t>
      </w:r>
    </w:p>
    <w:p>
      <w:pPr>
        <w:jc w:val="right"/>
      </w:pPr>
      <w:r>
        <w:t>تو اللہ تعالی کا یہ وعدہ ہے کہ ائی ویل ریممبر یو اہ وچ از ا بگ اہ ہوپ فار ال اف اس اینڈ ڈاکٹر صاحب اج کے زمانے میں بھی اگر ہم دیکھیں اہ مطلب ریچولسٹک تو ہو ہی گیا ہے لیکن اتنے زیادہ لوگ ٹینشن میں سٹریس میں رہتے ہیں اینڈ دے ٹرائی ٹو فائنڈ اؤٹ ویز ٹو گیٹ اؤٹ اف دیٹ سٹریس اینڈ نیگیٹیوٹی بائے ایدر گوئنگ انٹو ہالی ڈیز اور سپینڈنگ ا لاٹ اف منی اور گیٹنگ انٹو انٹرٹین</w:t>
      </w:r>
    </w:p>
    <w:p>
      <w:r>
        <w:rPr>
          <w:b/>
        </w:rPr>
        <w:t xml:space="preserve">[26:44] </w:t>
      </w:r>
      <w:r>
        <w:t>ment tu isi mein yeh remembrance hai hi is mein itni in unequivocal terms mein Quran says in chapter 13 that surely in the remembrance of God hearts find comfort tu ap ne woh jo abhi baat batai ke har cheez mein point of reference ko dhoondna woh bohat important baat hai kyunke that only brings us closer to God tu remembrance ki yahi sirf apne zehn ko activate karna hai.</w:t>
      </w:r>
    </w:p>
    <w:p>
      <w:pPr>
        <w:jc w:val="right"/>
      </w:pPr>
      <w:r>
        <w:t>منٹ تو اسی میں یہ ریممبرنس ہے ہی اس میں اتنی ان ایکوی ووکل ٹرمز میں قران سیز ان چیپٹر 13 دیٹ شورلی ان دی ریممبرنس اف گاڈ ہارٹس فائنڈ کمفرٹ تو اپ نے وہ جو ابھی بات بتائی کہ ہر چیز میں پوائنٹ اف ریفرنس کو ڈھونڈنا وہ بہت امپورٹنٹ بات ہے کیونکہ دیٹ اونلی برنگز اس کلوزر ٹو گاڈ تو ریممبرنس کی یہی صرف اپنے ذہن کو ایکٹیویٹ کرنا ہے۔</w:t>
      </w:r>
    </w:p>
    <w:p>
      <w:r>
        <w:rPr>
          <w:b/>
        </w:rPr>
        <w:t xml:space="preserve">[27:11] </w:t>
      </w:r>
      <w:r>
        <w:t>ji</w:t>
      </w:r>
    </w:p>
    <w:p>
      <w:pPr>
        <w:jc w:val="right"/>
      </w:pPr>
      <w:r>
        <w:t>جی</w:t>
      </w:r>
    </w:p>
    <w:p>
      <w:r>
        <w:rPr>
          <w:b/>
        </w:rPr>
        <w:t xml:space="preserve">[27:12] </w:t>
      </w:r>
      <w:r>
        <w:t>woh cheezein har taraf hain yeh pani ka glass bhi hai yeh table bhi hai yeh chair bhi hai yeh mic bhi hai light bhi hai har cheez ji jis ke andar ap ko ghiza milti hai khuda ko yaad karne ki bilkul lekin aik unaware insan hai woh samajhta hai ke yeh tu glass hai yeh hum khareed ke laye hain yeh mic hai yeh tu hum wahan se laye hain yani har cheez Allah ki ata kardah hai.</w:t>
      </w:r>
    </w:p>
    <w:p>
      <w:pPr>
        <w:jc w:val="right"/>
      </w:pPr>
      <w:r>
        <w:t>وہ چیزیں ہر طرف ہیں یہ پانی کا گلاس بھی ہے یہ ٹیبل بھی ہے یہ چیئر بھی ہے یہ مائیک بھی ہے لائٹ بھی ہے ہر چیز جی جس کے اندر اپ کو غذا ملتی ہے خدا کو یاد کرنے کی بالکل لیکن ایک ان اویئر انسان ہے وہ سمجھتا ہے کہ یہ تو گلاس ہے یہ ہم خرید کے لائے ہیں یہ مائیک ہے یہ تو ہم وہاں سے لائے ہیں یعنی ہر چیز اللہ کی عطا کردہ ہے۔</w:t>
      </w:r>
    </w:p>
    <w:p>
      <w:r>
        <w:rPr>
          <w:b/>
        </w:rPr>
        <w:t xml:space="preserve">[27:34] </w:t>
      </w:r>
      <w:r>
        <w:t>Allah ka gift hai</w:t>
      </w:r>
    </w:p>
    <w:p>
      <w:pPr>
        <w:jc w:val="right"/>
      </w:pPr>
      <w:r>
        <w:t>ہمم اللہ کا گفٹ ہے</w:t>
      </w:r>
    </w:p>
    <w:p>
      <w:r>
        <w:rPr>
          <w:b/>
        </w:rPr>
        <w:t xml:space="preserve">[27:36] </w:t>
      </w:r>
      <w:r>
        <w:t>koi bhi cheez ji jab aap is tarah se soch sochenge ke yeh carpet bhi Allah ne diya hai yeh light bhi Allah ne di hai ji tab aap ke andar bare gehre jazbat Khuda ke liye paida honge.</w:t>
      </w:r>
    </w:p>
    <w:p>
      <w:pPr>
        <w:jc w:val="right"/>
      </w:pPr>
      <w:r>
        <w:t>کوئی بھی چیز جی جب اپ اس طرح سے سوچ سوچیں گے کہ یہ کارپٹ بھی اللہ نے دیا ہے یہ لائٹ بھی اللہ نے دی ہے جی تب اپ کے اندر بڑے گہرے جذبات خدا کے لیے پیدا ہوں گے۔</w:t>
      </w:r>
    </w:p>
    <w:p>
      <w:r>
        <w:rPr>
          <w:b/>
        </w:rPr>
        <w:t xml:space="preserve">[27:48] </w:t>
      </w:r>
      <w:r>
        <w:t>ji bilkul aur doctor sahib ah yeh yeh tested hai aik dam kabhi bhi jaise love feeling hai if you read some hadith you read some pages of Quran suddenly ap ko aik sukoon mil jata hai</w:t>
      </w:r>
    </w:p>
    <w:p>
      <w:pPr>
        <w:jc w:val="right"/>
      </w:pPr>
      <w:r>
        <w:t>جی بالکل اور ڈاکٹر صاحب اہ یہ یہ ٹیسٹڈ ہے ایک دم کبھی بھی اپ جیسے لو فیلنگ ہے اف یو ریڈ سم حدیث یو ریڈ سم پیجز اف قران سڈنلی اپ کو ایک سکون مل جاتا ہے</w:t>
      </w:r>
    </w:p>
    <w:p>
      <w:r>
        <w:rPr>
          <w:b/>
        </w:rPr>
        <w:t xml:space="preserve">[28:02] </w:t>
      </w:r>
      <w:r>
        <w:t>تو وہی ایک طریقے سے صحیح معنی میں it's a true way to remember God مولانا نے وہ</w:t>
      </w:r>
    </w:p>
    <w:p>
      <w:pPr>
        <w:jc w:val="right"/>
      </w:pPr>
      <w:r>
        <w:t>تو وہی ایک طریقے سے صحیح معنی میں اٹس ا ٹرو وے ٹو ریممبر گاڈ مولانا نے وہ</w:t>
      </w:r>
    </w:p>
    <w:p>
      <w:r>
        <w:rPr>
          <w:b/>
        </w:rPr>
        <w:t xml:space="preserve">[28:08] </w:t>
      </w:r>
      <w:r>
        <w:t>waqia jo sunaya tha ah Sanjay babu ne diya hai haan haan haan ji woh bara zabardast hai</w:t>
      </w:r>
    </w:p>
    <w:p>
      <w:pPr>
        <w:jc w:val="right"/>
      </w:pPr>
      <w:r>
        <w:t>واقعہ جو سنایا تھا اہ سنجے بابو نے دیا ہے ہاں ہاں ہاں جی وہ بڑا زبردست ہے</w:t>
      </w:r>
    </w:p>
    <w:p>
      <w:r>
        <w:rPr>
          <w:b/>
        </w:rPr>
        <w:t xml:space="preserve">[28:14] </w:t>
      </w:r>
      <w:r>
        <w:t>Sanjay babu ki den hai Sanjay babu ki den hai haan har cheez ke liye woh keh raha</w:t>
      </w:r>
    </w:p>
    <w:p>
      <w:pPr>
        <w:jc w:val="right"/>
      </w:pPr>
      <w:r>
        <w:t>سنجے بابو کی دین ہے سنجے بابو کی دین ہے ہاں ہر چیز کے لیے وہ کہہ رہا</w:t>
      </w:r>
    </w:p>
    <w:p>
      <w:r>
        <w:rPr>
          <w:b/>
        </w:rPr>
        <w:t xml:space="preserve">[28:17] </w:t>
      </w:r>
      <w:r>
        <w:t>hai Sanjay babu ki den hai ji ji ji chunchke Sanjay Gandhi ne is ki kuch help ki</w:t>
      </w:r>
    </w:p>
    <w:p>
      <w:pPr>
        <w:jc w:val="right"/>
      </w:pPr>
      <w:r>
        <w:t>ہے سنجے بابو کی دین ہے جی جی جی چونکہ سنجے گاندھی نے اس کی کچھ ہیلپ کی</w:t>
      </w:r>
    </w:p>
    <w:p>
      <w:r>
        <w:rPr>
          <w:b/>
        </w:rPr>
        <w:t xml:space="preserve">[28:21] </w:t>
      </w:r>
      <w:r>
        <w:t>thi woh kuch ban gaya tha MLA waghera ji toh woh jab gaye the milne ke</w:t>
      </w:r>
    </w:p>
    <w:p>
      <w:pPr>
        <w:jc w:val="right"/>
      </w:pPr>
      <w:r>
        <w:t>تھی وہ کچھ بن گیا تھا ایم ایل اے وغیرہ جی تو وہ جب گئے تھے ملنے کے</w:t>
      </w:r>
    </w:p>
    <w:p>
      <w:r>
        <w:rPr>
          <w:b/>
        </w:rPr>
        <w:t xml:space="preserve">[28:25] </w:t>
      </w:r>
      <w:r>
        <w:t>liye jo sahib toh woh charcha karta raha toh yahi cheez har momin ke liye hai ke woh</w:t>
      </w:r>
    </w:p>
    <w:p>
      <w:pPr>
        <w:jc w:val="right"/>
      </w:pPr>
      <w:r>
        <w:t>لیے جو صاحب تو وہ چرچہ کرتا رہا تو یہی چیز ہر مومن کے لیے ہے کہ وہ</w:t>
      </w:r>
    </w:p>
    <w:p>
      <w:r>
        <w:rPr>
          <w:b/>
        </w:rPr>
        <w:t xml:space="preserve">[28:30] </w:t>
      </w:r>
      <w:r>
        <w:t>charcha karta rahe Allah ka ke yeh Allah ka diya hua hai Allah ka atiya hai Allah ka</w:t>
      </w:r>
    </w:p>
    <w:p>
      <w:pPr>
        <w:jc w:val="right"/>
      </w:pPr>
      <w:r>
        <w:t>چرچہ کرتا رہے اللہ کا کہ یہ اللہ کا دیا ہوا ہے اللہ کا عطیہ ہے اللہ کا</w:t>
      </w:r>
    </w:p>
    <w:p>
      <w:r>
        <w:rPr>
          <w:b/>
        </w:rPr>
        <w:t xml:space="preserve">[28:35] </w:t>
      </w:r>
      <w:r>
        <w:t>gift hai ji toh yahi yahi woh is tasbeeh Fatima ki jazak Allah Doctor sahib bohat bohat achhe</w:t>
      </w:r>
    </w:p>
    <w:p>
      <w:pPr>
        <w:jc w:val="right"/>
      </w:pPr>
      <w:r>
        <w:t>گفٹ ہے جی تو یہی یہی وہ اس تسبیح فاطمہ کی جزاک اللہ ڈاکٹر صاحب بہت بہت اچھے</w:t>
      </w:r>
    </w:p>
    <w:p>
      <w:r>
        <w:rPr>
          <w:b/>
        </w:rPr>
        <w:t xml:space="preserve">[28:40] </w:t>
      </w:r>
      <w:r>
        <w:t>se aap ne is ko wazeh kiya</w:t>
      </w:r>
    </w:p>
    <w:p>
      <w:pPr>
        <w:jc w:val="right"/>
      </w:pPr>
      <w:r>
        <w:t>سے اپ نے اس کو واضح کیا</w:t>
      </w:r>
    </w:p>
    <w:p>
      <w:r>
        <w:rPr>
          <w:b/>
        </w:rPr>
        <w:t xml:space="preserve">[28:42] </w:t>
      </w:r>
      <w:r>
        <w:t>doctor sahib mein chahunga ke kuch ap interesting kuch episodes un ki zindagi se batayein Hazrat Ali aur Hazrat Fatima ki zindagi se ah tu if you can share some through some light into it haan bara acha relationship tha un ka ah Hazrat Ali chounke ah shayar bhi the he was a poet tu he used to write funny poems for Fatima ji just to make her happy a aur kafi yani this was a house of laughter</w:t>
      </w:r>
    </w:p>
    <w:p>
      <w:pPr>
        <w:jc w:val="right"/>
      </w:pPr>
      <w:r>
        <w:t>ڈاکٹر صاحب میں چاہوں گا کہ کچھ اپ انٹرسٹنگ کچھ ایپیسوڈز ان کی زندگی سے بتائیں حضرت علی اور حضرت فاطمہ کی زندگی سے اہ تو اف یو کین شیئر سم تھرو سم لائٹ ان ٹو اٹ ہاں بڑا اچھا ریلیشن شپ تھا ان کا اہ حضرت علی چونکہ اہ شاعر بھی تھے ہی واز ا پوئٹ تو ہی یوز ٹو رائٹ فنی پوئمز فار فاطمہ جی جسٹ ٹو میک ہر ہیپی اے اور کافی یعنی دس واز ا ہاؤس اف لاٹر</w:t>
      </w:r>
    </w:p>
    <w:p>
      <w:r>
        <w:rPr>
          <w:b/>
        </w:rPr>
        <w:t xml:space="preserve">[29:11] </w:t>
      </w:r>
      <w:r>
        <w:t>kafi hanste the to lekin kabhi ladai bhi ho jati thi ji ek bar bada disagreement ho</w:t>
      </w:r>
    </w:p>
    <w:p>
      <w:pPr>
        <w:jc w:val="right"/>
      </w:pPr>
      <w:r>
        <w:t>کافی ہنستے تھے تو لیکن کبھی لڑائی بھی ہو جاتی تھی جی ایک بار بڑا ڈس ایگریمنٹ ہو</w:t>
      </w:r>
    </w:p>
    <w:p>
      <w:r>
        <w:rPr>
          <w:b/>
        </w:rPr>
        <w:t xml:space="preserve">[29:17] </w:t>
      </w:r>
      <w:r>
        <w:t>gya aur hazrat ali ghar se bahar chale gaye aur ja ke masjid mein so gaye ji to</w:t>
      </w:r>
    </w:p>
    <w:p>
      <w:pPr>
        <w:jc w:val="right"/>
      </w:pPr>
      <w:r>
        <w:t>گیا اور حضرت علی گھر سے باہر چلے گئے اور جا کے مسجد میں سو گئے جی تو</w:t>
      </w:r>
    </w:p>
    <w:p>
      <w:r>
        <w:rPr>
          <w:b/>
        </w:rPr>
        <w:t xml:space="preserve">[29:24] </w:t>
      </w:r>
      <w:r>
        <w:t>اگلے دن Prophet آئے گھر میں تو Fatima was upset تو ان کو لگا Prophet کو کچھ گڑبڑ</w:t>
      </w:r>
    </w:p>
    <w:p>
      <w:pPr>
        <w:jc w:val="right"/>
      </w:pPr>
      <w:r>
        <w:t>اگلے دن پرافٹ ائے گھر میں تو فاطمہ واز اپسیٹ تو ان کو لگا پرافٹ کو کچھ گڑبڑ</w:t>
      </w:r>
    </w:p>
    <w:p>
      <w:r>
        <w:rPr>
          <w:b/>
        </w:rPr>
        <w:t xml:space="preserve">[29:32] </w:t>
      </w:r>
      <w:r>
        <w:t>hai pucha kya baat hai kaha ke hamari ladai ho gayi thi aur hazrat ali chale gaye bahar</w:t>
      </w:r>
    </w:p>
    <w:p>
      <w:pPr>
        <w:jc w:val="right"/>
      </w:pPr>
      <w:r>
        <w:t>ہے پوچھا کیا بات ہے کہا کہ ہماری لڑائی ہو گئی تھی اور حضرت علی چلے گئے باہر</w:t>
      </w:r>
    </w:p>
    <w:p>
      <w:r>
        <w:rPr>
          <w:b/>
        </w:rPr>
        <w:t xml:space="preserve">[29:39] </w:t>
      </w:r>
      <w:r>
        <w:t>sone masjid ke andar</w:t>
      </w:r>
    </w:p>
    <w:p>
      <w:pPr>
        <w:jc w:val="right"/>
      </w:pPr>
      <w:r>
        <w:t>سونے مسجد کے اندر</w:t>
      </w:r>
    </w:p>
    <w:p>
      <w:r>
        <w:rPr>
          <w:b/>
        </w:rPr>
        <w:t xml:space="preserve">[29:41] </w:t>
      </w:r>
      <w:r>
        <w:t>tu prophet gaye masjid mein dekha ke aik corner pe Hazrat Ali so rahe hain aur un ki jo shirt thi woh utar gayi hai ooper ka garment aur chounke woh us zamane mein jaise maine abhi photo dikhaya mitti ka sara farsh hota tha us waqt na carpet thi na koi marble ke floors the sirf mitti thi tu woh sari mitti dhool ah back mein chipak gayi thi</w:t>
      </w:r>
    </w:p>
    <w:p>
      <w:pPr>
        <w:jc w:val="right"/>
      </w:pPr>
      <w:r>
        <w:t>تو پرافٹ گئے مسجد میں دیکھا کہ ایک کارنر پہ حضرت علی سو رہے ہیں اور ان کی جو شرٹ تھی وہ اتر گئی ہے اوپر کا گارمنٹ اور چونکہ وہ اس زمانے میں جیسے میں نے ابھی فوٹو دکھایا مٹی کا سارا فرش ہوتا تھا اس وقت نہ کارپٹ تھی نہ کوئی ماربل کے فلورز تھے صرف مٹی تھی تو وہ ساری مٹی دھول اہ بیک میں چپک گئی تھی</w:t>
      </w:r>
    </w:p>
    <w:p>
      <w:r>
        <w:rPr>
          <w:b/>
        </w:rPr>
        <w:t xml:space="preserve">[30:09] </w:t>
      </w:r>
      <w:r>
        <w:t>tu Rasool Allah baith gaye aur woh sab mitti chhanane lage ah un ki back se aur bole ke qoom ya abaa turab ke get up sit up o father of dirt abu turab yani father of dirt tu woh bara mashhoor nickname ban gaya Hazrat Ali ka abu turab tu phir Hazrat Ali uth gaye baith gaye aur dono hansne lage bohat</w:t>
      </w:r>
    </w:p>
    <w:p>
      <w:pPr>
        <w:jc w:val="right"/>
      </w:pPr>
      <w:r>
        <w:t>تو رسول اللہ بیٹھ گئے اور وہ سب مٹی چھڑانے لگے اہ ان کی بیک سے اور بولے کہ قم یا ابا تراب کہ گیٹ اپ سٹ اپ او فادر اف ڈرٹ ابو تراب یعنی فادر اف ڈرٹ تو وہ بڑا مشہور نک نیم بن گیا حضرت علی کا ابو تراب تو پھر حضرت علی اٹھ گئے بیٹھ گئے اور دونوں ہنسنے لگے بہت</w:t>
      </w:r>
    </w:p>
    <w:p>
      <w:r>
        <w:rPr>
          <w:b/>
        </w:rPr>
        <w:t xml:space="preserve">[30:36] </w:t>
      </w:r>
      <w:r>
        <w:t>phir woh mamla theek ho gaya aur wapas chale gaye ghar</w:t>
      </w:r>
    </w:p>
    <w:p>
      <w:pPr>
        <w:jc w:val="right"/>
      </w:pPr>
      <w:r>
        <w:t>پھر وہ معاملہ ٹھیک ہو گیا اور واپس چلے گئے گھر</w:t>
      </w:r>
    </w:p>
    <w:p>
      <w:r>
        <w:rPr>
          <w:b/>
        </w:rPr>
        <w:t xml:space="preserve">[30:40] </w:t>
      </w:r>
      <w:r>
        <w:t>aise hi jab pehla bachcha paida hua hazrat ali ke haan to unhone naam rakha harb harb</w:t>
      </w:r>
    </w:p>
    <w:p>
      <w:pPr>
        <w:jc w:val="right"/>
      </w:pPr>
      <w:r>
        <w:t>ایسے ہی جب پہلا بچہ پیدا ہوا حضرت علی کے ہاں تو انہوں نے نام رکھا حرب حرب</w:t>
      </w:r>
    </w:p>
    <w:p>
      <w:r>
        <w:rPr>
          <w:b/>
        </w:rPr>
        <w:t xml:space="preserve">[30:49] </w:t>
      </w:r>
      <w:r>
        <w:t>ka matlab hota hai war asal mein woh zamana tha ke sab ladte phirte the har waqt ladai</w:t>
      </w:r>
    </w:p>
    <w:p>
      <w:pPr>
        <w:jc w:val="right"/>
      </w:pPr>
      <w:r>
        <w:t>کا مطلب ہوتا ہے وار اصل میں وہ زمانہ تھا کہ سب لڑتے پھرتے تھے ہر وقت لڑائی</w:t>
      </w:r>
    </w:p>
    <w:p>
      <w:r>
        <w:rPr>
          <w:b/>
        </w:rPr>
        <w:t xml:space="preserve">[30:55] </w:t>
      </w:r>
      <w:r>
        <w:t>hoti rehti thi woh tribal culture tha aur closed society thi to ladna bhadna unki zindagi ka</w:t>
      </w:r>
    </w:p>
    <w:p>
      <w:pPr>
        <w:jc w:val="right"/>
      </w:pPr>
      <w:r>
        <w:t>ہوتی رہتی تھی وہ ٹرائبل کلچر تھا اور کلوزڈ سوسائٹی تھی تو لڑنا بھڑنا ان کی زندگی کا</w:t>
      </w:r>
    </w:p>
    <w:p>
      <w:r>
        <w:rPr>
          <w:b/>
        </w:rPr>
        <w:t xml:space="preserve">[31:00] </w:t>
      </w:r>
      <w:r>
        <w:t>ek bahut hi aham hissa tha to unhone hazrat ali rz ne naam rakha bachche</w:t>
      </w:r>
    </w:p>
    <w:p>
      <w:pPr>
        <w:jc w:val="right"/>
      </w:pPr>
      <w:r>
        <w:t>ایک بہت ہی اہم حصہ تھا تو انہوں نے حضرت علی رضی اللہ عنہ نے نام رکھا بچے</w:t>
      </w:r>
    </w:p>
    <w:p>
      <w:r>
        <w:rPr>
          <w:b/>
        </w:rPr>
        <w:t xml:space="preserve">[31:05] </w:t>
      </w:r>
      <w:r>
        <w:t>ka harb yani war to rasool Allah aaye unhone kaha nahi bhai yeh harb nahi hoga naam</w:t>
      </w:r>
    </w:p>
    <w:p>
      <w:pPr>
        <w:jc w:val="right"/>
      </w:pPr>
      <w:r>
        <w:t>کا حرب یعنی وار تو رسول اللہ ائے انہوں نے کہا نہیں بھئی یہ حرب نہیں ہوگا نام</w:t>
      </w:r>
    </w:p>
    <w:p>
      <w:r>
        <w:rPr>
          <w:b/>
        </w:rPr>
        <w:t xml:space="preserve">[31:11] </w:t>
      </w:r>
      <w:r>
        <w:t>is bachche ka naam hoga hasan hasan ka matlab hai</w:t>
      </w:r>
    </w:p>
    <w:p>
      <w:pPr>
        <w:jc w:val="right"/>
      </w:pPr>
      <w:r>
        <w:t>اس بچے کا نام ہوگا حسن حسن کا مطلب ہے</w:t>
      </w:r>
    </w:p>
    <w:p>
      <w:r>
        <w:rPr>
          <w:b/>
        </w:rPr>
        <w:t xml:space="preserve">[31:15] </w:t>
      </w:r>
      <w:r>
        <w:t>goodness ya excellence to aik saal ke baad taqreeban doosra bachcha paida hua phir hazrat ali ne harb rakh diya naam is ka war to phir prophet ko pata chala prophet ne kaha nahi nahi harb nahi hoga is ka naam rakhte hain hum hussain hussain ka matlab hai little hasan is ko tasgheer kehte hain kisi word ko kisi naam ko chhota karna</w:t>
      </w:r>
    </w:p>
    <w:p>
      <w:pPr>
        <w:jc w:val="right"/>
      </w:pPr>
      <w:r>
        <w:t>گڈنس یا ایکسیلنس تو ایک سال کے بعد تقریبا دوسرا بچہ پیدا ہوا پھر حضرت علی نے حرب رکھ دیا نام اس کا وار تو پھر پرافٹ کو پتہ چلا پرافٹ نے کہا نہیں نہیں حرب نہیں ہوگا اس کا نام رکھتے ہیں ہم حسین حسین کا مطلب ہے لٹل حسن اس کو تصغیر کہتے ہیں کسی ورڈ کو کسی نام کو چھوٹا کرنا</w:t>
      </w:r>
    </w:p>
    <w:p>
      <w:r>
        <w:rPr>
          <w:b/>
        </w:rPr>
        <w:t xml:space="preserve">[31:40] </w:t>
      </w:r>
      <w:r>
        <w:t>hamare haan bhi hota hai jaise beti ko betiya kehte hain pyar se aise hi hasan ka hussain rasool Allah ne bana diya yani another source of goodness</w:t>
      </w:r>
    </w:p>
    <w:p>
      <w:pPr>
        <w:jc w:val="right"/>
      </w:pPr>
      <w:r>
        <w:t>ہمارے ہاں بھی ہوتا ہے جیسے بیٹی کو بٹیا کہتے ہیں پیار سے ایسے ہی حسن کا حسین رسول اللہ نے بنا دیا یعنی انادر سورس اف گڈنس</w:t>
      </w:r>
    </w:p>
    <w:p>
      <w:r>
        <w:rPr>
          <w:b/>
        </w:rPr>
        <w:t xml:space="preserve">[31:52] </w:t>
      </w:r>
      <w:r>
        <w:t>to jo hasan aur hussain thay jab aik do saal ke thay to jo sab se ah un ka mehboob mashgala tha woh yeh tha ke woh rasool Allah s.a.w. jab namaz parhte thay to rasool Allah ki back pe aa ke they used to jump on the back of the prophet while he was in sajdah aur rasool Allah apna sajdah prolong kar dete</w:t>
      </w:r>
    </w:p>
    <w:p>
      <w:pPr>
        <w:jc w:val="right"/>
      </w:pPr>
      <w:r>
        <w:t>تو جو حسن اور حسین تھے جب ایک دو سال کے تھے تو جو سب سے اہ ان کا محبوب مشغلہ تھا وہ یہ تھا کہ وہ رسول اللہ صلی اللہ علیہ وسلم جب نماز پڑھتے تھے تو رسول اللہ کی بیک پہ ا کے دے یوز ٹو جمپ ان دی بیک اف دی پرافٹ وائل ہی واز ان سجدہ اور رسول اللہ اپنا سجدہ پرولونگ کر دیتے</w:t>
      </w:r>
    </w:p>
    <w:p>
      <w:r>
        <w:rPr>
          <w:b/>
        </w:rPr>
        <w:t xml:space="preserve">[32:11] </w:t>
      </w:r>
      <w:r>
        <w:t>thay ji taake aur zara woh ah apna jo un ka shoq hai woh poora karein aur ah aik waqia bohat hi interesting hai ke prophet khutba de rahe thay masjid mein ji masjid ghar ke barabar mein hi thi ah he was on the pulpit giving sermon to yeh dono daurte hue aaye hasan aur hussain chhote chhote do do saal ke to</w:t>
      </w:r>
    </w:p>
    <w:p>
      <w:pPr>
        <w:jc w:val="right"/>
      </w:pPr>
      <w:r>
        <w:t>تھے جی تاکہ اور ذرا وہ اہ اپنا جو ان کا شوق ہے وہ پورا کریں اور اہ ایک واقعہ بہت ہی انٹرسٹنگ ہے کہ پرافٹ خطبہ دے رہے تھے مسجد میں جی مسجد گھر کے برابر میں ہی تھی اہ ہی واز ان دا پلپٹ گیونگ سرمن تو یہ دونوں دوڑتے ہوئے ائے حسن اور حسین چھوٹے چھوٹے دو دو سال کے تو</w:t>
      </w:r>
    </w:p>
    <w:p>
      <w:r>
        <w:rPr>
          <w:b/>
        </w:rPr>
        <w:t xml:space="preserve">[32:36] </w:t>
      </w:r>
      <w:r>
        <w:t>prophet ne dekha to he came down from the pulpit neeche aa gaye aur baith gaye aur hasan aur hussain ko apne lap pe bitha liya dono aap tasawwur karein ji aur phir khutba dena shuru kar diya yani he both of them sitting on prophet's lap and the prophet is giving khutba yani yeh kis qadar ah in ko mohabbat thi bachchon se yeh bhi aik human touch ji yani prophet bhi insan thay</w:t>
      </w:r>
    </w:p>
    <w:p>
      <w:pPr>
        <w:jc w:val="right"/>
      </w:pPr>
      <w:r>
        <w:t>پرافٹ نے دیکھا تو ہی کیم ڈاؤن فرام دی پلپٹ نیچے ا گئے اور بیٹھ گئے اور حسن اور حسین کو اپنے لیپ پہ بٹھا لیا دونوں اپ تصور کریں جی اور پھر خطبہ دینا شروع کر دیا یعنی ہی بوتھ اف دیم سٹنگ ان پرافٹس لیپ اینڈ دا پرافٹ از گیونگ خطبہ یعنی یہ کس قدر اہ ان کو محبت تھی بچوں سے یہ بھی ایک ہیومن ٹچ جی یعنی پرافٹ بھی انسان تھے</w:t>
      </w:r>
    </w:p>
    <w:p>
      <w:r>
        <w:rPr>
          <w:b/>
        </w:rPr>
        <w:t xml:space="preserve">[33:04] </w:t>
      </w:r>
      <w:r>
        <w:t>hmm to is mein bhi hamare liye aik pehlu hai ke hum yeh na samjhein ke rasool Allah s.a.w. koi divine ah woh woh dein attribute balkeh ah woh bhi insan thay aur sari woh cheezein ah un ke sath bhi theen aise hi aik aur waqia hai ke sardi ka zamana tha winter thi to aik bohat hi bara cloak aik jabba pehan rakha tha rasool Allah ne ji bohat hi bara jabba</w:t>
      </w:r>
    </w:p>
    <w:p>
      <w:pPr>
        <w:jc w:val="right"/>
      </w:pPr>
      <w:r>
        <w:t>ہمم تو اس میں بھی ہمارے لیے ایک پہلو ہے کہ ہم یہ نہ سمجھیں کہ رسول اللہ صلی اللہ علیہ وسلم کوئی ڈیوائن اہ وہ وہ دیں ایٹریبیوٹ بلکہ اہ وہ بھی انسان تھے اور ساری وہ چیزیں اہ ان کے ساتھ بھی تھیں ایسے ہی ایک اور واقعہ ہے کہ سردی کا زمانہ تھا ونٹر تھی تو ایک بہت ہی بڑا کلوک ایک جبہ پہن رکھا تھا رسول اللہ نے جی بہت ہی بڑا جبہ</w:t>
      </w:r>
    </w:p>
    <w:p>
      <w:r>
        <w:rPr>
          <w:b/>
        </w:rPr>
        <w:t xml:space="preserve">[33:31] </w:t>
      </w:r>
      <w:r>
        <w:t>to yeh dono phir daurte hue aaye hasan aur hussain prophet ke paas aur prophet zameen pe baith gaye aur in dono ke dono ko apne jabbay mein le liya cloak ke andar le liya aur phir fatima ne dekha fatima aaein un ke liye bhi prophet extended his cloak for her woh bhi is mein jabbay mein aa gayeen phir ali aaye un ko bhi le l</w:t>
      </w:r>
    </w:p>
    <w:p>
      <w:pPr>
        <w:jc w:val="right"/>
      </w:pPr>
      <w:r>
        <w:t>تو یہ دونوں پھر دوڑتے ہوئے ائے حسن اور حسین پرافٹ کے پاس اور پرافٹ زمین پہ بیٹھ گئے اور ان دونوں کے دونوں کو اپنے جبہ میں لے لیا کلوک کے اندر لے لیا اور پھر فاطمہ نے دیکھا فاطمہ ائیں ان کے لیے بھی پرافٹ ایکسٹینڈڈ ہز کلوک فار ہر وہ بھی اس میں جبے میں ا گئیں پھر علی ائے ان کو بھی لے ل</w:t>
      </w:r>
    </w:p>
    <w:p>
      <w:r>
        <w:rPr>
          <w:b/>
        </w:rPr>
        <w:t xml:space="preserve">[33:57] </w:t>
      </w:r>
      <w:r>
        <w:t>ya ji to charon ko prophet ne woh bhi bara tasawwur karein bara ajeeb manzar raha hoga phir rasool Allah s.a.w. ne un ke liye dua ki to is tarah ke kuch waqiat milte hain ji hamein ah un ki life se very interesting doctor sahib jazak Allah ah doctor sahib aakhri do sawal lene se pehle kuch comments parhna chahunga yeh comment bheja hai ah doctor aslam khan sahib ne saharanpur se unhon ne</w:t>
      </w:r>
    </w:p>
    <w:p>
      <w:pPr>
        <w:jc w:val="right"/>
      </w:pPr>
      <w:r>
        <w:t>یا جی تو چاروں کو پرافٹ نے وہ بھی بڑا تصور کریں بڑا عجیب منظر رہا ہوگا پھر رسول اللہ صلی اللہ علیہ وسلم نے ان کے لیے دعا کی تو اس طرح کے کچھ واقعات ملتے ہیں جی ہمیں اہ ان کی لائف سے ویری انٹرسٹنگ ڈاکٹر صاحب جزاک اللہ اہ ڈاکٹر صاحب اخری دو سوال لینے سے پہلے کچھ کمنٹس پڑھنا چاہوں گا یہ کمنٹ بھیجا ہے اہ ڈاکٹر اسلم خان صاحب نے سہارن پور سے انہوں نے</w:t>
      </w:r>
    </w:p>
    <w:p>
      <w:r>
        <w:rPr>
          <w:b/>
        </w:rPr>
        <w:t xml:space="preserve">[34:26] </w:t>
      </w:r>
      <w:r>
        <w:t>likha hai hazrat fatima was supremely wisdom full and beloved daughter of rasool Allah doctor sahib describe the story of hazrat fatima very nicely ah syed haseeb shah naqvi sahib ne pakistan se likha hai ah syeda fatima al zahra has a very important role in islam she is a leader of women in this world and the here after</w:t>
      </w:r>
    </w:p>
    <w:p>
      <w:pPr>
        <w:jc w:val="right"/>
      </w:pPr>
      <w:r>
        <w:t>لکھا ہے حضرت فاطمہ واز سپریملی وزڈم فل اینڈ بیلاوڈ ڈاٹر اف رسول اللہ ڈاکٹر ثانی ڈسکرائب دا سٹوری اف حضرت فاطمہ ویری نائسلی اہ سید حسیب شاہ نقوی صاحب نے پاکستان سے لکھا ہے اہ سیدہ فاطمہ الزہرا ہیز ا ویری امپورٹنٹ رول ان اسلام شی از ا لیڈر اف وومن ان دس ورلڈ اینڈ دی ہیئر افٹر</w:t>
      </w:r>
    </w:p>
    <w:p>
      <w:r>
        <w:rPr>
          <w:b/>
        </w:rPr>
        <w:t xml:space="preserve">[34:48] </w:t>
      </w:r>
      <w:r>
        <w:t>today second part in which the biography of hazrat fatima is narrated by doctor sahib ah who is very knowledgeable and exemplary doctor junaid shaikh ne mumbai se likha hai mashallah very inspiring and informative lecture jazak Allah doctor sahib miss fareeda kamran ne pakistan se likha hai thank you for sharing such islamic personality stories which are amaz</w:t>
      </w:r>
    </w:p>
    <w:p>
      <w:pPr>
        <w:jc w:val="right"/>
      </w:pPr>
      <w:r>
        <w:t>ٹوڈے سیکنڈ پارٹ ان وچ دا بائیوگرافی اف حضرت فاطمہ از نریٹڈ بائے ڈاکٹر صاحب اہ ہو از ویری نالج ایبل اینڈ ایگزیمپلری ڈاکٹر جنید شیخ نے ممبئی سے لکھا ہے ماشاءاللہ ویری انسپائرنگ اینڈ انفارمیٹیو لیکچر جزاک اللہ ڈاکٹر صاحب مس فریدہ کامران نے پاکستان سے لکھا ہے تھینک یو فار شیئرنگ سچ اسلامک پرسنیلٹی سٹوریز وچ ار امیز</w:t>
      </w:r>
    </w:p>
    <w:p>
      <w:r>
        <w:rPr>
          <w:b/>
        </w:rPr>
        <w:t xml:space="preserve">[35:14] </w:t>
      </w:r>
      <w:r>
        <w:t>ing we should share these examples among our friends students family members to make strong connection with islam may Allah accept this teaching from CPS team and give great rewards professor najma siddiqui ne delhi se likha hai the discussion becomes more meaningful with the help of pictures very nice historical discussion making things so clear and understandable ah</w:t>
      </w:r>
    </w:p>
    <w:p>
      <w:pPr>
        <w:jc w:val="right"/>
      </w:pPr>
      <w:r>
        <w:t>نگ وی شوڈ شیئر دیز ایگزیمپلز امنگ اور فرینڈز سٹوڈنٹس فیملی ممبرز ٹو میک سٹرونگ کنیکشن ود اسلام می اللہ ایکسیپٹ دس ٹیچنگ فرام سی پی ایس ٹیم اینڈ گیو گریٹ ریوارڈز پروفیسر نجمہ صدیقی نے دلی سے لکھا ہے دا ڈسکشن بیکم مور میننگ فل ود دی ہیلپ اف پکچرز ویری نائس ہسٹوریکل ڈسکشن میکنگ تھنگز سو کلیئر اینڈ انڈرسٹینڈیبل اہ</w:t>
      </w:r>
    </w:p>
    <w:p>
      <w:r>
        <w:rPr>
          <w:b/>
        </w:rPr>
        <w:t xml:space="preserve">[35:42] </w:t>
      </w:r>
      <w:r>
        <w:t>very minimal things very minimal things were given by the prophet to her daughter but we are having such and easy life great learning of ah great wisdom ah spirit of islam organization pakistan se likha hai ah inspiring stories narrated in a very simple way where we can also relate to our life and draw learnings may Allah bless you all for the wonderful work</w:t>
      </w:r>
    </w:p>
    <w:p>
      <w:pPr>
        <w:jc w:val="right"/>
      </w:pPr>
      <w:r>
        <w:t>بیر منیمل تھنگز بیر منیمل تھنگز وار گیون بائے دا پرافٹ ٹو ہر ڈاٹر بٹ وی ار ہیونگ سچ اینڈ ایزی لائف گریٹ لرننگ اف اہ گریٹ وزڈم اہ سپرٹ اف اسلام ارگنائزیشن پاکستان سے لکھا ہے اہ انسپائرنگ سٹوریز نریٹڈ ان ا ویری سمپل وے ویئر وی کین ال ریلیٹ ٹو اور لائف اینڈ ڈرا لرننگز می اللہ بلیس یو ال فار دا ونڈرفل ورک</w:t>
      </w:r>
    </w:p>
    <w:p>
      <w:r>
        <w:rPr>
          <w:b/>
        </w:rPr>
        <w:t xml:space="preserve">[36:12] </w:t>
      </w:r>
      <w:r>
        <w:t>doctor sahib ah i would request you if you can also talk about ah you know the last ah ah phase of prophet's life his final moments ah and his subsequent living ah if you know this world is ke bare mein bhi aap kuch batayein hum sab ko zaroor asal mein ah aakhri zamane ki baatein hain yeh aik baar prophet ah rasool Allah s.a.w. kahin safar pe thay to wapas aaye</w:t>
      </w:r>
    </w:p>
    <w:p>
      <w:pPr>
        <w:jc w:val="right"/>
      </w:pPr>
      <w:r>
        <w:t>ڈاکٹر صاحب اہ ائی وڈ ریکویسٹ یو اف یو کین السو ٹاک اباؤٹ اہ یو نو دا لاسٹ اہ اہ فیز اف پرافٹس لائف ہز فائنل مومنٹس اہ اینڈ ہز سبسیکونٹ لیونگ اہ اف یو نو دس ورلڈ اس کے بارے میں بھی اپ کچھ بتائیں ہم سب کو ضرور اصل میں اہ اخری زمانے کی باتیں ہیں یہ ایک بار پرافٹ اہ رسول اللہ صلی اللہ علیہ وسلم کہیں سفر پہ تھے تو واپس ائے</w:t>
      </w:r>
    </w:p>
    <w:p>
      <w:r>
        <w:rPr>
          <w:b/>
        </w:rPr>
        <w:t xml:space="preserve">[36:41] </w:t>
      </w:r>
      <w:r>
        <w:t>to jaisa aap ko pata hai ke jab bhi wapas aate thay to sab se pehle namaz parhte thay masjid mein aur phir seedhe fatima r.a. ke paas aate thay aur yahi cheez thi jab kahin safar pe jaate thay to aakhri cheez yeh thi ke woh ah namaz parhte thay aur fatima r.a. ke haan jaate thay ji yahi un ka aik mamool tha is ke baad apni apne ghar jaate thay</w:t>
      </w:r>
    </w:p>
    <w:p>
      <w:pPr>
        <w:jc w:val="right"/>
      </w:pPr>
      <w:r>
        <w:t>تو جیسا اپ کو پتہ ہے کہ جب بھی واپس اتے تھے تو سب سے پہلے نماز پڑھتے تھے مسجد میں اور پھر سیدھے فاطمہ رضی اللہ عنہ کے پاس اتے تھے اور یہی چیز تھی جب کہیں سفر پہ جاتے تھے تو اخری چیز یہ تھی کہ وہ اہ نماز پڑھتے تھے اور فاطمہ رضی اللہ عنہ کے ہاں جاتے تھے جی یہی ان کا ایک معمول تھا اس کے بعد اپنی اپنے گھر جاتے تھے</w:t>
      </w:r>
    </w:p>
    <w:p>
      <w:r>
        <w:rPr>
          <w:b/>
        </w:rPr>
        <w:t xml:space="preserve">[37:06] </w:t>
      </w:r>
      <w:r>
        <w:t>to is bar aaye to seedhe namaz padhi aur fatima rz ke ghar aaye to baithe</w:t>
      </w:r>
    </w:p>
    <w:p>
      <w:pPr>
        <w:jc w:val="right"/>
      </w:pPr>
      <w:r>
        <w:t>تو اس بار ائے تو سیدھے نماز پڑھی اور فاطمہ رضی اللہ عنہ کے گھر ائے تو بیٹھے</w:t>
      </w:r>
    </w:p>
    <w:p>
      <w:r>
        <w:rPr>
          <w:b/>
        </w:rPr>
        <w:t xml:space="preserve">[37:15] </w:t>
      </w:r>
      <w:r>
        <w:t>to fatima rone lagi</w:t>
      </w:r>
    </w:p>
    <w:p>
      <w:pPr>
        <w:jc w:val="right"/>
      </w:pPr>
      <w:r>
        <w:t>تو فاطمہ رونے لگی</w:t>
      </w:r>
    </w:p>
    <w:p>
      <w:r>
        <w:rPr>
          <w:b/>
        </w:rPr>
        <w:t xml:space="preserve">[37:17] </w:t>
      </w:r>
      <w:r>
        <w:t>تو پوچھا کہ, "Why are you crying, my daughter?"</w:t>
      </w:r>
    </w:p>
    <w:p>
      <w:pPr>
        <w:jc w:val="right"/>
      </w:pPr>
      <w:r>
        <w:t>تو پوچھا کہ وائی یو ار کرائنگ مائی ڈاٹر</w:t>
      </w:r>
    </w:p>
    <w:p>
      <w:r>
        <w:rPr>
          <w:b/>
        </w:rPr>
        <w:t xml:space="preserve">[37:21] </w:t>
      </w:r>
      <w:r>
        <w:t>to fatima bolein ke</w:t>
      </w:r>
    </w:p>
    <w:p>
      <w:pPr>
        <w:jc w:val="right"/>
      </w:pPr>
      <w:r>
        <w:t>تو فاطمہ بولیں کہ</w:t>
      </w:r>
    </w:p>
    <w:p>
      <w:r>
        <w:rPr>
          <w:b/>
        </w:rPr>
        <w:t xml:space="preserve">[37:24] </w:t>
      </w:r>
      <w:r>
        <w:t>Ah, you look pale, your clothes are so shabby and you are not eating. Yani jo health ki</w:t>
      </w:r>
    </w:p>
    <w:p>
      <w:pPr>
        <w:jc w:val="right"/>
      </w:pPr>
      <w:r>
        <w:t>اہ یو لوک پیل یور کلوتھز ار سو شیبی اینڈ یو ار ناٹ ایٹنگ یعنی جو ہیلتھ کی</w:t>
      </w:r>
    </w:p>
    <w:p>
      <w:r>
        <w:rPr>
          <w:b/>
        </w:rPr>
        <w:t xml:space="preserve">[37:33] </w:t>
      </w:r>
      <w:r>
        <w:t>deterioration thi iski wajah se bada concern</w:t>
      </w:r>
    </w:p>
    <w:p>
      <w:pPr>
        <w:jc w:val="right"/>
      </w:pPr>
      <w:r>
        <w:t>ڈیٹیوریشن تھی اس کی وجہ سے بڑا کنسرن</w:t>
      </w:r>
    </w:p>
    <w:p>
      <w:r>
        <w:rPr>
          <w:b/>
        </w:rPr>
        <w:t xml:space="preserve">[37:36] </w:t>
      </w:r>
      <w:r>
        <w:t>aur aap ko pata hai ke ah hazrat khadija r.a. ki death ke baad fatima rasool Allah ko dekh bhaal karti thi isi liye un ka naam pad gaya tha umm abiha mother of her father yeh aik nickname bohat unique unusual sa to un ko bara ah woh tha khayal tha rasool Allah ka to unhon ne kaha ke aap aap ki halat yeh dekh ke mujhe mein ro rahi hoon ke aap ki sehat bilkul theek nahi hai</w:t>
      </w:r>
    </w:p>
    <w:p>
      <w:pPr>
        <w:jc w:val="right"/>
      </w:pPr>
      <w:r>
        <w:t>اور اپ کو پتہ ہے کہ اہ حضرت خدیجہ رضی اللہ عنہ کی ڈیتھ کے بعد فاطمہ رسول اللہ کو دیکھ بھال کرتی تھی اسی لیے ان کا نام پڑ گیا تھا ام ابیہا مدر اف ہر فادر یہ ایک نک نیم بہت یونیک انیول سا تو ان کو بڑا اہ وہ تھا خیال تھا رسول اللہ کا تو انہوں نے کہا کہ اپ اپ کی حالت یہ دیکھ کے مجھے میں رو رہی ہوں کہ اپ کی صحت بالکل ٹھیک نہیں ہے</w:t>
      </w:r>
    </w:p>
    <w:p>
      <w:r>
        <w:rPr>
          <w:b/>
        </w:rPr>
        <w:t xml:space="preserve">[38:05] </w:t>
      </w:r>
      <w:r>
        <w:t>to us waqt rasool Allah ne bare historical alfaaz mein kuch baatein kaheen aur kaha ke maine in ko thoda sa comfort kiya he comforted her and boli ke don't cry my daughter because Allah has sent your father with the mission hmm and Allah will cause his word reach every single house in this planet</w:t>
      </w:r>
    </w:p>
    <w:p>
      <w:pPr>
        <w:jc w:val="right"/>
      </w:pPr>
      <w:r>
        <w:t>تو اس وقت رسول اللہ نے بڑے ہسٹوریکل الفاظ میں کچھ باتیں کہیں اور کہا کہ میں نے ان کو تھوڑا سا کمفرٹ کیا ہی کمفرٹڈ ہر اور بولی کہ ڈونٹ کرائی مائی ڈاٹر بیکاز اللہ ہیز سینڈ یور فادر ود دا مشن ہمم اینڈ اللہ ول کاز ہز ورڈ ریچ ایوری سنگل ہاؤس ان دس پلینٹ</w:t>
      </w:r>
    </w:p>
    <w:p>
      <w:r>
        <w:rPr>
          <w:b/>
        </w:rPr>
        <w:t xml:space="preserve">[38:31] </w:t>
      </w:r>
      <w:r>
        <w:t>acha yahi woh jumla hai jo hum logon ko motivate karta hai dawah ke liye ke Allah taala ka wada hai rasool Allah ki taraf se ke jo dawah ka kaam hum log karenge ya jo log bhi karte hain woh inshallah logon tak pohnchega to yeh aakhri zamane ki baatein hain phir bohat hi bimar ho gaye rasool Allah s.a.w. aur phir hazrat ayesha r.a. ke sath rehne lage</w:t>
      </w:r>
    </w:p>
    <w:p>
      <w:pPr>
        <w:jc w:val="right"/>
      </w:pPr>
      <w:r>
        <w:t>اچھا یہی وہ جملہ ہے جو ہم لوگوں کو موٹیویٹ کرتا ہے دعوت کے لیے کہ اللہ تعالی کا وعدہ ہے رسول اللہ کی طرف سے کہ جو دعوتی کام ہم لوگ کریں گے یا جو لوگ بھی کرتے ہیں وہ انشاءاللہ لوگوں تک پہنچے گا تو یہ اخری زمانے کی باتیں ہیں پھر بہت ہی بیمار ہو گئے رسول اللہ صلی اللہ علیہ وسلم اور پھر حضرت عائشہ رضی اللہ عنہ کے ساتھ رہنے لگے</w:t>
      </w:r>
    </w:p>
    <w:p>
      <w:r>
        <w:rPr>
          <w:b/>
        </w:rPr>
        <w:t xml:space="preserve">[38:57] </w:t>
      </w:r>
      <w:r>
        <w:t>aakhri jo ah days hain last days woh hazrat ayesha ke ghar mein thay to aik bohat bari hadees hai jis mein hazrat ayesha ne bataya hai ke bohat hi fever ho gaya fever utar hi nahi raha tha he was sweating and he was burning with fever bohat hi takleef mein pain mein ah yani yeh halat ho gayi ke kabhi behosh ho jatay kabhi hosh mein aa jatay to aur bed ridden ho gaye</w:t>
      </w:r>
    </w:p>
    <w:p>
      <w:pPr>
        <w:jc w:val="right"/>
      </w:pPr>
      <w:r>
        <w:t>اخری جو اہ ڈیز ہیں لاسٹ ڈیز وہ حضرت عائشہ کے گھر میں تھے تو ایک بہت بڑی حدیث ہے جس میں حضرت عائشہ نے بتایا ہے کہ بہت ہی فیور ہو گیا فیور اتر ہی نہیں رہا تھا ہی واز سویٹنگ اور ہی واز برننگ ود فیور بہت ہی تکلیف میں پین میں اہ یعنی یہ حالت ہو گئی کہ کبھی بے ہوش ہو جاتے کبھی ہوش میں ا جاتے تو اور بیڈ ریڈن ہو گئے</w:t>
      </w:r>
    </w:p>
    <w:p>
      <w:r>
        <w:rPr>
          <w:b/>
        </w:rPr>
        <w:t xml:space="preserve">[39:26] </w:t>
      </w:r>
      <w:r>
        <w:t>to aik din fatima aaein dekhne ke liye to hamesha aap ko yaad hai ke jab bhi fatima aati theen rasool Allah ke paas to chahe bohat se log bhi baithe hue hon gathering ho koi meeting ho to woh uth jatay thay aur fatima ko ja ke hath pakad ke latay thay aur apni seat pe bithatay thay hmm he would let her sit where he was seated yeh arabon ka mizaj hai abhi bhi agar aap jayein to woh kahenge ke aap hamari kar</w:t>
      </w:r>
    </w:p>
    <w:p>
      <w:pPr>
        <w:jc w:val="right"/>
      </w:pPr>
      <w:r>
        <w:t>تو ایک دن فاطمہ ائیں دیکھنے کے لیے تو ہمیشہ اپ کو یاد ہے کہ جب بھی فاطمہ اتی تھیں رسول اللہ کے پاس تو چاہے بہت سے لوگ بھی بیٹھے ہوئے ہوں گیدرنگ ہو کوئی میٹنگ ہو تو وہ اٹھ جاتے تھے اور فاطمہ کو جا کے ہاتھ پکڑ کے لاتے تھے اور اپنی سیٹ پہ بٹھاتے تھے ہمم ہی وڈ لیٹ ہر سٹ ویئر ہی واز سیٹڈ یہ عربوں کا مزاج ہے ابھی بھی اگر اپ جائیں تو وہ کہیں گے کہ اپ ہماری کر</w:t>
      </w:r>
    </w:p>
    <w:p>
      <w:r>
        <w:rPr>
          <w:b/>
        </w:rPr>
        <w:t xml:space="preserve">[39:54] </w:t>
      </w:r>
      <w:r>
        <w:t>si pe baithiye office mein bhi jayein to ah aisa kabhi kabhi karte hain arab hazrat ji to lekin ab to woh uth bhi nahi saktay thay to thoda sa yun uthne ki koshish ki bas itna hi kiya aur bole ke marhaba bi ibnati welcome to my beautiful daughter to</w:t>
      </w:r>
    </w:p>
    <w:p>
      <w:pPr>
        <w:jc w:val="right"/>
      </w:pPr>
      <w:r>
        <w:t>سی پہ بیٹھیے افس میں بھی جائیں تو اہ ایسا کبھی کبھی کرتے ہیں عرب حضرات جی تو لیکن اب تو وہ اٹھ بھی نہیں سکتے تھے تو تھوڑا سا یوں اٹھنے کی کوشش کی بس اتنا ہی کیا اور بولے کہ مرحبا بی ابنتی ویلکم ٹو مائی بیوٹی فل ڈاٹر تو</w:t>
      </w:r>
    </w:p>
    <w:p>
      <w:r>
        <w:rPr>
          <w:b/>
        </w:rPr>
        <w:t xml:space="preserve">[40:13] </w:t>
      </w:r>
      <w:r>
        <w:t>ah</w:t>
      </w:r>
    </w:p>
    <w:p>
      <w:pPr>
        <w:jc w:val="right"/>
      </w:pPr>
      <w:r>
        <w:t>اہ</w:t>
      </w:r>
    </w:p>
    <w:p>
      <w:r>
        <w:rPr>
          <w:b/>
        </w:rPr>
        <w:t xml:space="preserve">[40:17] </w:t>
      </w:r>
      <w:r>
        <w:t>to phir hath se hath se ishara kiya aise ke bulaya aur kuch kaan mein whisper kiya ji to woh rone lagi she started crying heavily to dekha ke ro rahi hain to phir bulaya dobara to phir kuch kaan mein whisper kiya then she burst into laughter</w:t>
      </w:r>
    </w:p>
    <w:p>
      <w:pPr>
        <w:jc w:val="right"/>
      </w:pPr>
      <w:r>
        <w:t>تو پھر ہاتھ سے ہاتھ سے اشارہ کیا ایسے کہ بلایا اور کچھ کان میں وسپر کیا جی تو وہ رونے لگی شی سٹارٹڈ کرائنگ ہیولی تو دیکھا کہ رو رہی ہیں تو پھر بلایا دوبارہ تو پھر کچھ کان میں وسپر کیا دین شی برسٹ انٹو لاؤٹر</w:t>
      </w:r>
    </w:p>
    <w:p>
      <w:r>
        <w:rPr>
          <w:b/>
        </w:rPr>
        <w:t xml:space="preserve">[40:41] </w:t>
      </w:r>
      <w:r>
        <w:t>to jo log the wahan unke liye bada ajeeb hoga ke is mauqe pe hans rahi hain</w:t>
      </w:r>
    </w:p>
    <w:p>
      <w:pPr>
        <w:jc w:val="right"/>
      </w:pPr>
      <w:r>
        <w:t>تو جو لوگ تھے وہاں ان کے لیے بڑا عجیب ہوگا کہ اس موقع پہ ہنس رہی ہیں</w:t>
      </w:r>
    </w:p>
    <w:p>
      <w:r>
        <w:rPr>
          <w:b/>
        </w:rPr>
        <w:t xml:space="preserve">[40:46] </w:t>
      </w:r>
      <w:r>
        <w:t>to hazrat aisha rz ne pucha ke bhai kya kaha tha tum se yeh kaan mein</w:t>
      </w:r>
    </w:p>
    <w:p>
      <w:pPr>
        <w:jc w:val="right"/>
      </w:pPr>
      <w:r>
        <w:t>تو حضرت عائشہ رضی اللہ عنہ نے پوچھا کہ بھئی کیا کہا تھا تم سے یہ کان میں</w:t>
      </w:r>
    </w:p>
    <w:p>
      <w:r>
        <w:rPr>
          <w:b/>
        </w:rPr>
        <w:t xml:space="preserve">[40:51] </w:t>
      </w:r>
      <w:r>
        <w:t>ke jo tum rone lagi phir hansne lagi to unhone kaha nahi main bataungi nahi hmm</w:t>
      </w:r>
    </w:p>
    <w:p>
      <w:pPr>
        <w:jc w:val="right"/>
      </w:pPr>
      <w:r>
        <w:t>کہ جو تم رونے لگی پھر ہنسنے لگی تو انہوں نے کہا نہیں میں بتاؤں گی نہیں ہمم</w:t>
      </w:r>
    </w:p>
    <w:p>
      <w:r>
        <w:rPr>
          <w:b/>
        </w:rPr>
        <w:t xml:space="preserve">[40:55] </w:t>
      </w:r>
      <w:r>
        <w:t>lekin baad mein bataya ke pehli bar kaha tha ke ab main bach nahi paunga is bimari</w:t>
      </w:r>
    </w:p>
    <w:p>
      <w:pPr>
        <w:jc w:val="right"/>
      </w:pPr>
      <w:r>
        <w:t>لیکن بعد میں بتایا کہ پہلی بار کہا تھا کہ اب میں بچ نہیں پاؤں گا اس بیماری</w:t>
      </w:r>
    </w:p>
    <w:p>
      <w:r>
        <w:rPr>
          <w:b/>
        </w:rPr>
        <w:t xml:space="preserve">[41:01] </w:t>
      </w:r>
      <w:r>
        <w:t>yeh meri aakhri ah bimari hai ah aur doosri bar kaha tha ke you will be the first</w:t>
      </w:r>
    </w:p>
    <w:p>
      <w:pPr>
        <w:jc w:val="right"/>
      </w:pPr>
      <w:r>
        <w:t>یہ میری اخری اہ بیماری ہے اہ اور دوسری بار کہا تھا کہ یو ول بی دا فرسٹ</w:t>
      </w:r>
    </w:p>
    <w:p>
      <w:r>
        <w:rPr>
          <w:b/>
        </w:rPr>
        <w:t xml:space="preserve">[41:10] </w:t>
      </w:r>
      <w:r>
        <w:t>to meet me hmm</w:t>
      </w:r>
    </w:p>
    <w:p>
      <w:pPr>
        <w:jc w:val="right"/>
      </w:pPr>
      <w:r>
        <w:t>ٹو میٹ می ہمم</w:t>
      </w:r>
    </w:p>
    <w:p>
      <w:r>
        <w:rPr>
          <w:b/>
        </w:rPr>
        <w:t xml:space="preserve">[41:12] </w:t>
      </w:r>
      <w:r>
        <w:t>to mujhe ab hansi aa gayi main khush ho gayi ke ke rasool Allah ke sath jaldi milun gi main to yeh ah ah ah phir ah hazrat aisha ke sath jaisay main ne bataya ke thay</w:t>
      </w:r>
    </w:p>
    <w:p>
      <w:pPr>
        <w:jc w:val="right"/>
      </w:pPr>
      <w:r>
        <w:t>تو مجھے اب ہنسی ا گئی میں خوش ہو گئی کہ کہ رسول اللہ کے ساتھ جلدی ملوں گی میں تو یہ اہ اہ اہ پھر اہ حضرت عائشہ کے ساتھ جیسے میں نے بتایا کہ تھے</w:t>
      </w:r>
    </w:p>
    <w:p>
      <w:r>
        <w:rPr>
          <w:b/>
        </w:rPr>
        <w:t xml:space="preserve">[41:30] </w:t>
      </w:r>
      <w:r>
        <w:t>to ah aik din ah</w:t>
      </w:r>
    </w:p>
    <w:p>
      <w:pPr>
        <w:jc w:val="right"/>
      </w:pPr>
      <w:r>
        <w:t>تو اہ ایک دن اہ</w:t>
      </w:r>
    </w:p>
    <w:p>
      <w:r>
        <w:rPr>
          <w:b/>
        </w:rPr>
        <w:t xml:space="preserve">[41:37] </w:t>
      </w:r>
      <w:r>
        <w:t>aik din bohat hi tabiyat kharab ho gayi aur ah ah rasool Allah ki tabiyat bohat hi kharab ho gayi aur rasool Allah ne hath uthaya asman ki taraf ji aisay</w:t>
      </w:r>
    </w:p>
    <w:p>
      <w:pPr>
        <w:jc w:val="right"/>
      </w:pPr>
      <w:r>
        <w:t>ایک دن بہت ہی طبیعت خراب ہوگئی اور اہ اہ رسول اللہ کی طبیعت بہت ہی خراب ہوگئی اور رسول اللہ نے ہاتھ اٹھایا اسمان کی طرف جی ایسے</w:t>
      </w:r>
    </w:p>
    <w:p>
      <w:r>
        <w:rPr>
          <w:b/>
        </w:rPr>
        <w:t xml:space="preserve">[41:55] </w:t>
      </w:r>
      <w:r>
        <w:t>ah al rafeeq al aala ke i choose the companionship of the most high aur phir yeh keh ke ungli gir gayi hath gir gaya aur un ki rooh nikal gayi aur us waqt ah ah hazrat aisha maujood theen</w:t>
      </w:r>
    </w:p>
    <w:p>
      <w:pPr>
        <w:jc w:val="right"/>
      </w:pPr>
      <w:r>
        <w:t>اہ الرفیق الاعلی کہ ائی چوز دا کمپینین شپ اف دا موسٹ ہائی اور پھر یہ کہہ کے انگلی گر گئی ہاتھ گر گیا اور ان کی روح نکل گئی اور اس وقت اہ اہ حضرت عائشہ موجود تھیں</w:t>
      </w:r>
    </w:p>
    <w:p>
      <w:r>
        <w:rPr>
          <w:b/>
        </w:rPr>
        <w:t xml:space="preserve">[42:13] </w:t>
      </w:r>
      <w:r>
        <w:t>ah to un ki ah awaz cheekh nikal gayi un ki she screamed</w:t>
      </w:r>
    </w:p>
    <w:p>
      <w:pPr>
        <w:jc w:val="right"/>
      </w:pPr>
      <w:r>
        <w:t>اہ تو ان کی اہ اواز چیخ نکل گئی ان کی شی سکریمڈ</w:t>
      </w:r>
    </w:p>
    <w:p>
      <w:r>
        <w:rPr>
          <w:b/>
        </w:rPr>
        <w:t xml:space="preserve">[42:21] </w:t>
      </w:r>
      <w:r>
        <w:t>to wahan par ah sab se pehle jis ne suna wo hazrat fatima hi thi paas mein hi bilkul ghar tha to unhon ne jo alfaaz bolay wo kitabon mein aata hai bohat hi she spoke beautiful words ke ya abta ajab rabba dua o my dear father you have accepted the call of your lord yani how close you are now from your lord</w:t>
      </w:r>
    </w:p>
    <w:p>
      <w:pPr>
        <w:jc w:val="right"/>
      </w:pPr>
      <w:r>
        <w:t>تو وہاں پر اہ سب سے پہلے جس نے سنا وہ حضرت فاطمہ ہی تھی پاس میں ہی بالکل گھر تھا تو انہوں نے جو الفاظ بولے وہ کتابوں میں اتا ہے بہت ہی شی سپوک بیوٹی فل ورڈز کہ یا ابتا عجاب ربا دعا او مائی ڈیئر فادر یو ہیو ایکسیپٹڈ دا کال اف یور لارڈ یعنی ہاؤ کلوز یو ار ناو فرام یور لارڈ</w:t>
      </w:r>
    </w:p>
    <w:p>
      <w:r>
        <w:rPr>
          <w:b/>
        </w:rPr>
        <w:t xml:space="preserve">[42:50] </w:t>
      </w:r>
      <w:r>
        <w:t>aur phir bolein ke ya abta ila جبرائیل inaa o my dear father</w:t>
      </w:r>
    </w:p>
    <w:p>
      <w:pPr>
        <w:jc w:val="right"/>
      </w:pPr>
      <w:r>
        <w:t>اور پھر بولیں کہ یا ابتا الی جبرائیل انعا او مائی ڈیئر فادر</w:t>
      </w:r>
    </w:p>
    <w:p>
      <w:r>
        <w:rPr>
          <w:b/>
        </w:rPr>
        <w:t xml:space="preserve">[43:02] </w:t>
      </w:r>
      <w:r>
        <w:t>o my dear father we announce the news of your death to jibril ya abta jannat al firdous mawa o my dear father jannat al firdous is now your abode</w:t>
      </w:r>
    </w:p>
    <w:p>
      <w:pPr>
        <w:jc w:val="right"/>
      </w:pPr>
      <w:r>
        <w:t>او مائی ڈیئر فادر وی اناؤنس دا نیوز اف یور ڈیتھ ٹو جبرائیل یا ابتا جنت الفردوس ماوا او مائی ڈیئر فادر جنت الفردوس از ناو یور ابورڈ</w:t>
      </w:r>
    </w:p>
    <w:p>
      <w:r>
        <w:rPr>
          <w:b/>
        </w:rPr>
        <w:t xml:space="preserve">[43:20] </w:t>
      </w:r>
      <w:r>
        <w:t>to yeh ah alfaaz thay hazrat fatima ke jab rasool Allah ki saans nikli lekin hazrat ali bilkul hi was stunned yani aik lafz nahi bol sakay he was a poet he was a writer he was a so eloquent person but he didnt speak one word aur sahaba ka bhi yeh haal</w:t>
      </w:r>
    </w:p>
    <w:p>
      <w:pPr>
        <w:jc w:val="right"/>
      </w:pPr>
      <w:r>
        <w:t>تو یہ اہ الفاظ تھے حضرت فاطمہ کے جب رسول اللہ کی سانس نکلی لیکن حضرت علی بالکل ہی واز سٹنڈ یعنی ایک لفظ نہیں بول سکے ہی واز ا پوئٹ ہی واز ا رائٹر ہی واز ا سو ایلوکنٹ پرسن بٹ ہی ڈیڈنٹ سپیک ون ورڈ اور صحابہ کا بھی یہ حال</w:t>
      </w:r>
    </w:p>
    <w:p>
      <w:r>
        <w:rPr>
          <w:b/>
        </w:rPr>
        <w:t xml:space="preserve">[43:40] </w:t>
      </w:r>
      <w:r>
        <w:t>hua ji saray sahaba bilkul khamosh ho gaye kuch bol nahi sakay aur jab bari kiya rasool Allah sal Allah alayh wasalam ko to hazrat anas ki riwayat hai ke jab hum ne bari kiya to fatima ne hum se poocha ke how you could put the dirt on the face of my father how you brought this courage to put dirt on my father face to wo to kuch bol nahi sakay</w:t>
      </w:r>
    </w:p>
    <w:p>
      <w:pPr>
        <w:jc w:val="right"/>
      </w:pPr>
      <w:r>
        <w:t>ہوا جی سارے صحابہ بالکل خاموش ہوگئے کچھ بول نہیں سکے اور جب بری کیا رسول اللہ صلی اللہ علیہ وسلم کو تو حضرت انس کی روایت ہے کہ جب ہم نے بری کیا تو فاطمہ نے ہم سے پوچھا کہ ہاؤ یو کڈ پٹ دا ڈرٹ ان دا فیس اف مائی فادر ہاؤ یو براٹ دس کریج ٹو پٹ ڈرٹ ان مائی فادر فیس تو وہ تو کچھ بول نہیں سکے</w:t>
      </w:r>
    </w:p>
    <w:p>
      <w:r>
        <w:rPr>
          <w:b/>
        </w:rPr>
        <w:t xml:space="preserve">[44:10] </w:t>
      </w:r>
      <w:r>
        <w:t>ji lekin scholars ka kehna hai ke</w:t>
      </w:r>
    </w:p>
    <w:p>
      <w:pPr>
        <w:jc w:val="right"/>
      </w:pPr>
      <w:r>
        <w:t>جی لیکن سکالرز کا کہنا ہے کہ</w:t>
      </w:r>
    </w:p>
    <w:p>
      <w:r>
        <w:rPr>
          <w:b/>
        </w:rPr>
        <w:t xml:space="preserve">[44:13] </w:t>
      </w:r>
      <w:r>
        <w:t>وہ یہ کہنا چاہتے تھے کہ ہم نے اپنے دل کو مار دیا یعنی we became a robot ہمم</w:t>
      </w:r>
    </w:p>
    <w:p>
      <w:pPr>
        <w:jc w:val="right"/>
      </w:pPr>
      <w:r>
        <w:t>وہ یہ کہنا چاہتے تھے کہ ہم نے اپنے دل کو مار دیا یعنی وی بیکم روبوٹ ہمم</w:t>
      </w:r>
    </w:p>
    <w:p>
      <w:r>
        <w:rPr>
          <w:b/>
        </w:rPr>
        <w:t xml:space="preserve">[44:21] </w:t>
      </w:r>
      <w:r>
        <w:t>tabhi hum yeh kar sake to bahut hi yani</w:t>
      </w:r>
    </w:p>
    <w:p>
      <w:pPr>
        <w:jc w:val="right"/>
      </w:pPr>
      <w:r>
        <w:t>تبھی ہم یہ کر سکے تو بہت ہی یعنی</w:t>
      </w:r>
    </w:p>
    <w:p>
      <w:r>
        <w:rPr>
          <w:b/>
        </w:rPr>
        <w:t xml:space="preserve">[44:27] </w:t>
      </w:r>
      <w:r>
        <w:t>ah ah sahaba ke liye aur family ke liye bahut hi ah sangin din tha woh ji Allah</w:t>
      </w:r>
    </w:p>
    <w:p>
      <w:pPr>
        <w:jc w:val="right"/>
      </w:pPr>
      <w:r>
        <w:t>اہ اہ صحابہ کے لیے اور فیملی کے لیے بہت ہی اہ سنگین دن تھا وہ جی اللہ</w:t>
      </w:r>
    </w:p>
    <w:p>
      <w:r>
        <w:rPr>
          <w:b/>
        </w:rPr>
        <w:t xml:space="preserve">[44:37] </w:t>
      </w:r>
      <w:r>
        <w:t>taala sab ki maghfirat farmaye</w:t>
      </w:r>
    </w:p>
    <w:p>
      <w:pPr>
        <w:jc w:val="right"/>
      </w:pPr>
      <w:r>
        <w:t>تعالی سب کی مغفرت فرمائے</w:t>
      </w:r>
    </w:p>
    <w:p>
      <w:r>
        <w:rPr>
          <w:b/>
        </w:rPr>
        <w:t xml:space="preserve">[44:41] </w:t>
      </w:r>
      <w:r>
        <w:t>ah doctor sahib aakhri sawal lainay se pehle yeh do comments parhna chahun ga yeh faheem omar sahib ne malaysia se bheja hai ah doctor sahib very well ah</w:t>
      </w:r>
    </w:p>
    <w:p>
      <w:pPr>
        <w:jc w:val="right"/>
      </w:pPr>
      <w:r>
        <w:t>اہ ڈاکٹر صاحب اخری سوال لینے سے پہلے یہ دو کمنٹس پڑھنا چاہوں گا یہ فہیم عمر صاحب نے ملیشیا سے بھیجا ہے اہ ڈاکٹر صاحب ویری ویل اہ</w:t>
      </w:r>
    </w:p>
    <w:p>
      <w:r>
        <w:rPr>
          <w:b/>
        </w:rPr>
        <w:t xml:space="preserve">[44:54] </w:t>
      </w:r>
      <w:r>
        <w:t>doctor sahib the knowledge that you have explained is is wonderful miss kothruleen ne srinagar se likha hai beautiful and most inspiring stories regarding prophet and his daughter and grand children narrated in a most humble way</w:t>
      </w:r>
    </w:p>
    <w:p>
      <w:pPr>
        <w:jc w:val="right"/>
      </w:pPr>
      <w:r>
        <w:t>ڈاکٹر صاحب دا نالج دیٹ یو ہیو ایکسپلینڈ از از ونڈرفل مس کروتلین نے سری نگر سے لکھا ہے بیوٹی فل اینڈ موسٹ انسپائرنگ سٹوریز ریگارڈنگ پرافٹ اینڈ ہز ڈاٹر اینڈ گرینڈ چلڈرن نریٹڈ ان ا موسٹ ہمبل وے</w:t>
      </w:r>
    </w:p>
    <w:p>
      <w:r>
        <w:rPr>
          <w:b/>
        </w:rPr>
        <w:t xml:space="preserve">[45:10] </w:t>
      </w:r>
      <w:r>
        <w:t>the remark of doctor sahib that prophet muhammad simple and modest way conveyed that he is not a superman a reminder to all those who are hell bent to prove that he was supernatural rather than the greatest human being to be a role model for all times to come</w:t>
      </w:r>
    </w:p>
    <w:p>
      <w:pPr>
        <w:jc w:val="right"/>
      </w:pPr>
      <w:r>
        <w:t>دا ریمارک اف ڈاکٹر صاحب دیٹ پرافٹ محمد سمپل اینڈ ماڈیسٹ وے کنویڈ دیٹ ہی از ناٹ ا سپر مین ا ریمائنڈر ٹو ال دوز ہو ار ہیل بینڈ ٹو پروف دیٹ ہی واز سپر نیچرل رادر دین دا گریٹسٹ ہیومن بینگ ٹو بی ا رول ماڈل فار ال ٹائمز ٹو کم</w:t>
      </w:r>
    </w:p>
    <w:p>
      <w:r>
        <w:rPr>
          <w:b/>
        </w:rPr>
        <w:t xml:space="preserve">[45:29] </w:t>
      </w:r>
      <w:r>
        <w:t>doctor sahib isi tarah aakhri sawal bhi mera yahi hai ke jo concluding life thi hazrat fatima ki and the grief that overtook hazrat ali in her passing away to main chahun ga ke is ke baray mein aap batayein aur aaj hum session ko isi par khatam karein acha to rasool Allah sal Allah alayh wasalam ki death ke baad hi hazrat fatima razi Allah anha beemar si rehne lagin</w:t>
      </w:r>
    </w:p>
    <w:p>
      <w:pPr>
        <w:jc w:val="right"/>
      </w:pPr>
      <w:r>
        <w:t>ڈاکٹر صاحب اسی طرح اخری سوال بھی میرا یہی ہے کہ جو کنکلوڈنگ لائف تھی حضرت فاطمہ کی اینڈ دا گریف دیٹ اوورٹوک حضرت علی ان ہر پاسنگ اوے تو میں چاہوں گا کہ اس کے بارے میں اپ بتائیں اور اج ہم سیشن کو اسی پر ختم کریں گے اچھا تو رسول اللہ صلی اللہ علیہ وسلم کی ڈیتھ کے بعد ہی حضرت فاطمہ رضی اللہ عنہ بیمار سی رہنے لگیں</w:t>
      </w:r>
    </w:p>
    <w:p>
      <w:r>
        <w:rPr>
          <w:b/>
        </w:rPr>
        <w:t xml:space="preserve">[45:55] </w:t>
      </w:r>
      <w:r>
        <w:t>halankay un ki age mera khayal hai 29 thi ya thirty isi ke aas paas aur yeh ramzan ka mahina tha pehla ramzan prophet ki death ke baad to kafi beemar theen</w:t>
      </w:r>
    </w:p>
    <w:p>
      <w:pPr>
        <w:jc w:val="right"/>
      </w:pPr>
      <w:r>
        <w:t>حالانکہ ان کی ایج میرا خیال ہے 29 تھی یا تھرٹی اسی کے اس پاس اور یہ رمضان کا مہینہ تھا پہلا رمضان پرافٹ کی ڈیتھ کے بعد تو کافی بیمار تھیں</w:t>
      </w:r>
    </w:p>
    <w:p>
      <w:r>
        <w:rPr>
          <w:b/>
        </w:rPr>
        <w:t xml:space="preserve">[46:08] </w:t>
      </w:r>
      <w:r>
        <w:t>tu woh raat ko niklein</w:t>
      </w:r>
    </w:p>
    <w:p>
      <w:pPr>
        <w:jc w:val="right"/>
      </w:pPr>
      <w:r>
        <w:t>تو وہ رات کو نکلیں</w:t>
      </w:r>
    </w:p>
    <w:p>
      <w:r>
        <w:rPr>
          <w:b/>
        </w:rPr>
        <w:t xml:space="preserve">[46:12] </w:t>
      </w:r>
      <w:r>
        <w:t>apne ghar se bahir courtyard mein</w:t>
      </w:r>
    </w:p>
    <w:p>
      <w:pPr>
        <w:jc w:val="right"/>
      </w:pPr>
      <w:r>
        <w:t>اپنے گھر سے باہر کوٹیارڈ میں</w:t>
      </w:r>
    </w:p>
    <w:p>
      <w:r>
        <w:rPr>
          <w:b/>
        </w:rPr>
        <w:t xml:space="preserve">[46:16] </w:t>
      </w:r>
      <w:r>
        <w:t>aur asman ki taraf dekha aur muskurai</w:t>
      </w:r>
    </w:p>
    <w:p>
      <w:pPr>
        <w:jc w:val="right"/>
      </w:pPr>
      <w:r>
        <w:t>اور اسمان کی طرف دیکھا اور مسکرائیں</w:t>
      </w:r>
    </w:p>
    <w:p>
      <w:r>
        <w:rPr>
          <w:b/>
        </w:rPr>
        <w:t xml:space="preserve">[46:21] </w:t>
      </w:r>
      <w:r>
        <w:t>aur Hazrat Asma bint Amees R.A. ko bulaya aur kaha ke ke main chahti hoon ke</w:t>
      </w:r>
    </w:p>
    <w:p>
      <w:pPr>
        <w:jc w:val="right"/>
      </w:pPr>
      <w:r>
        <w:t>اور حضرت اسماء بنت امیس رضی اللہ عنہا کو بلایا اور کہا کہ کہ میں چاہتی ہوں کہ</w:t>
      </w:r>
    </w:p>
    <w:p>
      <w:r>
        <w:rPr>
          <w:b/>
        </w:rPr>
        <w:t xml:space="preserve">[46:30] </w:t>
      </w:r>
      <w:r>
        <w:t>meri jo tadfeen ho bareil ho woh raat ko ho taake kam log aain ji kam log dekh</w:t>
      </w:r>
    </w:p>
    <w:p>
      <w:pPr>
        <w:jc w:val="right"/>
      </w:pPr>
      <w:r>
        <w:t>میری جو تدفین ہو بریل ہو وہ رات کو ہو تاکہ کم لوگ ائیں جی کم لوگ دیکھ</w:t>
      </w:r>
    </w:p>
    <w:p>
      <w:r>
        <w:rPr>
          <w:b/>
        </w:rPr>
        <w:t xml:space="preserve">[46:37] </w:t>
      </w:r>
      <w:r>
        <w:t>sakein ah</w:t>
      </w:r>
    </w:p>
    <w:p>
      <w:pPr>
        <w:jc w:val="right"/>
      </w:pPr>
      <w:r>
        <w:t>سکیں اہ</w:t>
      </w:r>
    </w:p>
    <w:p>
      <w:r>
        <w:rPr>
          <w:b/>
        </w:rPr>
        <w:t xml:space="preserve">[46:39] </w:t>
      </w:r>
      <w:r>
        <w:t>koi modesty un ki thi yani she wanted a modest parting to hazrat asma bint umays aik ah aik kapra laeen jo jo ke ah ah umm salma razi Allah anha ah habsha se laee laee theen habsha yani ethiopia jab yeh log migrate kar ke gaye thay to wahan se aik kapra laye thay jo bohat acha khasa thick kapra tha wo to</w:t>
      </w:r>
    </w:p>
    <w:p>
      <w:pPr>
        <w:jc w:val="right"/>
      </w:pPr>
      <w:r>
        <w:t>کوئی ماڈیسٹی ان کی تھی یعنی شی وانٹڈ ا ماڈیسٹ پارٹنگ تو حضرت اسماء بنت امیس ایک اہ ایک کپڑا لائیں جو جو کہ اہ اہ ام سلمہ رضی اللہ عنہا اہ حبشہ سے لائی لائی تھیں حبشہ یعنی ایتھوپیا جب یہ لوگ مائیگریٹ کر کے گئے تھے تو وہاں سے ایک کپڑا لائے تھے جو بہت اچھا خاصا تھک کپڑا تھا وہ تو</w:t>
      </w:r>
    </w:p>
    <w:p>
      <w:r>
        <w:rPr>
          <w:b/>
        </w:rPr>
        <w:t xml:space="preserve">[47:05] </w:t>
      </w:r>
      <w:r>
        <w:t>ah ah hazrat fatima ne kaha tha ke aik mere liye bara kapra lao ah to isi ke mutabiq wo kapra torn ke laeen to hazrat fatima ne us ko dekha chhua aur kaha ke ya its good to unhon ne pasand kiya is</w:t>
      </w:r>
    </w:p>
    <w:p>
      <w:pPr>
        <w:jc w:val="right"/>
      </w:pPr>
      <w:r>
        <w:t>اہ اہ حضرت فاطمہ نے کہا تھا کہ ایک میرے لیے بڑا کپڑا لاؤ اہ تو اسی کے مطابق وہ کپڑا ٹونٹ کے لائیں تو حضرت فاطمہ نے اس کو دیکھا چھوا اور کہا کہ یا اٹس گڈ تو انہوں نے پسند کیا اس</w:t>
      </w:r>
    </w:p>
    <w:p>
      <w:r>
        <w:rPr>
          <w:b/>
        </w:rPr>
        <w:t xml:space="preserve">[47:23] </w:t>
      </w:r>
      <w:r>
        <w:t>ko to wo ah aur phir is ke baad jo family ke log thay hazrat ali wahan thay aur family ke log un se baatein keen aur hazrat ali se kaha ke meri death ke baad tum imama se shadi karna</w:t>
      </w:r>
    </w:p>
    <w:p>
      <w:pPr>
        <w:jc w:val="right"/>
      </w:pPr>
      <w:r>
        <w:t>کو تو وہ اہ اور پھر اس کے بعد جو فیملی کے لوگ تھے حضرت علی وہاں تھے اور فیملی کے لوگ ان سے باتیں کیں اور حضرت علی سے کہا کہ میری ڈیتھ کے بعد تم امامہ سے شادی کرنا</w:t>
      </w:r>
    </w:p>
    <w:p>
      <w:r>
        <w:rPr>
          <w:b/>
        </w:rPr>
        <w:t xml:space="preserve">[47:41] </w:t>
      </w:r>
      <w:r>
        <w:t>imama ah</w:t>
      </w:r>
    </w:p>
    <w:p>
      <w:pPr>
        <w:jc w:val="right"/>
      </w:pPr>
      <w:r>
        <w:t>امامہ اہ</w:t>
      </w:r>
    </w:p>
    <w:p>
      <w:r>
        <w:rPr>
          <w:b/>
        </w:rPr>
        <w:t xml:space="preserve">[47:51] </w:t>
      </w:r>
      <w:r>
        <w:t>jo prophet ki bari beti thi zainab un ki beti thi ji to fatima razi Allah anha ne kaha ke you marry imama because she is a very loving and motherly woman she will take good care of the kids to aur baad mein hazrat ali ne aisay hi kiya to</w:t>
      </w:r>
    </w:p>
    <w:p>
      <w:pPr>
        <w:jc w:val="right"/>
      </w:pPr>
      <w:r>
        <w:t>جو پرافٹ کی بڑی بیٹی تھی زینب ان کی بیٹی تھی جی تو فاطمہ رضی اللہ عنہ نے کہا کہ یو میری امامہ بیکاز شی از ا ویری لونگ اینڈ مدرلی وومن شی ویل ٹیک گڈ کیئر اف دا کڈز تو اور بعد میں حضرت علی نے ایسے ہی کیا تو</w:t>
      </w:r>
    </w:p>
    <w:p>
      <w:r>
        <w:rPr>
          <w:b/>
        </w:rPr>
        <w:t xml:space="preserve">[48:10] </w:t>
      </w:r>
      <w:r>
        <w:t>phir hazrat fatima ne ah she embraced ah the family members and ah looked at the heavens and the angel came and took away her soul to wahi baat hui rasool Allah sal Allah alayh wasalam ki ke you will be the first one after after me yani rasool Allah ke baad un ki death hui</w:t>
      </w:r>
    </w:p>
    <w:p>
      <w:pPr>
        <w:jc w:val="right"/>
      </w:pPr>
      <w:r>
        <w:t>پھر حضرت فاطمہ نے اہ شی امبریسڈ اہ دا فیملی ممبرز اینڈ اہ لوک ایٹ دا ہیونز اینڈ دا اینجل کیم اینڈ ٹوک اوے ہر سول تو وہی بات ہوئی رسول اللہ صلی اللہ علیہ وسلم کی کہ یو ول بی دا فرسٹ ون افٹر افٹر می یعنی رسول اللہ کے بعد ان کی ڈیتھ ہوئی</w:t>
      </w:r>
    </w:p>
    <w:p>
      <w:r>
        <w:rPr>
          <w:b/>
        </w:rPr>
        <w:t xml:space="preserve">[48:34] </w:t>
      </w:r>
      <w:r>
        <w:t>to hazrat ali ke liye bohat bara shok tha chounkay abhi prophet ki death hui paanch chhay mahine pehle ab un ki jo mehboob biwi theen fatima razi Allah anha un ki death ho gayi aur hazrat ali ne hi janazay ki namaz parhai ji aur ab bohat hi painful ah soorat e haal thi ah</w:t>
      </w:r>
    </w:p>
    <w:p>
      <w:pPr>
        <w:jc w:val="right"/>
      </w:pPr>
      <w:r>
        <w:t>تو حضرت علی کے لیے بہت بڑا شوق تھا چونکہ ابھی پرافٹ کی ڈیتھ ہوئی پانچ چھ مہینے پہلے اب ان کی جو محبوب بیوی تھیں فاطمہ رضی اللہ عنہا ان کی ڈیتھ ہو گئی اور حضرت علی نے ہی جنازے کی نماز پڑھائی جی اور اب بہت ہی پین فل اہ صورتحال تھی اہ</w:t>
      </w:r>
    </w:p>
    <w:p>
      <w:r>
        <w:rPr>
          <w:b/>
        </w:rPr>
        <w:t xml:space="preserve">[48:59] </w:t>
      </w:r>
      <w:r>
        <w:t>tu unhon ne ek poem likhi usi waqt and he recited that poem ah near the grave of</w:t>
      </w:r>
    </w:p>
    <w:p>
      <w:pPr>
        <w:jc w:val="right"/>
      </w:pPr>
      <w:r>
        <w:t>تو انہوں نے ایک پوئم لکھی اسی وقت اینڈ ہی ریسائٹڈ دیٹ پوئم اہ نیئر دی گریو اف</w:t>
      </w:r>
    </w:p>
    <w:p>
      <w:r>
        <w:rPr>
          <w:b/>
        </w:rPr>
        <w:t xml:space="preserve">[49:09] </w:t>
      </w:r>
      <w:r>
        <w:t>Fatima R.A. yeh is tarah thi acha woh poem mein yeh hai ke pehle to apni</w:t>
      </w:r>
    </w:p>
    <w:p>
      <w:pPr>
        <w:jc w:val="right"/>
      </w:pPr>
      <w:r>
        <w:t>فاطمہ رضی اللہ عنہا یہ اس طرح تھی اچھا وہ پوئم میں یہ ہے کہ پہلے تو اپنی</w:t>
      </w:r>
    </w:p>
    <w:p>
      <w:r>
        <w:rPr>
          <w:b/>
        </w:rPr>
        <w:t xml:space="preserve">[49:14] </w:t>
      </w:r>
      <w:r>
        <w:t>baat kehte hain ji phir woh Fatima ki taraf se bhi bolte hain hmm pehle kuch poochte hain</w:t>
      </w:r>
    </w:p>
    <w:p>
      <w:pPr>
        <w:jc w:val="right"/>
      </w:pPr>
      <w:r>
        <w:t>بات کہتے ہیں جی پھر وہ فاطمہ کی طرف سے بھی بولتے ہیں ہمم پہلے کچھ پوچھتے ہیں</w:t>
      </w:r>
    </w:p>
    <w:p>
      <w:r>
        <w:rPr>
          <w:b/>
        </w:rPr>
        <w:t xml:space="preserve">[49:22] </w:t>
      </w:r>
      <w:r>
        <w:t>ji phir phir jawab bhi khud hi dete hain ji tu bohat hi unique poem hai</w:t>
      </w:r>
    </w:p>
    <w:p>
      <w:pPr>
        <w:jc w:val="right"/>
      </w:pPr>
      <w:r>
        <w:t>جی پھر پھر جواب بھی خود ہی دیتے ہیں جی تو بہت ہی یونیک پوئم ہے</w:t>
      </w:r>
    </w:p>
    <w:p>
      <w:r>
        <w:rPr>
          <w:b/>
        </w:rPr>
        <w:t xml:space="preserve">[49:29] </w:t>
      </w:r>
      <w:r>
        <w:t>very painful and emotional kehte hain ke mali waqfat al-qubur al-musallama ke what's wrong with me standing at the grave side saying salam to the one who passed phir kehte hain qabr al-habibi fil-mird jawabi</w:t>
      </w:r>
    </w:p>
    <w:p>
      <w:pPr>
        <w:jc w:val="right"/>
      </w:pPr>
      <w:r>
        <w:t>ویری پین فل اینڈ ایموشنل کہتے ہیں کہ مالی وقفت القبوری مسلمہ کہ واٹس رونگ ود می سٹینڈنگ ایٹ دا گریو سائیڈ سینگ سلام ٹو دا ون ہو پاسڈ پھر کہتے ہیں قبر الحبیبی فلمیرد جوابی</w:t>
      </w:r>
    </w:p>
    <w:p>
      <w:r>
        <w:rPr>
          <w:b/>
        </w:rPr>
        <w:t xml:space="preserve">[49:53] </w:t>
      </w:r>
      <w:r>
        <w:t>ke the grave of my beloved one but she is not responding to my greeting phir kehte hain ke habib malaki la tarud jawabna my beloved why are you not responding to my salam phir kehte hain ke ansait ba'da khilati ahbabi</w:t>
      </w:r>
    </w:p>
    <w:p>
      <w:pPr>
        <w:jc w:val="right"/>
      </w:pPr>
      <w:r>
        <w:t>کہ دا گریو اف مائی بلیوڈ ون بٹ شی از ناٹ ریسپانڈنگ ٹو مائی گریٹنگ پھر کہتے ہیں کہ حبیب ما لکی لا ترد جوابنا مائی بلیوڈ وائی ار یو ناٹ ریسپانڈنگ ٹو مائی سلام پھر کہتے ہیں کہ انسیت بعد خلتی احبابی</w:t>
      </w:r>
    </w:p>
    <w:p>
      <w:r>
        <w:rPr>
          <w:b/>
        </w:rPr>
        <w:t xml:space="preserve">[50:22] </w:t>
      </w:r>
      <w:r>
        <w:t>have you forgotten all the moments that we shared together aur phir jawab dete hain abhi to sawal kiya unhon ne phir khud hi jawab dete hain jaise ke Hazrat Aisha Hazrat Fatima ki taraf se to kehte hain qala al-habib wa kaifa ah li bi jawabkum my beloved one responded and said how can I respond to you</w:t>
      </w:r>
    </w:p>
    <w:p>
      <w:pPr>
        <w:jc w:val="right"/>
      </w:pPr>
      <w:r>
        <w:t>ہیو یو فورگٹن ال دا مومنٹس دیٹ وی شیئر ٹوگیدر اور پھر جواب دیتے ہیں ابھی تو سوال کیا انہوں نے پھر خود ہی جواب دیتے ہیں جیسے کہ حضرت عائشہ حضرت فاطمہ کی طرف سے تو کہتے ہیں قال الحبیب وکیفہ اہ لی بے جوابکم مائی بلیوڈ ون ریسپانڈڈ اینڈ سیڈ ہاؤ کین ائی ریسپانڈ ٹو یو</w:t>
      </w:r>
    </w:p>
    <w:p>
      <w:r>
        <w:rPr>
          <w:b/>
        </w:rPr>
        <w:t xml:space="preserve">[50:51] </w:t>
      </w:r>
      <w:r>
        <w:t>wa ana rahin jandal al-turabi I have been consumed by the stone and the dirt phir is mauqe pe Hazrat Ali bahut rote hain he cried a lot phir kehte hain ah again he responds from Fatima side akl al-turab mahasini finsaitkum</w:t>
      </w:r>
    </w:p>
    <w:p>
      <w:pPr>
        <w:jc w:val="right"/>
      </w:pPr>
      <w:r>
        <w:t>وانا رحین جنادل وترابی ائی ہیو بین کنزیومڈ بائی دا سٹون اینڈ دا ڈرٹ پھر اس موقع پہ حضرت علی بہت روتے ہیں ہی کرائیڈ ا لاٹ پھر کہتے ہیں اہ اگین ہی ریسپانڈز فرام فاطمہ سائیڈ اکل تراب محاسنی فنسیتکم</w:t>
      </w:r>
    </w:p>
    <w:p>
      <w:r>
        <w:rPr>
          <w:b/>
        </w:rPr>
        <w:t xml:space="preserve">[51:16] </w:t>
      </w:r>
      <w:r>
        <w:t>the dirt has consumed my beauty and that's why i have moved on aur aakhri sher jo hai woh hai fa'ilaykum minni al-salam taqat taqat ah taqata'at minni wa minkum khilt khilt al-ahbabi</w:t>
      </w:r>
    </w:p>
    <w:p>
      <w:pPr>
        <w:jc w:val="right"/>
      </w:pPr>
      <w:r>
        <w:t>دا ڈرٹ ہیز کنزیومڈ مائی بیوٹی اینڈ دیٹس وائی ائی ہیو مووڈ ان اور اخری شعر جو ہے وہ ہے فعلیکم منی السلام تقات تقات اہ تقطعت منی ومنکم خلت خلت الاحبابی</w:t>
      </w:r>
    </w:p>
    <w:p>
      <w:r>
        <w:rPr>
          <w:b/>
        </w:rPr>
        <w:t xml:space="preserve">[51:39] </w:t>
      </w:r>
      <w:r>
        <w:t>ah she responded back saying salam my salams back to you and to other like family members ah those I have left behind these intimate moments have now passed</w:t>
      </w:r>
    </w:p>
    <w:p>
      <w:pPr>
        <w:jc w:val="right"/>
      </w:pPr>
      <w:r>
        <w:t>اہ شی ریسپانڈڈ بیک سینگ سمائی سلامز بیک ٹو یو اینڈ ٹو ادر لائک فیملی ممبرز اہ دوز ائی ہیو لیفٹ بیہائنڈ دیز انٹیمیٹ مومنٹس ہیو ناو پاسڈ</w:t>
      </w:r>
    </w:p>
    <w:p>
      <w:r>
        <w:rPr>
          <w:b/>
        </w:rPr>
        <w:t xml:space="preserve">[51:56] </w:t>
      </w:r>
      <w:r>
        <w:t>to yeh bari painful ah dua ah poem thi jo Hazrat Ali ne kahi aur yeh jo story hai Hazrat Fatima ki yeh bohat hi ah it's an incredible story and very inspiring story</w:t>
      </w:r>
    </w:p>
    <w:p>
      <w:pPr>
        <w:jc w:val="right"/>
      </w:pPr>
      <w:r>
        <w:t>تو یہ بڑی پین فل اہ دعا اہ پوئم تھی جو حضرت علی نے کہی اور یہ جو سٹوری ہے حضرت فاطمہ کی یہ بہت ہی اہ اٹس ا انکریڈیبل سٹوری اینڈ ویری انسپائرنگ سٹوری</w:t>
      </w:r>
    </w:p>
    <w:p>
      <w:r>
        <w:rPr>
          <w:b/>
        </w:rPr>
        <w:t xml:space="preserve">[52:12] </w:t>
      </w:r>
      <w:r>
        <w:t>puri life agar hum dekhen Hazrat Fatima R.A. ki bachpan se ji yani bohat hi pareshani mein guzri hai jab bilkul choti thin us waqt boycott hua and she lived in ji the boycott very difficult aise circumstances aur jo woh zamana tha jab Rasool Allah S.A.W ko sataya jata tha</w:t>
      </w:r>
    </w:p>
    <w:p>
      <w:pPr>
        <w:jc w:val="right"/>
      </w:pPr>
      <w:r>
        <w:t>پوری لائف اگر ہم دیکھیں حضرت فاطمہ رضی اللہ عنہ کی بچپن سے جی یعنی بہت ہی پریشانی میں گزری ہے جب بالکل چھوٹی تھیں اس وقت بائیکاٹ ہوا اینڈ شی لیوڈ ان جی دی اہ بائیکاٹ ویری ڈیفیکلٹ ایسے کمسٹانسز اور جو وہ زمانہ تھا جب رسول اللہ صلی اللہ علیہ وسلم کو ستایا جاتا تھا</w:t>
      </w:r>
    </w:p>
    <w:p>
      <w:r>
        <w:rPr>
          <w:b/>
        </w:rPr>
        <w:t xml:space="preserve">[52:33] </w:t>
      </w:r>
      <w:r>
        <w:t>jaise aap ko yaad hai ke Kaba mein kis tarah se ji ah jo ah ah woh log the opponents unhon ne kis tarah se sataya takleef di aur Hazrat Fatima daurin aur bachaya Rasool Allah ko aur Taif ka mamla bhi isi dauran aur saare jo difficult halaat the woh ah yani puri zindagi mein unhon ne kabhi koi khushhali nahi dekhi</w:t>
      </w:r>
    </w:p>
    <w:p>
      <w:pPr>
        <w:jc w:val="right"/>
      </w:pPr>
      <w:r>
        <w:t>جیسے اپ کو یاد ہے کہ کعبہ میں کس طرح سے جی اہ جو اہ اہ وہ لوگ تھے اپوننٹس انہوں نے کس طرح سے ستایا تکلیف دی اور حضرت فاطمہ دوڑیں اور بچایا رسول اللہ کو اور طائف کا معاملہ بھی اسی دوران اور سارے جو ڈیفیکلٹ حالات تھے وہ اہ یعنی پوری زندگی میں انہوں نے کبھی کوئی خوشحالی نہیں دیکھی</w:t>
      </w:r>
    </w:p>
    <w:p>
      <w:r>
        <w:rPr>
          <w:b/>
        </w:rPr>
        <w:t xml:space="preserve">[52:57] </w:t>
      </w:r>
      <w:r>
        <w:t>sirf bohat hi tangi khane ko nahi hota tha aur bohat hi tang halaat mein yani sab se bari baat hai ke is mushkil halaat mein Rasool Allah ka saath diya humm ji puri jo family hai Rasool Allah ki isi liye is ki bohat hi yani ah un ke darajat hain ke unhon ne har haal mein Rasool Allah ka saath diya chounke woh mission ah ka saath diya</w:t>
      </w:r>
    </w:p>
    <w:p>
      <w:pPr>
        <w:jc w:val="right"/>
      </w:pPr>
      <w:r>
        <w:t>صرف بہت ہی تنگی کھانے کو نہیں ہوتا تھا اور بہت ہی تنگ حالات میں یعنی سب سے بڑی بات ہے کہ اس مشکل حالات میں رسول اللہ کا ساتھ دیا ہمم جی پوری جو فیملی ہے رسول اللہ کی اسی لیے اس کی بہت ہی یعنی اہ ان کے درجات ہیں کہ انہوں نے ہر حال میں رسول اللہ کا ساتھ دیا چونکہ وہ مشن اہ کا ساتھ دیا</w:t>
      </w:r>
    </w:p>
    <w:p>
      <w:r>
        <w:rPr>
          <w:b/>
        </w:rPr>
        <w:t xml:space="preserve">[53:21] </w:t>
      </w:r>
      <w:r>
        <w:t>to Allah taala un ke darajat buland kare aur hum sab ko bhi mere Allah give opportunities so that we we could see them and meet them mere Allah give them jannat al-firdous al-a'la amin doctor sahib very touching session indeed and ah Hazrat Fatima legacy her life will continue to inspire ah muslims th</w:t>
      </w:r>
    </w:p>
    <w:p>
      <w:pPr>
        <w:jc w:val="right"/>
      </w:pPr>
      <w:r>
        <w:t>تو اللہ تعالی ان کے درجات بلند کرے اور ہم سب کو بھی میرے اللہ گیو اہ اپرچونیٹیز سو دیٹ وی وی کڈ سی دیم اینڈ میٹ دیم میرے اللہ گیو دیم جنت الفردوس الاعلی امین ڈاکٹر صاحب ویری ٹچنگ سیشن انڈیڈ اینڈ اہ حضرت فاطمہ لیگیسی ہر لائف ول کنٹینیو ٹو انسپائر اہ مسلمز تھ</w:t>
      </w:r>
    </w:p>
    <w:p>
      <w:r>
        <w:rPr>
          <w:b/>
        </w:rPr>
        <w:t xml:space="preserve">[53:45] </w:t>
      </w:r>
      <w:r>
        <w:t>rough and doctor sahib such sessions also you know serve as ah ah the purpose of strengthening our connection with God almighty to aap aise sessions karte rahen doctor sahib jazak Allah ah thank you so much ah we will end today session but before that ah doctor sahib there is an launch ah we are very happy to ah announce the launch of an app ah which with the name timeless wisdom</w:t>
      </w:r>
    </w:p>
    <w:p>
      <w:pPr>
        <w:jc w:val="right"/>
      </w:pPr>
      <w:r>
        <w:t>رو اؤٹ اینڈ ڈاکٹر صاحب سچ سیشنز السو یو نو سرو ایز اہ اہ دا پرپس اف سٹرینتھننگ اور کنیکشن ود گاڈ المائٹی تو اپ ایسے سیشنز کرتے رہیں ڈاکٹر صاحب جزاک اللہ اہ تھینک یو سو مچ اہ وی ول اینڈ ٹوڈے سیشن بٹ بیفور دیٹ اہ ڈاکٹر صاحب دیر از این لانچ اہ وی ار ویری ہیپی ٹو اہ اناؤنس دی لانچ اف این ایپ اہ وچ ودا نیم ٹائملیس وزڈم</w:t>
      </w:r>
    </w:p>
    <w:p>
      <w:r>
        <w:rPr>
          <w:b/>
        </w:rPr>
        <w:t xml:space="preserve">[54:13] </w:t>
      </w:r>
      <w:r>
        <w:t>and the team has forward forwarded me some of the key highlights which i just wanted to share with you this is basically an app which is a summary of Maulana Wahiduddin Khan sahib work so people these days have you know less reading habits</w:t>
      </w:r>
    </w:p>
    <w:p>
      <w:pPr>
        <w:jc w:val="right"/>
      </w:pPr>
      <w:r>
        <w:t>اینڈ دا ٹیم ہیز فارورڈ فارورڈڈ می سم اف دا کی ہائی لائٹس وچ ائی جسٹ وانٹڈ ٹو شیئر ود یو دس از بیسکلی این ایپ وچ از ا سمری اف مولانا وحید الدین خان صاحب ورک سو پیپل دیز ڈیز ہیو یو نو لیس ریڈنگ ہیبٹس</w:t>
      </w:r>
    </w:p>
    <w:p>
      <w:r>
        <w:rPr>
          <w:b/>
        </w:rPr>
        <w:t xml:space="preserve">[54:29] </w:t>
      </w:r>
      <w:r>
        <w:t>so these apps basically carries quotes of Maulana Wahiduddin Khan sahib which captures the entire essence of his his articles his videos which you can just you know sort of go through in a short span and understand it ah and ah ah there are thirty nine categories ah and they have been given name of those category</w:t>
      </w:r>
    </w:p>
    <w:p>
      <w:pPr>
        <w:jc w:val="right"/>
      </w:pPr>
      <w:r>
        <w:t>سو دیز ایپس بیسکلی کیریز کوٹس اف مولانا وحید الدین خان صاحب وچ کیپچرز دی انٹائر ایسنس اف ہز ہز ارٹیکلز ہز ویڈیوز وچ یو کین جسٹ یو نو سورٹ اف گو تھرو ان ا شارٹ سپین اینڈ انڈرسٹینڈ اٹ اہ اینڈ اہ اہ دیر ار تھرٹی نائن کیٹیگریز اہ اینڈ دے ہیو بین گیون نیم اف دوز کیٹیگری</w:t>
      </w:r>
    </w:p>
    <w:p>
      <w:r>
        <w:rPr>
          <w:b/>
        </w:rPr>
        <w:t xml:space="preserve">[54:53] </w:t>
      </w:r>
      <w:r>
        <w:t>z and each quote also doctor sahib the team has made his given a source of the book to agar aap is source pe click karenge to it will take you to the book where you can download the book for your reading in your free time</w:t>
      </w:r>
    </w:p>
    <w:p>
      <w:pPr>
        <w:jc w:val="right"/>
      </w:pPr>
      <w:r>
        <w:t>ز اینڈ ایچ کوٹ السو ڈاکٹر صاحب دا ٹیم ہیز میڈ ہیز گیون ا سورس اف دا بک تو اگر اپ اس سورس پہ کلک کریں گے تو اٹ ویل ٹیک یو ٹو دا بک ویئر یو کین ڈاؤن لوڈ دا بک فار یور ریڈنگ ان یور فری ٹائم</w:t>
      </w:r>
    </w:p>
    <w:p>
      <w:r>
        <w:rPr>
          <w:b/>
        </w:rPr>
        <w:t xml:space="preserve">[55:08] </w:t>
      </w:r>
      <w:r>
        <w:t>there are more than eight thousand quotes in this app and there is one category Quranic wisdom which has three hundred more than three hundred paras from the tazkir al-Quran the english and urdu commentary of Maulana sahib and captures beautifully the essence that is there in the commentaries a</w:t>
      </w:r>
    </w:p>
    <w:p>
      <w:pPr>
        <w:jc w:val="right"/>
      </w:pPr>
      <w:r>
        <w:t>دیر ار مور دین ایٹ تھا کوٹس ان دس ایپ اینڈ دیر از ون کیٹیگری قرانک وزڈم وچ ہیز تھری ہنڈرڈ مور دین تھری ہنڈرڈ پیراز فرام دا تذکیر القران دا انگلش اینڈ اردو کمنٹری اف مولانا صاحب اینڈ کیپچرز بیوٹیفلی دی ایسنس دیٹ از دیر ان دی کمنٹریز ا</w:t>
      </w:r>
    </w:p>
    <w:p>
      <w:r>
        <w:rPr>
          <w:b/>
        </w:rPr>
        <w:t xml:space="preserve">[55:29] </w:t>
      </w:r>
      <w:r>
        <w:t>plus there is one very beautiful section know your God ah and there are Quranic verses where God introduces himself so there are all those verses have been added in that category and there is also and option that you can ah share ah with the background of your own choice so if you want to share certain quotes in your circle family circle you can change</w:t>
      </w:r>
    </w:p>
    <w:p>
      <w:pPr>
        <w:jc w:val="right"/>
      </w:pPr>
      <w:r>
        <w:t>ہ پلس دیر از ون ویری بیوٹیفل سیکشن نو یور گاڈ اہ اینڈ دیر ار قرانک ورسز ویئر گاڈ انٹروڈیوسز ہم سیلف سو دیر ار ال دوز ورسز ہیو بین ایڈڈ ان دیٹ کیٹیگری اینڈ دیر از السو اینڈ اپشن دیٹ یو کین اہ شیئر اہ ودا بیک گراؤنڈ اف یور اون چوائس سو اف یو وانٹ ٹو شیئر سرٹن کوٹس ان یور سرکل فیملی سرکل یو کین چینج</w:t>
      </w:r>
    </w:p>
    <w:p>
      <w:r>
        <w:rPr>
          <w:b/>
        </w:rPr>
        <w:t xml:space="preserve">[55:54] </w:t>
      </w:r>
      <w:r>
        <w:t>the background it allows you to do that and you can easily ah easily do that there is also a section that is being added which is a diary section jisme Maulana sahib ki jo diaries mein se jo articles hain that will be added ah into that section and there is of course a ask Maulana ah section where ah the questions from spirit of Islam ah and the CPS website have been added into that particular s</w:t>
      </w:r>
    </w:p>
    <w:p>
      <w:pPr>
        <w:jc w:val="right"/>
      </w:pPr>
      <w:r>
        <w:t>دا بیک گراؤنڈ اٹ الاوز یو ٹو ڈو دیٹ اینڈ یو کین ایزیلی اہ ایزیلی ڈو دیٹ دیر از السو ا سیکشن دیٹ از بین ایڈڈ وچ از ا ڈائری سیکشن جس میں مولانا صاحب کی جو ڈائریز میں سے جو ارٹیکلز ہیں دیٹ ول بی ایڈڈ اہ انٹو دیٹ سیکشن اینڈ دیر از اف کورس ا اسک مولانا اہ سیکشن ویئر اہ دا کوئسچنز فرام سپرٹ اف اسلام اہ اینڈ دا سی پی ایس ویب سائٹ ہیو بین ایڈڈ انٹو دیٹ پرٹیکولر س</w:t>
      </w:r>
    </w:p>
    <w:p>
      <w:r>
        <w:rPr>
          <w:b/>
        </w:rPr>
        <w:t xml:space="preserve">[56:23] </w:t>
      </w:r>
      <w:r>
        <w:t>ection so it will keep on getting upgraded updated time to time and you can download it right away the name of the app is timeless wisdom and i will request doctor sanistan Khan sahib to launch the app</w:t>
      </w:r>
    </w:p>
    <w:p>
      <w:pPr>
        <w:jc w:val="right"/>
      </w:pPr>
      <w:r>
        <w:t>یکشن سو اٹ ویل کیپ ان گیٹنگ اپ گریڈڈ اپڈیٹڈ ٹائم ٹو ٹائم اینڈ یو کین ڈاؤن لوڈ اٹ رائٹ اوے دا نیم اف دی ایپ از ٹائملیس وزڈم اینڈ ائی ویل ریکویسٹ ڈاکٹر ثانستان خان صاحب ٹو لانچ دی ایپ</w:t>
      </w:r>
    </w:p>
    <w:p>
      <w:r>
        <w:rPr>
          <w:b/>
        </w:rPr>
        <w:t xml:space="preserve">[56:41] </w:t>
      </w:r>
      <w:r>
        <w:t>mashallah aap ne bara acha explain kiya ah yeh jo timeless wisdom quotes ka app hai ah yeh bohat hi umda app hai</w:t>
      </w:r>
    </w:p>
    <w:p>
      <w:pPr>
        <w:jc w:val="right"/>
      </w:pPr>
      <w:r>
        <w:t>ماشاءاللہ اپ نے بڑا اچھا ایکسپلین کیا اہ یہ جو ٹائملیس وزڈم کوٹس کا ایپ ہے اہ یہ بہت ہی عمدہ ایپ ہے</w:t>
      </w:r>
    </w:p>
    <w:p>
      <w:r>
        <w:rPr>
          <w:b/>
        </w:rPr>
        <w:t xml:space="preserve">[56:51] </w:t>
      </w:r>
      <w:r>
        <w:t>main ne bhi dekha hai main ne download kiya hai is ko aur ah Maulana ki waise writing jo hai woh quotes ke liye bohat hi umda hai ji bohat hi chote words bohat hi chote sentences aur ek meaning ka darya aur aap dekhenge ke al-risalah mein sab se pehle quote hi hota hai bilkul ji aur chounke log quote padhte hain ji</w:t>
      </w:r>
    </w:p>
    <w:p>
      <w:pPr>
        <w:jc w:val="right"/>
      </w:pPr>
      <w:r>
        <w:t>میں نے بھی دیکھا ہے میں نے ڈاؤن لوڈ کیا ہے اس کو اور اہ مولانا کی ویسے رائٹنگ جو ہے وہ کوٹس کے لیے بہت ہی عمدہ ہے جی بہت ہی چھوٹے ورڈز بہت ہی چھوٹے سینٹنسز اور ایک میننگ کا دریا اور اپ دیکھیں گے کہ الرسالہ میں سب سے پہلے کوٹ ہی ہوتا ہے بالکل جی اور چونکہ لوگ کوٹ پڑھتے ہیں جی</w:t>
      </w:r>
    </w:p>
    <w:p>
      <w:r>
        <w:rPr>
          <w:b/>
        </w:rPr>
        <w:t xml:space="preserve">[57:14] </w:t>
      </w:r>
      <w:r>
        <w:t>aur ab to ah bohat hi zyada chounke waqt kam hai jo social media ka woh hai to quotes bohat chalte hain to bohat hi umda yeh idea hai aur yeh english aur urdu dono mein hai ji to is liye bohat acha hai aur main ah Allah taala se dua karta hoon chounke ab ab app ka hi zamana hai ji log ab app download kar lete hain aur woh kabhi bhi is ko dekhte hain kholte hain share karte hain to bohat umda yeh initiative hai Allah taala</w:t>
      </w:r>
    </w:p>
    <w:p>
      <w:pPr>
        <w:jc w:val="right"/>
      </w:pPr>
      <w:r>
        <w:t>اور اب تو اہ بہت ہی زیادہ چونکہ وقت کم ہے جو سوشل میڈیا کا وہ ہے تو کوٹس بہت چلتے ہیں تو بہت ہی عمدہ یہ ائیڈیا ہے اور یہ انگلش اور اردو دونوں میں ہے جی تو اس لیے بہت اچھا ہے اور میں اہ اللہ تعالی سے دعا کرتا ہوں چونکہ اب اب ایپ کا ہی زمانہ ہے جی لوگ اب ایپ ڈاؤن لوڈ کر لیتے ہیں اور وہ کبھی بھی اس کو دیکھتے ہیں کھولتے ہیں شیئر کرتے ہیں تو بہت عمدہ یہ انیشیٹیو ہے اللہ تعالی</w:t>
      </w:r>
    </w:p>
    <w:p>
      <w:r>
        <w:rPr>
          <w:b/>
        </w:rPr>
        <w:t xml:space="preserve">[57:42] </w:t>
      </w:r>
      <w:r>
        <w:t>jaza e khair de jin logon ne is mein kaam kiya aur jin logon ne is mein ta'awun kiya Allah taala un ko jaza e khair ata farmaye ji thank you doctor sahib so we will end the session now thank you.</w:t>
      </w:r>
    </w:p>
    <w:p>
      <w:pPr>
        <w:jc w:val="right"/>
      </w:pPr>
      <w:r>
        <w:t>جزائے خیر دے جن لوگوں نے اس میں کام کیا اور جن لوگوں نے اس میں تعاون کیا اللہ تعالی ان کو جزائے خیر عطا فرمائے جی تھینک یو ڈاکٹر صاحب سو وی ول اینڈ دی سیشن ناو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