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Ideology of Tawhid June 08, 2008</w:t>
      </w:r>
    </w:p>
    <w:p>
      <w:r>
        <w:t>https://youtu.be/RKhog0mmYGc</w:t>
      </w:r>
    </w:p>
    <w:p>
      <w:r>
        <w:rPr>
          <w:b/>
        </w:rPr>
        <w:t xml:space="preserve">[00:29] </w:t>
      </w:r>
      <w:r>
        <w:t>wahal al-uqdatan min lisani, yafqahu qawli.</w:t>
      </w:r>
    </w:p>
    <w:p>
      <w:pPr>
        <w:jc w:val="right"/>
      </w:pPr>
      <w:r>
        <w:t>واحل العقدۃ من لسانی، یفقہ قولی۔</w:t>
      </w:r>
    </w:p>
    <w:p>
      <w:r>
        <w:rPr>
          <w:b/>
        </w:rPr>
        <w:t xml:space="preserve">[00:37] </w:t>
      </w:r>
      <w:r>
        <w:t>yeh kalmaat, yeh jo main har baar parhta hoon, aap mein se kuch log shayad is ko sirf tabarruk ke maani mein lete hon, to aisa nahi hai.</w:t>
      </w:r>
    </w:p>
    <w:p>
      <w:pPr>
        <w:jc w:val="right"/>
      </w:pPr>
      <w:r>
        <w:t>یہ کلمات، یہ جو میں ہر بار پڑھتا ہوں، آپ میں سے کچھ لوگ شاید اس کو صرف تبرک کے معنی میں لیتے ہوں، تو ایسا نہیں ہے۔</w:t>
      </w:r>
    </w:p>
    <w:p>
      <w:r>
        <w:rPr>
          <w:b/>
        </w:rPr>
        <w:t xml:space="preserve">[00:52] </w:t>
      </w:r>
      <w:r>
        <w:t>yeh dua hai. is ka matlab yeh hai ke: aye khuda, mera seena khol de,</w:t>
      </w:r>
    </w:p>
    <w:p>
      <w:pPr>
        <w:jc w:val="right"/>
      </w:pPr>
      <w:r>
        <w:t>یہ دعا ہے۔ اس کا مطلب یہ ہے کہ: اے خدا، میرا سینہ کھول دے،</w:t>
      </w:r>
    </w:p>
    <w:p>
      <w:r>
        <w:rPr>
          <w:b/>
        </w:rPr>
        <w:t xml:space="preserve">[01:05] </w:t>
      </w:r>
      <w:r>
        <w:t>aur mere liye mere mamle ko aasan kar de, aur mere dil aur zabaan ke girah khol de, taake main woh baat kar sakoon jo logon ke liye understandable ho.</w:t>
      </w:r>
    </w:p>
    <w:p>
      <w:pPr>
        <w:jc w:val="right"/>
      </w:pPr>
      <w:r>
        <w:t>اور میرے لیے میرے معاملے کو آسان کر دے، اور میرے دل اور زبان کے گرہ کھول دے، تاکہ میں وہ بات کر سکوں جو لوگوں کے لیے انڈرسٹینڈیبل ہو۔</w:t>
      </w:r>
    </w:p>
    <w:p>
      <w:r>
        <w:rPr>
          <w:b/>
        </w:rPr>
        <w:t xml:space="preserve">[01:27] </w:t>
      </w:r>
      <w:r>
        <w:t>to yeh sirf tabarruk ke kalmaat nahi hain, yeh dua hai. dua ka matlab kya hota hai?</w:t>
      </w:r>
    </w:p>
    <w:p>
      <w:pPr>
        <w:jc w:val="right"/>
      </w:pPr>
      <w:r>
        <w:t>تو یہ صرف تبرک کے کلمات نہیں ہیں، یہ دعا ہے۔ دعا کا مطلب کیا ہوتا ہے؟</w:t>
      </w:r>
    </w:p>
    <w:p>
      <w:r>
        <w:rPr>
          <w:b/>
        </w:rPr>
        <w:t xml:space="preserve">[01:37] </w:t>
      </w:r>
      <w:r>
        <w:t>khuda ke sath communion, khuda se rabt.</w:t>
      </w:r>
    </w:p>
    <w:p>
      <w:pPr>
        <w:jc w:val="right"/>
      </w:pPr>
      <w:r>
        <w:t>خدا کے ساتھ کمیونین، خدا سے ربط۔</w:t>
      </w:r>
    </w:p>
    <w:p>
      <w:r>
        <w:rPr>
          <w:b/>
        </w:rPr>
        <w:t xml:space="preserve">[01:46] </w:t>
      </w:r>
      <w:r>
        <w:t>to khuda jo hai woh all powerful hai, insan all powerless hai.</w:t>
      </w:r>
    </w:p>
    <w:p>
      <w:pPr>
        <w:jc w:val="right"/>
      </w:pPr>
      <w:r>
        <w:t>تو خدا جو ہے وہ آل پاور فل ہے، انسان آل پاور لیس ہے۔</w:t>
      </w:r>
    </w:p>
    <w:p>
      <w:r>
        <w:rPr>
          <w:b/>
        </w:rPr>
        <w:t xml:space="preserve">[01:55] </w:t>
      </w:r>
      <w:r>
        <w:t>to sirf bolne ki baat nahi hai, har baat mein hum khuda ki help se hi aage barhte hain, khuda ke support se.</w:t>
      </w:r>
    </w:p>
    <w:p>
      <w:pPr>
        <w:jc w:val="right"/>
      </w:pPr>
      <w:r>
        <w:t>تو صرف بولنے کی بات نہیں ہے، ہر بات میں ہم خدا کی ہیلپ سے ہی آگے بڑھتے ہیں، خدا کے سپورٹ سے۔</w:t>
      </w:r>
    </w:p>
    <w:p>
      <w:r>
        <w:rPr>
          <w:b/>
        </w:rPr>
        <w:t xml:space="preserve">[02:06] </w:t>
      </w:r>
      <w:r>
        <w:t>chahe chalna ho, dekhna ho, khana peena ho, kuch bhi ho, kuch bhi ho, kuch bhi ho. hamare paas jo hai woh sirf will power hai, lekin is ke bahar jo kuch hai woh sab khuda ke ikhtiyar mein hai.</w:t>
      </w:r>
    </w:p>
    <w:p>
      <w:pPr>
        <w:jc w:val="right"/>
      </w:pPr>
      <w:r>
        <w:t>چاہے چلنا ہو، دیکھنا ہو، کھانا پینا ہو، کچھ بھی ہو، کچھ بھی ہو، کچھ بھی ہو۔ ہمارے پاس جو ہے وہ صرف ول پاور ہے، لیکن اس کے باہر جو کچھ ہے وہ سب خدا کے اختیار میں ہے۔</w:t>
      </w:r>
    </w:p>
    <w:p>
      <w:r>
        <w:rPr>
          <w:b/>
        </w:rPr>
        <w:t xml:space="preserve">[02:26] </w:t>
      </w:r>
      <w:r>
        <w:t>to khuda agar, khuda ki support agar hamein na mile to hum kuch bhi nahi kar sakte. aur is ke liye khuda rozana aise namune dikhata rehta hai jo logon ke liye eye opener hon.</w:t>
      </w:r>
    </w:p>
    <w:p>
      <w:pPr>
        <w:jc w:val="right"/>
      </w:pPr>
      <w:r>
        <w:t>تو خدا اگر، خدا کی سپورٹ اگر ہمیں نہ ملے تو ہم کچھ بھی نہیں کر سکتے۔ اور اس کے لیے خدا روزانہ ایسے نمونے دکھاتا رہتا ہے جو لوگوں کے لیے آئی اوپنر ہوں۔</w:t>
      </w:r>
    </w:p>
    <w:p>
      <w:r>
        <w:rPr>
          <w:b/>
        </w:rPr>
        <w:t xml:space="preserve">[02:46] </w:t>
      </w:r>
      <w:r>
        <w:t>jaise abhi kal parson mein ek minister sahab, jo apne zamane mein bohat top ke minister hua karte the, bohat hi sher jaise aadmi the, woh is waqt to hospital mein hain,</w:t>
      </w:r>
    </w:p>
    <w:p>
      <w:pPr>
        <w:jc w:val="right"/>
      </w:pPr>
      <w:r>
        <w:t>جیسے ابھی کل پرسوں میں ایک منسٹر صاحب، جو اپنے زمانے میں بہت ٹاپ کے منسٹر ہوا کرتے تھے، بہت ہی شیر جیسے آدمی تھے، وہ اس وقت تو ہاسپٹل میں ہیں،</w:t>
      </w:r>
    </w:p>
    <w:p>
      <w:r>
        <w:rPr>
          <w:b/>
        </w:rPr>
        <w:t xml:space="preserve">[03:02] </w:t>
      </w:r>
      <w:r>
        <w:t>kidney kharab hai, health problem hai. to yeh khuda batata hai ke jab tum healthy hote ho tab bhi tumhara aise hi mamla hota hai.</w:t>
      </w:r>
    </w:p>
    <w:p>
      <w:pPr>
        <w:jc w:val="right"/>
      </w:pPr>
      <w:r>
        <w:t>کڈنی خراب ہے، ہیلتھ پرابلم ہے۔ تو یہ خدا بتاتا ہے کہ جب تم ہیلدی ہوتے ہو تب بھی تمہارا ایسے ہی معاملہ ہوتا ہے۔</w:t>
      </w:r>
    </w:p>
    <w:p>
      <w:r>
        <w:rPr>
          <w:b/>
        </w:rPr>
        <w:t xml:space="preserve">[03:15] </w:t>
      </w:r>
      <w:r>
        <w:t>jab tum healthy hote ho tab bhi tum itna hi helpless hote ho jitna ke us waqt apne aap ko feel karte ho.</w:t>
      </w:r>
    </w:p>
    <w:p>
      <w:pPr>
        <w:jc w:val="right"/>
      </w:pPr>
      <w:r>
        <w:t>جب تم ہیلدی ہوتے ہو تب بھی تم اتنا ہی ہیلپ لیس ہوتے ہو جتنا کہ اس وقت اپنے آپ کو فیل کرتے ہو۔</w:t>
      </w:r>
    </w:p>
    <w:p>
      <w:r>
        <w:rPr>
          <w:b/>
        </w:rPr>
        <w:t xml:space="preserve">[03:27] </w:t>
      </w:r>
      <w:r>
        <w:t>yeh sab se bari baat hai jis ko insan bhoola hua hai.</w:t>
      </w:r>
    </w:p>
    <w:p>
      <w:pPr>
        <w:jc w:val="right"/>
      </w:pPr>
      <w:r>
        <w:t>یہ سب سے بڑی بات ہے جس کو انسان بھولا ہوا ہے۔</w:t>
      </w:r>
    </w:p>
    <w:p>
      <w:r>
        <w:rPr>
          <w:b/>
        </w:rPr>
        <w:t xml:space="preserve">[03:33] </w:t>
      </w:r>
      <w:r>
        <w:t>to isi ka ek item mujhe aaj mila paper mein, aaj yani 8 June ke paper mein.</w:t>
      </w:r>
    </w:p>
    <w:p>
      <w:pPr>
        <w:jc w:val="right"/>
      </w:pPr>
      <w:r>
        <w:t>تو اسی کا ایک آئٹم مجھے آج ملا پیپر میں، آج یعنی 8 جون کے پیپر میں۔</w:t>
      </w:r>
    </w:p>
    <w:p>
      <w:r>
        <w:rPr>
          <w:b/>
        </w:rPr>
        <w:t xml:space="preserve">[03:43] </w:t>
      </w:r>
      <w:r>
        <w:t>ek sahab jo film industry mein well known hain, to aaj un ka ek interview aaya hai.</w:t>
      </w:r>
    </w:p>
    <w:p>
      <w:pPr>
        <w:jc w:val="right"/>
      </w:pPr>
      <w:r>
        <w:t>ایک صاحب جو فلم انڈسٹری میں ویل نون ہیں، تو آج ان کا ایک انٹرویو آیا ہے۔</w:t>
      </w:r>
    </w:p>
    <w:p>
      <w:r>
        <w:rPr>
          <w:b/>
        </w:rPr>
        <w:t xml:space="preserve">[03:53] </w:t>
      </w:r>
      <w:r>
        <w:t>to yani 8 June ke paper mein.</w:t>
      </w:r>
    </w:p>
    <w:p>
      <w:pPr>
        <w:jc w:val="right"/>
      </w:pPr>
      <w:r>
        <w:t>تو یعنی 8 جون کے پیپر میں۔</w:t>
      </w:r>
    </w:p>
    <w:p>
      <w:r>
        <w:rPr>
          <w:b/>
        </w:rPr>
        <w:t xml:space="preserve">[03:59] </w:t>
      </w:r>
      <w:r>
        <w:t>to woh kehte hain ke: "I don't believe in God, I don't like all those rituals, I don't like to visit mandir or masjid" waghera.</w:t>
      </w:r>
    </w:p>
    <w:p>
      <w:pPr>
        <w:jc w:val="right"/>
      </w:pPr>
      <w:r>
        <w:t>تو وہ کہتے ہیں کہ: "آئی ڈونٹ بیلیو ان گاڈ، آئی ڈونٹ لائک آل دو ریچولز، آئی ڈونٹ لائک ٹو وزٹ مندر اور مسجد" وغیرہ۔</w:t>
      </w:r>
    </w:p>
    <w:p>
      <w:r>
        <w:rPr>
          <w:b/>
        </w:rPr>
        <w:t xml:space="preserve">[04:14] </w:t>
      </w:r>
      <w:r>
        <w:t>aur mujhe to apne hard work par bharosa hai. dekhen, yeh baat hai sirf youth age ki.</w:t>
      </w:r>
    </w:p>
    <w:p>
      <w:pPr>
        <w:jc w:val="right"/>
      </w:pPr>
      <w:r>
        <w:t>اور مجھے تو اپنے ہارڈ ورک پر بھروسہ ہے۔ دیکھیں، یہ بات ہے صرف یوتھ ایج کی۔</w:t>
      </w:r>
    </w:p>
    <w:p>
      <w:r>
        <w:rPr>
          <w:b/>
        </w:rPr>
        <w:t xml:space="preserve">[04:24] </w:t>
      </w:r>
      <w:r>
        <w:t>main ne zindagi ke bohat tajrube kiye hain, main boorha ho chuka hoon to bohat zyada experience maine kiya hai. youth age mein aadmi bari bari baatein karta hai.</w:t>
      </w:r>
    </w:p>
    <w:p>
      <w:pPr>
        <w:jc w:val="right"/>
      </w:pPr>
      <w:r>
        <w:t>میں نے زندگی کے بہت تجربے کیے ہیں، میں بوڑھا ہو چکا ہوں تو بہت زیادہ ایکسپیرینس میں نے کیا ہے۔ یوتھ ایج میں آدمی بڑی بڑی باتیں کرتا ہے۔</w:t>
      </w:r>
    </w:p>
    <w:p>
      <w:r>
        <w:rPr>
          <w:b/>
        </w:rPr>
        <w:t xml:space="preserve">[04:38] </w:t>
      </w:r>
      <w:r>
        <w:t>yeh nahi sochta hai ke jaise doosre boorhe hue, main bhi boorha hoonga. doosron ka accident hua, mujhe bhi ho sakta hai.</w:t>
      </w:r>
    </w:p>
    <w:p>
      <w:pPr>
        <w:jc w:val="right"/>
      </w:pPr>
      <w:r>
        <w:t>یہ نہیں سوچتا ہے کہ جیسے دوسرے بوڑھے ہوئے، میں بھی بوڑھا ہوں گا۔ دوسروں کا ایکسیڈنٹ ہوا، مجھے بھی ہو سکتا ہے۔</w:t>
      </w:r>
    </w:p>
    <w:p>
      <w:r>
        <w:rPr>
          <w:b/>
        </w:rPr>
        <w:t xml:space="preserve">[04:49] </w:t>
      </w:r>
      <w:r>
        <w:t>doosron ko koi bimari lag gayi, mujhe bhi bimari lag sakti hai. aur aakhir mein death to hona hi hona hai. to youth age ek anokhi age hoti hai, us waqt aadmi bari bari baatein karta hai.</w:t>
      </w:r>
    </w:p>
    <w:p>
      <w:pPr>
        <w:jc w:val="right"/>
      </w:pPr>
      <w:r>
        <w:t>دوسروں کو کوئی بیماری لگ گئی، مجھے بھی بیماری لگ سکتی ہے۔ اور آخر میں ڈیتھ تو ہونا ہی ہونا ہے۔ تو یوتھ ایج ایک انوکھی ایج ہوتی ہے، اس وقت آدمی بڑی بڑی باتیں کرتا ہے۔</w:t>
      </w:r>
    </w:p>
    <w:p>
      <w:r>
        <w:rPr>
          <w:b/>
        </w:rPr>
        <w:t xml:space="preserve">[05:04] </w:t>
      </w:r>
      <w:r>
        <w:t>agar woh yani aas paas logon ko dekhen kis tarah se logon ka haal hota hai, aur phir khud hum bohat se logon ko jante hain, aap bhi jante hain ke film industry mein jis mein fame hota hai aur glamour hota hai,</w:t>
      </w:r>
    </w:p>
    <w:p>
      <w:pPr>
        <w:jc w:val="right"/>
      </w:pPr>
      <w:r>
        <w:t>اگر وہ یعنی آس پاس لوگوں کو دیکھیں کس طرح سے لوگوں کا حال ہوتا ہے، اور پھر خود ہم بہت سے لوگوں کو جانتے ہیں، آپ بھی جانتے ہیں کہ فلم انڈسٹری میں جس میں فیم ہوتا ہے اور گلیمر ہوتا ہے،</w:t>
      </w:r>
    </w:p>
    <w:p>
      <w:r>
        <w:rPr>
          <w:b/>
        </w:rPr>
        <w:t xml:space="preserve">[05:26] </w:t>
      </w:r>
      <w:r>
        <w:t>to kitne hota hai? kuch saal ke liye bas, us ke baad kya hai? kuch bhi nahi.</w:t>
      </w:r>
    </w:p>
    <w:p>
      <w:pPr>
        <w:jc w:val="right"/>
      </w:pPr>
      <w:r>
        <w:t>تو کتنے ہوتا ہے؟ کچھ سال کے لیے بس، اس کے بعد کیا ہے؟ کچھ بھی نہیں۔</w:t>
      </w:r>
    </w:p>
    <w:p>
      <w:r>
        <w:rPr>
          <w:b/>
        </w:rPr>
        <w:t xml:space="preserve">[05:34] </w:t>
      </w:r>
      <w:r>
        <w:t>jaise hi in ka youth age khatm hua to na to photographer in ke peeche lagte, na media mein woh cover kiye jaate, pade rehte hain.</w:t>
      </w:r>
    </w:p>
    <w:p>
      <w:pPr>
        <w:jc w:val="right"/>
      </w:pPr>
      <w:r>
        <w:t>جیسے ہی ان کا یوتھ ایج ختم ہوا تو نہ تو فوٹوگرافر ان کے پیچھے لگتے، نہ میڈیا میں وہ کور کیے جاتے، پڑے رہتے ہیں۔</w:t>
      </w:r>
    </w:p>
    <w:p>
      <w:r>
        <w:rPr>
          <w:b/>
        </w:rPr>
        <w:t xml:space="preserve">[05:49] </w:t>
      </w:r>
      <w:r>
        <w:t>main ne khud bombay mein ek sahib ke log mujhe ek sahib ke haan le gaye jo top ke yaani filmi personality the, bohat hi top, most filmi personality.</w:t>
      </w:r>
    </w:p>
    <w:p>
      <w:pPr>
        <w:jc w:val="right"/>
      </w:pPr>
      <w:r>
        <w:t>میں نے خود بمبے میں ایک صاحب کے لوگ مجھے ایک صاحب کے ہاں لے گئے جو ٹاپ کے یعنی فلمی پرسنیلٹی تھے، بہت ہی ٹاپ، موسٹ فلمی پرسنیلٹی۔</w:t>
      </w:r>
    </w:p>
    <w:p>
      <w:r>
        <w:rPr>
          <w:b/>
        </w:rPr>
        <w:t xml:space="preserve">[06:01] </w:t>
      </w:r>
      <w:r>
        <w:t>to log mujh ko un ke ghar le gaye.</w:t>
      </w:r>
    </w:p>
    <w:p>
      <w:pPr>
        <w:jc w:val="right"/>
      </w:pPr>
      <w:r>
        <w:t>تو لوگ مجھ کو ان کے گھر لے گئے۔</w:t>
      </w:r>
    </w:p>
    <w:p>
      <w:r>
        <w:rPr>
          <w:b/>
        </w:rPr>
        <w:t xml:space="preserve">[06:04] </w:t>
      </w:r>
      <w:r>
        <w:t>is waqt kuch bhi nahi aage peeche in ke tha, woh sab jo pehle hua karta tha.</w:t>
      </w:r>
    </w:p>
    <w:p>
      <w:pPr>
        <w:jc w:val="right"/>
      </w:pPr>
      <w:r>
        <w:t>اس وقت کچھ بھی نہیں آگے پیچھے ان کے تھا، وہ سب جو پہلے ہوا کرتا تھا۔</w:t>
      </w:r>
    </w:p>
    <w:p>
      <w:r>
        <w:rPr>
          <w:b/>
        </w:rPr>
        <w:t xml:space="preserve">[06:11] </w:t>
      </w:r>
      <w:r>
        <w:t>to insaan ko chahiye ke woh farq kare youth age mein aur is ke baad jo kuch hone wala hai. agar woh aisa kar sake to bari bari baatein nahi karega.</w:t>
      </w:r>
    </w:p>
    <w:p>
      <w:pPr>
        <w:jc w:val="right"/>
      </w:pPr>
      <w:r>
        <w:t>تو انسان کو چاہیے کہ وہ فرق کرے یوتھ ایج میں اور اس کے بعد جو کچھ ہونے والا ہے۔ اگر وہ ایسا کر سکے تو بڑی بڑی باتیں نہیں کرے گا۔</w:t>
      </w:r>
    </w:p>
    <w:p>
      <w:r>
        <w:rPr>
          <w:b/>
        </w:rPr>
        <w:t xml:space="preserve">[06:25] </w:t>
      </w:r>
      <w:r>
        <w:t>woh jaane ga ke main youth age mein hoon is liye mujhe bari bari baatein samajh mein aa rahi hain.</w:t>
      </w:r>
    </w:p>
    <w:p>
      <w:pPr>
        <w:jc w:val="right"/>
      </w:pPr>
      <w:r>
        <w:t>وہ جانے گا کہ میں یوتھ ایج میں ہوں اس لیے مجھے بڑی بڑی باتیں سمجھ میں آ رہی ہیں۔</w:t>
      </w:r>
    </w:p>
    <w:p>
      <w:r>
        <w:rPr>
          <w:b/>
        </w:rPr>
        <w:t xml:space="preserve">[06:30] </w:t>
      </w:r>
      <w:r>
        <w:t>abhi accident ho jaye, abhi barhapa aa jaye, abhi bimari lag jaye, abhi blood pressure barh jaye, abhi main diabetic ho jaon, abhi mujhe cancer ho jaye.</w:t>
      </w:r>
    </w:p>
    <w:p>
      <w:pPr>
        <w:jc w:val="right"/>
      </w:pPr>
      <w:r>
        <w:t>ابھی ایکسیڈنٹ ہو جائے، ابھی بڑھاپا آ جائے، ابھی بیماری لگ جائے، ابھی بلڈ پریشر بڑھ جائے، ابھی میں ڈائبیٹک ہو جاؤں، ابھی مجھے کینسر ہو جائے۔</w:t>
      </w:r>
    </w:p>
    <w:p>
      <w:r>
        <w:rPr>
          <w:b/>
        </w:rPr>
        <w:t xml:space="preserve">[06:42] </w:t>
      </w:r>
      <w:r>
        <w:t>jaisa ke hota rehta hai, dekhte hain charon taraf. dekhen, is dunya mein sab se bari cheez, sab se bara wisdom jo hai woh modesty hai.</w:t>
      </w:r>
    </w:p>
    <w:p>
      <w:pPr>
        <w:jc w:val="right"/>
      </w:pPr>
      <w:r>
        <w:t>جیسا کہ ہوتا رہتا ہے، دیکھتے ہیں چاروں طرف۔ دیکھیں، اس دنیا میں سب سے بڑی چیز، سب سے بڑا وزڈم جو ہے وہ ماڈیسٹی ہے۔</w:t>
      </w:r>
    </w:p>
    <w:p>
      <w:r>
        <w:rPr>
          <w:b/>
        </w:rPr>
        <w:t xml:space="preserve">[06:56] </w:t>
      </w:r>
      <w:r>
        <w:t>arrogance nahi hai.</w:t>
      </w:r>
    </w:p>
    <w:p>
      <w:pPr>
        <w:jc w:val="right"/>
      </w:pPr>
      <w:r>
        <w:t>آرگینس نہیں ہے۔</w:t>
      </w:r>
    </w:p>
    <w:p>
      <w:r>
        <w:rPr>
          <w:b/>
        </w:rPr>
        <w:t xml:space="preserve">[07:00] </w:t>
      </w:r>
      <w:r>
        <w:t>sab se bara wisdom modesty hai. jis ke andar modesty hai, wohi isi ka intellectual development hoga.</w:t>
      </w:r>
    </w:p>
    <w:p>
      <w:pPr>
        <w:jc w:val="right"/>
      </w:pPr>
      <w:r>
        <w:t>سب سے بڑا وزڈم ماڈیسٹی ہے۔ جس کے اندر ماڈیسٹی ہے، وہی اسی کا انٹلیکچول ڈیولپمنٹ ہوگا۔</w:t>
      </w:r>
    </w:p>
    <w:p>
      <w:r>
        <w:rPr>
          <w:b/>
        </w:rPr>
        <w:t xml:space="preserve">[07:13] </w:t>
      </w:r>
      <w:r>
        <w:t>wohi kuch dunya mein achieve kar payega, real sense of the world mein. aur jis ke andar modesty nahi hai to stupid paida hoga, stupid marega woh.</w:t>
      </w:r>
    </w:p>
    <w:p>
      <w:pPr>
        <w:jc w:val="right"/>
      </w:pPr>
      <w:r>
        <w:t>وہی کچھ دنیا میں اچیو کر پائے گا، ریئل سینس آف دا ورلڈ میں۔ اور جس کے اندر ماڈیسٹی نہیں ہے تو اسٹیپڈ پیدا ہوگا، اسٹیپڈ مرے گا وہ۔</w:t>
      </w:r>
    </w:p>
    <w:p>
      <w:r>
        <w:rPr>
          <w:b/>
        </w:rPr>
        <w:t xml:space="preserve">[07:26] </w:t>
      </w:r>
      <w:r>
        <w:t>main ne jitne aise log dekhe hain, bohat se log dekhe hain, bohat intelligent the, lekin isi ke sath woh arrogant bhi the.</w:t>
      </w:r>
    </w:p>
    <w:p>
      <w:pPr>
        <w:jc w:val="right"/>
      </w:pPr>
      <w:r>
        <w:t>میں نے جتنے ایسے لوگ دیکھے ہیں، بہت سے لوگ دیکھے ہیں، بہت انٹیلیجنٹ تھے، لیکن اسی کے ساتھ وہ آرگٹ بھی تھے۔</w:t>
      </w:r>
    </w:p>
    <w:p>
      <w:r>
        <w:rPr>
          <w:b/>
        </w:rPr>
        <w:t xml:space="preserve">[07:36] </w:t>
      </w:r>
      <w:r>
        <w:t>to stupid paida hue, stupid mare woh. in ka koi intellectual development nahi hua.</w:t>
      </w:r>
    </w:p>
    <w:p>
      <w:pPr>
        <w:jc w:val="right"/>
      </w:pPr>
      <w:r>
        <w:t>تو اسٹیپڈ پیدا ہوئے، اسٹیپڈ مرے وہ۔ ان کا کوئی انٹلیکچول ڈیولپمنٹ نہیں ہوا۔</w:t>
      </w:r>
    </w:p>
    <w:p>
      <w:r>
        <w:rPr>
          <w:b/>
        </w:rPr>
        <w:t xml:space="preserve">[07:45] </w:t>
      </w:r>
      <w:r>
        <w:t>there is no exception.</w:t>
      </w:r>
    </w:p>
    <w:p>
      <w:pPr>
        <w:jc w:val="right"/>
      </w:pPr>
      <w:r>
        <w:t>دیر از نو ایکسیپشن۔</w:t>
      </w:r>
    </w:p>
    <w:p>
      <w:r>
        <w:rPr>
          <w:b/>
        </w:rPr>
        <w:t xml:space="preserve">[07:51] </w:t>
      </w:r>
      <w:r>
        <w:t>to yeh mera tajurba hai.</w:t>
      </w:r>
    </w:p>
    <w:p>
      <w:pPr>
        <w:jc w:val="right"/>
      </w:pPr>
      <w:r>
        <w:t>تو یہ میرا تجربہ ہے۔</w:t>
      </w:r>
    </w:p>
    <w:p>
      <w:r>
        <w:rPr>
          <w:b/>
        </w:rPr>
        <w:t xml:space="preserve">[07:53] </w:t>
      </w:r>
      <w:r>
        <w:t>ab main aaj ke, aaj ka jo hai topic. to aaj ka topic hai ideology of tauheed.</w:t>
      </w:r>
    </w:p>
    <w:p>
      <w:pPr>
        <w:jc w:val="right"/>
      </w:pPr>
      <w:r>
        <w:t>اب میں آج کے، آج کا جو ہے ٹاپک۔ تو آج کا ٹاپک ہے آئیڈیالوجی آف توحید۔</w:t>
      </w:r>
    </w:p>
    <w:p>
      <w:r>
        <w:rPr>
          <w:b/>
        </w:rPr>
        <w:t xml:space="preserve">[08:11] </w:t>
      </w:r>
      <w:r>
        <w:t>God ko lafz ko avoid kar ke main tauheed bol raha hoon kyun ke God ke sath bohat sare misconception jure hue hain.</w:t>
      </w:r>
    </w:p>
    <w:p>
      <w:pPr>
        <w:jc w:val="right"/>
      </w:pPr>
      <w:r>
        <w:t>گاڈ کو لفظ کو اوائڈ کر کے میں توحید بول رہا ہوں کیونکہ گاڈ کے ساتھ بہت سارے مس کنسیپشن جڑے ہوئے ہیں۔</w:t>
      </w:r>
    </w:p>
    <w:p>
      <w:r>
        <w:rPr>
          <w:b/>
        </w:rPr>
        <w:t xml:space="preserve">[08:20] </w:t>
      </w:r>
      <w:r>
        <w:t>tauheed jo hai woh bohat hi pure word hai. to ideology of tauheed.</w:t>
      </w:r>
    </w:p>
    <w:p>
      <w:pPr>
        <w:jc w:val="right"/>
      </w:pPr>
      <w:r>
        <w:t>توحید جو ہے وہ بہت ہی پیور ورڈ ہے۔ تو آئیڈیالوجی آف توحید۔</w:t>
      </w:r>
    </w:p>
    <w:p>
      <w:r>
        <w:rPr>
          <w:b/>
        </w:rPr>
        <w:t xml:space="preserve">[08:36] </w:t>
      </w:r>
      <w:r>
        <w:t>dekhen, log samajhte hain ke tauheed yani Khuda ko ek manna sirf ek, ek yani former sense mein ek aqeeda hai, ek belief hai.</w:t>
      </w:r>
    </w:p>
    <w:p>
      <w:pPr>
        <w:jc w:val="right"/>
      </w:pPr>
      <w:r>
        <w:t>دیکھیں، لوگ سمجھتے ہیں کہ توحید یعنی خدا کو ایک ماننا صرف ایک، ایک یعنی فارمر سینس میں ایک عقیدہ ہے، ایک بیلیف ہے۔</w:t>
      </w:r>
    </w:p>
    <w:p>
      <w:r>
        <w:rPr>
          <w:b/>
        </w:rPr>
        <w:t xml:space="preserve">[08:50] </w:t>
      </w:r>
      <w:r>
        <w:t>kalma parh liya to hum momin ban gaye. aisa nahi hai. isi liye in logon ko kehne ka moqa milta hai jin ka main ne abhi zikr kiya ke kalma parh liya to momin ban gaye, nahi parhna to momin nahi bane.</w:t>
      </w:r>
    </w:p>
    <w:p>
      <w:pPr>
        <w:jc w:val="right"/>
      </w:pPr>
      <w:r>
        <w:t>کلمہ پڑھ لیا تو ہم معاہد بن گئے۔ ایسا نہیں ہے۔ اسی لیے ان لوگوں کو کہنے کا موقع ملتا ہے جن کا میں نے ابھی ذکر کیا کہ کلمہ پڑھ لیا تو معاہد بن گئے، نہیں پڑھنا تو معاہد نہیں بنے۔</w:t>
      </w:r>
    </w:p>
    <w:p>
      <w:r>
        <w:rPr>
          <w:b/>
        </w:rPr>
        <w:t xml:space="preserve">[09:04] </w:t>
      </w:r>
      <w:r>
        <w:t>to yeh kya hua?</w:t>
      </w:r>
    </w:p>
    <w:p>
      <w:pPr>
        <w:jc w:val="right"/>
      </w:pPr>
      <w:r>
        <w:t>تو یہ کیا ہوا؟</w:t>
      </w:r>
    </w:p>
    <w:p>
      <w:r>
        <w:rPr>
          <w:b/>
        </w:rPr>
        <w:t xml:space="preserve">[09:07] </w:t>
      </w:r>
      <w:r>
        <w:t>tauheed ek discovery hai.</w:t>
      </w:r>
    </w:p>
    <w:p>
      <w:pPr>
        <w:jc w:val="right"/>
      </w:pPr>
      <w:r>
        <w:t>توحید ایک ڈسکوری ہے۔</w:t>
      </w:r>
    </w:p>
    <w:p>
      <w:r>
        <w:rPr>
          <w:b/>
        </w:rPr>
        <w:t xml:space="preserve">[09:12] </w:t>
      </w:r>
      <w:r>
        <w:t>tauheed means discovery. yaani jab aap apne bare mein, is universe ke bare mein, poori nature ke bare mein sochte hain to aap ko ek discovery hoti hai.</w:t>
      </w:r>
    </w:p>
    <w:p>
      <w:pPr>
        <w:jc w:val="right"/>
      </w:pPr>
      <w:r>
        <w:t>توحید مینز ڈسکوری۔ یعنی جب آپ اپنے بارے میں، اس یونیورس کے بارے میں، پوری نیچر کے بارے میں سوچتے ہیں تو آپ کو ایک ڈسکوری ہوتی ہے۔</w:t>
      </w:r>
    </w:p>
    <w:p>
      <w:r>
        <w:rPr>
          <w:b/>
        </w:rPr>
        <w:t xml:space="preserve">[09:28] </w:t>
      </w:r>
      <w:r>
        <w:t>yaani creation mein aap creator ko dekhte hain.</w:t>
      </w:r>
    </w:p>
    <w:p>
      <w:pPr>
        <w:jc w:val="right"/>
      </w:pPr>
      <w:r>
        <w:t>یعنی کریشن میں آپ کریٹر کو دیکھتے ہیں۔</w:t>
      </w:r>
    </w:p>
    <w:p>
      <w:r>
        <w:rPr>
          <w:b/>
        </w:rPr>
        <w:t xml:space="preserve">[09:34] </w:t>
      </w:r>
      <w:r>
        <w:t>isi ka naam tauheed hai. yaani God ek discovery hai.</w:t>
      </w:r>
    </w:p>
    <w:p>
      <w:pPr>
        <w:jc w:val="right"/>
      </w:pPr>
      <w:r>
        <w:t>اسی کا نام توحید ہے۔ یعنی گاڈ ایک ڈسکوری ہے۔</w:t>
      </w:r>
    </w:p>
    <w:p>
      <w:r>
        <w:rPr>
          <w:b/>
        </w:rPr>
        <w:t xml:space="preserve">[09:39] </w:t>
      </w:r>
      <w:r>
        <w:t>jab tak aap ko discovery ke darjay mein khuda na milay to samjhayen ke aap abhi bohat door hain. discovery ko shariat mein marifat kaha jata hai.</w:t>
      </w:r>
    </w:p>
    <w:p>
      <w:pPr>
        <w:jc w:val="right"/>
      </w:pPr>
      <w:r>
        <w:t>جب تک آپ کو ڈسکوری کے درجے میں خدا نہ ملے تو سمجھئے کہ آپ ابھی بہت دور ہیں۔ ڈسکوری کو شریعت میں معرفت کہا جاتا ہے۔</w:t>
      </w:r>
    </w:p>
    <w:p>
      <w:r>
        <w:rPr>
          <w:b/>
        </w:rPr>
        <w:t xml:space="preserve">[09:54] </w:t>
      </w:r>
      <w:r>
        <w:t>marifat. mamma marufu ibn alhaq. to discovery hi ko marifat kaha jata hai. to toheed ka aaghaz hota hai marifat se.</w:t>
      </w:r>
    </w:p>
    <w:p>
      <w:pPr>
        <w:jc w:val="right"/>
      </w:pPr>
      <w:r>
        <w:t>معرفت۔ مما عرفو ابن الحق۔ تو ڈسکوری ہی کو معرفت کہا جاتا ہے۔ تو توحید کا آغاز ہوتا ہے معرفت سے۔</w:t>
      </w:r>
    </w:p>
    <w:p>
      <w:r>
        <w:rPr>
          <w:b/>
        </w:rPr>
        <w:t xml:space="preserve">[10:08] </w:t>
      </w:r>
      <w:r>
        <w:t>yani starting point jo hai woh marifat hai. yani discovery. discovery nahi to marifat bhi nahi.</w:t>
      </w:r>
    </w:p>
    <w:p>
      <w:pPr>
        <w:jc w:val="right"/>
      </w:pPr>
      <w:r>
        <w:t>یعنی سٹارٹنگ پوائنٹ جو ہے وہ معرفت ہے۔ یعنی ڈسکوری۔ ڈسکوری نہیں تو معرفت بھی نہیں۔</w:t>
      </w:r>
    </w:p>
    <w:p>
      <w:r>
        <w:rPr>
          <w:b/>
        </w:rPr>
        <w:t xml:space="preserve">[10:18] </w:t>
      </w:r>
      <w:r>
        <w:t>to dekhen,</w:t>
      </w:r>
    </w:p>
    <w:p>
      <w:pPr>
        <w:jc w:val="right"/>
      </w:pPr>
      <w:r>
        <w:t>تو دیکھیں،</w:t>
      </w:r>
    </w:p>
    <w:p>
      <w:r>
        <w:rPr>
          <w:b/>
        </w:rPr>
        <w:t xml:space="preserve">[10:22] </w:t>
      </w:r>
      <w:r>
        <w:t>yeh baat aap achi tarah jantay hain ke man is an explanation seeking animal. insan har cheez ki tawjeeh chahta hai.</w:t>
      </w:r>
    </w:p>
    <w:p>
      <w:pPr>
        <w:jc w:val="right"/>
      </w:pPr>
      <w:r>
        <w:t>یہ بات آپ اچھی طرح جانتے ہیں کہ مین از این ایکسپلینیشن سیکنگ اینیمل۔ انسان ہر چیز کی توجیح چاہتا ہے۔</w:t>
      </w:r>
    </w:p>
    <w:p>
      <w:r>
        <w:rPr>
          <w:b/>
        </w:rPr>
        <w:t xml:space="preserve">[10:35] </w:t>
      </w:r>
      <w:r>
        <w:t>har cheez ko explain karna chahta hai.</w:t>
      </w:r>
    </w:p>
    <w:p>
      <w:pPr>
        <w:jc w:val="right"/>
      </w:pPr>
      <w:r>
        <w:t>ہر چیز کو ایکسپلین کرنا چاہتا ہے۔</w:t>
      </w:r>
    </w:p>
    <w:p>
      <w:r>
        <w:rPr>
          <w:b/>
        </w:rPr>
        <w:t xml:space="preserve">[10:39] </w:t>
      </w:r>
      <w:r>
        <w:t>to jab tak aap explain na kar len, shayad dunya aap ke liye aik puzzle jaisi rehti hai.</w:t>
      </w:r>
    </w:p>
    <w:p>
      <w:pPr>
        <w:jc w:val="right"/>
      </w:pPr>
      <w:r>
        <w:t>تو جب تک آپ ایکسپلین نہ کر لیں، شاید دنیا آپ کے لیے ایک پزل جیسی رہتی ہے۔</w:t>
      </w:r>
    </w:p>
    <w:p>
      <w:r>
        <w:rPr>
          <w:b/>
        </w:rPr>
        <w:t xml:space="preserve">[10:51] </w:t>
      </w:r>
      <w:r>
        <w:t>kuch aap unfit apne ko paatay hain dunya mein, lekin jab aap explain kar letay hain tab ja kar aap samajh paatay hain.</w:t>
      </w:r>
    </w:p>
    <w:p>
      <w:pPr>
        <w:jc w:val="right"/>
      </w:pPr>
      <w:r>
        <w:t>کچھ آپ ان فٹ اپنے کو پاتے ہیں دنیا میں، لیکن جب آپ ایکسپلین کر لیتے ہیں تب جا کر آپ سمجھ پاتے ہیں۔</w:t>
      </w:r>
    </w:p>
    <w:p>
      <w:r>
        <w:rPr>
          <w:b/>
        </w:rPr>
        <w:t xml:space="preserve">[11:07] </w:t>
      </w:r>
      <w:r>
        <w:t>to insan chahta hai apni nature jo us ki hai, cheezon ko explain karna. an unexplain world us ki samajh mein nahi aata.</w:t>
      </w:r>
    </w:p>
    <w:p>
      <w:pPr>
        <w:jc w:val="right"/>
      </w:pPr>
      <w:r>
        <w:t>تو انسان چاہتا ہے اپنی نیچر جو اس کی ہے، چیزوں کو ایکسپلین کرنا۔ ان ایکسپلین ورلڈ اس کی سمجھ میں نہیں آتا۔</w:t>
      </w:r>
    </w:p>
    <w:p>
      <w:r>
        <w:rPr>
          <w:b/>
        </w:rPr>
        <w:t xml:space="preserve">[11:18] </w:t>
      </w:r>
      <w:r>
        <w:t>yehin se shuru hoti hai discovery. ke jab aap apni is nature ko pardhiyan detay hain aur cheezon ko explain karna chahtay hain to jab aap god ko discover kartay hain,</w:t>
      </w:r>
    </w:p>
    <w:p>
      <w:pPr>
        <w:jc w:val="right"/>
      </w:pPr>
      <w:r>
        <w:t>یہیں سے شروع ہوتی ہے ڈسکوری۔ کہ جب آپ اپنی اس نیچر کو پر دھیان دیتے ہیں اور چیزوں کو ایکسپلین کرنا چاہتے ہیں تو جب آپ گاڈ کو ڈسکور کرتے ہیں،</w:t>
      </w:r>
    </w:p>
    <w:p>
      <w:r>
        <w:rPr>
          <w:b/>
        </w:rPr>
        <w:t xml:space="preserve">[11:38] </w:t>
      </w:r>
      <w:r>
        <w:t>yani before this discover, before this discovery, everything unexplain rehti hai aap ki.</w:t>
      </w:r>
    </w:p>
    <w:p>
      <w:pPr>
        <w:jc w:val="right"/>
      </w:pPr>
      <w:r>
        <w:t>یعنی بیفور دس ڈسکور، بیفور دس ڈسکوری، ایوری تھنگ ان ایکسپلین رہتی ہے آپ کی۔</w:t>
      </w:r>
    </w:p>
    <w:p>
      <w:r>
        <w:rPr>
          <w:b/>
        </w:rPr>
        <w:t xml:space="preserve">[11:48] </w:t>
      </w:r>
      <w:r>
        <w:t>khuda ki discovery se pehle sab kuch aap ko unexplain rehta hai aap ke liye. lekin jab aap khuda ki discovery kar letay hain to everything falls into place.</w:t>
      </w:r>
    </w:p>
    <w:p>
      <w:pPr>
        <w:jc w:val="right"/>
      </w:pPr>
      <w:r>
        <w:t>خدا کی ڈسکوری سے پہلے سب کچھ آپ کو ان ایکسپلین رہتا ہے آپ کے لیے۔ لیکن جب آپ خدا کی ڈسکوری کر لیتے ہیں تو ایوری تھنگ فالٹس انٹو پلیس۔</w:t>
      </w:r>
    </w:p>
    <w:p>
      <w:r>
        <w:rPr>
          <w:b/>
        </w:rPr>
        <w:t xml:space="preserve">[12:04] </w:t>
      </w:r>
      <w:r>
        <w:t>discovery ka kitna bara, yani marifat, khuda ki marifat jo hai, itni bari cheez hai ke jab aap ko yeh ho gaya to everything falls into place.</w:t>
      </w:r>
    </w:p>
    <w:p>
      <w:pPr>
        <w:jc w:val="right"/>
      </w:pPr>
      <w:r>
        <w:t>ڈسکوری کا کتنا بڑا، یعنی معرفت، خدا کی معرفت جو ہے، اتنی بڑی چیز ہے کہ جب آپ کو یہ ہو گیا تو ایوری تھنگ فالٹس انٹو پلیس۔</w:t>
      </w:r>
    </w:p>
    <w:p>
      <w:r>
        <w:rPr>
          <w:b/>
        </w:rPr>
        <w:t xml:space="preserve">[12:18] </w:t>
      </w:r>
      <w:r>
        <w:t>aik sahib, aik angrez thay, mister john butt, woh india aaye, kai baras rahay yahan par. to phir hum se contact hua un ka.</w:t>
      </w:r>
    </w:p>
    <w:p>
      <w:pPr>
        <w:jc w:val="right"/>
      </w:pPr>
      <w:r>
        <w:t>ایک صاحب، ایک انگریز تھے، مسٹر جان بٹ، وہ انڈیا آئے، کئی برس رہے یہاں پر۔ تو پھر ہم سے کنٹیکٹ ہوا ان کا۔</w:t>
      </w:r>
    </w:p>
    <w:p>
      <w:r>
        <w:rPr>
          <w:b/>
        </w:rPr>
        <w:t xml:space="preserve">[12:30] </w:t>
      </w:r>
      <w:r>
        <w:t>unhon ne hamari books parhin, un se bar bar milna hua. to jab un ko toheed ka poora gyan ho gaya, yani oneness of god ki poori meaning jaan li</w:t>
      </w:r>
    </w:p>
    <w:p>
      <w:pPr>
        <w:jc w:val="right"/>
      </w:pPr>
      <w:r>
        <w:t>انہوں نے ہماری بکس پڑھیں، ان سے بار بار ملنا ہوا۔ تو جب ان کو توحید کا پورا گیان ہو گیا، یعنی وننس آف گاڈ کی پوری میننگ جان لی</w:t>
      </w:r>
    </w:p>
    <w:p>
      <w:r>
        <w:rPr>
          <w:b/>
        </w:rPr>
        <w:t xml:space="preserve">[12:45] </w:t>
      </w:r>
      <w:r>
        <w:t>unhon ne, to unhon ne yahi kaha tha ke pehle mujhe lagta tha ke dunya aik aik haphazard, haphazard way mein hai, aik jagah hai, aik jangla hai.</w:t>
      </w:r>
    </w:p>
    <w:p>
      <w:pPr>
        <w:jc w:val="right"/>
      </w:pPr>
      <w:r>
        <w:t>انہوں نے، تو انہوں نے یہی کہا تھا کہ پہلے مجھے لگتا تھا کہ دنیا ایک ایک ہیپوزڈ، ہیپوزڈ وے میں ہے، ایک جگہ ہے، ایک جنگل ہے۔</w:t>
      </w:r>
    </w:p>
    <w:p>
      <w:r>
        <w:rPr>
          <w:b/>
        </w:rPr>
        <w:t xml:space="preserve">[12:58] </w:t>
      </w:r>
      <w:r>
        <w:t>lekin jab mein ne khuda ki discovery mujhe ho gayi to now everything falls into place. ab har cheez apni jagah par durust nazar aati hai mujhe.</w:t>
      </w:r>
    </w:p>
    <w:p>
      <w:pPr>
        <w:jc w:val="right"/>
      </w:pPr>
      <w:r>
        <w:t>لیکن جب میں نے خدا کی ڈسکوری مجھے ہو گئی تو ناؤ ایوری تھنگ فالٹس انٹو پلیس۔ اب ہر چیز اپنی جگہ پر درست نظر آتی ہے مجھے۔</w:t>
      </w:r>
    </w:p>
    <w:p>
      <w:r>
        <w:rPr>
          <w:b/>
        </w:rPr>
        <w:t xml:space="preserve">[13:09] </w:t>
      </w:r>
      <w:r>
        <w:t>to yeh hai faida</w:t>
      </w:r>
    </w:p>
    <w:p>
      <w:pPr>
        <w:jc w:val="right"/>
      </w:pPr>
      <w:r>
        <w:t>تو یہ ہے فائدہ</w:t>
      </w:r>
    </w:p>
    <w:p>
      <w:r>
        <w:rPr>
          <w:b/>
        </w:rPr>
        <w:t xml:space="preserve">[13:14] </w:t>
      </w:r>
      <w:r>
        <w:t>is baat ka ke aap</w:t>
      </w:r>
    </w:p>
    <w:p>
      <w:pPr>
        <w:jc w:val="right"/>
      </w:pPr>
      <w:r>
        <w:t>اس بات کا کہ آپ</w:t>
      </w:r>
    </w:p>
    <w:p>
      <w:r>
        <w:rPr>
          <w:b/>
        </w:rPr>
        <w:t xml:space="preserve">[13:18] </w:t>
      </w:r>
      <w:r>
        <w:t>khuda ko discover kar saken.</w:t>
      </w:r>
    </w:p>
    <w:p>
      <w:pPr>
        <w:jc w:val="right"/>
      </w:pPr>
      <w:r>
        <w:t>خدا کو ڈسکور کر سکیں۔</w:t>
      </w:r>
    </w:p>
    <w:p>
      <w:r>
        <w:rPr>
          <w:b/>
        </w:rPr>
        <w:t xml:space="preserve">[13:25] </w:t>
      </w:r>
      <w:r>
        <w:t>yahan mein aap ko yeh batana chahoon ga ke insan ki jo history hai, poori history, poori history, woh do bhagon mein taqseem hai.</w:t>
      </w:r>
    </w:p>
    <w:p>
      <w:pPr>
        <w:jc w:val="right"/>
      </w:pPr>
      <w:r>
        <w:t>یہاں میں آپ کو یہ بتانا چاہوں گا کہ انسان کی جو ہسٹری ہے، پوری ہسٹری، پوری ہسٹری، وہ دو بھاگوں میں تقسیم ہے۔</w:t>
      </w:r>
    </w:p>
    <w:p>
      <w:r>
        <w:rPr>
          <w:b/>
        </w:rPr>
        <w:t xml:space="preserve">[13:39] </w:t>
      </w:r>
      <w:r>
        <w:t>aik hai pre islamic era aur aik post islamic era. dekhen, islam se pehle kya tha? kingship ka zamana tha.</w:t>
      </w:r>
    </w:p>
    <w:p>
      <w:pPr>
        <w:jc w:val="right"/>
      </w:pPr>
      <w:r>
        <w:t>ایک ہے پری اسلامک ایرا اور ایک پوسٹ اسلامک ایرا۔ دیکھیں، اسلام سے پہلے کیا تھا؟ کنگ شپ کا زمانہ تھا۔</w:t>
      </w:r>
    </w:p>
    <w:p>
      <w:r>
        <w:rPr>
          <w:b/>
        </w:rPr>
        <w:t xml:space="preserve">[13:50] </w:t>
      </w:r>
      <w:r>
        <w:t>hazaron hazaron saal se dunya mein king hua karte thay har jagah.</w:t>
      </w:r>
    </w:p>
    <w:p>
      <w:pPr>
        <w:jc w:val="right"/>
      </w:pPr>
      <w:r>
        <w:t>ہزاروں ہزاروں سال سے دنیا میں کنگ ہوا کرتے تھے ہر جگہ۔</w:t>
      </w:r>
    </w:p>
    <w:p>
      <w:r>
        <w:rPr>
          <w:b/>
        </w:rPr>
        <w:t xml:space="preserve">[13:58] </w:t>
      </w:r>
      <w:r>
        <w:t>kahin king, kahin emperor, kahin raja. isi se dunya bhari hui thi. is zamane mein kya tha?</w:t>
      </w:r>
    </w:p>
    <w:p>
      <w:pPr>
        <w:jc w:val="right"/>
      </w:pPr>
      <w:r>
        <w:t>کہیں کنگ، کہیں ایمپرر، کہیں راجہ۔ اسی سے دنیا بھری ہوئی تھی۔ اس زمانے میں کیا تھا؟</w:t>
      </w:r>
    </w:p>
    <w:p>
      <w:r>
        <w:rPr>
          <w:b/>
        </w:rPr>
        <w:t xml:space="preserve">[14:08] </w:t>
      </w:r>
      <w:r>
        <w:t>kuch badshahon ko, jaise alexander tha, us ko kaha jata hai alexander the great. lekin har king jo hai, great hi samjha jata tha, so alexander nahi.</w:t>
      </w:r>
    </w:p>
    <w:p>
      <w:pPr>
        <w:jc w:val="right"/>
      </w:pPr>
      <w:r>
        <w:t>کچھ بادشاہوں کو، جیسے الیگزینڈر تھا، اس کو کہا جاتا ہے الیگزینڈر دی گریٹ۔ لیکن ہر کنگ جو ہے، گریٹ ہی سمجھا جاتا تھا، سو الیگزینڈر نہیں۔</w:t>
      </w:r>
    </w:p>
    <w:p>
      <w:r>
        <w:rPr>
          <w:b/>
        </w:rPr>
        <w:t xml:space="preserve">[14:19] </w:t>
      </w:r>
      <w:r>
        <w:t>yani Alexander the Great jo hai, us ke naam ke saath jud gaya hai. lekin jitne bhi king hue hain, to king is the great, yani understand tha un ke liye.</w:t>
      </w:r>
    </w:p>
    <w:p>
      <w:pPr>
        <w:jc w:val="right"/>
      </w:pPr>
      <w:r>
        <w:t>یعنی الیگزینڈر دا گریٹ جو ہے، اس کے نام کے ساتھ جڑ گیا ہے۔ لیکن جتنے بھی کنگ ہوئے ہیں، تو کنگ از دا گریٹ، یعنی انڈرسٹڈ تھا ان کے لیے۔</w:t>
      </w:r>
    </w:p>
    <w:p>
      <w:r>
        <w:rPr>
          <w:b/>
        </w:rPr>
        <w:t xml:space="preserve">[14:31] </w:t>
      </w:r>
      <w:r>
        <w:t>to king ko bara manna aur saare logon ka chhota ho jana,</w:t>
      </w:r>
    </w:p>
    <w:p>
      <w:pPr>
        <w:jc w:val="right"/>
      </w:pPr>
      <w:r>
        <w:t>تو کنگ کو بڑا ماننا اور سارے لوگوں کا چھوٹا ہو جانا،</w:t>
      </w:r>
    </w:p>
    <w:p>
      <w:r>
        <w:rPr>
          <w:b/>
        </w:rPr>
        <w:t xml:space="preserve">[14:38] </w:t>
      </w:r>
      <w:r>
        <w:t>yeh thi poori history. yani equality thi hi nahi duniya mein kabhi.</w:t>
      </w:r>
    </w:p>
    <w:p>
      <w:pPr>
        <w:jc w:val="right"/>
      </w:pPr>
      <w:r>
        <w:t>یہ تھی پوری ہسٹری۔ یعنی ایکولٹی تھی ہی نہیں دنیا میں کبھی۔</w:t>
      </w:r>
    </w:p>
    <w:p>
      <w:r>
        <w:rPr>
          <w:b/>
        </w:rPr>
        <w:t xml:space="preserve">[14:46] </w:t>
      </w:r>
      <w:r>
        <w:t>king bara hai, hum chhote hain. yani ruler aur rolled, king aur subject, hakim aur mahkoom.</w:t>
      </w:r>
    </w:p>
    <w:p>
      <w:pPr>
        <w:jc w:val="right"/>
      </w:pPr>
      <w:r>
        <w:t>کنگ بڑا ہے، ہم چھوٹے ہیں۔ یعنی رولر اور رولڈ، کنگ اور سبجیکٹ، حاکم اور محکوم۔</w:t>
      </w:r>
    </w:p>
    <w:p>
      <w:r>
        <w:rPr>
          <w:b/>
        </w:rPr>
        <w:t xml:space="preserve">[14:56] </w:t>
      </w:r>
      <w:r>
        <w:t>is mein bati hui thi saari insan, saari histories.</w:t>
      </w:r>
    </w:p>
    <w:p>
      <w:pPr>
        <w:jc w:val="right"/>
      </w:pPr>
      <w:r>
        <w:t>اس میں بٹی ہوئی تھی ساری انسان، ساری ہسٹریز۔</w:t>
      </w:r>
    </w:p>
    <w:p>
      <w:r>
        <w:rPr>
          <w:b/>
        </w:rPr>
        <w:t xml:space="preserve">[15:02] </w:t>
      </w:r>
      <w:r>
        <w:t>islam ne pehli baar duniya mein equality laya. islam isi liye india ke mashhoor jo scholar bhi the, bahut hi spiritual personality the, swami vivekanand.</w:t>
      </w:r>
    </w:p>
    <w:p>
      <w:pPr>
        <w:jc w:val="right"/>
      </w:pPr>
      <w:r>
        <w:t>اسلام نے پہلی بار دنیا میں ایکولٹی لایا۔ اسلام اسی لیے انڈیا کے مشہور جو اسکالر بھی تھے، بہت ہی سپریچول پرسنیلٹی تھے، سوامی ویویکانند۔</w:t>
      </w:r>
    </w:p>
    <w:p>
      <w:r>
        <w:rPr>
          <w:b/>
        </w:rPr>
        <w:t xml:space="preserve">[15:19] </w:t>
      </w:r>
      <w:r>
        <w:t>to unhone likha hai ke is ko mante hue, is ko acknowledge karte hue ke barabari aur masawat jo hai, history mein pehli baar islam le aaya tha.</w:t>
      </w:r>
    </w:p>
    <w:p>
      <w:pPr>
        <w:jc w:val="right"/>
      </w:pPr>
      <w:r>
        <w:t>تو انہوں نے لکھا ہے کہ اس کو مانتے ہوئے، اس کو اکنالج کرتے ہوئے کہ برابری اور مساوات جو ہے، ہسٹری میں پہلی بار اسلام لے آیا تھا۔</w:t>
      </w:r>
    </w:p>
    <w:p>
      <w:r>
        <w:rPr>
          <w:b/>
        </w:rPr>
        <w:t xml:space="preserve">[15:29] </w:t>
      </w:r>
      <w:r>
        <w:t>to unhone likha hai ke if ever any religion approach to this equality, it was islam and islam alone.</w:t>
      </w:r>
    </w:p>
    <w:p>
      <w:pPr>
        <w:jc w:val="right"/>
      </w:pPr>
      <w:r>
        <w:t>تو انہوں نے لکھا ہے کہ اف ایور اینی ریلیجن اپروچ ٹو دس ایکولٹی، اٹ واز اسلام اینڈ اسلام الون۔</w:t>
      </w:r>
    </w:p>
    <w:p>
      <w:r>
        <w:rPr>
          <w:b/>
        </w:rPr>
        <w:t xml:space="preserve">[15:45] </w:t>
      </w:r>
      <w:r>
        <w:t>to yeh kaise hua? yeh baat swami vikran nahi bata paye is mein ke kaise aisa hua ke islam hi pehla system tha jo duniya mein equality laya, masawat laya.</w:t>
      </w:r>
    </w:p>
    <w:p>
      <w:pPr>
        <w:jc w:val="right"/>
      </w:pPr>
      <w:r>
        <w:t>تو یہ کیسے ہوا؟ یہ بات سوامی وگران نہیں بتا پائے اس میں کہ کیسے ایسا ہوا کہ اسلام ہی پہلا سسٹم تھا جو دنیا میں ایکولٹی لایا، مساوات لایا۔</w:t>
      </w:r>
    </w:p>
    <w:p>
      <w:r>
        <w:rPr>
          <w:b/>
        </w:rPr>
        <w:t xml:space="preserve">[15:59] </w:t>
      </w:r>
      <w:r>
        <w:t>to is ke bare mein main kuch arz karna chahunga. to jaisa ke maine arz kiya ke badshahon ke bare mein yeh maan liya gaya tha ke yeh to bare hain.</w:t>
      </w:r>
    </w:p>
    <w:p>
      <w:pPr>
        <w:jc w:val="right"/>
      </w:pPr>
      <w:r>
        <w:t>تو اس کے بارے میں میں کچھ عرض کرنا چاہوں گا۔ تو جیسا کہ میں نے عرض کیا کہ بادشاہوں کے بارے میں یہ مان لیا گیا تھا کہ یہ تو بڑے ہیں۔</w:t>
      </w:r>
    </w:p>
    <w:p>
      <w:r>
        <w:rPr>
          <w:b/>
        </w:rPr>
        <w:t xml:space="preserve">[16:12] </w:t>
      </w:r>
      <w:r>
        <w:t>aap jante hain ke jo british king jo hota hai, us ke bare mein kaha jata hai ke da king can do no wrong.</w:t>
      </w:r>
    </w:p>
    <w:p>
      <w:pPr>
        <w:jc w:val="right"/>
      </w:pPr>
      <w:r>
        <w:t>آپ جانتے ہیں کہ جو برٹش کنگ جو ہوتا ہے، اس کے بارے میں کہا جاتا ہے کہ دا کنگ کین ڈو نو رونگ۔</w:t>
      </w:r>
    </w:p>
    <w:p>
      <w:r>
        <w:rPr>
          <w:b/>
        </w:rPr>
        <w:t xml:space="preserve">[16:24] </w:t>
      </w:r>
      <w:r>
        <w:t>ke wahan par yeh mana jata hai ke king aur queen ke bare mein ke da king can do no wrong. lekin yeh british king ki baat nahi hai.</w:t>
      </w:r>
    </w:p>
    <w:p>
      <w:pPr>
        <w:jc w:val="right"/>
      </w:pPr>
      <w:r>
        <w:t>کہ وہاں پر یہ مانا جاتا ہے کہ کنگ اور کوئن کے بارے میں کہ دا کنگ کین ڈو نو رونگ۔ لیکن یہ برٹش کنگ کی بات نہیں ہے۔</w:t>
      </w:r>
    </w:p>
    <w:p>
      <w:r>
        <w:rPr>
          <w:b/>
        </w:rPr>
        <w:t xml:space="preserve">[16:33] </w:t>
      </w:r>
      <w:r>
        <w:t>hamesha yahi tha, har king ke bare mein aise hi tha ke da king can do no wrong. to ghalati insan karta hai, lekin badshah ghalati nahi karta.</w:t>
      </w:r>
    </w:p>
    <w:p>
      <w:pPr>
        <w:jc w:val="right"/>
      </w:pPr>
      <w:r>
        <w:t>ہمیشہ یہی تھا، ہر کنگ کے بارے میں ایسے ہی تھا کہ دا کنگ کین ڈو نو رونگ۔ تو غلطی انسان کرتا ہے، لیکن بادشاہ غلطی نہیں کرتا۔</w:t>
      </w:r>
    </w:p>
    <w:p>
      <w:r>
        <w:rPr>
          <w:b/>
        </w:rPr>
        <w:t xml:space="preserve">[16:47] </w:t>
      </w:r>
      <w:r>
        <w:t>to jo judgment de de, woh sahi hai.</w:t>
      </w:r>
    </w:p>
    <w:p>
      <w:pPr>
        <w:jc w:val="right"/>
      </w:pPr>
      <w:r>
        <w:t>تو جو ججمنٹ دے دے، وہ صحیح ہے۔</w:t>
      </w:r>
    </w:p>
    <w:p>
      <w:r>
        <w:rPr>
          <w:b/>
        </w:rPr>
        <w:t xml:space="preserve">[16:51] </w:t>
      </w:r>
      <w:r>
        <w:t>is tarah se insaniyat bati hui thi king mein aur doosron mein.</w:t>
      </w:r>
    </w:p>
    <w:p>
      <w:pPr>
        <w:jc w:val="right"/>
      </w:pPr>
      <w:r>
        <w:t>اس طرح سے انسانیت بٹی ہوئی تھی کنگ میں اور دوسروں میں۔</w:t>
      </w:r>
    </w:p>
    <w:p>
      <w:r>
        <w:rPr>
          <w:b/>
        </w:rPr>
        <w:t xml:space="preserve">[17:02] </w:t>
      </w:r>
      <w:r>
        <w:t>king ko samajh liya tha great, baqi log sab us ke muqable mein chhote the.</w:t>
      </w:r>
    </w:p>
    <w:p>
      <w:pPr>
        <w:jc w:val="right"/>
      </w:pPr>
      <w:r>
        <w:t>کنگ کو سمجھ لیا تھا گریٹ، باقی لوگ سب اس کے مقابلے میں چھوٹے تھے۔</w:t>
      </w:r>
    </w:p>
    <w:p>
      <w:r>
        <w:rPr>
          <w:b/>
        </w:rPr>
        <w:t xml:space="preserve">[17:09] </w:t>
      </w:r>
      <w:r>
        <w:t>yeh jo badshahat ka nizam tha, yani kingship ka jo yeh tha, yeh pehli baar islam ne khatam kiya.</w:t>
      </w:r>
    </w:p>
    <w:p>
      <w:pPr>
        <w:jc w:val="right"/>
      </w:pPr>
      <w:r>
        <w:t>یہ جو بادشاہت کا نظام تھا، یعنی کنگ شپ کا جو یہ تھا، یہ پہلی بار اسلام نے ختم کیا۔</w:t>
      </w:r>
    </w:p>
    <w:p>
      <w:r>
        <w:rPr>
          <w:b/>
        </w:rPr>
        <w:t xml:space="preserve">[17:23] </w:t>
      </w:r>
      <w:r>
        <w:t>pehli baar aisa hua ke king ki greatness ki jagah khuda ki greatness history mein aayi islam ke zariye.</w:t>
      </w:r>
    </w:p>
    <w:p>
      <w:pPr>
        <w:jc w:val="right"/>
      </w:pPr>
      <w:r>
        <w:t>پہلی بار ایسا ہوا کہ کنگ کی گریٹنس کی جگہ خدا کی گریٹنس ہسٹری میں آئی اسلام کے ذریعے۔</w:t>
      </w:r>
    </w:p>
    <w:p>
      <w:r>
        <w:rPr>
          <w:b/>
        </w:rPr>
        <w:t xml:space="preserve">[17:35] </w:t>
      </w:r>
      <w:r>
        <w:t>is ko</w:t>
      </w:r>
    </w:p>
    <w:p>
      <w:pPr>
        <w:jc w:val="right"/>
      </w:pPr>
      <w:r>
        <w:t>اس کو</w:t>
      </w:r>
    </w:p>
    <w:p>
      <w:r>
        <w:rPr>
          <w:b/>
        </w:rPr>
        <w:t xml:space="preserve">[17:40] </w:t>
      </w:r>
      <w:r>
        <w:t>ek dilchasp baat mujhe yaad aayi ke pehle zamane mein, yani woh zamana bahut baad tak chalta raha, yani rawayati tor par ke khuda ko bahut hi ek reduced,</w:t>
      </w:r>
    </w:p>
    <w:p>
      <w:pPr>
        <w:jc w:val="right"/>
      </w:pPr>
      <w:r>
        <w:t>ایک دلچسپ بات مجھے یاد آئی کہ پہلے زمانے میں، یعنی وہ زمانہ بہت بعد تک چلتا رہا، یعنی روایتی طور پر کہ خدا کو بہت ہی ایک ریڈیوسڈ،</w:t>
      </w:r>
    </w:p>
    <w:p>
      <w:r>
        <w:rPr>
          <w:b/>
        </w:rPr>
        <w:t xml:space="preserve">[17:57] </w:t>
      </w:r>
      <w:r>
        <w:t>khuda ka ek reduced version logon ko pata tha. khuda ki greatness pata nahi thi logon ko.</w:t>
      </w:r>
    </w:p>
    <w:p>
      <w:pPr>
        <w:jc w:val="right"/>
      </w:pPr>
      <w:r>
        <w:t>خدا کا ایک ریڈیوسڈ ورژن لوگوں کو پتہ تھا۔ خدا کی گریٹنس پتہ نہیں تھی لوگوں کو۔</w:t>
      </w:r>
    </w:p>
    <w:p>
      <w:r>
        <w:rPr>
          <w:b/>
        </w:rPr>
        <w:t xml:space="preserve">[18:04] </w:t>
      </w:r>
      <w:r>
        <w:t>jaise ek dilchasp lateefa hai ke awadh ki jo saltanat thi, jis ka capital city tha lucknow, to wahan par ek baar famine pada qahd aur log bahut zyada pareshan ho gaye.</w:t>
      </w:r>
    </w:p>
    <w:p>
      <w:pPr>
        <w:jc w:val="right"/>
      </w:pPr>
      <w:r>
        <w:t>جیسے ایک دلچسپ لطیفہ ہے کہ اود کی جو سلطنت تھی، جس کا کیپیٹل سٹی تھا لکھنو، تو وہاں پر ایک بار فیمین پڑا قہد اور لوگ بہت زیادہ پریشان ہو گئے۔</w:t>
      </w:r>
    </w:p>
    <w:p>
      <w:r>
        <w:rPr>
          <w:b/>
        </w:rPr>
        <w:t xml:space="preserve">[18:22] </w:t>
      </w:r>
      <w:r>
        <w:t>to wahan jo us waqt nawab tha, asaf ud daulah, us ne ek bahut bada kaam share kiya. imam bara, agar aap gaye hon lucknow to ek bahut bada imam bara wahan par hai.</w:t>
      </w:r>
    </w:p>
    <w:p>
      <w:pPr>
        <w:jc w:val="right"/>
      </w:pPr>
      <w:r>
        <w:t>تو وہاں جو اس وقت نواب تھا، اسود دولہ، اس نے ایک بہت بڑا کام شیئر دیا۔ امام باڑا، اگر آپ گئے ہوں لکھنو تو ایک بہت بڑا امام باڑا وہاں پر ہے۔</w:t>
      </w:r>
    </w:p>
    <w:p>
      <w:r>
        <w:rPr>
          <w:b/>
        </w:rPr>
        <w:t xml:space="preserve">[18:34] </w:t>
      </w:r>
      <w:r>
        <w:t>woh banwaya gaya tha isi famine ke zamane mein taake logon ko woh rozgar mile, employment mile. jo log kaam karte the, un ko paisa milta tha.</w:t>
      </w:r>
    </w:p>
    <w:p>
      <w:pPr>
        <w:jc w:val="right"/>
      </w:pPr>
      <w:r>
        <w:t>وہ بنوایا گیا تھا اسی فیمین کے زمانے میں تاکہ لوگوں کو وہ روزگار ملے، ایمپلائمنٹ ملے۔ جو لوگ کام کرتے تھے، ان کو پیسہ ملتا تھا۔</w:t>
      </w:r>
    </w:p>
    <w:p>
      <w:r>
        <w:rPr>
          <w:b/>
        </w:rPr>
        <w:t xml:space="preserve">[18:45] </w:t>
      </w:r>
      <w:r>
        <w:t>to us zamane mein yeh wahan par mashhoor ho gaya tha ke jis ko na mila, us ko de asaf ud daulah. yani khuda ka kitna reduced, yani version tha logon ki nazar mein.</w:t>
      </w:r>
    </w:p>
    <w:p>
      <w:pPr>
        <w:jc w:val="right"/>
      </w:pPr>
      <w:r>
        <w:t>تو اس زمانے میں یہ وہاں پر مشہور ہو گیا تھا کہ جس کو ند مولا، اس کو دے اسود دولہ۔ یعنی خدا کا کتنا ریڈیوسڈ، یعنی ورژن تھا لوگوں کی نظر میں۔</w:t>
      </w:r>
    </w:p>
    <w:p>
      <w:r>
        <w:rPr>
          <w:b/>
        </w:rPr>
        <w:t xml:space="preserve">[19:02] </w:t>
      </w:r>
      <w:r>
        <w:t>jis ko nad molla, us ko de aswad dolah. poori poori history mein yeh chhaya raha hai kingship ka concept ke bara to king hota hai, khuda kya hai?</w:t>
      </w:r>
    </w:p>
    <w:p>
      <w:pPr>
        <w:jc w:val="right"/>
      </w:pPr>
      <w:r>
        <w:t>جس کو ند مولا، اس کو دے اسود دولہ۔ پوری پوری ہسٹری میں یہ چھایا رہا ہے کنگ شپ کا کانسیپٹ کہ بڑا تو کنگ ہوتا ہے، خدا کیا ہے؟</w:t>
      </w:r>
    </w:p>
    <w:p>
      <w:r>
        <w:rPr>
          <w:b/>
        </w:rPr>
        <w:t xml:space="preserve">[19:12] </w:t>
      </w:r>
      <w:r>
        <w:t>khuda to chhota bara kuch hai. to yeh dekhen, aap jante hain ke jo prophet of islam the, un ke predictions hain bible mein.</w:t>
      </w:r>
    </w:p>
    <w:p>
      <w:pPr>
        <w:jc w:val="right"/>
      </w:pPr>
      <w:r>
        <w:t>خدا تو چھوٹا بڑا کچھ ہے۔ تو یہ دیکھیں، آپ جانتے ہیں کہ جو پرافٹ آف اسلام تھے، ان کے پریڈکشنز ہیں بائبل میں۔</w:t>
      </w:r>
    </w:p>
    <w:p>
      <w:r>
        <w:rPr>
          <w:b/>
        </w:rPr>
        <w:t xml:space="preserve">[19:28] </w:t>
      </w:r>
      <w:r>
        <w:t>main ne woh predictions ekatha kiye hain. meri aik kitaab hai "zahoor islam". zahoor islam mein main ne is ko aik chapter mein ekatha kiya hai ke bible mein kya kya predictions hain, peshin goi'an prophet of islam ke baray mein.</w:t>
      </w:r>
    </w:p>
    <w:p>
      <w:pPr>
        <w:jc w:val="right"/>
      </w:pPr>
      <w:r>
        <w:t>میں نے وہ پریڈکشنز اکٹھا کیے ہیں۔ میری ایک کتاب ہے "ظہور اسلام"۔ ظہور اسلام میں میں نے اس کو ایک چیپٹر میں اکٹھا کیا ہے کہ بائبل میں کیا کیا پریڈکشنز ہیں، پیشین گوئیاں پرافٹ آف اسلام کے بارے میں۔</w:t>
      </w:r>
    </w:p>
    <w:p>
      <w:r>
        <w:rPr>
          <w:b/>
        </w:rPr>
        <w:t xml:space="preserve">[19:44] </w:t>
      </w:r>
      <w:r>
        <w:t>to isi wajah se dekhen, jo old testament hai, old, is ka chapter 35, jis ko kehte hain "habqoq".</w:t>
      </w:r>
    </w:p>
    <w:p>
      <w:pPr>
        <w:jc w:val="right"/>
      </w:pPr>
      <w:r>
        <w:t>تو اسی وجہ سے دیکھیں، جو اولڈ ٹیسٹمنٹ ہے، اولڈ، اس کا چیپٹر 35، جس کو کہتے ہیں "حبقوق"۔</w:t>
      </w:r>
    </w:p>
    <w:p>
      <w:r>
        <w:rPr>
          <w:b/>
        </w:rPr>
        <w:t xml:space="preserve">[19:55] </w:t>
      </w:r>
      <w:r>
        <w:t>habqoq, h a b a double k u k, yeh 35 chapter hai.</w:t>
      </w:r>
    </w:p>
    <w:p>
      <w:pPr>
        <w:jc w:val="right"/>
      </w:pPr>
      <w:r>
        <w:t>حبقوق، ایچ اے بی اے ڈبل کے یو کے، یہ 35 چیپٹر ہے۔</w:t>
      </w:r>
    </w:p>
    <w:p>
      <w:r>
        <w:rPr>
          <w:b/>
        </w:rPr>
        <w:t xml:space="preserve">[20:04] </w:t>
      </w:r>
      <w:r>
        <w:t>is mein yeh hai, abhi bhi aap parh sakte hain ke "and the ever and the ever lasting mountains were scattered".</w:t>
      </w:r>
    </w:p>
    <w:p>
      <w:pPr>
        <w:jc w:val="right"/>
      </w:pPr>
      <w:r>
        <w:t>اس میں یہ ہے، ابھی بھی آپ پڑھ سکتے ہیں کہ "اینڈ دا ایور اینڈ دا ایور لاسٹنگ ماؤنٹینز ویئر اسکیٹرڈ"۔</w:t>
      </w:r>
    </w:p>
    <w:p>
      <w:r>
        <w:rPr>
          <w:b/>
        </w:rPr>
        <w:t xml:space="preserve">[20:18] </w:t>
      </w:r>
      <w:r>
        <w:t>"and the ever lasting mountains were scattered". yani urdu mein is ko kahen ge ke abadi pahar reza reza ho gaye.</w:t>
      </w:r>
    </w:p>
    <w:p>
      <w:pPr>
        <w:jc w:val="right"/>
      </w:pPr>
      <w:r>
        <w:t>"اینڈ دا ایور لاسٹنگ ماؤنٹینز ویئر اسکیٹرڈ"۔ یعنی اردو میں اس کو کہیں گے کہ ابدی پہاڑ ریزہ ریزہ ہو گئے۔</w:t>
      </w:r>
    </w:p>
    <w:p>
      <w:r>
        <w:rPr>
          <w:b/>
        </w:rPr>
        <w:t xml:space="preserve">[20:30] </w:t>
      </w:r>
      <w:r>
        <w:t>yahan par ever lasting mountains se murad yeh kingship hai, jo chali aa rahi thi hazaron saal se. koi is ko tor nahin sakta tha kyunke woh culture mein shamil ho gayi thi.</w:t>
      </w:r>
    </w:p>
    <w:p>
      <w:pPr>
        <w:jc w:val="right"/>
      </w:pPr>
      <w:r>
        <w:t>یہاں پر ایور لاسٹنگ ماؤنٹینز سے مراد یہ کنگ شپ ہے، جو چلی آ رہی تھی ہزاروں سال سے۔ کوئی اس کو توڑ نہیں سکتا تھا کیونکہ وہ کلچر میں شامل ہو گئی تھی۔</w:t>
      </w:r>
    </w:p>
    <w:p>
      <w:r>
        <w:rPr>
          <w:b/>
        </w:rPr>
        <w:t xml:space="preserve">[20:45] </w:t>
      </w:r>
      <w:r>
        <w:t>woh logon ka, logon ka jo mindset waisay hi ban gaya tha. isi mein log conditioned ho gaye the. log conditioned ho gaye the ke badshah to bara hi hota hai, hum hum to chhotay hain is ke muqable mein.</w:t>
      </w:r>
    </w:p>
    <w:p>
      <w:pPr>
        <w:jc w:val="right"/>
      </w:pPr>
      <w:r>
        <w:t>وہ لوگوں کا، لوگوں کا جو مائنڈ سیٹ ویسے ہی بن گیا تھا۔ اسی میں لوگ کنڈیشنڈ ہو گئے تھے۔ لوگ کنڈیشنڈ ہو گئے تھے کہ بادشاہ تو بڑا ہی ہوتا ہے، ہم ہم تو چھوٹے ہیں اس کے مقابلے میں۔</w:t>
      </w:r>
    </w:p>
    <w:p>
      <w:r>
        <w:rPr>
          <w:b/>
        </w:rPr>
        <w:t xml:space="preserve">[21:01] </w:t>
      </w:r>
      <w:r>
        <w:t>to is mein peshin goi hai, prediction hai ke aik aanay wala aaye ga jo is mountain ko reza reza kar de ga. "the ever lasting mountains were scattered" woh waqea hua hai is baat ko ke islam ke zariye se aik bohat bari baat hui, kingship ke system ko tora gaya.</w:t>
      </w:r>
    </w:p>
    <w:p>
      <w:pPr>
        <w:jc w:val="right"/>
      </w:pPr>
      <w:r>
        <w:t>تو اس میں پیشین گوئی ہے، پریڈکشن ہے کہ ایک آنے والا آئے گا جو اس ماؤنٹین کو ریزہ ریزہ کر دے گا۔ "دا ایور لاسٹنگ ماؤنٹینز ویئر اسکیٹرڈ" وہ واقعہ ہوا ہے اس بات کو کہ اسلام کے ذریعے سے ایک بہت بڑی بات ہوئی، کنگ شپ کے سسٹم کو توڑا گیا۔</w:t>
      </w:r>
    </w:p>
    <w:p>
      <w:r>
        <w:rPr>
          <w:b/>
        </w:rPr>
        <w:t xml:space="preserve">[21:30] </w:t>
      </w:r>
      <w:r>
        <w:t>badqismati se hamare muslim murakhin bhi is ko discover nahin kar sakay. is is bari baat ko, is baat ko pehli bar main ne parha is ko henry pren ki kitabon mein.</w:t>
      </w:r>
    </w:p>
    <w:p>
      <w:pPr>
        <w:jc w:val="right"/>
      </w:pPr>
      <w:r>
        <w:t>بدقسمتی سے ہمارے مسلم مورخین بھی اس کو ڈسکور نہیں کر سکے۔ اس اس بڑی بات کو، اس بات کو پہلی بار میں نے پڑھا اس کو ہینری پرین کی کتابوں میں۔</w:t>
      </w:r>
    </w:p>
    <w:p>
      <w:r>
        <w:rPr>
          <w:b/>
        </w:rPr>
        <w:t xml:space="preserve">[21:42] </w:t>
      </w:r>
      <w:r>
        <w:t>henry pren france ka aik historian hai, bohat top ka historian hai. henry pren, is ki kitaben french mein hain, english mein is ke translation hue hain.</w:t>
      </w:r>
    </w:p>
    <w:p>
      <w:pPr>
        <w:jc w:val="right"/>
      </w:pPr>
      <w:r>
        <w:t>ہینری پرین فرانس کا ایک ہسٹورین ہے، بہت ٹاپ کا ہسٹورین ہے۔ ہینری پرین، اس کی کتابیں فرنچ میں ہیں، انگلش میں اس کے ٹرانسلیشن ہوئے ہیں۔</w:t>
      </w:r>
    </w:p>
    <w:p>
      <w:r>
        <w:rPr>
          <w:b/>
        </w:rPr>
        <w:t xml:space="preserve">[21:55] </w:t>
      </w:r>
      <w:r>
        <w:t>is ne is baat ko point out kiya hai.</w:t>
      </w:r>
    </w:p>
    <w:p>
      <w:pPr>
        <w:jc w:val="right"/>
      </w:pPr>
      <w:r>
        <w:t>اس نے اس بات کو پوائنٹ آؤٹ کیا ہے۔</w:t>
      </w:r>
    </w:p>
    <w:p>
      <w:r>
        <w:rPr>
          <w:b/>
        </w:rPr>
        <w:t xml:space="preserve">[21:59] </w:t>
      </w:r>
      <w:r>
        <w:t>mujhe hairani hoti hai ke muslim historian jis baat ko na pakar paye kyunke muslim historian jeete hain pride mein.</w:t>
      </w:r>
    </w:p>
    <w:p>
      <w:pPr>
        <w:jc w:val="right"/>
      </w:pPr>
      <w:r>
        <w:t>مجھے حیرانی ہوتی ہے کہ مسلم ہسٹورین جس بات کو نہ پکڑ پائے کیونکہ مسلم ہسٹورین جیتے ہیں پرائیڈ میں۔</w:t>
      </w:r>
    </w:p>
    <w:p>
      <w:r>
        <w:rPr>
          <w:b/>
        </w:rPr>
        <w:t xml:space="preserve">[22:08] </w:t>
      </w:r>
      <w:r>
        <w:t>yani muslim historian ki sab se bari weakness kya hai? ke woh history ko lete hain as a pride. as a pride, jab aap pride ke tor par len kisi cheez ko to realities aap se ojhal ho jayen gi.</w:t>
      </w:r>
    </w:p>
    <w:p>
      <w:pPr>
        <w:jc w:val="right"/>
      </w:pPr>
      <w:r>
        <w:t>یعنی مسلم ہسٹورین کی سب سے بڑی ویکنس کیا ہے؟ کہ وہ ہسٹری کو لیتے ہیں ایز اے پرائیڈ۔ ایز اے پرائیڈ، جب آپ پرائیڈ کے طور پر لیں کسی چیز کو تو ریلیٹیز آپ سے اوجھل ہو جائیں گی۔</w:t>
      </w:r>
    </w:p>
    <w:p>
      <w:r>
        <w:rPr>
          <w:b/>
        </w:rPr>
        <w:t xml:space="preserve">[22:26] </w:t>
      </w:r>
      <w:r>
        <w:t>pride jo hai, aap ko aankh par parda daal deti hai. parda to sare historian hamare jo hain, woh pride mein jeete hain.</w:t>
      </w:r>
    </w:p>
    <w:p>
      <w:pPr>
        <w:jc w:val="right"/>
      </w:pPr>
      <w:r>
        <w:t>پرائیڈ جو ہے، آپ کو آنکھ پر پردہ ڈال دیتی ہے۔ پردہ تو سارے ہسٹورین ہمارے جو ہیں، وہ پرائیڈ میں جیتے ہیں۔</w:t>
      </w:r>
    </w:p>
    <w:p>
      <w:r>
        <w:rPr>
          <w:b/>
        </w:rPr>
        <w:t xml:space="preserve">[22:37] </w:t>
      </w:r>
      <w:r>
        <w:t>"they take the history of islam as their pride" to henry pren jo hai, jis ne ke is ko objective tor par parha, is ne is discover kiya.</w:t>
      </w:r>
    </w:p>
    <w:p>
      <w:pPr>
        <w:jc w:val="right"/>
      </w:pPr>
      <w:r>
        <w:t>"دے ٹیک دا ہسٹری آف اسلام ایز دیر پرائیڈ" تو ہینری پرین جو ہے، جس نے کہ اس کو ابجیکٹو طور پر پڑھا، اس نے اس ڈسکور کیا۔</w:t>
      </w:r>
    </w:p>
    <w:p>
      <w:r>
        <w:rPr>
          <w:b/>
        </w:rPr>
        <w:t xml:space="preserve">[22:51] </w:t>
      </w:r>
      <w:r>
        <w:t>to is ne likha hai, dekhen kitne zabardast tareeqay se is ne acknowledge kiya is</w:t>
      </w:r>
    </w:p>
    <w:p>
      <w:pPr>
        <w:jc w:val="right"/>
      </w:pPr>
      <w:r>
        <w:t>تو اس نے لکھا ہے، دیکھیں کتنے زبردست طریقے سے اس نے اکنالج کیا اس</w:t>
      </w:r>
    </w:p>
    <w:p>
      <w:r>
        <w:rPr>
          <w:b/>
        </w:rPr>
        <w:t xml:space="preserve">[22:56] </w:t>
      </w:r>
      <w:r>
        <w:t>ko. is baat ko bataya is ne ke agar islam ne roman empire aur sasani empire ko na tora hota to din dunya hamesha ke liye inhi empires ke is mein rehti.</w:t>
      </w:r>
    </w:p>
    <w:p>
      <w:pPr>
        <w:jc w:val="right"/>
      </w:pPr>
      <w:r>
        <w:t>کو۔ اس بات کو بتایا اس نے کہ اگر اسلام نے رومن ایمپائر اور ساسانی ایمپائر کو نہ توڑا ہوتا تو دن دنیا ہمیشہ کے لیے انہی ایمپائرز کے اس میں رہتی۔</w:t>
      </w:r>
    </w:p>
    <w:p>
      <w:r>
        <w:rPr>
          <w:b/>
        </w:rPr>
        <w:t xml:space="preserve">[23:13] </w:t>
      </w:r>
      <w:r>
        <w:t>is ko tor kar ke is ne is is age ko khatam kar diya, kingship ke age ko</w:t>
      </w:r>
    </w:p>
    <w:p>
      <w:pPr>
        <w:jc w:val="right"/>
      </w:pPr>
      <w:r>
        <w:t>اس کو توڑ کر کے اس نے اس اس ایج کو ختم کر دیا، کنگ شپ کے ایج کو</w:t>
      </w:r>
    </w:p>
    <w:p>
      <w:r>
        <w:rPr>
          <w:b/>
        </w:rPr>
        <w:t xml:space="preserve">[23:21] </w:t>
      </w:r>
      <w:r>
        <w:t>. aur aap jante hain ke bohat thori muddat mein musalmanon ka, yani prophet of islam ke jo pehle jo believers the, jin ko hum sahaba kehte hain, to bohat thi, yani rasool Allah ki death ke foran baad in logon ka takrao ho gaya un se,</w:t>
      </w:r>
    </w:p>
    <w:p>
      <w:pPr>
        <w:jc w:val="right"/>
      </w:pPr>
      <w:r>
        <w:t>۔ اور آپ جانتے ہیں کہ بہت تھوڑی مدت میں مسلمانوں کا، یعنی پرافٹ آف اسلام کے جو پہلے جو بیلیورز تھے، جن کو ہم صحابہ کہتے ہیں، تو بہت تھی، یعنی رسول اللہ کی ڈیتھ کے فوراً بعد ان لوگوں کا ٹکراؤ ہو گیا ان سے،</w:t>
      </w:r>
    </w:p>
    <w:p>
      <w:r>
        <w:rPr>
          <w:b/>
        </w:rPr>
        <w:t xml:space="preserve">[23:41] </w:t>
      </w:r>
      <w:r>
        <w:t>yani roman empire se aur sasani empire se. aur kya hua? with in 25 years sab ka khatma ho gaya.</w:t>
      </w:r>
    </w:p>
    <w:p>
      <w:pPr>
        <w:jc w:val="right"/>
      </w:pPr>
      <w:r>
        <w:t>یعنی رومن ایمپائر سے اور ساسانی ایمپائر سے۔ اور کیا ہوا؟ ود ان 25 ایئرز سب کا خاتمہ ہو گیا۔</w:t>
      </w:r>
    </w:p>
    <w:p>
      <w:r>
        <w:rPr>
          <w:b/>
        </w:rPr>
        <w:t xml:space="preserve">[23:50] </w:t>
      </w:r>
      <w:r>
        <w:t>koi soch nahin sakta tha ke yeh chatanen jo hain, political mountains, yeh political mountains the, political mountains the.</w:t>
      </w:r>
    </w:p>
    <w:p>
      <w:pPr>
        <w:jc w:val="right"/>
      </w:pPr>
      <w:r>
        <w:t>کوئی سوچ نہیں سکتا تھا کہ یہ چٹانیں جو ہیں، پولیٹیکل ماؤنٹینز، یہ پولیٹیکل ماؤنٹینز تھے، پولیٹیکل ماؤنٹینز تھے۔</w:t>
      </w:r>
    </w:p>
    <w:p>
      <w:r>
        <w:rPr>
          <w:b/>
        </w:rPr>
        <w:t xml:space="preserve">[24:00] </w:t>
      </w:r>
      <w:r>
        <w:t>yeh to is ne likha hai henry pren mein ke "islam change the face of the globe".</w:t>
      </w:r>
    </w:p>
    <w:p>
      <w:pPr>
        <w:jc w:val="right"/>
      </w:pPr>
      <w:r>
        <w:t>یہ تو اس نے لکھا ہے ہینری پرین میں کہ "اسلام چینج دا فیس آف دا گلوب"۔</w:t>
      </w:r>
    </w:p>
    <w:p>
      <w:r>
        <w:rPr>
          <w:b/>
        </w:rPr>
        <w:t xml:space="preserve">[24:12] </w:t>
      </w:r>
      <w:r>
        <w:t>"islam change the face of the globe".</w:t>
      </w:r>
    </w:p>
    <w:p>
      <w:pPr>
        <w:jc w:val="right"/>
      </w:pPr>
      <w:r>
        <w:t>"اسلام چینج دا فیس آف دا گلوب"۔</w:t>
      </w:r>
    </w:p>
    <w:p>
      <w:r>
        <w:rPr>
          <w:b/>
        </w:rPr>
        <w:t xml:space="preserve">[24:18] </w:t>
      </w:r>
      <w:r>
        <w:t>"the traditional order of history was overthrown". kitnay thril thriling shabdh hain! ghore kijiye, "Islam changed the face of the globe".</w:t>
      </w:r>
    </w:p>
    <w:p>
      <w:pPr>
        <w:jc w:val="right"/>
      </w:pPr>
      <w:r>
        <w:t>"دا ٹریڈیشنل آرڈر آف ہسٹری واز اوور تھرون"۔ کتنے تھرل تھرلنگ शब्द ہیں! غور کیجئے، "اسلام چینج دا فیس آف دا گلوب"۔</w:t>
      </w:r>
    </w:p>
    <w:p>
      <w:r>
        <w:rPr>
          <w:b/>
        </w:rPr>
        <w:t xml:space="preserve">[24:30] </w:t>
      </w:r>
      <w:r>
        <w:t>"The traditional, the traditional order of history was overthrown". Yeh hai ke yeh sab se bara rok tha, mental block tha, yeh kingship.</w:t>
      </w:r>
    </w:p>
    <w:p>
      <w:pPr>
        <w:jc w:val="right"/>
      </w:pPr>
      <w:r>
        <w:t>"دا ٹریڈیشنل، دا ٹریڈیشنل آرڈر آف ہسٹری واز اوور تھرون"۔ یہ ہے کہ یہ سب سے بڑا روک تھا، مینٹل بلاک تھا، یہ کنگ شپ۔</w:t>
      </w:r>
    </w:p>
    <w:p>
      <w:r>
        <w:rPr>
          <w:b/>
        </w:rPr>
        <w:t xml:space="preserve">[24:44] </w:t>
      </w:r>
      <w:r>
        <w:t>kingship ki waja se jante hain kia hua tha</w:t>
      </w:r>
    </w:p>
    <w:p>
      <w:pPr>
        <w:jc w:val="right"/>
      </w:pPr>
      <w:r>
        <w:t>کنگ شپ کی وجہ سے جانتے ہیں کیا ہوا تھا</w:t>
      </w:r>
    </w:p>
    <w:p>
      <w:r>
        <w:rPr>
          <w:b/>
        </w:rPr>
        <w:t xml:space="preserve">[24:47] </w:t>
      </w:r>
      <w:r>
        <w:t>? ke king oriented thinking bani hui thi sab ki. insan oriented thinking ban nahi pati thi. bas king ko le kar sochna, insan ko, yani larger sense mein humanity ke logon ka sochna, yeh tha hi nahi is zamaney mein.</w:t>
      </w:r>
    </w:p>
    <w:p>
      <w:pPr>
        <w:jc w:val="right"/>
      </w:pPr>
      <w:r>
        <w:t>؟ کہ کنگ اوریٹڈ تھنکنگ بنی ہوئی تھی سب کی۔ انسان اوریٹڈ تھنکنگ بن نہیں پاتی تھی۔ بس کنگ کو لے کر سوچنا، انسان کو، یعنی لارجر سینس میں ہیومینٹی کے لوگوں کا سوچنا، یہ تھا ہی نہیں اس زمانے۔</w:t>
      </w:r>
    </w:p>
    <w:p>
      <w:r>
        <w:rPr>
          <w:b/>
        </w:rPr>
        <w:t xml:space="preserve">[25:06] </w:t>
      </w:r>
      <w:r>
        <w:t>isi liye aap dekhen, kingship ke zamaney mein science ka koi, yani progress nahi hui.</w:t>
      </w:r>
    </w:p>
    <w:p>
      <w:pPr>
        <w:jc w:val="right"/>
      </w:pPr>
      <w:r>
        <w:t>اسی لیے آپ دیکھیں، کنگ شپ کے زمانے میں سائنس کا کوئی، یعنی پروگریس نہیں ہوئی۔</w:t>
      </w:r>
    </w:p>
    <w:p>
      <w:r>
        <w:rPr>
          <w:b/>
        </w:rPr>
        <w:t xml:space="preserve">[25:12] </w:t>
      </w:r>
      <w:r>
        <w:t>ek historian ne likha hai ke Romans ne 2000 years tak rule kiya, do hazar saal tak, aur koi science ka progress nahi hui is zamaney mein.</w:t>
      </w:r>
    </w:p>
    <w:p>
      <w:pPr>
        <w:jc w:val="right"/>
      </w:pPr>
      <w:r>
        <w:t>ایک ہسٹورین نے لکھا ہے کہ رومنز نے 2000 ایئرز تک رول کیا، دو ہزار سال تک، اور کوئی سائنس کا پروگریس نہیں ہوئی اس زمانے میں۔</w:t>
      </w:r>
    </w:p>
    <w:p>
      <w:r>
        <w:rPr>
          <w:b/>
        </w:rPr>
        <w:t xml:space="preserve">[25:22] </w:t>
      </w:r>
      <w:r>
        <w:t>2000 years! to jab kingship khatam hui, tab kia hua? insan ko</w:t>
      </w:r>
    </w:p>
    <w:p>
      <w:pPr>
        <w:jc w:val="right"/>
      </w:pPr>
      <w:r>
        <w:t>2000 ایئرز! تو جب کنگ شپ ختم ہوئی، تب کیا ہوا؟ انسان کو</w:t>
      </w:r>
    </w:p>
    <w:p>
      <w:r>
        <w:rPr>
          <w:b/>
        </w:rPr>
        <w:t xml:space="preserve">[25:34] </w:t>
      </w:r>
      <w:r>
        <w:t>open minds ke sath sochney ka moqa mila. open mind ke sath</w:t>
      </w:r>
    </w:p>
    <w:p>
      <w:pPr>
        <w:jc w:val="right"/>
      </w:pPr>
      <w:r>
        <w:t>اوپن مائنڈز کے ساتھ سوچنے کا موقع ملا۔ اوپن مائنڈ کے ساتھ</w:t>
      </w:r>
    </w:p>
    <w:p>
      <w:r>
        <w:rPr>
          <w:b/>
        </w:rPr>
        <w:t xml:space="preserve">[25:40] </w:t>
      </w:r>
      <w:r>
        <w:t>pehle open mind se sochte hi sochta hi nahi tha. insan, insan ko to hum ne paida kiya hai, aap jante hain, yani bohat zyada potential ke sath.</w:t>
      </w:r>
    </w:p>
    <w:p>
      <w:pPr>
        <w:jc w:val="right"/>
      </w:pPr>
      <w:r>
        <w:t>پہلے اوپن مائنڈ سے سوچتے ہی سوچتا ہی نہیں تھا۔ انسان، انسان کو تو ہم نے پیدا کیا ہے، آپ جانتے ہیں، یعنی بہت زیادہ پوٹینشل کے ساتھ۔</w:t>
      </w:r>
    </w:p>
    <w:p>
      <w:r>
        <w:rPr>
          <w:b/>
        </w:rPr>
        <w:t xml:space="preserve">[25:52] </w:t>
      </w:r>
      <w:r>
        <w:t>yani potential ka mountain hai. insan, har insan, ek ek insan, ek ek man, ek ek woman, utha potential, utha potential hamare mind mein hai.</w:t>
      </w:r>
    </w:p>
    <w:p>
      <w:pPr>
        <w:jc w:val="right"/>
      </w:pPr>
      <w:r>
        <w:t>یعنی پوٹینشل کا ماؤنٹین ہے۔ انسان، ہر انسان، ایک ایک انسان، ایک ایک مین، ایک ایک وومن، اتھا پوٹینشل، اتھا پوٹینشل ہمارے مائنڈ میں ہے۔</w:t>
      </w:r>
    </w:p>
    <w:p>
      <w:r>
        <w:rPr>
          <w:b/>
        </w:rPr>
        <w:t xml:space="preserve">[26:03] </w:t>
      </w:r>
      <w:r>
        <w:t>lekin kingship ke zamaney mein yeh potential jo hai, actual nahi ban pata tha kyun ke free thinking nahi thi. aaj kal ke musalman jo hain, free thinking ki value nahi jante.</w:t>
      </w:r>
    </w:p>
    <w:p>
      <w:pPr>
        <w:jc w:val="right"/>
      </w:pPr>
      <w:r>
        <w:t>لیکن کنگ شپ کے زمانے میں یہ پوٹینشل جو ہے، ایکچول نہیں بن پاتا تھا کیونکہ فری تھنکنگ نہیں تھی۔ آج کل کے مسلمان جو ہیں، فری تھنکنگ کی ویلیو نہیں جانتے۔</w:t>
      </w:r>
    </w:p>
    <w:p>
      <w:r>
        <w:rPr>
          <w:b/>
        </w:rPr>
        <w:t xml:space="preserve">[26:16] </w:t>
      </w:r>
      <w:r>
        <w:t>khawamkhwa shorgol machate hain, kahin koi kitab chhap jaye to us par free thinking jo hai, yaad rakhiye, free thinking jo hai, Salman Rushdie ki kitab se billion time zyada bari cheez hai.</w:t>
      </w:r>
    </w:p>
    <w:p>
      <w:pPr>
        <w:jc w:val="right"/>
      </w:pPr>
      <w:r>
        <w:t>خوامخواہ شورگول مچاتے ہیں، کہیں کوئی کتاب چھپ جائے تو اس پر فری تھنکنگ جو ہے، یاد رکھیے، فری تھنکنگ جو ہے، سلمان رشدی کی کتاب سے بلین ٹائم زیادہ بڑی چیز ہے۔</w:t>
      </w:r>
    </w:p>
    <w:p>
      <w:r>
        <w:rPr>
          <w:b/>
        </w:rPr>
        <w:t xml:space="preserve">[26:31] </w:t>
      </w:r>
      <w:r>
        <w:t>yaad rakhiye,</w:t>
      </w:r>
    </w:p>
    <w:p>
      <w:pPr>
        <w:jc w:val="right"/>
      </w:pPr>
      <w:r>
        <w:t>یاد رکھیے،</w:t>
      </w:r>
    </w:p>
    <w:p>
      <w:r>
        <w:rPr>
          <w:b/>
        </w:rPr>
        <w:t xml:space="preserve">[26:34] </w:t>
      </w:r>
      <w:r>
        <w:t>aap chahte hain ke Salman Rushdie kitab ka shorgol macha kar ke free thinking ko khatam kar dein? kitni choti cheez ke liye kitni bari cheez aap khatam karna chahte hain?</w:t>
      </w:r>
    </w:p>
    <w:p>
      <w:pPr>
        <w:jc w:val="right"/>
      </w:pPr>
      <w:r>
        <w:t>آپ چاہتے ہیں کہ سلمان رشدی کتاب کا شورگول مچا کر کے فری تھنکنگ کو ختم کر دیں؟ کتنی چھوٹی چیز کے لیے کتنی بڑی چیز آپ ختم کرنا چاہتے ہیں؟</w:t>
      </w:r>
    </w:p>
    <w:p>
      <w:r>
        <w:rPr>
          <w:b/>
        </w:rPr>
        <w:t xml:space="preserve">[26:46] </w:t>
      </w:r>
      <w:r>
        <w:t>free thinking is greater than then Himalayas! every sab se bari cheez hai free thinking. isi se intellectual development hota hai.</w:t>
      </w:r>
    </w:p>
    <w:p>
      <w:pPr>
        <w:jc w:val="right"/>
      </w:pPr>
      <w:r>
        <w:t>فری تھنکنگ از گریٹر دین دین ہمالیہ! ایوری سب سے بڑی چیز ہے فری تھنکنگ۔ اسی سے انٹلیکچول ڈیویلپمنٹ ہوتا ہے۔</w:t>
      </w:r>
    </w:p>
    <w:p>
      <w:r>
        <w:rPr>
          <w:b/>
        </w:rPr>
        <w:t xml:space="preserve">[26:57] </w:t>
      </w:r>
      <w:r>
        <w:t>to kingship jo hai, woh free thinking ke liye rok bani hui thi.</w:t>
      </w:r>
    </w:p>
    <w:p>
      <w:pPr>
        <w:jc w:val="right"/>
      </w:pPr>
      <w:r>
        <w:t>تو کنگ شپ جو ہے، وہ فری تھنکنگ کے لیے روک بنی ہوئی تھی۔</w:t>
      </w:r>
    </w:p>
    <w:p>
      <w:r>
        <w:rPr>
          <w:b/>
        </w:rPr>
        <w:t xml:space="preserve">[27:05] </w:t>
      </w:r>
      <w:r>
        <w:t>yani woh is ki ijazat hi nahi dete the king log ke koi aadmi soche badshah ke khilaf. yahan tak ke hote hote log isi mein conditioned ho gaye the, isi mein conditioned ho gaye the log.</w:t>
      </w:r>
    </w:p>
    <w:p>
      <w:pPr>
        <w:jc w:val="right"/>
      </w:pPr>
      <w:r>
        <w:t>یعنی وہ اس کی اجازت ہی نہیں دیتے تھے کنگ لوگ کہ کوئی آدمی سوچے بادشاہ کے خلاف۔ یہاں تک کہ ہوتے ہوتے لوگ اسی میں کنڈیشنڈ ہو گئے تھے، اسی میں کنڈیشنڈ ہو گئے تھے لوگ۔</w:t>
      </w:r>
    </w:p>
    <w:p>
      <w:r>
        <w:rPr>
          <w:b/>
        </w:rPr>
        <w:t xml:space="preserve">[27:21] </w:t>
      </w:r>
      <w:r>
        <w:t>to Islam ne jab is zamaney mein do baray empire the, yani seventh century mein, Roman Empire aur Sasani Empire, yeh do baray empire the.</w:t>
      </w:r>
    </w:p>
    <w:p>
      <w:pPr>
        <w:jc w:val="right"/>
      </w:pPr>
      <w:r>
        <w:t>تو اسلام نے جب اس زمانے میں دو بڑے ایمپائر تھے، یعنی سیونتھ سنچری میں، رومن ایمپائر اور ساسانی ایمپائر، یہ دو بڑے ایمپائر تھے۔</w:t>
      </w:r>
    </w:p>
    <w:p>
      <w:r>
        <w:rPr>
          <w:b/>
        </w:rPr>
        <w:t xml:space="preserve">[27:36] </w:t>
      </w:r>
      <w:r>
        <w:t>in dono empire ko musalmanon ne, yani Khuda ki bohat khas madad thi ke us ko tor dala. is zamaney mein jo, yani yeh log samajhte the, Irani log misal ke tor par,</w:t>
      </w:r>
    </w:p>
    <w:p>
      <w:pPr>
        <w:jc w:val="right"/>
      </w:pPr>
      <w:r>
        <w:t>ان دونوں ایمپائر کو مسلمانوں نے، یعنی خدا کی بہت خاص مدد تھی کہ اس کو توڑ ڈالا۔ اس زمانے میں جو، یعنی یہ لوگ سمجھتے تھے، ایرانی لوگ مثال کے طور پر،</w:t>
      </w:r>
    </w:p>
    <w:p>
      <w:r>
        <w:rPr>
          <w:b/>
        </w:rPr>
        <w:t xml:space="preserve">[27:51] </w:t>
      </w:r>
      <w:r>
        <w:t>yani Arabon ko bohat hi haqeer samajhte the, bohat haqeer. kuch un ko samajhte nahi the, kuch un ki value.</w:t>
      </w:r>
    </w:p>
    <w:p>
      <w:pPr>
        <w:jc w:val="right"/>
      </w:pPr>
      <w:r>
        <w:t>یعنی عربوں کو بہت ہی حقیر سمجھتے تھے، بہت حقیر۔ کچھ ان کو سمجھتے نہیں تھے، کچھ ان کی ویلیو۔</w:t>
      </w:r>
    </w:p>
    <w:p>
      <w:r>
        <w:rPr>
          <w:b/>
        </w:rPr>
        <w:t xml:space="preserve">[28:02] </w:t>
      </w:r>
      <w:r>
        <w:t>jo</w:t>
      </w:r>
    </w:p>
    <w:p>
      <w:pPr>
        <w:jc w:val="right"/>
      </w:pPr>
      <w:r>
        <w:t>جو</w:t>
      </w:r>
    </w:p>
    <w:p>
      <w:r>
        <w:rPr>
          <w:b/>
        </w:rPr>
        <w:t xml:space="preserve">[28:03] </w:t>
      </w:r>
      <w:r>
        <w:t>us ki kitab hai "Shahnameh" Ferdowsi ki, us mein us ne Rustam ki zuban se yeh likha hai ke Rustam ne jab yeh log dakhil hue Irani Empire mein, hamari Irani land mein, to us ne kaha tha ke "Zsir-e-shater khurdan o soosmar Arab rah bajah rasid astkar".</w:t>
      </w:r>
    </w:p>
    <w:p>
      <w:pPr>
        <w:jc w:val="right"/>
      </w:pPr>
      <w:r>
        <w:t>اس کی کتاب ہے "شاہنامہ" فردوسی کی، اس میں اس نے رستم کی زبان سے یہ لکھا ہے کہ رستم نے جب یہ لوگ داخل ہوئے ایرانی ایمپائر میں، ہماری ایرانی لینڈ میں، تو اس نے کہا تھا کہ "زسیر شتر خردن و سوسمار عرب راہ بجاہ رسید استکار"۔</w:t>
      </w:r>
    </w:p>
    <w:p>
      <w:r>
        <w:rPr>
          <w:b/>
        </w:rPr>
        <w:t xml:space="preserve">[28:31] </w:t>
      </w:r>
      <w:r>
        <w:t>yani us ko samajhte the ke oont ka, oont ka doodh peete hain aur go khate hain. yeh hi, yeh hi, yeh hi Arab hain.</w:t>
      </w:r>
    </w:p>
    <w:p>
      <w:pPr>
        <w:jc w:val="right"/>
      </w:pPr>
      <w:r>
        <w:t>یعنی اس کو سمجھتے تھے کہ اونٹ کا، اونٹ کا دودھ پیتے ہیں اور گو کھاتے ہیں۔ یہی، یہی، یہی عرب ہیں۔</w:t>
      </w:r>
    </w:p>
    <w:p>
      <w:r>
        <w:rPr>
          <w:b/>
        </w:rPr>
        <w:t xml:space="preserve">[28:41] </w:t>
      </w:r>
      <w:r>
        <w:t>"Zsir-e-shater khurdan o soosmar Arab rah bajah rasid astkar". to yeh tha un ka, un ki image ke "Takht kya rah kunad arz o tafu bar to ast charkh gardun tafu".</w:t>
      </w:r>
    </w:p>
    <w:p>
      <w:pPr>
        <w:jc w:val="right"/>
      </w:pPr>
      <w:r>
        <w:t>"زسیر شتر خردن و سوسمار عرب راہ بجائے رسید استکار"۔ تو یہ تھا ان کا، ان کی امیج کہ "تخت کیا راہ کند ارزو تفو برتو ہے چرخ گرداں تفو"۔</w:t>
      </w:r>
    </w:p>
    <w:p>
      <w:r>
        <w:rPr>
          <w:b/>
        </w:rPr>
        <w:t xml:space="preserve">[28:57] </w:t>
      </w:r>
      <w:r>
        <w:t>lekin</w:t>
      </w:r>
    </w:p>
    <w:p>
      <w:pPr>
        <w:jc w:val="right"/>
      </w:pPr>
      <w:r>
        <w:t>لیکن</w:t>
      </w:r>
    </w:p>
    <w:p>
      <w:r>
        <w:rPr>
          <w:b/>
        </w:rPr>
        <w:t xml:space="preserve">[28:59] </w:t>
      </w:r>
      <w:r>
        <w:t>jab yeh log dakhil hue wahan to Allah taala ki un ki aisi madad thi un ko ke woh fateh karte chale gaye. yahan tak ke jab unhon ne ek darya ko par kar ke jab oonton, woh hathi'on ko, hathi'on ki soot'ein kaat dein aur wahan se bhage idhar udhar, to irani fauj ne kaha ke "wo deewan amdan, deewan amdan".</w:t>
      </w:r>
    </w:p>
    <w:p>
      <w:pPr>
        <w:jc w:val="right"/>
      </w:pPr>
      <w:r>
        <w:t>جب یہ لوگ داخل ہوئے وہاں تو اللہ تعالی کی ان کی ایسی مدد تھی ان کو کہ وہ فتح کرتے چلے گئے۔ یہاں تک کہ جب انہوں نے ایک دریا کو پار کر کے جب اونٹوں، وہ ہاتھیوں کو، ہاتھیوں کی سوٹیں کاٹ دیں اور وہاں سے بھاگے ادھر ادھر، تو ایرانی فوج نے کہا کہ "وہ دیواں امدن، دیواں امدن"۔</w:t>
      </w:r>
    </w:p>
    <w:p>
      <w:r>
        <w:rPr>
          <w:b/>
        </w:rPr>
        <w:t xml:space="preserve">[29:24] </w:t>
      </w:r>
      <w:r>
        <w:t>jo giant log aa gaye, giant log aa gaye,</w:t>
      </w:r>
    </w:p>
    <w:p>
      <w:pPr>
        <w:jc w:val="right"/>
      </w:pPr>
      <w:r>
        <w:t>جو جائنٹ لوگ آ گئے، جائنٹ لوگ آ گئے،</w:t>
      </w:r>
    </w:p>
    <w:p>
      <w:r>
        <w:rPr>
          <w:b/>
        </w:rPr>
        <w:t xml:space="preserve">[29:26] </w:t>
      </w:r>
      <w:r>
        <w:t>hum un ka muqabla nahi kar sakte. persian mein "deewan amdan, deewan amdan". yeh Khuda ki, Khuda is ko pasand nahi karta tha.</w:t>
      </w:r>
    </w:p>
    <w:p>
      <w:pPr>
        <w:jc w:val="right"/>
      </w:pPr>
      <w:r>
        <w:t>ہم ان کا مقابلہ نہیں کر سکتے۔ پرشین میں "دیواں امدن، دیواں امدن"۔ یہ خدا کی، خدا اس کو پسند نہیں کرتا تھا۔</w:t>
      </w:r>
    </w:p>
    <w:p>
      <w:r>
        <w:rPr>
          <w:b/>
        </w:rPr>
        <w:t xml:space="preserve">[29:36] </w:t>
      </w:r>
      <w:r>
        <w:t>yani koi Sahaba ka karname nahi hai, yeh yeh Khuda ka intervention tha, yeh Khuda ka intervention tha. Khuda ko yeh pasand nahi tha ke yeh king log insaan ke potential ko roke rahein, insaan ke freedom ko roke rahein,</w:t>
      </w:r>
    </w:p>
    <w:p>
      <w:pPr>
        <w:jc w:val="right"/>
      </w:pPr>
      <w:r>
        <w:t>یعنی کوئی صحابہ کا کارنامہ نہیں ہے، یہ یہ خدا کا انٹروینشن تھا، یہ خدا کا انٹروینشن تھا۔ خدا کو یہ پسند نہیں تھا کہ یہ کنگ لوگ انسان کے پوٹینشل کو روکے رہیں، انسان کے فریڈم کو روکے رہیں،</w:t>
      </w:r>
    </w:p>
    <w:p>
      <w:r>
        <w:rPr>
          <w:b/>
        </w:rPr>
        <w:t xml:space="preserve">[29:55] </w:t>
      </w:r>
      <w:r>
        <w:t>insaan ko sochne ka mauqa na dein. is wajah se is ko, is ko khatm kiya gaya.</w:t>
      </w:r>
    </w:p>
    <w:p>
      <w:pPr>
        <w:jc w:val="right"/>
      </w:pPr>
      <w:r>
        <w:t>انسان کو سوچنے کا موقع نہ دیں۔ اس وجہ سے اس کو، اس کو ختم کیا گیا۔</w:t>
      </w:r>
    </w:p>
    <w:p>
      <w:r>
        <w:rPr>
          <w:b/>
        </w:rPr>
        <w:t xml:space="preserve">[30:05] </w:t>
      </w:r>
      <w:r>
        <w:t>yahan mein aap ko yaad dilaoonga ke yeh baatein tareekh mein maujood hain, lekin is tareeqe se log is ko parh parh nahi paate, yeh baaton ko gehrai mein samajh nahi paate. woh</w:t>
      </w:r>
    </w:p>
    <w:p>
      <w:pPr>
        <w:jc w:val="right"/>
      </w:pPr>
      <w:r>
        <w:t>یہاں میں آپ کو یاد دلاؤں گا کہ یہ باتیں تاریخ میں موجود ہیں، لیکن اس طریقے سے لوگ اس کو پڑھ پڑھ نہیں پاتے، یہ باتوں کو گہرائی میں سمجھ نہیں پاتے۔ وہ</w:t>
      </w:r>
    </w:p>
    <w:p>
      <w:r>
        <w:rPr>
          <w:b/>
        </w:rPr>
        <w:t xml:space="preserve">[30:16] </w:t>
      </w:r>
      <w:r>
        <w:t>dekhein, jis zamane mein Arab log, yani Sahaba, dakhil hue the Iran mein aur fateh karte chale aate the, woh to woh deewan amdan, deewan amdan ka jo qissa hua,</w:t>
      </w:r>
    </w:p>
    <w:p>
      <w:pPr>
        <w:jc w:val="right"/>
      </w:pPr>
      <w:r>
        <w:t>دیکھیں، جس زمانے میں عرب لوگ، یعنی صحابہ، داخل ہوئے تھے ایران میں اور فتح کرتے چلے آتے تھے، وہ تو وہ دیواں امدن، دیواں امدن کا جو قصہ ہوا،</w:t>
      </w:r>
    </w:p>
    <w:p>
      <w:r>
        <w:rPr>
          <w:b/>
        </w:rPr>
        <w:t xml:space="preserve">[30:31] </w:t>
      </w:r>
      <w:r>
        <w:t>to Rustam jo wahan ka sipah salar tha, aur aur yani general bhi tha, aur woh woh prime minister bhi tha,</w:t>
      </w:r>
    </w:p>
    <w:p>
      <w:pPr>
        <w:jc w:val="right"/>
      </w:pPr>
      <w:r>
        <w:t>تو رستم جو وہاں کا سپہ سالار تھا، اور اور یعنی جنرل بھی تھا، اور وہ وہ پرائم منسٹر بھی تھا،</w:t>
      </w:r>
    </w:p>
    <w:p>
      <w:r>
        <w:rPr>
          <w:b/>
        </w:rPr>
        <w:t xml:space="preserve">[30:39] </w:t>
      </w:r>
      <w:r>
        <w:t>badshah jo tha, uska naam tha Yazdgard. lekin ab practically sab kuch Rustam ke haath mein tha. to jab us ne dekha to us ne yeh socha ke in se negotiation karna chahiye, kuch paisa de kar yahan se ruk, un ko jana kehna chahiye ke chale jao hamare mulk se, log shadi le kar jao.</w:t>
      </w:r>
    </w:p>
    <w:p>
      <w:pPr>
        <w:jc w:val="right"/>
      </w:pPr>
      <w:r>
        <w:t>بادشاہ جو تھا، اس کا نام تھا یزدگرد۔ لیکن اب پریکٹیکلی سب کچھ رستم کے ہاتھ میں تھا۔ تو جب اس نے دیکھا تو اس نے یہ سوچا کہ ان سے نیگوشی ایشن کرنا چاہیے، کچھ پیسہ دے کر یہاں سے رک، ان کو جانا کہنا چاہیے کہ چلے جاؤ ہمارے ملک سے، لوگ شادی لے کے جاؤ۔</w:t>
      </w:r>
    </w:p>
    <w:p>
      <w:r>
        <w:rPr>
          <w:b/>
        </w:rPr>
        <w:t xml:space="preserve">[31:05] </w:t>
      </w:r>
      <w:r>
        <w:t>to us ne invite kiya.</w:t>
      </w:r>
    </w:p>
    <w:p>
      <w:pPr>
        <w:jc w:val="right"/>
      </w:pPr>
      <w:r>
        <w:t>تو اس نے انوائٹ کیا۔</w:t>
      </w:r>
    </w:p>
    <w:p>
      <w:r>
        <w:rPr>
          <w:b/>
        </w:rPr>
        <w:t xml:space="preserve">[31:08] </w:t>
      </w:r>
      <w:r>
        <w:t>to us waqt jo Musalmanon ke jo general the, un ka naam tha Saad bin Aas. to unhon ne kai log bheje, yani deputation ke taur par.</w:t>
      </w:r>
    </w:p>
    <w:p>
      <w:pPr>
        <w:jc w:val="right"/>
      </w:pPr>
      <w:r>
        <w:t>تو اس وقت جو مسلمانوں کے جو جنرل تھے، ان کا نام تھا سعد بن عقاس۔ تو انہوں نے کئی لوگ بھیجے، یعنی ڈیپوٹیشن کے طور پر۔</w:t>
      </w:r>
    </w:p>
    <w:p>
      <w:r>
        <w:rPr>
          <w:b/>
        </w:rPr>
        <w:t xml:space="preserve">[31:20] </w:t>
      </w:r>
      <w:r>
        <w:t>to un mein se ek the Sahabi, un ka naam tha Rabi' bin Aamir. Rabi' bin Aamir yeh Sahabi the, yeh gaye.</w:t>
      </w:r>
    </w:p>
    <w:p>
      <w:pPr>
        <w:jc w:val="right"/>
      </w:pPr>
      <w:r>
        <w:t>تو ان میں سے ایک تھے صحابی، ان کا نام تھا ربیع ابن عامر۔ ربیع ابن عامر یہ صحابی تھے، یہ گئے۔</w:t>
      </w:r>
    </w:p>
    <w:p>
      <w:r>
        <w:rPr>
          <w:b/>
        </w:rPr>
        <w:t xml:space="preserve">[31:30] </w:t>
      </w:r>
      <w:r>
        <w:t>to Rustam jo tha, us din jis din woh aanay wale the, woh to us ne apna darbar bohat hi sajaya,</w:t>
      </w:r>
    </w:p>
    <w:p>
      <w:pPr>
        <w:jc w:val="right"/>
      </w:pPr>
      <w:r>
        <w:t>تو رستم جو تھا، اس دن جس دن وہ آنے والے تھے، وہ تو اس نے اپنا دربار بہت ہی سجایا،</w:t>
      </w:r>
    </w:p>
    <w:p>
      <w:r>
        <w:rPr>
          <w:b/>
        </w:rPr>
        <w:t xml:space="preserve">[31:37] </w:t>
      </w:r>
      <w:r>
        <w:t>darbar aur bohat achhe qaleen bichhe hue, is par sone shadi ka sab takht baith, is par baitha hua, woh sara taraf shaan o shaukat aur pomp and show ka muzahira tha wahan par.</w:t>
      </w:r>
    </w:p>
    <w:p>
      <w:pPr>
        <w:jc w:val="right"/>
      </w:pPr>
      <w:r>
        <w:t>دربار اور بہت اچھے قالین بچھے ہوئے، اس پر سونے شادی کا سب تخت بیٹھ، اس پر بیٹھا ہوا، وہ سارا طرف شان و شوکت اور پامپ اینڈ شو کا مظاہرہ تھا وہاں پر۔</w:t>
      </w:r>
    </w:p>
    <w:p>
      <w:r>
        <w:rPr>
          <w:b/>
        </w:rPr>
        <w:t xml:space="preserve">[31:50] </w:t>
      </w:r>
      <w:r>
        <w:t>to Rabi' bin Aamir wahan gaye to yeh chhote se ghore par sawar the, jabke un ke paas bade bade ghore hua karte the. un logon ke paas mamooli kapda tha aur aise hi ek ek ek common man ki tarah se.</w:t>
      </w:r>
    </w:p>
    <w:p>
      <w:pPr>
        <w:jc w:val="right"/>
      </w:pPr>
      <w:r>
        <w:t>تو ربیع ابن عامر وہاں گئے تو یہ چھوٹے سے گھوڑے پر سوار تھے، جبکہ ان کے پاس بڑے بڑے گھوڑے ہوا کرتے تھے۔ ان لوگوں کے پاس معمولی کپڑا تھا اور ایسے ہی ایک ایک ایک کامن مین کی طرح سے۔</w:t>
      </w:r>
    </w:p>
    <w:p>
      <w:r>
        <w:rPr>
          <w:b/>
        </w:rPr>
        <w:t xml:space="preserve">[32:05] </w:t>
      </w:r>
      <w:r>
        <w:t>to jab wahan pahunche to ghore se utre nahi, woh unhon ne kaha ke utar jao yahan par. unhon ne kaha nahi, ab mein to utroonga nahi, yani ghore hi par baith kar seedhe takht tak jaunga mein.</w:t>
      </w:r>
    </w:p>
    <w:p>
      <w:pPr>
        <w:jc w:val="right"/>
      </w:pPr>
      <w:r>
        <w:t>تو جب وہاں پہنچے تو گھوڑے سے اترے نہیں، وہ انہوں نے کہا کہ اتر جاؤ یہاں پر۔ انہوں نے کہا نہیں، اب میں تو اتروں گا نہیں، یعنی گھوڑے ہی پر بیٹھ کر سیدھے تخت تک جاؤں گا میں۔</w:t>
      </w:r>
    </w:p>
    <w:p>
      <w:r>
        <w:rPr>
          <w:b/>
        </w:rPr>
        <w:t xml:space="preserve">[32:16] </w:t>
      </w:r>
      <w:r>
        <w:t>to ab wahan par yeh hua rok tok kyunke wahan par yeh par, yani yeh is ki permission nahi thi ke koi ghore par baith kar Rustam ke paas jaye jahan woh takht par baitha hua tha.</w:t>
      </w:r>
    </w:p>
    <w:p>
      <w:pPr>
        <w:jc w:val="right"/>
      </w:pPr>
      <w:r>
        <w:t>تو اب وہاں پر یہ ہوا روک ٹوک کیونکہ وہاں پر یہ پر، یعنی یہ اس کی پرمیشن نہیں تھی کہ کوئی گھوڑے پر بیٹھ کر رستم کے پاس جائے جہاں وہ تخت پر بیٹھا ہوا تھا۔</w:t>
      </w:r>
    </w:p>
    <w:p>
      <w:r>
        <w:rPr>
          <w:b/>
        </w:rPr>
        <w:t xml:space="preserve">[32:27] </w:t>
      </w:r>
      <w:r>
        <w:t>to Rustam ne woh dekha wahan se to kaha un ko allow kar do, aanay do un ko.</w:t>
      </w:r>
    </w:p>
    <w:p>
      <w:pPr>
        <w:jc w:val="right"/>
      </w:pPr>
      <w:r>
        <w:t>تو رستم نے وہ دیکھا وہاں سے تو کہا ان کو الاؤ کر دو، آنے دو ان کو۔</w:t>
      </w:r>
    </w:p>
    <w:p>
      <w:r>
        <w:rPr>
          <w:b/>
        </w:rPr>
        <w:t xml:space="preserve">[32:33] </w:t>
      </w:r>
      <w:r>
        <w:t>to ghore par baithay baithay woh Rustam ke takht par tak pahunch gaye aur kuch is se kuch nahi ke jhuk kar ke wahan par hota tha ke jhuk kar ke kehte the, aap un ko aadab aur salam karte the, sab kuch bhi nahi, seedhe seedhe baat cheet shuru kar di.</w:t>
      </w:r>
    </w:p>
    <w:p>
      <w:pPr>
        <w:jc w:val="right"/>
      </w:pPr>
      <w:r>
        <w:t>تو گھوڑے پر بیٹھے بیٹھے وہ رستم کے تخت پر تک پہنچ گئے اور کچھ اس سے کچھ نہیں کہ جھک کر کے وہاں پر ہوتا تھا کہ جھک کر کے کہتے تھے، آپ ان کو آداب اور سلام کرتے تھے، سب کچھ بھی نہیں، سیدھے سیدھے بات چیت شروع کر دی۔</w:t>
      </w:r>
    </w:p>
    <w:p>
      <w:r>
        <w:rPr>
          <w:b/>
        </w:rPr>
        <w:t xml:space="preserve">[32:52] </w:t>
      </w:r>
      <w:r>
        <w:t>to us ne poocha ke tum kis liye yahan aaye ho? Rustam ne poocha ke tum kis liye yahan aaye ho? to dekhein ke unhon ne jawab kiya diya tha.</w:t>
      </w:r>
    </w:p>
    <w:p>
      <w:pPr>
        <w:jc w:val="right"/>
      </w:pPr>
      <w:r>
        <w:t>تو اس نے پوچھا کہ تم کس لیے یہاں آئے ہو؟ رستم نے پوچھا کہ تم کس لیے یہاں آئے ہو؟ تو دیکھیں کہ انہوں نے جواب کیا دیا تھا۔</w:t>
      </w:r>
    </w:p>
    <w:p>
      <w:r>
        <w:rPr>
          <w:b/>
        </w:rPr>
        <w:t xml:space="preserve">[33:01] </w:t>
      </w:r>
      <w:r>
        <w:t>wo unhon ne kaha ke hum Allah abtathana liakhrajul ibad min ibadil ibad ila ibad Allah.</w:t>
      </w:r>
    </w:p>
    <w:p>
      <w:pPr>
        <w:jc w:val="right"/>
      </w:pPr>
      <w:r>
        <w:t>وہ انہوں نے کہا کہ ہم اللہ ابتاسنا لخرج العباد من عباد العباد الی عباد اللہ۔</w:t>
      </w:r>
    </w:p>
    <w:p>
      <w:r>
        <w:rPr>
          <w:b/>
        </w:rPr>
        <w:t xml:space="preserve">[33:15] </w:t>
      </w:r>
      <w:r>
        <w:t>hum ko Khuda ne bheja hai,</w:t>
      </w:r>
    </w:p>
    <w:p>
      <w:pPr>
        <w:jc w:val="right"/>
      </w:pPr>
      <w:r>
        <w:t>ہم کو خدا نے بھیجا ہے،</w:t>
      </w:r>
    </w:p>
    <w:p>
      <w:r>
        <w:rPr>
          <w:b/>
        </w:rPr>
        <w:t xml:space="preserve">[33:18] </w:t>
      </w:r>
      <w:r>
        <w:t>hum ko Khuda ne bheja hai</w:t>
      </w:r>
    </w:p>
    <w:p>
      <w:pPr>
        <w:jc w:val="right"/>
      </w:pPr>
      <w:r>
        <w:t>ہم کو خدا نے بھیجا ہے</w:t>
      </w:r>
    </w:p>
    <w:p>
      <w:r>
        <w:rPr>
          <w:b/>
        </w:rPr>
        <w:t xml:space="preserve">[33:23] </w:t>
      </w:r>
      <w:r>
        <w:t>taake insaan ko insaan ki ghulami se nikal kar Khuda ki bandagi mein le aaein. hum ko Khuda ne bheja hai taake hum insaan ko insaan ki bandagi se nikal kar Khuda ki bandagi mein le jayein.</w:t>
      </w:r>
    </w:p>
    <w:p>
      <w:pPr>
        <w:jc w:val="right"/>
      </w:pPr>
      <w:r>
        <w:t>تاکہ انسان کو انسان کی غلامی سے نکال کر خدا کی بندگی میں لے آئیں۔ ہم کو خدا نے بھیجا ہے تاکہ ہم انسان کو انسان کی بندگی سے نکال کر خدا کی بندگی میں لے جائیں۔</w:t>
      </w:r>
    </w:p>
    <w:p>
      <w:r>
        <w:rPr>
          <w:b/>
        </w:rPr>
        <w:t xml:space="preserve">[33:38] </w:t>
      </w:r>
      <w:r>
        <w:t>yani yeh jo kingship hai, yeh ek slavery system hai, sab ko slave bana rakha hai tum logon ne. ek king hai, baqi sab is ke slave hain.</w:t>
      </w:r>
    </w:p>
    <w:p>
      <w:pPr>
        <w:jc w:val="right"/>
      </w:pPr>
      <w:r>
        <w:t>یعنی یہ جو کنگ شپ ہے، یہ ایک سلیوری سسٹم ہے، سب کو سلیو بنا رکھا ہے تم لوگوں نے۔ ایک کنگ ہے، باقی سب اس کے سلیو ہیں۔</w:t>
      </w:r>
    </w:p>
    <w:p>
      <w:r>
        <w:rPr>
          <w:b/>
        </w:rPr>
        <w:t xml:space="preserve">[33:47] </w:t>
      </w:r>
      <w:r>
        <w:t>humein is system ko torna hai, khuda ki badai ko humein qaim karna hai. badai sirf khuda ki hai, king king ki koi badai nahi hai.</w:t>
      </w:r>
    </w:p>
    <w:p>
      <w:pPr>
        <w:jc w:val="right"/>
      </w:pPr>
      <w:r>
        <w:t>ہمیں اس سسٹم کو توڑنا ہے، خدا کی بڑائی کو ہمیں قائم کرنا ہے۔ بڑائی صرف خدا کی ہے، کنگ کنگ کی کوئی بڑائی نہیں ہے۔</w:t>
      </w:r>
    </w:p>
    <w:p>
      <w:r>
        <w:rPr>
          <w:b/>
        </w:rPr>
        <w:t xml:space="preserve">[34:00] </w:t>
      </w:r>
      <w:r>
        <w:t>to yeh is ne jab wahan par unhon ne kaha ke yeh kitabon mein aap parh sakte hain, mislan al-bidayah wa al-nihayah mein aap parh sakte hain is ko. to log is ko abhi bhi hamare jo hamare historian hain, abhi bhi samjhe nahi</w:t>
      </w:r>
    </w:p>
    <w:p>
      <w:pPr>
        <w:jc w:val="right"/>
      </w:pPr>
      <w:r>
        <w:t>تو یہ اس نے جب وہاں پر انہوں نے کہا کہ یہ کتابوں میں آپ پڑھ سکتے ہیں، مثلاً البدایہ والنہائے میں آپ پڑھ سکتے ہیں اس کو۔ تو لوگ اس کو ابھی بھی ہمارے جو ہمارے ہسٹورین ہیں، ابھی بھی سمجھے نہیں</w:t>
      </w:r>
    </w:p>
    <w:p>
      <w:r>
        <w:rPr>
          <w:b/>
        </w:rPr>
        <w:t xml:space="preserve">[34:14] </w:t>
      </w:r>
      <w:r>
        <w:t>is cheez ko. woh samajhte thay wahan ke matlab aik rule qaim karne ke liye muslim rule, yeh matlab nahi tha is ka hukumat ilahia qaim karne ke liye ya muslim rule qaim kar lein, yeh matlab nahi tha is ka.</w:t>
      </w:r>
    </w:p>
    <w:p>
      <w:pPr>
        <w:jc w:val="right"/>
      </w:pPr>
      <w:r>
        <w:t>اس چیز کو۔ وہ سمجھتے تھے وہاں کے مطلب ایک رول قائم کرنے کے لیے مسلم رول، یہ مطلب نہیں تھا اس کا حکومت الہیہ قائم کرنے کے لیے یا مسلم رول قائم کر لیں، یہ مطلب نہیں تھا اس کا۔</w:t>
      </w:r>
    </w:p>
    <w:p>
      <w:r>
        <w:rPr>
          <w:b/>
        </w:rPr>
        <w:t xml:space="preserve">[34:29] </w:t>
      </w:r>
      <w:r>
        <w:t>kingship ka jo tha age, us ko khatam karna tha, kingship ko khatam karna tha taake insaan free ho jaye, masawat barabari aa jaye.</w:t>
      </w:r>
    </w:p>
    <w:p>
      <w:pPr>
        <w:jc w:val="right"/>
      </w:pPr>
      <w:r>
        <w:t>کنگ شپ کا جو تھا ایج، اس کو ختم کرنا تھا، کنگ شپ کو ختم کرنا تھا تاکہ انسان فری ہو جائے، مساوات برابری آ جائے۔</w:t>
      </w:r>
    </w:p>
    <w:p>
      <w:r>
        <w:rPr>
          <w:b/>
        </w:rPr>
        <w:t xml:space="preserve">[34:45] </w:t>
      </w:r>
      <w:r>
        <w:t>kingship jo thi, us ne bant rakha tha insaan ko do mein, yani bare mein aur chhote mein. king bara hai aur sab chhote hain, us ko khatam karna tha, us ko khatam karna tha.</w:t>
      </w:r>
    </w:p>
    <w:p>
      <w:pPr>
        <w:jc w:val="right"/>
      </w:pPr>
      <w:r>
        <w:t>کنگ شپ جو تھی، اس نے بانٹ رکھا تھا انسان کو دو میں، یعنی بڑے میں اور چھوٹے میں۔ کنگ بڑا ہے اور سب چھوٹے ہیں، اس کو ختم کرنا تھا، اس کو ختم کرنا تھا۔</w:t>
      </w:r>
    </w:p>
    <w:p>
      <w:r>
        <w:rPr>
          <w:b/>
        </w:rPr>
        <w:t xml:space="preserve">[35:01] </w:t>
      </w:r>
      <w:r>
        <w:t>is ke liye woh kehte hain, yeh kehte hain ke muslim rule wahan qaim ho, wahan hukumat ilahia qaim ho. yeh sab baat ko logon ne banaye banaye hain, sab theories.</w:t>
      </w:r>
    </w:p>
    <w:p>
      <w:pPr>
        <w:jc w:val="right"/>
      </w:pPr>
      <w:r>
        <w:t>اس کے لیے وہ کہتے ہیں، یہ کہتے ہیں کہ مسلم رول وہاں قائم ہو، وہاں حکومت الہیہ قائم ہو۔ یہ سب بات کو لوگوں نے بنائے بنائے ہیں، سب تھیوریز۔</w:t>
      </w:r>
    </w:p>
    <w:p>
      <w:r>
        <w:rPr>
          <w:b/>
        </w:rPr>
        <w:t xml:space="preserve">[35:10] </w:t>
      </w:r>
      <w:r>
        <w:t>un ka maqsad jo tha, asal yahi tha jo usi waqt hasil ho gaya ke kingship khatam ho, insaan ki barabari dunya mein aa jaye. isi ko swami vivekanand ne is ko bohat hi achhe tareeqe se acknowledge kiya hai ke "if ever any religion approached to this equality, it was Islam and Islam alone".</w:t>
      </w:r>
    </w:p>
    <w:p>
      <w:pPr>
        <w:jc w:val="right"/>
      </w:pPr>
      <w:r>
        <w:t>ان کا مقصد جو تھا، اصل یہی تھا جو اسی وقت حاصل ہو گیا کہ کنگ شپ ختم ہو، انسان کی برابری دنیا میں آئے۔ اسی کو سوامی وکند میں اس کو بہت ہی اچھے طریقے سے ایکنالج کیا ہے کہ "اف ایور اینی ریلیجن اپروچ ٹو دس ایکولٹی، اٹ واز اسلام اینڈ اسلام الون"۔</w:t>
      </w:r>
    </w:p>
    <w:p>
      <w:r>
        <w:rPr>
          <w:b/>
        </w:rPr>
        <w:t xml:space="preserve">[35:30] </w:t>
      </w:r>
      <w:r>
        <w:t>yahan mein aap ko aik waqia arz karunga jis se is baat ki to attest this point.</w:t>
      </w:r>
    </w:p>
    <w:p>
      <w:pPr>
        <w:jc w:val="right"/>
      </w:pPr>
      <w:r>
        <w:t>یہاں میں آپ کو ایک واقعہ عرض کروں گا جس سے اس بات کی ٹو ایسٹڈ دس پوائنٹ۔</w:t>
      </w:r>
    </w:p>
    <w:p>
      <w:r>
        <w:rPr>
          <w:b/>
        </w:rPr>
        <w:t xml:space="preserve">[35:43] </w:t>
      </w:r>
      <w:r>
        <w:t>dekhein, jo second caliph the Islam ke, jin ke zamaney mein ziyada tar yeh yeh sab baatein hui hain, un ka naam tha Umar Farooq</w:t>
      </w:r>
    </w:p>
    <w:p>
      <w:pPr>
        <w:jc w:val="right"/>
      </w:pPr>
      <w:r>
        <w:t>دیکھیں، جو سیکنڈ کلیف تھے اسلام کے، جن کے زمانے میں زیادہ تر یہ یہ سب باتیں ہوئی ہیں، ان کا نام تھا عمر فاروق</w:t>
      </w:r>
    </w:p>
    <w:p>
      <w:r>
        <w:rPr>
          <w:b/>
        </w:rPr>
        <w:t xml:space="preserve">[35:54] </w:t>
      </w:r>
      <w:r>
        <w:t>. un ke zamaney mein aik qissa hua, yani Egypt jo hai, Egypt wahan par aik muslim governor hotay thay, un ka naam tha Umar ibn al-Aas.</w:t>
      </w:r>
    </w:p>
    <w:p>
      <w:pPr>
        <w:jc w:val="right"/>
      </w:pPr>
      <w:r>
        <w:t>۔ ان کے زمانے میں ایک قصہ ہوا، یعنی ایجپٹ جو ہے، ایجپٹ وہاں پر ایک مسلم گورنر ہوتے تھے، ان کا نام تھا عمر ابن العاص۔</w:t>
      </w:r>
    </w:p>
    <w:p>
      <w:r>
        <w:rPr>
          <w:b/>
        </w:rPr>
        <w:t xml:space="preserve">[36:07] </w:t>
      </w:r>
      <w:r>
        <w:t>Umar ibn al-Aas, yani woh islami khilafat mein tha, Egypt yani Misr, wahan par jo governor thay, un ka naam tha Umar ibn al-Aas.</w:t>
      </w:r>
    </w:p>
    <w:p>
      <w:pPr>
        <w:jc w:val="right"/>
      </w:pPr>
      <w:r>
        <w:t>عمر ابن العاص، یعنی وہ اسلامی خلافت میں تھا، ایجپٹ یعنی مصر، وہاں پر جو گورنر تھے، ان کا نام تھا عمر ابن العاص۔</w:t>
      </w:r>
    </w:p>
    <w:p>
      <w:r>
        <w:rPr>
          <w:b/>
        </w:rPr>
        <w:t xml:space="preserve">[36:19] </w:t>
      </w:r>
      <w:r>
        <w:t>un ke bete thay Muhammad ibn Aamir, governor ke bete thay Muhammad ibn Aamir.</w:t>
      </w:r>
    </w:p>
    <w:p>
      <w:pPr>
        <w:jc w:val="right"/>
      </w:pPr>
      <w:r>
        <w:t>ان کے بیٹے تھے محمد ابن عامر، گورنر کے بیٹے تھے محمد ابن عامر۔</w:t>
      </w:r>
    </w:p>
    <w:p>
      <w:r>
        <w:rPr>
          <w:b/>
        </w:rPr>
        <w:t xml:space="preserve">[36:25] </w:t>
      </w:r>
      <w:r>
        <w:t>to wahan par horse race hui, horse race yani ghud daud unhon ne karai. pehle zamaney mein bohat hota hai, ab bhi hota hai yeh.</w:t>
      </w:r>
    </w:p>
    <w:p>
      <w:pPr>
        <w:jc w:val="right"/>
      </w:pPr>
      <w:r>
        <w:t>تو وہاں پر ہارس ریس ہوئی، ہارس ریس یعنی گھڑ دوڑ انہوں نے کرائی۔ پہلے زمانے میں بہت ہوتا ہے، اب بھی ہوتا ہے یہ۔</w:t>
      </w:r>
    </w:p>
    <w:p>
      <w:r>
        <w:rPr>
          <w:b/>
        </w:rPr>
        <w:t xml:space="preserve">[36:36] </w:t>
      </w:r>
      <w:r>
        <w:t>to is mein aisa hua ke aik ghoda tha Muhammad ibn Aamir ka, yani governor ke bete ka,</w:t>
      </w:r>
    </w:p>
    <w:p>
      <w:pPr>
        <w:jc w:val="right"/>
      </w:pPr>
      <w:r>
        <w:t>تو اس میں ایسا ہوا کہ ایک گھوڑا تھا محمد ابن عامر کا، یعنی گورنر کے بیٹے کا،</w:t>
      </w:r>
    </w:p>
    <w:p>
      <w:r>
        <w:rPr>
          <w:b/>
        </w:rPr>
        <w:t xml:space="preserve">[36:44] </w:t>
      </w:r>
      <w:r>
        <w:t>aik aik aur aik tha, aik ghoda tha Coptic, jo kehte hain Qibti. Coptic yani Egyptian, non-muslim keh sakte hain aap Coptic.</w:t>
      </w:r>
    </w:p>
    <w:p>
      <w:pPr>
        <w:jc w:val="right"/>
      </w:pPr>
      <w:r>
        <w:t>ایک ایک اور ایک تھا، ایک گھوڑا تھا کاپٹک، جو کہتے ہیں قبطی۔ کاپٹک یعنی ایجپشن، نان مسلم کہہ سکتے ہیں آپ کاپٹک۔</w:t>
      </w:r>
    </w:p>
    <w:p>
      <w:r>
        <w:rPr>
          <w:b/>
        </w:rPr>
        <w:t xml:space="preserve">[36:57] </w:t>
      </w:r>
      <w:r>
        <w:t>to us ka ghoda aage badh gaya, Coptic ka ghoda aage badh gaya, aur jo jo un ke governor ke jo bete thay, un ka peechhe reh gaya Muhammad ibn Aamir ka.</w:t>
      </w:r>
    </w:p>
    <w:p>
      <w:pPr>
        <w:jc w:val="right"/>
      </w:pPr>
      <w:r>
        <w:t>تو اس کا گھوڑا آگے بڑھ گیا، کاپٹک کا گھوڑا آگے بڑھ گیا، اور جو جو ان کے گورنر کے جو بیٹے تھے، ان کا پیچھے رہ گیا محمد ابن عامر کا۔</w:t>
      </w:r>
    </w:p>
    <w:p>
      <w:r>
        <w:rPr>
          <w:b/>
        </w:rPr>
        <w:t xml:space="preserve">[37:13] </w:t>
      </w:r>
      <w:r>
        <w:t>to zahir hai ke jab aadmi jeetta hai to us ko kuch bol nikalti hai us ki zuban se, jaise Muhammad Ali ne kaha tha "I am the king of the world". aise kehta hai aadmi to jab josh mein aata hai to to us ne kuch keh diya us Coptic ne.</w:t>
      </w:r>
    </w:p>
    <w:p>
      <w:pPr>
        <w:jc w:val="right"/>
      </w:pPr>
      <w:r>
        <w:t>تو ظاہر ہے کہ جب آدمی جیتتا ہے تو اس کو کچھ بول نکلتی ہے اس کی زبان سے، جیسے محمد علی نے کہا تھا "آئی ایم دا کنگ آف دا ورلڈ"۔ ایسے کہتا ہے آدمی تو جب جوش میں آتا ہے تو تو اس نے کچھ کہہ دیا اس کاپٹک نے۔</w:t>
      </w:r>
    </w:p>
    <w:p>
      <w:r>
        <w:rPr>
          <w:b/>
        </w:rPr>
        <w:t xml:space="preserve">[37:31] </w:t>
      </w:r>
      <w:r>
        <w:t>to woh bete sahab ko bura laga, yani is jeet ke mauqe par jo us ko aik aik josh aaya to usay kuch keh diya hai,</w:t>
      </w:r>
    </w:p>
    <w:p>
      <w:pPr>
        <w:jc w:val="right"/>
      </w:pPr>
      <w:r>
        <w:t>تو وہ بیٹے صاحب کو برا لگا، یعنی اس جیت کے موقع پر جو اس کو ایک ایک جوش آیا تو اسے کچھ کہہ دیا ہے،</w:t>
      </w:r>
    </w:p>
    <w:p>
      <w:r>
        <w:rPr>
          <w:b/>
        </w:rPr>
        <w:t xml:space="preserve">[37:43] </w:t>
      </w:r>
      <w:r>
        <w:t>jaise Muhammad Ali ne keh diya tha "I am the king of the world". to us ne kuch keh diya to un ko ghussa laga, unhon ne us ko kiya kiya, us ko flogging kar di, yani kode se maar diya us ko.</w:t>
      </w:r>
    </w:p>
    <w:p>
      <w:pPr>
        <w:jc w:val="right"/>
      </w:pPr>
      <w:r>
        <w:t>جیسے محمد علی نے کہہ دیا تھا "آئی ایم دا کنگ آف دا ورلڈ"۔ تو اس نے کچھ کہہ دیا تو ان کو غصہ لگا، انہوں نے اس کو کیا کیا، اس کو فلاگنگ کر دی، یعنی کوڑے سے مار دیا اس کو۔</w:t>
      </w:r>
    </w:p>
    <w:p>
      <w:r>
        <w:rPr>
          <w:b/>
        </w:rPr>
        <w:t xml:space="preserve">[37:57] </w:t>
      </w:r>
      <w:r>
        <w:t>to</w:t>
      </w:r>
    </w:p>
    <w:p>
      <w:pPr>
        <w:jc w:val="right"/>
      </w:pPr>
      <w:r>
        <w:t>تو</w:t>
      </w:r>
    </w:p>
    <w:p>
      <w:r>
        <w:rPr>
          <w:b/>
        </w:rPr>
        <w:t xml:space="preserve">[37:58] </w:t>
      </w:r>
      <w:r>
        <w:t>woh</w:t>
      </w:r>
    </w:p>
    <w:p>
      <w:pPr>
        <w:jc w:val="right"/>
      </w:pPr>
      <w:r>
        <w:t>وہ</w:t>
      </w:r>
    </w:p>
    <w:p>
      <w:r>
        <w:rPr>
          <w:b/>
        </w:rPr>
        <w:t xml:space="preserve">[38:08] </w:t>
      </w:r>
      <w:r>
        <w:t>to Misr ke log yeh jante thay, yani Egypt ke log yeh jante thay ke jo jo caliph hai, jo khalifa hai Madine mein, woh bohat hi ziyada yani justice wala aadmi hai.</w:t>
      </w:r>
    </w:p>
    <w:p>
      <w:pPr>
        <w:jc w:val="right"/>
      </w:pPr>
      <w:r>
        <w:t>تو مصر کے لوگ یہ جانتے تھے، یعنی ایجپٹ کے لوگ یہ جانتے تھے کہ جو جو کلیف ہے، جو خلیفہ ہے مدینے میں، وہ بہت ہی زیادہ یعنی جسٹس والا آدمی ہے۔</w:t>
      </w:r>
    </w:p>
    <w:p>
      <w:r>
        <w:rPr>
          <w:b/>
        </w:rPr>
        <w:t xml:space="preserve">[38:23] </w:t>
      </w:r>
      <w:r>
        <w:t>us se us ko hosla hua aur woh Egypt se chal kar ke Madine aaya, aur aa kar us ne khalifa yani Umar Farooq se kaha ke dekhein aisa hua hai wahan par ke woh to aik race thi, mein jeet gaya,</w:t>
      </w:r>
    </w:p>
    <w:p>
      <w:pPr>
        <w:jc w:val="right"/>
      </w:pPr>
      <w:r>
        <w:t>اس سے اس کو حوصلہ ہوا اور وہ ایجپٹ سے چل کر کے مدینہ آیا، اور آ کر اس نے خلیفہ یعنی عمر فاروق سے کہا کہ دیکھیں ایسا ہوا ہے وہاں پر کہ وہ تو ایک ریس تھی، میں جیت گیا،</w:t>
      </w:r>
    </w:p>
    <w:p>
      <w:r>
        <w:rPr>
          <w:b/>
        </w:rPr>
        <w:t xml:space="preserve">[38:40] </w:t>
      </w:r>
      <w:r>
        <w:t>woh nahi jeet paye to mujh ko unhon ne koda maar diya.</w:t>
      </w:r>
    </w:p>
    <w:p>
      <w:pPr>
        <w:jc w:val="right"/>
      </w:pPr>
      <w:r>
        <w:t>وہ نہیں جیت پائے تو مجھ کو انہوں نے کوڑا مار دیا۔</w:t>
      </w:r>
    </w:p>
    <w:p>
      <w:r>
        <w:rPr>
          <w:b/>
        </w:rPr>
        <w:t xml:space="preserve">[38:49] </w:t>
      </w:r>
      <w:r>
        <w:t>to kiya hua? Umar Farooq ne usi waqt apna aik aadmi bheja wahan par, yani Egypt bhi bheja, woh ghoda daudate hue gaya wahan par aur kaha ke woh dono ko, baap aur bete, dono ko le aao,</w:t>
      </w:r>
    </w:p>
    <w:p>
      <w:pPr>
        <w:jc w:val="right"/>
      </w:pPr>
      <w:r>
        <w:t>تو کیا ہوا؟ عمر فاروق نے اسی وقت اپنا ایک آدمی بھیجا وہاں پر، یعنی ایجپٹ بھی بھیجا، وہ گھوڑا دوڑاتے ہوئے گیا وہاں پر اور کہا کہ وہ دونوں کو، باپ اور بیٹے، دونوں کو لے آؤ،</w:t>
      </w:r>
    </w:p>
    <w:p>
      <w:r>
        <w:rPr>
          <w:b/>
        </w:rPr>
        <w:t xml:space="preserve">[39:08] </w:t>
      </w:r>
      <w:r>
        <w:t>yani aamir bin al aas jo governor thay, un ke bete jo muhammad bin aamir thay, dono ko le aao.</w:t>
      </w:r>
    </w:p>
    <w:p>
      <w:pPr>
        <w:jc w:val="right"/>
      </w:pPr>
      <w:r>
        <w:t>یعنی عامر بن العاص جو گورنر تھے، ان کے بیٹے جو محمد بن عامر تھے، دونوں کو لے آؤ۔</w:t>
      </w:r>
    </w:p>
    <w:p>
      <w:r>
        <w:rPr>
          <w:b/>
        </w:rPr>
        <w:t xml:space="preserve">[39:14] </w:t>
      </w:r>
      <w:r>
        <w:t>to dono wahan se laye gaye kyunke khalifa ke hukum ke khilaf koi nahi kar sakta tha. woh jab woh dono pohanche madina</w:t>
      </w:r>
    </w:p>
    <w:p>
      <w:pPr>
        <w:jc w:val="right"/>
      </w:pPr>
      <w:r>
        <w:t>تو دونوں وہاں سے لائے گئے کیونکہ خلیفہ کے حکم کے خلاف کوئی نہیں کر سکتا تھا۔ وہ جب وہ دونوں پہنچے مدینہ</w:t>
      </w:r>
    </w:p>
    <w:p>
      <w:r>
        <w:rPr>
          <w:b/>
        </w:rPr>
        <w:t xml:space="preserve">[39:28] </w:t>
      </w:r>
      <w:r>
        <w:t>to dono aaye hazrat umar ka jahan par, yani bahaisiyat khalifa ke jahan baitha karte thay, woh kaha "ae al qabti!</w:t>
      </w:r>
    </w:p>
    <w:p>
      <w:pPr>
        <w:jc w:val="right"/>
      </w:pPr>
      <w:r>
        <w:t>تو دونوں آئے حضرت عمر کا جہاں پر، یعنی بحیثیت خلیفہ کے جہاں بیٹھا کرتے تھے، وہ کہا "اے القبطی!</w:t>
      </w:r>
    </w:p>
    <w:p>
      <w:r>
        <w:rPr>
          <w:b/>
        </w:rPr>
        <w:t xml:space="preserve">[39:37] </w:t>
      </w:r>
      <w:r>
        <w:t>woh qabti kahan hai?" woh bulaya gaya, woh aaya,</w:t>
      </w:r>
    </w:p>
    <w:p>
      <w:pPr>
        <w:jc w:val="right"/>
      </w:pPr>
      <w:r>
        <w:t>وہ قبطی کہاں ہے؟" وہ بلایا گیا، وہ آیا،</w:t>
      </w:r>
    </w:p>
    <w:p>
      <w:r>
        <w:rPr>
          <w:b/>
        </w:rPr>
        <w:t xml:space="preserve">[39:43] </w:t>
      </w:r>
      <w:r>
        <w:t>kaha ke "dekho yeh in ka beta yahan maujood hai aur in ko kora maro." woh us ne kora mara tha, tum bhi kora maro is ko, yani ke flogging karo is ki.</w:t>
      </w:r>
    </w:p>
    <w:p>
      <w:pPr>
        <w:jc w:val="right"/>
      </w:pPr>
      <w:r>
        <w:t>کہا کہ "دیکھو یہ ان کا بیٹا یہاں موجود ہے اور ان کو کوڑا مارو۔" وہ اس نے کوڑا مارا تھا، تم بھی کوڑا مارو اس کو، یعنی کہ فلاگنگ کرو اس کی۔</w:t>
      </w:r>
    </w:p>
    <w:p>
      <w:r>
        <w:rPr>
          <w:b/>
        </w:rPr>
        <w:t xml:space="preserve">[39:54] </w:t>
      </w:r>
      <w:r>
        <w:t>to governor ke samne beti ki flogging ki is ne, jo aik aik naam nan muslim christian tha, woh aur khoob mara is ne.</w:t>
      </w:r>
    </w:p>
    <w:p>
      <w:pPr>
        <w:jc w:val="right"/>
      </w:pPr>
      <w:r>
        <w:t>تو گورنر کے سامنے بیٹی کی فلاگنگ کی اس نے، جو ایک ایک نام نان مسلم کرسچن تھا، وہ اور خوب مارا اس نے۔</w:t>
      </w:r>
    </w:p>
    <w:p>
      <w:r>
        <w:rPr>
          <w:b/>
        </w:rPr>
        <w:t xml:space="preserve">[40:12] </w:t>
      </w:r>
      <w:r>
        <w:t>to jab woh maar chuka to hazrat umar ne kaha ke "in ke baap ko bhi maro,</w:t>
      </w:r>
    </w:p>
    <w:p>
      <w:pPr>
        <w:jc w:val="right"/>
      </w:pPr>
      <w:r>
        <w:t>تو جب وہ مار چکا تو حضرت عمر نے کہا کہ "ان کے باپ کو بھی مارو،</w:t>
      </w:r>
    </w:p>
    <w:p>
      <w:r>
        <w:rPr>
          <w:b/>
        </w:rPr>
        <w:t xml:space="preserve">[40:25] </w:t>
      </w:r>
      <w:r>
        <w:t>in ke baap ko bhi maro kyunke is ne apne baap ke hi bill par tum ko mara hai." maa zara bak alaa bi fadli sultani,</w:t>
      </w:r>
    </w:p>
    <w:p>
      <w:pPr>
        <w:jc w:val="right"/>
      </w:pPr>
      <w:r>
        <w:t>ان کے باپ کو بھی مارو کیونکہ اس نے اپنے باپ کے ہی بل پر تم کو مارا ہے۔" ماں ذرا بک الا بفضل سلطانہ،</w:t>
      </w:r>
    </w:p>
    <w:p>
      <w:r>
        <w:rPr>
          <w:b/>
        </w:rPr>
        <w:t xml:space="preserve">[40:39] </w:t>
      </w:r>
      <w:r>
        <w:t>yani baap ke ke bara baap jo hai governor hai, to is is is liye tum ko mara hai is ne.</w:t>
      </w:r>
    </w:p>
    <w:p>
      <w:pPr>
        <w:jc w:val="right"/>
      </w:pPr>
      <w:r>
        <w:t>یعنی باپ کے کہ بڑا باپ جو ہے گورنر ہے، تو اس اس اس لیے تم کو مارا ہے اس نے۔</w:t>
      </w:r>
    </w:p>
    <w:p>
      <w:r>
        <w:rPr>
          <w:b/>
        </w:rPr>
        <w:t xml:space="preserve">[40:48] </w:t>
      </w:r>
      <w:r>
        <w:t>to in ko hi maro. to woh jo misri ka jo coptic tha, qabti, us ne kaha ke "nahi, jis ne mujh ko mara tha, us ko main ne maar liya,</w:t>
      </w:r>
    </w:p>
    <w:p>
      <w:pPr>
        <w:jc w:val="right"/>
      </w:pPr>
      <w:r>
        <w:t>تو ان کو ہی مارو۔ تو وہ جو مصری کا جو کاپٹک تھا، قبطی، اس نے کہا کہ "نہیں، جس نے مجھ کو مارا تھا، اس کو میں نے مار لیا،</w:t>
      </w:r>
    </w:p>
    <w:p>
      <w:r>
        <w:rPr>
          <w:b/>
        </w:rPr>
        <w:t xml:space="preserve">[41:03] </w:t>
      </w:r>
      <w:r>
        <w:t>ab kisi aur ko marna mujhe is ki, mujhe is ki zaroorat nahi hai." mujhe us waqt umar farooq ne aik jo kaha tha, un ko mukhatib karte hue governor sahab ko,</w:t>
      </w:r>
    </w:p>
    <w:p>
      <w:pPr>
        <w:jc w:val="right"/>
      </w:pPr>
      <w:r>
        <w:t>اب کسی اور کو مارنا مجھے اس کی، مجھے اس کی ضرورت نہیں ہے۔" مجھے اس وقت عمر فاروق نے ایک جو کہا تھا، ان کو مخاطب کرتے ہوئے گورنر صاحب کو،</w:t>
      </w:r>
    </w:p>
    <w:p>
      <w:r>
        <w:rPr>
          <w:b/>
        </w:rPr>
        <w:t xml:space="preserve">[41:21] </w:t>
      </w:r>
      <w:r>
        <w:t>woh history mein aap parh sakte hain,</w:t>
      </w:r>
    </w:p>
    <w:p>
      <w:pPr>
        <w:jc w:val="right"/>
      </w:pPr>
      <w:r>
        <w:t>وہ ہسٹری میں آپ پڑھ سکتے ہیں،</w:t>
      </w:r>
    </w:p>
    <w:p>
      <w:r>
        <w:rPr>
          <w:b/>
        </w:rPr>
        <w:t xml:space="preserve">[41:25] </w:t>
      </w:r>
      <w:r>
        <w:t>unhon ne kaha tha ke "mata astabat al nas</w:t>
      </w:r>
    </w:p>
    <w:p>
      <w:pPr>
        <w:jc w:val="right"/>
      </w:pPr>
      <w:r>
        <w:t>انہوں نے کہا تھا کہ "متا استابت الناس</w:t>
      </w:r>
    </w:p>
    <w:p>
      <w:r>
        <w:rPr>
          <w:b/>
        </w:rPr>
        <w:t xml:space="preserve">[41:32] </w:t>
      </w:r>
      <w:r>
        <w:t>waqt khalaqtum ahraara".</w:t>
      </w:r>
    </w:p>
    <w:p>
      <w:pPr>
        <w:jc w:val="right"/>
      </w:pPr>
      <w:r>
        <w:t>وقت خلقتہم احرارہ"۔</w:t>
      </w:r>
    </w:p>
    <w:p>
      <w:r>
        <w:rPr>
          <w:b/>
        </w:rPr>
        <w:t xml:space="preserve">[41:40] </w:t>
      </w:r>
      <w:r>
        <w:t>tum ne kab se logon ko ghulam bana liya apna?</w:t>
      </w:r>
    </w:p>
    <w:p>
      <w:pPr>
        <w:jc w:val="right"/>
      </w:pPr>
      <w:r>
        <w:t>تم نے کب سے لوگوں کو غلام بنا لیا اپنا؟</w:t>
      </w:r>
    </w:p>
    <w:p>
      <w:r>
        <w:rPr>
          <w:b/>
        </w:rPr>
        <w:t xml:space="preserve">[41:46] </w:t>
      </w:r>
      <w:r>
        <w:t>kab se tum ne logon ko apna slave bana liya jab ke un ki maon ne un ko aazad paida kiya tha?</w:t>
      </w:r>
    </w:p>
    <w:p>
      <w:pPr>
        <w:jc w:val="right"/>
      </w:pPr>
      <w:r>
        <w:t>کب سے تم نے لوگوں کو اپنا سلیو بنا لیا جب کہ ان کی ماؤں نے ان کو آزاد پیدا کیا تھا؟</w:t>
      </w:r>
    </w:p>
    <w:p>
      <w:r>
        <w:rPr>
          <w:b/>
        </w:rPr>
        <w:t xml:space="preserve">[41:55] </w:t>
      </w:r>
      <w:r>
        <w:t>yeh baat unhon ne kahi thi seventh century mein, yahi baat dohrayi rousseau ne 18th century mein. aap rousseau jo 18th century ka political thinker hai,</w:t>
      </w:r>
    </w:p>
    <w:p>
      <w:pPr>
        <w:jc w:val="right"/>
      </w:pPr>
      <w:r>
        <w:t>یہ بات انہوں نے کہی تھی سیونتھ سینچری میں، یہی بات دہرائی روسو نے 18 سینچری میں۔ آپ روسو جو 18 سینچری کا پولیٹیکل تھنکر ہے،</w:t>
      </w:r>
    </w:p>
    <w:p>
      <w:r>
        <w:rPr>
          <w:b/>
        </w:rPr>
        <w:t xml:space="preserve">[42:10] </w:t>
      </w:r>
      <w:r>
        <w:t>aap is ki kitaab parhi hai</w:t>
      </w:r>
    </w:p>
    <w:p>
      <w:pPr>
        <w:jc w:val="right"/>
      </w:pPr>
      <w:r>
        <w:t>آپ اس کی کتاب پڑھی ہے</w:t>
      </w:r>
    </w:p>
    <w:p>
      <w:r>
        <w:rPr>
          <w:b/>
        </w:rPr>
        <w:t xml:space="preserve">[42:14] </w:t>
      </w:r>
      <w:r>
        <w:t>"social contract",</w:t>
      </w:r>
    </w:p>
    <w:p>
      <w:pPr>
        <w:jc w:val="right"/>
      </w:pPr>
      <w:r>
        <w:t>"سوشل کنٹریکٹ"،</w:t>
      </w:r>
    </w:p>
    <w:p>
      <w:r>
        <w:rPr>
          <w:b/>
        </w:rPr>
        <w:t xml:space="preserve">[42:18] </w:t>
      </w:r>
      <w:r>
        <w:t>is ka first sentence jo hai yeh hai "man was born free but i see he is in chains".</w:t>
      </w:r>
    </w:p>
    <w:p>
      <w:pPr>
        <w:jc w:val="right"/>
      </w:pPr>
      <w:r>
        <w:t>اس کا فرسٹ سینٹنس جو ہے یہ ہے "مین واز بورن فری بٹ آئی سی ہیو ان چین"۔</w:t>
      </w:r>
    </w:p>
    <w:p>
      <w:r>
        <w:rPr>
          <w:b/>
        </w:rPr>
        <w:t xml:space="preserve">[42:31] </w:t>
      </w:r>
      <w:r>
        <w:t>"man was born free but i see he is in chains" yeh isi ka repetition hai.</w:t>
      </w:r>
    </w:p>
    <w:p>
      <w:pPr>
        <w:jc w:val="right"/>
      </w:pPr>
      <w:r>
        <w:t>"مین واز بورن فری بٹ آئی سی ہیو ان چینز" یہ اسی کا ریپیٹیشن ہے۔</w:t>
      </w:r>
    </w:p>
    <w:p>
      <w:r>
        <w:rPr>
          <w:b/>
        </w:rPr>
        <w:t xml:space="preserve">[42:42] </w:t>
      </w:r>
      <w:r>
        <w:t>gyarah so saal baad, is ka matlab hai ke jis cheez ko aap samajhte hain ke france ne paida kiya hai, democracy, woh democracy gyarah so saal pehle aa chuki thi.</w:t>
      </w:r>
    </w:p>
    <w:p>
      <w:pPr>
        <w:jc w:val="right"/>
      </w:pPr>
      <w:r>
        <w:t>گیارہ سو سال بعد، اس کا معنی ہے کہ جس چیز کو آپ سمجھتے ہیں کہ فرانس نے پیدا کیا ہے، ڈیموکریسی، وہ ڈیموکریسی گیارہ سو سال پہلے آ چکی تھی۔</w:t>
      </w:r>
    </w:p>
    <w:p>
      <w:r>
        <w:rPr>
          <w:b/>
        </w:rPr>
        <w:t xml:space="preserve">[42:56] </w:t>
      </w:r>
      <w:r>
        <w:t>aaj jab parhte hain hum history, yani jo european logon ne likhi hai, us mein bataya jata hai ke democracy jo hai, woh france mein, is ka revolution france mein aaya.</w:t>
      </w:r>
    </w:p>
    <w:p>
      <w:pPr>
        <w:jc w:val="right"/>
      </w:pPr>
      <w:r>
        <w:t>آج جب پڑھتے ہیں ہم ہسٹری، یعنی جو یورپین لوگوں نے لکھی ہے، اس میں بتایا جاتا ہے کہ ڈیموکریسی جو ہے، وہ فرانس میں، اس کا ریولوشن فرانس میں آیا۔</w:t>
      </w:r>
    </w:p>
    <w:p>
      <w:r>
        <w:rPr>
          <w:b/>
        </w:rPr>
        <w:t xml:space="preserve">[43:10] </w:t>
      </w:r>
      <w:r>
        <w:t>france mein, yani democracy lanay wala france hai, halanke is se gyarah so saal pehle woh aa chuki thi arab mein.</w:t>
      </w:r>
    </w:p>
    <w:p>
      <w:pPr>
        <w:jc w:val="right"/>
      </w:pPr>
      <w:r>
        <w:t>فرانس میں، یعنی ڈیموکریسی لانے والا فرانس ہے، حالانکہ اس سے گیارہ سو سال پہلے وہ آ چکی تھی عرب میں۔</w:t>
      </w:r>
    </w:p>
    <w:p>
      <w:r>
        <w:rPr>
          <w:b/>
        </w:rPr>
        <w:t xml:space="preserve">[43:22] </w:t>
      </w:r>
      <w:r>
        <w:t>jo baat kahi thi umar farooq ne, usi ko dohraya rousseau ne. unhon ne kaha tha ke tum ne kab se logon ko apna slave bana liya jab ke un ki maon ne un ko aazad paida kiya tha?</w:t>
      </w:r>
    </w:p>
    <w:p>
      <w:pPr>
        <w:jc w:val="right"/>
      </w:pPr>
      <w:r>
        <w:t>جو بات کہی تھی عمر فاروق نے، اسی کو دہرایا روسو نے۔ انہوں نے کہا تھا کہ تم نے کب سے لوگوں کو اپنا سلیو بنا لیا جب کہ ان کی ماؤں نے ان کو آزاد پیدا کیا تھا؟</w:t>
      </w:r>
    </w:p>
    <w:p>
      <w:r>
        <w:rPr>
          <w:b/>
        </w:rPr>
        <w:t xml:space="preserve">[43:38] </w:t>
      </w:r>
      <w:r>
        <w:t>isi se kitab shuru ki hai is ne, russo ne apni "social contract" keh "man was born free but i see he have in chains".</w:t>
      </w:r>
    </w:p>
    <w:p>
      <w:pPr>
        <w:jc w:val="right"/>
      </w:pPr>
      <w:r>
        <w:t>اسی سے کتاب شروع کی ہے اس نے، روسو نے اپنی "سوشل کنٹریکٹ" کہ "مین واز بورن فری بٹ آئی سی ہیو ان چینز"۔</w:t>
      </w:r>
    </w:p>
    <w:p>
      <w:r>
        <w:rPr>
          <w:b/>
        </w:rPr>
        <w:t xml:space="preserve">[43:49] </w:t>
      </w:r>
      <w:r>
        <w:t>to yeh hai</w:t>
      </w:r>
    </w:p>
    <w:p>
      <w:pPr>
        <w:jc w:val="right"/>
      </w:pPr>
      <w:r>
        <w:t>تو یہ ہے</w:t>
      </w:r>
    </w:p>
    <w:p>
      <w:r>
        <w:rPr>
          <w:b/>
        </w:rPr>
        <w:t xml:space="preserve">[43:53] </w:t>
      </w:r>
      <w:r>
        <w:t>history.</w:t>
      </w:r>
    </w:p>
    <w:p>
      <w:pPr>
        <w:jc w:val="right"/>
      </w:pPr>
      <w:r>
        <w:t>ہسٹری۔</w:t>
      </w:r>
    </w:p>
    <w:p>
      <w:r>
        <w:rPr>
          <w:b/>
        </w:rPr>
        <w:t xml:space="preserve">[43:58] </w:t>
      </w:r>
      <w:r>
        <w:t>dekhen, main ek baat aap se arz karna chahun ke khuda insan ko freedom di hui hai qayamat tak ke liye, lekin khuda kabhi kabhi intervention karta rehta hai, khas tor par khuda is ko tolerate nahi karta ke koi duniya se azadi ko khatam kar de.</w:t>
      </w:r>
    </w:p>
    <w:p>
      <w:pPr>
        <w:jc w:val="right"/>
      </w:pPr>
      <w:r>
        <w:t>دیکھیں، میں ایک بات آپ سے عرض کرنا چاہوں کہ خدا انسان کو فریڈم دی ہوئی ہے قیامت تک کے لیے، لیکن خدا کبھی کبھی انٹروین کرتا رہتا ہے، خاص طور پر خدا اس کو ٹالریٹ نہیں کرتا کہ کوئی دنیا سے آزادی کو ختم کر دے۔</w:t>
      </w:r>
    </w:p>
    <w:p>
      <w:r>
        <w:rPr>
          <w:b/>
        </w:rPr>
        <w:t xml:space="preserve">[44:19] </w:t>
      </w:r>
      <w:r>
        <w:t>to kingship ke waqt khuda ne intervention kiya,</w:t>
      </w:r>
    </w:p>
    <w:p>
      <w:pPr>
        <w:jc w:val="right"/>
      </w:pPr>
      <w:r>
        <w:t>تو کنگ شپ کے وقت خدا نے انٹروین کیا،</w:t>
      </w:r>
    </w:p>
    <w:p>
      <w:r>
        <w:rPr>
          <w:b/>
        </w:rPr>
        <w:t xml:space="preserve">[44:22] </w:t>
      </w:r>
      <w:r>
        <w:t>woh kingship ko khatam kar diya taake insan azad soche. kyunke dekhen, khuda ki scheme jab privatize ho jati hai, khuda ne paida kiya hai insan ko azad taake is ko mauqa mile kaam karne ka.</w:t>
      </w:r>
    </w:p>
    <w:p>
      <w:pPr>
        <w:jc w:val="right"/>
      </w:pPr>
      <w:r>
        <w:t>وہ کنگ شپ کو ختم کر دیا تاکہ انسان آزاد سوچے۔ کیونکہ دیکھیں، خدا کی سکیم جب پرٹائز ہو جاتی ہے، خدا نے پیدا کیا ہے انسان کو آزاد تاکہ اس کو موقع ملے کام کرنے کا۔</w:t>
      </w:r>
    </w:p>
    <w:p>
      <w:r>
        <w:rPr>
          <w:b/>
        </w:rPr>
        <w:t xml:space="preserve">[44:41] </w:t>
      </w:r>
      <w:r>
        <w:t>jaise examination hall mein aap ek student ka hath paon baandh dein to authority kahe gi ke "kya tum ne galat kaam kiya?" authority intervention kare gi,</w:t>
      </w:r>
    </w:p>
    <w:p>
      <w:pPr>
        <w:jc w:val="right"/>
      </w:pPr>
      <w:r>
        <w:t>جیسے ایگزامینیشن ہال میں آپ ایک اسٹوڈنٹ کا ہاتھ پاؤں باندھ دیں تو اتھارٹی کہے گی کہ "کیا تم نے غلط کام کیا؟" اتھارٹی انٹروین کرے گی،</w:t>
      </w:r>
    </w:p>
    <w:p>
      <w:r>
        <w:rPr>
          <w:b/>
        </w:rPr>
        <w:t xml:space="preserve">[44:54] </w:t>
      </w:r>
      <w:r>
        <w:t>intervention kar ke is ko azad kare gi. because without freedom, there is no examination. aap kaise kisi ko jaanchen ge?</w:t>
      </w:r>
    </w:p>
    <w:p>
      <w:pPr>
        <w:jc w:val="right"/>
      </w:pPr>
      <w:r>
        <w:t>انٹروین کر کے اس کو آزاد کرے گی۔ بیکاز ودا آؤٹ فریڈم، دیر از نو ایگزامینیشن۔ آپ کیسے کسی کو جانچیں گے؟</w:t>
      </w:r>
    </w:p>
    <w:p>
      <w:r>
        <w:rPr>
          <w:b/>
        </w:rPr>
        <w:t xml:space="preserve">[45:05] </w:t>
      </w:r>
      <w:r>
        <w:t>without freedom, there is no test. to jab bhi koi yaad rakhiye, is duniya mein insan ki azadi ko khatam kare ga, khuda intervention karta hai.</w:t>
      </w:r>
    </w:p>
    <w:p>
      <w:pPr>
        <w:jc w:val="right"/>
      </w:pPr>
      <w:r>
        <w:t>ودا آؤٹ فریڈم، دیر از نو ٹیسٹ۔ تو جب بھی کوئی یاد رکھیے، اس دنیا میں انسان کی آزادی کو ختم کرے گا، خدا انٹروین کرتا ہے۔</w:t>
      </w:r>
    </w:p>
    <w:p>
      <w:r>
        <w:rPr>
          <w:b/>
        </w:rPr>
        <w:t xml:space="preserve">[45:16] </w:t>
      </w:r>
      <w:r>
        <w:t>wahan it was divine intervention.</w:t>
      </w:r>
    </w:p>
    <w:p>
      <w:pPr>
        <w:jc w:val="right"/>
      </w:pPr>
      <w:r>
        <w:t>وہاں اٹ واز ڈیوائن انٹرویوشن۔</w:t>
      </w:r>
    </w:p>
    <w:p>
      <w:r>
        <w:rPr>
          <w:b/>
        </w:rPr>
        <w:t xml:space="preserve">[45:21] </w:t>
      </w:r>
      <w:r>
        <w:t>yeh yeh ek political break tha jo arbon ke zariye hua ke kaise, yani abadi pahad reza reza ho gaye. jo bible mein kaha gaya, balkeh sahi kaha gaya hai "and the everlasting mountains were scattered".</w:t>
      </w:r>
    </w:p>
    <w:p>
      <w:pPr>
        <w:jc w:val="right"/>
      </w:pPr>
      <w:r>
        <w:t>یہ یہ ایک پولیٹیکل بریکل تھا جو عربوں کے ذریعے ہوا کہ کیسے، یعنی ابدی پہاڑ ریزہ ریزہ ہو گئے۔ جو بائبل میں کہا گیا، بلکہ صحیح کہا گیا ہے "این دا ایور لاسٹنگ ماؤنٹینز ویر اسکیٹرڈ"۔</w:t>
      </w:r>
    </w:p>
    <w:p>
      <w:r>
        <w:rPr>
          <w:b/>
        </w:rPr>
        <w:t xml:space="preserve">[45:40] </w:t>
      </w:r>
      <w:r>
        <w:t>yeh kingship to lagta tha ke khatam bhi nahi hogi kabhi.</w:t>
      </w:r>
    </w:p>
    <w:p>
      <w:pPr>
        <w:jc w:val="right"/>
      </w:pPr>
      <w:r>
        <w:t>یہ کنگ شپ تو لگتا تھا کہ ختم بھی نہیں ہوگی کبھی۔</w:t>
      </w:r>
    </w:p>
    <w:p>
      <w:r>
        <w:rPr>
          <w:b/>
        </w:rPr>
        <w:t xml:space="preserve">[45:46] </w:t>
      </w:r>
      <w:r>
        <w:t>to yeh khuda ne intervention</w:t>
      </w:r>
    </w:p>
    <w:p>
      <w:pPr>
        <w:jc w:val="right"/>
      </w:pPr>
      <w:r>
        <w:t>تو یہ خدا نے انٹروین</w:t>
      </w:r>
    </w:p>
    <w:p>
      <w:r>
        <w:rPr>
          <w:b/>
        </w:rPr>
        <w:t xml:space="preserve">[45:48] </w:t>
      </w:r>
      <w:r>
        <w:t>kiya. doosra intervention khuda ka yeh hai communist empire mein hua tha, yani ek bada empire bana liya Soviet Union, jis ko kehte thay.</w:t>
      </w:r>
    </w:p>
    <w:p>
      <w:pPr>
        <w:jc w:val="right"/>
      </w:pPr>
      <w:r>
        <w:t>کیا۔ دوسرا انٹرویوشن خدا کا یہ ہے کمیونسٹ ایمپائر میں ہوا تھا، یعنی ایک بڑا ایمپائر بنا لیا سوویت یونین، جس کو کہتے تھے۔</w:t>
      </w:r>
    </w:p>
    <w:p>
      <w:r>
        <w:rPr>
          <w:b/>
        </w:rPr>
        <w:t xml:space="preserve">[46:00] </w:t>
      </w:r>
      <w:r>
        <w:t>main ne is waqt ek book likhi thi, log hanste thay mere upar jabke josh jalal tha communist ka, Soviet empire ka josh jalal tha aur woh superpower kehlati thay.</w:t>
      </w:r>
    </w:p>
    <w:p>
      <w:pPr>
        <w:jc w:val="right"/>
      </w:pPr>
      <w:r>
        <w:t>میں نے اس وقت ایک بک لکھی تھی، لوگ ہنستے تھے میرے اوپر جبکہ جاؤ جلال تھا کمیونسٹوں کا، سوویت ایمپائر کا جاؤ جلال تھا اور وہ سپر پاور کہلاتے تھے۔</w:t>
      </w:r>
    </w:p>
    <w:p>
      <w:r>
        <w:rPr>
          <w:b/>
        </w:rPr>
        <w:t xml:space="preserve">[46:12] </w:t>
      </w:r>
      <w:r>
        <w:t>meri kitab ka title tha ke "marxism", jis ko tareekh radd kar chuki hai. "marxism", jis ko tareekh radd kar chuki hai, radd matlab reject kar chuki hai.</w:t>
      </w:r>
    </w:p>
    <w:p>
      <w:pPr>
        <w:jc w:val="right"/>
      </w:pPr>
      <w:r>
        <w:t>میری کتاب کا ٹائٹل تھا کہ "مارسم"، جس کو تاریخ رد کر چکی ہے۔ "مارسم"، جس کو تاریخ رد کر چکی ہے، رد مطلب ریجیکٹ کر چکی ہے۔</w:t>
      </w:r>
    </w:p>
    <w:p>
      <w:r>
        <w:rPr>
          <w:b/>
        </w:rPr>
        <w:t xml:space="preserve">[46:27] </w:t>
      </w:r>
      <w:r>
        <w:t>to us waqt mujhe hanste thay mere upar, dekho yeh itna zabardast dabdaba hai Soviet Union ka, yeh keh rahe hain ke woh woh reject ho chuka hai.</w:t>
      </w:r>
    </w:p>
    <w:p>
      <w:pPr>
        <w:jc w:val="right"/>
      </w:pPr>
      <w:r>
        <w:t>تو اس وقت مجھے ہنستے تھے میرے اوپر، دیکھو یہ اتنا زبردست دبدبہ ہے سوویت یونین کا، یہ کہہ رہے ہیں کہ وہ وہ ریجیکٹ ہو چکا ہے۔</w:t>
      </w:r>
    </w:p>
    <w:p>
      <w:r>
        <w:rPr>
          <w:b/>
        </w:rPr>
        <w:t xml:space="preserve">[46:38] </w:t>
      </w:r>
      <w:r>
        <w:t>aaj aap jante hain ke woh waqea ho chuka hai jo main ne us waqt likha tha. to behrhaal, khuda kabhi bhi is ko nahi kar sakta pasand ke kisi ki azadi ko aap chheen.</w:t>
      </w:r>
    </w:p>
    <w:p>
      <w:pPr>
        <w:jc w:val="right"/>
      </w:pPr>
      <w:r>
        <w:t>آج آپ جانتے ہیں کہ وہ واقعہ ہو چکا ہے جو میں نے اس وقت لکھا تھا۔ تو بہرحال، خدا کبھی بھی اس کو نہیں کر سکتا پسند کہ کسی کی آزادی کو آپ چھینیں۔</w:t>
      </w:r>
    </w:p>
    <w:p>
      <w:r>
        <w:rPr>
          <w:b/>
        </w:rPr>
        <w:t xml:space="preserve">[46:51] </w:t>
      </w:r>
      <w:r>
        <w:t>to khuda wahan intervention karta hai. to khuda ne intervention kar ke kingship ko khatam kiya. phir duniya mein azadi aayi, scientific inqilab hua.</w:t>
      </w:r>
    </w:p>
    <w:p>
      <w:pPr>
        <w:jc w:val="right"/>
      </w:pPr>
      <w:r>
        <w:t>تو خدا وہاں انٹروین کرتا ہے۔ تو خدا نے انٹروین کر کے کنگ شپ کو ختم کیا۔ پھر دنیا میں آزادی آئی، سائنسی انقلاب ہوا۔</w:t>
      </w:r>
    </w:p>
    <w:p>
      <w:r>
        <w:rPr>
          <w:b/>
        </w:rPr>
        <w:t xml:space="preserve">[47:04] </w:t>
      </w:r>
      <w:r>
        <w:t>dekhen, azadi agar na aayi to scientific inqilab bhi na hota.</w:t>
      </w:r>
    </w:p>
    <w:p>
      <w:pPr>
        <w:jc w:val="right"/>
      </w:pPr>
      <w:r>
        <w:t>دیکھیں، آزادی اگر نہ آتی تو سائنسی انقلاب بھی نہ ہوتا۔</w:t>
      </w:r>
    </w:p>
    <w:p>
      <w:r>
        <w:rPr>
          <w:b/>
        </w:rPr>
        <w:t xml:space="preserve">[47:09] </w:t>
      </w:r>
      <w:r>
        <w:t>scientific inqilab jo tha, woh kaise? yani scientific revolution require free inquiry.</w:t>
      </w:r>
    </w:p>
    <w:p>
      <w:pPr>
        <w:jc w:val="right"/>
      </w:pPr>
      <w:r>
        <w:t>سائنسی انقلاب جو تھا، وہ کیسے؟ یعنی سائنٹیفک ریولوشن ریکوائر فری انکوائری۔</w:t>
      </w:r>
    </w:p>
    <w:p>
      <w:r>
        <w:rPr>
          <w:b/>
        </w:rPr>
        <w:t xml:space="preserve">[47:22] </w:t>
      </w:r>
      <w:r>
        <w:t>jab tak free inquiry duniya mein nahi thi, tab tak scientific research bhi nahi ho pati thi. science ki jar mein jo cheez hai, woh hai free inquiry.</w:t>
      </w:r>
    </w:p>
    <w:p>
      <w:pPr>
        <w:jc w:val="right"/>
      </w:pPr>
      <w:r>
        <w:t>جب تک فری انکوائری دنیا میں نہیں تھی، تب تک سائنٹیفک ریسرچ بھی نہیں ہو پاتی تھی۔ سائنس کی جڑ میں جو چیز ہے، وہ ہے فری انکوائری۔</w:t>
      </w:r>
    </w:p>
    <w:p>
      <w:r>
        <w:rPr>
          <w:b/>
        </w:rPr>
        <w:t xml:space="preserve">[47:34] </w:t>
      </w:r>
      <w:r>
        <w:t>free inquiry,</w:t>
      </w:r>
    </w:p>
    <w:p>
      <w:pPr>
        <w:jc w:val="right"/>
      </w:pPr>
      <w:r>
        <w:t>فری انکوائری،</w:t>
      </w:r>
    </w:p>
    <w:p>
      <w:r>
        <w:rPr>
          <w:b/>
        </w:rPr>
        <w:t xml:space="preserve">[47:36] </w:t>
      </w:r>
      <w:r>
        <w:t>free inquiry aayi jab kingship khatam hui. dekhen, yeh ek process hota hai, kai so saal mein chalta hai. yeh sab aisa nahi hai ke koi jadoo ke tareeqe se achaanak ho jaye.</w:t>
      </w:r>
    </w:p>
    <w:p>
      <w:pPr>
        <w:jc w:val="right"/>
      </w:pPr>
      <w:r>
        <w:t>فری انکوائری آئی جب کنگ شپ ختم ہوئی۔ دیکھیں، یہ ایک پروسیس ہوتا ہے، کئی سو سال میں چلتا ہے۔ یہ سب ایسا نہیں ہے کہ کوئی جادو کے طریقے سے اچانک ہو جائے۔</w:t>
      </w:r>
    </w:p>
    <w:p>
      <w:r>
        <w:rPr>
          <w:b/>
        </w:rPr>
        <w:t xml:space="preserve">[47:48] </w:t>
      </w:r>
      <w:r>
        <w:t>main main yeh nahi keh raha hoon ke achaanak koi jadoo aa gaya history mein. nahi, jab kingship khatam hui to ek process chala, process chala, process chala.</w:t>
      </w:r>
    </w:p>
    <w:p>
      <w:pPr>
        <w:jc w:val="right"/>
      </w:pPr>
      <w:r>
        <w:t>میں میں یہ نہیں کہہ رہا ہوں کہ اچانک کوئی جادو آ گیا ہسٹری میں۔ نہیں، جب کنگ شپ ختم ہوئی تو ایک پروسیس چلا، پروسیس چلا، پروسیس چلا۔</w:t>
      </w:r>
    </w:p>
    <w:p>
      <w:r>
        <w:rPr>
          <w:b/>
        </w:rPr>
        <w:t xml:space="preserve">[48:00] </w:t>
      </w:r>
      <w:r>
        <w:t>is ka klemishan tha ke woh aa kar ke, yaani western countries mein, is specially Europe mein, is ka klemishan tha ke yahan par saensy revolution aaya.</w:t>
      </w:r>
    </w:p>
    <w:p>
      <w:pPr>
        <w:jc w:val="right"/>
      </w:pPr>
      <w:r>
        <w:t>اس کا کلمیشن تھا کہ وہ آ کر کے، یعنی ویسٹرن کنٹریز میں، اس اسپیشلی یورپ میں، اس کا کلمیشن تھا کہ یہاں پر سائنسی ریولوشن آیا۔</w:t>
      </w:r>
    </w:p>
    <w:p>
      <w:r>
        <w:rPr>
          <w:b/>
        </w:rPr>
        <w:t xml:space="preserve">[48:11] </w:t>
      </w:r>
      <w:r>
        <w:t>scientific revolution jo tha, woh is waqt mumkin hua jab ke dunya mein free inquiry aaye. Har cheez ki inquiry, har cheez ko janne ki koshish karna.</w:t>
      </w:r>
    </w:p>
    <w:p>
      <w:pPr>
        <w:jc w:val="right"/>
      </w:pPr>
      <w:r>
        <w:t>سائنٹیفک ریولوشن جو تھا، وہ اس وقت ممکن ہوا جب کہ دنیا میں فری انکوائری آئے۔ ہر چیز کی انکوائری، ہر چیز کو جاننے کی کوشش کرنا۔</w:t>
      </w:r>
    </w:p>
    <w:p>
      <w:r>
        <w:rPr>
          <w:b/>
        </w:rPr>
        <w:t xml:space="preserve">[48:22] </w:t>
      </w:r>
      <w:r>
        <w:t>is se pehle kya hota tha ke kingship ke zamane mein har taraf superstition tha.</w:t>
      </w:r>
    </w:p>
    <w:p>
      <w:pPr>
        <w:jc w:val="right"/>
      </w:pPr>
      <w:r>
        <w:t>اس سے پہلے کیا ہوتا تھا کہ کنگ شپ کے زمانے میں ہر طرف سپریسٹیشن تھا۔</w:t>
      </w:r>
    </w:p>
    <w:p>
      <w:r>
        <w:rPr>
          <w:b/>
        </w:rPr>
        <w:t xml:space="preserve">[48:28] </w:t>
      </w:r>
      <w:r>
        <w:t>log cheezon ko for granted le lete the, for granted ke jo ho raha hai, woh devta kar rahe hain, jo ho raha hai, woh koi mysterious taqat kar rahi hai.</w:t>
      </w:r>
    </w:p>
    <w:p>
      <w:pPr>
        <w:jc w:val="right"/>
      </w:pPr>
      <w:r>
        <w:t>لوگ چیزوں کو فار گرانٹڈ لے لیتے تھے، فار گرانٹڈ کہ جو ہو رہا ہے، وہ دیوتا کر رہے ہیں، جو ہو رہا ہے، وہ کوئی مسٹیریس طاقت کر رہی ہے۔</w:t>
      </w:r>
    </w:p>
    <w:p>
      <w:r>
        <w:rPr>
          <w:b/>
        </w:rPr>
        <w:t xml:space="preserve">[48:41] </w:t>
      </w:r>
      <w:r>
        <w:t>yaani free inquiry ka aspect hi maujood nahi thi is zamane mein. To jab free inquiry hone lagi, tab science ka, yaani zamana shuru hua.</w:t>
      </w:r>
    </w:p>
    <w:p>
      <w:pPr>
        <w:jc w:val="right"/>
      </w:pPr>
      <w:r>
        <w:t>یعنی فری انکوائری کا اسپیٹ ہی موجود نہیں تھی اس زمانے میں۔ تو جب فری انکوائری ہونے لگی، تب سائنس کا، یعنی زمانہ شروع ہوا۔</w:t>
      </w:r>
    </w:p>
    <w:p>
      <w:r>
        <w:rPr>
          <w:b/>
        </w:rPr>
        <w:t xml:space="preserve">[48:54] </w:t>
      </w:r>
      <w:r>
        <w:t>to ek inquiry culture</w:t>
      </w:r>
    </w:p>
    <w:p>
      <w:pPr>
        <w:jc w:val="right"/>
      </w:pPr>
      <w:r>
        <w:t>تو ایک انکوائری کلچر</w:t>
      </w:r>
    </w:p>
    <w:p>
      <w:r>
        <w:rPr>
          <w:b/>
        </w:rPr>
        <w:t xml:space="preserve">[48:57] </w:t>
      </w:r>
      <w:r>
        <w:t>aaya. Is waqt mein is detail mein nahi ja raha hoon ke science ke revolution se kya kya hua. Is ke ek aspect ko main bayan karna chahta hoon ke inquiry culture se kya cheez aayi.</w:t>
      </w:r>
    </w:p>
    <w:p>
      <w:pPr>
        <w:jc w:val="right"/>
      </w:pPr>
      <w:r>
        <w:t>آیا۔ اس وقت میں اس ڈیٹیل میں نہیں جا رہا ہوں کہ سائنس کے انقلاب سے کیا کیا ہوا۔ اس کے ایک اسپیکٹ کو میں بیان کرنا چاہتا ہوں کہ انکوائری کلچر سے کیا چیز آئی۔</w:t>
      </w:r>
    </w:p>
    <w:p>
      <w:r>
        <w:rPr>
          <w:b/>
        </w:rPr>
        <w:t xml:space="preserve">[49:08] </w:t>
      </w:r>
      <w:r>
        <w:t>inquiry culture ka ek faida yeh hua ke ke daawa work jo hai, historical process mein shamil ho gaya.</w:t>
      </w:r>
    </w:p>
    <w:p>
      <w:pPr>
        <w:jc w:val="right"/>
      </w:pPr>
      <w:r>
        <w:t>انکوائری کلچر کا ایک فائدہ یہ ہوا کہ کہ دعویٰ ورک جو ہے، ہسٹوریکل پروسیس میں شامل ہو گیا۔</w:t>
      </w:r>
    </w:p>
    <w:p>
      <w:r>
        <w:rPr>
          <w:b/>
        </w:rPr>
        <w:t xml:space="preserve">[49:21] </w:t>
      </w:r>
      <w:r>
        <w:t>kitni bari baat hui hai!</w:t>
      </w:r>
    </w:p>
    <w:p>
      <w:pPr>
        <w:jc w:val="right"/>
      </w:pPr>
      <w:r>
        <w:t>کتنی بڑی بات ہوئی ہے!</w:t>
      </w:r>
    </w:p>
    <w:p>
      <w:r>
        <w:rPr>
          <w:b/>
        </w:rPr>
        <w:t xml:space="preserve">[49:25] </w:t>
      </w:r>
      <w:r>
        <w:t>pehley zamane mein, prophet ke zamane mein, daawa work jo tha, ek individual work hua karta tha. Ek aadmi jo hai, kisi se kahe, doosra aadmi sune.</w:t>
      </w:r>
    </w:p>
    <w:p>
      <w:pPr>
        <w:jc w:val="right"/>
      </w:pPr>
      <w:r>
        <w:t>پہلے زمانے میں، پرافٹ کے زمانے میں، دعویٰ ورک جو تھا، ایک انڈیویجول ورک ہوا کرتا تھا۔ ایک آدمی جو ہے، کسی سے کہے، دوسرا آدمی سنے۔</w:t>
      </w:r>
    </w:p>
    <w:p>
      <w:r>
        <w:rPr>
          <w:b/>
        </w:rPr>
        <w:t xml:space="preserve">[49:35] </w:t>
      </w:r>
      <w:r>
        <w:t>lekin yeh jo zamana aaya hai science ke baad, jab printed press aaya aur electronic media aaya, print media aaya aur communication aaya, interaction barha, sari cheezein huin.</w:t>
      </w:r>
    </w:p>
    <w:p>
      <w:pPr>
        <w:jc w:val="right"/>
      </w:pPr>
      <w:r>
        <w:t>لیکن یہ جو زمانہ آیا ہے سائنس کے بعد، جب پرنٹڈ پریس آیا اور الیکٹرانک میڈیا آیا، پرنٹ میڈیا آیا اور کمیونیکیشن آیا، انٹریکشن بڑھا، ساری چیزیں ہوئیں۔</w:t>
      </w:r>
    </w:p>
    <w:p>
      <w:r>
        <w:rPr>
          <w:b/>
        </w:rPr>
        <w:t xml:space="preserve">[49:50] </w:t>
      </w:r>
      <w:r>
        <w:t>ab daawa work jo hai, woh woh shamil ho gaya historical process mein. Yaani aap karein ya na karein, woh to ho hi raha hai, hota rahega. Woh jaise aap log jaate hain, yeh pamphlet le kar ke,</w:t>
      </w:r>
    </w:p>
    <w:p>
      <w:pPr>
        <w:jc w:val="right"/>
      </w:pPr>
      <w:r>
        <w:t>اب دعویٰ ورک جو ہے، وہ وہ شامل ہو گیا ہسٹوریکل پروسیس میں۔ یعنی آپ کریں یا نہ کریں، وہ تو ہو ہی رہا ہے، ہوتا رہے گا۔ وہ جیسے آپ لوگ جاتے ہیں، یہ پمفلیٹ لے کر کے،</w:t>
      </w:r>
    </w:p>
    <w:p>
      <w:r>
        <w:rPr>
          <w:b/>
        </w:rPr>
        <w:t xml:space="preserve">[50:04] </w:t>
      </w:r>
      <w:r>
        <w:t>brochure le kar ke, to aap sab le batate hain ke log bohat shauq se lete hain. Kahin kahin to log chheen'ne lagte hain. Main socha ke aisa kyun hota hai?</w:t>
      </w:r>
    </w:p>
    <w:p>
      <w:pPr>
        <w:jc w:val="right"/>
      </w:pPr>
      <w:r>
        <w:t>بروشر لے کر کے، تو آپ سب لے بتاتے ہیں کہ لوگ بہت شوق سے لیتے ہیں۔ کہیں کہیں تو لوگ چھیننے لگتے ہیں۔ میں سوچا کہ ایسا کیوں ہوتا ہے؟</w:t>
      </w:r>
    </w:p>
    <w:p>
      <w:r>
        <w:rPr>
          <w:b/>
        </w:rPr>
        <w:t xml:space="preserve">[50:14] </w:t>
      </w:r>
      <w:r>
        <w:t>yeh inquiry aspect of inquiry ki wajah se hota hai.</w:t>
      </w:r>
    </w:p>
    <w:p>
      <w:pPr>
        <w:jc w:val="right"/>
      </w:pPr>
      <w:r>
        <w:t>یہ انکوائری اسپیٹ آف انکوائری کی وجہ سے ہوتا ہے۔</w:t>
      </w:r>
    </w:p>
    <w:p>
      <w:r>
        <w:rPr>
          <w:b/>
        </w:rPr>
        <w:t xml:space="preserve">[50:17] </w:t>
      </w:r>
      <w:r>
        <w:t>aaj ka jo insaan hai, woh har nai cheez ko janna chahta hai. Phir yeh kya hai? Yeh kya hai? Pehle aisa nahi tha. Pehle aspect of inquiry nahi hua karti thi.</w:t>
      </w:r>
    </w:p>
    <w:p>
      <w:pPr>
        <w:jc w:val="right"/>
      </w:pPr>
      <w:r>
        <w:t>آج کا جو انسان ہے، وہ ہر نئی چیز کو جاننا چاہتا ہے۔ پھر یہ کیا ہے؟ یہ کیا ہے؟ پہلے ایسا نہیں تھا۔ پہلے اسپیٹ آف انکوائری نہیں ہوا کرتی تھی۔</w:t>
      </w:r>
    </w:p>
    <w:p>
      <w:r>
        <w:rPr>
          <w:b/>
        </w:rPr>
        <w:t xml:space="preserve">[50:29] </w:t>
      </w:r>
      <w:r>
        <w:t>cheezon ko janna, jaise ek scientist ne dekha ke jo kehte hain "iron hill", shehron mein aap ne nahi dekha hoga, dehaton mein aisa hota hai scene ke ke jahan cheentiyan jo hain, woh karti hain,</w:t>
      </w:r>
    </w:p>
    <w:p>
      <w:pPr>
        <w:jc w:val="right"/>
      </w:pPr>
      <w:r>
        <w:t>چیزوں کو جاننا، جیسے ایک سائنٹسٹ نے دیکھا کہ جو کہتے ہیں "آئرن ہل"، شہروں میں آپ نے نہیں دیکھا ہوگا، دیہاتوں میں ایسا ہوتا ہے سین کہ کہ جہاں چیونٹیاں جو ہیں، وہ کرتی ہیں،</w:t>
      </w:r>
    </w:p>
    <w:p>
      <w:r>
        <w:rPr>
          <w:b/>
        </w:rPr>
        <w:t xml:space="preserve">[50:44] </w:t>
      </w:r>
      <w:r>
        <w:t>jahan rehti hain, to woh andar se mitti nikalati hain aur upar mitti ka dher lag jata hai. Ek choti si cheenti jo hai, woh dher bana deti hai mitti ka.</w:t>
      </w:r>
    </w:p>
    <w:p>
      <w:pPr>
        <w:jc w:val="right"/>
      </w:pPr>
      <w:r>
        <w:t>جہاں رہتی ہیں، تو وہ اندر سے مٹی نکالتی ہیں اور اوپر مٹی کا ڈھیر لگ جاتا ہے۔ ایک چھوٹی سی چیونٹی جو ہے، وہ ڈھیر بنا دیتی ہے مٹی کا۔</w:t>
      </w:r>
    </w:p>
    <w:p>
      <w:r>
        <w:rPr>
          <w:b/>
        </w:rPr>
        <w:t xml:space="preserve">[50:54] </w:t>
      </w:r>
      <w:r>
        <w:t>isko kehte hain "iron hill". To ek scientist ne dekha "iron hill" ko. Ab inquiry us ke andar aayi ke is ko pata karo, abhi yeh kya cheez hai?</w:t>
      </w:r>
    </w:p>
    <w:p>
      <w:pPr>
        <w:jc w:val="right"/>
      </w:pPr>
      <w:r>
        <w:t>اس کو کہتے ہیں "آئرن ہل"۔ تو ایک سائنٹسٹ نے دیکھا "آئرن ہل" کو۔ اب انکوائری اس کے اندر آئی کہ اس کو پتہ کرو، ابھی یہ کیا چیز ہے؟</w:t>
      </w:r>
    </w:p>
    <w:p>
      <w:r>
        <w:rPr>
          <w:b/>
        </w:rPr>
        <w:t xml:space="preserve">[51:06] </w:t>
      </w:r>
      <w:r>
        <w:t>aap jaen, thirty years tak is ki study ki, us ne 30 saal tak is pe ek kitaab likhi.</w:t>
      </w:r>
    </w:p>
    <w:p>
      <w:pPr>
        <w:jc w:val="right"/>
      </w:pPr>
      <w:r>
        <w:t>آپ جائیں، تھرٹی ایئرز تک اس کی سٹڈی کی، اس نے 30 سال تک اس پہ ایک کتاب لکھی۔</w:t>
      </w:r>
    </w:p>
    <w:p>
      <w:r>
        <w:rPr>
          <w:b/>
        </w:rPr>
        <w:t xml:space="preserve">[51:13] </w:t>
      </w:r>
      <w:r>
        <w:t>yeh thi aspect of inquiry. Wohi isi ka ek faida hum ko mil raha hai,</w:t>
      </w:r>
    </w:p>
    <w:p>
      <w:pPr>
        <w:jc w:val="right"/>
      </w:pPr>
      <w:r>
        <w:t>یہ تھی اسپیٹ آف انکوائری۔ وہی اسی کا ایک فائدہ ہم کو مل رہا ہے،</w:t>
      </w:r>
    </w:p>
    <w:p>
      <w:r>
        <w:rPr>
          <w:b/>
        </w:rPr>
        <w:t xml:space="preserve">[51:22] </w:t>
      </w:r>
      <w:r>
        <w:t>yaani is mazhab ko ke chounke log janna chahte hain cheezon ko, to woh chahte hain ke "iron hill" kya cheez hai, yeh bhi janna chahte hain.</w:t>
      </w:r>
    </w:p>
    <w:p>
      <w:pPr>
        <w:jc w:val="right"/>
      </w:pPr>
      <w:r>
        <w:t>یعنی اس مذہب کو کہ چونکہ لوگ جاننا چاہتے ہیں چیزوں کو، تو وہ چاہتے ہیں کہ "آئرن ہل" کیا چیز ہے، یہ بھی جاننا چاہتے ہیں۔</w:t>
      </w:r>
    </w:p>
    <w:p>
      <w:r>
        <w:rPr>
          <w:b/>
        </w:rPr>
        <w:t xml:space="preserve">[51:32] </w:t>
      </w:r>
      <w:r>
        <w:t>mountain kya hai, us ko bhi janna chahte hain. Sea kya hai, us ko janna chahte hain. Isi tarah woh religion ko bhi janna chahte hain. Religion kya hai?</w:t>
      </w:r>
    </w:p>
    <w:p>
      <w:pPr>
        <w:jc w:val="right"/>
      </w:pPr>
      <w:r>
        <w:t>ماؤنٹین کیا ہے، اس کو بھی جاننا چاہتے ہیں۔ سی کیا ہے، اس کو جاننا چاہتے ہیں۔ اسی طرح وہ ریلیجن کو بھی جاننا چاہتے ہیں۔ ریلیجن کیا ہے؟</w:t>
      </w:r>
    </w:p>
    <w:p>
      <w:r>
        <w:rPr>
          <w:b/>
        </w:rPr>
        <w:t xml:space="preserve">[51:42] </w:t>
      </w:r>
      <w:r>
        <w:t>aap ko main arz karoon ke is zamane mein Islamic literature sab se zyada in logon ke zariye phail raha hai jo non muslim hain.</w:t>
      </w:r>
    </w:p>
    <w:p>
      <w:pPr>
        <w:jc w:val="right"/>
      </w:pPr>
      <w:r>
        <w:t>آپ کو میں عرض کروں کہ اس زمانے میں اسلامک لٹریچر سب سے زیادہ ان لوگوں کے ذریعے پھیل رہا ہے جو نان مسلم ہیں۔</w:t>
      </w:r>
    </w:p>
    <w:p>
      <w:r>
        <w:rPr>
          <w:b/>
        </w:rPr>
        <w:t xml:space="preserve">[51:51] </w:t>
      </w:r>
      <w:r>
        <w:t>sari dunya mein Quran ke translations, hadithon ke translations, Islamic history ke translations jitna zyada dunya mein phail raha hai, woh yaani more than 50 percent jo hai, woh non muslim publishers ke liye phail raha hai.</w:t>
      </w:r>
    </w:p>
    <w:p>
      <w:pPr>
        <w:jc w:val="right"/>
      </w:pPr>
      <w:r>
        <w:t>ساری دنیا میں قرآن کے ٹرانسلیشنز، حدیثوں کے ٹرانسلیشنز، اسلامک ہسٹری کے ٹرانسلیشنز جتنا زیادہ دنیا میں پھیل رہا ہے، وہ یعنی مور دین 50 پرسنٹ جو ہے، وہ نان مسلم پبلشرز کے لیے پھیل رہا ہے۔</w:t>
      </w:r>
    </w:p>
    <w:p>
      <w:r>
        <w:rPr>
          <w:b/>
        </w:rPr>
        <w:t xml:space="preserve">[52:09] </w:t>
      </w:r>
      <w:r>
        <w:t>kyun?</w:t>
      </w:r>
    </w:p>
    <w:p>
      <w:pPr>
        <w:jc w:val="right"/>
      </w:pPr>
      <w:r>
        <w:t>کیوں؟</w:t>
      </w:r>
    </w:p>
    <w:p>
      <w:r>
        <w:rPr>
          <w:b/>
        </w:rPr>
        <w:t xml:space="preserve">[52:10] </w:t>
      </w:r>
      <w:r>
        <w:t>log janna chahte hain to kitabon ko kharidna chahte hain. woh jaise misaal ke taur par Salma Rushdie ki jo kitab thi "Satanic Verses", to ek report aai hai ke Salma Rushdie ki kitab agar ek biki, ek to ek so Quran ka translation bika jis</w:t>
      </w:r>
    </w:p>
    <w:p>
      <w:pPr>
        <w:jc w:val="right"/>
      </w:pPr>
      <w:r>
        <w:t>لوگ جاننا چاہتے ہیں تو کتابوں کو خریدنا چاہتے ہیں۔ وہ جیسے مثال کے طور پر سلمہ رشدی کی جو کتاب تھی "سیٹک ورسز"، تو ایک رپورٹ آئی ہے کہ سلمہ رشدی کی کتاب اگر ایک بکی، ایک تو ایک سو قرآن کا ٹرانسلیشن بکا جس</w:t>
      </w:r>
    </w:p>
    <w:p>
      <w:r>
        <w:rPr>
          <w:b/>
        </w:rPr>
        <w:t xml:space="preserve">[52:35] </w:t>
      </w:r>
      <w:r>
        <w:t>us ne likhi thi. kitab un ko naam diya tha ke "Satanic Verses", yani Quran mein "Satanic Verses" shamil ho gai hain. to logon ko yeh hua inquiry ke bhai kya hai, kaisi kitab hai?</w:t>
      </w:r>
    </w:p>
    <w:p>
      <w:pPr>
        <w:jc w:val="right"/>
      </w:pPr>
      <w:r>
        <w:t>اس نے لکھی تھی۔ کتاب ان کو نام دیا تھا کہ "سیٹک ورسز"، یعنی قرآن میں "سیٹک ورسز" شامل ہو گئی ہیں۔ تو لوگوں کو یہ ہوا انکوائری کہ بھئی کیا ہے، کیسی کتاب ہے؟</w:t>
      </w:r>
    </w:p>
    <w:p>
      <w:r>
        <w:rPr>
          <w:b/>
        </w:rPr>
        <w:t xml:space="preserve">[52:48] </w:t>
      </w:r>
      <w:r>
        <w:t>"Satanic Verses" shamil hain is mein. yeh log kehte hain ke holy book hai, woh Muslim samajhte hain, believe karte hain ke holy book hai aur is mein "Satanic Verses" bhi included hain.</w:t>
      </w:r>
    </w:p>
    <w:p>
      <w:pPr>
        <w:jc w:val="right"/>
      </w:pPr>
      <w:r>
        <w:t>"سیٹک ورسز" شامل ہیں اس میں۔ یہ لوگ کہتے ہیں کہ ہولی بک ہے، وہ مسلم سمجھتے ہیں، بیلیو کرتے ہیں کہ ہولی بک ہے اور اس میں "سیٹک ورسز" بھی انکلوڈڈ ہیں۔</w:t>
      </w:r>
    </w:p>
    <w:p>
      <w:r>
        <w:rPr>
          <w:b/>
        </w:rPr>
        <w:t xml:space="preserve">[53:00] </w:t>
      </w:r>
      <w:r>
        <w:t>yeh kaisi book hai? kya cheez hai</w:t>
      </w:r>
    </w:p>
    <w:p>
      <w:pPr>
        <w:jc w:val="right"/>
      </w:pPr>
      <w:r>
        <w:t>یہ کیسی بک ہے؟ کیا چیز ہے</w:t>
      </w:r>
    </w:p>
    <w:p>
      <w:r>
        <w:rPr>
          <w:b/>
        </w:rPr>
        <w:t xml:space="preserve">[53:02] </w:t>
      </w:r>
      <w:r>
        <w:t>? to ek jo un ke andar jo inquiry ja gai, har jagah log publishers kahan gaye? book sellers kahan gaye?</w:t>
      </w:r>
    </w:p>
    <w:p>
      <w:pPr>
        <w:jc w:val="right"/>
      </w:pPr>
      <w:r>
        <w:t>؟ تو ایک جو ان کے اندر جو انکوائری جا گئی، ہر جگہ لوگ پبلشرز کہاں گئے؟ بک سیلرز کہاں گئے؟</w:t>
      </w:r>
    </w:p>
    <w:p>
      <w:r>
        <w:rPr>
          <w:b/>
        </w:rPr>
        <w:t xml:space="preserve">[53:10] </w:t>
      </w:r>
      <w:r>
        <w:t>bhai humein Quran do! to itna zyada Quran chhaapa hai is zamane mein ke ek agar kharidi kisi ne Salma Rushdie ki kitab "Satanic Verses" to ek so kharidi Quran ke nuskhe aur bahut se log Musalman ho gaye us ko padh padh kar.</w:t>
      </w:r>
    </w:p>
    <w:p>
      <w:pPr>
        <w:jc w:val="right"/>
      </w:pPr>
      <w:r>
        <w:t>بھئی ہمیں قرآن دو! تو اتنا زیادہ قرآن چھپا ہے اس زمانے میں کہ ایک اگر خریدی کسی نے سلمہ رشدی کی کتاب "سیٹک ورسز" تو ایک سو خریدی قرآن کے نسخے اور بہت سے لوگ مسلمان ہو گئے اس کو پڑھ پڑھ کر۔</w:t>
      </w:r>
    </w:p>
    <w:p>
      <w:r>
        <w:rPr>
          <w:b/>
        </w:rPr>
        <w:t xml:space="preserve">[53:27] </w:t>
      </w:r>
      <w:r>
        <w:t>yeh hai jis ko main keh raha hoon ke daawa work historical process mein shamil ho chuka hai. is ki commercial value is ke andar aa gai. jab inquiry padhi to commercial value bhi aa gai.</w:t>
      </w:r>
    </w:p>
    <w:p>
      <w:pPr>
        <w:jc w:val="right"/>
      </w:pPr>
      <w:r>
        <w:t>یہ ہے جس کو میں کہہ رہا ہوں کہ دعویٰ ورک ہسٹوریکل پروسیس میں شامل ہو چکا ہے۔ اس کی کمرشل ویلیو اس کے اندر آ گئی۔ جب انکوائری پڑھی تو کمرشل ویلیو بھی آ گئی۔</w:t>
      </w:r>
    </w:p>
    <w:p>
      <w:r>
        <w:rPr>
          <w:b/>
        </w:rPr>
        <w:t xml:space="preserve">[53:40] </w:t>
      </w:r>
      <w:r>
        <w:t>logon ne kaha ke hum humein kitab chahiye, lao chhaap kar do hum ko, hum khareeden ge is ko. to yaad rakhiye ke hum aap jo hain, hum aap ko yeh credit nahi milne wala hai ke hum ne daawa work kiya,</w:t>
      </w:r>
    </w:p>
    <w:p>
      <w:pPr>
        <w:jc w:val="right"/>
      </w:pPr>
      <w:r>
        <w:t>لوگوں نے کہا کہ ہم ہمیں کتاب چاہیے، لاؤ چھاپ کر دو ہم کو، ہم خریدیں گے اس کو۔ تو یاد رکھیے کہ ہم آپ جو ہیں، ہم آپ کو یہ کریڈٹ نہیں ملنے والا ہے کہ ہم نے دعویٰ ورک کیا،</w:t>
      </w:r>
    </w:p>
    <w:p>
      <w:r>
        <w:rPr>
          <w:b/>
        </w:rPr>
        <w:t xml:space="preserve">[53:55] </w:t>
      </w:r>
      <w:r>
        <w:t>yeh to le liya doosron ne,</w:t>
      </w:r>
    </w:p>
    <w:p>
      <w:pPr>
        <w:jc w:val="right"/>
      </w:pPr>
      <w:r>
        <w:t>یہ تو لے لیا دوسروں نے،</w:t>
      </w:r>
    </w:p>
    <w:p>
      <w:r>
        <w:rPr>
          <w:b/>
        </w:rPr>
        <w:t xml:space="preserve">[53:58] </w:t>
      </w:r>
      <w:r>
        <w:t>yeh to doosre le chuke.</w:t>
      </w:r>
    </w:p>
    <w:p>
      <w:pPr>
        <w:jc w:val="right"/>
      </w:pPr>
      <w:r>
        <w:t>یہ تو دوسرے لے چکے۔</w:t>
      </w:r>
    </w:p>
    <w:p>
      <w:r>
        <w:rPr>
          <w:b/>
        </w:rPr>
        <w:t xml:space="preserve">[54:01] </w:t>
      </w:r>
      <w:r>
        <w:t>ab sirf ek baqi hai ke aap is is historical process ka aap ek hissa ban saken.</w:t>
      </w:r>
    </w:p>
    <w:p>
      <w:pPr>
        <w:jc w:val="right"/>
      </w:pPr>
      <w:r>
        <w:t>اب صرف ایک باقی ہے کہ آپ اس اس ہسٹوریکل پروسیس کا آپ ایک حصہ بن سکیں۔</w:t>
      </w:r>
    </w:p>
    <w:p>
      <w:r>
        <w:rPr>
          <w:b/>
        </w:rPr>
        <w:t xml:space="preserve">[54:10] </w:t>
      </w:r>
      <w:r>
        <w:t>jaise train banai kuch doosre logon ne, hum bhi ticket khareed kar is mein baith jaate hain. humein train banane ka to credit nahi mile ga, lekin ek ticket khareed kar is mein baithne ka humein yeh mauqa mil sakta hai.</w:t>
      </w:r>
    </w:p>
    <w:p>
      <w:pPr>
        <w:jc w:val="right"/>
      </w:pPr>
      <w:r>
        <w:t>جیسے ٹرین بنائی کچھ دوسرے لوگوں نے، ہم بھی ٹکٹ خرید کر اس میں بیٹھ جاتے ہیں۔ ہمیں ٹرین بنانے کا تو کریڈٹ نہیں ملے گا، لیکن ایک ٹکٹ خرید کر اس میں بیٹھنے کا ہمیں یہ موقع مل سکتا ہے۔</w:t>
      </w:r>
    </w:p>
    <w:p>
      <w:r>
        <w:rPr>
          <w:b/>
        </w:rPr>
        <w:t xml:space="preserve">[54:27] </w:t>
      </w:r>
      <w:r>
        <w:t>yani ek sailab ki tarah se Islam ka ledger dunya mein phail raha hai. sailab ki tarah se bade bade publishers chhaap rahe hain Islami books ko.</w:t>
      </w:r>
    </w:p>
    <w:p>
      <w:pPr>
        <w:jc w:val="right"/>
      </w:pPr>
      <w:r>
        <w:t>یعنی ایک سیلاب کی طرح سے اسلام کا لیجر دنیا میں پھیل رہا ہے۔ سیلاب کی طرح سے بڑے بڑے پبلشرز چھاپ رہے ہیں اسلامی بکس کو۔</w:t>
      </w:r>
    </w:p>
    <w:p>
      <w:r>
        <w:rPr>
          <w:b/>
        </w:rPr>
        <w:t xml:space="preserve">[54:39] </w:t>
      </w:r>
      <w:r>
        <w:t>book sellers kahan jaayen to kitabon se Islam ki jo kitabein hain, wahan par bhari hui hain. libraries mein kitabein hain, seminars ho rahe hain.</w:t>
      </w:r>
    </w:p>
    <w:p>
      <w:pPr>
        <w:jc w:val="right"/>
      </w:pPr>
      <w:r>
        <w:t>بک سیلرز کہاں جائیں تو کتابوں سے اسلام کی جو کتابیں ہیں، وہاں پر بھری ہوئی ہیں۔ لائبریریز میں کتابیں ہیں، سیمینار ہو رہے ہیں۔</w:t>
      </w:r>
    </w:p>
    <w:p>
      <w:r>
        <w:rPr>
          <w:b/>
        </w:rPr>
        <w:t xml:space="preserve">[54:51] </w:t>
      </w:r>
      <w:r>
        <w:t>to daawa work jis ko hum kehte hain, woh historical process mein shamil ho chuka hai.</w:t>
      </w:r>
    </w:p>
    <w:p>
      <w:pPr>
        <w:jc w:val="right"/>
      </w:pPr>
      <w:r>
        <w:t>تو دعویٰ ورک جس کو ہم کہتے ہیں، وہ ہسٹوریکل پروسیس میں شامل ہو چکا ہے۔</w:t>
      </w:r>
    </w:p>
    <w:p>
      <w:r>
        <w:rPr>
          <w:b/>
        </w:rPr>
        <w:t xml:space="preserve">[54:57] </w:t>
      </w:r>
      <w:r>
        <w:t>woh chalta hai, chal raha hai, chalta hai, chal raha hai. isi liye aap dekhen, Musalman koi daawa work to kar nahi rahe, phir bhi lakhon lakh log Islam mein dakhil ho rahe hain.</w:t>
      </w:r>
    </w:p>
    <w:p>
      <w:pPr>
        <w:jc w:val="right"/>
      </w:pPr>
      <w:r>
        <w:t>وہ چلتا ہے، چل رہا ہے، چلتا ہے، چل رہا ہے۔ اسی لیے آپ دیکھیں، مسلمان کوئی دعویٰ ورک تو کر نہیں رہے، پھر بھی لاکھوں لاکھ لوگ اسلام میں داخل ہو رہے ہیں۔</w:t>
      </w:r>
    </w:p>
    <w:p>
      <w:r>
        <w:rPr>
          <w:b/>
        </w:rPr>
        <w:t xml:space="preserve">[55:08] </w:t>
      </w:r>
      <w:r>
        <w:t>lakhon lakh log! sirf America ke bare mein aaya tha ke more than one lakh people every year embrace Islam.</w:t>
      </w:r>
    </w:p>
    <w:p>
      <w:pPr>
        <w:jc w:val="right"/>
      </w:pPr>
      <w:r>
        <w:t>لاکھوں لاکھ لوگ! صرف امریکہ کے بارے میں آیا تھا کہ مور دین ون لاکھ پیپل ایوری ایئر ایمپریز اسلام۔</w:t>
      </w:r>
    </w:p>
    <w:p>
      <w:r>
        <w:rPr>
          <w:b/>
        </w:rPr>
        <w:t xml:space="preserve">[55:18] </w:t>
      </w:r>
      <w:r>
        <w:t>har saal ek lakh se zyada aadmi sirf America mein Islam qabool kar lete hain. aise hi har jagah.</w:t>
      </w:r>
    </w:p>
    <w:p>
      <w:pPr>
        <w:jc w:val="right"/>
      </w:pPr>
      <w:r>
        <w:t>ہر سال ایک لاکھ سے زیادہ آدمی صرف امریکہ میں اسلام قبول کر لیتے ہیں۔ ایسے ہی ہر جگہ۔</w:t>
      </w:r>
    </w:p>
    <w:p>
      <w:r>
        <w:rPr>
          <w:b/>
        </w:rPr>
        <w:t xml:space="preserve">[55:28] </w:t>
      </w:r>
      <w:r>
        <w:t>aise hi jab Gulf War jo thi, jis mein American fauji Arab countries mein gaye the kuch dinon ke liye, to un se contact jab hota tha to wahi ek spate of inquiry wahan kaam kiya.</w:t>
      </w:r>
    </w:p>
    <w:p>
      <w:pPr>
        <w:jc w:val="right"/>
      </w:pPr>
      <w:r>
        <w:t>ایسے ہی جب گلف وار جو تھی، جس میں امریکن فوجی عرب کنٹریز میں گئے تھے کچھ دنوں کے لیے، تو ان سے کنٹیکٹ جب ہوتا تھا تو وہی ایک اسپیٹ آف انکوائری وہاں کام کیا۔</w:t>
      </w:r>
    </w:p>
    <w:p>
      <w:r>
        <w:rPr>
          <w:b/>
        </w:rPr>
        <w:t xml:space="preserve">[55:42] </w:t>
      </w:r>
      <w:r>
        <w:t>us ne poochhte the, bhai Islam kya hai? yeh kya hai? tumhara jihad kya cheez hai? is mein 2000 aadmi Musalman ho gaye Arab Arab mulkon mein.</w:t>
      </w:r>
    </w:p>
    <w:p>
      <w:pPr>
        <w:jc w:val="right"/>
      </w:pPr>
      <w:r>
        <w:t>اس نے پوچھتے تھے، بھئی اسلام کیا ہے؟ یہ کیا ہے؟ تمہارا جہاد کیا چیز ہے؟ اس میں 2000 آدمی مسلمان ہو گئے عرب عرب ملکوں میں۔</w:t>
      </w:r>
    </w:p>
    <w:p>
      <w:r>
        <w:rPr>
          <w:b/>
        </w:rPr>
        <w:t xml:space="preserve">[55:52] </w:t>
      </w:r>
      <w:r>
        <w:t>is is is is thori si period mein, thori si period mein</w:t>
      </w:r>
    </w:p>
    <w:p>
      <w:pPr>
        <w:jc w:val="right"/>
      </w:pPr>
      <w:r>
        <w:t>اس اس اس اس تھوڑی سی پیریڈ میں، تھوڑی سی پیریڈ میں</w:t>
      </w:r>
    </w:p>
    <w:p>
      <w:r>
        <w:rPr>
          <w:b/>
        </w:rPr>
        <w:t xml:space="preserve">[55:57] </w:t>
      </w:r>
      <w:r>
        <w:t>yeh hai inquiry. to pehle kingship khatam hui, us ke baad yani intellectual freedom aai, phir scientific inqilab aaya aur inquiry culture aaya.</w:t>
      </w:r>
    </w:p>
    <w:p>
      <w:pPr>
        <w:jc w:val="right"/>
      </w:pPr>
      <w:r>
        <w:t>یہ ہے انکوائری۔ تو پہلے کنگ شپ ختم ہوئی، اس کے بعد یعنی انٹلیکچول فریڈم آئی، پھر سائنسی انقلاب آیا اور انکوائری کلچر آیا۔</w:t>
      </w:r>
    </w:p>
    <w:p>
      <w:r>
        <w:rPr>
          <w:b/>
        </w:rPr>
        <w:t xml:space="preserve">[56:13] </w:t>
      </w:r>
      <w:r>
        <w:t>aur is ke nateeje mein yeh hua ke aap dekh rahe hain jo ke har taraf sachai phail rahi hai.</w:t>
      </w:r>
    </w:p>
    <w:p>
      <w:pPr>
        <w:jc w:val="right"/>
      </w:pPr>
      <w:r>
        <w:t>اور اس کے نتیجے میں یہ ہوا کہ آپ دیکھ رہے ہیں جو کہ ہر طرف سچائی پھیل رہی ہے۔</w:t>
      </w:r>
    </w:p>
    <w:p>
      <w:r>
        <w:rPr>
          <w:b/>
        </w:rPr>
        <w:t xml:space="preserve">[56:20] </w:t>
      </w:r>
      <w:r>
        <w:t>aakhir mein main yeh kehna chahoonga ke har insaan jis ko bhi aap dekhiye, andar se woh ek mehsoos karta hai ke mujhe woh cheez nahi mili jo main chahta tha.</w:t>
      </w:r>
    </w:p>
    <w:p>
      <w:pPr>
        <w:jc w:val="right"/>
      </w:pPr>
      <w:r>
        <w:t>آخر میں میں یہ کہنا چاہوں گا کہ ہر انسان جس کو بھی آپ دیکھیے، اندر سے وہ ایک محسوس کرتا ہے کہ مجھے وہ چیز نہیں ملی جو میں چاہتا تھا۔</w:t>
      </w:r>
    </w:p>
    <w:p>
      <w:r>
        <w:rPr>
          <w:b/>
        </w:rPr>
        <w:t xml:space="preserve">[56:37] </w:t>
      </w:r>
      <w:r>
        <w:t>har insaan chahe woh rich ho ya poor ho ya koi bhi ho, to cheez kya hai? insaan by birth jo hai, par paradise seeking animal hai.</w:t>
      </w:r>
    </w:p>
    <w:p>
      <w:pPr>
        <w:jc w:val="right"/>
      </w:pPr>
      <w:r>
        <w:t>ہر انسان چاہے وہ رچ ہو یا پور ہو یا کوئی بھی ہو، تو چیز کیا ہے؟ انسان بائی برتھ جو ہے، پر پیراڈائز سیکنگ اینیمل ہے۔</w:t>
      </w:r>
    </w:p>
    <w:p>
      <w:r>
        <w:rPr>
          <w:b/>
        </w:rPr>
        <w:t xml:space="preserve">[56:50] </w:t>
      </w:r>
      <w:r>
        <w:t>main az a paradise seeking animal, yani aik ideal world, aik beautiful world woh chahta hai. woh dunya mein milti nahi, woh dunya mein milti nahi.</w:t>
      </w:r>
    </w:p>
    <w:p>
      <w:pPr>
        <w:jc w:val="right"/>
      </w:pPr>
      <w:r>
        <w:t>مین از اے پیراڈائز سیکنگ اینیمل، یعنی ایک آئیڈیل ورلڈ، ایک بیوٹی فل ورلڈ وہ چاہتا ہے۔ وہ دنیا میں ملتی نہیں، وہ دنیا میں ملتی نہیں۔</w:t>
      </w:r>
    </w:p>
    <w:p>
      <w:r>
        <w:rPr>
          <w:b/>
        </w:rPr>
        <w:t xml:space="preserve">[57:01] </w:t>
      </w:r>
      <w:r>
        <w:t>woh kal mein soch raha tha is par to mujhe aisa ehsas hua ke khuda jo hai, woh all pleasure hai. yani is all is khuda apni zaat mein sab kuch hai is ke andar,</w:t>
      </w:r>
    </w:p>
    <w:p>
      <w:pPr>
        <w:jc w:val="right"/>
      </w:pPr>
      <w:r>
        <w:t>وہ کل میں سوچ رہا تھا اس پر تو مجھے ایسا احساس ہوا کہ خدا جو ہے، وہ ال پلیژر ہے۔ یعنی اس ال اس خدا اپنی ذات میں سب کچھ ہے اس کے اندر،</w:t>
      </w:r>
    </w:p>
    <w:p>
      <w:r>
        <w:rPr>
          <w:b/>
        </w:rPr>
        <w:t xml:space="preserve">[57:16] </w:t>
      </w:r>
      <w:r>
        <w:t>yani khushi aur pleasure aur sab kuch enjoy sab ka bhandar hai khuda apne aap mein. to insan to khuda ne aik bohat bari blessing ki ke jo cheez us ko apne aap ko hasil thi, us ke liye us ne aik paradise banai jahan us ko admi pa sake.</w:t>
      </w:r>
    </w:p>
    <w:p>
      <w:pPr>
        <w:jc w:val="right"/>
      </w:pPr>
      <w:r>
        <w:t>یعنی خوشی اور پلیژر اور سب کچھ انجوائے سب کا بھنڈار ہے خدا اپنے آپ میں۔ تو انسان تو خدا نے ایک بہت بڑی بلیسنگ کی کہ جو چیز اس کو اپنے آپ کو حاصل تھی، اس کے لیے اس نے ایک پیراڈائز بنائی جہاں اس کو آدمی پا سکے۔</w:t>
      </w:r>
    </w:p>
    <w:p>
      <w:r>
        <w:rPr>
          <w:b/>
        </w:rPr>
        <w:t xml:space="preserve">[57:38] </w:t>
      </w:r>
      <w:r>
        <w:t>yani jo cheez hum khana kha ke paate hain, woh khuda baghair khana khaye pa raha hai.</w:t>
      </w:r>
    </w:p>
    <w:p>
      <w:pPr>
        <w:jc w:val="right"/>
      </w:pPr>
      <w:r>
        <w:t>یعنی جو چیز ہم کھانا کھا کے پاتے ہیں، وہ خدا بغیر کھانا کھائے پا رہا ہے۔</w:t>
      </w:r>
    </w:p>
    <w:p>
      <w:r>
        <w:rPr>
          <w:b/>
        </w:rPr>
        <w:t xml:space="preserve">[57:44] </w:t>
      </w:r>
      <w:r>
        <w:t>to khuda ne hamare liye aik paradise banai jahan behtareen food, behtareen scene, behtareen ideal world, perfect world.</w:t>
      </w:r>
    </w:p>
    <w:p>
      <w:pPr>
        <w:jc w:val="right"/>
      </w:pPr>
      <w:r>
        <w:t>تو خدا نے ہمارے لیے ایک پیراڈائز بنائی جہاں بہترین فوڈ، بہترین سین، بہترین آئیڈیل ورلڈ، پرفیکٹ ورلڈ۔</w:t>
      </w:r>
    </w:p>
    <w:p>
      <w:r>
        <w:rPr>
          <w:b/>
        </w:rPr>
        <w:t xml:space="preserve">[57:54] </w:t>
      </w:r>
      <w:r>
        <w:t>yeh kitni bari blessing khuda ki hai ke is mein aap hum apne aap ko hissadaar na bana saken.</w:t>
      </w:r>
    </w:p>
    <w:p>
      <w:pPr>
        <w:jc w:val="right"/>
      </w:pPr>
      <w:r>
        <w:t>یہ کتنی بڑی بلیسنگ خدا کی ہے کہ اس میں آپ ہم اپنے آپ کو حصہ دار نہ بنا سکیں۔</w:t>
      </w:r>
    </w:p>
    <w:p>
      <w:r>
        <w:rPr>
          <w:b/>
        </w:rPr>
        <w:t xml:space="preserve">[58:04] </w:t>
      </w:r>
      <w:r>
        <w:t>main samajhta hoon ke sab se bari jo cheez hai, woh yeh hai ke aap khuda ke neighborhood mein paradise kya hai?</w:t>
      </w:r>
    </w:p>
    <w:p>
      <w:pPr>
        <w:jc w:val="right"/>
      </w:pPr>
      <w:r>
        <w:t>میں سمجھتا ہوں کہ سب سے بڑی جو چیز ہے، وہ یہ ہے کہ آپ خدا کے نیبرہڈ میں پیراڈائز کیا ہے؟</w:t>
      </w:r>
    </w:p>
    <w:p>
      <w:r>
        <w:rPr>
          <w:b/>
        </w:rPr>
        <w:t xml:space="preserve">[58:12] </w:t>
      </w:r>
      <w:r>
        <w:t>khuda ka neighborhood hai,</w:t>
      </w:r>
    </w:p>
    <w:p>
      <w:pPr>
        <w:jc w:val="right"/>
      </w:pPr>
      <w:r>
        <w:t>خدا کا نیبرہڈ ہے،</w:t>
      </w:r>
    </w:p>
    <w:p>
      <w:r>
        <w:rPr>
          <w:b/>
        </w:rPr>
        <w:t xml:space="preserve">[58:14] </w:t>
      </w:r>
      <w:r>
        <w:t>is mein apne liye seat hasil kar saken. fa maqsad saddaq in al mulk muqtadir. main dua karta hoon ke Allah taala mujh ko aur aap ko is mein hissadaar banaye.</w:t>
      </w:r>
    </w:p>
    <w:p>
      <w:pPr>
        <w:jc w:val="right"/>
      </w:pPr>
      <w:r>
        <w:t>اس میں اپنے لیے سیٹ حاصل کر سکیں۔ فی مقصد صدق ان الملک مقتدر۔ میں دعا کرتا ہوں کہ اللہ تعالی مجھ کو اور آپ کو اس میں حصہ دار بنائے۔</w:t>
      </w:r>
    </w:p>
    <w:p>
      <w:r>
        <w:rPr>
          <w:b/>
        </w:rPr>
        <w:t xml:space="preserve">[58:27] </w:t>
      </w:r>
      <w:r>
        <w:t>aqool qawli haza wastaghfirullaha li walakum ajmaeen.</w:t>
      </w:r>
    </w:p>
    <w:p>
      <w:pPr>
        <w:jc w:val="right"/>
      </w:pPr>
      <w:r>
        <w:t>اقول قولیھذا واستغفراللہ علی ویلکم اجمعین۔</w:t>
      </w:r>
    </w:p>
    <w:p>
      <w:r>
        <w:rPr>
          <w:b/>
        </w:rPr>
        <w:t xml:space="preserve">[58:41] </w:t>
      </w:r>
      <w:r>
        <w:t>This question is from Syed Shane Akbar Naqvi. It is said that Christians and Jews will also go to heaven with Muslims.</w:t>
      </w:r>
    </w:p>
    <w:p>
      <w:pPr>
        <w:jc w:val="right"/>
      </w:pPr>
      <w:r>
        <w:t>This question is from سید شین اکبر نقوی۔ It is said that Christians and Jews will also go to heaven with Muslims.</w:t>
      </w:r>
    </w:p>
    <w:p>
      <w:r>
        <w:rPr>
          <w:b/>
        </w:rPr>
        <w:t xml:space="preserve">[58:51] </w:t>
      </w:r>
      <w:r>
        <w:t>But it is the fact that if our namaz is not perfect, we will not have akhirat. And still Christians and Jews don't read namaz.</w:t>
      </w:r>
    </w:p>
    <w:p>
      <w:pPr>
        <w:jc w:val="right"/>
      </w:pPr>
      <w:r>
        <w:t>But it is the fact that if our نماز is not perfect, we will not have آخرت. And still Christians and Jews don't read نماز.</w:t>
      </w:r>
    </w:p>
    <w:p>
      <w:r>
        <w:rPr>
          <w:b/>
        </w:rPr>
        <w:t xml:space="preserve">[59:02] </w:t>
      </w:r>
      <w:r>
        <w:t>So how come they will join Muslims at the akhirat? Kindly comment.</w:t>
      </w:r>
    </w:p>
    <w:p>
      <w:pPr>
        <w:jc w:val="right"/>
      </w:pPr>
      <w:r>
        <w:t>So how come they will join Muslims at the آخرت? Kindly comment۔</w:t>
      </w:r>
    </w:p>
    <w:p>
      <w:r>
        <w:rPr>
          <w:b/>
        </w:rPr>
        <w:t xml:space="preserve">[59:10] </w:t>
      </w:r>
      <w:r>
        <w:t>dekhiye, jannat ya paradise jo hai, woh community wise nahi milegi.</w:t>
      </w:r>
    </w:p>
    <w:p>
      <w:pPr>
        <w:jc w:val="right"/>
      </w:pPr>
      <w:r>
        <w:t>دیکھیے، جنت یا پیراڈائز جو ہے، وہ کمیونٹی وائز نہیں ملے گی۔</w:t>
      </w:r>
    </w:p>
    <w:p>
      <w:r>
        <w:rPr>
          <w:b/>
        </w:rPr>
        <w:t xml:space="preserve">[59:23] </w:t>
      </w:r>
      <w:r>
        <w:t>yeh sochi galat hai ke musalman jo hain, sab jannat mein jayenge.</w:t>
      </w:r>
    </w:p>
    <w:p>
      <w:pPr>
        <w:jc w:val="right"/>
      </w:pPr>
      <w:r>
        <w:t>یہ سوچی غلط ہے کہ مسلمان جو ہیں، سب جنت میں جائیں گے۔</w:t>
      </w:r>
    </w:p>
    <w:p>
      <w:r>
        <w:rPr>
          <w:b/>
        </w:rPr>
        <w:t xml:space="preserve">[59:30] </w:t>
      </w:r>
      <w:r>
        <w:t>hadith mein aata hai ke akhirat mein farishte jo hain, kuch logon ko pakad kar jahannum mein le ja rahe honge.</w:t>
      </w:r>
    </w:p>
    <w:p>
      <w:pPr>
        <w:jc w:val="right"/>
      </w:pPr>
      <w:r>
        <w:t>حدیث میں آتا ہے کہ آخرت میں فرشتے جو ہیں، کچھ لوگوں کو پکڑ کر جہنم میں لے جا رہے ہوں گے۔</w:t>
      </w:r>
    </w:p>
    <w:p>
      <w:r>
        <w:rPr>
          <w:b/>
        </w:rPr>
        <w:t xml:space="preserve">[59:41] </w:t>
      </w:r>
      <w:r>
        <w:t>to aap farmayenge ke yeh yeh hamare saathi hain, yeh mere saathi hain. to farishte kahenge ke unhon ne aap ke baad badal dala deen ko.</w:t>
      </w:r>
    </w:p>
    <w:p>
      <w:pPr>
        <w:jc w:val="right"/>
      </w:pPr>
      <w:r>
        <w:t>تو آپ فرمائیں گے کہ یہ یہ ہمارے ساتھی ہیں، یہ میرے ساتھی ہیں۔ تو فرشتے کہیں گے کہ انہوں نے آپ کے بعد بدل ڈالا دین کو۔</w:t>
      </w:r>
    </w:p>
    <w:p>
      <w:r>
        <w:rPr>
          <w:b/>
        </w:rPr>
        <w:t xml:space="preserve">[59:55] </w:t>
      </w:r>
      <w:r>
        <w:t>to yeh bohat hi yani wrong conception hai ke sare musalman jannat mein jayenge, doosre sab ke sab dozakh mein jayenge.</w:t>
      </w:r>
    </w:p>
    <w:p>
      <w:pPr>
        <w:jc w:val="right"/>
      </w:pPr>
      <w:r>
        <w:t>تو یہ بہت ہی یعنی رونگ کنسیپشن ہے کہ سارے مسلمان جنت میں جائیں گے، دوسرے سب کے سب دوزخ میں جائیں گے۔</w:t>
      </w:r>
    </w:p>
    <w:p>
      <w:r>
        <w:rPr>
          <w:b/>
        </w:rPr>
        <w:t xml:space="preserve">[1:00:06] </w:t>
      </w:r>
      <w:r>
        <w:t>yeh yeh jo hai, na quran mein hai na hadith mein hai.</w:t>
      </w:r>
    </w:p>
    <w:p>
      <w:pPr>
        <w:jc w:val="right"/>
      </w:pPr>
      <w:r>
        <w:t>یہ یہ جو ہے، نہ قرآن میں ہے نہ حدیث میں ہے۔</w:t>
      </w:r>
    </w:p>
    <w:p>
      <w:r>
        <w:rPr>
          <w:b/>
        </w:rPr>
        <w:t xml:space="preserve">[1:00:12] </w:t>
      </w:r>
      <w:r>
        <w:t>dekhiye, jannat ka talluq kisi community se nahi hai, woh aap ke apne deed par hai, apne amal par hai.</w:t>
      </w:r>
    </w:p>
    <w:p>
      <w:pPr>
        <w:jc w:val="right"/>
      </w:pPr>
      <w:r>
        <w:t>دیکھیے، جنت کا تعلق کسی کمیونٹی سے نہیں ہے، وہ آپ کے اپنے ڈیڈ پر ہے، اپنے عمل پر ہے۔</w:t>
      </w:r>
    </w:p>
    <w:p>
      <w:r>
        <w:rPr>
          <w:b/>
        </w:rPr>
        <w:t xml:space="preserve">[1:00:24] </w:t>
      </w:r>
      <w:r>
        <w:t>aap ke andar agar</w:t>
      </w:r>
    </w:p>
    <w:p>
      <w:pPr>
        <w:jc w:val="right"/>
      </w:pPr>
      <w:r>
        <w:t>آپ کے اندر اگر</w:t>
      </w:r>
    </w:p>
    <w:p>
      <w:r>
        <w:rPr>
          <w:b/>
        </w:rPr>
        <w:t xml:space="preserve">[1:00:28] </w:t>
      </w:r>
      <w:r>
        <w:t>yani</w:t>
      </w:r>
    </w:p>
    <w:p>
      <w:pPr>
        <w:jc w:val="right"/>
      </w:pPr>
      <w:r>
        <w:t>یعنی</w:t>
      </w:r>
    </w:p>
    <w:p>
      <w:r>
        <w:rPr>
          <w:b/>
        </w:rPr>
        <w:t xml:space="preserve">[1:00:32] </w:t>
      </w:r>
      <w:r>
        <w:t>sache yani khuda ki sachi discovery aap ko hui, aaj kal musalmanon jo hain ke more than 50 percent musalman to shirk mein mubtala hain,</w:t>
      </w:r>
    </w:p>
    <w:p>
      <w:pPr>
        <w:jc w:val="right"/>
      </w:pPr>
      <w:r>
        <w:t>سچے یعنی خدا کی سچی ڈسکوری آپ کو ہوئی، آج کل مسلمانوں جو ہیں کہ مور دین 50 پرسنٹ مسلمان تو شرک میں مبتلا ہیں،</w:t>
      </w:r>
    </w:p>
    <w:p>
      <w:r>
        <w:rPr>
          <w:b/>
        </w:rPr>
        <w:t xml:space="preserve">[1:00:43] </w:t>
      </w:r>
      <w:r>
        <w:t>qabr parasti khula khula shirk hai. to yeh sare log jannat mein daal diye jayenge, sirf is liye ke musalman community se talluq rakhte the.</w:t>
      </w:r>
    </w:p>
    <w:p>
      <w:pPr>
        <w:jc w:val="right"/>
      </w:pPr>
      <w:r>
        <w:t>قبر پرستی کھلا کھلا شرک ہے۔ تو یہ سارے لوگ جنت میں ڈال دیے جائیں گے، صرف اس لیے کہ مسلمان کمیونٹی سے تعلق رکھتے تھے۔</w:t>
      </w:r>
    </w:p>
    <w:p>
      <w:r>
        <w:rPr>
          <w:b/>
        </w:rPr>
        <w:t xml:space="preserve">[1:00:53] </w:t>
      </w:r>
      <w:r>
        <w:t>woh</w:t>
      </w:r>
    </w:p>
    <w:p>
      <w:pPr>
        <w:jc w:val="right"/>
      </w:pPr>
      <w:r>
        <w:t>وہ</w:t>
      </w:r>
    </w:p>
    <w:p>
      <w:r>
        <w:rPr>
          <w:b/>
        </w:rPr>
        <w:t xml:space="preserve">[1:00:58] </w:t>
      </w:r>
      <w:r>
        <w:t>to jannat mein woh jaye ga jo shirk se hundred percent pak ho. aur namaz ka matlab yeh nahi ke woh rituals ko kar ada karta ho.</w:t>
      </w:r>
    </w:p>
    <w:p>
      <w:pPr>
        <w:jc w:val="right"/>
      </w:pPr>
      <w:r>
        <w:t>تو جنت میں وہ جائے گا جو شرک سے ہنڈرڈ پرسنٹ پاک ہو۔ اور نماز کا مطلب یہ نہیں کہ وہ ریچولز کو کر ادا کرتا ہو۔</w:t>
      </w:r>
    </w:p>
    <w:p>
      <w:r>
        <w:rPr>
          <w:b/>
        </w:rPr>
        <w:t xml:space="preserve">[1:01:08] </w:t>
      </w:r>
      <w:r>
        <w:t>rituals, rituals ka naam namaz nahi hai. yaad rakhiye,</w:t>
      </w:r>
    </w:p>
    <w:p>
      <w:pPr>
        <w:jc w:val="right"/>
      </w:pPr>
      <w:r>
        <w:t>ریچولز، ریچولز کا نام نماز نہیں ہے۔ یاد رکھیے،</w:t>
      </w:r>
    </w:p>
    <w:p>
      <w:r>
        <w:rPr>
          <w:b/>
        </w:rPr>
        <w:t xml:space="preserve">[1:01:13] </w:t>
      </w:r>
      <w:r>
        <w:t>hadees mein aata hai ke la salata limlam yatakhashshash jis ki namaz mein khushu na ho, us ki namaz namazi nahi hai. yeh sab musalmanon mein phaili hui baatein hain, ghalat qism ki.</w:t>
      </w:r>
    </w:p>
    <w:p>
      <w:pPr>
        <w:jc w:val="right"/>
      </w:pPr>
      <w:r>
        <w:t>حدیث میں آتا ہے کہ لا صلاۃ لملم یتخش جس کی نماز میں خشوع نہ ہو، اس کی نماز نمازی نہیں ہے۔ یہ سب مسلمانوں میں پھیلی ہوئی باتیں ہیں، غلط قسم کی۔</w:t>
      </w:r>
    </w:p>
    <w:p>
      <w:r>
        <w:rPr>
          <w:b/>
        </w:rPr>
        <w:t xml:space="preserve">[1:01:28] </w:t>
      </w:r>
      <w:r>
        <w:t>to beharhal, jannat ka talluq jo hai, jannat aik aik individual ke base par faisla kiya jaye ga.</w:t>
      </w:r>
    </w:p>
    <w:p>
      <w:pPr>
        <w:jc w:val="right"/>
      </w:pPr>
      <w:r>
        <w:t>تو بہرحال، جنت کا تعلق جو ہے، جنت ایک ایک انڈیویجول کے بیس پر فیصلہ کیا جائے گا۔</w:t>
      </w:r>
    </w:p>
    <w:p>
      <w:r>
        <w:rPr>
          <w:b/>
        </w:rPr>
        <w:t xml:space="preserve">[1:01:39] </w:t>
      </w:r>
      <w:r>
        <w:t>walqad jitumun afrada community ke base par nahi. jannat community wise nahi mile gi, individual wise mile gi.</w:t>
      </w:r>
    </w:p>
    <w:p>
      <w:pPr>
        <w:jc w:val="right"/>
      </w:pPr>
      <w:r>
        <w:t>ولقد جیتمون افرادہ کمیونٹی کے بیس پر نہیں۔ جنت کمیونٹی وائز نہیں ملے گی، انڈیویجول وائز ملے گی۔</w:t>
      </w:r>
    </w:p>
    <w:p>
      <w:r>
        <w:rPr>
          <w:b/>
        </w:rPr>
        <w:t xml:space="preserve">[1:01:50] </w:t>
      </w:r>
      <w:r>
        <w:t>har aik aadmi ko alag alag dekha jaye ga. record yeh achi tarah samajh lijiye, bohat bari bhool hai, himalayan mistake hai ke yeh samjha jaye ke jannat community community wise mile gi.</w:t>
      </w:r>
    </w:p>
    <w:p>
      <w:pPr>
        <w:jc w:val="right"/>
      </w:pPr>
      <w:r>
        <w:t>ہر ایک آدمی کو الگ الگ دیکھا جائے گا۔ ریکارڈ یہ اچھی طرح سمجھ لیجئے، بہت بڑی بھول ہے، ہمالین مسٹیک ہے کہ یہ سمجھا جائے کہ جنت کمیونٹی کمیونٹی وائز ملے گی۔</w:t>
      </w:r>
    </w:p>
    <w:p>
      <w:r>
        <w:rPr>
          <w:b/>
        </w:rPr>
        <w:t xml:space="preserve">[1:02:04] </w:t>
      </w:r>
      <w:r>
        <w:t>hargiz nahi.</w:t>
      </w:r>
    </w:p>
    <w:p>
      <w:pPr>
        <w:jc w:val="right"/>
      </w:pPr>
      <w:r>
        <w:t>ہرگز نہیں۔</w:t>
      </w:r>
    </w:p>
    <w:p>
      <w:r>
        <w:rPr>
          <w:b/>
        </w:rPr>
        <w:t xml:space="preserve">[1:02:09] </w:t>
      </w:r>
      <w:r>
        <w:t>This question is from Dr. Wasq ur Rehman. Maulana sahib, you always say that da'wa work is the best.</w:t>
      </w:r>
    </w:p>
    <w:p>
      <w:pPr>
        <w:jc w:val="right"/>
      </w:pPr>
      <w:r>
        <w:t>This question is from ڈاکٹر وسق الرحمن۔ مولانا صاحب، you always say that دعویٰ ورک is the best.</w:t>
      </w:r>
    </w:p>
    <w:p>
      <w:r>
        <w:rPr>
          <w:b/>
        </w:rPr>
        <w:t xml:space="preserve">[1:02:18] </w:t>
      </w:r>
      <w:r>
        <w:t>If a community work is done for happiness of Allah and in framework of Allah's commandments, then is it not equivalent to da'wa work?</w:t>
      </w:r>
    </w:p>
    <w:p>
      <w:pPr>
        <w:jc w:val="right"/>
      </w:pPr>
      <w:r>
        <w:t>If a community work is done for happiness of اللہ and in framework of اللہ's commandments, then is it not equivalent to دعویٰ ورک؟</w:t>
      </w:r>
    </w:p>
    <w:p>
      <w:r>
        <w:rPr>
          <w:b/>
        </w:rPr>
        <w:t xml:space="preserve">[1:02:29] </w:t>
      </w:r>
      <w:r>
        <w:t>nahi, hargiz nahi. community work se koi talluq da'wa work ka nahi hai. community work kiya hai? log apni mehnat karein, hard labor karein.</w:t>
      </w:r>
    </w:p>
    <w:p>
      <w:pPr>
        <w:jc w:val="right"/>
      </w:pPr>
      <w:r>
        <w:t>نہیں، ہرگز نہیں۔ کمیونٹی ورک سے کوئی تعلق دعویٰ ورک کا نہیں ہے۔ کمیونٹی ورک کیا ہے؟ لوگ اپنی محنت کریں، ہارڈ لیبر کریں۔</w:t>
      </w:r>
    </w:p>
    <w:p>
      <w:r>
        <w:rPr>
          <w:b/>
        </w:rPr>
        <w:t xml:space="preserve">[1:02:39] </w:t>
      </w:r>
      <w:r>
        <w:t>mein to is ko samajhta hoon ke yeh yani counter productive hai. yeh community work</w:t>
      </w:r>
    </w:p>
    <w:p>
      <w:pPr>
        <w:jc w:val="right"/>
      </w:pPr>
      <w:r>
        <w:t>میں تو اس کو سمجھتا ہوں کہ یہ یعنی کاؤنٹر پروٹیکٹو ہے۔ یہ کمیونٹی ورک</w:t>
      </w:r>
    </w:p>
    <w:p>
      <w:r>
        <w:rPr>
          <w:b/>
        </w:rPr>
        <w:t xml:space="preserve">[1:02:48] </w:t>
      </w:r>
      <w:r>
        <w:t>logon ke andar hard working ki spirit paida kijiye. logon ke andar competition mein laiye, logon ko challenge ka muqabla karna sikhaiye.</w:t>
      </w:r>
    </w:p>
    <w:p>
      <w:pPr>
        <w:jc w:val="right"/>
      </w:pPr>
      <w:r>
        <w:t>لوگوں کے اندر ہارڈ ورکنگ کی سپرٹ پیدا کیجئے۔ لوگوں کے اندر کمپیٹیشن میں لائیے، لوگوں کو چیلنج کا مقابلہ کرنا سکھائیے۔</w:t>
      </w:r>
    </w:p>
    <w:p>
      <w:r>
        <w:rPr>
          <w:b/>
        </w:rPr>
        <w:t xml:space="preserve">[1:02:58] </w:t>
      </w:r>
      <w:r>
        <w:t>community work jo hai, kar ke aap is ko woh bana dete hain. yani jaise kisi jaise ke baap paisa kama kar de de bete ko, to woh easy money kaha jata hai.</w:t>
      </w:r>
    </w:p>
    <w:p>
      <w:pPr>
        <w:jc w:val="right"/>
      </w:pPr>
      <w:r>
        <w:t>کمیونٹی ورک جو ہے، کر کے آپ اس کو وہ بنا دیتے ہیں۔ یعنی جیسے کسی جیسے کہ باپ پیسہ کما کر دے دے بیٹے کو، تو وہ ایزی منی کہا جاتا ہے۔</w:t>
      </w:r>
    </w:p>
    <w:p>
      <w:r>
        <w:rPr>
          <w:b/>
        </w:rPr>
        <w:t xml:space="preserve">[1:03:14] </w:t>
      </w:r>
      <w:r>
        <w:t>is ko easy money jo hai, colour bani hai. colour bani. aisi community work hai. community work kiya? sirf aik kaam karna chahiye, woh achhe achhe school banana.</w:t>
      </w:r>
    </w:p>
    <w:p>
      <w:pPr>
        <w:jc w:val="right"/>
      </w:pPr>
      <w:r>
        <w:t>اس کو ایزی منی جو ہے، کلر بنی ہے۔ کلر بنی۔ ایسی کمیونٹی ورک ہے۔ کمیونٹی ورک کیا؟ صرف ایک کام کرنا چاہیے، وہ اچھے اچھے اسکول بنانا۔</w:t>
      </w:r>
    </w:p>
    <w:p>
      <w:r>
        <w:rPr>
          <w:b/>
        </w:rPr>
        <w:t xml:space="preserve">[1:03:26] </w:t>
      </w:r>
      <w:r>
        <w:t>woh school mein riayat kuch bhi nahi</w:t>
      </w:r>
    </w:p>
    <w:p>
      <w:pPr>
        <w:jc w:val="right"/>
      </w:pPr>
      <w:r>
        <w:t>وہ اسکول میں رعایت کچھ بھی نہیں</w:t>
      </w:r>
    </w:p>
    <w:p>
      <w:r>
        <w:rPr>
          <w:b/>
        </w:rPr>
        <w:t xml:space="preserve">[1:03:28] </w:t>
      </w:r>
      <w:r>
        <w:t>. sakht competition hoga. jo compete kare, woh uska admission hoga. is mein mein bombay gaya to maharashtra mein bohat se school khule hue hain.</w:t>
      </w:r>
    </w:p>
    <w:p>
      <w:pPr>
        <w:jc w:val="right"/>
      </w:pPr>
      <w:r>
        <w:t>۔ سخت کمپیٹیشن ہوگا۔ جو کمپیٹ کرے، وہ اس کا ایڈمیشن ہوگا۔ اس میں میں بمبے گیا تو مہاراشٹر میں بہت سے اسکول کھلے ہوئے ہیں۔</w:t>
      </w:r>
    </w:p>
    <w:p>
      <w:r>
        <w:rPr>
          <w:b/>
        </w:rPr>
        <w:t xml:space="preserve">[1:03:38] </w:t>
      </w:r>
      <w:r>
        <w:t>isi isi nazariye ke tehat urdu school. unhon ne bataya mujhe ke urdu urdu parh parh ke ke woh un ka future kharab hota hai. kisi kaam ke nahi hote woh, kyunke urdu se unhon ne matriculate kiya.</w:t>
      </w:r>
    </w:p>
    <w:p>
      <w:pPr>
        <w:jc w:val="right"/>
      </w:pPr>
      <w:r>
        <w:t>اسی اسی نظریے کے تحت اردو اسکول۔ انہوں نے بتایا مجھے کہ اردو اردو پڑھ پڑھ کے کہ وہ ان کا فیوچر خراب ہوتا ہے۔ کسی کام کے نہیں ہوتے وہ، کیونکہ اردو سے انہوں نے میٹرکولیٹ کیا۔</w:t>
      </w:r>
    </w:p>
    <w:p>
      <w:r>
        <w:rPr>
          <w:b/>
        </w:rPr>
        <w:t xml:space="preserve">[1:03:51] </w:t>
      </w:r>
      <w:r>
        <w:t>aage un ko admission nahi milta ke. na idhar ke hote hain, na udhar ke.</w:t>
      </w:r>
    </w:p>
    <w:p>
      <w:pPr>
        <w:jc w:val="right"/>
      </w:pPr>
      <w:r>
        <w:t>آگے ان کو ایڈمیشن نہیں ملتا کہیں۔ نہ ادھر کے ہوتے ہیں، نہ ادھر کے۔</w:t>
      </w:r>
    </w:p>
    <w:p>
      <w:r>
        <w:rPr>
          <w:b/>
        </w:rPr>
        <w:t xml:space="preserve">[1:03:55] </w:t>
      </w:r>
      <w:r>
        <w:t>to haliya ne kaha tha ke na parhte to 70 khate kama kar. woh khoye gaye aur taleem pa kar. yahi community work hai.</w:t>
      </w:r>
    </w:p>
    <w:p>
      <w:pPr>
        <w:jc w:val="right"/>
      </w:pPr>
      <w:r>
        <w:t>تو حالیہ نے کہا تھا کہ نہ پڑھتے تو 70 کھاتے کما کر۔ وہ کھوئے گئے اور تعلیم پا کر۔ یہی کمیونٹی ورک ہے۔</w:t>
      </w:r>
    </w:p>
    <w:p>
      <w:r>
        <w:rPr>
          <w:b/>
        </w:rPr>
        <w:t xml:space="preserve">[1:04:07] </w:t>
      </w:r>
      <w:r>
        <w:t>mein community work ko bilkul nahi manta.</w:t>
      </w:r>
    </w:p>
    <w:p>
      <w:pPr>
        <w:jc w:val="right"/>
      </w:pPr>
      <w:r>
        <w:t>میں کمیونٹی ورک کو بالکل نہیں مانتا۔</w:t>
      </w:r>
    </w:p>
    <w:p>
      <w:r>
        <w:rPr>
          <w:b/>
        </w:rPr>
        <w:t xml:space="preserve">[1:04:12] </w:t>
      </w:r>
      <w:r>
        <w:t>aap logon ko achhi se achhi education dilwaiye.</w:t>
      </w:r>
    </w:p>
    <w:p>
      <w:pPr>
        <w:jc w:val="right"/>
      </w:pPr>
      <w:r>
        <w:t>آپ لوگوں کو اچھی سے اچھی ایجوکیشن دلوائیے۔</w:t>
      </w:r>
    </w:p>
    <w:p>
      <w:r>
        <w:rPr>
          <w:b/>
        </w:rPr>
        <w:t xml:space="preserve">[1:04:17] </w:t>
      </w:r>
      <w:r>
        <w:t>mere chote bhai the, un ko kisi se koi help nahi mili. ghar se bhi nahi.</w:t>
      </w:r>
    </w:p>
    <w:p>
      <w:pPr>
        <w:jc w:val="right"/>
      </w:pPr>
      <w:r>
        <w:t>میرے چھوٹے بھائی تھے، ان کو کسی سے کوئی ہیلپ نہیں ملی۔ گھر سے بھی نہیں۔</w:t>
      </w:r>
    </w:p>
    <w:p>
      <w:r>
        <w:rPr>
          <w:b/>
        </w:rPr>
        <w:t xml:space="preserve">[1:04:23] </w:t>
      </w:r>
      <w:r>
        <w:t>tuition kar ke parha unhon ne. tuition kar ke jis ko aap kehte hain community work, us se unhein koi madad nahi mili. tuition kar ke parha unhon ne banaras university mein parha.</w:t>
      </w:r>
    </w:p>
    <w:p>
      <w:pPr>
        <w:jc w:val="right"/>
      </w:pPr>
      <w:r>
        <w:t>ٹیوشن کر کے پڑھا انہوں نے۔ ٹیوشن کر کے جس کو آپ کہتے ہیں کمیونٹی ورک، اس سے انہیں کوئی مدد نہیں ملی۔ ٹیوشن کر کے پڑھا انہوں نے بنارس یونیورسٹی میں پڑھا۔</w:t>
      </w:r>
    </w:p>
    <w:p>
      <w:r>
        <w:rPr>
          <w:b/>
        </w:rPr>
        <w:t xml:space="preserve">[1:04:36] </w:t>
      </w:r>
      <w:r>
        <w:t>aur jab parh chuke, woh engineering kiya tha. unhon ne first class engineer the. woh abhi rehte hain aligarh mein retire ho kar ke.</w:t>
      </w:r>
    </w:p>
    <w:p>
      <w:pPr>
        <w:jc w:val="right"/>
      </w:pPr>
      <w:r>
        <w:t>اور جب پڑھ چکے، وہ انجینئرنگ کیا تھا۔ انہوں نے فرسٹ کلاس انجینئر تھے۔ وہ ابھی رہتے ہیں والی گڑھ میں ریٹائر ہو کر کے۔</w:t>
      </w:r>
    </w:p>
    <w:p>
      <w:r>
        <w:rPr>
          <w:b/>
        </w:rPr>
        <w:t xml:space="preserve">[1:04:46] </w:t>
      </w:r>
      <w:r>
        <w:t>to wahan par aik job tha, us ke liye kai candidate the. yeh aik musalman the, baqi sab hindu log the.</w:t>
      </w:r>
    </w:p>
    <w:p>
      <w:pPr>
        <w:jc w:val="right"/>
      </w:pPr>
      <w:r>
        <w:t>تو وہاں پر ایک جاب تھا، اس کے لیے کئی کینڈیڈیٹ تھے۔ یہ ایک مسلمان تھے، باقی سب ہندو لوگ تھے۔</w:t>
      </w:r>
    </w:p>
    <w:p>
      <w:r>
        <w:rPr>
          <w:b/>
        </w:rPr>
        <w:t xml:space="preserve">[1:04:53] </w:t>
      </w:r>
      <w:r>
        <w:t>to interview interview board jo baitha hai, is mein teen aadmi thay. aik professor inhi ka apna tha, professor gerola. do bahar se aaye thay.</w:t>
      </w:r>
    </w:p>
    <w:p>
      <w:pPr>
        <w:jc w:val="right"/>
      </w:pPr>
      <w:r>
        <w:t>تو انٹرویو انٹرویو بورڈ جو بیٹھا ہے، اس میں تین آدمی تھے۔ ایک پروفیسر انہی کا اپنا تھا، پروفیسر گیرولا۔ دو باہر سے آئے تھے۔</w:t>
      </w:r>
    </w:p>
    <w:p>
      <w:r>
        <w:rPr>
          <w:b/>
        </w:rPr>
        <w:t xml:space="preserve">[1:05:04] </w:t>
      </w:r>
      <w:r>
        <w:t>to bahar walay professor ne poocha ke mister khan, do you know what is instrument transformer? instrument transformer aik chota sa device hota hai.</w:t>
      </w:r>
    </w:p>
    <w:p>
      <w:pPr>
        <w:jc w:val="right"/>
      </w:pPr>
      <w:r>
        <w:t>تو باہر والے پروفیسر نے پوچھا کہ مسٹر خان، ڈو یو نو واٹ از انسٹرومنٹ ٹرانسفارمر؟ انسٹرومنٹ ٹرانسفارمر ایک چھوٹا سا ڈیوائس ہوتا ہے۔</w:t>
      </w:r>
    </w:p>
    <w:p>
      <w:r>
        <w:rPr>
          <w:b/>
        </w:rPr>
        <w:t xml:space="preserve">[1:05:17] </w:t>
      </w:r>
      <w:r>
        <w:t>mister khan, do you know what is instrument transformer? hamare bhai abhi bolay bhi nahi thay.</w:t>
      </w:r>
    </w:p>
    <w:p>
      <w:pPr>
        <w:jc w:val="right"/>
      </w:pPr>
      <w:r>
        <w:t>مسٹر خان، ڈو یو نو واٹ از انسٹرومنٹ ٹرانسفارمر؟ ہمارے بھائی ابھی بولے بھی نہیں تھے۔</w:t>
      </w:r>
    </w:p>
    <w:p>
      <w:r>
        <w:rPr>
          <w:b/>
        </w:rPr>
        <w:t xml:space="preserve">[1:05:24] </w:t>
      </w:r>
      <w:r>
        <w:t>professor gerola kehte hain, "there is no question of interview. he is the best candidate for the job." mister khan, you can go.</w:t>
      </w:r>
    </w:p>
    <w:p>
      <w:pPr>
        <w:jc w:val="right"/>
      </w:pPr>
      <w:r>
        <w:t>پروفیسر گیرولا کہتے ہیں، "دیر از نو کوئسچن آف انٹرویو۔ ہی از دا بیسٹ کینڈیڈیٹ فار دا جاب۔" مسٹر خان، یو کین گو۔</w:t>
      </w:r>
    </w:p>
    <w:p>
      <w:r>
        <w:rPr>
          <w:b/>
        </w:rPr>
        <w:t xml:space="preserve">[1:05:33] </w:t>
      </w:r>
      <w:r>
        <w:t>aur unka appointment ho gaya. yeh is pe paida kijiye. mein reservation ka bhi khilaf hoon, community work ke bhi khilaf hoon. logon ke andar jazba paida hai ke woh kaam karein, kaam karein, kaam karein.</w:t>
      </w:r>
    </w:p>
    <w:p>
      <w:pPr>
        <w:jc w:val="right"/>
      </w:pPr>
      <w:r>
        <w:t>اور ان کا اپوائنٹمنٹ ہو گیا۔ یہ اس پہ پیدا کیجئے۔ میں ریزیشن کا بھی خلاف ہوں، کمیونٹی ورک کے بھی خلاف ہوں۔ لوگوں کے اندر جذبہ پیدا ہے کہ وہ کام کریں، کام کریں، کام کریں۔</w:t>
      </w:r>
    </w:p>
    <w:p>
      <w:r>
        <w:rPr>
          <w:b/>
        </w:rPr>
        <w:t xml:space="preserve">[1:05:47] </w:t>
      </w:r>
      <w:r>
        <w:t>dhakel dijiye in ko halaat mein. dhakel dijiye</w:t>
      </w:r>
    </w:p>
    <w:p>
      <w:pPr>
        <w:jc w:val="right"/>
      </w:pPr>
      <w:r>
        <w:t>ڈھکیل دیجئے ان کو حالات میں۔ ڈھکیل دیجئے</w:t>
      </w:r>
    </w:p>
    <w:p>
      <w:r>
        <w:rPr>
          <w:b/>
        </w:rPr>
        <w:t xml:space="preserve">[1:05:51] </w:t>
      </w:r>
      <w:r>
        <w:t>halaat mein. dhakel dijiye. mehnat karein, woh takkar khayein, challenge ka muqabla karein. community work kiya cheez hai? agar aap koi karna chahte hain to best school kholiye.</w:t>
      </w:r>
    </w:p>
    <w:p>
      <w:pPr>
        <w:jc w:val="right"/>
      </w:pPr>
      <w:r>
        <w:t>حالات میں۔ ڈھکیل دیجئے۔ محنت کریں، وہ ٹکر کھائیں، چیلنج کا مقابلہ کریں۔ کمیونٹی ورک کیا چیز ہے؟ اگر آپ کوئی کرنا چاہتے ہیں تو بیسٹ اسکول کھولیے۔</w:t>
      </w:r>
    </w:p>
    <w:p>
      <w:r>
        <w:rPr>
          <w:b/>
        </w:rPr>
        <w:t xml:space="preserve">[1:06:01] </w:t>
      </w:r>
      <w:r>
        <w:t>bohat achay school yeh karte hain. christian log, christian logon ne is ko janna hai ke starting point jo hai, achi education hai.</w:t>
      </w:r>
    </w:p>
    <w:p>
      <w:pPr>
        <w:jc w:val="right"/>
      </w:pPr>
      <w:r>
        <w:t>بہت اچھے اسکول یہ کرتے ہیں۔ کرسچن لوگ، کرسچن لوگوں نے اس کو جاننا ہے کہ سٹارٹنگ پوائنٹ جو ہے، اچھی ایجوکیشن ہے۔</w:t>
      </w:r>
    </w:p>
    <w:p>
      <w:r>
        <w:rPr>
          <w:b/>
        </w:rPr>
        <w:t xml:space="preserve">[1:06:13] </w:t>
      </w:r>
      <w:r>
        <w:t>dilli mein aik bhi musalmanon ka acha school nahi hai. ghor kijiye. aur yahan par fakhar se kehte hain ke hum yahan aath sau saal se hukumat kar rahe hain.</w:t>
      </w:r>
    </w:p>
    <w:p>
      <w:pPr>
        <w:jc w:val="right"/>
      </w:pPr>
      <w:r>
        <w:t>دلی میں ایک بھی مسلمانوں کا اچھا اسکول نہیں ہے۔ غور کیجئے۔ اور یہاں پر فخر سے کہتے ہیں کہ ہم یہاں آٹھ سو سال سے حکومت کر رہے ہیں۔</w:t>
      </w:r>
    </w:p>
    <w:p>
      <w:r>
        <w:rPr>
          <w:b/>
        </w:rPr>
        <w:t xml:space="preserve">[1:06:22] </w:t>
      </w:r>
      <w:r>
        <w:t>kya tumhari hukumat kya hai? kya bala hai yeh hukumat? mein baharhal khilaf hoon reservation ke.</w:t>
      </w:r>
    </w:p>
    <w:p>
      <w:pPr>
        <w:jc w:val="right"/>
      </w:pPr>
      <w:r>
        <w:t>کیا تمہاری حکومت کیا ہے؟ کیا بلا ہے یہ حکومت؟ میں بہرحال خلاف ہوں ریزرویشن کے۔</w:t>
      </w:r>
    </w:p>
    <w:p>
      <w:r>
        <w:rPr>
          <w:b/>
        </w:rPr>
        <w:t xml:space="preserve">[1:06:31] </w:t>
      </w:r>
      <w:r>
        <w:t>mein khilaf hoon community work ke. in sab cheezon ke mein khilaf</w:t>
      </w:r>
    </w:p>
    <w:p>
      <w:pPr>
        <w:jc w:val="right"/>
      </w:pPr>
      <w:r>
        <w:t>میں خلاف ہوں کمیونٹی ورک کے۔ ان سب چیزوں کے میں خلاف</w:t>
      </w:r>
    </w:p>
    <w:p>
      <w:r>
        <w:rPr>
          <w:b/>
        </w:rPr>
        <w:t xml:space="preserve">[1:06:36] </w:t>
      </w:r>
      <w:r>
        <w:t>hoon. aaj kal chala hai woh empowerment, women empowerment aur kaun empowerment. yeh sab bilkul bogus baatein hain. mein aik hi cheez ko manta hoon ke woh kya?</w:t>
      </w:r>
    </w:p>
    <w:p>
      <w:pPr>
        <w:jc w:val="right"/>
      </w:pPr>
      <w:r>
        <w:t>ہوں۔ آج کل چلا ہے وہ ایمپاورمنٹ، وومن ایمپاورمنٹ اور کون ایمپاورمنٹ۔ یہ سب بالکل بوگس باتیں ہیں۔ میں ایک ہی چیز کو مانتا ہوں کہ وہ کیا؟</w:t>
      </w:r>
    </w:p>
    <w:p>
      <w:r>
        <w:rPr>
          <w:b/>
        </w:rPr>
        <w:t xml:space="preserve">[1:06:46] </w:t>
      </w:r>
      <w:r>
        <w:t>logon ko motivate kijiye, incentive paida kijiye, compete karne ke qabil banaiye. competitor parish.</w:t>
      </w:r>
    </w:p>
    <w:p>
      <w:pPr>
        <w:jc w:val="right"/>
      </w:pPr>
      <w:r>
        <w:t>لوگوں کو موٹیویٹ کیجئے، انسنٹیو پیدا کیجئے، کمپیٹ کرنے کے قابل بنائیے۔ کمپیٹر پیرش۔</w:t>
      </w:r>
    </w:p>
    <w:p>
      <w:r>
        <w:rPr>
          <w:b/>
        </w:rPr>
        <w:t xml:space="preserve">[1:06:55] </w:t>
      </w:r>
      <w:r>
        <w:t>mera formula hai competitor parish. halaat mein dhakeliya logon ko. mein is baat ko nahi manta. is se na ke jannat ka talluq hai, dunya dunya ka bhi talluq nahi.</w:t>
      </w:r>
    </w:p>
    <w:p>
      <w:pPr>
        <w:jc w:val="right"/>
      </w:pPr>
      <w:r>
        <w:t>میرا فارمولا ہے کمپیٹر پیرش۔ حالات میں ڈھکیلیا لوگوں کو۔ میں اس بات کو نہیں مانتا۔ اس سے نہ کہ جنت کا تعلق ہے، دنیا دنیا کا بھی تعلق نہیں۔</w:t>
      </w:r>
    </w:p>
    <w:p>
      <w:r>
        <w:rPr>
          <w:b/>
        </w:rPr>
        <w:t xml:space="preserve">[1:07:07] </w:t>
      </w:r>
      <w:r>
        <w:t>jannat to bohat door ki baat hai. dunya mein bhi is se koi progress nahi hone wali hai. progress hogi mehnat karne se.</w:t>
      </w:r>
    </w:p>
    <w:p>
      <w:pPr>
        <w:jc w:val="right"/>
      </w:pPr>
      <w:r>
        <w:t>جنت تو بہت دور کی بات ہے۔ دنیا میں بھی اس سے کوئی پروگریس نہیں ہونے والی ہے۔ پروگریس ہوگی محنت کرنے سے۔</w:t>
      </w:r>
    </w:p>
    <w:p>
      <w:r>
        <w:rPr>
          <w:b/>
        </w:rPr>
        <w:t xml:space="preserve">[1:07:18] </w:t>
      </w:r>
      <w:r>
        <w:t>mein to yahi manta hoon. jab jab japan mein koi is tarah kaam nahi hota hai, aur japan walay dunya mein sab se agay hain.</w:t>
      </w:r>
    </w:p>
    <w:p>
      <w:pPr>
        <w:jc w:val="right"/>
      </w:pPr>
      <w:r>
        <w:t>میں تو یہی مانتا ہوں۔ جب جب جاپان میں کوئی اس طرح کام نہیں ہوتا ہے، اور جاپان والے دنیا میں سب سے آگے ہیں۔</w:t>
      </w:r>
    </w:p>
    <w:p>
      <w:r>
        <w:rPr>
          <w:b/>
        </w:rPr>
        <w:t xml:space="preserve">[1:07:30] </w:t>
      </w:r>
      <w:r>
        <w:t>he has another question.</w:t>
      </w:r>
    </w:p>
    <w:p>
      <w:pPr>
        <w:jc w:val="right"/>
      </w:pPr>
      <w:r>
        <w:t>ہی ہیز انادر کوئسچن۔</w:t>
      </w:r>
    </w:p>
    <w:p>
      <w:r>
        <w:rPr>
          <w:b/>
        </w:rPr>
        <w:t xml:space="preserve">[1:07:33] </w:t>
      </w:r>
      <w:r>
        <w:t>do buri nazar, khabees rooh and jadoo tona have any effect on well being and health of a human being?</w:t>
      </w:r>
    </w:p>
    <w:p>
      <w:pPr>
        <w:jc w:val="right"/>
      </w:pPr>
      <w:r>
        <w:t>ڈو بری نظر، خبیث روح اینڈ جادو ٹونا ہیو اینی ایفیکٹ ان ویل بینگ اینڈ ہیلتھ اف ا ہیومن بینگ؟</w:t>
      </w:r>
    </w:p>
    <w:p>
      <w:r>
        <w:rPr>
          <w:b/>
        </w:rPr>
        <w:t xml:space="preserve">[1:07:42] </w:t>
      </w:r>
      <w:r>
        <w:t>what is the message of quran in this regard in view of surah al-falaq? kindly explain. dekhiye, yeh khabees rooh waghera ka to bilkul baseless baat hai.</w:t>
      </w:r>
    </w:p>
    <w:p>
      <w:pPr>
        <w:jc w:val="right"/>
      </w:pPr>
      <w:r>
        <w:t>واٹ از دا میسج اف قرآن ان دس ریگارڈ ان ویو اف سورہ الفلق؟ کائنڈلی ایکسپلین۔ دیکھیے، یہ خبیث روح وغیرہ کا تو بالکل بیسلیس بات ہے۔</w:t>
      </w:r>
    </w:p>
    <w:p>
      <w:r>
        <w:rPr>
          <w:b/>
        </w:rPr>
        <w:t xml:space="preserve">[1:07:56] </w:t>
      </w:r>
      <w:r>
        <w:t>aisa kuch bhi nahi hai. kahin koi khabees rooh nahi hai. koi yeh sab baatein jo mante hain log.</w:t>
      </w:r>
    </w:p>
    <w:p>
      <w:pPr>
        <w:jc w:val="right"/>
      </w:pPr>
      <w:r>
        <w:t>ایسا کچھ بھی نہیں ہے۔ کہیں کوئی خبیث روح نہیں ہے۔ کوئی یہ سب باتیں جو مانتے ہیں لوگ۔</w:t>
      </w:r>
    </w:p>
    <w:p>
      <w:r>
        <w:rPr>
          <w:b/>
        </w:rPr>
        <w:t xml:space="preserve">[1:08:03] </w:t>
      </w:r>
      <w:r>
        <w:t>lekin nazar lagna chunaqay hadith mein hai, is liye mein is ko manta hoon. hadith mein hai ke al-ain haq, al-ain haq.</w:t>
      </w:r>
    </w:p>
    <w:p>
      <w:pPr>
        <w:jc w:val="right"/>
      </w:pPr>
      <w:r>
        <w:t>لیکن نظر لگنا چونکہ حدیث میں ہے، اس لیے میں اس کو مانتا ہوں۔ حدیث میں ہے کہ العین حق، العین حق۔</w:t>
      </w:r>
    </w:p>
    <w:p>
      <w:r>
        <w:rPr>
          <w:b/>
        </w:rPr>
        <w:t xml:space="preserve">[1:08:11] </w:t>
      </w:r>
      <w:r>
        <w:t>nazar lagna barhaq hai. to nazar lagna kya hai? kisi ko hasad ki nazar se dekhna. jo log bohat hasdi hotay hain, hasad walay, bohat ziyada, to woh jab dekhte hain kisi ko to bohat hasad ki nazar se dekhte hain.</w:t>
      </w:r>
    </w:p>
    <w:p>
      <w:pPr>
        <w:jc w:val="right"/>
      </w:pPr>
      <w:r>
        <w:t>نظر لگنا برحق ہے۔ تو نظر لگنا کیا ہے؟ کسی کو حسد کی نظر سے دیکھنا۔ جو لوگ بہت حسدی ہوتے ہیں، حسد والے، بہت زیادہ، تو وہ جب دیکھتے ہیں کسی کو تو بہت حسد کی نظر سے دیکھتے ہیں۔</w:t>
      </w:r>
    </w:p>
    <w:p>
      <w:r>
        <w:rPr>
          <w:b/>
        </w:rPr>
        <w:t xml:space="preserve">[1:08:27] </w:t>
      </w:r>
      <w:r>
        <w:t>to un se nazar lag jati hai.</w:t>
      </w:r>
    </w:p>
    <w:p>
      <w:pPr>
        <w:jc w:val="right"/>
      </w:pPr>
      <w:r>
        <w:t>تو ان سے نظر لگ جاتی ہے۔</w:t>
      </w:r>
    </w:p>
    <w:p>
      <w:r>
        <w:rPr>
          <w:b/>
        </w:rPr>
        <w:t xml:space="preserve">[1:08:30] </w:t>
      </w:r>
      <w:r>
        <w:t>yeh mein manta hoon. mujh ko bhi nazar lagi hai. lekin is ka tor hai. is ka tor hai. bilkul tor hai ke dua.</w:t>
      </w:r>
    </w:p>
    <w:p>
      <w:pPr>
        <w:jc w:val="right"/>
      </w:pPr>
      <w:r>
        <w:t>یہ میں مانتا ہوں۔ مجھ کو بھی نظر لگی ہے۔ لیکن اس کا توڑ ہے۔ اس کا توڑ ہے۔ بالکل توڑ ہے کہ دعا۔</w:t>
      </w:r>
    </w:p>
    <w:p>
      <w:r>
        <w:rPr>
          <w:b/>
        </w:rPr>
        <w:t xml:space="preserve">[1:08:43] </w:t>
      </w:r>
      <w:r>
        <w:t>is ka tor hai dua. yani aisa nahi ke nazar aisi lagna aisi cheez hai ke hamare paas koi tor hi is ka na ho. hum jayein kisi woh so called jo experts hotay hain in cheezon ke, kuch bhi nahi hai.</w:t>
      </w:r>
    </w:p>
    <w:p>
      <w:pPr>
        <w:jc w:val="right"/>
      </w:pPr>
      <w:r>
        <w:t>اس کا توڑ ہے دعا۔ یعنی ایسا نہیں کہ نظر ایسی لگنا ایسی چیز ہے کہ ہمارے پاس کوئی توڑ ہی اس کا نہ ہو۔ ہم جائیں کسی وہ سو کالڈ جو ایکسپرٹ ہوتے ہیں ان چیزوں کے، کچھ بھی نہیں ہے۔</w:t>
      </w:r>
    </w:p>
    <w:p>
      <w:r>
        <w:rPr>
          <w:b/>
        </w:rPr>
        <w:t xml:space="preserve">[1:08:57] </w:t>
      </w:r>
      <w:r>
        <w:t>aap khud hi nazar lagne ka ila</w:t>
      </w:r>
    </w:p>
    <w:p>
      <w:pPr>
        <w:jc w:val="right"/>
      </w:pPr>
      <w:r>
        <w:t>آپ خود ہی نظر لگنے کا علا</w:t>
      </w:r>
    </w:p>
    <w:p>
      <w:r>
        <w:rPr>
          <w:b/>
        </w:rPr>
        <w:t xml:space="preserve">[1:08:59] </w:t>
      </w:r>
      <w:r>
        <w:t>j ilaaj kar sakte hain. khud hi dua ke zariye se. to nazar lagna to main manta hoon. kyunke hadees mein al-ain haq.</w:t>
      </w:r>
    </w:p>
    <w:p>
      <w:pPr>
        <w:jc w:val="right"/>
      </w:pPr>
      <w:r>
        <w:t>ج علاج کر سکتے ہیں۔ خود ہی دعا کے ذریعے سے۔ تو نظر لگنا تو میں مانتا ہوں۔ کیونکہ حدیث میں العین حق۔</w:t>
      </w:r>
    </w:p>
    <w:p>
      <w:r>
        <w:rPr>
          <w:b/>
        </w:rPr>
        <w:t xml:space="preserve">[1:09:09] </w:t>
      </w:r>
      <w:r>
        <w:t>baqi main un cheezon ko nahin manta. yeh sab bilkul kahaniyan hain. ek saahib ke paas main gaya. ek saahib jo isi ke abhi zinda honge, woh yaani isi ke woh hain.</w:t>
      </w:r>
    </w:p>
    <w:p>
      <w:pPr>
        <w:jc w:val="right"/>
      </w:pPr>
      <w:r>
        <w:t>باقی میں ان چیزوں کو نہیں مانتا۔ یہ سب بالکل کہانیاں ہیں۔ ایک صاحب کے پاس میں گیا۔ ایک صاحب جو اسی کے ابھی زندہ ہوں گے، وہ یعنی اسی کے وہ ہیں۔</w:t>
      </w:r>
    </w:p>
    <w:p>
      <w:r>
        <w:rPr>
          <w:b/>
        </w:rPr>
        <w:t xml:space="preserve">[1:09:20] </w:t>
      </w:r>
      <w:r>
        <w:t>woh expert bad roohein utarte hain. aur yeh sab jo hota hai na, kya kya cheez hai.</w:t>
      </w:r>
    </w:p>
    <w:p>
      <w:pPr>
        <w:jc w:val="right"/>
      </w:pPr>
      <w:r>
        <w:t>وہ ایکسپرٹ بد روحیں اتارتے ہیں۔ اور یہ سب جو ہوتا ہے نا، کیا کیا چیز ہے۔</w:t>
      </w:r>
    </w:p>
    <w:p>
      <w:r>
        <w:rPr>
          <w:b/>
        </w:rPr>
        <w:t xml:space="preserve">[1:09:27] </w:t>
      </w:r>
      <w:r>
        <w:t>to mashhoor tha ke un ke un ke haan jinnaat aate hain. main gaya un ke haan to ek kamra tha. wahan baithe hue the akele. ab main bas do hi aadmi the.</w:t>
      </w:r>
    </w:p>
    <w:p>
      <w:pPr>
        <w:jc w:val="right"/>
      </w:pPr>
      <w:r>
        <w:t>تو مشہور تھا کہ ان کے ان کے ہاں جنات آتے ہیں۔ میں گیا ان کے ہاں تو ایک کمرہ تھا۔ وہاں بیٹھے ہوئے تھے اکیلے۔ اب میں بس دو ہی آدمی تھے۔</w:t>
      </w:r>
    </w:p>
    <w:p>
      <w:r>
        <w:rPr>
          <w:b/>
        </w:rPr>
        <w:t xml:space="preserve">[1:09:36] </w:t>
      </w:r>
      <w:r>
        <w:t>main ne kaha suna hai ke aap ke paas jinnaat aate hain. to aaj bulaiye to jinnaat ko. main bhi dekhun un ki soorat. to hansne lage. woh kuch kaha nahin unhon ne.</w:t>
      </w:r>
    </w:p>
    <w:p>
      <w:pPr>
        <w:jc w:val="right"/>
      </w:pPr>
      <w:r>
        <w:t>میں نے کہا سنا ہے کہ آپ کے پاس جنات آتے ہیں۔ تو آج بلائیے تو جنات کو۔ میں بھی دیکھوں ان کی صورت۔ تو ہنسنے لگے۔ وہ کچھ کہا نہیں انہوں نے۔</w:t>
      </w:r>
    </w:p>
    <w:p>
      <w:r>
        <w:rPr>
          <w:b/>
        </w:rPr>
        <w:t xml:space="preserve">[1:09:47] </w:t>
      </w:r>
      <w:r>
        <w:t>lekin hans ke taal</w:t>
      </w:r>
    </w:p>
    <w:p>
      <w:pPr>
        <w:jc w:val="right"/>
      </w:pPr>
      <w:r>
        <w:t>لیکن ہنس کے ٹال</w:t>
      </w:r>
    </w:p>
    <w:p>
      <w:r>
        <w:rPr>
          <w:b/>
        </w:rPr>
        <w:t xml:space="preserve">[1:09:49] </w:t>
      </w:r>
      <w:r>
        <w:t>diya. matlab yeh bilkul log aise log. per anami parind marida main paran yeh hota hai.</w:t>
      </w:r>
    </w:p>
    <w:p>
      <w:pPr>
        <w:jc w:val="right"/>
      </w:pPr>
      <w:r>
        <w:t>دیا۔ مطلب یہ بالکل لوگ ایسے لوگ۔ پیرا نمی پرند مریدا میں پران یہ ہوتا ہے۔</w:t>
      </w:r>
    </w:p>
    <w:p>
      <w:r>
        <w:rPr>
          <w:b/>
        </w:rPr>
        <w:t xml:space="preserve">[1:09:58] </w:t>
      </w:r>
      <w:r>
        <w:t>to nazar lagna zaroor barhaq hai. lekin is ka tod hai dua.</w:t>
      </w:r>
    </w:p>
    <w:p>
      <w:pPr>
        <w:jc w:val="right"/>
      </w:pPr>
      <w:r>
        <w:t>تو نظر لگنا ضرور برحق ہے۔ لیکن اس کا توڑ ہے دعا۔</w:t>
      </w:r>
    </w:p>
    <w:p>
      <w:r>
        <w:rPr>
          <w:b/>
        </w:rPr>
        <w:t xml:space="preserve">[1:10:07] </w:t>
      </w:r>
      <w:r>
        <w:t>das question is from abrar. allah hum self appointed kings like solomon david. why so?</w:t>
      </w:r>
    </w:p>
    <w:p>
      <w:pPr>
        <w:jc w:val="right"/>
      </w:pPr>
      <w:r>
        <w:t>دس کوئسچن از فرام ابرار۔ اللہ ہم سیلف اپوائنٹڈ کنگز لائک سولومون ڈیوڈ۔ وائی سو؟</w:t>
      </w:r>
    </w:p>
    <w:p>
      <w:r>
        <w:rPr>
          <w:b/>
        </w:rPr>
        <w:t xml:space="preserve">[1:10:21] </w:t>
      </w:r>
      <w:r>
        <w:t>main ne king ki baat nahin ki. main kingship ki baat ki hai. king matlab ruler. woh ruler the. woh log. woh ek kingship jo us ko main ne kaha, woh to alag cheez hai. woh woh alag cheez hai.</w:t>
      </w:r>
    </w:p>
    <w:p>
      <w:pPr>
        <w:jc w:val="right"/>
      </w:pPr>
      <w:r>
        <w:t>میں نے کنگ کی بات نہیں کی۔ میں کنگ شپ کی بات کی ہے۔ کنگ مطلب رولر۔ وہ رولر تھے۔ وہ لوگ۔ وہ ایک کنگ شپ جو اس کو میں نے کہا، وہ تو الگ چیز ہے۔ وہ وہ الگ چیز ہے۔</w:t>
      </w:r>
    </w:p>
    <w:p>
      <w:r>
        <w:rPr>
          <w:b/>
        </w:rPr>
        <w:t xml:space="preserve">[1:10:32] </w:t>
      </w:r>
      <w:r>
        <w:t>woh ruler to abubakar ruler the, umar farooq ruler the. lekin kingship jo institution tha, institution us ko main ne kaha hai.</w:t>
      </w:r>
    </w:p>
    <w:p>
      <w:pPr>
        <w:jc w:val="right"/>
      </w:pPr>
      <w:r>
        <w:t>وہ رولر تو ابوبکر رولر تھے، عمر فاروق رولر تھے۔ لیکن کنگ شپ جو انسٹیٹیوشن تھا، انسٹیٹیوشن اس کو میں نے کہا ہے۔</w:t>
      </w:r>
    </w:p>
    <w:p>
      <w:r>
        <w:rPr>
          <w:b/>
        </w:rPr>
        <w:t xml:space="preserve">[1:10:46] </w:t>
      </w:r>
      <w:r>
        <w:t>das question is from mr khurram.</w:t>
      </w:r>
    </w:p>
    <w:p>
      <w:pPr>
        <w:jc w:val="right"/>
      </w:pPr>
      <w:r>
        <w:t>دس کوئسچن از فرام مسٹر خرم۔</w:t>
      </w:r>
    </w:p>
    <w:p>
      <w:r>
        <w:rPr>
          <w:b/>
        </w:rPr>
        <w:t xml:space="preserve">[1:10:49] </w:t>
      </w:r>
      <w:r>
        <w:t>do you view satanic verses as intellectual freedom? please comment.</w:t>
      </w:r>
    </w:p>
    <w:p>
      <w:pPr>
        <w:jc w:val="right"/>
      </w:pPr>
      <w:r>
        <w:t>ڈو یو ویو سیٹنک ورسز ایز انٹلیکچول فریڈم؟ پلیز کمنٹ۔</w:t>
      </w:r>
    </w:p>
    <w:p>
      <w:r>
        <w:rPr>
          <w:b/>
        </w:rPr>
        <w:t xml:space="preserve">[1:11:00] </w:t>
      </w:r>
      <w:r>
        <w:t>dekhiye, ek baat samajh lijiye ke agar aap freedom chahte hain to doosron ko bhi freedom dena padega.</w:t>
      </w:r>
    </w:p>
    <w:p>
      <w:pPr>
        <w:jc w:val="right"/>
      </w:pPr>
      <w:r>
        <w:t>دیکھیے، ایک بات سمجھ لیجئے کہ اگر آپ فریڈم چاہتے ہیں تو دوسروں کو بھی فریڈم دینا پڑے گا۔</w:t>
      </w:r>
    </w:p>
    <w:p>
      <w:r>
        <w:rPr>
          <w:b/>
        </w:rPr>
        <w:t xml:space="preserve">[1:11:12] </w:t>
      </w:r>
      <w:r>
        <w:t>that is social reality. yeh impossible hai ke apne liye to freedom aur doosre ke liye freedom nahin.</w:t>
      </w:r>
    </w:p>
    <w:p>
      <w:pPr>
        <w:jc w:val="right"/>
      </w:pPr>
      <w:r>
        <w:t>دیٹ از سوشل ریلیٹی۔ یہ امپوسیبل ہے کہ اپنے لیے تو فریڈم اور دوسرے کے لیے فریڈم نہیں۔</w:t>
      </w:r>
    </w:p>
    <w:p>
      <w:r>
        <w:rPr>
          <w:b/>
        </w:rPr>
        <w:t xml:space="preserve">[1:11:20] </w:t>
      </w:r>
      <w:r>
        <w:t>yeh ho nahin sakta. kabhi ho nahin sakta. is ko azaadi rahegi ke chahe woh misuse kare, chahe proper use kare. to sahi tod is ka kya hai?</w:t>
      </w:r>
    </w:p>
    <w:p>
      <w:pPr>
        <w:jc w:val="right"/>
      </w:pPr>
      <w:r>
        <w:t>یہ ہو نہیں سکتا۔ کبھی ہو نہیں سکتا۔ اس کو آزادی رہے گی کہ چاہے وہ مس یوز کرے، چاہے پراپر یوز کرے۔ تو صحیح توڑ اس کا کیا ہے؟</w:t>
      </w:r>
    </w:p>
    <w:p>
      <w:r>
        <w:rPr>
          <w:b/>
        </w:rPr>
        <w:t xml:space="preserve">[1:11:30] </w:t>
      </w:r>
      <w:r>
        <w:t>yeh nahin ke aap kahein ke main tumhein maar daalunga, tumhein kaat daalunga, tumhein kitabon ko jalaunga. yeh is ka answer nahin hai. aap book ke jawab mein book likhiye, word ka jawab word se dijiye.</w:t>
      </w:r>
    </w:p>
    <w:p>
      <w:pPr>
        <w:jc w:val="right"/>
      </w:pPr>
      <w:r>
        <w:t>یہ نہیں کہ آپ کہیں کہ میں تمہیں مار ڈالوں گا، تمہیں کاٹ ڈالوں گا، تمہیں کتابوں کو جلاؤں گا۔ یہ اس کا انسر نہیں ہے۔ آپ بک کے جواب میں بک لکھیے، ورڈ کا جواب ورڈ سے دیجئے۔</w:t>
      </w:r>
    </w:p>
    <w:p>
      <w:r>
        <w:rPr>
          <w:b/>
        </w:rPr>
        <w:t xml:space="preserve">[1:11:47] </w:t>
      </w:r>
      <w:r>
        <w:t>to main main manta hoon ke salman rushdie ne apni freedom ko misuse kiya. lekin is ka matlab yeh nahin ke aap is ko kill karen, is ko maaren.</w:t>
      </w:r>
    </w:p>
    <w:p>
      <w:pPr>
        <w:jc w:val="right"/>
      </w:pPr>
      <w:r>
        <w:t>تو میں میں مانتا ہوں کہ سلمان رشدی نے اپنی فریڈم کو مس یوز کیا۔ لیکن اس کا مطلب یہ نہیں کہ آپ اس کو کل کریں، اس کو ماریں۔</w:t>
      </w:r>
    </w:p>
    <w:p>
      <w:r>
        <w:rPr>
          <w:b/>
        </w:rPr>
        <w:t xml:space="preserve">[1:11:57] </w:t>
      </w:r>
      <w:r>
        <w:t>nahin. aap agar samajhte hain ke main sachai par hoon to aap is ke jawab mein ek book likhiye. is mein kaun rokta hai?</w:t>
      </w:r>
    </w:p>
    <w:p>
      <w:pPr>
        <w:jc w:val="right"/>
      </w:pPr>
      <w:r>
        <w:t>نہیں۔ آپ اگر سمجھتے ہیں کہ میں سچائی پر ہوں تو آپ اس کے جواب میں ایک بک لکھیے۔ اس میں کون روکتا ہے؟</w:t>
      </w:r>
    </w:p>
    <w:p>
      <w:r>
        <w:rPr>
          <w:b/>
        </w:rPr>
        <w:t xml:space="preserve">[1:12:06] </w:t>
      </w:r>
      <w:r>
        <w:t>mujhe sirf ek aadmi maloom hai jinhon ne ek sahi response diya tha. unhon ne kitaab likhi thi holy verses. yaani satanic verses ke jawab mein unhon ne holy verses likhi.</w:t>
      </w:r>
    </w:p>
    <w:p>
      <w:pPr>
        <w:jc w:val="right"/>
      </w:pPr>
      <w:r>
        <w:t>مجھے صرف ایک آدمی معلوم ہے جنہوں نے ایک صحیح رسپانس دیا تھا۔ انہوں نے کتاب لکھی تھی ہولی ورسز۔ یعنی سیٹنک ورسز کے جواب میں انہوں نے ہولی ورسز لکھی۔</w:t>
      </w:r>
    </w:p>
    <w:p>
      <w:r>
        <w:rPr>
          <w:b/>
        </w:rPr>
        <w:t xml:space="preserve">[1:12:17] </w:t>
      </w:r>
      <w:r>
        <w:t>yeh sahi response tha. agarche woh kitaab bohat chali nahin, woh zyada mashhoor bhi nahin hui. ab un ki death bhi ho chuki hai.</w:t>
      </w:r>
    </w:p>
    <w:p>
      <w:pPr>
        <w:jc w:val="right"/>
      </w:pPr>
      <w:r>
        <w:t>یہ صحیح رسپانس تھا۔ اگرچہ وہ کتاب بہت چلی نہیں، وہ زیادہ مشہور بھی نہیں ہوئی۔ اب ان کی ڈیتھ بھی ہو چکی ہے۔</w:t>
      </w:r>
    </w:p>
    <w:p>
      <w:r>
        <w:rPr>
          <w:b/>
        </w:rPr>
        <w:t xml:space="preserve">[1:12:28] </w:t>
      </w:r>
      <w:r>
        <w:t>to woh kitaab bohat achhi kitaab nahin thi. lekin behraal title bohat sahi tha, holy verses. to unhon ne jo response diya, woh positive response tha.</w:t>
      </w:r>
    </w:p>
    <w:p>
      <w:pPr>
        <w:jc w:val="right"/>
      </w:pPr>
      <w:r>
        <w:t>تو وہ کتاب بہت اچھی کتاب نہیں تھی۔ لیکن بہرحال ٹائٹل بہت صحیح تھا، ہولی ورسز۔ تو انہوں نے جو رسپانس دیا، وہ پازیٹیو رسپانس تھا۔</w:t>
      </w:r>
    </w:p>
    <w:p>
      <w:r>
        <w:rPr>
          <w:b/>
        </w:rPr>
        <w:t xml:space="preserve">[1:12:37] </w:t>
      </w:r>
      <w:r>
        <w:t>lekin jin logon ne maarne kaatne ki baat ki, woh fatwa diya, woh bilashuba un Islamic tha. is ka Islam se koi ta'alluq nahin tha.</w:t>
      </w:r>
    </w:p>
    <w:p>
      <w:pPr>
        <w:jc w:val="right"/>
      </w:pPr>
      <w:r>
        <w:t>لیکن جن لوگوں نے مارنے کاٹنے کی بات کی، وہ فتویٰ دیا، وہ بلاشبہ ان اسلامک تھا۔ اس کا اسلام سے کوئی تعلق نہیں تھا۔</w:t>
      </w:r>
    </w:p>
    <w:p>
      <w:r>
        <w:rPr>
          <w:b/>
        </w:rPr>
        <w:t xml:space="preserve">[1:12:44] </w:t>
      </w:r>
      <w:r>
        <w:t>to freedom aap ko deni padegi doosre ko. aur agar woh misuse karta hai to is ka yaani proper answer yeh hai ke aap aap bhi kitaab likhiye.</w:t>
      </w:r>
    </w:p>
    <w:p>
      <w:pPr>
        <w:jc w:val="right"/>
      </w:pPr>
      <w:r>
        <w:t>تو فریڈم آپ کو دینی پڑے گی دوسرے کو۔ اور اگر وہ مس یوز کرتا ہے تو اس کا یعنی پراپر انسر یہ ہے کہ آپ آپ بھی کتاب لکھیے۔</w:t>
      </w:r>
    </w:p>
    <w:p>
      <w:r>
        <w:rPr>
          <w:b/>
        </w:rPr>
        <w:t xml:space="preserve">[1:12:55] </w:t>
      </w:r>
      <w:r>
        <w:t>kon rokta hai aap kitab likhne se?</w:t>
      </w:r>
    </w:p>
    <w:p>
      <w:pPr>
        <w:jc w:val="right"/>
      </w:pPr>
      <w:r>
        <w:t>کون روکتا ہے آپ کتاب لکھنے سے؟</w:t>
      </w:r>
    </w:p>
    <w:p>
      <w:r>
        <w:rPr>
          <w:b/>
        </w:rPr>
        <w:t xml:space="preserve">[1:13:01] </w:t>
      </w:r>
      <w:r>
        <w:t>das question is from aisha. there is a hadith in which god asks his angels morning and evening.</w:t>
      </w:r>
    </w:p>
    <w:p>
      <w:pPr>
        <w:jc w:val="right"/>
      </w:pPr>
      <w:r>
        <w:t>دس کوئسچن از فرام عائشہ۔ دیر از ا حدیث ان وچ گاڈ اسک ہز اینجلز مارننگ اینڈ ایوننگ۔</w:t>
      </w:r>
    </w:p>
    <w:p>
      <w:r>
        <w:rPr>
          <w:b/>
        </w:rPr>
        <w:t xml:space="preserve">[1:13:10] </w:t>
      </w:r>
      <w:r>
        <w:t>in what circumstances did you leave my servants at these timings?</w:t>
      </w:r>
    </w:p>
    <w:p>
      <w:pPr>
        <w:jc w:val="right"/>
      </w:pPr>
      <w:r>
        <w:t>ان واٹ سرکمسٹانسز ڈیڈ یو لیو مائی سرونٹس ایٹ دیز ٹائمنگز؟</w:t>
      </w:r>
    </w:p>
    <w:p>
      <w:r>
        <w:rPr>
          <w:b/>
        </w:rPr>
        <w:t xml:space="preserve">[1:13:18] </w:t>
      </w:r>
      <w:r>
        <w:t>kindly comment on this hadith.</w:t>
      </w:r>
    </w:p>
    <w:p>
      <w:pPr>
        <w:jc w:val="right"/>
      </w:pPr>
      <w:r>
        <w:t>کائنڈلی کمنٹ ان دس حدیث۔</w:t>
      </w:r>
    </w:p>
    <w:p>
      <w:r>
        <w:rPr>
          <w:b/>
        </w:rPr>
        <w:t xml:space="preserve">[1:13:24] </w:t>
      </w:r>
      <w:r>
        <w:t>haan, hadith mein is tarah se hai ke morning time jo hai, yani fajar ke waqt, farishton ki ek yani ek duty khatm hoti hai, woh jaate hain wapas aur doosre farishte aate hain.</w:t>
      </w:r>
    </w:p>
    <w:p>
      <w:pPr>
        <w:jc w:val="right"/>
      </w:pPr>
      <w:r>
        <w:t>ہاں، حدیث میں اس طرح سے ہے کہ مارننگ ٹائم جو ہے، یعنی فجر کے وقت، فرشتوں کی ایک یعنی ایک ڈیوٹی ختم ہوتی ہے، وہ جاتے ہیں واپس اور دوسرے فرشتے آتے ہیں۔</w:t>
      </w:r>
    </w:p>
    <w:p>
      <w:r>
        <w:rPr>
          <w:b/>
        </w:rPr>
        <w:t xml:space="preserve">[1:13:41] </w:t>
      </w:r>
      <w:r>
        <w:t>aisa hota hai. to is ko aap bilkul literal sense mein mat lein. yeh sab cheezein unseen world se taluq rakhti hain.</w:t>
      </w:r>
    </w:p>
    <w:p>
      <w:pPr>
        <w:jc w:val="right"/>
      </w:pPr>
      <w:r>
        <w:t>ایسا ہوتا ہے۔ تو اس کو آپ بالکل لیٹرل سینس میں مت لیں۔ یہ سب چیزیں ان سین ورلڈ سے تعلق رکھتی ہیں۔</w:t>
      </w:r>
    </w:p>
    <w:p>
      <w:r>
        <w:rPr>
          <w:b/>
        </w:rPr>
        <w:t xml:space="preserve">[1:13:51] </w:t>
      </w:r>
      <w:r>
        <w:t>aur yeh sab baatein, yeh sab baatein jo hain, symbolic language mein hoti hain. yaad rakhiye ke yeh sab baatein jo hain, quran mein hai ke do dhang ki, yani quran ki ayatein do dhang ki hain: ek muhkamat, ek mutashabihat.</w:t>
      </w:r>
    </w:p>
    <w:p>
      <w:pPr>
        <w:jc w:val="right"/>
      </w:pPr>
      <w:r>
        <w:t>اور یہ سب باتیں، یہ سب باتیں جو ہیں، سمبولک لینگویج میں ہوتی ہیں۔ یاد رکھیے کہ یہ سب باتیں جو ہیں، قرآن میں ہے کہ دو ڈھنگ کے، یعنی قرآن کی آیتیں دو ڈھنگ کی ہیں: ایک محکمات، ایک متشابہات۔</w:t>
      </w:r>
    </w:p>
    <w:p>
      <w:r>
        <w:rPr>
          <w:b/>
        </w:rPr>
        <w:t xml:space="preserve">[1:14:08] </w:t>
      </w:r>
      <w:r>
        <w:t>to mutashabihat ka matlab hota hai mutamathilat, yani symbolic language mein. to is ko literal sense mein na lijiye aap.</w:t>
      </w:r>
    </w:p>
    <w:p>
      <w:pPr>
        <w:jc w:val="right"/>
      </w:pPr>
      <w:r>
        <w:t>تو متشابہات کا مطلب ہوتا ہے متماثلات، یعنی سمبولک لینگویج میں۔ تو اس کو لیٹرل سینس میں نہ لیجئے آپ۔</w:t>
      </w:r>
    </w:p>
    <w:p>
      <w:r>
        <w:rPr>
          <w:b/>
        </w:rPr>
        <w:t xml:space="preserve">[1:14:20] </w:t>
      </w:r>
      <w:r>
        <w:t>baqi yeh hai ke subah ka waqt jo hota hai, is mein hadith ke mutabiq ke farishte aate hain, kuch kuch jaate hain. to us waqt double farishte ho jaate hain thodi der ke liye.</w:t>
      </w:r>
    </w:p>
    <w:p>
      <w:pPr>
        <w:jc w:val="right"/>
      </w:pPr>
      <w:r>
        <w:t>باقی یہ ہے کہ صبح کا وقت جو ہوتا ہے، اس میں حدیث کے مطابق کہ فرشتے آتے ہیں، کچھ کچھ جاتے ہیں۔ تو اس وقت ڈبل فرشتے ہو جاتے ہیں تھوڑی دیر کے لیے۔</w:t>
      </w:r>
    </w:p>
    <w:p>
      <w:r>
        <w:rPr>
          <w:b/>
        </w:rPr>
        <w:t xml:space="preserve">[1:14:33] </w:t>
      </w:r>
      <w:r>
        <w:t>yani kuch aane wale hote hain, kuch jaane wale. to zyada farishte ho jaate hain us waqt.</w:t>
      </w:r>
    </w:p>
    <w:p>
      <w:pPr>
        <w:jc w:val="right"/>
      </w:pPr>
      <w:r>
        <w:t>یعنی کچھ آنے والے ہوتے ہیں، کچھ جانے والے۔ تو زیادہ فرشتے ہو جاتے ہیں اس وقت۔</w:t>
      </w:r>
    </w:p>
    <w:p>
      <w:r>
        <w:rPr>
          <w:b/>
        </w:rPr>
        <w:t xml:space="preserve">[1:14:40] </w:t>
      </w:r>
      <w:r>
        <w:t>to is mein asal cheez yeh hai ke jo morning ka time hai, jo jab aap fresh uthte hain so kar ke, ab peace har taraf rehta hai, har taraf yani noise waghera nahi hoti hai.</w:t>
      </w:r>
    </w:p>
    <w:p>
      <w:pPr>
        <w:jc w:val="right"/>
      </w:pPr>
      <w:r>
        <w:t>تو اس میں اصل چیز یہ ہے کہ جو مارننگ کا ٹائم ہے، جو جب آپ فریش اٹھتے ہیں سو کر کے، اب پیس ہر طرف رہتا ہے، ہر طرف یعنی نوائز وغیرہ نہیں ہوتی ہے۔</w:t>
      </w:r>
    </w:p>
    <w:p>
      <w:r>
        <w:rPr>
          <w:b/>
        </w:rPr>
        <w:t xml:space="preserve">[1:14:54] </w:t>
      </w:r>
      <w:r>
        <w:t>to us waqt jo hai, bohat acha waqt hota hai. koi farishte paida karte honge yeh waqt, jis ko hum ne dekha nahi, hum jaante nahi. lekin woh waqt har aadmi ka yeh experience hai ke woh best waqt hota hai.</w:t>
      </w:r>
    </w:p>
    <w:p>
      <w:pPr>
        <w:jc w:val="right"/>
      </w:pPr>
      <w:r>
        <w:t>تو اس وقت جو ہے، بہت اچھا وقت ہوتا ہے۔ کوئی فرشتے پیدا کرتے ہوں گے یہ وقت، جس کو ہم نے دیکھا نہیں، ہم جانتے نہیں۔ لیکن وہ وقت ہر آدمی کا یہ ایکسپیرینس ہے کہ وہ بیسٹ وقت ہوتا ہے۔</w:t>
      </w:r>
    </w:p>
    <w:p>
      <w:r>
        <w:rPr>
          <w:b/>
        </w:rPr>
        <w:t xml:space="preserve">[1:15:06] </w:t>
      </w:r>
      <w:r>
        <w:t>woh</w:t>
      </w:r>
    </w:p>
    <w:p>
      <w:pPr>
        <w:jc w:val="right"/>
      </w:pPr>
      <w:r>
        <w:t>وہ</w:t>
      </w:r>
    </w:p>
    <w:p>
      <w:r>
        <w:rPr>
          <w:b/>
        </w:rPr>
        <w:t xml:space="preserve">[1:15:08] </w:t>
      </w:r>
      <w:r>
        <w:t>to us waqt ke baray mein hai ke jab tum namaz mein tilawat karte ho to farishte us ko yani us ke gawah ban jaate hain ke tum ne aisi tilawat ki, yeh padhi.</w:t>
      </w:r>
    </w:p>
    <w:p>
      <w:pPr>
        <w:jc w:val="right"/>
      </w:pPr>
      <w:r>
        <w:t>تو اس وقت کے بارے میں ہے کہ جب تم نماز میں تلاوت کرتے ہو تو فرشتے اس کو یعنی اس کے گواہ بن جاتے ہیں کہ تم نے ایسی تلاوت کی، یہ پڑھی۔</w:t>
      </w:r>
    </w:p>
    <w:p>
      <w:r>
        <w:rPr>
          <w:b/>
        </w:rPr>
        <w:t xml:space="preserve">[1:15:23] </w:t>
      </w:r>
      <w:r>
        <w:t>to mera sab meri samajh mein aata hai ke is mein jo baat batai gayi hai, us ko lijiye aap literal sense mein na jaiye aap</w:t>
      </w:r>
    </w:p>
    <w:p>
      <w:pPr>
        <w:jc w:val="right"/>
      </w:pPr>
      <w:r>
        <w:t>تو میرا سب میری سمجھ میں آتا ہے کہ اس میں جو بات بتائی گئی ہے، اس کو لیجئے آپ لیٹرل سینس میں نہ جائیے آپ</w:t>
      </w:r>
    </w:p>
    <w:p>
      <w:r>
        <w:rPr>
          <w:b/>
        </w:rPr>
        <w:t xml:space="preserve">[1:15:34] </w:t>
      </w:r>
      <w:r>
        <w:t>ke subah ke waqt fajar ki namaz mein lambi qirat karna to best waqt mein qirat karna hota hai.</w:t>
      </w:r>
    </w:p>
    <w:p>
      <w:pPr>
        <w:jc w:val="right"/>
      </w:pPr>
      <w:r>
        <w:t>کہ صبح کے وقت فجر کی نماز میں لمبی قرأت کرنا تو بیسٹ وقت میں قرأت کرنا ہوتا ہے۔</w:t>
      </w:r>
    </w:p>
    <w:p>
      <w:r>
        <w:rPr>
          <w:b/>
        </w:rPr>
        <w:t xml:space="preserve">[1:15:43] </w:t>
      </w:r>
      <w:r>
        <w:t>to bohat zyada us waqt aap ko yani us ko feeling bohat oonchi feeling hoti hai, aap ko bohat aap asar parta hai. isi ka ek standard form mein yeh samajhta hoon ke fajar ki namaz padhi aap ne, suraj abhi nahi nikla hai,</w:t>
      </w:r>
    </w:p>
    <w:p>
      <w:pPr>
        <w:jc w:val="right"/>
      </w:pPr>
      <w:r>
        <w:t>تو بہت زیادہ اس وقت آپ کو یعنی اس کو فیلنگ بہت اونچی فیلنگ ہوتی ہے، آپ کو بہت آپ اثر پڑتا ہے۔ اسی کا ایک سٹینڈرڈ فارم میں یہ سمجھتا ہوں کہ فجر کی نماز پڑھی آپ نے، سورج ابھی نہیں نکلا ہے،</w:t>
      </w:r>
    </w:p>
    <w:p>
      <w:r>
        <w:rPr>
          <w:b/>
        </w:rPr>
        <w:t xml:space="preserve">[1:15:57] </w:t>
      </w:r>
      <w:r>
        <w:t>aap bahar aaye ghar se, kisi park mein gaye, aise gaye jahan par koi hariyali hai, nature hai. to</w:t>
      </w:r>
    </w:p>
    <w:p>
      <w:pPr>
        <w:jc w:val="right"/>
      </w:pPr>
      <w:r>
        <w:t>آپ باہر آئے گھر سے، کسی پارک میں گئے، ایسے گئے جہاں پر کوئی ہریالی ہے، نیچر ہے۔ تو</w:t>
      </w:r>
    </w:p>
    <w:p>
      <w:r>
        <w:rPr>
          <w:b/>
        </w:rPr>
        <w:t xml:space="preserve">[1:16:04] </w:t>
      </w:r>
      <w:r>
        <w:t>wahan par jab aap pahunche to wahan par aap khuda ko yaad kar rahe hain. to woh aap ko mehsoos hota hai ek qism ka jo experience jo hai, presence of god ka,</w:t>
      </w:r>
    </w:p>
    <w:p>
      <w:pPr>
        <w:jc w:val="right"/>
      </w:pPr>
      <w:r>
        <w:t>وہاں پر جب آپ پہنچے تو وہاں پر آپ خدا کو یاد کر رہے ہیں۔ تو وہ آپ کو محسوس ہوتا ہے ایک قسم کا جو ایکسپیرینس جو ہے، پریزنس آف گاڈ کا،</w:t>
      </w:r>
    </w:p>
    <w:p>
      <w:r>
        <w:rPr>
          <w:b/>
        </w:rPr>
        <w:t xml:space="preserve">[1:16:17] </w:t>
      </w:r>
      <w:r>
        <w:t>jaise khuda ko aap dekhne lage hon nature mein, us us waqt ke mahol mein. to is mein aap ki jo yani jo aap ka jo jo inspiration hai, bohat barh jata hai.</w:t>
      </w:r>
    </w:p>
    <w:p>
      <w:pPr>
        <w:jc w:val="right"/>
      </w:pPr>
      <w:r>
        <w:t>جیسے خدا کو آپ دیکھنے لگے ہوں نیچر میں، اس اس وقت کے ماحول میں۔ تو اس میں آپ کی جو یعنی جو آپ کا جو جو انسپیریشن ہے، بہت بڑھ جاتا ہے۔</w:t>
      </w:r>
    </w:p>
    <w:p>
      <w:r>
        <w:rPr>
          <w:b/>
        </w:rPr>
        <w:t xml:space="preserve">[1:16:31] </w:t>
      </w:r>
      <w:r>
        <w:t>is sense mein hai woh ke woh waqt ko avail karo, us waqt jo tumhare liye food hai, spiritual food, us ko hasil karo.</w:t>
      </w:r>
    </w:p>
    <w:p>
      <w:pPr>
        <w:jc w:val="right"/>
      </w:pPr>
      <w:r>
        <w:t>اس سینس میں ہے وہ کہ وہ وقت کو اویل کرو، اس وقت جو تمہارے لیے فوڈ ہے، سپریچول فوڈ، اس کو حاصل کرو۔</w:t>
      </w:r>
    </w:p>
    <w:p>
      <w:r>
        <w:rPr>
          <w:b/>
        </w:rPr>
        <w:t xml:space="preserve">[1:16:44] </w:t>
      </w:r>
      <w:r>
        <w:t>das question is from molana zakwan.</w:t>
      </w:r>
    </w:p>
    <w:p>
      <w:pPr>
        <w:jc w:val="right"/>
      </w:pPr>
      <w:r>
        <w:t>دس کوئسچن از فرام مولانا زکوان۔</w:t>
      </w:r>
    </w:p>
    <w:p>
      <w:r>
        <w:rPr>
          <w:b/>
        </w:rPr>
        <w:t xml:space="preserve">[1:16:47] </w:t>
      </w:r>
      <w:r>
        <w:t>in chapter number 17, verse 78, a word mashhood has been used. kindly explain this.</w:t>
      </w:r>
    </w:p>
    <w:p>
      <w:pPr>
        <w:jc w:val="right"/>
      </w:pPr>
      <w:r>
        <w:t>ان چیپٹر نمبر 17، ورس 78، ا ورڈ مشہود ہیز بین یوزڈ۔ کائنڈلی ایکسپلین دس۔</w:t>
      </w:r>
    </w:p>
    <w:p>
      <w:r>
        <w:rPr>
          <w:b/>
        </w:rPr>
        <w:t xml:space="preserve">[1:16:58] </w:t>
      </w:r>
      <w:r>
        <w:t>wohi mein ne arz kiya, mashhood ka matlab hota hai witness yani gawah, wa shahi do wa mashhood yani shahid hai, gawahi dene wala, mashhood woh hai jis par gawahi di jaye.</w:t>
      </w:r>
    </w:p>
    <w:p>
      <w:pPr>
        <w:jc w:val="right"/>
      </w:pPr>
      <w:r>
        <w:t>وہی میں نے عرض کیا، مشہود کا مطلب ہوتا ہے وٹنس یعنی گواہ، وشاہد و مشہود یعنی شاہد ہے، گواہی دینے والا، مشہود وہ ہے جس پر گواہی دی جائے۔</w:t>
      </w:r>
    </w:p>
    <w:p>
      <w:r>
        <w:rPr>
          <w:b/>
        </w:rPr>
        <w:t xml:space="preserve">[1:17:13] </w:t>
      </w:r>
      <w:r>
        <w:t>to to farishte gawah ban jaate hain ke is bande ne aisa kiya. to woh mein samajhta hoon ke woh bilkul literal sense mein nahi hai.</w:t>
      </w:r>
    </w:p>
    <w:p>
      <w:pPr>
        <w:jc w:val="right"/>
      </w:pPr>
      <w:r>
        <w:t>تو تو فرشتے گواہ بن جاتے ہیں کہ اس بندے نے ایسا کیا۔ تو وہ میں سمجھتا ہوں کہ وہ بالکل لیٹرل سینس میں نہیں ہے۔</w:t>
      </w:r>
    </w:p>
    <w:p>
      <w:r>
        <w:rPr>
          <w:b/>
        </w:rPr>
        <w:t xml:space="preserve">[1:17:25] </w:t>
      </w:r>
      <w:r>
        <w:t>is ka matlab yeh hai ke woh aik khaas tarah ki inspiration milta hai is waqt jo subah ka waqt hota hai. yani farishtay hi activate karte honge, ho sakta hai.</w:t>
      </w:r>
    </w:p>
    <w:p>
      <w:pPr>
        <w:jc w:val="right"/>
      </w:pPr>
      <w:r>
        <w:t>اس کا مطلب یہ ہے کہ وہ ایک خاص طرح کی انسپیریشن ملتا ہے اس وقت جو صبح کا وقت ہوتا ہے۔ یعنی فرشتے ہی ایکٹیویٹ کرتے ہوں گے، ہو سکتا ہے۔</w:t>
      </w:r>
    </w:p>
    <w:p>
      <w:r>
        <w:rPr>
          <w:b/>
        </w:rPr>
        <w:t xml:space="preserve">[1:17:34] </w:t>
      </w:r>
      <w:r>
        <w:t>lekin waqt jo hai, bohat hi ziyada full of inspiration hota hai, woh waqt subah ka. to jo log subah ka soye paray rehtay hain, unhein kya pata ke woh kya cheez milti hai subah ke waqt.</w:t>
      </w:r>
    </w:p>
    <w:p>
      <w:pPr>
        <w:jc w:val="right"/>
      </w:pPr>
      <w:r>
        <w:t>لیکن وقت جو ہے، بہت ہی زیادہ فل آف انسپیریشن ہوتا ہے، وہ وقت صبح کا۔ تو جو لوگ صبح کا سوئے پڑے رہتے ہیں، انہیں کیا پتہ کہ وہ کیا چیز ملتی ہے صبح کے وقت۔</w:t>
      </w:r>
    </w:p>
    <w:p>
      <w:r>
        <w:rPr>
          <w:b/>
        </w:rPr>
        <w:t xml:space="preserve">[1:17:46] </w:t>
      </w:r>
      <w:r>
        <w:t>aaj kal jo culture hai ke subah ko dair mein uthna to behtareen jo waqt hota hai 24 ghantay ka, isi ko kho detay hain. woh jo behtareen waqt hota hai, woh woh behtareen waqt aap ke yani aas paas bhi hai, aap park mein chale aain to wahan bhi hai, kisi nature mein chale aain to wahan bhi hai.</w:t>
      </w:r>
    </w:p>
    <w:p>
      <w:pPr>
        <w:jc w:val="right"/>
      </w:pPr>
      <w:r>
        <w:t>آج کل جو کلچر ہے کہ صبح کو دیر میں اٹھنا تو بہترین جو وقت ہوتا ہے 24 گھنٹے کا، اسی کو کھو دیتے ہیں۔ وہ جو بہترین وقت ہوتا ہے، وہ وہ بہترین وقت آپ کے یعنی اس پاس بھی ہے، آپ پارک میں چلے آئیں تو وہاں بھی ہے، کسی نیچر میں چلے آئیں تو وہاں بھی ہے۔</w:t>
      </w:r>
    </w:p>
    <w:p>
      <w:r>
        <w:rPr>
          <w:b/>
        </w:rPr>
        <w:t xml:space="preserve">[1:18:05] </w:t>
      </w:r>
      <w:r>
        <w:t>yani suraj nikalne se pehle ka jo waqt hota hai</w:t>
      </w:r>
    </w:p>
    <w:p>
      <w:pPr>
        <w:jc w:val="right"/>
      </w:pPr>
      <w:r>
        <w:t>یعنی سورج نکلنے سے پہلے کا جو وقت ہوتا ہے</w:t>
      </w:r>
    </w:p>
    <w:p>
      <w:r>
        <w:rPr>
          <w:b/>
        </w:rPr>
        <w:t xml:space="preserve">[1:18:08] </w:t>
      </w:r>
      <w:r>
        <w:t>ya suraj nikalne ke foran baad ka jo waqt hota hai, us waqt bohat ziyada inspiration milta hai. bohat hi peace, bohat hi sukoon, bohat hi tranquility har taraf hoti hai.</w:t>
      </w:r>
    </w:p>
    <w:p>
      <w:pPr>
        <w:jc w:val="right"/>
      </w:pPr>
      <w:r>
        <w:t>یا سورج نکلنے کے فوراً بعد کا جو وقت ہوتا ہے، اس وقت بہت زیادہ انسپیریشن ملتا ہے۔ بہت ہی پیس، بہت ہی سکون، بہت ہی ٹرانکولیٹی ہر طرف ہوتی ہے۔</w:t>
      </w:r>
    </w:p>
    <w:p>
      <w:r>
        <w:rPr>
          <w:b/>
        </w:rPr>
        <w:t xml:space="preserve">[1:18:21] </w:t>
      </w:r>
      <w:r>
        <w:t>ab woh cheez farishtay paida karte hain, yeh yeh hum aap nahi dekh rahe hain. ho sakta hai aap farishtay paida karte hon, lekin fact yeh hai ke us waqt hota hai aisa. yani presence of god ka jo ehsaas us waqt hota hai, woh kisi aur waqt mein nahi hota hai.</w:t>
      </w:r>
    </w:p>
    <w:p>
      <w:pPr>
        <w:jc w:val="right"/>
      </w:pPr>
      <w:r>
        <w:t>اب وہ چیز فرشتے پیدا کرتے ہیں، یہ یہ ہم آپ نہیں دیکھ رہے ہیں۔ ہو سکتا ہے آپ فرشتے پیدا کرتے ہوں، لیکن فیکٹ یہ ہے کہ اس وقت ہوتا ہے ایسا۔ یعنی پریزنس آف گاڈ کا جو احساس اس وقت ہوتا ہے، وہ کسی اور وقت میں نہیں ہوتا ہے۔</w:t>
      </w:r>
    </w:p>
    <w:p>
      <w:r>
        <w:rPr>
          <w:b/>
        </w:rPr>
        <w:t xml:space="preserve">[1:18:35] </w:t>
      </w:r>
      <w:r>
        <w:t>is wajah se us waqt ke jo kaam kiya jaye, namaz jo parhi jaye, quran parha jaye, to us ki khaas importance hai.</w:t>
      </w:r>
    </w:p>
    <w:p>
      <w:pPr>
        <w:jc w:val="right"/>
      </w:pPr>
      <w:r>
        <w:t>اس وجہ سے اس وقت کے جو کام کیا جائے، نماز جو پڑھی جائے، قرآن پڑھا جائے، تو اس کی خاص امپورٹنس ہے۔</w:t>
      </w:r>
    </w:p>
    <w:p>
      <w:r>
        <w:rPr>
          <w:b/>
        </w:rPr>
        <w:t xml:space="preserve">[1:18:45] </w:t>
      </w:r>
      <w:r>
        <w:t>das question is from shah imran hassan. who is a successful man in your view? kindly explain.</w:t>
      </w:r>
    </w:p>
    <w:p>
      <w:pPr>
        <w:jc w:val="right"/>
      </w:pPr>
      <w:r>
        <w:t>دس کوئسچن از فرام شاہ عمران حسن۔ Who is a successful man in your view? Kindly explain.</w:t>
      </w:r>
    </w:p>
    <w:p>
      <w:r>
        <w:rPr>
          <w:b/>
        </w:rPr>
        <w:t xml:space="preserve">[1:19:05] </w:t>
      </w:r>
      <w:r>
        <w:t>hmm, main main to samajhta hoon ke is ke do yani do layer hain.</w:t>
      </w:r>
    </w:p>
    <w:p>
      <w:pPr>
        <w:jc w:val="right"/>
      </w:pPr>
      <w:r>
        <w:t>ہمم، میں میں تو سمجھتا ہوں کہ اس کے دو یعنی دو لیئر ہیں۔</w:t>
      </w:r>
    </w:p>
    <w:p>
      <w:r>
        <w:rPr>
          <w:b/>
        </w:rPr>
        <w:t xml:space="preserve">[1:19:17] </w:t>
      </w:r>
      <w:r>
        <w:t>to pehla hai intellectual development. jo aadmi is dunya mein intellectual development hi ko apna target banaye, har doosri cheez ko secondary banaye, har doosri cheez is ke liye secondary ban jaye.</w:t>
      </w:r>
    </w:p>
    <w:p>
      <w:pPr>
        <w:jc w:val="right"/>
      </w:pPr>
      <w:r>
        <w:t>تو پہلا ہے انٹلیکچول ڈیولپمنٹ۔ جو آدمی اس دنیا میں انٹلیکچول ڈیولپمنٹ ہی کو اپنا ٹارگٹ بنائے، ہر دوسری چیز کو سیکنڈری بنا دے، ہر دوسری چیز اس کے لیے سیکنڈری بن جائے۔</w:t>
      </w:r>
    </w:p>
    <w:p>
      <w:r>
        <w:rPr>
          <w:b/>
        </w:rPr>
        <w:t xml:space="preserve">[1:19:34] </w:t>
      </w:r>
      <w:r>
        <w:t>intellectual development ko aakhir waqt tak, yani life time ke liye, woh apna target banaye hue ho. to main to sab se samajhta hoon, wohi sab successful aadmi hai.</w:t>
      </w:r>
    </w:p>
    <w:p>
      <w:pPr>
        <w:jc w:val="right"/>
      </w:pPr>
      <w:r>
        <w:t>انٹلیکچول ڈیولپمنٹ کو آخر وقت تک، یعنی لائف ٹائم کے لیے، وہ اپنا ٹارگٹ بنائے ہوئے ہو۔ تو میں تو سب سے سمجھتا ہوں، وہی سب سکسیس فل آدمی ہے۔</w:t>
      </w:r>
    </w:p>
    <w:p>
      <w:r>
        <w:rPr>
          <w:b/>
        </w:rPr>
        <w:t xml:space="preserve">[1:19:46] </w:t>
      </w:r>
      <w:r>
        <w:t>kyun ke is se pehle main ne arz kiya tha ke jannat mein jo dakhla hoga, woh isi buniyad par hoga ke aap ne kitna ziyada apne aap ko spiritual sense mein, yani spiritual development ya intellectual development, dono ko main aik hi maani mein leta hoon.</w:t>
      </w:r>
    </w:p>
    <w:p>
      <w:pPr>
        <w:jc w:val="right"/>
      </w:pPr>
      <w:r>
        <w:t>کیونکہ اس سے پہلے میں نے عرض کیا تھا کہ جنت میں جو داخلہ ہوگا، وہ اسی بنیاد پر ہوگا کہ آپ نے کتنا زیادہ اپنے آپ کو سپریچول سینس میں، یعنی سپریچول ڈیولپمنٹ یا انٹلیکچول ڈیولپمنٹ، دونوں کو میں ایک ہی معنی میں لیتا ہوں۔</w:t>
      </w:r>
    </w:p>
    <w:p>
      <w:r>
        <w:rPr>
          <w:b/>
        </w:rPr>
        <w:t xml:space="preserve">[1:20:04] </w:t>
      </w:r>
      <w:r>
        <w:t>spiritual development bhi wohi cheez hai jis ko intellectual development bola jata hai. to inhi ka selection hoga jannat ke liye. is se pehle main ne arz kiya tha ke ke jitna ziyada insaan ka yani development hua hoga is dunya mein, utna hi ziyada woh paradise mein enjoy kar sake ga.</w:t>
      </w:r>
    </w:p>
    <w:p>
      <w:pPr>
        <w:jc w:val="right"/>
      </w:pPr>
      <w:r>
        <w:t>سپریچول ڈیولپمنٹ بھی وہی چیز ہے جس کو انٹلیکچول ڈیولپمنٹ بولا جاتا ہے۔ تو انہی کا سلیکشن ہوگا جنت کے لیے۔ اس سے پہلے میں نے عرض کیا تھا کہ کہ جتنا زیادہ انسان کا یعنی ڈیولپمنٹ ہوا ہوگا اس دنیا میں، اتنا ہی زیادہ وہ پیراڈائز میں انجوائے کر سکے گا۔</w:t>
      </w:r>
    </w:p>
    <w:p>
      <w:r>
        <w:rPr>
          <w:b/>
        </w:rPr>
        <w:t xml:space="preserve">[1:20:26] </w:t>
      </w:r>
      <w:r>
        <w:t>hum ne misaal di thi ke jaise aik bohat acha beautiful park hai, us mein</w:t>
      </w:r>
    </w:p>
    <w:p>
      <w:pPr>
        <w:jc w:val="right"/>
      </w:pPr>
      <w:r>
        <w:t>ہم نے مثال دی تھی کہ جیسے ایک بہت اچھا بیوٹی فل پارک ہے، اس میں</w:t>
      </w:r>
    </w:p>
    <w:p>
      <w:r>
        <w:rPr>
          <w:b/>
        </w:rPr>
        <w:t xml:space="preserve">[1:20:33] </w:t>
      </w:r>
      <w:r>
        <w:t>do jatay hain: aik battery ka professor hai, aik chota sa bachha. ab bachha jaye ga to dekhe ga to khoob uchal kood kare ga. aur lekin battery ka jo professor hai, woh jab woh dekhe ga wahan ki cheezon ko, to us ko jo gyaan mile ga, woh gyaan bachhe ko nahi mil sakta.</w:t>
      </w:r>
    </w:p>
    <w:p>
      <w:pPr>
        <w:jc w:val="right"/>
      </w:pPr>
      <w:r>
        <w:t>دو جاتے ہیں: ایک باٹری کا پروفیسر ہے، ایک چھوٹا سا بچہ۔ اب بچہ جائے گا تو دیکھے گا تو خوب اچھل کود کرے گا۔ اور لیکن باٹری کا جو پروفیسر ہے، وہ جب وہ دیکھے گا وہاں کی چیزوں کو، تو اس کو جو گیان ملے گا، وہ گیان بچے کو نہیں مل سکتا۔</w:t>
      </w:r>
    </w:p>
    <w:p>
      <w:r>
        <w:rPr>
          <w:b/>
        </w:rPr>
        <w:t xml:space="preserve">[1:20:50] </w:t>
      </w:r>
      <w:r>
        <w:t>jo enjoy ka level hoga professor ka, woh enjoy ka level bachhe ka nahi ho sakta. is wajah se sirf jannat mein jana hi kafi nahi hai, apne level ko barhana hai.</w:t>
      </w:r>
    </w:p>
    <w:p>
      <w:pPr>
        <w:jc w:val="right"/>
      </w:pPr>
      <w:r>
        <w:t>جو انجوائے کا لیول ہوگا پروفیسر کا، وہ انجوائے کا لیول بچے کا نہیں ہو سکتا۔ اس وجہ سے صرف جنت میں جانا ہی کافی نہیں ہے، اپنے لیول کو بڑھانا ہے۔</w:t>
      </w:r>
    </w:p>
    <w:p>
      <w:r>
        <w:rPr>
          <w:b/>
        </w:rPr>
        <w:t xml:space="preserve">[1:21:03] </w:t>
      </w:r>
      <w:r>
        <w:t>isi liye hadith mein aata hai ke 200 jannatein hain. quran mein hai ke do jannatein hain, jannatan. kyun ke do jannatein hain, basically phir is ke sub division hain.</w:t>
      </w:r>
    </w:p>
    <w:p>
      <w:pPr>
        <w:jc w:val="right"/>
      </w:pPr>
      <w:r>
        <w:t>اسی لیے حدیث میں آتا ہے کہ 200 جنتیں ہیں۔ قرآن میں ہے کہ دو جنتیں ہیں، جنتان۔ کیونکہ دو جنتیں ہیں، بیسیکلی پھر اس کے سب ڈویژن ہیں۔</w:t>
      </w:r>
    </w:p>
    <w:p>
      <w:r>
        <w:rPr>
          <w:b/>
        </w:rPr>
        <w:t xml:space="preserve">[1:21:13] </w:t>
      </w:r>
      <w:r>
        <w:t>sub division ke aitbar se 200 jannatein hain. to dunya mein to aap chahtay hain ke main ziyada se bara se bara job hasil karoon. ziyada se yani koi nahi chahta ke main chote job par parha rahoon.</w:t>
      </w:r>
    </w:p>
    <w:p>
      <w:pPr>
        <w:jc w:val="right"/>
      </w:pPr>
      <w:r>
        <w:t>سب ڈویژن کے اعتبار سے 200 جنتیں ہیں۔ تو دنیا میں تو آپ چاہتے ہیں کہ میں زیادہ سے بڑا سے بڑا جاب حاصل کروں۔ زیادہ سے یعنی کوئی نہیں چاہتا کہ میں چھوٹے جاب پر پڑھا رہوں۔</w:t>
      </w:r>
    </w:p>
    <w:p>
      <w:r>
        <w:rPr>
          <w:b/>
        </w:rPr>
        <w:t xml:space="preserve">[1:21:27] </w:t>
      </w:r>
      <w:r>
        <w:t>to wahan wahan ke walay bhi aise kijiye, jo sab se oonchi jannat hai, wahan pohnchne ki koshish kijiye.</w:t>
      </w:r>
    </w:p>
    <w:p>
      <w:pPr>
        <w:jc w:val="right"/>
      </w:pPr>
      <w:r>
        <w:t>تو وہاں وہاں کے والے بھی ایسے کیجئے، جو سب سے اونچی جنت ہے، وہاں پہنچنے کی کوشش کیجئے۔</w:t>
      </w:r>
    </w:p>
    <w:p>
      <w:r>
        <w:rPr>
          <w:b/>
        </w:rPr>
        <w:t xml:space="preserve">[1:21:33] </w:t>
      </w:r>
      <w:r>
        <w:t>oonchi jannat mile kis ko? jinka spiritual development hua ho, intellectual development hua ho. isi isi base par wahan decide kiya jaye ga.</w:t>
      </w:r>
    </w:p>
    <w:p>
      <w:pPr>
        <w:jc w:val="right"/>
      </w:pPr>
      <w:r>
        <w:t>اونچی جنت ملے کس کو؟ جن کا سپریچول ڈیولپمنٹ ہوا ہو، انٹلیکچول ڈیولپمنٹ ہوا ہو۔ اسی اسی بیس پر وہاں ڈیسائیڈ کیا جائے گا۔</w:t>
      </w:r>
    </w:p>
    <w:p>
      <w:r>
        <w:rPr>
          <w:b/>
        </w:rPr>
        <w:t xml:space="preserve">[1:21:48] </w:t>
      </w:r>
      <w:r>
        <w:t>das question is from aisha. will distribution of dawah literature fulfill the dawah work completely?</w:t>
      </w:r>
    </w:p>
    <w:p>
      <w:pPr>
        <w:jc w:val="right"/>
      </w:pPr>
      <w:r>
        <w:t>دس کوئسچن از فرام عائشہ۔ Will distribution of دعویٰ literature fulfill the دعویٰ work completely؟</w:t>
      </w:r>
    </w:p>
    <w:p>
      <w:r>
        <w:rPr>
          <w:b/>
        </w:rPr>
        <w:t xml:space="preserve">[1:21:57] </w:t>
      </w:r>
      <w:r>
        <w:t>kindly explain.</w:t>
      </w:r>
    </w:p>
    <w:p>
      <w:pPr>
        <w:jc w:val="right"/>
      </w:pPr>
      <w:r>
        <w:t>Kindly explain.</w:t>
      </w:r>
    </w:p>
    <w:p>
      <w:r>
        <w:rPr>
          <w:b/>
        </w:rPr>
        <w:t xml:space="preserve">[1:22:02] </w:t>
      </w:r>
      <w:r>
        <w:t>main to samajhta hoon is waqt sab se bara kaam yahi hai. sab se bara kaam yeh hai ke aap jo yahan par tayyar hui kitabein hain, pamphlet, brochure, us ko khoob phailaiye, khoob phailaiye, khoob phailaiye.</w:t>
      </w:r>
    </w:p>
    <w:p>
      <w:pPr>
        <w:jc w:val="right"/>
      </w:pPr>
      <w:r>
        <w:t>میں تو سمجھتا ہوں اس وقت سب سے بڑا کام یہی ہے۔ سب سے بڑا کام یہ ہے کہ آپ جو یہاں پر تیار ہوئی کتابیں ہیں، پیمفلیٹ، بروشر، اس کو خوب پھیلائیے، خوب پھیلائیے، خوب پھیلائیے۔</w:t>
      </w:r>
    </w:p>
    <w:p>
      <w:r>
        <w:rPr>
          <w:b/>
        </w:rPr>
        <w:t xml:space="preserve">[1:22:14] </w:t>
      </w:r>
      <w:r>
        <w:t>aur yahi sunnat hai. yahi makkah madinah mein hua tha. aap jantay hain quran jo utra tha, woh woh yani quran aik periodical tha jo 23 saal mein utarta raha.</w:t>
      </w:r>
    </w:p>
    <w:p>
      <w:pPr>
        <w:jc w:val="right"/>
      </w:pPr>
      <w:r>
        <w:t>اور یہی سنت ہے۔ یہی مکہ مدینے میں ہوا تھا۔ آپ جانتے ہیں قرآن جو اترا تھا، وہ وہ یعنی قرآن ایک پیریڈیکل تھا جو 23 سال میں اترتا رہا۔</w:t>
      </w:r>
    </w:p>
    <w:p>
      <w:r>
        <w:rPr>
          <w:b/>
        </w:rPr>
        <w:t xml:space="preserve">[1:22:33] </w:t>
      </w:r>
      <w:r>
        <w:t>to thora sa quran jo utarta tha, us ko log yaad kar letay thay, usi ko ja kar sunatay thay logon ko. it was a literature based movement.</w:t>
      </w:r>
    </w:p>
    <w:p>
      <w:pPr>
        <w:jc w:val="right"/>
      </w:pPr>
      <w:r>
        <w:t>تو تھوڑا سا قرآن جو اترتا تھا، اس کو لوگ یاد کر لیتے تھے، اسی کو جا کر سناتے تھے لوگوں کو۔ It was a literature based movement۔</w:t>
      </w:r>
    </w:p>
    <w:p>
      <w:r>
        <w:rPr>
          <w:b/>
        </w:rPr>
        <w:t xml:space="preserve">[1:22:44] </w:t>
      </w:r>
      <w:r>
        <w:t>isi liye quran mein hai ke al qalam. Islamic movement was a literature based movement.</w:t>
      </w:r>
    </w:p>
    <w:p>
      <w:pPr>
        <w:jc w:val="right"/>
      </w:pPr>
      <w:r>
        <w:t>اسی لیے قرآن میں ہے کہ القلم۔ Islamic movement was a literature based movement۔</w:t>
      </w:r>
    </w:p>
    <w:p>
      <w:r>
        <w:rPr>
          <w:b/>
        </w:rPr>
        <w:t xml:space="preserve">[1:22:53] </w:t>
      </w:r>
      <w:r>
        <w:t>mein samajhta hoon ke number one kaam yahi hai ke har aadmi ki jeib mein, is ke is ke is ke bag mein yeh literature maujood ho, yeh yeh pamphlet, yeh brochure.</w:t>
      </w:r>
    </w:p>
    <w:p>
      <w:pPr>
        <w:jc w:val="right"/>
      </w:pPr>
      <w:r>
        <w:t>میں سمجھتا ہوں کہ نمبر ون کام یہی ہے کہ ہر آدمی کی جیب میں، اس کے اس کے اس کے بیگ میں یہ لٹریچر موجود ہو، یہ یہ پمفلیٹ، یہ بروشر۔</w:t>
      </w:r>
    </w:p>
    <w:p>
      <w:r>
        <w:rPr>
          <w:b/>
        </w:rPr>
        <w:t xml:space="preserve">[1:23:09] </w:t>
      </w:r>
      <w:r>
        <w:t>aur shaam ko jab woh transcription kare, woh to yeh soche ke maine aaj kehte hain logon ko brochure pohanchaya. Mein samajhta hoon ke sab se bara dawah work yahi hai.</w:t>
      </w:r>
    </w:p>
    <w:p>
      <w:pPr>
        <w:jc w:val="right"/>
      </w:pPr>
      <w:r>
        <w:t>اور شام کو جب وہ ٹرانسکرپشن کرے، وہ تو یہ سوچے کہ میں نے آج کہتے ہیں لوگوں کو بروشر پہنچایا۔ میں سمجھتا ہوں کہ سب سے بڑا دعویٰ work یہی ہے۔</w:t>
      </w:r>
    </w:p>
    <w:p>
      <w:r>
        <w:rPr>
          <w:b/>
        </w:rPr>
        <w:t xml:space="preserve">[1:23:24] </w:t>
      </w:r>
      <w:r>
        <w:t>das question is from doctor farida khanam. Why are Muslims ever ready to enter into God's domain by issuing fatwas to punish a person and do not want to leave it to God to punish or forgive the person in the hereafter?</w:t>
      </w:r>
    </w:p>
    <w:p>
      <w:pPr>
        <w:jc w:val="right"/>
      </w:pPr>
      <w:r>
        <w:t>دس کوئسچن از فرام ڈاکٹر فریدہ خانم۔ Why are مسلمs ever ready to enter into God's domain by issuing fatwas to punish a person and do not want to leave it to God to punish or forgive the person in the hereafter؟</w:t>
      </w:r>
    </w:p>
    <w:p>
      <w:r>
        <w:rPr>
          <w:b/>
        </w:rPr>
        <w:t xml:space="preserve">[1:23:45] </w:t>
      </w:r>
      <w:r>
        <w:t>yeh bilkul yeh sahi baat hai ke God ke domain mein yeh log enter hona chahte hain. Yeh fatwa sahaba ke zamanay mein nahi tha.</w:t>
      </w:r>
    </w:p>
    <w:p>
      <w:pPr>
        <w:jc w:val="right"/>
      </w:pPr>
      <w:r>
        <w:t>یہ بالکل یہ صحیح بات ہے کہ God کے domain میں یہ لوگ enter ہونا چاہتے ہیں۔ یہ فتویٰ صحابہ کے زمانے میں نہیں تھا۔</w:t>
      </w:r>
    </w:p>
    <w:p>
      <w:r>
        <w:rPr>
          <w:b/>
        </w:rPr>
        <w:t xml:space="preserve">[1:23:54] </w:t>
      </w:r>
      <w:r>
        <w:t>yeh fatwa activity jo chala hai aaj kal, yeh fatwa activity to bidat hai, bidat bilashuba bidat hai. Yeh fatwa activity kya bola hai?</w:t>
      </w:r>
    </w:p>
    <w:p>
      <w:pPr>
        <w:jc w:val="right"/>
      </w:pPr>
      <w:r>
        <w:t>یہ فتویٰ activity جو چلا ہے آج کل، یہ فتویٰ activity تو بدعت ہے، بدعت بلاشبہ بدعت ہے۔ یہ فتویٰ activity کیا بولا ہے؟</w:t>
      </w:r>
    </w:p>
    <w:p>
      <w:r>
        <w:rPr>
          <w:b/>
        </w:rPr>
        <w:t xml:space="preserve">[1:24:05] </w:t>
      </w:r>
      <w:r>
        <w:t>dawah activity hai Islam mein. There is no fatwa activity in Islam. Islam mein dawah activity hai, yani logon ke sath yani blosher hona, logon ko ja kar ke samjhana,</w:t>
      </w:r>
    </w:p>
    <w:p>
      <w:pPr>
        <w:jc w:val="right"/>
      </w:pPr>
      <w:r>
        <w:t>دعویٰ activity ہے اسلام میں۔ There is no فتویٰ activity in اسلام۔ اسلام میں دعویٰ activity ہے، یعنی لوگوں کے ساتھ یعنی بلوشر ہونا، لوگوں کو جا کر کے سمجھانا،</w:t>
      </w:r>
    </w:p>
    <w:p>
      <w:r>
        <w:rPr>
          <w:b/>
        </w:rPr>
        <w:t xml:space="preserve">[1:24:20] </w:t>
      </w:r>
      <w:r>
        <w:t>bohat hi achhay tareeqay se un ko batana.</w:t>
      </w:r>
    </w:p>
    <w:p>
      <w:pPr>
        <w:jc w:val="right"/>
      </w:pPr>
      <w:r>
        <w:t>بہت ہی اچھے طریقے سے ان کو بتانا۔</w:t>
      </w:r>
    </w:p>
    <w:p>
      <w:r>
        <w:rPr>
          <w:b/>
        </w:rPr>
        <w:t xml:space="preserve">[1:24:23] </w:t>
      </w:r>
      <w:r>
        <w:t>isi ko mein keh raha hoon ke number one kaam hai ke aap brochure phailayen, pamphlet phailayen, literature phailayen. Number one kaam yeh hai, is mein koi shaq nahi.</w:t>
      </w:r>
    </w:p>
    <w:p>
      <w:pPr>
        <w:jc w:val="right"/>
      </w:pPr>
      <w:r>
        <w:t>اسی کو میں کہہ رہا ہوں کہ نمبر ون کام ہے کہ آپ بروشر پھیلائیں، پیمفلیٹ پھیلائیں، لٹریچر پھیلائیں۔ نمبر ون کام یہ ہے، اس میں کوئی شک نہیں۔</w:t>
      </w:r>
    </w:p>
    <w:p>
      <w:r>
        <w:rPr>
          <w:b/>
        </w:rPr>
        <w:t xml:space="preserve">[1:24:36] </w:t>
      </w:r>
      <w:r>
        <w:t>to mein is mein yani is mein zara shaq nahi hoon. Mujhe woh ke yeh Khuda ke domain mein dakhil ho rahe hain yeh log. Aap fatwa kyun dete hain? Bhai, aap ja ke samjhate kyun nahi mil kar ke in se jis ke baray mein aap fatwa de rahe hain?</w:t>
      </w:r>
    </w:p>
    <w:p>
      <w:pPr>
        <w:jc w:val="right"/>
      </w:pPr>
      <w:r>
        <w:t>تو میں اس میں یعنی اس میں ذرا شک نہیں ہوں۔ مجھے وہ کہ یہ خدا کے domain میں داخل ہو رہے ہیں یہ لوگ۔ آپ فتویٰ کیوں دیتے ہیں؟ بھائی، آپ جا کے سمجھاتے کیوں نہیں مل کر کے ان سے جس کے بارے میں آپ فتویٰ دے رہے ہیں؟</w:t>
      </w:r>
    </w:p>
    <w:p>
      <w:r>
        <w:rPr>
          <w:b/>
        </w:rPr>
        <w:t xml:space="preserve">[1:24:48] </w:t>
      </w:r>
      <w:r>
        <w:t>aap milen is se.</w:t>
      </w:r>
    </w:p>
    <w:p>
      <w:pPr>
        <w:jc w:val="right"/>
      </w:pPr>
      <w:r>
        <w:t>آپ ملیں اس سے۔</w:t>
      </w:r>
    </w:p>
    <w:p>
      <w:r>
        <w:rPr>
          <w:b/>
        </w:rPr>
        <w:t xml:space="preserve">[1:24:51] </w:t>
      </w:r>
      <w:r>
        <w:t>yeh bohat bari misaal hai ke kai so kai saal tak koi movement chali thi Shah Bano ki. Aap ko shayad maloom hai ke nahi, ulama ka koi bhi waqt nahi gaya is se milnay ke liye.</w:t>
      </w:r>
    </w:p>
    <w:p>
      <w:pPr>
        <w:jc w:val="right"/>
      </w:pPr>
      <w:r>
        <w:t>یہ بہت بڑی مثال ہے کہ کئی سو کئی سال تک کوئی موومنٹ چلی تھی شاہ بانو کی۔ آپ کو شاید معلوم ہے کہ نہیں، علماء کا کوئی بھی وقت نہیں گیا اس سے ملنے کے لیے۔</w:t>
      </w:r>
    </w:p>
    <w:p>
      <w:r>
        <w:rPr>
          <w:b/>
        </w:rPr>
        <w:t xml:space="preserve">[1:25:05] </w:t>
      </w:r>
      <w:r>
        <w:t>unki tehreek chal rahi hai, yani movement chal rahi hai, sarkon par jaloos nahi kar rahe, hangama khara hua hai lekin koi milnay nahi gaya Shah Bano se aur us ke shohar se.</w:t>
      </w:r>
    </w:p>
    <w:p>
      <w:pPr>
        <w:jc w:val="right"/>
      </w:pPr>
      <w:r>
        <w:t>ان کی تحریک چل رہی ہے، یعنی موومنٹ چل رہی ہے، سڑکوں پر جلوس نہیں کر رہے، ہنگامہ کھڑا ہوا ہے لیکن کوئی ملنے نہیں گیا شاہ بانو سے اور اس کے شوہر سے۔</w:t>
      </w:r>
    </w:p>
    <w:p>
      <w:r>
        <w:rPr>
          <w:b/>
        </w:rPr>
        <w:t xml:space="preserve">[1:25:15] </w:t>
      </w:r>
      <w:r>
        <w:t>yeh koi Islam hai? Yeh is ka Islam se koi talluq nahi hai. Yeh to ledri hai,</w:t>
      </w:r>
    </w:p>
    <w:p>
      <w:pPr>
        <w:jc w:val="right"/>
      </w:pPr>
      <w:r>
        <w:t>یہ کوئی اسلام ہے؟ یہ اس کا اسلام سے کوئی تعلق نہیں ہے۔ یہ تو لیڈری ہے،</w:t>
      </w:r>
    </w:p>
    <w:p>
      <w:r>
        <w:rPr>
          <w:b/>
        </w:rPr>
        <w:t xml:space="preserve">[1:25:22] </w:t>
      </w:r>
      <w:r>
        <w:t>kuch Islam se talluq nahi hai. Yeh road road ledri hai, road ledri. Road par aa kar ke hangama karna hai aur leader ban jana, kyun ke media mein chaptay hain.</w:t>
      </w:r>
    </w:p>
    <w:p>
      <w:pPr>
        <w:jc w:val="right"/>
      </w:pPr>
      <w:r>
        <w:t>کچھ اسلام سے تعلق نہیں ہے۔ یہ روڈ روڈ لیڈری ہے، روڈ لیڈری۔ روڈ پر آ کر کے ہنگامہ کرنا ہے اور لیڈر بن جانا، کیونکہ میڈیا میں چھپتے ہیں۔</w:t>
      </w:r>
    </w:p>
    <w:p>
      <w:r>
        <w:rPr>
          <w:b/>
        </w:rPr>
        <w:t xml:space="preserve">[1:25:31] </w:t>
      </w:r>
      <w:r>
        <w:t>aap Islam jo hai, woh chahta hai jis ko kehte hain unss. Unss means well wishing, khair khwahi.</w:t>
      </w:r>
    </w:p>
    <w:p>
      <w:pPr>
        <w:jc w:val="right"/>
      </w:pPr>
      <w:r>
        <w:t>آپ اسلام جو ہے، وہ چاہتا ہے جس کو کہتے ہیں النس۔ نس مینز ویل وشنگ، خیر خواہی۔</w:t>
      </w:r>
    </w:p>
    <w:p>
      <w:r>
        <w:rPr>
          <w:b/>
        </w:rPr>
        <w:t xml:space="preserve">[1:25:41] </w:t>
      </w:r>
      <w:r>
        <w:t>jab bhi aap kisi ko dekhen ke us ke andar koi bigar hai to aap us se milen, usay samjhayen, us ki khair khwahi kijiye us ke sath</w:t>
      </w:r>
    </w:p>
    <w:p>
      <w:pPr>
        <w:jc w:val="right"/>
      </w:pPr>
      <w:r>
        <w:t>جب بھی آپ کسی کو دیکھیں کہ اس کے اندر کوئی بگاڑ ہے تو آپ اس سے ملیے، اسے سمجھائیے، اس کی خیر خواہی کیجئے اس کے ساتھ</w:t>
      </w:r>
    </w:p>
    <w:p>
      <w:r>
        <w:rPr>
          <w:b/>
        </w:rPr>
        <w:t xml:space="preserve">[1:25:50] </w:t>
      </w:r>
      <w:r>
        <w:t>aur khwamkhwah fatwa dena. Fatwa is qism ka tha hi nahi sahaba ke zamanay mein. Yeh is zamanay mein nikla hai fatwa.</w:t>
      </w:r>
    </w:p>
    <w:p>
      <w:pPr>
        <w:jc w:val="right"/>
      </w:pPr>
      <w:r>
        <w:t>اور خوامخواہ فتویٰ دینا۔ فتویٰ اس قسم کا تھا ہی نہیں صحابہ کے زمانے میں۔ یہ اس زمانے میں نکلا ہے فتویٰ۔</w:t>
      </w:r>
    </w:p>
    <w:p>
      <w:r>
        <w:rPr>
          <w:b/>
        </w:rPr>
        <w:t xml:space="preserve">[1:25:59] </w:t>
      </w:r>
      <w:r>
        <w:t>yeh yeh yeh mein is ko bidat samajhta hoon, is mein koi shaq nahi hai. Aur aik baat aur arz kar doon ke what is fatwa? Fatwa means opinion, yani personal opinion.</w:t>
      </w:r>
    </w:p>
    <w:p>
      <w:pPr>
        <w:jc w:val="right"/>
      </w:pPr>
      <w:r>
        <w:t>یہ یہ یہ میں اس کو بدعت سمجھتا ہوں، اس میں کوئی شک نہیں ہے۔ اور ایک بات اور عرض کر دوں کہ واٹ از فتویٰ؟ فتویٰ مینز اوپینین، یعنی پرسنل اوپینین۔</w:t>
      </w:r>
    </w:p>
    <w:p>
      <w:r>
        <w:rPr>
          <w:b/>
        </w:rPr>
        <w:t xml:space="preserve">[1:26:12] </w:t>
      </w:r>
      <w:r>
        <w:t>yani there is difference between fatwa and and qaza.</w:t>
      </w:r>
    </w:p>
    <w:p>
      <w:pPr>
        <w:jc w:val="right"/>
      </w:pPr>
      <w:r>
        <w:t>یعنی دیر از ڈیفرنس بٹوین فتویٰ اینڈ اینڈ قضا۔</w:t>
      </w:r>
    </w:p>
    <w:p>
      <w:r>
        <w:rPr>
          <w:b/>
        </w:rPr>
        <w:t xml:space="preserve">[1:26:18] </w:t>
      </w:r>
      <w:r>
        <w:t>qaza jo hai, woh judiciary ka kaam hota hai. Yani qaza ka matlab hota hai judgment. To judiciary jo hai, us ke samnay case jaye ga, witness hogi waghera, saray process chalaya jaye ga.</w:t>
      </w:r>
    </w:p>
    <w:p>
      <w:pPr>
        <w:jc w:val="right"/>
      </w:pPr>
      <w:r>
        <w:t>قضا جو ہے، وہ جوڈیشری کا کام ہوتا ہے۔ یعنی قضا کا مطلب ہوتا ہے ججمنٹ۔ تو جوڈیشری جو ہے، اس کے سامنے کیس جائے گا، وٹنس ہوگی وغیرہ، سارے پروسیس چلایا جائے گا۔</w:t>
      </w:r>
    </w:p>
    <w:p>
      <w:r>
        <w:rPr>
          <w:b/>
        </w:rPr>
        <w:t xml:space="preserve">[1:26:33] </w:t>
      </w:r>
      <w:r>
        <w:t>saray process phir woh jo aik aik jo us ko aik authority ke tor par jo hoga, woh woh aik uska verdict de ga, apna aik judgment de ga.</w:t>
      </w:r>
    </w:p>
    <w:p>
      <w:pPr>
        <w:jc w:val="right"/>
      </w:pPr>
      <w:r>
        <w:t>سارے پروسیس پھر وہ جو ایک ایک جو اس کو ایک اتھارٹی کے طور پر جو ہوگا، وہ وہ ایک اس کا ایک ورڈکٹ دے گا، اپنا ایک ججمنٹ دے گا۔</w:t>
      </w:r>
    </w:p>
    <w:p>
      <w:r>
        <w:rPr>
          <w:b/>
        </w:rPr>
        <w:t xml:space="preserve">[1:26:47] </w:t>
      </w:r>
      <w:r>
        <w:t>woh woh alag cheez hai. Woh aur fatwa kya hai? Fatwa means personal opinion. Woh kaise? Ke mein agar jaon mufti ke pas ke bhai dekho yeh yeh mera kapra aisa pehnoon ke na pehnoon, yeh pagri hai, bhai pagri pehnoon ke na pehnoon, topi pehnoon ke pagri pehnoon,</w:t>
      </w:r>
    </w:p>
    <w:p>
      <w:pPr>
        <w:jc w:val="right"/>
      </w:pPr>
      <w:r>
        <w:t>وہ وہ الگ چیز ہے۔ وہ اور فتویٰ کیا ہے؟ فتویٰ مینز پرسنل اوپینین۔ وہ کیسے؟ کہ میں اگر جاؤں مفتی کے پاس کہ بھئی دیکھو یہ یہ میرا کپڑا ایسا پہنوں کہ نہ پہنوں، یہ پگڑی ہے، بھائی پگڑی پہنوں کہ نہ پہنوں، ٹوپی پہنوں کہ پگڑی پہنوں،</w:t>
      </w:r>
    </w:p>
    <w:p>
      <w:r>
        <w:rPr>
          <w:b/>
        </w:rPr>
        <w:t xml:space="preserve">[1:27:06] </w:t>
      </w:r>
      <w:r>
        <w:t>to woh bataye ga ke bhai aisa karo, waisa karo.</w:t>
      </w:r>
    </w:p>
    <w:p>
      <w:pPr>
        <w:jc w:val="right"/>
      </w:pPr>
      <w:r>
        <w:t>تو وہ بتائے گا کہ بھئی ایسا کرو، ویسا کرو۔</w:t>
      </w:r>
    </w:p>
    <w:p>
      <w:r>
        <w:rPr>
          <w:b/>
        </w:rPr>
        <w:t xml:space="preserve">[1:27:09] </w:t>
      </w:r>
      <w:r>
        <w:t>to aik individual apne personal problem ke liye mufti se milay aur us se pooche aur woh aik rai de, yeh hai fatwa.</w:t>
      </w:r>
    </w:p>
    <w:p>
      <w:pPr>
        <w:jc w:val="right"/>
      </w:pPr>
      <w:r>
        <w:t>تو ایک انڈیویجول اپنے پرسنل پرابلم کے لیے مفتی سے ملے اور اس سے پوچھے اور وہ ایک رائے دے، یہ ہے فتویٰ۔</w:t>
      </w:r>
    </w:p>
    <w:p>
      <w:r>
        <w:rPr>
          <w:b/>
        </w:rPr>
        <w:t xml:space="preserve">[1:27:18] </w:t>
      </w:r>
      <w:r>
        <w:t>bas is se zyada kuch bhi nahin. jaise misaal ke taur par saniya mirza ke bare mein fatwa nikla, is ka dress jo hai, woh Islam ke khilaf hai, yeh hai, woh hai.</w:t>
      </w:r>
    </w:p>
    <w:p>
      <w:pPr>
        <w:jc w:val="right"/>
      </w:pPr>
      <w:r>
        <w:t>بس اس سے زیادہ کچھ بھی نہیں۔ جیسے مثال کے طور پر ثانیہ مرزا کے بارے میں فتویٰ نکلا، اس کا ڈریس جو ہے، وہ اسلام کے خلاف ہے، یہ ہے، وہ ہے۔</w:t>
      </w:r>
    </w:p>
    <w:p>
      <w:r>
        <w:rPr>
          <w:b/>
        </w:rPr>
        <w:t xml:space="preserve">[1:27:29] </w:t>
      </w:r>
      <w:r>
        <w:t>yeh fatwa nahin tha, yeh to bilkul yani Islam se koi is ka talluq nahin tha. kyun</w:t>
      </w:r>
    </w:p>
    <w:p>
      <w:pPr>
        <w:jc w:val="right"/>
      </w:pPr>
      <w:r>
        <w:t>یہ فتویٰ نہیں تھا، یہ تو بالکل یعنی اسلام سے کوئی اس کا تعلق نہیں تھا۔ کیوں</w:t>
      </w:r>
    </w:p>
    <w:p>
      <w:r>
        <w:rPr>
          <w:b/>
        </w:rPr>
        <w:t xml:space="preserve">[1:27:36] </w:t>
      </w:r>
      <w:r>
        <w:t>? saniya mirza ne kabhi bhi ja kar poocha nahin mufti sahab se ke bhai dress jo hai, main pehnoon ke na pehnoon. jab is ne poocha nahin to kisi mufti ko haq bhi nahin ke woh fatwa de.</w:t>
      </w:r>
    </w:p>
    <w:p>
      <w:pPr>
        <w:jc w:val="right"/>
      </w:pPr>
      <w:r>
        <w:t>؟ ثانیہ مرزا نے کبھی بھی جا کر پوچھا نہیں مفتی صاحب سے کہ بھائی ڈریس جو ہے، میں پہنوں کہ نہ پہنوں۔ جب اس نے پوچھا نہیں تو کسی مفتی کو حق بھی نہیں کہ وہ فتویٰ دے۔</w:t>
      </w:r>
    </w:p>
    <w:p>
      <w:r>
        <w:rPr>
          <w:b/>
        </w:rPr>
        <w:t xml:space="preserve">[1:27:48] </w:t>
      </w:r>
      <w:r>
        <w:t>you have no right to issue fatwa in such cases, no right, bilkul khilaf karte hain Islam ke. aap jab tak woh aadmi aap se poochay nahin, aap ko fatwa issue karne ka koi right nahin hai.</w:t>
      </w:r>
    </w:p>
    <w:p>
      <w:pPr>
        <w:jc w:val="right"/>
      </w:pPr>
      <w:r>
        <w:t>یو ہیو نو رائٹ ٹو ایشو فتویٰ ان سچ کیسز، نو رائٹ، بالکل خلاف کرتے ہیں اسلام کے۔ آپ جب تک وہ آدمی آپ سے پوچھے نہیں، آپ کو فتویٰ ایشو کرنے کا کوئی رائٹ نہیں ہے۔</w:t>
      </w:r>
    </w:p>
    <w:p>
      <w:r>
        <w:rPr>
          <w:b/>
        </w:rPr>
        <w:t xml:space="preserve">[1:28:03] </w:t>
      </w:r>
      <w:r>
        <w:t>kyun ke is zamane mein media hai, media mein jo chhap jaate hain, dhara dharr to log samajhte hain ke abhi koi kaam hai.</w:t>
      </w:r>
    </w:p>
    <w:p>
      <w:pPr>
        <w:jc w:val="right"/>
      </w:pPr>
      <w:r>
        <w:t>کیونکہ اس زمانے میں میڈیا ہے، میڈیا میں جو چھپ جاتے ہیں، دھڑا دھڑ تو لوگ سمجھتے ہیں کہ ابھی کوئی کام ہے۔</w:t>
      </w:r>
    </w:p>
    <w:p>
      <w:r>
        <w:rPr>
          <w:b/>
        </w:rPr>
        <w:t xml:space="preserve">[1:28:13] </w:t>
      </w:r>
      <w:r>
        <w:t>yeh kuch nahin hai, is ka kuch bhi. is ka ke media mein aane ka shauq logon ko bohat barh gaya hai. ek na ek aisi harkat karte hain ke media mein aa jayen jaldi se.</w:t>
      </w:r>
    </w:p>
    <w:p>
      <w:pPr>
        <w:jc w:val="right"/>
      </w:pPr>
      <w:r>
        <w:t>یہ کچھ نہیں ہے، اس کا کچھ بھی۔ اس کا کہ میڈیا میں آنے کا شوق لوگوں کو بہت بڑھ گیا ہے۔ ایک نہ ایک ایسی حرکت کرتے ہیں کہ میڈیا میں آ جائیں جلدی سے۔</w:t>
      </w:r>
    </w:p>
    <w:p>
      <w:r>
        <w:rPr>
          <w:b/>
        </w:rPr>
        <w:t xml:space="preserve">[1:28:24] </w:t>
      </w:r>
      <w:r>
        <w:t>main is se zyada is ki koi harkat nahin hai. das question is from raziya.</w:t>
      </w:r>
    </w:p>
    <w:p>
      <w:pPr>
        <w:jc w:val="right"/>
      </w:pPr>
      <w:r>
        <w:t>میں اس سے زیادہ اس کی کوئی حرکت نہیں ہے۔ دس کوئسچن از فرام راضیہ۔</w:t>
      </w:r>
    </w:p>
    <w:p>
      <w:r>
        <w:rPr>
          <w:b/>
        </w:rPr>
        <w:t xml:space="preserve">[1:28:32] </w:t>
      </w:r>
      <w:r>
        <w:t>Man is an explanation-seeking animal, yet he does not bother to find answers to questions pertaining to his own existence and the existence of his creator.</w:t>
      </w:r>
    </w:p>
    <w:p>
      <w:pPr>
        <w:jc w:val="right"/>
      </w:pPr>
      <w:r>
        <w:t>Man is an explanation-seeking animal, yet he does not bother to find answers to questions pertaining to his own existence and the existence of his creator.</w:t>
      </w:r>
    </w:p>
    <w:p>
      <w:r>
        <w:rPr>
          <w:b/>
        </w:rPr>
        <w:t xml:space="preserve">[1:28:45] </w:t>
      </w:r>
      <w:r>
        <w:t>He simply brushes these questions aside and keeps himself busy in his daily activities. How can such contradiction be explained?</w:t>
      </w:r>
    </w:p>
    <w:p>
      <w:pPr>
        <w:jc w:val="right"/>
      </w:pPr>
      <w:r>
        <w:t>He simply brushes these questions aside and keeps himself busy in his daily activities. How can such contradiction be explained?</w:t>
      </w:r>
    </w:p>
    <w:p>
      <w:r>
        <w:rPr>
          <w:b/>
        </w:rPr>
        <w:t xml:space="preserve">[1:28:58] </w:t>
      </w:r>
      <w:r>
        <w:t>dekhen, insaan jo hai, ek saath is ke andar do faculty hain, yani combination of two faculties.</w:t>
      </w:r>
    </w:p>
    <w:p>
      <w:pPr>
        <w:jc w:val="right"/>
      </w:pPr>
      <w:r>
        <w:t>دیکھیں، انسان جو ہے، ایک ساتھ اس کے اندر دو فیکلٹی ہیں، یعنی کمبینیشن آف ٹو فیکلٹیز۔</w:t>
      </w:r>
    </w:p>
    <w:p>
      <w:r>
        <w:rPr>
          <w:b/>
        </w:rPr>
        <w:t xml:space="preserve">[1:29:09] </w:t>
      </w:r>
      <w:r>
        <w:t>ek hai reason, ek hai desire, ya reason and emotion. to aadmi generally kya hota hai?</w:t>
      </w:r>
    </w:p>
    <w:p>
      <w:pPr>
        <w:jc w:val="right"/>
      </w:pPr>
      <w:r>
        <w:t>ایک ہے ریزن، ایک ہے ڈیزائر، یا ریزن اینڈ ایموشن۔ تو آدمی جنرلی کیا ہوتا ہے؟</w:t>
      </w:r>
    </w:p>
    <w:p>
      <w:r>
        <w:rPr>
          <w:b/>
        </w:rPr>
        <w:t xml:space="preserve">[1:29:19] </w:t>
      </w:r>
      <w:r>
        <w:t>ek desire paida hui, bas is ke peechay daur parta hai. woh aadmi reason ko apply nahin karta. wahan par</w:t>
      </w:r>
    </w:p>
    <w:p>
      <w:pPr>
        <w:jc w:val="right"/>
      </w:pPr>
      <w:r>
        <w:t>ایک ڈیزائر پیدا ہوئی، بس اس کے پیچھے دوڑ پڑتا ہے۔ وہ آدمی ریزن کو اپلائی نہیں کرتا۔ وہاں پر</w:t>
      </w:r>
    </w:p>
    <w:p>
      <w:r>
        <w:rPr>
          <w:b/>
        </w:rPr>
        <w:t xml:space="preserve">[1:29:28] </w:t>
      </w:r>
      <w:r>
        <w:t>yeh har aadmi ka mamla hai ke do faculty is ke andar hain. to kamyab insaan woh hai, successful insaan woh hai jo desire ke peechay na daure, emotion ke peechay na daure, sentiment ke peechay na na daure, balkeh is ko reason out kare.</w:t>
      </w:r>
    </w:p>
    <w:p>
      <w:pPr>
        <w:jc w:val="right"/>
      </w:pPr>
      <w:r>
        <w:t>یہ ہر آدمی کا معاملہ ہے کہ دو فیکلٹی اس کے اندر ہیں۔ تو کامیاب انسان وہ ہے، سکسیس فل انسان وہ ہے جو ڈیزائر کے پیچھے نہ دوڑے، ایموشن کے پیچھے نہ دوڑے، سینٹیمنٹ کے پیچھے نہ نہ دوڑے، بلکہ اس کو ریزن آؤٹ کرے۔</w:t>
      </w:r>
    </w:p>
    <w:p>
      <w:r>
        <w:rPr>
          <w:b/>
        </w:rPr>
        <w:t xml:space="preserve">[1:29:48] </w:t>
      </w:r>
      <w:r>
        <w:t>sab se pehle is ko chahiye ke woh reason out kare, yani reason pe judge kar ke dekha ke yeh theek hai ya nahin theek hai.</w:t>
      </w:r>
    </w:p>
    <w:p>
      <w:pPr>
        <w:jc w:val="right"/>
      </w:pPr>
      <w:r>
        <w:t>سب سے پہلے اس کو چاہیے کہ وہ ریزن آؤٹ کرے، یعنی ریزن پہ جج کر کے دیکھا کہ یہ ٹھیک ہے یا نہیں ٹھیک ہے۔</w:t>
      </w:r>
    </w:p>
    <w:p>
      <w:r>
        <w:rPr>
          <w:b/>
        </w:rPr>
        <w:t xml:space="preserve">[1:29:57] </w:t>
      </w:r>
      <w:r>
        <w:t>to insaan ke andar Khuda ne do faculty rakhi hain, woh woh test ke liye hai. test isi baat ka hai ke kaun aadmi hai jo apne desire ke peechay daura aur kaun woh aadmi tha ke jis ne ke is ko reason out kiya aur theek laga to kiya, theek nahin laga to nahin kiya.</w:t>
      </w:r>
    </w:p>
    <w:p>
      <w:pPr>
        <w:jc w:val="right"/>
      </w:pPr>
      <w:r>
        <w:t>تو انسان کے اندر خدا نے دو فیکلٹی رکھی ہیں، وہ وہ ٹیسٹ کے لیے ہے۔ ٹیسٹ اسی بات کا ہے کہ کون آدمی ہے جو اپنے ڈیزائر کے پیچھے دوڑا اور کون وہ آدمی تھا کہ جس نے کہ اس کو ریزن آؤٹ کیا اور ٹھیک لگا تو کیا، ٹھیک نہیں لگا تو نہیں کیا۔</w:t>
      </w:r>
    </w:p>
    <w:p>
      <w:r>
        <w:rPr>
          <w:b/>
        </w:rPr>
        <w:t xml:space="preserve">[1:30:18] </w:t>
      </w:r>
      <w:r>
        <w:t>yeh yahi to test hai. to desire to kisi ki khatam nahin ki jayengi. agar desire na rahe to test kis baat ka hoga?</w:t>
      </w:r>
    </w:p>
    <w:p>
      <w:pPr>
        <w:jc w:val="right"/>
      </w:pPr>
      <w:r>
        <w:t>یہ یہی تو ٹیسٹ ہے۔ تو ڈیزائر تو کسی کی ختم نہیں کی جائیں گی۔ اگر ڈیزائر نہ رہے تو ٹیسٹ کس بات کا ہوگا؟</w:t>
      </w:r>
    </w:p>
    <w:p>
      <w:r>
        <w:rPr>
          <w:b/>
        </w:rPr>
        <w:t xml:space="preserve">[1:30:26] </w:t>
      </w:r>
      <w:r>
        <w:t>desire na ho to test kis baat ka hoga? to Khuda ne ek taraf test ke liye desire diya insaan ko aur sath sath ek yeh bhi us ko reason bhi de diya taake us ko aap woh is mein yani samajh sake,</w:t>
      </w:r>
    </w:p>
    <w:p>
      <w:pPr>
        <w:jc w:val="right"/>
      </w:pPr>
      <w:r>
        <w:t>ڈیزائر نہ ہو تو ٹیسٹ کس بات کا ہوگا؟ تو خدا نے ایک طرف ٹیسٹ کے لیے ڈیزائر دیا انسان کو اور ساتھ ساتھ ایک یہ بھی اس کو ریزن بھی دے دیا تاکہ اس کو آپ وہ اس میں یعنی سمجھ سکے،</w:t>
      </w:r>
    </w:p>
    <w:p>
      <w:r>
        <w:rPr>
          <w:b/>
        </w:rPr>
        <w:t xml:space="preserve">[1:30:41] </w:t>
      </w:r>
      <w:r>
        <w:t>samajh kar ke right decision le sake. yeh to mamla test ka hai jo baqi rahega, yeh khatam hone wala nahin hai qayamat tak.</w:t>
      </w:r>
    </w:p>
    <w:p>
      <w:pPr>
        <w:jc w:val="right"/>
      </w:pPr>
      <w:r>
        <w:t>سمجھ کر کے رائٹ ڈیسیژن لے سکے۔ یہ تو معاملہ ٹیسٹ کا ہے جو باقی رہے گا، یہ ختم ہونے والا نہیں ہے قیامت تک۔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