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Personality Building January 05, 2014</w:t>
      </w:r>
    </w:p>
    <w:p>
      <w:r>
        <w:t>https://youtu.be/3Zppdm2K4ug</w:t>
      </w:r>
    </w:p>
    <w:p>
      <w:r>
        <w:rPr>
          <w:b/>
        </w:rPr>
        <w:t xml:space="preserve">[00:13] </w:t>
      </w:r>
      <w:r>
        <w:t>bismillah rahman rahim, wa salallahu ala nabi al kareem.</w:t>
      </w:r>
    </w:p>
    <w:p>
      <w:pPr>
        <w:jc w:val="right"/>
      </w:pPr>
      <w:r>
        <w:t>بسم اللہ الرحمن الرحیم، وصلی اللہ علی النبی الکریم۔</w:t>
      </w:r>
    </w:p>
    <w:p>
      <w:r>
        <w:rPr>
          <w:b/>
        </w:rPr>
        <w:t xml:space="preserve">[00:22]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[00:35] </w:t>
      </w:r>
      <w:r>
        <w:t>aaj January 2014 ki 5 tareekh hai.</w:t>
      </w:r>
    </w:p>
    <w:p>
      <w:pPr>
        <w:jc w:val="right"/>
      </w:pPr>
      <w:r>
        <w:t>آج جنوری 2014 کی 5 تاریخ ہے۔</w:t>
      </w:r>
    </w:p>
    <w:p>
      <w:r>
        <w:rPr>
          <w:b/>
        </w:rPr>
        <w:t xml:space="preserve">[00:47] </w:t>
      </w:r>
      <w:r>
        <w:t>main aksar aap logon se yeh kehta raha hoon ke apne andar yeh quality develop kijiye ke har experience, har observation,</w:t>
      </w:r>
    </w:p>
    <w:p>
      <w:pPr>
        <w:jc w:val="right"/>
      </w:pPr>
      <w:r>
        <w:t>میں اکثر آپ لوگوں سے یہ کہتا رہا ہوں کہ اپنے اندر یہ کوالٹی ڈویلپ کیجیے کہ ہر ایکسپیرینس، ہر آبزرویشن،</w:t>
      </w:r>
    </w:p>
    <w:p>
      <w:r>
        <w:rPr>
          <w:b/>
        </w:rPr>
        <w:t xml:space="preserve">[01:04] </w:t>
      </w:r>
      <w:r>
        <w:t>ya jo bhi aap parhen kitabon mein, is se aap ka mind trigger ho jaye.</w:t>
      </w:r>
    </w:p>
    <w:p>
      <w:pPr>
        <w:jc w:val="right"/>
      </w:pPr>
      <w:r>
        <w:t>یا جو بھی آپ پڑھیں کتابوں میں، اس سے آپ کا مائنڈ ٹریگر ہو جائے۔</w:t>
      </w:r>
    </w:p>
    <w:p>
      <w:r>
        <w:rPr>
          <w:b/>
        </w:rPr>
        <w:t xml:space="preserve">[01:12] </w:t>
      </w:r>
      <w:r>
        <w:t>jab tak mind trigger nahin hoga, aap kisi bari baat ko discover nahin kar sakenge. dekhiye, mind hamesha dormant state mein rehta hai, yani soya hua hota hai.</w:t>
      </w:r>
    </w:p>
    <w:p>
      <w:pPr>
        <w:jc w:val="right"/>
      </w:pPr>
      <w:r>
        <w:t>جب تک مائنڈ ٹریگر نہیں ہوگا، آپ کسی بڑی بات کو ڈسکور نہیں کر سکیں گے۔ دیکھیے، مائنڈ ہمیشہ ڈورمنٹ اسٹیٹ میں رہتا ہے، یعنی سویا ہوا ہوتا ہے۔</w:t>
      </w:r>
    </w:p>
    <w:p>
      <w:r>
        <w:rPr>
          <w:b/>
        </w:rPr>
        <w:t xml:space="preserve">[01:28] </w:t>
      </w:r>
      <w:r>
        <w:t>jab tak aap apne andar yeh cheez develop na karen, yeh quality, ke bar bar aap ka mind trigger ho, tab tak aap ko koi bari baat zindagi mein milegi nahin.</w:t>
      </w:r>
    </w:p>
    <w:p>
      <w:pPr>
        <w:jc w:val="right"/>
      </w:pPr>
      <w:r>
        <w:t>جب تک آپ اپنے اندر یہ چیز ڈویلپ نہ کریں، یہ کوالٹی، کہ بار بار آپ کا مائنڈ ٹریگر ہو، تب تک آپ کو کوئی بڑی بات زندگی میں ملے گی نہیں۔</w:t>
      </w:r>
    </w:p>
    <w:p>
      <w:r>
        <w:rPr>
          <w:b/>
        </w:rPr>
        <w:t xml:space="preserve">[01:48] </w:t>
      </w:r>
      <w:r>
        <w:t>to mein aaj ki misaal deta hoon aap ko.</w:t>
      </w:r>
    </w:p>
    <w:p>
      <w:pPr>
        <w:jc w:val="right"/>
      </w:pPr>
      <w:r>
        <w:t>تو میں آج کی مثال دیتا ہوں آپ کو۔</w:t>
      </w:r>
    </w:p>
    <w:p>
      <w:r>
        <w:rPr>
          <w:b/>
        </w:rPr>
        <w:t xml:space="preserve">[01:55] </w:t>
      </w:r>
      <w:r>
        <w:t>aaj ka hua ke aaj ka newspaper jo hai, english newspaper, is mein aik item tha.</w:t>
      </w:r>
    </w:p>
    <w:p>
      <w:pPr>
        <w:jc w:val="right"/>
      </w:pPr>
      <w:r>
        <w:t>آج کا ہوا کہ آج کا نیوز پیپر جو ہے، انگلش نیوز پیپر، اس میں ایک آئٹم تھا۔</w:t>
      </w:r>
    </w:p>
    <w:p>
      <w:r>
        <w:rPr>
          <w:b/>
        </w:rPr>
        <w:t xml:space="preserve">[02:05] </w:t>
      </w:r>
      <w:r>
        <w:t>is mein aik item tha jis ka title dekhiye yeh tha: "recharge your mind".</w:t>
      </w:r>
    </w:p>
    <w:p>
      <w:pPr>
        <w:jc w:val="right"/>
      </w:pPr>
      <w:r>
        <w:t>اس میں ایک آئٹم تھا جس کا ٹائٹل دیکھیے یہ تھا: "ریچارج یور مائنڈ"۔</w:t>
      </w:r>
    </w:p>
    <w:p>
      <w:r>
        <w:rPr>
          <w:b/>
        </w:rPr>
        <w:t xml:space="preserve">[02:16] </w:t>
      </w:r>
      <w:r>
        <w:t>recharge your mind. to khud article mein to koi khaas baat mujhe nahin mili, lekin is ka yeh title mujhe pasand aaya.</w:t>
      </w:r>
    </w:p>
    <w:p>
      <w:pPr>
        <w:jc w:val="right"/>
      </w:pPr>
      <w:r>
        <w:t>ریچارج یور مائنڈ۔ تو خود آرٹیکل میں تو کوئی خاص بات مجھے نہیں ملی، لیکن اس کا یہ ٹائٹل مجھے پسند آیا۔</w:t>
      </w:r>
    </w:p>
    <w:p>
      <w:r>
        <w:rPr>
          <w:b/>
        </w:rPr>
        <w:t xml:space="preserve">[02:25] </w:t>
      </w:r>
      <w:r>
        <w:t>article mein to aksar aap jante hain confusion hi hota hai, lekin yeh title bohat acha hai: "recharge your mind".</w:t>
      </w:r>
    </w:p>
    <w:p>
      <w:pPr>
        <w:jc w:val="right"/>
      </w:pPr>
      <w:r>
        <w:t>آرٹیکل میں تو اکثر آپ جانتے ہیں کنفیوژن ہی ہوتا ہے، لیکن یہ ٹائٹل بہت اچھا ہے: "ریچارج یور مائنڈ"۔</w:t>
      </w:r>
    </w:p>
    <w:p>
      <w:r>
        <w:rPr>
          <w:b/>
        </w:rPr>
        <w:t xml:space="preserve">[02:35] </w:t>
      </w:r>
      <w:r>
        <w:t>dekhiye, aap mein se har shakhs ke paas aaj kal mobile phone hota hai, to aap jante hain ke mobile phone jo hai, woh bar bar is ko charge karna parta hai.</w:t>
      </w:r>
    </w:p>
    <w:p>
      <w:pPr>
        <w:jc w:val="right"/>
      </w:pPr>
      <w:r>
        <w:t>دیکھیے، آپ میں سے ہر شخص کے پاس آج کل موبائل فون ہوتا ہے، تو آپ جانتے ہیں کہ موبائل فون جو ہے، وہ بار بار اس کو چارج کرنا پڑتا ہے۔</w:t>
      </w:r>
    </w:p>
    <w:p>
      <w:r>
        <w:rPr>
          <w:b/>
        </w:rPr>
        <w:t xml:space="preserve">[02:53] </w:t>
      </w:r>
      <w:r>
        <w:t>jaise aap ke paas aik mobile phone hai, woh kitna hi acha ho, lekin woh charge nahin hai, to aap ka dunya se koi contact nahin hoga.</w:t>
      </w:r>
    </w:p>
    <w:p>
      <w:pPr>
        <w:jc w:val="right"/>
      </w:pPr>
      <w:r>
        <w:t>جیسے آپ کے پاس ایک موبائل فون ہے، وہ کتنا ہی اچھا ہو، لیکن وہ چارج نہیں ہے، تو آپ کا دنیا سے کوئی کنٹیکٹ نہیں ہوگا۔</w:t>
      </w:r>
    </w:p>
    <w:p>
      <w:r>
        <w:rPr>
          <w:b/>
        </w:rPr>
        <w:t xml:space="preserve">[03:09] </w:t>
      </w:r>
      <w:r>
        <w:t>woh mobile aap ke liye aik</w:t>
      </w:r>
    </w:p>
    <w:p>
      <w:pPr>
        <w:jc w:val="right"/>
      </w:pPr>
      <w:r>
        <w:t>وہ موبائل آپ کے لیے ایک</w:t>
      </w:r>
    </w:p>
    <w:p>
      <w:r>
        <w:rPr>
          <w:b/>
        </w:rPr>
        <w:t xml:space="preserve">[03:14] </w:t>
      </w:r>
      <w:r>
        <w:t>aise hoga jaise koi dabba, lekin jab is ko aap charge karte hain to instantly aap sari dunya se aap ka connection ban jata hai.</w:t>
      </w:r>
    </w:p>
    <w:p>
      <w:pPr>
        <w:jc w:val="right"/>
      </w:pPr>
      <w:r>
        <w:t>ایسے ہوگا جیسے کوئی ڈبہ، لیکن جب اس کو آپ چارج کرتے ہیں تو انسٹنٹلی آپ ساری دنیا سے آپ کا کنیکشن بن جاتا ہے۔</w:t>
      </w:r>
    </w:p>
    <w:p>
      <w:r>
        <w:rPr>
          <w:b/>
        </w:rPr>
        <w:t xml:space="preserve">[03:29] </w:t>
      </w:r>
      <w:r>
        <w:t>dunya mein kahin bhi aap dial karein, wahan aik aadmi hello karega, aur aap us se baat karne ki position mein honge.</w:t>
      </w:r>
    </w:p>
    <w:p>
      <w:pPr>
        <w:jc w:val="right"/>
      </w:pPr>
      <w:r>
        <w:t>دنیا میں کہیں بھی آپ ڈائل کریں، وہاں ایک آدمی ہیلو کرے گا، اور آپ اس سے بات کرنے کی پوزیشن میں ہوں گے۔</w:t>
      </w:r>
    </w:p>
    <w:p>
      <w:r>
        <w:rPr>
          <w:b/>
        </w:rPr>
        <w:t xml:space="preserve">[03:39] </w:t>
      </w:r>
      <w:r>
        <w:t>yeh matlab hai "recharge your mind" ka. to aap ko apne mind ko bar bar recharge karna hai taake mind aap is qabil rahe aap ka ke aap jo world of reality hai,</w:t>
      </w:r>
    </w:p>
    <w:p>
      <w:pPr>
        <w:jc w:val="right"/>
      </w:pPr>
      <w:r>
        <w:t>یہ مطلب ہے "ریچارج یور مائنڈ" کا۔ تو آپ کو اپنے مائنڈ کو بار بار ریچارج کرنا ہے تاکہ مائنڈ آپ اس قابل رہے آپ کا کہ آپ جو ورلڈ آف ریلیٹی ہے،</w:t>
      </w:r>
    </w:p>
    <w:p>
      <w:r>
        <w:rPr>
          <w:b/>
        </w:rPr>
        <w:t xml:space="preserve">[03:57] </w:t>
      </w:r>
      <w:r>
        <w:t>is se aap ka connection bana rahe. hamara aik world of reality jo hai, woh God hai.</w:t>
      </w:r>
    </w:p>
    <w:p>
      <w:pPr>
        <w:jc w:val="right"/>
      </w:pPr>
      <w:r>
        <w:t>اس سے آپ کا کنیکشن بنا رہے ہیں۔ ہمارا ایک ورلڈ آف ریلیٹی جو ہے، وہ گاڈ ہے۔</w:t>
      </w:r>
    </w:p>
    <w:p>
      <w:r>
        <w:rPr>
          <w:b/>
        </w:rPr>
        <w:t xml:space="preserve">[04:03] </w:t>
      </w:r>
      <w:r>
        <w:t>to God se apna connection banaye rakhne ke liye aap ko apne mind ko recharge karna hai. yeh concept Quran mein maujood hai.</w:t>
      </w:r>
    </w:p>
    <w:p>
      <w:pPr>
        <w:jc w:val="right"/>
      </w:pPr>
      <w:r>
        <w:t>تو گاڈ سے اپنا کنیکشن بنائے رکھنے کے لیے آپ کو اپنے مائنڈ کو ریچارج کرنا ہے۔ یہ کانسیپٹ قرآن میں موجود ہے۔</w:t>
      </w:r>
    </w:p>
    <w:p>
      <w:r>
        <w:rPr>
          <w:b/>
        </w:rPr>
        <w:t xml:space="preserve">[04:15] </w:t>
      </w:r>
      <w:r>
        <w:t>dekhiye, Quran mein aik surah hai: "Rehman". Rehman ki aik ayat yeh hai: "Yasaluhu man fis samawati wal ardi kullu yawmin huwa fi sha'nin fabi ayyi ala'i Rabbikuma tukazziban" .</w:t>
      </w:r>
    </w:p>
    <w:p>
      <w:pPr>
        <w:jc w:val="right"/>
      </w:pPr>
      <w:r>
        <w:t>دیکھیے، قرآن میں ایک سورہ ہے: "الرحمن"۔ الرحمن کی ایک آیت یہ ہے: "یسلھو من فی السماوات والارض کل یوم ہوا فی شان فبعلی ربکما تکذبان" ۔</w:t>
      </w:r>
    </w:p>
    <w:p>
      <w:r>
        <w:rPr>
          <w:b/>
        </w:rPr>
        <w:t xml:space="preserve">[04:35] </w:t>
      </w:r>
      <w:r>
        <w:t>is ka literal translation yeh hai ke zameen o aasman mein jo kuch hai, sab is se mangta hai.</w:t>
      </w:r>
    </w:p>
    <w:p>
      <w:pPr>
        <w:jc w:val="right"/>
      </w:pPr>
      <w:r>
        <w:t>اس کا لٹرل ٹرانسلیشن یہ ہے کہ زمین و آسمان میں جو کچھ ہے، سب اس سے مانگتا ہے۔</w:t>
      </w:r>
    </w:p>
    <w:p>
      <w:r>
        <w:rPr>
          <w:b/>
        </w:rPr>
        <w:t xml:space="preserve">[04:47] </w:t>
      </w:r>
      <w:r>
        <w:t>is se mang kar is ko cheezein milti hain jo woh chahta hai. to farmaya ke "kullu yawmin huwa fi sha'nin" yaani God har moment aik nai state mein hota hai,</w:t>
      </w:r>
    </w:p>
    <w:p>
      <w:pPr>
        <w:jc w:val="right"/>
      </w:pPr>
      <w:r>
        <w:t>اس سے مانگ کر اس کو چیزیں ملتی ہیں جو وہ چاہتا ہے۔ تو فرمایا کہ "کل یوم ہوا فی شان" یعنی گاڈ ہر مومنٹ ایک نئی اسٹیٹ میں ہوتا ہے،</w:t>
      </w:r>
    </w:p>
    <w:p>
      <w:r>
        <w:rPr>
          <w:b/>
        </w:rPr>
        <w:t xml:space="preserve">[05:02] </w:t>
      </w:r>
      <w:r>
        <w:t>nai halat mein hota hai.</w:t>
      </w:r>
    </w:p>
    <w:p>
      <w:pPr>
        <w:jc w:val="right"/>
      </w:pPr>
      <w:r>
        <w:t>نئی حالت میں ہوتا ہے۔</w:t>
      </w:r>
    </w:p>
    <w:p>
      <w:r>
        <w:rPr>
          <w:b/>
        </w:rPr>
        <w:t xml:space="preserve">[05:05] </w:t>
      </w:r>
      <w:r>
        <w:t>sha'n ke ma'ni hote hain haal, state. to dekhiye, yeh jo Quran ka yeh word hai, yeh khud Khuda ki nisbat se nahin hai.</w:t>
      </w:r>
    </w:p>
    <w:p>
      <w:pPr>
        <w:jc w:val="right"/>
      </w:pPr>
      <w:r>
        <w:t>شان کے معنی ہوتے ہیں حال، اسٹیٹ۔ تو دیکھیے، یہ جو قرآن کا یہ ورڈ ہے، یہ خود خدا کی نسبت سے نہیں ہے۔</w:t>
      </w:r>
    </w:p>
    <w:p>
      <w:r>
        <w:rPr>
          <w:b/>
        </w:rPr>
        <w:t xml:space="preserve">[05:18] </w:t>
      </w:r>
      <w:r>
        <w:t>is ka matlab nahin ke Khuda apni glory ko manifest karta hai har moment, ya apne aap ko evolve karta hai.</w:t>
      </w:r>
    </w:p>
    <w:p>
      <w:pPr>
        <w:jc w:val="right"/>
      </w:pPr>
      <w:r>
        <w:t>اس کا مطلب نہیں کہ خدا اپنی گلوری کو مینیفیسٹ کرتا ہے ہر مومنٹ، یا اپنے آپ کو ایوالو کرتا ہے۔</w:t>
      </w:r>
    </w:p>
    <w:p>
      <w:r>
        <w:rPr>
          <w:b/>
        </w:rPr>
        <w:t xml:space="preserve">[05:28] </w:t>
      </w:r>
      <w:r>
        <w:t>yeh sab nahin matlab hai.</w:t>
      </w:r>
    </w:p>
    <w:p>
      <w:pPr>
        <w:jc w:val="right"/>
      </w:pPr>
      <w:r>
        <w:t>یہ سب نہیں مطلب ہے۔</w:t>
      </w:r>
    </w:p>
    <w:p>
      <w:r>
        <w:rPr>
          <w:b/>
        </w:rPr>
        <w:t xml:space="preserve">[05:31] </w:t>
      </w:r>
      <w:r>
        <w:t>is ka matlab yeh hai ke har din, woh har moment, Khuda present rehta hai ke koi insan is ko pukare, aur woh is ko de jo woh chahta hai.</w:t>
      </w:r>
    </w:p>
    <w:p>
      <w:pPr>
        <w:jc w:val="right"/>
      </w:pPr>
      <w:r>
        <w:t>اس کا مطلب یہ ہے کہ ہر دن، وہ ہر مومنٹ، خدا پریزنٹ رہتا ہے کہ کوئی انسان اس کو پکارے، اور وہ اس کو دے جو وہ چاہتا ہے۔</w:t>
      </w:r>
    </w:p>
    <w:p>
      <w:r>
        <w:rPr>
          <w:b/>
        </w:rPr>
        <w:t xml:space="preserve">[05:46] </w:t>
      </w:r>
      <w:r>
        <w:t>yaani Khuda har har moment available hai aap ko attend karne ke liye, aap ko response dene ke liye.</w:t>
      </w:r>
    </w:p>
    <w:p>
      <w:pPr>
        <w:jc w:val="right"/>
      </w:pPr>
      <w:r>
        <w:t>یعنی خدا ہر ہر مومنٹ اویلیبل ہے آپ کو اٹینڈ کرنے کے لیے، آپ کو رسپانس دینے کے لیے۔</w:t>
      </w:r>
    </w:p>
    <w:p>
      <w:r>
        <w:rPr>
          <w:b/>
        </w:rPr>
        <w:t xml:space="preserve">[05:55] </w:t>
      </w:r>
      <w:r>
        <w:t>yeh matlab hai is ka.</w:t>
      </w:r>
    </w:p>
    <w:p>
      <w:pPr>
        <w:jc w:val="right"/>
      </w:pPr>
      <w:r>
        <w:t>یہ مطلب ہے اس کا۔</w:t>
      </w:r>
    </w:p>
    <w:p>
      <w:r>
        <w:rPr>
          <w:b/>
        </w:rPr>
        <w:t xml:space="preserve">[05:57] </w:t>
      </w:r>
      <w:r>
        <w:t>aik hadith is silsile mein aai hai, is ayat ki wazahat mein, woh bohat hi zyada is baat ke clear karti hai.</w:t>
      </w:r>
    </w:p>
    <w:p>
      <w:pPr>
        <w:jc w:val="right"/>
      </w:pPr>
      <w:r>
        <w:t>ایک حدیث اس سلسلے میں آئی ہے، اس آیت کی وضاحت میں، وہ بہت ہی زیادہ اس بات کے کلیئر کرتی ہے۔</w:t>
      </w:r>
    </w:p>
    <w:p>
      <w:r>
        <w:rPr>
          <w:b/>
        </w:rPr>
        <w:t xml:space="preserve">[06:09] </w:t>
      </w:r>
      <w:r>
        <w:t>to Hazrat Abdullah Ibn Umar ki hadith hai, yeh aap is ko surah, is surah ke tehat Tafsir al-Qurtubi mein parh sakte hain.</w:t>
      </w:r>
    </w:p>
    <w:p>
      <w:pPr>
        <w:jc w:val="right"/>
      </w:pPr>
      <w:r>
        <w:t>تو حضرت عبداللہ ابن عمر کی حدیث ہے، یہ آپ اس کو سورہ، اس سورہ کے تحت تفسیر القرطبی میں پڑھ سکتے ہیں۔</w:t>
      </w:r>
    </w:p>
    <w:p>
      <w:r>
        <w:rPr>
          <w:b/>
        </w:rPr>
        <w:t xml:space="preserve">[06:19] </w:t>
      </w:r>
      <w:r>
        <w:t>is mein teen alfaaz hain, teen alfaaz hain is mein.</w:t>
      </w:r>
    </w:p>
    <w:p>
      <w:pPr>
        <w:jc w:val="right"/>
      </w:pPr>
      <w:r>
        <w:t>اس میں تین الفاظ ہیں، تین الفاظ ہیں اس میں۔</w:t>
      </w:r>
    </w:p>
    <w:p>
      <w:r>
        <w:rPr>
          <w:b/>
        </w:rPr>
        <w:t xml:space="preserve">[06:26] </w:t>
      </w:r>
      <w:r>
        <w:t>is mein hai ke "yaghfir zanba wayakshif karba wayujeeb dain" .</w:t>
      </w:r>
    </w:p>
    <w:p>
      <w:pPr>
        <w:jc w:val="right"/>
      </w:pPr>
      <w:r>
        <w:t>اس میں ہے کہ "یغفر زنبا ویکشف کربا ویجیب دائین" ۔</w:t>
      </w:r>
    </w:p>
    <w:p>
      <w:r>
        <w:rPr>
          <w:b/>
        </w:rPr>
        <w:t xml:space="preserve">[06:35] </w:t>
      </w:r>
      <w:r>
        <w:t>is ka matlab yeh hai ke har lamha Allah maujood hota hai, available hota hai ke woh kisi gunah karne wale ka gunah maaf kare,</w:t>
      </w:r>
    </w:p>
    <w:p>
      <w:pPr>
        <w:jc w:val="right"/>
      </w:pPr>
      <w:r>
        <w:t>اس کا مطلب یہ ہے کہ ہر لمحہ اللہ موجود ہوتا ہے، اویلیبل ہوتا ہے کہ وہ کسی گناہ کرنے والے کا گناہ معاف کرے،</w:t>
      </w:r>
    </w:p>
    <w:p>
      <w:r>
        <w:rPr>
          <w:b/>
        </w:rPr>
        <w:t xml:space="preserve">[06:51] </w:t>
      </w:r>
      <w:r>
        <w:t>kisi ke problem ko woh solve kare, aur kisi pukarne wale ki pukar ka jawab de.</w:t>
      </w:r>
    </w:p>
    <w:p>
      <w:pPr>
        <w:jc w:val="right"/>
      </w:pPr>
      <w:r>
        <w:t>کسی کے پرابلم کو وہ سالو کرے، اور کسی پکارنے والے کی پکار کا جواب دے۔</w:t>
      </w:r>
    </w:p>
    <w:p>
      <w:r>
        <w:rPr>
          <w:b/>
        </w:rPr>
        <w:t xml:space="preserve">[07:05] </w:t>
      </w:r>
      <w:r>
        <w:t>har lamha woh available hai, har lamha. kyunke Khuda ko neend nahi aati, Khuda ko ongh nahi aati, Khuda kabhi rest nahi leta.</w:t>
      </w:r>
    </w:p>
    <w:p>
      <w:pPr>
        <w:jc w:val="right"/>
      </w:pPr>
      <w:r>
        <w:t>ہر لمحہ وہ اویلیبل ہے، ہر لمحہ۔ کیونکہ خدا کو نیند نہیں آتی، خدا کو اونگھ نہیں آتی، خدا کبھی ریسٹ نہیں لیتا۔</w:t>
      </w:r>
    </w:p>
    <w:p>
      <w:r>
        <w:rPr>
          <w:b/>
        </w:rPr>
        <w:t xml:space="preserve">[07:17] </w:t>
      </w:r>
      <w:r>
        <w:t>toh yeh bohat hi bari baat hai jo Quran mein batai gayi hai. bohat hi bari baat.</w:t>
      </w:r>
    </w:p>
    <w:p>
      <w:pPr>
        <w:jc w:val="right"/>
      </w:pPr>
      <w:r>
        <w:t>تو یہ بہت ہی بڑی بات ہے جو قرآن میں بتائی گئی ہے۔ بہت ہی بڑی بات۔</w:t>
      </w:r>
    </w:p>
    <w:p>
      <w:r>
        <w:rPr>
          <w:b/>
        </w:rPr>
        <w:t xml:space="preserve">[07:28] </w:t>
      </w:r>
      <w:r>
        <w:t>is baat ki ahmiyat mujhe is tarah samajh mein aayi ke abhi chand hi dinon mein mujhe ek sahib se mulaqat hui jo unko kehte hain social philosophers.</w:t>
      </w:r>
    </w:p>
    <w:p>
      <w:pPr>
        <w:jc w:val="right"/>
      </w:pPr>
      <w:r>
        <w:t>اس بات کی اہمیت مجھے اس طرح سمجھ میں آئی کہ ابھی چند ہی دنوں میں مجھے ایک صاحب سے ملاقات ہوئی جو ان کو کہتے ہیں سوشل فلاسفرز۔</w:t>
      </w:r>
    </w:p>
    <w:p>
      <w:r>
        <w:rPr>
          <w:b/>
        </w:rPr>
        <w:t xml:space="preserve">[07:42] </w:t>
      </w:r>
      <w:r>
        <w:t>woh unka subject tha social philosophy.</w:t>
      </w:r>
    </w:p>
    <w:p>
      <w:pPr>
        <w:jc w:val="right"/>
      </w:pPr>
      <w:r>
        <w:t>وہ ان کا سبجیکٹ تھا سوشل فلاسفی۔</w:t>
      </w:r>
    </w:p>
    <w:p>
      <w:r>
        <w:rPr>
          <w:b/>
        </w:rPr>
        <w:t xml:space="preserve">[07:47] </w:t>
      </w:r>
      <w:r>
        <w:t>toh social philosophy mein yeh sawal hota hai ke insaan ko kaise mold kiya jaye?</w:t>
      </w:r>
    </w:p>
    <w:p>
      <w:pPr>
        <w:jc w:val="right"/>
      </w:pPr>
      <w:r>
        <w:t>تو سوشل فلاسفی میں یہ سوال ہوتا ہے کہ انسان کو کیسے مولڈ کیا جائے؟</w:t>
      </w:r>
    </w:p>
    <w:p>
      <w:r>
        <w:rPr>
          <w:b/>
        </w:rPr>
        <w:t xml:space="preserve">[07:57] </w:t>
      </w:r>
      <w:r>
        <w:t>insaan ko kaise banaya jaye?</w:t>
      </w:r>
    </w:p>
    <w:p>
      <w:pPr>
        <w:jc w:val="right"/>
      </w:pPr>
      <w:r>
        <w:t>انسان کو کیسے بنایا جائے؟</w:t>
      </w:r>
    </w:p>
    <w:p>
      <w:r>
        <w:rPr>
          <w:b/>
        </w:rPr>
        <w:t xml:space="preserve">[08:01] </w:t>
      </w:r>
      <w:r>
        <w:t>toh aap jante hain ke saare log jo hain, saare social philosophers yani forward jitne hain, sab yeh</w:t>
      </w:r>
    </w:p>
    <w:p>
      <w:pPr>
        <w:jc w:val="right"/>
      </w:pPr>
      <w:r>
        <w:t>تو آپ جانتے ہیں کہ سارے لوگ جو ہیں، سارے سوشل فلاسفرز یعنی فارورڈز جتنے ہیں، سب یہ</w:t>
      </w:r>
    </w:p>
    <w:p>
      <w:r>
        <w:rPr>
          <w:b/>
        </w:rPr>
        <w:t xml:space="preserve">[08:15] </w:t>
      </w:r>
      <w:r>
        <w:t>yeh idara le kar uthe ke unhein society ko badalna hai, system ko badalna hai.</w:t>
      </w:r>
    </w:p>
    <w:p>
      <w:pPr>
        <w:jc w:val="right"/>
      </w:pPr>
      <w:r>
        <w:t>یہ ادارہ لے کر اٹھے کہ انہیں سوسائٹی کو بدلنا ہے، سسٹم کو بدلنا ہے۔</w:t>
      </w:r>
    </w:p>
    <w:p>
      <w:r>
        <w:rPr>
          <w:b/>
        </w:rPr>
        <w:t xml:space="preserve">[08:24] </w:t>
      </w:r>
      <w:r>
        <w:t>is idare ke sath uthe, lekin koi bhi kamyab nahi hua.</w:t>
      </w:r>
    </w:p>
    <w:p>
      <w:pPr>
        <w:jc w:val="right"/>
      </w:pPr>
      <w:r>
        <w:t>اس ادارے کے ساتھ اٹھے، لیکن کوئی بھی کامیاب نہیں ہوا۔</w:t>
      </w:r>
    </w:p>
    <w:p>
      <w:r>
        <w:rPr>
          <w:b/>
        </w:rPr>
        <w:t xml:space="preserve">[08:29] </w:t>
      </w:r>
      <w:r>
        <w:t>kisi ne kaha hai ke</w:t>
      </w:r>
    </w:p>
    <w:p>
      <w:pPr>
        <w:jc w:val="right"/>
      </w:pPr>
      <w:r>
        <w:t>کسی نے کہا ہے کہ</w:t>
      </w:r>
    </w:p>
    <w:p>
      <w:r>
        <w:rPr>
          <w:b/>
        </w:rPr>
        <w:t xml:space="preserve">[08:34] </w:t>
      </w:r>
      <w:r>
        <w:t>kisi ne kaha hai ke jo jitne revolution duniya mein aaye, woh sab ko the, woh revolution na thay.</w:t>
      </w:r>
    </w:p>
    <w:p>
      <w:pPr>
        <w:jc w:val="right"/>
      </w:pPr>
      <w:r>
        <w:t>کسی نے کہا ہے کہ جو جتنے ریولوشن دنیا میں آئے، وہ سب کو تھے، وہ ریولوشن نہ تھے۔</w:t>
      </w:r>
    </w:p>
    <w:p>
      <w:r>
        <w:rPr>
          <w:b/>
        </w:rPr>
        <w:t xml:space="preserve">[08:44] </w:t>
      </w:r>
      <w:r>
        <w:t>yani all the revolutions were cool rather than revolution yani woh inqilab na thay, woh sirf in sirf yeh hua un ke zariye se ke ult ke seat par jo baitha hua tha, woh badal gaya.</w:t>
      </w:r>
    </w:p>
    <w:p>
      <w:pPr>
        <w:jc w:val="right"/>
      </w:pPr>
      <w:r>
        <w:t>یعنی all the revolutions were cool رادرین ریولوشن یعنی وہ انقلاب نہ تھے، وہ صرف ان صرف یہ ہوا ان کے ذریعے سے کہ الٹ کے سیٹ پر جو بیٹھا ہوا تھا، وہ بدل گیا۔</w:t>
      </w:r>
    </w:p>
    <w:p>
      <w:r>
        <w:rPr>
          <w:b/>
        </w:rPr>
        <w:t xml:space="preserve">[09:04] </w:t>
      </w:r>
      <w:r>
        <w:t>bas kuch cheezein yaad aa rahi hain, mein arz karna chahunga aap ko ke ek zamane mein bohat dhoom se uthi thi democracy ki movement.</w:t>
      </w:r>
    </w:p>
    <w:p>
      <w:pPr>
        <w:jc w:val="right"/>
      </w:pPr>
      <w:r>
        <w:t>بس کچھ چیزیں یاد آ رہی ہیں، میں عرض کرنا چاہوں گا آپ کو کہ ایک زمانے میں بہت دھوم سے اٹھی تھی ڈیموکریسی کی موومنٹ۔</w:t>
      </w:r>
    </w:p>
    <w:p>
      <w:r>
        <w:rPr>
          <w:b/>
        </w:rPr>
        <w:t xml:space="preserve">[09:13] </w:t>
      </w:r>
      <w:r>
        <w:t>democracy,</w:t>
      </w:r>
    </w:p>
    <w:p>
      <w:pPr>
        <w:jc w:val="right"/>
      </w:pPr>
      <w:r>
        <w:t>ڈیموکریسی،</w:t>
      </w:r>
    </w:p>
    <w:p>
      <w:r>
        <w:rPr>
          <w:b/>
        </w:rPr>
        <w:t xml:space="preserve">[09:15] </w:t>
      </w:r>
      <w:r>
        <w:t>democracy ka matlab kya bataya jata tha? government of the people, yani saare logon ki hukumat.</w:t>
      </w:r>
    </w:p>
    <w:p>
      <w:pPr>
        <w:jc w:val="right"/>
      </w:pPr>
      <w:r>
        <w:t>ڈیموکریسی کا مطلب کیا بتایا جاتا تھا؟ گورنمنٹ آف دا پیپل، یعنی سارے لوگوں کی حکومت۔</w:t>
      </w:r>
    </w:p>
    <w:p>
      <w:r>
        <w:rPr>
          <w:b/>
        </w:rPr>
        <w:t xml:space="preserve">[09:26] </w:t>
      </w:r>
      <w:r>
        <w:t>government of the people, saare logon ki hukumat. lekin jab democracy bani, kingship khatam hua, democracy aayi toh practical taur par kya hua?</w:t>
      </w:r>
    </w:p>
    <w:p>
      <w:pPr>
        <w:jc w:val="right"/>
      </w:pPr>
      <w:r>
        <w:t>گورنمنٹ آف دا پیپل، سارے لوگوں کی حکومت۔ لیکن جب ڈیموکریسی بنی، کنگ شپ ختم ہوا، ڈیموکریسی آئی تو پریکٹیکل طور پر کیا ہوا؟</w:t>
      </w:r>
    </w:p>
    <w:p>
      <w:r>
        <w:rPr>
          <w:b/>
        </w:rPr>
        <w:t xml:space="preserve">[09:38] </w:t>
      </w:r>
      <w:r>
        <w:t>democracy of elected majority. elected majority.</w:t>
      </w:r>
    </w:p>
    <w:p>
      <w:pPr>
        <w:jc w:val="right"/>
      </w:pPr>
      <w:r>
        <w:t>ڈیموکریسی آف الیکٹڈ میجورٹی۔ الیکٹڈ میجورٹی۔</w:t>
      </w:r>
    </w:p>
    <w:p>
      <w:r>
        <w:rPr>
          <w:b/>
        </w:rPr>
        <w:t xml:space="preserve">[09:45] </w:t>
      </w:r>
      <w:r>
        <w:t>kayi baar aisa hota hai, zyada tar aisa hi hota hai ke minority rule karti hai majority ke upar. kyunke elect ho gayi hai woh. toh naam toh yeh hai majority, yani government of the people.</w:t>
      </w:r>
    </w:p>
    <w:p>
      <w:pPr>
        <w:jc w:val="right"/>
      </w:pPr>
      <w:r>
        <w:t>کئی بار ایسا ہوتا ہے، زیادہ تر ایسا ہی ہوتا ہے کہ مائنارٹی رول کرتی ہے میجورٹی کے اوپر۔ کیونکہ الیکٹ ہو گئی ہے وہ۔ تو نام تو یہ ہے میجورٹی، یعنی گورنمنٹ آف دا پیپل۔</w:t>
      </w:r>
    </w:p>
    <w:p>
      <w:r>
        <w:rPr>
          <w:b/>
        </w:rPr>
        <w:t xml:space="preserve">[10:00] </w:t>
      </w:r>
      <w:r>
        <w:t>lekin hota kya hai, kuch log jo elect ho gaye hain, chahe woh minority kyun na hon, wahi rule karte hain woh.</w:t>
      </w:r>
    </w:p>
    <w:p>
      <w:pPr>
        <w:jc w:val="right"/>
      </w:pPr>
      <w:r>
        <w:t>لیکن ہوتا کیا ہے، کچھ لوگ جو الیکٹ ہو گئے ہیں، چاہے وہ مائنارٹی کیوں نہ ہوں، وہی رول کرتے ہیں وہ۔</w:t>
      </w:r>
    </w:p>
    <w:p>
      <w:r>
        <w:rPr>
          <w:b/>
        </w:rPr>
        <w:t xml:space="preserve">[10:09] </w:t>
      </w:r>
      <w:r>
        <w:t>aise hi dekhiye, jo marxist theory thi, us mein yeh tha ke saare saare jo labour class tha,</w:t>
      </w:r>
    </w:p>
    <w:p>
      <w:pPr>
        <w:jc w:val="right"/>
      </w:pPr>
      <w:r>
        <w:t>ایسے ہی دیکھیے، جو مارکسسٹ تھیوری تھی، اس میں یہ تھا کہ سارے سارے جو لیبر کلاس تھا،</w:t>
      </w:r>
    </w:p>
    <w:p>
      <w:r>
        <w:rPr>
          <w:b/>
        </w:rPr>
        <w:t xml:space="preserve">[10:26] </w:t>
      </w:r>
      <w:r>
        <w:t>as opposed to capitalist class, un ki hukumat. lekin jab hukumat bani toh kya hua? woh hukumat jo thi, sirf kuch leaderon ki hukumat thi.</w:t>
      </w:r>
    </w:p>
    <w:p>
      <w:pPr>
        <w:jc w:val="right"/>
      </w:pPr>
      <w:r>
        <w:t>ایز اپوز ٹو کیپیٹلسٹ کلاس، ان کی حکومت۔ لیکن جب حکومت بنی تو کیا ہوا؟ وہ حکومت جو تھی، صرف کچھ لیڈروں کی حکومت تھی۔</w:t>
      </w:r>
    </w:p>
    <w:p>
      <w:r>
        <w:rPr>
          <w:b/>
        </w:rPr>
        <w:t xml:space="preserve">[10:42] </w:t>
      </w:r>
      <w:r>
        <w:t>to yeh kyun aisa hota hai? kyunke woh log jo revolution late hain, to woh ek political seat badal jati hai, insan nahi badalte.</w:t>
      </w:r>
    </w:p>
    <w:p>
      <w:pPr>
        <w:jc w:val="right"/>
      </w:pPr>
      <w:r>
        <w:t>تو یہ کیوں ایسا ہوتا ہے؟ کیونکہ وہ لوگ جو ریولوشن لاتے ہیں، تو وہ ایک پولیٹیکل سیٹ بدل جاتی ہے، انسان نہیں بدلتے۔</w:t>
      </w:r>
    </w:p>
    <w:p>
      <w:r>
        <w:rPr>
          <w:b/>
        </w:rPr>
        <w:t xml:space="preserve">[10:51] </w:t>
      </w:r>
      <w:r>
        <w:t>insan to phir dobara wahi injustice, wahi sari evil. kyunke insan to badla nahi tha, sirf ek system badal gaya tha.</w:t>
      </w:r>
    </w:p>
    <w:p>
      <w:pPr>
        <w:jc w:val="right"/>
      </w:pPr>
      <w:r>
        <w:t>انسان تو پھر دوبارہ وہی انجسٹس، وہی ساری ایول۔ کیونکہ انسان تو بدلا نہیں تھا، صرف ایک سسٹم بدل گیا تھا۔</w:t>
      </w:r>
    </w:p>
    <w:p>
      <w:r>
        <w:rPr>
          <w:b/>
        </w:rPr>
        <w:t xml:space="preserve">[11:01] </w:t>
      </w:r>
      <w:r>
        <w:t>to sare social philosophers ka yeh bohat hi bara inka problem hai ke insan ko kaise badla jaye?</w:t>
      </w:r>
    </w:p>
    <w:p>
      <w:pPr>
        <w:jc w:val="right"/>
      </w:pPr>
      <w:r>
        <w:t>تو سارے سوشل فلاسفرز کا یہ بہت ہی بڑا ان کا پرابلم ہے کہ انسان کو کیسے بدلا جائے؟</w:t>
      </w:r>
    </w:p>
    <w:p>
      <w:r>
        <w:rPr>
          <w:b/>
        </w:rPr>
        <w:t xml:space="preserve">[11:13] </w:t>
      </w:r>
      <w:r>
        <w:t>insan ki jo soch hai, insan ki jo value system hai, insan ke andar jo hybirds hain, usko kaise badla jaye?</w:t>
      </w:r>
    </w:p>
    <w:p>
      <w:pPr>
        <w:jc w:val="right"/>
      </w:pPr>
      <w:r>
        <w:t>انسان کی جو سوچ ہے، انسان کی جو ویلیو سسٹم ہے، انسان کے اندر جو ہائبرڈز ہیں، اس کو کیسے بدلا جائے؟</w:t>
      </w:r>
    </w:p>
    <w:p>
      <w:r>
        <w:rPr>
          <w:b/>
        </w:rPr>
        <w:t xml:space="preserve">[11:25] </w:t>
      </w:r>
      <w:r>
        <w:t>to iska jawab is mein hai. dekhiye, inka inke paas badalne ke liye koi ideology nahi hai.</w:t>
      </w:r>
    </w:p>
    <w:p>
      <w:pPr>
        <w:jc w:val="right"/>
      </w:pPr>
      <w:r>
        <w:t>تو اس کا جواب اس میں ہے۔ دیکھیے، ان کا ان کے پاس بدلنے کے لیے کوئی آئیڈیالوجی نہیں ہے۔</w:t>
      </w:r>
    </w:p>
    <w:p>
      <w:r>
        <w:rPr>
          <w:b/>
        </w:rPr>
        <w:t xml:space="preserve">[11:31] </w:t>
      </w:r>
      <w:r>
        <w:t>aap dekhiye, jitne bhi uthte hain tehreekein, chahe democracy ho, chahe socialism ho, aur khud abhi jo muslim dunya mein jo tehreekein chal rahi hain, justice ko le kar, woh tehreekein hon,</w:t>
      </w:r>
    </w:p>
    <w:p>
      <w:pPr>
        <w:jc w:val="right"/>
      </w:pPr>
      <w:r>
        <w:t>آپ دیکھیے، جتنے بھی اٹھتے ہیں تحریکیں، چاہے ڈیموکریسی ہو، چاہے سوشلزم ہو، اور خود ابھی جو مسلم دنیا میں جو تحریکیں چل رہی ہیں، جسٹس کو لے کر، وہ تحریکیں ہوں،</w:t>
      </w:r>
    </w:p>
    <w:p>
      <w:r>
        <w:rPr>
          <w:b/>
        </w:rPr>
        <w:t xml:space="preserve">[11:45] </w:t>
      </w:r>
      <w:r>
        <w:t>sab ka jo target hota hai, woh kya hota hai? koi bahar ka system hota hai. bahar ka system, yani all the movements are yani have some external target</w:t>
      </w:r>
    </w:p>
    <w:p>
      <w:pPr>
        <w:jc w:val="right"/>
      </w:pPr>
      <w:r>
        <w:t>سب کا جو ٹارگٹ ہوتا ہے، وہ کیا ہوتا ہے؟ کوئی باہر کا سسٹم ہوتا ہے۔ باہر کا سسٹم، یعنی all the movements are یعنی have some external target</w:t>
      </w:r>
    </w:p>
    <w:p>
      <w:r>
        <w:rPr>
          <w:b/>
        </w:rPr>
        <w:t xml:space="preserve">[12:03] </w:t>
      </w:r>
      <w:r>
        <w:t>.sare movement jo thin, sab kuch external target le kar uthti hain. yani injustice hai, zulm ho raha hai, corruption hai.</w:t>
      </w:r>
    </w:p>
    <w:p>
      <w:pPr>
        <w:jc w:val="right"/>
      </w:pPr>
      <w:r>
        <w:t>۔ سارے موومنٹ جو تھیں، سب کچھ ایکسٹرنل ٹارگٹ لے کر اٹھتی ہیں۔ یعنی انجسٹس ہے، ظلم ہو رہا ہے، کرپشن ہے۔</w:t>
      </w:r>
    </w:p>
    <w:p>
      <w:r>
        <w:rPr>
          <w:b/>
        </w:rPr>
        <w:t xml:space="preserve">[12:14] </w:t>
      </w:r>
      <w:r>
        <w:t>to bahar ka problem, usko le kar uthti hain, aur bohat se log inka sath dete hain, bheer akhatta hoti hai, aur phir government badal jati hai.</w:t>
      </w:r>
    </w:p>
    <w:p>
      <w:pPr>
        <w:jc w:val="right"/>
      </w:pPr>
      <w:r>
        <w:t>تو باہر کا پرابلم، اس کو لے کر اٹھتی ہیں، اور بہت سے لوگ ان کا ساتھ دیتے ہیں، بھیڑ اکٹھا ہوتی ہے، اور پھر گورنمنٹ بدل جاتی ہے۔</w:t>
      </w:r>
    </w:p>
    <w:p>
      <w:r>
        <w:rPr>
          <w:b/>
        </w:rPr>
        <w:t xml:space="preserve">[12:24] </w:t>
      </w:r>
      <w:r>
        <w:t>lekin jo naye log aate hain, rule karne wale, woh to wahi ke wahi rehte hain. in mein to koi change nahi aya.</w:t>
      </w:r>
    </w:p>
    <w:p>
      <w:pPr>
        <w:jc w:val="right"/>
      </w:pPr>
      <w:r>
        <w:t>لیکن جو نئے لوگ آتے ہیں، رول کرنے والے، وہ تو وہی کے وہی رہتے ہیں۔ ان میں تو کوئی چینج نہیں آیا۔</w:t>
      </w:r>
    </w:p>
    <w:p>
      <w:r>
        <w:rPr>
          <w:b/>
        </w:rPr>
        <w:t xml:space="preserve">[12:31] </w:t>
      </w:r>
      <w:r>
        <w:t>to social philosophers ka yeh bohat bara sawal hai ke ke insan ko kaise badla jaye? hum system ko badal paate hain, lekin insan badalta nahi, to phir baat wahin ke wahin rehti hai.</w:t>
      </w:r>
    </w:p>
    <w:p>
      <w:pPr>
        <w:jc w:val="right"/>
      </w:pPr>
      <w:r>
        <w:t>تو سوشل فلاسفرز کا یہ بہت بڑا سوال ہے کہ کہ انسان کو کیسے بدلا جائے؟ ہم سسٹم کو بدل پاتے ہیں، لیکن انسان بدلتا نہیں، تو پھر بات وہیں کے وہیں رہتی ہے۔</w:t>
      </w:r>
    </w:p>
    <w:p>
      <w:r>
        <w:rPr>
          <w:b/>
        </w:rPr>
        <w:t xml:space="preserve">[12:48] </w:t>
      </w:r>
      <w:r>
        <w:t>to iska jawab dekhiye, yeh hai ke inke paas koi aisi strong ideology nahi hai jo insan ko badle.</w:t>
      </w:r>
    </w:p>
    <w:p>
      <w:pPr>
        <w:jc w:val="right"/>
      </w:pPr>
      <w:r>
        <w:t>تو اس کا جواب دیکھیے، یہ ہے کہ ان کے پاس کوئی ایسی سٹرانگ آئیڈیالوجی نہیں ہے جو انسان کو بدلے۔</w:t>
      </w:r>
    </w:p>
    <w:p>
      <w:r>
        <w:rPr>
          <w:b/>
        </w:rPr>
        <w:t xml:space="preserve">[12:56] </w:t>
      </w:r>
      <w:r>
        <w:t>inki ideologies jo hain, woh sab yani external oriented ideology hain. apne ko badle kaise aadmi?</w:t>
      </w:r>
    </w:p>
    <w:p>
      <w:pPr>
        <w:jc w:val="right"/>
      </w:pPr>
      <w:r>
        <w:t>ان کی آئیڈیالوجیز جو ہیں، وہ سب یعنی ایکسٹرنل اورینٹڈ آئیڈیالوجی ہیں۔ اپنے کو بدلے کیسے آدمی؟</w:t>
      </w:r>
    </w:p>
    <w:p>
      <w:r>
        <w:rPr>
          <w:b/>
        </w:rPr>
        <w:t xml:space="preserve">[13:06] </w:t>
      </w:r>
      <w:r>
        <w:t>apne ko badalne ke liye koi inke paas koi ideology nahi hai. apne ko badalne ke liye ideology sirf islam mein hai. kyunke islam mein dekhiye, islam ki ideology kya</w:t>
      </w:r>
    </w:p>
    <w:p>
      <w:pPr>
        <w:jc w:val="right"/>
      </w:pPr>
      <w:r>
        <w:t>اپنے کو بدلنے کے لیے کوئی ان کے پاس کوئی آئیڈیالوجی نہیں ہے۔ اپنے کو بدلنے کے لیے آئیڈیالوجی صرف اسلام میں ہے۔ کیونکہ اسلام میں دیکھیے، اسلام کی آئیڈیالوجی کیا</w:t>
      </w:r>
    </w:p>
    <w:p>
      <w:r>
        <w:rPr>
          <w:b/>
        </w:rPr>
        <w:t xml:space="preserve">[13:20] </w:t>
      </w:r>
      <w:r>
        <w:t>hai? islam ki ideology hai ke is is is universe ka ek god hai, jisne create kiya isko, jo isko control kiya gaya hai.</w:t>
      </w:r>
    </w:p>
    <w:p>
      <w:pPr>
        <w:jc w:val="right"/>
      </w:pPr>
      <w:r>
        <w:t>ہے؟ اسلام کی آئیڈیالوجی ہے کہ اس اس اس یونیورس کا ایک گاڈ ہے، جس نے کریٹ کیا اس کو، جو اس کو کنٹرول کیا گیا ہے۔</w:t>
      </w:r>
    </w:p>
    <w:p>
      <w:r>
        <w:rPr>
          <w:b/>
        </w:rPr>
        <w:t xml:space="preserve">[13:32] </w:t>
      </w:r>
      <w:r>
        <w:t>uske aage hum accountable hain, yeh god.</w:t>
      </w:r>
    </w:p>
    <w:p>
      <w:pPr>
        <w:jc w:val="right"/>
      </w:pPr>
      <w:r>
        <w:t>اس کے آگے ہم اکاؤنٹیبل ہیں، یہ گاڈ۔</w:t>
      </w:r>
    </w:p>
    <w:p>
      <w:r>
        <w:rPr>
          <w:b/>
        </w:rPr>
        <w:t xml:space="preserve">[13:37] </w:t>
      </w:r>
      <w:r>
        <w:t>aur phir usne ek aur dunya banai hai, other than this world, jahan jannat hai, jahannum hai, jahan insan yahan maut ke baad pohanchaya jata hai, phir uska hisab kitab hota hai.</w:t>
      </w:r>
    </w:p>
    <w:p>
      <w:pPr>
        <w:jc w:val="right"/>
      </w:pPr>
      <w:r>
        <w:t>اور پھر اس نے ایک اور دنیا بنائی ہے، ادر دین دس ورلڈ، جہاں جنت ہے، جہنم ہے، جہاں انسان یہاں موت کے بعد پہنچایا جاتا ہے، پھر اس کا حساب کتاب ہوتا ہے۔</w:t>
      </w:r>
    </w:p>
    <w:p>
      <w:r>
        <w:rPr>
          <w:b/>
        </w:rPr>
        <w:t xml:space="preserve">[13:53] </w:t>
      </w:r>
      <w:r>
        <w:t>to yeh jo ideology hai, iska jo jo aadmi isko, jis aadmi par yeh yeh yeh discovery hoti hai, is ideology ko daryaft kar pata hai,</w:t>
      </w:r>
    </w:p>
    <w:p>
      <w:pPr>
        <w:jc w:val="right"/>
      </w:pPr>
      <w:r>
        <w:t>تو یہ جو آئیڈیالوجی ہے، اس کا جو جو آدمی اس کو، جس آدمی پر یہ یہ یہ ڈسکوری ہوتی ہے، اس آئیڈیالوجی کو دریافت کر پاتا ہے،</w:t>
      </w:r>
    </w:p>
    <w:p>
      <w:r>
        <w:rPr>
          <w:b/>
        </w:rPr>
        <w:t xml:space="preserve">[14:09] </w:t>
      </w:r>
      <w:r>
        <w:t>to woh janta hai ke yeh to meri apni zaat at stake hai.</w:t>
      </w:r>
    </w:p>
    <w:p>
      <w:pPr>
        <w:jc w:val="right"/>
      </w:pPr>
      <w:r>
        <w:t>تو وہ جانتا ہے کہ یہ تو میری اپنی ذات ایٹ اسٹیک ہے۔</w:t>
      </w:r>
    </w:p>
    <w:p>
      <w:r>
        <w:rPr>
          <w:b/>
        </w:rPr>
        <w:t xml:space="preserve">[14:14] </w:t>
      </w:r>
      <w:r>
        <w:t>masla society ka nahi hai, masla kisi ruler ka nahi hai, masla kisi bahar ke logon ka nahi hai, mera apna hi masla hai.</w:t>
      </w:r>
    </w:p>
    <w:p>
      <w:pPr>
        <w:jc w:val="right"/>
      </w:pPr>
      <w:r>
        <w:t>مسئلہ سوسائٹی کا نہیں ہے، مسئلہ کسی رولر کا نہیں ہے، مسئلہ کسی باہر کے لوگوں کا نہیں ہے، میرا اپنا ہی مسئلہ ہے۔</w:t>
      </w:r>
    </w:p>
    <w:p>
      <w:r>
        <w:rPr>
          <w:b/>
        </w:rPr>
        <w:t xml:space="preserve">[14:26] </w:t>
      </w:r>
      <w:r>
        <w:t>meri apni zaat at stake hai. to mujhe apne ko badalna parega. apne ko mujhe khuda ki marzi pilana parega.</w:t>
      </w:r>
    </w:p>
    <w:p>
      <w:pPr>
        <w:jc w:val="right"/>
      </w:pPr>
      <w:r>
        <w:t>میری اپنی ذات ایٹ اسٹیک ہے۔ تو مجھے اپنے کو بدلنا پڑے گا۔ اپنے کو مجھے خدا کی مرضی پلانا پڑے گا۔</w:t>
      </w:r>
    </w:p>
    <w:p>
      <w:r>
        <w:rPr>
          <w:b/>
        </w:rPr>
        <w:t xml:space="preserve">[14:38] </w:t>
      </w:r>
      <w:r>
        <w:t>to dekhiye, hota kya hai islam ki ideology mein ke aadmi pehle discover karta hai god ko, phir discover karta hai god ki uski things ko, uske creation plan ko.</w:t>
      </w:r>
    </w:p>
    <w:p>
      <w:pPr>
        <w:jc w:val="right"/>
      </w:pPr>
      <w:r>
        <w:t>تو دیکھیے، ہوتا کیا ہے اسلام کی آئیڈیالوجی میں کہ آدمی پہلے ڈسکور کرتا ہے گاڈ کو، پھر ڈسکور کرتا ہے گاڈ کی اس کی تھنگز کو، اس کے کریشن پلانٹ کو۔</w:t>
      </w:r>
    </w:p>
    <w:p>
      <w:r>
        <w:rPr>
          <w:b/>
        </w:rPr>
        <w:t xml:space="preserve">[14:53] </w:t>
      </w:r>
      <w:r>
        <w:t>phir woh discover karta hai ke usko hum kaise apne upar apply karein, kaise apne aap ko harness karein, kaise apne aap ko change karein.</w:t>
      </w:r>
    </w:p>
    <w:p>
      <w:pPr>
        <w:jc w:val="right"/>
      </w:pPr>
      <w:r>
        <w:t>پھر وہ ڈسکور کرتا ہے کہ اس کو ہم کیسے اپنے اوپر اپلائی کریں، کیسے اپنے آپ کو ہارنس کریں، کیسے اپنے آپ کو چینج کریں۔</w:t>
      </w:r>
    </w:p>
    <w:p>
      <w:r>
        <w:rPr>
          <w:b/>
        </w:rPr>
        <w:t xml:space="preserve">[15:05] </w:t>
      </w:r>
      <w:r>
        <w:t>to yeh ideology aadmi ko criticize banati hai. man criticize. tab ja kar woh afraad milte hain, jo afraad agar unke hath mein system aaye to woh sahi tareeqe par chalein.</w:t>
      </w:r>
    </w:p>
    <w:p>
      <w:pPr>
        <w:jc w:val="right"/>
      </w:pPr>
      <w:r>
        <w:t>تو یہ آئیڈیالوجی آدمی کو کریٹیسائز بناتی ہے۔ مین کریٹیسائز۔ تب جا کر وہ افراد ملتے ہیں، جو افراد اگر ان کے ہاتھ میں سسٹم آئے تو وہ صحیح طریقے پر چلیں۔</w:t>
      </w:r>
    </w:p>
    <w:p>
      <w:r>
        <w:rPr>
          <w:b/>
        </w:rPr>
        <w:t xml:space="preserve">[15:21] </w:t>
      </w:r>
      <w:r>
        <w:t>to yeh afraad kaise bante hain? yeh afraad ko banane ka tareeqa wahi hai jo maine arz kiya ke recharge your mind.</w:t>
      </w:r>
    </w:p>
    <w:p>
      <w:pPr>
        <w:jc w:val="right"/>
      </w:pPr>
      <w:r>
        <w:t>تو یہ افراد کیسے بنتے ہیں؟ یہ افراد کو بنانے کا طریقہ وہی ہے جو میں نے عرض کیا کہ ریچارج یور مائنڈ۔</w:t>
      </w:r>
    </w:p>
    <w:p>
      <w:r>
        <w:rPr>
          <w:b/>
        </w:rPr>
        <w:t xml:space="preserve">[15:30] </w:t>
      </w:r>
      <w:r>
        <w:t>har lamha aap apne aap ko aik aik food dete hain, spiritual food. har lamha aap ko Khuda ki daryaft hoti hai.</w:t>
      </w:r>
    </w:p>
    <w:p>
      <w:pPr>
        <w:jc w:val="right"/>
      </w:pPr>
      <w:r>
        <w:t>ہر لمحہ آپ اپنے آپ کو ایک ایک فوڈ دیتے ہیں، اسپریچول فوڈ۔ ہر لمحہ آپ کو خدا کی دریافت ہوتی ہے۔</w:t>
      </w:r>
    </w:p>
    <w:p>
      <w:r>
        <w:rPr>
          <w:b/>
        </w:rPr>
        <w:t xml:space="preserve">[15:40] </w:t>
      </w:r>
      <w:r>
        <w:t>har lamha aap jaan paate hain.</w:t>
      </w:r>
    </w:p>
    <w:p>
      <w:pPr>
        <w:jc w:val="right"/>
      </w:pPr>
      <w:r>
        <w:t>ہر لمحہ آپ جان پاتے ہیں۔</w:t>
      </w:r>
    </w:p>
    <w:p>
      <w:r>
        <w:rPr>
          <w:b/>
        </w:rPr>
        <w:t xml:space="preserve">[15:46] </w:t>
      </w:r>
      <w:r>
        <w:t>ab woh is reality ko jo aap se oopar hai, har lamha.</w:t>
      </w:r>
    </w:p>
    <w:p>
      <w:pPr>
        <w:jc w:val="right"/>
      </w:pPr>
      <w:r>
        <w:t>اب وہ اس ریلیٹی کو جو آپ سے اوپر ہے، ہر لمحہ۔</w:t>
      </w:r>
    </w:p>
    <w:p>
      <w:r>
        <w:rPr>
          <w:b/>
        </w:rPr>
        <w:t xml:space="preserve">[15:52] </w:t>
      </w:r>
      <w:r>
        <w:t>jaise main aap ko apna aik tajruba bataoon kal ka ke kis tarah se insaan Khuda se jurta hai, Khuda se is ka ta'alluq qaim hota hai.</w:t>
      </w:r>
    </w:p>
    <w:p>
      <w:pPr>
        <w:jc w:val="right"/>
      </w:pPr>
      <w:r>
        <w:t>جیسے میں آپ کو اپنا ایک تجربہ بتاؤں کل کا کہ کس طرح سے انسان خدا سے جڑتا ہے، خدا سے اس کا تعلق قائم ہوتا ہے۔</w:t>
      </w:r>
    </w:p>
    <w:p>
      <w:r>
        <w:rPr>
          <w:b/>
        </w:rPr>
        <w:t xml:space="preserve">[16:05] </w:t>
      </w:r>
      <w:r>
        <w:t>main kal soch raha tha apni kursi par baitha hua ke main boodha ho chuka hoon. aur boodhe aadmi ka matlab yeh hai ke maut ke door par pahunch chuka hoon.</w:t>
      </w:r>
    </w:p>
    <w:p>
      <w:pPr>
        <w:jc w:val="right"/>
      </w:pPr>
      <w:r>
        <w:t>میں کل سوچ رہا تھا اپنی کرسی پر بیٹھا ہوا کہ میں بوڑھا ہو چکا ہوں۔ اور بوڑھے آدمی کا مطلب یہ ہے کہ موت کے ڈور پر پہنچ چکا ہو۔</w:t>
      </w:r>
    </w:p>
    <w:p>
      <w:r>
        <w:rPr>
          <w:b/>
        </w:rPr>
        <w:t xml:space="preserve">[16:18] </w:t>
      </w:r>
      <w:r>
        <w:t>a</w:t>
      </w:r>
    </w:p>
    <w:p>
      <w:pPr>
        <w:jc w:val="right"/>
      </w:pPr>
      <w:r>
        <w:t>آ</w:t>
      </w:r>
    </w:p>
    <w:p>
      <w:r>
        <w:rPr>
          <w:b/>
        </w:rPr>
        <w:t xml:space="preserve">[16:19] </w:t>
      </w:r>
      <w:r>
        <w:t>j shaam ya kal subah sochta hai woh aadmi ke meri maut aa sakti hai.</w:t>
      </w:r>
    </w:p>
    <w:p>
      <w:pPr>
        <w:jc w:val="right"/>
      </w:pPr>
      <w:r>
        <w:t>ج شام یا کل صبح سوچتا ہے وہ آدمی کہ میری موت آ سکتی ہے۔</w:t>
      </w:r>
    </w:p>
    <w:p>
      <w:r>
        <w:rPr>
          <w:b/>
        </w:rPr>
        <w:t xml:space="preserve">[16:26] </w:t>
      </w:r>
      <w:r>
        <w:t>to main ne socha ke maut kya cheez hai? hamein kuch pata nahi ke hum maut ke baad kis dunya mein dakhil honge. yaani khabar ke taur par to hum logon ko peghambar ne bataya, lekin is ko hum ne dekha nahi.</w:t>
      </w:r>
    </w:p>
    <w:p>
      <w:pPr>
        <w:jc w:val="right"/>
      </w:pPr>
      <w:r>
        <w:t>تو میں نے سوچا کہ موت کیا چیز ہے؟ ہمیں کچھ پتہ نہیں کہ ہم موت کے بعد کس دنیا میں داخل ہوں گے۔ یعنی خبر کے طور پر تو ہم لوگوں کو پیغمبر نے بتایا، لیکن اس کو ہم نے دیکھا نہیں۔</w:t>
      </w:r>
    </w:p>
    <w:p>
      <w:r>
        <w:rPr>
          <w:b/>
        </w:rPr>
        <w:t xml:space="preserve">[16:40] </w:t>
      </w:r>
      <w:r>
        <w:t>woh unseen world hai.</w:t>
      </w:r>
    </w:p>
    <w:p>
      <w:pPr>
        <w:jc w:val="right"/>
      </w:pPr>
      <w:r>
        <w:t>وہ ان سین ورلڈ ہے۔</w:t>
      </w:r>
    </w:p>
    <w:p>
      <w:r>
        <w:rPr>
          <w:b/>
        </w:rPr>
        <w:t xml:space="preserve">[16:44] </w:t>
      </w:r>
      <w:r>
        <w:t>aik unseen world mein aap ko aik aik aik jump lena hai. to wahan kya paish aayega? to main ne socha ke Allah taala ka yeh nizam hai ke dunya mein aik.</w:t>
      </w:r>
    </w:p>
    <w:p>
      <w:pPr>
        <w:jc w:val="right"/>
      </w:pPr>
      <w:r>
        <w:t>ایک ان سین ورلڈ میں آپ کو ایک ایک ایک جم لینا ہے۔ تو وہاں کیا پیش آئے گا؟ تو میں نے سوچا کہ اللہ تعالیٰ کا یہ نظام ہے کہ دنیا میں ایک۔</w:t>
      </w:r>
    </w:p>
    <w:p>
      <w:r>
        <w:rPr>
          <w:b/>
        </w:rPr>
        <w:t xml:space="preserve">[16:59] </w:t>
      </w:r>
      <w:r>
        <w:t>is ko baar baar aise experience karaye jaate hain jis se is ki discovery mein, is ki realization mein izafa ho.</w:t>
      </w:r>
    </w:p>
    <w:p>
      <w:pPr>
        <w:jc w:val="right"/>
      </w:pPr>
      <w:r>
        <w:t>اس کو بار بار ایسے ایکسپیرینس کرائے جاتے ہیں جس سے اس کی ڈسکوری میں، اس کی ریلائزیشن میں اضافہ ہو۔</w:t>
      </w:r>
    </w:p>
    <w:p>
      <w:r>
        <w:rPr>
          <w:b/>
        </w:rPr>
        <w:t xml:space="preserve">[17:08] </w:t>
      </w:r>
      <w:r>
        <w:t>jis se woh baaton ko samajh sake.</w:t>
      </w:r>
    </w:p>
    <w:p>
      <w:pPr>
        <w:jc w:val="right"/>
      </w:pPr>
      <w:r>
        <w:t>جس سے وہ باتوں کو سمجھ سکے۔</w:t>
      </w:r>
    </w:p>
    <w:p>
      <w:r>
        <w:rPr>
          <w:b/>
        </w:rPr>
        <w:t xml:space="preserve">[17:11] </w:t>
      </w:r>
      <w:r>
        <w:t>aur woh jo Quran mein hai, jo abhi ayat mein parhi aap ne ke insaan Allah ko pukarta hai to Allah is ka jawab deta hai. to pukarne ke liye koi aap ke paas koi framework hona chahiye.</w:t>
      </w:r>
    </w:p>
    <w:p>
      <w:pPr>
        <w:jc w:val="right"/>
      </w:pPr>
      <w:r>
        <w:t>اور وہ جو قرآن میں ہے، جو ابھی آیت میں پڑھی آپ نے کہ انسان اللہ کو پکارتا ہے تو اللہ اس کا جواب دیتا ہے۔ تو پکارنے کے لیے کوئی آپ کے پاس کوئی فریم ورک ہونا چاہیے۔</w:t>
      </w:r>
    </w:p>
    <w:p>
      <w:r>
        <w:rPr>
          <w:b/>
        </w:rPr>
        <w:t xml:space="preserve">[17:23] </w:t>
      </w:r>
      <w:r>
        <w:t>koi point of reference hona chahiye. tab pukarenge aap. kaise pukarenge? to jo aap ki zindagi dunya mein guzarti hai, is mein aap ko baar baar point of reference milte hain.</w:t>
      </w:r>
    </w:p>
    <w:p>
      <w:pPr>
        <w:jc w:val="right"/>
      </w:pPr>
      <w:r>
        <w:t>کوئی پوائنٹ آف ریفرنس ہونا چاہیے۔ تب پکاریں گے آپ۔ کیسے پکاریں گے؟ تو جو آپ کی زندگی دنیا میں گزرتی ہے، اس میں آپ کو بار بار پوائنٹ آف ریفرنس ملتے ہیں۔</w:t>
      </w:r>
    </w:p>
    <w:p>
      <w:r>
        <w:rPr>
          <w:b/>
        </w:rPr>
        <w:t xml:space="preserve">[17:35] </w:t>
      </w:r>
      <w:r>
        <w:t>is ko le kar pukarte hain aap Khuda ko. phir Khuda ki blessing aap ko tarwaati hai.</w:t>
      </w:r>
    </w:p>
    <w:p>
      <w:pPr>
        <w:jc w:val="right"/>
      </w:pPr>
      <w:r>
        <w:t>اس کو لے کر پکارتے ہیں آپ خدا کو۔ پھر خدا کی بلیسنگ آپ کو ترواتی ہے۔</w:t>
      </w:r>
    </w:p>
    <w:p>
      <w:r>
        <w:rPr>
          <w:b/>
        </w:rPr>
        <w:t xml:space="preserve">[17:41] </w:t>
      </w:r>
      <w:r>
        <w:t>to kal jab main soch raha tha to mujhe yaad aaya ke 1984 ka waqia hai. 1984 mein mera aik safar hua tha.</w:t>
      </w:r>
    </w:p>
    <w:p>
      <w:pPr>
        <w:jc w:val="right"/>
      </w:pPr>
      <w:r>
        <w:t>تو کل جب میں سوچ رہا تھا تو مجھے یاد آیا کہ 1984 کا واقعہ ہے۔ 1984 میں میرا ایک سفر ہوا تھا۔</w:t>
      </w:r>
    </w:p>
    <w:p>
      <w:r>
        <w:rPr>
          <w:b/>
        </w:rPr>
        <w:t xml:space="preserve">[17:55] </w:t>
      </w:r>
      <w:r>
        <w:t>to is mein aisa hua ke mujhe aik aik aik hawa jahaz ka aik ticket mila.</w:t>
      </w:r>
    </w:p>
    <w:p>
      <w:pPr>
        <w:jc w:val="right"/>
      </w:pPr>
      <w:r>
        <w:t>تو اس میں ایسا ہوا کہ مجھے ایک ایک ایک ہوا جہاز کا ایک ٹکٹ ملا۔</w:t>
      </w:r>
    </w:p>
    <w:p>
      <w:r>
        <w:rPr>
          <w:b/>
        </w:rPr>
        <w:t xml:space="preserve">[18:06] </w:t>
      </w:r>
      <w:r>
        <w:t>is mein kuch bhi nahi likha tha siwaye is ke ke is pe likha hua tha New Delhi, Casablanca, New Delhi.</w:t>
      </w:r>
    </w:p>
    <w:p>
      <w:pPr>
        <w:jc w:val="right"/>
      </w:pPr>
      <w:r>
        <w:t>اس میں کچھ بھی نہیں لکھا تھا سوائے اس کے کہ اس پہ لکھا ہوا تھا نیو ڈلی، کیسا بلانکا، نیو ڈلی۔</w:t>
      </w:r>
    </w:p>
    <w:p>
      <w:r>
        <w:rPr>
          <w:b/>
        </w:rPr>
        <w:t xml:space="preserve">[18:15] </w:t>
      </w:r>
      <w:r>
        <w:t>bas yeh first class ka ticket tha. aur is pe kuch bhi pata nahi tha ke yeh kahan, kis jagah mujhe bulaya gaya hai, wahan kya waqia hai, kya conference hai, kuch bhi nahi.</w:t>
      </w:r>
    </w:p>
    <w:p>
      <w:pPr>
        <w:jc w:val="right"/>
      </w:pPr>
      <w:r>
        <w:t>بس یہ فرسٹ کلاس کا ٹکٹ تھا۔ اور اس پہ کچھ بھی پتہ نہیں تھا کہ یہ کہاں، کس جگہ مجھے بلایا گیا ہے، وہاں کیا واقعہ ہے، کیا کانفرنس ہے، کچھ بھی نہیں۔</w:t>
      </w:r>
    </w:p>
    <w:p>
      <w:r>
        <w:rPr>
          <w:b/>
        </w:rPr>
        <w:t xml:space="preserve">[18:24] </w:t>
      </w:r>
      <w:r>
        <w:t>na koi letter nahi. yaani is is is ticket ke saath koi letter mere paas nahi tha.</w:t>
      </w:r>
    </w:p>
    <w:p>
      <w:pPr>
        <w:jc w:val="right"/>
      </w:pPr>
      <w:r>
        <w:t>نہ کوئی لیٹر نہیں۔ یعنی اس اس اس ٹکٹ کے ساتھ کوئی لیٹر میرے پاس نہیں تھا۔</w:t>
      </w:r>
    </w:p>
    <w:p>
      <w:r>
        <w:rPr>
          <w:b/>
        </w:rPr>
        <w:t xml:space="preserve">[18:32] </w:t>
      </w:r>
      <w:r>
        <w:t>achha, us waqt to main nahi jaanta tha ke Casablanca kahan hai. 1984 mein mujhe pata nahi tha ke Casablanca kahan hai.</w:t>
      </w:r>
    </w:p>
    <w:p>
      <w:pPr>
        <w:jc w:val="right"/>
      </w:pPr>
      <w:r>
        <w:t>اچھا، اس وقت تو میں نہیں جانتا تھا کہ کیسا بلانکا کہاں ہے۔ 1984 میں مجھے پتہ نہیں تھا کہ کیسا بلانکا کہاں ہے۔</w:t>
      </w:r>
    </w:p>
    <w:p>
      <w:r>
        <w:rPr>
          <w:b/>
        </w:rPr>
        <w:t xml:space="preserve">[18:41] </w:t>
      </w:r>
      <w:r>
        <w:t>dunya kis hisse mein hai. bilkul yaani this name was quite unknown to me.</w:t>
      </w:r>
    </w:p>
    <w:p>
      <w:pPr>
        <w:jc w:val="right"/>
      </w:pPr>
      <w:r>
        <w:t>دنیا کس حصے میں ہے۔ بالکل یعنی this name was quite unknown to me ۔</w:t>
      </w:r>
    </w:p>
    <w:p>
      <w:r>
        <w:rPr>
          <w:b/>
        </w:rPr>
        <w:t xml:space="preserve">[18:50] </w:t>
      </w:r>
      <w:r>
        <w:t>to ab main sochta tha kya karoon?</w:t>
      </w:r>
    </w:p>
    <w:p>
      <w:pPr>
        <w:jc w:val="right"/>
      </w:pPr>
      <w:r>
        <w:t>تو اب میں سوچتا تھا کیا کروں؟</w:t>
      </w:r>
    </w:p>
    <w:p>
      <w:r>
        <w:rPr>
          <w:b/>
        </w:rPr>
        <w:t xml:space="preserve">[18:55] </w:t>
      </w:r>
      <w:r>
        <w:t>to chuna ke mere paas aik ticket tha, return ticket, to sochta tha ke chalo bhai wahan se wapas aa jayenge agar wahan koi kuch nahi hua to.</w:t>
      </w:r>
    </w:p>
    <w:p>
      <w:pPr>
        <w:jc w:val="right"/>
      </w:pPr>
      <w:r>
        <w:t>تو چونکہ میرے پاس ایک ٹکٹ تھا، ریٹرن ٹکٹ، تو سوچتا تھا کہ چلو بھئی وہاں سے واپس آ جائیں گے اگر وہاں کوئی کچھ نہیں ہوا تو۔</w:t>
      </w:r>
    </w:p>
    <w:p>
      <w:r>
        <w:rPr>
          <w:b/>
        </w:rPr>
        <w:t xml:space="preserve">[19:06] </w:t>
      </w:r>
      <w:r>
        <w:t>to bilkul isi halat mein main gaya airport par aur jahaz mein baith gaya. boarding card le kar ke. har lamha mein sochta tha ke kahan utrega jahaz, kahan jayega, kaun sa Casablanca, kya cheez hai.</w:t>
      </w:r>
    </w:p>
    <w:p>
      <w:pPr>
        <w:jc w:val="right"/>
      </w:pPr>
      <w:r>
        <w:t>تو بالکل اسی حالت میں میں گیا ایئرپورٹ پر اور جہاز میں بیٹھ گیا۔ بورڈنگ کارڈ لے کر کے۔ ہر لمحہ میں سوچتا تھا کہ کہاں اترے گا جہاز، کہاں جائے گا، کون سا کیسا بلانکا، کیا چیز ہے۔</w:t>
      </w:r>
    </w:p>
    <w:p>
      <w:r>
        <w:rPr>
          <w:b/>
        </w:rPr>
        <w:t xml:space="preserve">[19:22] </w:t>
      </w:r>
      <w:r>
        <w:t>to aakhir kaar jab beech mein ek jagah yaani jahaz badalna tha, aakhir kaar jab yeh elaan hua, elaan kiya air hostess ne ke hum ab casablanca mein utarne wale hain, to mere dil ki dharkan taiz ho gayi.</w:t>
      </w:r>
    </w:p>
    <w:p>
      <w:pPr>
        <w:jc w:val="right"/>
      </w:pPr>
      <w:r>
        <w:t>تو آخر کار جب بیچ میں ایک جگہ یعنی جہاز بدلنا تھا، آخر کار جب یہ اعلان ہوا، اعلان کیا ایئر ہاسٹس نے کہ ہم اب کیسا بلانکا میں اترنے والے ہیں، تو میرے دل کی دھڑکن تیز ہو گئی۔</w:t>
      </w:r>
    </w:p>
    <w:p>
      <w:r>
        <w:rPr>
          <w:b/>
        </w:rPr>
        <w:t xml:space="preserve">[19:41] </w:t>
      </w:r>
      <w:r>
        <w:t>ke pata nahi kya hoga wahan. achha, is ke baad jab mein utra, mein airport par mujhe receive karne ke liye koi aadmi maujood nahi tha.</w:t>
      </w:r>
    </w:p>
    <w:p>
      <w:pPr>
        <w:jc w:val="right"/>
      </w:pPr>
      <w:r>
        <w:t>کہ پتہ نہیں کیا ہوگا وہاں۔ اچھا، اس کے بعد جب میں اترا، میں ایئرپورٹ پر مجھے ریسیو کرنے کے لیے کوئی آدمی موجود نہیں تھا۔</w:t>
      </w:r>
    </w:p>
    <w:p>
      <w:r>
        <w:rPr>
          <w:b/>
        </w:rPr>
        <w:t xml:space="preserve">[19:53] </w:t>
      </w:r>
      <w:r>
        <w:t>ab mujhe aur pareshani hui. mein sochta tha ke shayad jo log mujhe, jinhone mujhe bulaya hai, woh maujood hon wahan. to pareshani ke aalam mein mein airport ki building ke bahar aaya.</w:t>
      </w:r>
    </w:p>
    <w:p>
      <w:pPr>
        <w:jc w:val="right"/>
      </w:pPr>
      <w:r>
        <w:t>اب مجھے اور پریشانی ہوئی۔ میں سوچتا تھا کہ شاید جو لوگ مجھے، جنہوں نے مجھے بلایا ہے، وہ موجود ہوں وہاں۔ تو پریشانی کے عالم میں میں ایئرپورٹ کی بلڈنگ کے باہر آیا۔</w:t>
      </w:r>
    </w:p>
    <w:p>
      <w:r>
        <w:rPr>
          <w:b/>
        </w:rPr>
        <w:t xml:space="preserve">[20:08] </w:t>
      </w:r>
      <w:r>
        <w:t>ab idhar udhar dekh raha hoon. to saamne ek shakhs tha, thodi halki daadhi thi us ki. woh lagta tha dekhne mein ke india ya pakistan ka aadmi hai woh.</w:t>
      </w:r>
    </w:p>
    <w:p>
      <w:pPr>
        <w:jc w:val="right"/>
      </w:pPr>
      <w:r>
        <w:t>اب ادھر ادھر دیکھ رہا ہوں۔ تو سامنے ایک شخص تھا، تھوڑی ہلکی داڑھی تھی اس کی۔ وہ لگتا تھا دیکھنے میں کہ انڈیا یا پاکستان کا آدمی ہے وہ۔</w:t>
      </w:r>
    </w:p>
    <w:p>
      <w:r>
        <w:rPr>
          <w:b/>
        </w:rPr>
        <w:t xml:space="preserve">[20:20] </w:t>
      </w:r>
      <w:r>
        <w:t>to meri taraf badha woh. aur urdu mein baat ki. wahan par sab log french mein bolte the. airport par jitne log bhi the, sab french mein bolte the.</w:t>
      </w:r>
    </w:p>
    <w:p>
      <w:pPr>
        <w:jc w:val="right"/>
      </w:pPr>
      <w:r>
        <w:t>تو میری طرف بڑھا وہ۔ اور اردو میں بات کی۔ وہاں پر سب لوگ فرنچ میں بولتے تھے۔ ایئرپورٹ پر جتنے لوگ بھی تھے، سب فرنچ میں بولتے تھے۔</w:t>
      </w:r>
    </w:p>
    <w:p>
      <w:r>
        <w:rPr>
          <w:b/>
        </w:rPr>
        <w:t xml:space="preserve">[20:30] </w:t>
      </w:r>
      <w:r>
        <w:t>na english mein, na arabic mein. to samajh nahi aata ke mein kis se baat karoon. woh aadmi mere paas aaya. woh urdu mein bola.</w:t>
      </w:r>
    </w:p>
    <w:p>
      <w:pPr>
        <w:jc w:val="right"/>
      </w:pPr>
      <w:r>
        <w:t>نہ انگلش میں، نہ عربک میں۔ تو سمجھ نہیں آتا کہ میں کس سے بات کروں۔ وہ آدمی میرے پاس آیا۔ وہ اردو میں بولا۔</w:t>
      </w:r>
    </w:p>
    <w:p>
      <w:r>
        <w:rPr>
          <w:b/>
        </w:rPr>
        <w:t xml:space="preserve">[20:39] </w:t>
      </w:r>
      <w:r>
        <w:t>woh us ne bataya ke mein pakistan ka hoon. yahan mein koi job mera hai, yahan par.</w:t>
      </w:r>
    </w:p>
    <w:p>
      <w:pPr>
        <w:jc w:val="right"/>
      </w:pPr>
      <w:r>
        <w:t>وہ اس نے بتایا کہ میں پاکستان کا ہوں۔ یہاں میں کوئی جاب میرا ہے، یہاں پر۔</w:t>
      </w:r>
    </w:p>
    <w:p>
      <w:r>
        <w:rPr>
          <w:b/>
        </w:rPr>
        <w:t xml:space="preserve">[20:49] </w:t>
      </w:r>
      <w:r>
        <w:t>to mein ne mein ne us se kaha ke mere paas aisa ticket aaya tha, mein yahan par aa gaya. mujhe kuch pata nahi ke mein kahan jaon. kis ne mujhe bulaya hai? to mujhe woh le kar ke police ke wahan par ek ek ek control room tha, us mein police ka, wahan par le gaya mujhe.</w:t>
      </w:r>
    </w:p>
    <w:p>
      <w:pPr>
        <w:jc w:val="right"/>
      </w:pPr>
      <w:r>
        <w:t>تو میں نے میں نے اس سے کہا کہ میرے پاس ایسا ٹکٹ آیا تھا، میں یہاں پر آ گیا۔ مجھے کچھ پتہ نہیں کہ میں کہاں جاؤں۔ کس نے مجھے بلایا ہے؟ تو مجھے وہ لے کر کے پولیس کے وہاں پر ایک ایک ایک کنٹرول روم تھا، اس میں پولیس کا، وہاں پر لے گیا مجھے۔</w:t>
      </w:r>
    </w:p>
    <w:p>
      <w:r>
        <w:rPr>
          <w:b/>
        </w:rPr>
        <w:t xml:space="preserve">[21:07] </w:t>
      </w:r>
      <w:r>
        <w:t>woh french mein baat kiya us se, police wale se. to police wale ne bataya ke humein kuch pata nahi hai, sirf yeh ke ek conference ho rahi hai falan hotel mein</w:t>
      </w:r>
    </w:p>
    <w:p>
      <w:pPr>
        <w:jc w:val="right"/>
      </w:pPr>
      <w:r>
        <w:t>وہ فرنچ میں بات کیا اس سے، پولیس والے سے۔ تو پولیس والے نے بتایا کہ ہمیں کچھ پتہ نہیں ہے، صرف یہ کہ ایک کانفرنس ہو رہی ہے فلاں ہوٹل میں</w:t>
      </w:r>
    </w:p>
    <w:p>
      <w:r>
        <w:rPr>
          <w:b/>
        </w:rPr>
        <w:t xml:space="preserve">[21:17] </w:t>
      </w:r>
      <w:r>
        <w:t>. is se zyada hum kuch nahi bata sakte aap ko. ek hotel ka naam liya us ne. ek conference ho rahi hai. woh arabon ki conference thi woh.</w:t>
      </w:r>
    </w:p>
    <w:p>
      <w:pPr>
        <w:jc w:val="right"/>
      </w:pPr>
      <w:r>
        <w:t>۔ اس سے زیادہ ہم کچھ نہیں بتا سکتے آپ کو۔ ایک ہوٹل کا نام لیا اس نے۔ ایک کانفرنس ہو رہی ہے۔ وہ عربوں کی کانفرنس تھی وہ۔</w:t>
      </w:r>
    </w:p>
    <w:p>
      <w:r>
        <w:rPr>
          <w:b/>
        </w:rPr>
        <w:t xml:space="preserve">[21:27] </w:t>
      </w:r>
      <w:r>
        <w:t>to woh aadmi mujhe apni gaadi mein bithaya. apni gaadi mein bithaa kar use use kaha ke mein aap ko gate pe utaar doonga. hotel ke gate pe utaar doonga.</w:t>
      </w:r>
    </w:p>
    <w:p>
      <w:pPr>
        <w:jc w:val="right"/>
      </w:pPr>
      <w:r>
        <w:t>تو وہ آدمی مجھے اپنی گاڑی میں بٹھایا۔ اپنی گاڑی میں بٹھا کر اسے اسے کہا کہ میں آپ کو گیٹ پہ اتار دوں گا۔ ہوٹل کے گیٹ پہ اتار دوں گا۔</w:t>
      </w:r>
    </w:p>
    <w:p>
      <w:r>
        <w:rPr>
          <w:b/>
        </w:rPr>
        <w:t xml:space="preserve">[21:39] </w:t>
      </w:r>
      <w:r>
        <w:t>is ke baad mujhe, mujhe is ke baad mein aap ka aur kuch nahi kar sakta.</w:t>
      </w:r>
    </w:p>
    <w:p>
      <w:pPr>
        <w:jc w:val="right"/>
      </w:pPr>
      <w:r>
        <w:t>اس کے بعد مجھے، مجھے اس کے بعد میں آپ کا اور کچھ نہیں کر سکتا۔</w:t>
      </w:r>
    </w:p>
    <w:p>
      <w:r>
        <w:rPr>
          <w:b/>
        </w:rPr>
        <w:t xml:space="preserve">[21:45] </w:t>
      </w:r>
      <w:r>
        <w:t>to gate pe utaar diya us ne aur chala gaya. ab mein darte darte hotel ke andar dakhil hua. to jaise hi mein dakhil hua andar aur mein wahan pahuncha reception mein,</w:t>
      </w:r>
    </w:p>
    <w:p>
      <w:pPr>
        <w:jc w:val="right"/>
      </w:pPr>
      <w:r>
        <w:t>تو گیٹ پہ اتار دیا اس نے اور چلا گیا۔ اب میں ڈرتے ڈرتے ہوٹل کے اندر داخل ہوا۔ تو جیسے ہی میں داخل ہوا اندر اور میں وہاں پہنچا ریسیپشن میں،</w:t>
      </w:r>
    </w:p>
    <w:p>
      <w:r>
        <w:rPr>
          <w:b/>
        </w:rPr>
        <w:t xml:space="preserve">[22:00] </w:t>
      </w:r>
      <w:r>
        <w:t>to wahan jo log the woh sab lage mujh ke ahlan wa sahlan marhaba aap welcome to you yaani sab mujhe janne wale the woh.</w:t>
      </w:r>
    </w:p>
    <w:p>
      <w:pPr>
        <w:jc w:val="right"/>
      </w:pPr>
      <w:r>
        <w:t>تو وہاں جو لوگ تھے وہ سب لگے مجھ کے أهلا وسهلا مرحبا آپ welcome to you یعنی سب مجھے جاننے والے تھے وہ۔</w:t>
      </w:r>
    </w:p>
    <w:p>
      <w:r>
        <w:rPr>
          <w:b/>
        </w:rPr>
        <w:t xml:space="preserve">[22:12] </w:t>
      </w:r>
      <w:r>
        <w:t>is ki wajah yeh thi ke woh ek arab mulk ki taraf se woh jalsa tha, casablanca aap jante hain ke morocco mein hai. is se pehle kai baar mein un ki conferenceon mein gaya tha to mujhe pehchante the.</w:t>
      </w:r>
    </w:p>
    <w:p>
      <w:pPr>
        <w:jc w:val="right"/>
      </w:pPr>
      <w:r>
        <w:t>اس کی وجہ یہ تھی کہ وہ ایک عرب ملک کی طرف سے وہ جلسہ تھا، کیسا بلانکا آپ جانتے ہیں کہ مراکش میں ہے۔ اس سے پہلے کئی بار میں ان کی کانفرنسوں میں گیا تھا تو مجھے پہچانتے تھے۔</w:t>
      </w:r>
    </w:p>
    <w:p>
      <w:r>
        <w:rPr>
          <w:b/>
        </w:rPr>
        <w:t xml:space="preserve">[22:23] </w:t>
      </w:r>
      <w:r>
        <w:t>to koi kehta tha ke yeh lijiye aap ke room ki chabi hai, koi kehta tha ke yeh yeh bag lijiye aap, koi kehta tha ke yeh aap ka woh hai identity card hai.</w:t>
      </w:r>
    </w:p>
    <w:p>
      <w:pPr>
        <w:jc w:val="right"/>
      </w:pPr>
      <w:r>
        <w:t>تو کوئی کہتا تھا کہ یہ لیجیے آپ کے روم کی چابی ہے، کوئی کہتا تھا کہ یہ یہ بیگ لیجیے آپ، کوئی کہتا تھا کہ یہ آپ کا وہ ہے آئیڈینٹی کارڈ ہے۔</w:t>
      </w:r>
    </w:p>
    <w:p>
      <w:r>
        <w:rPr>
          <w:b/>
        </w:rPr>
        <w:t xml:space="preserve">[22:36] </w:t>
      </w:r>
      <w:r>
        <w:t>to jab mujhe yaad aaya yeh waqia</w:t>
      </w:r>
    </w:p>
    <w:p>
      <w:pPr>
        <w:jc w:val="right"/>
      </w:pPr>
      <w:r>
        <w:t>تو جب مجھے یاد آیا یہ واقعہ</w:t>
      </w:r>
    </w:p>
    <w:p>
      <w:r>
        <w:rPr>
          <w:b/>
        </w:rPr>
        <w:t xml:space="preserve">[22:39] </w:t>
      </w:r>
      <w:r>
        <w:t>to mein ne kaha yahi hai Allah ke Allah ka response jo quran mein hai ke khuda har har haal mein insaan ki madad ke liye maujood hota hai.</w:t>
      </w:r>
    </w:p>
    <w:p>
      <w:pPr>
        <w:jc w:val="right"/>
      </w:pPr>
      <w:r>
        <w:t>تو میں نے کہا یہی ہے اللہ کے اللہ کا کا رسپانس جو قرآن میں ہے کہ خدا ہر ہر حال میں انسان کی مدد کے لیے موجود ہوتا ہے۔</w:t>
      </w:r>
    </w:p>
    <w:p>
      <w:r>
        <w:rPr>
          <w:b/>
        </w:rPr>
        <w:t xml:space="preserve">[22:51] </w:t>
      </w:r>
      <w:r>
        <w:t>aur hadith mein kaha hai ke ji da'een koi pukare to uska jawab deta hai. yahi hai pukaar ka jawab. yaad rakhiye, pukaar ka jawab koi bhi serious cheez nahi hai.</w:t>
      </w:r>
    </w:p>
    <w:p>
      <w:pPr>
        <w:jc w:val="right"/>
      </w:pPr>
      <w:r>
        <w:t>اور حدیث میں کہا ہے کہ جی داعین کوئی پکارے تو اس کا جواب دیتا ہے۔ یہی ہے پکار کا جواب۔ یاد رکھیے، پکار کا جواب کوئی بھی سیریس چیز نہیں ہے۔</w:t>
      </w:r>
    </w:p>
    <w:p>
      <w:r>
        <w:rPr>
          <w:b/>
        </w:rPr>
        <w:t xml:space="preserve">[23:02] </w:t>
      </w:r>
      <w:r>
        <w:t>aap</w:t>
      </w:r>
    </w:p>
    <w:p>
      <w:pPr>
        <w:jc w:val="right"/>
      </w:pPr>
      <w:r>
        <w:t>آپ</w:t>
      </w:r>
    </w:p>
    <w:p>
      <w:r>
        <w:rPr>
          <w:b/>
        </w:rPr>
        <w:t xml:space="preserve">[23:03] </w:t>
      </w:r>
      <w:r>
        <w:t>ko apne experience ke dauraan aise baatein guzarti hain aap ke saath, aise point of reference aap ko diye jaate hain ke is ko le kar ke aap Allah ko discover kar saken.</w:t>
      </w:r>
    </w:p>
    <w:p>
      <w:pPr>
        <w:jc w:val="right"/>
      </w:pPr>
      <w:r>
        <w:t>کو اپنے ایکسپیرینس کے دوران ایسے باتیں گزرتی ہیں آپ کے ساتھ، ایسے پوائنٹ آف ریفرنس آپ کو دیے جاتے ہیں کہ اس کو لے کر کے آپ اللہ کو ڈسکور کر سکیں۔</w:t>
      </w:r>
    </w:p>
    <w:p>
      <w:r>
        <w:rPr>
          <w:b/>
        </w:rPr>
        <w:t xml:space="preserve">[23:16] </w:t>
      </w:r>
      <w:r>
        <w:t>to jab yeh waqia guzra to mein ne socha ke shayad Allah taala ne mujhe yeh dikhaya tha is liye ke aye bande, khauf na kar.</w:t>
      </w:r>
    </w:p>
    <w:p>
      <w:pPr>
        <w:jc w:val="right"/>
      </w:pPr>
      <w:r>
        <w:t>تو جب یہ واقعہ گزرا تو میں نے سوچا کہ شاید اللہ تعالی نے مجھے یہ دکھایا تھا اس لیے کہ اے بندے، خوف نہ کر۔</w:t>
      </w:r>
    </w:p>
    <w:p>
      <w:r>
        <w:rPr>
          <w:b/>
        </w:rPr>
        <w:t xml:space="preserve">[23:26] </w:t>
      </w:r>
      <w:r>
        <w:t>maut ke baad jab tu dakhil hoga doosri duniya mein to wahan farishte maujood honge to us ke welcome karne ke liye. woh log tujhe pehchante honge.</w:t>
      </w:r>
    </w:p>
    <w:p>
      <w:pPr>
        <w:jc w:val="right"/>
      </w:pPr>
      <w:r>
        <w:t>موت کے بعد جب تو داخل ہوگا دوسری دنیا میں تو وہاں فرشتے موجود ہوں گے تو اس کے ویلکم کرنے کے لیے۔ وہ لوگ تجھے پہچانتے ہوں گے۔</w:t>
      </w:r>
    </w:p>
    <w:p>
      <w:r>
        <w:rPr>
          <w:b/>
        </w:rPr>
        <w:t xml:space="preserve">[23:39] </w:t>
      </w:r>
      <w:r>
        <w:t>to un ko pehchanega. aur woh duniya hogi jis ke bare mein kaha gaya hai ke</w:t>
      </w:r>
    </w:p>
    <w:p>
      <w:pPr>
        <w:jc w:val="right"/>
      </w:pPr>
      <w:r>
        <w:t>تو ان کو پہچانے گا۔ اور وہ دنیا ہوگی جس کے بارے میں کہا گیا ہے کہ</w:t>
      </w:r>
    </w:p>
    <w:p>
      <w:r>
        <w:rPr>
          <w:b/>
        </w:rPr>
        <w:t xml:space="preserve">[23:47] </w:t>
      </w:r>
      <w:r>
        <w:t>min awlaika min nabiyyin wa siddiqin wa shuhada'i wa salihin yaani wahan ek aisi society hogi jahan woh log, woh selected log ikatthe kiye jayenge jin ko hum kehte hain paighambar, jin ko kehte hain shuhada, jin ko hum salihin,</w:t>
      </w:r>
    </w:p>
    <w:p>
      <w:pPr>
        <w:jc w:val="right"/>
      </w:pPr>
      <w:r>
        <w:t>من أولئك من نبین وصدیق وشہداء وصالحین یعنی وہاں ایک ایسی سوسائٹی ہوگی جہاں وہ لوگ، وہ سلیکٹڈ لوگ اکٹھے کیے جائیں گے جن کو ہم کہتے ہیں پیغمبر، جن کو کہتے ہیں شہداء، جن کو ہم صالحین،</w:t>
      </w:r>
    </w:p>
    <w:p>
      <w:r>
        <w:rPr>
          <w:b/>
        </w:rPr>
        <w:t xml:space="preserve">[24:05] </w:t>
      </w:r>
      <w:r>
        <w:t>jin ko hum kehte hain siddiq</w:t>
      </w:r>
    </w:p>
    <w:p>
      <w:pPr>
        <w:jc w:val="right"/>
      </w:pPr>
      <w:r>
        <w:t>جن کو ہم کہتے ہیں صدیق</w:t>
      </w:r>
    </w:p>
    <w:p>
      <w:r>
        <w:rPr>
          <w:b/>
        </w:rPr>
        <w:t xml:space="preserve">[24:07] </w:t>
      </w:r>
      <w:r>
        <w:t>yan. woh ek dunya hogi. to yeh yeh yeh waqea jo hai mere liye ek point of reference ban gaya hai Allah ko pukarne ke liye ke Khuda mere saath to yeh maamla kar ke jab main wahan pahunchun to main un ko pehchanun, woh mujh ko pehchanen, woh mujhe welcome karen aur kahen ke ji yeh tumhara,</w:t>
      </w:r>
    </w:p>
    <w:p>
      <w:pPr>
        <w:jc w:val="right"/>
      </w:pPr>
      <w:r>
        <w:t>ین۔ وہ ایک دنیا ہوگی۔ تو یہ یہ یہ واقعہ جو ہے میرے لیے ایک پوائنٹ آف ریفرنس بن گیا ہے اللہ کو پکارنے کے لیے کہ خدا میرے ساتھ تو یہ معاملہ کر کہ جب میں وہاں پہنچوں تو میں ان کو پہچانوں، وہ مجھ کو پہچانیں، وہ مجھے ویلکم کریں اور کہیں کہ جی یہ تمہارا،</w:t>
      </w:r>
    </w:p>
    <w:p>
      <w:r>
        <w:rPr>
          <w:b/>
        </w:rPr>
        <w:t xml:space="preserve">[24:30] </w:t>
      </w:r>
      <w:r>
        <w:t>yeh Allah ne tumhare liye jagah muqarrar kar di, aao is mein dakhil ho jao.</w:t>
      </w:r>
    </w:p>
    <w:p>
      <w:pPr>
        <w:jc w:val="right"/>
      </w:pPr>
      <w:r>
        <w:t>یہ اللہ نے تمہارے لیے جگہ مقرر کر دی، آؤ اس میں داخل ہو جاؤ۔</w:t>
      </w:r>
    </w:p>
    <w:p>
      <w:r>
        <w:rPr>
          <w:b/>
        </w:rPr>
        <w:t xml:space="preserve">[24:37] </w:t>
      </w:r>
      <w:r>
        <w:t>to yeh is tareeqe se aap apne mind ko rozana de charge kar sakte hain. aap ka jo experience hota hai, aap ko jo rozana jo baaten observe karte hain,</w:t>
      </w:r>
    </w:p>
    <w:p>
      <w:pPr>
        <w:jc w:val="right"/>
      </w:pPr>
      <w:r>
        <w:t>تو یہ اس طریقے سے آپ اپنے مائنڈ کو روزانہ ڈی چارج کر سکتے ہیں۔ آپ کا جو ایکسپیرینس ہوتا ہے، آپ کو جو روزانہ جو باتیں ابزرو کرتے ہیں،</w:t>
      </w:r>
    </w:p>
    <w:p>
      <w:r>
        <w:rPr>
          <w:b/>
        </w:rPr>
        <w:t xml:space="preserve">[24:49] </w:t>
      </w:r>
      <w:r>
        <w:t>jo jo kuch bhi aap ke guzarta hai, aap ke saath mein woh aap ke liye ek point of reference ban jaye. apne aap ko recharge karne ka yahi ek tareeqa hai.</w:t>
      </w:r>
    </w:p>
    <w:p>
      <w:pPr>
        <w:jc w:val="right"/>
      </w:pPr>
      <w:r>
        <w:t>جو جو کچھ بھی آپ کے گزرتا ہے، آپ کے ساتھ میں وہ آپ کے لیے ایک پوائنٹ آف ریفرنس بن جائے۔ اپنے آپ کو ریچارج کرنے کا یہی ایک طریقہ ہے۔</w:t>
      </w:r>
    </w:p>
    <w:p>
      <w:r>
        <w:rPr>
          <w:b/>
        </w:rPr>
        <w:t xml:space="preserve">[25:01] </w:t>
      </w:r>
      <w:r>
        <w:t>yeh jo hai ke recharge your mind ka matlab kya hai?</w:t>
      </w:r>
    </w:p>
    <w:p>
      <w:pPr>
        <w:jc w:val="right"/>
      </w:pPr>
      <w:r>
        <w:t>یہ جو ہے کہ ریچارج یور مائنڈ کا مطلب کیا ہے؟</w:t>
      </w:r>
    </w:p>
    <w:p>
      <w:r>
        <w:rPr>
          <w:b/>
        </w:rPr>
        <w:t xml:space="preserve">[25:06] </w:t>
      </w:r>
      <w:r>
        <w:t>ke is jis dunya mein tum rehte ho, wahan tumhein har waqt koi experience ho raha hai, koi cheez tum observe karte ho, kuch tum parhte ho, kuch sunte ho. yeh sab cheezen tumhare liye point of reference ban jayen.</w:t>
      </w:r>
    </w:p>
    <w:p>
      <w:pPr>
        <w:jc w:val="right"/>
      </w:pPr>
      <w:r>
        <w:t>کہ اس جس دنیا میں تم رہتے ہو، وہاں تمہیں ہر وقت کوئی ایکسپیرینس ہو رہا ہے، کوئی چیز تم ابزرو کرتے ہو، کچھ تم پڑھتے ہو، کچھ سنتے ہو۔ یہ سب چیزیں تمہارے لیے پوائنٹ آف ریفرنس بن جائیں۔</w:t>
      </w:r>
    </w:p>
    <w:p>
      <w:r>
        <w:rPr>
          <w:b/>
        </w:rPr>
        <w:t xml:space="preserve">[25:19] </w:t>
      </w:r>
      <w:r>
        <w:t>isi ko le kar tum Allah ko pukaro. jab pukaro ge to tum pao ge ke woh tumhari baat ka jawab dene ke liye maujood hai wahan.</w:t>
      </w:r>
    </w:p>
    <w:p>
      <w:pPr>
        <w:jc w:val="right"/>
      </w:pPr>
      <w:r>
        <w:t>اسی کو لے کر تم اللہ کو پکارو۔ جب پکارو گے تو تم پاؤ گے کہ وہ تمہاری بات کا جواب دینے کے لیے موجود ہے وہاں۔</w:t>
      </w:r>
    </w:p>
    <w:p>
      <w:r>
        <w:rPr>
          <w:b/>
        </w:rPr>
        <w:t xml:space="preserve">[25:30] </w:t>
      </w:r>
      <w:r>
        <w:t>yeh matlab hai is ka.</w:t>
      </w:r>
    </w:p>
    <w:p>
      <w:pPr>
        <w:jc w:val="right"/>
      </w:pPr>
      <w:r>
        <w:t>یہ مطلب ہے اس کا۔</w:t>
      </w:r>
    </w:p>
    <w:p>
      <w:r>
        <w:rPr>
          <w:b/>
        </w:rPr>
        <w:t xml:space="preserve">[25:33] </w:t>
      </w:r>
      <w:r>
        <w:t>aise hi dekhiye, Quran mein jannat ke bare mein yeh ayat aayi hai ke yadkhulul jannata wal rufa'a ke jannat mein, yani paradise mein,</w:t>
      </w:r>
    </w:p>
    <w:p>
      <w:pPr>
        <w:jc w:val="right"/>
      </w:pPr>
      <w:r>
        <w:t>ایسے ہی دیکھیے، قرآن میں جنت کے بارے میں یہ آیت آئی ہے کہیدخلوا الجنة والرفعاء کہ جنت میں، یعنی پارادائز میں،</w:t>
      </w:r>
    </w:p>
    <w:p>
      <w:r>
        <w:rPr>
          <w:b/>
        </w:rPr>
        <w:t xml:space="preserve">[25:50] </w:t>
      </w:r>
      <w:r>
        <w:t>un logon ko entry mile gi jin ko Allah ne pehchan kara di hai. yeh pehchan kya hai</w:t>
      </w:r>
    </w:p>
    <w:p>
      <w:pPr>
        <w:jc w:val="right"/>
      </w:pPr>
      <w:r>
        <w:t>ان لوگوں کو انٹری ملے گی جن کو اللہ نے پہچان کرا دی ہے۔ یہ پہچان کیا ہے</w:t>
      </w:r>
    </w:p>
    <w:p>
      <w:r>
        <w:rPr>
          <w:b/>
        </w:rPr>
        <w:t xml:space="preserve">[25:56] </w:t>
      </w:r>
      <w:r>
        <w:t>? yeh pehchan yeh hai ke is dunya ko Allah ne banaya hai, yani is tarah ke yahan jannat ki sari cheezen maujood hain, lekin bohat hi limited halat mein.</w:t>
      </w:r>
    </w:p>
    <w:p>
      <w:pPr>
        <w:jc w:val="right"/>
      </w:pPr>
      <w:r>
        <w:t>؟ یہ پہچان یہ ہے کہ اس دنیا کو اللہ نے بنایا ہے، یعنی اس طرح کہ یہاں جنت کی ساری چیزیں موجود ہیں، لیکن بہت ہی لمیٹڈ حالت میں۔</w:t>
      </w:r>
    </w:p>
    <w:p>
      <w:r>
        <w:rPr>
          <w:b/>
        </w:rPr>
        <w:t xml:space="preserve">[26:11] </w:t>
      </w:r>
      <w:r>
        <w:t>aap ke andar jo jo jitne bhi desire hain, jitne bhi senses hain, yani enjoy karne ka yeh jo senses hain aap ke andar, un sab ke liye dunya mein maujood hain cheezen.</w:t>
      </w:r>
    </w:p>
    <w:p>
      <w:pPr>
        <w:jc w:val="right"/>
      </w:pPr>
      <w:r>
        <w:t>آپ کے اندر جو جو جتنے بھی ڈیزائر ہیں، جتنے بھی سینسز ہیں، یعنی انجوائے کرنے کا یہ جو سینسز ہیں آپ کے اندر، ان سب کے لیے دنیا میں موجود ہیں چیزیں۔</w:t>
      </w:r>
    </w:p>
    <w:p>
      <w:r>
        <w:rPr>
          <w:b/>
        </w:rPr>
        <w:t xml:space="preserve">[26:27] </w:t>
      </w:r>
      <w:r>
        <w:t>lekin jab aap is is cheez ko pa lete hain to bohat jald aap discover karte hain ke bohat hi limited tor par main enjoy kar saka hoon.</w:t>
      </w:r>
    </w:p>
    <w:p>
      <w:pPr>
        <w:jc w:val="right"/>
      </w:pPr>
      <w:r>
        <w:t>لیکن جب آپ اس اس چیز کو پا لیتے ہیں تو بہت جلد آپ ڈسکور کرتے ہیں کہ بہت ہی لمیٹڈ طور پر میں انجوائے کر سکا ہوں۔</w:t>
      </w:r>
    </w:p>
    <w:p>
      <w:r>
        <w:rPr>
          <w:b/>
        </w:rPr>
        <w:t xml:space="preserve">[26:38] </w:t>
      </w:r>
      <w:r>
        <w:t>aap ke andar jo jo desire hain, aap ke andar jo personality hai, woh to unlimited joy chahti hai, unlimited happiness chahti hai, unlimited fulfillment chahti hai, unlimited.</w:t>
      </w:r>
    </w:p>
    <w:p>
      <w:pPr>
        <w:jc w:val="right"/>
      </w:pPr>
      <w:r>
        <w:t>آپ کے اندر جو جو ڈیزائر ہیں، آپ کے اندر جو پرسنیلٹی ہے، وہ تو ان لمیٹڈ جوائے چاہتی ہے، ان لمیٹڈ ہیپینس چاہتی ہے، ان لمیٹڈ فلفلمنٹ چاہتی ہے، ان لمیٹڈ۔</w:t>
      </w:r>
    </w:p>
    <w:p>
      <w:r>
        <w:rPr>
          <w:b/>
        </w:rPr>
        <w:t xml:space="preserve">[26:56] </w:t>
      </w:r>
      <w:r>
        <w:t>lekin jab aap bohat koshishen kar ke is cheez ko pa lete hain jo aap chahte the to maloom hota tha, maloom hota hai ke</w:t>
      </w:r>
    </w:p>
    <w:p>
      <w:pPr>
        <w:jc w:val="right"/>
      </w:pPr>
      <w:r>
        <w:t>لیکن جب آپ بہت کوششیں کر کے اس چیز کو پا لیتے ہیں جو آپ چاہتے تھے تو معلوم ہوتا تھا، معلوم ہوتا ہے کہ</w:t>
      </w:r>
    </w:p>
    <w:p>
      <w:r>
        <w:rPr>
          <w:b/>
        </w:rPr>
        <w:t xml:space="preserve">[27:04] </w:t>
      </w:r>
      <w:r>
        <w:t>yeh to bohat hi limited, yani joy is ke andar tha mere liye, unlimited nahi tha. yeh kya hai?</w:t>
      </w:r>
    </w:p>
    <w:p>
      <w:pPr>
        <w:jc w:val="right"/>
      </w:pPr>
      <w:r>
        <w:t>یہ تو بہت ہی لمیٹڈ، یعنی جوائے اس کے اندر تھا میرے لیے، ان لمیٹڈ نہیں تھا۔ یہ کیا ہے؟</w:t>
      </w:r>
    </w:p>
    <w:p>
      <w:r>
        <w:rPr>
          <w:b/>
        </w:rPr>
        <w:t xml:space="preserve">[27:11] </w:t>
      </w:r>
      <w:r>
        <w:t>yeh is baat ka, yani Khuda ne aap ko is tareeqe se yeh batana chaha hai ke aye bande, tu paradise ko discover kar apne tajrube ke zariye se ke jab tumhare andar unlimited tor par apne fulfillment ka jazba hai to tu is ka saman bhi hona chahiye.</w:t>
      </w:r>
    </w:p>
    <w:p>
      <w:pPr>
        <w:jc w:val="right"/>
      </w:pPr>
      <w:r>
        <w:t>یہ اس بات کا، یعنی خدا نے آپ کو اس طریقے سے یہ بتانا چاہا ہے کہ اے بندے، تو پارادائز کو ڈسکور کر اپنے تجربے کے ذریعے سے کہ جب تمہارے اندر ان لمیٹڈ طور پر اپنے فلفلمنٹ کا جذبہ ہے تو تو اس کا سامان بھی ہونا چاہیے۔</w:t>
      </w:r>
    </w:p>
    <w:p>
      <w:r>
        <w:rPr>
          <w:b/>
        </w:rPr>
        <w:t xml:space="preserve">[27:38] </w:t>
      </w:r>
      <w:r>
        <w:t>woh kahan hai? woh jahan mujhe unlimited tor par main enjoy kar sakun aur mujhe khushiyan mil saken.</w:t>
      </w:r>
    </w:p>
    <w:p>
      <w:pPr>
        <w:jc w:val="right"/>
      </w:pPr>
      <w:r>
        <w:t>وہ کہاں ہے؟ وہ جہاں مجھے ان لمیٹڈ طور پر میں انجوائے کر سکوں اور مجھے خوشیاں مل سکیں۔</w:t>
      </w:r>
    </w:p>
    <w:p>
      <w:r>
        <w:rPr>
          <w:b/>
        </w:rPr>
        <w:t xml:space="preserve">[27:48] </w:t>
      </w:r>
      <w:r>
        <w:t>to is waqt to daryaft karega ke woh woh dunya jo hai, ya jis ko main kehta hoon habitat, woh dunya paradise hai.</w:t>
      </w:r>
    </w:p>
    <w:p>
      <w:pPr>
        <w:jc w:val="right"/>
      </w:pPr>
      <w:r>
        <w:t>تو اس وقت تو دریافت کرے گا کہ وہ وہ دنیا جو ہے، یا جس کو میں کہتا ہوں ہیبیٹاٹ، وہ دنیا پارادائز ہے۔</w:t>
      </w:r>
    </w:p>
    <w:p>
      <w:r>
        <w:rPr>
          <w:b/>
        </w:rPr>
        <w:t xml:space="preserve">[28:00] </w:t>
      </w:r>
      <w:r>
        <w:t>is dunya mein sirf is ki pehchan hai aur haqiqatan woh maut ke baad hai.</w:t>
      </w:r>
    </w:p>
    <w:p>
      <w:pPr>
        <w:jc w:val="right"/>
      </w:pPr>
      <w:r>
        <w:t>اس دنیا میں صرف اس کی پہچان ہے اور حقیقتاً وہ موت کے بعد ہے۔</w:t>
      </w:r>
    </w:p>
    <w:p>
      <w:r>
        <w:rPr>
          <w:b/>
        </w:rPr>
        <w:t xml:space="preserve">[28:08] </w:t>
      </w:r>
      <w:r>
        <w:t>to is ayat ka matlab yeh hai. is ayat mein jo hai ke jannat mein entry un ko mile gi jin ko Khuda ne pehchan kara</w:t>
      </w:r>
    </w:p>
    <w:p>
      <w:pPr>
        <w:jc w:val="right"/>
      </w:pPr>
      <w:r>
        <w:t>تو اس آیت کا مطلب یہ ہے۔ اس آیت میں جو ہے کہ جنت میں انٹری ان کو ملے گی جن کو خدا نے پہچان کرا</w:t>
      </w:r>
    </w:p>
    <w:p>
      <w:r>
        <w:rPr>
          <w:b/>
        </w:rPr>
        <w:t xml:space="preserve">[28:15] </w:t>
      </w:r>
      <w:r>
        <w:t>di hai. dunya ki pehchan ka matlab yahi hai ke dunya mein rehte hue bar bar woh cheezen un ke liye point of reference banti rahen is baat ke liye ke woh Khuda ko pukaren ke Khuda dunya mein to mere liye sirf limited joy muqaddar kiya tha dunya, lekin mujhe diya hai to ne unlimited,</w:t>
      </w:r>
    </w:p>
    <w:p>
      <w:pPr>
        <w:jc w:val="right"/>
      </w:pPr>
      <w:r>
        <w:t>دی ہے۔ دنیا کی پہچان کا مطلب یہی ہے کہ دنیا میں رہتے ہوئے بار بار وہ چیزیں ان کے لیے پوائنٹ آف ریفرنس بنتی رہیں اس بات کے لیے کہ وہ خدا کو پکاریں کہ خدا دنیا میں تو میرے لیے صرف لمیٹڈ جوائے مقدر کیا تھا دنیا، لیکن مجھے دیا ہے تو نے ان لمیٹڈ،</w:t>
      </w:r>
    </w:p>
    <w:p>
      <w:r>
        <w:rPr>
          <w:b/>
        </w:rPr>
        <w:t xml:space="preserve">[28:37] </w:t>
      </w:r>
      <w:r>
        <w:t>yani spirit, un unlimited jazba,</w:t>
      </w:r>
    </w:p>
    <w:p>
      <w:pPr>
        <w:jc w:val="right"/>
      </w:pPr>
      <w:r>
        <w:t>یعنی اسپرٹ، ان ان لمیٹڈ جذبہ،</w:t>
      </w:r>
    </w:p>
    <w:p>
      <w:r>
        <w:rPr>
          <w:b/>
        </w:rPr>
        <w:t xml:space="preserve">[28:41] </w:t>
      </w:r>
      <w:r>
        <w:t>yani dunya mujhe paida kiya hai to ne unlimited, main unlimited mind ke sath cheezon ko main unlimited tor par chahta hoon hasil karna.</w:t>
      </w:r>
    </w:p>
    <w:p>
      <w:pPr>
        <w:jc w:val="right"/>
      </w:pPr>
      <w:r>
        <w:t>یعنی دنیا مجھے پیدا کیا ہے تو نے ان لمیٹڈ، میں ان لمیٹڈ مائنڈ کے ساتھ چیزوں کو میں ان لمیٹڈ طور پر چاہتا ہوں حاصل کرنا۔</w:t>
      </w:r>
    </w:p>
    <w:p>
      <w:r>
        <w:rPr>
          <w:b/>
        </w:rPr>
        <w:t xml:space="preserve">[28:59] </w:t>
      </w:r>
      <w:r>
        <w:t>lekin jo jo jo cheez mujhe available dunya mein hai, woh to sab limited hai, sab limited hai. To Khuda kahan hai? Woh</w:t>
      </w:r>
    </w:p>
    <w:p>
      <w:pPr>
        <w:jc w:val="right"/>
      </w:pPr>
      <w:r>
        <w:t>لیکن جو جو جو چیز مجھے اویلیبل دنیا میں ہے، وہ تو سب لمیٹڈ ہے، سب لمیٹڈ ہے۔ تو خدا کہاں ہے؟ وہ</w:t>
      </w:r>
    </w:p>
    <w:p>
      <w:r>
        <w:rPr>
          <w:b/>
        </w:rPr>
        <w:t xml:space="preserve">[29:07] </w:t>
      </w:r>
      <w:r>
        <w:t>to woh woh aap ko Quran aap jab parhte hain to maloom hota hai ke woh to woh to jannat mein hai. To phir is yeh cheez aap ke liye point of reference ban jati hai.</w:t>
      </w:r>
    </w:p>
    <w:p>
      <w:pPr>
        <w:jc w:val="right"/>
      </w:pPr>
      <w:r>
        <w:t>تو وہ وہ آپ کو قرآن آپ جب پڑھتے ہیں تو معلوم ہوتا ہے کہ وہ تو وہ تو جنت میں ہے۔ تو پھر اس یہ چیز آپ کے لیے پوائنٹ آف ریفرنس بن جاتی ہے۔</w:t>
      </w:r>
    </w:p>
    <w:p>
      <w:r>
        <w:rPr>
          <w:b/>
        </w:rPr>
        <w:t xml:space="preserve">[29:19] </w:t>
      </w:r>
      <w:r>
        <w:t>dunya mein limited experience aap ke liye point of reference ban jata hai ke aap unlimited paradise ko ke liye pukarein Allah ko ke mujhe is mein seat de de.</w:t>
      </w:r>
    </w:p>
    <w:p>
      <w:pPr>
        <w:jc w:val="right"/>
      </w:pPr>
      <w:r>
        <w:t>دنیا میں لمیٹڈ ایکسپیرینس آپ کے لیے پوائنٹ آف ریفرنس بن جاتا ہے کہ آپ ان لمیٹڈ پارادائز کو کے لیے پکاریں اللہ کو کہ مجھے اس میں سیٹ دے دے۔</w:t>
      </w:r>
    </w:p>
    <w:p>
      <w:r>
        <w:rPr>
          <w:b/>
        </w:rPr>
        <w:t xml:space="preserve">[29:34] </w:t>
      </w:r>
      <w:r>
        <w:t>yeh is tarah ki zindagi jo jab guzarenge aap, tab aap apne aap ko recharge kar rahe hain rozana, aur phir aap ke andar woh personality ban rahi hai, woh personality ban rahi hai jo matloob hai.</w:t>
      </w:r>
    </w:p>
    <w:p>
      <w:pPr>
        <w:jc w:val="right"/>
      </w:pPr>
      <w:r>
        <w:t>یہ اس طرح کی زندگی جو جب گزاریں گے آپ، تب آپ اپنے آپ کو ریچارج کر رہے ہیں روزانہ، اور پھر آپ کے اندر وہ پرسنیلٹی بن رہی ہے، وہ پرسنیلٹی بن رہی ہے جو مطلوب ہے۔</w:t>
      </w:r>
    </w:p>
    <w:p>
      <w:r>
        <w:rPr>
          <w:b/>
        </w:rPr>
        <w:t xml:space="preserve">[29:48] </w:t>
      </w:r>
      <w:r>
        <w:t>is liye isi ko maine kaha tha ke social philosophers ko yeh maloom hi nahi ke un ke paas koi aisi ideology nahi hai jo insan ke andar aisa koi translation, transformation laye, un ke andar koi change laye.</w:t>
      </w:r>
    </w:p>
    <w:p>
      <w:pPr>
        <w:jc w:val="right"/>
      </w:pPr>
      <w:r>
        <w:t>اس لیے اسی کو میں نے کہا تھا کہ سوشل فلاسفرز کو یہ معلوم ہی نہیں کہ ان کے پاس کوئی ایسی آئیڈیالوجی نہیں ہے جو انسان کے اندر ایسا کوئی ٹرانسلیشن، ٹرانسفارمیشن لائے، ان کے اندر کوئی چینج لائے۔</w:t>
      </w:r>
    </w:p>
    <w:p>
      <w:r>
        <w:rPr>
          <w:b/>
        </w:rPr>
        <w:t xml:space="preserve">[30:00] </w:t>
      </w:r>
      <w:r>
        <w:t>is is mani mein total change</w:t>
      </w:r>
    </w:p>
    <w:p>
      <w:pPr>
        <w:jc w:val="right"/>
      </w:pPr>
      <w:r>
        <w:t>اس اس معنی میں ٹوٹل چینج</w:t>
      </w:r>
    </w:p>
    <w:p>
      <w:r>
        <w:rPr>
          <w:b/>
        </w:rPr>
        <w:t xml:space="preserve">[30:03] </w:t>
      </w:r>
      <w:r>
        <w:t>tu woh yani external system ko tod paate hain aur insan ko badal nahi paate.</w:t>
      </w:r>
    </w:p>
    <w:p>
      <w:pPr>
        <w:jc w:val="right"/>
      </w:pPr>
      <w:r>
        <w:t>تو وہ یعنی ایکسٹرنل سسٹم کو توڑ پاتے ہیں اور انسان کو بدل نہیں پاتے۔</w:t>
      </w:r>
    </w:p>
    <w:p>
      <w:r>
        <w:rPr>
          <w:b/>
        </w:rPr>
        <w:t xml:space="preserve">[30:11] </w:t>
      </w:r>
      <w:r>
        <w:t>tu insan ko badalne ke liye zaroori hai aisi strong ideology,</w:t>
      </w:r>
    </w:p>
    <w:p>
      <w:pPr>
        <w:jc w:val="right"/>
      </w:pPr>
      <w:r>
        <w:t>تو انسان کو بدلنے کے لیے ضروری ہے ایسی سٹرانگ آئیڈیالوجی،</w:t>
      </w:r>
    </w:p>
    <w:p>
      <w:r>
        <w:rPr>
          <w:b/>
        </w:rPr>
        <w:t xml:space="preserve">[30:16] </w:t>
      </w:r>
      <w:r>
        <w:t>lekin aisi strong ideology sirf wohi ho sakti hai jo akhirat</w:t>
      </w:r>
    </w:p>
    <w:p>
      <w:pPr>
        <w:jc w:val="right"/>
      </w:pPr>
      <w:r>
        <w:t>لیکن ایسی سٹرانگ آئیڈیالوجی صرف وہی ہو سکتی ہے جو آخرت</w:t>
      </w:r>
    </w:p>
    <w:p>
      <w:r>
        <w:rPr>
          <w:b/>
        </w:rPr>
        <w:t xml:space="preserve">[30:21] </w:t>
      </w:r>
      <w:r>
        <w:t>par base karti ho, jo jannat par base karti ho, jis mein jis mein central idea</w:t>
      </w:r>
    </w:p>
    <w:p>
      <w:pPr>
        <w:jc w:val="right"/>
      </w:pPr>
      <w:r>
        <w:t>پر بیس کرتی ہو، جو جنت پر بیس کرتی ہو، جس میں جس کے جس میں سینٹرل آئیڈیا</w:t>
      </w:r>
    </w:p>
    <w:p>
      <w:r>
        <w:rPr>
          <w:b/>
        </w:rPr>
        <w:t xml:space="preserve">[30:27] </w:t>
      </w:r>
      <w:r>
        <w:t>Khuda ko hasil ho, jis mein Khuda jo hai uski buniyad par sari cheezein ho rahi hain.</w:t>
      </w:r>
    </w:p>
    <w:p>
      <w:pPr>
        <w:jc w:val="right"/>
      </w:pPr>
      <w:r>
        <w:t>خدا کو حاصل ہو، جس میں خدا جو ہے اس کی بنیاد پر ساری چیزیں ہو رہی ہوں۔</w:t>
      </w:r>
    </w:p>
    <w:p>
      <w:r>
        <w:rPr>
          <w:b/>
        </w:rPr>
        <w:t xml:space="preserve">[30:34] </w:t>
      </w:r>
      <w:r>
        <w:t>yeh hai strong ideology.</w:t>
      </w:r>
    </w:p>
    <w:p>
      <w:pPr>
        <w:jc w:val="right"/>
      </w:pPr>
      <w:r>
        <w:t>یہ ہے سٹرانگ آئیڈیالوجی۔</w:t>
      </w:r>
    </w:p>
    <w:p>
      <w:r>
        <w:rPr>
          <w:b/>
        </w:rPr>
        <w:t xml:space="preserve">[30:37] </w:t>
      </w:r>
      <w:r>
        <w:t>to strong ideology jab tak nahi hogi aap ki, aap ke andar woh personality develop nahi karegi jis ke andar positive thinking ho, jis ke andar compassion ho, jis ke andar honesty ho, jis ke andar discipline ho, jis ke andar farnasi ho.</w:t>
      </w:r>
    </w:p>
    <w:p>
      <w:pPr>
        <w:jc w:val="right"/>
      </w:pPr>
      <w:r>
        <w:t>تو سٹرانگ آئیڈیالوجی جب تک نہیں ہوگی آپ کی، آپ کے اندر وہ پرسنیلٹی ڈیولپ نہیں کرے گی جس کے اندر پازیٹیو تھنکنگ ہو، جس کے اندر کمپیشن ہو، جس کے اندر ہونسٹری ہو، جس کے اندر ڈسپلن ہو، جس کے اندر فرسٹ سناسی ہو۔</w:t>
      </w:r>
    </w:p>
    <w:p>
      <w:r>
        <w:rPr>
          <w:b/>
        </w:rPr>
        <w:t xml:space="preserve">[30:54] </w:t>
      </w:r>
      <w:r>
        <w:t>yeh sab cheezein is track, it requires any strong ideology,</w:t>
      </w:r>
    </w:p>
    <w:p>
      <w:pPr>
        <w:jc w:val="right"/>
      </w:pPr>
      <w:r>
        <w:t>یہ سب چیزیں اس ٹریک، اٹ ریکوائرڈس اس اینی سٹرانگ آئیڈیالوجی،</w:t>
      </w:r>
    </w:p>
    <w:p>
      <w:r>
        <w:rPr>
          <w:b/>
        </w:rPr>
        <w:t xml:space="preserve">[31:03] </w:t>
      </w:r>
      <w:r>
        <w:t>aur woh un ke paas hai nahi. To woh woh is mein sare philosophers, jitne social philosophers hain, un ka jo sab se bara problem yeh hai ke aap kaise insan ko badlein?</w:t>
      </w:r>
    </w:p>
    <w:p>
      <w:pPr>
        <w:jc w:val="right"/>
      </w:pPr>
      <w:r>
        <w:t>اور وہ ان کے پاس ہے نہیں۔ تو وہ وہ اس میں سارے فلاسفر، جتنے سوشل فلاسفرز ہیں، ان کا جو سب سے بڑا پرابلم یہ ہے کہ آپ کیسے انسان کو بدلیں؟</w:t>
      </w:r>
    </w:p>
    <w:p>
      <w:r>
        <w:rPr>
          <w:b/>
        </w:rPr>
        <w:t xml:space="preserve">[31:12] </w:t>
      </w:r>
      <w:r>
        <w:t>To badlo kaise? Tumhare paas aisi ideology nahi hai jo insan ko badalne wali ho. To cheez yeh hai ke aap ko aisi ideology chahiye jo aap ke aap ke apne ko address kare, apne ko address kare.</w:t>
      </w:r>
    </w:p>
    <w:p>
      <w:pPr>
        <w:jc w:val="right"/>
      </w:pPr>
      <w:r>
        <w:t>تو بدلو کیسے؟ تمہارے پاس ایسی آئیڈیالوجی نہیں ہے جو انسان کو بدلنے والی ہو۔ تو چیز یہ ہے کہ آپ کو ایسی آئیڈیالوجی چاہیے جو آپ کے آپ کے اپنے کو ایڈریس کرے، اپنے کو ایڈریس کرے۔</w:t>
      </w:r>
    </w:p>
    <w:p>
      <w:r>
        <w:rPr>
          <w:b/>
        </w:rPr>
        <w:t xml:space="preserve">[31:25] </w:t>
      </w:r>
      <w:r>
        <w:t>Aap ke paas jo ideology hai, woh sirf bahar ko target karne ke liye hai.</w:t>
      </w:r>
    </w:p>
    <w:p>
      <w:pPr>
        <w:jc w:val="right"/>
      </w:pPr>
      <w:r>
        <w:t>آپ کے پاس جو آئیڈیالوجی ہے، وہ صرف باہر کو ٹارگٹ کرنے کے لیے ہے۔</w:t>
      </w:r>
    </w:p>
    <w:p>
      <w:r>
        <w:rPr>
          <w:b/>
        </w:rPr>
        <w:t xml:space="preserve">[31:30] </w:t>
      </w:r>
      <w:r>
        <w:t>Bahar jo injustice hai, bahar jo zulm hai, us ko is is ke khilaf aap taqreerein karte hain. To main samajhta hoon ke yeh jo jar ki baat hai,</w:t>
      </w:r>
    </w:p>
    <w:p>
      <w:pPr>
        <w:jc w:val="right"/>
      </w:pPr>
      <w:r>
        <w:t>باہر جو انجسٹس ہے، باہر جو ظلم ہے، اس کو اس اس کے خلاف آپ تقریریں کرتے ہیں۔ تو میں سمجھتا ہوں کہ یہ جو جڑ کی بات ہے،</w:t>
      </w:r>
    </w:p>
    <w:p>
      <w:r>
        <w:rPr>
          <w:b/>
        </w:rPr>
        <w:t xml:space="preserve">[31:45] </w:t>
      </w:r>
      <w:r>
        <w:t>woh yeh hai ke aap is baat ko janiye ke is dunya mein aap aap ke liye jo aap ka aap ka jo karna hai, woh yeh hai ke aap apni apni personality ko is tarah develop kar sakein,</w:t>
      </w:r>
    </w:p>
    <w:p>
      <w:pPr>
        <w:jc w:val="right"/>
      </w:pPr>
      <w:r>
        <w:t>وہ یہ ہے کہ آپ اس بات کو جانیں کہ اس دنیا میں آپ آپ کے لیے جو آپ کا آپ کا جو کرنا ہے، وہ یہ ہے کہ آپ اپنی اپنی پرسنیلٹی کو اس طرح ڈیولپ کر سکیں،</w:t>
      </w:r>
    </w:p>
    <w:p>
      <w:r>
        <w:rPr>
          <w:b/>
        </w:rPr>
        <w:t xml:space="preserve">[32:01] </w:t>
      </w:r>
      <w:r>
        <w:t>apne aap ko is tarah se prepare kar sakein ke aap ke andar woh shakhsiyat bane jo shakhsiyat deserve kare paradise mein dakhle ke liye.</w:t>
      </w:r>
    </w:p>
    <w:p>
      <w:pPr>
        <w:jc w:val="right"/>
      </w:pPr>
      <w:r>
        <w:t>اپنے آپ کو اس طرح سے پریپیئر کر سکیں کہ آپ کے اندر وہ شخصیت بنے جو شخصیت ڈیزرو کرے پارادائز میں داخلے کے لیے۔</w:t>
      </w:r>
    </w:p>
    <w:p>
      <w:r>
        <w:rPr>
          <w:b/>
        </w:rPr>
        <w:t xml:space="preserve">[32:13] </w:t>
      </w:r>
      <w:r>
        <w:t>Aur yeh hota hai is tarike se ke aap rozana apne apne aap ko charge kar sakein.</w:t>
      </w:r>
    </w:p>
    <w:p>
      <w:pPr>
        <w:jc w:val="right"/>
      </w:pPr>
      <w:r>
        <w:t>اور یہ ہوتا ہے اس طریقے سے کہ آپ روزانہ اپنے اپنے آپ کو چارج کر سکیں۔</w:t>
      </w:r>
    </w:p>
    <w:p>
      <w:r>
        <w:rPr>
          <w:b/>
        </w:rPr>
        <w:t xml:space="preserve">[32:20] </w:t>
      </w:r>
      <w:r>
        <w:t>Rozana aap jo aas paas ke aap ke waqiyat guzarte hain, un se aap ka mind trigger ho, phir aap apne ko charge karein, phir aap ko divine food milta rahe,</w:t>
      </w:r>
    </w:p>
    <w:p>
      <w:pPr>
        <w:jc w:val="right"/>
      </w:pPr>
      <w:r>
        <w:t>روزانہ آپ جو اس پاس کے آپ کے واقعات گزرتے ہیں، ان سے آپ کا مائنڈ ٹریگر ہو، پھر آپ اپنے کو چارج کریں، پھر آپ کو ڈیوائن فوڈ ملتا رہے،</w:t>
      </w:r>
    </w:p>
    <w:p>
      <w:r>
        <w:rPr>
          <w:b/>
        </w:rPr>
        <w:t xml:space="preserve">[32:34] </w:t>
      </w:r>
      <w:r>
        <w:t>phir aap apni deconditioning, deconditioning karte rahein, apna apna aap ko prepare karte rahein.</w:t>
      </w:r>
    </w:p>
    <w:p>
      <w:pPr>
        <w:jc w:val="right"/>
      </w:pPr>
      <w:r>
        <w:t>پھر آپ اپنی ڈی کنڈیشننگ، ڈی کنڈیشننگ کرتے رہیں، اپنا اپنا آپ کو پریپیئر کرتے رہیں۔</w:t>
      </w:r>
    </w:p>
    <w:p>
      <w:r>
        <w:rPr>
          <w:b/>
        </w:rPr>
        <w:t xml:space="preserve">[32:43] </w:t>
      </w:r>
      <w:r>
        <w:t>Yeh sab ek process hai jo jo rozana chalta hai.</w:t>
      </w:r>
    </w:p>
    <w:p>
      <w:pPr>
        <w:jc w:val="right"/>
      </w:pPr>
      <w:r>
        <w:t>یہ سب ایک پروسیس ہے جو جو روزانہ چلتا ہے۔</w:t>
      </w:r>
    </w:p>
    <w:p>
      <w:r>
        <w:rPr>
          <w:b/>
        </w:rPr>
        <w:t xml:space="preserve">[32:50] </w:t>
      </w:r>
      <w:r>
        <w:t>Yeh process jab aap ke andar chal raha ho, tab yeh mumkin hai ke aap aap ke andar woh personality bane, warna woh personality ban nahi sakti.</w:t>
      </w:r>
    </w:p>
    <w:p>
      <w:pPr>
        <w:jc w:val="right"/>
      </w:pPr>
      <w:r>
        <w:t>یہ پروسیس جب آپ کے اندر چل رہا ہو، تب یہ ممکن ہے کہ آپ آپ کے اندر وہ پرسنیلٹی بنے، ورنہ وہ پرسنیلٹی بن نہیں سکتی۔</w:t>
      </w:r>
    </w:p>
    <w:p>
      <w:r>
        <w:rPr>
          <w:b/>
        </w:rPr>
        <w:t xml:space="preserve">[33:03] </w:t>
      </w:r>
      <w:r>
        <w:t>To yeh yeh yeh yeh sirf secular world ki baat nahi, balke Muslim world ki baat bhi hai ke jitne bhi, yani jitne bhi barhe movement uthi hain, woh sab ke sab kisi na kisi bahar ke target ko le kar thi, kisi na kisi external target par le kar uthi hain</w:t>
      </w:r>
    </w:p>
    <w:p>
      <w:pPr>
        <w:jc w:val="right"/>
      </w:pPr>
      <w:r>
        <w:t>تو یہ یہ یہ یہ صرف سیکولر ورلڈ کی بات نہیں، بلکہ مسلم ورلڈ کی بات بھی ہے کہ جتنے بھی، یعنی جتنے بھی بڑے موومنٹ اٹھی ہیں، وہ سب کے سب کسی نہ کسی باہر کے ٹارگٹ کو لے کر تھی، کسی نہ کسی ایکسٹرنل ٹارگٹ پر لے کر اٹھی ہیں</w:t>
      </w:r>
    </w:p>
    <w:p>
      <w:r>
        <w:rPr>
          <w:b/>
        </w:rPr>
        <w:t xml:space="preserve">[33:26] </w:t>
      </w:r>
      <w:r>
        <w:t>ke bahar ko unhone point out kiya ke bahar zulm ho raha hai, injustice ho raha hai, bahar yeh evil hai, woh evil hai. Is ko le kar logon ko unhone ubhara aur ek bheed ikattha ki.</w:t>
      </w:r>
    </w:p>
    <w:p>
      <w:pPr>
        <w:jc w:val="right"/>
      </w:pPr>
      <w:r>
        <w:t>کہ باہر کو انہوں نے پوائنٹ آؤٹ کیا کہ باہر ظلم ہو رہا ہے، انجسٹس ہو رہا ہے، باہر یہ ویل ہے، وہ ایول ہے۔ اس کو لے کر لوگوں کو انہوں نے ابھارا اور ایک بھیڑ اکٹھا کی۔</w:t>
      </w:r>
    </w:p>
    <w:p>
      <w:r>
        <w:rPr>
          <w:b/>
        </w:rPr>
        <w:t xml:space="preserve">[33:38] </w:t>
      </w:r>
      <w:r>
        <w:t>To bheed ikattha kar ke ek ek yeh ek change bazahir aaya, lekin woh change aaya system mein, na ke afraad mein, na ke.</w:t>
      </w:r>
    </w:p>
    <w:p>
      <w:pPr>
        <w:jc w:val="right"/>
      </w:pPr>
      <w:r>
        <w:t>تو بھیڑ اکٹھا کر کے ایک ایک یہ ایک چینج بظاہر آیا، لیکن وہ چینج آیا سسٹم میں، نہ کہ افراد میں، نہ کہ۔</w:t>
      </w:r>
    </w:p>
    <w:p>
      <w:r>
        <w:rPr>
          <w:b/>
        </w:rPr>
        <w:t xml:space="preserve">[33:50] </w:t>
      </w:r>
      <w:r>
        <w:t>To ek naya group jo jo is ko is system ko control karne wala tha, woh waise hi waise hi tha jaisa ke jaisa jaisa ke pehle wale log the.</w:t>
      </w:r>
    </w:p>
    <w:p>
      <w:pPr>
        <w:jc w:val="right"/>
      </w:pPr>
      <w:r>
        <w:t>تو ایک نیا گروپ جو جو اس کو اس سسٹم کو کنٹرول کرنے والا تھا، وہ ویسے ہی ویسے ہی تھا جیسا کہ جیسا جیسا کہ پہلے والے لوگ تھے۔</w:t>
      </w:r>
    </w:p>
    <w:p>
      <w:r>
        <w:rPr>
          <w:b/>
        </w:rPr>
        <w:t xml:space="preserve">[34:03] </w:t>
      </w:r>
      <w:r>
        <w:t>to hamara jo mission hai, hamara mission individual based hai. hum in in individual ko target karte hain, system ko nahin.</w:t>
      </w:r>
    </w:p>
    <w:p>
      <w:pPr>
        <w:jc w:val="right"/>
      </w:pPr>
      <w:r>
        <w:t>تو ہمارا جو مشن ہے، ہمارا مشن انڈیویجول بیسڈ ہے۔ ہم ان ان انڈیویجول کو ٹارگٹ کرتے ہیں، سسٹم کو نہیں۔</w:t>
      </w:r>
    </w:p>
    <w:p>
      <w:r>
        <w:rPr>
          <w:b/>
        </w:rPr>
        <w:t xml:space="preserve">[34:16] </w:t>
      </w:r>
      <w:r>
        <w:t>hamara hamara jo target hai, woh system nahin hai, individual hai. to yeh basic difference hai hamare mission mein aur doosre ke mission mein.</w:t>
      </w:r>
    </w:p>
    <w:p>
      <w:pPr>
        <w:jc w:val="right"/>
      </w:pPr>
      <w:r>
        <w:t>ہمارا ہمارا جو ٹارگٹ ہے، وہ سسٹم نہیں ہے، انڈیویجول ہے۔ تو یہ بیسک ڈیفرنس ہے ہمارے مشن میں اور دوسرے کے مشن میں۔</w:t>
      </w:r>
    </w:p>
    <w:p>
      <w:r>
        <w:rPr>
          <w:b/>
        </w:rPr>
        <w:t xml:space="preserve">[34:30] </w:t>
      </w:r>
      <w:r>
        <w:t>is zamane mein aap jante hain ke yeh tehrikon ka zamana hai. yeh zamana tehrikon ka zamana hai, yani secular world mein bhi, muslim world mein bhi.</w:t>
      </w:r>
    </w:p>
    <w:p>
      <w:pPr>
        <w:jc w:val="right"/>
      </w:pPr>
      <w:r>
        <w:t>اس زمانے میں آپ جانتے ہیں کہ یہ تحریکوں کا زمانہ ہے۔ یہ زمانہ تحریکوں کا زمانہ ہے، یعنی سیکولر ورلڈ میں بھی، مسلم ورلڈ میں بھی۔</w:t>
      </w:r>
    </w:p>
    <w:p>
      <w:r>
        <w:rPr>
          <w:b/>
        </w:rPr>
        <w:t xml:space="preserve">[34:42] </w:t>
      </w:r>
      <w:r>
        <w:t>lekin jitni bhi tehrikein uthi hain, jitni movement uthi hain, woh sab system bech dein. muslim countries mein bohat bari bari tehrikein uthai gayin, woh sab system bech dein.</w:t>
      </w:r>
    </w:p>
    <w:p>
      <w:pPr>
        <w:jc w:val="right"/>
      </w:pPr>
      <w:r>
        <w:t>لیکن جتنی بھی تحریکیں اٹھی ہیں، جتنی موومنٹ اٹھی ہیں، وہ سب سسٹم بیچ دیں۔ مسلم کنٹریز میں بہت بڑی بڑی تحریکیں اٹھائی گئیں، وہ سب سسٹم بیچ دیں۔</w:t>
      </w:r>
    </w:p>
    <w:p>
      <w:r>
        <w:rPr>
          <w:b/>
        </w:rPr>
        <w:t xml:space="preserve">[34:54] </w:t>
      </w:r>
      <w:r>
        <w:t>secular world mein bari bari tehrikein uthai gayin, woh sab system bech dein.</w:t>
      </w:r>
    </w:p>
    <w:p>
      <w:pPr>
        <w:jc w:val="right"/>
      </w:pPr>
      <w:r>
        <w:t>سیکولر ورلڈ میں بڑی بڑی تحریکیں اٹھائی گئیں، وہ سب سسٹم بیچ دیں۔</w:t>
      </w:r>
    </w:p>
    <w:p>
      <w:r>
        <w:rPr>
          <w:b/>
        </w:rPr>
        <w:t xml:space="preserve">[34:59] </w:t>
      </w:r>
      <w:r>
        <w:t>to</w:t>
      </w:r>
    </w:p>
    <w:p>
      <w:pPr>
        <w:jc w:val="right"/>
      </w:pPr>
      <w:r>
        <w:t>تو</w:t>
      </w:r>
    </w:p>
    <w:p>
      <w:r>
        <w:rPr>
          <w:b/>
        </w:rPr>
        <w:t xml:space="preserve">[35:03] </w:t>
      </w:r>
      <w:r>
        <w:t>system ko log tod paate hain, lekin is is ke baad jo</w:t>
      </w:r>
    </w:p>
    <w:p>
      <w:pPr>
        <w:jc w:val="right"/>
      </w:pPr>
      <w:r>
        <w:t>سسٹم کو لوگ توڑ پاتے ہیں، لیکن اس اس کے بعد جو</w:t>
      </w:r>
    </w:p>
    <w:p>
      <w:r>
        <w:rPr>
          <w:b/>
        </w:rPr>
        <w:t xml:space="preserve">[35:10] </w:t>
      </w:r>
      <w:r>
        <w:t>naya system chalane ke liye afraad chahiye, woh un ke paas maujood nahin hote. phir wahin ka wahi mamla rehta hai.</w:t>
      </w:r>
    </w:p>
    <w:p>
      <w:pPr>
        <w:jc w:val="right"/>
      </w:pPr>
      <w:r>
        <w:t>نیا سسٹم چلانے کے لیے افراد چاہیے، وہ ان کے پاس موجود نہیں ہوتے۔ پھر وہیں کا وہی معاملہ رہتا ہے۔</w:t>
      </w:r>
    </w:p>
    <w:p>
      <w:r>
        <w:rPr>
          <w:b/>
        </w:rPr>
        <w:t xml:space="preserve">[35:16] </w:t>
      </w:r>
      <w:r>
        <w:t>mujhe ek qissa yaad aata hai Pakistan ka. Pakistan mein aap jante hain ke is ka naam hai Islami Jamhuriya.</w:t>
      </w:r>
    </w:p>
    <w:p>
      <w:pPr>
        <w:jc w:val="right"/>
      </w:pPr>
      <w:r>
        <w:t>مجھے ایک قصہ یاد آتا ہے پاکستان کا۔ پاکستان میں آپ جانتے ہیں کہ اس کا نام ہے اسلامی جمہوریہ۔</w:t>
      </w:r>
    </w:p>
    <w:p>
      <w:r>
        <w:rPr>
          <w:b/>
        </w:rPr>
        <w:t xml:space="preserve">[35:28] </w:t>
      </w:r>
      <w:r>
        <w:t>wahan Islami tehrikein bohat si uthin. to Zia-ul-Haq sahib ne koh kar ke woh wahan par president ban gaye.</w:t>
      </w:r>
    </w:p>
    <w:p>
      <w:pPr>
        <w:jc w:val="right"/>
      </w:pPr>
      <w:r>
        <w:t>وہاں اسلامی تحریکیں بہت سی اٹھیں۔ تو ضیاء الحق صاحب نے کوہ کر کے وہ وہاں پر پریزیڈنٹ بن گئے۔</w:t>
      </w:r>
    </w:p>
    <w:p>
      <w:r>
        <w:rPr>
          <w:b/>
        </w:rPr>
        <w:t xml:space="preserve">[35:39] </w:t>
      </w:r>
      <w:r>
        <w:t>unhon ne un ka unhon ne yeh yeh ailaan kiya tha ke hum Pakistan mein Islami nizam layenge. to kuch jab hua nahin to ulama un se mile.</w:t>
      </w:r>
    </w:p>
    <w:p>
      <w:pPr>
        <w:jc w:val="right"/>
      </w:pPr>
      <w:r>
        <w:t>انہوں نے ان کا انہوں نے یہ یہ اعلان کیا تھا کہ ہم پاکستان میں اسلامی نظام لائیں گے۔ تو کچھ جب ہوا نہیں تو علماء ان سے ملے۔</w:t>
      </w:r>
    </w:p>
    <w:p>
      <w:r>
        <w:rPr>
          <w:b/>
        </w:rPr>
        <w:t xml:space="preserve">[35:50] </w:t>
      </w:r>
      <w:r>
        <w:t>ulama ne kaha ke aap ne kaha tha ke aap Islami nizam layenge, to aap abhi tak laye nahin. aap to unhon ne ulama se kaha ke mujh ko aap 200, 200 aisa aadmi de dijiye</w:t>
      </w:r>
    </w:p>
    <w:p>
      <w:pPr>
        <w:jc w:val="right"/>
      </w:pPr>
      <w:r>
        <w:t>علماء نے کہا کہ آپ نے کہا تھا کہ آپ اسلامی نظام لائیں گے، تو آپ ابھی تک لائے نہیں۔ آپ تو انہوں نے علماء سے کہا کہ مجھ کو آپ 200، 200 ایسا آدمی دے دیجئے</w:t>
      </w:r>
    </w:p>
    <w:p>
      <w:r>
        <w:rPr>
          <w:b/>
        </w:rPr>
        <w:t xml:space="preserve">[36:03] </w:t>
      </w:r>
      <w:r>
        <w:t>jo purchasable na hon, jo non-purchasable hon, jin ko kharida na ja sake. tab aap bhi Islami nizam qaim kar deta hoon.</w:t>
      </w:r>
    </w:p>
    <w:p>
      <w:pPr>
        <w:jc w:val="right"/>
      </w:pPr>
      <w:r>
        <w:t>جو پرچیز ایبل نہ ہوں، جو نان پرچیز ایبل ہوں، جن کو خریدا نہ جا سکے۔ تب آپ بھی اسلامی نظام قائم کر دیتا ہوں۔</w:t>
      </w:r>
    </w:p>
    <w:p>
      <w:r>
        <w:rPr>
          <w:b/>
        </w:rPr>
        <w:t xml:space="preserve">[36:14] </w:t>
      </w:r>
      <w:r>
        <w:t>to ulama ne kaha ke hum aise afraad kahan se layein? yeh wahi ulama the jo is se pehle bari bari tehrikein chala rahe the Islam ke naam par.</w:t>
      </w:r>
    </w:p>
    <w:p>
      <w:pPr>
        <w:jc w:val="right"/>
      </w:pPr>
      <w:r>
        <w:t>تو علماء نے کہا کہ ہم ایسے افراد کہاں سے لائیں؟ یہ وہی علماء تھے جو اس سے پہلے بڑی بڑی تحریکیں چلا رہے تھے اسلام کے نام پر۔</w:t>
      </w:r>
    </w:p>
    <w:p>
      <w:r>
        <w:rPr>
          <w:b/>
        </w:rPr>
        <w:t xml:space="preserve">[36:28] </w:t>
      </w:r>
      <w:r>
        <w:t>to kaha tehrikein chalane wale ke paas bhi afraad nahin hain.</w:t>
      </w:r>
    </w:p>
    <w:p>
      <w:pPr>
        <w:jc w:val="right"/>
      </w:pPr>
      <w:r>
        <w:t>تو کہا تحریکیں چلانے والے کے پاس بھی افراد نہیں ہیں۔</w:t>
      </w:r>
    </w:p>
    <w:p>
      <w:r>
        <w:rPr>
          <w:b/>
        </w:rPr>
        <w:t xml:space="preserve">[36:33] </w:t>
      </w:r>
      <w:r>
        <w:t>to natija hai ke wahin ki wahin baat rahi jahan pli thi, jo baat jahan yani society ki jo halat thi pehle, wahi ab bhi baqi rahi.</w:t>
      </w:r>
    </w:p>
    <w:p>
      <w:pPr>
        <w:jc w:val="right"/>
      </w:pPr>
      <w:r>
        <w:t>تو نتیجہ ہے کہ وہیں کی وہیں بات رہی جہاں پلی تھی، جو بات جہاں یعنی سوسائٹی کی جو حالت تھی پہلے، وہی اب بھی باقی رہی۔</w:t>
      </w:r>
    </w:p>
    <w:p>
      <w:r>
        <w:rPr>
          <w:b/>
        </w:rPr>
        <w:t xml:space="preserve">[36:48] </w:t>
      </w:r>
      <w:r>
        <w:t>to hamara mission jo hai, woh individual based hai.</w:t>
      </w:r>
    </w:p>
    <w:p>
      <w:pPr>
        <w:jc w:val="right"/>
      </w:pPr>
      <w:r>
        <w:t>تو ہمارا مشن جو ہے، وہ انڈیویجول بیسڈ ہے۔</w:t>
      </w:r>
    </w:p>
    <w:p>
      <w:r>
        <w:rPr>
          <w:b/>
        </w:rPr>
        <w:t xml:space="preserve">[36:51] </w:t>
      </w:r>
      <w:r>
        <w:t>hum ek ek فرد ke mind ko address karte hain aur ek ek ek ek insan ke andar woh woh character lane ki koshish karte hain, woh thinking lane ki koshish karte hain jo matloob hai.</w:t>
      </w:r>
    </w:p>
    <w:p>
      <w:pPr>
        <w:jc w:val="right"/>
      </w:pPr>
      <w:r>
        <w:t>ہم ایک ایک فرد کے مائنڈ کو ایڈریس کرتے ہیں اور ایک ایک ایک ایک انسان کے اندر وہ وہ کریکٹر لانے کی کوشش کرتے ہیں، وہ تھنکنگ لانے کی کوشش کرتے ہیں جو مطلوب ہے۔</w:t>
      </w:r>
    </w:p>
    <w:p>
      <w:r>
        <w:rPr>
          <w:b/>
        </w:rPr>
        <w:t xml:space="preserve">[37:09] </w:t>
      </w:r>
      <w:r>
        <w:t>is tarah ke afraad jab bari tadad mein ikhatta hote hain, tab ek society banti hai. jo society hum chahte hain, us society ko aap stage activism se nahin bana sakte.</w:t>
      </w:r>
    </w:p>
    <w:p>
      <w:pPr>
        <w:jc w:val="right"/>
      </w:pPr>
      <w:r>
        <w:t>اس طرح کے افراد جب بڑی تعداد میں اکٹھا ہوتے ہیں، تب ایک سوسائٹی بنتی ہے۔ جو سوسائٹی ہم چاہتے ہیں، اس سوسائٹی کو آپ اسٹیج ایکٹیوزم سے نہیں بنا سکتے۔</w:t>
      </w:r>
    </w:p>
    <w:p>
      <w:r>
        <w:rPr>
          <w:b/>
        </w:rPr>
        <w:t xml:space="preserve">[37:20] </w:t>
      </w:r>
      <w:r>
        <w:t>stage activism, street activism, aur yeh is hukumat ko bando, is hukumat ko todo, is se nahin ho sakta.</w:t>
      </w:r>
    </w:p>
    <w:p>
      <w:pPr>
        <w:jc w:val="right"/>
      </w:pPr>
      <w:r>
        <w:t>اسٹیج ایکٹیوزم، اسٹریٹ ایکٹیوزم، اور یہ اس حکومت کو بندو، اس حکومت کو توڑو، اس سے نہیں ہو سکتا۔</w:t>
      </w:r>
    </w:p>
    <w:p>
      <w:r>
        <w:rPr>
          <w:b/>
        </w:rPr>
        <w:t xml:space="preserve">[37:31] </w:t>
      </w:r>
      <w:r>
        <w:t>woh aap ko pehle individual banana parega. jab bari tadad mein aise individual ban jayenge, tab aisa hoga ke society mein change aayega aur phir system mein change aayega, warna kuch nahin ho sakta.</w:t>
      </w:r>
    </w:p>
    <w:p>
      <w:pPr>
        <w:jc w:val="right"/>
      </w:pPr>
      <w:r>
        <w:t>وہ آپ کو پہلے انڈیویجول بنانا پڑے گا۔ جب بڑی تعداد میں ایسے انڈیویجول بن جائیں گے، تب ایسا ہوگا کہ سوسائٹی میں چینج آئے گا اور پھر سسٹم میں چینج آئے گا، ورنہ کچھ نہیں ہو سکتا۔</w:t>
      </w:r>
    </w:p>
    <w:p>
      <w:r>
        <w:rPr>
          <w:b/>
        </w:rPr>
        <w:t xml:space="preserve">[37:53] </w:t>
      </w:r>
      <w:r>
        <w:t>to ek mujhe ek ek ek misaal yaad aati hai. aap ko maloom hai ke agar aap pahadon par gaye honge to pahadon par jo valley hoti hai,</w:t>
      </w:r>
    </w:p>
    <w:p>
      <w:pPr>
        <w:jc w:val="right"/>
      </w:pPr>
      <w:r>
        <w:t>تو ایک مجھے ایک ایک ایک مثال یاد آتی ہے۔ آپ کو معلوم ہے کہ اگر آپ پہاڑوں پر گئے ہوں گے تو پہاڑوں پر جو ویلی ہوتی ہے،</w:t>
      </w:r>
    </w:p>
    <w:p>
      <w:r>
        <w:rPr>
          <w:b/>
        </w:rPr>
        <w:t xml:space="preserve">[38:10] </w:t>
      </w:r>
      <w:r>
        <w:t>yani pahad ke neeche jo daman hota hai, jis ko kehte hain valley, maidan jo hota hai, wahan par aap dekhenge bohat chote chote pathar pade hue hain.</w:t>
      </w:r>
    </w:p>
    <w:p>
      <w:pPr>
        <w:jc w:val="right"/>
      </w:pPr>
      <w:r>
        <w:t>یعنی پہاڑ کے نیچے جو دامن ہوتا ہے، جس کو کہتے ہیں ویلی، میدان جو ہوتا ہے، وہاں پر آپ دیکھیں گے بہت چھوٹے چھوٹے پتھر پڑے ہوئے ہیں۔</w:t>
      </w:r>
    </w:p>
    <w:p>
      <w:r>
        <w:rPr>
          <w:b/>
        </w:rPr>
        <w:t xml:space="preserve">[38:19] </w:t>
      </w:r>
      <w:r>
        <w:t>sab pathar gol hote hain.</w:t>
      </w:r>
    </w:p>
    <w:p>
      <w:pPr>
        <w:jc w:val="right"/>
      </w:pPr>
      <w:r>
        <w:t>سب پتھر گول ہوتے ہیں۔</w:t>
      </w:r>
    </w:p>
    <w:p>
      <w:r>
        <w:rPr>
          <w:b/>
        </w:rPr>
        <w:t xml:space="preserve">[38:21] </w:t>
      </w:r>
      <w:r>
        <w:t>gol ka matlab ek dam round nahin, lekin semi-round, chote chote chote beshumar pathar. yeh kya hain? yeh upar se jo glacier hota hai, upar jo barf hoti hai, woh pighalti hai to pani, yani stream behta hai upar se neeche ki taraf.</w:t>
      </w:r>
    </w:p>
    <w:p>
      <w:pPr>
        <w:jc w:val="right"/>
      </w:pPr>
      <w:r>
        <w:t>گول کا مطلب ایک دم راؤنڈ نہیں، لیکن سیمی راؤنڈ، چھوٹے چھوٹے چھوٹے بے شمار پتھر۔ یہ کیا ہیں؟ یہ اوپر سے جو گلیشیئر ہوتا ہے، اوپر جو برف ہوتی ہے، وہ پگھلتی ہے تو پانی، یعنی سٹریم بہتا ہے اوپر سے نیچے کی طرف۔</w:t>
      </w:r>
    </w:p>
    <w:p>
      <w:r>
        <w:rPr>
          <w:b/>
        </w:rPr>
        <w:t xml:space="preserve">[38:40] </w:t>
      </w:r>
      <w:r>
        <w:t>to jab yeh pani behta hai to woh apne sath bohat se pathron ke tukre le ke chalta hai,</w:t>
      </w:r>
    </w:p>
    <w:p>
      <w:pPr>
        <w:jc w:val="right"/>
      </w:pPr>
      <w:r>
        <w:t>تو جب یہ پانی بہتا ہے تو وہ اپنے ساتھ بہت سے پتھروں کے ٹکڑے لے کے چلتا ہے،</w:t>
      </w:r>
    </w:p>
    <w:p>
      <w:r>
        <w:rPr>
          <w:b/>
        </w:rPr>
        <w:t xml:space="preserve">[38:46] </w:t>
      </w:r>
      <w:r>
        <w:t>jin ko kehte hain rock stones. rock stones is ke is ke dharay banna shuru hotay hain. oper se neechay neechay tak pohnchnay ke liye taqreeban aik hazar meter ka rasta tay karte hain.</w:t>
      </w:r>
    </w:p>
    <w:p>
      <w:pPr>
        <w:jc w:val="right"/>
      </w:pPr>
      <w:r>
        <w:t>جن کو کہتے ہیں راک سٹونز۔ راک سٹونز اس کے اس کے دھارے بننا شروع ہوتے ہیں۔ اوپر سے نیچے نیچے تک پہنچنے کے لیے تقریباً ایک ہزار میٹر کا راستہ طے کرتے ہیں۔</w:t>
      </w:r>
    </w:p>
    <w:p>
      <w:r>
        <w:rPr>
          <w:b/>
        </w:rPr>
        <w:t xml:space="preserve">[39:00] </w:t>
      </w:r>
      <w:r>
        <w:t>woh yani glacier se neechay pohnchnay ke liye yeh rock stones hotay hain, woh taqreeban aik hazar meter ka rasta tay karte hain.</w:t>
      </w:r>
    </w:p>
    <w:p>
      <w:pPr>
        <w:jc w:val="right"/>
      </w:pPr>
      <w:r>
        <w:t>وہ یعنی گلیشیئر سے نیچے پہنچنے کے لیے یہ راک سٹونز ہوتے ہیں، وہ تقریباً ایک ہزار میٹر کا راستہ طے کرتے ہیں۔</w:t>
      </w:r>
    </w:p>
    <w:p>
      <w:r>
        <w:rPr>
          <w:b/>
        </w:rPr>
        <w:t xml:space="preserve">[39:10] </w:t>
      </w:r>
      <w:r>
        <w:t>is beech mein woh jagah jagah in ko takratay hain, pani ka dhara in par parta hai to mold hotay rehte hain, mold hotay rehte hain, mold hotay rehte hain.</w:t>
      </w:r>
    </w:p>
    <w:p>
      <w:pPr>
        <w:jc w:val="right"/>
      </w:pPr>
      <w:r>
        <w:t>اس بیچ میں وہ جگہ جگہ ان کو ٹکراتے ہیں، پانی کا دھارا ان پر پڑتا ہے تو مولڈ ہوتے رہتے ہیں، مولڈ ہوتے رہتے ہیں، مولڈ ہوتے رہتے ہیں۔</w:t>
      </w:r>
    </w:p>
    <w:p>
      <w:r>
        <w:rPr>
          <w:b/>
        </w:rPr>
        <w:t xml:space="preserve">[39:20] </w:t>
      </w:r>
      <w:r>
        <w:t>neechay pohnchtay pohnchtay woh gol ho jatay hain. jab chaltay hain to gol nahi hotay, neechay pohnch ke gol ho jatay hain. yeh nature mein aik aik misaal di gayi hai aap ko ke kis tarah se tum apne aap ko banao.</w:t>
      </w:r>
    </w:p>
    <w:p>
      <w:pPr>
        <w:jc w:val="right"/>
      </w:pPr>
      <w:r>
        <w:t>نیچے پہنچتے پہنچتے وہ گول ہو جاتے ہیں۔ جب چلتے ہیں تو گول نہیں ہوتے، نیچے پہنچ کے گول ہو جاتے ہیں۔ یہ نیچر میں ایک ایک مثال دی گئی ہے آپ کو کہ کس طرح سے تم اپنے آپ کو بناؤ۔</w:t>
      </w:r>
    </w:p>
    <w:p>
      <w:r>
        <w:rPr>
          <w:b/>
        </w:rPr>
        <w:t xml:space="preserve">[39:35] </w:t>
      </w:r>
      <w:r>
        <w:t>yeh aik nature mein aik aik restriction diya gaya hai.</w:t>
      </w:r>
    </w:p>
    <w:p>
      <w:pPr>
        <w:jc w:val="right"/>
      </w:pPr>
      <w:r>
        <w:t>یہ ایک نیچر میں ایک ایک ریسٹرکشن دیا گیا ہے۔</w:t>
      </w:r>
    </w:p>
    <w:p>
      <w:r>
        <w:rPr>
          <w:b/>
        </w:rPr>
        <w:t xml:space="preserve">[39:39] </w:t>
      </w:r>
      <w:r>
        <w:t>yani rock stones jo hain, woh to physical law ke tehat bantay hain, physical process ke tehat bantay hain, aur insan jo hai, woh banta hai khud apne andar aik intellectual process jari kar ke.</w:t>
      </w:r>
    </w:p>
    <w:p>
      <w:pPr>
        <w:jc w:val="right"/>
      </w:pPr>
      <w:r>
        <w:t>یعنی راک سٹونز جو ہیں، وہ تو فزیکل لاء کے تحت بنتے ہیں، فزیکل پروسیس کے تحت بنتے ہیں، اور انسان جو ہے، وہ بنتا ہے خود اپنے اندر ایک انٹلیکچول پروسیس جاری کر کے۔</w:t>
      </w:r>
    </w:p>
    <w:p>
      <w:r>
        <w:rPr>
          <w:b/>
        </w:rPr>
        <w:t xml:space="preserve">[39:54] </w:t>
      </w:r>
      <w:r>
        <w:t>yani aik, yani aik aik aik aik pathar ko mold karnay ke liye aik aik natural process chahiye.</w:t>
      </w:r>
    </w:p>
    <w:p>
      <w:pPr>
        <w:jc w:val="right"/>
      </w:pPr>
      <w:r>
        <w:t>یعنی ایک، یعنی ایک ایک ایک ایک پتھر کو مولڈ کرنے کے لیے ایک ایک نیچرل پروسیس چاہیے۔</w:t>
      </w:r>
    </w:p>
    <w:p>
      <w:r>
        <w:rPr>
          <w:b/>
        </w:rPr>
        <w:t xml:space="preserve">[40:06] </w:t>
      </w:r>
      <w:r>
        <w:t>aap ko mold karnay ke liye aap ko khud apne andar aik process jari karna hoga, intellectual process. is woh woh intellectual, woh aap ka jo intellectual process hai, woh aap ko mold karay ga.</w:t>
      </w:r>
    </w:p>
    <w:p>
      <w:pPr>
        <w:jc w:val="right"/>
      </w:pPr>
      <w:r>
        <w:t>آپ کو مولڈ کرنے کے لیے آپ کو خود اپنے اندر ایک پروسیس جاری کرنا ہوگا، انٹلیکچول پروسیس۔ اس وہ وہ انٹلیکچول، وہ آپ کا جو انٹلیکچول پروسیس ہے، وہ آپ کو مولڈ کرے گا۔</w:t>
      </w:r>
    </w:p>
    <w:p>
      <w:r>
        <w:rPr>
          <w:b/>
        </w:rPr>
        <w:t xml:space="preserve">[40:20] </w:t>
      </w:r>
      <w:r>
        <w:t>yehi hai matlab is baat ka ke aap apne ko, yeh jo mein ne kaha ke aap har din aap ko recharge karna hai, apne mind ko, to recharge jo aap recharge karengay, karna hai ya dig apni apne ko decondition karna hai,</w:t>
      </w:r>
    </w:p>
    <w:p>
      <w:pPr>
        <w:jc w:val="right"/>
      </w:pPr>
      <w:r>
        <w:t>یہی ہے مطلب اس بات کا کہ آپ اپنے کو، یہ جو میں نے کہا کہ آپ ہر دن آپ کو ریچارج کرنا ہے، اپنے مائنڈ کو، تو ریچارج جو آپ ریچارج کریں گے، کرنا ہے یا ڈگ اپنی اپنے کو ڈی کنڈیشن کرنا ہے،</w:t>
      </w:r>
    </w:p>
    <w:p>
      <w:r>
        <w:rPr>
          <w:b/>
        </w:rPr>
        <w:t xml:space="preserve">[40:36] </w:t>
      </w:r>
      <w:r>
        <w:t>yeh sab aik process hai, intellectual process hai. isi ke through aap ke andar personality banti hai. har waqt aap introspection karte hain, har waqt aap bahir ke experience ko se koi cheez infer karte hain, har waqt aap ko jo observation hotay hain, is mein se kuch aap koi baat nikalte hain.</w:t>
      </w:r>
    </w:p>
    <w:p>
      <w:pPr>
        <w:jc w:val="right"/>
      </w:pPr>
      <w:r>
        <w:t>یہ سب ایک پروسیس ہے، انٹلیکچول پروسیس ہے۔ اسی کے تھرو آپ کے اندر پرسنیلٹی بنتی ہے۔ ہر وقت آپ انٹراسپیکشن کرتے ہیں، ہر وقت آپ باہر کے ایکسپیرینس کو سے کوئی چیز انفر کرتے ہیں، ہر وقت آپ کو جو ابزرویشن ہوتے ہیں، اس میں سے کچھ آپ کوئی بات نکالتے ہیں۔</w:t>
      </w:r>
    </w:p>
    <w:p>
      <w:r>
        <w:rPr>
          <w:b/>
        </w:rPr>
        <w:t xml:space="preserve">[40:59] </w:t>
      </w:r>
      <w:r>
        <w:t>yeh aik process hai, sochne ka process.</w:t>
      </w:r>
    </w:p>
    <w:p>
      <w:pPr>
        <w:jc w:val="right"/>
      </w:pPr>
      <w:r>
        <w:t>یہ ایک پروسیس ہے، سوچنے کا پروسیس۔</w:t>
      </w:r>
    </w:p>
    <w:p>
      <w:r>
        <w:rPr>
          <w:b/>
        </w:rPr>
        <w:t xml:space="preserve">[41:02] </w:t>
      </w:r>
      <w:r>
        <w:t>is process ke douran aap ki personality mold hoti rehti hai, mold hoti rehti hai. to kabhi aap negative item se positive item extract karte hain, kabhi hate ke moqay par aap apne aap ko apne andar compassion ko ki speed paida karte hain.</w:t>
      </w:r>
    </w:p>
    <w:p>
      <w:pPr>
        <w:jc w:val="right"/>
      </w:pPr>
      <w:r>
        <w:t>اس پروسیس کے دوران آپ کی پرسنیلٹی مولڈ ہوتی رہتی ہے، مولڈ ہوتی رہتی ہے۔ تو کبھی آپ نیگیٹیو آئٹم سے پازیٹیو آئٹم ایکسٹریکٹ کرتے ہیں، کبھی ہیٹ کے موقع پر آپ اپنے آپ کو اپنے اندر کمپیشن کو کی سپیڈ پیدا کرتے ہیں۔</w:t>
      </w:r>
    </w:p>
    <w:p>
      <w:r>
        <w:rPr>
          <w:b/>
        </w:rPr>
        <w:t xml:space="preserve">[41:23] </w:t>
      </w:r>
      <w:r>
        <w:t>yani mukhtalif qism ke halaat mein aap apne andar aap woh woh</w:t>
      </w:r>
    </w:p>
    <w:p>
      <w:pPr>
        <w:jc w:val="right"/>
      </w:pPr>
      <w:r>
        <w:t>یعنی مختلف قسم کے حالات میں آپ اپنے اندر آپ وہ وہ</w:t>
      </w:r>
    </w:p>
    <w:p>
      <w:r>
        <w:rPr>
          <w:b/>
        </w:rPr>
        <w:t xml:space="preserve">[41:32] </w:t>
      </w:r>
      <w:r>
        <w:t>apne apne mind ko is dhang par prepare karte hain jo ke chahiye.</w:t>
      </w:r>
    </w:p>
    <w:p>
      <w:pPr>
        <w:jc w:val="right"/>
      </w:pPr>
      <w:r>
        <w:t>اپنے اپنے مائنڈ کو اس ڈھنگ پر پریپیئر کرتے ہیں جو کہ چاہیے۔</w:t>
      </w:r>
    </w:p>
    <w:p>
      <w:r>
        <w:rPr>
          <w:b/>
        </w:rPr>
        <w:t xml:space="preserve">[41:38] </w:t>
      </w:r>
      <w:r>
        <w:t>to jitna ziyada aap ko yaqeen hoga Khuda ki zaat par, jitna ziyada yaqeen hoga aap ko jannat aur jahannum par, jitna ziyada yaqeen hoga aap ko maut par ke maut ke baad aanay wali duniya hai, us par utna hi ziyada aap ke andar yeh process active ho jaye ga.</w:t>
      </w:r>
    </w:p>
    <w:p>
      <w:pPr>
        <w:jc w:val="right"/>
      </w:pPr>
      <w:r>
        <w:t>تو جتنا زیادہ آپ کو یقین ہوگا خدا کی ذات پر، جتنا زیادہ یقین ہوگا آپ کو جنت اور جہنم پر، جتنا زیادہ یقین ہوگا آپ کو موت پر کہ موت کے بعد جو آنے والی دنیا ہے، اس پر اتنا ہی زیادہ آپ کے اندر یہ پروسیس ایکٹیو ہو جائے گا۔</w:t>
      </w:r>
    </w:p>
    <w:p>
      <w:r>
        <w:rPr>
          <w:b/>
        </w:rPr>
        <w:t xml:space="preserve">[41:58] </w:t>
      </w:r>
      <w:r>
        <w:t>is process ko active karnay ki soorat sirf yeh hai ke yeh jo ideology hai life ki, woh aap ke andar kehtay hain inculcate hui hai.</w:t>
      </w:r>
    </w:p>
    <w:p>
      <w:pPr>
        <w:jc w:val="right"/>
      </w:pPr>
      <w:r>
        <w:t>اس پروسیس کو ایکٹیو کرنے کی صورت صرف یہ ہے کہ یہ جو آئیڈیالوجی ہے لائف کی، وہ آپ کے اندر کہتے ہیں انکلکیٹ ہوئی ہے۔</w:t>
      </w:r>
    </w:p>
    <w:p>
      <w:r>
        <w:rPr>
          <w:b/>
        </w:rPr>
        <w:t xml:space="preserve">[42:09] </w:t>
      </w:r>
      <w:r>
        <w:t>is ke baghair yeh yeh process aap ke andar active nahi ho sakta hai.</w:t>
      </w:r>
    </w:p>
    <w:p>
      <w:pPr>
        <w:jc w:val="right"/>
      </w:pPr>
      <w:r>
        <w:t>اس کے بغیر یہ یہ پروسیس آپ کے اندر ایکٹیو نہیں ہو سکتا ہے۔</w:t>
      </w:r>
    </w:p>
    <w:p>
      <w:r>
        <w:rPr>
          <w:b/>
        </w:rPr>
        <w:t xml:space="preserve">[42:19] </w:t>
      </w:r>
      <w:r>
        <w:t>to yeh hai poora maamla.</w:t>
      </w:r>
    </w:p>
    <w:p>
      <w:pPr>
        <w:jc w:val="right"/>
      </w:pPr>
      <w:r>
        <w:t>تو یہ ہے پورا معاملہ۔</w:t>
      </w:r>
    </w:p>
    <w:p>
      <w:r>
        <w:rPr>
          <w:b/>
        </w:rPr>
        <w:t xml:space="preserve">[42:25] </w:t>
      </w:r>
      <w:r>
        <w:t>mein samajhta hoon ke har insan jo</w:t>
      </w:r>
    </w:p>
    <w:p>
      <w:pPr>
        <w:jc w:val="right"/>
      </w:pPr>
      <w:r>
        <w:t>میں سمجھتا ہوں کہ ہر انسان جو</w:t>
      </w:r>
    </w:p>
    <w:p>
      <w:r>
        <w:rPr>
          <w:b/>
        </w:rPr>
        <w:t xml:space="preserve">[42:29] </w:t>
      </w:r>
      <w:r>
        <w:t>har insan jo paida hua hai, us ko yeh sochna hai ke mujhe marna hai. hadith mein aata hai ke aksro zikr hath bil maut.</w:t>
      </w:r>
    </w:p>
    <w:p>
      <w:pPr>
        <w:jc w:val="right"/>
      </w:pPr>
      <w:r>
        <w:t>ہر انسان جو پیدا ہوا ہے، اس کو یہ سوچنا ہے کہ مجھے مرنا ہے۔ حدیث میں آتا ہے کہ اکثرو ذکر ہاتھ باللذات الموت۔</w:t>
      </w:r>
    </w:p>
    <w:p>
      <w:r>
        <w:rPr>
          <w:b/>
        </w:rPr>
        <w:t xml:space="preserve">[42:41] </w:t>
      </w:r>
      <w:r>
        <w:t>maut ko bohat ziyada yaad karo jo lazzaton ko dhah denay wali hai. lazzat ke maani kya hain?</w:t>
      </w:r>
    </w:p>
    <w:p>
      <w:pPr>
        <w:jc w:val="right"/>
      </w:pPr>
      <w:r>
        <w:t>موت کو بہت زیادہ یاد کرو جو لذتوں کو ڈھا دینے والی ہے۔ لذت کے معنی کیا ہیں؟</w:t>
      </w:r>
    </w:p>
    <w:p>
      <w:r>
        <w:rPr>
          <w:b/>
        </w:rPr>
        <w:t xml:space="preserve">[42:48] </w:t>
      </w:r>
      <w:r>
        <w:t>lazzat ke maani hain ke yani lazzat ke maani hain ke aap ke andar serious thinking na ho. yani non seriousness ko khatam karnay wali hai, insincerity ko khatam karnay wali hai.</w:t>
      </w:r>
    </w:p>
    <w:p>
      <w:pPr>
        <w:jc w:val="right"/>
      </w:pPr>
      <w:r>
        <w:t>لذت کے معنی ہیں کہ یعنی لذت کے معنی ہیں کہ آپ کے اندر سیریس تھنکنگ نہ ہو۔ یعنی نان سیریسنس کو ختم کرنے والی ہے، انسینسیرٹی کو ختم کرنے والی ہے۔</w:t>
      </w:r>
    </w:p>
    <w:p>
      <w:r>
        <w:rPr>
          <w:b/>
        </w:rPr>
        <w:t xml:space="preserve">[43:04] </w:t>
      </w:r>
      <w:r>
        <w:t>yeh jo alfaaz is mein hain ke ke woh lazzat ko utha denay wali hai, us ka matlab yehi hai ke jitna ziyada aap sochay ke maut ko aur is death period ko, utnay ziyada aap ke andar sincerity aaye gi, non seriousness khatam hoga, aur phir aap ke andar woh woh thinking process jari hoga jis ke zariye aap ki shakhsiyat mold hoti rahe.</w:t>
      </w:r>
    </w:p>
    <w:p>
      <w:pPr>
        <w:jc w:val="right"/>
      </w:pPr>
      <w:r>
        <w:t>یہ جو الفاظ اس میں ہیں کہ کہ وہ لذت کو اٹھا دینے والی ہے، اس کا مطلب یہی ہے کہ جتنا زیادہ آپ سوچیں کہ موت کو اور اس ڈیتھ پیریڈ کو، اتنے زیادہ آپ کے اندر سنسیرٹی آئے گی، نان سیریسنس ختم ہوگا، اور پھر آپ کے اندر وہ وہ تھنکنگ پروسیس جاری ہوگا جس کے ذریعے آپ کی شخصیت بولڈ ہوتی رہے۔</w:t>
      </w:r>
    </w:p>
    <w:p>
      <w:r>
        <w:rPr>
          <w:b/>
        </w:rPr>
        <w:t xml:space="preserve">[43:33] </w:t>
      </w:r>
      <w:r>
        <w:t>yani aik personality building ka process aap ke andar chalta rahe.</w:t>
      </w:r>
    </w:p>
    <w:p>
      <w:pPr>
        <w:jc w:val="right"/>
      </w:pPr>
      <w:r>
        <w:t>یعنی ایک پرسنیلٹی بلڈنگ کا پروسیس آپ کے اندر چلتا رہے۔</w:t>
      </w:r>
    </w:p>
    <w:p>
      <w:r>
        <w:rPr>
          <w:b/>
        </w:rPr>
        <w:t xml:space="preserve">[43:39] </w:t>
      </w:r>
      <w:r>
        <w:t>yeh matlab hai is ka. to mein dua karta hoon ke Allah taala mujh ko aur aap ko yeh tofeeq de ke hum aap zindagi ke muamle ko bohat hi serious tor par lein aur</w:t>
      </w:r>
    </w:p>
    <w:p>
      <w:pPr>
        <w:jc w:val="right"/>
      </w:pPr>
      <w:r>
        <w:t>یہ مطلب ہے اس کا۔ تو میں دعا کرتا ہوں کہ اللہ تعالی مجھ کو اور آپ کو یہ توفیق دے کہ ہم آپ زندگی کے معاملے کو بہت ہی سیریس طور پر لیں اور</w:t>
      </w:r>
    </w:p>
    <w:p>
      <w:r>
        <w:rPr>
          <w:b/>
        </w:rPr>
        <w:t xml:space="preserve">[44:04] </w:t>
      </w:r>
      <w:r>
        <w:t>be khabari mein zindagi na guzarein.</w:t>
      </w:r>
    </w:p>
    <w:p>
      <w:pPr>
        <w:jc w:val="right"/>
      </w:pPr>
      <w:r>
        <w:t>بے خبری میں زندگی نہ گزاریں۔</w:t>
      </w:r>
    </w:p>
    <w:p>
      <w:r>
        <w:rPr>
          <w:b/>
        </w:rPr>
        <w:t xml:space="preserve">[44:07] </w:t>
      </w:r>
      <w:r>
        <w:t>log aam tor par beghair soche samjhe zindagi guzarte hain. yahan tak ke un ko maut aati hai to achaanak dekhte hain ke muamla to kuch aur tha.</w:t>
      </w:r>
    </w:p>
    <w:p>
      <w:pPr>
        <w:jc w:val="right"/>
      </w:pPr>
      <w:r>
        <w:t>لوگ عام طور پر بغیر سوچ سمجھے زندگی گزارتے ہیں۔ یہاں تک کہ ان کو موت آتی ہے تو اچانک دیکھتے ہیں کہ معاملہ تو کچھ اور تھا۔</w:t>
      </w:r>
    </w:p>
    <w:p>
      <w:r>
        <w:rPr>
          <w:b/>
        </w:rPr>
        <w:t xml:space="preserve">[44:18] </w:t>
      </w:r>
      <w:r>
        <w:t>hum maut se pehle kuch aur samajhte thay, yahan to muamla kuch aur hai.</w:t>
      </w:r>
    </w:p>
    <w:p>
      <w:pPr>
        <w:jc w:val="right"/>
      </w:pPr>
      <w:r>
        <w:t>ہم موت سے پہلے کچھ اور سمجھتے تھے، یہاں تو معاملہ کچھ اور ہے۔</w:t>
      </w:r>
    </w:p>
    <w:p>
      <w:r>
        <w:rPr>
          <w:b/>
        </w:rPr>
        <w:t xml:space="preserve">[44:23] </w:t>
      </w:r>
      <w:r>
        <w:t>to mein yahi dua karta hoon ke mujh ko aur aap ko Allah taala is muamle mein bohat ziyada</w:t>
      </w:r>
    </w:p>
    <w:p>
      <w:pPr>
        <w:jc w:val="right"/>
      </w:pPr>
      <w:r>
        <w:t>تو میں یہی دعا کرتا ہوں کہ مجھ کو اور آپ کو اللہ تعالی اس معاملے میں بہت زیادہ</w:t>
      </w:r>
    </w:p>
    <w:p>
      <w:r>
        <w:rPr>
          <w:b/>
        </w:rPr>
        <w:t xml:space="preserve">[44:34] </w:t>
      </w:r>
      <w:r>
        <w:t>serious dhang par sochne ki tofeeq de. hum apne ko is qabil banayein ke maut ke baad hum jab pahunchein eternal world mein to wahan jaisa ke maine arz kiya, wahan hamein welcome kiya ja</w:t>
      </w:r>
    </w:p>
    <w:p>
      <w:pPr>
        <w:jc w:val="right"/>
      </w:pPr>
      <w:r>
        <w:t>سیریس ڈھنگ پر سوچنے کی توفیق دے۔ ہم اپنے کو اس قابل بنائیں کہ موت کے بعد ہم جب پہنچیں ایٹرنل ورلڈ میں تو وہاں جیسا کہ میں نے عرض کیا، وہاں ہمیں ویلکم کیا جائ</w:t>
      </w:r>
    </w:p>
    <w:p>
      <w:r>
        <w:rPr>
          <w:b/>
        </w:rPr>
        <w:t xml:space="preserve">[44:52] </w:t>
      </w:r>
      <w:r>
        <w:t>e. har taraf se hum ko welcome to you, welcome to you ke alfaaz hum sunai dein. hum aqool qaulihaza wa astaghfirullaha walakum ajmaeen.</w:t>
      </w:r>
    </w:p>
    <w:p>
      <w:pPr>
        <w:jc w:val="right"/>
      </w:pPr>
      <w:r>
        <w:t>ے۔ ہر طرف سے ہم کو ویلکم ٹو یو، ویلکم ٹو یو کے الفاظ ہم سنائی دیں۔ ہمیں اقول قولیھذا واستغفراللہ ولکم اجمعین۔</w:t>
      </w:r>
    </w:p>
    <w:p>
      <w:r>
        <w:rPr>
          <w:b/>
        </w:rPr>
        <w:t xml:space="preserve">[45:15] </w:t>
      </w:r>
      <w:r>
        <w:t>maulana, yeh sawal aaya hai Tamil Nadu se Maulana Iqbal Omri ka.</w:t>
      </w:r>
    </w:p>
    <w:p>
      <w:pPr>
        <w:jc w:val="right"/>
      </w:pPr>
      <w:r>
        <w:t>مولانا، یہ سوال آیا ہے تمل ناڈو سے مولانا اقبال عمری کا۔</w:t>
      </w:r>
    </w:p>
    <w:p>
      <w:r>
        <w:rPr>
          <w:b/>
        </w:rPr>
        <w:t xml:space="preserve">[45:21] </w:t>
      </w:r>
      <w:r>
        <w:t>unhon ne likha hai: "Islam ka nishana kya hai? achha insaan banana ya dunya mein saleh nizam qaim karna?" is ke bare mein kuch bataiye.</w:t>
      </w:r>
    </w:p>
    <w:p>
      <w:pPr>
        <w:jc w:val="right"/>
      </w:pPr>
      <w:r>
        <w:t>انہوں نے لکھا ہے: "اسلام کا نشانہ کیا ہے؟ اچھا انسان بنانا یا دنیا میں صالح نظام قائم کرنا؟" اس کے بارے میں کچھ بتائیے۔</w:t>
      </w:r>
    </w:p>
    <w:p>
      <w:r>
        <w:rPr>
          <w:b/>
        </w:rPr>
        <w:t xml:space="preserve">[45:35] </w:t>
      </w:r>
      <w:r>
        <w:t>dekhiye, yeh jo nizam yaani system</w:t>
      </w:r>
    </w:p>
    <w:p>
      <w:pPr>
        <w:jc w:val="right"/>
      </w:pPr>
      <w:r>
        <w:t>دیکھیے، یہ جو نظام یعنی سسٹم</w:t>
      </w:r>
    </w:p>
    <w:p>
      <w:r>
        <w:rPr>
          <w:b/>
        </w:rPr>
        <w:t xml:space="preserve">[45:42] </w:t>
      </w:r>
      <w:r>
        <w:t>ko implement karne wali baat hai, to saare Quran mein kahin ek bhi ayat aisi nahi hai ke kaha gaya ho ke tum ko ek system diya gaya hai, is ko implement karo.</w:t>
      </w:r>
    </w:p>
    <w:p>
      <w:pPr>
        <w:jc w:val="right"/>
      </w:pPr>
      <w:r>
        <w:t>کو امپلیمنٹ کرنے والی بات ہے، تو سارے قرآن میں کہیں ایک بھی آیت ایسی نہیں ہے کہ کہا گیا ہو کہ تم کو ایک سسٹم دیا گیا ہے، اس کو امپلیمنٹ کرو۔</w:t>
      </w:r>
    </w:p>
    <w:p>
      <w:r>
        <w:rPr>
          <w:b/>
        </w:rPr>
        <w:t xml:space="preserve">[45:54] </w:t>
      </w:r>
      <w:r>
        <w:t>kahin bhi nahi.</w:t>
      </w:r>
    </w:p>
    <w:p>
      <w:pPr>
        <w:jc w:val="right"/>
      </w:pPr>
      <w:r>
        <w:t>کہیں بھی نہیں۔</w:t>
      </w:r>
    </w:p>
    <w:p>
      <w:r>
        <w:rPr>
          <w:b/>
        </w:rPr>
        <w:t xml:space="preserve">[45:56] </w:t>
      </w:r>
      <w:r>
        <w:t>saara yeh hai ke Quran mein saara focus is baat par hai ke insaan ko yeh batana ke tum apne aap ko is tarah develop karo ke tum maut ke baad jo dunya aane wali hai, wahan par paradise mein tum ko entry mil sake.</w:t>
      </w:r>
    </w:p>
    <w:p>
      <w:pPr>
        <w:jc w:val="right"/>
      </w:pPr>
      <w:r>
        <w:t>سارا یہ ہے کہ قرآن میں سارا فوکس اس بات پر ہے کہ انسان کو یہ بتانا کہ تم اپنے آپ کو اس طرح ڈیولپ کرو کہ تم موت کے بعد جو دنیا آنے والی ہے، وہاں پر پارڈائز میں تم کو انٹری مل سکے۔</w:t>
      </w:r>
    </w:p>
    <w:p>
      <w:r>
        <w:rPr>
          <w:b/>
        </w:rPr>
        <w:t xml:space="preserve">[46:19] </w:t>
      </w:r>
      <w:r>
        <w:t>is ke liye tum ek deserving candidate ke taur par yahan par develop develop karo. bas yahi hai.</w:t>
      </w:r>
    </w:p>
    <w:p>
      <w:pPr>
        <w:jc w:val="right"/>
      </w:pPr>
      <w:r>
        <w:t>اس کے لیے تم ایک ڈیزرونگ کینڈیڈیٹ کے طور پر یہاں پر ڈیولپ ڈیولپ کرو۔ بس یہی ہے۔</w:t>
      </w:r>
    </w:p>
    <w:p>
      <w:r>
        <w:rPr>
          <w:b/>
        </w:rPr>
        <w:t xml:space="preserve">[46:25] </w:t>
      </w:r>
      <w:r>
        <w:t>baqi jo kuch yeh hai, woh relative hai. dekhiye, Islam mein ek cheez hai real, ek relative.</w:t>
      </w:r>
    </w:p>
    <w:p>
      <w:pPr>
        <w:jc w:val="right"/>
      </w:pPr>
      <w:r>
        <w:t>باقی جو کچھ یہ ہے، وہ ریلیٹیو ہے۔ دیکھیے، اسلام میں ایک چیز ہے ریئل، ایک ریلیٹیو۔</w:t>
      </w:r>
    </w:p>
    <w:p>
      <w:r>
        <w:rPr>
          <w:b/>
        </w:rPr>
        <w:t xml:space="preserve">[46:36] </w:t>
      </w:r>
      <w:r>
        <w:t>to real cheez hai yeh ke aadmi apne aap ko develop kare. relative baat yeh hai ke agar bohat se log is tarah ke ho jayein to ek ek family nahi banegi, ek society nahi banegi,</w:t>
      </w:r>
    </w:p>
    <w:p>
      <w:pPr>
        <w:jc w:val="right"/>
      </w:pPr>
      <w:r>
        <w:t>تو ریئل چیز ہے یہ کہ آدمی اپنے آپ کو ڈیولپ کرے۔ ریلیٹیو بات یہ ہے کہ اگر بہت سے لوگ اس طرح کے ہو جائیں تو ایک ایک فیملی نہیں بنے گی، ایک سوسائٹی نہیں بنے گی،</w:t>
      </w:r>
    </w:p>
    <w:p>
      <w:r>
        <w:rPr>
          <w:b/>
        </w:rPr>
        <w:t xml:space="preserve">[46:49] </w:t>
      </w:r>
      <w:r>
        <w:t>ek system naye qism ka banega.</w:t>
      </w:r>
    </w:p>
    <w:p>
      <w:pPr>
        <w:jc w:val="right"/>
      </w:pPr>
      <w:r>
        <w:t>ایک سسٹم نئے قسم کا بنے گا۔</w:t>
      </w:r>
    </w:p>
    <w:p>
      <w:r>
        <w:rPr>
          <w:b/>
        </w:rPr>
        <w:t xml:space="preserve">[46:52] </w:t>
      </w:r>
      <w:r>
        <w:t>magar yeh relative hai. yaani matlab yeh ke agar aisa ho ke bohat se log is tarah ke tayyar ho jayein to woh bhi ho ho jayega. lekin asal to fard hai.</w:t>
      </w:r>
    </w:p>
    <w:p>
      <w:pPr>
        <w:jc w:val="right"/>
      </w:pPr>
      <w:r>
        <w:t>مگر یہ ریلیٹیو ہے۔ یعنی مطلب یہ کہ اگر ایسا ہو کہ بہت سے لوگ اس طرح کے تیار ہو جائیں تو وہ بھی ہو ہو جائے گا۔ لیکن اصل تو فرد ہے۔</w:t>
      </w:r>
    </w:p>
    <w:p>
      <w:r>
        <w:rPr>
          <w:b/>
        </w:rPr>
        <w:t xml:space="preserve">[47:03] </w:t>
      </w:r>
      <w:r>
        <w:t>isi liye Quran mein kaha gaya: "wa khara boorha". is ko secondary bataya gaya hai. is system ko secondary bataya gaya hai aur aur mind ko primary bataya gaya hai.</w:t>
      </w:r>
    </w:p>
    <w:p>
      <w:pPr>
        <w:jc w:val="right"/>
      </w:pPr>
      <w:r>
        <w:t>اسی لیے قرآن میں کہا گیا: "وخرۃ بوڑھا"۔ اس کو سیکنڈری بتایا گیا ہے۔ اس سسٹم کو سیکنڈری بتایا گیا ہے اور اور مائنڈ کو پرائمری بتایا گیا ہے۔</w:t>
      </w:r>
    </w:p>
    <w:p>
      <w:r>
        <w:rPr>
          <w:b/>
        </w:rPr>
        <w:t xml:space="preserve">[47:16] </w:t>
      </w:r>
      <w:r>
        <w:t>yeh bohat bohat clear hai Quran majeed mein. jo aadmi bhi apne mind ko yaani baais se khali ho kar padhega, preoccupation ke baghair padhega to yeh baat bohat aasani se woh samajh lega.</w:t>
      </w:r>
    </w:p>
    <w:p>
      <w:pPr>
        <w:jc w:val="right"/>
      </w:pPr>
      <w:r>
        <w:t>یہ بہت بہت کلیئر ہے قرآن مجید میں۔ جو آدمی بھی اپنے مائنڈ کو یعنی باعث سے خالی ہو کر پڑھے گا، پری اکوپیشن کے بغیر پڑھے گا تو یہ بات بہت آسانی سے وہ سمجھ لے گا۔</w:t>
      </w:r>
    </w:p>
    <w:p>
      <w:r>
        <w:rPr>
          <w:b/>
        </w:rPr>
        <w:t xml:space="preserve">[47:33] </w:t>
      </w:r>
      <w:r>
        <w:t>maulana, un ka ek aur sawal hai. unhon ne likha hai: "maulana, ek sahib ne kaha ke Al-Risala mission ko ijtamai masail se dilchaspi nahi hai."</w:t>
      </w:r>
    </w:p>
    <w:p>
      <w:pPr>
        <w:jc w:val="right"/>
      </w:pPr>
      <w:r>
        <w:t>مولانا، ان کا ایک اور سوال ہے۔ انہوں نے لکھا ہے: "مولانا، ایک صاحب نے کہا کہ الرسالہ مشن کو اجتماعی مسائل سے دلچسپی نہیں ہے۔"</w:t>
      </w:r>
    </w:p>
    <w:p>
      <w:r>
        <w:rPr>
          <w:b/>
        </w:rPr>
        <w:t xml:space="preserve">[47:46] </w:t>
      </w:r>
      <w:r>
        <w:t>unhon ne yeh bhi kaha ke yeh mission India ke liye to sahi hai lekin saari dunya ke liye sirf dawat aur aman wali activity mumkin nahi hai.</w:t>
      </w:r>
    </w:p>
    <w:p>
      <w:pPr>
        <w:jc w:val="right"/>
      </w:pPr>
      <w:r>
        <w:t>انہوں نے یہ بھی کہا کہ یہ مشن انڈیا کے لیے تو صحیح ہے لیکن ساری دنیا کے لیے صرف دعوت اور امن والی ایکٹیویٹی ممکن نہیں ہے۔</w:t>
      </w:r>
    </w:p>
    <w:p>
      <w:r>
        <w:rPr>
          <w:b/>
        </w:rPr>
        <w:t xml:space="preserve">[47:57] </w:t>
      </w:r>
      <w:r>
        <w:t>maulana, is par kuch farmayein. dekhiye, yeh soch jo hai, is mein ghalati kya hai? yeh soch apne mind set ko le kar ke hai.</w:t>
      </w:r>
    </w:p>
    <w:p>
      <w:pPr>
        <w:jc w:val="right"/>
      </w:pPr>
      <w:r>
        <w:t>مولانا، اس پر کچھ فرمائیں۔ دیکھیے، یہ سوچ جو ہے، اس میں غلطی کیا ہے؟ یہ سوچ اپنے مائنڈ سیٹ کو لے کر کے ہے۔</w:t>
      </w:r>
    </w:p>
    <w:p>
      <w:r>
        <w:rPr>
          <w:b/>
        </w:rPr>
        <w:t xml:space="preserve">[48:07] </w:t>
      </w:r>
      <w:r>
        <w:t>un ke mind mein ek model hai, us model ko le kar yeh bol rahe hain.</w:t>
      </w:r>
    </w:p>
    <w:p>
      <w:pPr>
        <w:jc w:val="right"/>
      </w:pPr>
      <w:r>
        <w:t>ان کے مائنڈ میں ایک ماڈل ہے، اس ماڈل کو لے کر یہ بول رہے ہیں۔</w:t>
      </w:r>
    </w:p>
    <w:p>
      <w:r>
        <w:rPr>
          <w:b/>
        </w:rPr>
        <w:t xml:space="preserve">[48:14] </w:t>
      </w:r>
      <w:r>
        <w:t>un se aap puchiye ke kya unhon ne kabhi aisa kiya ke apne mind ko preoccupation se khali kar ke poore Quran ko padha?</w:t>
      </w:r>
    </w:p>
    <w:p>
      <w:pPr>
        <w:jc w:val="right"/>
      </w:pPr>
      <w:r>
        <w:t>ان سے آپ پوچھیے کہ کیا انہوں نے کبھی ایسا کیا کہ اپنے مائنڈ کو پری اکوپیشن سے خالی کر کے پورے قرآن کو پڑھا؟</w:t>
      </w:r>
    </w:p>
    <w:p>
      <w:r>
        <w:rPr>
          <w:b/>
        </w:rPr>
        <w:t xml:space="preserve">[48:26] </w:t>
      </w:r>
      <w:r>
        <w:t>unhon ne a z tak ke dekhen quran kya batata hai. to india ho, chahe america ho, quran mein farq nahin hai.</w:t>
      </w:r>
    </w:p>
    <w:p>
      <w:pPr>
        <w:jc w:val="right"/>
      </w:pPr>
      <w:r>
        <w:t>انہوں نے اے زیڈ تک کہ دیکھیں قرآن کیا بتاتا ہے۔ تو انڈیا ہو، چاہے امریکہ ہو، قرآن میں فرق نہیں ہے۔</w:t>
      </w:r>
    </w:p>
    <w:p>
      <w:r>
        <w:rPr>
          <w:b/>
        </w:rPr>
        <w:t xml:space="preserve">[48:37] </w:t>
      </w:r>
      <w:r>
        <w:t>yahan bhi wahi karna hai jo wahan woh karna hai.</w:t>
      </w:r>
    </w:p>
    <w:p>
      <w:pPr>
        <w:jc w:val="right"/>
      </w:pPr>
      <w:r>
        <w:t>یہاں بھی وہی کرنا ہے جو وہاں وہ کرنا ہے۔</w:t>
      </w:r>
    </w:p>
    <w:p>
      <w:r>
        <w:rPr>
          <w:b/>
        </w:rPr>
        <w:t xml:space="preserve">[48:41] </w:t>
      </w:r>
      <w:r>
        <w:t>to main ne allah ke fazl se bar bar quran ko parha hai is nazariye se ke quran khud kya kehta hai, apne mind set ko le kar nahin.</w:t>
      </w:r>
    </w:p>
    <w:p>
      <w:pPr>
        <w:jc w:val="right"/>
      </w:pPr>
      <w:r>
        <w:t>تو میں نے اللہ کے فضل سے بار بار قرآن کو پڑھا ہے اس نظریے سے کہ قرآن خود کیا کہتا ہے، اپنے مائنڈ سیٹ کو لے کر نہیں۔</w:t>
      </w:r>
    </w:p>
    <w:p>
      <w:r>
        <w:rPr>
          <w:b/>
        </w:rPr>
        <w:t xml:space="preserve">[48:56] </w:t>
      </w:r>
      <w:r>
        <w:t>to main ne yahi paya hai ke quran mein jo baat kahi gayi hai, woh sab se zyada jo quran mein aap payenge, koi bhi page kholen to main apne lafzon mein kahunga ke khaliq ke creation plan ko batane ke liye ke duniya yeh banayi gayi hai tumhare liye.</w:t>
      </w:r>
    </w:p>
    <w:p>
      <w:pPr>
        <w:jc w:val="right"/>
      </w:pPr>
      <w:r>
        <w:t>تو میں نے یہی پایا ہے کہ قرآن میں جو بات کہی گئی ہے، وہ سب سے زیادہ جو قرآن میں آپ پائیں گے، کوئی بھی پیج کھولیں تو میں اپنے لفظوں میں کہوں گا کہ خالق کے کریشن پلان کو بتانے کے لیے کہ دنیا یہ بنائی گئی ہے تمہارے لیے۔</w:t>
      </w:r>
    </w:p>
    <w:p>
      <w:r>
        <w:rPr>
          <w:b/>
        </w:rPr>
        <w:t xml:space="preserve">[49:21] </w:t>
      </w:r>
      <w:r>
        <w:t>tum yahan hamesha nahin rahoge, tum ko marna hai.</w:t>
      </w:r>
    </w:p>
    <w:p>
      <w:pPr>
        <w:jc w:val="right"/>
      </w:pPr>
      <w:r>
        <w:t>تم یہاں ہمیشہ نہیں رہو گے، تم کو مرنا ہے۔</w:t>
      </w:r>
    </w:p>
    <w:p>
      <w:r>
        <w:rPr>
          <w:b/>
        </w:rPr>
        <w:t xml:space="preserve">[49:25] </w:t>
      </w:r>
      <w:r>
        <w:t>yeh tumhara tumhare liye tumhara yeh habitat nahin hai, yeh tumhara mustaqil aboard nahin hai. apne ko tayyar karo ke agli duniya jo jo tumhara habitat hai, tumhara eternal aboard hai, wahan ke liye tum deserve karo ke wahan tumhe settle settle kiya ja sake.</w:t>
      </w:r>
    </w:p>
    <w:p>
      <w:pPr>
        <w:jc w:val="right"/>
      </w:pPr>
      <w:r>
        <w:t>یہ تمہارا تمہارے لیے تمہارا یہ ہیبیٹاٹ نہیں ہے، یہ تمہارا مستقل ابورڈ نہیں ہے۔ اپنے کو تیار کرو کہ اگلی دنیا جو جو تمہارا ہیبیٹاٹ ہے، تمہارا ایٹرنل ابورڈ ہے، وہاں کے لیے تم ڈیزرو کرو کہ وہاں تمہیں سیٹل سیٹل کیا جا سکے۔</w:t>
      </w:r>
    </w:p>
    <w:p>
      <w:r>
        <w:rPr>
          <w:b/>
        </w:rPr>
        <w:t xml:space="preserve">[49:44] </w:t>
      </w:r>
      <w:r>
        <w:t>yeh sare quran mein yeh cheez bhari hui hai. koi aadmi jo is se inkar karta hai, us ko chahiye ke koi quran ki koi ayat bataye.</w:t>
      </w:r>
    </w:p>
    <w:p>
      <w:pPr>
        <w:jc w:val="right"/>
      </w:pPr>
      <w:r>
        <w:t>یہ سارے قرآن میں یہ چیز بھری ہوئی ہے۔ کوئی آدمی جو اس سے انکار کرتا ہے، اس کو چاہیے کہ کوئی قرآن کی کوئی آیت بتائے۔</w:t>
      </w:r>
    </w:p>
    <w:p>
      <w:r>
        <w:rPr>
          <w:b/>
        </w:rPr>
        <w:t xml:space="preserve">[49:58] </w:t>
      </w:r>
      <w:r>
        <w:t>to log quran ki ayat ko nahin batate, apne mind set ko le kar bolte hain. to zahir hai, kisi ke mind set ka koi se koi baat sabit nahin hoti.</w:t>
      </w:r>
    </w:p>
    <w:p>
      <w:pPr>
        <w:jc w:val="right"/>
      </w:pPr>
      <w:r>
        <w:t>تو لوگ قرآن کی آیت کو نہیں بتاتے، اپنے مائنڈ سیٹ کو لے کر بولتے ہیں۔ تو ظاہر ہے، کسی کے مائنڈ سیٹ کا کوئی سے کوئی بات ثابت نہیں ہوتی۔</w:t>
      </w:r>
    </w:p>
    <w:p>
      <w:r>
        <w:rPr>
          <w:b/>
        </w:rPr>
        <w:t xml:space="preserve">[50:11] </w:t>
      </w:r>
      <w:r>
        <w:t>kisi ka mind set jo hai, woh koi woh woh koi authentic cheez nahin ke us ko le kar hum rai banayein. jab</w:t>
      </w:r>
    </w:p>
    <w:p>
      <w:pPr>
        <w:jc w:val="right"/>
      </w:pPr>
      <w:r>
        <w:t>کسی کا مائنڈ سیٹ جو ہے، وہ کوئی وہ وہ کوئی اتھینٹک چیز نہیں کہ اس کو لے کر ہم رائے بنائیں۔ جب</w:t>
      </w:r>
    </w:p>
    <w:p>
      <w:r>
        <w:rPr>
          <w:b/>
        </w:rPr>
        <w:t xml:space="preserve">[50:20] </w:t>
      </w:r>
      <w:r>
        <w:t>tak aap ek mashhoor aalim ka qaul hai ke "yatuni shai'an min kitabi allahi ta'aqqalu" ke quran ki koi ayat le ke aao, tab main to jawab doonga.</w:t>
      </w:r>
    </w:p>
    <w:p>
      <w:pPr>
        <w:jc w:val="right"/>
      </w:pPr>
      <w:r>
        <w:t>تک آپ ایک مشہور عالم کا قول ہے کہ "ایتونی شیم من کتاب اللہ تعقل" کہ قرآن کی کوئی آیت لے کے آؤ، تب میں تو جواب دوں گا۔</w:t>
      </w:r>
    </w:p>
    <w:p>
      <w:r>
        <w:rPr>
          <w:b/>
        </w:rPr>
        <w:t xml:space="preserve">[50:33] </w:t>
      </w:r>
      <w:r>
        <w:t>aise kaise jawab doon? tum apne mind set se bol rahe ho, to main is ka jawab kya doonga? "yatuni shai'an min kitabi allahi ta'aqqalu".</w:t>
      </w:r>
    </w:p>
    <w:p>
      <w:pPr>
        <w:jc w:val="right"/>
      </w:pPr>
      <w:r>
        <w:t>ایسے کیسے جواب دوں؟ تم اپنے مائنڈ سیٹ سے بول رہے ہو، تو میں اس کا جواب کیا دوں گا؟ "ایتونی شیم من کتاب اللہ تعقل"۔</w:t>
      </w:r>
    </w:p>
    <w:p>
      <w:r>
        <w:rPr>
          <w:b/>
        </w:rPr>
        <w:t xml:space="preserve">[50:42] </w:t>
      </w:r>
      <w:r>
        <w:t>lao koi quran majeed ka koi ayat.</w:t>
      </w:r>
    </w:p>
    <w:p>
      <w:pPr>
        <w:jc w:val="right"/>
      </w:pPr>
      <w:r>
        <w:t>لاؤ کوئی قرآن مجید کا کوئی آیت۔</w:t>
      </w:r>
    </w:p>
    <w:p>
      <w:r>
        <w:rPr>
          <w:b/>
        </w:rPr>
        <w:t xml:space="preserve">[50:45] </w:t>
      </w:r>
      <w:r>
        <w:t>to yeh jo log is tarah ki baatein bolte hain, un ko chahiye ke woh quran ki ayat pesh karein, phir main is ka bataoon ke is ka matlab kya hai.</w:t>
      </w:r>
    </w:p>
    <w:p>
      <w:pPr>
        <w:jc w:val="right"/>
      </w:pPr>
      <w:r>
        <w:t>تو یہ جو لوگ اس طرح کی باتیں بولتے ہیں، ان کو چاہیے کہ وہ قرآن کی آیت پیش کریں، پھر میں اس کا بتاؤں کہ اس کا مطلب کیا ہے۔</w:t>
      </w:r>
    </w:p>
    <w:p>
      <w:r>
        <w:rPr>
          <w:b/>
        </w:rPr>
        <w:t xml:space="preserve">[50:55] </w:t>
      </w:r>
      <w:r>
        <w:t>jaise ek misaal deta hoon main ke quran ki ayaton ko log galat taur par refer karte hain.</w:t>
      </w:r>
    </w:p>
    <w:p>
      <w:pPr>
        <w:jc w:val="right"/>
      </w:pPr>
      <w:r>
        <w:t>جیسے ایک مثال دیتا ہوں میں کہ قرآن کی آیتوں کو لوگ غلط طور پر ریفر کرتے ہیں۔</w:t>
      </w:r>
    </w:p>
    <w:p>
      <w:r>
        <w:rPr>
          <w:b/>
        </w:rPr>
        <w:t xml:space="preserve">[51:02] </w:t>
      </w:r>
      <w:r>
        <w:t>maslan dekhiye, quran mein ek ayat hai: "kunoo quwwami bil qist". yani a logon, tum qist par qaim hone wale bano.</w:t>
      </w:r>
    </w:p>
    <w:p>
      <w:pPr>
        <w:jc w:val="right"/>
      </w:pPr>
      <w:r>
        <w:t>مثلاً دیکھیے، قرآن میں ایک آیت ہے: "کونو کوابی بالقسط"۔ یعنی اے لوگوں، تم قسط پر قائم ہونے والے بنو۔</w:t>
      </w:r>
    </w:p>
    <w:p>
      <w:r>
        <w:rPr>
          <w:b/>
        </w:rPr>
        <w:t xml:space="preserve">[51:17] </w:t>
      </w:r>
      <w:r>
        <w:t>"kunoo quwwami bil qist". qist matlab hota hai justice, aadil. justice par justice ko follow karne wale bano.</w:t>
      </w:r>
    </w:p>
    <w:p>
      <w:pPr>
        <w:jc w:val="right"/>
      </w:pPr>
      <w:r>
        <w:t>"کونو کوابی بالقسط"۔ قسط مطلب ہوتا ہے جسٹس، عادل۔ جسٹس پر جسٹس کو فالو کرنے والے بنو۔</w:t>
      </w:r>
    </w:p>
    <w:p>
      <w:r>
        <w:rPr>
          <w:b/>
        </w:rPr>
        <w:t xml:space="preserve">[51:29] </w:t>
      </w:r>
      <w:r>
        <w:t>a logon, tum justice ko follow karne wale bano. ab is ko unhon ne kya kiya? yeh passive sense mein active sense bana diya is ko ke tum duniya mein jhanda uthao, justice kaho, duniya mein justice qaim karo.</w:t>
      </w:r>
    </w:p>
    <w:p>
      <w:pPr>
        <w:jc w:val="right"/>
      </w:pPr>
      <w:r>
        <w:t>اے لوگوں، تم جسٹس کو فالو کرنے والے بنو۔ اب اس کو انہوں نے کیا کیا؟ یہ پیسو سینس میں ایکٹیو سینس بنا دیا اس کو کہ تم دنیا میں جھنڈا اٹھاؤ، جسٹس کہو، دنیا میں جسٹس قائم کرو۔</w:t>
      </w:r>
    </w:p>
    <w:p>
      <w:r>
        <w:rPr>
          <w:b/>
        </w:rPr>
        <w:t xml:space="preserve">[51:45] </w:t>
      </w:r>
      <w:r>
        <w:t>yeh hai hi nahin is ayat mein. woh ayat, woh ayat jo hai, woh woh passive sense mein hai, active sense mein nahin hai.</w:t>
      </w:r>
    </w:p>
    <w:p>
      <w:pPr>
        <w:jc w:val="right"/>
      </w:pPr>
      <w:r>
        <w:t>یہ ہے ہی نہیں اس آیت میں۔ وہ آیت، وہ آیت جو ہے، وہ وہ پیسو سینس میں ہے، ایکٹیو سینس میں نہیں ہے۔</w:t>
      </w:r>
    </w:p>
    <w:p>
      <w:r>
        <w:rPr>
          <w:b/>
        </w:rPr>
        <w:t xml:space="preserve">[51:54] </w:t>
      </w:r>
      <w:r>
        <w:t>yani apne aap ko tum, ab tum khud follow karo justice ko. tum khud apne aap ko ek just insaan ke taur par develop karo.</w:t>
      </w:r>
    </w:p>
    <w:p>
      <w:pPr>
        <w:jc w:val="right"/>
      </w:pPr>
      <w:r>
        <w:t>یعنی اپنے آپ کو تم، اب تم خود فالو کرو جسٹس کو۔ تم خود اپنے آپ کو ایک جسٹ انسان کے طور پر ڈیولپ کرو۔</w:t>
      </w:r>
    </w:p>
    <w:p>
      <w:r>
        <w:rPr>
          <w:b/>
        </w:rPr>
        <w:t xml:space="preserve">[52:05] </w:t>
      </w:r>
      <w:r>
        <w:t>to koi aisi ayat bataye mujhe jahan likha ho ke tum ko yeh kaam karna hai ke justice ka system, justice ka nizam duniya mein qaim karna hai.</w:t>
      </w:r>
    </w:p>
    <w:p>
      <w:pPr>
        <w:jc w:val="right"/>
      </w:pPr>
      <w:r>
        <w:t>تو کوئی ایسی آیت بتائے مجھے جہاں لکھا ہو کہ تم کو یہ کام کرنا ہے کہ جسٹس کا سسٹم، جسٹس کا نظام دنیا میں قائم کرنا ہے۔</w:t>
      </w:r>
    </w:p>
    <w:p>
      <w:r>
        <w:rPr>
          <w:b/>
        </w:rPr>
        <w:t xml:space="preserve">[52:14] </w:t>
      </w:r>
      <w:r>
        <w:t>yeh kaun si ayat hai? aisi koi ayat nahin.</w:t>
      </w:r>
    </w:p>
    <w:p>
      <w:pPr>
        <w:jc w:val="right"/>
      </w:pPr>
      <w:r>
        <w:t>یہ کون سی آیت ہے؟ ایسی کوئی آیت نہیں۔</w:t>
      </w:r>
    </w:p>
    <w:p>
      <w:r>
        <w:rPr>
          <w:b/>
        </w:rPr>
        <w:t xml:space="preserve">[52:18] </w:t>
      </w:r>
      <w:r>
        <w:t>aisi dekhiye, quran mein hai ke "inna arsalna rusulana bil bayyinati wal kitaba wal mizana li yaquma nasu bil qist".</w:t>
      </w:r>
    </w:p>
    <w:p>
      <w:pPr>
        <w:jc w:val="right"/>
      </w:pPr>
      <w:r>
        <w:t>ایسی دیکھیے، قرآن میں ہے کہ "انا ارسلنا رسولنا بالبینات، والدنا امام الکتاب والبیزان لیکوب الناس بالقسط"۔</w:t>
      </w:r>
    </w:p>
    <w:p>
      <w:r>
        <w:rPr>
          <w:b/>
        </w:rPr>
        <w:t xml:space="preserve">[52:29] </w:t>
      </w:r>
      <w:r>
        <w:t>yani peghambar ke zariye allah ne bheja hidayat "li yaquma nasu bil qist". yani taake log qist ko follow karein, log justice ko follow karein.</w:t>
      </w:r>
    </w:p>
    <w:p>
      <w:pPr>
        <w:jc w:val="right"/>
      </w:pPr>
      <w:r>
        <w:t>یعنی پیغمبر کے ذریعے اللہ نے بھیجا ہدایت "لیکوب الناس بالقسط"۔ یعنی تاکہ لوگ قسط کو فالو کریں، لوگ جسٹس کو فالو کریں۔</w:t>
      </w:r>
    </w:p>
    <w:p>
      <w:r>
        <w:rPr>
          <w:b/>
        </w:rPr>
        <w:t xml:space="preserve">[52:42] </w:t>
      </w:r>
      <w:r>
        <w:t>to justice ko follow kar, yeh to ayat hai bohat maujood hai quran majeed mein, lekin yeh kaha hai ke justice ek system ba tour system ke duniya mein nafiz karo, hukumaton ko todo, nizam ko badlo.</w:t>
      </w:r>
    </w:p>
    <w:p>
      <w:pPr>
        <w:jc w:val="right"/>
      </w:pPr>
      <w:r>
        <w:t>تو جسٹس کو فالو کر، یہ تو آیت ہے بہت موجود ہے قرآن مجید میں، لیکن یہ کہا ہے کہ جسٹس ایک سسٹم بطور سسٹم کے دنیا میں نافذ کرو، حکومتوں کو توڑو، نظام کو بدلو۔</w:t>
      </w:r>
    </w:p>
    <w:p>
      <w:r>
        <w:rPr>
          <w:b/>
        </w:rPr>
        <w:t xml:space="preserve">[52:53] </w:t>
      </w:r>
      <w:r>
        <w:t>yeh to kahin hai hi nahin. to jab tak koi aadmi is tarah ki ayat par yani na bataye, tab tak us ki baat jo hai, valid nahin hogi, invalid hogi.</w:t>
      </w:r>
    </w:p>
    <w:p>
      <w:pPr>
        <w:jc w:val="right"/>
      </w:pPr>
      <w:r>
        <w:t>یہ تو کہیں ہے ہی نہیں۔ تو جب تک کوئی آدمی اس طرح کی آیت پر یعنی نہ بتائے، تب تک اس کی بات جو ہے، ویلڈ نہیں ہوگی، ان ویلڈ ہوگی۔</w:t>
      </w:r>
    </w:p>
    <w:p>
      <w:r>
        <w:rPr>
          <w:b/>
        </w:rPr>
        <w:t xml:space="preserve">[53:05] </w:t>
      </w:r>
      <w:r>
        <w:t>maulana, agla sawal chennai se aya hai maulana ilyas ka.</w:t>
      </w:r>
    </w:p>
    <w:p>
      <w:pPr>
        <w:jc w:val="right"/>
      </w:pPr>
      <w:r>
        <w:t>مولانا، اگلا سوال چنئی سے آیا ہے مولانا الیاس کا۔</w:t>
      </w:r>
    </w:p>
    <w:p>
      <w:r>
        <w:rPr>
          <w:b/>
        </w:rPr>
        <w:t xml:space="preserve">[53:09] </w:t>
      </w:r>
      <w:r>
        <w:t>unhon ne likha hai: "maulana, in your book tajdid-e-deen, page number 10, you have written: ab zarurat hai ke hadith ko khud ek mustaqil ilm ki hesiyat se parhane ka rivaj dala jaye.</w:t>
      </w:r>
    </w:p>
    <w:p>
      <w:pPr>
        <w:jc w:val="right"/>
      </w:pPr>
      <w:r>
        <w:t>انہوں نے لکھا ہے: "مولانا، ان یور بک تجدید دین، پیج نمبر 10، یو ہیو رٹن: اب ضرورت ہے کہ حدیث کو خود ایک مستقل علم کی حیثیت سے پڑھانے کا رواج ڈالا جائے۔</w:t>
      </w:r>
    </w:p>
    <w:p>
      <w:r>
        <w:rPr>
          <w:b/>
        </w:rPr>
        <w:t xml:space="preserve">[53:26] </w:t>
      </w:r>
      <w:r>
        <w:t>maulana, please explain the meaning of this statement with an example. dekhen, woh woh jo statement hai.</w:t>
      </w:r>
    </w:p>
    <w:p>
      <w:pPr>
        <w:jc w:val="right"/>
      </w:pPr>
      <w:r>
        <w:t>مولانا، پلیز ایکسپلین دا میننگ آف دس سٹیٹمنٹ ود این ایگزیمپل۔" دیکھیں، وہ وہ جو سٹیٹمنٹ ہے۔</w:t>
      </w:r>
    </w:p>
    <w:p>
      <w:r>
        <w:rPr>
          <w:b/>
        </w:rPr>
        <w:t xml:space="preserve">[53:35] </w:t>
      </w:r>
      <w:r>
        <w:t>to aisa ho gaya hai baad ke zamane mein,</w:t>
      </w:r>
    </w:p>
    <w:p>
      <w:pPr>
        <w:jc w:val="right"/>
      </w:pPr>
      <w:r>
        <w:t>تو ایسا ہو گیا ہے بعد کے زمانے میں،</w:t>
      </w:r>
    </w:p>
    <w:p>
      <w:r>
        <w:rPr>
          <w:b/>
        </w:rPr>
        <w:t xml:space="preserve">[53:39] </w:t>
      </w:r>
      <w:r>
        <w:t>baad ke zamane mein aisa hoga ke hadith ko fiqh ke tabe kar diya jayega. yani pehle fiqh hai, uske baad hadith.</w:t>
      </w:r>
    </w:p>
    <w:p>
      <w:pPr>
        <w:jc w:val="right"/>
      </w:pPr>
      <w:r>
        <w:t>بعد کے زمانے میں ایسا ہوگا کہ حدیث کو فقہ کے تابع کر دیا جائے گا۔ یعنی پہلے فقہ ہے، اس کے بعد حدیث۔</w:t>
      </w:r>
    </w:p>
    <w:p>
      <w:r>
        <w:rPr>
          <w:b/>
        </w:rPr>
        <w:t xml:space="preserve">[53:50] </w:t>
      </w:r>
      <w:r>
        <w:t>fiqh mein kuch masail banaye aur hadith se usko nikalne lage. to main ne yeh kaha hai ke yeh "putting the card before the heart"</w:t>
      </w:r>
    </w:p>
    <w:p>
      <w:pPr>
        <w:jc w:val="right"/>
      </w:pPr>
      <w:r>
        <w:t>فقہ میں کچھ مسئلے بنائے اور حدیث سے اس کو نکالنے لگے۔ تو میں نے یہ کہا ہے کہ یہ "پٹنگ دا کارڈ بیفور دی ہارٹ"</w:t>
      </w:r>
    </w:p>
    <w:p>
      <w:r>
        <w:rPr>
          <w:b/>
        </w:rPr>
        <w:t xml:space="preserve">[53:59] </w:t>
      </w:r>
      <w:r>
        <w:t>sahih hai. yani abhi hadith ko yeh darja dena chahiye ke fiqh uske tabe ho. ulta kar diya gaya hai, ulta kar diya gaya hai.</w:t>
      </w:r>
    </w:p>
    <w:p>
      <w:pPr>
        <w:jc w:val="right"/>
      </w:pPr>
      <w:r>
        <w:t>صحیح ہے۔ یعنی ابھی حدیث کو یہ درجہ دینا چاہیے کہ فقہ اس کے تابع ہو۔ الٹا کر دیا گیا ہے، الٹا کر دیا گیا ہے۔</w:t>
      </w:r>
    </w:p>
    <w:p>
      <w:r>
        <w:rPr>
          <w:b/>
        </w:rPr>
        <w:t xml:space="preserve">[54:09] </w:t>
      </w:r>
      <w:r>
        <w:t>is ki wajah is misalein di hain, is kitab aap parh lijiye, is ko aap ne shayad is ko ghaur se nahi parha. isi kitab mein, isi kitab mein misal mil jayegi aap ko dobara agar parhen aap to.</w:t>
      </w:r>
    </w:p>
    <w:p>
      <w:pPr>
        <w:jc w:val="right"/>
      </w:pPr>
      <w:r>
        <w:t>اس کی وجہ اس مثالیں دی ہیں، اس کتاب آپ پڑھ لیجئے، اس کو آپ نے شاید اس کو غور سے نہیں پڑھا۔ اسی کتاب میں، اسی کتاب میں مثال مل جائے گی آپ کو دوبارہ اگر پڑھیں آپ تو۔</w:t>
      </w:r>
    </w:p>
    <w:p>
      <w:r>
        <w:rPr>
          <w:b/>
        </w:rPr>
        <w:t xml:space="preserve">[54:21] </w:t>
      </w:r>
      <w:r>
        <w:t>ah maulana, agla sawal lene se pehle ek comment parhna chahenge aur comment ke sath hi ek sawal bhi hai</w:t>
      </w:r>
    </w:p>
    <w:p>
      <w:pPr>
        <w:jc w:val="right"/>
      </w:pPr>
      <w:r>
        <w:t>اہ مولانا، اگلا سوال لینے سے پہلے ایک کمنٹ پڑھنا چاہیں گے اور کمنٹ کے ساتھ ہی ایک سوال بھی ہے</w:t>
      </w:r>
    </w:p>
    <w:p>
      <w:r>
        <w:rPr>
          <w:b/>
        </w:rPr>
        <w:t xml:space="preserve">[54:28] </w:t>
      </w:r>
      <w:r>
        <w:t>jo gulziba ahmed, miss gulziba ahmed ne maryland usa se bheja hai. unhon ne likha hai: "maulana, in one of your talk, fikri kitabon mein wuzu kyon nahi hota?" this talk gave me an answer to one of the questions that i had.</w:t>
      </w:r>
    </w:p>
    <w:p>
      <w:pPr>
        <w:jc w:val="right"/>
      </w:pPr>
      <w:r>
        <w:t>جو گلزیبہ احمد، مس گلزیبہ احمد نے میری لینڈ یو ایس اے سے بھیجا ہے۔ انہوں نے لکھا ہے: "مولانا، ان ون آف یور ٹاک، فکری کتابوں میں وضو کیوں نہیں ہوتا؟" دس ٹاک گیو می این انسر ٹو ون آف دا کوئسچن دیٹ آئی ہیڈ۔</w:t>
      </w:r>
    </w:p>
    <w:p>
      <w:r>
        <w:rPr>
          <w:b/>
        </w:rPr>
        <w:t xml:space="preserve">[54:46] </w:t>
      </w:r>
      <w:r>
        <w:t>maulana sahib knows the marifat of the meaning. yesterday, i was reading september 2004 al risala.</w:t>
      </w:r>
    </w:p>
    <w:p>
      <w:pPr>
        <w:jc w:val="right"/>
      </w:pPr>
      <w:r>
        <w:t>مولانا صاحب نوز دی معرفت آف دا میننگ۔ یسٹرڈے، آئی واز ریڈنگ ستمبر 2004 الرسالہ۔</w:t>
      </w:r>
    </w:p>
    <w:p>
      <w:r>
        <w:rPr>
          <w:b/>
        </w:rPr>
        <w:t xml:space="preserve">[54:55] </w:t>
      </w:r>
      <w:r>
        <w:t>that time, i was thinking that these words are full of wisdom and how is it that maulana gets it? today, i got the answer that continuous thinking leads you to the marifat of the meaning.</w:t>
      </w:r>
    </w:p>
    <w:p>
      <w:pPr>
        <w:jc w:val="right"/>
      </w:pPr>
      <w:r>
        <w:t>دیٹ ٹائم، آئی واز تھنکنگ دیٹ دیز ورڈز آر فل آف وزڈم اینڈ ہاؤ از اٹ دیٹ مولانا گیٹس اٹ؟ ٹوڈے، آئی گاٹ دی انسر دیٹ کنٹینیوس تھنکنگ لیڈز یو ٹو دا معرفت آف دا میننگ۔</w:t>
      </w:r>
    </w:p>
    <w:p>
      <w:r>
        <w:rPr>
          <w:b/>
        </w:rPr>
        <w:t xml:space="preserve">[55:12] </w:t>
      </w:r>
      <w:r>
        <w:t>unhon ne sawal jo kiya hai maulana, woh is tarah</w:t>
      </w:r>
    </w:p>
    <w:p>
      <w:pPr>
        <w:jc w:val="right"/>
      </w:pPr>
      <w:r>
        <w:t>انہوں نے سوال جو کیا ہے مولانا، وہ اس طرح</w:t>
      </w:r>
    </w:p>
    <w:p>
      <w:r>
        <w:rPr>
          <w:b/>
        </w:rPr>
        <w:t xml:space="preserve">[55:15] </w:t>
      </w:r>
      <w:r>
        <w:t>hai: unhon ne likha hai: "maulana sahib, please tell us how can we focus our thinking on one topic when there is so much going on in life?"</w:t>
      </w:r>
    </w:p>
    <w:p>
      <w:pPr>
        <w:jc w:val="right"/>
      </w:pPr>
      <w:r>
        <w:t>ہے: انہوں نے لکھا ہے: "مولانا صاحب، پلیز ٹیل اس ہاؤ کین وی فوکس اور تھنکنگ ان ون ٹاپک وین دیر از سو مچ گوئنگ ان لائف؟"</w:t>
      </w:r>
    </w:p>
    <w:p>
      <w:r>
        <w:rPr>
          <w:b/>
        </w:rPr>
        <w:t xml:space="preserve">[55:30] </w:t>
      </w:r>
      <w:r>
        <w:t>dekhen, yeh sawal aksar log puchte hain lekin yeh sawal jo hai</w:t>
      </w:r>
    </w:p>
    <w:p>
      <w:pPr>
        <w:jc w:val="right"/>
      </w:pPr>
      <w:r>
        <w:t>دیکھیں، یہ سوال اکثر لوگ پوچھتے ہیں لیکن یہ سوال جو ہے</w:t>
      </w:r>
    </w:p>
    <w:p>
      <w:r>
        <w:rPr>
          <w:b/>
        </w:rPr>
        <w:t xml:space="preserve">[55:38] </w:t>
      </w:r>
      <w:r>
        <w:t>is liye hai ke jo creator ka, jo creator ki apni jo scheme of things hain ya uska jo creation plan hai, us ko na samajhne ki wajah se.</w:t>
      </w:r>
    </w:p>
    <w:p>
      <w:pPr>
        <w:jc w:val="right"/>
      </w:pPr>
      <w:r>
        <w:t>اس لیے ہے کہ جو کریٹر کا، جو کریٹر کی اپنی جو اسکیم آف تھنگز ہیں یا اس کا جو کریشن پلان ہے، اس کو نہ سمجھنے کی وجہ سے۔</w:t>
      </w:r>
    </w:p>
    <w:p>
      <w:r>
        <w:rPr>
          <w:b/>
        </w:rPr>
        <w:t xml:space="preserve">[55:52] </w:t>
      </w:r>
      <w:r>
        <w:t>jab quran mein bar bar batai gayi yeh baat, jaise aaj hi main kisi se baat kar raha tha ke quran mein hai ke "laqad khalaqnal insana fi kabad".</w:t>
      </w:r>
    </w:p>
    <w:p>
      <w:pPr>
        <w:jc w:val="right"/>
      </w:pPr>
      <w:r>
        <w:t>جب قرآن میں بار بار بتائی گئی یہ بات، جیسے آج ہی میں کسی سے بات کر رہا تھا کہ قرآن میں ہے کہ "لقد خلقنا الانسان فی کبد"۔</w:t>
      </w:r>
    </w:p>
    <w:p>
      <w:r>
        <w:rPr>
          <w:b/>
        </w:rPr>
        <w:t xml:space="preserve">[56:03] </w:t>
      </w:r>
      <w:r>
        <w:t>hum ne paida kiya insan ko hardship mein. hardship ka matlab kya hai? distraction mein.</w:t>
      </w:r>
    </w:p>
    <w:p>
      <w:pPr>
        <w:jc w:val="right"/>
      </w:pPr>
      <w:r>
        <w:t>ہم نے پیدا کیا انسان کو ہارڈشپ میں۔ ہارڈشپ کا مطلب کیا ہے؟ ڈسٹریکشن میں۔</w:t>
      </w:r>
    </w:p>
    <w:p>
      <w:r>
        <w:rPr>
          <w:b/>
        </w:rPr>
        <w:t xml:space="preserve">[56:13] </w:t>
      </w:r>
      <w:r>
        <w:t>aaj kal ki zuban mein agar badal kar main kahun to uska matlab hai ke insan ko hum ne paida kiya hai aisi duniya mein jahan har waqt distraction ho.</w:t>
      </w:r>
    </w:p>
    <w:p>
      <w:pPr>
        <w:jc w:val="right"/>
      </w:pPr>
      <w:r>
        <w:t>آج کل کی زبان میں اگر بدل کر میں کہوں تو اس کا مطلب ہے کہ انسان کو ہم نے پیدا کیا ہے ایسی دنیا میں جہاں ہر وقت ڈسٹریکشن ہو۔</w:t>
      </w:r>
    </w:p>
    <w:p>
      <w:r>
        <w:rPr>
          <w:b/>
        </w:rPr>
        <w:t xml:space="preserve">[56:21] </w:t>
      </w:r>
      <w:r>
        <w:t>to yeh to jo jo creation plan hai, usi ka part hai. us ko badal to sakte nahi aap, badal to sakte nahi aap.</w:t>
      </w:r>
    </w:p>
    <w:p>
      <w:pPr>
        <w:jc w:val="right"/>
      </w:pPr>
      <w:r>
        <w:t>تو یہ تو جو جو کریشن پلان ہے، اسی کا پارٹ ہے۔ اس کو بدل تو سکتے نہیں آپ، بدل تو سکتے نہیں آپ۔</w:t>
      </w:r>
    </w:p>
    <w:p>
      <w:r>
        <w:rPr>
          <w:b/>
        </w:rPr>
        <w:t xml:space="preserve">[56:34] </w:t>
      </w:r>
      <w:r>
        <w:t>to khuda ne jo kabad ka lafz istemal kiya ke hardship mein paida kiya, to yeh koi khuda ko hum se koi dushmani nahi hai</w:t>
      </w:r>
    </w:p>
    <w:p>
      <w:pPr>
        <w:jc w:val="right"/>
      </w:pPr>
      <w:r>
        <w:t>تو خدا نے جو کبد کا لفظ استعمال کیا کہ ہارڈشپ میں پیدا کیا، تو یہ کوئی خدا کو ہم سے کوئی دشمنی نہیں ہے</w:t>
      </w:r>
    </w:p>
    <w:p>
      <w:r>
        <w:rPr>
          <w:b/>
        </w:rPr>
        <w:t xml:space="preserve">[56:43] </w:t>
      </w:r>
      <w:r>
        <w:t>kyun ke insan ko is tarah banaya gaya hai ke us ki jitni qualities hain, woh sab diamond position mein hoti hain.</w:t>
      </w:r>
    </w:p>
    <w:p>
      <w:pPr>
        <w:jc w:val="right"/>
      </w:pPr>
      <w:r>
        <w:t>کیونکہ انسان کو اس طرح بنایا گیا ہے کہ اس کی جتنی کوالٹیز ہیں، وہ سب ڈائمنڈ پوزیشن میں ہوتی ہیں۔</w:t>
      </w:r>
    </w:p>
    <w:p>
      <w:r>
        <w:rPr>
          <w:b/>
        </w:rPr>
        <w:t xml:space="preserve">[56:52] </w:t>
      </w:r>
      <w:r>
        <w:t>yani khwabi da halat mein us ko unfold karne ke liye zarurat hui thi ke us ko shock treatment diya jaye. ek hi rasta hai insan ko, yani insan ki us ki qualities ko develop karne ke liye ke us ko is ko shock lage, shock lage, shock lage.</w:t>
      </w:r>
    </w:p>
    <w:p>
      <w:pPr>
        <w:jc w:val="right"/>
      </w:pPr>
      <w:r>
        <w:t>یعنی خوابی دا حالت میں اس کو ان فولڈ کرنے کے لیے ضرورت ہوئی تھی کہ اس کو شاک ٹریٹمنٹ دیا جائے۔ ایک ہی راستہ ہے انسان کو، یعنی انسان کی اس کی کوالٹیز کو ڈیولپ کرنے کے لیے کہ اس کو اس کو شاک لگے، شاک لگے، شاک لگے۔</w:t>
      </w:r>
    </w:p>
    <w:p>
      <w:r>
        <w:rPr>
          <w:b/>
        </w:rPr>
        <w:t xml:space="preserve">[57:13] </w:t>
      </w:r>
      <w:r>
        <w:t>aur main ek hadith aap ko sunata hoon: "innallaha ahabb qawman ibtala". Allah jab kisi insan se ko mehboob rakhta hai to us ko woh musibaton mein dal deta hai.</w:t>
      </w:r>
    </w:p>
    <w:p>
      <w:pPr>
        <w:jc w:val="right"/>
      </w:pPr>
      <w:r>
        <w:t>اور میں ایک حدیث آپ کو سناتا ہوں: "ان اللہ احب قوم ابتلا"۔ اللہ جب کسی انسان سے کو محبوب رکھتا ہے تو اس کو وہ مصیبتوں میں ڈال دیتا ہے۔</w:t>
      </w:r>
    </w:p>
    <w:p>
      <w:r>
        <w:rPr>
          <w:b/>
        </w:rPr>
        <w:t xml:space="preserve">[57:26] </w:t>
      </w:r>
      <w:r>
        <w:t>iska matlab kya hai?</w:t>
      </w:r>
    </w:p>
    <w:p>
      <w:pPr>
        <w:jc w:val="right"/>
      </w:pPr>
      <w:r>
        <w:t>اس کا مطلب کیا ہے؟</w:t>
      </w:r>
    </w:p>
    <w:p>
      <w:r>
        <w:rPr>
          <w:b/>
        </w:rPr>
        <w:t xml:space="preserve">[57:28] </w:t>
      </w:r>
      <w:r>
        <w:t>insan ko jab paida kiya gaya is tareeqay say kay is ko</w:t>
      </w:r>
    </w:p>
    <w:p>
      <w:pPr>
        <w:jc w:val="right"/>
      </w:pPr>
      <w:r>
        <w:t>انسان کو جب پیدا کیا گیا اس طریقے سے کہ اس کو</w:t>
      </w:r>
    </w:p>
    <w:p>
      <w:r>
        <w:rPr>
          <w:b/>
        </w:rPr>
        <w:t xml:space="preserve">[57:35] </w:t>
      </w:r>
      <w:r>
        <w:t>un fold karnay kay liye shock ki zaroorat ho, to woh shock to lagay ga. yeh us kay liye b</w:t>
      </w:r>
    </w:p>
    <w:p>
      <w:pPr>
        <w:jc w:val="right"/>
      </w:pPr>
      <w:r>
        <w:t>ان فولڈ کرنے کے لیے شاک کی ضرورت ہو، تو وہ شاک تو لگے گا۔ یہ اس کے لیے ب</w:t>
      </w:r>
    </w:p>
    <w:p>
      <w:r>
        <w:rPr>
          <w:b/>
        </w:rPr>
        <w:t xml:space="preserve">[57:43] </w:t>
      </w:r>
      <w:r>
        <w:t>lessing hogi kyun kay shock nahi lagay, nahi lagay ga to us ko us kay un fold nahi hongay. us ki cheezain jaisay mein nay aik misaal di kay kay rock stones jo hain, woh woh bold hotay hain stream kay mein behtay huay.</w:t>
      </w:r>
    </w:p>
    <w:p>
      <w:pPr>
        <w:jc w:val="right"/>
      </w:pPr>
      <w:r>
        <w:t>لیسنگ ہوگی کیونکہ شاک نہیں لگے، نہیں لگے گا تو اس کو اس کے ان فولڈ نہیں ہوں گے۔ اس کی چیزیں جیسے میں نے ایک مثال دی کہ کہ راک سٹونز جو ہیں، وہ وہ بولڈ ہوتے ہیں اسٹریم کے میں بہتے ہوئے۔</w:t>
      </w:r>
    </w:p>
    <w:p>
      <w:r>
        <w:rPr>
          <w:b/>
        </w:rPr>
        <w:t xml:space="preserve">[58:00] </w:t>
      </w:r>
      <w:r>
        <w:t>insan ko apnay aap ko bold karna hai, apnay khud apnay andar self created process kay zariye say. yeh to koi us ko to humain face karna hai.</w:t>
      </w:r>
    </w:p>
    <w:p>
      <w:pPr>
        <w:jc w:val="right"/>
      </w:pPr>
      <w:r>
        <w:t>انسان کو اپنے آپ کو بولڈ کرنا ہے، اپنے خود اپنے اندر سیلف کریٹڈ پروسیس کے ذریعے سے۔ یہ تو کوئی اس کو تو ہمیں فیس کرنا ہے۔</w:t>
      </w:r>
    </w:p>
    <w:p>
      <w:r>
        <w:rPr>
          <w:b/>
        </w:rPr>
        <w:t xml:space="preserve">[58:10] </w:t>
      </w:r>
      <w:r>
        <w:t>yani das world of distraction hi mein humain paida kiya gaya hai aur us ko humain face karna hai. yani hum apnay ko distraction say bachana hai.</w:t>
      </w:r>
    </w:p>
    <w:p>
      <w:pPr>
        <w:jc w:val="right"/>
      </w:pPr>
      <w:r>
        <w:t>یعنی دس ورلڈ آف ڈسٹریکشن ہی میں ہمیں پیدا کیا گیا ہے اور اس کو ہمیں فیس کرنا ہے۔ یعنی ہم اپنے کو ڈسٹریکشن سے بچانا ہے۔</w:t>
      </w:r>
    </w:p>
    <w:p>
      <w:r>
        <w:rPr>
          <w:b/>
        </w:rPr>
        <w:t xml:space="preserve">[58:18] </w:t>
      </w:r>
      <w:r>
        <w:t>isi par to jannat hai, isi par to reward hai, isi par to hamara intellectual process hai. taiz hota hai, is ka is mein koi escape nahi hai.</w:t>
      </w:r>
    </w:p>
    <w:p>
      <w:pPr>
        <w:jc w:val="right"/>
      </w:pPr>
      <w:r>
        <w:t>اسی پر تو جنت ہے، اسی پر تو ریوارڈ ہے، اسی پر تو ہمارا انٹلیکچول پروسیس ہے۔ تیز ہوتا ہے، اس کا اس میں کوئی اسکیپ نہیں ہے۔</w:t>
      </w:r>
    </w:p>
    <w:p>
      <w:r>
        <w:rPr>
          <w:b/>
        </w:rPr>
        <w:t xml:space="preserve">[58:30] </w:t>
      </w:r>
      <w:r>
        <w:t>yeh mumkin nahi hai kay hum aisi dunya paas karain jahan distraction na ho, jahan distraction na ho. woh to, woh to, woh to rahay gi.</w:t>
      </w:r>
    </w:p>
    <w:p>
      <w:pPr>
        <w:jc w:val="right"/>
      </w:pPr>
      <w:r>
        <w:t>یہ ممکن نہیں ہے کہ ہم ایسی دنیا پاس کریں جہاں ڈسٹریکشن نہ ہو، جہاں ڈسٹریکشن نہ ہو۔ وہ تو، وہ تو، وہ تو رہے گی۔</w:t>
      </w:r>
    </w:p>
    <w:p>
      <w:r>
        <w:rPr>
          <w:b/>
        </w:rPr>
        <w:t xml:space="preserve">[58:43] </w:t>
      </w:r>
      <w:r>
        <w:t>maulana, agla sawal chennai say aya hai peer muhammad sahib ka. unhon nay likha hai: "maulana, my neighbors greet me in new year.</w:t>
      </w:r>
    </w:p>
    <w:p>
      <w:pPr>
        <w:jc w:val="right"/>
      </w:pPr>
      <w:r>
        <w:t>مولانا، اگلا سوال چنئی سے آیا ہے پیر محمد صاحب کا۔ انہوں نے لکھا ہے: "مولانا، مائی نیبرز گریٹ می ان نیو ایئر۔</w:t>
      </w:r>
    </w:p>
    <w:p>
      <w:r>
        <w:rPr>
          <w:b/>
        </w:rPr>
        <w:t xml:space="preserve">[58:54] </w:t>
      </w:r>
      <w:r>
        <w:t>what should i do? can i greet them back as some of my muslim friends say? that greetings in the new year is haram." astaghfirullah, yeh aisa bolna to zaroor haram hai.</w:t>
      </w:r>
    </w:p>
    <w:p>
      <w:pPr>
        <w:jc w:val="right"/>
      </w:pPr>
      <w:r>
        <w:t>واٹ شوڈ آئی ڈو؟ کین آئی گریٹ دیم بیک ایز سم آف مائی مسلم فرینڈز سے؟ دیٹ گریٹنگز ان دا نیو ایئر از حرام۔" استغفراللہ، یہ ایسا بولنا تو ضرور حرام ہے۔</w:t>
      </w:r>
    </w:p>
    <w:p>
      <w:r>
        <w:rPr>
          <w:b/>
        </w:rPr>
        <w:t xml:space="preserve">[59:10] </w:t>
      </w:r>
      <w:r>
        <w:t>greeting haram nahi hai,</w:t>
      </w:r>
    </w:p>
    <w:p>
      <w:pPr>
        <w:jc w:val="right"/>
      </w:pPr>
      <w:r>
        <w:t>گریٹنگ حرام نہیں ہے،</w:t>
      </w:r>
    </w:p>
    <w:p>
      <w:r>
        <w:rPr>
          <w:b/>
        </w:rPr>
        <w:t xml:space="preserve">[59:13] </w:t>
      </w:r>
      <w:r>
        <w:t>greeting haram nahi hai. aisa bolna zaroor haram hai. aap zaroor un ko mubarakbad dijiye jaisay woh aap ko de rahay hain aur Allah ka shukar ada kijiye kay naye aik aur saal mila aap ko dunya mein kaam karnay ka.</w:t>
      </w:r>
    </w:p>
    <w:p>
      <w:pPr>
        <w:jc w:val="right"/>
      </w:pPr>
      <w:r>
        <w:t>گریٹنگ حرام نہیں ہے۔ ایسا بولنا ضرور حرام ہے۔ آپ ضرور ان کو مبارکباد دیجئے جیسے وہ آپ کو دے رہے ہیں اور اللہ کا شکر ادا کیجئے کہ نئے ایک اور سال ملا آپ کو دنیا میں کام کرنے کا۔</w:t>
      </w:r>
    </w:p>
    <w:p>
      <w:r>
        <w:rPr>
          <w:b/>
        </w:rPr>
        <w:t xml:space="preserve">[59:31] </w:t>
      </w:r>
      <w:r>
        <w:t>yeh to bohat achi baat hai. jo log kehtay hain kay haram hai, woh bilashuba khud aik haram film ibtala hai, aisa keh kar kay</w:t>
      </w:r>
    </w:p>
    <w:p>
      <w:pPr>
        <w:jc w:val="right"/>
      </w:pPr>
      <w:r>
        <w:t>یہ تو بہت اچھی بات ہے۔ جو لوگ کہتے ہیں کہ حرام ہے، وہ بلاشبہ خود ایک حرام فلم ابتلا ہے، ایسا کہہ کر کے</w:t>
      </w:r>
    </w:p>
    <w:p>
      <w:r>
        <w:rPr>
          <w:b/>
        </w:rPr>
        <w:t xml:space="preserve">[59:40] </w:t>
      </w:r>
      <w:r>
        <w:t>. kyun kay woh, woh, woh aisi baat bol raha hai jis jis ko Khuda nay unhain, yani ijazat nahi di hai.</w:t>
      </w:r>
    </w:p>
    <w:p>
      <w:pPr>
        <w:jc w:val="right"/>
      </w:pPr>
      <w:r>
        <w:t>۔ کیونکہ وہ، وہ، وہ ایسی بات بول رہا ہے جس جس کو خدا نے انہیں، یعنی اجازت نہیں دی ہے۔</w:t>
      </w:r>
    </w:p>
    <w:p>
      <w:r>
        <w:rPr>
          <w:b/>
        </w:rPr>
        <w:t xml:space="preserve">[59:51] </w:t>
      </w:r>
      <w:r>
        <w:t>yani yeh kaisay, yani kaisay koi munh say bolta hai?</w:t>
      </w:r>
    </w:p>
    <w:p>
      <w:pPr>
        <w:jc w:val="right"/>
      </w:pPr>
      <w:r>
        <w:t>یعنی یہ کیسے، یعنی کیسے کوئی منہ سے بولتا ہے؟</w:t>
      </w:r>
    </w:p>
    <w:p>
      <w:r>
        <w:rPr>
          <w:b/>
        </w:rPr>
        <w:t xml:space="preserve">[59:57] </w:t>
      </w:r>
      <w:r>
        <w:t>mein hairaan hoon kay kaisay itni, yani itnay musalman itnay woh ho gaye hain, nidar ho gaye hain, nidar kay jo baat Quran o Hadees mein likhi nahi hui hai, woh us ko boltay hain.</w:t>
      </w:r>
    </w:p>
    <w:p>
      <w:pPr>
        <w:jc w:val="right"/>
      </w:pPr>
      <w:r>
        <w:t>میں حیران ہوں کہ کیسے اتنی، یعنی اتنے مسلمان اتنے وہ ہو گئے ہیں، نڈر ہو گئے ہیں، نڈر کہ جو بات قرآن و حدیث میں لکھی نہیں ہوئی ہے، وہ اس کو بولتے ہیں۔</w:t>
      </w:r>
    </w:p>
    <w:p>
      <w:r>
        <w:rPr>
          <w:b/>
        </w:rPr>
        <w:t xml:space="preserve">[1:00:11] </w:t>
      </w:r>
      <w:r>
        <w:t>yeh kaisay boltay hain? woh</w:t>
      </w:r>
    </w:p>
    <w:p>
      <w:pPr>
        <w:jc w:val="right"/>
      </w:pPr>
      <w:r>
        <w:t>یہ کیسے بولتے ہیں؟ وہ</w:t>
      </w:r>
    </w:p>
    <w:p>
      <w:r>
        <w:rPr>
          <w:b/>
        </w:rPr>
        <w:t xml:space="preserve">[1:00:15] </w:t>
      </w:r>
      <w:r>
        <w:t>to jo log aisa kehtay hain, un say bas saada, yani sawal aap yeh kijiye kay batao kahan likha hai Quran ya Hadees mein? jo log aisa kehtay hain, un say poochiye kahan likha hua hai Quran o Hadees mein.</w:t>
      </w:r>
    </w:p>
    <w:p>
      <w:pPr>
        <w:jc w:val="right"/>
      </w:pPr>
      <w:r>
        <w:t>تو جو لوگ ایسا کہتے ہیں، ان سے بس سادہ، یعنی سوال آپ یہ کیجئے کہ بتاؤ کہاں لکھا ہے قرآن یا حدیث میں؟ جو لوگ ایسا کہتے ہیں، ان سے پوچھیے کہاں لکھا ہوا ہے قرآن و حدیث میں۔</w:t>
      </w:r>
    </w:p>
    <w:p>
      <w:r>
        <w:rPr>
          <w:b/>
        </w:rPr>
        <w:t xml:space="preserve">[1:00:28] </w:t>
      </w:r>
      <w:r>
        <w:t>to jab tak woh ayat ya hadees na bataye, us waqt tak aap na to us ko maaniye, na us par sawal kijiye, na us ko maaniye, na us par sawal kijiye.</w:t>
      </w:r>
    </w:p>
    <w:p>
      <w:pPr>
        <w:jc w:val="right"/>
      </w:pPr>
      <w:r>
        <w:t>تو جب تک وہ آیت یا حدیث نہ بتائے، اس وقت تک آپ نہ تو اس کو مانیے، نہ اس کو اس پر سوال کیجئے، نہ اس کو مانیے، نہ اس پر سوال کیجئے۔</w:t>
      </w:r>
    </w:p>
    <w:p>
      <w:r>
        <w:rPr>
          <w:b/>
        </w:rPr>
        <w:t xml:space="preserve">[1:00:43] </w:t>
      </w:r>
      <w:r>
        <w:t>maulana, agla sawal saharanpur say mrs. ismat khanoom ka hai. unhon nay likha hai: "maulana, jab Khuda nay mukhtalif rai rakhnay ka mansooba apni takhleeqi nizaam mein rakha hai,</w:t>
      </w:r>
    </w:p>
    <w:p>
      <w:pPr>
        <w:jc w:val="right"/>
      </w:pPr>
      <w:r>
        <w:t>مولانا، اگلا سوال سہرن پور سے مسز عصمت خانم کا ہے۔ انہوں نے لکھا ہے: "مولانا، جب خدا نے مختلف رائے رکھنے کا منصوبہ اپنی تخلیقی نظام میں رکھا ہے،</w:t>
      </w:r>
    </w:p>
    <w:p>
      <w:r>
        <w:rPr>
          <w:b/>
        </w:rPr>
        <w:t xml:space="preserve">[1:00:58] </w:t>
      </w:r>
      <w:r>
        <w:t>to phir Khuda kay tasawwur mein aur ghayab par iman mein sab insan aik rai kaisay rakh saktay hain? is par bataye." mujh say koi talluq nahi, is ka aqeeday say belief talluq nahi hai.</w:t>
      </w:r>
    </w:p>
    <w:p>
      <w:pPr>
        <w:jc w:val="right"/>
      </w:pPr>
      <w:r>
        <w:t>تو پھر خدا کے تصور میں اور غائب پر ایمان میں سب انسان ایک رائے کیسے رکھ سکتے ہیں؟ اس پر بتائیں۔" مجھ سے کوئی تعلق نہیں، اس کا عقیدہ سے بیلیف تعلق نہیں ہے۔</w:t>
      </w:r>
    </w:p>
    <w:p>
      <w:r>
        <w:rPr>
          <w:b/>
        </w:rPr>
        <w:t xml:space="preserve">[1:01:11] </w:t>
      </w:r>
      <w:r>
        <w:t>ji,</w:t>
      </w:r>
    </w:p>
    <w:p>
      <w:pPr>
        <w:jc w:val="right"/>
      </w:pPr>
      <w:r>
        <w:t>جی،</w:t>
      </w:r>
    </w:p>
    <w:p>
      <w:r>
        <w:rPr>
          <w:b/>
        </w:rPr>
        <w:t xml:space="preserve">[1:01:13] </w:t>
      </w:r>
      <w:r>
        <w:t>woh aqeedah aur belief to aik hi rahay ga. is mein to oneness hogi, is mein kahin nahi ho sakta. baqi dunya mein insan paida hota hai, har aik ki apni alag test hai, alag, har aik ka alag, yani dhang par us ki us ki ab breaking hoti hai,</w:t>
      </w:r>
    </w:p>
    <w:p>
      <w:pPr>
        <w:jc w:val="right"/>
      </w:pPr>
      <w:r>
        <w:t>وہ عقیدہ اور بیلیف تو ایک ہی رہے گا۔ اس میں تو وننس ہوگی، اس میں کہیں نہیں ہو سکتا۔ باقی دنیا میں انسان پیدا ہوتا ہے، ہر ایک کی اپنی الگ ٹیسٹ ہے، الگ، ہر ایک کا الگ، یعنی ڈھنگ پر اس کی اس کی اب بریکنگ ہوتی ہے،</w:t>
      </w:r>
    </w:p>
    <w:p>
      <w:r>
        <w:rPr>
          <w:b/>
        </w:rPr>
        <w:t xml:space="preserve">[1:01:31] </w:t>
      </w:r>
      <w:r>
        <w:t>alag alag dhang say us ki soch banti hai. is liye differences atay hain, lekin is difference ko phir sort out karna hai. sort out kar kay phir aap ko sachai tak pahunchna hai.</w:t>
      </w:r>
    </w:p>
    <w:p>
      <w:pPr>
        <w:jc w:val="right"/>
      </w:pPr>
      <w:r>
        <w:t>الگ الگ ڈھنگ سے اس کی سوچ بنتی ہے۔ اس لیے ڈیفرنس آتے ہیں، لیکن اس ڈیفرنس کو پھر سورٹ آؤٹ کرنا ہے۔ سورٹ آؤٹ کر کے پھر آپ کو سچائی تک پہنچنا ہے۔</w:t>
      </w:r>
    </w:p>
    <w:p>
      <w:r>
        <w:rPr>
          <w:b/>
        </w:rPr>
        <w:t xml:space="preserve">[1:01:44] </w:t>
      </w:r>
      <w:r>
        <w:t>woh dard aarzoo of ah test paper, jis tarah aap ko problem say hal karna hai, aisi differences ko bhi sort out karna hai.</w:t>
      </w:r>
    </w:p>
    <w:p>
      <w:pPr>
        <w:jc w:val="right"/>
      </w:pPr>
      <w:r>
        <w:t>وہ درد آرزو آف اہ ٹیسٹ پیپر، جس طرح آپ کو پرابلم سے حل کرنا ہے، ایسی ڈیفرنسز کو بھی سورٹ آؤٹ کرنا ہے۔</w:t>
      </w:r>
    </w:p>
    <w:p>
      <w:r>
        <w:rPr>
          <w:b/>
        </w:rPr>
        <w:t xml:space="preserve">[1:01:57] </w:t>
      </w:r>
      <w:r>
        <w:t>aur is say bohat yeh blessing hai kyun kay is say intellectual development hota hai.</w:t>
      </w:r>
    </w:p>
    <w:p>
      <w:pPr>
        <w:jc w:val="right"/>
      </w:pPr>
      <w:r>
        <w:t>اور اس سے بہت یہ بلیسنگ ہے کیونکہ اس سے انٹلیکچول ڈیویلپمنٹ ہوتا ہے۔</w:t>
      </w:r>
    </w:p>
    <w:p>
      <w:r>
        <w:rPr>
          <w:b/>
        </w:rPr>
        <w:t xml:space="preserve">[1:02:06] </w:t>
      </w:r>
      <w:r>
        <w:t>agar aap sab logon ki soch ek ho, difrences na hon, to is ke baad kya hoga? intellectual stagnation aa jayega. intellectual stagnation, yani zehni jamood.</w:t>
      </w:r>
    </w:p>
    <w:p>
      <w:pPr>
        <w:jc w:val="right"/>
      </w:pPr>
      <w:r>
        <w:t>اگر آپ سب لوگوں کی سوچ ایک ہو، ڈیفرنسز نہ ہوں، تو اس کے بعد کیا ہوگا؟ انٹلیکچول اسٹیگنیشن آ جائے گا۔ انٹلیکچول اسٹیگنیشن، یعنی ذہنی جمود۔</w:t>
      </w:r>
    </w:p>
    <w:p>
      <w:r>
        <w:rPr>
          <w:b/>
        </w:rPr>
        <w:t xml:space="preserve">[1:02:19] </w:t>
      </w:r>
      <w:r>
        <w:t>to difrence to bohat bari blessing hai. isi ki wajah se discussion hota hai, is ki wajah se ek doosre ke darmiyan intellectual exchange hota hai, isi ki wajah se sari tarqqiyan hoti hain.</w:t>
      </w:r>
    </w:p>
    <w:p>
      <w:pPr>
        <w:jc w:val="right"/>
      </w:pPr>
      <w:r>
        <w:t>تو ڈیفرنس تو بہت بڑی بلیسنگ ہے۔ اسی کی وجہ سے ڈسکشن ہوتا ہے، اس کی وجہ سے ایک دوسرے کے درمیان انٹلیکچول ایکسچینج ہوتا ہے، اسی کی وجہ سے ساری ترقیاں ہوتی ہیں۔</w:t>
      </w:r>
    </w:p>
    <w:p>
      <w:r>
        <w:rPr>
          <w:b/>
        </w:rPr>
        <w:t xml:space="preserve">[1:02:31] </w:t>
      </w:r>
      <w:r>
        <w:t>to difrence is is a blessing, woh koi evil nahi hai, lekin difrence ko sort out kar ke aap ko ek ek sachai tak pahunchna hai.</w:t>
      </w:r>
    </w:p>
    <w:p>
      <w:pPr>
        <w:jc w:val="right"/>
      </w:pPr>
      <w:r>
        <w:t>تو ڈیفرنس از از ا بلیسنگ، وہ کوئی ایول نہیں ہے، لیکن ڈیفرنس کو سورٹ آؤٹ کر کے آپ کو ایک ایک سچائی تک پہنچنا ہے۔</w:t>
      </w:r>
    </w:p>
    <w:p>
      <w:r>
        <w:rPr>
          <w:b/>
        </w:rPr>
        <w:t xml:space="preserve">[1:02:44] </w:t>
      </w:r>
      <w:r>
        <w:t>yeh ek process to aap chalega, aap ke andar aisa nahi ho sakta ke aap inteshaar mein ya confusion mein jeete rahen.</w:t>
      </w:r>
    </w:p>
    <w:p>
      <w:pPr>
        <w:jc w:val="right"/>
      </w:pPr>
      <w:r>
        <w:t>یہ ایک پروسیس تو آپ چلے گا، آپ کے اندر ایسا نہیں ہو سکتا کہ آپ انتشار میں یا کنفیوژن میں جیتے رہیں۔</w:t>
      </w:r>
    </w:p>
    <w:p>
      <w:r>
        <w:rPr>
          <w:b/>
        </w:rPr>
        <w:t xml:space="preserve">[1:02:53] </w:t>
      </w:r>
      <w:r>
        <w:t>confusion se bahar aap ko aana hai, apni apne aql ko istemal kar ke.</w:t>
      </w:r>
    </w:p>
    <w:p>
      <w:pPr>
        <w:jc w:val="right"/>
      </w:pPr>
      <w:r>
        <w:t>کنفیوژن سے باہر آپ کو آنا ہے، اپنی اپنے عقل کو استعمال کر کے۔</w:t>
      </w:r>
    </w:p>
    <w:p>
      <w:r>
        <w:rPr>
          <w:b/>
        </w:rPr>
        <w:t xml:space="preserve">[1:02:59] </w:t>
      </w:r>
      <w:r>
        <w:t>maulana, agla sawal roorkee se hai sajid anwar sahab ka. unhon ne likha hai: "maulana, we also go through many experiences in our daily life, but many times unable to draw right lessons from them.</w:t>
      </w:r>
    </w:p>
    <w:p>
      <w:pPr>
        <w:jc w:val="right"/>
      </w:pPr>
      <w:r>
        <w:t>مولانا، اگلا سوال روڑکی سے ہے ساجد انور صاحب کا۔ انہوں نے لکھا ہے: "مولانا، وی السو گو تھرو مینی ایکسپیرینسز ان اور ڈیلی لائف، بٹ مینی ٹائمز ان ایبل ٹو ڈرا رائٹ لیسنز فرام دیم۔</w:t>
      </w:r>
    </w:p>
    <w:p>
      <w:r>
        <w:rPr>
          <w:b/>
        </w:rPr>
        <w:t xml:space="preserve">[1:03:16] </w:t>
      </w:r>
      <w:r>
        <w:t>this losing the opportunity to get the spiritual food contained in them. my question is: how can we develop the right thinking?" maulana, please guide us.</w:t>
      </w:r>
    </w:p>
    <w:p>
      <w:pPr>
        <w:jc w:val="right"/>
      </w:pPr>
      <w:r>
        <w:t>دس لوزنگ دا اپرچونیٹی ٹو گیٹ دا سپرچول فوڈ کنٹینڈ ان دیم۔ مائی کوئسچن از: ہاؤ کین وی ڈیویلپ دا رائٹ تھنکنگ؟" مولانا، پلیز گائیڈ اس۔</w:t>
      </w:r>
    </w:p>
    <w:p>
      <w:r>
        <w:rPr>
          <w:b/>
        </w:rPr>
        <w:t xml:space="preserve">[1:03:29] </w:t>
      </w:r>
      <w:r>
        <w:t>dekhen, bohat asan hai. aaj main aaj ka apna experience bataon. aaj ka, aaj subah mujhe nahana tha, to main ne kya kiya?</w:t>
      </w:r>
    </w:p>
    <w:p>
      <w:pPr>
        <w:jc w:val="right"/>
      </w:pPr>
      <w:r>
        <w:t>دیکھیں، بہت آسان ہے۔ آج میں آج کا اپنا ایکسپیرینس بتاؤں۔ آج کا، آج صبح مجھے نہانا تھا، تو میں نے کیا کیا؟</w:t>
      </w:r>
    </w:p>
    <w:p>
      <w:r>
        <w:rPr>
          <w:b/>
        </w:rPr>
        <w:t xml:space="preserve">[1:03:42] </w:t>
      </w:r>
      <w:r>
        <w:t>mere bathroom mein geyser hai, us ko chala diya. adha ghante tak chal gaya, pani is ka garam ho gaya. kamre mein bahar aaya to to aap ne do heater laga diya tha, wahan kamra bhi garam tha.</w:t>
      </w:r>
    </w:p>
    <w:p>
      <w:pPr>
        <w:jc w:val="right"/>
      </w:pPr>
      <w:r>
        <w:t>میرے باتھ روم میں گیزر ہے، اس کو چلا دیا۔ ادھ گھنٹے تک چل گیا، پانی اس کا گرم ہو گیا۔ کمرے میں باہر آیا تو تو آپ نے دو ہیٹر لگا دیا تھا، وہاں کمرہ بھی گرم تھا۔</w:t>
      </w:r>
    </w:p>
    <w:p>
      <w:r>
        <w:rPr>
          <w:b/>
        </w:rPr>
        <w:t xml:space="preserve">[1:03:57] </w:t>
      </w:r>
      <w:r>
        <w:t>to nahakar jab nikla to garam kapde to nahakar nikla to garam kamre mein baith kar woh kapda badal liya.</w:t>
      </w:r>
    </w:p>
    <w:p>
      <w:pPr>
        <w:jc w:val="right"/>
      </w:pPr>
      <w:r>
        <w:t>تو نہا کر جب نکلا تو گرم کپڑے تو نہا کر نکلا تو گرم کمرے میں بیٹھ کر وہ کپڑا بدل لیا۔</w:t>
      </w:r>
    </w:p>
    <w:p>
      <w:r>
        <w:rPr>
          <w:b/>
        </w:rPr>
        <w:t xml:space="preserve">[1:04:08] </w:t>
      </w:r>
      <w:r>
        <w:t>sab kuch bilkul smooth tor par hua. to main ne kya kiya? main ne socha ke jab is se pehle main gaon mein tha to hamare gaon mein bijli nahi thi,</w:t>
      </w:r>
    </w:p>
    <w:p>
      <w:pPr>
        <w:jc w:val="right"/>
      </w:pPr>
      <w:r>
        <w:t>سب کچھ بالکل سموتھ طور پر ہوا۔ تو میں نے کیا کیا؟ میں نے سوچا کہ جب اس سے پہلے میں گاؤں میں تھا تو ہمارے گاؤں میں بجلی نہیں تھی،</w:t>
      </w:r>
    </w:p>
    <w:p>
      <w:r>
        <w:rPr>
          <w:b/>
        </w:rPr>
        <w:t xml:space="preserve">[1:04:18] </w:t>
      </w:r>
      <w:r>
        <w:t>electricity nahi thi. wahan par kerosene se lamp jalte the, lalten jalti thi. lalten to main ne compare kiya ke is waqt mere liye possible hi nahi tha ke main geyser chalaon aur heater chalaon, kyunke wahan tha hi nahi.</w:t>
      </w:r>
    </w:p>
    <w:p>
      <w:pPr>
        <w:jc w:val="right"/>
      </w:pPr>
      <w:r>
        <w:t>الیکٹریسٹی نہیں تھی۔ وہاں پر کروسین سے لیمپ جلتے تھے، لالٹین جلتی تھی۔ لالٹین تو میں نے کمپیئر کیا کہ اس وقت میرے لیے پاسیبل ہی نہیں تھا کہ میں گیزر چلاؤں اور ہیٹر چلاؤں، کیونکہ وہاں تھا ہی نہیں۔</w:t>
      </w:r>
    </w:p>
    <w:p>
      <w:r>
        <w:rPr>
          <w:b/>
        </w:rPr>
        <w:t xml:space="preserve">[1:04:34] </w:t>
      </w:r>
      <w:r>
        <w:t>yeh electricity hamare gaon mein aayi nahi thi. to in comparison, that we understand. aap compare kijiye,</w:t>
      </w:r>
    </w:p>
    <w:p>
      <w:pPr>
        <w:jc w:val="right"/>
      </w:pPr>
      <w:r>
        <w:t>یہ الیکٹریسٹی ہمارے گاؤں میں آئی نہیں تھی۔ تو ان کمپیریزن، دیٹ وی انڈرسٹینڈ۔ آپ کمپیئر کیجئے،</w:t>
      </w:r>
    </w:p>
    <w:p>
      <w:r>
        <w:rPr>
          <w:b/>
        </w:rPr>
        <w:t xml:space="preserve">[1:04:44] </w:t>
      </w:r>
      <w:r>
        <w:t>har aadmi ke paas ek past hota hai, us se compare kar ke woh apne present mein khuda ki blessing ko daryaft kar sakta hai. har aadmi ko, chahe obama ho, tab bhi obama ke bhi ek past hai.</w:t>
      </w:r>
    </w:p>
    <w:p>
      <w:pPr>
        <w:jc w:val="right"/>
      </w:pPr>
      <w:r>
        <w:t>ہر آدمی کے پاس ایک پاسٹ ہوتا ہے، اس سے کمپیئر کر کے وہ اپنے پریزنٹ میں خدا کی بلیسنگ کو دریافت کر سکتا ہے۔ ہر آدمی کو، چاہے اوباما ہو، تب بھی اوباما کے بھی ایک پاسٹ ہے۔</w:t>
      </w:r>
    </w:p>
    <w:p>
      <w:r>
        <w:rPr>
          <w:b/>
        </w:rPr>
        <w:t xml:space="preserve">[1:04:57] </w:t>
      </w:r>
      <w:r>
        <w:t>is past ko agar aap yaad karenge to us ke andar shukr aayega, tab us ko discovery hogi. to sab se asan tareeqa yeh hai ke aap apne present mein jo aap kuch pa rahe hain, past ko le kar sochiye aur compare kijiye,</w:t>
      </w:r>
    </w:p>
    <w:p>
      <w:pPr>
        <w:jc w:val="right"/>
      </w:pPr>
      <w:r>
        <w:t>اس پاسٹ کو اگر آپ یاد کریں گے تو اس کے اندر شکر آئے گا، تب اس کو ڈسکوری ہوگی۔ تو سب سے آسان طریقہ یہ ہے کہ آپ اپنے پریزنٹ میں جو آپ کچھ پا رہے ہیں، پاسٹ کو لے کر سوچیے اور کمپیئر کیجئے،</w:t>
      </w:r>
    </w:p>
    <w:p>
      <w:r>
        <w:rPr>
          <w:b/>
        </w:rPr>
        <w:t xml:space="preserve">[1:05:14] </w:t>
      </w:r>
      <w:r>
        <w:t>jaise ke main karta rehta hoon. main rozana hi karta rehta hoon. jaise kitchen mein main gaya, wahan par gas jal rahi thi.</w:t>
      </w:r>
    </w:p>
    <w:p>
      <w:pPr>
        <w:jc w:val="right"/>
      </w:pPr>
      <w:r>
        <w:t>جیسے کہ میں کرتا رہتا ہوں۔ میں روزانہ ہی کرتا رہتا ہوں۔ جیسے کچن میں میں گیا، وہاں پر گیس جل رہی تھی۔</w:t>
      </w:r>
    </w:p>
    <w:p>
      <w:r>
        <w:rPr>
          <w:b/>
        </w:rPr>
        <w:t xml:space="preserve">[1:05:22] </w:t>
      </w:r>
      <w:r>
        <w:t>main ne socha ke jab main gaon mein tha to wahan koi concept hi nahi tha ke aap ek switch ghumayen aur gas nikalne lage. wahan to lakri aur is tarah ki cheez jala kar ke aag milti thi.</w:t>
      </w:r>
    </w:p>
    <w:p>
      <w:pPr>
        <w:jc w:val="right"/>
      </w:pPr>
      <w:r>
        <w:t>میں نے سوچا کہ جب میں گاؤں میں تھا تو وہاں کوئی کانسیپٹ ہی نہیں تھا کہ آپ ایک سوئچ گھمائیں اور گیس نکلنے لگے۔ وہاں تو لکڑی اور اس طرح کی چیز جلا کر کے آگ ملتی تھی۔</w:t>
      </w:r>
    </w:p>
    <w:p>
      <w:r>
        <w:rPr>
          <w:b/>
        </w:rPr>
        <w:t xml:space="preserve">[1:05:35] </w:t>
      </w:r>
      <w:r>
        <w:t>to is comparison se main ne socha ke Allah ke karti bari blessing ke aaj hamein gas mili hui hai.</w:t>
      </w:r>
    </w:p>
    <w:p>
      <w:pPr>
        <w:jc w:val="right"/>
      </w:pPr>
      <w:r>
        <w:t>تو اس کمپیریزن سے میں نے سوچا کہ اللہ کے کرتی بڑی بلیسنگ کہ آج ہمیں گیس ملی ہوئی ہے۔</w:t>
      </w:r>
    </w:p>
    <w:p>
      <w:r>
        <w:rPr>
          <w:b/>
        </w:rPr>
        <w:t xml:space="preserve">[1:05:41] </w:t>
      </w:r>
      <w:r>
        <w:t>sab se asan tareeqa apne andar shukr ko develop karne ka yeh hai, ya shukr ka matlab kya hai? positive thinking. sari negativity khatam ho jayegi aap ki, aur positive thinking ke siwa kuch aap ke mind mein rahega nahi.</w:t>
      </w:r>
    </w:p>
    <w:p>
      <w:pPr>
        <w:jc w:val="right"/>
      </w:pPr>
      <w:r>
        <w:t>سب سے آسان طریقہ اپنے اندر شکر کو ڈیویلپ کرنے کا یہ ہے، یا شکر کا مطلب کیا ہے؟ پازیٹیو تھنکنگ۔ ساری نیگیٹیوٹی ختم ہو جائے گی آپ کی، اور پازیٹیو تھنکنگ کے سوا کچھ آپ کے مائنڈ میں رہے گا نہیں۔</w:t>
      </w:r>
    </w:p>
    <w:p>
      <w:r>
        <w:rPr>
          <w:b/>
        </w:rPr>
        <w:t xml:space="preserve">[1:05:56] </w:t>
      </w:r>
      <w:r>
        <w:t>bas itna aap karen ke apne present ko past se compare karte rahen. har aadmi ke paas jo past hota hai, woh kuch hota hai, present jo hai, woh kuch hota hai.</w:t>
      </w:r>
    </w:p>
    <w:p>
      <w:pPr>
        <w:jc w:val="right"/>
      </w:pPr>
      <w:r>
        <w:t>بس اتنا آپ کریں کہ اپنے پریزنٹ کو پاسٹ سے کمپیئر کرتے رہیں۔ ہر آدمی کے پاس جو پاسٹ ہوتا ہے، وہ کچھ ہوتا ہے، پریزنٹ جو ہے، وہ کچھ ہوتا ہے۔</w:t>
      </w:r>
    </w:p>
    <w:p>
      <w:r>
        <w:rPr>
          <w:b/>
        </w:rPr>
        <w:t xml:space="preserve">[1:06:09] </w:t>
      </w:r>
      <w:r>
        <w:t>jaise main hyderabad mein gaya to wahan mujhe diya gaya tha topic bolne ke liye ke hyderabad ke musalman kya karen.</w:t>
      </w:r>
    </w:p>
    <w:p>
      <w:pPr>
        <w:jc w:val="right"/>
      </w:pPr>
      <w:r>
        <w:t>جیسے میں حیدرآباد میں گیا تو وہاں مجھے دیا گیا تھا ٹاپک بولنے کے لیے کہ حیدرآباد کے مسلمان کیا کریں۔</w:t>
      </w:r>
    </w:p>
    <w:p>
      <w:r>
        <w:rPr>
          <w:b/>
        </w:rPr>
        <w:t xml:space="preserve">[1:06:21] </w:t>
      </w:r>
      <w:r>
        <w:t>yeh topic diya gaya tha. to main ne kaha ke yeh karen ke woh shukr karen.</w:t>
      </w:r>
    </w:p>
    <w:p>
      <w:pPr>
        <w:jc w:val="right"/>
      </w:pPr>
      <w:r>
        <w:t>یہ ٹاپک دیا گیا تھا۔ تو میں نے کہا کہ یہ کریں کہ وہ شکر کریں۔</w:t>
      </w:r>
    </w:p>
    <w:p>
      <w:r>
        <w:rPr>
          <w:b/>
        </w:rPr>
        <w:t xml:space="preserve">[1:06:27] </w:t>
      </w:r>
      <w:r>
        <w:t>phir main ne poocha ke dekhen, jab independence se pehle ka jo hyderabad tha, to main yahan aaya tha. is waqt independence se pehle gaya tha main wahan.</w:t>
      </w:r>
    </w:p>
    <w:p>
      <w:pPr>
        <w:jc w:val="right"/>
      </w:pPr>
      <w:r>
        <w:t>پھر میں نے پوچھا کہ دیکھیں، جب انڈیپینڈنس سے پہلے کا جو حیدرآباد تھا، تو میں یہاں آیا تھا۔ اس وقت انڈیپینڈنس سے پہلے گیا تھا میں وہاں۔</w:t>
      </w:r>
    </w:p>
    <w:p>
      <w:r>
        <w:rPr>
          <w:b/>
        </w:rPr>
        <w:t xml:space="preserve">[1:06:38] </w:t>
      </w:r>
      <w:r>
        <w:t>to main ne dekha, main ne kaha ke wahan siwaye rickshaw ke aur kuch dikhai nahi deta. sirf rickshaw, rickshaw, rickshaw. aur ab main aaya hoon to wahan par airport par utra hoon. main to car hi car musalmanon ke mehle mein jaon ya jahan bhi jaon, car hi car.</w:t>
      </w:r>
    </w:p>
    <w:p>
      <w:pPr>
        <w:jc w:val="right"/>
      </w:pPr>
      <w:r>
        <w:t>تو میں نے دیکھا، میں نے کہا کہ وہاں سوائے رکشے کے اور کچھ دکھائی نہیں دیتا۔ صرف رکشہ، رکشہ، رکشہ۔ اور اب میں آیا ہوں تو وہاں پر ایئرپورٹ پر اترا ہوں۔ میں تو کار ہی کار مسلمانوں کے محلے میں جاؤں یا جہاں بھی جاؤں، کار ہی کار۔</w:t>
      </w:r>
    </w:p>
    <w:p>
      <w:r>
        <w:rPr>
          <w:b/>
        </w:rPr>
        <w:t xml:space="preserve">[1:06:51] </w:t>
      </w:r>
      <w:r>
        <w:t>acchi sadken sab. to</w:t>
      </w:r>
    </w:p>
    <w:p>
      <w:pPr>
        <w:jc w:val="right"/>
      </w:pPr>
      <w:r>
        <w:t>اچھی سڑکیں سب۔ تو</w:t>
      </w:r>
    </w:p>
    <w:p>
      <w:r>
        <w:rPr>
          <w:b/>
        </w:rPr>
        <w:t xml:space="preserve">[1:06:53] </w:t>
      </w:r>
      <w:r>
        <w:t>aap compare kijiye ke aaj aap caron par dor rahe hain, is se pehle aap riksha khichte the. to shukr hi shukr aayega. to main samajhta hoon ke positive thinking ko develop karne ka sab se aasan tareeqa yeh hai ke aap apne present ko past se compare karen.</w:t>
      </w:r>
    </w:p>
    <w:p>
      <w:pPr>
        <w:jc w:val="right"/>
      </w:pPr>
      <w:r>
        <w:t>آپ کمپیئر کیجئے کہ آج آپ کاروں پر دوڑ رہے ہیں، اس سے پہلے آپ رکشہ کھینچتے تھے۔ تو شکر ہی شکر آئے گا۔ تو میں سمجھتا ہوں کہ پازیٹیو تھنکنگ کو ڈیویلپ کرنے کا سب سے آسان طریقہ یہ ہے کہ آپ اپنے پریزنٹ کو پاسٹ سے کمپیئر کریں۔</w:t>
      </w:r>
    </w:p>
    <w:p>
      <w:r>
        <w:rPr>
          <w:b/>
        </w:rPr>
        <w:t xml:space="preserve">[1:07:10] </w:t>
      </w:r>
      <w:r>
        <w:t>b</w:t>
      </w:r>
    </w:p>
    <w:p>
      <w:pPr>
        <w:jc w:val="right"/>
      </w:pPr>
      <w:r>
        <w:t>ب</w:t>
      </w:r>
    </w:p>
    <w:p>
      <w:r>
        <w:rPr>
          <w:b/>
        </w:rPr>
        <w:t xml:space="preserve">[1:07:11] </w:t>
      </w:r>
      <w:r>
        <w:t>s aap apne doosre ke nahin. yeh nahin ke uss waqt falan raja kaise rehta tha, falan badshah kaise rehta tha, yeh matlab nahin. apne present ko apne past se ke main aaj jahan hoon, kya mere dada bhi aise hi the?</w:t>
      </w:r>
    </w:p>
    <w:p>
      <w:pPr>
        <w:jc w:val="right"/>
      </w:pPr>
      <w:r>
        <w:t>س آپ اپنے دوسرے کے نہیں۔ یہ نہیں کہ اس وقت فلاں راجہ کیسے رہتا تھا، فلاں بادشاہ کیسے رہتا تھا، یہ مطلب نہیں۔ اپنے پریزنٹ کو اپنے پاس سے کہ میں آج جہاں ہوں، کیا میرے دادا بھی ایسے ہی تھے؟</w:t>
      </w:r>
    </w:p>
    <w:p>
      <w:r>
        <w:rPr>
          <w:b/>
        </w:rPr>
        <w:t xml:space="preserve">[1:07:25] </w:t>
      </w:r>
      <w:r>
        <w:t>wahan dada ki haalat kya thi? to maloom hoga ke dada se main hazaar guna behtar hoon. to saari negative thinking apne aap khatam ho jayegi.</w:t>
      </w:r>
    </w:p>
    <w:p>
      <w:pPr>
        <w:jc w:val="right"/>
      </w:pPr>
      <w:r>
        <w:t>وہاں دادا کی حالت کیا تھی؟ تو معلوم ہوگا کہ دادا سے میں ہزار گنا بہتر ہوں۔ تو ساری نیگیٹیو تھنکنگ اپنے آپ ختم ہو جائے گی۔</w:t>
      </w:r>
    </w:p>
    <w:p>
      <w:r>
        <w:rPr>
          <w:b/>
        </w:rPr>
        <w:t xml:space="preserve">[1:07:35] </w:t>
      </w:r>
      <w:r>
        <w:t>negative thinking jo aati hai, woh sirf iss liye aati hai ke aadmi past ko bhula kar ke sochta hai. past ko bhula kar ke sochta hai.</w:t>
      </w:r>
    </w:p>
    <w:p>
      <w:pPr>
        <w:jc w:val="right"/>
      </w:pPr>
      <w:r>
        <w:t>نیگیٹیو تھنکنگ جو آتی ہے، وہ صرف اس لیے آتی ہے کہ آدمی پاسٹ کو بھلا کر کے سوچتا ہے۔ پاسٹ کو بھلا کر کے سوچتا ہے۔</w:t>
      </w:r>
    </w:p>
    <w:p>
      <w:r>
        <w:rPr>
          <w:b/>
        </w:rPr>
        <w:t xml:space="preserve">[1:07:46] </w:t>
      </w:r>
      <w:r>
        <w:t>bahut hi aasan tareeqa. main to daily yahi karta hoon, rozana yahi karta hoon. aaj bhi maine yahi kiya ke main yeh socha ke aap bol raha hoon. main is se pehle bhi bolta tha.</w:t>
      </w:r>
    </w:p>
    <w:p>
      <w:pPr>
        <w:jc w:val="right"/>
      </w:pPr>
      <w:r>
        <w:t>بہت ہی آسان طریقہ۔ میں تو ڈیلی یہی کرتا ہوں، روزانہ یہی کرتا ہوں۔ آج بھی میں نے یہی کیا کہ میں یہ سوچا کہ آپ بول رہا ہوں۔ میں اس سے پہلے بھی بولتا تھا۔</w:t>
      </w:r>
    </w:p>
    <w:p>
      <w:r>
        <w:rPr>
          <w:b/>
        </w:rPr>
        <w:t xml:space="preserve">[1:07:56] </w:t>
      </w:r>
      <w:r>
        <w:t>jab main apne gaon mein tha, main aadha bada tha to wahan par yeh sab kuch bhi nahin tha. yeh system hi nahin tha, yeh technology nahin</w:t>
      </w:r>
    </w:p>
    <w:p>
      <w:pPr>
        <w:jc w:val="right"/>
      </w:pPr>
      <w:r>
        <w:t>جب میں اپنے گاؤں میں تھا، میں آدھا بڑا تھا تو وہاں پر یہ سب کچھ بھی نہیں تھا۔ یہ سسٹم ہی نہیں تھا، یہ ٹیکنالوجی نہیں</w:t>
      </w:r>
    </w:p>
    <w:p>
      <w:r>
        <w:rPr>
          <w:b/>
        </w:rPr>
        <w:t xml:space="preserve">[1:08:04] </w:t>
      </w:r>
      <w:r>
        <w:t>thi. aaj main bol raha hoon to meri baat record ho rahi hai. woh yaani video recording ho rahi hai. duniya mein jagah jo log sun rahe hain, to maine compare kiya aaj ko past se.</w:t>
      </w:r>
    </w:p>
    <w:p>
      <w:pPr>
        <w:jc w:val="right"/>
      </w:pPr>
      <w:r>
        <w:t>تھی۔ آج میں بول رہا ہوں تو میری بات ریکارڈ ہو رہی ہے۔ وہ یعنی ویڈیو ریکارڈنگ ہو رہی ہے۔ دنیا میں جگہ جو لوگ سن رہے ہیں، تو میں نے کمپیئر کیا آج کو پاسٹ سے۔</w:t>
      </w:r>
    </w:p>
    <w:p>
      <w:r>
        <w:rPr>
          <w:b/>
        </w:rPr>
        <w:t xml:space="preserve">[1:08:18] </w:t>
      </w:r>
      <w:r>
        <w:t>to likha ke kitna Allah ka shukr hai. to shukr ka matlab kya hai? apni negativity, negative thinking ko khatam karna aur positive thinking ko develop karna.</w:t>
      </w:r>
    </w:p>
    <w:p>
      <w:pPr>
        <w:jc w:val="right"/>
      </w:pPr>
      <w:r>
        <w:t>تو لکھا کہ کتنا اللہ کا شکر ہے۔ تو شکر کا مطلب کیا ہے؟ اپنی نیگیٹیوٹی، نیگیٹیو تھنکنگ کو ختم کرنا اور پازیٹیو تھنکنگ کو ڈیویلپ کرنا۔</w:t>
      </w:r>
    </w:p>
    <w:p>
      <w:r>
        <w:rPr>
          <w:b/>
        </w:rPr>
        <w:t xml:space="preserve">[1:08:28] </w:t>
      </w:r>
      <w:r>
        <w:t>sab se bada jo formula hai personality development ka, woh yeh hai ke aap apne andar se negative thinking ko khatam karen aur positive thinking ko develop karen.</w:t>
      </w:r>
    </w:p>
    <w:p>
      <w:pPr>
        <w:jc w:val="right"/>
      </w:pPr>
      <w:r>
        <w:t>سب سے بڑا جو فارمولا ہے پرسنیلٹی ڈیویلپمنٹ کا، وہ یہ ہے کہ آپ اپنے اندر سے نیگیٹیو تھنکنگ کو ختم کریں اور پازیٹیو تھنکنگ کو ڈیویلپ کریں۔</w:t>
      </w:r>
    </w:p>
    <w:p>
      <w:r>
        <w:rPr>
          <w:b/>
        </w:rPr>
        <w:t xml:space="preserve">[1:08:39] </w:t>
      </w:r>
      <w:r>
        <w:t>aur is ka sab se aasan raaz yahi hai har aadmi ke liye. jaise abhi kal ki baat hai, ek sahab mere paas aaye, suit woot pehne hue the.</w:t>
      </w:r>
    </w:p>
    <w:p>
      <w:pPr>
        <w:jc w:val="right"/>
      </w:pPr>
      <w:r>
        <w:t>اور اس کا سب سے آسان راز یہی ہے ہر آدمی کے لیے۔ جیسے ابھی کل کی بات ہے، ایک صاحب میرے پاس آئے، سوٹ ووٹ پہنے ہوئے تھے۔</w:t>
      </w:r>
    </w:p>
    <w:p>
      <w:r>
        <w:rPr>
          <w:b/>
        </w:rPr>
        <w:t xml:space="preserve">[1:08:49] </w:t>
      </w:r>
      <w:r>
        <w:t>woh bahut hi shandaar suit tha un ka. to woh bhi lage yeh kehne ke musalmanon par zulm ho raha hai, yeh ho raha hai, woh ho raha hai.</w:t>
      </w:r>
    </w:p>
    <w:p>
      <w:pPr>
        <w:jc w:val="right"/>
      </w:pPr>
      <w:r>
        <w:t>وہ بہت ہی شاندار سوٹ تھا ان کا۔ تو وہ بھی لگے یہ کہنے کہ مسلمانوں پر ظلم ہو رہا ہے، یہ ہو رہا ہے، وہ ہو رہا ہے۔</w:t>
      </w:r>
    </w:p>
    <w:p>
      <w:r>
        <w:rPr>
          <w:b/>
        </w:rPr>
        <w:t xml:space="preserve">[1:08:56] </w:t>
      </w:r>
      <w:r>
        <w:t>main un ko jaanta tha iss waqt se jab ke woh naujawan the, to bilkul mamooli haalat mein the. woh bilkul ek par family paida hue the.</w:t>
      </w:r>
    </w:p>
    <w:p>
      <w:pPr>
        <w:jc w:val="right"/>
      </w:pPr>
      <w:r>
        <w:t>میں ان کو جانتا تھا اس وقت سے جب کہ وہ نوجوان تھے، تو بالکل معمولی حالت میں تھے۔ وہ بالکل ایک پر فیملی پیدا ہوئے تھے۔</w:t>
      </w:r>
    </w:p>
    <w:p>
      <w:r>
        <w:rPr>
          <w:b/>
        </w:rPr>
        <w:t xml:space="preserve">[1:09:05] </w:t>
      </w:r>
      <w:r>
        <w:t>main ne kaha apne aap ko compare kijiye ke aaj aap iss haalat mein, aap ke bachche jo hain Europe mein settle ho gaye hain, to aap shukr shukr kyun nahin karte?</w:t>
      </w:r>
    </w:p>
    <w:p>
      <w:pPr>
        <w:jc w:val="right"/>
      </w:pPr>
      <w:r>
        <w:t>میں نے کہا اپنے آپ کو کمپیئر کیجئے کہ آج آپ اس حالت میں، آپ کے بچے جو ہیں یورپ میں سیٹل ہو گئے ہیں، تو آپ شکر شکر کیوں نہیں کرتے؟</w:t>
      </w:r>
    </w:p>
    <w:p>
      <w:r>
        <w:rPr>
          <w:b/>
        </w:rPr>
        <w:t xml:space="preserve">[1:09:15] </w:t>
      </w:r>
      <w:r>
        <w:t>shikayatein kyun karte hain?</w:t>
      </w:r>
    </w:p>
    <w:p>
      <w:pPr>
        <w:jc w:val="right"/>
      </w:pPr>
      <w:r>
        <w:t>شکایتیں کیوں کرتے ہیں؟</w:t>
      </w:r>
    </w:p>
    <w:p>
      <w:r>
        <w:rPr>
          <w:b/>
        </w:rPr>
        <w:t xml:space="preserve">[1:09:18] </w:t>
      </w:r>
      <w:r>
        <w:t>to main jo hai apne tajrube se maine paya hai ke log apne itni hi sab se waghera karen ke apne present ko apne past se compare karen.</w:t>
      </w:r>
    </w:p>
    <w:p>
      <w:pPr>
        <w:jc w:val="right"/>
      </w:pPr>
      <w:r>
        <w:t>تو میں جو ہے اپنے تجربے سے میں نے پایا ہے کہ لوگ اپنے اتنی ہی سب سے وغیرہ کریں کہ اپنے پریزنٹ کو اپنے پاسٹ سے کمپیئر کریں۔</w:t>
      </w:r>
    </w:p>
    <w:p>
      <w:r>
        <w:rPr>
          <w:b/>
        </w:rPr>
        <w:t xml:space="preserve">[1:09:28] </w:t>
      </w:r>
      <w:r>
        <w:t>to saari negativity, negative thinking khatam ho jaye.</w:t>
      </w:r>
    </w:p>
    <w:p>
      <w:pPr>
        <w:jc w:val="right"/>
      </w:pPr>
      <w:r>
        <w:t>تو ساری نیگیٹیوٹی، نیگیٹیو تھنکنگ ختم ہو جائے۔</w:t>
      </w:r>
    </w:p>
    <w:p>
      <w:r>
        <w:rPr>
          <w:b/>
        </w:rPr>
        <w:t xml:space="preserve">[1:09:36] </w:t>
      </w:r>
      <w:r>
        <w:t>Maulana, agla sawal lene se pehle ek comment padhna chahenge jo New York se Dr. Waqar Alam ne abhi abhi bheja hai.</w:t>
      </w:r>
    </w:p>
    <w:p>
      <w:pPr>
        <w:jc w:val="right"/>
      </w:pPr>
      <w:r>
        <w:t>مولانا، اگلا سوال لینے سے پہلے ایک کمنٹ پڑھنا چاہیں گے جو نیویارک سے ڈاکٹر وقار عالم نے ابھی ابھی بھیجا ہے۔</w:t>
      </w:r>
    </w:p>
    <w:p>
      <w:r>
        <w:rPr>
          <w:b/>
        </w:rPr>
        <w:t xml:space="preserve">[1:09:44] </w:t>
      </w:r>
      <w:r>
        <w:t>unhone likha hai: "I work with brothers and sisters of Ibrahim faith and greet them in their new year.</w:t>
      </w:r>
    </w:p>
    <w:p>
      <w:pPr>
        <w:jc w:val="right"/>
      </w:pPr>
      <w:r>
        <w:t>انہوں نے لکھا ہے: "آئی ورک ود برادرز اینڈ سسٹرز آف ابراہیم فیتھ اینڈ گریٹ دیم ان دیر نیو ایئر۔</w:t>
      </w:r>
    </w:p>
    <w:p>
      <w:r>
        <w:rPr>
          <w:b/>
        </w:rPr>
        <w:t xml:space="preserve">[1:09:55] </w:t>
      </w:r>
      <w:r>
        <w:t>in return, they ask me about the Islamic new year and that opens a discussion about Islamic faith and helps me to introduce them about Islam.</w:t>
      </w:r>
    </w:p>
    <w:p>
      <w:pPr>
        <w:jc w:val="right"/>
      </w:pPr>
      <w:r>
        <w:t>ان ریٹرن، دے اسک می اباؤٹ دا اسلامک نیو ایئر اینڈ دیٹ اوپنز ا ڈسکشن اباؤٹ اسلامک فیتھ اینڈ ہیلپس می ٹو انٹروڈیوس دیم اباؤٹ اسلام۔</w:t>
      </w:r>
    </w:p>
    <w:p>
      <w:r>
        <w:rPr>
          <w:b/>
        </w:rPr>
        <w:t xml:space="preserve">[1:10:07] </w:t>
      </w:r>
      <w:r>
        <w:t>this is the positive side of new year greetings."</w:t>
      </w:r>
    </w:p>
    <w:p>
      <w:pPr>
        <w:jc w:val="right"/>
      </w:pPr>
      <w:r>
        <w:t>دس از دا پازیٹیو سائیڈ آف نیو ایئر گریٹنگز۔"</w:t>
      </w:r>
    </w:p>
    <w:p>
      <w:r>
        <w:rPr>
          <w:b/>
        </w:rPr>
        <w:t xml:space="preserve">[1:10:12] </w:t>
      </w:r>
      <w:r>
        <w:t>haan, bahut achha hai, bahut achha example hai, bahut achha example hai. Maulana, agla sawal jo hai woh Pennsylvania, USA se hai Khwaja Kaleemuddin sahab ka.</w:t>
      </w:r>
    </w:p>
    <w:p>
      <w:pPr>
        <w:jc w:val="right"/>
      </w:pPr>
      <w:r>
        <w:t>ہاں، بہت اچھا ہے، بہت اچھا ایگزامپل ہے، بہت اچھا ایگزامپل ہے۔ مولانا، اگلا سوال جو ہے وہ پینسلوینیا، یو ایس اے سے ہے خواجہ کلیم الدین صاحب کا۔</w:t>
      </w:r>
    </w:p>
    <w:p>
      <w:r>
        <w:rPr>
          <w:b/>
        </w:rPr>
        <w:t xml:space="preserve">[1:10:25] </w:t>
      </w:r>
      <w:r>
        <w:t>unhone likha hai: "Maulana sahib, you have aptly termed that the Charter of Universal Declaration of Human Rights is akin to modern day Sulah Hudaibiyah in the latest issue of Al-Risalah monthly.</w:t>
      </w:r>
    </w:p>
    <w:p>
      <w:pPr>
        <w:jc w:val="right"/>
      </w:pPr>
      <w:r>
        <w:t>انہوں نے لکھا ہے: "مولانا صاحب، یو ہیو ایپٹلی ٹرمڈ دیٹ دی چارٹر آف یونیورسل ڈیکلیریشن آف ہیومن رائٹس از اکن ٹو ماڈرن ڈے صلح حدیبیہ ان دی لیٹسٹ ایشو آف الرسالہ منتھلی۔</w:t>
      </w:r>
    </w:p>
    <w:p>
      <w:r>
        <w:rPr>
          <w:b/>
        </w:rPr>
        <w:t xml:space="preserve">[1:10:42] </w:t>
      </w:r>
      <w:r>
        <w:t>the Prophet and his companions had embarked upon Dawah work immediately after Sulah Hudaibiyah. With in two years, Islam became the dominant thought and lasted for several centuries.</w:t>
      </w:r>
    </w:p>
    <w:p>
      <w:pPr>
        <w:jc w:val="right"/>
      </w:pPr>
      <w:r>
        <w:t>دا پرافٹ اینڈ ہز کمپینینز ہیڈ ایمباکٹ اپ داوا ورک امیڈیٹلی افٹر صلح حدیبیہ۔ ود ان ٹو ایئرز، اسلام بیکم دا ڈومیننٹ تھاٹ اینڈ لاسٹڈ فار سیورل سینچریز۔</w:t>
      </w:r>
    </w:p>
    <w:p>
      <w:r>
        <w:rPr>
          <w:b/>
        </w:rPr>
        <w:t xml:space="preserve">[1:10:58] </w:t>
      </w:r>
      <w:r>
        <w:t>but today, why we do not see the same result despite 65 years passed since the adoption of Universal Declaration of Human Rights?"</w:t>
      </w:r>
    </w:p>
    <w:p>
      <w:pPr>
        <w:jc w:val="right"/>
      </w:pPr>
      <w:r>
        <w:t>بٹ ٹوڈے، وائی وی ڈو ناٹ سی دا سیم رزلٹ ڈسپائٹ 65 ایئرز پاسٹ سنس دی اڈاپشن آف یونیورسل ڈیکلیریشن آف ہیومن رائٹس؟</w:t>
      </w:r>
    </w:p>
    <w:p>
      <w:r>
        <w:rPr>
          <w:b/>
        </w:rPr>
        <w:t xml:space="preserve">[1:11:11] </w:t>
      </w:r>
      <w:r>
        <w:t>please through sum light on this. dekhen, isi waqe mein, yaani Hudaybiyyah ke waqe mein, is ka jawab maujood hai.</w:t>
      </w:r>
    </w:p>
    <w:p>
      <w:pPr>
        <w:jc w:val="right"/>
      </w:pPr>
      <w:r>
        <w:t>پلیز تھرو سم لائٹ ان دس۔" دیکھیں، اسی واقعے میں، یعنی حدیبیہ کے واقعے میں، اس کا جواب موجود ہے۔</w:t>
      </w:r>
    </w:p>
    <w:p>
      <w:r>
        <w:rPr>
          <w:b/>
        </w:rPr>
        <w:t xml:space="preserve">[1:11:21] </w:t>
      </w:r>
      <w:r>
        <w:t>woh yeh hai ke hamesha koi bhi situation ho, is mein kuch plus point hotay hain, kuch minus point hotay hain, hamesha hotay hain.</w:t>
      </w:r>
    </w:p>
    <w:p>
      <w:pPr>
        <w:jc w:val="right"/>
      </w:pPr>
      <w:r>
        <w:t>وہ یہ ہے کہ کہ ہمیشہ کوئی بھی سچویشن ہو، اس میں کچھ پلس پوائنٹ ہوتے ہیں، کچھ مائنس پوائنٹ ہوتے ہیں، ہمیشہ ہوتے ہیں۔</w:t>
      </w:r>
    </w:p>
    <w:p>
      <w:r>
        <w:rPr>
          <w:b/>
        </w:rPr>
        <w:t xml:space="preserve">[1:11:33] </w:t>
      </w:r>
      <w:r>
        <w:t>aap ko yeh wisdom laina parta hai ke minus point ko ignore karein aur plus point ko focus karein.</w:t>
      </w:r>
    </w:p>
    <w:p>
      <w:pPr>
        <w:jc w:val="right"/>
      </w:pPr>
      <w:r>
        <w:t>آپ کو یہ وزڈم لینا پڑتا ہے کہ مائنس پوائنٹ کو اگنور کریں اور پلس پوائنٹ کو فوکس کریں۔</w:t>
      </w:r>
    </w:p>
    <w:p>
      <w:r>
        <w:rPr>
          <w:b/>
        </w:rPr>
        <w:t xml:space="preserve">[1:11:43] </w:t>
      </w:r>
      <w:r>
        <w:t>jaise mein Hudaybiyyah ki misaal deta hoon, jis waqt Hudaybiyyah agreement hua tha, us waqt aap jantay hain kya surat thi?</w:t>
      </w:r>
    </w:p>
    <w:p>
      <w:pPr>
        <w:jc w:val="right"/>
      </w:pPr>
      <w:r>
        <w:t>جیسے میں حدیبیہ کی مثال دیتا ہوں، جس وقت حدیبیہ ایگریمنٹ ہوا تھا، اس وقت آپ جانتے ہیں کیا صورت تھی؟</w:t>
      </w:r>
    </w:p>
    <w:p>
      <w:r>
        <w:rPr>
          <w:b/>
        </w:rPr>
        <w:t xml:space="preserve">[1:11:52] </w:t>
      </w:r>
      <w:r>
        <w:t>Makkah mein us waqt bhi Haram ke andar 360 but rakhe hue thay. aap zara ghor kijiye,</w:t>
      </w:r>
    </w:p>
    <w:p>
      <w:pPr>
        <w:jc w:val="right"/>
      </w:pPr>
      <w:r>
        <w:t>مکہ میں اس وقت بھی حرم کے اندر 360 بت رکھے ہوئے تھے۔ آپ ذرا غور کیجئے،</w:t>
      </w:r>
    </w:p>
    <w:p>
      <w:r>
        <w:rPr>
          <w:b/>
        </w:rPr>
        <w:t xml:space="preserve">[1:12:02] </w:t>
      </w:r>
      <w:r>
        <w:t>jis waqt Hudaybiyyah agreement hua tha, aap parh lijiye kitabon mein, ain us waqt, ain us waqt kya surat thi ke Makkah ka jo sab se holy mosque ko kaha jata hai,</w:t>
      </w:r>
    </w:p>
    <w:p>
      <w:pPr>
        <w:jc w:val="right"/>
      </w:pPr>
      <w:r>
        <w:t>جس وقت حدیبیہ ایگریمنٹ ہوا تھا، آپ پڑھ لیجئے کتابوں میں، عین اس وقت، عین اس وقت کیا صورت تھی کہ مکہ کا جو سب سے ہولی موسک کو کہا جاتا ہے،</w:t>
      </w:r>
    </w:p>
    <w:p>
      <w:r>
        <w:rPr>
          <w:b/>
        </w:rPr>
        <w:t xml:space="preserve">[1:12:16] </w:t>
      </w:r>
      <w:r>
        <w:t>Muqaddas Ka'bah, wahan par 360 but rakhe hue thay, mushrikeen ka dabdaba wahan qaim tha. toh Rasool Allah Sal Allahu Alayhi Wa Sallam ne is ko ignore kiya, tab woh Hudaybiyyah ke opportunities ko avail kar paye.</w:t>
      </w:r>
    </w:p>
    <w:p>
      <w:pPr>
        <w:jc w:val="right"/>
      </w:pPr>
      <w:r>
        <w:t>مقدس کعبہ، وہاں پر 360 بت رکھے ہوئے تھے، مشرکین کا دبدبہ وہاں قائم تھا۔ تو رسول اللہ صلی اللہ علیہ وسلم نے اس کو اگنور کیا، تب وہ حدیبیہ کے اپرچونیٹیز کو اویل کر پائے۔</w:t>
      </w:r>
    </w:p>
    <w:p>
      <w:r>
        <w:rPr>
          <w:b/>
        </w:rPr>
        <w:t xml:space="preserve">[1:12:32] </w:t>
      </w:r>
      <w:r>
        <w:t>agar is ko ignore na karte toh kehtay hain ke chalo, wahan par attack karein ge, wahan ladna hai hamein, wahan is ko pak karna hai. koi nahi, koi nahi. toh is zamanay mein reasons ne jo hum ko opportunities kholi hain, is par log focus nahi kar rahay hain, focus kar rahay hain doosray waqiat par</w:t>
      </w:r>
    </w:p>
    <w:p>
      <w:pPr>
        <w:jc w:val="right"/>
      </w:pPr>
      <w:r>
        <w:t>اگر اس کو اگنور نہ کرتے تو کہتے ہیں کہ چلو، وہاں پر اٹیک کریں گے، وہاں لڑنا ہے ہمیں، وہاں اس کو پاک کرنا ہے۔ کوئی نہیں، کوئی نہیں۔ تو اس زمانے میں ریڈیسنز نے جو ہم کو اپرچونیٹیز کھولی ہیں، اس پر لوگ فوکس نہیں کر رہے ہیں، فوکس کر رہے ہیں دوسرے واقعات پر</w:t>
      </w:r>
    </w:p>
    <w:p>
      <w:r>
        <w:rPr>
          <w:b/>
        </w:rPr>
        <w:t xml:space="preserve">[1:12:49] </w:t>
      </w:r>
      <w:r>
        <w:t>ke America jo hai, Falasteen mein Israel ko kyun south support deta hai aur wahan bombardment kyun karta hai, wahan yeh kyun karta hai, wahan woh karta hai.</w:t>
      </w:r>
    </w:p>
    <w:p>
      <w:pPr>
        <w:jc w:val="right"/>
      </w:pPr>
      <w:r>
        <w:t>کہ امریکہ جو ہے، فلسطین میں اسرائیل کو کیوں ساؤتھ سپورٹ دیتا ہے اور وہاں بمبارمنٹ کیوں کرتا ہے، وہاں یہ کیوں کرتا ہے، وہاں وہ کرتا ہے۔</w:t>
      </w:r>
    </w:p>
    <w:p>
      <w:r>
        <w:rPr>
          <w:b/>
        </w:rPr>
        <w:t xml:space="preserve">[1:13:00] </w:t>
      </w:r>
      <w:r>
        <w:t>yaani yeh bilkul surat ke khilaf kar rahay hain. ain us waqt jab ke Rasool Allah Sal Allahu Alayhi Wa Sallam Hudaybiyyah ki opportunity ko avail kar rahay thay, usi waqt misaal maujood thay, woh ko ignore kiya aap ne.</w:t>
      </w:r>
    </w:p>
    <w:p>
      <w:pPr>
        <w:jc w:val="right"/>
      </w:pPr>
      <w:r>
        <w:t>یعنی یہ بالکل صورت کے خلاف کر رہے ہیں۔ عین اس وقت جب کہ رسول اللہ صلی اللہ علیہ وسلم حدیبیہ کی اپرچونیٹی کو اویل کر رہے تھے، اسی وقت مثال موجود تھے، وہ کو اگنور کیا آپ نے۔</w:t>
      </w:r>
    </w:p>
    <w:p>
      <w:r>
        <w:rPr>
          <w:b/>
        </w:rPr>
        <w:t xml:space="preserve">[1:13:15] </w:t>
      </w:r>
      <w:r>
        <w:t>toh is qism ke masail ko le kar ke jo log negative banay hue hain, woh woh khud Rasool Allah ki sunnat se bohat door hain. Rasool Allah ki sunnat se koi talluq nahi.</w:t>
      </w:r>
    </w:p>
    <w:p>
      <w:pPr>
        <w:jc w:val="right"/>
      </w:pPr>
      <w:r>
        <w:t>تو اس قسم کے مسائل کو لے کر کے جو لوگ نیگیٹو بنے ہوئے ہیں، وہ وہ خود رسول اللہ کی سنت سے بہت دور ہیں۔ رسول اللہ کی سنت سے کوئی تعلق نہیں۔</w:t>
      </w:r>
    </w:p>
    <w:p>
      <w:r>
        <w:rPr>
          <w:b/>
        </w:rPr>
        <w:t xml:space="preserve">[1:13:24] </w:t>
      </w:r>
      <w:r>
        <w:t>Rasool Allah ki sunnat ka matlab yeh hai ke opportunities ko dekho, problem ko mat dekho. toh United Nations ke charter se jo opportunities, opportunities khuli hain, jo mauqa un ko dekho.</w:t>
      </w:r>
    </w:p>
    <w:p>
      <w:pPr>
        <w:jc w:val="right"/>
      </w:pPr>
      <w:r>
        <w:t>رسول اللہ کی سنت کا مطلب یہ ہے کہ اپرچونیٹیز کو دیکھو، پرابلم کو مت دیکھو۔ تو انٹاریڈیشنز کے چارٹر سے جو اپرچونیٹیز، اپرچونیٹیز کھلی ہیں، جو موقع ان کو دیکھو۔</w:t>
      </w:r>
    </w:p>
    <w:p>
      <w:r>
        <w:rPr>
          <w:b/>
        </w:rPr>
        <w:t xml:space="preserve">[1:13:40] </w:t>
      </w:r>
      <w:r>
        <w:t>us waqt agar kuch doosray masail hain toh woh ignore karo.</w:t>
      </w:r>
    </w:p>
    <w:p>
      <w:pPr>
        <w:jc w:val="right"/>
      </w:pPr>
      <w:r>
        <w:t>اس وقت اگر کچھ دوسرے مسائل ہیں تو وہ اگنور کرو۔</w:t>
      </w:r>
    </w:p>
    <w:p>
      <w:r>
        <w:rPr>
          <w:b/>
        </w:rPr>
        <w:t xml:space="preserve">[1:13:44] </w:t>
      </w:r>
      <w:r>
        <w:t>is tareeqay se jab aap opportunities ko avail karein ge, tab ek naya future banay ga aap ka, warna koi naya future ban'nay wala nahi hai. koi toh ek naya future create karne ki ek hi shakal hai ke aap jo opportunities khuli hain, United Nations ne, us ko focus karein.</w:t>
      </w:r>
    </w:p>
    <w:p>
      <w:pPr>
        <w:jc w:val="right"/>
      </w:pPr>
      <w:r>
        <w:t>اس طریقے سے جب آپ اپرچونیٹیز کو اویل کریں گے، تب ایک نیا فیوچر بنے گا آپ کا، ورنہ کوئی نیا فیوچر بننے والا نہیں ہے۔ کوئی تو ایک نیا فیوچر کریٹ کرنے کی ایک ہی شکل ہے کہ آپ جو اپرچونیٹیز کھولی ہیں، انٹاریڈیشنز نے، اس کو فوکس کریں۔</w:t>
      </w:r>
    </w:p>
    <w:p>
      <w:r>
        <w:rPr>
          <w:b/>
        </w:rPr>
        <w:t xml:space="preserve">[1:14:05] </w:t>
      </w:r>
      <w:r>
        <w:t>aur us waqt agar kahin aur par problem hai toh hone dijiye problem ko,</w:t>
      </w:r>
    </w:p>
    <w:p>
      <w:pPr>
        <w:jc w:val="right"/>
      </w:pPr>
      <w:r>
        <w:t>اور اس وقت اگر کہیں اور پرابلم ہے تو ہونے دیجئے پرابلم کو،</w:t>
      </w:r>
    </w:p>
    <w:p>
      <w:r>
        <w:rPr>
          <w:b/>
        </w:rPr>
        <w:t xml:space="preserve">[1:14:09] </w:t>
      </w:r>
      <w:r>
        <w:t>is problem ko aap daal dijiye future ke khane mein, aur phir apna planning kijiye. apni planning jo Musalman aaj kal karte hain, opportunities ko le kar nahi karte hain, balkay problem ko le kar karte hain.</w:t>
      </w:r>
    </w:p>
    <w:p>
      <w:pPr>
        <w:jc w:val="right"/>
      </w:pPr>
      <w:r>
        <w:t>اس پرابلم کو آپ ڈال دیجئے فیوچر کے خانے میں، اور پھر اپنا پلاننگ کیجئے۔ اپنی پلاننگ جو مسلمان آج کل کرتے ہیں، اپرچونیٹیز کو لے کر نہیں کرتے ہیں، بلکہ پرابلم کو لے کر کرتے ہیں۔</w:t>
      </w:r>
    </w:p>
    <w:p>
      <w:r>
        <w:rPr>
          <w:b/>
        </w:rPr>
        <w:t xml:space="preserve">[1:14:23] </w:t>
      </w:r>
      <w:r>
        <w:t>is wajah se kuch nahi ho raha hai jo Rasool Allah ki sunnat ke sath sath khilaf hai. Rasool Allah ne jo planning ki, woh Hudaybiyyah ke zariye jo opportunities khuli hui theen, us ko le kar ki.</w:t>
      </w:r>
    </w:p>
    <w:p>
      <w:pPr>
        <w:jc w:val="right"/>
      </w:pPr>
      <w:r>
        <w:t>اس وجہ سے کچھ نہیں ہو رہا ہے جو رسول اللہ کی سنت کے ساتھ ساتھ خلاف ہے۔ رسول اللہ نے جو پلاننگ کی، وہ حدیبیہ کے ذریعے جو اپرچونیٹیز کھلی ہوئی تھیں، اس کو لے کر کی۔</w:t>
      </w:r>
    </w:p>
    <w:p>
      <w:r>
        <w:rPr>
          <w:b/>
        </w:rPr>
        <w:t xml:space="preserve">[1:14:33] </w:t>
      </w:r>
      <w:r>
        <w:t>yeh nahi ke Makkah mein kya ho raha hai, kyun ke Hudaybiyyah jab hua tha toh Makkah fateh nahi hua tha, tab bhi Makkah unhi ke qabzay mein tha.</w:t>
      </w:r>
    </w:p>
    <w:p>
      <w:pPr>
        <w:jc w:val="right"/>
      </w:pPr>
      <w:r>
        <w:t>یہ نہیں کہ مکہ میں کیا ہو رہا ہے، کیونکہ حدیبیہ جب ہوا تھا تو مکہ فتح نہیں ہوا تھا، تب بھی مکہ انہی کے قبضے میں تھا۔</w:t>
      </w:r>
    </w:p>
    <w:p>
      <w:r>
        <w:rPr>
          <w:b/>
        </w:rPr>
        <w:t xml:space="preserve">[1:14:44] </w:t>
      </w:r>
      <w:r>
        <w:t>yeh bohat bari sunnat hai Rasool Allah ki jis ko Musalman</w:t>
      </w:r>
    </w:p>
    <w:p>
      <w:pPr>
        <w:jc w:val="right"/>
      </w:pPr>
      <w:r>
        <w:t>یہ بہت بڑی سنت ہے رسول اللہ کی جس کو مسلمان</w:t>
      </w:r>
    </w:p>
    <w:p>
      <w:r>
        <w:rPr>
          <w:b/>
        </w:rPr>
        <w:t xml:space="preserve">[1:14:49] </w:t>
      </w:r>
      <w:r>
        <w:t>na samajhtay hain, na is ko avail kar patay hain ke jis waqt aap planning kar rahay hain, us waqt opportunities kya hain, us ko focus kijiye.</w:t>
      </w:r>
    </w:p>
    <w:p>
      <w:pPr>
        <w:jc w:val="right"/>
      </w:pPr>
      <w:r>
        <w:t>نہ سمجھتے ہیں، نہ اس کو اویل کر پاتے ہیں کہ جس وقت آپ پلاننگ کر رہے ہیں، اس وقت اپرچونیٹیز کیا ہیں، اس کو فوکس کیجئے۔</w:t>
      </w:r>
    </w:p>
    <w:p>
      <w:r>
        <w:rPr>
          <w:b/>
        </w:rPr>
        <w:t xml:space="preserve">[1:14:59] </w:t>
      </w:r>
      <w:r>
        <w:t>baqi cheezon ko ignore kar dijiye, avoid kijiye. yeh raaz jis se Musalmanon ka koi naya future ban sakta hai, aur agar Musalman is sunnat ko nahi pakrein ge toh hazar saal bhi un ke liye koi naya future ban'nay wala nahi hai.</w:t>
      </w:r>
    </w:p>
    <w:p>
      <w:pPr>
        <w:jc w:val="right"/>
      </w:pPr>
      <w:r>
        <w:t>باقی چیزوں کو اگنور کر دیجئے، اوائڈ کیجئے۔ یہ راز جس سے مسلمانوں کا کوئی نیا فیوچر بن سکتا ہے، اور اگر مسلمان اس سنت کو نہیں پکڑیں گے تو ہزار سال بھی ان کے لیے کوئی نیا فیوچر بننے والا نہیں ہے۔</w:t>
      </w:r>
    </w:p>
    <w:p>
      <w:r>
        <w:rPr>
          <w:b/>
        </w:rPr>
        <w:t xml:space="preserve">[1:15:17] </w:t>
      </w:r>
      <w:r>
        <w:t>Maulana, agla sawal lainay se pehlay ek comment parhna chahenge jo Doha, Qatar se Maulana Abdul Basit Umri ne bheja hai.</w:t>
      </w:r>
    </w:p>
    <w:p>
      <w:pPr>
        <w:jc w:val="right"/>
      </w:pPr>
      <w:r>
        <w:t>مولانا، اگلا سوال لینے سے پہلے ایک کمنٹ پڑھنا چاہیں گے جو دوحہ، قطر سے مولانا عبدالباسط عمری نے بھیجا ہے۔</w:t>
      </w:r>
    </w:p>
    <w:p>
      <w:r>
        <w:rPr>
          <w:b/>
        </w:rPr>
        <w:t xml:space="preserve">[1:15:26] </w:t>
      </w:r>
      <w:r>
        <w:t>unhon ne likha hai: "Maulana, Quran mein bar bar kaha hai: khwahishat ke peechay mat bhago. Maulana, hamari khwahishat mein sab se bari cheez ideal ki talab hai.</w:t>
      </w:r>
    </w:p>
    <w:p>
      <w:pPr>
        <w:jc w:val="right"/>
      </w:pPr>
      <w:r>
        <w:t>انہوں نے لکھا ہے: "مولانا، قرآن میں بار بار کہا ہے: خواہشات کے پیچھے مت بھاگو۔ مولانا، ہماری خواہشات میں سب سے بڑی چیز آئیڈیل کی طلب ہے۔</w:t>
      </w:r>
    </w:p>
    <w:p>
      <w:r>
        <w:rPr>
          <w:b/>
        </w:rPr>
        <w:t xml:space="preserve">[1:15:41] </w:t>
      </w:r>
      <w:r>
        <w:t>pehlay yeh baat samajh nahi aati thi ke kis tarah hum apnay aap ko is se bachayein. lekin aap ne jo baat kahi ke hum is ko point of reference bana kar usay jannat ki yaad aur dua mein convert karein,</w:t>
      </w:r>
    </w:p>
    <w:p>
      <w:pPr>
        <w:jc w:val="right"/>
      </w:pPr>
      <w:r>
        <w:t>پہلے یہ بات سمجھ نہیں آتی تھی کہ کس طرح ہم اپنے آپ کو اس سے بچائیں۔ لیکن آپ نے جو بات کہی کہ ہم اس کو پوائنٹ آف ریفرنس بنا کر اسے جنت کی یاد اور دعا میں کنورٹ کریں،</w:t>
      </w:r>
    </w:p>
    <w:p>
      <w:r>
        <w:rPr>
          <w:b/>
        </w:rPr>
        <w:t xml:space="preserve">[1:15:57] </w:t>
      </w:r>
      <w:r>
        <w:t>Maulana, yeh mere liye bohat bari cheez hai. Allah aap ko lambi umar aur sehat de."</w:t>
      </w:r>
    </w:p>
    <w:p>
      <w:pPr>
        <w:jc w:val="right"/>
      </w:pPr>
      <w:r>
        <w:t>مولانا، یہ میرے لیے بہت بڑی چیز ہے۔ اللہ آپ کو لمبی عمر اور صحت دے۔"</w:t>
      </w:r>
    </w:p>
    <w:p>
      <w:r>
        <w:rPr>
          <w:b/>
        </w:rPr>
        <w:t xml:space="preserve">[1:16:05] </w:t>
      </w:r>
      <w:r>
        <w:t>Maulana, agla sawal aya hai Islamabad, Pakistan se Waseem Bari sahib ka. Unhon ne likha hai: "Maulana, how can I awaken my conscience permanently?</w:t>
      </w:r>
    </w:p>
    <w:p>
      <w:pPr>
        <w:jc w:val="right"/>
      </w:pPr>
      <w:r>
        <w:t>مولانا، اگلا سوال آیا ہے اسلام آباد، پاکستان سے وسیم باری صاحب کا۔ انہوں نے لکھا ہے: "مولانا، ہاؤ کین آئی اویکن مائی کانشیسنس پرماننٹلی؟</w:t>
      </w:r>
    </w:p>
    <w:p>
      <w:r>
        <w:rPr>
          <w:b/>
        </w:rPr>
        <w:t xml:space="preserve">[1:16:19] </w:t>
      </w:r>
      <w:r>
        <w:t>please gaid mi." woh to aaj aaj mein isi bola ke jo aaj aaj mein ne kaha ke recharge yor maind, apne maind ko bar bar charge kijie.</w:t>
      </w:r>
    </w:p>
    <w:p>
      <w:pPr>
        <w:jc w:val="right"/>
      </w:pPr>
      <w:r>
        <w:t>پلیز گائیڈ می۔" وہ تو آج آج میں اسی بولا کہ جو آج آج میں نے کہا کہ ریچارج یور مائنڈ، اپنے مائنڈ کو بار بار چارج کیجئے۔</w:t>
      </w:r>
    </w:p>
    <w:p>
      <w:r>
        <w:rPr>
          <w:b/>
        </w:rPr>
        <w:t xml:space="preserve">[1:16:36] </w:t>
      </w:r>
      <w:r>
        <w:t>to har lamha yaad rakhen jo ayat mein ne parhi, jo hadith mein ne parhi, to har momint, har momint kuch na kuch guzarta hai aap ke sath.</w:t>
      </w:r>
    </w:p>
    <w:p>
      <w:pPr>
        <w:jc w:val="right"/>
      </w:pPr>
      <w:r>
        <w:t>تو ہر لمحہ یاد رکھیں جو آیت میں نے پڑھی، جو حدیث میں نے پڑھی، تو ہر مومنٹ، ہر مومنٹ کچھ نہ کچھ گزرتا ہے آپ کے ساتھ۔</w:t>
      </w:r>
    </w:p>
    <w:p>
      <w:r>
        <w:rPr>
          <w:b/>
        </w:rPr>
        <w:t xml:space="preserve">[1:16:47] </w:t>
      </w:r>
      <w:r>
        <w:t>koi expiriens, koi abzarveshan, kisi se kuch suntay hain, kuch parhtay hain, har har momint. to aap apne shaoor ko, apne maind ko agar develop kar saken ke is se extract kare aadmi,</w:t>
      </w:r>
    </w:p>
    <w:p>
      <w:pPr>
        <w:jc w:val="right"/>
      </w:pPr>
      <w:r>
        <w:t>کوئی ایکسپیرینس، کوئی ابزرویشن، کسی سے کچھ سنتے ہیں، کچھ پڑھتے ہیں، ہر ہر مومنٹ۔ تو آپ اپنے شعور کو، اپنے مائنڈ کو اگر ڈیولپ کر سکیں کہ اس سے ایکسٹریکٹ کرے آدمی،</w:t>
      </w:r>
    </w:p>
    <w:p>
      <w:r>
        <w:rPr>
          <w:b/>
        </w:rPr>
        <w:t xml:space="preserve">[1:17:00] </w:t>
      </w:r>
      <w:r>
        <w:t>ise aap extract kar saken, ise nikal saken, woh cheez jis ko mein kehta hoon point of reference,</w:t>
      </w:r>
    </w:p>
    <w:p>
      <w:pPr>
        <w:jc w:val="right"/>
      </w:pPr>
      <w:r>
        <w:t>اسے آپ ایکسٹریکٹ کر سکیں، اسے نکال سکیں، وہ چیز جس کو میں کہتا ہوں پوائنٹ آف ریفرنس،</w:t>
      </w:r>
    </w:p>
    <w:p>
      <w:r>
        <w:rPr>
          <w:b/>
        </w:rPr>
        <w:t xml:space="preserve">[1:17:08] </w:t>
      </w:r>
      <w:r>
        <w:t>tab yeh silsila jari rahega, jari rahega, jari rahega. agar aisa nahi karenge to to discontinue ho jayega, phir jari nahi reh sakta. to har cheez aap ek paon uthate hain zameen par, tab bhi is mein ek point of reference hota hai.</w:t>
      </w:r>
    </w:p>
    <w:p>
      <w:pPr>
        <w:jc w:val="right"/>
      </w:pPr>
      <w:r>
        <w:t>تب یہ سلسلہ جاری رہے گا، جاری رہے گا، جاری رہے گا۔ اگر ایسا نہیں کریں گے تو تو ڈس کنٹینیو ہو جائے گا، پھر جاری نہیں رہ سکتا۔ تو ہر چیز آپ ایک پاؤں اٹھاتے ہیں زمین پر، تب بھی اس میں ایک پوائنٹ آف ریفرنس ہوتا ہے۔</w:t>
      </w:r>
    </w:p>
    <w:p>
      <w:r>
        <w:rPr>
          <w:b/>
        </w:rPr>
        <w:t xml:space="preserve">[1:17:24] </w:t>
      </w:r>
      <w:r>
        <w:t>aap aankh khol kar dekhte hain, tab bhi point of reference hota hai.</w:t>
      </w:r>
    </w:p>
    <w:p>
      <w:pPr>
        <w:jc w:val="right"/>
      </w:pPr>
      <w:r>
        <w:t>آپ آنکھ کھول کر دیکھتے ہیں، تب بھی پوائنٹ آف ریفرنس ہوتا ہے۔</w:t>
      </w:r>
    </w:p>
    <w:p>
      <w:r>
        <w:rPr>
          <w:b/>
        </w:rPr>
        <w:t xml:space="preserve">[1:17:29] </w:t>
      </w:r>
      <w:r>
        <w:t>misalan jab mein apne ghar se nikla to bahar cheezain dikhai de rahi theen. to mein ne socha ke agar bahar roshni na ho, mujhe mujhe aankh mili hui ho aur bahar roshni na ho to mein kuch nahi dekhunga.</w:t>
      </w:r>
    </w:p>
    <w:p>
      <w:pPr>
        <w:jc w:val="right"/>
      </w:pPr>
      <w:r>
        <w:t>مثلاً جب میں اپنے گھر سے نکلا تو باہر چیزیں دکھائی دے رہی تھیں۔ تو میں نے سوچا کہ اگر باہر روشنی نہ ہو، مجھے مجھے آنکھ ملی ہوئی ہو اور باہر روشنی نہ ہو تو میں کچھ نہیں دیکھوں گا۔</w:t>
      </w:r>
    </w:p>
    <w:p>
      <w:r>
        <w:rPr>
          <w:b/>
        </w:rPr>
        <w:t xml:space="preserve">[1:17:44] </w:t>
      </w:r>
      <w:r>
        <w:t>aankh nahi dekhti jab tak ke roshni bahar maujood na ho. to bahar lait hona chahiye, tab aap ki aankh dekh pati hai kisi cheez ko.</w:t>
      </w:r>
    </w:p>
    <w:p>
      <w:pPr>
        <w:jc w:val="right"/>
      </w:pPr>
      <w:r>
        <w:t>آنکھ نہیں دیکھتی جب تک کہ روشنی باہر موجود نہ ہو۔ تو باہر لائٹ ہونا چاہیے، تب آپ کی آنکھ دیکھ پاتی ہے کسی چیز کو۔</w:t>
      </w:r>
    </w:p>
    <w:p>
      <w:r>
        <w:rPr>
          <w:b/>
        </w:rPr>
        <w:t xml:space="preserve">[1:17:54] </w:t>
      </w:r>
      <w:r>
        <w:t>to isi is mein ek point of reference tha ke kaisa ajib hai khuda ke is ne jab mujhe aankh diya to bahar lait bhi is ne bherh di, suraj ko chamka bhi diya sath sath.</w:t>
      </w:r>
    </w:p>
    <w:p>
      <w:pPr>
        <w:jc w:val="right"/>
      </w:pPr>
      <w:r>
        <w:t>تو اسی اس میں ایک پوائنٹ آف ریفرنس تھا کہ کیسا عجیب ہے خدا کہ اس نے جب مجھے آنکھ دیا تو باہر لائٹ بھی اس نے بکھیر دی، سورج کو چمکا بھی دیا ساتھ ساتھ۔</w:t>
      </w:r>
    </w:p>
    <w:p>
      <w:r>
        <w:rPr>
          <w:b/>
        </w:rPr>
        <w:t xml:space="preserve">[1:18:07] </w:t>
      </w:r>
      <w:r>
        <w:t>to har momint, har momint aisi cheez guzarti hai aap ke sath jis mein aap ko ek point of reference maujood hota hai.</w:t>
      </w:r>
    </w:p>
    <w:p>
      <w:pPr>
        <w:jc w:val="right"/>
      </w:pPr>
      <w:r>
        <w:t>تو ہر مومنٹ، ہر مومنٹ ایسی چیز گزرتی ہے آپ کے ساتھ جس میں آپ کو ایک پوائنٹ آف ریفرنس موجود ہوتا ہے۔</w:t>
      </w:r>
    </w:p>
    <w:p>
      <w:r>
        <w:rPr>
          <w:b/>
        </w:rPr>
        <w:t xml:space="preserve">[1:18:15] </w:t>
      </w:r>
      <w:r>
        <w:t>jaise mein bol raha hoon to aap ghor kijie ke jo speech hai, power of speech, to sari universe mein kisi ko hasil nahi.</w:t>
      </w:r>
    </w:p>
    <w:p>
      <w:pPr>
        <w:jc w:val="right"/>
      </w:pPr>
      <w:r>
        <w:t>جیسے میں بول رہا ہوں تو آپ غور کیجئے کہ جو اسپیچ ہے، پاور آف اسپیچ، تو ساری یونیورس میں کسی کو حاصل نہیں۔</w:t>
      </w:r>
    </w:p>
    <w:p>
      <w:r>
        <w:rPr>
          <w:b/>
        </w:rPr>
        <w:t xml:space="preserve">[1:18:26] </w:t>
      </w:r>
      <w:r>
        <w:t>do sitaron ke beech mein koi exchange nahi hota, do planet ke beech mein koi baat cheet nahi hoti, kisi sher aur hathi ke beech mein baat cheet nahi hoti.</w:t>
      </w:r>
    </w:p>
    <w:p>
      <w:pPr>
        <w:jc w:val="right"/>
      </w:pPr>
      <w:r>
        <w:t>دو ستاروں کے بیچ میں کوئی ایکسچینج نہیں ہوتا، دو پلینٹ کے بیچ میں کوئی بات چیت نہیں ہوتی، کسی شیر اور ہاتھی کے بیچ میں بات چیت نہیں ہوتی۔</w:t>
      </w:r>
    </w:p>
    <w:p>
      <w:r>
        <w:rPr>
          <w:b/>
        </w:rPr>
        <w:t xml:space="preserve">[1:18:37] </w:t>
      </w:r>
      <w:r>
        <w:t>kyun ke in ko yeh yeh jo speech aap ko hasil hai, power hai, woh in ko nahi hasil hai.</w:t>
      </w:r>
    </w:p>
    <w:p>
      <w:pPr>
        <w:jc w:val="right"/>
      </w:pPr>
      <w:r>
        <w:t>کیونکہ ان کو یہ یہ جو اسپیچ آپ کو حاصل ہے، پاور ہے، وہ ان کو نہیں حاصل ہے۔</w:t>
      </w:r>
    </w:p>
    <w:p>
      <w:r>
        <w:rPr>
          <w:b/>
        </w:rPr>
        <w:t xml:space="preserve">[1:18:43] </w:t>
      </w:r>
      <w:r>
        <w:t>to har waqt aap bolte hain, woh bhi ek point of reference hai. to asal cheez jo hai woh hai ke awaken maind.</w:t>
      </w:r>
    </w:p>
    <w:p>
      <w:pPr>
        <w:jc w:val="right"/>
      </w:pPr>
      <w:r>
        <w:t>تو ہر وقت آپ بولتے ہیں، وہ بھی ایک پوائنٹ آف ریفرنس ہے۔ تو اصل چیز جو ہے وہ ہے کہ اویکن مائنڈ۔</w:t>
      </w:r>
    </w:p>
    <w:p>
      <w:r>
        <w:rPr>
          <w:b/>
        </w:rPr>
        <w:t xml:space="preserve">[1:18:52] </w:t>
      </w:r>
      <w:r>
        <w:t>awaken maind agar aap ke andar hai to har cheez aap ke liye point of reference banti rahegi aur phir woh continue rahega.</w:t>
      </w:r>
    </w:p>
    <w:p>
      <w:pPr>
        <w:jc w:val="right"/>
      </w:pPr>
      <w:r>
        <w:t>اویکن مائنڈ اگر آپ کے اندر ہے تو ہر چیز آپ کے لیے پوائنٹ آف ریفرنس بنتی رہے گی اور پھر وہ کنٹینیو رہے گا۔</w:t>
      </w:r>
    </w:p>
    <w:p>
      <w:r>
        <w:rPr>
          <w:b/>
        </w:rPr>
        <w:t xml:space="preserve">[1:19:01] </w:t>
      </w:r>
      <w:r>
        <w:t>aap ka process is mein, is mein discontinue nahi hoga. yahi hai raaz.</w:t>
      </w:r>
    </w:p>
    <w:p>
      <w:pPr>
        <w:jc w:val="right"/>
      </w:pPr>
      <w:r>
        <w:t>آپ کا پروسیس اس میں، اس میں ڈس کنٹینیو نہیں ہوگا۔ یہی ہے راز۔</w:t>
      </w:r>
    </w:p>
    <w:p>
      <w:r>
        <w:rPr>
          <w:b/>
        </w:rPr>
        <w:t xml:space="preserve">[1:19:12] </w:t>
      </w:r>
      <w:r>
        <w:t>maulana, agla sawal dhampur se aya hai mehtab ahmad sahib ka. unhon ne aap se poocha hai ke "wat is munafiqat and wat is da bast work dat allah likes?" is ko wazeh karen.</w:t>
      </w:r>
    </w:p>
    <w:p>
      <w:pPr>
        <w:jc w:val="right"/>
      </w:pPr>
      <w:r>
        <w:t>مولانا، اگلا سوال دھامپور سے آیا ہے مہتاب احمد صاحب کا۔ انہوں نے آپ سے پوچھا ہے کہ "واٹ از منافقت اینڈ واٹ از دا بیسٹ ورک دیٹ اللہ لائکس؟" اس کو واضح کریں۔</w:t>
      </w:r>
    </w:p>
    <w:p>
      <w:r>
        <w:rPr>
          <w:b/>
        </w:rPr>
        <w:t xml:space="preserve">[1:19:28] </w:t>
      </w:r>
      <w:r>
        <w:t>dekhen, munafiqat ka matlab sadah tor par double standard hona. dil mein kuch ho, zaban par kuch ho.</w:t>
      </w:r>
    </w:p>
    <w:p>
      <w:pPr>
        <w:jc w:val="right"/>
      </w:pPr>
      <w:r>
        <w:t>دیکھیں، منافقت کا مطلب سادہ طور پر ڈبل سٹینڈرڈ ہونا۔ دل میں کچھ ہو، زبان پر کچھ ہو۔</w:t>
      </w:r>
    </w:p>
    <w:p>
      <w:r>
        <w:rPr>
          <w:b/>
        </w:rPr>
        <w:t xml:space="preserve">[1:19:39] </w:t>
      </w:r>
      <w:r>
        <w:t>yeh matlab hai munafiqat ka.</w:t>
      </w:r>
    </w:p>
    <w:p>
      <w:pPr>
        <w:jc w:val="right"/>
      </w:pPr>
      <w:r>
        <w:t>یہ مطلب ہے منافقت کا۔</w:t>
      </w:r>
    </w:p>
    <w:p>
      <w:r>
        <w:rPr>
          <w:b/>
        </w:rPr>
        <w:t xml:space="preserve">[1:19:44] </w:t>
      </w:r>
      <w:r>
        <w:t>to aaj kal to bohat ziyada aam hai logon ko khush karne ke liye, society mein acha bana rehne ke liye. aadmi har waqt banawati baaten karta hai.</w:t>
      </w:r>
    </w:p>
    <w:p>
      <w:pPr>
        <w:jc w:val="right"/>
      </w:pPr>
      <w:r>
        <w:t>تو آج کل تو بہت زیادہ عام ہے لوگوں کو خوش کرنے کے لیے، سوسائٹی میں اچھا بنا رہنے کے لیے۔ آدمی ہر وقت بناوٹی باتیں کرتا ہے۔</w:t>
      </w:r>
    </w:p>
    <w:p>
      <w:r>
        <w:rPr>
          <w:b/>
        </w:rPr>
        <w:t xml:space="preserve">[1:19:54] </w:t>
      </w:r>
      <w:r>
        <w:t>banawati baaten kya hain? wohi munafiqat hai. mera aadmi khud samajh sakta hai ke mere dil mein kya hai, ab mein bol kya raha hoon. to munafiqat ka matlab hai yani double standard hona.</w:t>
      </w:r>
    </w:p>
    <w:p>
      <w:pPr>
        <w:jc w:val="right"/>
      </w:pPr>
      <w:r>
        <w:t>بناوٹی باتیں کیا ہیں؟ وہی منافقت ہے۔ میرا آدمی خود سمجھ سکتا ہے کہ میرے دل میں کیا ہے، اب میں بول کیا رہا ہوں۔ تو منافقت کا مطلب ہے یعنی ڈبل سٹینڈرڈ ہونا۔</w:t>
      </w:r>
    </w:p>
    <w:p>
      <w:r>
        <w:rPr>
          <w:b/>
        </w:rPr>
        <w:t xml:space="preserve">[1:20:10] </w:t>
      </w:r>
      <w:r>
        <w:t>aur kya dosra kehta hai? woh</w:t>
      </w:r>
    </w:p>
    <w:p>
      <w:pPr>
        <w:jc w:val="right"/>
      </w:pPr>
      <w:r>
        <w:t>اور کیا دوسرا کہتا ہے؟ وہ</w:t>
      </w:r>
    </w:p>
    <w:p>
      <w:r>
        <w:rPr>
          <w:b/>
        </w:rPr>
        <w:t xml:space="preserve">[1:20:12] </w:t>
      </w:r>
      <w:r>
        <w:t>"What is the best work that Allah likes?"</w:t>
      </w:r>
    </w:p>
    <w:p>
      <w:pPr>
        <w:jc w:val="right"/>
      </w:pPr>
      <w:r>
        <w:t>"واٹ از دا بیسٹ ورک دیٹ اللہ لائکس؟"</w:t>
      </w:r>
    </w:p>
    <w:p>
      <w:r>
        <w:rPr>
          <w:b/>
        </w:rPr>
        <w:t xml:space="preserve">[1:20:18] </w:t>
      </w:r>
      <w:r>
        <w:t>acha,</w:t>
      </w:r>
    </w:p>
    <w:p>
      <w:pPr>
        <w:jc w:val="right"/>
      </w:pPr>
      <w:r>
        <w:t>اچھا،</w:t>
      </w:r>
    </w:p>
    <w:p>
      <w:r>
        <w:rPr>
          <w:b/>
        </w:rPr>
        <w:t xml:space="preserve">[1:20:23] </w:t>
      </w:r>
      <w:r>
        <w:t>mein samajhta hoon kisi ko ulta jo hai woh best hai. kyunke quran mein aata hai ke quran mein aata hai ke akhirat ke bare mein "fi muqaddar sadqan al-muktadir"</w:t>
      </w:r>
    </w:p>
    <w:p>
      <w:pPr>
        <w:jc w:val="right"/>
      </w:pPr>
      <w:r>
        <w:t>میں سمجھتا ہوں کسی کو الٹا جو ہے وہ بیسٹ ہے۔ کیونکہ قرآن میں آتا ہے کہ قرآن میں آتا ہے کہ آخرت کے بارے میں "فی مقد صدق ان دا بلیک مقتدر"</w:t>
      </w:r>
    </w:p>
    <w:p>
      <w:r>
        <w:rPr>
          <w:b/>
        </w:rPr>
        <w:t xml:space="preserve">[1:20:38] </w:t>
      </w:r>
      <w:r>
        <w:t>ke akhirat mein jo selected log honge jin ko jannat ki entry mile gi, woh sachai ki seat par honge.</w:t>
      </w:r>
    </w:p>
    <w:p>
      <w:pPr>
        <w:jc w:val="right"/>
      </w:pPr>
      <w:r>
        <w:t>کہ آخرت میں جو سلیکٹڈ لوگ ہوں گے جن کو جنت کی انٹری ملے گی، وہ سچائی کی سیٹ پر ہوں گے۔</w:t>
      </w:r>
    </w:p>
    <w:p>
      <w:r>
        <w:rPr>
          <w:b/>
        </w:rPr>
        <w:t xml:space="preserve">[1:20:49] </w:t>
      </w:r>
      <w:r>
        <w:t>sachai ki seat kyunke sacha hona Allah ko sab se zyada pasand hai aur munafiq hona sab se zyada napasand hai Allah ko.</w:t>
      </w:r>
    </w:p>
    <w:p>
      <w:pPr>
        <w:jc w:val="right"/>
      </w:pPr>
      <w:r>
        <w:t>سچائی کی سیٹ کیونکہ سچا ہونا اللہ کو سب سے زیادہ پسند ہے اور منافق ہونا سب سے زیادہ ناپسند ہے اللہ کو۔</w:t>
      </w:r>
    </w:p>
    <w:p>
      <w:r>
        <w:rPr>
          <w:b/>
        </w:rPr>
        <w:t xml:space="preserve">[1:20:58] </w:t>
      </w:r>
      <w:r>
        <w:t>kyunke quran mein hai ke</w:t>
      </w:r>
    </w:p>
    <w:p>
      <w:pPr>
        <w:jc w:val="right"/>
      </w:pPr>
      <w:r>
        <w:t>کیونکہ قرآن میں ہے کہ</w:t>
      </w:r>
    </w:p>
    <w:p>
      <w:r>
        <w:rPr>
          <w:b/>
        </w:rPr>
        <w:t xml:space="preserve">[1:21:02] </w:t>
      </w:r>
      <w:r>
        <w:t>"munafiq woh sab se zyada</w:t>
      </w:r>
    </w:p>
    <w:p>
      <w:pPr>
        <w:jc w:val="right"/>
      </w:pPr>
      <w:r>
        <w:t>"منافق وہ سب سے زیادہ</w:t>
      </w:r>
    </w:p>
    <w:p>
      <w:r>
        <w:rPr>
          <w:b/>
        </w:rPr>
        <w:t xml:space="preserve">[1:21:07] </w:t>
      </w:r>
      <w:r>
        <w:t>nal munafiqeen fil darak al-asfal min an-nar". sab se zyada yani nichle darje mein jannat ke munafiqeen honge. aur jo sachay log hain, un ke liye hai ke "fi muqaddar sadqan al-muktadir" ke log sachai ki seat par honge.</w:t>
      </w:r>
    </w:p>
    <w:p>
      <w:pPr>
        <w:jc w:val="right"/>
      </w:pPr>
      <w:r>
        <w:t>نل منافقین فی الدرک الاسفل من النار"۔ سب سے زیادہ یعنی نچلے درجے میں جنت کے منافقین ہوں گے۔ اور جو سچے لوگ ہیں، ان کے لیے ہے کہ "فی مقدسین دا بلیک مقتدر" کہ لوگ سچائی کی سیٹ پر ہوں گے۔</w:t>
      </w:r>
    </w:p>
    <w:p>
      <w:r>
        <w:rPr>
          <w:b/>
        </w:rPr>
        <w:t xml:space="preserve">[1:21:24] </w:t>
      </w:r>
      <w:r>
        <w:t>dekhen, sachai koi ek baat nahi hai.</w:t>
      </w:r>
    </w:p>
    <w:p>
      <w:pPr>
        <w:jc w:val="right"/>
      </w:pPr>
      <w:r>
        <w:t>دیکھیں، سچائی کوئی ایک بات نہیں ہے۔</w:t>
      </w:r>
    </w:p>
    <w:p>
      <w:r>
        <w:rPr>
          <w:b/>
        </w:rPr>
        <w:t xml:space="preserve">[1:21:26] </w:t>
      </w:r>
      <w:r>
        <w:t>sachai aap ki poori personality ka aik aik aik nishani hai. sachai hai to sab kuch hai. agar aap ke paas sachai hai to aap ke bol mein sachai hogi, aap ki dealing mein sachai hogi, aap ke behavior mein sachai hogi, aap ke thinking mein sachai hogi.</w:t>
      </w:r>
    </w:p>
    <w:p>
      <w:pPr>
        <w:jc w:val="right"/>
      </w:pPr>
      <w:r>
        <w:t>سچائی آپ کی پوری پرسنیلٹی کا ایک ایک ایک علامت ہے۔ سچائی ہے تو سب کچھ ہے۔ اگر آپ کے پاس سچائی ہے تو آپ کے بول میں سچائی ہوگی، آپ کی ڈیلنگ میں سچائی ہوگی، آپ کے بیہیویئر میں سچائی ہوگی، آپ کے تھنکنگ میں سچائی ہوگی۔</w:t>
      </w:r>
    </w:p>
    <w:p>
      <w:r>
        <w:rPr>
          <w:b/>
        </w:rPr>
        <w:t xml:space="preserve">[1:21:42] </w:t>
      </w:r>
      <w:r>
        <w:t>yani poora wajood aap ka sach ban jayega, sachai mein dhal jayega.</w:t>
      </w:r>
    </w:p>
    <w:p>
      <w:pPr>
        <w:jc w:val="right"/>
      </w:pPr>
      <w:r>
        <w:t>یعنی پورا وجود آپ کا سچ بن جائے گا، سچائی میں ڈھل جائے گا۔</w:t>
      </w:r>
    </w:p>
    <w:p>
      <w:r>
        <w:rPr>
          <w:b/>
        </w:rPr>
        <w:t xml:space="preserve">[1:21:48] </w:t>
      </w:r>
      <w:r>
        <w:t>to mein samajhta hoon ke sab se bari burai jhoot bolna hai, sab se bari achai jo hai sach bolna hai.</w:t>
      </w:r>
    </w:p>
    <w:p>
      <w:pPr>
        <w:jc w:val="right"/>
      </w:pPr>
      <w:r>
        <w:t>تو میں سمجھتا ہوں کہ سب سے بڑی برائی جھوٹ بولنا ہے، سب سے بڑی اچھائی جو ہے سچ بولنا ہے۔</w:t>
      </w:r>
    </w:p>
    <w:p>
      <w:r>
        <w:rPr>
          <w:b/>
        </w:rPr>
        <w:t xml:space="preserve">[1:22:00] </w:t>
      </w:r>
      <w:r>
        <w:t>maulana, agla sawal Raichur se kya hai zaheeruddin sahib</w:t>
      </w:r>
    </w:p>
    <w:p>
      <w:pPr>
        <w:jc w:val="right"/>
      </w:pPr>
      <w:r>
        <w:t>مولانا، اگلا سوال رائچور سے کیا ہے ظہیر الدین صاحب</w:t>
      </w:r>
    </w:p>
    <w:p>
      <w:r>
        <w:rPr>
          <w:b/>
        </w:rPr>
        <w:t xml:space="preserve">[1:22:05] </w:t>
      </w:r>
      <w:r>
        <w:t>ne. unhon ne likha hai: "in the quranic words wata'simu bi hablillah jamee'an wala tafarraqoo.</w:t>
      </w:r>
    </w:p>
    <w:p>
      <w:pPr>
        <w:jc w:val="right"/>
      </w:pPr>
      <w:r>
        <w:t>نے۔ انہوں نے لکھا ہے: "ان دی قرآنک ورڈز وتسمو بی حبللہ جامعہ ولا تفرقو۔</w:t>
      </w:r>
    </w:p>
    <w:p>
      <w:r>
        <w:rPr>
          <w:b/>
        </w:rPr>
        <w:t xml:space="preserve">[1:22:14] </w:t>
      </w:r>
      <w:r>
        <w:t>what is meant by the word hablillah?"</w:t>
      </w:r>
    </w:p>
    <w:p>
      <w:pPr>
        <w:jc w:val="right"/>
      </w:pPr>
      <w:r>
        <w:t>واٹ از مینٹ بائے دا ورڈ حبللہ؟"</w:t>
      </w:r>
    </w:p>
    <w:p>
      <w:r>
        <w:rPr>
          <w:b/>
        </w:rPr>
        <w:t xml:space="preserve">[1:22:22] </w:t>
      </w:r>
      <w:r>
        <w:t>is ka mufassireen ne likha hai ke is se murad hai quran. yani quran jo hai hablullah hai.</w:t>
      </w:r>
    </w:p>
    <w:p>
      <w:pPr>
        <w:jc w:val="right"/>
      </w:pPr>
      <w:r>
        <w:t>اس کا مفسرین نے لکھا ہے کہ اس سے مراد ہے قرآن۔ یعنی قرآن جو ہے حبل اللہ ہے۔</w:t>
      </w:r>
    </w:p>
    <w:p>
      <w:r>
        <w:rPr>
          <w:b/>
        </w:rPr>
        <w:t xml:space="preserve">[1:22:32] </w:t>
      </w:r>
      <w:r>
        <w:t>is ka matlab yeh hai ke ijtimai zindagi mein, social life mein quran ko central banao. yani ek cheez quran se nikal aaye to bas sab log us ko maan len.</w:t>
      </w:r>
    </w:p>
    <w:p>
      <w:pPr>
        <w:jc w:val="right"/>
      </w:pPr>
      <w:r>
        <w:t>اس کا مطلب یہ ہے کہ اجتماعی زندگی میں، سوشل لائف میں قرآن کو سینٹرل بناؤ۔ یعنی ایک چیز قرآن سے نکل آئے تو بس سب لوگ اس کو مان لیں۔</w:t>
      </w:r>
    </w:p>
    <w:p>
      <w:r>
        <w:rPr>
          <w:b/>
        </w:rPr>
        <w:t xml:space="preserve">[1:22:45] </w:t>
      </w:r>
      <w:r>
        <w:t>ijtimai zindagi ya social life ke liye zaroori hota hai ke aap ki ek cheez aisi ho jis par sab ko agreement ho jaye, sab log maan len us ko.</w:t>
      </w:r>
    </w:p>
    <w:p>
      <w:pPr>
        <w:jc w:val="right"/>
      </w:pPr>
      <w:r>
        <w:t>اجتماعی زندگی یا سوشل لائف کے لیے ضروری ہوتا ہے کہ آپ کی ایک چیز ایسی ہو جس پر سب کو ایگریمنٹ ہو جائے، سب لوگ مان لیں اس کو۔</w:t>
      </w:r>
    </w:p>
    <w:p>
      <w:r>
        <w:rPr>
          <w:b/>
        </w:rPr>
        <w:t xml:space="preserve">[1:22:54] </w:t>
      </w:r>
      <w:r>
        <w:t>koi central cheez ho to quran ko central cheez banao.</w:t>
      </w:r>
    </w:p>
    <w:p>
      <w:pPr>
        <w:jc w:val="right"/>
      </w:pPr>
      <w:r>
        <w:t>کوئی سینٹرل چیز ہو تو قرآن کو سینٹرل چیز بناؤ۔</w:t>
      </w:r>
    </w:p>
    <w:p>
      <w:r>
        <w:rPr>
          <w:b/>
        </w:rPr>
        <w:t xml:space="preserve">[1:23:01] </w:t>
      </w:r>
      <w:r>
        <w:t>koi baat ho, differences hon ya koi difference of opinion hai, kisi baat mein koi kai raaye ban rahi hain to kaise decide kiya jaye?</w:t>
      </w:r>
    </w:p>
    <w:p>
      <w:pPr>
        <w:jc w:val="right"/>
      </w:pPr>
      <w:r>
        <w:t>کوئی بات ہو، ڈیفرنسز ہوں یا کوئی ڈیفرنس آف اوپینین ہے، کسی بات میں کوئی کئی رائیں بن رہی ہیں تو کیسے ڈیسائیڈ کیا جائے؟</w:t>
      </w:r>
    </w:p>
    <w:p>
      <w:r>
        <w:rPr>
          <w:b/>
        </w:rPr>
        <w:t xml:space="preserve">[1:23:13] </w:t>
      </w:r>
      <w:r>
        <w:t>to decide karne ka tareeqa yeh hai ke quran ko dekho, us mein jo baat mile us ko sab log maan len. jaise ek misaal mein deta hoon aap ko ke hindustan mein saare musalman ek hi boli bolte hain ke hum par zulm ho raha hai.</w:t>
      </w:r>
    </w:p>
    <w:p>
      <w:pPr>
        <w:jc w:val="right"/>
      </w:pPr>
      <w:r>
        <w:t>تو ڈیسائیڈ کرنے کا طریقہ یہ ہے کہ قرآن کو دیکھو، اس میں جو بات ملے اس کو سب لوگ مان لیں۔ جیسے ایک مثال میں دیتا ہوں آپ کو کہ ہندوستان میں سارے مسلمان ایک ہی بولی بولتے ہیں کہ ہم پر ظلم ہو رہا ہے۔</w:t>
      </w:r>
    </w:p>
    <w:p>
      <w:r>
        <w:rPr>
          <w:b/>
        </w:rPr>
        <w:t xml:space="preserve">[1:23:27] </w:t>
      </w:r>
      <w:r>
        <w:t>hindustan ki baat nahi, saari duniya ki baat hai.</w:t>
      </w:r>
    </w:p>
    <w:p>
      <w:pPr>
        <w:jc w:val="right"/>
      </w:pPr>
      <w:r>
        <w:t>ہندوستان کی بات نہیں، ساری دنیا کی بات ہے۔</w:t>
      </w:r>
    </w:p>
    <w:p>
      <w:r>
        <w:rPr>
          <w:b/>
        </w:rPr>
        <w:t xml:space="preserve">[1:23:30] </w:t>
      </w:r>
      <w:r>
        <w:t>saari duniya ke musalman ek hi boli bolte hain ke hum par zulm ho raha hai. ab hum aap baithe hain to hum sochte hain ke bhai humara mind to yeh kar raha hai ke zulm ho raha hai, lekin quran kya kehta hai?</w:t>
      </w:r>
    </w:p>
    <w:p>
      <w:pPr>
        <w:jc w:val="right"/>
      </w:pPr>
      <w:r>
        <w:t>ساری دنیا کے مسلمان ایک ہی بولی بولتے ہیں کہ ہم پر ظلم ہو رہا ہے۔ اب ہم آپ بیٹھے ہیں تو ہم سوچتے ہیں کہ بھئی ہمارا مائنڈ تو یہ کر رہا ہے کہ ظلم ہو رہا ہے، لیکن قرآن کیا کہتا ہے؟</w:t>
      </w:r>
    </w:p>
    <w:p>
      <w:r>
        <w:rPr>
          <w:b/>
        </w:rPr>
        <w:t xml:space="preserve">[1:23:42] </w:t>
      </w:r>
      <w:r>
        <w:t>us ko dekho to quran mein hai: "wama asabakum min musibatin illa bima kasabat aydikum". yani tum par jo kuch guzarta hai woh sab tumhare apne hi kiye ki wajah se hota hai.</w:t>
      </w:r>
    </w:p>
    <w:p>
      <w:pPr>
        <w:jc w:val="right"/>
      </w:pPr>
      <w:r>
        <w:t>اس کو دیکھو تو قرآن میں ہے: "وما اصحابکم من مصیبت الا بما قسمت دیکم"۔ یعنی تم پر جو کچھ گزرتا ہے وہ سب تمہارے اپنے ہی کیے کی وجہ سے ہوتا ہے۔</w:t>
      </w:r>
    </w:p>
    <w:p>
      <w:r>
        <w:rPr>
          <w:b/>
        </w:rPr>
        <w:t xml:space="preserve">[1:23:57] </w:t>
      </w:r>
      <w:r>
        <w:t>yani "you are paying the price". "you are paying the price of your own wrong policies".</w:t>
      </w:r>
    </w:p>
    <w:p>
      <w:pPr>
        <w:jc w:val="right"/>
      </w:pPr>
      <w:r>
        <w:t>یعنی "یو آر پرائنگ دا پینگ"۔ "یو آر پرائنگ دا پرائس آف یور اون رونگ پالیسیز"۔</w:t>
      </w:r>
    </w:p>
    <w:p>
      <w:r>
        <w:rPr>
          <w:b/>
        </w:rPr>
        <w:t xml:space="preserve">[1:24:06] </w:t>
      </w:r>
      <w:r>
        <w:t>yeh quran batayega aap ko. "you are paying the price of your own wrong policies". to sab log maan len us ko. phir haan bhai theek hai ji.</w:t>
      </w:r>
    </w:p>
    <w:p>
      <w:pPr>
        <w:jc w:val="right"/>
      </w:pPr>
      <w:r>
        <w:t>یہ قرآن بتائے گا آپ کو۔ "یو آر پینگ دا پرائس آف یور اون رونگ پالیسیز"۔ تو سب لوگ مان لیں اس کو۔ پھر ہاں بھئی ٹھیک ہے جی۔</w:t>
      </w:r>
    </w:p>
    <w:p>
      <w:r>
        <w:rPr>
          <w:b/>
        </w:rPr>
        <w:t xml:space="preserve">[1:24:14] </w:t>
      </w:r>
      <w:r>
        <w:t>aur phir sochen, phir kya hoga? introspection aayega, apni apni galtiyon ko dhoond dhoond dhoondne lagenge log.</w:t>
      </w:r>
    </w:p>
    <w:p>
      <w:pPr>
        <w:jc w:val="right"/>
      </w:pPr>
      <w:r>
        <w:t>اور پھر سوچیں، پھر کیا ہوگا؟ انٹراسپشن آئے گا، اپنی اپنی غلطیوں کو ڈھونڈ ڈھونڈ ڈھونڈنے لگیں گے لوگ۔</w:t>
      </w:r>
    </w:p>
    <w:p>
      <w:r>
        <w:rPr>
          <w:b/>
        </w:rPr>
        <w:t xml:space="preserve">[1:24:23] </w:t>
      </w:r>
      <w:r>
        <w:t>yani sab ko mind mein yeh aa raha hai ke hum par zulm ho raha hai, zulm ho raha hai, zulm ho raha hai. Ab sab mil kar agar Quran ko parhein aur yeh ayat samne aa jaye to sab ko surrender karna chahiye.</w:t>
      </w:r>
    </w:p>
    <w:p>
      <w:pPr>
        <w:jc w:val="right"/>
      </w:pPr>
      <w:r>
        <w:t>یعنی سب کو مائنڈ میں یہ آ رہا ہے کہ ہم پر ظلم ہو رہا ہے، ظلم ہو رہا ہے، ظلم ہو رہا ہے۔ اب سب مل کر اگر قرآن کو پڑھیں اور یہ آیت سامنے آ جائے تو سب کو سرینڈر کرنا چاہیے۔</w:t>
      </w:r>
    </w:p>
    <w:p>
      <w:r>
        <w:rPr>
          <w:b/>
        </w:rPr>
        <w:t xml:space="preserve">[1:24:34] </w:t>
      </w:r>
      <w:r>
        <w:t>Surrender ke bhai ab jawab mil gaya, ab introspection karo, khud apni ghaltiyon ko nikalo, kahan kahan hum ne ghalt policy ikhtiyar ki, is ko pata karo, is ko correct karo.</w:t>
      </w:r>
    </w:p>
    <w:p>
      <w:pPr>
        <w:jc w:val="right"/>
      </w:pPr>
      <w:r>
        <w:t>سرینڈر کہ بھئی اب جواب مل گیا، اب انٹراسپشن کرو، خود اپنی غلطیوں کو نکالو، کہاں کہاں ہم نے غلط پالیسی اختیار کی، اس کو پتہ کرو، اس کو کریکٹ کرو۔</w:t>
      </w:r>
    </w:p>
    <w:p>
      <w:r>
        <w:rPr>
          <w:b/>
        </w:rPr>
        <w:t xml:space="preserve">[1:24:47] </w:t>
      </w:r>
      <w:r>
        <w:t>Is tarah se ittehad ayega.</w:t>
      </w:r>
    </w:p>
    <w:p>
      <w:pPr>
        <w:jc w:val="right"/>
      </w:pPr>
      <w:r>
        <w:t>اس طرح سے اتحاد آئے گا۔</w:t>
      </w:r>
    </w:p>
    <w:p>
      <w:r>
        <w:rPr>
          <w:b/>
        </w:rPr>
        <w:t xml:space="preserve">[1:24:50] </w:t>
      </w:r>
      <w:r>
        <w:t>To Quran ko hablullah banana, yeh Quran ko yeh hasiyat dena ke jo is mein nikal aaye, wahi wahi hamara hum hamein is ko maan lena hai.</w:t>
      </w:r>
    </w:p>
    <w:p>
      <w:pPr>
        <w:jc w:val="right"/>
      </w:pPr>
      <w:r>
        <w:t>تو قرآن کو حبل اللہ بنانا، یہ قرآن کو یہ حیثیت دینا کہ جو اس میں نکل آئے، وہی وہی ہمارا ہم ہمیں اس کو مان لینا ہے۔</w:t>
      </w:r>
    </w:p>
    <w:p>
      <w:r>
        <w:rPr>
          <w:b/>
        </w:rPr>
        <w:t xml:space="preserve">[1:25:01] </w:t>
      </w:r>
      <w:r>
        <w:t>Is se unity aati hai aur is se sab kuch durust hota hai. Maulana, yeh sawal Chennai se aya hai Maulana Ilyas ka.</w:t>
      </w:r>
    </w:p>
    <w:p>
      <w:pPr>
        <w:jc w:val="right"/>
      </w:pPr>
      <w:r>
        <w:t>اس سے یونیٹی آتی ہے اور اس سے سب کچھ درست ہوتا ہے۔ مولانا، یہ سوال چنئی سے آیا ہے مولانا الیاس کا۔</w:t>
      </w:r>
    </w:p>
    <w:p>
      <w:r>
        <w:rPr>
          <w:b/>
        </w:rPr>
        <w:t xml:space="preserve">[1:25:12] </w:t>
      </w:r>
      <w:r>
        <w:t>Unhon ne likha hai: "Fard ko naik banane ke liye hukumat ki zaroorat hai ya nahi?</w:t>
      </w:r>
    </w:p>
    <w:p>
      <w:pPr>
        <w:jc w:val="right"/>
      </w:pPr>
      <w:r>
        <w:t>انہوں نے لکھا ہے: "فرد کو نیک بنانے کے لیے حکومت کی ضرورت ہے یا نہیں؟</w:t>
      </w:r>
    </w:p>
    <w:p>
      <w:r>
        <w:rPr>
          <w:b/>
        </w:rPr>
        <w:t xml:space="preserve">[1:25:19] </w:t>
      </w:r>
      <w:r>
        <w:t>Isi tarah qom ki taraqqi ke liye hukumat ki zaroorat hai." Is ke bare mein batayein. Yeh to bilkul yani fard ko hukumat keh deti hai, theek kar degi.</w:t>
      </w:r>
    </w:p>
    <w:p>
      <w:pPr>
        <w:jc w:val="right"/>
      </w:pPr>
      <w:r>
        <w:t>اسی طرح قوم کی ترقی کے لیے حکومت کی ضرورت ہے۔" اس کے بارے میں بتائیں۔ یہ تو بالکل یعنی فرد کو حکومت کہہ دیتی ہے، ٹھیک کر دے گی۔</w:t>
      </w:r>
    </w:p>
    <w:p>
      <w:r>
        <w:rPr>
          <w:b/>
        </w:rPr>
        <w:t xml:space="preserve">[1:25:30] </w:t>
      </w:r>
      <w:r>
        <w:t>Fard ko hukumat keh deti hai, theek kar degi. Jaise India mein dekhein, government aayi to 60 baras se zyada beet gaye to kya afraad jo hain sab hukumat theek kar diya?</w:t>
      </w:r>
    </w:p>
    <w:p>
      <w:pPr>
        <w:jc w:val="right"/>
      </w:pPr>
      <w:r>
        <w:t>فرد کو حکومت کہہ دیتی ہے، ٹھیک کر دے گی۔ جیسے انڈیا میں دیکھیں، گورنمنٹ آئی تو 60 برس سے زیادہ بیت گئے تو کیا افراد جو ہیں سب حکومت ٹھیک کر دیا؟</w:t>
      </w:r>
    </w:p>
    <w:p>
      <w:r>
        <w:rPr>
          <w:b/>
        </w:rPr>
        <w:t xml:space="preserve">[1:25:42] </w:t>
      </w:r>
      <w:r>
        <w:t>Corruption kyun? Corruption India mein hai. Yani sare hukumat ke log bolte hain ke hum corruption nahi chahte. To phir corruption kyun hai? Agar hukumat ke qabze mein ho fard ko badalna to India mein corruption nahi hona chahiye.</w:t>
      </w:r>
    </w:p>
    <w:p>
      <w:pPr>
        <w:jc w:val="right"/>
      </w:pPr>
      <w:r>
        <w:t>کرپشن کیوں؟ کرپشن انڈیا میں ہے۔ یعنی سارے حکومت کے لوگ بولتے ہیں کہ ہم کرپشن نہیں چاہتے۔ تو پھر کرپشن کیوں ہے؟ اگر حکومت کے قبضے میں ہو فرد کو بدلنا تو انڈیا میں کرپشن نہیں ہونا چاہیے۔</w:t>
      </w:r>
    </w:p>
    <w:p>
      <w:r>
        <w:rPr>
          <w:b/>
        </w:rPr>
        <w:t xml:space="preserve">[1:25:57] </w:t>
      </w:r>
      <w:r>
        <w:t>To yeh secular rule ho ya Musalmanon ka rule ho, hukumat fard nahi badalti, fard ko ideology badalti hai. Yani individual jo hai wo is ko ideology badalti hai.</w:t>
      </w:r>
    </w:p>
    <w:p>
      <w:pPr>
        <w:jc w:val="right"/>
      </w:pPr>
      <w:r>
        <w:t>تو یہ سیکولر رول ہو یا مسلمانوں کا رول ہو، حکومت فرد نہیں بدلتی، فرد کو آئیڈیالوجی بدلتی ہے۔ یعنی انڈیویجول جو ہے وہ اس کو آئیڈیالوجی بدلتی ہے۔</w:t>
      </w:r>
    </w:p>
    <w:p>
      <w:r>
        <w:rPr>
          <w:b/>
        </w:rPr>
        <w:t xml:space="preserve">[1:26:13] </w:t>
      </w:r>
      <w:r>
        <w:t>Apne apna khud aadmi ke andar ek soch develop karti hai, khud aadmi ke andar ek determination aata hai, khud aadmi ke andar ek ek process jari hota hai aadmi ke mind mein.</w:t>
      </w:r>
    </w:p>
    <w:p>
      <w:pPr>
        <w:jc w:val="right"/>
      </w:pPr>
      <w:r>
        <w:t>اپنے اپنا خود آدمی کے اندر ایک سوچ ڈیولپ کرتی ہے، خود آدمی کے اندر ایک ڈیٹرمینیشن آتا ہے، خود آدمی کے اندر ایک ایک پروسیس جاری ہوتا ہے آدمی کے مائنڈ میں۔</w:t>
      </w:r>
    </w:p>
    <w:p>
      <w:r>
        <w:rPr>
          <w:b/>
        </w:rPr>
        <w:t xml:space="preserve">[1:26:24] </w:t>
      </w:r>
      <w:r>
        <w:t>Tab insaan badalta hai, hukumat se kehta hai log is ka. Yeh to bilkul hi yani childish thinking hai ke hukumat badal degi afraad ko.</w:t>
      </w:r>
    </w:p>
    <w:p>
      <w:pPr>
        <w:jc w:val="right"/>
      </w:pPr>
      <w:r>
        <w:t>تب انسان بدلتا ہے، حکومت سے کہتا ہے لوگ اس کا۔ یہ تو بالکل ہی یعنی چائلڈش تھنکنگ ہے کہ حکومت بدل دے گی افراد کو۔</w:t>
      </w:r>
    </w:p>
    <w:p>
      <w:r>
        <w:rPr>
          <w:b/>
        </w:rPr>
        <w:t xml:space="preserve">[1:26:34] </w:t>
      </w:r>
      <w:r>
        <w:t>Childish thinking hai is ka taluq naqil se hai ya Islam se hai.</w:t>
      </w:r>
    </w:p>
    <w:p>
      <w:pPr>
        <w:jc w:val="right"/>
      </w:pPr>
      <w:r>
        <w:t>چائلڈش تھنکنگ ہے اس کا تعلق ناقل سے ہے یا اسلام سے ہے۔</w:t>
      </w:r>
    </w:p>
    <w:p>
      <w:r>
        <w:rPr>
          <w:b/>
        </w:rPr>
        <w:t xml:space="preserve">[1:26:42] </w:t>
      </w:r>
      <w:r>
        <w:t>Maulana, agla sawal Chennai se aya hai Khalil ur Rehman sahib ka. Unhon ne aapse poocha hai ke "Please throw some light on Jihad aur Ijtihad.</w:t>
      </w:r>
    </w:p>
    <w:p>
      <w:pPr>
        <w:jc w:val="right"/>
      </w:pPr>
      <w:r>
        <w:t>مولانا، اگلا سوال چنئی سے آیا ہے خلیل الرحمن صاحب کا۔ انہوں نے آپ سے پوچھا ہے کہ "پلیز تھرو سم لائٹ ان جہاد اور اجتہاد۔</w:t>
      </w:r>
    </w:p>
    <w:p>
      <w:r>
        <w:rPr>
          <w:b/>
        </w:rPr>
        <w:t xml:space="preserve">[1:26:54] </w:t>
      </w:r>
      <w:r>
        <w:t>Much confusion prevails in this subject." Is par hum bohat likha, aap parh lijiye. Hamari kitabon mein Jihad o Ijtihad mein bohat kafi maslan ek kitab aap parh lijiye "Masail Ijtihad".</w:t>
      </w:r>
    </w:p>
    <w:p>
      <w:pPr>
        <w:jc w:val="right"/>
      </w:pPr>
      <w:r>
        <w:t>مچ کنفیوژن پریویلز ان دس سبجیکٹ۔" اس پر ہم بہت لکھا، آپ پڑھ لیجئے۔ ہماری کتابوں میں جہاد و اجتہاد میں بہت کافی مثلاً ایک کتاب آپ پڑھ لیجئے "مسائل اجتہاد"۔</w:t>
      </w:r>
    </w:p>
    <w:p>
      <w:r>
        <w:rPr>
          <w:b/>
        </w:rPr>
        <w:t xml:space="preserve">[1:27:09] </w:t>
      </w:r>
      <w:r>
        <w:t>Sirf ek hi kitab mein aap ko poora jawab mil jayega. "Masail Ijtihad".</w:t>
      </w:r>
    </w:p>
    <w:p>
      <w:pPr>
        <w:jc w:val="right"/>
      </w:pPr>
      <w:r>
        <w:t>صرف ایک ہی کتاب میں آپ کو پورا جواب مل جائے گا۔ "مسائل اجتہاد"۔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